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星绘时装-星佑-模型.mtl</w:t>
        <w:br/>
        <w:t>o Body_星绘162</w:t>
        <w:br/>
        <w:t>v -0.051062 1.419595 -0.126279</w:t>
        <w:br/>
        <w:t>v -0.060661 1.441843 -0.124977</w:t>
        <w:br/>
        <w:t>v -0.062872 1.426854 -0.124888</w:t>
        <w:br/>
        <w:t>v -0.012382 1.463376 -0.111156</w:t>
        <w:br/>
        <w:t>v -0.011760 1.440400 -0.115244</w:t>
        <w:br/>
        <w:t>v -0.000000 1.441692 -0.114504</w:t>
        <w:br/>
        <w:t>v -0.000000 1.461268 -0.110850</w:t>
        <w:br/>
        <w:t>v -0.027448 1.451751 -0.115748</w:t>
        <w:br/>
        <w:t>v -0.060691 1.412692 -0.123962</w:t>
        <w:br/>
        <w:t>v -0.057171 1.415576 -0.126052</w:t>
        <w:br/>
        <w:t>v -0.066031 1.423526 -0.122816</w:t>
        <w:br/>
        <w:t>v -0.041298 1.449091 -0.119557</w:t>
        <w:br/>
        <w:t>v -0.047978 1.468925 -0.118451</w:t>
        <w:br/>
        <w:t>v -0.064730 1.468038 -0.122625</w:t>
        <w:br/>
        <w:t>v -0.055139 1.445539 -0.123627</w:t>
        <w:br/>
        <w:t>v -0.078418 1.444544 -0.115650</w:t>
        <w:br/>
        <w:t>v -0.083240 1.458703 -0.113340</w:t>
        <w:br/>
        <w:t>v -0.078507 1.457879 -0.108731</w:t>
        <w:br/>
        <w:t>v -0.072677 1.444442 -0.110729</w:t>
        <w:br/>
        <w:t>v -0.031055 1.468320 -0.113798</w:t>
        <w:br/>
        <w:t>v -0.074488 1.450378 -0.122974</w:t>
        <w:br/>
        <w:t>v -0.067170 1.437560 -0.124212</w:t>
        <w:br/>
        <w:t>v -0.070595 1.434900 -0.121262</w:t>
        <w:br/>
        <w:t>v -0.078229 1.447461 -0.119743</w:t>
        <w:br/>
        <w:t>v -0.078418 1.444544 -0.115650</w:t>
        <w:br/>
        <w:t>v -0.070799 1.432240 -0.117468</w:t>
        <w:br/>
        <w:t>v -0.070799 1.432240 -0.117468</w:t>
        <w:br/>
        <w:t>v -0.065902 1.431689 -0.112867</w:t>
        <w:br/>
        <w:t>v -0.061186 1.419042 -0.115180</w:t>
        <w:br/>
        <w:t>v -0.066555 1.419929 -0.119345</w:t>
        <w:br/>
        <w:t>v -0.071522 1.466072 -0.122660</w:t>
        <w:br/>
        <w:t>v -0.079209 1.463518 -0.121386</w:t>
        <w:br/>
        <w:t>v -0.082936 1.461110 -0.117876</w:t>
        <w:br/>
        <w:t>v -0.066555 1.419929 -0.119345</w:t>
        <w:br/>
        <w:t>v -0.045848 1.423026 -0.124882</w:t>
        <w:br/>
        <w:t>v -0.034678 1.429229 -0.121352</w:t>
        <w:br/>
        <w:t>v -0.055778 1.406771 -0.117607</w:t>
        <w:br/>
        <w:t>v -0.060992 1.409808 -0.121115</w:t>
        <w:br/>
        <w:t>v -0.035888 1.409760 -0.116608</w:t>
        <w:br/>
        <w:t>v -0.048547 1.405539 -0.116276</w:t>
        <w:br/>
        <w:t>v -0.059038 1.430863 -0.110729</w:t>
        <w:br/>
        <w:t>v -0.044500 1.432153 -0.110442</w:t>
        <w:br/>
        <w:t>v -0.023919 1.435154 -0.118275</w:t>
        <w:br/>
        <w:t>v -0.050599 1.419698 -0.125031</w:t>
        <w:br/>
        <w:t>v -0.060149 1.441978 -0.123720</w:t>
        <w:br/>
        <w:t>v -0.055164 1.445433 -0.122352</w:t>
        <w:br/>
        <w:t>v -0.045878 1.422913 -0.123576</w:t>
        <w:br/>
        <w:t>v -0.012230 1.440121 -0.113891</w:t>
        <w:br/>
        <w:t>v -0.024397 1.434861 -0.116967</w:t>
        <w:br/>
        <w:t>v -0.027973 1.451429 -0.114378</w:t>
        <w:br/>
        <w:t>v -0.063857 1.424092 -0.122051</w:t>
        <w:br/>
        <w:t>v -0.059452 1.413297 -0.123590</w:t>
        <w:br/>
        <w:t>v -0.059471 1.410698 -0.121504</w:t>
        <w:br/>
        <w:t>v -0.064490 1.420795 -0.119705</w:t>
        <w:br/>
        <w:t>v -0.048367 1.468684 -0.117210</w:t>
        <w:br/>
        <w:t>v -0.041702 1.448828 -0.118313</w:t>
        <w:br/>
        <w:t>v -0.064642 1.467956 -0.121303</w:t>
        <w:br/>
        <w:t>v -0.071470 1.445197 -0.111727</w:t>
        <w:br/>
        <w:t>v -0.058320 1.431447 -0.112742</w:t>
        <w:br/>
        <w:t>v -0.070618 1.457882 -0.107360</w:t>
        <w:br/>
        <w:t>v -0.044552 1.432529 -0.111960</w:t>
        <w:br/>
        <w:t>v -0.053467 1.456921 -0.106156</w:t>
        <w:br/>
        <w:t>v -0.028692 1.438222 -0.112905</w:t>
        <w:br/>
        <w:t>v -0.034761 1.456554 -0.108978</w:t>
        <w:br/>
        <w:t>v -0.013826 1.444629 -0.112669</w:t>
        <w:br/>
        <w:t>v -0.016769 1.456295 -0.109983</w:t>
        <w:br/>
        <w:t>v -0.031536 1.468023 -0.112540</w:t>
        <w:br/>
        <w:t>v -0.069168 1.435551 -0.120888</w:t>
        <w:br/>
        <w:t>v -0.076009 1.448098 -0.119181</w:t>
        <w:br/>
        <w:t>v -0.073311 1.450715 -0.121876</w:t>
        <w:br/>
        <w:t>v -0.066114 1.437932 -0.123055</w:t>
        <w:br/>
        <w:t>v -0.059819 1.419778 -0.116340</w:t>
        <w:br/>
        <w:t>v -0.064705 1.432437 -0.113838</w:t>
        <w:br/>
        <w:t>v -0.070912 1.466152 -0.121445</w:t>
        <w:br/>
        <w:t>v -0.081498 1.461552 -0.117464</w:t>
        <w:br/>
        <w:t>v -0.078077 1.463760 -0.120323</w:t>
        <w:br/>
        <w:t>v -0.061800 1.427119 -0.123721</w:t>
        <w:br/>
        <w:t>v -0.035019 1.429006 -0.120055</w:t>
        <w:br/>
        <w:t>v -0.035962 1.410101 -0.117960</w:t>
        <w:br/>
        <w:t>v -0.022592 1.420393 -0.117660</w:t>
        <w:br/>
        <w:t>v -0.010814 1.432929 -0.115173</w:t>
        <w:br/>
        <w:t>v -0.057171 1.415576 -0.126052</w:t>
        <w:br/>
        <w:t>v -0.056214 1.415896 -0.124899</w:t>
        <w:br/>
        <w:t>v -0.050599 1.419698 -0.125031</w:t>
        <w:br/>
        <w:t>v -0.051062 1.419595 -0.126279</w:t>
        <w:br/>
        <w:t>v -0.012382 1.463376 -0.111156</w:t>
        <w:br/>
        <w:t>v -0.000000 1.461268 -0.110850</w:t>
        <w:br/>
        <w:t>v -0.000000 1.460953 -0.109226</w:t>
        <w:br/>
        <w:t>v -0.012849 1.463096 -0.109842</w:t>
        <w:br/>
        <w:t>v -0.031536 1.468023 -0.112540</w:t>
        <w:br/>
        <w:t>v -0.031055 1.468320 -0.113798</w:t>
        <w:br/>
        <w:t>v -0.060992 1.409808 -0.121115</w:t>
        <w:br/>
        <w:t>v -0.059471 1.410698 -0.121504</w:t>
        <w:br/>
        <w:t>v -0.059452 1.413297 -0.123590</w:t>
        <w:br/>
        <w:t>v -0.064730 1.468038 -0.122625</w:t>
        <w:br/>
        <w:t>v -0.047978 1.468925 -0.118451</w:t>
        <w:br/>
        <w:t>v -0.048367 1.468684 -0.117210</w:t>
        <w:br/>
        <w:t>v -0.064642 1.467956 -0.121303</w:t>
        <w:br/>
        <w:t>v -0.078507 1.457879 -0.108731</w:t>
        <w:br/>
        <w:t>v -0.083240 1.458703 -0.113340</w:t>
        <w:br/>
        <w:t>v -0.081494 1.459344 -0.113577</w:t>
        <w:br/>
        <w:t>v -0.077296 1.458481 -0.109507</w:t>
        <w:br/>
        <w:t>v -0.070618 1.457882 -0.107360</w:t>
        <w:br/>
        <w:t>v -0.053467 1.456921 -0.106156</w:t>
        <w:br/>
        <w:t>v -0.053471 1.456562 -0.104652</w:t>
        <w:br/>
        <w:t>v -0.071293 1.457318 -0.105997</w:t>
        <w:br/>
        <w:t>v -0.034761 1.456554 -0.108978</w:t>
        <w:br/>
        <w:t>v -0.034563 1.456246 -0.107568</w:t>
        <w:br/>
        <w:t>v -0.016476 1.456019 -0.108582</w:t>
        <w:br/>
        <w:t>v -0.016769 1.456295 -0.109983</w:t>
        <w:br/>
        <w:t>v -0.000000 1.456647 -0.108529</w:t>
        <w:br/>
        <w:t>v -0.000000 1.456328 -0.107295</w:t>
        <w:br/>
        <w:t>v -0.070912 1.466152 -0.121445</w:t>
        <w:br/>
        <w:t>v -0.071522 1.466072 -0.122660</w:t>
        <w:br/>
        <w:t>v -0.082936 1.461110 -0.117876</w:t>
        <w:br/>
        <w:t>v -0.079209 1.463518 -0.121386</w:t>
        <w:br/>
        <w:t>v -0.078077 1.463760 -0.120323</w:t>
        <w:br/>
        <w:t>v -0.081498 1.461552 -0.117464</w:t>
        <w:br/>
        <w:t>v -0.011760 1.440400 -0.115244</w:t>
        <w:br/>
        <w:t>v -0.012230 1.440121 -0.113891</w:t>
        <w:br/>
        <w:t>v -0.000000 1.441373 -0.113217</w:t>
        <w:br/>
        <w:t>v -0.000000 1.441692 -0.114504</w:t>
        <w:br/>
        <w:t>v -0.023919 1.435154 -0.118275</w:t>
        <w:br/>
        <w:t>v -0.024397 1.434861 -0.116967</w:t>
        <w:br/>
        <w:t>v -0.045848 1.423026 -0.124882</w:t>
        <w:br/>
        <w:t>v -0.045878 1.422913 -0.123576</w:t>
        <w:br/>
        <w:t>v -0.035019 1.429006 -0.120055</w:t>
        <w:br/>
        <w:t>v -0.034678 1.429229 -0.121352</w:t>
        <w:br/>
        <w:t>v -0.048547 1.405539 -0.116276</w:t>
        <w:br/>
        <w:t>v -0.048147 1.406027 -0.117529</w:t>
        <w:br/>
        <w:t>v -0.054817 1.407460 -0.118414</w:t>
        <w:br/>
        <w:t>v -0.055778 1.406771 -0.117607</w:t>
        <w:br/>
        <w:t>v -0.035888 1.409760 -0.116608</w:t>
        <w:br/>
        <w:t>v -0.035962 1.410101 -0.117960</w:t>
        <w:br/>
        <w:t>v -0.022382 1.420090 -0.116261</w:t>
        <w:br/>
        <w:t>v -0.022592 1.420393 -0.117660</w:t>
        <w:br/>
        <w:t>v -0.010510 1.432650 -0.113777</w:t>
        <w:br/>
        <w:t>v -0.010814 1.432929 -0.115173</w:t>
        <w:br/>
        <w:t>v -0.077296 1.458481 -0.109507</w:t>
        <w:br/>
        <w:t>v -0.081494 1.459344 -0.113577</w:t>
        <w:br/>
        <w:t>v -0.076129 1.445482 -0.115954</w:t>
        <w:br/>
        <w:t>v -0.069001 1.433170 -0.117880</w:t>
        <w:br/>
        <w:t>v -0.064490 1.420795 -0.119705</w:t>
        <w:br/>
        <w:t>v -0.054817 1.407460 -0.118414</w:t>
        <w:br/>
        <w:t>v -0.059471 1.410698 -0.121504</w:t>
        <w:br/>
        <w:t>v -0.071293 1.457318 -0.105997</w:t>
        <w:br/>
        <w:t>v -0.053471 1.456562 -0.104652</w:t>
        <w:br/>
        <w:t>v -0.028452 1.437896 -0.111385</w:t>
        <w:br/>
        <w:t>v -0.034563 1.456246 -0.107568</w:t>
        <w:br/>
        <w:t>v -0.016476 1.456019 -0.108582</w:t>
        <w:br/>
        <w:t>v -0.013608 1.444330 -0.110254</w:t>
        <w:br/>
        <w:t>v -0.060992 1.409808 -0.121115</w:t>
        <w:br/>
        <w:t>v -0.056214 1.415896 -0.124899</w:t>
        <w:br/>
        <w:t>v -0.069001 1.433170 -0.117880</w:t>
        <w:br/>
        <w:t>v -0.060691 1.412692 -0.123962</w:t>
        <w:br/>
        <w:t>v -0.022382 1.420090 -0.116261</w:t>
        <w:br/>
        <w:t>v -0.010510 1.432650 -0.113777</w:t>
        <w:br/>
        <w:t>v -0.048147 1.406027 -0.117529</w:t>
        <w:br/>
        <w:t>v -0.000000 1.456328 -0.107295</w:t>
        <w:br/>
        <w:t>v -0.000000 1.443234 -0.110555</w:t>
        <w:br/>
        <w:t>v -0.000000 1.443670 -0.112032</w:t>
        <w:br/>
        <w:t>v -0.000000 1.443234 -0.110555</w:t>
        <w:br/>
        <w:t>v -0.000000 1.441373 -0.113217</w:t>
        <w:br/>
        <w:t>v -0.012849 1.463096 -0.109842</w:t>
        <w:br/>
        <w:t>v -0.000000 1.460953 -0.109226</w:t>
        <w:br/>
        <w:t>v -0.000000 1.443670 -0.112032</w:t>
        <w:br/>
        <w:t>v -0.000000 1.456647 -0.108529</w:t>
        <w:br/>
        <w:t>v -0.027519 1.454380 -0.108742</w:t>
        <w:br/>
        <w:t>v -0.051362 1.464096 -0.102401</w:t>
        <w:br/>
        <w:t>v -0.054502 1.448529 -0.106040</w:t>
        <w:br/>
        <w:t>v -0.029395 1.440635 -0.108988</w:t>
        <w:br/>
        <w:t>v -0.045046 1.479219 -0.098768</w:t>
        <w:br/>
        <w:t>v -0.024118 1.466223 -0.105076</w:t>
        <w:br/>
        <w:t>v -0.051262 1.463720 -0.100919</w:t>
        <w:br/>
        <w:t>v -0.027222 1.454053 -0.106220</w:t>
        <w:br/>
        <w:t>v -0.029071 1.440501 -0.107590</w:t>
        <w:br/>
        <w:t>v -0.054369 1.448260 -0.104683</w:t>
        <w:br/>
        <w:t>v -0.044949 1.478863 -0.097379</w:t>
        <w:br/>
        <w:t>v -0.023870 1.465823 -0.103682</w:t>
        <w:br/>
        <w:t>v -0.054369 1.448260 -0.104683</w:t>
        <w:br/>
        <w:t>v -0.029071 1.440501 -0.107590</w:t>
        <w:br/>
        <w:t>v -0.029395 1.440635 -0.108988</w:t>
        <w:br/>
        <w:t>v -0.054502 1.448529 -0.106040</w:t>
        <w:br/>
        <w:t>v -0.024118 1.466223 -0.105076</w:t>
        <w:br/>
        <w:t>v -0.023870 1.465823 -0.103682</w:t>
        <w:br/>
        <w:t>v -0.044949 1.478863 -0.097379</w:t>
        <w:br/>
        <w:t>v -0.045046 1.479219 -0.098768</w:t>
        <w:br/>
        <w:t>v -0.000000 1.435213 -0.113041</w:t>
        <w:br/>
        <w:t>v -0.000000 1.447935 -0.110720</w:t>
        <w:br/>
        <w:t>v -0.062993 1.486135 -0.094589</w:t>
        <w:br/>
        <w:t>v -0.070592 1.471418 -0.098023</w:t>
        <w:br/>
        <w:t>v -0.074530 1.457845 -0.101289</w:t>
        <w:br/>
        <w:t>v -0.000000 1.447515 -0.109328</w:t>
        <w:br/>
        <w:t>v -0.000000 1.434904 -0.111555</w:t>
        <w:br/>
        <w:t>v -0.070635 1.471105 -0.096643</w:t>
        <w:br/>
        <w:t>v -0.063029 1.485844 -0.093262</w:t>
        <w:br/>
        <w:t>v -0.074577 1.457538 -0.099967</w:t>
        <w:br/>
        <w:t>v -0.000000 1.434904 -0.111555</w:t>
        <w:br/>
        <w:t>v -0.000000 1.435213 -0.113041</w:t>
        <w:br/>
        <w:t>v -0.000000 1.447935 -0.110720</w:t>
        <w:br/>
        <w:t>v -0.000000 1.447515 -0.109328</w:t>
        <w:br/>
        <w:t>v -0.062993 1.486135 -0.094589</w:t>
        <w:br/>
        <w:t>v -0.063029 1.485844 -0.093262</w:t>
        <w:br/>
        <w:t>v -0.070592 1.471418 -0.098023</w:t>
        <w:br/>
        <w:t>v -0.062993 1.486135 -0.094589</w:t>
        <w:br/>
        <w:t>v -0.063029 1.485844 -0.093262</w:t>
        <w:br/>
        <w:t>v -0.070635 1.471105 -0.096643</w:t>
        <w:br/>
        <w:t>v -0.074577 1.457538 -0.099967</w:t>
        <w:br/>
        <w:t>v -0.074530 1.457845 -0.101289</w:t>
        <w:br/>
        <w:t>v -0.074530 1.457845 -0.101289</w:t>
        <w:br/>
        <w:t>v -0.074577 1.457538 -0.099967</w:t>
        <w:br/>
        <w:t>v -0.051527 1.443651 -0.143828</w:t>
        <w:br/>
        <w:t>v -0.045078 1.462796 -0.136069</w:t>
        <w:br/>
        <w:t>v -0.051806 1.461179 -0.134455</w:t>
        <w:br/>
        <w:t>v -0.060686 1.440525 -0.141885</w:t>
        <w:br/>
        <w:t>v -0.056640 1.458258 -0.130842</w:t>
        <w:br/>
        <w:t>v -0.067231 1.435800 -0.135994</w:t>
        <w:br/>
        <w:t>v -0.021197 1.474201 -0.120317</w:t>
        <w:br/>
        <w:t>v -0.032902 1.480515 -0.127517</w:t>
        <w:br/>
        <w:t>v -0.036975 1.463165 -0.132823</w:t>
        <w:br/>
        <w:t>v -0.022788 1.460029 -0.124079</w:t>
        <w:br/>
        <w:t>v -0.056640 1.458258 -0.130842</w:t>
        <w:br/>
        <w:t>v -0.049520 1.480137 -0.125138</w:t>
        <w:br/>
        <w:t>v -0.048354 1.476388 -0.121610</w:t>
        <w:br/>
        <w:t>v -0.054892 1.454505 -0.126599</w:t>
        <w:br/>
        <w:t>v -0.039808 1.471192 -0.116750</w:t>
        <w:br/>
        <w:t>v -0.023597 1.466259 -0.113084</w:t>
        <w:br/>
        <w:t>v -0.047711 1.450663 -0.121755</w:t>
        <w:br/>
        <w:t>v -0.039683 1.482420 -0.129530</w:t>
        <w:br/>
        <w:t>v -0.045877 1.482476 -0.128665</w:t>
        <w:br/>
        <w:t>v -0.000000 1.462097 -0.112893</w:t>
        <w:br/>
        <w:t>v -0.009078 1.465980 -0.114559</w:t>
        <w:br/>
        <w:t>v -0.010059 1.445862 -0.122441</w:t>
        <w:br/>
        <w:t>v -0.000000 1.444885 -0.120103</w:t>
        <w:br/>
        <w:t>v -0.049520 1.480137 -0.125138</w:t>
        <w:br/>
        <w:t>v -0.040962 1.445499 -0.141239</w:t>
        <w:br/>
        <w:t>v -0.024591 1.446210 -0.130838</w:t>
        <w:br/>
        <w:t>v -0.066012 1.432644 -0.132196</w:t>
        <w:br/>
        <w:t>v -0.067231 1.435800 -0.135994</w:t>
        <w:br/>
        <w:t>v -0.036410 1.437032 -0.120590</w:t>
        <w:br/>
        <w:t>v -0.010189 1.463114 -0.110960</w:t>
        <w:br/>
        <w:t>v -0.017794 1.443657 -0.115785</w:t>
        <w:br/>
        <w:t>v -0.000000 1.461184 -0.110321</w:t>
        <w:br/>
        <w:t>v -0.000000 1.446218 -0.114256</w:t>
        <w:br/>
        <w:t>v -0.057372 1.430644 -0.126995</w:t>
        <w:br/>
        <w:t>v -0.059434 1.439472 -0.141271</w:t>
        <w:br/>
        <w:t>v -0.050590 1.460389 -0.133436</w:t>
        <w:br/>
        <w:t>v -0.044754 1.462146 -0.133847</w:t>
        <w:br/>
        <w:t>v -0.051072 1.442612 -0.142791</w:t>
        <w:br/>
        <w:t>v -0.022527 1.474217 -0.119220</w:t>
        <w:br/>
        <w:t>v -0.010140 1.465599 -0.113418</w:t>
        <w:br/>
        <w:t>v -0.023988 1.459587 -0.123352</w:t>
        <w:br/>
        <w:t>v -0.054718 1.457501 -0.130860</w:t>
        <w:br/>
        <w:t>v -0.065549 1.434966 -0.136291</w:t>
        <w:br/>
        <w:t>v -0.038090 1.462712 -0.131612</w:t>
        <w:br/>
        <w:t>v -0.034022 1.480453 -0.126339</w:t>
        <w:br/>
        <w:t>v -0.046806 1.476141 -0.122456</w:t>
        <w:br/>
        <w:t>v -0.047750 1.479580 -0.124936</w:t>
        <w:br/>
        <w:t>v -0.054718 1.457501 -0.130860</w:t>
        <w:br/>
        <w:t>v -0.053258 1.454056 -0.127534</w:t>
        <w:br/>
        <w:t>v -0.044949 1.481875 -0.127567</w:t>
        <w:br/>
        <w:t>v -0.039926 1.482058 -0.128180</w:t>
        <w:br/>
        <w:t>v -0.000000 1.444240 -0.118845</w:t>
        <w:br/>
        <w:t>v -0.011074 1.445176 -0.121370</w:t>
        <w:br/>
        <w:t>v -0.000000 1.461326 -0.111693</w:t>
        <w:br/>
        <w:t>v -0.047750 1.479580 -0.124936</w:t>
        <w:br/>
        <w:t>v -0.025870 1.445675 -0.129879</w:t>
        <w:br/>
        <w:t>v -0.041517 1.444645 -0.140128</w:t>
        <w:br/>
        <w:t>v -0.065549 1.434966 -0.136291</w:t>
        <w:br/>
        <w:t>v -0.064567 1.432092 -0.133092</w:t>
        <w:br/>
        <w:t>v -0.023064 1.466407 -0.114440</w:t>
        <w:br/>
        <w:t>v -0.046741 1.450602 -0.123115</w:t>
        <w:br/>
        <w:t>v -0.035847 1.437152 -0.121945</w:t>
        <w:br/>
        <w:t>v -0.017340 1.443838 -0.117152</w:t>
        <w:br/>
        <w:t>v -0.009730 1.463255 -0.112332</w:t>
        <w:br/>
        <w:t>v -0.000000 1.461478 -0.111702</w:t>
        <w:br/>
        <w:t>v -0.000000 1.446518 -0.115612</w:t>
        <w:br/>
        <w:t>v -0.038932 1.471203 -0.118012</w:t>
        <w:br/>
        <w:t>v -0.056481 1.430507 -0.128260</w:t>
        <w:br/>
        <w:t>v -0.051072 1.442612 -0.142791</w:t>
        <w:br/>
        <w:t>v -0.051527 1.443651 -0.143828</w:t>
        <w:br/>
        <w:t>v -0.060686 1.440525 -0.141885</w:t>
        <w:br/>
        <w:t>v -0.059434 1.439472 -0.141271</w:t>
        <w:br/>
        <w:t>v -0.009078 1.465980 -0.114559</w:t>
        <w:br/>
        <w:t>v -0.010140 1.465599 -0.113418</w:t>
        <w:br/>
        <w:t>v -0.022527 1.474217 -0.119220</w:t>
        <w:br/>
        <w:t>v -0.021197 1.474201 -0.120317</w:t>
        <w:br/>
        <w:t>v -0.067231 1.435800 -0.135994</w:t>
        <w:br/>
        <w:t>v -0.065549 1.434966 -0.136291</w:t>
        <w:br/>
        <w:t>v -0.034022 1.480453 -0.126339</w:t>
        <w:br/>
        <w:t>v -0.032902 1.480515 -0.127517</w:t>
        <w:br/>
        <w:t>v -0.047750 1.479580 -0.124936</w:t>
        <w:br/>
        <w:t>v -0.046806 1.476141 -0.122456</w:t>
        <w:br/>
        <w:t>v -0.048354 1.476388 -0.121610</w:t>
        <w:br/>
        <w:t>v -0.049520 1.480137 -0.125138</w:t>
        <w:br/>
        <w:t>v -0.038932 1.471203 -0.118012</w:t>
        <w:br/>
        <w:t>v -0.023064 1.466407 -0.114440</w:t>
        <w:br/>
        <w:t>v -0.023597 1.466259 -0.113084</w:t>
        <w:br/>
        <w:t>v -0.039808 1.471192 -0.116750</w:t>
        <w:br/>
        <w:t>v -0.010189 1.463114 -0.110960</w:t>
        <w:br/>
        <w:t>v -0.009730 1.463255 -0.112332</w:t>
        <w:br/>
        <w:t>v -0.000000 1.461184 -0.110321</w:t>
        <w:br/>
        <w:t>v -0.000000 1.461478 -0.111702</w:t>
        <w:br/>
        <w:t>v -0.039926 1.482058 -0.128180</w:t>
        <w:br/>
        <w:t>v -0.044949 1.481875 -0.127567</w:t>
        <w:br/>
        <w:t>v -0.045877 1.482476 -0.128665</w:t>
        <w:br/>
        <w:t>v -0.039683 1.482420 -0.129530</w:t>
        <w:br/>
        <w:t>v -0.000000 1.444885 -0.120103</w:t>
        <w:br/>
        <w:t>v -0.010059 1.445862 -0.122441</w:t>
        <w:br/>
        <w:t>v -0.011074 1.445176 -0.121370</w:t>
        <w:br/>
        <w:t>v -0.000000 1.444240 -0.118845</w:t>
        <w:br/>
        <w:t>v -0.024591 1.446210 -0.130838</w:t>
        <w:br/>
        <w:t>v -0.025870 1.445675 -0.129879</w:t>
        <w:br/>
        <w:t>v -0.040962 1.445499 -0.141239</w:t>
        <w:br/>
        <w:t>v -0.041517 1.444645 -0.140128</w:t>
        <w:br/>
        <w:t>v -0.066012 1.432644 -0.132196</w:t>
        <w:br/>
        <w:t>v -0.064567 1.432092 -0.133092</w:t>
        <w:br/>
        <w:t>v -0.056481 1.430507 -0.128260</w:t>
        <w:br/>
        <w:t>v -0.057372 1.430644 -0.126995</w:t>
        <w:br/>
        <w:t>v -0.036410 1.437032 -0.120590</w:t>
        <w:br/>
        <w:t>v -0.035847 1.437152 -0.121945</w:t>
        <w:br/>
        <w:t>v -0.017340 1.443838 -0.117152</w:t>
        <w:br/>
        <w:t>v -0.017794 1.443657 -0.115785</w:t>
        <w:br/>
        <w:t>v -0.000000 1.446218 -0.114256</w:t>
        <w:br/>
        <w:t>v -0.000000 1.446518 -0.115612</w:t>
        <w:br/>
        <w:t>v -0.000000 1.461326 -0.111693</w:t>
        <w:br/>
        <w:t>v -0.000000 1.462097 -0.112893</w:t>
        <w:br/>
        <w:t>v -0.019843 1.437980 -0.106700</w:t>
        <w:br/>
        <w:t>v -0.032556 1.423130 -0.108189</w:t>
        <w:br/>
        <w:t>v -0.008584 1.407582 -0.122615</w:t>
        <w:br/>
        <w:t>v -0.005426 1.425337 -0.114587</w:t>
        <w:br/>
        <w:t>v -0.012392 1.390552 -0.131329</w:t>
        <w:br/>
        <w:t>v -0.002797 1.434708 -0.111242</w:t>
        <w:br/>
        <w:t>v -0.010300 1.444949 -0.105984</w:t>
        <w:br/>
        <w:t>v -0.040041 1.375124 -0.131569</w:t>
        <w:br/>
        <w:t>v -0.045971 1.406684 -0.111781</w:t>
        <w:br/>
        <w:t>v -0.059946 1.387458 -0.116237</w:t>
        <w:br/>
        <w:t>v -0.016840 1.374669 -0.140090</w:t>
        <w:br/>
        <w:t>v -0.000000 1.437887 -0.110487</w:t>
        <w:br/>
        <w:t>v -0.000000 1.447995 -0.107127</w:t>
        <w:br/>
        <w:t>v -0.053883 1.373318 -0.127149</w:t>
        <w:br/>
        <w:t>v -0.040910 1.353539 -0.142418</w:t>
        <w:br/>
        <w:t>v -0.038740 1.373677 -0.129853</w:t>
        <w:br/>
        <w:t>v -0.023835 1.351189 -0.147232</w:t>
        <w:br/>
        <w:t>v -0.039547 1.352296 -0.140621</w:t>
        <w:br/>
        <w:t>v -0.019002 1.437472 -0.104495</w:t>
        <w:br/>
        <w:t>v -0.004520 1.424179 -0.112609</w:t>
        <w:br/>
        <w:t>v -0.007501 1.406034 -0.120878</w:t>
        <w:br/>
        <w:t>v -0.031654 1.422120 -0.106154</w:t>
        <w:br/>
        <w:t>v -0.011525 1.388808 -0.129649</w:t>
        <w:br/>
        <w:t>v -0.009564 1.444159 -0.103836</w:t>
        <w:br/>
        <w:t>v -0.001917 1.433994 -0.109099</w:t>
        <w:br/>
        <w:t>v -0.044942 1.405256 -0.109961</w:t>
        <w:br/>
        <w:t>v -0.015712 1.373148 -0.138352</w:t>
        <w:br/>
        <w:t>v -0.000000 1.437007 -0.108299</w:t>
        <w:br/>
        <w:t>v -0.000000 1.447067 -0.104956</w:t>
        <w:br/>
        <w:t>v -0.052596 1.371804 -0.125464</w:t>
        <w:br/>
        <w:t>v -0.019002 1.437472 -0.104495</w:t>
        <w:br/>
        <w:t>v -0.031654 1.422120 -0.106154</w:t>
        <w:br/>
        <w:t>v -0.032556 1.423130 -0.108189</w:t>
        <w:br/>
        <w:t>v -0.019843 1.437980 -0.106700</w:t>
        <w:br/>
        <w:t>v -0.005426 1.425337 -0.114587</w:t>
        <w:br/>
        <w:t>v -0.008584 1.407582 -0.122615</w:t>
        <w:br/>
        <w:t>v -0.007501 1.406034 -0.120878</w:t>
        <w:br/>
        <w:t>v -0.004520 1.424179 -0.112609</w:t>
        <w:br/>
        <w:t>v -0.011525 1.388808 -0.129649</w:t>
        <w:br/>
        <w:t>v -0.012392 1.390552 -0.131329</w:t>
        <w:br/>
        <w:t>v -0.010300 1.444949 -0.105984</w:t>
        <w:br/>
        <w:t>v -0.009564 1.444159 -0.103836</w:t>
        <w:br/>
        <w:t>v -0.001917 1.433994 -0.109099</w:t>
        <w:br/>
        <w:t>v -0.002797 1.434708 -0.111242</w:t>
        <w:br/>
        <w:t>v -0.016840 1.374669 -0.140090</w:t>
        <w:br/>
        <w:t>v -0.025148 1.352440 -0.149044</w:t>
        <w:br/>
        <w:t>v -0.023835 1.351189 -0.147232</w:t>
        <w:br/>
        <w:t>v -0.015712 1.373148 -0.138352</w:t>
        <w:br/>
        <w:t>v -0.045971 1.406684 -0.111781</w:t>
        <w:br/>
        <w:t>v -0.044942 1.405256 -0.109961</w:t>
        <w:br/>
        <w:t>v -0.058568 1.386052 -0.114529</w:t>
        <w:br/>
        <w:t>v -0.059946 1.387458 -0.116237</w:t>
        <w:br/>
        <w:t>v -0.000000 1.447067 -0.104956</w:t>
        <w:br/>
        <w:t>v -0.000000 1.447995 -0.107127</w:t>
        <w:br/>
        <w:t>v -0.000000 1.437887 -0.110487</w:t>
        <w:br/>
        <w:t>v -0.000000 1.437007 -0.108299</w:t>
        <w:br/>
        <w:t>v -0.033515 1.336008 -0.153271</w:t>
        <w:br/>
        <w:t>v -0.025148 1.352440 -0.149044</w:t>
        <w:br/>
        <w:t>v -0.033515 1.336008 -0.153271</w:t>
        <w:br/>
        <w:t>v -0.032159 1.334819 -0.151447</w:t>
        <w:br/>
        <w:t>v -0.032159 1.334819 -0.151447</w:t>
        <w:br/>
        <w:t>v -0.033515 1.336008 -0.153271</w:t>
        <w:br/>
        <w:t>v -0.040910 1.353539 -0.142418</w:t>
        <w:br/>
        <w:t>v -0.039547 1.352296 -0.140621</w:t>
        <w:br/>
        <w:t>v -0.052596 1.371804 -0.125464</w:t>
        <w:br/>
        <w:t>v -0.053883 1.373318 -0.127149</w:t>
        <w:br/>
        <w:t>v -0.058568 1.386052 -0.114529</w:t>
        <w:br/>
        <w:t>v -0.032159 1.334819 -0.151447</w:t>
        <w:br/>
        <w:t>v -0.006195 1.479952 -0.103045</w:t>
        <w:br/>
        <w:t>v -0.000000 1.481510 -0.102481</w:t>
        <w:br/>
        <w:t>v -0.000000 1.497713 -0.096619</w:t>
        <w:br/>
        <w:t>v -0.006928 1.496681 -0.096993</w:t>
        <w:br/>
        <w:t>v -0.013179 1.493686 -0.098076</w:t>
        <w:br/>
        <w:t>v -0.018138 1.489021 -0.099764</w:t>
        <w:br/>
        <w:t>v -0.011176 1.476154 -0.104420</w:t>
        <w:br/>
        <w:t>v -0.013476 1.470526 -0.106456</w:t>
        <w:br/>
        <w:t>v -0.021322 1.483144 -0.101891</w:t>
        <w:br/>
        <w:t>v -0.022418 1.476631 -0.104247</w:t>
        <w:br/>
        <w:t>v -0.021320 1.470116 -0.106604</w:t>
        <w:br/>
        <w:t>v -0.013136 1.464505 -0.108635</w:t>
        <w:br/>
        <w:t>v -0.018135 1.464241 -0.108730</w:t>
        <w:br/>
        <w:t>v -0.011174 1.460888 -0.109944</w:t>
        <w:br/>
        <w:t>v -0.013176 1.459578 -0.110418</w:t>
        <w:br/>
        <w:t>v -0.000000 1.497047 -0.094784</w:t>
        <w:br/>
        <w:t>v -0.000000 1.480844 -0.100647</w:t>
        <w:br/>
        <w:t>v -0.006192 1.479287 -0.101210</w:t>
        <w:br/>
        <w:t>v -0.006926 1.496015 -0.095157</w:t>
        <w:br/>
        <w:t>v -0.013176 1.493021 -0.096240</w:t>
        <w:br/>
        <w:t>v -0.011173 1.475492 -0.102583</w:t>
        <w:br/>
        <w:t>v -0.018135 1.488360 -0.097927</w:t>
        <w:br/>
        <w:t>v -0.013475 1.469866 -0.104620</w:t>
        <w:br/>
        <w:t>v -0.021320 1.482484 -0.100054</w:t>
        <w:br/>
        <w:t>v -0.022418 1.475970 -0.102410</w:t>
        <w:br/>
        <w:t>v -0.013137 1.463845 -0.106798</w:t>
        <w:br/>
        <w:t>v -0.021322 1.469456 -0.104767</w:t>
        <w:br/>
        <w:t>v -0.011177 1.460227 -0.108107</w:t>
        <w:br/>
        <w:t>v -0.018138 1.463579 -0.106894</w:t>
        <w:br/>
        <w:t>v -0.007268 1.456077 -0.109626</w:t>
        <w:br/>
        <w:t>v -0.013179 1.458915 -0.108582</w:t>
        <w:br/>
        <w:t>v -0.000000 1.497713 -0.096619</w:t>
        <w:br/>
        <w:t>v -0.000000 1.497047 -0.094784</w:t>
        <w:br/>
        <w:t>v -0.006926 1.496015 -0.095157</w:t>
        <w:br/>
        <w:t>v -0.006928 1.496681 -0.096993</w:t>
        <w:br/>
        <w:t>v -0.006192 1.479287 -0.101210</w:t>
        <w:br/>
        <w:t>v -0.000000 1.480844 -0.100647</w:t>
        <w:br/>
        <w:t>v -0.000000 1.481510 -0.102481</w:t>
        <w:br/>
        <w:t>v -0.006195 1.479952 -0.103045</w:t>
        <w:br/>
        <w:t>v -0.013179 1.493686 -0.098076</w:t>
        <w:br/>
        <w:t>v -0.013176 1.493021 -0.096240</w:t>
        <w:br/>
        <w:t>v -0.018135 1.488360 -0.097927</w:t>
        <w:br/>
        <w:t>v -0.018138 1.489021 -0.099764</w:t>
        <w:br/>
        <w:t>v -0.011176 1.476154 -0.104420</w:t>
        <w:br/>
        <w:t>v -0.011173 1.475492 -0.102583</w:t>
        <w:br/>
        <w:t>v -0.021320 1.482484 -0.100054</w:t>
        <w:br/>
        <w:t>v -0.021322 1.483144 -0.101891</w:t>
        <w:br/>
        <w:t>v -0.013476 1.470526 -0.106456</w:t>
        <w:br/>
        <w:t>v -0.013475 1.469866 -0.104620</w:t>
        <w:br/>
        <w:t>v -0.022418 1.475970 -0.102410</w:t>
        <w:br/>
        <w:t>v -0.022418 1.476631 -0.104247</w:t>
        <w:br/>
        <w:t>v -0.021322 1.469456 -0.104767</w:t>
        <w:br/>
        <w:t>v -0.021320 1.470116 -0.106604</w:t>
        <w:br/>
        <w:t>v -0.013136 1.464505 -0.108635</w:t>
        <w:br/>
        <w:t>v -0.013137 1.463845 -0.106798</w:t>
        <w:br/>
        <w:t>v -0.018138 1.463579 -0.106894</w:t>
        <w:br/>
        <w:t>v -0.018135 1.464241 -0.108730</w:t>
        <w:br/>
        <w:t>v -0.011174 1.460888 -0.109944</w:t>
        <w:br/>
        <w:t>v -0.011177 1.460227 -0.108107</w:t>
        <w:br/>
        <w:t>v -0.013179 1.458915 -0.108582</w:t>
        <w:br/>
        <w:t>v -0.013176 1.459578 -0.110418</w:t>
        <w:br/>
        <w:t>v -0.007268 1.456077 -0.109626</w:t>
        <w:br/>
        <w:t>v -0.007269 1.456732 -0.111429</w:t>
        <w:br/>
        <w:t>v -0.007268 1.456077 -0.109626</w:t>
        <w:br/>
        <w:t>v -0.007269 1.456732 -0.111429</w:t>
        <w:br/>
        <w:t>v -0.007269 1.456732 -0.111429</w:t>
        <w:br/>
        <w:t>v 0.060661 1.441843 -0.124977</w:t>
        <w:br/>
        <w:t>v 0.051062 1.419595 -0.126279</w:t>
        <w:br/>
        <w:t>v 0.062871 1.426854 -0.124888</w:t>
        <w:br/>
        <w:t>v 0.011760 1.440400 -0.115244</w:t>
        <w:br/>
        <w:t>v 0.012382 1.463376 -0.111156</w:t>
        <w:br/>
        <w:t>v 0.027448 1.451751 -0.115748</w:t>
        <w:br/>
        <w:t>v 0.057170 1.415576 -0.126052</w:t>
        <w:br/>
        <w:t>v 0.060691 1.412692 -0.123962</w:t>
        <w:br/>
        <w:t>v 0.066031 1.423526 -0.122816</w:t>
        <w:br/>
        <w:t>v 0.064730 1.468038 -0.122625</w:t>
        <w:br/>
        <w:t>v 0.047978 1.468925 -0.118451</w:t>
        <w:br/>
        <w:t>v 0.041298 1.449091 -0.119557</w:t>
        <w:br/>
        <w:t>v 0.055139 1.445539 -0.123627</w:t>
        <w:br/>
        <w:t>v 0.078507 1.457879 -0.108731</w:t>
        <w:br/>
        <w:t>v 0.083239 1.458703 -0.113340</w:t>
        <w:br/>
        <w:t>v 0.078418 1.444544 -0.115650</w:t>
        <w:br/>
        <w:t>v 0.072677 1.444443 -0.110729</w:t>
        <w:br/>
        <w:t>v 0.031055 1.468320 -0.113798</w:t>
        <w:br/>
        <w:t>v 0.074488 1.450379 -0.122974</w:t>
        <w:br/>
        <w:t>v 0.067170 1.437560 -0.124212</w:t>
        <w:br/>
        <w:t>v 0.078418 1.444544 -0.115650</w:t>
        <w:br/>
        <w:t>v 0.078229 1.447461 -0.119743</w:t>
        <w:br/>
        <w:t>v 0.070595 1.434900 -0.121262</w:t>
        <w:br/>
        <w:t>v 0.070798 1.432241 -0.117468</w:t>
        <w:br/>
        <w:t>v 0.061186 1.419042 -0.115180</w:t>
        <w:br/>
        <w:t>v 0.065902 1.431689 -0.112867</w:t>
        <w:br/>
        <w:t>v 0.070798 1.432241 -0.117468</w:t>
        <w:br/>
        <w:t>v 0.066555 1.419929 -0.119345</w:t>
        <w:br/>
        <w:t>v 0.079209 1.463518 -0.121386</w:t>
        <w:br/>
        <w:t>v 0.071522 1.466072 -0.122660</w:t>
        <w:br/>
        <w:t>v 0.082936 1.461110 -0.117876</w:t>
        <w:br/>
        <w:t>v 0.066555 1.419929 -0.119345</w:t>
        <w:br/>
        <w:t>v 0.045848 1.423026 -0.124882</w:t>
        <w:br/>
        <w:t>v 0.034678 1.429229 -0.121352</w:t>
        <w:br/>
        <w:t>v 0.060992 1.409808 -0.121115</w:t>
        <w:br/>
        <w:t>v 0.055778 1.406771 -0.117607</w:t>
        <w:br/>
        <w:t>v 0.059038 1.430863 -0.110729</w:t>
        <w:br/>
        <w:t>v 0.048547 1.405539 -0.116276</w:t>
        <w:br/>
        <w:t>v 0.035888 1.409760 -0.116608</w:t>
        <w:br/>
        <w:t>v 0.044500 1.432153 -0.110442</w:t>
        <w:br/>
        <w:t>v 0.023919 1.435154 -0.118275</w:t>
        <w:br/>
        <w:t>v 0.055164 1.445433 -0.122352</w:t>
        <w:br/>
        <w:t>v 0.060149 1.441979 -0.123720</w:t>
        <w:br/>
        <w:t>v 0.050599 1.419698 -0.125031</w:t>
        <w:br/>
        <w:t>v 0.045878 1.422913 -0.123576</w:t>
        <w:br/>
        <w:t>v 0.024397 1.434861 -0.116967</w:t>
        <w:br/>
        <w:t>v 0.012230 1.440121 -0.113891</w:t>
        <w:br/>
        <w:t>v 0.027973 1.451429 -0.114378</w:t>
        <w:br/>
        <w:t>v 0.059471 1.410698 -0.121504</w:t>
        <w:br/>
        <w:t>v 0.059452 1.413298 -0.123590</w:t>
        <w:br/>
        <w:t>v 0.063857 1.424092 -0.122051</w:t>
        <w:br/>
        <w:t>v 0.064490 1.420795 -0.119705</w:t>
        <w:br/>
        <w:t>v 0.041701 1.448828 -0.118313</w:t>
        <w:br/>
        <w:t>v 0.048367 1.468684 -0.117210</w:t>
        <w:br/>
        <w:t>v 0.064642 1.467956 -0.121303</w:t>
        <w:br/>
        <w:t>v 0.058320 1.431447 -0.112742</w:t>
        <w:br/>
        <w:t>v 0.071470 1.445197 -0.111727</w:t>
        <w:br/>
        <w:t>v 0.070618 1.457882 -0.107360</w:t>
        <w:br/>
        <w:t>v 0.053467 1.456921 -0.106156</w:t>
        <w:br/>
        <w:t>v 0.044551 1.432529 -0.111960</w:t>
        <w:br/>
        <w:t>v 0.028692 1.438222 -0.112905</w:t>
        <w:br/>
        <w:t>v 0.034761 1.456554 -0.108978</w:t>
        <w:br/>
        <w:t>v 0.016769 1.456295 -0.109983</w:t>
        <w:br/>
        <w:t>v 0.013826 1.444629 -0.112669</w:t>
        <w:br/>
        <w:t>v 0.031536 1.468023 -0.112540</w:t>
        <w:br/>
        <w:t>v 0.073311 1.450715 -0.121876</w:t>
        <w:br/>
        <w:t>v 0.076009 1.448099 -0.119181</w:t>
        <w:br/>
        <w:t>v 0.069168 1.435551 -0.120888</w:t>
        <w:br/>
        <w:t>v 0.066114 1.437932 -0.123055</w:t>
        <w:br/>
        <w:t>v 0.059819 1.419778 -0.116340</w:t>
        <w:br/>
        <w:t>v 0.064705 1.432437 -0.113838</w:t>
        <w:br/>
        <w:t>v 0.070912 1.466152 -0.121445</w:t>
        <w:br/>
        <w:t>v 0.078077 1.463760 -0.120323</w:t>
        <w:br/>
        <w:t>v 0.081498 1.461552 -0.117464</w:t>
        <w:br/>
        <w:t>v 0.061800 1.427119 -0.123721</w:t>
        <w:br/>
        <w:t>v 0.035019 1.429006 -0.120055</w:t>
        <w:br/>
        <w:t>v 0.022592 1.420393 -0.117660</w:t>
        <w:br/>
        <w:t>v 0.035962 1.410101 -0.117960</w:t>
        <w:br/>
        <w:t>v 0.010814 1.432929 -0.115173</w:t>
        <w:br/>
        <w:t>v 0.050599 1.419698 -0.125031</w:t>
        <w:br/>
        <w:t>v 0.056214 1.415896 -0.124899</w:t>
        <w:br/>
        <w:t>v 0.057170 1.415576 -0.126052</w:t>
        <w:br/>
        <w:t>v 0.051062 1.419595 -0.126279</w:t>
        <w:br/>
        <w:t>v 0.012382 1.463376 -0.111156</w:t>
        <w:br/>
        <w:t>v 0.012849 1.463096 -0.109842</w:t>
        <w:br/>
        <w:t>v 0.031055 1.468320 -0.113798</w:t>
        <w:br/>
        <w:t>v 0.031536 1.468023 -0.112540</w:t>
        <w:br/>
        <w:t>v 0.059471 1.410698 -0.121504</w:t>
        <w:br/>
        <w:t>v 0.060992 1.409808 -0.121115</w:t>
        <w:br/>
        <w:t>v 0.059452 1.413298 -0.123590</w:t>
        <w:br/>
        <w:t>v 0.048367 1.468684 -0.117210</w:t>
        <w:br/>
        <w:t>v 0.047978 1.468925 -0.118451</w:t>
        <w:br/>
        <w:t>v 0.064730 1.468038 -0.122625</w:t>
        <w:br/>
        <w:t>v 0.064642 1.467956 -0.121303</w:t>
        <w:br/>
        <w:t>v 0.081494 1.459344 -0.113577</w:t>
        <w:br/>
        <w:t>v 0.083239 1.458703 -0.113340</w:t>
        <w:br/>
        <w:t>v 0.078507 1.457879 -0.108731</w:t>
        <w:br/>
        <w:t>v 0.077296 1.458482 -0.109507</w:t>
        <w:br/>
        <w:t>v 0.053471 1.456562 -0.104652</w:t>
        <w:br/>
        <w:t>v 0.053467 1.456921 -0.106156</w:t>
        <w:br/>
        <w:t>v 0.070618 1.457882 -0.107360</w:t>
        <w:br/>
        <w:t>v 0.071293 1.457318 -0.105997</w:t>
        <w:br/>
        <w:t>v 0.034563 1.456246 -0.107568</w:t>
        <w:br/>
        <w:t>v 0.034761 1.456554 -0.108978</w:t>
        <w:br/>
        <w:t>v 0.016476 1.456019 -0.108582</w:t>
        <w:br/>
        <w:t>v 0.016769 1.456295 -0.109983</w:t>
        <w:br/>
        <w:t>v 0.071522 1.466072 -0.122660</w:t>
        <w:br/>
        <w:t>v 0.070912 1.466152 -0.121445</w:t>
        <w:br/>
        <w:t>v 0.078077 1.463760 -0.120323</w:t>
        <w:br/>
        <w:t>v 0.079209 1.463518 -0.121386</w:t>
        <w:br/>
        <w:t>v 0.082936 1.461110 -0.117876</w:t>
        <w:br/>
        <w:t>v 0.081498 1.461552 -0.117464</w:t>
        <w:br/>
        <w:t>v 0.012230 1.440121 -0.113891</w:t>
        <w:br/>
        <w:t>v 0.011760 1.440400 -0.115244</w:t>
        <w:br/>
        <w:t>v 0.024397 1.434861 -0.116967</w:t>
        <w:br/>
        <w:t>v 0.023919 1.435154 -0.118275</w:t>
        <w:br/>
        <w:t>v 0.035019 1.429006 -0.120055</w:t>
        <w:br/>
        <w:t>v 0.045878 1.422913 -0.123576</w:t>
        <w:br/>
        <w:t>v 0.045848 1.423026 -0.124882</w:t>
        <w:br/>
        <w:t>v 0.034678 1.429229 -0.121352</w:t>
        <w:br/>
        <w:t>v 0.054817 1.407460 -0.118414</w:t>
        <w:br/>
        <w:t>v 0.048147 1.406027 -0.117529</w:t>
        <w:br/>
        <w:t>v 0.048547 1.405539 -0.116276</w:t>
        <w:br/>
        <w:t>v 0.055778 1.406771 -0.117607</w:t>
        <w:br/>
        <w:t>v 0.035888 1.409760 -0.116608</w:t>
        <w:br/>
        <w:t>v 0.035962 1.410101 -0.117960</w:t>
        <w:br/>
        <w:t>v 0.022592 1.420393 -0.117660</w:t>
        <w:br/>
        <w:t>v 0.022382 1.420090 -0.116261</w:t>
        <w:br/>
        <w:t>v 0.010814 1.432929 -0.115173</w:t>
        <w:br/>
        <w:t>v 0.010510 1.432650 -0.113777</w:t>
        <w:br/>
        <w:t>v 0.081494 1.459344 -0.113577</w:t>
        <w:br/>
        <w:t>v 0.077296 1.458482 -0.109507</w:t>
        <w:br/>
        <w:t>v 0.076129 1.445483 -0.115954</w:t>
        <w:br/>
        <w:t>v 0.064490 1.420795 -0.119705</w:t>
        <w:br/>
        <w:t>v 0.069001 1.433170 -0.117880</w:t>
        <w:br/>
        <w:t>v 0.054817 1.407460 -0.118414</w:t>
        <w:br/>
        <w:t>v 0.059471 1.410698 -0.121504</w:t>
        <w:br/>
        <w:t>v 0.053471 1.456562 -0.104652</w:t>
        <w:br/>
        <w:t>v 0.071293 1.457318 -0.105997</w:t>
        <w:br/>
        <w:t>v 0.028452 1.437896 -0.111385</w:t>
        <w:br/>
        <w:t>v 0.034563 1.456246 -0.107568</w:t>
        <w:br/>
        <w:t>v 0.013608 1.444330 -0.110254</w:t>
        <w:br/>
        <w:t>v 0.016476 1.456019 -0.108582</w:t>
        <w:br/>
        <w:t>v 0.060992 1.409808 -0.121115</w:t>
        <w:br/>
        <w:t>v 0.056214 1.415896 -0.124899</w:t>
        <w:br/>
        <w:t>v 0.069001 1.433170 -0.117880</w:t>
        <w:br/>
        <w:t>v 0.060691 1.412692 -0.123962</w:t>
        <w:br/>
        <w:t>v 0.022382 1.420090 -0.116261</w:t>
        <w:br/>
        <w:t>v 0.010510 1.432650 -0.113777</w:t>
        <w:br/>
        <w:t>v 0.048147 1.406027 -0.117529</w:t>
        <w:br/>
        <w:t>v -0.000000 1.443670 -0.112032</w:t>
        <w:br/>
        <w:t>v -0.000000 1.443234 -0.110555</w:t>
        <w:br/>
        <w:t>v 0.012849 1.463096 -0.109842</w:t>
        <w:br/>
        <w:t>v 0.054502 1.448529 -0.106040</w:t>
        <w:br/>
        <w:t>v 0.051362 1.464096 -0.102401</w:t>
        <w:br/>
        <w:t>v 0.027519 1.454380 -0.108742</w:t>
        <w:br/>
        <w:t>v 0.029395 1.440635 -0.108988</w:t>
        <w:br/>
        <w:t>v 0.045046 1.479219 -0.098768</w:t>
        <w:br/>
        <w:t>v 0.024118 1.466223 -0.105076</w:t>
        <w:br/>
        <w:t>v 0.029071 1.440501 -0.107593</w:t>
        <w:br/>
        <w:t>v 0.027222 1.454053 -0.106334</w:t>
        <w:br/>
        <w:t>v 0.051261 1.463720 -0.100919</w:t>
        <w:br/>
        <w:t>v 0.054369 1.448260 -0.104683</w:t>
        <w:br/>
        <w:t>v 0.044949 1.478864 -0.097396</w:t>
        <w:br/>
        <w:t>v 0.023870 1.465823 -0.103694</w:t>
        <w:br/>
        <w:t>v 0.029395 1.440635 -0.108988</w:t>
        <w:br/>
        <w:t>v 0.029071 1.440501 -0.107593</w:t>
        <w:br/>
        <w:t>v 0.054369 1.448260 -0.104683</w:t>
        <w:br/>
        <w:t>v 0.054502 1.448529 -0.106040</w:t>
        <w:br/>
        <w:t>v 0.044949 1.478864 -0.097396</w:t>
        <w:br/>
        <w:t>v 0.023870 1.465823 -0.103694</w:t>
        <w:br/>
        <w:t>v 0.024118 1.466223 -0.105076</w:t>
        <w:br/>
        <w:t>v 0.045046 1.479219 -0.098768</w:t>
        <w:br/>
        <w:t>v 0.062993 1.486136 -0.094589</w:t>
        <w:br/>
        <w:t>v 0.070592 1.471418 -0.098023</w:t>
        <w:br/>
        <w:t>v 0.074530 1.457845 -0.101289</w:t>
        <w:br/>
        <w:t>v 0.063029 1.485844 -0.093262</w:t>
        <w:br/>
        <w:t>v 0.070635 1.471106 -0.096643</w:t>
        <w:br/>
        <w:t>v 0.074577 1.457538 -0.099967</w:t>
        <w:br/>
        <w:t>v -0.000000 1.447515 -0.109328</w:t>
        <w:br/>
        <w:t>v -0.000000 1.447935 -0.110720</w:t>
        <w:br/>
        <w:t>v 0.062993 1.486136 -0.094589</w:t>
        <w:br/>
        <w:t>v 0.063029 1.485844 -0.093262</w:t>
        <w:br/>
        <w:t>v 0.063029 1.485844 -0.093262</w:t>
        <w:br/>
        <w:t>v 0.062993 1.486136 -0.094589</w:t>
        <w:br/>
        <w:t>v 0.070592 1.471418 -0.098023</w:t>
        <w:br/>
        <w:t>v 0.070635 1.471106 -0.096643</w:t>
        <w:br/>
        <w:t>v 0.074530 1.457845 -0.101289</w:t>
        <w:br/>
        <w:t>v 0.074577 1.457538 -0.099967</w:t>
        <w:br/>
        <w:t>v 0.074577 1.457538 -0.099967</w:t>
        <w:br/>
        <w:t>v 0.074530 1.457845 -0.101289</w:t>
        <w:br/>
        <w:t>v 0.051806 1.461179 -0.134455</w:t>
        <w:br/>
        <w:t>v 0.045078 1.462797 -0.136069</w:t>
        <w:br/>
        <w:t>v 0.051527 1.443651 -0.143828</w:t>
        <w:br/>
        <w:t>v 0.060686 1.440525 -0.141885</w:t>
        <w:br/>
        <w:t>v 0.067231 1.435800 -0.135994</w:t>
        <w:br/>
        <w:t>v 0.056640 1.458258 -0.130842</w:t>
        <w:br/>
        <w:t>v 0.036975 1.463165 -0.132823</w:t>
        <w:br/>
        <w:t>v 0.032902 1.480515 -0.127517</w:t>
        <w:br/>
        <w:t>v 0.021197 1.474201 -0.120317</w:t>
        <w:br/>
        <w:t>v 0.022787 1.460029 -0.124079</w:t>
        <w:br/>
        <w:t>v 0.048354 1.476388 -0.121610</w:t>
        <w:br/>
        <w:t>v 0.049520 1.480137 -0.125138</w:t>
        <w:br/>
        <w:t>v 0.056640 1.458258 -0.130842</w:t>
        <w:br/>
        <w:t>v 0.054892 1.454506 -0.126599</w:t>
        <w:br/>
        <w:t>v 0.023597 1.466259 -0.113084</w:t>
        <w:br/>
        <w:t>v 0.039808 1.471192 -0.116750</w:t>
        <w:br/>
        <w:t>v 0.047711 1.450663 -0.121755</w:t>
        <w:br/>
        <w:t>v 0.045877 1.482477 -0.128665</w:t>
        <w:br/>
        <w:t>v 0.039682 1.482421 -0.129530</w:t>
        <w:br/>
        <w:t>v 0.010059 1.445862 -0.122441</w:t>
        <w:br/>
        <w:t>v 0.009078 1.465980 -0.114559</w:t>
        <w:br/>
        <w:t>v 0.049520 1.480137 -0.125138</w:t>
        <w:br/>
        <w:t>v 0.024591 1.446210 -0.130838</w:t>
        <w:br/>
        <w:t>v 0.040962 1.445499 -0.141239</w:t>
        <w:br/>
        <w:t>v 0.066012 1.432644 -0.132196</w:t>
        <w:br/>
        <w:t>v 0.067231 1.435800 -0.135994</w:t>
        <w:br/>
        <w:t>v 0.036410 1.437032 -0.120590</w:t>
        <w:br/>
        <w:t>v 0.017794 1.443657 -0.115785</w:t>
        <w:br/>
        <w:t>v 0.010189 1.463114 -0.110960</w:t>
        <w:br/>
        <w:t>v 0.057372 1.430644 -0.126995</w:t>
        <w:br/>
        <w:t>v 0.044754 1.462146 -0.133847</w:t>
        <w:br/>
        <w:t>v 0.050590 1.460390 -0.133436</w:t>
        <w:br/>
        <w:t>v 0.059434 1.439472 -0.141271</w:t>
        <w:br/>
        <w:t>v 0.051072 1.442612 -0.142791</w:t>
        <w:br/>
        <w:t>v 0.010139 1.465599 -0.113418</w:t>
        <w:br/>
        <w:t>v 0.022527 1.474217 -0.119220</w:t>
        <w:br/>
        <w:t>v 0.023988 1.459587 -0.123352</w:t>
        <w:br/>
        <w:t>v 0.054718 1.457501 -0.130860</w:t>
        <w:br/>
        <w:t>v 0.065549 1.434966 -0.136291</w:t>
        <w:br/>
        <w:t>v 0.034022 1.480453 -0.126339</w:t>
        <w:br/>
        <w:t>v 0.038090 1.462712 -0.131612</w:t>
        <w:br/>
        <w:t>v 0.054718 1.457501 -0.130860</w:t>
        <w:br/>
        <w:t>v 0.047750 1.479580 -0.124936</w:t>
        <w:br/>
        <w:t>v 0.046806 1.476141 -0.122456</w:t>
        <w:br/>
        <w:t>v 0.053258 1.454056 -0.127534</w:t>
        <w:br/>
        <w:t>v 0.044949 1.481875 -0.127567</w:t>
        <w:br/>
        <w:t>v 0.039926 1.482059 -0.128180</w:t>
        <w:br/>
        <w:t>v 0.011074 1.445176 -0.121370</w:t>
        <w:br/>
        <w:t>v 0.047750 1.479580 -0.124936</w:t>
        <w:br/>
        <w:t>v 0.041517 1.444646 -0.140128</w:t>
        <w:br/>
        <w:t>v 0.025870 1.445675 -0.129879</w:t>
        <w:br/>
        <w:t>v 0.064567 1.432093 -0.133092</w:t>
        <w:br/>
        <w:t>v 0.065549 1.434966 -0.136291</w:t>
        <w:br/>
        <w:t>v 0.046741 1.450602 -0.123115</w:t>
        <w:br/>
        <w:t>v 0.023064 1.466407 -0.114440</w:t>
        <w:br/>
        <w:t>v 0.035847 1.437152 -0.121945</w:t>
        <w:br/>
        <w:t>v 0.009730 1.463255 -0.112332</w:t>
        <w:br/>
        <w:t>v 0.017340 1.443838 -0.117152</w:t>
        <w:br/>
        <w:t>v 0.038932 1.471203 -0.118012</w:t>
        <w:br/>
        <w:t>v 0.056481 1.430507 -0.128260</w:t>
        <w:br/>
        <w:t>v 0.060686 1.440525 -0.141885</w:t>
        <w:br/>
        <w:t>v 0.051527 1.443651 -0.143828</w:t>
        <w:br/>
        <w:t>v 0.051072 1.442612 -0.142791</w:t>
        <w:br/>
        <w:t>v 0.059434 1.439472 -0.141271</w:t>
        <w:br/>
        <w:t>v 0.022527 1.474217 -0.119220</w:t>
        <w:br/>
        <w:t>v 0.010139 1.465599 -0.113418</w:t>
        <w:br/>
        <w:t>v 0.009078 1.465980 -0.114559</w:t>
        <w:br/>
        <w:t>v 0.021197 1.474201 -0.120317</w:t>
        <w:br/>
        <w:t>v 0.067231 1.435800 -0.135994</w:t>
        <w:br/>
        <w:t>v 0.065549 1.434966 -0.136291</w:t>
        <w:br/>
        <w:t>v 0.032902 1.480515 -0.127517</w:t>
        <w:br/>
        <w:t>v 0.034022 1.480453 -0.126339</w:t>
        <w:br/>
        <w:t>v 0.048354 1.476388 -0.121610</w:t>
        <w:br/>
        <w:t>v 0.046806 1.476141 -0.122456</w:t>
        <w:br/>
        <w:t>v 0.047750 1.479580 -0.124936</w:t>
        <w:br/>
        <w:t>v 0.049520 1.480137 -0.125138</w:t>
        <w:br/>
        <w:t>v 0.023597 1.466259 -0.113084</w:t>
        <w:br/>
        <w:t>v 0.023064 1.466407 -0.114440</w:t>
        <w:br/>
        <w:t>v 0.038932 1.471203 -0.118012</w:t>
        <w:br/>
        <w:t>v 0.039808 1.471192 -0.116750</w:t>
        <w:br/>
        <w:t>v 0.010189 1.463114 -0.110960</w:t>
        <w:br/>
        <w:t>v 0.009730 1.463255 -0.112332</w:t>
        <w:br/>
        <w:t>v 0.045877 1.482477 -0.128665</w:t>
        <w:br/>
        <w:t>v 0.044949 1.481875 -0.127567</w:t>
        <w:br/>
        <w:t>v 0.039926 1.482059 -0.128180</w:t>
        <w:br/>
        <w:t>v 0.039682 1.482421 -0.129530</w:t>
        <w:br/>
        <w:t>v 0.011074 1.445176 -0.121370</w:t>
        <w:br/>
        <w:t>v 0.010059 1.445862 -0.122441</w:t>
        <w:br/>
        <w:t>v 0.025870 1.445675 -0.129879</w:t>
        <w:br/>
        <w:t>v 0.024591 1.446210 -0.130838</w:t>
        <w:br/>
        <w:t>v 0.040962 1.445499 -0.141239</w:t>
        <w:br/>
        <w:t>v 0.041517 1.444646 -0.140128</w:t>
        <w:br/>
        <w:t>v 0.064567 1.432093 -0.133092</w:t>
        <w:br/>
        <w:t>v 0.066012 1.432644 -0.132196</w:t>
        <w:br/>
        <w:t>v 0.036410 1.437032 -0.120590</w:t>
        <w:br/>
        <w:t>v 0.057372 1.430644 -0.126995</w:t>
        <w:br/>
        <w:t>v 0.056481 1.430507 -0.128260</w:t>
        <w:br/>
        <w:t>v 0.035847 1.437152 -0.121945</w:t>
        <w:br/>
        <w:t>v 0.017340 1.443838 -0.117152</w:t>
        <w:br/>
        <w:t>v 0.017794 1.443657 -0.115785</w:t>
        <w:br/>
        <w:t>v 0.008584 1.407582 -0.122615</w:t>
        <w:br/>
        <w:t>v 0.032555 1.423130 -0.108189</w:t>
        <w:br/>
        <w:t>v 0.019843 1.437980 -0.106700</w:t>
        <w:br/>
        <w:t>v 0.005426 1.425337 -0.114587</w:t>
        <w:br/>
        <w:t>v 0.012392 1.390552 -0.131329</w:t>
        <w:br/>
        <w:t>v 0.010300 1.444949 -0.105984</w:t>
        <w:br/>
        <w:t>v 0.002797 1.434708 -0.111242</w:t>
        <w:br/>
        <w:t>v 0.045971 1.406683 -0.111781</w:t>
        <w:br/>
        <w:t>v 0.040041 1.375124 -0.131569</w:t>
        <w:br/>
        <w:t>v 0.059946 1.387458 -0.116237</w:t>
        <w:br/>
        <w:t>v 0.016840 1.374668 -0.140090</w:t>
        <w:br/>
        <w:t>v 0.040910 1.353539 -0.142418</w:t>
        <w:br/>
        <w:t>v 0.053883 1.373318 -0.127149</w:t>
        <w:br/>
        <w:t>v 0.023835 1.351189 -0.147232</w:t>
        <w:br/>
        <w:t>v 0.038740 1.373677 -0.129853</w:t>
        <w:br/>
        <w:t>v 0.039547 1.352296 -0.140621</w:t>
        <w:br/>
        <w:t>v 0.007501 1.406034 -0.120878</w:t>
        <w:br/>
        <w:t>v 0.004520 1.424179 -0.112609</w:t>
        <w:br/>
        <w:t>v 0.019002 1.437471 -0.104495</w:t>
        <w:br/>
        <w:t>v 0.031654 1.422120 -0.106154</w:t>
        <w:br/>
        <w:t>v 0.011525 1.388808 -0.129649</w:t>
        <w:br/>
        <w:t>v 0.009564 1.444159 -0.103836</w:t>
        <w:br/>
        <w:t>v 0.001917 1.433994 -0.109099</w:t>
        <w:br/>
        <w:t>v 0.015712 1.373148 -0.138352</w:t>
        <w:br/>
        <w:t>v 0.044942 1.405255 -0.109962</w:t>
        <w:br/>
        <w:t>v 0.052596 1.371804 -0.125464</w:t>
        <w:br/>
        <w:t>v 0.032555 1.423130 -0.108189</w:t>
        <w:br/>
        <w:t>v 0.031654 1.422120 -0.106154</w:t>
        <w:br/>
        <w:t>v 0.019002 1.437471 -0.104495</w:t>
        <w:br/>
        <w:t>v 0.019843 1.437980 -0.106700</w:t>
        <w:br/>
        <w:t>v 0.007501 1.406034 -0.120878</w:t>
        <w:br/>
        <w:t>v 0.008584 1.407582 -0.122615</w:t>
        <w:br/>
        <w:t>v 0.005426 1.425337 -0.114587</w:t>
        <w:br/>
        <w:t>v 0.004520 1.424179 -0.112609</w:t>
        <w:br/>
        <w:t>v 0.011525 1.388808 -0.129649</w:t>
        <w:br/>
        <w:t>v 0.012392 1.390552 -0.131329</w:t>
        <w:br/>
        <w:t>v 0.009564 1.444159 -0.103836</w:t>
        <w:br/>
        <w:t>v 0.010300 1.444949 -0.105984</w:t>
        <w:br/>
        <w:t>v 0.002797 1.434708 -0.111242</w:t>
        <w:br/>
        <w:t>v 0.001917 1.433994 -0.109099</w:t>
        <w:br/>
        <w:t>v 0.023835 1.351189 -0.147232</w:t>
        <w:br/>
        <w:t>v 0.025148 1.352439 -0.149044</w:t>
        <w:br/>
        <w:t>v 0.016840 1.374668 -0.140090</w:t>
        <w:br/>
        <w:t>v 0.015712 1.373148 -0.138352</w:t>
        <w:br/>
        <w:t>v 0.058568 1.386052 -0.114529</w:t>
        <w:br/>
        <w:t>v 0.044942 1.405255 -0.109962</w:t>
        <w:br/>
        <w:t>v 0.045971 1.406683 -0.111781</w:t>
        <w:br/>
        <w:t>v 0.059946 1.387458 -0.116237</w:t>
        <w:br/>
        <w:t>v -0.000000 1.437887 -0.110487</w:t>
        <w:br/>
        <w:t>v -0.000000 1.437007 -0.108299</w:t>
        <w:br/>
        <w:t>v 0.025148 1.352439 -0.149044</w:t>
        <w:br/>
        <w:t>v 0.033515 1.336008 -0.153271</w:t>
        <w:br/>
        <w:t>v 0.032159 1.334819 -0.151447</w:t>
        <w:br/>
        <w:t>v 0.033515 1.336008 -0.153271</w:t>
        <w:br/>
        <w:t>v 0.040910 1.353539 -0.142418</w:t>
        <w:br/>
        <w:t>v 0.033515 1.336008 -0.153271</w:t>
        <w:br/>
        <w:t>v 0.032159 1.334819 -0.151447</w:t>
        <w:br/>
        <w:t>v 0.039547 1.352296 -0.140621</w:t>
        <w:br/>
        <w:t>v 0.053883 1.373318 -0.127149</w:t>
        <w:br/>
        <w:t>v 0.052596 1.371804 -0.125464</w:t>
        <w:br/>
        <w:t>v 0.058568 1.386052 -0.114529</w:t>
        <w:br/>
        <w:t>v 0.032159 1.334819 -0.151447</w:t>
        <w:br/>
        <w:t>v 0.006195 1.479952 -0.103045</w:t>
        <w:br/>
        <w:t>v 0.006928 1.496681 -0.096993</w:t>
        <w:br/>
        <w:t>v 0.013179 1.493686 -0.098076</w:t>
        <w:br/>
        <w:t>v 0.011176 1.476154 -0.104420</w:t>
        <w:br/>
        <w:t>v 0.018138 1.489021 -0.099764</w:t>
        <w:br/>
        <w:t>v 0.013476 1.470526 -0.106456</w:t>
        <w:br/>
        <w:t>v 0.021322 1.483144 -0.101891</w:t>
        <w:br/>
        <w:t>v 0.022418 1.476631 -0.104247</w:t>
        <w:br/>
        <w:t>v 0.021320 1.470116 -0.106604</w:t>
        <w:br/>
        <w:t>v 0.013136 1.464505 -0.108635</w:t>
        <w:br/>
        <w:t>v 0.018135 1.464241 -0.108730</w:t>
        <w:br/>
        <w:t>v 0.011174 1.460888 -0.109944</w:t>
        <w:br/>
        <w:t>v 0.013176 1.459578 -0.110418</w:t>
        <w:br/>
        <w:t>v 0.006192 1.479287 -0.101210</w:t>
        <w:br/>
        <w:t>v 0.006926 1.496015 -0.095157</w:t>
        <w:br/>
        <w:t>v 0.013176 1.493021 -0.096240</w:t>
        <w:br/>
        <w:t>v 0.011173 1.475492 -0.102583</w:t>
        <w:br/>
        <w:t>v 0.018135 1.488360 -0.097927</w:t>
        <w:br/>
        <w:t>v 0.013475 1.469866 -0.104620</w:t>
        <w:br/>
        <w:t>v 0.021320 1.482484 -0.100054</w:t>
        <w:br/>
        <w:t>v 0.022418 1.475970 -0.102410</w:t>
        <w:br/>
        <w:t>v 0.021322 1.469456 -0.104767</w:t>
        <w:br/>
        <w:t>v 0.013137 1.463845 -0.106798</w:t>
        <w:br/>
        <w:t>v 0.018138 1.463579 -0.106894</w:t>
        <w:br/>
        <w:t>v 0.011177 1.460227 -0.108107</w:t>
        <w:br/>
        <w:t>v 0.007268 1.456077 -0.109626</w:t>
        <w:br/>
        <w:t>v 0.013179 1.458915 -0.108582</w:t>
        <w:br/>
        <w:t>v 0.006926 1.496015 -0.095157</w:t>
        <w:br/>
        <w:t>v 0.006928 1.496681 -0.096993</w:t>
        <w:br/>
        <w:t>v 0.006192 1.479287 -0.101210</w:t>
        <w:br/>
        <w:t>v 0.006195 1.479952 -0.103045</w:t>
        <w:br/>
        <w:t>v 0.013179 1.493686 -0.098076</w:t>
        <w:br/>
        <w:t>v 0.013176 1.493021 -0.096240</w:t>
        <w:br/>
        <w:t>v 0.018138 1.489021 -0.099764</w:t>
        <w:br/>
        <w:t>v 0.018135 1.488360 -0.097927</w:t>
        <w:br/>
        <w:t>v 0.011173 1.475492 -0.102583</w:t>
        <w:br/>
        <w:t>v 0.011176 1.476154 -0.104420</w:t>
        <w:br/>
        <w:t>v 0.021322 1.483144 -0.101891</w:t>
        <w:br/>
        <w:t>v 0.021320 1.482484 -0.100054</w:t>
        <w:br/>
        <w:t>v 0.013475 1.469866 -0.104620</w:t>
        <w:br/>
        <w:t>v 0.013476 1.470526 -0.106456</w:t>
        <w:br/>
        <w:t>v 0.022418 1.476631 -0.104247</w:t>
        <w:br/>
        <w:t>v 0.022418 1.475970 -0.102410</w:t>
        <w:br/>
        <w:t>v 0.021320 1.470116 -0.106604</w:t>
        <w:br/>
        <w:t>v 0.021322 1.469456 -0.104767</w:t>
        <w:br/>
        <w:t>v 0.013137 1.463845 -0.106798</w:t>
        <w:br/>
        <w:t>v 0.013136 1.464505 -0.108635</w:t>
        <w:br/>
        <w:t>v 0.018135 1.464241 -0.108730</w:t>
        <w:br/>
        <w:t>v 0.018138 1.463579 -0.106894</w:t>
        <w:br/>
        <w:t>v 0.011177 1.460227 -0.108107</w:t>
        <w:br/>
        <w:t>v 0.011174 1.460888 -0.109944</w:t>
        <w:br/>
        <w:t>v 0.013179 1.458915 -0.108582</w:t>
        <w:br/>
        <w:t>v 0.013176 1.459578 -0.110418</w:t>
        <w:br/>
        <w:t>v 0.007268 1.456077 -0.109626</w:t>
        <w:br/>
        <w:t>v 0.007269 1.456732 -0.111429</w:t>
        <w:br/>
        <w:t>v 0.007268 1.456077 -0.109626</w:t>
        <w:br/>
        <w:t>v 0.007269 1.456732 -0.111429</w:t>
        <w:br/>
        <w:t>v 0.007269 1.456732 -0.111429</w:t>
        <w:br/>
        <w:t>v 0.003902 1.452453 -0.095433</w:t>
        <w:br/>
        <w:t>v 0.003902 1.446563 -0.096536</w:t>
        <w:br/>
        <w:t>v -0.003905 1.446560 -0.096535</w:t>
        <w:br/>
        <w:t>v -0.003905 1.452448 -0.095429</w:t>
        <w:br/>
        <w:t>v 0.003903 1.457344 -0.097536</w:t>
        <w:br/>
        <w:t>v -0.003906 1.457339 -0.097530</w:t>
        <w:br/>
        <w:t>v 0.003903 1.461043 -0.102172</w:t>
        <w:br/>
        <w:t>v -0.003906 1.461038 -0.102164</w:t>
        <w:br/>
        <w:t>v 0.003903 1.464059 -0.112509</w:t>
        <w:br/>
        <w:t>v 0.003903 1.463547 -0.107256</w:t>
        <w:br/>
        <w:t>v -0.003906 1.463544 -0.107250</w:t>
        <w:br/>
        <w:t>v -0.003906 1.464058 -0.112506</w:t>
        <w:br/>
        <w:t>v 0.003903 1.461586 -0.116798</w:t>
        <w:br/>
        <w:t>v -0.003906 1.461591 -0.116795</w:t>
        <w:br/>
        <w:t>v 0.003902 1.456311 -0.119740</w:t>
        <w:br/>
        <w:t>v -0.003905 1.456316 -0.119739</w:t>
        <w:br/>
        <w:t>v 0.003902 1.450536 -0.121256</w:t>
        <w:br/>
        <w:t>v -0.003905 1.450540 -0.121256</w:t>
        <w:br/>
        <w:t>v 0.003902 1.445104 -0.121562</w:t>
        <w:br/>
        <w:t>v -0.003905 1.445107 -0.121562</w:t>
        <w:br/>
        <w:t>v 0.003904 1.439377 -0.119801</w:t>
        <w:br/>
        <w:t>v -0.003906 1.439379 -0.119802</w:t>
        <w:br/>
        <w:t>v -0.003906 1.434876 -0.115745</w:t>
        <w:br/>
        <w:t>v 0.003903 1.434873 -0.115737</w:t>
        <w:br/>
        <w:t>v -0.003906 1.433882 -0.107308</w:t>
        <w:br/>
        <w:t>v 0.003903 1.433885 -0.107299</w:t>
        <w:br/>
        <w:t>v 0.003903 1.433617 -0.111697</w:t>
        <w:br/>
        <w:t>v -0.003906 1.433618 -0.111706</w:t>
        <w:br/>
        <w:t>v -0.003907 1.436500 -0.102561</w:t>
        <w:br/>
        <w:t>v 0.003903 1.436504 -0.102556</w:t>
        <w:br/>
        <w:t>v -0.003905 1.440939 -0.099342</w:t>
        <w:br/>
        <w:t>v 0.003902 1.440944 -0.099341</w:t>
        <w:br/>
        <w:t>v 0.004173 1.446605 -0.098830</w:t>
        <w:br/>
        <w:t>v 0.004191 1.451953 -0.097755</w:t>
        <w:br/>
        <w:t>v -0.004195 1.451948 -0.097752</w:t>
        <w:br/>
        <w:t>v -0.004176 1.446602 -0.098829</w:t>
        <w:br/>
        <w:t>v 0.004240 1.456096 -0.099539</w:t>
        <w:br/>
        <w:t>v -0.004243 1.456092 -0.099534</w:t>
        <w:br/>
        <w:t>v -0.004255 1.459008 -0.103245</w:t>
        <w:br/>
        <w:t>v 0.004253 1.459012 -0.103252</w:t>
        <w:br/>
        <w:t>v 0.004248 1.461234 -0.107386</w:t>
        <w:br/>
        <w:t>v -0.004249 1.461232 -0.107382</w:t>
        <w:br/>
        <w:t>v 0.004242 1.461692 -0.111896</w:t>
        <w:br/>
        <w:t>v 0.004162 1.459995 -0.115031</w:t>
        <w:br/>
        <w:t>v -0.004165 1.460000 -0.115030</w:t>
        <w:br/>
        <w:t>v -0.004244 1.461691 -0.111897</w:t>
        <w:br/>
        <w:t>v 0.004099 1.455472 -0.117301</w:t>
        <w:br/>
        <w:t>v -0.004102 1.455478 -0.117301</w:t>
        <w:br/>
        <w:t>v 0.004091 1.450043 -0.118919</w:t>
        <w:br/>
        <w:t>v -0.004093 1.450047 -0.118919</w:t>
        <w:br/>
        <w:t>v 0.004155 1.445392 -0.119190</w:t>
        <w:br/>
        <w:t>v -0.004157 1.445395 -0.119190</w:t>
        <w:br/>
        <w:t>v 0.004235 1.440624 -0.117776</w:t>
        <w:br/>
        <w:t>v -0.004237 1.440625 -0.117777</w:t>
        <w:br/>
        <w:t>v -0.004284 1.436993 -0.114676</w:t>
        <w:br/>
        <w:t>v 0.004281 1.436992 -0.114670</w:t>
        <w:br/>
        <w:t>v 0.004265 1.435850 -0.111346</w:t>
        <w:br/>
        <w:t>v -0.004267 1.435850 -0.111353</w:t>
        <w:br/>
        <w:t>v 0.004213 1.438282 -0.104139</w:t>
        <w:br/>
        <w:t>v -0.004215 1.438279 -0.104143</w:t>
        <w:br/>
        <w:t>v -0.004250 1.436204 -0.107812</w:t>
        <w:br/>
        <w:t>v 0.004248 1.436206 -0.107805</w:t>
        <w:br/>
        <w:t>v 0.004174 1.441732 -0.101198</w:t>
        <w:br/>
        <w:t>v -0.004176 1.441728 -0.101199</w:t>
        <w:br/>
        <w:t>v 0.003902 1.452453 -0.095433</w:t>
        <w:br/>
        <w:t>v 0.004191 1.451953 -0.097755</w:t>
        <w:br/>
        <w:t>v 0.004173 1.446605 -0.098830</w:t>
        <w:br/>
        <w:t>v 0.003902 1.446563 -0.096536</w:t>
        <w:br/>
        <w:t>v 0.003903 1.457344 -0.097536</w:t>
        <w:br/>
        <w:t>v 0.004240 1.456096 -0.099539</w:t>
        <w:br/>
        <w:t>v 0.003903 1.461043 -0.102172</w:t>
        <w:br/>
        <w:t>v 0.004253 1.459012 -0.103252</w:t>
        <w:br/>
        <w:t>v 0.004248 1.461234 -0.107386</w:t>
        <w:br/>
        <w:t>v 0.003903 1.463547 -0.107256</w:t>
        <w:br/>
        <w:t>v 0.003903 1.464059 -0.112509</w:t>
        <w:br/>
        <w:t>v 0.004242 1.461692 -0.111896</w:t>
        <w:br/>
        <w:t>v 0.003903 1.461586 -0.116798</w:t>
        <w:br/>
        <w:t>v 0.004162 1.459995 -0.115031</w:t>
        <w:br/>
        <w:t>v 0.003902 1.456311 -0.119740</w:t>
        <w:br/>
        <w:t>v 0.004099 1.455472 -0.117301</w:t>
        <w:br/>
        <w:t>v 0.003902 1.450536 -0.121256</w:t>
        <w:br/>
        <w:t>v 0.004091 1.450043 -0.118919</w:t>
        <w:br/>
        <w:t>v 0.003902 1.445104 -0.121562</w:t>
        <w:br/>
        <w:t>v 0.004155 1.445392 -0.119190</w:t>
        <w:br/>
        <w:t>v 0.003904 1.439377 -0.119801</w:t>
        <w:br/>
        <w:t>v 0.004235 1.440624 -0.117776</w:t>
        <w:br/>
        <w:t>v 0.004281 1.436992 -0.114670</w:t>
        <w:br/>
        <w:t>v 0.003903 1.434873 -0.115737</w:t>
        <w:br/>
        <w:t>v 0.003903 1.433885 -0.107299</w:t>
        <w:br/>
        <w:t>v 0.004248 1.436206 -0.107805</w:t>
        <w:br/>
        <w:t>v 0.004265 1.435850 -0.111346</w:t>
        <w:br/>
        <w:t>v 0.003903 1.433617 -0.111697</w:t>
        <w:br/>
        <w:t>v 0.003903 1.436504 -0.102556</w:t>
        <w:br/>
        <w:t>v 0.004213 1.438282 -0.104139</w:t>
        <w:br/>
        <w:t>v 0.003902 1.440944 -0.099341</w:t>
        <w:br/>
        <w:t>v 0.004174 1.441732 -0.101198</w:t>
        <w:br/>
        <w:t>v -0.004176 1.446602 -0.098829</w:t>
        <w:br/>
        <w:t>v -0.004195 1.451948 -0.097752</w:t>
        <w:br/>
        <w:t>v -0.003905 1.452448 -0.095429</w:t>
        <w:br/>
        <w:t>v -0.003905 1.446560 -0.096535</w:t>
        <w:br/>
        <w:t>v -0.004243 1.456092 -0.099534</w:t>
        <w:br/>
        <w:t>v -0.003906 1.457339 -0.097530</w:t>
        <w:br/>
        <w:t>v -0.003906 1.461038 -0.102164</w:t>
        <w:br/>
        <w:t>v -0.004255 1.459008 -0.103245</w:t>
        <w:br/>
        <w:t>v -0.004249 1.461232 -0.107382</w:t>
        <w:br/>
        <w:t>v -0.003906 1.463544 -0.107250</w:t>
        <w:br/>
        <w:t>v -0.004165 1.460000 -0.115030</w:t>
        <w:br/>
        <w:t>v -0.003906 1.461591 -0.116795</w:t>
        <w:br/>
        <w:t>v -0.003906 1.464058 -0.112506</w:t>
        <w:br/>
        <w:t>v -0.004244 1.461691 -0.111897</w:t>
        <w:br/>
        <w:t>v -0.003905 1.456316 -0.119739</w:t>
        <w:br/>
        <w:t>v -0.004102 1.455478 -0.117301</w:t>
        <w:br/>
        <w:t>v -0.004093 1.450047 -0.118919</w:t>
        <w:br/>
        <w:t>v -0.003905 1.450540 -0.121256</w:t>
        <w:br/>
        <w:t>v -0.004157 1.445395 -0.119190</w:t>
        <w:br/>
        <w:t>v -0.003905 1.445107 -0.121562</w:t>
        <w:br/>
        <w:t>v -0.004237 1.440625 -0.117777</w:t>
        <w:br/>
        <w:t>v -0.003906 1.439379 -0.119802</w:t>
        <w:br/>
        <w:t>v -0.003906 1.434876 -0.115745</w:t>
        <w:br/>
        <w:t>v -0.004284 1.436993 -0.114676</w:t>
        <w:br/>
        <w:t>v -0.004267 1.435850 -0.111353</w:t>
        <w:br/>
        <w:t>v -0.003906 1.433618 -0.111706</w:t>
        <w:br/>
        <w:t>v -0.003906 1.433882 -0.107308</w:t>
        <w:br/>
        <w:t>v -0.004250 1.436204 -0.107812</w:t>
        <w:br/>
        <w:t>v -0.004215 1.438279 -0.104143</w:t>
        <w:br/>
        <w:t>v -0.003907 1.436500 -0.102561</w:t>
        <w:br/>
        <w:t>v -0.004176 1.441728 -0.101199</w:t>
        <w:br/>
        <w:t>v -0.003905 1.440939 -0.099342</w:t>
        <w:br/>
        <w:t>v 0.003903 1.433617 -0.111697</w:t>
        <w:br/>
        <w:t>v -0.003906 1.433618 -0.111706</w:t>
        <w:br/>
        <w:t>v 0.004265 1.435850 -0.111346</w:t>
        <w:br/>
        <w:t>v -0.004267 1.435850 -0.111353</w:t>
        <w:br/>
        <w:t>v 0.003903 1.433617 -0.111697</w:t>
        <w:br/>
        <w:t>v 0.004265 1.435850 -0.111346</w:t>
        <w:br/>
        <w:t>v -0.003906 1.433618 -0.111706</w:t>
        <w:br/>
        <w:t>v -0.004267 1.435850 -0.111353</w:t>
        <w:br/>
        <w:t>v -0.007586 1.456251 -0.121302</w:t>
        <w:br/>
        <w:t>v 0.000001 1.449355 -0.124619</w:t>
        <w:br/>
        <w:t>v -0.001865 1.453271 -0.122014</w:t>
        <w:br/>
        <w:t>v -0.001802 1.444659 -0.124074</w:t>
        <w:br/>
        <w:t>v 0.000076 1.438648 -0.125507</w:t>
        <w:br/>
        <w:t>v 0.001803 1.453297 -0.122009</w:t>
        <w:br/>
        <w:t>v -0.000075 1.459307 -0.120569</w:t>
        <w:br/>
        <w:t>v 0.001866 1.444685 -0.124068</w:t>
        <w:br/>
        <w:t>v -0.004414 1.447163 -0.123475</w:t>
        <w:br/>
        <w:t>v -0.007456 1.441623 -0.124796</w:t>
        <w:br/>
        <w:t>v -0.004440 1.450730 -0.122622</w:t>
        <w:br/>
        <w:t>v 0.004415 1.450791 -0.122607</w:t>
        <w:br/>
        <w:t>v 0.007457 1.456333 -0.121279</w:t>
        <w:br/>
        <w:t>v 0.007564 1.441726 -0.124771</w:t>
        <w:br/>
        <w:t>v 0.004441 1.447224 -0.123460</w:t>
        <w:br/>
        <w:t>v -0.010620 1.448905 -0.123055</w:t>
        <w:br/>
        <w:t>v 0.010621 1.449051 -0.123020</w:t>
        <w:br/>
        <w:t>v 0.000001 1.448600 -0.121463</w:t>
        <w:br/>
        <w:t>v -0.007586 1.456251 -0.121302</w:t>
        <w:br/>
        <w:t>v -0.001865 1.453271 -0.122014</w:t>
        <w:br/>
        <w:t>v -0.001802 1.444659 -0.124074</w:t>
        <w:br/>
        <w:t>v 0.000076 1.438648 -0.125507</w:t>
        <w:br/>
        <w:t>v 0.001803 1.453297 -0.122009</w:t>
        <w:br/>
        <w:t>v -0.000075 1.459307 -0.120569</w:t>
        <w:br/>
        <w:t>v 0.001866 1.444685 -0.124068</w:t>
        <w:br/>
        <w:t>v -0.004414 1.447163 -0.123475</w:t>
        <w:br/>
        <w:t>v -0.007456 1.441623 -0.124796</w:t>
        <w:br/>
        <w:t>v -0.004440 1.450730 -0.122622</w:t>
        <w:br/>
        <w:t>v 0.004415 1.450791 -0.122607</w:t>
        <w:br/>
        <w:t>v 0.007457 1.456333 -0.121279</w:t>
        <w:br/>
        <w:t>v 0.004441 1.447224 -0.123460</w:t>
        <w:br/>
        <w:t>v 0.007564 1.441726 -0.124771</w:t>
        <w:br/>
        <w:t>v -0.010620 1.448905 -0.123055</w:t>
        <w:br/>
        <w:t>v 0.010621 1.449051 -0.123020</w:t>
        <w:br/>
        <w:t>v 0.148012 1.249997 0.090839</w:t>
        <w:br/>
        <w:t>v 0.146944 1.250937 0.092109</w:t>
        <w:br/>
        <w:t>v 0.147402 1.254467 0.091461</w:t>
        <w:br/>
        <w:t>v 0.148613 1.254615 0.089992</w:t>
        <w:br/>
        <w:t>v 0.146742 1.258907 0.090688</w:t>
        <w:br/>
        <w:t>v 0.145973 1.257748 0.091994</w:t>
        <w:br/>
        <w:t>v 0.143119 1.261234 0.092663</w:t>
        <w:br/>
        <w:t>v 0.143202 1.259526 0.093503</w:t>
        <w:br/>
        <w:t>v 0.139124 1.260705 0.095160</w:t>
        <w:br/>
        <w:t>v 0.143119 1.261234 0.092663</w:t>
        <w:br/>
        <w:t>v 0.143202 1.259526 0.093503</w:t>
        <w:br/>
        <w:t>v 0.140148 1.259122 0.095412</w:t>
        <w:br/>
        <w:t>v 0.137978 1.256692 0.096992</w:t>
        <w:br/>
        <w:t>v 0.136284 1.257524 0.097227</w:t>
        <w:br/>
        <w:t>v 0.137519 1.253161 0.097639</w:t>
        <w:br/>
        <w:t>v 0.135685 1.252907 0.098073</w:t>
        <w:br/>
        <w:t>v 0.138949 1.249881 0.097107</w:t>
        <w:br/>
        <w:t>v 0.137554 1.248616 0.097377</w:t>
        <w:br/>
        <w:t>v 0.141719 1.248102 0.095598</w:t>
        <w:br/>
        <w:t>v 0.141179 1.246289 0.095403</w:t>
        <w:br/>
        <w:t>v 0.145174 1.246817 0.092906</w:t>
        <w:br/>
        <w:t>v 0.144773 1.248506 0.093689</w:t>
        <w:br/>
        <w:t>v 0.148613 1.254615 0.089992</w:t>
        <w:br/>
        <w:t>v 0.145580 1.254099 0.084967</w:t>
        <w:br/>
        <w:t>v 0.144981 1.249481 0.085813</w:t>
        <w:br/>
        <w:t>v 0.148012 1.249997 0.090839</w:t>
        <w:br/>
        <w:t>v 0.146742 1.258907 0.090688</w:t>
        <w:br/>
        <w:t>v 0.143711 1.258391 0.085663</w:t>
        <w:br/>
        <w:t>v 0.143119 1.261234 0.092663</w:t>
        <w:br/>
        <w:t>v 0.140086 1.260717 0.087637</w:t>
        <w:br/>
        <w:t>v 0.136284 1.257524 0.097227</w:t>
        <w:br/>
        <w:t>v 0.135685 1.252907 0.098073</w:t>
        <w:br/>
        <w:t>v 0.132652 1.252391 0.093048</w:t>
        <w:br/>
        <w:t>v 0.133251 1.257009 0.092200</w:t>
        <w:br/>
        <w:t>v 0.137554 1.248616 0.097377</w:t>
        <w:br/>
        <w:t>v 0.134521 1.248099 0.092351</w:t>
        <w:br/>
        <w:t>v 0.141179 1.246289 0.095403</w:t>
        <w:br/>
        <w:t>v 0.138146 1.245773 0.090377</w:t>
        <w:br/>
        <w:t>v 0.145174 1.246817 0.092906</w:t>
        <w:br/>
        <w:t>v 0.142141 1.246301 0.087880</w:t>
        <w:br/>
        <w:t>v 0.143695 1.253908 0.089605</w:t>
        <w:br/>
        <w:t>v 0.145567 1.254213 0.091896</w:t>
        <w:br/>
        <w:t>v 0.145250 1.251770 0.092344</w:t>
        <w:br/>
        <w:t>v 0.143411 1.251720 0.090006</w:t>
        <w:br/>
        <w:t>v 0.139199 1.256793 0.092054</w:t>
        <w:br/>
        <w:t>v 0.140548 1.257434 0.094629</w:t>
        <w:br/>
        <w:t>v 0.142662 1.257713 0.093309</w:t>
        <w:br/>
        <w:t>v 0.141092 1.257044 0.090870</w:t>
        <w:br/>
        <w:t>v 0.137853 1.255286 0.093033</w:t>
        <w:br/>
        <w:t>v 0.139046 1.255752 0.095722</w:t>
        <w:br/>
        <w:t>v 0.139718 1.251039 0.095802</w:t>
        <w:br/>
        <w:t>v 0.138730 1.253309 0.096170</w:t>
        <w:br/>
        <w:t>v 0.137569 1.253098 0.093435</w:t>
        <w:br/>
        <w:t>v 0.138455 1.251064 0.093105</w:t>
        <w:br/>
        <w:t>v 0.140173 1.249962 0.092169</w:t>
        <w:br/>
        <w:t>v 0.141636 1.249810 0.094757</w:t>
        <w:br/>
        <w:t>v 0.143748 1.250088 0.093437</w:t>
        <w:br/>
        <w:t>v 0.142066 1.250212 0.090986</w:t>
        <w:br/>
        <w:t>v 0.140086 1.260717 0.087637</w:t>
        <w:br/>
        <w:t>v 0.143119 1.261234 0.092663</w:t>
        <w:br/>
        <w:t>v 0.139124 1.260705 0.095160</w:t>
        <w:br/>
        <w:t>v 0.136091 1.260189 0.090134</w:t>
        <w:br/>
        <w:t>v 0.142809 1.255942 0.089935</w:t>
        <w:br/>
        <w:t>v 0.144578 1.256483 0.092264</w:t>
        <w:br/>
        <w:t>v 0.141092 1.257044 0.090870</w:t>
        <w:br/>
        <w:t>v 0.142662 1.257713 0.093309</w:t>
        <w:br/>
        <w:t>v 0.145250 1.251770 0.092344</w:t>
        <w:br/>
        <w:t>v 0.145567 1.254213 0.091896</w:t>
        <w:br/>
        <w:t>v 0.144578 1.256483 0.092264</w:t>
        <w:br/>
        <w:t>v 0.142662 1.257713 0.093309</w:t>
        <w:br/>
        <w:t>v 0.142662 1.257713 0.093309</w:t>
        <w:br/>
        <w:t>v 0.140548 1.257434 0.094629</w:t>
        <w:br/>
        <w:t>v 0.139046 1.255752 0.095722</w:t>
        <w:br/>
        <w:t>v 0.138730 1.253309 0.096170</w:t>
        <w:br/>
        <w:t>v 0.139718 1.251039 0.095802</w:t>
        <w:br/>
        <w:t>v 0.141636 1.249810 0.094757</w:t>
        <w:br/>
        <w:t>v 0.143748 1.250088 0.093437</w:t>
        <w:br/>
        <w:t>v 0.145580 1.254099 0.084967</w:t>
        <w:br/>
        <w:t>v 0.143745 1.253845 0.085400</w:t>
        <w:br/>
        <w:t>v 0.143287 1.250315 0.086048</w:t>
        <w:br/>
        <w:t>v 0.144981 1.249481 0.085813</w:t>
        <w:br/>
        <w:t>v 0.143711 1.258391 0.085663</w:t>
        <w:br/>
        <w:t>v 0.142316 1.257126 0.085933</w:t>
        <w:br/>
        <w:t>v 0.140086 1.260717 0.087637</w:t>
        <w:br/>
        <w:t>v 0.139545 1.258904 0.087442</w:t>
        <w:br/>
        <w:t>v 0.140086 1.260717 0.087637</w:t>
        <w:br/>
        <w:t>v 0.136091 1.260189 0.090134</w:t>
        <w:br/>
        <w:t>v 0.136491 1.258500 0.089350</w:t>
        <w:br/>
        <w:t>v 0.139545 1.258904 0.087442</w:t>
        <w:br/>
        <w:t>v 0.134321 1.256069 0.090930</w:t>
        <w:br/>
        <w:t>v 0.133251 1.257009 0.092200</w:t>
        <w:br/>
        <w:t>v 0.132652 1.252391 0.093048</w:t>
        <w:br/>
        <w:t>v 0.133863 1.252538 0.091578</w:t>
        <w:br/>
        <w:t>v 0.135292 1.249258 0.091045</w:t>
        <w:br/>
        <w:t>v 0.134521 1.248099 0.092351</w:t>
        <w:br/>
        <w:t>v 0.138062 1.247480 0.089537</w:t>
        <w:br/>
        <w:t>v 0.138146 1.245773 0.090377</w:t>
        <w:br/>
        <w:t>v 0.142141 1.246301 0.087880</w:t>
        <w:br/>
        <w:t>v 0.141116 1.247883 0.087628</w:t>
        <w:br/>
        <w:t>v 0.142535 1.253697 0.086870</w:t>
        <w:br/>
        <w:t>v 0.142217 1.251254 0.087318</w:t>
        <w:br/>
        <w:t>v 0.141546 1.255967 0.087238</w:t>
        <w:br/>
        <w:t>v 0.139629 1.257197 0.088282</w:t>
        <w:br/>
        <w:t>v 0.137516 1.256918 0.089603</w:t>
        <w:br/>
        <w:t>v 0.139629 1.257197 0.088282</w:t>
        <w:br/>
        <w:t>v 0.136015 1.255236 0.090696</w:t>
        <w:br/>
        <w:t>v 0.135697 1.252793 0.091144</w:t>
        <w:br/>
        <w:t>v 0.136686 1.250523 0.090775</w:t>
        <w:br/>
        <w:t>v 0.138603 1.249293 0.089732</w:t>
        <w:br/>
        <w:t>v 0.140715 1.249572 0.088411</w:t>
        <w:br/>
        <w:t>v 0.142217 1.251254 0.087318</w:t>
        <w:br/>
        <w:t>v 0.142535 1.253697 0.086870</w:t>
        <w:br/>
        <w:t>v 0.137516 1.256918 0.089603</w:t>
        <w:br/>
        <w:t>v 0.139629 1.257197 0.088282</w:t>
        <w:br/>
        <w:t>v 0.136015 1.255236 0.090696</w:t>
        <w:br/>
        <w:t>v 0.135697 1.252793 0.091144</w:t>
        <w:br/>
        <w:t>v 0.136686 1.250523 0.090775</w:t>
        <w:br/>
        <w:t>v 0.138603 1.249293 0.089732</w:t>
        <w:br/>
        <w:t>v 0.140715 1.249572 0.088411</w:t>
        <w:br/>
        <w:t>v 0.141546 1.255967 0.087238</w:t>
        <w:br/>
        <w:t>v 0.139629 1.257197 0.088282</w:t>
        <w:br/>
        <w:t>v 0.170210 1.249824 -0.042299</w:t>
        <w:br/>
        <w:t>v 0.169903 1.253430 -0.041888</w:t>
        <w:br/>
        <w:t>v 0.171604 1.254191 -0.042331</w:t>
        <w:br/>
        <w:t>v 0.172004 1.249475 -0.042868</w:t>
        <w:br/>
        <w:t>v 0.168493 1.257787 -0.042054</w:t>
        <w:br/>
        <w:t>v 0.167526 1.256179 -0.041677</w:t>
        <w:br/>
        <w:t>v 0.163984 1.257023 -0.041746</w:t>
        <w:br/>
        <w:t>v 0.163860 1.258892 -0.042144</w:t>
        <w:br/>
        <w:t>v 0.163984 1.257023 -0.041746</w:t>
        <w:br/>
        <w:t>v 0.160631 1.255639 -0.042068</w:t>
        <w:br/>
        <w:t>v 0.159475 1.257081 -0.042566</w:t>
        <w:br/>
        <w:t>v 0.163860 1.258892 -0.042144</w:t>
        <w:br/>
        <w:t>v 0.158749 1.252555 -0.042521</w:t>
        <w:br/>
        <w:t>v 0.157012 1.253046 -0.043159</w:t>
        <w:br/>
        <w:t>v 0.159054 1.248949 -0.042932</w:t>
        <w:br/>
        <w:t>v 0.157412 1.248330 -0.043696</w:t>
        <w:br/>
        <w:t>v 0.161433 1.246199 -0.043143</w:t>
        <w:br/>
        <w:t>v 0.160523 1.244733 -0.043972</w:t>
        <w:br/>
        <w:t>v 0.164974 1.245356 -0.043075</w:t>
        <w:br/>
        <w:t>v 0.165155 1.243629 -0.043882</w:t>
        <w:br/>
        <w:t>v 0.169541 1.245441 -0.043460</w:t>
        <w:br/>
        <w:t>v 0.168326 1.246740 -0.042752</w:t>
        <w:br/>
        <w:t>v 0.172004 1.249475 -0.042868</w:t>
        <w:br/>
        <w:t>v 0.171604 1.254191 -0.042331</w:t>
        <w:br/>
        <w:t>v 0.171882 1.254881 -0.048186</w:t>
        <w:br/>
        <w:t>v 0.172282 1.250165 -0.048723</w:t>
        <w:br/>
        <w:t>v 0.163860 1.258892 -0.042144</w:t>
        <w:br/>
        <w:t>v 0.164138 1.259582 -0.048000</w:t>
        <w:br/>
        <w:t>v 0.168772 1.258478 -0.047910</w:t>
        <w:br/>
        <w:t>v 0.168493 1.257787 -0.042054</w:t>
        <w:br/>
        <w:t>v 0.157012 1.253046 -0.043159</w:t>
        <w:br/>
        <w:t>v 0.157290 1.253737 -0.049015</w:t>
        <w:br/>
        <w:t>v 0.159753 1.257771 -0.048422</w:t>
        <w:br/>
        <w:t>v 0.159475 1.257081 -0.042566</w:t>
        <w:br/>
        <w:t>v 0.157412 1.248330 -0.043696</w:t>
        <w:br/>
        <w:t>v 0.157690 1.249021 -0.049552</w:t>
        <w:br/>
        <w:t>v 0.160523 1.244733 -0.043972</w:t>
        <w:br/>
        <w:t>v 0.165155 1.243629 -0.043882</w:t>
        <w:br/>
        <w:t>v 0.165434 1.244321 -0.049738</w:t>
        <w:br/>
        <w:t>v 0.160801 1.245424 -0.049828</w:t>
        <w:br/>
        <w:t>v 0.169541 1.245441 -0.043460</w:t>
        <w:br/>
        <w:t>v 0.169820 1.246131 -0.049316</w:t>
        <w:br/>
        <w:t>v 0.168261 1.252810 -0.042652</w:t>
        <w:br/>
        <w:t>v 0.168472 1.250316 -0.042936</w:t>
        <w:br/>
        <w:t>v 0.168199 1.250760 -0.045872</w:t>
        <w:br/>
        <w:t>v 0.168009 1.252994 -0.045617</w:t>
        <w:br/>
        <w:t>v 0.164165 1.255296 -0.042553</w:t>
        <w:br/>
        <w:t>v 0.164340 1.255222 -0.045529</w:t>
        <w:br/>
        <w:t>v 0.162262 1.254364 -0.045729</w:t>
        <w:br/>
        <w:t>v 0.161846 1.254338 -0.042777</w:t>
        <w:br/>
        <w:t>v 0.162400 1.247809 -0.043521</w:t>
        <w:br/>
        <w:t>v 0.160755 1.249711 -0.043374</w:t>
        <w:br/>
        <w:t>v 0.161284 1.250217 -0.046264</w:t>
        <w:br/>
        <w:t>v 0.162759 1.248513 -0.046396</w:t>
        <w:br/>
        <w:t>v 0.164954 1.247990 -0.046353</w:t>
        <w:br/>
        <w:t>v 0.164850 1.247225 -0.043473</w:t>
        <w:br/>
        <w:t>v 0.167170 1.248183 -0.043250</w:t>
        <w:br/>
        <w:t>v 0.167032 1.248847 -0.046154</w:t>
        <w:br/>
        <w:t>v 0.163860 1.258892 -0.042144</w:t>
        <w:br/>
        <w:t>v 0.164138 1.259582 -0.048000</w:t>
        <w:br/>
        <w:t>v 0.166536 1.254699 -0.045487</w:t>
        <w:br/>
        <w:t>v 0.166615 1.254712 -0.042506</w:t>
        <w:br/>
        <w:t>v 0.164340 1.255222 -0.045529</w:t>
        <w:br/>
        <w:t>v 0.164165 1.255296 -0.042553</w:t>
        <w:br/>
        <w:t>v 0.161094 1.252453 -0.046010</w:t>
        <w:br/>
        <w:t>v 0.160543 1.252205 -0.043090</w:t>
        <w:br/>
        <w:t>v 0.168472 1.250316 -0.042936</w:t>
        <w:br/>
        <w:t>v 0.168261 1.252810 -0.042652</w:t>
        <w:br/>
        <w:t>v 0.166615 1.254712 -0.042506</w:t>
        <w:br/>
        <w:t>v 0.164165 1.255296 -0.042553</w:t>
        <w:br/>
        <w:t>v 0.164165 1.255296 -0.042553</w:t>
        <w:br/>
        <w:t>v 0.161846 1.254338 -0.042777</w:t>
        <w:br/>
        <w:t>v 0.160543 1.252205 -0.043090</w:t>
        <w:br/>
        <w:t>v 0.160755 1.249711 -0.043374</w:t>
        <w:br/>
        <w:t>v 0.162400 1.247809 -0.043521</w:t>
        <w:br/>
        <w:t>v 0.164850 1.247225 -0.043473</w:t>
        <w:br/>
        <w:t>v 0.167170 1.248183 -0.043250</w:t>
        <w:br/>
        <w:t>v 0.170545 1.250658 -0.049361</w:t>
        <w:br/>
        <w:t>v 0.172282 1.250165 -0.048723</w:t>
        <w:br/>
        <w:t>v 0.171882 1.254881 -0.048186</w:t>
        <w:br/>
        <w:t>v 0.170239 1.254262 -0.048951</w:t>
        <w:br/>
        <w:t>v 0.168772 1.258478 -0.047910</w:t>
        <w:br/>
        <w:t>v 0.167861 1.257012 -0.048740</w:t>
        <w:br/>
        <w:t>v 0.164138 1.259582 -0.048000</w:t>
        <w:br/>
        <w:t>v 0.164320 1.257856 -0.048808</w:t>
        <w:br/>
        <w:t>v 0.164320 1.257856 -0.048808</w:t>
        <w:br/>
        <w:t>v 0.164138 1.259582 -0.048000</w:t>
        <w:br/>
        <w:t>v 0.159753 1.257771 -0.048422</w:t>
        <w:br/>
        <w:t>v 0.160967 1.256471 -0.049131</w:t>
        <w:br/>
        <w:t>v 0.157290 1.253737 -0.049015</w:t>
        <w:br/>
        <w:t>v 0.159084 1.253388 -0.049584</w:t>
        <w:br/>
        <w:t>v 0.157690 1.249021 -0.049552</w:t>
        <w:br/>
        <w:t>v 0.159390 1.249782 -0.049994</w:t>
        <w:br/>
        <w:t>v 0.160801 1.245424 -0.049828</w:t>
        <w:br/>
        <w:t>v 0.161768 1.247033 -0.050205</w:t>
        <w:br/>
        <w:t>v 0.165434 1.244321 -0.049738</w:t>
        <w:br/>
        <w:t>v 0.165310 1.246189 -0.050137</w:t>
        <w:br/>
        <w:t>v 0.168662 1.247573 -0.049814</w:t>
        <w:br/>
        <w:t>v 0.169820 1.246131 -0.049316</w:t>
        <w:br/>
        <w:t>v 0.168751 1.251006 -0.048792</w:t>
        <w:br/>
        <w:t>v 0.168539 1.253500 -0.048508</w:t>
        <w:br/>
        <w:t>v 0.166894 1.255404 -0.048362</w:t>
        <w:br/>
        <w:t>v 0.164443 1.255988 -0.048409</w:t>
        <w:br/>
        <w:t>v 0.164443 1.255988 -0.048409</w:t>
        <w:br/>
        <w:t>v 0.162125 1.255030 -0.048633</w:t>
        <w:br/>
        <w:t>v 0.160821 1.252895 -0.048947</w:t>
        <w:br/>
        <w:t>v 0.161033 1.250401 -0.049230</w:t>
        <w:br/>
        <w:t>v 0.162678 1.248499 -0.049376</w:t>
        <w:br/>
        <w:t>v 0.165128 1.247916 -0.049328</w:t>
        <w:br/>
        <w:t>v 0.167448 1.248873 -0.049106</w:t>
        <w:br/>
        <w:t>v 0.168751 1.251006 -0.048792</w:t>
        <w:br/>
        <w:t>v 0.168539 1.253500 -0.048508</w:t>
        <w:br/>
        <w:t>v 0.164443 1.255988 -0.048409</w:t>
        <w:br/>
        <w:t>v 0.162125 1.255030 -0.048633</w:t>
        <w:br/>
        <w:t>v 0.161033 1.250401 -0.049230</w:t>
        <w:br/>
        <w:t>v 0.162678 1.248499 -0.049376</w:t>
        <w:br/>
        <w:t>v 0.165128 1.247916 -0.049328</w:t>
        <w:br/>
        <w:t>v 0.167448 1.248873 -0.049106</w:t>
        <w:br/>
        <w:t>v 0.166894 1.255404 -0.048362</w:t>
        <w:br/>
        <w:t>v 0.164443 1.255988 -0.048409</w:t>
        <w:br/>
        <w:t>v 0.160821 1.252895 -0.048947</w:t>
        <w:br/>
        <w:t>v 0.429912 1.058123 0.021615</w:t>
        <w:br/>
        <w:t>v 0.412722 1.077739 0.016352</w:t>
        <w:br/>
        <w:t>v 0.419689 1.082970 0.028702</w:t>
        <w:br/>
        <w:t>v 0.435172 1.063944 0.033908</w:t>
        <w:br/>
        <w:t>v 0.428159 1.055146 0.006128</w:t>
        <w:br/>
        <w:t>v 0.410866 1.075506 0.003581</w:t>
        <w:br/>
        <w:t>v 0.431889 1.057089 -0.011308</w:t>
        <w:br/>
        <w:t>v 0.438520 1.062046 -0.024426</w:t>
        <w:br/>
        <w:t>v 0.422394 1.081945 -0.027158</w:t>
        <w:br/>
        <w:t>v 0.413808 1.076126 -0.012543</w:t>
        <w:br/>
        <w:t>v 0.475685 1.089015 -0.010510</w:t>
        <w:br/>
        <w:t>v 0.458482 1.113134 -0.011099</w:t>
        <w:br/>
        <w:t>v 0.457550 1.112574 0.002862</w:t>
        <w:br/>
        <w:t>v 0.474004 1.089547 0.005265</w:t>
        <w:br/>
        <w:t>v 0.450982 1.105044 -0.019754</w:t>
        <w:br/>
        <w:t>v 0.454244 1.108804 -0.009834</w:t>
        <w:br/>
        <w:t>v 0.469407 1.085676 -0.008966</w:t>
        <w:br/>
        <w:t>v 0.465962 1.082793 -0.018617</w:t>
        <w:br/>
        <w:t>v 0.421796 1.086139 0.024518</w:t>
        <w:br/>
        <w:t>v 0.439021 1.065069 0.029899</w:t>
        <w:br/>
        <w:t>v 0.443368 1.069506 0.033464</w:t>
        <w:br/>
        <w:t>v 0.427677 1.090671 0.028104</w:t>
        <w:br/>
        <w:t>v 0.417989 1.080459 -0.011554</w:t>
        <w:br/>
        <w:t>v 0.436689 1.060409 -0.009703</w:t>
        <w:br/>
        <w:t>v 0.433685 1.058693 0.006177</w:t>
        <w:br/>
        <w:t>v 0.415425 1.079718 0.003449</w:t>
        <w:br/>
        <w:t>v 0.435977 1.092832 -0.030035</w:t>
        <w:br/>
        <w:t>v 0.452090 1.071248 -0.026834</w:t>
        <w:br/>
        <w:t>v 0.442544 1.064510 -0.020854</w:t>
        <w:br/>
        <w:t>v 0.425329 1.085309 -0.024447</w:t>
        <w:br/>
        <w:t>v 0.453023 1.076697 0.033600</w:t>
        <w:br/>
        <w:t>v 0.460598 1.082109 0.028781</w:t>
        <w:br/>
        <w:t>v 0.445823 1.104335 0.023471</w:t>
        <w:br/>
        <w:t>v 0.437634 1.098414 0.027990</w:t>
        <w:br/>
        <w:t>v 0.444111 1.098618 -0.027752</w:t>
        <w:br/>
        <w:t>v 0.459501 1.077787 -0.025099</w:t>
        <w:br/>
        <w:t>v 0.417025 1.081557 0.014413</w:t>
        <w:br/>
        <w:t>v 0.434879 1.061061 0.019621</w:t>
        <w:br/>
        <w:t>v 0.467066 1.086242 0.020917</w:t>
        <w:br/>
        <w:t>v 0.452165 1.109157 0.016601</w:t>
        <w:br/>
        <w:t>v 0.476544 1.090338 0.005903</w:t>
        <w:br/>
        <w:t>v 0.477554 1.093405 0.006276</w:t>
        <w:br/>
        <w:t>v 0.479602 1.092946 -0.011417</w:t>
        <w:br/>
        <w:t>v 0.478170 1.089432 -0.011232</w:t>
        <w:br/>
        <w:t>v 0.459195 1.114983 0.003551</w:t>
        <w:br/>
        <w:t>v 0.460036 1.115416 -0.011750</w:t>
        <w:br/>
        <w:t>v 0.462651 1.115341 -0.012012</w:t>
        <w:br/>
        <w:t>v 0.461356 1.115311 0.004037</w:t>
        <w:br/>
        <w:t>v 0.468966 1.083518 -0.020532</w:t>
        <w:br/>
        <w:t>v 0.472059 1.086663 -0.009539</w:t>
        <w:br/>
        <w:t>v 0.473537 1.088975 -0.011010</w:t>
        <w:br/>
        <w:t>v 0.469537 1.085988 -0.021935</w:t>
        <w:br/>
        <w:t>v 0.452360 1.107245 -0.021161</w:t>
        <w:br/>
        <w:t>v 0.454499 1.107591 -0.021828</w:t>
        <w:br/>
        <w:t>v 0.457596 1.110863 -0.010870</w:t>
        <w:br/>
        <w:t>v 0.455738 1.110517 -0.010189</w:t>
        <w:br/>
        <w:t>v 0.427117 1.091659 0.031066</w:t>
        <w:br/>
        <w:t>v 0.427695 1.090729 0.033662</w:t>
        <w:br/>
        <w:t>v 0.419611 1.085467 0.026827</w:t>
        <w:br/>
        <w:t>v 0.442319 1.069751 0.039183</w:t>
        <w:br/>
        <w:t>v 0.444147 1.068406 0.036641</w:t>
        <w:br/>
        <w:t>v 0.437634 1.063133 0.032409</w:t>
        <w:br/>
        <w:t>v 0.434896 1.057840 -0.010551</w:t>
        <w:br/>
        <w:t>v 0.431889 1.057089 -0.011308</w:t>
        <w:br/>
        <w:t>v 0.428159 1.055146 0.006128</w:t>
        <w:br/>
        <w:t>v 0.431210 1.055804 0.006233</w:t>
        <w:br/>
        <w:t>v 0.413808 1.076126 -0.012543</w:t>
        <w:br/>
        <w:t>v 0.415291 1.079453 -0.012112</w:t>
        <w:br/>
        <w:t>v 0.412482 1.078535 0.003348</w:t>
        <w:br/>
        <w:t>v 0.410866 1.075506 0.003581</w:t>
        <w:br/>
        <w:t>v 0.435100 1.093137 -0.032798</w:t>
        <w:br/>
        <w:t>v 0.423238 1.084517 -0.025875</w:t>
        <w:br/>
        <w:t>v 0.422394 1.081945 -0.027158</w:t>
        <w:br/>
        <w:t>v 0.435802 1.091731 -0.035170</w:t>
        <w:br/>
        <w:t>v 0.441054 1.062153 -0.022369</w:t>
        <w:br/>
        <w:t>v 0.452549 1.070168 -0.029488</w:t>
        <w:br/>
        <w:t>v 0.451365 1.071168 -0.032542</w:t>
        <w:br/>
        <w:t>v 0.447571 1.106131 0.028461</w:t>
        <w:br/>
        <w:t>v 0.438578 1.099494 0.033259</w:t>
        <w:br/>
        <w:t>v 0.437323 1.099640 0.030359</w:t>
        <w:br/>
        <w:t>v 0.446014 1.105607 0.025918</w:t>
        <w:br/>
        <w:t>v 0.454190 1.076455 0.036449</w:t>
        <w:br/>
        <w:t>v 0.453584 1.077945 0.039331</w:t>
        <w:br/>
        <w:t>v 0.462495 1.084343 0.033863</w:t>
        <w:br/>
        <w:t>v 0.462233 1.081954 0.031580</w:t>
        <w:br/>
        <w:t>v 0.462063 1.077699 -0.026874</w:t>
        <w:br/>
        <w:t>v 0.462523 1.079743 -0.029850</w:t>
        <w:br/>
        <w:t>v 0.446914 1.100963 -0.031631</w:t>
        <w:br/>
        <w:t>v 0.445271 1.101183 -0.029851</w:t>
        <w:br/>
        <w:t>v 0.413938 1.080436 0.015392</w:t>
        <w:br/>
        <w:t>v 0.433078 1.058494 0.021067</w:t>
        <w:br/>
        <w:t>v 0.470208 1.089809 0.024174</w:t>
        <w:br/>
        <w:t>v 0.469712 1.086922 0.022366</w:t>
        <w:br/>
        <w:t>v 0.453305 1.111242 0.017909</w:t>
        <w:br/>
        <w:t>v 0.455566 1.111597 0.019765</w:t>
        <w:br/>
        <w:t>v 0.458268 1.112699 -0.026701</w:t>
        <w:br/>
        <w:t>v 0.456028 1.112038 -0.026790</w:t>
        <w:br/>
        <w:t>v 0.474090 1.091326 -0.028676</w:t>
        <w:br/>
        <w:t>v 0.472091 1.089205 -0.029003</w:t>
        <w:br/>
        <w:t>v 0.475716 1.085721 -0.026544</w:t>
        <w:br/>
        <w:t>v 0.477186 1.088594 -0.026727</w:t>
        <w:br/>
        <w:t>v 0.477186 1.088594 -0.026727</w:t>
        <w:br/>
        <w:t>v 0.475716 1.085721 -0.026544</w:t>
        <w:br/>
        <w:t>v 0.457408 1.111559 0.004476</w:t>
        <w:br/>
        <w:t>v 0.457596 1.110863 -0.010870</w:t>
        <w:br/>
        <w:t>v 0.473537 1.088975 -0.011010</w:t>
        <w:br/>
        <w:t>v 0.473080 1.089911 0.005403</w:t>
        <w:br/>
        <w:t>v 0.461356 1.115311 0.004037</w:t>
        <w:br/>
        <w:t>v 0.479602 1.092946 -0.011417</w:t>
        <w:br/>
        <w:t>v 0.451365 1.071168 -0.032542</w:t>
        <w:br/>
        <w:t>v 0.435802 1.091731 -0.035170</w:t>
        <w:br/>
        <w:t>v 0.447571 1.106131 0.028461</w:t>
        <w:br/>
        <w:t>v 0.462495 1.084343 0.033863</w:t>
        <w:br/>
        <w:t>v 0.453584 1.077945 0.039331</w:t>
        <w:br/>
        <w:t>v 0.438578 1.099494 0.033259</w:t>
        <w:br/>
        <w:t>v 0.455566 1.111597 0.019765</w:t>
        <w:br/>
        <w:t>v 0.470208 1.089809 0.024174</w:t>
        <w:br/>
        <w:t>v 0.466230 1.099949 -0.030116</w:t>
        <w:br/>
        <w:t>v 0.457998 1.107568 -0.029076</w:t>
        <w:br/>
        <w:t>v 0.459938 1.108948 -0.028676</w:t>
        <w:br/>
        <w:t>v 0.469537 1.085988 -0.021935</w:t>
        <w:br/>
        <w:t>v 0.454499 1.107591 -0.021828</w:t>
        <w:br/>
        <w:t>v 0.446914 1.100963 -0.031631</w:t>
        <w:br/>
        <w:t>v 0.462523 1.079743 -0.029850</w:t>
        <w:br/>
        <w:t>v 0.464293 1.098370 -0.030523</w:t>
        <w:br/>
        <w:t>v 0.466230 1.099949 -0.030116</w:t>
        <w:br/>
        <w:t>v 0.470472 1.088300 -0.026938</w:t>
        <w:br/>
        <w:t>v 0.463056 1.097578 -0.028854</w:t>
        <w:br/>
        <w:t>v 0.471803 1.088136 0.006242</w:t>
        <w:br/>
        <w:t>v 0.455612 1.110925 0.005106</w:t>
        <w:br/>
        <w:t>v 0.457408 1.111559 0.004476</w:t>
        <w:br/>
        <w:t>v 0.473080 1.089911 0.005403</w:t>
        <w:br/>
        <w:t>v 0.475685 1.089015 -0.010510</w:t>
        <w:br/>
        <w:t>v 0.474004 1.089547 0.005265</w:t>
        <w:br/>
        <w:t>v 0.457550 1.112574 0.002862</w:t>
        <w:br/>
        <w:t>v 0.458482 1.113134 -0.011099</w:t>
        <w:br/>
        <w:t>v 0.459501 1.077787 -0.025099</w:t>
        <w:br/>
        <w:t>v 0.465962 1.082793 -0.018617</w:t>
        <w:br/>
        <w:t>v 0.450982 1.105044 -0.019754</w:t>
        <w:br/>
        <w:t>v 0.454244 1.108804 -0.009834</w:t>
        <w:br/>
        <w:t>v 0.421796 1.086139 0.024518</w:t>
        <w:br/>
        <w:t>v 0.427677 1.090671 0.028104</w:t>
        <w:br/>
        <w:t>v 0.444147 1.068406 0.036641</w:t>
        <w:br/>
        <w:t>v 0.443368 1.069506 0.033464</w:t>
        <w:br/>
        <w:t>v 0.439021 1.065069 0.029899</w:t>
        <w:br/>
        <w:t>v 0.433685 1.058693 0.006177</w:t>
        <w:br/>
        <w:t>v 0.436689 1.060409 -0.009703</w:t>
        <w:br/>
        <w:t>v 0.417989 1.080459 -0.011554</w:t>
        <w:br/>
        <w:t>v 0.415425 1.079718 0.003449</w:t>
        <w:br/>
        <w:t>v 0.435977 1.092832 -0.030035</w:t>
        <w:br/>
        <w:t>v 0.425329 1.085309 -0.024447</w:t>
        <w:br/>
        <w:t>v 0.442544 1.064510 -0.020854</w:t>
        <w:br/>
        <w:t>v 0.452090 1.071248 -0.026834</w:t>
        <w:br/>
        <w:t>v 0.437634 1.098414 0.027990</w:t>
        <w:br/>
        <w:t>v 0.460598 1.082109 0.028781</w:t>
        <w:br/>
        <w:t>v 0.453023 1.076697 0.033600</w:t>
        <w:br/>
        <w:t>v 0.444111 1.098618 -0.027752</w:t>
        <w:br/>
        <w:t>v 0.417025 1.081557 0.014413</w:t>
        <w:br/>
        <w:t>v 0.434879 1.061061 0.019621</w:t>
        <w:br/>
        <w:t>v 0.467066 1.086242 0.020917</w:t>
        <w:br/>
        <w:t>v 0.445823 1.104335 0.023471</w:t>
        <w:br/>
        <w:t>v 0.452165 1.109157 0.016601</w:t>
        <w:br/>
        <w:t>v 0.473450 1.085291 -0.024745</w:t>
        <w:br/>
        <w:t>v 0.470472 1.088300 -0.026938</w:t>
        <w:br/>
        <w:t>v 0.473450 1.085291 -0.024745</w:t>
        <w:br/>
        <w:t>v 0.463056 1.097578 -0.028854</w:t>
        <w:br/>
        <w:t>v 0.456904 1.106688 -0.027457</w:t>
        <w:br/>
        <w:t>v 0.454139 1.108969 0.004105</w:t>
        <w:br/>
        <w:t>v 0.469496 1.087048 0.005063</w:t>
        <w:br/>
        <w:t>v 0.471803 1.088136 0.006242</w:t>
        <w:br/>
        <w:t>v 0.473080 1.089911 0.005403</w:t>
        <w:br/>
        <w:t>v 0.454139 1.108969 0.004105</w:t>
        <w:br/>
        <w:t>v 0.469496 1.087048 0.005063</w:t>
        <w:br/>
        <w:t>v 0.455612 1.110925 0.005106</w:t>
        <w:br/>
        <w:t>v 0.454139 1.108969 0.004105</w:t>
        <w:br/>
        <w:t>v 0.456028 1.112038 -0.026790</w:t>
        <w:br/>
        <w:t>v 0.455186 1.110434 -0.025450</w:t>
        <w:br/>
        <w:t>v 0.469407 1.085676 -0.008966</w:t>
        <w:br/>
        <w:t>v 0.469496 1.087048 0.005063</w:t>
        <w:br/>
        <w:t>v 0.457408 1.111559 0.004476</w:t>
        <w:br/>
        <w:t>v 0.473450 1.085291 -0.024745</w:t>
        <w:br/>
        <w:t>v 0.456904 1.106688 -0.027457</w:t>
        <w:br/>
        <w:t>v 0.455186 1.110434 -0.025450</w:t>
        <w:br/>
        <w:t>v 0.443368 1.069506 0.033464</w:t>
        <w:br/>
        <w:t>v 0.459938 1.108948 -0.028676</w:t>
        <w:br/>
        <w:t>v 0.458268 1.112699 -0.026701</w:t>
        <w:br/>
        <w:t>v 0.474090 1.091326 -0.028676</w:t>
        <w:br/>
        <w:t>v 0.477186 1.088594 -0.026727</w:t>
        <w:br/>
        <w:t>v 0.483484 1.017610 0.049335</w:t>
        <w:br/>
        <w:t>v 0.481831 1.019239 0.048067</w:t>
        <w:br/>
        <w:t>v 0.479688 1.020385 0.052518</w:t>
        <w:br/>
        <w:t>v 0.481629 1.018474 0.053668</w:t>
        <w:br/>
        <w:t>v 0.491780 1.008928 0.055695</w:t>
        <w:br/>
        <w:t>v 0.486837 1.014015 0.051309</w:t>
        <w:br/>
        <w:t>v 0.484988 1.015244 0.056030</w:t>
        <w:br/>
        <w:t>v 0.489750 1.010772 0.059444</w:t>
        <w:br/>
        <w:t>v 0.484156 1.021559 0.056871</w:t>
        <w:br/>
        <w:t>v 0.481629 1.018474 0.053668</w:t>
        <w:br/>
        <w:t>v 0.482981 1.022810 0.056163</w:t>
        <w:br/>
        <w:t>v 0.487206 1.019129 0.046607</w:t>
        <w:br/>
        <w:t>v 0.485706 1.020744 0.045089</w:t>
        <w:br/>
        <w:t>v 0.495147 1.010263 0.053673</w:t>
        <w:br/>
        <w:t>v 0.490190 1.015460 0.048889</w:t>
        <w:br/>
        <w:t>v 0.497647 1.006119 0.063350</w:t>
        <w:br/>
        <w:t>v 0.500678 1.006504 0.062488</w:t>
        <w:br/>
        <w:t>v 0.498431 1.007834 0.057949</w:t>
        <w:br/>
        <w:t>v 0.495351 1.006831 0.059550</w:t>
        <w:br/>
        <w:t>v 0.499845 1.006983 0.066566</w:t>
        <w:br/>
        <w:t>v 0.501461 1.007701 0.066610</w:t>
        <w:br/>
        <w:t>v 0.501214 1.007758 0.066046</w:t>
        <w:br/>
        <w:t>v 0.498552 1.006695 0.066140</w:t>
        <w:br/>
        <w:t>v 0.495037 1.009750 0.064312</w:t>
        <w:br/>
        <w:t>v 0.497515 1.012439 0.064358</w:t>
        <w:br/>
        <w:t>v 0.499845 1.006983 0.066566</w:t>
        <w:br/>
        <w:t>v 0.492478 1.025429 0.050169</w:t>
        <w:br/>
        <w:t>v 0.491103 1.027217 0.049031</w:t>
        <w:br/>
        <w:t>v 0.489674 1.023867 0.045948</w:t>
        <w:br/>
        <w:t>v 0.490973 1.022101 0.047296</w:t>
        <w:br/>
        <w:t>v 0.490581 1.025830 0.054363</w:t>
        <w:br/>
        <w:t>v 0.492478 1.025429 0.050169</w:t>
        <w:br/>
        <w:t>v 0.491374 1.024930 0.054962</w:t>
        <w:br/>
        <w:t>v 0.500914 1.010502 0.058078</w:t>
        <w:br/>
        <w:t>v 0.502233 1.009182 0.061578</w:t>
        <w:br/>
        <w:t>v 0.502536 1.008579 0.065814</w:t>
        <w:br/>
        <w:t>v 0.501461 1.007701 0.066610</w:t>
        <w:br/>
        <w:t>v 0.493648 1.018412 0.049393</w:t>
        <w:br/>
        <w:t>v 0.498088 1.013175 0.053869</w:t>
        <w:br/>
        <w:t>v 0.494186 1.007496 0.062443</w:t>
        <w:br/>
        <w:t>v 0.495252 1.021656 0.052859</w:t>
        <w:br/>
        <w:t>v 0.499037 1.017001 0.056509</w:t>
        <w:br/>
        <w:t>v 0.488355 1.023426 0.057610</w:t>
        <w:br/>
        <w:t>v 0.487450 1.024454 0.056968</w:t>
        <w:br/>
        <w:t>v 0.484963 1.020679 0.057387</w:t>
        <w:br/>
        <w:t>v 0.501797 1.012970 0.059572</w:t>
        <w:br/>
        <w:t>v 0.499037 1.017001 0.056509</w:t>
        <w:br/>
        <w:t>v 0.501797 1.012970 0.059572</w:t>
        <w:br/>
        <w:t>v 0.500357 1.013397 0.062468</w:t>
        <w:br/>
        <w:t>v 0.496914 1.017834 0.059571</w:t>
        <w:br/>
        <w:t>v 0.502536 1.008579 0.065814</w:t>
        <w:br/>
        <w:t>v 0.502713 1.009413 0.064842</w:t>
        <w:br/>
        <w:t>v 0.490962 1.014261 0.061194</w:t>
        <w:br/>
        <w:t>v 0.502713 1.009413 0.064842</w:t>
        <w:br/>
        <w:t>v 0.501797 1.012970 0.059572</w:t>
        <w:br/>
        <w:t>v 0.502233 1.009182 0.061578</w:t>
        <w:br/>
        <w:t>v 0.537254 1.025838 0.025598</w:t>
        <w:br/>
        <w:t>v 0.538345 1.024932 0.025603</w:t>
        <w:br/>
        <w:t>v 0.536544 1.020794 0.027287</w:t>
        <w:br/>
        <w:t>v 0.534067 1.022383 0.027381</w:t>
        <w:br/>
        <w:t>v 0.546977 1.009041 0.024549</w:t>
        <w:br/>
        <w:t>v 0.537455 1.014800 0.024649</w:t>
        <w:br/>
        <w:t>v 0.540495 1.017992 0.027288</w:t>
        <w:br/>
        <w:t>v 0.549156 1.011871 0.027047</w:t>
        <w:br/>
        <w:t>v 0.553628 1.008985 0.027018</w:t>
        <w:br/>
        <w:t>v 0.551523 1.006428 0.024626</w:t>
        <w:br/>
        <w:t>v 0.540495 1.017992 0.027288</w:t>
        <w:br/>
        <w:t>v 0.543760 1.020912 0.025668</w:t>
        <w:br/>
        <w:t>v 0.551610 1.015068 0.025556</w:t>
        <w:br/>
        <w:t>v 0.549156 1.011871 0.027047</w:t>
        <w:br/>
        <w:t>v 0.546278 1.008157 0.020061</w:t>
        <w:br/>
        <w:t>v 0.536630 1.013804 0.019544</w:t>
        <w:br/>
        <w:t>v 0.551039 1.005422 0.020342</w:t>
        <w:br/>
        <w:t>v 0.570885 1.000359 0.025097</w:t>
        <w:br/>
        <w:t>v 0.571694 0.999861 0.022584</w:t>
        <w:br/>
        <w:t>v 0.567275 0.999525 0.021731</w:t>
        <w:br/>
        <w:t>v 0.567266 1.000029 0.024715</w:t>
        <w:br/>
        <w:t>v 0.572602 1.001577 0.025063</w:t>
        <w:br/>
        <w:t>v 0.573192 1.001765 0.023018</w:t>
        <w:br/>
        <w:t>v 0.570885 1.000359 0.025097</w:t>
        <w:br/>
        <w:t>v 0.545671 1.022638 0.021906</w:t>
        <w:br/>
        <w:t>v 0.553348 1.016703 0.022082</w:t>
        <w:br/>
        <w:t>v 0.557452 1.011020 0.025634</w:t>
        <w:br/>
        <w:t>v 0.559005 1.012496 0.022381</w:t>
        <w:br/>
        <w:t>v 0.565395 1.007877 0.022520</w:t>
        <w:br/>
        <w:t>v 0.564425 1.006358 0.025620</w:t>
        <w:br/>
        <w:t>v 0.539369 1.026449 0.017401</w:t>
        <w:br/>
        <w:t>v 0.538297 1.027342 0.017336</w:t>
        <w:br/>
        <w:t>v 0.535249 1.024528 0.014332</w:t>
        <w:br/>
        <w:t>v 0.537513 1.022927 0.014564</w:t>
        <w:br/>
        <w:t>v 0.532527 1.019653 0.015014</w:t>
        <w:br/>
        <w:t>v 0.534836 1.018274 0.015226</w:t>
        <w:br/>
        <w:t>v 0.537513 1.022927 0.014564</w:t>
        <w:br/>
        <w:t>v 0.535249 1.024528 0.014332</w:t>
        <w:br/>
        <w:t>v 0.547884 1.010190 0.016530</w:t>
        <w:br/>
        <w:t>v 0.550610 1.013853 0.015679</w:t>
        <w:br/>
        <w:t>v 0.541815 1.019961 0.014971</w:t>
        <w:br/>
        <w:t>v 0.538793 1.016174 0.015626</w:t>
        <w:br/>
        <w:t>v 0.550610 1.013853 0.015679</w:t>
        <w:br/>
        <w:t>v 0.552838 1.016281 0.018198</w:t>
        <w:br/>
        <w:t>v 0.544888 1.022126 0.017713</w:t>
        <w:br/>
        <w:t>v 0.541815 1.019961 0.014971</w:t>
        <w:br/>
        <w:t>v 0.530445 1.017124 0.019228</w:t>
        <w:br/>
        <w:t>v 0.532844 1.015817 0.019344</w:t>
        <w:br/>
        <w:t>v 0.552706 1.007646 0.016883</w:t>
        <w:br/>
        <w:t>v 0.568139 1.001258 0.019146</w:t>
        <w:br/>
        <w:t>v 0.571614 1.001267 0.020195</w:t>
        <w:br/>
        <w:t>v 0.558664 1.012001 0.018915</w:t>
        <w:br/>
        <w:t>v 0.565266 1.007381 0.019643</w:t>
        <w:br/>
        <w:t>v 0.563085 1.003813 0.026768</w:t>
        <w:br/>
        <w:t>v 0.561693 1.001585 0.024767</w:t>
        <w:br/>
        <w:t>v 0.561277 1.000777 0.021080</w:t>
        <w:br/>
        <w:t>v 0.562519 1.002814 0.017964</w:t>
        <w:br/>
        <w:t>v 0.568231 1.001669 0.026195</w:t>
        <w:br/>
        <w:t>v 0.569781 1.003234 0.019243</w:t>
        <w:br/>
        <w:t>v 0.564198 1.005635 0.017661</w:t>
        <w:br/>
        <w:t>v 0.555210 1.011014 0.016254</w:t>
        <w:br/>
        <w:t>v 0.531161 1.018426 0.024375</w:t>
        <w:br/>
        <w:t>v 0.534067 1.022383 0.027381</w:t>
        <w:br/>
        <w:t>v 0.536544 1.020794 0.027287</w:t>
        <w:br/>
        <w:t>v 0.533423 1.017184 0.024343</w:t>
        <w:br/>
        <w:t>v 0.555210 1.011014 0.016254</w:t>
        <w:br/>
        <w:t>v 0.557846 1.012630 0.018816</w:t>
        <w:br/>
        <w:t>v 0.553628 1.008985 0.027018</w:t>
        <w:br/>
        <w:t>v 0.555437 1.012411 0.025596</w:t>
        <w:br/>
        <w:t>v 0.556942 1.014021 0.022263</w:t>
        <w:br/>
        <w:t>v 0.556593 1.013518 0.018640</w:t>
        <w:br/>
        <w:t>v 0.563085 1.003813 0.026768</w:t>
        <w:br/>
        <w:t>v 0.572602 1.001577 0.025063</w:t>
        <w:br/>
        <w:t>v 0.570885 1.000359 0.025097</w:t>
        <w:br/>
        <w:t>v 0.568231 1.001669 0.026195</w:t>
        <w:br/>
        <w:t>v 0.569394 1.003403 0.025536</w:t>
        <w:br/>
        <w:t>v 0.570212 1.004346 0.020335</w:t>
        <w:br/>
        <w:t>v 0.564198 1.005635 0.017661</w:t>
        <w:br/>
        <w:t>v 0.569781 1.003234 0.019243</w:t>
        <w:br/>
        <w:t>v 0.572966 1.003028 0.023120</w:t>
        <w:br/>
        <w:t>v 0.570316 1.004776 0.022963</w:t>
        <w:br/>
        <w:t>v 0.574352 1.001621 0.023216</w:t>
        <w:br/>
        <w:t>v 0.573931 1.001976 0.021861</w:t>
        <w:br/>
        <w:t>v 0.571614 1.001267 0.020195</w:t>
        <w:br/>
        <w:t>v 0.573192 1.002490 0.021027</w:t>
        <w:br/>
        <w:t>v 0.541555 1.029242 0.005103</w:t>
        <w:br/>
        <w:t>v 0.542838 1.028323 0.004940</w:t>
        <w:br/>
        <w:t>v 0.541303 1.023500 0.006835</w:t>
        <w:br/>
        <w:t>v 0.538658 1.024965 0.007189</w:t>
        <w:br/>
        <w:t>v 0.555613 1.013528 0.004852</w:t>
        <w:br/>
        <w:t>v 0.560914 1.010005 0.003962</w:t>
        <w:br/>
        <w:t>v 0.559081 1.007090 0.001946</w:t>
        <w:br/>
        <w:t>v 0.553553 1.009924 0.002698</w:t>
        <w:br/>
        <w:t>v 0.560914 1.010005 0.003962</w:t>
        <w:br/>
        <w:t>v 0.564841 1.012494 0.001858</w:t>
        <w:br/>
        <w:t>v 0.574568 1.006585 0.000528</w:t>
        <w:br/>
        <w:t>v 0.573100 1.003957 0.001948</w:t>
        <w:br/>
        <w:t>v 0.555613 1.013528 0.004852</w:t>
        <w:br/>
        <w:t>v 0.557937 1.017045 0.002758</w:t>
        <w:br/>
        <w:t>v 0.562813 1.013840 0.002137</w:t>
        <w:br/>
        <w:t>v 0.552264 1.008555 -0.002339</w:t>
        <w:br/>
        <w:t>v 0.557782 1.005930 -0.002812</w:t>
        <w:br/>
        <w:t>v 0.581633 0.999907 -0.001020</w:t>
        <w:br/>
        <w:t>v 0.582636 0.999523 -0.003779</w:t>
        <w:br/>
        <w:t>v 0.578375 0.998536 -0.004020</w:t>
        <w:br/>
        <w:t>v 0.578962 0.999539 -0.000513</w:t>
        <w:br/>
        <w:t>v 0.585375 1.002309 -0.003764</w:t>
        <w:br/>
        <w:t>v 0.584588 1.002197 -0.003690</w:t>
        <w:br/>
        <w:t>v 0.584794 1.002139 -0.002412</w:t>
        <w:br/>
        <w:t>v 0.574518 1.008179 -0.002533</w:t>
        <w:br/>
        <w:t>v 0.565864 1.014019 -0.001580</w:t>
        <w:br/>
        <w:t>v 0.563795 1.015474 -0.001382</w:t>
        <w:br/>
        <w:t>v 0.559121 1.018671 -0.000919</w:t>
        <w:br/>
        <w:t>v 0.542732 1.029215 -0.004055</w:t>
        <w:br/>
        <w:t>v 0.541422 1.030193 -0.003892</w:t>
        <w:br/>
        <w:t>v 0.538484 1.026216 -0.006542</w:t>
        <w:br/>
        <w:t>v 0.540620 1.024819 -0.006697</w:t>
        <w:br/>
        <w:t>v 0.538484 1.026216 -0.006542</w:t>
        <w:br/>
        <w:t>v 0.535819 1.021135 -0.005182</w:t>
        <w:br/>
        <w:t>v 0.537596 1.020060 -0.005257</w:t>
        <w:br/>
        <w:t>v 0.540620 1.024819 -0.006697</w:t>
        <w:br/>
        <w:t>v 0.564699 1.013445 -0.005390</w:t>
        <w:br/>
        <w:t>v 0.560885 1.011365 -0.007671</w:t>
        <w:br/>
        <w:t>v 0.571999 1.004698 -0.007625</w:t>
        <w:br/>
        <w:t>v 0.574031 1.007109 -0.005839</w:t>
        <w:br/>
        <w:t>v 0.558531 1.008108 -0.006487</w:t>
        <w:br/>
        <w:t>v 0.570518 1.002442 -0.006631</w:t>
        <w:br/>
        <w:t>v 0.571999 1.004698 -0.007625</w:t>
        <w:br/>
        <w:t>v 0.560885 1.011365 -0.007671</w:t>
        <w:br/>
        <w:t>v 0.553328 1.010804 -0.006345</w:t>
        <w:br/>
        <w:t>v 0.555618 1.014860 -0.007414</w:t>
        <w:br/>
        <w:t>v 0.562803 1.014727 -0.005272</w:t>
        <w:br/>
        <w:t>v 0.557937 1.017956 -0.004865</w:t>
        <w:br/>
        <w:t>v 0.555618 1.014860 -0.007414</w:t>
        <w:br/>
        <w:t>v 0.534549 1.018540 -0.000267</w:t>
        <w:br/>
        <w:t>v 0.536721 1.017448 -0.000609</w:t>
        <w:br/>
        <w:t>v 0.581442 1.000541 -0.006267</w:t>
        <w:br/>
        <w:t>v 0.578403 1.000015 -0.006577</w:t>
        <w:br/>
        <w:t>v 0.548762 1.024708 -0.004472</w:t>
        <w:br/>
        <w:t>v 0.545470 1.027117 -0.004302</w:t>
        <w:br/>
        <w:t>v 0.544922 1.021953 -0.006907</w:t>
        <w:br/>
        <w:t>v 0.541739 1.017619 -0.005537</w:t>
        <w:br/>
        <w:t>v 0.544922 1.021953 -0.006907</w:t>
        <w:br/>
        <w:t>v 0.550164 1.025717 -0.000060</w:t>
        <w:br/>
        <w:t>v 0.547062 1.028188 0.000312</w:t>
        <w:br/>
        <w:t>v 0.542105 1.016698 0.004212</w:t>
        <w:br/>
        <w:t>v 0.540596 1.015222 -0.000960</w:t>
        <w:br/>
        <w:t>v 0.538061 1.019144 0.004806</w:t>
        <w:br/>
        <w:t>v 0.571259 1.001921 0.000397</w:t>
        <w:br/>
        <w:t>v 0.570057 1.000883 -0.003433</w:t>
        <w:br/>
        <w:t>v 0.573100 1.003957 0.001948</w:t>
        <w:br/>
        <w:t>v 0.579652 1.000995 0.000174</w:t>
        <w:br/>
        <w:t>v 0.579035 1.001706 -0.006997</w:t>
        <w:br/>
        <w:t>v 0.535966 1.020205 0.005103</w:t>
        <w:br/>
        <w:t>v 0.538658 1.024965 0.007189</w:t>
        <w:br/>
        <w:t>v 0.541303 1.023500 0.006835</w:t>
        <w:br/>
        <w:t>v 0.542980 1.031358 0.000674</w:t>
        <w:br/>
        <w:t>v 0.544123 1.030590 0.000568</w:t>
        <w:br/>
        <w:t>v 0.575578 1.006440 -0.000126</w:t>
        <w:br/>
        <w:t>v 0.575173 1.007388 -0.002577</w:t>
        <w:br/>
        <w:t>v 0.575215 1.006853 -0.005282</w:t>
        <w:br/>
        <w:t>v 0.583491 1.001979 -0.001520</w:t>
        <w:br/>
        <w:t>v 0.581633 0.999907 -0.001020</w:t>
        <w:br/>
        <w:t>v 0.579652 1.000995 0.000174</w:t>
        <w:br/>
        <w:t>v 0.580319 1.003563 -0.000647</w:t>
        <w:br/>
        <w:t>v 0.579035 1.001706 -0.006997</w:t>
        <w:br/>
        <w:t>v 0.580142 1.003997 -0.005840</w:t>
        <w:br/>
        <w:t>v 0.580702 1.004648 -0.003126</w:t>
        <w:br/>
        <w:t>v 0.584794 1.002139 -0.002412</w:t>
        <w:br/>
        <w:t>v 0.585375 1.002309 -0.003764</w:t>
        <w:br/>
        <w:t>v 0.584537 1.002449 -0.005025</w:t>
        <w:br/>
        <w:t>v 0.545417 1.020609 0.006245</w:t>
        <w:br/>
        <w:t>v 0.584537 1.002449 -0.005025</w:t>
        <w:br/>
        <w:t>v 0.581442 1.000541 -0.006267</w:t>
        <w:br/>
        <w:t>v 0.583410 1.002503 -0.005766</w:t>
        <w:br/>
        <w:t>v 0.537190 1.027496 -0.017412</w:t>
        <w:br/>
        <w:t>v 0.538677 1.026360 -0.017843</w:t>
        <w:br/>
        <w:t>v 0.538331 1.022237 -0.014782</w:t>
        <w:br/>
        <w:t>v 0.535665 1.024053 -0.014028</w:t>
        <w:br/>
        <w:t>v 0.538331 1.022237 -0.014782</w:t>
        <w:br/>
        <w:t>v 0.543750 1.018158 -0.016127</w:t>
        <w:br/>
        <w:t>v 0.540483 1.013983 -0.016464</w:t>
        <w:br/>
        <w:t>v 0.535065 1.017640 -0.014994</w:t>
        <w:br/>
        <w:t>v 0.558463 1.007947 -0.020449</w:t>
        <w:br/>
        <w:t>v 0.556250 1.004411 -0.020897</w:t>
        <w:br/>
        <w:t>v 0.551740 1.007114 -0.019624</w:t>
        <w:br/>
        <w:t>v 0.553860 1.010914 -0.018918</w:t>
        <w:br/>
        <w:t>v 0.553860 1.010914 -0.018918</w:t>
        <w:br/>
        <w:t>v 0.555159 1.013720 -0.022161</w:t>
        <w:br/>
        <w:t>v 0.559169 1.010773 -0.023377</w:t>
        <w:br/>
        <w:t>v 0.558463 1.007947 -0.020449</w:t>
        <w:br/>
        <w:t>v 0.543750 1.018158 -0.016127</w:t>
        <w:br/>
        <w:t>v 0.541704 1.024118 -0.018564</w:t>
        <w:br/>
        <w:t>v 0.545794 1.020994 -0.019702</w:t>
        <w:br/>
        <w:t>v 0.537832 1.011228 -0.019708</w:t>
        <w:br/>
        <w:t>v 0.532295 1.014705 -0.018431</w:t>
        <w:br/>
        <w:t>v 0.554071 1.002327 -0.024056</w:t>
        <w:br/>
        <w:t>v 0.549553 1.004867 -0.022852</w:t>
        <w:br/>
        <w:t>v 0.570209 0.997623 -0.026237</w:t>
        <w:br/>
        <w:t>v 0.574003 0.998537 -0.027476</w:t>
        <w:br/>
        <w:t>v 0.573833 0.997034 -0.030534</w:t>
        <w:br/>
        <w:t>v 0.569071 0.996324 -0.028615</w:t>
        <w:br/>
        <w:t>v 0.576283 0.999108 -0.031724</w:t>
        <w:br/>
        <w:t>v 0.575405 0.999125 -0.031440</w:t>
        <w:br/>
        <w:t>v 0.576190 0.999241 -0.030311</w:t>
        <w:br/>
        <w:t>v 0.558762 1.011281 -0.027499</w:t>
        <w:br/>
        <w:t>v 0.554846 1.014139 -0.026554</w:t>
        <w:br/>
        <w:t>v 0.541183 1.024735 -0.023255</w:t>
        <w:br/>
        <w:t>v 0.545341 1.021548 -0.024298</w:t>
        <w:br/>
        <w:t>v 0.536442 1.028286 -0.022185</w:t>
        <w:br/>
        <w:t>v 0.538114 1.027012 -0.022591</w:t>
        <w:br/>
        <w:t>v 0.561041 1.009605 -0.028095</w:t>
        <w:br/>
        <w:t>v 0.566136 1.005882 -0.029293</w:t>
        <w:br/>
        <w:t>v 0.567407 1.005163 -0.026000</w:t>
        <w:br/>
        <w:t>v 0.561459 1.009094 -0.024102</w:t>
        <w:br/>
        <w:t>v 0.530909 1.021770 -0.026232</w:t>
        <w:br/>
        <w:t>v 0.533600 1.019939 -0.026818</w:t>
        <w:br/>
        <w:t>v 0.535725 1.024692 -0.026023</w:t>
        <w:br/>
        <w:t>v 0.534157 1.025885 -0.025664</w:t>
        <w:br/>
        <w:t>v 0.529121 1.017692 -0.022895</w:t>
        <w:br/>
        <w:t>v 0.531994 1.016010 -0.023593</w:t>
        <w:br/>
        <w:t>v 0.533600 1.019939 -0.026818</w:t>
        <w:br/>
        <w:t>v 0.530909 1.021770 -0.026232</w:t>
        <w:br/>
        <w:t>v 0.554976 1.005828 -0.031080</w:t>
        <w:br/>
        <w:t>v 0.556894 1.009413 -0.030442</w:t>
        <w:br/>
        <w:t>v 0.552682 1.012405 -0.029541</w:t>
        <w:br/>
        <w:t>v 0.550158 1.008980 -0.030174</w:t>
        <w:br/>
        <w:t>v 0.554976 1.005828 -0.031080</w:t>
        <w:br/>
        <w:t>v 0.550158 1.008980 -0.030174</w:t>
        <w:br/>
        <w:t>v 0.548996 1.005791 -0.027346</w:t>
        <w:br/>
        <w:t>v 0.553308 1.002972 -0.028395</w:t>
        <w:br/>
        <w:t>v 0.537634 1.012344 -0.024903</w:t>
        <w:br/>
        <w:t>v 0.539525 1.016051 -0.028034</w:t>
        <w:br/>
        <w:t>v 0.538700 1.022540 -0.026618</w:t>
        <w:br/>
        <w:t>v 0.539525 1.016051 -0.028034</w:t>
        <w:br/>
        <w:t>v 0.542962 1.019502 -0.027540</w:t>
        <w:br/>
        <w:t>v 0.529421 1.016243 -0.017598</w:t>
        <w:br/>
        <w:t>v 0.568379 0.996652 -0.031383</w:t>
        <w:br/>
        <w:t>v 0.571991 0.996933 -0.033052</w:t>
        <w:br/>
        <w:t>v 0.559086 1.007864 -0.030943</w:t>
        <w:br/>
        <w:t>v 0.564987 1.003894 -0.032017</w:t>
        <w:br/>
        <w:t>v 0.565256 1.000114 -0.023815</w:t>
        <w:br/>
        <w:t>v 0.566752 1.002640 -0.023262</w:t>
        <w:br/>
        <w:t>v 0.562860 0.998284 -0.026498</w:t>
        <w:br/>
        <w:t>v 0.562154 0.999081 -0.030165</w:t>
        <w:br/>
        <w:t>v 0.571718 0.999635 -0.025894</w:t>
        <w:br/>
        <w:t>v 0.569025 0.997910 -0.033043</w:t>
        <w:br/>
        <w:t>v 0.562921 1.000898 -0.032327</w:t>
        <w:br/>
        <w:t>v 0.532182 1.019116 -0.014044</w:t>
        <w:br/>
        <w:t>v 0.535665 1.024053 -0.014028</w:t>
        <w:br/>
        <w:t>v 0.562921 1.000898 -0.032327</w:t>
        <w:br/>
        <w:t>v 0.566752 1.002640 -0.023262</w:t>
        <w:br/>
        <w:t>v 0.566418 1.003810 -0.031604</w:t>
        <w:br/>
        <w:t>v 0.572613 1.001439 -0.027988</w:t>
        <w:br/>
        <w:t>v 0.571718 0.999635 -0.025894</w:t>
        <w:br/>
        <w:t>v 0.569025 0.997910 -0.033043</w:t>
        <w:br/>
        <w:t>v 0.570683 1.000447 -0.032841</w:t>
        <w:br/>
        <w:t>v 0.576190 0.999241 -0.030311</w:t>
        <w:br/>
        <w:t>v 0.575618 0.999382 -0.029522</w:t>
        <w:br/>
        <w:t>v 0.572129 1.001971 -0.030664</w:t>
        <w:br/>
        <w:t>v 0.575332 0.998818 -0.032673</w:t>
        <w:br/>
        <w:t>v 0.576283 0.999108 -0.031724</w:t>
        <w:br/>
        <w:t>v 0.574127 0.998692 -0.033050</w:t>
        <w:br/>
        <w:t>v 0.571991 0.996933 -0.033052</w:t>
        <w:br/>
        <w:t>v 0.522693 1.022635 -0.031232</w:t>
        <w:br/>
        <w:t>v 0.520568 1.024525 -0.030285</w:t>
        <w:br/>
        <w:t>v 0.521192 1.027656 -0.033511</w:t>
        <w:br/>
        <w:t>v 0.523186 1.025864 -0.034445</w:t>
        <w:br/>
        <w:t>v 0.534883 1.011617 -0.036200</w:t>
        <w:br/>
        <w:t>v 0.532625 1.009008 -0.035852</w:t>
        <w:br/>
        <w:t>v 0.528211 1.012349 -0.034042</w:t>
        <w:br/>
        <w:t>v 0.530746 1.015396 -0.034598</w:t>
        <w:br/>
        <w:t>v 0.534883 1.011617 -0.036200</w:t>
        <w:br/>
        <w:t>v 0.530746 1.015396 -0.034598</w:t>
        <w:br/>
        <w:t>v 0.531804 1.017196 -0.037830</w:t>
        <w:br/>
        <w:t>v 0.535227 1.014117 -0.039077</w:t>
        <w:br/>
        <w:t>v 0.520564 1.014116 -0.034544</w:t>
        <w:br/>
        <w:t>v 0.516773 1.017606 -0.033202</w:t>
        <w:br/>
        <w:t>v 0.519352 1.019600 -0.030392</w:t>
        <w:br/>
        <w:t>v 0.523212 1.016372 -0.031971</w:t>
        <w:br/>
        <w:t>v 0.530383 1.007169 -0.038383</w:t>
        <w:br/>
        <w:t>v 0.525697 1.010271 -0.036619</w:t>
        <w:br/>
        <w:t>v 0.544155 1.002111 -0.041780</w:t>
        <w:br/>
        <w:t>v 0.546535 1.002215 -0.043532</w:t>
        <w:br/>
        <w:t>v 0.546025 1.001131 -0.045502</w:t>
        <w:br/>
        <w:t>v 0.542907 1.000814 -0.043571</w:t>
        <w:br/>
        <w:t>v 0.548204 1.002719 -0.047160</w:t>
        <w:br/>
        <w:t>v 0.547696 1.002740 -0.046936</w:t>
        <w:br/>
        <w:t>v 0.548396 1.002971 -0.046135</w:t>
        <w:br/>
        <w:t>v 0.531039 1.017276 -0.041419</w:t>
        <w:br/>
        <w:t>v 0.534328 1.014207 -0.042379</w:t>
        <w:br/>
        <w:t>v 0.540410 1.009066 -0.044393</w:t>
        <w:br/>
        <w:t>v 0.541850 1.008628 -0.042007</w:t>
        <w:br/>
        <w:t>v 0.536845 1.012701 -0.039701</w:t>
        <w:br/>
        <w:t>v 0.536129 1.012619 -0.042957</w:t>
        <w:br/>
        <w:t>v 0.519441 1.024468 -0.040990</w:t>
        <w:br/>
        <w:t>v 0.517607 1.026152 -0.040331</w:t>
        <w:br/>
        <w:t>v 0.514951 1.022334 -0.040689</w:t>
        <w:br/>
        <w:t>v 0.517146 1.020342 -0.041199</w:t>
        <w:br/>
        <w:t>v 0.517146 1.020342 -0.041199</w:t>
        <w:br/>
        <w:t>v 0.514951 1.022334 -0.040689</w:t>
        <w:br/>
        <w:t>v 0.513736 1.019408 -0.036987</w:t>
        <w:br/>
        <w:t>v 0.515629 1.017830 -0.037534</w:t>
        <w:br/>
        <w:t>v 0.525638 1.012757 -0.043416</w:t>
        <w:br/>
        <w:t>v 0.530149 1.009422 -0.044441</w:t>
        <w:br/>
        <w:t>v 0.532132 1.012657 -0.044440</w:t>
        <w:br/>
        <w:t>v 0.528536 1.015681 -0.043628</w:t>
        <w:br/>
        <w:t>v 0.524769 1.010641 -0.040440</w:t>
        <w:br/>
        <w:t>v 0.529448 1.007486 -0.041797</w:t>
        <w:br/>
        <w:t>v 0.530149 1.009422 -0.044441</w:t>
        <w:br/>
        <w:t>v 0.525638 1.012757 -0.043416</w:t>
        <w:br/>
        <w:t>v 0.519669 1.014572 -0.038851</w:t>
        <w:br/>
        <w:t>v 0.520766 1.017053 -0.042124</w:t>
        <w:br/>
        <w:t>v 0.523985 1.020084 -0.042442</w:t>
        <w:br/>
        <w:t>v 0.521613 1.022341 -0.041707</w:t>
        <w:br/>
        <w:t>v 0.520766 1.017053 -0.042124</w:t>
        <w:br/>
        <w:t>v 0.514988 1.018911 -0.032573</w:t>
        <w:br/>
        <w:t>v 0.544517 1.000972 -0.047173</w:t>
        <w:br/>
        <w:t>v 0.541736 1.000803 -0.045802</w:t>
        <w:br/>
        <w:t>v 0.526866 1.021860 -0.040130</w:t>
        <w:br/>
        <w:t>v 0.524572 1.024239 -0.039291</w:t>
        <w:br/>
        <w:t>v 0.533938 1.011175 -0.044939</w:t>
        <w:br/>
        <w:t>v 0.539222 1.007316 -0.046206</w:t>
        <w:br/>
        <w:t>v 0.541503 1.006523 -0.039527</w:t>
        <w:br/>
        <w:t>v 0.539716 1.004273 -0.039351</w:t>
        <w:br/>
        <w:t>v 0.537845 1.002620 -0.041118</w:t>
        <w:br/>
        <w:t>v 0.536978 1.002915 -0.044071</w:t>
        <w:br/>
        <w:t>v 0.527545 1.021700 -0.036211</w:t>
        <w:br/>
        <w:t>v 0.525252 1.023935 -0.035365</w:t>
        <w:br/>
        <w:t>v 0.526103 1.019809 -0.032701</w:t>
        <w:br/>
        <w:t>v 0.522693 1.022635 -0.031232</w:t>
        <w:br/>
        <w:t>v 0.526103 1.019809 -0.032701</w:t>
        <w:br/>
        <w:t>v 0.545629 1.003599 -0.041957</w:t>
        <w:br/>
        <w:t>v 0.542194 1.001776 -0.047072</w:t>
        <w:br/>
        <w:t>v 0.537324 1.004417 -0.046002</w:t>
        <w:br/>
        <w:t>v 0.517786 1.020777 -0.029799</w:t>
        <w:br/>
        <w:t>v 0.520568 1.024525 -0.030285</w:t>
        <w:br/>
        <w:t>v 0.537324 1.004417 -0.046002</w:t>
        <w:br/>
        <w:t>v 0.541503 1.006523 -0.039527</w:t>
        <w:br/>
        <w:t>v 0.542107 1.008366 -0.042759</w:t>
        <w:br/>
        <w:t>v 0.540097 1.007361 -0.046036</w:t>
        <w:br/>
        <w:t>v 0.543971 1.003913 -0.047494</w:t>
        <w:br/>
        <w:t>v 0.545146 1.005467 -0.046101</w:t>
        <w:br/>
        <w:t>v 0.546023 1.005036 -0.044035</w:t>
        <w:br/>
        <w:t>v 0.548125 1.003204 -0.045243</w:t>
        <w:br/>
        <w:t>v 0.546535 1.002215 -0.043532</w:t>
        <w:br/>
        <w:t>v 0.545629 1.003599 -0.041957</w:t>
        <w:br/>
        <w:t>v 0.542194 1.001776 -0.047072</w:t>
        <w:br/>
        <w:t>v 0.548396 1.002971 -0.046135</w:t>
        <w:br/>
        <w:t>v 0.547407 1.002412 -0.047817</w:t>
        <w:br/>
        <w:t>v 0.548204 1.002719 -0.047160</w:t>
        <w:br/>
        <w:t>v 0.544517 1.000972 -0.047173</w:t>
        <w:br/>
        <w:t>v 0.546581 1.002203 -0.048038</w:t>
        <w:br/>
        <w:t>v 0.545785 1.026208 0.004594</w:t>
        <w:br/>
        <w:t>v 0.548929 1.023842 0.004052</w:t>
        <w:br/>
        <w:t>v 0.545417 1.020609 0.006245</w:t>
        <w:br/>
        <w:t>v 0.540090 1.026885 0.021727</w:t>
        <w:br/>
        <w:t>v 0.538935 1.027837 0.021690</w:t>
        <w:br/>
        <w:t>v 0.520086 1.028347 -0.037668</w:t>
        <w:br/>
        <w:t>v 0.522309 1.026543 -0.038433</w:t>
        <w:br/>
        <w:t>v 0.489487 1.027165 0.053427</w:t>
        <w:br/>
        <w:t>v 0.486219 1.025794 0.056154</w:t>
        <w:br/>
        <w:t>v 0.574003 0.998537 -0.027476</w:t>
        <w:br/>
        <w:t>v 0.546025 1.001131 -0.045502</w:t>
        <w:br/>
        <w:t>v 0.548125 1.003204 -0.045243</w:t>
        <w:br/>
        <w:t>v 0.544517 1.000972 -0.047173</w:t>
        <w:br/>
        <w:t>v 0.546581 1.002203 -0.048038</w:t>
        <w:br/>
        <w:t>v 0.573833 0.997034 -0.030534</w:t>
        <w:br/>
        <w:t>v 0.574003 0.998537 -0.027476</w:t>
        <w:br/>
        <w:t>v 0.575618 0.999382 -0.029522</w:t>
        <w:br/>
        <w:t>v 0.571991 0.996933 -0.033052</w:t>
        <w:br/>
        <w:t>v 0.574127 0.998692 -0.033050</w:t>
        <w:br/>
        <w:t>v 0.540052 1.023595 0.025684</w:t>
        <w:br/>
        <w:t>v 0.541969 1.025444 0.021783</w:t>
        <w:br/>
        <w:t>v 0.541295 1.025007 0.017507</w:t>
        <w:br/>
        <w:t>v 0.542482 1.024007 0.017567</w:t>
        <w:br/>
        <w:t>v 0.543267 1.024520 0.021808</w:t>
        <w:br/>
        <w:t>v 0.541312 1.022747 0.025689</w:t>
        <w:br/>
        <w:t>v 0.556523 1.011612 0.025637</w:t>
        <w:br/>
        <w:t>v 0.558105 1.013140 0.022335</w:t>
        <w:br/>
        <w:t>v 0.544608 1.027129 0.004746</w:t>
        <w:br/>
        <w:t>v 0.545831 1.029253 0.000403</w:t>
        <w:br/>
        <w:t>v 0.544378 1.027982 -0.004224</w:t>
        <w:br/>
        <w:t>v 0.563780 1.013176 0.002012</w:t>
        <w:br/>
        <w:t>v 0.564895 1.014679 -0.001485</w:t>
        <w:br/>
        <w:t>v 0.563798 1.014036 -0.005346</w:t>
        <w:br/>
        <w:t>v 0.540511 1.025048 -0.018298</w:t>
        <w:br/>
        <w:t>v 0.540001 1.025661 -0.023019</w:t>
        <w:br/>
        <w:t>v 0.537553 1.023386 -0.026424</w:t>
        <w:br/>
        <w:t>v 0.560450 1.009792 -0.023784</w:t>
        <w:br/>
        <w:t>v 0.560039 1.010337 -0.027875</w:t>
        <w:br/>
        <w:t>v 0.558057 1.008553 -0.030709</w:t>
        <w:br/>
        <w:t>v 0.524391 1.024823 -0.035013</w:t>
        <w:br/>
        <w:t>v 0.523696 1.025134 -0.038958</w:t>
        <w:br/>
        <w:t>v 0.520794 1.023163 -0.041489</w:t>
        <w:br/>
        <w:t>v 0.536156 1.013321 -0.039436</w:t>
        <w:br/>
        <w:t>v 0.535371 1.013307 -0.042710</w:t>
        <w:br/>
        <w:t>v 0.533185 1.011801 -0.044723</w:t>
        <w:br/>
        <w:t>v 0.488947 1.027967 0.053017</w:t>
        <w:br/>
        <w:t>v 0.491103 1.027217 0.049031</w:t>
        <w:br/>
        <w:t>v 0.485488 1.026691 0.055673</w:t>
        <w:br/>
        <w:t>v 0.481787 1.023984 0.055499</w:t>
        <w:br/>
        <w:t>v 0.479688 1.020385 0.052518</w:t>
        <w:br/>
        <w:t>v 0.487119 1.018358 0.058666</w:t>
        <w:br/>
        <w:t>v 0.490194 1.021157 0.058913</w:t>
        <w:br/>
        <w:t>v 0.493703 1.017092 0.061320</w:t>
        <w:br/>
        <w:t>v 0.493370 1.022304 0.056585</w:t>
        <w:br/>
        <w:t>v 0.495252 1.021656 0.052859</w:t>
        <w:br/>
        <w:t>v 0.573440 1.001507 0.024363</w:t>
        <w:br/>
        <w:t>v 0.573192 1.002490 0.021027</w:t>
        <w:br/>
        <w:t>v 0.573440 1.001507 0.024363</w:t>
        <w:br/>
        <w:t>v 0.573931 1.001976 0.021861</w:t>
        <w:br/>
        <w:t>v 0.574352 1.001621 0.023216</w:t>
        <w:br/>
        <w:t>v 0.566815 1.006850 0.020330</w:t>
        <w:br/>
        <w:t>v 0.566381 1.006955 0.022574</w:t>
        <w:br/>
        <w:t>v 0.565876 1.006273 0.025040</w:t>
        <w:br/>
        <w:t>v 0.571694 0.999861 0.022584</w:t>
        <w:br/>
        <w:t>v 0.583410 1.002503 -0.005766</w:t>
        <w:br/>
        <w:t>v 0.583491 1.001979 -0.001520</w:t>
        <w:br/>
        <w:t>v 0.582636 0.999523 -0.003779</w:t>
        <w:br/>
        <w:t>v 0.567225 1.004878 -0.029465</w:t>
        <w:br/>
        <w:t>v 0.568301 1.004646 -0.027078</w:t>
        <w:br/>
        <w:t>v 0.575332 0.998818 -0.032673</w:t>
        <w:br/>
        <w:t>v 0.540854 1.008526 -0.044468</w:t>
        <w:br/>
        <w:t>v 0.547407 1.002412 -0.047817</w:t>
        <w:br/>
        <w:t>v 0.497007 1.016933 0.060527</w:t>
        <w:br/>
        <w:t>v 0.494296 1.016238 0.061565</w:t>
        <w:br/>
        <w:t>v 0.492391 1.013860 0.062120</w:t>
        <w:br/>
        <w:t>v 0.500678 1.006504 0.062488</w:t>
        <w:br/>
        <w:t>v 0.498552 1.006695 0.066140</w:t>
        <w:br/>
        <w:t>v 0.058694 1.369631 0.049099</w:t>
        <w:br/>
        <w:t>v 0.070775 1.367679 0.044546</w:t>
        <w:br/>
        <w:t>v 0.074149 1.351479 0.059229</w:t>
        <w:br/>
        <w:t>v 0.062394 1.354831 0.063994</w:t>
        <w:br/>
        <w:t>v 0.068058 1.381944 0.027525</w:t>
        <w:br/>
        <w:t>v 0.055273 1.384804 0.030605</w:t>
        <w:br/>
        <w:t>v 0.066301 1.387637 0.015537</w:t>
        <w:br/>
        <w:t>v 0.053444 1.390708 0.017632</w:t>
        <w:br/>
        <w:t>v 0.063649 1.386009 -0.009079</w:t>
        <w:br/>
        <w:t>v 0.064544 1.389794 0.003337</w:t>
        <w:br/>
        <w:t>v 0.051615 1.393115 0.004447</w:t>
        <w:br/>
        <w:t>v 0.050559 1.388512 -0.008339</w:t>
        <w:br/>
        <w:t>v 0.062753 1.379636 -0.020110</w:t>
        <w:br/>
        <w:t>v 0.049503 1.380566 -0.019496</w:t>
        <w:br/>
        <w:t>v 0.050131 1.363597 -0.029267</w:t>
        <w:br/>
        <w:t>v 0.063128 1.364059 -0.029886</w:t>
        <w:br/>
        <w:t>v 0.052418 1.339687 -0.036617</w:t>
        <w:br/>
        <w:t>v 0.065381 1.340794 -0.036454</w:t>
        <w:br/>
        <w:t>v 0.066912 1.323804 -0.037488</w:t>
        <w:br/>
        <w:t>v 0.053972 1.322703 -0.038114</w:t>
        <w:br/>
        <w:t>v 0.056329 1.280081 -0.032575</w:t>
        <w:br/>
        <w:t>v 0.069232 1.281714 -0.029594</w:t>
        <w:br/>
        <w:t>v 0.068442 1.306816 -0.036764</w:t>
        <w:br/>
        <w:t>v 0.055525 1.305718 -0.037854</w:t>
        <w:br/>
        <w:t>v 0.076970 1.336466 0.071961</w:t>
        <w:br/>
        <w:t>v 0.066201 1.340318 0.079238</w:t>
        <w:br/>
        <w:t>v 0.061987 1.330640 0.077954</w:t>
        <w:br/>
        <w:t>v 0.062259 1.327786 0.079882</w:t>
        <w:br/>
        <w:t>v 0.073043 1.323866 0.072766</w:t>
        <w:br/>
        <w:t>v 0.072692 1.326912 0.070615</w:t>
        <w:br/>
        <w:t>v 0.067650 1.336939 0.083164</w:t>
        <w:br/>
        <w:t>v 0.078379 1.333109 0.075920</w:t>
        <w:br/>
        <w:t>v 0.079248 1.330305 0.078663</w:t>
        <w:br/>
        <w:t>v 0.068519 1.334141 0.085902</w:t>
        <w:br/>
        <w:t>v 0.063427 1.326152 0.082589</w:t>
        <w:br/>
        <w:t>v 0.074186 1.322274 0.075412</w:t>
        <w:br/>
        <w:t>v 0.078723 1.326442 0.080022</w:t>
        <w:br/>
        <w:t>v 0.067994 1.330278 0.087261</w:t>
        <w:br/>
        <w:t>v 0.061994 1.333956 0.076178</w:t>
        <w:br/>
        <w:t>v 0.072723 1.330123 0.068937</w:t>
        <w:br/>
        <w:t>v 0.072266 1.335030 0.065259</w:t>
        <w:br/>
        <w:t>v 0.061537 1.338863 0.072499</w:t>
        <w:br/>
        <w:t>v 0.076514 1.323066 0.078532</w:t>
        <w:br/>
        <w:t>v 0.065785 1.326901 0.085772</w:t>
        <w:br/>
        <w:t>v 0.069578 1.365218 0.042376</w:t>
        <w:br/>
        <w:t>v 0.057435 1.367153 0.046982</w:t>
        <w:br/>
        <w:t>v 0.060887 1.352411 0.061975</w:t>
        <w:br/>
        <w:t>v 0.072576 1.349139 0.057166</w:t>
        <w:br/>
        <w:t>v 0.064404 1.338048 0.077594</w:t>
        <w:br/>
        <w:t>v 0.075082 1.334281 0.070322</w:t>
        <w:br/>
        <w:t>v 0.064215 1.330231 0.081472</w:t>
        <w:br/>
        <w:t>v 0.064079 1.332272 0.080191</w:t>
        <w:br/>
        <w:t>v 0.074780 1.328560 0.072846</w:t>
        <w:br/>
        <w:t>v 0.074979 1.326345 0.074327</w:t>
        <w:br/>
        <w:t>v 0.065705 1.334522 0.081560</w:t>
        <w:br/>
        <w:t>v 0.066405 1.332601 0.083586</w:t>
        <w:br/>
        <w:t>v 0.077135 1.328763 0.076349</w:t>
        <w:br/>
        <w:t>v 0.076432 1.330690 0.074318</w:t>
        <w:br/>
        <w:t>v 0.064634 1.329456 0.082571</w:t>
        <w:br/>
        <w:t>v 0.075377 1.325583 0.075384</w:t>
        <w:br/>
        <w:t>v 0.066268 1.330967 0.084331</w:t>
        <w:br/>
        <w:t>v 0.076993 1.327122 0.077091</w:t>
        <w:br/>
        <w:t>v 0.074821 1.331718 0.071199</w:t>
        <w:br/>
        <w:t>v 0.064088 1.335565 0.078437</w:t>
        <w:br/>
        <w:t>v 0.074314 1.337081 0.067208</w:t>
        <w:br/>
        <w:t>v 0.063588 1.340901 0.074459</w:t>
        <w:br/>
        <w:t>v 0.065476 1.329706 0.083787</w:t>
        <w:br/>
        <w:t>v 0.076192 1.325868 0.076544</w:t>
        <w:br/>
        <w:t>v 0.057435 1.367153 0.046982</w:t>
        <w:br/>
        <w:t>v 0.058694 1.369631 0.049099</w:t>
        <w:br/>
        <w:t>v 0.062394 1.354831 0.063994</w:t>
        <w:br/>
        <w:t>v 0.060887 1.352411 0.061975</w:t>
        <w:br/>
        <w:t>v 0.070775 1.367679 0.044546</w:t>
        <w:br/>
        <w:t>v 0.069578 1.365218 0.042376</w:t>
        <w:br/>
        <w:t>v 0.072576 1.349139 0.057166</w:t>
        <w:br/>
        <w:t>v 0.074149 1.351479 0.059229</w:t>
        <w:br/>
        <w:t>v 0.054227 1.381827 0.029106</w:t>
        <w:br/>
        <w:t>v 0.055273 1.384804 0.030605</w:t>
        <w:br/>
        <w:t>v 0.068058 1.381944 0.027525</w:t>
        <w:br/>
        <w:t>v 0.067032 1.378982 0.025984</w:t>
        <w:br/>
        <w:t>v 0.053444 1.390708 0.017632</w:t>
        <w:br/>
        <w:t>v 0.052505 1.387533 0.017072</w:t>
        <w:br/>
        <w:t>v 0.050783 1.389743 0.004824</w:t>
        <w:br/>
        <w:t>v 0.051615 1.393115 0.004447</w:t>
        <w:br/>
        <w:t>v 0.066301 1.387637 0.015537</w:t>
        <w:br/>
        <w:t>v 0.065410 1.384457 0.014929</w:t>
        <w:br/>
        <w:t>v 0.049503 1.380566 -0.019496</w:t>
        <w:br/>
        <w:t>v 0.050559 1.388512 -0.008339</w:t>
        <w:br/>
        <w:t>v 0.050068 1.385538 -0.006973</w:t>
        <w:br/>
        <w:t>v 0.049352 1.377990 -0.017141</w:t>
        <w:br/>
        <w:t>v 0.063649 1.386009 -0.009079</w:t>
        <w:br/>
        <w:t>v 0.063255 1.383026 -0.007735</w:t>
        <w:br/>
        <w:t>v 0.063788 1.386400 0.003661</w:t>
        <w:br/>
        <w:t>v 0.064544 1.389794 0.003337</w:t>
        <w:br/>
        <w:t>v 0.050131 1.363597 -0.029267</w:t>
        <w:br/>
        <w:t>v 0.050297 1.362172 -0.026081</w:t>
        <w:br/>
        <w:t>v 0.063128 1.364059 -0.029886</w:t>
        <w:br/>
        <w:t>v 0.063319 1.362640 -0.026700</w:t>
        <w:br/>
        <w:t>v 0.062721 1.377065 -0.017746</w:t>
        <w:br/>
        <w:t>v 0.062753 1.379636 -0.020110</w:t>
        <w:br/>
        <w:t>v 0.052511 1.339096 -0.033175</w:t>
        <w:br/>
        <w:t>v 0.052418 1.339687 -0.036617</w:t>
        <w:br/>
        <w:t>v 0.065381 1.340794 -0.036454</w:t>
        <w:br/>
        <w:t>v 0.065420 1.340223 -0.033008</w:t>
        <w:br/>
        <w:t>v 0.053972 1.322703 -0.038114</w:t>
        <w:br/>
        <w:t>v 0.053875 1.322574 -0.034660</w:t>
        <w:br/>
        <w:t>v 0.055241 1.306053 -0.034389</w:t>
        <w:br/>
        <w:t>v 0.055525 1.305718 -0.037854</w:t>
        <w:br/>
        <w:t>v 0.066912 1.323804 -0.037488</w:t>
        <w:br/>
        <w:t>v 0.066726 1.323707 -0.034041</w:t>
        <w:br/>
        <w:t>v 0.055480 1.281262 -0.029399</w:t>
        <w:br/>
        <w:t>v 0.056329 1.280081 -0.032575</w:t>
        <w:br/>
        <w:t>v 0.068442 1.306816 -0.036764</w:t>
        <w:br/>
        <w:t>v 0.069232 1.281714 -0.029594</w:t>
        <w:br/>
        <w:t>v 0.068279 1.282930 -0.026460</w:t>
        <w:br/>
        <w:t>v 0.068033 1.307192 -0.033316</w:t>
        <w:br/>
        <w:t>v 0.075082 1.334281 0.070322</w:t>
        <w:br/>
        <w:t>v 0.076970 1.336466 0.071961</w:t>
        <w:br/>
        <w:t>v 0.064404 1.338048 0.077594</w:t>
        <w:br/>
        <w:t>v 0.066201 1.340318 0.079238</w:t>
        <w:br/>
        <w:t>v 0.064215 1.330231 0.081472</w:t>
        <w:br/>
        <w:t>v 0.062259 1.327786 0.079882</w:t>
        <w:br/>
        <w:t>v 0.061987 1.330640 0.077954</w:t>
        <w:br/>
        <w:t>v 0.064079 1.332272 0.080191</w:t>
        <w:br/>
        <w:t>v 0.073043 1.323866 0.072766</w:t>
        <w:br/>
        <w:t>v 0.074979 1.326345 0.074327</w:t>
        <w:br/>
        <w:t>v 0.074780 1.328560 0.072846</w:t>
        <w:br/>
        <w:t>v 0.072692 1.326912 0.070615</w:t>
        <w:br/>
        <w:t>v 0.078379 1.333109 0.075920</w:t>
        <w:br/>
        <w:t>v 0.076432 1.330690 0.074318</w:t>
        <w:br/>
        <w:t>v 0.077135 1.328763 0.076349</w:t>
        <w:br/>
        <w:t>v 0.079248 1.330305 0.078663</w:t>
        <w:br/>
        <w:t>v 0.068519 1.334141 0.085902</w:t>
        <w:br/>
        <w:t>v 0.066405 1.332601 0.083586</w:t>
        <w:br/>
        <w:t>v 0.065705 1.334522 0.081560</w:t>
        <w:br/>
        <w:t>v 0.067650 1.336939 0.083164</w:t>
        <w:br/>
        <w:t>v 0.075377 1.325583 0.075384</w:t>
        <w:br/>
        <w:t>v 0.074186 1.322274 0.075412</w:t>
        <w:br/>
        <w:t>v 0.064634 1.329456 0.082571</w:t>
        <w:br/>
        <w:t>v 0.063427 1.326152 0.082589</w:t>
        <w:br/>
        <w:t>v 0.076993 1.327122 0.077091</w:t>
        <w:br/>
        <w:t>v 0.078723 1.326442 0.080022</w:t>
        <w:br/>
        <w:t>v 0.067994 1.330278 0.087261</w:t>
        <w:br/>
        <w:t>v 0.066268 1.330967 0.084331</w:t>
        <w:br/>
        <w:t>v 0.061994 1.333956 0.076178</w:t>
        <w:br/>
        <w:t>v 0.064088 1.335565 0.078437</w:t>
        <w:br/>
        <w:t>v 0.074821 1.331718 0.071199</w:t>
        <w:br/>
        <w:t>v 0.072723 1.330123 0.068937</w:t>
        <w:br/>
        <w:t>v 0.072266 1.335030 0.065259</w:t>
        <w:br/>
        <w:t>v 0.074314 1.337081 0.067208</w:t>
        <w:br/>
        <w:t>v 0.061537 1.338863 0.072499</w:t>
        <w:br/>
        <w:t>v 0.063588 1.340901 0.074459</w:t>
        <w:br/>
        <w:t>v 0.076192 1.325868 0.076544</w:t>
        <w:br/>
        <w:t>v 0.076514 1.323066 0.078532</w:t>
        <w:br/>
        <w:t>v 0.065785 1.326901 0.085772</w:t>
        <w:br/>
        <w:t>v 0.065476 1.329706 0.083787</w:t>
        <w:br/>
        <w:t>v 0.057476 1.245806 -0.016539</w:t>
        <w:br/>
        <w:t>v 0.070257 1.247631 -0.012576</w:t>
        <w:br/>
        <w:t>v 0.060594 1.342607 0.068615</w:t>
        <w:br/>
        <w:t>v 0.071374 1.338754 0.061342</w:t>
        <w:br/>
        <w:t>v 0.062580 1.344902 0.070344</w:t>
        <w:br/>
        <w:t>v 0.073360 1.341049 0.063070</w:t>
        <w:br/>
        <w:t>v 0.057476 1.245806 -0.016539</w:t>
        <w:br/>
        <w:t>v 0.056388 1.247282 -0.013566</w:t>
        <w:br/>
        <w:t>v 0.070257 1.247631 -0.012576</w:t>
        <w:br/>
        <w:t>v 0.069129 1.249114 -0.009621</w:t>
        <w:br/>
        <w:t>v 0.071374 1.338754 0.061342</w:t>
        <w:br/>
        <w:t>v 0.073360 1.341049 0.063070</w:t>
        <w:br/>
        <w:t>v 0.071374 1.338754 0.061342</w:t>
        <w:br/>
        <w:t>v 0.073360 1.341049 0.063070</w:t>
        <w:br/>
        <w:t>v 0.062580 1.344902 0.070344</w:t>
        <w:br/>
        <w:t>v 0.060594 1.342607 0.068615</w:t>
        <w:br/>
        <w:t>v 0.062580 1.344902 0.070344</w:t>
        <w:br/>
        <w:t>v 0.060594 1.342607 0.068615</w:t>
        <w:br/>
        <w:t>v 0.076835 1.315551 0.083839</w:t>
        <w:br/>
        <w:t>v 0.067375 1.318851 0.090199</w:t>
        <w:br/>
        <w:t>v 0.068303 1.315971 0.093047</w:t>
        <w:br/>
        <w:t>v 0.077670 1.312618 0.086679</w:t>
        <w:br/>
        <w:t>v 0.071294 1.323424 0.093587</w:t>
        <w:br/>
        <w:t>v 0.080653 1.319989 0.087149</w:t>
        <w:br/>
        <w:t>v 0.081567 1.317153 0.090051</w:t>
        <w:br/>
        <w:t>v 0.072201 1.320506 0.096420</w:t>
        <w:br/>
        <w:t>v 0.079854 1.308105 0.090364</w:t>
        <w:br/>
        <w:t>v 0.068766 1.312127 0.097962</w:t>
        <w:br/>
        <w:t>v 0.083757 1.312620 0.093746</w:t>
        <w:br/>
        <w:t>v 0.072659 1.316672 0.101312</w:t>
        <w:br/>
        <w:t>v 0.069403 1.317321 0.094001</w:t>
        <w:br/>
        <w:t>v 0.068487 1.320091 0.091218</w:t>
        <w:br/>
        <w:t>v 0.077872 1.316643 0.084771</w:t>
        <w:br/>
        <w:t>v 0.078803 1.313956 0.087612</w:t>
        <w:br/>
        <w:t>v 0.071049 1.319235 0.095425</w:t>
        <w:br/>
        <w:t>v 0.080448 1.315871 0.089034</w:t>
        <w:br/>
        <w:t>v 0.079679 1.318758 0.086327</w:t>
        <w:br/>
        <w:t>v 0.070196 1.322068 0.092703</w:t>
        <w:br/>
        <w:t>v 0.069868 1.313565 0.098801</w:t>
        <w:br/>
        <w:t>v 0.080946 1.309520 0.091248</w:t>
        <w:br/>
        <w:t>v 0.082576 1.311439 0.092648</w:t>
        <w:br/>
        <w:t>v 0.071507 1.315454 0.100232</w:t>
        <w:br/>
        <w:t>v 0.078803 1.313956 0.087612</w:t>
        <w:br/>
        <w:t>v 0.077872 1.316643 0.084771</w:t>
        <w:br/>
        <w:t>v 0.076835 1.315551 0.083839</w:t>
        <w:br/>
        <w:t>v 0.077670 1.312618 0.086679</w:t>
        <w:br/>
        <w:t>v 0.067375 1.318851 0.090199</w:t>
        <w:br/>
        <w:t>v 0.068487 1.320091 0.091218</w:t>
        <w:br/>
        <w:t>v 0.069403 1.317321 0.094001</w:t>
        <w:br/>
        <w:t>v 0.068303 1.315971 0.093047</w:t>
        <w:br/>
        <w:t>v 0.072201 1.320506 0.096420</w:t>
        <w:br/>
        <w:t>v 0.071049 1.319235 0.095425</w:t>
        <w:br/>
        <w:t>v 0.070196 1.322068 0.092703</w:t>
        <w:br/>
        <w:t>v 0.071294 1.323424 0.093587</w:t>
        <w:br/>
        <w:t>v 0.079679 1.318758 0.086327</w:t>
        <w:br/>
        <w:t>v 0.080448 1.315871 0.089034</w:t>
        <w:br/>
        <w:t>v 0.081567 1.317153 0.090051</w:t>
        <w:br/>
        <w:t>v 0.080653 1.319989 0.087149</w:t>
        <w:br/>
        <w:t>v 0.079854 1.308105 0.090364</w:t>
        <w:br/>
        <w:t>v 0.080946 1.309520 0.091248</w:t>
        <w:br/>
        <w:t>v 0.069868 1.313565 0.098801</w:t>
        <w:br/>
        <w:t>v 0.068766 1.312127 0.097962</w:t>
        <w:br/>
        <w:t>v 0.072659 1.316672 0.101312</w:t>
        <w:br/>
        <w:t>v 0.071507 1.315454 0.100232</w:t>
        <w:br/>
        <w:t>v 0.083757 1.312620 0.093746</w:t>
        <w:br/>
        <w:t>v 0.082576 1.311439 0.092648</w:t>
        <w:br/>
        <w:t>v 0.068915 1.310578 0.100227</w:t>
        <w:br/>
        <w:t>v 0.069514 1.309568 0.103039</w:t>
        <w:br/>
        <w:t>v 0.082520 1.304735 0.094118</w:t>
        <w:br/>
        <w:t>v 0.080917 1.306170 0.091998</w:t>
        <w:br/>
        <w:t>v 0.072765 1.315062 0.103544</w:t>
        <w:br/>
        <w:t>v 0.084772 1.310641 0.095332</w:t>
        <w:br/>
        <w:t>v 0.066793 1.320272 0.089054</w:t>
        <w:br/>
        <w:t>v 0.076632 1.316781 0.082402</w:t>
        <w:br/>
        <w:t>v 0.070540 1.325048 0.092163</w:t>
        <w:br/>
        <w:t>v 0.080427 1.321425 0.085498</w:t>
        <w:br/>
        <w:t>v 0.082159 1.307332 0.093088</w:t>
        <w:br/>
        <w:t>v 0.070019 1.311793 0.101418</w:t>
        <w:br/>
        <w:t>v 0.071605 1.313634 0.102786</w:t>
        <w:br/>
        <w:t>v 0.083743 1.309174 0.094456</w:t>
        <w:br/>
        <w:t>v 0.070019 1.311793 0.101418</w:t>
        <w:br/>
        <w:t>v 0.082159 1.307332 0.093088</w:t>
        <w:br/>
        <w:t>v 0.083265 1.307727 0.094169</w:t>
        <w:br/>
        <w:t>v 0.070799 1.312319 0.102718</w:t>
        <w:br/>
        <w:t>v 0.071605 1.313634 0.102786</w:t>
        <w:br/>
        <w:t>v 0.070799 1.312319 0.102718</w:t>
        <w:br/>
        <w:t>v 0.083265 1.307727 0.094169</w:t>
        <w:br/>
        <w:t>v 0.083743 1.309174 0.094456</w:t>
        <w:br/>
        <w:t>v 0.078591 1.319140 0.083842</w:t>
        <w:br/>
        <w:t>v 0.077789 1.317638 0.083755</w:t>
        <w:br/>
        <w:t>v 0.068060 1.321107 0.090387</w:t>
        <w:br/>
        <w:t>v 0.068592 1.322706 0.090650</w:t>
        <w:br/>
        <w:t>v 0.069728 1.323096 0.091817</w:t>
        <w:br/>
        <w:t>v 0.079464 1.319623 0.085182</w:t>
        <w:br/>
        <w:t>v 0.079464 1.319623 0.085182</w:t>
        <w:br/>
        <w:t>v 0.069728 1.323096 0.091817</w:t>
        <w:br/>
        <w:t>v 0.080917 1.306170 0.091998</w:t>
        <w:br/>
        <w:t>v 0.082159 1.307332 0.093088</w:t>
        <w:br/>
        <w:t>v 0.068915 1.310578 0.100227</w:t>
        <w:br/>
        <w:t>v 0.070019 1.311793 0.101418</w:t>
        <w:br/>
        <w:t>v 0.069514 1.309568 0.103039</w:t>
        <w:br/>
        <w:t>v 0.084772 1.310641 0.095332</w:t>
        <w:br/>
        <w:t>v 0.083743 1.309174 0.094456</w:t>
        <w:br/>
        <w:t>v 0.071605 1.313634 0.102786</w:t>
        <w:br/>
        <w:t>v 0.072765 1.315062 0.103544</w:t>
        <w:br/>
        <w:t>v 0.084275 1.305761 0.095918</w:t>
        <w:br/>
        <w:t>v 0.083265 1.307727 0.094169</w:t>
        <w:br/>
        <w:t>v 0.082520 1.304735 0.094118</w:t>
        <w:br/>
        <w:t>v 0.072369 1.312886 0.105503</w:t>
        <w:br/>
        <w:t>v 0.071001 1.310712 0.105018</w:t>
        <w:br/>
        <w:t>v 0.070799 1.312319 0.102718</w:t>
        <w:br/>
        <w:t>v 0.068060 1.321107 0.090387</w:t>
        <w:br/>
        <w:t>v 0.066736 1.322145 0.088389</w:t>
        <w:br/>
        <w:t>v 0.067852 1.324567 0.089013</w:t>
        <w:br/>
        <w:t>v 0.068592 1.322706 0.090650</w:t>
        <w:br/>
        <w:t>v 0.078591 1.319140 0.083842</w:t>
        <w:br/>
        <w:t>v 0.079464 1.319623 0.085182</w:t>
        <w:br/>
        <w:t>v 0.079779 1.321844 0.083981</w:t>
        <w:br/>
        <w:t>v 0.078232 1.320846 0.081978</w:t>
        <w:br/>
        <w:t>v 0.076632 1.316781 0.082402</w:t>
        <w:br/>
        <w:t>v 0.077789 1.317638 0.083755</w:t>
        <w:br/>
        <w:t>v 0.076902 1.318502 0.081488</w:t>
        <w:br/>
        <w:t>v 0.066793 1.320272 0.089054</w:t>
        <w:br/>
        <w:t>v 0.070540 1.325048 0.092163</w:t>
        <w:br/>
        <w:t>v 0.069728 1.323096 0.091817</w:t>
        <w:br/>
        <w:t>v 0.069615 1.325486 0.090882</w:t>
        <w:br/>
        <w:t>v 0.080427 1.321425 0.085498</w:t>
        <w:br/>
        <w:t>v 0.084275 1.305761 0.095918</w:t>
        <w:br/>
        <w:t>v 0.085376 1.308054 0.096583</w:t>
        <w:br/>
        <w:t>v 0.083265 1.307727 0.094169</w:t>
        <w:br/>
        <w:t>v 0.070799 1.312319 0.102718</w:t>
        <w:br/>
        <w:t>v 0.071001 1.310712 0.105018</w:t>
        <w:br/>
        <w:t>v 0.083914 1.288129 0.110948</w:t>
        <w:br/>
        <w:t>v 0.074408 1.294211 0.119131</w:t>
        <w:br/>
        <w:t>v 0.075870 1.289954 0.124083</w:t>
        <w:br/>
        <w:t>v 0.084267 1.283947 0.114728</w:t>
        <w:br/>
        <w:t>v 0.083946 1.291241 0.108439</w:t>
        <w:br/>
        <w:t>v 0.084431 1.294755 0.106111</w:t>
        <w:br/>
        <w:t>v 0.073878 1.299649 0.113748</w:t>
        <w:br/>
        <w:t>v 0.073560 1.296349 0.116300</w:t>
        <w:br/>
        <w:t>v 0.076853 1.303404 0.116149</w:t>
        <w:br/>
        <w:t>v 0.075147 1.302062 0.113850</w:t>
        <w:br/>
        <w:t>v 0.086102 1.297593 0.106431</w:t>
        <w:br/>
        <w:t>v 0.087776 1.298965 0.108693</w:t>
        <w:br/>
        <w:t>v 0.079358 1.300596 0.122915</w:t>
        <w:br/>
        <w:t>v 0.078473 1.303099 0.119245</w:t>
        <w:br/>
        <w:t>v 0.089425 1.298439 0.111981</w:t>
        <w:br/>
        <w:t>v 0.089545 1.295271 0.115011</w:t>
        <w:br/>
        <w:t>v 0.080209 1.294406 0.128375</w:t>
        <w:br/>
        <w:t>v 0.089885 1.289465 0.118909</w:t>
        <w:br/>
        <w:t>v 0.091218 1.280000 0.125299</w:t>
        <w:br/>
        <w:t>v 0.082999 1.284279 0.136371</w:t>
        <w:br/>
        <w:t>v 0.093057 1.269856 0.130046</w:t>
        <w:br/>
        <w:t>v 0.094734 1.254626 0.134368</w:t>
        <w:br/>
        <w:t>v 0.087787 1.257258 0.147184</w:t>
        <w:br/>
        <w:t>v 0.085824 1.273901 0.142153</w:t>
        <w:br/>
        <w:t>v 0.087793 1.278004 0.122020</w:t>
        <w:br/>
        <w:t>v 0.080398 1.283655 0.131990</w:t>
        <w:br/>
        <w:t>v 0.077927 1.291543 0.125192</w:t>
        <w:br/>
        <w:t>v 0.086287 1.285466 0.116030</w:t>
        <w:br/>
        <w:t>v 0.076344 1.295922 0.120251</w:t>
        <w:br/>
        <w:t>v 0.085811 1.289621 0.112475</w:t>
        <w:br/>
        <w:t>v 0.085772 1.292407 0.110344</w:t>
        <w:br/>
        <w:t>v 0.075426 1.297784 0.117938</w:t>
        <w:br/>
        <w:t>v 0.075522 1.299982 0.116133</w:t>
        <w:br/>
        <w:t>v 0.086022 1.294883 0.108532</w:t>
        <w:br/>
        <w:t>v 0.086736 1.296034 0.108615</w:t>
        <w:br/>
        <w:t>v 0.075837 1.300570 0.116067</w:t>
        <w:br/>
        <w:t>v 0.076326 1.301008 0.117017</w:t>
        <w:br/>
        <w:t>v 0.087228 1.296540 0.109547</w:t>
        <w:br/>
        <w:t>v 0.077548 1.298941 0.121630</w:t>
        <w:br/>
        <w:t>v 0.087692 1.293862 0.113414</w:t>
        <w:br/>
        <w:t>v 0.087931 1.296355 0.111032</w:t>
        <w:br/>
        <w:t>v 0.077021 1.300937 0.118645</w:t>
        <w:br/>
        <w:t>v 0.078264 1.292949 0.127001</w:t>
        <w:br/>
        <w:t>v 0.087801 1.288214 0.117495</w:t>
        <w:br/>
        <w:t>v 0.080851 1.282954 0.135173</w:t>
        <w:br/>
        <w:t>v 0.088948 1.278884 0.124130</w:t>
        <w:br/>
        <w:t>v 0.087793 1.278004 0.122020</w:t>
        <w:br/>
        <w:t>v 0.086287 1.285466 0.116030</w:t>
        <w:br/>
        <w:t>v 0.084267 1.283947 0.114728</w:t>
        <w:br/>
        <w:t>v 0.085696 1.276524 0.120798</w:t>
        <w:br/>
        <w:t>v 0.085811 1.289621 0.112475</w:t>
        <w:br/>
        <w:t>v 0.083914 1.288129 0.110948</w:t>
        <w:br/>
        <w:t>v 0.076344 1.295922 0.120251</w:t>
        <w:br/>
        <w:t>v 0.077927 1.291543 0.125192</w:t>
        <w:br/>
        <w:t>v 0.075870 1.289954 0.124083</w:t>
        <w:br/>
        <w:t>v 0.074408 1.294211 0.119131</w:t>
        <w:br/>
        <w:t>v 0.073560 1.296349 0.116300</w:t>
        <w:br/>
        <w:t>v 0.073878 1.299649 0.113748</w:t>
        <w:br/>
        <w:t>v 0.075522 1.299982 0.116133</w:t>
        <w:br/>
        <w:t>v 0.075426 1.297784 0.117938</w:t>
        <w:br/>
        <w:t>v 0.084431 1.294755 0.106111</w:t>
        <w:br/>
        <w:t>v 0.083946 1.291241 0.108439</w:t>
        <w:br/>
        <w:t>v 0.085772 1.292407 0.110344</w:t>
        <w:br/>
        <w:t>v 0.086022 1.294883 0.108532</w:t>
        <w:br/>
        <w:t>v 0.075147 1.302062 0.113850</w:t>
        <w:br/>
        <w:t>v 0.076853 1.303404 0.116149</w:t>
        <w:br/>
        <w:t>v 0.076326 1.301008 0.117017</w:t>
        <w:br/>
        <w:t>v 0.075837 1.300570 0.116067</w:t>
        <w:br/>
        <w:t>v 0.086102 1.297593 0.106431</w:t>
        <w:br/>
        <w:t>v 0.086736 1.296034 0.108615</w:t>
        <w:br/>
        <w:t>v 0.087228 1.296540 0.109547</w:t>
        <w:br/>
        <w:t>v 0.087776 1.298965 0.108693</w:t>
        <w:br/>
        <w:t>v 0.077548 1.298941 0.121630</w:t>
        <w:br/>
        <w:t>v 0.077021 1.300937 0.118645</w:t>
        <w:br/>
        <w:t>v 0.078473 1.303099 0.119245</w:t>
        <w:br/>
        <w:t>v 0.079358 1.300596 0.122915</w:t>
        <w:br/>
        <w:t>v 0.089425 1.298439 0.111981</w:t>
        <w:br/>
        <w:t>v 0.087931 1.296355 0.111032</w:t>
        <w:br/>
        <w:t>v 0.087692 1.293862 0.113414</w:t>
        <w:br/>
        <w:t>v 0.089545 1.295271 0.115011</w:t>
        <w:br/>
        <w:t>v 0.087801 1.288214 0.117495</w:t>
        <w:br/>
        <w:t>v 0.089885 1.289465 0.118909</w:t>
        <w:br/>
        <w:t>v 0.080209 1.294406 0.128375</w:t>
        <w:br/>
        <w:t>v 0.078264 1.292949 0.127001</w:t>
        <w:br/>
        <w:t>v 0.088948 1.278884 0.124130</w:t>
        <w:br/>
        <w:t>v 0.091218 1.280000 0.125299</w:t>
        <w:br/>
        <w:t>v 0.082999 1.284279 0.136371</w:t>
        <w:br/>
        <w:t>v 0.080851 1.282954 0.135173</w:t>
        <w:br/>
        <w:t>v 0.085278 1.256938 0.146067</w:t>
        <w:br/>
        <w:t>v 0.083454 1.272956 0.141046</w:t>
        <w:br/>
        <w:t>v 0.085824 1.273901 0.142153</w:t>
        <w:br/>
        <w:t>v 0.087787 1.257258 0.147184</w:t>
        <w:br/>
        <w:t>v 0.092238 1.254292 0.133230</w:t>
        <w:br/>
        <w:t>v 0.094734 1.254626 0.134368</w:t>
        <w:br/>
        <w:t>v 0.093057 1.269856 0.130046</w:t>
        <w:br/>
        <w:t>v 0.090651 1.269034 0.128953</w:t>
        <w:br/>
        <w:t>v 0.086837 1.271375 0.124164</w:t>
        <w:br/>
        <w:t>v 0.085696 1.276524 0.120798</w:t>
        <w:br/>
        <w:t>v 0.078279 1.282114 0.130907</w:t>
        <w:br/>
        <w:t>v 0.079684 1.276123 0.134781</w:t>
        <w:br/>
        <w:t>v 0.093955 1.238361 0.136608</w:t>
        <w:br/>
        <w:t>v 0.087733 1.239341 0.149274</w:t>
        <w:br/>
        <w:t>v 0.088944 1.272866 0.125364</w:t>
        <w:br/>
        <w:t>v 0.081821 1.277645 0.135872</w:t>
        <w:br/>
        <w:t>v 0.086837 1.271375 0.124164</w:t>
        <w:br/>
        <w:t>v 0.088944 1.272866 0.125364</w:t>
        <w:br/>
        <w:t>v 0.079684 1.276123 0.134781</w:t>
        <w:br/>
        <w:t>v 0.078279 1.282114 0.130907</w:t>
        <w:br/>
        <w:t>v 0.080398 1.283655 0.131990</w:t>
        <w:br/>
        <w:t>v 0.081821 1.277645 0.135872</w:t>
        <w:br/>
        <w:t>v 0.086837 1.271375 0.124164</w:t>
        <w:br/>
        <w:t>v 0.079684 1.276123 0.134781</w:t>
        <w:br/>
        <w:t>v 0.081821 1.277645 0.135872</w:t>
        <w:br/>
        <w:t>v 0.088944 1.272866 0.125364</w:t>
        <w:br/>
        <w:t>v 0.091450 1.238423 0.135407</w:t>
        <w:br/>
        <w:t>v 0.085224 1.239397 0.148078</w:t>
        <w:br/>
        <w:t>v 0.087733 1.239341 0.149274</w:t>
        <w:br/>
        <w:t>v 0.093955 1.238361 0.136608</w:t>
        <w:br/>
        <w:t>v 0.087733 1.239341 0.149274</w:t>
        <w:br/>
        <w:t>v 0.085224 1.239397 0.148078</w:t>
        <w:br/>
        <w:t>v 0.093955 1.238361 0.136608</w:t>
        <w:br/>
        <w:t>v 0.091450 1.238423 0.135407</w:t>
        <w:br/>
        <w:t>v 0.085376 1.308054 0.096583</w:t>
        <w:br/>
        <w:t>v 0.072369 1.312886 0.105503</w:t>
        <w:br/>
        <w:t>v 0.071001 1.310712 0.105018</w:t>
        <w:br/>
        <w:t>v 0.084275 1.305761 0.095918</w:t>
        <w:br/>
        <w:t>v 0.071001 1.310712 0.105018</w:t>
        <w:br/>
        <w:t>v 0.084275 1.305761 0.095918</w:t>
        <w:br/>
        <w:t>v 0.078232 1.320846 0.081978</w:t>
        <w:br/>
        <w:t>v 0.079779 1.321844 0.083981</w:t>
        <w:br/>
        <w:t>v 0.069615 1.325486 0.090882</w:t>
        <w:br/>
        <w:t>v 0.067852 1.324567 0.089013</w:t>
        <w:br/>
        <w:t>v 0.076902 1.318502 0.081488</w:t>
        <w:br/>
        <w:t>v 0.066736 1.322145 0.088389</w:t>
        <w:br/>
        <w:t>v 0.073470 1.341165 0.070557</w:t>
        <w:br/>
        <w:t>v 0.074069 1.340535 0.072011</w:t>
        <w:br/>
        <w:t>v 0.073195 1.342087 0.071227</w:t>
        <w:br/>
        <w:t>v 0.072445 1.342328 0.070360</w:t>
        <w:br/>
        <w:t>v 0.071177 1.343112 0.070833</w:t>
        <w:br/>
        <w:t>v 0.071672 1.343256 0.071548</w:t>
        <w:br/>
        <w:t>v 0.070006 1.343303 0.071851</w:t>
        <w:br/>
        <w:t>v 0.070345 1.343228 0.072971</w:t>
        <w:br/>
        <w:t>v 0.069246 1.342853 0.073140</w:t>
        <w:br/>
        <w:t>v 0.069100 1.341882 0.074357</w:t>
        <w:br/>
        <w:t>v 0.069895 1.342203 0.074563</w:t>
        <w:br/>
        <w:t>v 0.069608 1.340650 0.075174</w:t>
        <w:br/>
        <w:t>v 0.070768 1.340651 0.075347</w:t>
        <w:br/>
        <w:t>v 0.070634 1.339486 0.075371</w:t>
        <w:br/>
        <w:t>v 0.071902 1.338703 0.074899</w:t>
        <w:br/>
        <w:t>v 0.072292 1.339484 0.075027</w:t>
        <w:br/>
        <w:t>v 0.073073 1.338511 0.073880</w:t>
        <w:br/>
        <w:t>v 0.073618 1.339512 0.073604</w:t>
        <w:br/>
        <w:t>v 0.073833 1.338961 0.072591</w:t>
        <w:br/>
        <w:t>v 0.073979 1.339933 0.071374</w:t>
        <w:br/>
        <w:t>v 0.072333 1.341735 0.073622</w:t>
        <w:br/>
        <w:t>v 0.012046 1.398479 -0.013232</w:t>
        <w:br/>
        <w:t>v 0.011699 1.398555 -0.012070</w:t>
        <w:br/>
        <w:t>v -0.000000 1.397898 -0.013425</w:t>
        <w:br/>
        <w:t>v -0.000000 1.397814 -0.014603</w:t>
        <w:br/>
        <w:t>v 0.012046 1.398479 -0.013232</w:t>
        <w:br/>
        <w:t>v -0.000000 1.397814 -0.014603</w:t>
        <w:br/>
        <w:t>v -0.000000 1.395471 -0.015189</w:t>
        <w:br/>
        <w:t>v 0.012460 1.396255 -0.013871</w:t>
        <w:br/>
        <w:t>v 0.012460 1.396255 -0.013871</w:t>
        <w:br/>
        <w:t>v -0.000000 1.395471 -0.015189</w:t>
        <w:br/>
        <w:t>v -0.000077 1.394801 -0.014347</w:t>
        <w:br/>
        <w:t>v 0.012330 1.395525 -0.013116</w:t>
        <w:br/>
        <w:t>v 0.025585 1.400319 -0.005442</w:t>
        <w:br/>
        <w:t>v 0.026291 1.400479 -0.006186</w:t>
        <w:br/>
        <w:t>v 0.027299 1.398398 -0.006856</w:t>
        <w:br/>
        <w:t>v 0.026291 1.400479 -0.006186</w:t>
        <w:br/>
        <w:t>v 0.026924 1.397555 -0.006362</w:t>
        <w:br/>
        <w:t>v 0.027299 1.398398 -0.006856</w:t>
        <w:br/>
        <w:t>v 0.033800 1.401441 0.008950</w:t>
        <w:br/>
        <w:t>v 0.032762 1.401018 0.009105</w:t>
        <w:br/>
        <w:t>v 0.035409 1.399565 0.008592</w:t>
        <w:br/>
        <w:t>v 0.033800 1.401441 0.008950</w:t>
        <w:br/>
        <w:t>v 0.035409 1.399565 0.008592</w:t>
        <w:br/>
        <w:t>v 0.034726 1.398688 0.008637</w:t>
        <w:br/>
        <w:t>v 0.031817 1.399072 0.023645</w:t>
        <w:br/>
        <w:t>v 0.030722 1.398716 0.023262</w:t>
        <w:br/>
        <w:t>v 0.033360 1.397119 0.023632</w:t>
        <w:br/>
        <w:t>v 0.031817 1.399072 0.023645</w:t>
        <w:br/>
        <w:t>v 0.032760 1.396233 0.023277</w:t>
        <w:br/>
        <w:t>v 0.033360 1.397119 0.023632</w:t>
        <w:br/>
        <w:t>v 0.026918 1.395816 0.035551</w:t>
        <w:br/>
        <w:t>v 0.026049 1.395673 0.035154</w:t>
        <w:br/>
        <w:t>v 0.028231 1.393773 0.035690</w:t>
        <w:br/>
        <w:t>v 0.026918 1.395816 0.035551</w:t>
        <w:br/>
        <w:t>v 0.027732 1.392942 0.035203</w:t>
        <w:br/>
        <w:t>v 0.028231 1.393773 0.035690</w:t>
        <w:br/>
        <w:t>v 0.020408 1.392553 0.043923</w:t>
        <w:br/>
        <w:t>v 0.021132 1.392820 0.044545</w:t>
        <w:br/>
        <w:t>v 0.022505 1.390702 0.045084</w:t>
        <w:br/>
        <w:t>v 0.021132 1.392820 0.044545</w:t>
        <w:br/>
        <w:t>v 0.022123 1.389894 0.044445</w:t>
        <w:br/>
        <w:t>v 0.022505 1.390702 0.045084</w:t>
        <w:br/>
        <w:t>v 0.014606 1.389775 0.052314</w:t>
        <w:br/>
        <w:t>v 0.013830 1.389450 0.051603</w:t>
        <w:br/>
        <w:t>v 0.014606 1.389775 0.052314</w:t>
        <w:br/>
        <w:t>v 0.015915 1.387814 0.053070</w:t>
        <w:br/>
        <w:t>v 0.015587 1.386924 0.052519</w:t>
        <w:br/>
        <w:t>v 0.015915 1.387814 0.053070</w:t>
        <w:br/>
        <w:t>v 0.006720 1.386754 0.058347</w:t>
        <w:br/>
        <w:t>v 0.006316 1.386399 0.057392</w:t>
        <w:br/>
        <w:t>v 0.007881 1.384882 0.059494</w:t>
        <w:br/>
        <w:t>v 0.006720 1.386754 0.058347</w:t>
        <w:br/>
        <w:t>v 0.007815 1.383980 0.058873</w:t>
        <w:br/>
        <w:t>v 0.007881 1.384882 0.059494</w:t>
        <w:br/>
        <w:t>v 0.011500 1.400404 0.050064</w:t>
        <w:br/>
        <w:t>v 0.010110 1.395276 0.050801</w:t>
        <w:br/>
        <w:t>v 0.010945 1.395374 0.051408</w:t>
        <w:br/>
        <w:t>v 0.012386 1.400514 0.050856</w:t>
        <w:br/>
        <w:t>v 0.008650 1.395132 0.050810</w:t>
        <w:br/>
        <w:t>v 0.009900 1.400246 0.050150</w:t>
        <w:br/>
        <w:t>v 0.004392 1.399718 0.051543</w:t>
        <w:br/>
        <w:t>v 0.003804 1.394694 0.051782</w:t>
        <w:br/>
        <w:t>v 0.006596 1.394920 0.051180</w:t>
        <w:br/>
        <w:t>v 0.007665 1.400006 0.050760</w:t>
        <w:br/>
        <w:t>v -0.000000 1.394561 0.052120</w:t>
        <w:br/>
        <w:t>v -0.000000 1.399543 0.052008</w:t>
        <w:br/>
        <w:t>v 0.004182 1.394721 0.055754</w:t>
        <w:br/>
        <w:t>v -0.000000 1.394561 0.056164</w:t>
        <w:br/>
        <w:t>v -0.000000 1.399543 0.056527</w:t>
        <w:br/>
        <w:t>v 0.004810 1.399746 0.055968</w:t>
        <w:br/>
        <w:t>v 0.008852 1.400128 0.054746</w:t>
        <w:br/>
        <w:t>v 0.007787 1.395034 0.054817</w:t>
        <w:br/>
        <w:t>v 0.010843 1.400347 0.053855</w:t>
        <w:br/>
        <w:t>v 0.009470 1.395222 0.054021</w:t>
        <w:br/>
        <w:t>v 0.012300 1.400534 0.052342</w:t>
        <w:br/>
        <w:t>v 0.010814 1.395391 0.052802</w:t>
        <w:br/>
        <w:t>v 0.013510 1.405590 0.050422</w:t>
        <w:br/>
        <w:t>v 0.012460 1.405477 0.049589</w:t>
        <w:br/>
        <w:t>v 0.010754 1.405316 0.049679</w:t>
        <w:br/>
        <w:t>v 0.008423 1.405061 0.050425</w:t>
        <w:br/>
        <w:t>v 0.004794 1.404767 0.051329</w:t>
        <w:br/>
        <w:t>v -0.000000 1.404617 0.051839</w:t>
        <w:br/>
        <w:t>v 0.005206 1.404796 0.056065</w:t>
        <w:br/>
        <w:t>v -0.000000 1.404616 0.056706</w:t>
        <w:br/>
        <w:t>v 0.009592 1.405184 0.054779</w:t>
        <w:br/>
        <w:t>v 0.011698 1.405419 0.053745</w:t>
        <w:br/>
        <w:t>v 0.013268 1.405611 0.052053</w:t>
        <w:br/>
        <w:t>v 0.010510 1.395275 0.051657</w:t>
        <w:br/>
        <w:t>v 0.009979 1.395151 0.051321</w:t>
        <w:br/>
        <w:t>v 0.011336 1.400480 0.050553</w:t>
        <w:br/>
        <w:t>v 0.011924 1.400597 0.051058</w:t>
        <w:br/>
        <w:t>v 0.008732 1.394968 0.051345</w:t>
        <w:br/>
        <w:t>v 0.009986 1.400288 0.050659</w:t>
        <w:br/>
        <w:t>v 0.007803 1.400031 0.051258</w:t>
        <w:br/>
        <w:t>v 0.006717 1.394741 0.051697</w:t>
        <w:br/>
        <w:t>v 0.003890 1.394512 0.052287</w:t>
        <w:br/>
        <w:t>v 0.004485 1.399738 0.052052</w:t>
        <w:br/>
        <w:t>v -0.000000 1.394371 0.052633</w:t>
        <w:br/>
        <w:t>v -0.000000 1.399556 0.052525</w:t>
        <w:br/>
        <w:t>v 0.004102 1.394572 0.055254</w:t>
        <w:br/>
        <w:t>v 0.004720 1.399793 0.055466</w:t>
        <w:br/>
        <w:t>v -0.000000 1.399596 0.056011</w:t>
        <w:br/>
        <w:t>v -0.000000 1.394419 0.055654</w:t>
        <w:br/>
        <w:t>v 0.007647 1.394878 0.054337</w:t>
        <w:br/>
        <w:t>v 0.008689 1.400163 0.054267</w:t>
        <w:br/>
        <w:t>v 0.010559 1.400384 0.053441</w:t>
        <w:br/>
        <w:t>v 0.009223 1.395073 0.053596</w:t>
        <w:br/>
        <w:t>v 0.011844 1.400591 0.052138</w:t>
        <w:br/>
        <w:t>v 0.010383 1.395264 0.052592</w:t>
        <w:br/>
        <w:t>v 0.012269 1.405661 0.050080</w:t>
        <w:br/>
        <w:t>v 0.013025 1.405773 0.050603</w:t>
        <w:br/>
        <w:t>v 0.010851 1.405470 0.050206</w:t>
        <w:br/>
        <w:t>v 0.004896 1.404901 0.051856</w:t>
        <w:br/>
        <w:t>v 0.008578 1.405202 0.050939</w:t>
        <w:br/>
        <w:t>v -0.000000 1.404742 0.052375</w:t>
        <w:br/>
        <w:t>v 0.005107 1.404947 0.055545</w:t>
        <w:br/>
        <w:t>v -0.000000 1.404776 0.056148</w:t>
        <w:br/>
        <w:t>v 0.009405 1.405326 0.054281</w:t>
        <w:br/>
        <w:t>v 0.011380 1.405558 0.053318</w:t>
        <w:br/>
        <w:t>v 0.012784 1.405765 0.051841</w:t>
        <w:br/>
        <w:t>v 0.010110 1.395276 0.050801</w:t>
        <w:br/>
        <w:t>v 0.009979 1.395151 0.051321</w:t>
        <w:br/>
        <w:t>v 0.010510 1.395275 0.051657</w:t>
        <w:br/>
        <w:t>v 0.008650 1.395132 0.050810</w:t>
        <w:br/>
        <w:t>v 0.008732 1.394968 0.051345</w:t>
        <w:br/>
        <w:t>v 0.003804 1.394694 0.051782</w:t>
        <w:br/>
        <w:t>v 0.003890 1.394512 0.052287</w:t>
        <w:br/>
        <w:t>v 0.006717 1.394741 0.051697</w:t>
        <w:br/>
        <w:t>v 0.006596 1.394920 0.051180</w:t>
        <w:br/>
        <w:t>v -0.000000 1.394561 0.052120</w:t>
        <w:br/>
        <w:t>v -0.000000 1.394371 0.052633</w:t>
        <w:br/>
        <w:t>v -0.000000 1.394419 0.055654</w:t>
        <w:br/>
        <w:t>v -0.000000 1.394561 0.056164</w:t>
        <w:br/>
        <w:t>v 0.004182 1.394721 0.055754</w:t>
        <w:br/>
        <w:t>v 0.004102 1.394572 0.055254</w:t>
        <w:br/>
        <w:t>v 0.007647 1.394878 0.054337</w:t>
        <w:br/>
        <w:t>v 0.007787 1.395034 0.054817</w:t>
        <w:br/>
        <w:t>v 0.009470 1.395222 0.054021</w:t>
        <w:br/>
        <w:t>v 0.009223 1.395073 0.053596</w:t>
        <w:br/>
        <w:t>v 0.010814 1.395391 0.052802</w:t>
        <w:br/>
        <w:t>v 0.010383 1.395264 0.052592</w:t>
        <w:br/>
        <w:t>v 0.012460 1.405477 0.049589</w:t>
        <w:br/>
        <w:t>v 0.013510 1.405590 0.050422</w:t>
        <w:br/>
        <w:t>v 0.013025 1.405773 0.050603</w:t>
        <w:br/>
        <w:t>v 0.012269 1.405661 0.050080</w:t>
        <w:br/>
        <w:t>v 0.010851 1.405470 0.050206</w:t>
        <w:br/>
        <w:t>v 0.010754 1.405316 0.049679</w:t>
        <w:br/>
        <w:t>v 0.008423 1.405061 0.050425</w:t>
        <w:br/>
        <w:t>v 0.008578 1.405202 0.050939</w:t>
        <w:br/>
        <w:t>v 0.004896 1.404901 0.051856</w:t>
        <w:br/>
        <w:t>v 0.004794 1.404767 0.051329</w:t>
        <w:br/>
        <w:t>v -0.000000 1.404742 0.052375</w:t>
        <w:br/>
        <w:t>v -0.000000 1.404617 0.051839</w:t>
        <w:br/>
        <w:t>v 0.005107 1.404947 0.055545</w:t>
        <w:br/>
        <w:t>v 0.005206 1.404796 0.056065</w:t>
        <w:br/>
        <w:t>v -0.000000 1.404616 0.056706</w:t>
        <w:br/>
        <w:t>v -0.000000 1.404776 0.056148</w:t>
        <w:br/>
        <w:t>v 0.009405 1.405326 0.054281</w:t>
        <w:br/>
        <w:t>v 0.009592 1.405184 0.054779</w:t>
        <w:br/>
        <w:t>v 0.011380 1.405558 0.053318</w:t>
        <w:br/>
        <w:t>v 0.011698 1.405419 0.053745</w:t>
        <w:br/>
        <w:t>v 0.013268 1.405611 0.052053</w:t>
        <w:br/>
        <w:t>v 0.012784 1.405765 0.051841</w:t>
        <w:br/>
        <w:t>v 0.003521 1.390842 0.055413</w:t>
        <w:br/>
        <w:t>v -0.000000 1.391131 0.055234</w:t>
        <w:br/>
        <w:t>v -0.000000 1.390025 0.054565</w:t>
        <w:br/>
        <w:t>v 0.003331 1.389733 0.054723</w:t>
        <w:br/>
        <w:t>v 0.003297 1.390829 0.056717</w:t>
        <w:br/>
        <w:t>v -0.000000 1.391099 0.056528</w:t>
        <w:br/>
        <w:t>v -0.000000 1.391131 0.055234</w:t>
        <w:br/>
        <w:t>v 0.003521 1.390842 0.055413</w:t>
        <w:br/>
        <w:t>v 0.002884 1.389706 0.057330</w:t>
        <w:br/>
        <w:t>v -0.000000 1.389961 0.057152</w:t>
        <w:br/>
        <w:t>v -0.000000 1.391099 0.056528</w:t>
        <w:br/>
        <w:t>v 0.003297 1.390829 0.056717</w:t>
        <w:br/>
        <w:t>v 0.002695 1.388598 0.056640</w:t>
        <w:br/>
        <w:t>v -0.000000 1.388853 0.056482</w:t>
        <w:br/>
        <w:t>v -0.000000 1.389961 0.057152</w:t>
        <w:br/>
        <w:t>v 0.002884 1.389706 0.057330</w:t>
        <w:br/>
        <w:t>v -0.000000 1.388885 0.055190</w:t>
        <w:br/>
        <w:t>v -0.000000 1.388853 0.056482</w:t>
        <w:br/>
        <w:t>v 0.002695 1.388598 0.056640</w:t>
        <w:br/>
        <w:t>v 0.002918 1.388611 0.055336</w:t>
        <w:br/>
        <w:t>v 0.003331 1.389733 0.054723</w:t>
        <w:br/>
        <w:t>v -0.000000 1.390025 0.054565</w:t>
        <w:br/>
        <w:t>v -0.000000 1.388885 0.055190</w:t>
        <w:br/>
        <w:t>v 0.002918 1.388611 0.055336</w:t>
        <w:br/>
        <w:t>v -0.000000 1.369960 0.068282</w:t>
        <w:br/>
        <w:t>v 0.003211 1.370423 0.068002</w:t>
        <w:br/>
        <w:t>v 0.002951 1.370217 0.065859</w:t>
        <w:br/>
        <w:t>v -0.000000 1.369800 0.066060</w:t>
        <w:br/>
        <w:t>v 0.002902 1.372341 0.068958</w:t>
        <w:br/>
        <w:t>v 0.003211 1.370423 0.068002</w:t>
        <w:br/>
        <w:t>v -0.000000 1.369960 0.068282</w:t>
        <w:br/>
        <w:t>v -0.000000 1.371982 0.069224</w:t>
        <w:br/>
        <w:t>v -0.000000 1.373845 0.067944</w:t>
        <w:br/>
        <w:t>v 0.002330 1.374048 0.067774</w:t>
        <w:br/>
        <w:t>v 0.002902 1.372341 0.068958</w:t>
        <w:br/>
        <w:t>v -0.000000 1.371982 0.069224</w:t>
        <w:br/>
        <w:t>v 0.002330 1.374048 0.067774</w:t>
        <w:br/>
        <w:t>v -0.000000 1.373845 0.067944</w:t>
        <w:br/>
        <w:t>v -0.000000 1.373686 0.065722</w:t>
        <w:br/>
        <w:t>v 0.002068 1.373842 0.065633</w:t>
        <w:br/>
        <w:t>v 0.002380 1.371925 0.064678</w:t>
        <w:br/>
        <w:t>v 0.002068 1.373842 0.065633</w:t>
        <w:br/>
        <w:t>v -0.000000 1.373686 0.065722</w:t>
        <w:br/>
        <w:t>v -0.000000 1.371662 0.064780</w:t>
        <w:br/>
        <w:t>v 0.002951 1.370217 0.065859</w:t>
        <w:br/>
        <w:t>v 0.002380 1.371925 0.064678</w:t>
        <w:br/>
        <w:t>v -0.000000 1.371662 0.064780</w:t>
        <w:br/>
        <w:t>v -0.000000 1.369800 0.066060</w:t>
        <w:br/>
        <w:t>v 0.010350 1.373511 0.066146</w:t>
        <w:br/>
        <w:t>v 0.010729 1.375122 0.065149</w:t>
        <w:br/>
        <w:t>v 0.009683 1.374193 0.063331</w:t>
        <w:br/>
        <w:t>v 0.009265 1.372742 0.064170</w:t>
        <w:br/>
        <w:t>v 0.010350 1.373511 0.066146</w:t>
        <w:br/>
        <w:t>v 0.009057 1.374926 0.067575</w:t>
        <w:br/>
        <w:t>v 0.009481 1.376292 0.066676</w:t>
        <w:br/>
        <w:t>v 0.010729 1.375122 0.065149</w:t>
        <w:br/>
        <w:t>v 0.007179 1.376540 0.066385</w:t>
        <w:br/>
        <w:t>v 0.006680 1.375572 0.067030</w:t>
        <w:br/>
        <w:t>v 0.005594 1.374802 0.065054</w:t>
        <w:br/>
        <w:t>v 0.006124 1.375609 0.064560</w:t>
        <w:br/>
        <w:t>v 0.007382 1.374434 0.063032</w:t>
        <w:br/>
        <w:t>v 0.006124 1.375609 0.064560</w:t>
        <w:br/>
        <w:t>v 0.005594 1.374802 0.065054</w:t>
        <w:br/>
        <w:t>v 0.006888 1.373387 0.063625</w:t>
        <w:br/>
        <w:t>v 0.007382 1.374434 0.063032</w:t>
        <w:br/>
        <w:t>v 0.006888 1.373387 0.063625</w:t>
        <w:br/>
        <w:t>v 0.007389 1.388900 0.056617</w:t>
        <w:br/>
        <w:t>v 0.006050 1.389829 0.056044</w:t>
        <w:br/>
        <w:t>v 0.005623 1.388667 0.055195</w:t>
        <w:br/>
        <w:t>v 0.006776 1.387811 0.055702</w:t>
        <w:br/>
        <w:t>v 0.006658 1.389112 0.057982</w:t>
        <w:br/>
        <w:t>v 0.005543 1.389935 0.057455</w:t>
        <w:br/>
        <w:t>v 0.006050 1.389829 0.056044</w:t>
        <w:br/>
        <w:t>v 0.007389 1.388900 0.056617</w:t>
        <w:br/>
        <w:t>v 0.005316 1.388237 0.058431</w:t>
        <w:br/>
        <w:t>v 0.004600 1.388873 0.058027</w:t>
        <w:br/>
        <w:t>v 0.004703 1.387150 0.057514</w:t>
        <w:br/>
        <w:t>v 0.004163 1.387700 0.057176</w:t>
        <w:br/>
        <w:t>v 0.004163 1.387700 0.057176</w:t>
        <w:br/>
        <w:t>v 0.004703 1.387150 0.057514</w:t>
        <w:br/>
        <w:t>v 0.005433 1.386935 0.056151</w:t>
        <w:br/>
        <w:t>v 0.004683 1.387599 0.055755</w:t>
        <w:br/>
        <w:t>v 0.005433 1.386935 0.056151</w:t>
        <w:br/>
        <w:t>v 0.004683 1.387599 0.055755</w:t>
        <w:br/>
        <w:t>v 0.009452 1.375308 0.062705</w:t>
        <w:br/>
        <w:t>v 0.010463 1.376251 0.064449</w:t>
        <w:br/>
        <w:t>v 0.009258 1.377344 0.065963</w:t>
        <w:br/>
        <w:t>v 0.007033 1.377499 0.065733</w:t>
        <w:br/>
        <w:t>v 0.009258 1.377344 0.065963</w:t>
        <w:br/>
        <w:t>v 0.006013 1.376555 0.063982</w:t>
        <w:br/>
        <w:t>v 0.007033 1.377499 0.065733</w:t>
        <w:br/>
        <w:t>v 0.007228 1.375458 0.062467</w:t>
        <w:br/>
        <w:t>v 0.009452 1.375308 0.062705</w:t>
        <w:br/>
        <w:t>v 0.007228 1.375458 0.062467</w:t>
        <w:br/>
        <w:t>v 0.006945 1.387311 0.055982</w:t>
        <w:br/>
        <w:t>v 0.007574 1.388395 0.056930</w:t>
        <w:br/>
        <w:t>v 0.006825 1.388641 0.058302</w:t>
        <w:br/>
        <w:t>v 0.007574 1.388395 0.056930</w:t>
        <w:br/>
        <w:t>v 0.006825 1.388641 0.058302</w:t>
        <w:br/>
        <w:t>v 0.005446 1.387806 0.058724</w:t>
        <w:br/>
        <w:t>v 0.004818 1.386725 0.057773</w:t>
        <w:br/>
        <w:t>v 0.004818 1.386725 0.057773</w:t>
        <w:br/>
        <w:t>v 0.005567 1.386474 0.056405</w:t>
        <w:br/>
        <w:t>v 0.005567 1.386474 0.056405</w:t>
        <w:br/>
        <w:t>v 0.006945 1.387311 0.055982</w:t>
        <w:br/>
        <w:t>v 0.009057 1.382159 0.060793</w:t>
        <w:br/>
        <w:t>v 0.008232 1.381147 0.059436</w:t>
        <w:br/>
        <w:t>v 0.008074 1.382839 0.062237</w:t>
        <w:br/>
        <w:t>v 0.006261 1.382513 0.062324</w:t>
        <w:br/>
        <w:t>v 0.008074 1.382839 0.062237</w:t>
        <w:br/>
        <w:t>v 0.005432 1.381503 0.060961</w:t>
        <w:br/>
        <w:t>v 0.006261 1.382513 0.062324</w:t>
        <w:br/>
        <w:t>v 0.006420 1.380818 0.059519</w:t>
        <w:br/>
        <w:t>v 0.006420 1.380818 0.059519</w:t>
        <w:br/>
        <w:t>v 0.008232 1.381147 0.059436</w:t>
        <w:br/>
        <w:t>v 0.006463 1.371141 0.065239</w:t>
        <w:br/>
        <w:t>v 0.007162 1.371534 0.067337</w:t>
        <w:br/>
        <w:t>v 0.006329 1.373294 0.068452</w:t>
        <w:br/>
        <w:t>v 0.004804 1.374658 0.067472</w:t>
        <w:br/>
        <w:t>v 0.006329 1.373294 0.068452</w:t>
        <w:br/>
        <w:t>v 0.004804 1.374658 0.067472</w:t>
        <w:br/>
        <w:t>v 0.004113 1.374264 0.065378</w:t>
        <w:br/>
        <w:t>v 0.004937 1.372506 0.064261</w:t>
        <w:br/>
        <w:t>v 0.004937 1.372506 0.064261</w:t>
        <w:br/>
        <w:t>v 0.006463 1.371141 0.065239</w:t>
        <w:br/>
        <w:t>v 0.030283 1.410376 0.009760</w:t>
        <w:br/>
        <w:t>v 0.028824 1.408039 0.023208</w:t>
        <w:br/>
        <w:t>v 0.027910 1.412686 0.023118</w:t>
        <w:br/>
        <w:t>v 0.028990 1.415133 0.009930</w:t>
        <w:br/>
        <w:t>v 0.024508 1.404468 0.035950</w:t>
        <w:br/>
        <w:t>v 0.023201 1.409992 0.035665</w:t>
        <w:br/>
        <w:t>v 0.018803 1.400639 0.043759</w:t>
        <w:br/>
        <w:t>v 0.017794 1.407647 0.043285</w:t>
        <w:br/>
        <w:t>v 0.022173 1.426364 -0.002497</w:t>
        <w:br/>
        <w:t>v 0.022186 1.424646 -0.002524</w:t>
        <w:br/>
        <w:t>v 0.028602 1.422800 0.009894</w:t>
        <w:br/>
        <w:t>v 0.028657 1.424833 0.009885</w:t>
        <w:br/>
        <w:t>v 0.010851 1.426889 -0.008512</w:t>
        <w:br/>
        <w:t>v 0.010844 1.425027 -0.008442</w:t>
        <w:br/>
        <w:t>v 0.027419 1.420273 0.023078</w:t>
        <w:br/>
        <w:t>v 0.027440 1.422536 0.023067</w:t>
        <w:br/>
        <w:t>v 0.022255 1.416446 -0.002884</w:t>
        <w:br/>
        <w:t>v 0.024074 1.409547 -0.004488</w:t>
        <w:br/>
        <w:t>v 0.023094 1.417050 0.036319</w:t>
        <w:br/>
        <w:t>v 0.023104 1.419572 0.036553</w:t>
        <w:br/>
        <w:t>v 0.017513 1.417160 0.045179</w:t>
        <w:br/>
        <w:t>v 0.017629 1.413214 0.044393</w:t>
        <w:br/>
        <w:t>v 0.000000 1.407610 0.052153</w:t>
        <w:br/>
        <w:t>v 0.004592 1.411532 0.051971</w:t>
        <w:br/>
        <w:t>v 0.007096 1.410166 0.051274</w:t>
        <w:br/>
        <w:t>v 0.012050 1.415261 0.049373</w:t>
        <w:br/>
        <w:t>v 0.012063 1.411395 0.048894</w:t>
        <w:br/>
        <w:t>v 0.007559 1.413491 0.051529</w:t>
        <w:br/>
        <w:t>v 0.013846 1.399028 0.047965</w:t>
        <w:br/>
        <w:t>v 0.010108 1.397892 0.049768</w:t>
        <w:br/>
        <w:t>v 0.012089 1.404352 0.048022</w:t>
        <w:br/>
        <w:t>v 0.005993 1.402227 0.050662</w:t>
        <w:br/>
        <w:t>v 0.005998 1.396653 0.051156</w:t>
        <w:br/>
        <w:t>v -0.000000 1.395747 0.052093</w:t>
        <w:br/>
        <w:t>v -0.000000 1.401206 0.051575</w:t>
        <w:br/>
        <w:t>v 0.011856 1.407907 -0.011962</w:t>
        <w:br/>
        <w:t>v 0.010811 1.416749 -0.009283</w:t>
        <w:br/>
        <w:t>v -0.000000 1.416800 -0.010742</w:t>
        <w:br/>
        <w:t>v -0.000000 1.406074 -0.014233</w:t>
        <w:br/>
        <w:t>v 0.000000 1.425070 -0.009796</w:t>
        <w:br/>
        <w:t>v 0.000000 1.426797 -0.009760</w:t>
        <w:br/>
        <w:t>v 0.007128 1.369732 0.063122</w:t>
        <w:br/>
        <w:t>v 0.003504 1.369978 0.063514</w:t>
        <w:br/>
        <w:t>v 0.003315 1.376793 0.058860</w:t>
        <w:br/>
        <w:t>v 0.007707 1.376619 0.057734</w:t>
        <w:br/>
        <w:t>v 0.004481 1.356763 0.077396</w:t>
        <w:br/>
        <w:t>v 0.007005 1.354846 0.079670</w:t>
        <w:br/>
        <w:t>v 0.004806 1.354045 0.080524</w:t>
        <w:br/>
        <w:t>v 0.003517 1.356259 0.077831</w:t>
        <w:br/>
        <w:t>v 0.002287 1.353359 0.081082</w:t>
        <w:br/>
        <w:t>v 0.002116 1.355855 0.078113</w:t>
        <w:br/>
        <w:t>v 0.007492 1.362882 0.070045</w:t>
        <w:br/>
        <w:t>v 0.003898 1.364365 0.068511</w:t>
        <w:br/>
        <w:t>v 0.005588 1.385187 0.053969</w:t>
        <w:br/>
        <w:t>v 0.006002 1.391413 0.052081</w:t>
        <w:br/>
        <w:t>v 0.011699 1.392566 0.050134</w:t>
        <w:br/>
        <w:t>v 0.009623 1.385734 0.052396</w:t>
        <w:br/>
        <w:t>v -0.000000 1.383835 0.055053</w:t>
        <w:br/>
        <w:t>v -0.000000 1.391001 0.052988</w:t>
        <w:br/>
        <w:t>v 0.008536 1.381875 0.054391</w:t>
        <w:br/>
        <w:t>v 0.001435 1.383084 0.055372</w:t>
        <w:br/>
        <w:t>v 0.004523 1.360260 0.072978</w:t>
        <w:br/>
        <w:t>v 0.002380 1.381943 0.055902</w:t>
        <w:br/>
        <w:t>v -0.000000 1.353120 0.081241</w:t>
        <w:br/>
        <w:t>v -0.000000 1.355597 0.078257</w:t>
        <w:br/>
        <w:t>v 0.004926 1.357427 0.076428</w:t>
        <w:br/>
        <w:t>v 0.008231 1.358709 0.074713</w:t>
        <w:br/>
        <w:t>v 0.008179 1.356354 0.077875</w:t>
        <w:br/>
        <w:t>v 0.029051 1.401767 0.022753</w:t>
        <w:br/>
        <w:t>v 0.030510 1.403331 0.023299</w:t>
        <w:br/>
        <w:t>v 0.032387 1.405465 0.009583</w:t>
        <w:br/>
        <w:t>v 0.030913 1.403739 0.009715</w:t>
        <w:br/>
        <w:t>v 0.025776 1.400764 0.036170</w:t>
        <w:br/>
        <w:t>v 0.024409 1.399114 0.035212</w:t>
        <w:br/>
        <w:t>v 0.018503 1.396752 0.042981</w:t>
        <w:br/>
        <w:t>v 0.019386 1.398036 0.044165</w:t>
        <w:br/>
        <w:t>v 0.028657 1.424833 0.009885</w:t>
        <w:br/>
        <w:t>v 0.026964 1.425619 0.010207</w:t>
        <w:br/>
        <w:t>v 0.020933 1.427292 -0.001133</w:t>
        <w:br/>
        <w:t>v 0.022173 1.426364 -0.002497</w:t>
        <w:br/>
        <w:t>v 0.010233 1.427707 -0.006802</w:t>
        <w:br/>
        <w:t>v 0.010851 1.426889 -0.008512</w:t>
        <w:br/>
        <w:t>v 0.023925 1.404437 -0.004369</w:t>
        <w:br/>
        <w:t>v 0.024979 1.406116 -0.005403</w:t>
        <w:br/>
        <w:t>v 0.027440 1.422536 0.023067</w:t>
        <w:br/>
        <w:t>v 0.025810 1.423267 0.022738</w:t>
        <w:br/>
        <w:t>v 0.023104 1.419572 0.036553</w:t>
        <w:br/>
        <w:t>v 0.021636 1.420548 0.035935</w:t>
        <w:br/>
        <w:t>v 0.017513 1.417160 0.045179</w:t>
        <w:br/>
        <w:t>v 0.016247 1.418111 0.044281</w:t>
        <w:br/>
        <w:t>v 0.012050 1.415261 0.049373</w:t>
        <w:br/>
        <w:t>v 0.007559 1.413491 0.051529</w:t>
        <w:br/>
        <w:t>v 0.006977 1.414400 0.050043</w:t>
        <w:br/>
        <w:t>v 0.011123 1.416176 0.048051</w:t>
        <w:br/>
        <w:t>v 0.014573 1.395141 0.046386</w:t>
        <w:br/>
        <w:t>v 0.012254 1.392188 0.048439</w:t>
        <w:br/>
        <w:t>v 0.011699 1.392566 0.050134</w:t>
        <w:br/>
        <w:t>v 0.014724 1.396366 0.047937</w:t>
        <w:br/>
        <w:t>v -0.000000 1.406074 -0.014233</w:t>
        <w:br/>
        <w:t>v -0.000000 1.404565 -0.012658</w:t>
        <w:br/>
        <w:t>v 0.011555 1.404484 -0.011198</w:t>
        <w:br/>
        <w:t>v 0.012066 1.406126 -0.012585</w:t>
        <w:br/>
        <w:t>v 0.000000 1.426797 -0.009760</w:t>
        <w:br/>
        <w:t>v 0.000000 1.427660 -0.008099</w:t>
        <w:br/>
        <w:t>v 0.007707 1.376619 0.057734</w:t>
        <w:br/>
        <w:t>v 0.008010 1.375727 0.056288</w:t>
        <w:br/>
        <w:t>v 0.007489 1.368604 0.061732</w:t>
        <w:br/>
        <w:t>v 0.007128 1.369732 0.063122</w:t>
        <w:br/>
        <w:t>v 0.003315 1.376793 0.058860</w:t>
        <w:br/>
        <w:t>v 0.003504 1.369978 0.063514</w:t>
        <w:br/>
        <w:t>v 0.002875 1.369006 0.062326</w:t>
        <w:br/>
        <w:t>v 0.002504 1.375931 0.057401</w:t>
        <w:br/>
        <w:t>v 0.005048 1.352570 0.079846</w:t>
        <w:br/>
        <w:t>v 0.004806 1.354045 0.080524</w:t>
        <w:br/>
        <w:t>v 0.007005 1.354846 0.079670</w:t>
        <w:br/>
        <w:t>v 0.007164 1.353466 0.079006</w:t>
        <w:br/>
        <w:t>v 0.004481 1.356763 0.077396</w:t>
        <w:br/>
        <w:t>v 0.003517 1.356259 0.077831</w:t>
        <w:br/>
        <w:t>v 0.003685 1.355180 0.076384</w:t>
        <w:br/>
        <w:t>v 0.004357 1.355679 0.076013</w:t>
        <w:br/>
        <w:t>v 0.002357 1.351889 0.080410</w:t>
        <w:br/>
        <w:t>v 0.002287 1.353359 0.081082</w:t>
        <w:br/>
        <w:t>v 0.002116 1.355855 0.078113</w:t>
        <w:br/>
        <w:t>v 0.002239 1.354718 0.076675</w:t>
        <w:br/>
        <w:t>v 0.003898 1.364365 0.068511</w:t>
        <w:br/>
        <w:t>v 0.003456 1.363212 0.067399</w:t>
        <w:br/>
        <w:t>v 0.008240 1.361606 0.068898</w:t>
        <w:br/>
        <w:t>v 0.007492 1.362882 0.070045</w:t>
        <w:br/>
        <w:t>v 0.009906 1.385296 0.050905</w:t>
        <w:br/>
        <w:t>v 0.009623 1.385734 0.052396</w:t>
        <w:br/>
        <w:t>v 0.008730 1.381191 0.052920</w:t>
        <w:br/>
        <w:t>v 0.008536 1.381875 0.054391</w:t>
        <w:br/>
        <w:t>v -0.000000 1.382698 0.053602</w:t>
        <w:br/>
        <w:t>v -0.000000 1.383835 0.055053</w:t>
        <w:br/>
        <w:t>v 0.001435 1.383084 0.055372</w:t>
        <w:br/>
        <w:t>v 0.001331 1.381788 0.053958</w:t>
        <w:br/>
        <w:t>v 0.008802 1.357438 0.073708</w:t>
        <w:br/>
        <w:t>v 0.008231 1.358709 0.074713</w:t>
        <w:br/>
        <w:t>v 0.004523 1.360260 0.072978</w:t>
        <w:br/>
        <w:t>v 0.004007 1.359006 0.071914</w:t>
        <w:br/>
        <w:t>v 0.002380 1.381943 0.055902</w:t>
        <w:br/>
        <w:t>v 0.001541 1.380921 0.054459</w:t>
        <w:br/>
        <w:t>v -0.000000 1.355597 0.078257</w:t>
        <w:br/>
        <w:t>v -0.000000 1.354538 0.076839</w:t>
        <w:br/>
        <w:t>v -0.000000 1.351660 0.080555</w:t>
        <w:br/>
        <w:t>v -0.000000 1.353120 0.081241</w:t>
        <w:br/>
        <w:t>v 0.008413 1.355121 0.076911</w:t>
        <w:br/>
        <w:t>v 0.008179 1.356354 0.077875</w:t>
        <w:br/>
        <w:t>v 0.004926 1.357427 0.076428</w:t>
        <w:br/>
        <w:t>v 0.004677 1.356147 0.075420</w:t>
        <w:br/>
        <w:t>v 0.004592 1.411532 0.051971</w:t>
        <w:br/>
        <w:t>v 0.004241 1.412420 0.050452</w:t>
        <w:br/>
        <w:t>v 0.000000 1.407610 0.052153</w:t>
        <w:br/>
        <w:t>v 0.000000 1.408351 0.050577</w:t>
        <w:br/>
        <w:t>v 0.019386 1.398036 0.044165</w:t>
        <w:br/>
        <w:t>v 0.025776 1.400764 0.036170</w:t>
        <w:br/>
        <w:t>v 0.030510 1.403331 0.023299</w:t>
        <w:br/>
        <w:t>v 0.032387 1.405465 0.009583</w:t>
        <w:br/>
        <w:t>v 0.024979 1.406116 -0.005403</w:t>
        <w:br/>
        <w:t>v 0.012066 1.406126 -0.012585</w:t>
        <w:br/>
        <w:t>v -0.147402 1.254467 0.091461</w:t>
        <w:br/>
        <w:t>v -0.146944 1.250937 0.092109</w:t>
        <w:br/>
        <w:t>v -0.148012 1.249997 0.090839</w:t>
        <w:br/>
        <w:t>v -0.148612 1.254615 0.089992</w:t>
        <w:br/>
        <w:t>v -0.146742 1.258907 0.090688</w:t>
        <w:br/>
        <w:t>v -0.145973 1.257748 0.091994</w:t>
        <w:br/>
        <w:t>v -0.143119 1.261234 0.092663</w:t>
        <w:br/>
        <w:t>v -0.143202 1.259526 0.093503</w:t>
        <w:br/>
        <w:t>v -0.143202 1.259526 0.093503</w:t>
        <w:br/>
        <w:t>v -0.143119 1.261234 0.092663</w:t>
        <w:br/>
        <w:t>v -0.139123 1.260705 0.095160</w:t>
        <w:br/>
        <w:t>v -0.140147 1.259123 0.095412</w:t>
        <w:br/>
        <w:t>v -0.136284 1.257524 0.097227</w:t>
        <w:br/>
        <w:t>v -0.137978 1.256692 0.096992</w:t>
        <w:br/>
        <w:t>v -0.135684 1.252907 0.098073</w:t>
        <w:br/>
        <w:t>v -0.137519 1.253161 0.097639</w:t>
        <w:br/>
        <w:t>v -0.138949 1.249881 0.097107</w:t>
        <w:br/>
        <w:t>v -0.137554 1.248616 0.097377</w:t>
        <w:br/>
        <w:t>v -0.141719 1.248102 0.095598</w:t>
        <w:br/>
        <w:t>v -0.141179 1.246289 0.095403</w:t>
        <w:br/>
        <w:t>v -0.145173 1.246817 0.092906</w:t>
        <w:br/>
        <w:t>v -0.144773 1.248506 0.093689</w:t>
        <w:br/>
        <w:t>v -0.144980 1.249481 0.085813</w:t>
        <w:br/>
        <w:t>v -0.145580 1.254099 0.084967</w:t>
        <w:br/>
        <w:t>v -0.148612 1.254615 0.089992</w:t>
        <w:br/>
        <w:t>v -0.148012 1.249997 0.090839</w:t>
        <w:br/>
        <w:t>v -0.143710 1.258391 0.085663</w:t>
        <w:br/>
        <w:t>v -0.146742 1.258907 0.090688</w:t>
        <w:br/>
        <w:t>v -0.143119 1.261234 0.092663</w:t>
        <w:br/>
        <w:t>v -0.140086 1.260717 0.087637</w:t>
        <w:br/>
        <w:t>v -0.132652 1.252391 0.093048</w:t>
        <w:br/>
        <w:t>v -0.135684 1.252907 0.098073</w:t>
        <w:br/>
        <w:t>v -0.136284 1.257524 0.097227</w:t>
        <w:br/>
        <w:t>v -0.133251 1.257009 0.092200</w:t>
        <w:br/>
        <w:t>v -0.137554 1.248616 0.097377</w:t>
        <w:br/>
        <w:t>v -0.134521 1.248099 0.092351</w:t>
        <w:br/>
        <w:t>v -0.138146 1.245773 0.090377</w:t>
        <w:br/>
        <w:t>v -0.141179 1.246289 0.095403</w:t>
        <w:br/>
        <w:t>v -0.142141 1.246301 0.087880</w:t>
        <w:br/>
        <w:t>v -0.145173 1.246817 0.092906</w:t>
        <w:br/>
        <w:t>v -0.145250 1.251770 0.092344</w:t>
        <w:br/>
        <w:t>v -0.145566 1.254213 0.091896</w:t>
        <w:br/>
        <w:t>v -0.143695 1.253908 0.089605</w:t>
        <w:br/>
        <w:t>v -0.143411 1.251720 0.090006</w:t>
        <w:br/>
        <w:t>v -0.142661 1.257713 0.093309</w:t>
        <w:br/>
        <w:t>v -0.140548 1.257434 0.094629</w:t>
        <w:br/>
        <w:t>v -0.139198 1.256794 0.092054</w:t>
        <w:br/>
        <w:t>v -0.141092 1.257044 0.090870</w:t>
        <w:br/>
        <w:t>v -0.139046 1.255752 0.095722</w:t>
        <w:br/>
        <w:t>v -0.137852 1.255286 0.093033</w:t>
        <w:br/>
        <w:t>v -0.137569 1.253098 0.093435</w:t>
        <w:br/>
        <w:t>v -0.138730 1.253309 0.096170</w:t>
        <w:br/>
        <w:t>v -0.139718 1.251039 0.095802</w:t>
        <w:br/>
        <w:t>v -0.138455 1.251064 0.093105</w:t>
        <w:br/>
        <w:t>v -0.141636 1.249810 0.094757</w:t>
        <w:br/>
        <w:t>v -0.140173 1.249962 0.092169</w:t>
        <w:br/>
        <w:t>v -0.143748 1.250088 0.093437</w:t>
        <w:br/>
        <w:t>v -0.142066 1.250212 0.090986</w:t>
        <w:br/>
        <w:t>v -0.139123 1.260705 0.095160</w:t>
        <w:br/>
        <w:t>v -0.143119 1.261234 0.092663</w:t>
        <w:br/>
        <w:t>v -0.140086 1.260717 0.087637</w:t>
        <w:br/>
        <w:t>v -0.136091 1.260189 0.090134</w:t>
        <w:br/>
        <w:t>v -0.144578 1.256483 0.092264</w:t>
        <w:br/>
        <w:t>v -0.142809 1.255942 0.089935</w:t>
        <w:br/>
        <w:t>v -0.142661 1.257713 0.093309</w:t>
        <w:br/>
        <w:t>v -0.141092 1.257044 0.090870</w:t>
        <w:br/>
        <w:t>v -0.145250 1.251770 0.092344</w:t>
        <w:br/>
        <w:t>v -0.145566 1.254213 0.091896</w:t>
        <w:br/>
        <w:t>v -0.144578 1.256483 0.092264</w:t>
        <w:br/>
        <w:t>v -0.142661 1.257713 0.093309</w:t>
        <w:br/>
        <w:t>v -0.140548 1.257434 0.094629</w:t>
        <w:br/>
        <w:t>v -0.142661 1.257713 0.093309</w:t>
        <w:br/>
        <w:t>v -0.139046 1.255752 0.095722</w:t>
        <w:br/>
        <w:t>v -0.138730 1.253309 0.096170</w:t>
        <w:br/>
        <w:t>v -0.139718 1.251039 0.095802</w:t>
        <w:br/>
        <w:t>v -0.141636 1.249810 0.094757</w:t>
        <w:br/>
        <w:t>v -0.143748 1.250088 0.093437</w:t>
        <w:br/>
        <w:t>v -0.143287 1.250315 0.086048</w:t>
        <w:br/>
        <w:t>v -0.143744 1.253845 0.085400</w:t>
        <w:br/>
        <w:t>v -0.145580 1.254099 0.084967</w:t>
        <w:br/>
        <w:t>v -0.144980 1.249481 0.085813</w:t>
        <w:br/>
        <w:t>v -0.142316 1.257126 0.085933</w:t>
        <w:br/>
        <w:t>v -0.143710 1.258391 0.085663</w:t>
        <w:br/>
        <w:t>v -0.140086 1.260717 0.087637</w:t>
        <w:br/>
        <w:t>v -0.139545 1.258904 0.087442</w:t>
        <w:br/>
        <w:t>v -0.136491 1.258500 0.089350</w:t>
        <w:br/>
        <w:t>v -0.136091 1.260189 0.090134</w:t>
        <w:br/>
        <w:t>v -0.140086 1.260717 0.087637</w:t>
        <w:br/>
        <w:t>v -0.139545 1.258904 0.087442</w:t>
        <w:br/>
        <w:t>v -0.134320 1.256069 0.090931</w:t>
        <w:br/>
        <w:t>v -0.133251 1.257009 0.092200</w:t>
        <w:br/>
        <w:t>v -0.132652 1.252391 0.093048</w:t>
        <w:br/>
        <w:t>v -0.133862 1.252538 0.091578</w:t>
        <w:br/>
        <w:t>v -0.135291 1.249258 0.091045</w:t>
        <w:br/>
        <w:t>v -0.134521 1.248099 0.092351</w:t>
        <w:br/>
        <w:t>v -0.138062 1.247480 0.089537</w:t>
        <w:br/>
        <w:t>v -0.138146 1.245773 0.090377</w:t>
        <w:br/>
        <w:t>v -0.142141 1.246301 0.087880</w:t>
        <w:br/>
        <w:t>v -0.141116 1.247883 0.087628</w:t>
        <w:br/>
        <w:t>v -0.142535 1.253697 0.086870</w:t>
        <w:br/>
        <w:t>v -0.142217 1.251254 0.087318</w:t>
        <w:br/>
        <w:t>v -0.141546 1.255967 0.087238</w:t>
        <w:br/>
        <w:t>v -0.139629 1.257197 0.088282</w:t>
        <w:br/>
        <w:t>v -0.137516 1.256918 0.089603</w:t>
        <w:br/>
        <w:t>v -0.139629 1.257197 0.088282</w:t>
        <w:br/>
        <w:t>v -0.136014 1.255236 0.090696</w:t>
        <w:br/>
        <w:t>v -0.135697 1.252793 0.091144</w:t>
        <w:br/>
        <w:t>v -0.136686 1.250523 0.090775</w:t>
        <w:br/>
        <w:t>v -0.138603 1.249293 0.089732</w:t>
        <w:br/>
        <w:t>v -0.140715 1.249573 0.088411</w:t>
        <w:br/>
        <w:t>v -0.142217 1.251254 0.087318</w:t>
        <w:br/>
        <w:t>v -0.142535 1.253697 0.086870</w:t>
        <w:br/>
        <w:t>v -0.137516 1.256918 0.089603</w:t>
        <w:br/>
        <w:t>v -0.139629 1.257197 0.088282</w:t>
        <w:br/>
        <w:t>v -0.136014 1.255236 0.090696</w:t>
        <w:br/>
        <w:t>v -0.136686 1.250523 0.090775</w:t>
        <w:br/>
        <w:t>v -0.135697 1.252793 0.091144</w:t>
        <w:br/>
        <w:t>v -0.138603 1.249293 0.089732</w:t>
        <w:br/>
        <w:t>v -0.140715 1.249573 0.088411</w:t>
        <w:br/>
        <w:t>v -0.141546 1.255967 0.087238</w:t>
        <w:br/>
        <w:t>v -0.139629 1.257197 0.088282</w:t>
        <w:br/>
        <w:t>v -0.171604 1.254191 -0.042331</w:t>
        <w:br/>
        <w:t>v -0.169903 1.253429 -0.041888</w:t>
        <w:br/>
        <w:t>v -0.170210 1.249823 -0.042299</w:t>
        <w:br/>
        <w:t>v -0.172004 1.249474 -0.042868</w:t>
        <w:br/>
        <w:t>v -0.168493 1.257787 -0.042054</w:t>
        <w:br/>
        <w:t>v -0.167525 1.256179 -0.041677</w:t>
        <w:br/>
        <w:t>v -0.163860 1.258892 -0.042144</w:t>
        <w:br/>
        <w:t>v -0.163984 1.257023 -0.041746</w:t>
        <w:br/>
        <w:t>v -0.159475 1.257081 -0.042566</w:t>
        <w:br/>
        <w:t>v -0.160631 1.255638 -0.042068</w:t>
        <w:br/>
        <w:t>v -0.163984 1.257023 -0.041746</w:t>
        <w:br/>
        <w:t>v -0.163860 1.258892 -0.042144</w:t>
        <w:br/>
        <w:t>v -0.157012 1.253046 -0.043159</w:t>
        <w:br/>
        <w:t>v -0.158748 1.252555 -0.042521</w:t>
        <w:br/>
        <w:t>v -0.157412 1.248330 -0.043696</w:t>
        <w:br/>
        <w:t>v -0.159054 1.248949 -0.042932</w:t>
        <w:br/>
        <w:t>v -0.160522 1.244733 -0.043972</w:t>
        <w:br/>
        <w:t>v -0.161433 1.246199 -0.043143</w:t>
        <w:br/>
        <w:t>v -0.165155 1.243629 -0.043882</w:t>
        <w:br/>
        <w:t>v -0.164973 1.245355 -0.043075</w:t>
        <w:br/>
        <w:t>v -0.169541 1.245441 -0.043460</w:t>
        <w:br/>
        <w:t>v -0.168326 1.246740 -0.042752</w:t>
        <w:br/>
        <w:t>v -0.171882 1.254881 -0.048186</w:t>
        <w:br/>
        <w:t>v -0.171604 1.254191 -0.042331</w:t>
        <w:br/>
        <w:t>v -0.172004 1.249474 -0.042868</w:t>
        <w:br/>
        <w:t>v -0.172282 1.250165 -0.048723</w:t>
        <w:br/>
        <w:t>v -0.168771 1.258478 -0.047910</w:t>
        <w:br/>
        <w:t>v -0.164138 1.259582 -0.048000</w:t>
        <w:br/>
        <w:t>v -0.163860 1.258892 -0.042144</w:t>
        <w:br/>
        <w:t>v -0.168493 1.257787 -0.042054</w:t>
        <w:br/>
        <w:t>v -0.159753 1.257771 -0.048422</w:t>
        <w:br/>
        <w:t>v -0.157290 1.253737 -0.049015</w:t>
        <w:br/>
        <w:t>v -0.157012 1.253046 -0.043159</w:t>
        <w:br/>
        <w:t>v -0.159475 1.257081 -0.042566</w:t>
        <w:br/>
        <w:t>v -0.157412 1.248330 -0.043696</w:t>
        <w:br/>
        <w:t>v -0.157690 1.249021 -0.049552</w:t>
        <w:br/>
        <w:t>v -0.165433 1.244321 -0.049738</w:t>
        <w:br/>
        <w:t>v -0.165155 1.243629 -0.043882</w:t>
        <w:br/>
        <w:t>v -0.160522 1.244733 -0.043972</w:t>
        <w:br/>
        <w:t>v -0.160801 1.245424 -0.049828</w:t>
        <w:br/>
        <w:t>v -0.169819 1.246131 -0.049316</w:t>
        <w:br/>
        <w:t>v -0.169541 1.245441 -0.043460</w:t>
        <w:br/>
        <w:t>v -0.168199 1.250760 -0.045872</w:t>
        <w:br/>
        <w:t>v -0.168472 1.250316 -0.042936</w:t>
        <w:br/>
        <w:t>v -0.168261 1.252810 -0.042651</w:t>
        <w:br/>
        <w:t>v -0.168009 1.252994 -0.045617</w:t>
        <w:br/>
        <w:t>v -0.162262 1.254364 -0.045729</w:t>
        <w:br/>
        <w:t>v -0.164340 1.255222 -0.045529</w:t>
        <w:br/>
        <w:t>v -0.164165 1.255296 -0.042553</w:t>
        <w:br/>
        <w:t>v -0.161846 1.254338 -0.042777</w:t>
        <w:br/>
        <w:t>v -0.161284 1.250217 -0.046264</w:t>
        <w:br/>
        <w:t>v -0.160755 1.249711 -0.043374</w:t>
        <w:br/>
        <w:t>v -0.162400 1.247808 -0.043521</w:t>
        <w:br/>
        <w:t>v -0.162759 1.248513 -0.046396</w:t>
        <w:br/>
        <w:t>v -0.164954 1.247990 -0.046353</w:t>
        <w:br/>
        <w:t>v -0.164850 1.247225 -0.043473</w:t>
        <w:br/>
        <w:t>v -0.167170 1.248182 -0.043250</w:t>
        <w:br/>
        <w:t>v -0.167032 1.248847 -0.046153</w:t>
        <w:br/>
        <w:t>v -0.163860 1.258892 -0.042144</w:t>
        <w:br/>
        <w:t>v -0.164138 1.259582 -0.048000</w:t>
        <w:br/>
        <w:t>v -0.166615 1.254712 -0.042506</w:t>
        <w:br/>
        <w:t>v -0.166535 1.254699 -0.045487</w:t>
        <w:br/>
        <w:t>v -0.164340 1.255222 -0.045529</w:t>
        <w:br/>
        <w:t>v -0.164165 1.255296 -0.042553</w:t>
        <w:br/>
        <w:t>v -0.160542 1.252205 -0.043090</w:t>
        <w:br/>
        <w:t>v -0.161094 1.252452 -0.046010</w:t>
        <w:br/>
        <w:t>v -0.168261 1.252810 -0.042651</w:t>
        <w:br/>
        <w:t>v -0.168472 1.250316 -0.042936</w:t>
        <w:br/>
        <w:t>v -0.166615 1.254712 -0.042506</w:t>
        <w:br/>
        <w:t>v -0.164165 1.255296 -0.042553</w:t>
        <w:br/>
        <w:t>v -0.164165 1.255296 -0.042553</w:t>
        <w:br/>
        <w:t>v -0.161846 1.254338 -0.042777</w:t>
        <w:br/>
        <w:t>v -0.160542 1.252205 -0.043090</w:t>
        <w:br/>
        <w:t>v -0.160755 1.249711 -0.043374</w:t>
        <w:br/>
        <w:t>v -0.162400 1.247808 -0.043521</w:t>
        <w:br/>
        <w:t>v -0.164850 1.247225 -0.043473</w:t>
        <w:br/>
        <w:t>v -0.167170 1.248182 -0.043250</w:t>
        <w:br/>
        <w:t>v -0.171882 1.254881 -0.048186</w:t>
        <w:br/>
        <w:t>v -0.172282 1.250165 -0.048723</w:t>
        <w:br/>
        <w:t>v -0.170544 1.250657 -0.049360</w:t>
        <w:br/>
        <w:t>v -0.170239 1.254262 -0.048951</w:t>
        <w:br/>
        <w:t>v -0.167861 1.257012 -0.048740</w:t>
        <w:br/>
        <w:t>v -0.168771 1.258478 -0.047910</w:t>
        <w:br/>
        <w:t>v -0.164319 1.257856 -0.048808</w:t>
        <w:br/>
        <w:t>v -0.164138 1.259582 -0.048000</w:t>
        <w:br/>
        <w:t>v -0.159753 1.257771 -0.048422</w:t>
        <w:br/>
        <w:t>v -0.164138 1.259582 -0.048000</w:t>
        <w:br/>
        <w:t>v -0.164319 1.257856 -0.048808</w:t>
        <w:br/>
        <w:t>v -0.160967 1.256471 -0.049131</w:t>
        <w:br/>
        <w:t>v -0.157290 1.253737 -0.049015</w:t>
        <w:br/>
        <w:t>v -0.159084 1.253387 -0.049584</w:t>
        <w:br/>
        <w:t>v -0.159390 1.249782 -0.049994</w:t>
        <w:br/>
        <w:t>v -0.157690 1.249021 -0.049552</w:t>
        <w:br/>
        <w:t>v -0.161767 1.247033 -0.050205</w:t>
        <w:br/>
        <w:t>v -0.160801 1.245424 -0.049828</w:t>
        <w:br/>
        <w:t>v -0.165309 1.246189 -0.050137</w:t>
        <w:br/>
        <w:t>v -0.165433 1.244321 -0.049738</w:t>
        <w:br/>
        <w:t>v -0.168662 1.247573 -0.049814</w:t>
        <w:br/>
        <w:t>v -0.169819 1.246131 -0.049316</w:t>
        <w:br/>
        <w:t>v -0.168750 1.251006 -0.048792</w:t>
        <w:br/>
        <w:t>v -0.168539 1.253500 -0.048508</w:t>
        <w:br/>
        <w:t>v -0.166893 1.255404 -0.048362</w:t>
        <w:br/>
        <w:t>v -0.164443 1.255987 -0.048409</w:t>
        <w:br/>
        <w:t>v -0.164443 1.255987 -0.048409</w:t>
        <w:br/>
        <w:t>v -0.162124 1.255029 -0.048633</w:t>
        <w:br/>
        <w:t>v -0.160821 1.252895 -0.048947</w:t>
        <w:br/>
        <w:t>v -0.161033 1.250401 -0.049230</w:t>
        <w:br/>
        <w:t>v -0.162678 1.248499 -0.049376</w:t>
        <w:br/>
        <w:t>v -0.165128 1.247915 -0.049328</w:t>
        <w:br/>
        <w:t>v -0.167448 1.248873 -0.049106</w:t>
        <w:br/>
        <w:t>v -0.168539 1.253500 -0.048508</w:t>
        <w:br/>
        <w:t>v -0.168750 1.251006 -0.048792</w:t>
        <w:br/>
        <w:t>v -0.162124 1.255029 -0.048633</w:t>
        <w:br/>
        <w:t>v -0.164443 1.255987 -0.048409</w:t>
        <w:br/>
        <w:t>v -0.161033 1.250401 -0.049230</w:t>
        <w:br/>
        <w:t>v -0.162678 1.248499 -0.049376</w:t>
        <w:br/>
        <w:t>v -0.165128 1.247915 -0.049328</w:t>
        <w:br/>
        <w:t>v -0.167448 1.248873 -0.049106</w:t>
        <w:br/>
        <w:t>v -0.166893 1.255404 -0.048362</w:t>
        <w:br/>
        <w:t>v -0.164443 1.255987 -0.048409</w:t>
        <w:br/>
        <w:t>v -0.160821 1.252895 -0.048947</w:t>
        <w:br/>
        <w:t>v -0.419689 1.082970 0.028757</w:t>
        <w:br/>
        <w:t>v -0.412722 1.077739 0.016402</w:t>
        <w:br/>
        <w:t>v -0.429912 1.058123 0.021626</w:t>
        <w:br/>
        <w:t>v -0.435172 1.063944 0.033942</w:t>
        <w:br/>
        <w:t>v -0.410866 1.075506 0.003616</w:t>
        <w:br/>
        <w:t>v -0.428158 1.055145 0.006128</w:t>
        <w:br/>
        <w:t>v -0.422394 1.081945 -0.027064</w:t>
        <w:br/>
        <w:t>v -0.438520 1.062045 -0.024366</w:t>
        <w:br/>
        <w:t>v -0.431889 1.057088 -0.011277</w:t>
        <w:br/>
        <w:t>v -0.413808 1.076126 -0.012479</w:t>
        <w:br/>
        <w:t>v -0.457550 1.112574 0.002862</w:t>
        <w:br/>
        <w:t>v -0.458482 1.113134 -0.011099</w:t>
        <w:br/>
        <w:t>v -0.475685 1.089015 -0.010510</w:t>
        <w:br/>
        <w:t>v -0.474004 1.089546 0.005265</w:t>
        <w:br/>
        <w:t>v -0.469406 1.085675 -0.008966</w:t>
        <w:br/>
        <w:t>v -0.454244 1.108803 -0.009834</w:t>
        <w:br/>
        <w:t>v -0.450982 1.105043 -0.019748</w:t>
        <w:br/>
        <w:t>v -0.465962 1.082793 -0.018605</w:t>
        <w:br/>
        <w:t>v -0.443368 1.069505 0.033510</w:t>
        <w:br/>
        <w:t>v -0.439021 1.065068 0.029949</w:t>
        <w:br/>
        <w:t>v -0.421796 1.086139 0.024573</w:t>
        <w:br/>
        <w:t>v -0.427676 1.090671 0.028158</w:t>
        <w:br/>
        <w:t>v -0.433685 1.058692 0.006177</w:t>
        <w:br/>
        <w:t>v -0.436689 1.060408 -0.009670</w:t>
        <w:br/>
        <w:t>v -0.417989 1.080459 -0.011478</w:t>
        <w:br/>
        <w:t>v -0.415425 1.079718 0.003491</w:t>
        <w:br/>
        <w:t>v -0.442544 1.064510 -0.020793</w:t>
        <w:br/>
        <w:t>v -0.452090 1.071247 -0.026766</w:t>
        <w:br/>
        <w:t>v -0.435977 1.092832 -0.029941</w:t>
        <w:br/>
        <w:t>v -0.425329 1.085309 -0.024350</w:t>
        <w:br/>
        <w:t>v -0.445823 1.104334 0.023490</w:t>
        <w:br/>
        <w:t>v -0.460598 1.082109 0.028800</w:t>
        <w:br/>
        <w:t>v -0.453023 1.076697 0.033634</w:t>
        <w:br/>
        <w:t>v -0.437634 1.098413 0.028036</w:t>
        <w:br/>
        <w:t>v -0.459501 1.077786 -0.025045</w:t>
        <w:br/>
        <w:t>v -0.444111 1.098618 -0.027685</w:t>
        <w:br/>
        <w:t>v -0.434878 1.061060 0.019655</w:t>
        <w:br/>
        <w:t>v -0.417024 1.081557 0.014465</w:t>
        <w:br/>
        <w:t>v -0.452165 1.109157 0.016606</w:t>
        <w:br/>
        <w:t>v -0.467066 1.086241 0.020926</w:t>
        <w:br/>
        <w:t>v -0.479602 1.092946 -0.011418</w:t>
        <w:br/>
        <w:t>v -0.477554 1.093404 0.006276</w:t>
        <w:br/>
        <w:t>v -0.476544 1.090338 0.005903</w:t>
        <w:br/>
        <w:t>v -0.478170 1.089432 -0.011232</w:t>
        <w:br/>
        <w:t>v -0.462651 1.115341 -0.012012</w:t>
        <w:br/>
        <w:t>v -0.460035 1.115416 -0.011750</w:t>
        <w:br/>
        <w:t>v -0.459195 1.114982 0.003551</w:t>
        <w:br/>
        <w:t>v -0.461356 1.115311 0.004037</w:t>
        <w:br/>
        <w:t>v -0.473537 1.088974 -0.011010</w:t>
        <w:br/>
        <w:t>v -0.472059 1.086663 -0.009539</w:t>
        <w:br/>
        <w:t>v -0.468966 1.083518 -0.020519</w:t>
        <w:br/>
        <w:t>v -0.469537 1.085987 -0.021922</w:t>
        <w:br/>
        <w:t>v -0.457596 1.110863 -0.010870</w:t>
        <w:br/>
        <w:t>v -0.454499 1.107591 -0.021825</w:t>
        <w:br/>
        <w:t>v -0.452359 1.107244 -0.021158</w:t>
        <w:br/>
        <w:t>v -0.455738 1.110517 -0.010189</w:t>
        <w:br/>
        <w:t>v -0.427695 1.090728 0.033715</w:t>
        <w:br/>
        <w:t>v -0.427117 1.091658 0.031119</w:t>
        <w:br/>
        <w:t>v -0.419610 1.085467 0.026882</w:t>
        <w:br/>
        <w:t>v -0.437634 1.063132 0.032446</w:t>
        <w:br/>
        <w:t>v -0.444147 1.068405 0.036686</w:t>
        <w:br/>
        <w:t>v -0.442318 1.069751 0.039230</w:t>
        <w:br/>
        <w:t>v -0.428158 1.055145 0.006128</w:t>
        <w:br/>
        <w:t>v -0.431889 1.057088 -0.011277</w:t>
        <w:br/>
        <w:t>v -0.434896 1.057839 -0.010523</w:t>
        <w:br/>
        <w:t>v -0.431209 1.055804 0.006233</w:t>
        <w:br/>
        <w:t>v -0.412482 1.078535 0.003390</w:t>
        <w:br/>
        <w:t>v -0.415291 1.079452 -0.012042</w:t>
        <w:br/>
        <w:t>v -0.413808 1.076126 -0.012479</w:t>
        <w:br/>
        <w:t>v -0.410866 1.075506 0.003616</w:t>
        <w:br/>
        <w:t>v -0.422394 1.081945 -0.027064</w:t>
        <w:br/>
        <w:t>v -0.423237 1.084516 -0.025779</w:t>
        <w:br/>
        <w:t>v -0.435099 1.093137 -0.032705</w:t>
        <w:br/>
        <w:t>v -0.435801 1.091730 -0.035077</w:t>
        <w:br/>
        <w:t>v -0.451365 1.071167 -0.032476</w:t>
        <w:br/>
        <w:t>v -0.452549 1.070168 -0.029424</w:t>
        <w:br/>
        <w:t>v -0.441054 1.062153 -0.022312</w:t>
        <w:br/>
        <w:t>v -0.437323 1.099640 0.030404</w:t>
        <w:br/>
        <w:t>v -0.438578 1.099494 0.033304</w:t>
        <w:br/>
        <w:t>v -0.447571 1.106131 0.028479</w:t>
        <w:br/>
        <w:t>v -0.446014 1.105606 0.025938</w:t>
        <w:br/>
        <w:t>v -0.462495 1.084342 0.033882</w:t>
        <w:br/>
        <w:t>v -0.453584 1.077945 0.039363</w:t>
        <w:br/>
        <w:t>v -0.454190 1.076454 0.036480</w:t>
        <w:br/>
        <w:t>v -0.462233 1.081954 0.031597</w:t>
        <w:br/>
        <w:t>v -0.462062 1.077699 -0.026828</w:t>
        <w:br/>
        <w:t>v -0.462523 1.079743 -0.029805</w:t>
        <w:br/>
        <w:t>v -0.446914 1.100962 -0.031567</w:t>
        <w:br/>
        <w:t>v -0.445270 1.101183 -0.029788</w:t>
        <w:br/>
        <w:t>v -0.413938 1.080435 0.015442</w:t>
        <w:br/>
        <w:t>v -0.433078 1.058494 0.021085</w:t>
        <w:br/>
        <w:t>v -0.469711 1.086921 0.022371</w:t>
        <w:br/>
        <w:t>v -0.470207 1.089808 0.024176</w:t>
        <w:br/>
        <w:t>v -0.455565 1.111597 0.019766</w:t>
        <w:br/>
        <w:t>v -0.453305 1.111241 0.017912</w:t>
        <w:br/>
        <w:t>v -0.458268 1.112699 -0.026697</w:t>
        <w:br/>
        <w:t>v -0.456027 1.112037 -0.026784</w:t>
        <w:br/>
        <w:t>v -0.475716 1.085720 -0.026525</w:t>
        <w:br/>
        <w:t>v -0.472091 1.089205 -0.028981</w:t>
        <w:br/>
        <w:t>v -0.474089 1.091326 -0.028658</w:t>
        <w:br/>
        <w:t>v -0.477185 1.088593 -0.026712</w:t>
        <w:br/>
        <w:t>v -0.477185 1.088593 -0.026712</w:t>
        <w:br/>
        <w:t>v -0.475716 1.085720 -0.026525</w:t>
        <w:br/>
        <w:t>v -0.473537 1.088974 -0.011010</w:t>
        <w:br/>
        <w:t>v -0.457596 1.110863 -0.010870</w:t>
        <w:br/>
        <w:t>v -0.457408 1.111558 0.004475</w:t>
        <w:br/>
        <w:t>v -0.473079 1.089911 0.005403</w:t>
        <w:br/>
        <w:t>v -0.461356 1.115311 0.004037</w:t>
        <w:br/>
        <w:t>v -0.479602 1.092946 -0.011418</w:t>
        <w:br/>
        <w:t>v -0.435801 1.091730 -0.035077</w:t>
        <w:br/>
        <w:t>v -0.451365 1.071167 -0.032476</w:t>
        <w:br/>
        <w:t>v -0.453584 1.077945 0.039363</w:t>
        <w:br/>
        <w:t>v -0.462495 1.084342 0.033882</w:t>
        <w:br/>
        <w:t>v -0.447571 1.106131 0.028479</w:t>
        <w:br/>
        <w:t>v -0.438578 1.099494 0.033304</w:t>
        <w:br/>
        <w:t>v -0.470207 1.089808 0.024176</w:t>
        <w:br/>
        <w:t>v -0.455565 1.111597 0.019766</w:t>
        <w:br/>
        <w:t>v -0.466230 1.099949 -0.030100</w:t>
        <w:br/>
        <w:t>v -0.459938 1.108948 -0.028668</w:t>
        <w:br/>
        <w:t>v -0.457998 1.107568 -0.029065</w:t>
        <w:br/>
        <w:t>v -0.469537 1.085987 -0.021922</w:t>
        <w:br/>
        <w:t>v -0.454499 1.107591 -0.021825</w:t>
        <w:br/>
        <w:t>v -0.446914 1.100962 -0.031567</w:t>
        <w:br/>
        <w:t>v -0.462523 1.079743 -0.029805</w:t>
        <w:br/>
        <w:t>v -0.464293 1.098370 -0.030504</w:t>
        <w:br/>
        <w:t>v -0.466230 1.099949 -0.030100</w:t>
        <w:br/>
        <w:t>v -0.463056 1.097577 -0.028837</w:t>
        <w:br/>
        <w:t>v -0.470472 1.088300 -0.026918</w:t>
        <w:br/>
        <w:t>v -0.457408 1.111558 0.004475</w:t>
        <w:br/>
        <w:t>v -0.455611 1.110924 0.005106</w:t>
        <w:br/>
        <w:t>v -0.471803 1.088136 0.006242</w:t>
        <w:br/>
        <w:t>v -0.473079 1.089911 0.005403</w:t>
        <w:br/>
        <w:t>v -0.475685 1.089015 -0.010510</w:t>
        <w:br/>
        <w:t>v -0.474004 1.089546 0.005265</w:t>
        <w:br/>
        <w:t>v -0.457550 1.112574 0.002862</w:t>
        <w:br/>
        <w:t>v -0.458482 1.113134 -0.011099</w:t>
        <w:br/>
        <w:t>v -0.459501 1.077786 -0.025045</w:t>
        <w:br/>
        <w:t>v -0.465962 1.082793 -0.018605</w:t>
        <w:br/>
        <w:t>v -0.450982 1.105043 -0.019748</w:t>
        <w:br/>
        <w:t>v -0.454244 1.108803 -0.009834</w:t>
        <w:br/>
        <w:t>v -0.427676 1.090671 0.028158</w:t>
        <w:br/>
        <w:t>v -0.421796 1.086139 0.024573</w:t>
        <w:br/>
        <w:t>v -0.439021 1.065068 0.029949</w:t>
        <w:br/>
        <w:t>v -0.443368 1.069505 0.033510</w:t>
        <w:br/>
        <w:t>v -0.444147 1.068405 0.036686</w:t>
        <w:br/>
        <w:t>v -0.433685 1.058692 0.006177</w:t>
        <w:br/>
        <w:t>v -0.436689 1.060408 -0.009670</w:t>
        <w:br/>
        <w:t>v -0.415425 1.079718 0.003491</w:t>
        <w:br/>
        <w:t>v -0.417989 1.080459 -0.011478</w:t>
        <w:br/>
        <w:t>v -0.425329 1.085309 -0.024350</w:t>
        <w:br/>
        <w:t>v -0.435977 1.092832 -0.029941</w:t>
        <w:br/>
        <w:t>v -0.452090 1.071247 -0.026766</w:t>
        <w:br/>
        <w:t>v -0.442544 1.064510 -0.020793</w:t>
        <w:br/>
        <w:t>v -0.437634 1.098413 0.028036</w:t>
        <w:br/>
        <w:t>v -0.453023 1.076697 0.033634</w:t>
        <w:br/>
        <w:t>v -0.460598 1.082109 0.028800</w:t>
        <w:br/>
        <w:t>v -0.444111 1.098618 -0.027685</w:t>
        <w:br/>
        <w:t>v -0.417024 1.081557 0.014465</w:t>
        <w:br/>
        <w:t>v -0.434878 1.061060 0.019655</w:t>
        <w:br/>
        <w:t>v -0.467066 1.086241 0.020926</w:t>
        <w:br/>
        <w:t>v -0.452165 1.109157 0.016606</w:t>
        <w:br/>
        <w:t>v -0.445823 1.104334 0.023490</w:t>
        <w:br/>
        <w:t>v -0.473450 1.085290 -0.024727</w:t>
        <w:br/>
        <w:t>v -0.470472 1.088300 -0.026918</w:t>
        <w:br/>
        <w:t>v -0.473450 1.085290 -0.024727</w:t>
        <w:br/>
        <w:t>v -0.463056 1.097577 -0.028837</w:t>
        <w:br/>
        <w:t>v -0.456904 1.106688 -0.027447</w:t>
        <w:br/>
        <w:t>v -0.454139 1.108968 0.004105</w:t>
        <w:br/>
        <w:t>v -0.469496 1.087047 0.005063</w:t>
        <w:br/>
        <w:t>v -0.473079 1.089911 0.005403</w:t>
        <w:br/>
        <w:t>v -0.471803 1.088136 0.006242</w:t>
        <w:br/>
        <w:t>v -0.469496 1.087047 0.005063</w:t>
        <w:br/>
        <w:t>v -0.454139 1.108968 0.004105</w:t>
        <w:br/>
        <w:t>v -0.454139 1.108968 0.004105</w:t>
        <w:br/>
        <w:t>v -0.455611 1.110924 0.005106</w:t>
        <w:br/>
        <w:t>v -0.456027 1.112037 -0.026784</w:t>
        <w:br/>
        <w:t>v -0.455185 1.110433 -0.025444</w:t>
        <w:br/>
        <w:t>v -0.469406 1.085675 -0.008966</w:t>
        <w:br/>
        <w:t>v -0.469496 1.087047 0.005063</w:t>
        <w:br/>
        <w:t>v -0.457408 1.111558 0.004475</w:t>
        <w:br/>
        <w:t>v -0.473450 1.085290 -0.024727</w:t>
        <w:br/>
        <w:t>v -0.456904 1.106688 -0.027447</w:t>
        <w:br/>
        <w:t>v -0.455185 1.110433 -0.025444</w:t>
        <w:br/>
        <w:t>v -0.443368 1.069505 0.033510</w:t>
        <w:br/>
        <w:t>v -0.459938 1.108948 -0.028668</w:t>
        <w:br/>
        <w:t>v -0.458268 1.112699 -0.026697</w:t>
        <w:br/>
        <w:t>v -0.474089 1.091326 -0.028658</w:t>
        <w:br/>
        <w:t>v -0.477185 1.088593 -0.026712</w:t>
        <w:br/>
        <w:t>v -0.479688 1.020384 0.052518</w:t>
        <w:br/>
        <w:t>v -0.481831 1.019239 0.048067</w:t>
        <w:br/>
        <w:t>v -0.483484 1.017610 0.049335</w:t>
        <w:br/>
        <w:t>v -0.481629 1.018473 0.053668</w:t>
        <w:br/>
        <w:t>v -0.484988 1.015243 0.056030</w:t>
        <w:br/>
        <w:t>v -0.486837 1.014015 0.051309</w:t>
        <w:br/>
        <w:t>v -0.491780 1.008928 0.055695</w:t>
        <w:br/>
        <w:t>v -0.489750 1.010772 0.059444</w:t>
        <w:br/>
        <w:t>v -0.481629 1.018473 0.053668</w:t>
        <w:br/>
        <w:t>v -0.484156 1.021559 0.056871</w:t>
        <w:br/>
        <w:t>v -0.482981 1.022810 0.056163</w:t>
        <w:br/>
        <w:t>v -0.485706 1.020744 0.045089</w:t>
        <w:br/>
        <w:t>v -0.487205 1.019128 0.046607</w:t>
        <w:br/>
        <w:t>v -0.490190 1.015460 0.048889</w:t>
        <w:br/>
        <w:t>v -0.495147 1.010263 0.053673</w:t>
        <w:br/>
        <w:t>v -0.498431 1.007833 0.057949</w:t>
        <w:br/>
        <w:t>v -0.500678 1.006504 0.062488</w:t>
        <w:br/>
        <w:t>v -0.497647 1.006118 0.063350</w:t>
        <w:br/>
        <w:t>v -0.495351 1.006831 0.059550</w:t>
        <w:br/>
        <w:t>v -0.501461 1.007701 0.066610</w:t>
        <w:br/>
        <w:t>v -0.499844 1.006982 0.066566</w:t>
        <w:br/>
        <w:t>v -0.501214 1.007758 0.066046</w:t>
        <w:br/>
        <w:t>v -0.497515 1.012438 0.064358</w:t>
        <w:br/>
        <w:t>v -0.495036 1.009750 0.064312</w:t>
        <w:br/>
        <w:t>v -0.498551 1.006695 0.066140</w:t>
        <w:br/>
        <w:t>v -0.499844 1.006982 0.066566</w:t>
        <w:br/>
        <w:t>v -0.489674 1.023867 0.045948</w:t>
        <w:br/>
        <w:t>v -0.491103 1.027216 0.049031</w:t>
        <w:br/>
        <w:t>v -0.492478 1.025428 0.050169</w:t>
        <w:br/>
        <w:t>v -0.490973 1.022101 0.047296</w:t>
        <w:br/>
        <w:t>v -0.492478 1.025428 0.050169</w:t>
        <w:br/>
        <w:t>v -0.490581 1.025830 0.054363</w:t>
        <w:br/>
        <w:t>v -0.491374 1.024930 0.054962</w:t>
        <w:br/>
        <w:t>v -0.500914 1.010501 0.058078</w:t>
        <w:br/>
        <w:t>v -0.502233 1.009181 0.061578</w:t>
        <w:br/>
        <w:t>v -0.501461 1.007701 0.066610</w:t>
        <w:br/>
        <w:t>v -0.502536 1.008579 0.065814</w:t>
        <w:br/>
        <w:t>v -0.493648 1.018411 0.049393</w:t>
        <w:br/>
        <w:t>v -0.498088 1.013174 0.053869</w:t>
        <w:br/>
        <w:t>v -0.494186 1.007496 0.062443</w:t>
        <w:br/>
        <w:t>v -0.495252 1.021655 0.052859</w:t>
        <w:br/>
        <w:t>v -0.499037 1.017001 0.056509</w:t>
        <w:br/>
        <w:t>v -0.488355 1.023425 0.057610</w:t>
        <w:br/>
        <w:t>v -0.487450 1.024454 0.056968</w:t>
        <w:br/>
        <w:t>v -0.484963 1.020679 0.057387</w:t>
        <w:br/>
        <w:t>v -0.501797 1.012970 0.059572</w:t>
        <w:br/>
        <w:t>v -0.500357 1.013396 0.062468</w:t>
        <w:br/>
        <w:t>v -0.501797 1.012970 0.059572</w:t>
        <w:br/>
        <w:t>v -0.499037 1.017001 0.056509</w:t>
        <w:br/>
        <w:t>v -0.496914 1.017834 0.059571</w:t>
        <w:br/>
        <w:t>v -0.502712 1.009413 0.064842</w:t>
        <w:br/>
        <w:t>v -0.502536 1.008579 0.065814</w:t>
        <w:br/>
        <w:t>v -0.490962 1.014261 0.061194</w:t>
        <w:br/>
        <w:t>v -0.501797 1.012970 0.059572</w:t>
        <w:br/>
        <w:t>v -0.502712 1.009413 0.064842</w:t>
        <w:br/>
        <w:t>v -0.502233 1.009181 0.061578</w:t>
        <w:br/>
        <w:t>v -0.536543 1.020794 0.027287</w:t>
        <w:br/>
        <w:t>v -0.538344 1.024932 0.025603</w:t>
        <w:br/>
        <w:t>v -0.537254 1.025838 0.025598</w:t>
        <w:br/>
        <w:t>v -0.534066 1.022383 0.027381</w:t>
        <w:br/>
        <w:t>v -0.540495 1.017992 0.027288</w:t>
        <w:br/>
        <w:t>v -0.537455 1.014800 0.024649</w:t>
        <w:br/>
        <w:t>v -0.546977 1.009041 0.024549</w:t>
        <w:br/>
        <w:t>v -0.549156 1.011871 0.027047</w:t>
        <w:br/>
        <w:t>v -0.553628 1.008984 0.027018</w:t>
        <w:br/>
        <w:t>v -0.551522 1.006428 0.024626</w:t>
        <w:br/>
        <w:t>v -0.551609 1.015067 0.025556</w:t>
        <w:br/>
        <w:t>v -0.543760 1.020912 0.025668</w:t>
        <w:br/>
        <w:t>v -0.540495 1.017992 0.027288</w:t>
        <w:br/>
        <w:t>v -0.549156 1.011871 0.027047</w:t>
        <w:br/>
        <w:t>v -0.536629 1.013804 0.019544</w:t>
        <w:br/>
        <w:t>v -0.546278 1.008157 0.020061</w:t>
        <w:br/>
        <w:t>v -0.551039 1.005422 0.020342</w:t>
        <w:br/>
        <w:t>v -0.567275 0.999525 0.021731</w:t>
        <w:br/>
        <w:t>v -0.571694 0.999860 0.022584</w:t>
        <w:br/>
        <w:t>v -0.570885 1.000359 0.025097</w:t>
        <w:br/>
        <w:t>v -0.567266 1.000029 0.024715</w:t>
        <w:br/>
        <w:t>v -0.573192 1.001765 0.023018</w:t>
        <w:br/>
        <w:t>v -0.572602 1.001577 0.025063</w:t>
        <w:br/>
        <w:t>v -0.570885 1.000359 0.025097</w:t>
        <w:br/>
        <w:t>v -0.553348 1.016702 0.022082</w:t>
        <w:br/>
        <w:t>v -0.545671 1.022638 0.021906</w:t>
        <w:br/>
        <w:t>v -0.565395 1.007877 0.022520</w:t>
        <w:br/>
        <w:t>v -0.559005 1.012495 0.022381</w:t>
        <w:br/>
        <w:t>v -0.557451 1.011020 0.025634</w:t>
        <w:br/>
        <w:t>v -0.564424 1.006358 0.025620</w:t>
        <w:br/>
        <w:t>v -0.535248 1.024527 0.014332</w:t>
        <w:br/>
        <w:t>v -0.538297 1.027341 0.017336</w:t>
        <w:br/>
        <w:t>v -0.539368 1.026449 0.017401</w:t>
        <w:br/>
        <w:t>v -0.537513 1.022926 0.014564</w:t>
        <w:br/>
        <w:t>v -0.537513 1.022926 0.014564</w:t>
        <w:br/>
        <w:t>v -0.534836 1.018274 0.015226</w:t>
        <w:br/>
        <w:t>v -0.532526 1.019652 0.015014</w:t>
        <w:br/>
        <w:t>v -0.535248 1.024527 0.014332</w:t>
        <w:br/>
        <w:t>v -0.541814 1.019961 0.014971</w:t>
        <w:br/>
        <w:t>v -0.550610 1.013852 0.015679</w:t>
        <w:br/>
        <w:t>v -0.547884 1.010189 0.016530</w:t>
        <w:br/>
        <w:t>v -0.538792 1.016173 0.015626</w:t>
        <w:br/>
        <w:t>v -0.544888 1.022126 0.017713</w:t>
        <w:br/>
        <w:t>v -0.552838 1.016281 0.018198</w:t>
        <w:br/>
        <w:t>v -0.550610 1.013852 0.015679</w:t>
        <w:br/>
        <w:t>v -0.541814 1.019961 0.014971</w:t>
        <w:br/>
        <w:t>v -0.532844 1.015816 0.019344</w:t>
        <w:br/>
        <w:t>v -0.530444 1.017124 0.019228</w:t>
        <w:br/>
        <w:t>v -0.552706 1.007646 0.016883</w:t>
        <w:br/>
        <w:t>v -0.568139 1.001257 0.019146</w:t>
        <w:br/>
        <w:t>v -0.571614 1.001267 0.020195</w:t>
        <w:br/>
        <w:t>v -0.565265 1.007381 0.019643</w:t>
        <w:br/>
        <w:t>v -0.558664 1.012001 0.018915</w:t>
        <w:br/>
        <w:t>v -0.563085 1.003813 0.026768</w:t>
        <w:br/>
        <w:t>v -0.561693 1.001584 0.024767</w:t>
        <w:br/>
        <w:t>v -0.561276 1.000777 0.021080</w:t>
        <w:br/>
        <w:t>v -0.562519 1.002814 0.017964</w:t>
        <w:br/>
        <w:t>v -0.568230 1.001669 0.026195</w:t>
        <w:br/>
        <w:t>v -0.569781 1.003233 0.019243</w:t>
        <w:br/>
        <w:t>v -0.564197 1.005635 0.017661</w:t>
        <w:br/>
        <w:t>v -0.555210 1.011014 0.016254</w:t>
        <w:br/>
        <w:t>v -0.536543 1.020794 0.027287</w:t>
        <w:br/>
        <w:t>v -0.534066 1.022383 0.027381</w:t>
        <w:br/>
        <w:t>v -0.531160 1.018425 0.024375</w:t>
        <w:br/>
        <w:t>v -0.533423 1.017184 0.024343</w:t>
        <w:br/>
        <w:t>v -0.555210 1.011014 0.016254</w:t>
        <w:br/>
        <w:t>v -0.557846 1.012630 0.018816</w:t>
        <w:br/>
        <w:t>v -0.553628 1.008984 0.027018</w:t>
        <w:br/>
        <w:t>v -0.555437 1.012411 0.025596</w:t>
        <w:br/>
        <w:t>v -0.556942 1.014021 0.022263</w:t>
        <w:br/>
        <w:t>v -0.556593 1.013518 0.018640</w:t>
        <w:br/>
        <w:t>v -0.563085 1.003813 0.026768</w:t>
        <w:br/>
        <w:t>v -0.568230 1.001669 0.026195</w:t>
        <w:br/>
        <w:t>v -0.570885 1.000359 0.025097</w:t>
        <w:br/>
        <w:t>v -0.572602 1.001577 0.025063</w:t>
        <w:br/>
        <w:t>v -0.569394 1.003402 0.025536</w:t>
        <w:br/>
        <w:t>v -0.564197 1.005635 0.017661</w:t>
        <w:br/>
        <w:t>v -0.570211 1.004346 0.020335</w:t>
        <w:br/>
        <w:t>v -0.569781 1.003233 0.019243</w:t>
        <w:br/>
        <w:t>v -0.572966 1.003028 0.023120</w:t>
        <w:br/>
        <w:t>v -0.570316 1.004775 0.022962</w:t>
        <w:br/>
        <w:t>v -0.573931 1.001976 0.021861</w:t>
        <w:br/>
        <w:t>v -0.574352 1.001621 0.023215</w:t>
        <w:br/>
        <w:t>v -0.573192 1.002490 0.021027</w:t>
        <w:br/>
        <w:t>v -0.571614 1.001267 0.020195</w:t>
        <w:br/>
        <w:t>v -0.541302 1.023500 0.006835</w:t>
        <w:br/>
        <w:t>v -0.542838 1.028323 0.004939</w:t>
        <w:br/>
        <w:t>v -0.541554 1.029241 0.005103</w:t>
        <w:br/>
        <w:t>v -0.538657 1.024965 0.007188</w:t>
        <w:br/>
        <w:t>v -0.559081 1.007089 0.001945</w:t>
        <w:br/>
        <w:t>v -0.560913 1.010004 0.003962</w:t>
        <w:br/>
        <w:t>v -0.555612 1.013528 0.004851</w:t>
        <w:br/>
        <w:t>v -0.553553 1.009924 0.002698</w:t>
        <w:br/>
        <w:t>v -0.574568 1.006584 0.000527</w:t>
        <w:br/>
        <w:t>v -0.564841 1.012493 0.001858</w:t>
        <w:br/>
        <w:t>v -0.560913 1.010004 0.003962</w:t>
        <w:br/>
        <w:t>v -0.573100 1.003956 0.001948</w:t>
        <w:br/>
        <w:t>v -0.557936 1.017045 0.002758</w:t>
        <w:br/>
        <w:t>v -0.555612 1.013528 0.004851</w:t>
        <w:br/>
        <w:t>v -0.562813 1.013840 0.002137</w:t>
        <w:br/>
        <w:t>v -0.552264 1.008555 -0.002339</w:t>
        <w:br/>
        <w:t>v -0.557781 1.005930 -0.002812</w:t>
        <w:br/>
        <w:t>v -0.578375 0.998535 -0.004021</w:t>
        <w:br/>
        <w:t>v -0.582636 0.999522 -0.003779</w:t>
        <w:br/>
        <w:t>v -0.581633 0.999906 -0.001020</w:t>
        <w:br/>
        <w:t>v -0.578962 0.999538 -0.000513</w:t>
        <w:br/>
        <w:t>v -0.584588 1.002196 -0.003690</w:t>
        <w:br/>
        <w:t>v -0.585375 1.002309 -0.003764</w:t>
        <w:br/>
        <w:t>v -0.584793 1.002139 -0.002412</w:t>
        <w:br/>
        <w:t>v -0.574518 1.008179 -0.002533</w:t>
        <w:br/>
        <w:t>v -0.565864 1.014018 -0.001580</w:t>
        <w:br/>
        <w:t>v -0.563794 1.015474 -0.001383</w:t>
        <w:br/>
        <w:t>v -0.559121 1.018671 -0.000919</w:t>
        <w:br/>
        <w:t>v -0.538483 1.026216 -0.006542</w:t>
        <w:br/>
        <w:t>v -0.541422 1.030193 -0.003892</w:t>
        <w:br/>
        <w:t>v -0.542732 1.029215 -0.004056</w:t>
        <w:br/>
        <w:t>v -0.540620 1.024818 -0.006697</w:t>
        <w:br/>
        <w:t>v -0.537596 1.020060 -0.005257</w:t>
        <w:br/>
        <w:t>v -0.535819 1.021135 -0.005182</w:t>
        <w:br/>
        <w:t>v -0.538483 1.026216 -0.006542</w:t>
        <w:br/>
        <w:t>v -0.540620 1.024818 -0.006697</w:t>
        <w:br/>
        <w:t>v -0.571999 1.004697 -0.007625</w:t>
        <w:br/>
        <w:t>v -0.560885 1.011365 -0.007671</w:t>
        <w:br/>
        <w:t>v -0.564699 1.013445 -0.005390</w:t>
        <w:br/>
        <w:t>v -0.574031 1.007108 -0.005839</w:t>
        <w:br/>
        <w:t>v -0.571999 1.004697 -0.007625</w:t>
        <w:br/>
        <w:t>v -0.570518 1.002441 -0.006631</w:t>
        <w:br/>
        <w:t>v -0.558531 1.008108 -0.006487</w:t>
        <w:br/>
        <w:t>v -0.560885 1.011365 -0.007671</w:t>
        <w:br/>
        <w:t>v -0.553327 1.010804 -0.006345</w:t>
        <w:br/>
        <w:t>v -0.555618 1.014860 -0.007414</w:t>
        <w:br/>
        <w:t>v -0.557936 1.017956 -0.004865</w:t>
        <w:br/>
        <w:t>v -0.562803 1.014727 -0.005273</w:t>
        <w:br/>
        <w:t>v -0.555618 1.014860 -0.007414</w:t>
        <w:br/>
        <w:t>v -0.534548 1.018540 -0.000267</w:t>
        <w:br/>
        <w:t>v -0.536721 1.017448 -0.000609</w:t>
        <w:br/>
        <w:t>v -0.578403 1.000014 -0.006577</w:t>
        <w:br/>
        <w:t>v -0.581441 1.000540 -0.006267</w:t>
        <w:br/>
        <w:t>v -0.545470 1.027118 -0.004302</w:t>
        <w:br/>
        <w:t>v -0.548762 1.024708 -0.004472</w:t>
        <w:br/>
        <w:t>v -0.544922 1.021953 -0.006908</w:t>
        <w:br/>
        <w:t>v -0.544922 1.021953 -0.006908</w:t>
        <w:br/>
        <w:t>v -0.541739 1.017619 -0.005537</w:t>
        <w:br/>
        <w:t>v -0.550163 1.025716 -0.000060</w:t>
        <w:br/>
        <w:t>v -0.547062 1.028188 0.000312</w:t>
        <w:br/>
        <w:t>v -0.540596 1.015222 -0.000960</w:t>
        <w:br/>
        <w:t>v -0.542105 1.016698 0.004211</w:t>
        <w:br/>
        <w:t>v -0.538060 1.019144 0.004806</w:t>
        <w:br/>
        <w:t>v -0.570057 1.000883 -0.003433</w:t>
        <w:br/>
        <w:t>v -0.571259 1.001920 0.000397</w:t>
        <w:br/>
        <w:t>v -0.573100 1.003956 0.001948</w:t>
        <w:br/>
        <w:t>v -0.579652 1.000994 0.000174</w:t>
        <w:br/>
        <w:t>v -0.579035 1.001705 -0.006997</w:t>
        <w:br/>
        <w:t>v -0.538657 1.024965 0.007188</w:t>
        <w:br/>
        <w:t>v -0.535966 1.020205 0.005103</w:t>
        <w:br/>
        <w:t>v -0.541302 1.023500 0.006835</w:t>
        <w:br/>
        <w:t>v -0.544123 1.030590 0.000568</w:t>
        <w:br/>
        <w:t>v -0.542980 1.031358 0.000674</w:t>
        <w:br/>
        <w:t>v -0.575578 1.006439 -0.000126</w:t>
        <w:br/>
        <w:t>v -0.575173 1.007387 -0.002577</w:t>
        <w:br/>
        <w:t>v -0.575215 1.006852 -0.005282</w:t>
        <w:br/>
        <w:t>v -0.579652 1.000994 0.000174</w:t>
        <w:br/>
        <w:t>v -0.581633 0.999906 -0.001020</w:t>
        <w:br/>
        <w:t>v -0.583491 1.001979 -0.001520</w:t>
        <w:br/>
        <w:t>v -0.580319 1.003563 -0.000647</w:t>
        <w:br/>
        <w:t>v -0.580142 1.003997 -0.005840</w:t>
        <w:br/>
        <w:t>v -0.579035 1.001705 -0.006997</w:t>
        <w:br/>
        <w:t>v -0.584793 1.002139 -0.002412</w:t>
        <w:br/>
        <w:t>v -0.580702 1.004647 -0.003126</w:t>
        <w:br/>
        <w:t>v -0.585375 1.002309 -0.003764</w:t>
        <w:br/>
        <w:t>v -0.584537 1.002449 -0.005025</w:t>
        <w:br/>
        <w:t>v -0.545417 1.020609 0.006245</w:t>
        <w:br/>
        <w:t>v -0.584537 1.002449 -0.005025</w:t>
        <w:br/>
        <w:t>v -0.581441 1.000540 -0.006267</w:t>
        <w:br/>
        <w:t>v -0.583409 1.002502 -0.005766</w:t>
        <w:br/>
        <w:t>v -0.538331 1.022237 -0.014782</w:t>
        <w:br/>
        <w:t>v -0.538677 1.026360 -0.017843</w:t>
        <w:br/>
        <w:t>v -0.537189 1.027496 -0.017412</w:t>
        <w:br/>
        <w:t>v -0.535665 1.024053 -0.014028</w:t>
        <w:br/>
        <w:t>v -0.540483 1.013983 -0.016464</w:t>
        <w:br/>
        <w:t>v -0.543750 1.018158 -0.016127</w:t>
        <w:br/>
        <w:t>v -0.538331 1.022237 -0.014782</w:t>
        <w:br/>
        <w:t>v -0.535065 1.017639 -0.014994</w:t>
        <w:br/>
        <w:t>v -0.551740 1.007114 -0.019624</w:t>
        <w:br/>
        <w:t>v -0.556250 1.004411 -0.020897</w:t>
        <w:br/>
        <w:t>v -0.558462 1.007947 -0.020449</w:t>
        <w:br/>
        <w:t>v -0.553860 1.010914 -0.018918</w:t>
        <w:br/>
        <w:t>v -0.559168 1.010773 -0.023377</w:t>
        <w:br/>
        <w:t>v -0.555159 1.013720 -0.022161</w:t>
        <w:br/>
        <w:t>v -0.553860 1.010914 -0.018918</w:t>
        <w:br/>
        <w:t>v -0.558462 1.007947 -0.020449</w:t>
        <w:br/>
        <w:t>v -0.541704 1.024118 -0.018564</w:t>
        <w:br/>
        <w:t>v -0.543750 1.018158 -0.016127</w:t>
        <w:br/>
        <w:t>v -0.545794 1.020993 -0.019702</w:t>
        <w:br/>
        <w:t>v -0.537832 1.011227 -0.019708</w:t>
        <w:br/>
        <w:t>v -0.532295 1.014705 -0.018431</w:t>
        <w:br/>
        <w:t>v -0.549553 1.004867 -0.022852</w:t>
        <w:br/>
        <w:t>v -0.554071 1.002327 -0.024056</w:t>
        <w:br/>
        <w:t>v -0.573833 0.997034 -0.030534</w:t>
        <w:br/>
        <w:t>v -0.574003 0.998536 -0.027476</w:t>
        <w:br/>
        <w:t>v -0.570208 0.997622 -0.026237</w:t>
        <w:br/>
        <w:t>v -0.569070 0.996324 -0.028615</w:t>
        <w:br/>
        <w:t>v -0.575404 0.999124 -0.031440</w:t>
        <w:br/>
        <w:t>v -0.576283 0.999107 -0.031724</w:t>
        <w:br/>
        <w:t>v -0.576189 0.999241 -0.030311</w:t>
        <w:br/>
        <w:t>v -0.558762 1.011281 -0.027499</w:t>
        <w:br/>
        <w:t>v -0.554845 1.014139 -0.026554</w:t>
        <w:br/>
        <w:t>v -0.545340 1.021548 -0.024298</w:t>
        <w:br/>
        <w:t>v -0.541183 1.024735 -0.023255</w:t>
        <w:br/>
        <w:t>v -0.538114 1.027012 -0.022591</w:t>
        <w:br/>
        <w:t>v -0.536442 1.028286 -0.022185</w:t>
        <w:br/>
        <w:t>v -0.567406 1.005163 -0.026000</w:t>
        <w:br/>
        <w:t>v -0.566136 1.005881 -0.029293</w:t>
        <w:br/>
        <w:t>v -0.561040 1.009605 -0.028095</w:t>
        <w:br/>
        <w:t>v -0.561459 1.009094 -0.024102</w:t>
        <w:br/>
        <w:t>v -0.535725 1.024692 -0.026023</w:t>
        <w:br/>
        <w:t>v -0.533600 1.019939 -0.026818</w:t>
        <w:br/>
        <w:t>v -0.530909 1.021770 -0.026232</w:t>
        <w:br/>
        <w:t>v -0.534156 1.025885 -0.025664</w:t>
        <w:br/>
        <w:t>v -0.533600 1.019939 -0.026818</w:t>
        <w:br/>
        <w:t>v -0.531994 1.016010 -0.023593</w:t>
        <w:br/>
        <w:t>v -0.529121 1.017692 -0.022895</w:t>
        <w:br/>
        <w:t>v -0.530909 1.021770 -0.026232</w:t>
        <w:br/>
        <w:t>v -0.552682 1.012405 -0.029541</w:t>
        <w:br/>
        <w:t>v -0.556894 1.009413 -0.030442</w:t>
        <w:br/>
        <w:t>v -0.554976 1.005828 -0.031080</w:t>
        <w:br/>
        <w:t>v -0.550158 1.008980 -0.030174</w:t>
        <w:br/>
        <w:t>v -0.548996 1.005791 -0.027346</w:t>
        <w:br/>
        <w:t>v -0.550158 1.008980 -0.030174</w:t>
        <w:br/>
        <w:t>v -0.554976 1.005828 -0.031080</w:t>
        <w:br/>
        <w:t>v -0.553307 1.002972 -0.028395</w:t>
        <w:br/>
        <w:t>v -0.539524 1.016050 -0.028034</w:t>
        <w:br/>
        <w:t>v -0.537633 1.012343 -0.024903</w:t>
        <w:br/>
        <w:t>v -0.539524 1.016050 -0.028034</w:t>
        <w:br/>
        <w:t>v -0.538700 1.022540 -0.026617</w:t>
        <w:br/>
        <w:t>v -0.542962 1.019501 -0.027540</w:t>
        <w:br/>
        <w:t>v -0.529421 1.016243 -0.017598</w:t>
        <w:br/>
        <w:t>v -0.568378 0.996652 -0.031383</w:t>
        <w:br/>
        <w:t>v -0.571990 0.996933 -0.033052</w:t>
        <w:br/>
        <w:t>v -0.559086 1.007864 -0.030943</w:t>
        <w:br/>
        <w:t>v -0.564986 1.003893 -0.032017</w:t>
        <w:br/>
        <w:t>v -0.565255 1.000113 -0.023815</w:t>
        <w:br/>
        <w:t>v -0.566751 1.002639 -0.023262</w:t>
        <w:br/>
        <w:t>v -0.562859 0.998284 -0.026498</w:t>
        <w:br/>
        <w:t>v -0.562153 0.999080 -0.030165</w:t>
        <w:br/>
        <w:t>v -0.571718 0.999634 -0.025894</w:t>
        <w:br/>
        <w:t>v -0.569024 0.997910 -0.033043</w:t>
        <w:br/>
        <w:t>v -0.562921 1.000897 -0.032327</w:t>
        <w:br/>
        <w:t>v -0.532182 1.019116 -0.014044</w:t>
        <w:br/>
        <w:t>v -0.535665 1.024053 -0.014028</w:t>
        <w:br/>
        <w:t>v -0.562921 1.000897 -0.032327</w:t>
        <w:br/>
        <w:t>v -0.566751 1.002639 -0.023262</w:t>
        <w:br/>
        <w:t>v -0.566418 1.003810 -0.031604</w:t>
        <w:br/>
        <w:t>v -0.571718 0.999634 -0.025894</w:t>
        <w:br/>
        <w:t>v -0.572612 1.001439 -0.027988</w:t>
        <w:br/>
        <w:t>v -0.570682 1.000446 -0.032841</w:t>
        <w:br/>
        <w:t>v -0.569024 0.997910 -0.033043</w:t>
        <w:br/>
        <w:t>v -0.575618 0.999382 -0.029522</w:t>
        <w:br/>
        <w:t>v -0.576189 0.999241 -0.030311</w:t>
        <w:br/>
        <w:t>v -0.572128 1.001971 -0.030664</w:t>
        <w:br/>
        <w:t>v -0.576283 0.999107 -0.031724</w:t>
        <w:br/>
        <w:t>v -0.575332 0.998818 -0.032673</w:t>
        <w:br/>
        <w:t>v -0.574126 0.998692 -0.033050</w:t>
        <w:br/>
        <w:t>v -0.571990 0.996933 -0.033052</w:t>
        <w:br/>
        <w:t>v -0.521192 1.027655 -0.033511</w:t>
        <w:br/>
        <w:t>v -0.520567 1.024525 -0.030285</w:t>
        <w:br/>
        <w:t>v -0.522692 1.022634 -0.031232</w:t>
        <w:br/>
        <w:t>v -0.523185 1.025863 -0.034444</w:t>
        <w:br/>
        <w:t>v -0.528211 1.012348 -0.034042</w:t>
        <w:br/>
        <w:t>v -0.532624 1.009008 -0.035852</w:t>
        <w:br/>
        <w:t>v -0.534883 1.011617 -0.036200</w:t>
        <w:br/>
        <w:t>v -0.530746 1.015396 -0.034597</w:t>
        <w:br/>
        <w:t>v -0.531803 1.017195 -0.037830</w:t>
        <w:br/>
        <w:t>v -0.530746 1.015396 -0.034597</w:t>
        <w:br/>
        <w:t>v -0.534883 1.011617 -0.036200</w:t>
        <w:br/>
        <w:t>v -0.535227 1.014116 -0.039076</w:t>
        <w:br/>
        <w:t>v -0.519352 1.019600 -0.030392</w:t>
        <w:br/>
        <w:t>v -0.516773 1.017606 -0.033202</w:t>
        <w:br/>
        <w:t>v -0.520563 1.014116 -0.034544</w:t>
        <w:br/>
        <w:t>v -0.523211 1.016371 -0.031971</w:t>
        <w:br/>
        <w:t>v -0.525697 1.010271 -0.036619</w:t>
        <w:br/>
        <w:t>v -0.530383 1.007169 -0.038383</w:t>
        <w:br/>
        <w:t>v -0.546025 1.001131 -0.045502</w:t>
        <w:br/>
        <w:t>v -0.546535 1.002214 -0.043532</w:t>
        <w:br/>
        <w:t>v -0.544155 1.002111 -0.041780</w:t>
        <w:br/>
        <w:t>v -0.542906 1.000813 -0.043571</w:t>
        <w:br/>
        <w:t>v -0.547695 1.002739 -0.046935</w:t>
        <w:br/>
        <w:t>v -0.548204 1.002718 -0.047160</w:t>
        <w:br/>
        <w:t>v -0.548396 1.002970 -0.046135</w:t>
        <w:br/>
        <w:t>v -0.534327 1.014206 -0.042379</w:t>
        <w:br/>
        <w:t>v -0.531039 1.017276 -0.041419</w:t>
        <w:br/>
        <w:t>v -0.536844 1.012700 -0.039701</w:t>
        <w:br/>
        <w:t>v -0.541850 1.008627 -0.042007</w:t>
        <w:br/>
        <w:t>v -0.540410 1.009066 -0.044393</w:t>
        <w:br/>
        <w:t>v -0.536129 1.012619 -0.042957</w:t>
        <w:br/>
        <w:t>v -0.514950 1.022334 -0.040689</w:t>
        <w:br/>
        <w:t>v -0.517606 1.026152 -0.040331</w:t>
        <w:br/>
        <w:t>v -0.519441 1.024468 -0.040990</w:t>
        <w:br/>
        <w:t>v -0.517145 1.020341 -0.041199</w:t>
        <w:br/>
        <w:t>v -0.513736 1.019408 -0.036987</w:t>
        <w:br/>
        <w:t>v -0.514950 1.022334 -0.040689</w:t>
        <w:br/>
        <w:t>v -0.517145 1.020341 -0.041199</w:t>
        <w:br/>
        <w:t>v -0.515629 1.017829 -0.037534</w:t>
        <w:br/>
        <w:t>v -0.532131 1.012656 -0.044440</w:t>
        <w:br/>
        <w:t>v -0.530149 1.009421 -0.044441</w:t>
        <w:br/>
        <w:t>v -0.525638 1.012757 -0.043416</w:t>
        <w:br/>
        <w:t>v -0.528536 1.015681 -0.043627</w:t>
        <w:br/>
        <w:t>v -0.530149 1.009421 -0.044441</w:t>
        <w:br/>
        <w:t>v -0.529448 1.007486 -0.041797</w:t>
        <w:br/>
        <w:t>v -0.524769 1.010640 -0.040440</w:t>
        <w:br/>
        <w:t>v -0.525638 1.012757 -0.043416</w:t>
        <w:br/>
        <w:t>v -0.520766 1.017053 -0.042124</w:t>
        <w:br/>
        <w:t>v -0.519669 1.014571 -0.038851</w:t>
        <w:br/>
        <w:t>v -0.521613 1.022341 -0.041707</w:t>
        <w:br/>
        <w:t>v -0.523985 1.020083 -0.042442</w:t>
        <w:br/>
        <w:t>v -0.520766 1.017053 -0.042124</w:t>
        <w:br/>
        <w:t>v -0.514988 1.018910 -0.032573</w:t>
        <w:br/>
        <w:t>v -0.541736 1.000803 -0.045802</w:t>
        <w:br/>
        <w:t>v -0.544517 1.000971 -0.047173</w:t>
        <w:br/>
        <w:t>v -0.526866 1.021860 -0.040130</w:t>
        <w:br/>
        <w:t>v -0.524571 1.024238 -0.039291</w:t>
        <w:br/>
        <w:t>v -0.539221 1.007315 -0.046206</w:t>
        <w:br/>
        <w:t>v -0.533938 1.011174 -0.044939</w:t>
        <w:br/>
        <w:t>v -0.539716 1.004273 -0.039351</w:t>
        <w:br/>
        <w:t>v -0.541503 1.006523 -0.039527</w:t>
        <w:br/>
        <w:t>v -0.537845 1.002620 -0.041118</w:t>
        <w:br/>
        <w:t>v -0.536977 1.002914 -0.044071</w:t>
        <w:br/>
        <w:t>v -0.525252 1.023935 -0.035365</w:t>
        <w:br/>
        <w:t>v -0.527544 1.021700 -0.036211</w:t>
        <w:br/>
        <w:t>v -0.526103 1.019808 -0.032701</w:t>
        <w:br/>
        <w:t>v -0.526103 1.019808 -0.032701</w:t>
        <w:br/>
        <w:t>v -0.522692 1.022634 -0.031232</w:t>
        <w:br/>
        <w:t>v -0.545628 1.003598 -0.041957</w:t>
        <w:br/>
        <w:t>v -0.542193 1.001776 -0.047072</w:t>
        <w:br/>
        <w:t>v -0.537323 1.004417 -0.046002</w:t>
        <w:br/>
        <w:t>v -0.520567 1.024525 -0.030285</w:t>
        <w:br/>
        <w:t>v -0.517786 1.020777 -0.029799</w:t>
        <w:br/>
        <w:t>v -0.537323 1.004417 -0.046002</w:t>
        <w:br/>
        <w:t>v -0.541503 1.006523 -0.039527</w:t>
        <w:br/>
        <w:t>v -0.542107 1.008365 -0.042759</w:t>
        <w:br/>
        <w:t>v -0.543971 1.003913 -0.047494</w:t>
        <w:br/>
        <w:t>v -0.540097 1.007360 -0.046036</w:t>
        <w:br/>
        <w:t>v -0.545146 1.005466 -0.046101</w:t>
        <w:br/>
        <w:t>v -0.546535 1.002214 -0.043532</w:t>
        <w:br/>
        <w:t>v -0.548124 1.003204 -0.045243</w:t>
        <w:br/>
        <w:t>v -0.546023 1.005035 -0.044035</w:t>
        <w:br/>
        <w:t>v -0.545628 1.003598 -0.041957</w:t>
        <w:br/>
        <w:t>v -0.542193 1.001776 -0.047072</w:t>
        <w:br/>
        <w:t>v -0.548396 1.002970 -0.046135</w:t>
        <w:br/>
        <w:t>v -0.548204 1.002718 -0.047160</w:t>
        <w:br/>
        <w:t>v -0.547407 1.002411 -0.047817</w:t>
        <w:br/>
        <w:t>v -0.546581 1.002203 -0.048038</w:t>
        <w:br/>
        <w:t>v -0.544517 1.000971 -0.047173</w:t>
        <w:br/>
        <w:t>v -0.545785 1.026208 0.004594</w:t>
        <w:br/>
        <w:t>v -0.548929 1.023842 0.004052</w:t>
        <w:br/>
        <w:t>v -0.545417 1.020609 0.006245</w:t>
        <w:br/>
        <w:t>v -0.540090 1.026884 0.021727</w:t>
        <w:br/>
        <w:t>v -0.538935 1.027837 0.021690</w:t>
        <w:br/>
        <w:t>v -0.520086 1.028347 -0.037668</w:t>
        <w:br/>
        <w:t>v -0.522309 1.026543 -0.038433</w:t>
        <w:br/>
        <w:t>v -0.489487 1.027165 0.053427</w:t>
        <w:br/>
        <w:t>v -0.486219 1.025794 0.056154</w:t>
        <w:br/>
        <w:t>v -0.574003 0.998536 -0.027476</w:t>
        <w:br/>
        <w:t>v -0.546025 1.001131 -0.045502</w:t>
        <w:br/>
        <w:t>v -0.548124 1.003204 -0.045243</w:t>
        <w:br/>
        <w:t>v -0.544517 1.000971 -0.047173</w:t>
        <w:br/>
        <w:t>v -0.546581 1.002203 -0.048038</w:t>
        <w:br/>
        <w:t>v -0.574003 0.998536 -0.027476</w:t>
        <w:br/>
        <w:t>v -0.573833 0.997034 -0.030534</w:t>
        <w:br/>
        <w:t>v -0.575618 0.999382 -0.029522</w:t>
        <w:br/>
        <w:t>v -0.571990 0.996933 -0.033052</w:t>
        <w:br/>
        <w:t>v -0.574126 0.998692 -0.033050</w:t>
        <w:br/>
        <w:t>v -0.540051 1.023595 0.025684</w:t>
        <w:br/>
        <w:t>v -0.541968 1.025444 0.021783</w:t>
        <w:br/>
        <w:t>v -0.541295 1.025007 0.017507</w:t>
        <w:br/>
        <w:t>v -0.543267 1.024519 0.021808</w:t>
        <w:br/>
        <w:t>v -0.542481 1.024007 0.017567</w:t>
        <w:br/>
        <w:t>v -0.541311 1.022746 0.025689</w:t>
        <w:br/>
        <w:t>v -0.556523 1.011611 0.025637</w:t>
        <w:br/>
        <w:t>v -0.558105 1.013139 0.022335</w:t>
        <w:br/>
        <w:t>v -0.544607 1.027129 0.004746</w:t>
        <w:br/>
        <w:t>v -0.545830 1.029253 0.000403</w:t>
        <w:br/>
        <w:t>v -0.544378 1.027981 -0.004225</w:t>
        <w:br/>
        <w:t>v -0.563779 1.013176 0.002012</w:t>
        <w:br/>
        <w:t>v -0.564895 1.014679 -0.001485</w:t>
        <w:br/>
        <w:t>v -0.563797 1.014035 -0.005346</w:t>
        <w:br/>
        <w:t>v -0.540511 1.025048 -0.018298</w:t>
        <w:br/>
        <w:t>v -0.540001 1.025660 -0.023019</w:t>
        <w:br/>
        <w:t>v -0.537553 1.023386 -0.026424</w:t>
        <w:br/>
        <w:t>v -0.560449 1.009792 -0.023784</w:t>
        <w:br/>
        <w:t>v -0.560039 1.010337 -0.027875</w:t>
        <w:br/>
        <w:t>v -0.558057 1.008553 -0.030709</w:t>
        <w:br/>
        <w:t>v -0.524391 1.024822 -0.035013</w:t>
        <w:br/>
        <w:t>v -0.523695 1.025134 -0.038958</w:t>
        <w:br/>
        <w:t>v -0.520793 1.023162 -0.041489</w:t>
        <w:br/>
        <w:t>v -0.536155 1.013321 -0.039436</w:t>
        <w:br/>
        <w:t>v -0.535370 1.013306 -0.042709</w:t>
        <w:br/>
        <w:t>v -0.533185 1.011801 -0.044723</w:t>
        <w:br/>
        <w:t>v -0.488947 1.027966 0.053017</w:t>
        <w:br/>
        <w:t>v -0.491103 1.027216 0.049031</w:t>
        <w:br/>
        <w:t>v -0.485487 1.026691 0.055673</w:t>
        <w:br/>
        <w:t>v -0.481787 1.023984 0.055499</w:t>
        <w:br/>
        <w:t>v -0.479688 1.020384 0.052518</w:t>
        <w:br/>
        <w:t>v -0.487119 1.018358 0.058666</w:t>
        <w:br/>
        <w:t>v -0.493703 1.017092 0.061320</w:t>
        <w:br/>
        <w:t>v -0.490194 1.021156 0.058913</w:t>
        <w:br/>
        <w:t>v -0.493370 1.022304 0.056585</w:t>
        <w:br/>
        <w:t>v -0.495252 1.021655 0.052859</w:t>
        <w:br/>
        <w:t>v -0.573440 1.001506 0.024363</w:t>
        <w:br/>
        <w:t>v -0.573192 1.002490 0.021027</w:t>
        <w:br/>
        <w:t>v -0.573440 1.001506 0.024363</w:t>
        <w:br/>
        <w:t>v -0.573931 1.001976 0.021861</w:t>
        <w:br/>
        <w:t>v -0.574352 1.001621 0.023215</w:t>
        <w:br/>
        <w:t>v -0.566815 1.006850 0.020330</w:t>
        <w:br/>
        <w:t>v -0.566380 1.006955 0.022574</w:t>
        <w:br/>
        <w:t>v -0.565876 1.006272 0.025039</w:t>
        <w:br/>
        <w:t>v -0.571694 0.999860 0.022584</w:t>
        <w:br/>
        <w:t>v -0.583409 1.002502 -0.005766</w:t>
        <w:br/>
        <w:t>v -0.583491 1.001979 -0.001520</w:t>
        <w:br/>
        <w:t>v -0.582636 0.999522 -0.003779</w:t>
        <w:br/>
        <w:t>v -0.567224 1.004877 -0.029465</w:t>
        <w:br/>
        <w:t>v -0.568301 1.004645 -0.027077</w:t>
        <w:br/>
        <w:t>v -0.575332 0.998818 -0.032673</w:t>
        <w:br/>
        <w:t>v -0.540854 1.008525 -0.044467</w:t>
        <w:br/>
        <w:t>v -0.547407 1.002411 -0.047817</w:t>
        <w:br/>
        <w:t>v -0.497007 1.016933 0.060527</w:t>
        <w:br/>
        <w:t>v -0.494296 1.016237 0.061565</w:t>
        <w:br/>
        <w:t>v -0.492391 1.013860 0.062120</w:t>
        <w:br/>
        <w:t>v -0.500678 1.006504 0.062488</w:t>
        <w:br/>
        <w:t>v -0.498551 1.006695 0.066140</w:t>
        <w:br/>
        <w:t>v -0.074149 1.351479 0.059229</w:t>
        <w:br/>
        <w:t>v -0.070775 1.367679 0.044546</w:t>
        <w:br/>
        <w:t>v -0.058694 1.369631 0.049099</w:t>
        <w:br/>
        <w:t>v -0.062394 1.354831 0.063994</w:t>
        <w:br/>
        <w:t>v -0.068058 1.381944 0.027525</w:t>
        <w:br/>
        <w:t>v -0.055273 1.384804 0.030605</w:t>
        <w:br/>
        <w:t>v -0.066301 1.387637 0.015537</w:t>
        <w:br/>
        <w:t>v -0.053444 1.390708 0.017632</w:t>
        <w:br/>
        <w:t>v -0.051615 1.393115 0.004447</w:t>
        <w:br/>
        <w:t>v -0.064544 1.389794 0.003337</w:t>
        <w:br/>
        <w:t>v -0.063649 1.386009 -0.009079</w:t>
        <w:br/>
        <w:t>v -0.050559 1.388512 -0.008339</w:t>
        <w:br/>
        <w:t>v -0.050131 1.363597 -0.029267</w:t>
        <w:br/>
        <w:t>v -0.049503 1.380566 -0.019496</w:t>
        <w:br/>
        <w:t>v -0.062754 1.379636 -0.020110</w:t>
        <w:br/>
        <w:t>v -0.063128 1.364059 -0.029886</w:t>
        <w:br/>
        <w:t>v -0.052418 1.339687 -0.036617</w:t>
        <w:br/>
        <w:t>v -0.065381 1.340794 -0.036454</w:t>
        <w:br/>
        <w:t>v -0.066912 1.323804 -0.037488</w:t>
        <w:br/>
        <w:t>v -0.053972 1.322703 -0.038114</w:t>
        <w:br/>
        <w:t>v -0.068442 1.306816 -0.036764</w:t>
        <w:br/>
        <w:t>v -0.069232 1.281714 -0.029594</w:t>
        <w:br/>
        <w:t>v -0.056329 1.280081 -0.032575</w:t>
        <w:br/>
        <w:t>v -0.055525 1.305718 -0.037854</w:t>
        <w:br/>
        <w:t>v -0.076970 1.336466 0.071961</w:t>
        <w:br/>
        <w:t>v -0.066201 1.340318 0.079238</w:t>
        <w:br/>
        <w:t>v -0.073043 1.323866 0.072766</w:t>
        <w:br/>
        <w:t>v -0.062259 1.327786 0.079882</w:t>
        <w:br/>
        <w:t>v -0.061987 1.330640 0.077954</w:t>
        <w:br/>
        <w:t>v -0.072692 1.326912 0.070615</w:t>
        <w:br/>
        <w:t>v -0.079248 1.330305 0.078663</w:t>
        <w:br/>
        <w:t>v -0.078379 1.333109 0.075920</w:t>
        <w:br/>
        <w:t>v -0.067651 1.336939 0.083164</w:t>
        <w:br/>
        <w:t>v -0.068519 1.334141 0.085902</w:t>
        <w:br/>
        <w:t>v -0.074186 1.322274 0.075412</w:t>
        <w:br/>
        <w:t>v -0.063427 1.326152 0.082589</w:t>
        <w:br/>
        <w:t>v -0.078723 1.326442 0.080022</w:t>
        <w:br/>
        <w:t>v -0.067994 1.330278 0.087261</w:t>
        <w:br/>
        <w:t>v -0.061994 1.333956 0.076178</w:t>
        <w:br/>
        <w:t>v -0.072723 1.330123 0.068937</w:t>
        <w:br/>
        <w:t>v -0.061537 1.338863 0.072499</w:t>
        <w:br/>
        <w:t>v -0.072266 1.335030 0.065259</w:t>
        <w:br/>
        <w:t>v -0.065785 1.326901 0.085772</w:t>
        <w:br/>
        <w:t>v -0.076514 1.323066 0.078532</w:t>
        <w:br/>
        <w:t>v -0.060887 1.352411 0.061975</w:t>
        <w:br/>
        <w:t>v -0.057435 1.367153 0.046982</w:t>
        <w:br/>
        <w:t>v -0.069578 1.365218 0.042376</w:t>
        <w:br/>
        <w:t>v -0.072576 1.349139 0.057166</w:t>
        <w:br/>
        <w:t>v -0.075082 1.334281 0.070322</w:t>
        <w:br/>
        <w:t>v -0.064404 1.338048 0.077594</w:t>
        <w:br/>
        <w:t>v -0.074780 1.328560 0.072846</w:t>
        <w:br/>
        <w:t>v -0.064079 1.332272 0.080191</w:t>
        <w:br/>
        <w:t>v -0.064215 1.330231 0.081472</w:t>
        <w:br/>
        <w:t>v -0.074979 1.326345 0.074327</w:t>
        <w:br/>
        <w:t>v -0.077135 1.328763 0.076349</w:t>
        <w:br/>
        <w:t>v -0.066406 1.332601 0.083586</w:t>
        <w:br/>
        <w:t>v -0.065705 1.334522 0.081560</w:t>
        <w:br/>
        <w:t>v -0.076432 1.330690 0.074318</w:t>
        <w:br/>
        <w:t>v -0.064634 1.329456 0.082571</w:t>
        <w:br/>
        <w:t>v -0.075377 1.325583 0.075384</w:t>
        <w:br/>
        <w:t>v -0.066268 1.330967 0.084331</w:t>
        <w:br/>
        <w:t>v -0.076993 1.327122 0.077091</w:t>
        <w:br/>
        <w:t>v -0.074821 1.331718 0.071199</w:t>
        <w:br/>
        <w:t>v -0.064089 1.335565 0.078437</w:t>
        <w:br/>
        <w:t>v -0.074314 1.337081 0.067208</w:t>
        <w:br/>
        <w:t>v -0.063588 1.340901 0.074459</w:t>
        <w:br/>
        <w:t>v -0.076192 1.325868 0.076544</w:t>
        <w:br/>
        <w:t>v -0.065476 1.329706 0.083787</w:t>
        <w:br/>
        <w:t>v -0.062394 1.354831 0.063994</w:t>
        <w:br/>
        <w:t>v -0.058694 1.369631 0.049099</w:t>
        <w:br/>
        <w:t>v -0.057435 1.367153 0.046982</w:t>
        <w:br/>
        <w:t>v -0.060887 1.352411 0.061975</w:t>
        <w:br/>
        <w:t>v -0.072576 1.349139 0.057166</w:t>
        <w:br/>
        <w:t>v -0.069578 1.365218 0.042376</w:t>
        <w:br/>
        <w:t>v -0.070775 1.367679 0.044546</w:t>
        <w:br/>
        <w:t>v -0.074149 1.351479 0.059229</w:t>
        <w:br/>
        <w:t>v -0.055273 1.384804 0.030605</w:t>
        <w:br/>
        <w:t>v -0.054227 1.381827 0.029106</w:t>
        <w:br/>
        <w:t>v -0.067032 1.378982 0.025984</w:t>
        <w:br/>
        <w:t>v -0.068058 1.381944 0.027525</w:t>
        <w:br/>
        <w:t>v -0.050783 1.389743 0.004824</w:t>
        <w:br/>
        <w:t>v -0.052505 1.387533 0.017072</w:t>
        <w:br/>
        <w:t>v -0.053444 1.390708 0.017632</w:t>
        <w:br/>
        <w:t>v -0.051615 1.393115 0.004447</w:t>
        <w:br/>
        <w:t>v -0.065410 1.384457 0.014929</w:t>
        <w:br/>
        <w:t>v -0.066301 1.387637 0.015537</w:t>
        <w:br/>
        <w:t>v -0.050068 1.385538 -0.006973</w:t>
        <w:br/>
        <w:t>v -0.050559 1.388512 -0.008339</w:t>
        <w:br/>
        <w:t>v -0.049503 1.380566 -0.019496</w:t>
        <w:br/>
        <w:t>v -0.049352 1.377990 -0.017141</w:t>
        <w:br/>
        <w:t>v -0.063788 1.386400 0.003661</w:t>
        <w:br/>
        <w:t>v -0.063255 1.383026 -0.007735</w:t>
        <w:br/>
        <w:t>v -0.063649 1.386009 -0.009079</w:t>
        <w:br/>
        <w:t>v -0.064544 1.389794 0.003337</w:t>
        <w:br/>
        <w:t>v -0.050131 1.363597 -0.029267</w:t>
        <w:br/>
        <w:t>v -0.050297 1.362172 -0.026081</w:t>
        <w:br/>
        <w:t>v -0.062721 1.377065 -0.017746</w:t>
        <w:br/>
        <w:t>v -0.063319 1.362640 -0.026700</w:t>
        <w:br/>
        <w:t>v -0.063128 1.364059 -0.029886</w:t>
        <w:br/>
        <w:t>v -0.062754 1.379636 -0.020110</w:t>
        <w:br/>
        <w:t>v -0.052418 1.339687 -0.036617</w:t>
        <w:br/>
        <w:t>v -0.052511 1.339096 -0.033175</w:t>
        <w:br/>
        <w:t>v -0.065420 1.340223 -0.033008</w:t>
        <w:br/>
        <w:t>v -0.065381 1.340794 -0.036454</w:t>
        <w:br/>
        <w:t>v -0.055242 1.306053 -0.034389</w:t>
        <w:br/>
        <w:t>v -0.053876 1.322574 -0.034660</w:t>
        <w:br/>
        <w:t>v -0.053972 1.322703 -0.038114</w:t>
        <w:br/>
        <w:t>v -0.055525 1.305718 -0.037854</w:t>
        <w:br/>
        <w:t>v -0.066726 1.323707 -0.034040</w:t>
        <w:br/>
        <w:t>v -0.066912 1.323804 -0.037488</w:t>
        <w:br/>
        <w:t>v -0.055480 1.281262 -0.029399</w:t>
        <w:br/>
        <w:t>v -0.056329 1.280081 -0.032575</w:t>
        <w:br/>
        <w:t>v -0.068279 1.282930 -0.026460</w:t>
        <w:br/>
        <w:t>v -0.069232 1.281714 -0.029594</w:t>
        <w:br/>
        <w:t>v -0.068442 1.306816 -0.036764</w:t>
        <w:br/>
        <w:t>v -0.068033 1.307192 -0.033316</w:t>
        <w:br/>
        <w:t>v -0.076970 1.336466 0.071961</w:t>
        <w:br/>
        <w:t>v -0.075082 1.334281 0.070322</w:t>
        <w:br/>
        <w:t>v -0.064404 1.338048 0.077594</w:t>
        <w:br/>
        <w:t>v -0.066201 1.340318 0.079238</w:t>
        <w:br/>
        <w:t>v -0.061987 1.330640 0.077954</w:t>
        <w:br/>
        <w:t>v -0.062259 1.327786 0.079882</w:t>
        <w:br/>
        <w:t>v -0.064215 1.330231 0.081472</w:t>
        <w:br/>
        <w:t>v -0.064079 1.332272 0.080191</w:t>
        <w:br/>
        <w:t>v -0.074780 1.328560 0.072846</w:t>
        <w:br/>
        <w:t>v -0.074979 1.326345 0.074327</w:t>
        <w:br/>
        <w:t>v -0.073043 1.323866 0.072766</w:t>
        <w:br/>
        <w:t>v -0.072692 1.326912 0.070615</w:t>
        <w:br/>
        <w:t>v -0.077135 1.328763 0.076349</w:t>
        <w:br/>
        <w:t>v -0.076432 1.330690 0.074318</w:t>
        <w:br/>
        <w:t>v -0.078379 1.333109 0.075920</w:t>
        <w:br/>
        <w:t>v -0.079248 1.330305 0.078663</w:t>
        <w:br/>
        <w:t>v -0.065705 1.334522 0.081560</w:t>
        <w:br/>
        <w:t>v -0.066406 1.332601 0.083586</w:t>
        <w:br/>
        <w:t>v -0.068519 1.334141 0.085902</w:t>
        <w:br/>
        <w:t>v -0.067651 1.336939 0.083164</w:t>
        <w:br/>
        <w:t>v -0.075377 1.325583 0.075384</w:t>
        <w:br/>
        <w:t>v -0.074186 1.322274 0.075412</w:t>
        <w:br/>
        <w:t>v -0.064634 1.329456 0.082571</w:t>
        <w:br/>
        <w:t>v -0.063427 1.326152 0.082589</w:t>
        <w:br/>
        <w:t>v -0.078723 1.326442 0.080022</w:t>
        <w:br/>
        <w:t>v -0.076993 1.327122 0.077091</w:t>
        <w:br/>
        <w:t>v -0.066268 1.330967 0.084331</w:t>
        <w:br/>
        <w:t>v -0.067994 1.330278 0.087261</w:t>
        <w:br/>
        <w:t>v -0.064089 1.335565 0.078437</w:t>
        <w:br/>
        <w:t>v -0.061994 1.333956 0.076178</w:t>
        <w:br/>
        <w:t>v -0.072723 1.330123 0.068937</w:t>
        <w:br/>
        <w:t>v -0.074821 1.331718 0.071199</w:t>
        <w:br/>
        <w:t>v -0.072266 1.335030 0.065259</w:t>
        <w:br/>
        <w:t>v -0.074314 1.337081 0.067208</w:t>
        <w:br/>
        <w:t>v -0.063588 1.340901 0.074459</w:t>
        <w:br/>
        <w:t>v -0.061537 1.338863 0.072499</w:t>
        <w:br/>
        <w:t>v -0.076192 1.325868 0.076544</w:t>
        <w:br/>
        <w:t>v -0.076514 1.323066 0.078532</w:t>
        <w:br/>
        <w:t>v -0.065785 1.326901 0.085772</w:t>
        <w:br/>
        <w:t>v -0.065476 1.329706 0.083787</w:t>
        <w:br/>
        <w:t>v -0.070257 1.247631 -0.012576</w:t>
        <w:br/>
        <w:t>v -0.057476 1.245806 -0.016539</w:t>
        <w:br/>
        <w:t>v -0.060594 1.342607 0.068615</w:t>
        <w:br/>
        <w:t>v -0.071374 1.338754 0.061342</w:t>
        <w:br/>
        <w:t>v -0.073360 1.341049 0.063070</w:t>
        <w:br/>
        <w:t>v -0.062580 1.344902 0.070344</w:t>
        <w:br/>
        <w:t>v -0.057476 1.245806 -0.016539</w:t>
        <w:br/>
        <w:t>v -0.056388 1.247282 -0.013566</w:t>
        <w:br/>
        <w:t>v -0.069129 1.249114 -0.009621</w:t>
        <w:br/>
        <w:t>v -0.070257 1.247631 -0.012576</w:t>
        <w:br/>
        <w:t>v -0.071374 1.338754 0.061342</w:t>
        <w:br/>
        <w:t>v -0.073360 1.341049 0.063070</w:t>
        <w:br/>
        <w:t>v -0.062580 1.344902 0.070344</w:t>
        <w:br/>
        <w:t>v -0.073360 1.341049 0.063070</w:t>
        <w:br/>
        <w:t>v -0.071374 1.338754 0.061342</w:t>
        <w:br/>
        <w:t>v -0.060594 1.342607 0.068615</w:t>
        <w:br/>
        <w:t>v -0.062580 1.344902 0.070344</w:t>
        <w:br/>
        <w:t>v -0.060594 1.342607 0.068615</w:t>
        <w:br/>
        <w:t>v -0.068304 1.315971 0.093047</w:t>
        <w:br/>
        <w:t>v -0.067375 1.318851 0.090199</w:t>
        <w:br/>
        <w:t>v -0.076835 1.315551 0.083839</w:t>
        <w:br/>
        <w:t>v -0.077670 1.312618 0.086679</w:t>
        <w:br/>
        <w:t>v -0.081567 1.317153 0.090051</w:t>
        <w:br/>
        <w:t>v -0.080653 1.319989 0.087149</w:t>
        <w:br/>
        <w:t>v -0.071294 1.323424 0.093587</w:t>
        <w:br/>
        <w:t>v -0.072201 1.320506 0.096420</w:t>
        <w:br/>
        <w:t>v -0.079855 1.308105 0.090364</w:t>
        <w:br/>
        <w:t>v -0.068766 1.312127 0.097962</w:t>
        <w:br/>
        <w:t>v -0.072659 1.316672 0.101312</w:t>
        <w:br/>
        <w:t>v -0.083757 1.312620 0.093746</w:t>
        <w:br/>
        <w:t>v -0.077872 1.316643 0.084771</w:t>
        <w:br/>
        <w:t>v -0.068487 1.320091 0.091218</w:t>
        <w:br/>
        <w:t>v -0.069404 1.317321 0.094001</w:t>
        <w:br/>
        <w:t>v -0.078803 1.313956 0.087612</w:t>
        <w:br/>
        <w:t>v -0.079679 1.318758 0.086327</w:t>
        <w:br/>
        <w:t>v -0.080449 1.315871 0.089034</w:t>
        <w:br/>
        <w:t>v -0.071049 1.319235 0.095425</w:t>
        <w:br/>
        <w:t>v -0.070196 1.322068 0.092703</w:t>
        <w:br/>
        <w:t>v -0.069868 1.313565 0.098801</w:t>
        <w:br/>
        <w:t>v -0.080946 1.309520 0.091248</w:t>
        <w:br/>
        <w:t>v -0.082576 1.311439 0.092648</w:t>
        <w:br/>
        <w:t>v -0.071507 1.315454 0.100232</w:t>
        <w:br/>
        <w:t>v -0.076835 1.315551 0.083839</w:t>
        <w:br/>
        <w:t>v -0.077872 1.316643 0.084771</w:t>
        <w:br/>
        <w:t>v -0.078803 1.313956 0.087612</w:t>
        <w:br/>
        <w:t>v -0.077670 1.312618 0.086679</w:t>
        <w:br/>
        <w:t>v -0.069404 1.317321 0.094001</w:t>
        <w:br/>
        <w:t>v -0.068487 1.320091 0.091218</w:t>
        <w:br/>
        <w:t>v -0.067375 1.318851 0.090199</w:t>
        <w:br/>
        <w:t>v -0.068304 1.315971 0.093047</w:t>
        <w:br/>
        <w:t>v -0.070196 1.322068 0.092703</w:t>
        <w:br/>
        <w:t>v -0.071049 1.319235 0.095425</w:t>
        <w:br/>
        <w:t>v -0.072201 1.320506 0.096420</w:t>
        <w:br/>
        <w:t>v -0.071294 1.323424 0.093587</w:t>
        <w:br/>
        <w:t>v -0.081567 1.317153 0.090051</w:t>
        <w:br/>
        <w:t>v -0.080449 1.315871 0.089034</w:t>
        <w:br/>
        <w:t>v -0.079679 1.318758 0.086327</w:t>
        <w:br/>
        <w:t>v -0.080653 1.319989 0.087149</w:t>
        <w:br/>
        <w:t>v -0.080946 1.309520 0.091248</w:t>
        <w:br/>
        <w:t>v -0.079855 1.308105 0.090364</w:t>
        <w:br/>
        <w:t>v -0.068766 1.312127 0.097962</w:t>
        <w:br/>
        <w:t>v -0.069868 1.313565 0.098801</w:t>
        <w:br/>
        <w:t>v -0.071507 1.315454 0.100232</w:t>
        <w:br/>
        <w:t>v -0.072659 1.316672 0.101312</w:t>
        <w:br/>
        <w:t>v -0.083757 1.312620 0.093746</w:t>
        <w:br/>
        <w:t>v -0.082576 1.311439 0.092648</w:t>
        <w:br/>
        <w:t>v -0.082520 1.304735 0.094118</w:t>
        <w:br/>
        <w:t>v -0.069514 1.309568 0.103039</w:t>
        <w:br/>
        <w:t>v -0.068915 1.310578 0.100227</w:t>
        <w:br/>
        <w:t>v -0.080917 1.306170 0.091998</w:t>
        <w:br/>
        <w:t>v -0.072765 1.315062 0.103544</w:t>
        <w:br/>
        <w:t>v -0.084772 1.310641 0.095332</w:t>
        <w:br/>
        <w:t>v -0.066793 1.320272 0.089054</w:t>
        <w:br/>
        <w:t>v -0.076632 1.316781 0.082402</w:t>
        <w:br/>
        <w:t>v -0.080427 1.321425 0.085498</w:t>
        <w:br/>
        <w:t>v -0.070540 1.325048 0.092163</w:t>
        <w:br/>
        <w:t>v -0.070019 1.311793 0.101418</w:t>
        <w:br/>
        <w:t>v -0.082159 1.307332 0.093088</w:t>
        <w:br/>
        <w:t>v -0.083744 1.309174 0.094456</w:t>
        <w:br/>
        <w:t>v -0.071605 1.313634 0.102786</w:t>
        <w:br/>
        <w:t>v -0.083265 1.307727 0.094169</w:t>
        <w:br/>
        <w:t>v -0.082159 1.307332 0.093088</w:t>
        <w:br/>
        <w:t>v -0.070019 1.311793 0.101418</w:t>
        <w:br/>
        <w:t>v -0.070800 1.312319 0.102718</w:t>
        <w:br/>
        <w:t>v -0.083265 1.307727 0.094169</w:t>
        <w:br/>
        <w:t>v -0.070800 1.312319 0.102718</w:t>
        <w:br/>
        <w:t>v -0.071605 1.313634 0.102786</w:t>
        <w:br/>
        <w:t>v -0.083744 1.309174 0.094456</w:t>
        <w:br/>
        <w:t>v -0.068060 1.321107 0.090387</w:t>
        <w:br/>
        <w:t>v -0.077789 1.317638 0.083755</w:t>
        <w:br/>
        <w:t>v -0.078591 1.319140 0.083842</w:t>
        <w:br/>
        <w:t>v -0.068592 1.322706 0.090650</w:t>
        <w:br/>
        <w:t>v -0.079464 1.319623 0.085182</w:t>
        <w:br/>
        <w:t>v -0.069729 1.323096 0.091817</w:t>
        <w:br/>
        <w:t>v -0.079464 1.319623 0.085182</w:t>
        <w:br/>
        <w:t>v -0.069729 1.323096 0.091817</w:t>
        <w:br/>
        <w:t>v -0.082159 1.307332 0.093088</w:t>
        <w:br/>
        <w:t>v -0.080917 1.306170 0.091998</w:t>
        <w:br/>
        <w:t>v -0.070019 1.311793 0.101418</w:t>
        <w:br/>
        <w:t>v -0.068915 1.310578 0.100227</w:t>
        <w:br/>
        <w:t>v -0.069514 1.309568 0.103039</w:t>
        <w:br/>
        <w:t>v -0.084772 1.310641 0.095332</w:t>
        <w:br/>
        <w:t>v -0.083744 1.309174 0.094456</w:t>
        <w:br/>
        <w:t>v -0.071605 1.313634 0.102786</w:t>
        <w:br/>
        <w:t>v -0.072765 1.315062 0.103544</w:t>
        <w:br/>
        <w:t>v -0.083265 1.307727 0.094169</w:t>
        <w:br/>
        <w:t>v -0.084275 1.305761 0.095918</w:t>
        <w:br/>
        <w:t>v -0.082520 1.304735 0.094118</w:t>
        <w:br/>
        <w:t>v -0.070800 1.312319 0.102718</w:t>
        <w:br/>
        <w:t>v -0.071001 1.310712 0.105018</w:t>
        <w:br/>
        <w:t>v -0.072369 1.312886 0.105503</w:t>
        <w:br/>
        <w:t>v -0.067852 1.324567 0.089013</w:t>
        <w:br/>
        <w:t>v -0.066736 1.322145 0.088389</w:t>
        <w:br/>
        <w:t>v -0.068060 1.321107 0.090387</w:t>
        <w:br/>
        <w:t>v -0.068592 1.322706 0.090650</w:t>
        <w:br/>
        <w:t>v -0.079779 1.321844 0.083981</w:t>
        <w:br/>
        <w:t>v -0.079464 1.319623 0.085182</w:t>
        <w:br/>
        <w:t>v -0.078591 1.319140 0.083842</w:t>
        <w:br/>
        <w:t>v -0.078232 1.320846 0.081978</w:t>
        <w:br/>
        <w:t>v -0.077789 1.317638 0.083755</w:t>
        <w:br/>
        <w:t>v -0.076632 1.316781 0.082402</w:t>
        <w:br/>
        <w:t>v -0.076902 1.318502 0.081488</w:t>
        <w:br/>
        <w:t>v -0.066793 1.320272 0.089054</w:t>
        <w:br/>
        <w:t>v -0.069729 1.323096 0.091817</w:t>
        <w:br/>
        <w:t>v -0.070540 1.325048 0.092163</w:t>
        <w:br/>
        <w:t>v -0.069615 1.325486 0.090882</w:t>
        <w:br/>
        <w:t>v -0.080427 1.321425 0.085498</w:t>
        <w:br/>
        <w:t>v -0.085377 1.308054 0.096583</w:t>
        <w:br/>
        <w:t>v -0.084275 1.305761 0.095918</w:t>
        <w:br/>
        <w:t>v -0.083265 1.307727 0.094169</w:t>
        <w:br/>
        <w:t>v -0.071001 1.310712 0.105018</w:t>
        <w:br/>
        <w:t>v -0.070800 1.312319 0.102718</w:t>
        <w:br/>
        <w:t>v -0.075870 1.289954 0.124083</w:t>
        <w:br/>
        <w:t>v -0.074408 1.294211 0.119131</w:t>
        <w:br/>
        <w:t>v -0.083914 1.288129 0.110948</w:t>
        <w:br/>
        <w:t>v -0.084267 1.283947 0.114728</w:t>
        <w:br/>
        <w:t>v -0.073878 1.299649 0.113748</w:t>
        <w:br/>
        <w:t>v -0.084431 1.294755 0.106111</w:t>
        <w:br/>
        <w:t>v -0.083946 1.291242 0.108439</w:t>
        <w:br/>
        <w:t>v -0.073561 1.296349 0.116300</w:t>
        <w:br/>
        <w:t>v -0.086102 1.297593 0.106431</w:t>
        <w:br/>
        <w:t>v -0.075147 1.302062 0.113850</w:t>
        <w:br/>
        <w:t>v -0.076853 1.303404 0.116149</w:t>
        <w:br/>
        <w:t>v -0.087776 1.298965 0.108693</w:t>
        <w:br/>
        <w:t>v -0.089425 1.298439 0.111981</w:t>
        <w:br/>
        <w:t>v -0.078473 1.303099 0.119245</w:t>
        <w:br/>
        <w:t>v -0.079358 1.300596 0.122915</w:t>
        <w:br/>
        <w:t>v -0.089545 1.295271 0.115011</w:t>
        <w:br/>
        <w:t>v -0.080209 1.294406 0.128375</w:t>
        <w:br/>
        <w:t>v -0.089885 1.289465 0.118909</w:t>
        <w:br/>
        <w:t>v -0.091218 1.280000 0.125299</w:t>
        <w:br/>
        <w:t>v -0.082999 1.284279 0.136371</w:t>
        <w:br/>
        <w:t>v -0.087787 1.257258 0.147184</w:t>
        <w:br/>
        <w:t>v -0.094734 1.254626 0.134368</w:t>
        <w:br/>
        <w:t>v -0.093057 1.269856 0.130046</w:t>
        <w:br/>
        <w:t>v -0.085824 1.273901 0.142153</w:t>
        <w:br/>
        <w:t>v -0.077927 1.291543 0.125192</w:t>
        <w:br/>
        <w:t>v -0.080398 1.283655 0.131990</w:t>
        <w:br/>
        <w:t>v -0.087793 1.278004 0.122020</w:t>
        <w:br/>
        <w:t>v -0.086287 1.285466 0.116030</w:t>
        <w:br/>
        <w:t>v -0.085811 1.289621 0.112475</w:t>
        <w:br/>
        <w:t>v -0.076344 1.295922 0.120251</w:t>
        <w:br/>
        <w:t>v -0.075522 1.299982 0.116133</w:t>
        <w:br/>
        <w:t>v -0.075426 1.297784 0.117938</w:t>
        <w:br/>
        <w:t>v -0.085772 1.292407 0.110344</w:t>
        <w:br/>
        <w:t>v -0.086022 1.294883 0.108532</w:t>
        <w:br/>
        <w:t>v -0.076326 1.301008 0.117017</w:t>
        <w:br/>
        <w:t>v -0.075837 1.300570 0.116067</w:t>
        <w:br/>
        <w:t>v -0.086736 1.296034 0.108615</w:t>
        <w:br/>
        <w:t>v -0.087228 1.296540 0.109547</w:t>
        <w:br/>
        <w:t>v -0.087932 1.296355 0.111032</w:t>
        <w:br/>
        <w:t>v -0.087693 1.293862 0.113414</w:t>
        <w:br/>
        <w:t>v -0.077548 1.298941 0.121630</w:t>
        <w:br/>
        <w:t>v -0.077021 1.300937 0.118645</w:t>
        <w:br/>
        <w:t>v -0.078264 1.292949 0.127001</w:t>
        <w:br/>
        <w:t>v -0.087801 1.288214 0.117495</w:t>
        <w:br/>
        <w:t>v -0.080851 1.282954 0.135173</w:t>
        <w:br/>
        <w:t>v -0.088948 1.278884 0.124131</w:t>
        <w:br/>
        <w:t>v -0.084267 1.283947 0.114728</w:t>
        <w:br/>
        <w:t>v -0.086287 1.285466 0.116030</w:t>
        <w:br/>
        <w:t>v -0.087793 1.278004 0.122020</w:t>
        <w:br/>
        <w:t>v -0.085696 1.276524 0.120798</w:t>
        <w:br/>
        <w:t>v -0.085811 1.289621 0.112475</w:t>
        <w:br/>
        <w:t>v -0.083914 1.288129 0.110948</w:t>
        <w:br/>
        <w:t>v -0.075870 1.289954 0.124083</w:t>
        <w:br/>
        <w:t>v -0.077927 1.291543 0.125192</w:t>
        <w:br/>
        <w:t>v -0.076344 1.295922 0.120251</w:t>
        <w:br/>
        <w:t>v -0.074408 1.294211 0.119131</w:t>
        <w:br/>
        <w:t>v -0.075522 1.299982 0.116133</w:t>
        <w:br/>
        <w:t>v -0.073878 1.299649 0.113748</w:t>
        <w:br/>
        <w:t>v -0.073561 1.296349 0.116300</w:t>
        <w:br/>
        <w:t>v -0.075426 1.297784 0.117938</w:t>
        <w:br/>
        <w:t>v -0.085772 1.292407 0.110344</w:t>
        <w:br/>
        <w:t>v -0.083946 1.291242 0.108439</w:t>
        <w:br/>
        <w:t>v -0.084431 1.294755 0.106111</w:t>
        <w:br/>
        <w:t>v -0.086022 1.294883 0.108532</w:t>
        <w:br/>
        <w:t>v -0.076326 1.301008 0.117017</w:t>
        <w:br/>
        <w:t>v -0.076853 1.303404 0.116149</w:t>
        <w:br/>
        <w:t>v -0.075147 1.302062 0.113850</w:t>
        <w:br/>
        <w:t>v -0.075837 1.300570 0.116067</w:t>
        <w:br/>
        <w:t>v -0.087228 1.296540 0.109547</w:t>
        <w:br/>
        <w:t>v -0.086736 1.296034 0.108615</w:t>
        <w:br/>
        <w:t>v -0.086102 1.297593 0.106431</w:t>
        <w:br/>
        <w:t>v -0.087776 1.298965 0.108693</w:t>
        <w:br/>
        <w:t>v -0.078473 1.303099 0.119245</w:t>
        <w:br/>
        <w:t>v -0.077021 1.300937 0.118645</w:t>
        <w:br/>
        <w:t>v -0.077548 1.298941 0.121630</w:t>
        <w:br/>
        <w:t>v -0.079358 1.300596 0.122915</w:t>
        <w:br/>
        <w:t>v -0.087693 1.293862 0.113414</w:t>
        <w:br/>
        <w:t>v -0.087932 1.296355 0.111032</w:t>
        <w:br/>
        <w:t>v -0.089425 1.298439 0.111981</w:t>
        <w:br/>
        <w:t>v -0.089545 1.295271 0.115011</w:t>
        <w:br/>
        <w:t>v -0.089885 1.289465 0.118909</w:t>
        <w:br/>
        <w:t>v -0.087801 1.288214 0.117495</w:t>
        <w:br/>
        <w:t>v -0.078264 1.292949 0.127001</w:t>
        <w:br/>
        <w:t>v -0.080209 1.294406 0.128375</w:t>
        <w:br/>
        <w:t>v -0.091218 1.280000 0.125299</w:t>
        <w:br/>
        <w:t>v -0.088948 1.278884 0.124131</w:t>
        <w:br/>
        <w:t>v -0.080851 1.282954 0.135173</w:t>
        <w:br/>
        <w:t>v -0.082999 1.284279 0.136371</w:t>
        <w:br/>
        <w:t>v -0.085824 1.273901 0.142153</w:t>
        <w:br/>
        <w:t>v -0.083454 1.272956 0.141046</w:t>
        <w:br/>
        <w:t>v -0.085278 1.256938 0.146067</w:t>
        <w:br/>
        <w:t>v -0.087787 1.257258 0.147184</w:t>
        <w:br/>
        <w:t>v -0.093057 1.269856 0.130046</w:t>
        <w:br/>
        <w:t>v -0.094734 1.254626 0.134368</w:t>
        <w:br/>
        <w:t>v -0.092238 1.254292 0.133230</w:t>
        <w:br/>
        <w:t>v -0.090651 1.269034 0.128953</w:t>
        <w:br/>
        <w:t>v -0.078279 1.282114 0.130907</w:t>
        <w:br/>
        <w:t>v -0.085696 1.276524 0.120798</w:t>
        <w:br/>
        <w:t>v -0.086837 1.271375 0.124164</w:t>
        <w:br/>
        <w:t>v -0.079684 1.276123 0.134781</w:t>
        <w:br/>
        <w:t>v -0.087733 1.239341 0.149274</w:t>
        <w:br/>
        <w:t>v -0.093955 1.238361 0.136608</w:t>
        <w:br/>
        <w:t>v -0.081821 1.277645 0.135872</w:t>
        <w:br/>
        <w:t>v -0.088944 1.272866 0.125364</w:t>
        <w:br/>
        <w:t>v -0.088944 1.272866 0.125364</w:t>
        <w:br/>
        <w:t>v -0.086837 1.271375 0.124164</w:t>
        <w:br/>
        <w:t>v -0.080398 1.283655 0.131990</w:t>
        <w:br/>
        <w:t>v -0.078279 1.282114 0.130907</w:t>
        <w:br/>
        <w:t>v -0.079684 1.276123 0.134781</w:t>
        <w:br/>
        <w:t>v -0.081821 1.277645 0.135872</w:t>
        <w:br/>
        <w:t>v -0.081821 1.277645 0.135872</w:t>
        <w:br/>
        <w:t>v -0.079684 1.276123 0.134781</w:t>
        <w:br/>
        <w:t>v -0.086837 1.271375 0.124164</w:t>
        <w:br/>
        <w:t>v -0.088944 1.272866 0.125364</w:t>
        <w:br/>
        <w:t>v -0.087733 1.239341 0.149274</w:t>
        <w:br/>
        <w:t>v -0.085224 1.239397 0.148078</w:t>
        <w:br/>
        <w:t>v -0.091450 1.238423 0.135407</w:t>
        <w:br/>
        <w:t>v -0.093955 1.238361 0.136608</w:t>
        <w:br/>
        <w:t>v -0.087733 1.239341 0.149274</w:t>
        <w:br/>
        <w:t>v -0.085224 1.239397 0.148078</w:t>
        <w:br/>
        <w:t>v -0.093955 1.238361 0.136608</w:t>
        <w:br/>
        <w:t>v -0.091450 1.238423 0.135407</w:t>
        <w:br/>
        <w:t>v -0.072369 1.312886 0.105503</w:t>
        <w:br/>
        <w:t>v -0.085377 1.308054 0.096583</w:t>
        <w:br/>
        <w:t>v -0.071001 1.310712 0.105018</w:t>
        <w:br/>
        <w:t>v -0.084275 1.305761 0.095918</w:t>
        <w:br/>
        <w:t>v -0.071001 1.310712 0.105018</w:t>
        <w:br/>
        <w:t>v -0.084275 1.305761 0.095918</w:t>
        <w:br/>
        <w:t>v -0.069615 1.325486 0.090882</w:t>
        <w:br/>
        <w:t>v -0.079779 1.321844 0.083981</w:t>
        <w:br/>
        <w:t>v -0.078232 1.320846 0.081978</w:t>
        <w:br/>
        <w:t>v -0.067852 1.324567 0.089013</w:t>
        <w:br/>
        <w:t>v -0.076902 1.318502 0.081488</w:t>
        <w:br/>
        <w:t>v -0.066736 1.322145 0.088389</w:t>
        <w:br/>
        <w:t>v -0.074069 1.340535 0.072011</w:t>
        <w:br/>
        <w:t>v -0.073471 1.341165 0.070557</w:t>
        <w:br/>
        <w:t>v -0.073195 1.342087 0.071227</w:t>
        <w:br/>
        <w:t>v -0.072445 1.342328 0.070360</w:t>
        <w:br/>
        <w:t>v -0.071177 1.343112 0.070833</w:t>
        <w:br/>
        <w:t>v -0.071672 1.343256 0.071548</w:t>
        <w:br/>
        <w:t>v -0.070006 1.343303 0.071851</w:t>
        <w:br/>
        <w:t>v -0.070345 1.343228 0.072971</w:t>
        <w:br/>
        <w:t>v -0.069246 1.342853 0.073140</w:t>
        <w:br/>
        <w:t>v -0.069100 1.341882 0.074357</w:t>
        <w:br/>
        <w:t>v -0.069895 1.342203 0.074563</w:t>
        <w:br/>
        <w:t>v -0.069608 1.340650 0.075174</w:t>
        <w:br/>
        <w:t>v -0.070769 1.340651 0.075347</w:t>
        <w:br/>
        <w:t>v -0.070634 1.339486 0.075371</w:t>
        <w:br/>
        <w:t>v -0.071902 1.338703 0.074899</w:t>
        <w:br/>
        <w:t>v -0.072292 1.339484 0.075027</w:t>
        <w:br/>
        <w:t>v -0.073073 1.338511 0.073880</w:t>
        <w:br/>
        <w:t>v -0.073619 1.339512 0.073604</w:t>
        <w:br/>
        <w:t>v -0.073833 1.338961 0.072591</w:t>
        <w:br/>
        <w:t>v -0.073979 1.339933 0.071374</w:t>
        <w:br/>
        <w:t>v -0.072333 1.341735 0.073622</w:t>
        <w:br/>
        <w:t>v -0.011699 1.398555 -0.012070</w:t>
        <w:br/>
        <w:t>v -0.012046 1.398479 -0.013232</w:t>
        <w:br/>
        <w:t>v -0.012046 1.398479 -0.013232</w:t>
        <w:br/>
        <w:t>v -0.012460 1.396255 -0.013871</w:t>
        <w:br/>
        <w:t>v 0.000077 1.394801 -0.014347</w:t>
        <w:br/>
        <w:t>v -0.012460 1.396255 -0.013871</w:t>
        <w:br/>
        <w:t>v -0.012330 1.395525 -0.013116</w:t>
        <w:br/>
        <w:t>v -0.025585 1.400319 -0.005442</w:t>
        <w:br/>
        <w:t>v -0.026292 1.400479 -0.006186</w:t>
        <w:br/>
        <w:t>v -0.027299 1.398398 -0.006856</w:t>
        <w:br/>
        <w:t>v -0.026292 1.400479 -0.006186</w:t>
        <w:br/>
        <w:t>v -0.027299 1.398398 -0.006856</w:t>
        <w:br/>
        <w:t>v -0.026924 1.397555 -0.006362</w:t>
        <w:br/>
        <w:t>v -0.032762 1.401018 0.009105</w:t>
        <w:br/>
        <w:t>v -0.033800 1.401441 0.008950</w:t>
        <w:br/>
        <w:t>v -0.035409 1.399565 0.008592</w:t>
        <w:br/>
        <w:t>v -0.033800 1.401441 0.008950</w:t>
        <w:br/>
        <w:t>v -0.035409 1.399565 0.008592</w:t>
        <w:br/>
        <w:t>v -0.034726 1.398688 0.008637</w:t>
        <w:br/>
        <w:t>v -0.030722 1.398716 0.023262</w:t>
        <w:br/>
        <w:t>v -0.031817 1.399072 0.023645</w:t>
        <w:br/>
        <w:t>v -0.031817 1.399072 0.023645</w:t>
        <w:br/>
        <w:t>v -0.033360 1.397119 0.023632</w:t>
        <w:br/>
        <w:t>v -0.032760 1.396233 0.023277</w:t>
        <w:br/>
        <w:t>v -0.033360 1.397119 0.023632</w:t>
        <w:br/>
        <w:t>v -0.026918 1.395816 0.035551</w:t>
        <w:br/>
        <w:t>v -0.026049 1.395673 0.035154</w:t>
        <w:br/>
        <w:t>v -0.028231 1.393773 0.035690</w:t>
        <w:br/>
        <w:t>v -0.026918 1.395816 0.035551</w:t>
        <w:br/>
        <w:t>v -0.028231 1.393773 0.035690</w:t>
        <w:br/>
        <w:t>v -0.027732 1.392942 0.035203</w:t>
        <w:br/>
        <w:t>v -0.020408 1.392553 0.043923</w:t>
        <w:br/>
        <w:t>v -0.021132 1.392820 0.044545</w:t>
        <w:br/>
        <w:t>v -0.021132 1.392820 0.044545</w:t>
        <w:br/>
        <w:t>v -0.022505 1.390702 0.045084</w:t>
        <w:br/>
        <w:t>v -0.022505 1.390702 0.045084</w:t>
        <w:br/>
        <w:t>v -0.022123 1.389894 0.044445</w:t>
        <w:br/>
        <w:t>v -0.014606 1.389775 0.052314</w:t>
        <w:br/>
        <w:t>v -0.013830 1.389450 0.051603</w:t>
        <w:br/>
        <w:t>v -0.014606 1.389775 0.052314</w:t>
        <w:br/>
        <w:t>v -0.015915 1.387814 0.053070</w:t>
        <w:br/>
        <w:t>v -0.015915 1.387814 0.053070</w:t>
        <w:br/>
        <w:t>v -0.015587 1.386924 0.052519</w:t>
        <w:br/>
        <w:t>v -0.006316 1.386399 0.057392</w:t>
        <w:br/>
        <w:t>v -0.006720 1.386754 0.058347</w:t>
        <w:br/>
        <w:t>v -0.007881 1.384882 0.059494</w:t>
        <w:br/>
        <w:t>v -0.006720 1.386754 0.058347</w:t>
        <w:br/>
        <w:t>v -0.007815 1.383980 0.058873</w:t>
        <w:br/>
        <w:t>v -0.007881 1.384882 0.059494</w:t>
        <w:br/>
        <w:t>v -0.010945 1.395374 0.051408</w:t>
        <w:br/>
        <w:t>v -0.010111 1.395276 0.050801</w:t>
        <w:br/>
        <w:t>v -0.011500 1.400404 0.050064</w:t>
        <w:br/>
        <w:t>v -0.012386 1.400514 0.050856</w:t>
        <w:br/>
        <w:t>v -0.008650 1.395132 0.050810</w:t>
        <w:br/>
        <w:t>v -0.009900 1.400246 0.050150</w:t>
        <w:br/>
        <w:t>v -0.006596 1.394920 0.051180</w:t>
        <w:br/>
        <w:t>v -0.003804 1.394694 0.051782</w:t>
        <w:br/>
        <w:t>v -0.004392 1.399718 0.051543</w:t>
        <w:br/>
        <w:t>v -0.007665 1.400006 0.050760</w:t>
        <w:br/>
        <w:t>v -0.004182 1.394721 0.055754</w:t>
        <w:br/>
        <w:t>v -0.004810 1.399746 0.055968</w:t>
        <w:br/>
        <w:t>v -0.007787 1.395034 0.054817</w:t>
        <w:br/>
        <w:t>v -0.008852 1.400128 0.054746</w:t>
        <w:br/>
        <w:t>v -0.010843 1.400347 0.053855</w:t>
        <w:br/>
        <w:t>v -0.009470 1.395222 0.054021</w:t>
        <w:br/>
        <w:t>v -0.012300 1.400534 0.052342</w:t>
        <w:br/>
        <w:t>v -0.010814 1.395391 0.052802</w:t>
        <w:br/>
        <w:t>v -0.013510 1.405590 0.050422</w:t>
        <w:br/>
        <w:t>v -0.012460 1.405477 0.049589</w:t>
        <w:br/>
        <w:t>v -0.010754 1.405316 0.049679</w:t>
        <w:br/>
        <w:t>v -0.004794 1.404767 0.051329</w:t>
        <w:br/>
        <w:t>v -0.008423 1.405061 0.050425</w:t>
        <w:br/>
        <w:t>v -0.005206 1.404796 0.056065</w:t>
        <w:br/>
        <w:t>v -0.009592 1.405184 0.054779</w:t>
        <w:br/>
        <w:t>v -0.011698 1.405419 0.053745</w:t>
        <w:br/>
        <w:t>v -0.013268 1.405611 0.052053</w:t>
        <w:br/>
        <w:t>v -0.011336 1.400480 0.050553</w:t>
        <w:br/>
        <w:t>v -0.009979 1.395151 0.051321</w:t>
        <w:br/>
        <w:t>v -0.010510 1.395275 0.051657</w:t>
        <w:br/>
        <w:t>v -0.011924 1.400597 0.051058</w:t>
        <w:br/>
        <w:t>v -0.009986 1.400288 0.050659</w:t>
        <w:br/>
        <w:t>v -0.008732 1.394968 0.051345</w:t>
        <w:br/>
        <w:t>v -0.003890 1.394512 0.052287</w:t>
        <w:br/>
        <w:t>v -0.006717 1.394741 0.051697</w:t>
        <w:br/>
        <w:t>v -0.007803 1.400031 0.051258</w:t>
        <w:br/>
        <w:t>v -0.004485 1.399738 0.052052</w:t>
        <w:br/>
        <w:t>v -0.004720 1.399793 0.055466</w:t>
        <w:br/>
        <w:t>v -0.004102 1.394572 0.055254</w:t>
        <w:br/>
        <w:t>v -0.008689 1.400163 0.054267</w:t>
        <w:br/>
        <w:t>v -0.007647 1.394878 0.054337</w:t>
        <w:br/>
        <w:t>v -0.010559 1.400384 0.053441</w:t>
        <w:br/>
        <w:t>v -0.009223 1.395073 0.053596</w:t>
        <w:br/>
        <w:t>v -0.011844 1.400591 0.052138</w:t>
        <w:br/>
        <w:t>v -0.010383 1.395264 0.052592</w:t>
        <w:br/>
        <w:t>v -0.013025 1.405773 0.050603</w:t>
        <w:br/>
        <w:t>v -0.012269 1.405661 0.050080</w:t>
        <w:br/>
        <w:t>v -0.010851 1.405470 0.050206</w:t>
        <w:br/>
        <w:t>v -0.008578 1.405202 0.050939</w:t>
        <w:br/>
        <w:t>v -0.004896 1.404901 0.051856</w:t>
        <w:br/>
        <w:t>v -0.005107 1.404947 0.055545</w:t>
        <w:br/>
        <w:t>v -0.009405 1.405326 0.054281</w:t>
        <w:br/>
        <w:t>v -0.011380 1.405558 0.053318</w:t>
        <w:br/>
        <w:t>v -0.012784 1.405765 0.051841</w:t>
        <w:br/>
        <w:t>v -0.009979 1.395151 0.051321</w:t>
        <w:br/>
        <w:t>v -0.010111 1.395276 0.050801</w:t>
        <w:br/>
        <w:t>v -0.010510 1.395275 0.051657</w:t>
        <w:br/>
        <w:t>v -0.008650 1.395132 0.050810</w:t>
        <w:br/>
        <w:t>v -0.008732 1.394968 0.051345</w:t>
        <w:br/>
        <w:t>v -0.006717 1.394741 0.051697</w:t>
        <w:br/>
        <w:t>v -0.003890 1.394512 0.052287</w:t>
        <w:br/>
        <w:t>v -0.003804 1.394694 0.051782</w:t>
        <w:br/>
        <w:t>v -0.006596 1.394920 0.051180</w:t>
        <w:br/>
        <w:t>v -0.004182 1.394721 0.055754</w:t>
        <w:br/>
        <w:t>v -0.004102 1.394572 0.055254</w:t>
        <w:br/>
        <w:t>v -0.007647 1.394878 0.054337</w:t>
        <w:br/>
        <w:t>v -0.007787 1.395034 0.054817</w:t>
        <w:br/>
        <w:t>v -0.009223 1.395073 0.053596</w:t>
        <w:br/>
        <w:t>v -0.009470 1.395222 0.054021</w:t>
        <w:br/>
        <w:t>v -0.010814 1.395391 0.052802</w:t>
        <w:br/>
        <w:t>v -0.010383 1.395264 0.052592</w:t>
        <w:br/>
        <w:t>v -0.013025 1.405773 0.050603</w:t>
        <w:br/>
        <w:t>v -0.013510 1.405590 0.050422</w:t>
        <w:br/>
        <w:t>v -0.012460 1.405477 0.049589</w:t>
        <w:br/>
        <w:t>v -0.012269 1.405661 0.050080</w:t>
        <w:br/>
        <w:t>v -0.010851 1.405470 0.050206</w:t>
        <w:br/>
        <w:t>v -0.010754 1.405316 0.049679</w:t>
        <w:br/>
        <w:t>v -0.004896 1.404901 0.051856</w:t>
        <w:br/>
        <w:t>v -0.008578 1.405202 0.050939</w:t>
        <w:br/>
        <w:t>v -0.008423 1.405061 0.050425</w:t>
        <w:br/>
        <w:t>v -0.004794 1.404767 0.051329</w:t>
        <w:br/>
        <w:t>v -0.005206 1.404796 0.056065</w:t>
        <w:br/>
        <w:t>v -0.005107 1.404947 0.055545</w:t>
        <w:br/>
        <w:t>v -0.009405 1.405326 0.054281</w:t>
        <w:br/>
        <w:t>v -0.009592 1.405184 0.054779</w:t>
        <w:br/>
        <w:t>v -0.011698 1.405419 0.053745</w:t>
        <w:br/>
        <w:t>v -0.011380 1.405558 0.053318</w:t>
        <w:br/>
        <w:t>v -0.013268 1.405611 0.052053</w:t>
        <w:br/>
        <w:t>v -0.012784 1.405765 0.051841</w:t>
        <w:br/>
        <w:t>v -0.003521 1.390842 0.055413</w:t>
        <w:br/>
        <w:t>v -0.003331 1.389733 0.054723</w:t>
        <w:br/>
        <w:t>v -0.003297 1.390829 0.056717</w:t>
        <w:br/>
        <w:t>v -0.003521 1.390842 0.055413</w:t>
        <w:br/>
        <w:t>v -0.002884 1.389706 0.057330</w:t>
        <w:br/>
        <w:t>v -0.003297 1.390829 0.056717</w:t>
        <w:br/>
        <w:t>v -0.002695 1.388598 0.056640</w:t>
        <w:br/>
        <w:t>v -0.002884 1.389706 0.057330</w:t>
        <w:br/>
        <w:t>v -0.002695 1.388598 0.056640</w:t>
        <w:br/>
        <w:t>v -0.002918 1.388611 0.055336</w:t>
        <w:br/>
        <w:t>v -0.003331 1.389733 0.054723</w:t>
        <w:br/>
        <w:t>v -0.002918 1.388611 0.055336</w:t>
        <w:br/>
        <w:t>v -0.002951 1.370217 0.065859</w:t>
        <w:br/>
        <w:t>v -0.003211 1.370423 0.068002</w:t>
        <w:br/>
        <w:t>v -0.003211 1.370423 0.068002</w:t>
        <w:br/>
        <w:t>v -0.002902 1.372341 0.068958</w:t>
        <w:br/>
        <w:t>v -0.002902 1.372341 0.068958</w:t>
        <w:br/>
        <w:t>v -0.002331 1.374048 0.067774</w:t>
        <w:br/>
        <w:t>v -0.002331 1.374048 0.067774</w:t>
        <w:br/>
        <w:t>v -0.002068 1.373842 0.065633</w:t>
        <w:br/>
        <w:t>v -0.002068 1.373842 0.065633</w:t>
        <w:br/>
        <w:t>v -0.002380 1.371925 0.064678</w:t>
        <w:br/>
        <w:t>v -0.002380 1.371925 0.064678</w:t>
        <w:br/>
        <w:t>v -0.002951 1.370217 0.065859</w:t>
        <w:br/>
        <w:t>v -0.009683 1.374193 0.063331</w:t>
        <w:br/>
        <w:t>v -0.010729 1.375122 0.065149</w:t>
        <w:br/>
        <w:t>v -0.010350 1.373511 0.066146</w:t>
        <w:br/>
        <w:t>v -0.009265 1.372742 0.064170</w:t>
        <w:br/>
        <w:t>v -0.009481 1.376292 0.066676</w:t>
        <w:br/>
        <w:t>v -0.009057 1.374926 0.067575</w:t>
        <w:br/>
        <w:t>v -0.010350 1.373511 0.066146</w:t>
        <w:br/>
        <w:t>v -0.010729 1.375122 0.065149</w:t>
        <w:br/>
        <w:t>v -0.007179 1.376540 0.066385</w:t>
        <w:br/>
        <w:t>v -0.006680 1.375572 0.067030</w:t>
        <w:br/>
        <w:t>v -0.005594 1.374802 0.065054</w:t>
        <w:br/>
        <w:t>v -0.006124 1.375609 0.064560</w:t>
        <w:br/>
        <w:t>v -0.005594 1.374802 0.065054</w:t>
        <w:br/>
        <w:t>v -0.006124 1.375609 0.064560</w:t>
        <w:br/>
        <w:t>v -0.007382 1.374434 0.063032</w:t>
        <w:br/>
        <w:t>v -0.006888 1.373387 0.063625</w:t>
        <w:br/>
        <w:t>v -0.006888 1.373387 0.063625</w:t>
        <w:br/>
        <w:t>v -0.007382 1.374434 0.063032</w:t>
        <w:br/>
        <w:t>v -0.005623 1.388667 0.055195</w:t>
        <w:br/>
        <w:t>v -0.006050 1.389829 0.056044</w:t>
        <w:br/>
        <w:t>v -0.007389 1.388900 0.056617</w:t>
        <w:br/>
        <w:t>v -0.006776 1.387811 0.055702</w:t>
        <w:br/>
        <w:t>v -0.006050 1.389829 0.056044</w:t>
        <w:br/>
        <w:t>v -0.005543 1.389935 0.057455</w:t>
        <w:br/>
        <w:t>v -0.006658 1.389112 0.057982</w:t>
        <w:br/>
        <w:t>v -0.007389 1.388900 0.056617</w:t>
        <w:br/>
        <w:t>v -0.004600 1.388873 0.058027</w:t>
        <w:br/>
        <w:t>v -0.005316 1.388237 0.058431</w:t>
        <w:br/>
        <w:t>v -0.004703 1.387150 0.057514</w:t>
        <w:br/>
        <w:t>v -0.004163 1.387700 0.057176</w:t>
        <w:br/>
        <w:t>v -0.005433 1.386935 0.056151</w:t>
        <w:br/>
        <w:t>v -0.004703 1.387150 0.057514</w:t>
        <w:br/>
        <w:t>v -0.004163 1.387700 0.057176</w:t>
        <w:br/>
        <w:t>v -0.004683 1.387599 0.055755</w:t>
        <w:br/>
        <w:t>v -0.005433 1.386935 0.056151</w:t>
        <w:br/>
        <w:t>v -0.004683 1.387599 0.055755</w:t>
        <w:br/>
        <w:t>v -0.009452 1.375308 0.062705</w:t>
        <w:br/>
        <w:t>v -0.010463 1.376251 0.064449</w:t>
        <w:br/>
        <w:t>v -0.009258 1.377344 0.065963</w:t>
        <w:br/>
        <w:t>v -0.009258 1.377344 0.065963</w:t>
        <w:br/>
        <w:t>v -0.007033 1.377499 0.065733</w:t>
        <w:br/>
        <w:t>v -0.007033 1.377499 0.065733</w:t>
        <w:br/>
        <w:t>v -0.006014 1.376555 0.063982</w:t>
        <w:br/>
        <w:t>v -0.007228 1.375458 0.062467</w:t>
        <w:br/>
        <w:t>v -0.007228 1.375458 0.062467</w:t>
        <w:br/>
        <w:t>v -0.009452 1.375308 0.062705</w:t>
        <w:br/>
        <w:t>v -0.007574 1.388395 0.056930</w:t>
        <w:br/>
        <w:t>v -0.006945 1.387311 0.055982</w:t>
        <w:br/>
        <w:t>v -0.006825 1.388641 0.058302</w:t>
        <w:br/>
        <w:t>v -0.007574 1.388395 0.056930</w:t>
        <w:br/>
        <w:t>v -0.005446 1.387806 0.058724</w:t>
        <w:br/>
        <w:t>v -0.006825 1.388641 0.058302</w:t>
        <w:br/>
        <w:t>v -0.004818 1.386725 0.057773</w:t>
        <w:br/>
        <w:t>v -0.005568 1.386474 0.056405</w:t>
        <w:br/>
        <w:t>v -0.004818 1.386725 0.057773</w:t>
        <w:br/>
        <w:t>v -0.005568 1.386474 0.056405</w:t>
        <w:br/>
        <w:t>v -0.006945 1.387311 0.055982</w:t>
        <w:br/>
        <w:t>v -0.008232 1.381147 0.059436</w:t>
        <w:br/>
        <w:t>v -0.009057 1.382159 0.060793</w:t>
        <w:br/>
        <w:t>v -0.008074 1.382839 0.062237</w:t>
        <w:br/>
        <w:t>v -0.008074 1.382839 0.062237</w:t>
        <w:br/>
        <w:t>v -0.006261 1.382513 0.062324</w:t>
        <w:br/>
        <w:t>v -0.006261 1.382513 0.062324</w:t>
        <w:br/>
        <w:t>v -0.005432 1.381503 0.060961</w:t>
        <w:br/>
        <w:t>v -0.006420 1.380818 0.059519</w:t>
        <w:br/>
        <w:t>v -0.006420 1.380818 0.059519</w:t>
        <w:br/>
        <w:t>v -0.008232 1.381147 0.059436</w:t>
        <w:br/>
        <w:t>v -0.006463 1.371141 0.065239</w:t>
        <w:br/>
        <w:t>v -0.007162 1.371534 0.067337</w:t>
        <w:br/>
        <w:t>v -0.006329 1.373294 0.068452</w:t>
        <w:br/>
        <w:t>v -0.004804 1.374658 0.067472</w:t>
        <w:br/>
        <w:t>v -0.006329 1.373294 0.068452</w:t>
        <w:br/>
        <w:t>v -0.004114 1.374264 0.065378</w:t>
        <w:br/>
        <w:t>v -0.004804 1.374658 0.067472</w:t>
        <w:br/>
        <w:t>v -0.004937 1.372506 0.064261</w:t>
        <w:br/>
        <w:t>v -0.006463 1.371141 0.065239</w:t>
        <w:br/>
        <w:t>v -0.004937 1.372506 0.064261</w:t>
        <w:br/>
        <w:t>v -0.027910 1.412686 0.023118</w:t>
        <w:br/>
        <w:t>v -0.028824 1.408039 0.023208</w:t>
        <w:br/>
        <w:t>v -0.030283 1.410376 0.009760</w:t>
        <w:br/>
        <w:t>v -0.028990 1.415133 0.009930</w:t>
        <w:br/>
        <w:t>v -0.023201 1.409992 0.035665</w:t>
        <w:br/>
        <w:t>v -0.024508 1.404468 0.035950</w:t>
        <w:br/>
        <w:t>v -0.017794 1.407647 0.043285</w:t>
        <w:br/>
        <w:t>v -0.018803 1.400639 0.043759</w:t>
        <w:br/>
        <w:t>v -0.028602 1.422800 0.009894</w:t>
        <w:br/>
        <w:t>v -0.022186 1.424646 -0.002524</w:t>
        <w:br/>
        <w:t>v -0.022173 1.426364 -0.002497</w:t>
        <w:br/>
        <w:t>v -0.028657 1.424833 0.009885</w:t>
        <w:br/>
        <w:t>v -0.010844 1.425027 -0.008442</w:t>
        <w:br/>
        <w:t>v -0.010851 1.426889 -0.008512</w:t>
        <w:br/>
        <w:t>v -0.027419 1.420272 0.023078</w:t>
        <w:br/>
        <w:t>v -0.027440 1.422536 0.023067</w:t>
        <w:br/>
        <w:t>v -0.024074 1.409547 -0.004488</w:t>
        <w:br/>
        <w:t>v -0.022255 1.416446 -0.002884</w:t>
        <w:br/>
        <w:t>v -0.023104 1.419572 0.036553</w:t>
        <w:br/>
        <w:t>v -0.023094 1.417050 0.036319</w:t>
        <w:br/>
        <w:t>v -0.017513 1.417160 0.045179</w:t>
        <w:br/>
        <w:t>v -0.017629 1.413214 0.044393</w:t>
        <w:br/>
        <w:t>v -0.004592 1.411532 0.051971</w:t>
        <w:br/>
        <w:t>v -0.007096 1.410166 0.051274</w:t>
        <w:br/>
        <w:t>v -0.012063 1.411395 0.048894</w:t>
        <w:br/>
        <w:t>v -0.012050 1.415261 0.049373</w:t>
        <w:br/>
        <w:t>v -0.007559 1.413491 0.051529</w:t>
        <w:br/>
        <w:t>v -0.010108 1.397892 0.049768</w:t>
        <w:br/>
        <w:t>v -0.013846 1.399028 0.047965</w:t>
        <w:br/>
        <w:t>v -0.012089 1.404352 0.048022</w:t>
        <w:br/>
        <w:t>v -0.005993 1.402227 0.050662</w:t>
        <w:br/>
        <w:t>v -0.005998 1.396653 0.051156</w:t>
        <w:br/>
        <w:t>v -0.010811 1.416749 -0.009283</w:t>
        <w:br/>
        <w:t>v -0.011856 1.407907 -0.011962</w:t>
        <w:br/>
        <w:t>v -0.003315 1.376793 0.058860</w:t>
        <w:br/>
        <w:t>v -0.003504 1.369978 0.063514</w:t>
        <w:br/>
        <w:t>v -0.007128 1.369732 0.063122</w:t>
        <w:br/>
        <w:t>v -0.007707 1.376619 0.057734</w:t>
        <w:br/>
        <w:t>v -0.004806 1.354045 0.080524</w:t>
        <w:br/>
        <w:t>v -0.007005 1.354846 0.079670</w:t>
        <w:br/>
        <w:t>v -0.004481 1.356763 0.077396</w:t>
        <w:br/>
        <w:t>v -0.003518 1.356259 0.077831</w:t>
        <w:br/>
        <w:t>v -0.002287 1.353359 0.081082</w:t>
        <w:br/>
        <w:t>v -0.002116 1.355855 0.078113</w:t>
        <w:br/>
        <w:t>v -0.007492 1.362882 0.070045</w:t>
        <w:br/>
        <w:t>v -0.003898 1.364365 0.068511</w:t>
        <w:br/>
        <w:t>v -0.011699 1.392566 0.050134</w:t>
        <w:br/>
        <w:t>v -0.006002 1.391413 0.052081</w:t>
        <w:br/>
        <w:t>v -0.005588 1.385187 0.053969</w:t>
        <w:br/>
        <w:t>v -0.009623 1.385734 0.052396</w:t>
        <w:br/>
        <w:t>v -0.008537 1.381875 0.054391</w:t>
        <w:br/>
        <w:t>v -0.001435 1.383084 0.055372</w:t>
        <w:br/>
        <w:t>v -0.004523 1.360260 0.072978</w:t>
        <w:br/>
        <w:t>v -0.002380 1.381943 0.055902</w:t>
        <w:br/>
        <w:t>v -0.004926 1.357427 0.076428</w:t>
        <w:br/>
        <w:t>v -0.008231 1.358709 0.074713</w:t>
        <w:br/>
        <w:t>v -0.008180 1.356354 0.077875</w:t>
        <w:br/>
        <w:t>v -0.032387 1.405465 0.009583</w:t>
        <w:br/>
        <w:t>v -0.030510 1.403331 0.023299</w:t>
        <w:br/>
        <w:t>v -0.029051 1.401767 0.022753</w:t>
        <w:br/>
        <w:t>v -0.030913 1.403739 0.009715</w:t>
        <w:br/>
        <w:t>v -0.025776 1.400764 0.036170</w:t>
        <w:br/>
        <w:t>v -0.024409 1.399114 0.035212</w:t>
        <w:br/>
        <w:t>v -0.018503 1.396752 0.042981</w:t>
        <w:br/>
        <w:t>v -0.019386 1.398036 0.044165</w:t>
        <w:br/>
        <w:t>v -0.020933 1.427292 -0.001133</w:t>
        <w:br/>
        <w:t>v -0.026964 1.425619 0.010207</w:t>
        <w:br/>
        <w:t>v -0.028657 1.424833 0.009885</w:t>
        <w:br/>
        <w:t>v -0.022173 1.426364 -0.002497</w:t>
        <w:br/>
        <w:t>v -0.010233 1.427707 -0.006802</w:t>
        <w:br/>
        <w:t>v -0.010851 1.426889 -0.008512</w:t>
        <w:br/>
        <w:t>v -0.023925 1.404437 -0.004369</w:t>
        <w:br/>
        <w:t>v -0.024979 1.406116 -0.005403</w:t>
        <w:br/>
        <w:t>v -0.025810 1.423267 0.022738</w:t>
        <w:br/>
        <w:t>v -0.027440 1.422536 0.023067</w:t>
        <w:br/>
        <w:t>v -0.021636 1.420548 0.035935</w:t>
        <w:br/>
        <w:t>v -0.023104 1.419572 0.036553</w:t>
        <w:br/>
        <w:t>v -0.016247 1.418111 0.044281</w:t>
        <w:br/>
        <w:t>v -0.017513 1.417160 0.045179</w:t>
        <w:br/>
        <w:t>v -0.006977 1.414400 0.050043</w:t>
        <w:br/>
        <w:t>v -0.007559 1.413491 0.051529</w:t>
        <w:br/>
        <w:t>v -0.012050 1.415261 0.049373</w:t>
        <w:br/>
        <w:t>v -0.011123 1.416176 0.048051</w:t>
        <w:br/>
        <w:t>v -0.011699 1.392566 0.050134</w:t>
        <w:br/>
        <w:t>v -0.012254 1.392188 0.048439</w:t>
        <w:br/>
        <w:t>v -0.014573 1.395141 0.046386</w:t>
        <w:br/>
        <w:t>v -0.014724 1.396366 0.047937</w:t>
        <w:br/>
        <w:t>v -0.011555 1.404484 -0.011198</w:t>
        <w:br/>
        <w:t>v -0.012066 1.406126 -0.012585</w:t>
        <w:br/>
        <w:t>v -0.007489 1.368604 0.061732</w:t>
        <w:br/>
        <w:t>v -0.008010 1.375727 0.056288</w:t>
        <w:br/>
        <w:t>v -0.007707 1.376619 0.057734</w:t>
        <w:br/>
        <w:t>v -0.007128 1.369732 0.063122</w:t>
        <w:br/>
        <w:t>v -0.002875 1.369006 0.062326</w:t>
        <w:br/>
        <w:t>v -0.003504 1.369978 0.063514</w:t>
        <w:br/>
        <w:t>v -0.003315 1.376793 0.058860</w:t>
        <w:br/>
        <w:t>v -0.002504 1.375931 0.057401</w:t>
        <w:br/>
        <w:t>v -0.007005 1.354846 0.079670</w:t>
        <w:br/>
        <w:t>v -0.004806 1.354045 0.080524</w:t>
        <w:br/>
        <w:t>v -0.005048 1.352570 0.079846</w:t>
        <w:br/>
        <w:t>v -0.007164 1.353466 0.079006</w:t>
        <w:br/>
        <w:t>v -0.003685 1.355180 0.076384</w:t>
        <w:br/>
        <w:t>v -0.003518 1.356259 0.077831</w:t>
        <w:br/>
        <w:t>v -0.004481 1.356763 0.077396</w:t>
        <w:br/>
        <w:t>v -0.004357 1.355679 0.076013</w:t>
        <w:br/>
        <w:t>v -0.002287 1.353359 0.081082</w:t>
        <w:br/>
        <w:t>v -0.002357 1.351889 0.080410</w:t>
        <w:br/>
        <w:t>v -0.002239 1.354718 0.076675</w:t>
        <w:br/>
        <w:t>v -0.002116 1.355855 0.078113</w:t>
        <w:br/>
        <w:t>v -0.003898 1.364365 0.068511</w:t>
        <w:br/>
        <w:t>v -0.003456 1.363212 0.067399</w:t>
        <w:br/>
        <w:t>v -0.007492 1.362882 0.070045</w:t>
        <w:br/>
        <w:t>v -0.008241 1.361606 0.068898</w:t>
        <w:br/>
        <w:t>v -0.009623 1.385734 0.052396</w:t>
        <w:br/>
        <w:t>v -0.009906 1.385296 0.050905</w:t>
        <w:br/>
        <w:t>v -0.008537 1.381875 0.054391</w:t>
        <w:br/>
        <w:t>v -0.008730 1.381191 0.052920</w:t>
        <w:br/>
        <w:t>v -0.001435 1.383084 0.055372</w:t>
        <w:br/>
        <w:t>v -0.000000 1.383835 0.055053</w:t>
        <w:br/>
        <w:t>v -0.000000 1.382698 0.053602</w:t>
        <w:br/>
        <w:t>v -0.001331 1.381788 0.053958</w:t>
        <w:br/>
        <w:t>v -0.008231 1.358709 0.074713</w:t>
        <w:br/>
        <w:t>v -0.008803 1.357438 0.073708</w:t>
        <w:br/>
        <w:t>v -0.004007 1.359006 0.071914</w:t>
        <w:br/>
        <w:t>v -0.004523 1.360260 0.072978</w:t>
        <w:br/>
        <w:t>v -0.002380 1.381943 0.055902</w:t>
        <w:br/>
        <w:t>v -0.001541 1.380921 0.054459</w:t>
        <w:br/>
        <w:t>v -0.008180 1.356354 0.077875</w:t>
        <w:br/>
        <w:t>v -0.008413 1.355121 0.076911</w:t>
        <w:br/>
        <w:t>v -0.004926 1.357427 0.076428</w:t>
        <w:br/>
        <w:t>v -0.004678 1.356147 0.075420</w:t>
        <w:br/>
        <w:t>v -0.004241 1.412420 0.050452</w:t>
        <w:br/>
        <w:t>v -0.004592 1.411532 0.051971</w:t>
        <w:br/>
        <w:t>v 0.000000 1.407610 0.052153</w:t>
        <w:br/>
        <w:t>v 0.000000 1.408351 0.050577</w:t>
        <w:br/>
        <w:t>v -0.019386 1.398036 0.044165</w:t>
        <w:br/>
        <w:t>v -0.025776 1.400764 0.036170</w:t>
        <w:br/>
        <w:t>v -0.030510 1.403331 0.023299</w:t>
        <w:br/>
        <w:t>v -0.032387 1.405465 0.009583</w:t>
        <w:br/>
        <w:t>v -0.024979 1.406116 -0.005403</w:t>
        <w:br/>
        <w:t>v -0.012066 1.406126 -0.012585</w:t>
        <w:br/>
        <w:t>v 0.026541 1.140441 0.001658</w:t>
        <w:br/>
        <w:t>v 0.025641 1.149753 0.004511</w:t>
        <w:br/>
        <w:t>v -0.000007 1.149867 0.002378</w:t>
        <w:br/>
        <w:t>v 0.000000 1.140762 -0.000609</w:t>
        <w:br/>
        <w:t>v 0.051415 1.140912 0.009617</w:t>
        <w:br/>
        <w:t>v 0.050389 1.149838 0.011330</w:t>
        <w:br/>
        <w:t>v 0.070901 1.141814 0.023838</w:t>
        <w:br/>
        <w:t>v 0.070441 1.149822 0.024881</w:t>
        <w:br/>
        <w:t>v 0.073831 1.131933 0.021555</w:t>
        <w:br/>
        <w:t>v 0.084883 1.131967 0.043682</w:t>
        <w:br/>
        <w:t>v 0.082042 1.141976 0.045330</w:t>
        <w:br/>
        <w:t>v 0.085262 1.141923 0.069433</w:t>
        <w:br/>
        <w:t>v 0.088413 1.132164 0.069371</w:t>
        <w:br/>
        <w:t>v 0.083552 1.131600 0.095554</w:t>
        <w:br/>
        <w:t>v 0.081246 1.141111 0.093951</w:t>
        <w:br/>
        <w:t>v 0.068316 1.146915 0.120235</w:t>
        <w:br/>
        <w:t>v 0.070996 1.129946 0.121607</w:t>
        <w:br/>
        <w:t>v 0.025959 1.165663 0.002516</w:t>
        <w:br/>
        <w:t>v -0.000004 1.165663 0.000408</w:t>
        <w:br/>
        <w:t>v -0.000006 1.157590 0.002135</w:t>
        <w:br/>
        <w:t>v 0.025853 1.157729 0.004257</w:t>
        <w:br/>
        <w:t>v 0.052748 1.164572 0.009585</w:t>
        <w:br/>
        <w:t>v 0.051374 1.157106 0.010911</w:t>
        <w:br/>
        <w:t>v 0.071021 1.157255 0.024167</w:t>
        <w:br/>
        <w:t>v 0.072744 1.165295 0.023421</w:t>
        <w:br/>
        <w:t>v 0.081484 1.157265 0.045307</w:t>
        <w:br/>
        <w:t>v 0.083116 1.165766 0.045054</w:t>
        <w:br/>
        <w:t>v 0.080927 1.149806 0.045391</w:t>
        <w:br/>
        <w:t>v 0.084023 1.149798 0.069413</w:t>
        <w:br/>
        <w:t>v 0.084573 1.157260 0.069403</w:t>
        <w:br/>
        <w:t>v 0.080142 1.148921 0.093866</w:t>
        <w:br/>
        <w:t>v 0.080562 1.156426 0.093887</w:t>
        <w:br/>
        <w:t>v 0.069091 1.162815 0.120772</w:t>
        <w:br/>
        <w:t>v 0.086225 1.165576 0.069301</w:t>
        <w:br/>
        <w:t>v 0.081836 1.164640 0.094294</w:t>
        <w:br/>
        <w:t>v -0.027415 1.131773 -0.003700</w:t>
        <w:br/>
        <w:t>v 0.000006 1.131544 -0.006466</w:t>
        <w:br/>
        <w:t>v -0.026492 1.140705 0.001837</w:t>
        <w:br/>
        <w:t>v -0.053046 1.131980 0.005917</w:t>
        <w:br/>
        <w:t>v -0.051091 1.140920 0.009961</w:t>
        <w:br/>
        <w:t>v -0.050297 1.149830 0.011539</w:t>
        <w:br/>
        <w:t>v -0.069953 1.149817 0.024919</w:t>
        <w:br/>
        <w:t>v -0.070399 1.140677 0.023921</w:t>
        <w:br/>
        <w:t>v -0.082040 1.141917 0.045423</w:t>
        <w:br/>
        <w:t>v -0.084936 1.132145 0.043730</w:t>
        <w:br/>
        <w:t>v -0.072807 1.131999 0.022073</w:t>
        <w:br/>
        <w:t>v -0.085584 1.141912 0.069432</w:t>
        <w:br/>
        <w:t>v -0.088719 1.132197 0.069362</w:t>
        <w:br/>
        <w:t>v -0.081333 1.141075 0.093892</w:t>
        <w:br/>
        <w:t>v -0.083928 1.131484 0.095552</w:t>
        <w:br/>
        <w:t>v -0.067991 1.146927 0.117867</w:t>
        <w:br/>
        <w:t>v -0.071073 1.129359 0.121226</w:t>
        <w:br/>
        <w:t>v -0.052931 1.126950 0.139955</w:t>
        <w:br/>
        <w:t>v -0.049271 1.144568 0.136077</w:t>
        <w:br/>
        <w:t>v -0.025740 1.142433 0.146893</w:t>
        <w:br/>
        <w:t>v -0.027596 1.124264 0.152275</w:t>
        <w:br/>
        <w:t>v -0.000000 1.141556 0.152110</w:t>
        <w:br/>
        <w:t>v -0.000000 1.123762 0.156612</w:t>
        <w:br/>
        <w:t>v -0.025632 1.149780 0.004514</w:t>
        <w:br/>
        <w:t>v -0.025953 1.157748 0.004313</w:t>
        <w:br/>
        <w:t>v -0.051192 1.157479 0.010922</w:t>
        <w:br/>
        <w:t>v -0.070652 1.157290 0.024134</w:t>
        <w:br/>
        <w:t>v -0.052599 1.165379 0.009720</w:t>
        <w:br/>
        <w:t>v -0.072371 1.165528 0.023452</w:t>
        <w:br/>
        <w:t>v -0.083347 1.165679 0.045077</w:t>
        <w:br/>
        <w:t>v -0.081664 1.157274 0.045339</w:t>
        <w:br/>
        <w:t>v -0.081044 1.149804 0.045452</w:t>
        <w:br/>
        <w:t>v -0.084896 1.157268 0.069402</w:t>
        <w:br/>
        <w:t>v -0.084345 1.149796 0.069412</w:t>
        <w:br/>
        <w:t>v -0.080823 1.156433 0.093892</w:t>
        <w:br/>
        <w:t>v -0.080320 1.148941 0.093837</w:t>
        <w:br/>
        <w:t>v -0.069446 1.162621 0.118908</w:t>
        <w:br/>
        <w:t>v -0.050639 1.160368 0.137361</w:t>
        <w:br/>
        <w:t>v -0.026008 1.157921 0.148496</w:t>
        <w:br/>
        <w:t>v -0.000000 1.156045 0.153082</w:t>
        <w:br/>
        <w:t>v -0.086458 1.165714 0.069434</w:t>
        <w:br/>
        <w:t>v -0.081923 1.164799 0.094505</w:t>
        <w:br/>
        <w:t>v 0.030404 1.143345 0.148259</w:t>
        <w:br/>
        <w:t>v 0.031641 1.124241 0.149964</w:t>
        <w:br/>
        <w:t>v 0.027876 1.124038 0.152073</w:t>
        <w:br/>
        <w:t>v 0.028169 1.143155 0.149837</w:t>
        <w:br/>
        <w:t>v 0.027937 1.159983 0.150032</w:t>
        <w:br/>
        <w:t>v 0.030377 1.160225 0.148319</w:t>
        <w:br/>
        <w:t>v 0.033051 1.124930 0.146597</w:t>
        <w:br/>
        <w:t>v 0.031744 1.143534 0.145859</w:t>
        <w:br/>
        <w:t>v 0.031920 1.160461 0.145848</w:t>
        <w:br/>
        <w:t>v 0.030809 1.143534 0.142757</w:t>
        <w:br/>
        <w:t>v 0.031619 1.125594 0.142941</w:t>
        <w:br/>
        <w:t>v 0.031035 1.160463 0.142912</w:t>
        <w:br/>
        <w:t>v 0.027487 1.143534 0.141606</w:t>
        <w:br/>
        <w:t>v 0.028423 1.125599 0.141833</w:t>
        <w:br/>
        <w:t>v 0.027838 1.160461 0.141804</w:t>
        <w:br/>
        <w:t>v 0.015344 1.143534 0.142382</w:t>
        <w:br/>
        <w:t>v 0.015421 1.125604 0.142606</w:t>
        <w:br/>
        <w:t>v 0.015381 1.159332 0.142577</w:t>
        <w:br/>
        <w:t>v -0.002903 1.119155 0.163728</w:t>
        <w:br/>
        <w:t>v 0.008617 1.116431 0.164140</w:t>
        <w:br/>
        <w:t>v 0.009711 1.113292 0.159624</w:t>
        <w:br/>
        <w:t>v -0.004146 1.116090 0.159089</w:t>
        <w:br/>
        <w:t>v 0.013387 1.127192 0.166519</w:t>
        <w:br/>
        <w:t>v 0.003674 1.134562 0.165028</w:t>
        <w:br/>
        <w:t>v 0.010957 1.142367 0.163710</w:t>
        <w:br/>
        <w:t>v 0.023814 1.135388 0.164778</w:t>
        <w:br/>
        <w:t>v 0.036480 1.140753 0.159644</w:t>
        <w:br/>
        <w:t>v 0.021268 1.150273 0.161233</w:t>
        <w:br/>
        <w:t>v 0.030272 1.154827 0.157965</w:t>
        <w:br/>
        <w:t>v 0.010216 1.121140 0.165883</w:t>
        <w:br/>
        <w:t>v 0.026214 1.112596 0.166559</w:t>
        <w:br/>
        <w:t>v 0.024669 1.109657 0.164081</w:t>
        <w:br/>
        <w:t>v 0.059382 1.161716 0.133424</w:t>
        <w:br/>
        <w:t>v 0.059515 1.144522 0.133268</w:t>
        <w:br/>
        <w:t>v 0.051164 1.142669 0.142226</w:t>
        <w:br/>
        <w:t>v 0.023326 1.110765 0.153665</w:t>
        <w:br/>
        <w:t>v 0.009144 1.115081 0.154194</w:t>
        <w:br/>
        <w:t>v 0.023874 1.107942 0.158738</w:t>
        <w:br/>
        <w:t>v 0.042874 1.125154 0.160225</w:t>
        <w:br/>
        <w:t>v 0.044535 1.137441 0.152655</w:t>
        <w:br/>
        <w:t>v 0.046130 1.126375 0.156157</w:t>
        <w:br/>
        <w:t>v 0.037974 1.122448 0.163853</w:t>
        <w:br/>
        <w:t>v 0.032664 1.118566 0.166352</w:t>
        <w:br/>
        <w:t>v 0.029010 1.115297 0.167271</w:t>
        <w:br/>
        <w:t>v 0.052056 1.127238 0.143414</w:t>
        <w:br/>
        <w:t>v 0.050669 1.136601 0.144503</w:t>
        <w:br/>
        <w:t>v -0.004892 1.117814 0.153935</w:t>
        <w:br/>
        <w:t>v 0.008821 1.120821 0.150091</w:t>
        <w:br/>
        <w:t>v -0.004935 1.120600 0.150726</w:t>
        <w:br/>
        <w:t>v 0.060900 1.128597 0.133945</w:t>
        <w:br/>
        <w:t>v 0.047274 1.134859 0.149617</w:t>
        <w:br/>
        <w:t>v 0.048896 1.126811 0.149774</w:t>
        <w:br/>
        <w:t>v 0.045337 1.148350 0.149235</w:t>
        <w:br/>
        <w:t>v 0.036367 1.157272 0.154582</w:t>
        <w:br/>
        <w:t>v 0.043380 1.158926 0.149315</w:t>
        <w:br/>
        <w:t>v -0.000900 1.125494 0.165112</w:t>
        <w:br/>
        <w:t>v 0.042925 1.141950 0.153655</w:t>
        <w:br/>
        <w:t>v 0.021936 1.121381 0.149039</w:t>
        <w:br/>
        <w:t>v -0.003690 1.119384 0.158890</w:t>
        <w:br/>
        <w:t>v 0.008321 1.117831 0.158775</w:t>
        <w:br/>
        <w:t>v 0.009045 1.118866 0.161353</w:t>
        <w:br/>
        <w:t>v -0.002818 1.120668 0.161590</w:t>
        <w:br/>
        <w:t>v 0.010886 1.141635 0.160428</w:t>
        <w:br/>
        <w:t>v 0.003878 1.134157 0.161696</w:t>
        <w:br/>
        <w:t>v 0.013649 1.127024 0.162960</w:t>
        <w:br/>
        <w:t>v 0.023326 1.134572 0.161241</w:t>
        <w:br/>
        <w:t>v 0.029060 1.154216 0.155003</w:t>
        <w:br/>
        <w:t>v 0.020857 1.149411 0.158010</w:t>
        <w:br/>
        <w:t>v 0.034774 1.139785 0.156450</w:t>
        <w:br/>
        <w:t>v 0.026441 1.113559 0.163118</w:t>
        <w:br/>
        <w:t>v 0.010630 1.121939 0.162267</w:t>
        <w:br/>
        <w:t>v 0.024784 1.111802 0.161598</w:t>
        <w:br/>
        <w:t>v 0.056363 1.144296 0.130677</w:t>
        <w:br/>
        <w:t>v 0.056535 1.162011 0.131254</w:t>
        <w:br/>
        <w:t>v 0.048910 1.142336 0.140633</w:t>
        <w:br/>
        <w:t>v 0.008149 1.119059 0.156012</w:t>
        <w:br/>
        <w:t>v 0.023872 1.113280 0.155981</w:t>
        <w:br/>
        <w:t>v 0.024346 1.112515 0.158599</w:t>
        <w:br/>
        <w:t>v 0.040564 1.124481 0.157331</w:t>
        <w:br/>
        <w:t>v 0.041446 1.136335 0.152916</w:t>
        <w:br/>
        <w:t>v 0.030716 1.118086 0.162642</w:t>
        <w:br/>
        <w:t>v 0.035662 1.122005 0.160883</w:t>
        <w:br/>
        <w:t>v 0.028241 1.115421 0.164081</w:t>
        <w:br/>
        <w:t>v 0.048922 1.127673 0.141016</w:t>
        <w:br/>
        <w:t>v 0.058781 1.128301 0.131626</w:t>
        <w:br/>
        <w:t>v 0.049163 1.134359 0.143639</w:t>
        <w:br/>
        <w:t>v -0.004612 1.120743 0.155561</w:t>
        <w:br/>
        <w:t>v -0.005368 1.122199 0.153127</w:t>
        <w:br/>
        <w:t>v 0.007767 1.122468 0.152821</w:t>
        <w:br/>
        <w:t>v 0.068200 1.129531 0.119893</w:t>
        <w:br/>
        <w:t>v 0.064637 1.146616 0.118059</w:t>
        <w:br/>
        <w:t>v 0.045177 1.133313 0.147885</w:t>
        <w:br/>
        <w:t>v 0.043025 1.125854 0.154440</w:t>
        <w:br/>
        <w:t>v 0.045180 1.126477 0.148210</w:t>
        <w:br/>
        <w:t>v -0.000749 1.125874 0.161759</w:t>
        <w:br/>
        <w:t>v 0.034439 1.156704 0.151695</w:t>
        <w:br/>
        <w:t>v 0.040679 1.141215 0.153210</w:t>
        <w:br/>
        <w:t>v 0.043125 1.147893 0.147714</w:t>
        <w:br/>
        <w:t>v 0.021857 1.122725 0.152443</w:t>
        <w:br/>
        <w:t>v 0.066024 1.163451 0.118716</w:t>
        <w:br/>
        <w:t>v 0.041029 1.158920 0.146917</w:t>
        <w:br/>
        <w:t>v 0.000006 1.131544 -0.006466</w:t>
        <w:br/>
        <w:t>v -0.000005 1.129696 -0.004011</w:t>
        <w:br/>
        <w:t>v 0.026906 1.129833 -0.001385</w:t>
        <w:br/>
        <w:t>v 0.027585 1.131585 -0.004443</w:t>
        <w:br/>
        <w:t>v 0.051924 1.130732 0.008073</w:t>
        <w:br/>
        <w:t>v 0.053372 1.131982 0.005369</w:t>
        <w:br/>
        <w:t>v 0.071518 1.130997 0.023627</w:t>
        <w:br/>
        <w:t>v 0.073831 1.131933 0.021555</w:t>
        <w:br/>
        <w:t>v 0.082015 1.130550 0.044620</w:t>
        <w:br/>
        <w:t>v 0.084883 1.131967 0.043682</w:t>
        <w:br/>
        <w:t>v 0.085240 1.130388 0.069392</w:t>
        <w:br/>
        <w:t>v 0.088413 1.132164 0.069371</w:t>
        <w:br/>
        <w:t>v 0.080720 1.130184 0.094410</w:t>
        <w:br/>
        <w:t>v 0.083552 1.131600 0.095554</w:t>
        <w:br/>
        <w:t>v 0.068200 1.129531 0.119893</w:t>
        <w:br/>
        <w:t>v 0.070996 1.129946 0.121607</w:t>
        <w:br/>
        <w:t>v 0.025382 1.166669 0.005634</w:t>
        <w:br/>
        <w:t>v -0.000076 1.166596 0.004113</w:t>
        <w:br/>
        <w:t>v -0.000004 1.165663 0.000408</w:t>
        <w:br/>
        <w:t>v 0.025959 1.165663 0.002516</w:t>
        <w:br/>
        <w:t>v 0.052748 1.164572 0.009585</w:t>
        <w:br/>
        <w:t>v 0.051128 1.165510 0.012590</w:t>
        <w:br/>
        <w:t>v 0.072744 1.165295 0.023421</w:t>
        <w:br/>
        <w:t>v 0.070420 1.166245 0.025364</w:t>
        <w:br/>
        <w:t>v 0.083116 1.165766 0.045054</w:t>
        <w:br/>
        <w:t>v 0.080055 1.166616 0.045877</w:t>
        <w:br/>
        <w:t>v 0.086225 1.165576 0.069301</w:t>
        <w:br/>
        <w:t>v 0.082802 1.166497 0.068782</w:t>
        <w:br/>
        <w:t>v 0.081836 1.164640 0.094294</w:t>
        <w:br/>
        <w:t>v 0.078093 1.165138 0.093257</w:t>
        <w:br/>
        <w:t>v 0.069091 1.162815 0.120772</w:t>
        <w:br/>
        <w:t>v 0.066024 1.163451 0.118716</w:t>
        <w:br/>
        <w:t>v -0.026728 1.129774 -0.000887</w:t>
        <w:br/>
        <w:t>v -0.027415 1.131773 -0.003700</w:t>
        <w:br/>
        <w:t>v -0.053046 1.131980 0.005917</w:t>
        <w:br/>
        <w:t>v -0.051701 1.130723 0.008566</w:t>
        <w:br/>
        <w:t>v -0.070525 1.130778 0.024195</w:t>
        <w:br/>
        <w:t>v -0.072807 1.131999 0.022073</w:t>
        <w:br/>
        <w:t>v -0.084936 1.132145 0.043730</w:t>
        <w:br/>
        <w:t>v -0.081824 1.130379 0.045016</w:t>
        <w:br/>
        <w:t>v -0.088719 1.132197 0.069362</w:t>
        <w:br/>
        <w:t>v -0.085414 1.130244 0.068975</w:t>
        <w:br/>
        <w:t>v -0.083928 1.131484 0.095552</w:t>
        <w:br/>
        <w:t>v -0.081012 1.129567 0.094378</w:t>
        <w:br/>
        <w:t>v -0.071073 1.129359 0.121226</w:t>
        <w:br/>
        <w:t>v -0.068576 1.127585 0.119231</w:t>
        <w:br/>
        <w:t>v -0.052931 1.126950 0.139955</w:t>
        <w:br/>
        <w:t>v -0.050952 1.125090 0.137567</w:t>
        <w:br/>
        <w:t>v -0.026800 1.122938 0.149200</w:t>
        <w:br/>
        <w:t>v -0.027596 1.124264 0.152275</w:t>
        <w:br/>
        <w:t>v 0.000111 1.122691 0.153476</w:t>
        <w:br/>
        <w:t>v -0.000000 1.123762 0.156612</w:t>
        <w:br/>
        <w:t>v -0.025633 1.166726 0.005790</w:t>
        <w:br/>
        <w:t>v -0.026160 1.165808 0.002661</w:t>
        <w:br/>
        <w:t>v -0.051124 1.166103 0.012651</w:t>
        <w:br/>
        <w:t>v -0.052599 1.165379 0.009720</w:t>
        <w:br/>
        <w:t>v -0.069873 1.166363 0.025755</w:t>
        <w:br/>
        <w:t>v -0.072371 1.165528 0.023452</w:t>
        <w:br/>
        <w:t>v -0.080186 1.166573 0.046269</w:t>
        <w:br/>
        <w:t>v -0.083347 1.165679 0.045077</w:t>
        <w:br/>
        <w:t>v -0.083412 1.166529 0.069576</w:t>
        <w:br/>
        <w:t>v -0.086458 1.165714 0.069434</w:t>
        <w:br/>
        <w:t>v -0.078543 1.165419 0.093760</w:t>
        <w:br/>
        <w:t>v -0.081923 1.164799 0.094505</w:t>
        <w:br/>
        <w:t>v -0.066445 1.163409 0.116888</w:t>
        <w:br/>
        <w:t>v -0.069446 1.162621 0.118908</w:t>
        <w:br/>
        <w:t>v -0.048520 1.161088 0.134404</w:t>
        <w:br/>
        <w:t>v -0.050639 1.160368 0.137361</w:t>
        <w:br/>
        <w:t>v -0.025300 1.158536 0.145218</w:t>
        <w:br/>
        <w:t>v -0.026008 1.157921 0.148496</w:t>
        <w:br/>
        <w:t>v 0.000120 1.156323 0.149738</w:t>
        <w:br/>
        <w:t>v -0.000000 1.156045 0.153082</w:t>
        <w:br/>
        <w:t>v 0.025885 1.123202 0.148989</w:t>
        <w:br/>
        <w:t>v 0.027876 1.124038 0.152073</w:t>
        <w:br/>
        <w:t>v 0.031641 1.124241 0.149964</w:t>
        <w:br/>
        <w:t>v 0.028336 1.123853 0.148191</w:t>
        <w:br/>
        <w:t>v 0.027914 1.160314 0.146046</w:t>
        <w:br/>
        <w:t>v 0.030377 1.160225 0.148319</w:t>
        <w:br/>
        <w:t>v 0.027937 1.159983 0.150032</w:t>
        <w:br/>
        <w:t>v 0.026734 1.160121 0.146908</w:t>
        <w:br/>
        <w:t>v 0.029247 1.124520 0.145707</w:t>
        <w:br/>
        <w:t>v 0.033051 1.124930 0.146597</w:t>
        <w:br/>
        <w:t>v 0.028011 1.160536 0.145236</w:t>
        <w:br/>
        <w:t>v 0.031920 1.160461 0.145848</w:t>
        <w:br/>
        <w:t>v 0.031619 1.125594 0.142941</w:t>
        <w:br/>
        <w:t>v 0.031035 1.160463 0.142912</w:t>
        <w:br/>
        <w:t>v 0.028423 1.125599 0.141833</w:t>
        <w:br/>
        <w:t>v 0.027838 1.160461 0.141804</w:t>
        <w:br/>
        <w:t>v 0.015421 1.125604 0.142606</w:t>
        <w:br/>
        <w:t>v 0.015621 1.125615 0.145963</w:t>
        <w:br/>
        <w:t>v 0.015593 1.159326 0.145934</w:t>
        <w:br/>
        <w:t>v 0.015381 1.159332 0.142577</w:t>
        <w:br/>
        <w:t>v -0.006259 1.129119 0.151377</w:t>
        <w:br/>
        <w:t>v -0.005368 1.122199 0.153127</w:t>
        <w:br/>
        <w:t>v -0.004935 1.120600 0.150726</w:t>
        <w:br/>
        <w:t>v -0.006052 1.128052 0.148398</w:t>
        <w:br/>
        <w:t>v 0.024346 1.112515 0.158599</w:t>
        <w:br/>
        <w:t>v 0.023874 1.107942 0.158738</w:t>
        <w:br/>
        <w:t>v 0.024669 1.109657 0.164081</w:t>
        <w:br/>
        <w:t>v 0.024784 1.111802 0.161598</w:t>
        <w:br/>
        <w:t>v -0.003690 1.119384 0.158890</w:t>
        <w:br/>
        <w:t>v -0.002818 1.120668 0.161590</w:t>
        <w:br/>
        <w:t>v -0.002903 1.119155 0.163728</w:t>
        <w:br/>
        <w:t>v -0.004146 1.116090 0.159089</w:t>
        <w:br/>
        <w:t>v 0.028241 1.115421 0.164081</w:t>
        <w:br/>
        <w:t>v 0.029010 1.115297 0.167271</w:t>
        <w:br/>
        <w:t>v 0.032664 1.118566 0.166352</w:t>
        <w:br/>
        <w:t>v 0.030716 1.118086 0.162642</w:t>
        <w:br/>
        <w:t>v 0.010886 1.141635 0.160428</w:t>
        <w:br/>
        <w:t>v 0.010957 1.142367 0.163710</w:t>
        <w:br/>
        <w:t>v 0.003674 1.134562 0.165028</w:t>
        <w:br/>
        <w:t>v 0.003878 1.134157 0.161696</w:t>
        <w:br/>
        <w:t>v 0.035662 1.122005 0.160883</w:t>
        <w:br/>
        <w:t>v 0.037974 1.122448 0.163853</w:t>
        <w:br/>
        <w:t>v 0.042874 1.125154 0.160225</w:t>
        <w:br/>
        <w:t>v 0.040564 1.124481 0.157331</w:t>
        <w:br/>
        <w:t>v 0.020857 1.149411 0.158010</w:t>
        <w:br/>
        <w:t>v 0.029060 1.154216 0.155003</w:t>
        <w:br/>
        <w:t>v 0.030272 1.154827 0.157965</w:t>
        <w:br/>
        <w:t>v 0.021268 1.150273 0.161233</w:t>
        <w:br/>
        <w:t>v 0.043025 1.125854 0.154440</w:t>
        <w:br/>
        <w:t>v 0.046130 1.126375 0.156157</w:t>
        <w:br/>
        <w:t>v 0.048896 1.126811 0.149774</w:t>
        <w:br/>
        <w:t>v 0.045180 1.126477 0.148210</w:t>
        <w:br/>
        <w:t>v 0.041029 1.158920 0.146917</w:t>
        <w:br/>
        <w:t>v 0.043380 1.158926 0.149315</w:t>
        <w:br/>
        <w:t>v 0.036367 1.157272 0.154582</w:t>
        <w:br/>
        <w:t>v 0.034439 1.156704 0.151695</w:t>
        <w:br/>
        <w:t>v -0.000749 1.125874 0.161759</w:t>
        <w:br/>
        <w:t>v -0.000900 1.125494 0.165112</w:t>
        <w:br/>
        <w:t>v 0.026214 1.112596 0.166559</w:t>
        <w:br/>
        <w:t>v 0.026441 1.113559 0.163118</w:t>
        <w:br/>
        <w:t>v 0.060900 1.128597 0.133945</w:t>
        <w:br/>
        <w:t>v 0.058781 1.128301 0.131626</w:t>
        <w:br/>
        <w:t>v 0.048922 1.127673 0.141016</w:t>
        <w:br/>
        <w:t>v 0.052056 1.127238 0.143414</w:t>
        <w:br/>
        <w:t>v -0.004892 1.117814 0.153935</w:t>
        <w:br/>
        <w:t>v -0.004612 1.120743 0.155561</w:t>
        <w:br/>
        <w:t>v 0.023872 1.113280 0.155981</w:t>
        <w:br/>
        <w:t>v 0.023326 1.110765 0.153665</w:t>
        <w:br/>
        <w:t>v 0.059382 1.161716 0.133424</w:t>
        <w:br/>
        <w:t>v 0.056535 1.162011 0.131254</w:t>
        <w:br/>
        <w:t>v 0.021857 1.122725 0.152443</w:t>
        <w:br/>
        <w:t>v 0.021936 1.121381 0.149039</w:t>
        <w:br/>
        <w:t>v 0.027585 1.131585 -0.004443</w:t>
        <w:br/>
        <w:t>v 0.053372 1.131982 0.005369</w:t>
        <w:br/>
        <w:t>v -0.026160 1.165808 0.002661</w:t>
        <w:br/>
        <w:t>v -0.006259 1.129119 0.151377</w:t>
        <w:br/>
        <w:t>v 0.007524 1.130500 0.151547</w:t>
        <w:br/>
        <w:t>v 0.020885 1.131859 0.151086</w:t>
        <w:br/>
        <w:t>v 0.020837 1.131026 0.147710</w:t>
        <w:br/>
        <w:t>v 0.020885 1.131859 0.151086</w:t>
        <w:br/>
        <w:t>v 0.061133 1.155909 0.147888</w:t>
        <w:br/>
        <w:t>v 0.062360 1.142347 0.147913</w:t>
        <w:br/>
        <w:t>v 0.052304 1.142347 0.147740</w:t>
        <w:br/>
        <w:t>v 0.051841 1.152210 0.147728</w:t>
        <w:br/>
        <w:t>v 0.051841 1.132485 0.147728</w:t>
        <w:br/>
        <w:t>v 0.061133 1.128785 0.147888</w:t>
        <w:br/>
        <w:t>v 0.052353 1.142347 0.144884</w:t>
        <w:br/>
        <w:t>v 0.062409 1.142347 0.145056</w:t>
        <w:br/>
        <w:t>v 0.061183 1.155909 0.145030</w:t>
        <w:br/>
        <w:t>v 0.051891 1.152210 0.144871</w:t>
        <w:br/>
        <w:t>v 0.051891 1.132485 0.144871</w:t>
        <w:br/>
        <w:t>v 0.061183 1.128785 0.145031</w:t>
        <w:br/>
        <w:t>v 0.052304 1.142347 0.147740</w:t>
        <w:br/>
        <w:t>v 0.052353 1.142347 0.144884</w:t>
        <w:br/>
        <w:t>v 0.051891 1.152210 0.144871</w:t>
        <w:br/>
        <w:t>v 0.051841 1.152210 0.147728</w:t>
        <w:br/>
        <w:t>v 0.061133 1.155909 0.147888</w:t>
        <w:br/>
        <w:t>v 0.061183 1.155909 0.145030</w:t>
        <w:br/>
        <w:t>v 0.062409 1.142347 0.145056</w:t>
        <w:br/>
        <w:t>v 0.062360 1.142347 0.147913</w:t>
        <w:br/>
        <w:t>v 0.051841 1.132485 0.147728</w:t>
        <w:br/>
        <w:t>v 0.051891 1.132485 0.144871</w:t>
        <w:br/>
        <w:t>v 0.061183 1.128785 0.145031</w:t>
        <w:br/>
        <w:t>v 0.061133 1.128785 0.147888</w:t>
        <w:br/>
        <w:t>v 0.030542 1.122744 0.147386</w:t>
        <w:br/>
        <w:t>v 0.022325 1.116173 0.147236</w:t>
        <w:br/>
        <w:t>v 0.022325 1.167878 0.147236</w:t>
        <w:br/>
        <w:t>v 0.030542 1.161307 0.147386</w:t>
        <w:br/>
        <w:t>v 0.049709 1.122738 0.147718</w:t>
        <w:br/>
        <w:t>v 0.057524 1.116156 0.147839</w:t>
        <w:br/>
        <w:t>v 0.049710 1.161314 0.147718</w:t>
        <w:br/>
        <w:t>v 0.057526 1.167896 0.147839</w:t>
        <w:br/>
        <w:t>v 0.030592 1.161307 0.144480</w:t>
        <w:br/>
        <w:t>v 0.022375 1.167878 0.144348</w:t>
        <w:br/>
        <w:t>v 0.022375 1.116173 0.144349</w:t>
        <w:br/>
        <w:t>v 0.030592 1.122744 0.144480</w:t>
        <w:br/>
        <w:t>v 0.057574 1.116156 0.144955</w:t>
        <w:br/>
        <w:t>v 0.049759 1.122738 0.144808</w:t>
        <w:br/>
        <w:t>v 0.057575 1.167896 0.144956</w:t>
        <w:br/>
        <w:t>v 0.049761 1.161314 0.144808</w:t>
        <w:br/>
        <w:t>v 0.030592 1.161307 0.144480</w:t>
        <w:br/>
        <w:t>v 0.030592 1.122744 0.144480</w:t>
        <w:br/>
        <w:t>v 0.030542 1.122744 0.147386</w:t>
        <w:br/>
        <w:t>v 0.030542 1.161307 0.147386</w:t>
        <w:br/>
        <w:t>v 0.022325 1.167878 0.147236</w:t>
        <w:br/>
        <w:t>v 0.022325 1.116173 0.147236</w:t>
        <w:br/>
        <w:t>v 0.022375 1.116173 0.144349</w:t>
        <w:br/>
        <w:t>v 0.022375 1.167878 0.144348</w:t>
        <w:br/>
        <w:t>v 0.049759 1.122738 0.144808</w:t>
        <w:br/>
        <w:t>v 0.049709 1.122738 0.147718</w:t>
        <w:br/>
        <w:t>v 0.030542 1.122744 0.147386</w:t>
        <w:br/>
        <w:t>v 0.030592 1.122744 0.144480</w:t>
        <w:br/>
        <w:t>v 0.057574 1.116156 0.144955</w:t>
        <w:br/>
        <w:t>v 0.022375 1.116173 0.144349</w:t>
        <w:br/>
        <w:t>v 0.022325 1.116173 0.147236</w:t>
        <w:br/>
        <w:t>v 0.057524 1.116156 0.147839</w:t>
        <w:br/>
        <w:t>v 0.057526 1.167896 0.147839</w:t>
        <w:br/>
        <w:t>v 0.057575 1.167896 0.144956</w:t>
        <w:br/>
        <w:t>v 0.049761 1.161314 0.144808</w:t>
        <w:br/>
        <w:t>v 0.049710 1.161314 0.147718</w:t>
        <w:br/>
        <w:t>v 0.030592 1.161307 0.144480</w:t>
        <w:br/>
        <w:t>v 0.030542 1.161307 0.147386</w:t>
        <w:br/>
        <w:t>v 0.049710 1.161314 0.147718</w:t>
        <w:br/>
        <w:t>v 0.049761 1.161314 0.144808</w:t>
        <w:br/>
        <w:t>v 0.022325 1.167878 0.147236</w:t>
        <w:br/>
        <w:t>v 0.022375 1.167878 0.144348</w:t>
        <w:br/>
        <w:t>v 0.057575 1.167896 0.144956</w:t>
        <w:br/>
        <w:t>v 0.057526 1.167896 0.147839</w:t>
        <w:br/>
        <w:t>v 0.049709 1.122738 0.147718</w:t>
        <w:br/>
        <w:t>v 0.049759 1.122738 0.144808</w:t>
        <w:br/>
        <w:t>v 0.057524 1.116156 0.147839</w:t>
        <w:br/>
        <w:t>v 0.057574 1.116156 0.144955</w:t>
        <w:br/>
        <w:t>v 0.070343 1.141156 0.148323</w:t>
        <w:br/>
        <w:t>v 0.062309 1.141156 0.151083</w:t>
        <w:br/>
        <w:t>v 0.062707 1.143412 0.148300</w:t>
        <w:br/>
        <w:t>v 0.056331 1.146721 0.148297</w:t>
        <w:br/>
        <w:t>v 0.055748 1.141156 0.152123</w:t>
        <w:br/>
        <w:t>v 0.044458 1.141155 0.152465</w:t>
        <w:br/>
        <w:t>v 0.044902 1.145579 0.148523</w:t>
        <w:br/>
        <w:t>v 0.070343 1.141156 0.148323</w:t>
        <w:br/>
        <w:t>v 0.062707 1.138901 0.148300</w:t>
        <w:br/>
        <w:t>v 0.062309 1.141156 0.151083</w:t>
        <w:br/>
        <w:t>v 0.056331 1.135591 0.148298</w:t>
        <w:br/>
        <w:t>v 0.055748 1.141156 0.152123</w:t>
        <w:br/>
        <w:t>v 0.044902 1.136736 0.148523</w:t>
        <w:br/>
        <w:t>v 0.044458 1.141155 0.152465</w:t>
        <w:br/>
        <w:t>v 0.044902 1.145579 0.148523</w:t>
        <w:br/>
        <w:t>v 0.044902 1.136736 0.148523</w:t>
        <w:br/>
        <w:t>v 0.056331 1.135591 0.148298</w:t>
        <w:br/>
        <w:t>v 0.056331 1.146721 0.148297</w:t>
        <w:br/>
        <w:t>v 0.062707 1.138901 0.148300</w:t>
        <w:br/>
        <w:t>v 0.062707 1.143412 0.148300</w:t>
        <w:br/>
        <w:t>v 0.070343 1.141156 0.148323</w:t>
        <w:br/>
        <w:t>v 0.032479 1.145154 0.149189</w:t>
        <w:br/>
        <w:t>v 0.032520 1.141155 0.153102</w:t>
        <w:br/>
        <w:t>v 0.032478 1.137164 0.149189</w:t>
        <w:br/>
        <w:t>v 0.032520 1.141155 0.153102</w:t>
        <w:br/>
        <w:t>v 0.032478 1.137164 0.149189</w:t>
        <w:br/>
        <w:t>v 0.032479 1.145154 0.149189</w:t>
        <w:br/>
        <w:t>v 0.052393 1.141298 0.141666</w:t>
        <w:br/>
        <w:t>v 0.052032 1.141361 0.143463</w:t>
        <w:br/>
        <w:t>v 0.051183 1.144311 0.143942</w:t>
        <w:br/>
        <w:t>v 0.051820 1.143850 0.141846</w:t>
        <w:br/>
        <w:t>v 0.050840 1.146132 0.142684</w:t>
        <w:br/>
        <w:t>v 0.049759 1.146653 0.145407</w:t>
        <w:br/>
        <w:t>v 0.049548 1.147921 0.144100</w:t>
        <w:br/>
        <w:t>v 0.048070 1.149042 0.145952</w:t>
        <w:br/>
        <w:t>v 0.048577 1.147548 0.146888</w:t>
        <w:br/>
        <w:t>v 0.047363 1.147821 0.148573</w:t>
        <w:br/>
        <w:t>v 0.046551 1.149384 0.148061</w:t>
        <w:br/>
        <w:t>v 0.045771 1.146954 0.151096</w:t>
        <w:br/>
        <w:t>v 0.045139 1.148914 0.150219</w:t>
        <w:br/>
        <w:t>v 0.043974 1.147680 0.152216</w:t>
        <w:br/>
        <w:t>v 0.044661 1.144959 0.153205</w:t>
        <w:br/>
        <w:t>v 0.043169 1.145800 0.153858</w:t>
        <w:br/>
        <w:t>v 0.042802 1.143461 0.154981</w:t>
        <w:br/>
        <w:t>v 0.044412 1.142062 0.154300</w:t>
        <w:br/>
        <w:t>v 0.042910 1.140889 0.155476</w:t>
        <w:br/>
        <w:t>v 0.043482 1.138337 0.155295</w:t>
        <w:br/>
        <w:t>v 0.044912 1.138994 0.154355</w:t>
        <w:br/>
        <w:t>v 0.046211 1.136457 0.153119</w:t>
        <w:br/>
        <w:t>v 0.044462 1.136055 0.154457</w:t>
        <w:br/>
        <w:t>v 0.045755 1.134266 0.153042</w:t>
        <w:br/>
        <w:t>v 0.047910 1.134846 0.151073</w:t>
        <w:br/>
        <w:t>v 0.047233 1.133146 0.151190</w:t>
        <w:br/>
        <w:t>v 0.049686 1.134760 0.148525</w:t>
        <w:br/>
        <w:t>v 0.048752 1.132804 0.149081</w:t>
        <w:br/>
        <w:t>v 0.050164 1.133273 0.146922</w:t>
        <w:br/>
        <w:t>v 0.051329 1.134507 0.144925</w:t>
        <w:br/>
        <w:t>v 0.051182 1.135934 0.146067</w:t>
        <w:br/>
        <w:t>v 0.052134 1.136386 0.143285</w:t>
        <w:br/>
        <w:t>v 0.051972 1.138371 0.144308</w:t>
        <w:br/>
        <w:t>v 0.052501 1.138726 0.142162</w:t>
        <w:br/>
        <w:t>v 0.050487 1.141216 0.144441</w:t>
        <w:br/>
        <w:t>v 0.050145 1.142742 0.144548</w:t>
        <w:br/>
        <w:t>v 0.049559 1.144107 0.145050</w:t>
        <w:br/>
        <w:t>v 0.048786 1.145177 0.145897</w:t>
        <w:br/>
        <w:t>v 0.047901 1.145847 0.147005</w:t>
        <w:br/>
        <w:t>v 0.046993 1.146052 0.148265</w:t>
        <w:br/>
        <w:t>v 0.046149 1.145771 0.149557</w:t>
        <w:br/>
        <w:t>v 0.045452 1.145033 0.150752</w:t>
        <w:br/>
        <w:t>v 0.044970 1.143909 0.151733</w:t>
        <w:br/>
        <w:t>v 0.044751 1.142510 0.152405</w:t>
        <w:br/>
        <w:t>v 0.044815 1.140971 0.152701</w:t>
        <w:br/>
        <w:t>v 0.045158 1.139444 0.152593</w:t>
        <w:br/>
        <w:t>v 0.045744 1.138079 0.152091</w:t>
        <w:br/>
        <w:t>v 0.046517 1.137009 0.151246</w:t>
        <w:br/>
        <w:t>v 0.047401 1.136340 0.150137</w:t>
        <w:br/>
        <w:t>v 0.048310 1.136135 0.148876</w:t>
        <w:br/>
        <w:t>v 0.049155 1.136415 0.147585</w:t>
        <w:br/>
        <w:t>v 0.049851 1.137154 0.146390</w:t>
        <w:br/>
        <w:t>v 0.050333 1.138278 0.145409</w:t>
        <w:br/>
        <w:t>v 0.050553 1.139677 0.144738</w:t>
        <w:br/>
        <w:t>v 0.048881 1.143334 0.139813</w:t>
        <w:br/>
        <w:t>v 0.049454 1.140782 0.139633</w:t>
        <w:br/>
        <w:t>v 0.052393 1.141298 0.141666</w:t>
        <w:br/>
        <w:t>v 0.051820 1.143850 0.141846</w:t>
        <w:br/>
        <w:t>v 0.050840 1.146132 0.142684</w:t>
        <w:br/>
        <w:t>v 0.047901 1.145616 0.140651</w:t>
        <w:br/>
        <w:t>v 0.048070 1.149042 0.145952</w:t>
        <w:br/>
        <w:t>v 0.046551 1.149384 0.148061</w:t>
        <w:br/>
        <w:t>v 0.043612 1.148869 0.146027</w:t>
        <w:br/>
        <w:t>v 0.045130 1.148526 0.143919</w:t>
        <w:br/>
        <w:t>v 0.042910 1.140889 0.155476</w:t>
        <w:br/>
        <w:t>v 0.039971 1.140374 0.153443</w:t>
        <w:br/>
        <w:t>v 0.039863 1.142945 0.152947</w:t>
        <w:br/>
        <w:t>v 0.042802 1.143461 0.154981</w:t>
        <w:br/>
        <w:t>v 0.040544 1.137822 0.153262</w:t>
        <w:br/>
        <w:t>v 0.043482 1.138337 0.155295</w:t>
        <w:br/>
        <w:t>v 0.044462 1.136055 0.154457</w:t>
        <w:br/>
        <w:t>v 0.041524 1.135540 0.152424</w:t>
        <w:br/>
        <w:t>v 0.048752 1.132804 0.149081</w:t>
        <w:br/>
        <w:t>v 0.045813 1.132288 0.147047</w:t>
        <w:br/>
        <w:t>v 0.044294 1.132630 0.149156</w:t>
        <w:br/>
        <w:t>v 0.047233 1.133146 0.151190</w:t>
        <w:br/>
        <w:t>v 0.050164 1.133273 0.146922</w:t>
        <w:br/>
        <w:t>v 0.047225 1.132757 0.144889</w:t>
        <w:br/>
        <w:t>v 0.048390 1.133992 0.142891</w:t>
        <w:br/>
        <w:t>v 0.051329 1.134507 0.144925</w:t>
        <w:br/>
        <w:t>v 0.050487 1.141216 0.144441</w:t>
        <w:br/>
        <w:t>v 0.047548 1.140701 0.142407</w:t>
        <w:br/>
        <w:t>v 0.047206 1.142227 0.142515</w:t>
        <w:br/>
        <w:t>v 0.050145 1.142742 0.144548</w:t>
        <w:br/>
        <w:t>v 0.043209 1.145256 0.147523</w:t>
        <w:br/>
        <w:t>v 0.042513 1.144518 0.148719</w:t>
        <w:br/>
        <w:t>v 0.045452 1.145033 0.150752</w:t>
        <w:br/>
        <w:t>v 0.046149 1.145771 0.149557</w:t>
        <w:br/>
        <w:t>v 0.042031 1.143393 0.149700</w:t>
        <w:br/>
        <w:t>v 0.044970 1.143909 0.151733</w:t>
        <w:br/>
        <w:t>v 0.043578 1.136494 0.149212</w:t>
        <w:br/>
        <w:t>v 0.046517 1.137009 0.151246</w:t>
        <w:br/>
        <w:t>v 0.045744 1.138079 0.152091</w:t>
        <w:br/>
        <w:t>v 0.042805 1.137564 0.150058</w:t>
        <w:br/>
        <w:t>v 0.044462 1.135824 0.148104</w:t>
        <w:br/>
        <w:t>v 0.047401 1.136340 0.150137</w:t>
        <w:br/>
        <w:t>v 0.046215 1.135900 0.145551</w:t>
        <w:br/>
        <w:t>v 0.049155 1.136415 0.147585</w:t>
        <w:br/>
        <w:t>v 0.048310 1.136135 0.148876</w:t>
        <w:br/>
        <w:t>v 0.045371 1.135619 0.146843</w:t>
        <w:br/>
        <w:t>v 0.050553 1.139677 0.144738</w:t>
        <w:br/>
        <w:t>v 0.047613 1.139162 0.142704</w:t>
        <w:br/>
        <w:t>v 0.047060 1.143589 0.141090</w:t>
        <w:br/>
        <w:t>v 0.047909 1.140638 0.140611</w:t>
        <w:br/>
        <w:t>v 0.049454 1.140782 0.139633</w:t>
        <w:br/>
        <w:t>v 0.048881 1.143334 0.139813</w:t>
        <w:br/>
        <w:t>v 0.047901 1.145616 0.140651</w:t>
        <w:br/>
        <w:t>v 0.046609 1.147406 0.142067</w:t>
        <w:br/>
        <w:t>v 0.045636 1.145930 0.142555</w:t>
        <w:br/>
        <w:t>v 0.044454 1.146825 0.144035</w:t>
        <w:br/>
        <w:t>v 0.045130 1.148526 0.143919</w:t>
        <w:br/>
        <w:t>v 0.043612 1.148869 0.146027</w:t>
        <w:br/>
        <w:t>v 0.043240 1.147099 0.145721</w:t>
        <w:br/>
        <w:t>v 0.042200 1.148399 0.148186</w:t>
        <w:br/>
        <w:t>v 0.041648 1.146231 0.148244</w:t>
        <w:br/>
        <w:t>v 0.041035 1.147164 0.150183</w:t>
        <w:br/>
        <w:t>v 0.040229 1.145285 0.151824</w:t>
        <w:br/>
        <w:t>v 0.040538 1.144236 0.150352</w:t>
        <w:br/>
        <w:t>v 0.039863 1.142945 0.152947</w:t>
        <w:br/>
        <w:t>v 0.040288 1.141338 0.151448</w:t>
        <w:br/>
        <w:t>v 0.039971 1.140374 0.153443</w:t>
        <w:br/>
        <w:t>v 0.040789 1.138272 0.151501</w:t>
        <w:br/>
        <w:t>v 0.040544 1.137822 0.153262</w:t>
        <w:br/>
        <w:t>v 0.042089 1.135733 0.150266</w:t>
        <w:br/>
        <w:t>v 0.041524 1.135540 0.152424</w:t>
        <w:br/>
        <w:t>v 0.042816 1.133751 0.151009</w:t>
        <w:br/>
        <w:t>v 0.044294 1.132630 0.149156</w:t>
        <w:br/>
        <w:t>v 0.043786 1.134123 0.148221</w:t>
        <w:br/>
        <w:t>v 0.045564 1.134037 0.145673</w:t>
        <w:br/>
        <w:t>v 0.045813 1.132288 0.147047</w:t>
        <w:br/>
        <w:t>v 0.047225 1.132757 0.144889</w:t>
        <w:br/>
        <w:t>v 0.047059 1.135211 0.143214</w:t>
        <w:br/>
        <w:t>v 0.048390 1.133992 0.142891</w:t>
        <w:br/>
        <w:t>v 0.047849 1.137648 0.141455</w:t>
        <w:br/>
        <w:t>v 0.049195 1.135871 0.141251</w:t>
        <w:br/>
        <w:t>v 0.049561 1.138211 0.140128</w:t>
        <w:br/>
        <w:t>v 0.047206 1.142227 0.142515</w:t>
        <w:br/>
        <w:t>v 0.047548 1.140701 0.142407</w:t>
        <w:br/>
        <w:t>v 0.046619 1.143592 0.143017</w:t>
        <w:br/>
        <w:t>v 0.045846 1.144662 0.143863</w:t>
        <w:br/>
        <w:t>v 0.044962 1.145332 0.144970</w:t>
        <w:br/>
        <w:t>v 0.044054 1.145537 0.146232</w:t>
        <w:br/>
        <w:t>v 0.043209 1.145256 0.147523</w:t>
        <w:br/>
        <w:t>v 0.042513 1.144518 0.148719</w:t>
        <w:br/>
        <w:t>v 0.042031 1.143393 0.149700</w:t>
        <w:br/>
        <w:t>v 0.041811 1.141994 0.150371</w:t>
        <w:br/>
        <w:t>v 0.041876 1.140455 0.150667</w:t>
        <w:br/>
        <w:t>v 0.042219 1.138929 0.150560</w:t>
        <w:br/>
        <w:t>v 0.042805 1.137564 0.150058</w:t>
        <w:br/>
        <w:t>v 0.043578 1.136494 0.149212</w:t>
        <w:br/>
        <w:t>v 0.044462 1.135824 0.148104</w:t>
        <w:br/>
        <w:t>v 0.045371 1.135619 0.146843</w:t>
        <w:br/>
        <w:t>v 0.046215 1.135900 0.145551</w:t>
        <w:br/>
        <w:t>v 0.046912 1.136638 0.144357</w:t>
        <w:br/>
        <w:t>v 0.047393 1.137763 0.143376</w:t>
        <w:br/>
        <w:t>v 0.047613 1.139162 0.142704</w:t>
        <w:br/>
        <w:t>v 0.049548 1.147921 0.144100</w:t>
        <w:br/>
        <w:t>v 0.046609 1.147406 0.142067</w:t>
        <w:br/>
        <w:t>v 0.046551 1.149384 0.148061</w:t>
        <w:br/>
        <w:t>v 0.045139 1.148914 0.150219</w:t>
        <w:br/>
        <w:t>v 0.042200 1.148399 0.148186</w:t>
        <w:br/>
        <w:t>v 0.043612 1.148869 0.146027</w:t>
        <w:br/>
        <w:t>v 0.043974 1.147680 0.152216</w:t>
        <w:br/>
        <w:t>v 0.041035 1.147164 0.150183</w:t>
        <w:br/>
        <w:t>v 0.043169 1.145800 0.153858</w:t>
        <w:br/>
        <w:t>v 0.040229 1.145285 0.151824</w:t>
        <w:br/>
        <w:t>v 0.045755 1.134266 0.153042</w:t>
        <w:br/>
        <w:t>v 0.042816 1.133751 0.151009</w:t>
        <w:br/>
        <w:t>v 0.052134 1.136386 0.143285</w:t>
        <w:br/>
        <w:t>v 0.049195 1.135871 0.141251</w:t>
        <w:br/>
        <w:t>v 0.052501 1.138726 0.142162</w:t>
        <w:br/>
        <w:t>v 0.049561 1.138211 0.140128</w:t>
        <w:br/>
        <w:t>v 0.049559 1.144107 0.145050</w:t>
        <w:br/>
        <w:t>v 0.046619 1.143592 0.143017</w:t>
        <w:br/>
        <w:t>v 0.045846 1.144662 0.143863</w:t>
        <w:br/>
        <w:t>v 0.048786 1.145177 0.145897</w:t>
        <w:br/>
        <w:t>v 0.044962 1.145332 0.144970</w:t>
        <w:br/>
        <w:t>v 0.047901 1.145847 0.147005</w:t>
        <w:br/>
        <w:t>v 0.046993 1.146052 0.148265</w:t>
        <w:br/>
        <w:t>v 0.044054 1.145537 0.146232</w:t>
        <w:br/>
        <w:t>v 0.046993 1.146052 0.148265</w:t>
        <w:br/>
        <w:t>v 0.044054 1.145537 0.146232</w:t>
        <w:br/>
        <w:t>v 0.041811 1.141994 0.150371</w:t>
        <w:br/>
        <w:t>v 0.044751 1.142510 0.152405</w:t>
        <w:br/>
        <w:t>v 0.041876 1.140455 0.150667</w:t>
        <w:br/>
        <w:t>v 0.044815 1.140971 0.152701</w:t>
        <w:br/>
        <w:t>v 0.042219 1.138929 0.150560</w:t>
        <w:br/>
        <w:t>v 0.045158 1.139444 0.152593</w:t>
        <w:br/>
        <w:t>v 0.046912 1.136638 0.144357</w:t>
        <w:br/>
        <w:t>v 0.049851 1.137154 0.146390</w:t>
        <w:br/>
        <w:t>v 0.047393 1.137763 0.143376</w:t>
        <w:br/>
        <w:t>v 0.050333 1.138278 0.145409</w:t>
        <w:br/>
        <w:t>v 0.064855 1.135071 0.117176</w:t>
        <w:br/>
        <w:t>v 0.066089 1.128861 0.117904</w:t>
        <w:br/>
        <w:t>v 0.068744 1.129246 0.111167</w:t>
        <w:br/>
        <w:t>v 0.068386 1.135924 0.109944</w:t>
        <w:br/>
        <w:t>v 0.074167 1.128160 0.123315</w:t>
        <w:br/>
        <w:t>v 0.077197 1.136001 0.116576</w:t>
        <w:br/>
        <w:t>v 0.077320 1.128600 0.117148</w:t>
        <w:br/>
        <w:t>v 0.067852 1.126663 0.119088</w:t>
        <w:br/>
        <w:t>v 0.070641 1.126204 0.112391</w:t>
        <w:br/>
        <w:t>v 0.059755 1.165411 0.127886</w:t>
        <w:br/>
        <w:t>v 0.058155 1.162159 0.126147</w:t>
        <w:br/>
        <w:t>v 0.063693 1.162066 0.118020</w:t>
        <w:br/>
        <w:t>v 0.065582 1.164382 0.119415</w:t>
        <w:br/>
        <w:t>v 0.071118 1.125391 0.120637</w:t>
        <w:br/>
        <w:t>v 0.067276 1.124671 0.127727</w:t>
        <w:br/>
        <w:t>v 0.070171 1.127657 0.130340</w:t>
        <w:br/>
        <w:t>v 0.072451 1.167320 0.111831</w:t>
        <w:br/>
        <w:t>v 0.074628 1.166313 0.113066</w:t>
        <w:br/>
        <w:t>v 0.069694 1.164274 0.122299</w:t>
        <w:br/>
        <w:t>v 0.067850 1.165069 0.121261</w:t>
        <w:br/>
        <w:t>v 0.067821 1.156531 0.108965</w:t>
        <w:br/>
        <w:t>v 0.068299 1.163296 0.109235</w:t>
        <w:br/>
        <w:t>v 0.063305 1.155650 0.117045</w:t>
        <w:br/>
        <w:t>v 0.066028 1.162964 0.131616</w:t>
        <w:br/>
        <w:t>v 0.071172 1.161855 0.123213</w:t>
        <w:br/>
        <w:t>v 0.067374 1.155575 0.131231</w:t>
        <w:br/>
        <w:t>v 0.062334 1.128381 0.124327</w:t>
        <w:br/>
        <w:t>v 0.061022 1.135137 0.123997</w:t>
        <w:br/>
        <w:t>v 0.070380 1.135139 0.130670</w:t>
        <w:br/>
        <w:t>v 0.064672 1.125513 0.125837</w:t>
        <w:br/>
        <w:t>v 0.070064 1.165975 0.110143</w:t>
        <w:br/>
        <w:t>v 0.074002 1.124856 0.114868</w:t>
        <w:br/>
        <w:t>v 0.063992 1.165654 0.130912</w:t>
        <w:br/>
        <w:t>v 0.058345 1.155557 0.125109</w:t>
        <w:br/>
        <w:t>v 0.076334 1.156520 0.114456</w:t>
        <w:br/>
        <w:t>v 0.071046 1.130938 0.112097</w:t>
        <w:br/>
        <w:t>v 0.064036 1.129419 0.126242</w:t>
        <w:br/>
        <w:t>v 0.063280 1.135265 0.125870</w:t>
        <w:br/>
        <w:t>v 0.070664 1.136112 0.111438</w:t>
        <w:br/>
        <w:t>v 0.067879 1.134902 0.129058</w:t>
        <w:br/>
        <w:t>v 0.068066 1.128681 0.129169</w:t>
        <w:br/>
        <w:t>v 0.075667 1.129383 0.115510</w:t>
        <w:br/>
        <w:t>v 0.075181 1.135327 0.114755</w:t>
        <w:br/>
        <w:t>v 0.066684 1.127107 0.128000</w:t>
        <w:br/>
        <w:t>v 0.065564 1.127795 0.127097</w:t>
        <w:br/>
        <w:t>v 0.071907 1.128544 0.112729</w:t>
        <w:br/>
        <w:t>v 0.073799 1.127221 0.113999</w:t>
        <w:br/>
        <w:t>v 0.062066 1.163733 0.130111</w:t>
        <w:br/>
        <w:t>v 0.072991 1.164418 0.111751</w:t>
        <w:br/>
        <w:t>v 0.071020 1.163946 0.110641</w:t>
        <w:br/>
        <w:t>v 0.060317 1.163315 0.128888</w:t>
        <w:br/>
        <w:t>v 0.066684 1.127107 0.128000</w:t>
        <w:br/>
        <w:t>v 0.073799 1.127221 0.113999</w:t>
        <w:br/>
        <w:t>v 0.074346 1.162327 0.113000</w:t>
        <w:br/>
        <w:t>v 0.072991 1.164418 0.111751</w:t>
        <w:br/>
        <w:t>v 0.062066 1.163733 0.130111</w:t>
        <w:br/>
        <w:t>v 0.063711 1.161627 0.130533</w:t>
        <w:br/>
        <w:t>v 0.070306 1.161986 0.109922</w:t>
        <w:br/>
        <w:t>v 0.070178 1.156770 0.110224</w:t>
        <w:br/>
        <w:t>v 0.060580 1.155742 0.126926</w:t>
        <w:br/>
        <w:t>v 0.059676 1.161212 0.127937</w:t>
        <w:br/>
        <w:t>v 0.064871 1.155329 0.129847</w:t>
        <w:br/>
        <w:t>v 0.073963 1.156274 0.113029</w:t>
        <w:br/>
        <w:t>v 0.070664 1.136112 0.111438</w:t>
        <w:br/>
        <w:t>v 0.068386 1.135924 0.109944</w:t>
        <w:br/>
        <w:t>v 0.068744 1.129246 0.111167</w:t>
        <w:br/>
        <w:t>v 0.071046 1.130938 0.112097</w:t>
        <w:br/>
        <w:t>v 0.077197 1.136001 0.116576</w:t>
        <w:br/>
        <w:t>v 0.075181 1.135327 0.114755</w:t>
        <w:br/>
        <w:t>v 0.075667 1.129383 0.115510</w:t>
        <w:br/>
        <w:t>v 0.077320 1.128600 0.117148</w:t>
        <w:br/>
        <w:t>v 0.070641 1.126204 0.112391</w:t>
        <w:br/>
        <w:t>v 0.071907 1.128544 0.112729</w:t>
        <w:br/>
        <w:t>v 0.059755 1.165411 0.127886</w:t>
        <w:br/>
        <w:t>v 0.060317 1.163315 0.128888</w:t>
        <w:br/>
        <w:t>v 0.059676 1.161212 0.127937</w:t>
        <w:br/>
        <w:t>v 0.058155 1.162159 0.126147</w:t>
        <w:br/>
        <w:t>v 0.067276 1.124671 0.127727</w:t>
        <w:br/>
        <w:t>v 0.066684 1.127107 0.128000</w:t>
        <w:br/>
        <w:t>v 0.068066 1.128681 0.129169</w:t>
        <w:br/>
        <w:t>v 0.070171 1.127657 0.130340</w:t>
        <w:br/>
        <w:t>v 0.076234 1.163494 0.114515</w:t>
        <w:br/>
        <w:t>v 0.074628 1.166313 0.113066</w:t>
        <w:br/>
        <w:t>v 0.072991 1.164418 0.111751</w:t>
        <w:br/>
        <w:t>v 0.074346 1.162327 0.113000</w:t>
        <w:br/>
        <w:t>v 0.070306 1.161986 0.109922</w:t>
        <w:br/>
        <w:t>v 0.068299 1.163296 0.109235</w:t>
        <w:br/>
        <w:t>v 0.067821 1.156531 0.108965</w:t>
        <w:br/>
        <w:t>v 0.070178 1.156770 0.110224</w:t>
        <w:br/>
        <w:t>v 0.066028 1.162964 0.131616</w:t>
        <w:br/>
        <w:t>v 0.067374 1.155575 0.131231</w:t>
        <w:br/>
        <w:t>v 0.064871 1.155329 0.129847</w:t>
        <w:br/>
        <w:t>v 0.063711 1.161627 0.130533</w:t>
        <w:br/>
        <w:t>v 0.063280 1.135265 0.125870</w:t>
        <w:br/>
        <w:t>v 0.064036 1.129419 0.126242</w:t>
        <w:br/>
        <w:t>v 0.062334 1.128381 0.124327</w:t>
        <w:br/>
        <w:t>v 0.061022 1.135137 0.123997</w:t>
        <w:br/>
        <w:t>v 0.067879 1.134902 0.129058</w:t>
        <w:br/>
        <w:t>v 0.070380 1.135139 0.130670</w:t>
        <w:br/>
        <w:t>v 0.064672 1.125513 0.125837</w:t>
        <w:br/>
        <w:t>v 0.065564 1.127795 0.127097</w:t>
        <w:br/>
        <w:t>v 0.066684 1.127107 0.128000</w:t>
        <w:br/>
        <w:t>v 0.067276 1.124671 0.127727</w:t>
        <w:br/>
        <w:t>v 0.072451 1.167320 0.111831</w:t>
        <w:br/>
        <w:t>v 0.070064 1.165975 0.110143</w:t>
        <w:br/>
        <w:t>v 0.071020 1.163946 0.110641</w:t>
        <w:br/>
        <w:t>v 0.074002 1.124856 0.114868</w:t>
        <w:br/>
        <w:t>v 0.073799 1.127221 0.113999</w:t>
        <w:br/>
        <w:t>v 0.062013 1.166588 0.129613</w:t>
        <w:br/>
        <w:t>v 0.063992 1.165654 0.130912</w:t>
        <w:br/>
        <w:t>v 0.062066 1.163733 0.130111</w:t>
        <w:br/>
        <w:t>v 0.060580 1.155742 0.126926</w:t>
        <w:br/>
        <w:t>v 0.058345 1.155557 0.125109</w:t>
        <w:br/>
        <w:t>v 0.076334 1.156520 0.114456</w:t>
        <w:br/>
        <w:t>v 0.073963 1.156274 0.113029</w:t>
        <w:br/>
        <w:t>v 0.063958 1.145322 0.116666</w:t>
        <w:br/>
        <w:t>v 0.067910 1.146211 0.109258</w:t>
        <w:br/>
        <w:t>v 0.068684 1.145353 0.130388</w:t>
        <w:br/>
        <w:t>v 0.076435 1.146262 0.114983</w:t>
        <w:br/>
        <w:t>v 0.059548 1.145352 0.124216</w:t>
        <w:br/>
        <w:t>v 0.070030 1.146425 0.110725</w:t>
        <w:br/>
        <w:t>v 0.061965 1.145553 0.125932</w:t>
        <w:br/>
        <w:t>v 0.073977 1.146011 0.113402</w:t>
        <w:br/>
        <w:t>v 0.066369 1.145027 0.129080</w:t>
        <w:br/>
        <w:t>v 0.070030 1.146425 0.110725</w:t>
        <w:br/>
        <w:t>v 0.067910 1.146211 0.109258</w:t>
        <w:br/>
        <w:t>v 0.076435 1.146262 0.114983</w:t>
        <w:br/>
        <w:t>v 0.073977 1.146011 0.113402</w:t>
        <w:br/>
        <w:t>v 0.066369 1.145027 0.129080</w:t>
        <w:br/>
        <w:t>v 0.068684 1.145353 0.130388</w:t>
        <w:br/>
        <w:t>v 0.059548 1.145352 0.124216</w:t>
        <w:br/>
        <w:t>v 0.061965 1.145553 0.125932</w:t>
        <w:br/>
        <w:t>v 0.076234 1.163494 0.114515</w:t>
        <w:br/>
        <w:t>v 0.062013 1.166588 0.129613</w:t>
        <w:br/>
        <w:t>v 0.074002 1.124856 0.114868</w:t>
        <w:br/>
        <w:t>v 0.071118 1.125391 0.120637</w:t>
        <w:br/>
        <w:t>v 0.067276 1.124671 0.127727</w:t>
        <w:br/>
        <w:t>v 0.074002 1.124856 0.114868</w:t>
        <w:br/>
        <w:t>v 0.073799 1.127221 0.113999</w:t>
        <w:br/>
        <w:t>v -0.052651 1.133091 0.128660</w:t>
        <w:br/>
        <w:t>v -0.059650 1.133717 0.124048</w:t>
        <w:br/>
        <w:t>v -0.060960 1.125650 0.125582</w:t>
        <w:br/>
        <w:t>v -0.054966 1.125314 0.129945</w:t>
        <w:br/>
        <w:t>v -0.060893 1.127149 0.138167</w:t>
        <w:br/>
        <w:t>v -0.066754 1.126876 0.134300</w:t>
        <w:br/>
        <w:t>v -0.065797 1.134307 0.133206</w:t>
        <w:br/>
        <w:t>v -0.063724 1.122263 0.129274</w:t>
        <w:br/>
        <w:t>v -0.057996 1.122475 0.133638</w:t>
        <w:br/>
        <w:t>v -0.042305 1.160581 0.136670</w:t>
        <w:br/>
        <w:t>v -0.043111 1.163439 0.138192</w:t>
        <w:br/>
        <w:t>v -0.050908 1.163041 0.131540</w:t>
        <w:br/>
        <w:t>v -0.049781 1.160165 0.129838</w:t>
        <w:br/>
        <w:t>v -0.054711 1.123568 0.142570</w:t>
        <w:br/>
        <w:t>v -0.052336 1.121689 0.138537</w:t>
        <w:br/>
        <w:t>v -0.060451 1.124015 0.137215</w:t>
        <w:br/>
        <w:t>v -0.052595 1.163891 0.133791</w:t>
        <w:br/>
        <w:t>v -0.054117 1.162573 0.135513</w:t>
        <w:br/>
        <w:t>v -0.061680 1.164770 0.130316</w:t>
        <w:br/>
        <w:t>v -0.060126 1.165918 0.128091</w:t>
        <w:br/>
        <w:t>v -0.057711 1.154142 0.123295</w:t>
        <w:br/>
        <w:t>v -0.050029 1.153504 0.128514</w:t>
        <w:br/>
        <w:t>v -0.057474 1.161372 0.124040</w:t>
        <w:br/>
        <w:t>v -0.063468 1.154668 0.131917</w:t>
        <w:br/>
        <w:t>v -0.055469 1.160274 0.136628</w:t>
        <w:br/>
        <w:t>v -0.049177 1.153455 0.143062</w:t>
        <w:br/>
        <w:t>v -0.046497 1.132731 0.133546</w:t>
        <w:br/>
        <w:t>v -0.049078 1.124623 0.134928</w:t>
        <w:br/>
        <w:t>v -0.053105 1.133552 0.142764</w:t>
        <w:br/>
        <w:t>v -0.054984 1.126732 0.143177</w:t>
        <w:br/>
        <w:t>v -0.058578 1.164493 0.125619</w:t>
        <w:br/>
        <w:t>v -0.066198 1.123354 0.133212</w:t>
        <w:br/>
        <w:t>v -0.046583 1.163158 0.142699</w:t>
        <w:br/>
        <w:t>v -0.047511 1.161150 0.143604</w:t>
        <w:br/>
        <w:t>v -0.042725 1.152765 0.134613</w:t>
        <w:br/>
        <w:t>v -0.062675 1.162332 0.131927</w:t>
        <w:br/>
        <w:t>v -0.061229 1.134052 0.126240</w:t>
        <w:br/>
        <w:t>v -0.048072 1.133065 0.136153</w:t>
        <w:br/>
        <w:t>v -0.050365 1.126427 0.137031</w:t>
        <w:br/>
        <w:t>v -0.062365 1.127280 0.127147</w:t>
        <w:br/>
        <w:t>v -0.051115 1.133054 0.140334</w:t>
        <w:br/>
        <w:t>v -0.064282 1.134010 0.130943</w:t>
        <w:br/>
        <w:t>v -0.065880 1.126040 0.132091</w:t>
        <w:br/>
        <w:t>v -0.052894 1.125198 0.141202</w:t>
        <w:br/>
        <w:t>v -0.045037 1.161418 0.141010</w:t>
        <w:br/>
        <w:t>v -0.043919 1.160805 0.138937</w:t>
        <w:br/>
        <w:t>v -0.059472 1.162678 0.126817</w:t>
        <w:br/>
        <w:t>v -0.060655 1.163004 0.128527</w:t>
        <w:br/>
        <w:t>v -0.061759 1.161044 0.129689</w:t>
        <w:br/>
        <w:t>v -0.046216 1.159230 0.141987</w:t>
        <w:br/>
        <w:t>v -0.045037 1.161418 0.141010</w:t>
        <w:br/>
        <w:t>v -0.060655 1.163004 0.128527</w:t>
        <w:br/>
        <w:t>v -0.043867 1.153124 0.136484</w:t>
        <w:br/>
        <w:t>v -0.058907 1.154492 0.125340</w:t>
        <w:br/>
        <w:t>v -0.059214 1.160240 0.125981</w:t>
        <w:br/>
        <w:t>v -0.043678 1.158939 0.138047</w:t>
        <w:br/>
        <w:t>v -0.047027 1.153162 0.141101</w:t>
        <w:br/>
        <w:t>v -0.061577 1.154252 0.129738</w:t>
        <w:br/>
        <w:t>v -0.065880 1.126040 0.132091</w:t>
        <w:br/>
        <w:t>v -0.064198 1.124703 0.129716</w:t>
        <w:br/>
        <w:t>v -0.052083 1.124430 0.139238</w:t>
        <w:br/>
        <w:t>v -0.052894 1.125198 0.141202</w:t>
        <w:br/>
        <w:t>v -0.061229 1.134052 0.126240</w:t>
        <w:br/>
        <w:t>v -0.062365 1.127280 0.127147</w:t>
        <w:br/>
        <w:t>v -0.060960 1.125650 0.125582</w:t>
        <w:br/>
        <w:t>v -0.059650 1.133717 0.124048</w:t>
        <w:br/>
        <w:t>v -0.064282 1.134010 0.130943</w:t>
        <w:br/>
        <w:t>v -0.065797 1.134307 0.133206</w:t>
        <w:br/>
        <w:t>v -0.066754 1.126876 0.134300</w:t>
        <w:br/>
        <w:t>v -0.065880 1.126040 0.132091</w:t>
        <w:br/>
        <w:t>v -0.064198 1.124703 0.129716</w:t>
        <w:br/>
        <w:t>v -0.063724 1.122263 0.129274</w:t>
        <w:br/>
        <w:t>v -0.043111 1.163439 0.138192</w:t>
        <w:br/>
        <w:t>v -0.042305 1.160581 0.136670</w:t>
        <w:br/>
        <w:t>v -0.043678 1.158939 0.138047</w:t>
        <w:br/>
        <w:t>v -0.043919 1.160805 0.138937</w:t>
        <w:br/>
        <w:t>v -0.052894 1.125198 0.141202</w:t>
        <w:br/>
        <w:t>v -0.054711 1.123568 0.142570</w:t>
        <w:br/>
        <w:t>v -0.054984 1.126732 0.143177</w:t>
        <w:br/>
        <w:t>v -0.060655 1.163004 0.128527</w:t>
        <w:br/>
        <w:t>v -0.061680 1.164770 0.130316</w:t>
        <w:br/>
        <w:t>v -0.062675 1.162332 0.131927</w:t>
        <w:br/>
        <w:t>v -0.061759 1.161044 0.129689</w:t>
        <w:br/>
        <w:t>v -0.057474 1.161372 0.124040</w:t>
        <w:br/>
        <w:t>v -0.059214 1.160240 0.125981</w:t>
        <w:br/>
        <w:t>v -0.058907 1.154492 0.125340</w:t>
        <w:br/>
        <w:t>v -0.057711 1.154142 0.123295</w:t>
        <w:br/>
        <w:t>v -0.049177 1.153455 0.143062</w:t>
        <w:br/>
        <w:t>v -0.047511 1.161150 0.143604</w:t>
        <w:br/>
        <w:t>v -0.046216 1.159230 0.141987</w:t>
        <w:br/>
        <w:t>v -0.047027 1.153162 0.141101</w:t>
        <w:br/>
        <w:t>v -0.049078 1.124623 0.134928</w:t>
        <w:br/>
        <w:t>v -0.050365 1.126427 0.137031</w:t>
        <w:br/>
        <w:t>v -0.048072 1.133065 0.136153</w:t>
        <w:br/>
        <w:t>v -0.046497 1.132731 0.133546</w:t>
        <w:br/>
        <w:t>v -0.053105 1.133552 0.142764</w:t>
        <w:br/>
        <w:t>v -0.051115 1.133054 0.140334</w:t>
        <w:br/>
        <w:t>v -0.059472 1.162678 0.126817</w:t>
        <w:br/>
        <w:t>v -0.058578 1.164493 0.125619</w:t>
        <w:br/>
        <w:t>v -0.060126 1.165918 0.128091</w:t>
        <w:br/>
        <w:t>v -0.066198 1.123354 0.133212</w:t>
        <w:br/>
        <w:t>v -0.045037 1.161418 0.141010</w:t>
        <w:br/>
        <w:t>v -0.046583 1.163158 0.142699</w:t>
        <w:br/>
        <w:t>v -0.044394 1.164583 0.140142</w:t>
        <w:br/>
        <w:t>v -0.042725 1.152765 0.134613</w:t>
        <w:br/>
        <w:t>v -0.043867 1.153124 0.136484</w:t>
        <w:br/>
        <w:t>v -0.063468 1.154668 0.131917</w:t>
        <w:br/>
        <w:t>v -0.061577 1.154252 0.129738</w:t>
        <w:br/>
        <w:t>v -0.050607 1.143335 0.142271</w:t>
        <w:br/>
        <w:t>v -0.064351 1.144393 0.132037</w:t>
        <w:br/>
        <w:t>v -0.048836 1.142905 0.139916</w:t>
        <w:br/>
        <w:t>v -0.062798 1.144047 0.129861</w:t>
        <w:br/>
        <w:t>v -0.062798 1.144047 0.129861</w:t>
        <w:br/>
        <w:t>v -0.064351 1.144393 0.132037</w:t>
        <w:br/>
        <w:t>v -0.048836 1.142905 0.139916</w:t>
        <w:br/>
        <w:t>v -0.050607 1.143335 0.142271</w:t>
        <w:br/>
        <w:t>v -0.052083 1.124430 0.139238</w:t>
        <w:br/>
        <w:t>v -0.064198 1.124703 0.129716</w:t>
        <w:br/>
        <w:t>v -0.052336 1.121689 0.138537</w:t>
        <w:br/>
        <w:t>v -0.052083 1.124430 0.139238</w:t>
        <w:br/>
        <w:t>v -0.044394 1.164583 0.140142</w:t>
        <w:br/>
        <w:t>v -0.033088 1.193070 -0.001045</w:t>
        <w:br/>
        <w:t>v -0.021781 1.193243 -0.003016</w:t>
        <w:br/>
        <w:t>v -0.024927 1.204646 -0.008160</w:t>
        <w:br/>
        <w:t>v -0.036212 1.204336 -0.006338</w:t>
        <w:br/>
        <w:t>v -0.030204 1.180850 0.004141</w:t>
        <w:br/>
        <w:t>v -0.019232 1.180996 0.002111</w:t>
        <w:br/>
        <w:t>v -0.040567 1.216527 -0.011723</w:t>
        <w:br/>
        <w:t>v -0.029422 1.216740 -0.013236</w:t>
        <w:br/>
        <w:t>v -0.046473 1.228077 -0.016316</w:t>
        <w:br/>
        <w:t>v -0.036554 1.229527 -0.019220</w:t>
        <w:br/>
        <w:t>v -0.035234 1.230692 -0.017780</w:t>
        <w:br/>
        <w:t>v -0.039911 1.234740 -0.019621</w:t>
        <w:br/>
        <w:t>v -0.041031 1.233403 -0.021053</w:t>
        <w:br/>
        <w:t>v -0.036554 1.229527 -0.019220</w:t>
        <w:br/>
        <w:t>v -0.044665 1.234393 -0.020440</w:t>
        <w:br/>
        <w:t>v -0.043593 1.235668 -0.018794</w:t>
        <w:br/>
        <w:t>v -0.020262 1.194193 -0.001161</w:t>
        <w:br/>
        <w:t>v -0.023431 1.205574 -0.006405</w:t>
        <w:br/>
        <w:t>v -0.024927 1.204646 -0.008160</w:t>
        <w:br/>
        <w:t>v -0.021781 1.193243 -0.003016</w:t>
        <w:br/>
        <w:t>v -0.017956 1.181799 0.004292</w:t>
        <w:br/>
        <w:t>v -0.019232 1.180996 0.002111</w:t>
        <w:br/>
        <w:t>v -0.028097 1.217634 -0.011239</w:t>
        <w:br/>
        <w:t>v -0.029422 1.216740 -0.013236</w:t>
        <w:br/>
        <w:t>v -0.041031 1.233403 -0.021053</w:t>
        <w:br/>
        <w:t>v -0.044665 1.234393 -0.020440</w:t>
        <w:br/>
        <w:t>v -0.049663 1.234512 -0.018758</w:t>
        <w:br/>
        <w:t>v -0.027789 1.167246 0.008636</w:t>
        <w:br/>
        <w:t>v -0.017148 1.167279 0.006333</w:t>
        <w:br/>
        <w:t>v -0.017148 1.167279 0.006333</w:t>
        <w:br/>
        <w:t>v -0.015346 1.167887 0.008106</w:t>
        <w:br/>
        <w:t>v -0.048980 1.235546 -0.016772</w:t>
        <w:br/>
        <w:t>v -0.049663 1.234512 -0.018758</w:t>
        <w:br/>
        <w:t>v 0.071368 0.988593 0.247071</w:t>
        <w:br/>
        <w:t>v 0.090203 0.995721 0.241254</w:t>
        <w:br/>
        <w:t>v 0.101030 0.991284 0.243102</w:t>
        <w:br/>
        <w:t>v 0.068345 0.978915 0.253197</w:t>
        <w:br/>
        <w:t>v 0.102616 0.995122 0.240643</w:t>
        <w:br/>
        <w:t>v 0.091900 0.999829 0.238622</w:t>
        <w:br/>
        <w:t>v 0.088814 1.005410 0.235469</w:t>
        <w:br/>
        <w:t>v 0.091694 1.014876 0.229484</w:t>
        <w:br/>
        <w:t>v 0.089892 0.993315 0.237299</w:t>
        <w:br/>
        <w:t>v 0.071057 0.986187 0.243116</w:t>
        <w:br/>
        <w:t>v 0.068033 0.976508 0.249241</w:t>
        <w:br/>
        <w:t>v 0.100719 0.988878 0.239146</w:t>
        <w:br/>
        <w:t>v 0.063103 0.993391 0.239358</w:t>
        <w:br/>
        <w:t>v 0.052565 0.997779 0.237518</w:t>
        <w:br/>
        <w:t>v 0.063487 0.978025 0.248676</w:t>
        <w:br/>
        <w:t>v 0.066190 0.987810 0.242511</w:t>
        <w:br/>
        <w:t>v 0.091383 1.012470 0.225529</w:t>
        <w:br/>
        <w:t>v 0.088504 1.003004 0.231513</w:t>
        <w:br/>
        <w:t>v 0.091590 0.997423 0.234667</w:t>
        <w:br/>
        <w:t>v 0.102306 0.992716 0.236688</w:t>
        <w:br/>
        <w:t>v 0.068033 0.976508 0.249241</w:t>
        <w:br/>
        <w:t>v 0.068345 0.978915 0.253197</w:t>
        <w:br/>
        <w:t>v 0.101030 0.991284 0.243102</w:t>
        <w:br/>
        <w:t>v 0.100719 0.988878 0.239146</w:t>
        <w:br/>
        <w:t>v 0.071057 0.986187 0.243116</w:t>
        <w:br/>
        <w:t>v 0.089892 0.993315 0.237299</w:t>
        <w:br/>
        <w:t>v 0.090203 0.995721 0.241254</w:t>
        <w:br/>
        <w:t>v 0.071368 0.988593 0.247071</w:t>
        <w:br/>
        <w:t>v 0.063487 0.978025 0.248676</w:t>
        <w:br/>
        <w:t>v 0.052565 0.997779 0.237518</w:t>
        <w:br/>
        <w:t>v 0.052876 1.000185 0.241473</w:t>
        <w:br/>
        <w:t>v 0.063798 0.980431 0.252632</w:t>
        <w:br/>
        <w:t>v 0.054151 1.001616 0.235058</w:t>
        <w:br/>
        <w:t>v 0.086837 1.013986 0.224963</w:t>
        <w:br/>
        <w:t>v 0.087147 1.016392 0.228918</w:t>
        <w:br/>
        <w:t>v 0.054462 1.004023 0.239013</w:t>
        <w:br/>
        <w:t>v 0.091694 1.014876 0.229484</w:t>
        <w:br/>
        <w:t>v 0.091383 1.012470 0.225529</w:t>
        <w:br/>
        <w:t>v 0.102306 0.992716 0.236688</w:t>
        <w:br/>
        <w:t>v 0.102616 0.995122 0.240643</w:t>
        <w:br/>
        <w:t>v 0.083637 1.004628 0.230908</w:t>
        <w:br/>
        <w:t>v 0.064802 0.997500 0.236725</w:t>
        <w:br/>
        <w:t>v 0.065112 0.999906 0.240680</w:t>
        <w:br/>
        <w:t>v 0.083947 1.007034 0.234863</w:t>
        <w:br/>
        <w:t>v 0.066190 0.987810 0.242511</w:t>
        <w:br/>
        <w:t>v 0.066501 0.990216 0.246466</w:t>
        <w:br/>
        <w:t>v 0.063415 0.995797 0.243313</w:t>
        <w:br/>
        <w:t>v 0.063103 0.993391 0.239358</w:t>
        <w:br/>
        <w:t>v 0.088814 1.005410 0.235469</w:t>
        <w:br/>
        <w:t>v 0.091900 0.999829 0.238622</w:t>
        <w:br/>
        <w:t>v 0.091590 0.997423 0.234667</w:t>
        <w:br/>
        <w:t>v 0.088504 1.003004 0.231513</w:t>
        <w:br/>
        <w:t>v 0.087147 1.016392 0.228918</w:t>
        <w:br/>
        <w:t>v 0.083947 1.007034 0.234863</w:t>
        <w:br/>
        <w:t>v 0.065112 0.999906 0.240680</w:t>
        <w:br/>
        <w:t>v 0.054462 1.004023 0.239013</w:t>
        <w:br/>
        <w:t>v 0.064802 0.997500 0.236725</w:t>
        <w:br/>
        <w:t>v 0.083637 1.004628 0.230908</w:t>
        <w:br/>
        <w:t>v 0.086837 1.013986 0.224963</w:t>
        <w:br/>
        <w:t>v 0.054151 1.001616 0.235058</w:t>
        <w:br/>
        <w:t>v 0.063798 0.980431 0.252632</w:t>
        <w:br/>
        <w:t>v 0.052876 1.000185 0.241473</w:t>
        <w:br/>
        <w:t>v 0.063415 0.995797 0.243313</w:t>
        <w:br/>
        <w:t>v 0.066501 0.990216 0.246466</w:t>
        <w:br/>
        <w:t>v 0.065364 0.976307 0.249574</w:t>
        <w:br/>
        <w:t>v 0.065675 0.978713 0.253529</w:t>
        <w:br/>
        <w:t>v 0.102649 0.990418 0.238059</w:t>
        <w:br/>
        <w:t>v 0.102960 0.992824 0.242014</w:t>
        <w:br/>
        <w:t>v 0.092269 0.997369 0.240089</w:t>
        <w:br/>
        <w:t>v 0.091957 0.994963 0.236134</w:t>
        <w:br/>
        <w:t>v 0.068199 0.985972 0.243472</w:t>
        <w:br/>
        <w:t>v 0.068509 0.988378 0.247426</w:t>
        <w:br/>
        <w:t>v 0.052532 1.002483 0.240102</w:t>
        <w:br/>
        <w:t>v 0.052221 1.000077 0.236146</w:t>
        <w:br/>
        <w:t>v 0.089507 1.014188 0.224631</w:t>
        <w:br/>
        <w:t>v 0.089817 1.016594 0.228586</w:t>
        <w:br/>
        <w:t>v 0.062736 0.995851 0.237890</w:t>
        <w:br/>
        <w:t>v 0.063046 0.998257 0.241845</w:t>
        <w:br/>
        <w:t>v 0.086806 1.007249 0.234507</w:t>
        <w:br/>
        <w:t>v 0.086494 1.004843 0.230553</w:t>
        <w:br/>
        <w:t>v 0.086806 1.007249 0.234507</w:t>
        <w:br/>
        <w:t>v 0.089817 1.016594 0.228586</w:t>
        <w:br/>
        <w:t>v 0.089507 1.014188 0.224631</w:t>
        <w:br/>
        <w:t>v 0.086494 1.004843 0.230553</w:t>
        <w:br/>
        <w:t>v 0.063046 0.998257 0.241845</w:t>
        <w:br/>
        <w:t>v 0.052532 1.002483 0.240102</w:t>
        <w:br/>
        <w:t>v 0.062736 0.995851 0.237890</w:t>
        <w:br/>
        <w:t>v 0.052221 1.000077 0.236146</w:t>
        <w:br/>
        <w:t>v 0.065675 0.978713 0.253529</w:t>
        <w:br/>
        <w:t>v 0.068509 0.988378 0.247426</w:t>
        <w:br/>
        <w:t>v 0.065364 0.976307 0.249574</w:t>
        <w:br/>
        <w:t>v 0.068199 0.985972 0.243472</w:t>
        <w:br/>
        <w:t>v 0.092269 0.997369 0.240089</w:t>
        <w:br/>
        <w:t>v 0.102960 0.992824 0.242014</w:t>
        <w:br/>
        <w:t>v 0.102649 0.990418 0.238059</w:t>
        <w:br/>
        <w:t>v 0.091957 0.994963 0.236134</w:t>
        <w:br/>
        <w:t>v 0.087780 0.984553 0.248846</w:t>
        <w:br/>
        <w:t>v 0.089099 0.977202 0.252735</w:t>
        <w:br/>
        <w:t>v 0.085808 0.985556 0.252437</w:t>
        <w:br/>
        <w:t>v 0.082980 0.991806 0.251065</w:t>
        <w:br/>
        <w:t>v 0.087360 0.991133 0.244953</w:t>
        <w:br/>
        <w:t>v 0.079479 0.998488 0.247972</w:t>
        <w:br/>
        <w:t>v 0.082613 0.997019 0.241968</w:t>
        <w:br/>
        <w:t>v 0.085808 0.985556 0.252437</w:t>
        <w:br/>
        <w:t>v 0.089099 0.977202 0.252735</w:t>
        <w:br/>
        <w:t>v 0.083446 0.982900 0.250192</w:t>
        <w:br/>
        <w:t>v 0.077714 0.987455 0.247950</w:t>
        <w:br/>
        <w:t>v 0.082980 0.991806 0.251065</w:t>
        <w:br/>
        <w:t>v 0.075507 0.994309 0.244176</w:t>
        <w:br/>
        <w:t>v 0.079479 0.998488 0.247972</w:t>
        <w:br/>
        <w:t>v 0.077714 0.987455 0.247950</w:t>
        <w:br/>
        <w:t>v 0.087360 0.991133 0.244953</w:t>
        <w:br/>
        <w:t>v 0.082613 0.997019 0.241968</w:t>
        <w:br/>
        <w:t>v 0.075507 0.994309 0.244176</w:t>
        <w:br/>
        <w:t>v 0.083446 0.982900 0.250192</w:t>
        <w:br/>
        <w:t>v 0.087780 0.984553 0.248846</w:t>
        <w:br/>
        <w:t>v 0.089099 0.977202 0.252735</w:t>
        <w:br/>
        <w:t>v 0.073073 1.010077 0.241440</w:t>
        <w:br/>
        <w:t>v 0.076309 1.008408 0.235187</w:t>
        <w:br/>
        <w:t>v 0.069000 1.005622 0.237457</w:t>
        <w:br/>
        <w:t>v 0.073073 1.010077 0.241440</w:t>
        <w:br/>
        <w:t>v 0.076309 1.008408 0.235187</w:t>
        <w:br/>
        <w:t>v 0.069000 1.005622 0.237457</w:t>
        <w:br/>
        <w:t>v 0.076309 1.008408 0.235187</w:t>
        <w:br/>
        <w:t>v 0.073073 1.010077 0.241440</w:t>
        <w:br/>
        <w:t>v 0.069000 1.005622 0.237457</w:t>
        <w:br/>
        <w:t>v -0.004579 1.388379 0.060278</w:t>
        <w:br/>
        <w:t>v 0.004579 1.388379 0.060278</w:t>
        <w:br/>
        <w:t>v 0.004579 1.386212 0.059643</w:t>
        <w:br/>
        <w:t>v -0.004579 1.386212 0.059643</w:t>
        <w:br/>
        <w:t>v 0.004579 1.385246 0.057507</w:t>
        <w:br/>
        <w:t>v -0.004579 1.385246 0.057507</w:t>
        <w:br/>
        <w:t>v 0.004579 1.386925 0.054011</w:t>
        <w:br/>
        <w:t>v -0.004579 1.386925 0.054011</w:t>
        <w:br/>
        <w:t>v -0.004579 1.390351 0.059524</w:t>
        <w:br/>
        <w:t>v -0.004579 1.395494 0.054774</w:t>
        <w:br/>
        <w:t>v 0.004579 1.395494 0.054774</w:t>
        <w:br/>
        <w:t>v 0.004579 1.390351 0.059524</w:t>
        <w:br/>
        <w:t>v 0.004579 1.392144 0.052667</w:t>
        <w:br/>
        <w:t>v -0.004579 1.392144 0.052667</w:t>
        <w:br/>
        <w:t>v -0.004579 1.400125 0.052393</w:t>
        <w:br/>
        <w:t>v 0.004579 1.400125 0.052393</w:t>
        <w:br/>
        <w:t>v -0.004521 1.407101 0.055617</w:t>
        <w:br/>
        <w:t>v 0.004521 1.407101 0.055617</w:t>
        <w:br/>
        <w:t>v 0.004579 1.400679 0.054445</w:t>
        <w:br/>
        <w:t>v -0.004579 1.400679 0.054445</w:t>
        <w:br/>
        <w:t>v -0.002379 1.412472 0.058503</w:t>
        <w:br/>
        <w:t>v -0.000000 1.415589 0.060774</w:t>
        <w:br/>
        <w:t>v 0.002378 1.412472 0.058503</w:t>
        <w:br/>
        <w:t>v 0.005200 1.386890 0.058861</w:t>
        <w:br/>
        <w:t>v 0.005200 1.388351 0.059243</w:t>
        <w:br/>
        <w:t>v -0.005201 1.388351 0.059243</w:t>
        <w:br/>
        <w:t>v -0.005201 1.386890 0.058861</w:t>
        <w:br/>
        <w:t>v -0.005201 1.386276 0.057400</w:t>
        <w:br/>
        <w:t>v 0.005200 1.386276 0.057400</w:t>
        <w:br/>
        <w:t>v -0.005201 1.387547 0.054779</w:t>
        <w:br/>
        <w:t>v 0.005200 1.387547 0.054779</w:t>
        <w:br/>
        <w:t>v 0.005200 1.389798 0.058650</w:t>
        <w:br/>
        <w:t>v 0.005200 1.395183 0.053786</w:t>
        <w:br/>
        <w:t>v -0.005201 1.395183 0.053786</w:t>
        <w:br/>
        <w:t>v -0.005201 1.389798 0.058650</w:t>
        <w:br/>
        <w:t>v -0.005201 1.392222 0.053699</w:t>
        <w:br/>
        <w:t>v 0.005200 1.392222 0.053699</w:t>
        <w:br/>
        <w:t>v -0.005201 1.400104 0.053426</w:t>
        <w:br/>
        <w:t>v 0.005200 1.400104 0.053426</w:t>
        <w:br/>
        <w:t>v 0.005200 1.400631 0.053445</w:t>
        <w:br/>
        <w:t>v 0.005135 1.407642 0.054744</w:t>
        <w:br/>
        <w:t>v -0.005136 1.407642 0.054744</w:t>
        <w:br/>
        <w:t>v -0.005201 1.400631 0.053445</w:t>
        <w:br/>
        <w:t>v 0.002805 1.412940 0.057582</w:t>
        <w:br/>
        <w:t>v -0.000000 1.416400 0.059974</w:t>
        <w:br/>
        <w:t>v -0.002702 1.413129 0.057703</w:t>
        <w:br/>
        <w:t>v 0.005200 1.388351 0.059243</w:t>
        <w:br/>
        <w:t>v 0.005200 1.386890 0.058861</w:t>
        <w:br/>
        <w:t>v 0.004579 1.386212 0.059643</w:t>
        <w:br/>
        <w:t>v -0.004579 1.386212 0.059643</w:t>
        <w:br/>
        <w:t>v -0.005201 1.386890 0.058861</w:t>
        <w:br/>
        <w:t>v -0.005201 1.388351 0.059243</w:t>
        <w:br/>
        <w:t>v -0.005201 1.386276 0.057400</w:t>
        <w:br/>
        <w:t>v -0.004579 1.385246 0.057507</w:t>
        <w:br/>
        <w:t>v 0.004579 1.385246 0.057507</w:t>
        <w:br/>
        <w:t>v 0.005200 1.386276 0.057400</w:t>
        <w:br/>
        <w:t>v 0.005200 1.387547 0.054779</w:t>
        <w:br/>
        <w:t>v -0.005201 1.387547 0.054779</w:t>
        <w:br/>
        <w:t>v -0.005201 1.389798 0.058650</w:t>
        <w:br/>
        <w:t>v -0.005201 1.395183 0.053786</w:t>
        <w:br/>
        <w:t>v 0.005200 1.389798 0.058650</w:t>
        <w:br/>
        <w:t>v 0.005200 1.395183 0.053786</w:t>
        <w:br/>
        <w:t>v 0.005200 1.392222 0.053699</w:t>
        <w:br/>
        <w:t>v -0.005201 1.392222 0.053699</w:t>
        <w:br/>
        <w:t>v 0.005200 1.400104 0.053426</w:t>
        <w:br/>
        <w:t>v -0.005201 1.400104 0.053426</w:t>
        <w:br/>
        <w:t>v -0.005201 1.400631 0.053445</w:t>
        <w:br/>
        <w:t>v -0.005136 1.407642 0.054744</w:t>
        <w:br/>
        <w:t>v 0.005135 1.407642 0.054744</w:t>
        <w:br/>
        <w:t>v 0.005200 1.400631 0.053445</w:t>
        <w:br/>
        <w:t>v -0.002702 1.413129 0.057703</w:t>
        <w:br/>
        <w:t>v -0.000000 1.416400 0.059974</w:t>
        <w:br/>
        <w:t>v -0.000000 1.415589 0.060774</w:t>
        <w:br/>
        <w:t>v -0.002379 1.412472 0.058503</w:t>
        <w:br/>
        <w:t>v -0.004296 1.410198 0.055876</w:t>
        <w:br/>
        <w:t>v -0.003781 1.409599 0.056712</w:t>
        <w:br/>
        <w:t>v 0.002378 1.412472 0.058503</w:t>
        <w:br/>
        <w:t>v 0.002805 1.412940 0.057582</w:t>
        <w:br/>
        <w:t>v 0.004346 1.410103 0.055816</w:t>
        <w:br/>
        <w:t>v 0.003781 1.409599 0.056712</w:t>
        <w:br/>
        <w:t>v -0.000000 1.415589 0.060774</w:t>
        <w:br/>
        <w:t>v -0.000000 1.416400 0.059974</w:t>
        <w:br/>
        <w:t>v -0.004296 1.410198 0.055876</w:t>
        <w:br/>
        <w:t>v 0.004346 1.410103 0.055816</w:t>
        <w:br/>
        <w:t>v 0.003781 1.409599 0.056712</w:t>
        <w:br/>
        <w:t>v -0.003781 1.409599 0.056712</w:t>
        <w:br/>
        <w:t>v 0.004579 1.400125 0.052393</w:t>
        <w:br/>
        <w:t>v 0.005200 1.400104 0.053426</w:t>
        <w:br/>
        <w:t>v -0.005201 1.400104 0.053426</w:t>
        <w:br/>
        <w:t>v -0.004579 1.400125 0.052393</w:t>
        <w:br/>
        <w:t>v 0.001759 1.370432 0.064272</w:t>
        <w:br/>
        <w:t>v 0.001809 1.367540 0.066528</w:t>
        <w:br/>
        <w:t>v 0.001269 1.368465 0.067047</w:t>
        <w:br/>
        <w:t>v 0.001233 1.370881 0.065169</w:t>
        <w:br/>
        <w:t>v -0.000000 1.371067 0.065540</w:t>
        <w:br/>
        <w:t>v -0.000000 1.368848 0.067262</w:t>
        <w:br/>
        <w:t>v -0.000000 1.371067 0.065540</w:t>
        <w:br/>
        <w:t>v -0.000000 1.368848 0.067262</w:t>
        <w:br/>
        <w:t>v -0.001269 1.368465 0.067047</w:t>
        <w:br/>
        <w:t>v -0.001234 1.370881 0.065169</w:t>
        <w:br/>
        <w:t>v -0.001809 1.367540 0.066528</w:t>
        <w:br/>
        <w:t>v -0.001758 1.370432 0.064272</w:t>
        <w:br/>
        <w:t>v -0.001253 1.369983 0.063375</w:t>
        <w:br/>
        <w:t>v -0.001285 1.366614 0.066008</w:t>
        <w:br/>
        <w:t>v -0.000000 1.366231 0.065793</w:t>
        <w:br/>
        <w:t>v -0.000000 1.369797 0.063004</w:t>
        <w:br/>
        <w:t>v 0.001285 1.366614 0.066008</w:t>
        <w:br/>
        <w:t>v 0.001253 1.369983 0.063375</w:t>
        <w:br/>
        <w:t>v 0.001059 1.373171 0.064464</w:t>
        <w:br/>
        <w:t>v 0.001490 1.373325 0.063483</w:t>
        <w:br/>
        <w:t>v -0.000000 1.373108 0.064871</w:t>
        <w:br/>
        <w:t>v -0.001059 1.373171 0.064464</w:t>
        <w:br/>
        <w:t>v -0.000000 1.373108 0.064871</w:t>
        <w:br/>
        <w:t>v -0.001490 1.373325 0.063483</w:t>
        <w:br/>
        <w:t>v -0.001048 1.373479 0.062502</w:t>
        <w:br/>
        <w:t>v -0.000000 1.373542 0.062095</w:t>
        <w:br/>
        <w:t>v 0.001049 1.373479 0.062502</w:t>
        <w:br/>
        <w:t>v 0.001419 1.374941 0.064003</w:t>
        <w:br/>
        <w:t>v 0.001024 1.374354 0.064691</w:t>
        <w:br/>
        <w:t>v -0.000000 1.374111 0.064975</w:t>
        <w:br/>
        <w:t>v -0.001025 1.374354 0.064691</w:t>
        <w:br/>
        <w:t>v -0.000000 1.374111 0.064975</w:t>
        <w:br/>
        <w:t>v -0.001418 1.374941 0.064003</w:t>
        <w:br/>
        <w:t>v -0.000979 1.375529 0.063314</w:t>
        <w:br/>
        <w:t>v -0.000000 1.375772 0.063029</w:t>
        <w:br/>
        <w:t>v 0.000980 1.375529 0.063314</w:t>
        <w:br/>
        <w:t>v 0.001346 1.375939 0.065102</w:t>
        <w:br/>
        <w:t>v 0.000990 1.374918 0.065496</w:t>
        <w:br/>
        <w:t>v 0.001089 1.374732 0.066588</w:t>
        <w:br/>
        <w:t>v 0.001489 1.375638 0.066938</w:t>
        <w:br/>
        <w:t>v -0.000000 1.374495 0.065659</w:t>
        <w:br/>
        <w:t>v -0.000000 1.374356 0.066443</w:t>
        <w:br/>
        <w:t>v -0.001089 1.374732 0.066588</w:t>
        <w:br/>
        <w:t>v -0.000000 1.374356 0.066443</w:t>
        <w:br/>
        <w:t>v -0.000000 1.374495 0.065659</w:t>
        <w:br/>
        <w:t>v -0.000990 1.374918 0.065496</w:t>
        <w:br/>
        <w:t>v -0.001489 1.375638 0.066938</w:t>
        <w:br/>
        <w:t>v -0.001346 1.375939 0.065102</w:t>
        <w:br/>
        <w:t>v -0.001014 1.376545 0.067289</w:t>
        <w:br/>
        <w:t>v -0.000910 1.376961 0.064706</w:t>
        <w:br/>
        <w:t>v -0.000000 1.377383 0.064543</w:t>
        <w:br/>
        <w:t>v -0.000000 1.376920 0.067434</w:t>
        <w:br/>
        <w:t>v 0.000911 1.376961 0.064706</w:t>
        <w:br/>
        <w:t>v 0.001014 1.376545 0.067289</w:t>
        <w:br/>
        <w:t>v 0.001176 1.373538 0.068757</w:t>
        <w:br/>
        <w:t>v 0.001623 1.374300 0.069460</w:t>
        <w:br/>
        <w:t>v -0.000000 1.373222 0.068465</w:t>
        <w:br/>
        <w:t>v -0.001175 1.373538 0.068757</w:t>
        <w:br/>
        <w:t>v -0.000000 1.373222 0.068465</w:t>
        <w:br/>
        <w:t>v -0.001623 1.374300 0.069460</w:t>
        <w:br/>
        <w:t>v -0.001118 1.375062 0.070164</w:t>
        <w:br/>
        <w:t>v -0.000000 1.375377 0.070455</w:t>
        <w:br/>
        <w:t>v 0.001118 1.375062 0.070164</w:t>
        <w:br/>
        <w:t>v 0.001257 1.372087 0.069916</w:t>
        <w:br/>
        <w:t>v 0.001761 1.372467 0.070898</w:t>
        <w:br/>
        <w:t>v -0.000000 1.371930 0.069509</w:t>
        <w:br/>
        <w:t>v -0.000000 1.371930 0.069509</w:t>
        <w:br/>
        <w:t>v -0.001257 1.372087 0.069916</w:t>
        <w:br/>
        <w:t>v -0.001761 1.372467 0.070898</w:t>
        <w:br/>
        <w:t>v -0.001234 1.372845 0.071880</w:t>
        <w:br/>
        <w:t>v -0.000000 1.373002 0.072287</w:t>
        <w:br/>
        <w:t>v 0.001233 1.372845 0.071880</w:t>
        <w:br/>
        <w:t>v 0.001336 1.370531 0.070347</w:t>
        <w:br/>
        <w:t>v 0.001327 1.369212 0.070009</w:t>
        <w:br/>
        <w:t>v 0.001890 1.368678 0.070893</w:t>
        <w:br/>
        <w:t>v 0.001890 1.370527 0.071609</w:t>
        <w:br/>
        <w:t>v -0.000000 1.370533 0.069825</w:t>
        <w:br/>
        <w:t>v -0.000000 1.369432 0.069643</w:t>
        <w:br/>
        <w:t>v -0.001327 1.369212 0.070009</w:t>
        <w:br/>
        <w:t>v -0.000000 1.369432 0.069643</w:t>
        <w:br/>
        <w:t>v -0.000000 1.370533 0.069825</w:t>
        <w:br/>
        <w:t>v -0.001336 1.370531 0.070347</w:t>
        <w:br/>
        <w:t>v -0.001889 1.368678 0.070893</w:t>
        <w:br/>
        <w:t>v -0.001890 1.370527 0.071609</w:t>
        <w:br/>
        <w:t>v -0.001336 1.370523 0.072869</w:t>
        <w:br/>
        <w:t>v -0.001343 1.368144 0.071776</w:t>
        <w:br/>
        <w:t>v -0.000000 1.367923 0.072142</w:t>
        <w:br/>
        <w:t>v -0.000000 1.370522 0.073392</w:t>
        <w:br/>
        <w:t>v 0.001336 1.370523 0.072869</w:t>
        <w:br/>
        <w:t>v 0.001343 1.368144 0.071776</w:t>
        <w:br/>
        <w:t>v 0.001863 1.367002 0.069587</w:t>
        <w:br/>
        <w:t>v 0.001307 1.368066 0.069081</w:t>
        <w:br/>
        <w:t>v -0.000000 1.368507 0.068871</w:t>
        <w:br/>
        <w:t>v -0.001306 1.368066 0.069081</w:t>
        <w:br/>
        <w:t>v -0.000000 1.368507 0.068871</w:t>
        <w:br/>
        <w:t>v -0.001862 1.367002 0.069587</w:t>
        <w:br/>
        <w:t>v -0.001322 1.365939 0.070093</w:t>
        <w:br/>
        <w:t>v -0.000000 1.365498 0.070303</w:t>
        <w:br/>
        <w:t>v 0.001322 1.365939 0.070093</w:t>
        <w:br/>
        <w:t>v 0.001307 1.368066 0.069081</w:t>
        <w:br/>
        <w:t>v 0.001863 1.367002 0.069587</w:t>
        <w:br/>
        <w:t>v -0.000000 1.368507 0.068871</w:t>
        <w:br/>
        <w:t>v -0.001306 1.368066 0.069081</w:t>
        <w:br/>
        <w:t>v -0.000000 1.368507 0.068871</w:t>
        <w:br/>
        <w:t>v -0.001862 1.367002 0.069587</w:t>
        <w:br/>
        <w:t>v -0.001322 1.365939 0.070093</w:t>
        <w:br/>
        <w:t>v -0.000000 1.365498 0.070303</w:t>
        <w:br/>
        <w:t>v 0.001322 1.365939 0.070093</w:t>
        <w:br/>
        <w:t>v 0.000990 1.374918 0.065496</w:t>
        <w:br/>
        <w:t>v 0.001346 1.375939 0.065102</w:t>
        <w:br/>
        <w:t>v -0.000000 1.374495 0.065659</w:t>
        <w:br/>
        <w:t>v -0.000000 1.374495 0.065659</w:t>
        <w:br/>
        <w:t>v -0.000990 1.374918 0.065496</w:t>
        <w:br/>
        <w:t>v -0.001346 1.375939 0.065102</w:t>
        <w:br/>
        <w:t>v -0.000910 1.376961 0.064706</w:t>
        <w:br/>
        <w:t>v -0.000000 1.377383 0.064543</w:t>
        <w:br/>
        <w:t>v 0.000911 1.376961 0.064706</w:t>
        <w:br/>
        <w:t>v -0.010427 1.311082 -0.043862</w:t>
        <w:br/>
        <w:t>v -0.010427 1.314992 -0.043281</w:t>
        <w:br/>
        <w:t>v 0.010427 1.314995 -0.043281</w:t>
        <w:br/>
        <w:t>v 0.010427 1.311084 -0.043861</w:t>
        <w:br/>
        <w:t>v 0.010427 1.308699 -0.051162</w:t>
        <w:br/>
        <w:t>v 0.010427 1.312008 -0.051333</w:t>
        <w:br/>
        <w:t>v -0.010427 1.312008 -0.051333</w:t>
        <w:br/>
        <w:t>v -0.010427 1.308699 -0.051162</w:t>
        <w:br/>
        <w:t>v 0.010427 1.307439 -0.044937</w:t>
        <w:br/>
        <w:t>v 0.010427 1.305718 -0.046549</w:t>
        <w:br/>
        <w:t>v -0.010427 1.305718 -0.046549</w:t>
        <w:br/>
        <w:t>v -0.010427 1.307439 -0.044937</w:t>
        <w:br/>
        <w:t>v -0.010427 1.306499 -0.050011</w:t>
        <w:br/>
        <w:t>v 0.010427 1.306499 -0.050011</w:t>
        <w:br/>
        <w:t>v -0.010427 1.336748 -0.037995</w:t>
        <w:br/>
        <w:t>v 0.010427 1.336748 -0.037995</w:t>
        <w:br/>
        <w:t>v 0.010427 1.327062 -0.040847</w:t>
        <w:br/>
        <w:t>v -0.010427 1.327062 -0.040847</w:t>
        <w:br/>
        <w:t>v -0.010427 1.337423 -0.041248</w:t>
        <w:br/>
        <w:t>v -0.010427 1.328330 -0.046200</w:t>
        <w:br/>
        <w:t>v 0.010427 1.328330 -0.046200</w:t>
        <w:br/>
        <w:t>v 0.010427 1.337423 -0.041248</w:t>
        <w:br/>
        <w:t>v -0.010427 1.315761 -0.050759</w:t>
        <w:br/>
        <w:t>v 0.010427 1.315761 -0.050759</w:t>
        <w:br/>
        <w:t>v -0.010427 1.311442 -0.044814</w:t>
        <w:br/>
        <w:t>v -0.010427 1.307988 -0.045751</w:t>
        <w:br/>
        <w:t>v 0.010427 1.307988 -0.045751</w:t>
        <w:br/>
        <w:t>v 0.010427 1.311444 -0.044813</w:t>
        <w:br/>
        <w:t>v 0.010427 1.315527 -0.049738</w:t>
        <w:br/>
        <w:t>v 0.010427 1.312037 -0.050323</w:t>
        <w:br/>
        <w:t>v -0.010427 1.312037 -0.050323</w:t>
        <w:br/>
        <w:t>v -0.010427 1.315527 -0.049738</w:t>
        <w:br/>
        <w:t>v 0.010427 1.306287 -0.048267</w:t>
        <w:br/>
        <w:t>v 0.010427 1.306536 -0.046908</w:t>
        <w:br/>
        <w:t>v -0.010427 1.306536 -0.046908</w:t>
        <w:br/>
        <w:t>v -0.010427 1.306287 -0.048267</w:t>
        <w:br/>
        <w:t>v -0.010427 1.307160 -0.049396</w:t>
        <w:br/>
        <w:t>v 0.010427 1.307160 -0.049396</w:t>
        <w:br/>
        <w:t>v -0.010427 1.337121 -0.038974</w:t>
        <w:br/>
        <w:t>v -0.010427 1.327320 -0.041863</w:t>
        <w:br/>
        <w:t>v 0.010427 1.327320 -0.041863</w:t>
        <w:br/>
        <w:t>v 0.010427 1.337121 -0.038974</w:t>
        <w:br/>
        <w:t>v 0.010427 1.327889 -0.045249</w:t>
        <w:br/>
        <w:t>v -0.010427 1.327889 -0.045249</w:t>
        <w:br/>
        <w:t>v -0.010427 1.336880 -0.040352</w:t>
        <w:br/>
        <w:t>v 0.010427 1.336880 -0.040352</w:t>
        <w:br/>
        <w:t>v 0.010427 1.315153 -0.044317</w:t>
        <w:br/>
        <w:t>v -0.010427 1.315148 -0.044318</w:t>
        <w:br/>
        <w:t>v 0.010401 1.343561 -0.035574</w:t>
        <w:br/>
        <w:t>v -0.010401 1.343561 -0.035574</w:t>
        <w:br/>
        <w:t>v -0.010401 1.343561 -0.035574</w:t>
        <w:br/>
        <w:t>v 0.010401 1.343561 -0.035574</w:t>
        <w:br/>
        <w:t>v -0.010427 1.311082 -0.043862</w:t>
        <w:br/>
        <w:t>v -0.010427 1.307439 -0.044937</w:t>
        <w:br/>
        <w:t>v -0.010427 1.307988 -0.045751</w:t>
        <w:br/>
        <w:t>v -0.010427 1.311442 -0.044814</w:t>
        <w:br/>
        <w:t>v 0.010427 1.311084 -0.043861</w:t>
        <w:br/>
        <w:t>v 0.010427 1.314995 -0.043281</w:t>
        <w:br/>
        <w:t>v 0.010427 1.315153 -0.044317</w:t>
        <w:br/>
        <w:t>v 0.010427 1.311444 -0.044813</w:t>
        <w:br/>
        <w:t>v -0.010427 1.312008 -0.051333</w:t>
        <w:br/>
        <w:t>v -0.010427 1.315761 -0.050759</w:t>
        <w:br/>
        <w:t>v -0.010427 1.315527 -0.049738</w:t>
        <w:br/>
        <w:t>v -0.010427 1.312037 -0.050323</w:t>
        <w:br/>
        <w:t>v 0.010427 1.312037 -0.050323</w:t>
        <w:br/>
        <w:t>v 0.010427 1.312008 -0.051333</w:t>
        <w:br/>
        <w:t>v 0.010427 1.308699 -0.051162</w:t>
        <w:br/>
        <w:t>v 0.010427 1.308990 -0.050163</w:t>
        <w:br/>
        <w:t>v -0.010427 1.306287 -0.048267</w:t>
        <w:br/>
        <w:t>v -0.010427 1.306536 -0.046908</w:t>
        <w:br/>
        <w:t>v -0.010427 1.305718 -0.046549</w:t>
        <w:br/>
        <w:t>v -0.010427 1.305345 -0.048460</w:t>
        <w:br/>
        <w:t>v 0.010427 1.305718 -0.046549</w:t>
        <w:br/>
        <w:t>v 0.010427 1.307439 -0.044937</w:t>
        <w:br/>
        <w:t>v 0.010427 1.307988 -0.045751</w:t>
        <w:br/>
        <w:t>v 0.010427 1.306536 -0.046908</w:t>
        <w:br/>
        <w:t>v 0.010427 1.307160 -0.049396</w:t>
        <w:br/>
        <w:t>v 0.010427 1.306499 -0.050011</w:t>
        <w:br/>
        <w:t>v 0.010427 1.305345 -0.048460</w:t>
        <w:br/>
        <w:t>v 0.010427 1.306287 -0.048267</w:t>
        <w:br/>
        <w:t>v -0.010427 1.308699 -0.051162</w:t>
        <w:br/>
        <w:t>v -0.010427 1.308990 -0.050163</w:t>
        <w:br/>
        <w:t>v -0.010427 1.307160 -0.049396</w:t>
        <w:br/>
        <w:t>v -0.010427 1.306499 -0.050011</w:t>
        <w:br/>
        <w:t>v -0.010427 1.327320 -0.041863</w:t>
        <w:br/>
        <w:t>v -0.010427 1.337121 -0.038974</w:t>
        <w:br/>
        <w:t>v -0.010427 1.336748 -0.037995</w:t>
        <w:br/>
        <w:t>v -0.010427 1.327062 -0.040847</w:t>
        <w:br/>
        <w:t>v 0.010427 1.327062 -0.040847</w:t>
        <w:br/>
        <w:t>v 0.010427 1.336748 -0.037995</w:t>
        <w:br/>
        <w:t>v 0.010427 1.337121 -0.038974</w:t>
        <w:br/>
        <w:t>v 0.010427 1.327320 -0.041863</w:t>
        <w:br/>
        <w:t>v 0.010427 1.328330 -0.046200</w:t>
        <w:br/>
        <w:t>v 0.010427 1.327889 -0.045249</w:t>
        <w:br/>
        <w:t>v 0.010427 1.336880 -0.040352</w:t>
        <w:br/>
        <w:t>v 0.010427 1.337423 -0.041248</w:t>
        <w:br/>
        <w:t>v -0.010427 1.336880 -0.040352</w:t>
        <w:br/>
        <w:t>v -0.010427 1.327889 -0.045249</w:t>
        <w:br/>
        <w:t>v -0.010427 1.328330 -0.046200</w:t>
        <w:br/>
        <w:t>v -0.010427 1.337423 -0.041248</w:t>
        <w:br/>
        <w:t>v -0.010427 1.314992 -0.043281</w:t>
        <w:br/>
        <w:t>v -0.010427 1.315148 -0.044318</w:t>
        <w:br/>
        <w:t>v 0.010427 1.315527 -0.049738</w:t>
        <w:br/>
        <w:t>v 0.010427 1.315761 -0.050759</w:t>
        <w:br/>
        <w:t>v -0.010401 1.343561 -0.035574</w:t>
        <w:br/>
        <w:t>v -0.010401 1.342839 -0.034860</w:t>
        <w:br/>
        <w:t>v 0.010401 1.343561 -0.035574</w:t>
        <w:br/>
        <w:t>v 0.010401 1.344395 -0.036158</w:t>
        <w:br/>
        <w:t>v 0.010401 1.342839 -0.034860</w:t>
        <w:br/>
        <w:t>v -0.010401 1.342839 -0.034860</w:t>
        <w:br/>
        <w:t>v 0.010401 1.344395 -0.036158</w:t>
        <w:br/>
        <w:t>v -0.010401 1.344395 -0.036158</w:t>
        <w:br/>
        <w:t>v 0.010401 1.342839 -0.034860</w:t>
        <w:br/>
        <w:t>v 0.010401 1.343561 -0.035574</w:t>
        <w:br/>
        <w:t>v -0.010401 1.343561 -0.035574</w:t>
        <w:br/>
        <w:t>v -0.010401 1.344395 -0.036158</w:t>
        <w:br/>
        <w:t>v 0.010427 1.308990 -0.050163</w:t>
        <w:br/>
        <w:t>v -0.010427 1.308990 -0.050163</w:t>
        <w:br/>
        <w:t>v -0.010427 1.305345 -0.048460</w:t>
        <w:br/>
        <w:t>v 0.010427 1.305345 -0.048460</w:t>
        <w:br/>
        <w:t>v -0.144870 1.340596 -0.015443</w:t>
        <w:br/>
        <w:t>v -0.132773 1.349854 -0.014993</w:t>
        <w:br/>
        <w:t>v -0.133899 1.351360 -0.000101</w:t>
        <w:br/>
        <w:t>v -0.146144 1.342158 -0.001336</w:t>
        <w:br/>
        <w:t>v -0.141004 1.334941 -0.026706</w:t>
        <w:br/>
        <w:t>v -0.128535 1.343723 -0.026988</w:t>
        <w:br/>
        <w:t>v -0.122003 1.332911 -0.034115</w:t>
        <w:br/>
        <w:t>v -0.134812 1.324843 -0.033578</w:t>
        <w:br/>
        <w:t>v -0.127658 1.313428 -0.035814</w:t>
        <w:br/>
        <w:t>v -0.114464 1.320885 -0.036828</w:t>
        <w:br/>
        <w:t>v -0.120557 1.301792 -0.033627</w:t>
        <w:br/>
        <w:t>v -0.106899 1.308388 -0.034259</w:t>
        <w:br/>
        <w:t>v -0.114702 1.292114 -0.026401</w:t>
        <w:br/>
        <w:t>v -0.100478 1.297498 -0.026937</w:t>
        <w:br/>
        <w:t>v -0.096444 1.290948 -0.014813</w:t>
        <w:br/>
        <w:t>v -0.110742 1.285471 -0.015229</w:t>
        <w:br/>
        <w:t>v -0.109330 1.283169 -0.001203</w:t>
        <w:br/>
        <w:t>v -0.095015 1.288724 -0.000223</w:t>
        <w:br/>
        <w:t>v -0.096466 1.291114 0.014935</w:t>
        <w:br/>
        <w:t>v -0.110802 1.285558 0.013165</w:t>
        <w:br/>
        <w:t>v -0.115224 1.292349 0.024482</w:t>
        <w:br/>
        <w:t>v -0.100851 1.298166 0.026631</w:t>
        <w:br/>
        <w:t>v -0.127829 1.313349 0.035648</w:t>
        <w:br/>
        <w:t>v -0.114711 1.320977 0.038796</w:t>
        <w:br/>
        <w:t>v -0.107009 1.308302 0.036539</w:t>
        <w:br/>
        <w:t>v -0.120594 1.301368 0.033733</w:t>
        <w:br/>
        <w:t>v -0.135008 1.324877 0.031953</w:t>
        <w:br/>
        <w:t>v -0.122176 1.333063 0.034858</w:t>
        <w:br/>
        <w:t>v -0.140872 1.333903 0.024037</w:t>
        <w:br/>
        <w:t>v -0.128311 1.342638 0.026625</w:t>
        <w:br/>
        <w:t>v -0.144731 1.339773 0.012355</w:t>
        <w:br/>
        <w:t>v -0.132397 1.348806 0.014396</w:t>
        <w:br/>
        <w:t>v -0.142951 1.337933 -0.014004</w:t>
        <w:br/>
        <w:t>v -0.144870 1.340596 -0.015443</w:t>
        <w:br/>
        <w:t>v -0.146144 1.342158 -0.001336</w:t>
        <w:br/>
        <w:t>v -0.144005 1.339358 -0.001258</w:t>
        <w:br/>
        <w:t>v -0.133899 1.351360 -0.000101</w:t>
        <w:br/>
        <w:t>v -0.132773 1.349854 -0.014993</w:t>
        <w:br/>
        <w:t>v -0.130839 1.347172 -0.013616</w:t>
        <w:br/>
        <w:t>v -0.131754 1.348564 -0.000117</w:t>
        <w:br/>
        <w:t>v -0.139522 1.332838 -0.024146</w:t>
        <w:br/>
        <w:t>v -0.141004 1.334941 -0.026706</w:t>
        <w:br/>
        <w:t>v -0.128535 1.343723 -0.026988</w:t>
        <w:br/>
        <w:t>v -0.127041 1.341593 -0.024453</w:t>
        <w:br/>
        <w:t>v -0.133920 1.323663 -0.030302</w:t>
        <w:br/>
        <w:t>v -0.134812 1.324843 -0.033578</w:t>
        <w:br/>
        <w:t>v -0.122003 1.332911 -0.034115</w:t>
        <w:br/>
        <w:t>v -0.121116 1.331733 -0.030839</w:t>
        <w:br/>
        <w:t>v -0.127430 1.313417 -0.032301</w:t>
        <w:br/>
        <w:t>v -0.127658 1.313428 -0.035814</w:t>
        <w:br/>
        <w:t>v -0.114263 1.320926 -0.033315</w:t>
        <w:br/>
        <w:t>v -0.114464 1.320885 -0.036828</w:t>
        <w:br/>
        <w:t>v -0.120965 1.303033 -0.030344</w:t>
        <w:br/>
        <w:t>v -0.120557 1.301792 -0.033627</w:t>
        <w:br/>
        <w:t>v -0.106899 1.308388 -0.034259</w:t>
        <w:br/>
        <w:t>v -0.107340 1.309671 -0.030994</w:t>
        <w:br/>
        <w:t>v -0.115592 1.294407 -0.023842</w:t>
        <w:br/>
        <w:t>v -0.114702 1.292114 -0.026401</w:t>
        <w:br/>
        <w:t>v -0.101401 1.299837 -0.024429</w:t>
        <w:br/>
        <w:t>v -0.100478 1.297498 -0.026937</w:t>
        <w:br/>
        <w:t>v -0.110742 1.285471 -0.015229</w:t>
        <w:br/>
        <w:t>v -0.111912 1.288487 -0.013803</w:t>
        <w:br/>
        <w:t>v -0.096444 1.290948 -0.014813</w:t>
        <w:br/>
        <w:t>v -0.097619 1.293998 -0.013479</w:t>
        <w:br/>
        <w:t>v -0.110582 1.286440 -0.001088</w:t>
        <w:br/>
        <w:t>v -0.109330 1.283169 -0.001203</w:t>
        <w:br/>
        <w:t>v -0.095015 1.288724 -0.000223</w:t>
        <w:br/>
        <w:t>v -0.096238 1.292004 -0.000205</w:t>
        <w:br/>
        <w:t>v -0.111881 1.288621 0.011865</w:t>
        <w:br/>
        <w:t>v -0.110802 1.285558 0.013165</w:t>
        <w:br/>
        <w:t>v -0.096466 1.291114 0.014935</w:t>
        <w:br/>
        <w:t>v -0.097527 1.294155 0.013574</w:t>
        <w:br/>
        <w:t>v -0.101536 1.300528 0.024118</w:t>
        <w:br/>
        <w:t>v -0.100851 1.298166 0.026631</w:t>
        <w:br/>
        <w:t>v -0.115224 1.292349 0.024482</w:t>
        <w:br/>
        <w:t>v -0.115894 1.294711 0.021964</w:t>
        <w:br/>
        <w:t>v -0.127119 1.313555 0.032203</w:t>
        <w:br/>
        <w:t>v -0.127829 1.313349 0.035648</w:t>
        <w:br/>
        <w:t>v -0.120594 1.301368 0.033733</w:t>
        <w:br/>
        <w:t>v -0.120611 1.302759 0.030497</w:t>
        <w:br/>
        <w:t>v -0.107009 1.308302 0.036539</w:t>
        <w:br/>
        <w:t>v -0.114711 1.320977 0.038796</w:t>
        <w:br/>
        <w:t>v -0.114054 1.321238 0.035344</w:t>
        <w:br/>
        <w:t>v -0.107051 1.309701 0.033305</w:t>
        <w:br/>
        <w:t>v -0.133658 1.323954 0.028783</w:t>
        <w:br/>
        <w:t>v -0.135008 1.324877 0.031953</w:t>
        <w:br/>
        <w:t>v -0.122176 1.333063 0.034858</w:t>
        <w:br/>
        <w:t>v -0.120867 1.332197 0.031660</w:t>
        <w:br/>
        <w:t>v -0.139039 1.332014 0.021595</w:t>
        <w:br/>
        <w:t>v -0.140872 1.333903 0.024037</w:t>
        <w:br/>
        <w:t>v -0.128311 1.342638 0.026625</w:t>
        <w:br/>
        <w:t>v -0.126502 1.340795 0.024127</w:t>
        <w:br/>
        <w:t>v -0.142617 1.337225 0.011044</w:t>
        <w:br/>
        <w:t>v -0.144731 1.339773 0.012355</w:t>
        <w:br/>
        <w:t>v -0.130294 1.346287 0.013002</w:t>
        <w:br/>
        <w:t>v -0.132397 1.348806 0.014396</w:t>
        <w:br/>
        <w:t>v -0.101053 1.298506 0.030805</w:t>
        <w:br/>
        <w:t>v -0.115035 1.292171 0.028510</w:t>
        <w:br/>
        <w:t>v -0.121164 1.302120 0.030822</w:t>
        <w:br/>
        <w:t>v -0.107025 1.308193 0.032652</w:t>
        <w:br/>
        <w:t>v -0.115035 1.292171 0.028510</w:t>
        <w:br/>
        <w:t>v -0.114501 1.292583 0.024720</w:t>
        <w:br/>
        <w:t>v -0.100529 1.298923 0.026993</w:t>
        <w:br/>
        <w:t>v -0.101053 1.298506 0.030805</w:t>
        <w:br/>
        <w:t>v -0.114501 1.292583 0.024720</w:t>
        <w:br/>
        <w:t>v -0.115035 1.292171 0.028510</w:t>
        <w:br/>
        <w:t>v -0.101053 1.298506 0.030805</w:t>
        <w:br/>
        <w:t>v -0.100529 1.298923 0.026993</w:t>
        <w:br/>
        <w:t>v -0.121610 1.304051 0.027901</w:t>
        <w:br/>
        <w:t>v -0.121164 1.302120 0.030822</w:t>
        <w:br/>
        <w:t>v -0.107025 1.308193 0.032652</w:t>
        <w:br/>
        <w:t>v -0.107470 1.310125 0.029730</w:t>
        <w:br/>
        <w:t>v -0.109452 1.315141 0.034173</w:t>
        <w:br/>
        <w:t>v -0.105192 1.312021 0.034550</w:t>
        <w:br/>
        <w:t>v -0.122371 1.301714 0.030079</w:t>
        <w:br/>
        <w:t>v -0.123174 1.306908 0.030602</w:t>
        <w:br/>
        <w:t>v -0.122371 1.301714 0.030079</w:t>
        <w:br/>
        <w:t>v -0.105192 1.312021 0.034550</w:t>
        <w:br/>
        <w:t>v -0.104934 1.312202 0.033143</w:t>
        <w:br/>
        <w:t>v -0.122114 1.301895 0.028673</w:t>
        <w:br/>
        <w:t>v -0.131304 1.317094 0.028951</w:t>
        <w:br/>
        <w:t>v -0.114124 1.327400 0.033423</w:t>
        <w:br/>
        <w:t>v -0.116124 1.326174 0.034375</w:t>
        <w:br/>
        <w:t>v -0.129845 1.317942 0.030803</w:t>
        <w:br/>
        <w:t>v -0.125948 1.309973 0.034377</w:t>
        <w:br/>
        <w:t>v -0.112380 1.318112 0.037908</w:t>
        <w:br/>
        <w:t>v -0.110883 1.318978 0.039875</w:t>
        <w:br/>
        <w:t>v -0.127993 1.308712 0.035422</w:t>
        <w:br/>
        <w:t>v -0.125893 1.305240 0.035359</w:t>
        <w:br/>
        <w:t>v -0.127993 1.308712 0.035422</w:t>
        <w:br/>
        <w:t>v -0.110883 1.318978 0.039875</w:t>
        <w:br/>
        <w:t>v -0.108783 1.315504 0.039812</w:t>
        <w:br/>
        <w:t>v -0.125893 1.305240 0.035359</w:t>
        <w:br/>
        <w:t>v -0.124890 1.305879 0.030155</w:t>
        <w:br/>
        <w:t>v -0.126952 1.309289 0.030218</w:t>
        <w:br/>
        <w:t>v -0.127993 1.308712 0.035422</w:t>
        <w:br/>
        <w:t>v -0.126952 1.309289 0.030218</w:t>
        <w:br/>
        <w:t>v -0.125235 1.310318 0.030664</w:t>
        <w:br/>
        <w:t>v -0.125235 1.310318 0.030664</w:t>
        <w:br/>
        <w:t>v -0.123174 1.306908 0.030602</w:t>
        <w:br/>
        <w:t>v -0.123844 1.306493 0.034314</w:t>
        <w:br/>
        <w:t>v -0.125948 1.309973 0.034377</w:t>
        <w:br/>
        <w:t>v -0.124890 1.305879 0.030155</w:t>
        <w:br/>
        <w:t>v -0.125893 1.305240 0.035359</w:t>
        <w:br/>
        <w:t>v -0.123844 1.306493 0.034314</w:t>
        <w:br/>
        <w:t>v -0.123174 1.306908 0.030602</w:t>
        <w:br/>
        <w:t>v -0.130569 1.317616 0.034518</w:t>
        <w:br/>
        <w:t>v -0.117002 1.325755 0.038047</w:t>
        <w:br/>
        <w:t>v -0.115504 1.326620 0.040016</w:t>
        <w:br/>
        <w:t>v -0.132614 1.316356 0.035563</w:t>
        <w:br/>
        <w:t>v -0.128167 1.313643 0.034444</w:t>
        <w:br/>
        <w:t>v -0.114600 1.321783 0.037975</w:t>
        <w:br/>
        <w:t>v -0.117002 1.325755 0.038047</w:t>
        <w:br/>
        <w:t>v -0.130569 1.317616 0.034518</w:t>
        <w:br/>
        <w:t>v -0.132614 1.316356 0.035563</w:t>
        <w:br/>
        <w:t>v -0.115504 1.326620 0.040016</w:t>
        <w:br/>
        <w:t>v -0.113106 1.322654 0.039942</w:t>
        <w:br/>
        <w:t>v -0.130216 1.312389 0.035490</w:t>
        <w:br/>
        <w:t>v -0.130216 1.312389 0.035490</w:t>
        <w:br/>
        <w:t>v -0.113106 1.322654 0.039942</w:t>
        <w:br/>
        <w:t>v -0.114600 1.321783 0.037975</w:t>
        <w:br/>
        <w:t>v -0.128167 1.313643 0.034444</w:t>
        <w:br/>
        <w:t>v -0.129198 1.313004 0.030285</w:t>
        <w:br/>
        <w:t>v -0.131304 1.317094 0.028951</w:t>
        <w:br/>
        <w:t>v -0.132614 1.316356 0.035563</w:t>
        <w:br/>
        <w:t>v -0.130216 1.312389 0.035490</w:t>
        <w:br/>
        <w:t>v -0.130569 1.317616 0.034518</w:t>
        <w:br/>
        <w:t>v -0.129845 1.317942 0.030803</w:t>
        <w:br/>
        <w:t>v -0.127482 1.314034 0.030732</w:t>
        <w:br/>
        <w:t>v -0.128167 1.313643 0.034444</w:t>
        <w:br/>
        <w:t>v -0.127482 1.314034 0.030732</w:t>
        <w:br/>
        <w:t>v -0.129198 1.313004 0.030285</w:t>
        <w:br/>
        <w:t>v -0.109772 1.319595 0.034688</w:t>
        <w:br/>
        <w:t>v -0.114124 1.327400 0.033423</w:t>
        <w:br/>
        <w:t>v -0.104934 1.312202 0.033143</w:t>
        <w:br/>
        <w:t>v -0.123844 1.306493 0.034314</w:t>
        <w:br/>
        <w:t>v -0.110277 1.314633 0.037845</w:t>
        <w:br/>
        <w:t>v -0.112380 1.318112 0.037908</w:t>
        <w:br/>
        <w:t>v -0.125948 1.309973 0.034377</w:t>
        <w:br/>
        <w:t>v -0.108783 1.315504 0.039812</w:t>
        <w:br/>
        <w:t>v -0.110277 1.314633 0.037845</w:t>
        <w:br/>
        <w:t>v -0.108783 1.315504 0.039812</w:t>
        <w:br/>
        <w:t>v -0.110883 1.318978 0.039875</w:t>
        <w:br/>
        <w:t>v -0.109772 1.319595 0.034688</w:t>
        <w:br/>
        <w:t>v -0.107710 1.316185 0.034626</w:t>
        <w:br/>
        <w:t>v -0.111513 1.318550 0.034235</w:t>
        <w:br/>
        <w:t>v -0.109772 1.319595 0.034688</w:t>
        <w:br/>
        <w:t>v -0.112380 1.318112 0.037908</w:t>
        <w:br/>
        <w:t>v -0.110277 1.314633 0.037845</w:t>
        <w:br/>
        <w:t>v -0.109452 1.315141 0.034173</w:t>
        <w:br/>
        <w:t>v -0.111513 1.318550 0.034235</w:t>
        <w:br/>
        <w:t>v -0.107710 1.316185 0.034626</w:t>
        <w:br/>
        <w:t>v -0.109452 1.315141 0.034173</w:t>
        <w:br/>
        <w:t>v -0.115504 1.326620 0.040016</w:t>
        <w:br/>
        <w:t>v -0.114124 1.327400 0.033423</w:t>
        <w:br/>
        <w:t>v -0.112018 1.323310 0.034757</w:t>
        <w:br/>
        <w:t>v -0.113106 1.322654 0.039942</w:t>
        <w:br/>
        <w:t>v -0.117002 1.325755 0.038047</w:t>
        <w:br/>
        <w:t>v -0.114600 1.321783 0.037975</w:t>
        <w:br/>
        <w:t>v -0.113760 1.322266 0.034303</w:t>
        <w:br/>
        <w:t>v -0.116124 1.326174 0.034375</w:t>
        <w:br/>
        <w:t>v -0.112018 1.323310 0.034757</w:t>
        <w:br/>
        <w:t>v -0.113760 1.322266 0.034303</w:t>
        <w:br/>
        <w:t>v -0.127482 1.314034 0.030732</w:t>
        <w:br/>
        <w:t>v -0.125235 1.310318 0.030664</w:t>
        <w:br/>
        <w:t>v -0.126952 1.309289 0.030218</w:t>
        <w:br/>
        <w:t>v -0.129198 1.313004 0.030285</w:t>
        <w:br/>
        <w:t>v -0.112018 1.323310 0.034757</w:t>
        <w:br/>
        <w:t>v -0.109772 1.319595 0.034688</w:t>
        <w:br/>
        <w:t>v -0.111513 1.318550 0.034235</w:t>
        <w:br/>
        <w:t>v -0.113760 1.322266 0.034303</w:t>
        <w:br/>
        <w:t>v -0.129845 1.317942 0.030803</w:t>
        <w:br/>
        <w:t>v -0.116124 1.326174 0.034375</w:t>
        <w:br/>
        <w:t>v -0.122371 1.301714 0.030079</w:t>
        <w:br/>
        <w:t>v -0.122114 1.301895 0.028673</w:t>
        <w:br/>
        <w:t>v -0.124890 1.305879 0.030155</w:t>
        <w:br/>
        <w:t>v -0.126952 1.309289 0.030218</w:t>
        <w:br/>
        <w:t>v -0.131304 1.317094 0.028951</w:t>
        <w:br/>
        <w:t>v -0.129198 1.313004 0.030285</w:t>
        <w:br/>
        <w:t>v -0.124890 1.305879 0.030155</w:t>
        <w:br/>
        <w:t>v -0.107710 1.316185 0.034626</w:t>
        <w:br/>
        <w:t>v -0.105192 1.312021 0.034550</w:t>
        <w:br/>
        <w:t>v -0.107710 1.316185 0.034626</w:t>
        <w:br/>
        <w:t>v -0.112018 1.323310 0.034757</w:t>
        <w:br/>
        <w:t>v 0.133899 1.351360 -0.000101</w:t>
        <w:br/>
        <w:t>v 0.132773 1.349854 -0.014993</w:t>
        <w:br/>
        <w:t>v 0.144871 1.340596 -0.015443</w:t>
        <w:br/>
        <w:t>v 0.146144 1.342158 -0.001336</w:t>
        <w:br/>
        <w:t>v 0.128536 1.343723 -0.026988</w:t>
        <w:br/>
        <w:t>v 0.141005 1.334941 -0.026706</w:t>
        <w:br/>
        <w:t>v 0.122004 1.332911 -0.034115</w:t>
        <w:br/>
        <w:t>v 0.134812 1.324843 -0.033578</w:t>
        <w:br/>
        <w:t>v 0.127659 1.313428 -0.035814</w:t>
        <w:br/>
        <w:t>v 0.114465 1.320885 -0.036828</w:t>
        <w:br/>
        <w:t>v 0.106899 1.308388 -0.034259</w:t>
        <w:br/>
        <w:t>v 0.120557 1.301792 -0.033627</w:t>
        <w:br/>
        <w:t>v 0.100478 1.297498 -0.026937</w:t>
        <w:br/>
        <w:t>v 0.114703 1.292114 -0.026401</w:t>
        <w:br/>
        <w:t>v 0.096444 1.290948 -0.014813</w:t>
        <w:br/>
        <w:t>v 0.110743 1.285471 -0.015229</w:t>
        <w:br/>
        <w:t>v 0.095016 1.288724 -0.000223</w:t>
        <w:br/>
        <w:t>v 0.109331 1.283169 -0.001203</w:t>
        <w:br/>
        <w:t>v 0.096466 1.291114 0.014935</w:t>
        <w:br/>
        <w:t>v 0.110802 1.285558 0.013165</w:t>
        <w:br/>
        <w:t>v 0.100851 1.298167 0.026631</w:t>
        <w:br/>
        <w:t>v 0.115224 1.292349 0.024481</w:t>
        <w:br/>
        <w:t>v 0.107009 1.308302 0.036539</w:t>
        <w:br/>
        <w:t>v 0.114711 1.320977 0.038796</w:t>
        <w:br/>
        <w:t>v 0.127829 1.313349 0.035648</w:t>
        <w:br/>
        <w:t>v 0.120595 1.301369 0.033733</w:t>
        <w:br/>
        <w:t>v 0.122176 1.333063 0.034858</w:t>
        <w:br/>
        <w:t>v 0.135008 1.324877 0.031953</w:t>
        <w:br/>
        <w:t>v 0.128311 1.342638 0.026625</w:t>
        <w:br/>
        <w:t>v 0.140872 1.333903 0.024037</w:t>
        <w:br/>
        <w:t>v 0.132397 1.348807 0.014396</w:t>
        <w:br/>
        <w:t>v 0.144732 1.339773 0.012355</w:t>
        <w:br/>
        <w:t>v 0.146144 1.342158 -0.001336</w:t>
        <w:br/>
        <w:t>v 0.144871 1.340596 -0.015443</w:t>
        <w:br/>
        <w:t>v 0.142952 1.337933 -0.014004</w:t>
        <w:br/>
        <w:t>v 0.144005 1.339358 -0.001258</w:t>
        <w:br/>
        <w:t>v 0.130840 1.347172 -0.013616</w:t>
        <w:br/>
        <w:t>v 0.132773 1.349854 -0.014993</w:t>
        <w:br/>
        <w:t>v 0.133899 1.351360 -0.000101</w:t>
        <w:br/>
        <w:t>v 0.131755 1.348564 -0.000117</w:t>
        <w:br/>
        <w:t>v 0.141005 1.334941 -0.026706</w:t>
        <w:br/>
        <w:t>v 0.139522 1.332838 -0.024146</w:t>
        <w:br/>
        <w:t>v 0.128536 1.343723 -0.026988</w:t>
        <w:br/>
        <w:t>v 0.127041 1.341593 -0.024453</w:t>
        <w:br/>
        <w:t>v 0.134812 1.324843 -0.033578</w:t>
        <w:br/>
        <w:t>v 0.133920 1.323663 -0.030302</w:t>
        <w:br/>
        <w:t>v 0.122004 1.332911 -0.034115</w:t>
        <w:br/>
        <w:t>v 0.121117 1.331733 -0.030839</w:t>
        <w:br/>
        <w:t>v 0.127431 1.313418 -0.032301</w:t>
        <w:br/>
        <w:t>v 0.127659 1.313428 -0.035814</w:t>
        <w:br/>
        <w:t>v 0.114263 1.320926 -0.033315</w:t>
        <w:br/>
        <w:t>v 0.114465 1.320885 -0.036828</w:t>
        <w:br/>
        <w:t>v 0.120557 1.301792 -0.033627</w:t>
        <w:br/>
        <w:t>v 0.120966 1.303033 -0.030344</w:t>
        <w:br/>
        <w:t>v 0.106899 1.308388 -0.034259</w:t>
        <w:br/>
        <w:t>v 0.107341 1.309672 -0.030994</w:t>
        <w:br/>
        <w:t>v 0.114703 1.292114 -0.026401</w:t>
        <w:br/>
        <w:t>v 0.115593 1.294407 -0.023842</w:t>
        <w:br/>
        <w:t>v 0.101401 1.299837 -0.024429</w:t>
        <w:br/>
        <w:t>v 0.100478 1.297498 -0.026937</w:t>
        <w:br/>
        <w:t>v 0.110743 1.285471 -0.015229</w:t>
        <w:br/>
        <w:t>v 0.111913 1.288487 -0.013803</w:t>
        <w:br/>
        <w:t>v 0.096444 1.290948 -0.014813</w:t>
        <w:br/>
        <w:t>v 0.097619 1.293998 -0.013479</w:t>
        <w:br/>
        <w:t>v 0.110582 1.286441 -0.001088</w:t>
        <w:br/>
        <w:t>v 0.109331 1.283169 -0.001203</w:t>
        <w:br/>
        <w:t>v 0.096239 1.292005 -0.000205</w:t>
        <w:br/>
        <w:t>v 0.095016 1.288724 -0.000223</w:t>
        <w:br/>
        <w:t>v 0.111881 1.288621 0.011865</w:t>
        <w:br/>
        <w:t>v 0.110802 1.285558 0.013165</w:t>
        <w:br/>
        <w:t>v 0.096466 1.291114 0.014935</w:t>
        <w:br/>
        <w:t>v 0.097527 1.294156 0.013574</w:t>
        <w:br/>
        <w:t>v 0.101536 1.300528 0.024118</w:t>
        <w:br/>
        <w:t>v 0.100851 1.298167 0.026631</w:t>
        <w:br/>
        <w:t>v 0.115224 1.292349 0.024481</w:t>
        <w:br/>
        <w:t>v 0.115895 1.294711 0.021964</w:t>
        <w:br/>
        <w:t>v 0.120595 1.301369 0.033733</w:t>
        <w:br/>
        <w:t>v 0.127829 1.313349 0.035648</w:t>
        <w:br/>
        <w:t>v 0.127119 1.313555 0.032203</w:t>
        <w:br/>
        <w:t>v 0.120612 1.302759 0.030497</w:t>
        <w:br/>
        <w:t>v 0.114055 1.321238 0.035344</w:t>
        <w:br/>
        <w:t>v 0.114711 1.320977 0.038796</w:t>
        <w:br/>
        <w:t>v 0.107009 1.308302 0.036539</w:t>
        <w:br/>
        <w:t>v 0.107052 1.309701 0.033305</w:t>
        <w:br/>
        <w:t>v 0.133659 1.323954 0.028783</w:t>
        <w:br/>
        <w:t>v 0.135008 1.324877 0.031953</w:t>
        <w:br/>
        <w:t>v 0.122176 1.333063 0.034858</w:t>
        <w:br/>
        <w:t>v 0.120867 1.332197 0.031660</w:t>
        <w:br/>
        <w:t>v 0.140872 1.333903 0.024037</w:t>
        <w:br/>
        <w:t>v 0.139040 1.332014 0.021595</w:t>
        <w:br/>
        <w:t>v 0.126502 1.340795 0.024127</w:t>
        <w:br/>
        <w:t>v 0.128311 1.342638 0.026625</w:t>
        <w:br/>
        <w:t>v 0.144732 1.339773 0.012355</w:t>
        <w:br/>
        <w:t>v 0.142618 1.337225 0.011044</w:t>
        <w:br/>
        <w:t>v 0.130294 1.346287 0.013002</w:t>
        <w:br/>
        <w:t>v 0.132397 1.348807 0.014396</w:t>
        <w:br/>
        <w:t>v 0.115035 1.292171 0.028510</w:t>
        <w:br/>
        <w:t>v 0.101053 1.298506 0.030806</w:t>
        <w:br/>
        <w:t>v 0.121165 1.302120 0.030822</w:t>
        <w:br/>
        <w:t>v 0.107026 1.308193 0.032652</w:t>
        <w:br/>
        <w:t>v 0.114502 1.292583 0.024720</w:t>
        <w:br/>
        <w:t>v 0.115035 1.292171 0.028510</w:t>
        <w:br/>
        <w:t>v 0.101053 1.298506 0.030806</w:t>
        <w:br/>
        <w:t>v 0.100530 1.298923 0.026993</w:t>
        <w:br/>
        <w:t>v 0.101053 1.298506 0.030806</w:t>
        <w:br/>
        <w:t>v 0.115035 1.292171 0.028510</w:t>
        <w:br/>
        <w:t>v 0.114502 1.292583 0.024720</w:t>
        <w:br/>
        <w:t>v 0.100530 1.298923 0.026993</w:t>
        <w:br/>
        <w:t>v 0.121610 1.304051 0.027901</w:t>
        <w:br/>
        <w:t>v 0.121165 1.302120 0.030822</w:t>
        <w:br/>
        <w:t>v 0.107026 1.308193 0.032652</w:t>
        <w:br/>
        <w:t>v 0.107471 1.310125 0.029730</w:t>
        <w:br/>
        <w:t>v 0.122372 1.301714 0.030079</w:t>
        <w:br/>
        <w:t>v 0.105192 1.312021 0.034550</w:t>
        <w:br/>
        <w:t>v 0.109452 1.315141 0.034173</w:t>
        <w:br/>
        <w:t>v 0.123174 1.306909 0.030602</w:t>
        <w:br/>
        <w:t>v 0.104934 1.312202 0.033143</w:t>
        <w:br/>
        <w:t>v 0.105192 1.312021 0.034550</w:t>
        <w:br/>
        <w:t>v 0.122372 1.301714 0.030079</w:t>
        <w:br/>
        <w:t>v 0.122115 1.301896 0.028673</w:t>
        <w:br/>
        <w:t>v 0.116124 1.326174 0.034375</w:t>
        <w:br/>
        <w:t>v 0.114124 1.327400 0.033423</w:t>
        <w:br/>
        <w:t>v 0.131304 1.317094 0.028951</w:t>
        <w:br/>
        <w:t>v 0.129845 1.317942 0.030803</w:t>
        <w:br/>
        <w:t>v 0.110883 1.318977 0.039875</w:t>
        <w:br/>
        <w:t>v 0.112380 1.318112 0.037908</w:t>
        <w:br/>
        <w:t>v 0.125948 1.309973 0.034377</w:t>
        <w:br/>
        <w:t>v 0.127993 1.308713 0.035422</w:t>
        <w:br/>
        <w:t>v 0.110883 1.318977 0.039875</w:t>
        <w:br/>
        <w:t>v 0.127993 1.308713 0.035422</w:t>
        <w:br/>
        <w:t>v 0.125893 1.305241 0.035359</w:t>
        <w:br/>
        <w:t>v 0.108784 1.315504 0.039812</w:t>
        <w:br/>
        <w:t>v 0.126952 1.309289 0.030218</w:t>
        <w:br/>
        <w:t>v 0.124890 1.305879 0.030155</w:t>
        <w:br/>
        <w:t>v 0.125893 1.305241 0.035359</w:t>
        <w:br/>
        <w:t>v 0.127993 1.308713 0.035422</w:t>
        <w:br/>
        <w:t>v 0.126952 1.309289 0.030218</w:t>
        <w:br/>
        <w:t>v 0.125235 1.310318 0.030664</w:t>
        <w:br/>
        <w:t>v 0.123844 1.306493 0.034314</w:t>
        <w:br/>
        <w:t>v 0.123174 1.306909 0.030602</w:t>
        <w:br/>
        <w:t>v 0.125235 1.310318 0.030664</w:t>
        <w:br/>
        <w:t>v 0.125948 1.309973 0.034377</w:t>
        <w:br/>
        <w:t>v 0.123844 1.306493 0.034314</w:t>
        <w:br/>
        <w:t>v 0.125893 1.305241 0.035359</w:t>
        <w:br/>
        <w:t>v 0.124890 1.305879 0.030155</w:t>
        <w:br/>
        <w:t>v 0.123174 1.306909 0.030602</w:t>
        <w:br/>
        <w:t>v 0.115504 1.326620 0.040016</w:t>
        <w:br/>
        <w:t>v 0.117003 1.325755 0.038047</w:t>
        <w:br/>
        <w:t>v 0.130570 1.317616 0.034518</w:t>
        <w:br/>
        <w:t>v 0.132615 1.316356 0.035563</w:t>
        <w:br/>
        <w:t>v 0.117003 1.325755 0.038047</w:t>
        <w:br/>
        <w:t>v 0.114600 1.321783 0.037975</w:t>
        <w:br/>
        <w:t>v 0.128167 1.313643 0.034444</w:t>
        <w:br/>
        <w:t>v 0.130570 1.317616 0.034518</w:t>
        <w:br/>
        <w:t>v 0.113107 1.322654 0.039942</w:t>
        <w:br/>
        <w:t>v 0.115504 1.326620 0.040016</w:t>
        <w:br/>
        <w:t>v 0.132615 1.316356 0.035563</w:t>
        <w:br/>
        <w:t>v 0.130216 1.312389 0.035490</w:t>
        <w:br/>
        <w:t>v 0.114600 1.321783 0.037975</w:t>
        <w:br/>
        <w:t>v 0.113107 1.322654 0.039942</w:t>
        <w:br/>
        <w:t>v 0.130216 1.312389 0.035490</w:t>
        <w:br/>
        <w:t>v 0.128167 1.313643 0.034444</w:t>
        <w:br/>
        <w:t>v 0.132615 1.316356 0.035563</w:t>
        <w:br/>
        <w:t>v 0.131304 1.317094 0.028951</w:t>
        <w:br/>
        <w:t>v 0.129198 1.313004 0.030285</w:t>
        <w:br/>
        <w:t>v 0.130216 1.312389 0.035490</w:t>
        <w:br/>
        <w:t>v 0.127482 1.314034 0.030732</w:t>
        <w:br/>
        <w:t>v 0.129845 1.317942 0.030803</w:t>
        <w:br/>
        <w:t>v 0.130570 1.317616 0.034518</w:t>
        <w:br/>
        <w:t>v 0.128167 1.313643 0.034444</w:t>
        <w:br/>
        <w:t>v 0.129198 1.313004 0.030285</w:t>
        <w:br/>
        <w:t>v 0.127482 1.314034 0.030732</w:t>
        <w:br/>
        <w:t>v 0.114124 1.327400 0.033423</w:t>
        <w:br/>
        <w:t>v 0.109773 1.319595 0.034688</w:t>
        <w:br/>
        <w:t>v 0.104934 1.312202 0.033143</w:t>
        <w:br/>
        <w:t>v 0.112380 1.318112 0.037908</w:t>
        <w:br/>
        <w:t>v 0.110277 1.314633 0.037845</w:t>
        <w:br/>
        <w:t>v 0.123844 1.306493 0.034314</w:t>
        <w:br/>
        <w:t>v 0.125948 1.309973 0.034377</w:t>
        <w:br/>
        <w:t>v 0.110277 1.314633 0.037845</w:t>
        <w:br/>
        <w:t>v 0.108784 1.315504 0.039812</w:t>
        <w:br/>
        <w:t>v 0.109773 1.319595 0.034688</w:t>
        <w:br/>
        <w:t>v 0.110883 1.318977 0.039875</w:t>
        <w:br/>
        <w:t>v 0.108784 1.315504 0.039812</w:t>
        <w:br/>
        <w:t>v 0.107710 1.316185 0.034626</w:t>
        <w:br/>
        <w:t>v 0.109773 1.319595 0.034688</w:t>
        <w:br/>
        <w:t>v 0.111513 1.318551 0.034235</w:t>
        <w:br/>
        <w:t>v 0.109452 1.315141 0.034173</w:t>
        <w:br/>
        <w:t>v 0.110277 1.314633 0.037845</w:t>
        <w:br/>
        <w:t>v 0.112380 1.318112 0.037908</w:t>
        <w:br/>
        <w:t>v 0.111513 1.318551 0.034235</w:t>
        <w:br/>
        <w:t>v 0.109452 1.315141 0.034173</w:t>
        <w:br/>
        <w:t>v 0.107710 1.316185 0.034626</w:t>
        <w:br/>
        <w:t>v 0.112018 1.323310 0.034757</w:t>
        <w:br/>
        <w:t>v 0.114124 1.327400 0.033423</w:t>
        <w:br/>
        <w:t>v 0.115504 1.326620 0.040016</w:t>
        <w:br/>
        <w:t>v 0.113107 1.322654 0.039942</w:t>
        <w:br/>
        <w:t>v 0.113760 1.322266 0.034303</w:t>
        <w:br/>
        <w:t>v 0.114600 1.321783 0.037975</w:t>
        <w:br/>
        <w:t>v 0.117003 1.325755 0.038047</w:t>
        <w:br/>
        <w:t>v 0.116124 1.326174 0.034375</w:t>
        <w:br/>
        <w:t>v 0.113760 1.322266 0.034303</w:t>
        <w:br/>
        <w:t>v 0.112018 1.323310 0.034757</w:t>
        <w:br/>
        <w:t>v 0.126952 1.309289 0.030218</w:t>
        <w:br/>
        <w:t>v 0.125235 1.310318 0.030664</w:t>
        <w:br/>
        <w:t>v 0.127482 1.314034 0.030732</w:t>
        <w:br/>
        <w:t>v 0.129198 1.313004 0.030285</w:t>
        <w:br/>
        <w:t>v 0.111513 1.318551 0.034235</w:t>
        <w:br/>
        <w:t>v 0.109773 1.319595 0.034688</w:t>
        <w:br/>
        <w:t>v 0.112018 1.323310 0.034757</w:t>
        <w:br/>
        <w:t>v 0.113760 1.322266 0.034303</w:t>
        <w:br/>
        <w:t>v 0.116124 1.326174 0.034375</w:t>
        <w:br/>
        <w:t>v 0.129845 1.317942 0.030803</w:t>
        <w:br/>
        <w:t>v 0.122115 1.301896 0.028673</w:t>
        <w:br/>
        <w:t>v 0.122372 1.301714 0.030079</w:t>
        <w:br/>
        <w:t>v 0.124890 1.305879 0.030155</w:t>
        <w:br/>
        <w:t>v 0.131304 1.317094 0.028951</w:t>
        <w:br/>
        <w:t>v 0.126952 1.309289 0.030218</w:t>
        <w:br/>
        <w:t>v 0.129198 1.313004 0.030285</w:t>
        <w:br/>
        <w:t>v 0.124890 1.305879 0.030155</w:t>
        <w:br/>
        <w:t>v 0.107710 1.316185 0.034626</w:t>
        <w:br/>
        <w:t>v 0.107710 1.316185 0.034626</w:t>
        <w:br/>
        <w:t>v 0.105192 1.312021 0.034550</w:t>
        <w:br/>
        <w:t>v 0.112018 1.323310 0.034757</w:t>
        <w:br/>
        <w:t>v 0.195287 1.259524 0.022344</w:t>
        <w:br/>
        <w:t>v 0.189444 1.252804 0.019119</w:t>
        <w:br/>
        <w:t>v 0.191757 1.251939 0.016619</w:t>
        <w:br/>
        <w:t>v 0.197456 1.258680 0.019960</w:t>
        <w:br/>
        <w:t>v 0.198521 1.254400 0.029797</w:t>
        <w:br/>
        <w:t>v 0.193122 1.247039 0.027546</w:t>
        <w:br/>
        <w:t>v 0.190463 1.249295 0.027358</w:t>
        <w:br/>
        <w:t>v 0.196291 1.256277 0.029431</w:t>
        <w:br/>
        <w:t>v 0.188750 1.251222 0.025697</w:t>
        <w:br/>
        <w:t>v 0.188257 1.252684 0.022488</w:t>
        <w:br/>
        <w:t>v 0.194286 1.259499 0.024629</w:t>
        <w:br/>
        <w:t>v 0.194620 1.258152 0.027774</w:t>
        <w:br/>
        <w:t>v 0.200142 1.267693 0.023428</w:t>
        <w:br/>
        <w:t>v 0.198779 1.267579 0.026876</w:t>
        <w:br/>
        <w:t>v 0.238011 1.232120 0.030911</w:t>
        <w:br/>
        <w:t>v 0.235997 1.227304 0.030627</w:t>
        <w:br/>
        <w:t>v 0.232258 1.230475 0.029166</w:t>
        <w:br/>
        <w:t>v 0.199356 1.266039 0.030226</w:t>
        <w:br/>
        <w:t>v 0.201157 1.264040 0.031943</w:t>
        <w:br/>
        <w:t>v 0.232267 1.224268 0.028569</w:t>
        <w:br/>
        <w:t>v 0.233112 1.241895 0.029463</w:t>
        <w:br/>
        <w:t>v 0.227590 1.234218 0.028159</w:t>
        <w:br/>
        <w:t>v 0.215532 1.242853 0.027967</w:t>
        <w:br/>
        <w:t>v 0.221074 1.250518 0.029423</w:t>
        <w:br/>
        <w:t>v 0.202466 1.266815 0.020794</w:t>
        <w:br/>
        <w:t>v 0.199763 1.257276 0.019013</w:t>
        <w:br/>
        <w:t>v 0.205400 1.264935 0.019909</w:t>
        <w:br/>
        <w:t>v 0.222244 1.227035 0.024961</w:t>
        <w:br/>
        <w:t>v 0.210108 1.235516 0.024999</w:t>
        <w:br/>
        <w:t>v 0.201402 1.241276 0.025984</w:t>
        <w:br/>
        <w:t>v 0.206827 1.248630 0.028587</w:t>
        <w:br/>
        <w:t>v 0.203914 1.261796 0.031957</w:t>
        <w:br/>
        <w:t>v 0.194553 1.250098 0.015538</w:t>
        <w:br/>
        <w:t>v 0.212319 1.256179 0.030465</w:t>
        <w:br/>
        <w:t>v 0.228315 1.235851 0.020812</w:t>
        <w:br/>
        <w:t>v 0.247245 1.222117 0.019661</w:t>
        <w:br/>
        <w:t>v 0.242088 1.215415 0.016542</w:t>
        <w:br/>
        <w:t>v 0.222975 1.228675 0.017362</w:t>
        <w:br/>
        <w:t>v 0.198821 1.256998 0.021669</w:t>
        <w:br/>
        <w:t>v 0.192619 1.250328 0.018477</w:t>
        <w:br/>
        <w:t>v 0.191259 1.250901 0.019804</w:t>
        <w:br/>
        <w:t>v 0.197620 1.257625 0.022278</w:t>
        <w:br/>
        <w:t>v 0.193810 1.247262 0.024470</w:t>
        <w:br/>
        <w:t>v 0.199220 1.254845 0.026539</w:t>
        <w:br/>
        <w:t>v 0.198002 1.255873 0.026323</w:t>
        <w:br/>
        <w:t>v 0.191857 1.248770 0.024380</w:t>
        <w:br/>
        <w:t>v 0.196919 1.257613 0.023751</w:t>
        <w:br/>
        <w:t>v 0.190381 1.250785 0.021756</w:t>
        <w:br/>
        <w:t>v 0.190799 1.249950 0.023418</w:t>
        <w:br/>
        <w:t>v 0.197216 1.256771 0.025490</w:t>
        <w:br/>
        <w:t>v 0.201448 1.265889 0.026276</w:t>
        <w:br/>
        <w:t>v 0.202259 1.265939 0.024299</w:t>
        <w:br/>
        <w:t>v 0.233182 1.230770 0.025905</w:t>
        <w:br/>
        <w:t>v 0.236958 1.227439 0.027816</w:t>
        <w:br/>
        <w:t>v 0.238974 1.232268 0.028101</w:t>
        <w:br/>
        <w:t>v 0.202870 1.263804 0.028867</w:t>
        <w:br/>
        <w:t>v 0.201795 1.264960 0.027903</w:t>
        <w:br/>
        <w:t>v 0.233217 1.224398 0.025754</w:t>
        <w:br/>
        <w:t>v 0.207158 1.249342 0.025388</w:t>
        <w:br/>
        <w:t>v 0.215889 1.243581 0.024648</w:t>
        <w:br/>
        <w:t>v 0.221365 1.251105 0.026402</w:t>
        <w:br/>
        <w:t>v 0.212607 1.256788 0.027477</w:t>
        <w:br/>
        <w:t>v 0.203668 1.265436 0.022987</w:t>
        <w:br/>
        <w:t>v 0.205627 1.264026 0.022593</w:t>
        <w:br/>
        <w:t>v 0.200123 1.256146 0.021539</w:t>
        <w:br/>
        <w:t>v 0.205846 1.241060 0.018074</w:t>
        <w:br/>
        <w:t>v 0.211149 1.248146 0.021698</w:t>
        <w:br/>
        <w:t>v 0.252196 1.229608 0.020987</w:t>
        <w:br/>
        <w:t>v 0.233886 1.243591 0.021809</w:t>
        <w:br/>
        <w:t>v 0.210508 1.236269 0.021978</w:t>
        <w:br/>
        <w:t>v 0.201745 1.241955 0.023061</w:t>
        <w:br/>
        <w:t>v 0.216710 1.255891 0.022499</w:t>
        <w:br/>
        <w:t>v 0.194719 1.249093 0.018149</w:t>
        <w:br/>
        <w:t>v 0.254269 1.226484 0.020583</w:t>
        <w:br/>
        <w:t>v 0.245310 1.214377 0.016607</w:t>
        <w:br/>
        <w:t>v 0.204769 1.262234 0.028927</w:t>
        <w:br/>
        <w:t>v 0.222688 1.228392 0.015651</w:t>
        <w:br/>
        <w:t>v 0.242018 1.215225 0.015046</w:t>
        <w:br/>
        <w:t>v 0.242363 1.216005 0.013842</w:t>
        <w:br/>
        <w:t>v 0.223315 1.229356 0.014394</w:t>
        <w:br/>
        <w:t>v 0.191757 1.251939 0.016619</w:t>
        <w:br/>
        <w:t>v 0.189444 1.252804 0.019119</w:t>
        <w:br/>
        <w:t>v 0.189783 1.251360 0.019200</w:t>
        <w:br/>
        <w:t>v 0.191692 1.250674 0.017172</w:t>
        <w:br/>
        <w:t>v 0.193122 1.247039 0.027546</w:t>
        <w:br/>
        <w:t>v 0.193016 1.246528 0.025932</w:t>
        <w:br/>
        <w:t>v 0.190622 1.248426 0.025867</w:t>
        <w:br/>
        <w:t>v 0.190463 1.249295 0.027358</w:t>
        <w:br/>
        <w:t>v 0.188750 1.251222 0.025697</w:t>
        <w:br/>
        <w:t>v 0.189151 1.250014 0.024500</w:t>
        <w:br/>
        <w:t>v 0.188658 1.251300 0.021968</w:t>
        <w:br/>
        <w:t>v 0.188257 1.252684 0.022488</w:t>
        <w:br/>
        <w:t>v 0.201562 1.267463 0.024004</w:t>
        <w:br/>
        <w:t>v 0.200405 1.267363 0.026761</w:t>
        <w:br/>
        <w:t>v 0.198779 1.267579 0.026876</w:t>
        <w:br/>
        <w:t>v 0.200142 1.267693 0.023428</w:t>
        <w:br/>
        <w:t>v 0.233112 1.241895 0.029463</w:t>
        <w:br/>
        <w:t>v 0.233585 1.242686 0.028068</w:t>
        <w:br/>
        <w:t>v 0.238698 1.237911 0.028829</w:t>
        <w:br/>
        <w:t>v 0.237637 1.237514 0.030049</w:t>
        <w:br/>
        <w:t>v 0.239142 1.232110 0.029720</w:t>
        <w:br/>
        <w:t>v 0.238011 1.232120 0.030911</w:t>
        <w:br/>
        <w:t>v 0.201157 1.264040 0.031943</w:t>
        <w:br/>
        <w:t>v 0.199356 1.266039 0.030226</w:t>
        <w:br/>
        <w:t>v 0.200941 1.266128 0.029316</w:t>
        <w:br/>
        <w:t>v 0.202401 1.264524 0.030676</w:t>
        <w:br/>
        <w:t>v 0.237071 1.226887 0.029395</w:t>
        <w:br/>
        <w:t>v 0.232982 1.223690 0.027209</w:t>
        <w:br/>
        <w:t>v 0.232267 1.224268 0.028569</w:t>
        <w:br/>
        <w:t>v 0.235997 1.227304 0.030627</w:t>
        <w:br/>
        <w:t>v 0.222244 1.227035 0.024961</w:t>
        <w:br/>
        <w:t>v 0.227511 1.223673 0.025921</w:t>
        <w:br/>
        <w:t>v 0.227841 1.223073 0.024402</w:t>
        <w:br/>
        <w:t>v 0.221937 1.226752 0.023317</w:t>
        <w:br/>
        <w:t>v 0.221656 1.251413 0.028017</w:t>
        <w:br/>
        <w:t>v 0.221074 1.250518 0.029423</w:t>
        <w:br/>
        <w:t>v 0.212319 1.256179 0.030465</w:t>
        <w:br/>
        <w:t>v 0.212949 1.257155 0.029114</w:t>
        <w:br/>
        <w:t>v 0.203434 1.266726 0.021958</w:t>
        <w:br/>
        <w:t>v 0.202466 1.266815 0.020794</w:t>
        <w:br/>
        <w:t>v 0.205400 1.264935 0.019909</w:t>
        <w:br/>
        <w:t>v 0.205974 1.265123 0.021404</w:t>
        <w:br/>
        <w:t>v 0.205509 1.240729 0.016421</w:t>
        <w:br/>
        <w:t>v 0.206119 1.241676 0.015079</w:t>
        <w:br/>
        <w:t>v 0.234184 1.244212 0.018825</w:t>
        <w:br/>
        <w:t>v 0.252694 1.230415 0.018036</w:t>
        <w:br/>
        <w:t>v 0.253061 1.230451 0.019575</w:t>
        <w:br/>
        <w:t>v 0.234501 1.244542 0.020465</w:t>
        <w:br/>
        <w:t>v 0.209851 1.235272 0.023205</w:t>
        <w:br/>
        <w:t>v 0.210108 1.235516 0.024999</w:t>
        <w:br/>
        <w:t>v 0.217340 1.256871 0.021235</w:t>
        <w:br/>
        <w:t>v 0.217043 1.256597 0.019530</w:t>
        <w:br/>
        <w:t>v 0.194553 1.250098 0.015538</w:t>
        <w:br/>
        <w:t>v 0.194201 1.249030 0.016607</w:t>
        <w:br/>
        <w:t>v 0.251812 1.219507 0.017693</w:t>
        <w:br/>
        <w:t>v 0.255222 1.226661 0.018790</w:t>
        <w:br/>
        <w:t>v 0.254628 1.227118 0.017555</w:t>
        <w:br/>
        <w:t>v 0.251368 1.220294 0.016341</w:t>
        <w:br/>
        <w:t>v 0.245754 1.214219 0.015267</w:t>
        <w:br/>
        <w:t>v 0.245669 1.215090 0.014029</w:t>
        <w:br/>
        <w:t>v 0.190463 1.249295 0.027358</w:t>
        <w:br/>
        <w:t>v 0.201402 1.241276 0.025984</w:t>
        <w:br/>
        <w:t>v 0.201121 1.241012 0.024299</w:t>
        <w:br/>
        <w:t>v 0.204803 1.262639 0.030743</w:t>
        <w:br/>
        <w:t>v 0.203914 1.261796 0.031957</w:t>
        <w:br/>
        <w:t>v 0.212319 1.256179 0.030465</w:t>
        <w:br/>
        <w:t>v 0.192619 1.250328 0.018477</w:t>
        <w:br/>
        <w:t>v 0.189783 1.251360 0.019200</w:t>
        <w:br/>
        <w:t>v 0.191259 1.250901 0.019804</w:t>
        <w:br/>
        <w:t>v 0.193810 1.247262 0.024470</w:t>
        <w:br/>
        <w:t>v 0.191857 1.248770 0.024380</w:t>
        <w:br/>
        <w:t>v 0.190381 1.250785 0.021756</w:t>
        <w:br/>
        <w:t>v 0.190799 1.249950 0.023418</w:t>
        <w:br/>
        <w:t>v 0.201448 1.265889 0.026276</w:t>
        <w:br/>
        <w:t>v 0.233387 1.242516 0.026493</w:t>
        <w:br/>
        <w:t>v 0.238434 1.237780 0.027197</w:t>
        <w:br/>
        <w:t>v 0.237071 1.226887 0.029395</w:t>
        <w:br/>
        <w:t>v 0.239142 1.232110 0.029720</w:t>
        <w:br/>
        <w:t>v 0.202870 1.263804 0.028867</w:t>
        <w:br/>
        <w:t>v 0.201795 1.264960 0.027903</w:t>
        <w:br/>
        <w:t>v 0.233217 1.224398 0.025754</w:t>
        <w:br/>
        <w:t>v 0.228309 1.223942 0.023069</w:t>
        <w:br/>
        <w:t>v 0.227841 1.223073 0.024402</w:t>
        <w:br/>
        <w:t>v 0.222536 1.227684 0.022070</w:t>
        <w:br/>
        <w:t>v 0.221365 1.251105 0.026402</w:t>
        <w:br/>
        <w:t>v 0.201745 1.241955 0.023061</w:t>
        <w:br/>
        <w:t>v 0.210508 1.236269 0.021978</w:t>
        <w:br/>
        <w:t>v 0.194201 1.249030 0.016607</w:t>
        <w:br/>
        <w:t>v 0.250897 1.219758 0.019403</w:t>
        <w:br/>
        <w:t>v 0.254269 1.226484 0.020583</w:t>
        <w:br/>
        <w:t>v 0.255222 1.226661 0.018790</w:t>
        <w:br/>
        <w:t>v 0.245310 1.214377 0.016607</w:t>
        <w:br/>
        <w:t>v 0.204769 1.262234 0.028927</w:t>
        <w:br/>
        <w:t>v 0.212607 1.256788 0.027477</w:t>
        <w:br/>
        <w:t>v 0.227933 1.234899 0.025032</w:t>
        <w:br/>
        <w:t>v 0.233387 1.242516 0.026493</w:t>
        <w:br/>
        <w:t>v 0.222536 1.227684 0.022070</w:t>
        <w:br/>
        <w:t>v 0.228309 1.223942 0.023069</w:t>
        <w:br/>
        <w:t>v 0.238434 1.237780 0.027197</w:t>
        <w:br/>
        <w:t>v 0.237637 1.237514 0.030049</w:t>
        <w:br/>
        <w:t>v 0.227511 1.223673 0.025921</w:t>
        <w:br/>
        <w:t>v 0.250897 1.219758 0.019403</w:t>
        <w:br/>
        <w:t>v 0.265072 1.253345 -0.003220</w:t>
        <w:br/>
        <w:t>v 0.237492 1.273967 -0.003218</w:t>
        <w:br/>
        <w:t>v 0.235196 1.270760 -0.017939</w:t>
        <w:br/>
        <w:t>v 0.262831 1.250215 -0.017583</w:t>
        <w:br/>
        <w:t>v 0.262831 1.250215 0.011145</w:t>
        <w:br/>
        <w:t>v 0.235195 1.270759 0.011501</w:t>
        <w:br/>
        <w:t>v 0.264602 1.250082 -0.003220</w:t>
        <w:br/>
        <w:t>v 0.265072 1.253345 -0.003220</w:t>
        <w:br/>
        <w:t>v 0.262831 1.250215 -0.017583</w:t>
        <w:br/>
        <w:t>v 0.262590 1.247271 -0.016120</w:t>
        <w:br/>
        <w:t>v 0.256710 1.241666 -0.028098</w:t>
        <w:br/>
        <w:t>v 0.257092 1.239593 -0.025565</w:t>
        <w:br/>
        <w:t>v 0.248348 1.229986 -0.031947</w:t>
        <w:br/>
        <w:t>v 0.249582 1.229102 -0.029022</w:t>
        <w:br/>
        <w:t>v 0.242072 1.218613 -0.025564</w:t>
        <w:br/>
        <w:t>v 0.239986 1.218307 -0.028098</w:t>
        <w:br/>
        <w:t>v 0.233865 1.209757 -0.017583</w:t>
        <w:br/>
        <w:t>v 0.236575 1.210933 -0.016120</w:t>
        <w:br/>
        <w:t>v 0.231625 1.206628 -0.003220</w:t>
        <w:br/>
        <w:t>v 0.234562 1.208123 -0.003220</w:t>
        <w:br/>
        <w:t>v 0.233865 1.209757 0.011144</w:t>
        <w:br/>
        <w:t>v 0.236575 1.210933 0.009682</w:t>
        <w:br/>
        <w:t>v 0.234562 1.208123 -0.003220</w:t>
        <w:br/>
        <w:t>v 0.231625 1.206628 -0.003220</w:t>
        <w:br/>
        <w:t>v 0.239986 1.218306 0.021659</w:t>
        <w:br/>
        <w:t>v 0.242072 1.218613 0.019126</w:t>
        <w:br/>
        <w:t>v 0.249582 1.229102 0.022582</w:t>
        <w:br/>
        <w:t>v 0.248348 1.229986 0.025509</w:t>
        <w:br/>
        <w:t>v 0.256710 1.241666 0.021660</w:t>
        <w:br/>
        <w:t>v 0.257092 1.239593 0.019126</w:t>
        <w:br/>
        <w:t>v 0.262831 1.250215 0.011145</w:t>
        <w:br/>
        <w:t>v 0.262590 1.247271 0.009682</w:t>
        <w:br/>
        <w:t>v 0.235196 1.270760 -0.017939</w:t>
        <w:br/>
        <w:t>v 0.237492 1.273967 -0.003218</w:t>
        <w:br/>
        <w:t>v 0.234511 1.272420 -0.003220</w:t>
        <w:br/>
        <w:t>v 0.232448 1.269539 -0.016444</w:t>
        <w:br/>
        <w:t>v 0.226813 1.261668 -0.026124</w:t>
        <w:br/>
        <w:t>v 0.228923 1.261999 -0.028715</w:t>
        <w:br/>
        <w:t>v 0.219115 1.250915 -0.029667</w:t>
        <w:br/>
        <w:t>v 0.220354 1.250029 -0.032660</w:t>
        <w:br/>
        <w:t>v 0.211416 1.240162 -0.026124</w:t>
        <w:br/>
        <w:t>v 0.211785 1.238060 -0.028716</w:t>
        <w:br/>
        <w:t>v 0.205781 1.232291 -0.016444</w:t>
        <w:br/>
        <w:t>v 0.205512 1.229298 -0.017940</w:t>
        <w:br/>
        <w:t>v 0.203718 1.229411 -0.003220</w:t>
        <w:br/>
        <w:t>v 0.203216 1.226090 -0.003220</w:t>
        <w:br/>
        <w:t>v 0.203216 1.226090 -0.003220</w:t>
        <w:br/>
        <w:t>v 0.203718 1.229411 -0.003220</w:t>
        <w:br/>
        <w:t>v 0.205781 1.232291 0.010005</w:t>
        <w:br/>
        <w:t>v 0.205510 1.229297 0.011500</w:t>
        <w:br/>
        <w:t>v 0.211784 1.238060 0.022277</w:t>
        <w:br/>
        <w:t>v 0.211416 1.240162 0.019686</w:t>
        <w:br/>
        <w:t>v 0.219114 1.250915 0.023229</w:t>
        <w:br/>
        <w:t>v 0.220353 1.250028 0.026221</w:t>
        <w:br/>
        <w:t>v 0.226813 1.261668 0.019686</w:t>
        <w:br/>
        <w:t>v 0.228922 1.261997 0.022277</w:t>
        <w:br/>
        <w:t>v 0.235195 1.270759 0.011501</w:t>
        <w:br/>
        <w:t>v 0.232448 1.269539 0.010005</w:t>
        <w:br/>
        <w:t>v 0.228923 1.261999 -0.028715</w:t>
        <w:br/>
        <w:t>v 0.256710 1.241666 -0.028098</w:t>
        <w:br/>
        <w:t>v 0.220354 1.250029 -0.032660</w:t>
        <w:br/>
        <w:t>v 0.248348 1.229986 -0.031947</w:t>
        <w:br/>
        <w:t>v 0.211785 1.238060 -0.028716</w:t>
        <w:br/>
        <w:t>v 0.239986 1.218307 -0.028098</w:t>
        <w:br/>
        <w:t>v 0.205512 1.229298 -0.017940</w:t>
        <w:br/>
        <w:t>v 0.233865 1.209757 -0.017583</w:t>
        <w:br/>
        <w:t>v 0.203216 1.226090 -0.003220</w:t>
        <w:br/>
        <w:t>v 0.231625 1.206628 -0.003220</w:t>
        <w:br/>
        <w:t>v 0.203216 1.226090 -0.003220</w:t>
        <w:br/>
        <w:t>v 0.205510 1.229297 0.011500</w:t>
        <w:br/>
        <w:t>v 0.233865 1.209757 0.011144</w:t>
        <w:br/>
        <w:t>v 0.231625 1.206628 -0.003220</w:t>
        <w:br/>
        <w:t>v 0.211784 1.238060 0.022277</w:t>
        <w:br/>
        <w:t>v 0.239986 1.218306 0.021659</w:t>
        <w:br/>
        <w:t>v 0.220353 1.250028 0.026221</w:t>
        <w:br/>
        <w:t>v 0.248348 1.229986 0.025509</w:t>
        <w:br/>
        <w:t>v 0.228922 1.261997 0.022277</w:t>
        <w:br/>
        <w:t>v 0.256710 1.241666 0.021660</w:t>
        <w:br/>
        <w:t>v 0.260167 1.246494 -0.014941</w:t>
        <w:br/>
        <w:t>v 0.261995 1.249047 -0.003220</w:t>
        <w:br/>
        <w:t>v 0.264602 1.250082 -0.003220</w:t>
        <w:br/>
        <w:t>v 0.262590 1.247271 -0.016120</w:t>
        <w:br/>
        <w:t>v 0.257092 1.239593 -0.025565</w:t>
        <w:br/>
        <w:t>v 0.255171 1.239516 -0.023522</w:t>
        <w:br/>
        <w:t>v 0.249582 1.229102 -0.029022</w:t>
        <w:br/>
        <w:t>v 0.248348 1.229986 -0.026662</w:t>
        <w:br/>
        <w:t>v 0.242072 1.218613 -0.025564</w:t>
        <w:br/>
        <w:t>v 0.241525 1.220455 -0.023521</w:t>
        <w:br/>
        <w:t>v 0.236575 1.210933 -0.016120</w:t>
        <w:br/>
        <w:t>v 0.236529 1.213478 -0.014940</w:t>
        <w:br/>
        <w:t>v 0.234702 1.210924 -0.003220</w:t>
        <w:br/>
        <w:t>v 0.234562 1.208123 -0.003220</w:t>
        <w:br/>
        <w:t>v 0.236530 1.213478 0.008502</w:t>
        <w:br/>
        <w:t>v 0.234702 1.210924 -0.003220</w:t>
        <w:br/>
        <w:t>v 0.234562 1.208123 -0.003220</w:t>
        <w:br/>
        <w:t>v 0.236575 1.210933 0.009682</w:t>
        <w:br/>
        <w:t>v 0.242072 1.218613 0.019126</w:t>
        <w:br/>
        <w:t>v 0.241525 1.220456 0.017083</w:t>
        <w:br/>
        <w:t>v 0.249582 1.229102 0.022582</w:t>
        <w:br/>
        <w:t>v 0.248348 1.229986 0.020224</w:t>
        <w:br/>
        <w:t>v 0.257092 1.239593 0.019126</w:t>
        <w:br/>
        <w:t>v 0.255171 1.239517 0.017083</w:t>
        <w:br/>
        <w:t>v 0.262590 1.247271 0.009682</w:t>
        <w:br/>
        <w:t>v 0.260167 1.246494 0.008502</w:t>
        <w:br/>
        <w:t>v 0.232463 1.266942 -0.015230</w:t>
        <w:br/>
        <w:t>v 0.234336 1.269559 -0.003220</w:t>
        <w:br/>
        <w:t>v 0.227345 1.259793 -0.024022</w:t>
        <w:br/>
        <w:t>v 0.220353 1.250028 -0.027240</w:t>
        <w:br/>
        <w:t>v 0.213362 1.240263 -0.024021</w:t>
        <w:br/>
        <w:t>v 0.208244 1.233114 -0.015229</w:t>
        <w:br/>
        <w:t>v 0.206370 1.230498 -0.003220</w:t>
        <w:br/>
        <w:t>v 0.206370 1.230498 -0.003220</w:t>
        <w:br/>
        <w:t>v 0.208244 1.233114 0.008791</w:t>
        <w:br/>
        <w:t>v 0.213362 1.240264 0.017583</w:t>
        <w:br/>
        <w:t>v 0.220354 1.250028 0.020800</w:t>
        <w:br/>
        <w:t>v 0.227345 1.259794 0.017582</w:t>
        <w:br/>
        <w:t>v 0.232463 1.266942 0.008791</w:t>
        <w:br/>
        <w:t>v 0.218880 1.283545 -0.017940</w:t>
        <w:br/>
        <w:t>v 0.229792 1.275733 -0.017940</w:t>
        <w:br/>
        <w:t>v 0.232142 1.279015 -0.002876</w:t>
        <w:br/>
        <w:t>v 0.221229 1.286828 -0.002876</w:t>
        <w:br/>
        <w:t>v 0.223373 1.266766 -0.028968</w:t>
        <w:br/>
        <w:t>v 0.212461 1.274580 -0.028968</w:t>
        <w:br/>
        <w:t>v 0.203691 1.262331 -0.033004</w:t>
        <w:br/>
        <w:t>v 0.214604 1.254518 -0.033004</w:t>
        <w:br/>
        <w:t>v 0.194922 1.250083 -0.028968</w:t>
        <w:br/>
        <w:t>v 0.205836 1.242270 -0.028968</w:t>
        <w:br/>
        <w:t>v 0.188503 1.241117 -0.017940</w:t>
        <w:br/>
        <w:t>v 0.199415 1.233303 -0.017940</w:t>
        <w:br/>
        <w:t>v 0.197066 1.230021 -0.002876</w:t>
        <w:br/>
        <w:t>v 0.186153 1.237835 -0.002876</w:t>
        <w:br/>
        <w:t>v 0.197066 1.230021 -0.002876</w:t>
        <w:br/>
        <w:t>v 0.186153 1.237835 -0.002876</w:t>
        <w:br/>
        <w:t>v 0.188503 1.241117 0.012187</w:t>
        <w:br/>
        <w:t>v 0.199415 1.233303 0.012187</w:t>
        <w:br/>
        <w:t>v 0.194922 1.250083 0.023215</w:t>
        <w:br/>
        <w:t>v 0.205836 1.242270 0.023215</w:t>
        <w:br/>
        <w:t>v 0.203691 1.262331 0.027251</w:t>
        <w:br/>
        <w:t>v 0.214604 1.254518 0.027251</w:t>
        <w:br/>
        <w:t>v 0.212460 1.274580 0.023215</w:t>
        <w:br/>
        <w:t>v 0.223373 1.266766 0.023215</w:t>
        <w:br/>
        <w:t>v 0.218880 1.283545 0.012187</w:t>
        <w:br/>
        <w:t>v 0.229792 1.275733 0.012187</w:t>
        <w:br/>
        <w:t>v 0.231559 1.276195 -0.002876</w:t>
        <w:br/>
        <w:t>v 0.232142 1.279015 -0.002876</w:t>
        <w:br/>
        <w:t>v 0.229792 1.275733 -0.017940</w:t>
        <w:br/>
        <w:t>v 0.229415 1.273200 -0.016624</w:t>
        <w:br/>
        <w:t>v 0.218748 1.285367 -0.002876</w:t>
        <w:br/>
        <w:t>v 0.216603 1.282372 -0.016624</w:t>
        <w:br/>
        <w:t>v 0.218880 1.283545 -0.017940</w:t>
        <w:br/>
        <w:t>v 0.221229 1.286828 -0.002876</w:t>
        <w:br/>
        <w:t>v 0.223373 1.266766 -0.028968</w:t>
        <w:br/>
        <w:t>v 0.223556 1.265017 -0.026688</w:t>
        <w:br/>
        <w:t>v 0.210746 1.274189 -0.026688</w:t>
        <w:br/>
        <w:t>v 0.212461 1.274580 -0.028968</w:t>
        <w:br/>
        <w:t>v 0.215553 1.253839 -0.030372</w:t>
        <w:br/>
        <w:t>v 0.214604 1.254518 -0.033004</w:t>
        <w:br/>
        <w:t>v 0.202742 1.263011 -0.030372</w:t>
        <w:br/>
        <w:t>v 0.203691 1.262331 -0.033004</w:t>
        <w:br/>
        <w:t>v 0.205836 1.242270 -0.028968</w:t>
        <w:br/>
        <w:t>v 0.207550 1.242661 -0.026688</w:t>
        <w:br/>
        <w:t>v 0.194739 1.251832 -0.026688</w:t>
        <w:br/>
        <w:t>v 0.194922 1.250083 -0.028968</w:t>
        <w:br/>
        <w:t>v 0.199415 1.233303 -0.017940</w:t>
        <w:br/>
        <w:t>v 0.201692 1.234478 -0.016624</w:t>
        <w:br/>
        <w:t>v 0.188881 1.243649 -0.016624</w:t>
        <w:br/>
        <w:t>v 0.188503 1.241117 -0.017940</w:t>
        <w:br/>
        <w:t>v 0.197066 1.230021 -0.002876</w:t>
        <w:br/>
        <w:t>v 0.199547 1.231483 -0.002876</w:t>
        <w:br/>
        <w:t>v 0.186736 1.240654 -0.002876</w:t>
        <w:br/>
        <w:t>v 0.186153 1.237835 -0.002876</w:t>
        <w:br/>
        <w:t>v 0.201692 1.234478 0.010871</w:t>
        <w:br/>
        <w:t>v 0.199547 1.231483 -0.002876</w:t>
        <w:br/>
        <w:t>v 0.197066 1.230021 -0.002876</w:t>
        <w:br/>
        <w:t>v 0.199415 1.233303 0.012187</w:t>
        <w:br/>
        <w:t>v 0.188881 1.243649 0.010871</w:t>
        <w:br/>
        <w:t>v 0.188503 1.241117 0.012187</w:t>
        <w:br/>
        <w:t>v 0.186153 1.237835 -0.002876</w:t>
        <w:br/>
        <w:t>v 0.186736 1.240654 -0.002876</w:t>
        <w:br/>
        <w:t>v 0.205836 1.242270 0.023215</w:t>
        <w:br/>
        <w:t>v 0.207550 1.242661 0.020935</w:t>
        <w:br/>
        <w:t>v 0.194739 1.251832 0.020935</w:t>
        <w:br/>
        <w:t>v 0.194922 1.250083 0.023215</w:t>
        <w:br/>
        <w:t>v 0.214604 1.254518 0.027251</w:t>
        <w:br/>
        <w:t>v 0.215553 1.253839 0.024619</w:t>
        <w:br/>
        <w:t>v 0.202742 1.263011 0.024619</w:t>
        <w:br/>
        <w:t>v 0.203691 1.262331 0.027251</w:t>
        <w:br/>
        <w:t>v 0.223373 1.266766 0.023215</w:t>
        <w:br/>
        <w:t>v 0.223556 1.265017 0.020935</w:t>
        <w:br/>
        <w:t>v 0.210746 1.274189 0.020935</w:t>
        <w:br/>
        <w:t>v 0.212460 1.274580 0.023215</w:t>
        <w:br/>
        <w:t>v 0.229792 1.275733 0.012187</w:t>
        <w:br/>
        <w:t>v 0.229415 1.273200 0.010871</w:t>
        <w:br/>
        <w:t>v 0.216603 1.282372 0.010871</w:t>
        <w:br/>
        <w:t>v 0.218880 1.283545 0.012187</w:t>
        <w:br/>
        <w:t>v 0.227435 1.272439 -0.015602</w:t>
        <w:br/>
        <w:t>v 0.229419 1.275211 -0.002876</w:t>
        <w:br/>
        <w:t>v 0.216521 1.280252 -0.015602</w:t>
        <w:br/>
        <w:t>v 0.218506 1.283024 -0.002876</w:t>
        <w:br/>
        <w:t>v 0.222012 1.264865 -0.024916</w:t>
        <w:br/>
        <w:t>v 0.211098 1.272678 -0.024916</w:t>
        <w:br/>
        <w:t>v 0.214604 1.254518 -0.028326</w:t>
        <w:br/>
        <w:t>v 0.203691 1.262331 -0.028326</w:t>
        <w:br/>
        <w:t>v 0.207197 1.244172 -0.024916</w:t>
        <w:br/>
        <w:t>v 0.196284 1.251984 -0.024916</w:t>
        <w:br/>
        <w:t>v 0.201774 1.236598 -0.015602</w:t>
        <w:br/>
        <w:t>v 0.190861 1.244410 -0.015602</w:t>
        <w:br/>
        <w:t>v 0.199789 1.233825 -0.002876</w:t>
        <w:br/>
        <w:t>v 0.188876 1.241638 -0.002876</w:t>
        <w:br/>
        <w:t>v 0.201774 1.236598 0.009849</w:t>
        <w:br/>
        <w:t>v 0.199789 1.233825 -0.002876</w:t>
        <w:br/>
        <w:t>v 0.188876 1.241638 -0.002876</w:t>
        <w:br/>
        <w:t>v 0.190861 1.244410 0.009849</w:t>
        <w:br/>
        <w:t>v 0.207197 1.244172 0.019163</w:t>
        <w:br/>
        <w:t>v 0.196284 1.251984 0.019163</w:t>
        <w:br/>
        <w:t>v 0.214604 1.254518 0.022573</w:t>
        <w:br/>
        <w:t>v 0.203691 1.262331 0.022573</w:t>
        <w:br/>
        <w:t>v 0.222012 1.264865 0.019163</w:t>
        <w:br/>
        <w:t>v 0.211098 1.272678 0.019163</w:t>
        <w:br/>
        <w:t>v 0.227435 1.272439 0.009849</w:t>
        <w:br/>
        <w:t>v 0.216521 1.280252 0.009849</w:t>
        <w:br/>
        <w:t>v 0.242557 1.223060 0.028220</w:t>
        <w:br/>
        <w:t>v 0.244361 1.228610 0.029317</w:t>
        <w:br/>
        <w:t>v 0.245326 1.228851 0.026525</w:t>
        <w:br/>
        <w:t>v 0.243522 1.223301 0.025429</w:t>
        <w:br/>
        <w:t>v 0.241190 1.229893 0.025180</w:t>
        <w:br/>
        <w:t>v 0.239719 1.226349 0.024369</w:t>
        <w:br/>
        <w:t>v 0.243522 1.223301 0.025429</w:t>
        <w:br/>
        <w:t>v 0.245326 1.228851 0.026525</w:t>
        <w:br/>
        <w:t>v 0.238754 1.226108 0.027161</w:t>
        <w:br/>
        <w:t>v 0.239719 1.226349 0.024369</w:t>
        <w:br/>
        <w:t>v 0.241190 1.229893 0.025180</w:t>
        <w:br/>
        <w:t>v 0.240226 1.229653 0.027971</w:t>
        <w:br/>
        <w:t>v 0.238754 1.226108 0.027161</w:t>
        <w:br/>
        <w:t>v 0.240226 1.229653 0.027971</w:t>
        <w:br/>
        <w:t>v 0.244361 1.228610 0.029317</w:t>
        <w:br/>
        <w:t>v 0.242557 1.223060 0.028220</w:t>
        <w:br/>
        <w:t>v 0.244868 1.233207 0.029882</w:t>
        <w:br/>
        <w:t>v 0.245832 1.233448 0.027091</w:t>
        <w:br/>
        <w:t>v 0.241747 1.233723 0.025697</w:t>
        <w:br/>
        <w:t>v 0.240783 1.233483 0.028489</w:t>
        <w:br/>
        <w:t>v 0.244868 1.233207 0.029882</w:t>
        <w:br/>
        <w:t>v 0.240783 1.233483 0.028489</w:t>
        <w:br/>
        <w:t>v 0.245832 1.233448 0.027091</w:t>
        <w:br/>
        <w:t>v 0.241747 1.233723 0.025697</w:t>
        <w:br/>
        <w:t>v 0.234980 1.218148 0.022030</w:t>
        <w:br/>
        <w:t>v 0.233608 1.222247 0.021902</w:t>
        <w:br/>
        <w:t>v 0.230463 1.221472 0.020737</w:t>
        <w:br/>
        <w:t>v 0.230264 1.217336 0.020321</w:t>
        <w:br/>
        <w:t>v 0.238998 1.219931 0.023575</w:t>
        <w:br/>
        <w:t>v 0.238034 1.219690 0.026366</w:t>
        <w:br/>
        <w:t>v 0.236918 1.223870 0.023187</w:t>
        <w:br/>
        <w:t>v 0.238998 1.219931 0.023575</w:t>
        <w:br/>
        <w:t>v 0.235954 1.223629 0.025979</w:t>
        <w:br/>
        <w:t>v 0.236918 1.223870 0.023187</w:t>
        <w:br/>
        <w:t>v 0.238034 1.219690 0.026366</w:t>
        <w:br/>
        <w:t>v 0.235954 1.223629 0.025979</w:t>
        <w:br/>
        <w:t>v 0.234980 1.218148 0.022030</w:t>
        <w:br/>
        <w:t>v 0.234015 1.217907 0.024821</w:t>
        <w:br/>
        <w:t>v 0.233608 1.222247 0.021902</w:t>
        <w:br/>
        <w:t>v 0.232643 1.222006 0.024693</w:t>
        <w:br/>
        <w:t>v 0.234015 1.217907 0.024821</w:t>
        <w:br/>
        <w:t>v 0.232643 1.222006 0.024693</w:t>
        <w:br/>
        <w:t>v 0.245271 1.238493 0.027320</w:t>
        <w:br/>
        <w:t>v 0.241585 1.237154 0.025925</w:t>
        <w:br/>
        <w:t>v 0.240616 1.236912 0.028731</w:t>
        <w:br/>
        <w:t>v 0.234873 1.241479 0.027133</w:t>
        <w:br/>
        <w:t>v 0.234395 1.246153 0.027373</w:t>
        <w:br/>
        <w:t>v 0.244303 1.238252 0.030119</w:t>
        <w:br/>
        <w:t>v 0.245271 1.238493 0.027320</w:t>
        <w:br/>
        <w:t>v 0.244303 1.238252 0.030119</w:t>
        <w:br/>
        <w:t>v 0.235365 1.246395 0.024566</w:t>
        <w:br/>
        <w:t>v 0.234395 1.246153 0.027373</w:t>
        <w:br/>
        <w:t>v 0.220412 1.225313 0.017591</w:t>
        <w:br/>
        <w:t>v 0.235365 1.246395 0.024566</w:t>
        <w:br/>
        <w:t>v 0.234395 1.246153 0.027373</w:t>
        <w:br/>
        <w:t>v 0.219441 1.225071 0.020399</w:t>
        <w:br/>
        <w:t>v 0.223782 1.225841 0.021960</w:t>
        <w:br/>
        <w:t>v 0.219441 1.225071 0.020399</w:t>
        <w:br/>
        <w:t>v 0.224756 1.226084 0.019143</w:t>
        <w:br/>
        <w:t>v 0.223782 1.225841 0.021960</w:t>
        <w:br/>
        <w:t>v 0.234873 1.241479 0.027133</w:t>
        <w:br/>
        <w:t>v 0.235846 1.241721 0.024315</w:t>
        <w:br/>
        <w:t>v 0.241585 1.237154 0.025925</w:t>
        <w:br/>
        <w:t>v 0.240616 1.236912 0.028731</w:t>
        <w:br/>
        <w:t>v 0.235846 1.241721 0.024315</w:t>
        <w:br/>
        <w:t>v 0.234873 1.241479 0.027133</w:t>
        <w:br/>
        <w:t>v 0.235846 1.241721 0.024315</w:t>
        <w:br/>
        <w:t>v 0.235365 1.246395 0.024566</w:t>
        <w:br/>
        <w:t>v 0.220412 1.225313 0.017591</w:t>
        <w:br/>
        <w:t>v 0.224756 1.226084 0.019143</w:t>
        <w:br/>
        <w:t>v 0.229297 1.217095 0.023120</w:t>
        <w:br/>
        <w:t>v 0.229493 1.221230 0.023543</w:t>
        <w:br/>
        <w:t>v 0.230264 1.217336 0.020321</w:t>
        <w:br/>
        <w:t>v 0.229297 1.217095 0.023120</w:t>
        <w:br/>
        <w:t>v 0.219441 1.225071 0.020399</w:t>
        <w:br/>
        <w:t>v 0.220412 1.225313 0.017591</w:t>
        <w:br/>
        <w:t>v 0.229493 1.221230 0.023543</w:t>
        <w:br/>
        <w:t>v 0.230463 1.221472 0.020737</w:t>
        <w:br/>
        <w:t>v 0.223782 1.225841 0.021960</w:t>
        <w:br/>
        <w:t>v 0.224756 1.226084 0.019143</w:t>
        <w:br/>
        <w:t>v 0.238562 1.227973 0.027349</w:t>
        <w:br/>
        <w:t>v 0.237549 1.226958 0.027174</w:t>
        <w:br/>
        <w:t>v 0.237766 1.227413 0.025338</w:t>
        <w:br/>
        <w:t>v 0.238660 1.228360 0.025728</w:t>
        <w:br/>
        <w:t>v 0.244067 1.224146 0.029149</w:t>
        <w:br/>
        <w:t>v 0.243317 1.222264 0.028998</w:t>
        <w:br/>
        <w:t>v 0.241765 1.223083 0.029848</w:t>
        <w:br/>
        <w:t>v 0.242622 1.224765 0.029908</w:t>
        <w:br/>
        <w:t>v 0.240856 1.225822 0.029895</w:t>
        <w:br/>
        <w:t>v 0.239789 1.224481 0.029856</w:t>
        <w:br/>
        <w:t>v 0.238267 1.225866 0.028936</w:t>
        <w:br/>
        <w:t>v 0.239235 1.227074 0.028983</w:t>
        <w:br/>
        <w:t>v 0.245212 1.223885 0.027624</w:t>
        <w:br/>
        <w:t>v 0.244523 1.221996 0.027225</w:t>
        <w:br/>
        <w:t>v 0.239594 1.228233 0.024356</w:t>
        <w:br/>
        <w:t>v 0.238660 1.228360 0.025728</w:t>
        <w:br/>
        <w:t>v 0.237766 1.227413 0.025338</w:t>
        <w:br/>
        <w:t>v 0.238745 1.227257 0.023715</w:t>
        <w:br/>
        <w:t>v 0.244525 1.225244 0.024390</w:t>
        <w:br/>
        <w:t>v 0.243903 1.223618 0.023659</w:t>
        <w:br/>
        <w:t>v 0.244646 1.222596 0.025151</w:t>
        <w:br/>
        <w:t>v 0.245231 1.224438 0.025775</w:t>
        <w:br/>
        <w:t>v 0.241170 1.227561 0.023371</w:t>
        <w:br/>
        <w:t>v 0.240446 1.226410 0.022628</w:t>
        <w:br/>
        <w:t>v 0.242280 1.225103 0.022646</w:t>
        <w:br/>
        <w:t>v 0.243071 1.226378 0.023473</w:t>
        <w:br/>
        <w:t>v 0.236986 1.225754 0.026612</w:t>
        <w:br/>
        <w:t>v 0.237156 1.226240 0.025027</w:t>
        <w:br/>
        <w:t>v 0.240586 1.221902 0.028961</w:t>
        <w:br/>
        <w:t>v 0.241898 1.221091 0.028140</w:t>
        <w:br/>
        <w:t>v 0.238997 1.223207 0.029029</w:t>
        <w:br/>
        <w:t>v 0.237552 1.224708 0.028197</w:t>
        <w:br/>
        <w:t>v 0.243005 1.220772 0.026595</w:t>
        <w:br/>
        <w:t>v 0.237156 1.226240 0.025027</w:t>
        <w:br/>
        <w:t>v 0.238021 1.226010 0.023619</w:t>
        <w:br/>
        <w:t>v 0.242495 1.222376 0.023446</w:t>
        <w:br/>
        <w:t>v 0.243064 1.221381 0.024767</w:t>
        <w:br/>
        <w:t>v 0.241217 1.223760 0.022608</w:t>
        <w:br/>
        <w:t>v 0.239493 1.225189 0.022586</w:t>
        <w:br/>
        <w:t>v 0.239685 1.227395 0.027584</w:t>
        <w:br/>
        <w:t>v 0.239555 1.227892 0.025973</w:t>
        <w:br/>
        <w:t>v 0.237764 1.225290 0.025247</w:t>
        <w:br/>
        <w:t>v 0.237787 1.224646 0.026807</w:t>
        <w:br/>
        <w:t>v 0.239177 1.223047 0.027821</w:t>
        <w:br/>
        <w:t>v 0.241309 1.226128 0.028707</w:t>
        <w:br/>
        <w:t>v 0.240818 1.221679 0.027646</w:t>
        <w:br/>
        <w:t>v 0.243178 1.225085 0.028650</w:t>
        <w:br/>
        <w:t>v 0.244424 1.224695 0.027397</w:t>
        <w:br/>
        <w:t>v 0.241993 1.221190 0.026371</w:t>
        <w:br/>
        <w:t>v 0.237764 1.225290 0.025247</w:t>
        <w:br/>
        <w:t>v 0.239555 1.227892 0.025973</w:t>
        <w:br/>
        <w:t>v 0.240683 1.227582 0.024826</w:t>
        <w:br/>
        <w:t>v 0.238789 1.224831 0.024050</w:t>
        <w:br/>
        <w:t>v 0.240569 1.223397 0.023790</w:t>
        <w:br/>
        <w:t>v 0.242699 1.226480 0.024675</w:t>
        <w:br/>
        <w:t>v 0.241824 1.221931 0.024734</w:t>
        <w:br/>
        <w:t>v 0.244189 1.225342 0.025713</w:t>
        <w:br/>
        <w:t>v 0.241993 1.221190 0.026371</w:t>
        <w:br/>
        <w:t>v 0.244424 1.224695 0.027397</w:t>
        <w:br/>
        <w:t>v 0.238660 1.228360 0.025728</w:t>
        <w:br/>
        <w:t>v 0.239555 1.227892 0.025973</w:t>
        <w:br/>
        <w:t>v 0.239685 1.227395 0.027584</w:t>
        <w:br/>
        <w:t>v 0.238562 1.227973 0.027349</w:t>
        <w:br/>
        <w:t>v 0.243178 1.225085 0.028650</w:t>
        <w:br/>
        <w:t>v 0.244067 1.224146 0.029149</w:t>
        <w:br/>
        <w:t>v 0.242622 1.224765 0.029908</w:t>
        <w:br/>
        <w:t>v 0.241309 1.226128 0.028707</w:t>
        <w:br/>
        <w:t>v 0.240856 1.225822 0.029895</w:t>
        <w:br/>
        <w:t>v 0.239235 1.227074 0.028983</w:t>
        <w:br/>
        <w:t>v 0.244424 1.224695 0.027397</w:t>
        <w:br/>
        <w:t>v 0.245212 1.223885 0.027624</w:t>
        <w:br/>
        <w:t>v 0.238660 1.228360 0.025728</w:t>
        <w:br/>
        <w:t>v 0.239594 1.228233 0.024356</w:t>
        <w:br/>
        <w:t>v 0.240683 1.227582 0.024826</w:t>
        <w:br/>
        <w:t>v 0.239555 1.227892 0.025973</w:t>
        <w:br/>
        <w:t>v 0.244189 1.225342 0.025713</w:t>
        <w:br/>
        <w:t>v 0.244525 1.225244 0.024390</w:t>
        <w:br/>
        <w:t>v 0.245231 1.224438 0.025775</w:t>
        <w:br/>
        <w:t>v 0.242699 1.226480 0.024675</w:t>
        <w:br/>
        <w:t>v 0.241170 1.227561 0.023371</w:t>
        <w:br/>
        <w:t>v 0.243071 1.226378 0.023473</w:t>
        <w:br/>
        <w:t>v 0.237156 1.226240 0.025027</w:t>
        <w:br/>
        <w:t>v 0.236986 1.225754 0.026612</w:t>
        <w:br/>
        <w:t>v 0.237787 1.224646 0.026807</w:t>
        <w:br/>
        <w:t>v 0.237764 1.225290 0.025247</w:t>
        <w:br/>
        <w:t>v 0.240818 1.221679 0.027646</w:t>
        <w:br/>
        <w:t>v 0.237552 1.224708 0.028197</w:t>
        <w:br/>
        <w:t>v 0.238997 1.223207 0.029029</w:t>
        <w:br/>
        <w:t>v 0.239177 1.223047 0.027821</w:t>
        <w:br/>
        <w:t>v 0.243005 1.220772 0.026595</w:t>
        <w:br/>
        <w:t>v 0.241993 1.221190 0.026371</w:t>
        <w:br/>
        <w:t>v 0.237764 1.225290 0.025247</w:t>
        <w:br/>
        <w:t>v 0.238789 1.224831 0.024050</w:t>
        <w:br/>
        <w:t>v 0.238021 1.226010 0.023619</w:t>
        <w:br/>
        <w:t>v 0.237156 1.226240 0.025027</w:t>
        <w:br/>
        <w:t>v 0.241824 1.221931 0.024734</w:t>
        <w:br/>
        <w:t>v 0.241217 1.223760 0.022608</w:t>
        <w:br/>
        <w:t>v 0.239493 1.225189 0.022586</w:t>
        <w:br/>
        <w:t>v 0.240569 1.223397 0.023790</w:t>
        <w:br/>
        <w:t>v 0.229017 1.239777 0.029068</w:t>
        <w:br/>
        <w:t>v 0.229591 1.236591 0.028604</w:t>
        <w:br/>
        <w:t>v 0.228210 1.237782 0.030245</w:t>
        <w:br/>
        <w:t>v 0.226928 1.242291 0.029186</w:t>
        <w:br/>
        <w:t>v 0.226178 1.241296 0.030545</w:t>
        <w:br/>
        <w:t>v 0.223884 1.243459 0.028927</w:t>
        <w:br/>
        <w:t>v 0.222210 1.242086 0.030080</w:t>
        <w:br/>
        <w:t>v 0.220700 1.242968 0.028360</w:t>
        <w:br/>
        <w:t>v 0.218231 1.240949 0.027637</w:t>
        <w:br/>
        <w:t>v 0.218735 1.240149 0.029218</w:t>
        <w:br/>
        <w:t>v 0.217137 1.237945 0.026951</w:t>
        <w:br/>
        <w:t>v 0.218043 1.236214 0.028434</w:t>
        <w:br/>
        <w:t>v 0.217710 1.234758 0.026487</w:t>
        <w:br/>
        <w:t>v 0.219799 1.232244 0.026369</w:t>
        <w:br/>
        <w:t>v 0.220077 1.232700 0.028133</w:t>
        <w:br/>
        <w:t>v 0.222843 1.231076 0.026628</w:t>
        <w:br/>
        <w:t>v 0.224043 1.231910 0.028598</w:t>
        <w:br/>
        <w:t>v 0.226027 1.231568 0.027195</w:t>
        <w:br/>
        <w:t>v 0.228496 1.233586 0.027918</w:t>
        <w:br/>
        <w:t>v 0.227519 1.233846 0.029460</w:t>
        <w:br/>
        <w:t>v 0.222940 1.236783 0.030578</w:t>
        <w:br/>
        <w:t>v 0.056247 0.696198 0.101536</w:t>
        <w:br/>
        <w:t>v 0.057905 0.697624 0.098312</w:t>
        <w:br/>
        <w:t>v 0.044569 0.697702 0.092094</w:t>
        <w:br/>
        <w:t>v 0.043027 0.695989 0.095381</w:t>
        <w:br/>
        <w:t>v 0.042069 0.698377 0.097815</w:t>
        <w:br/>
        <w:t>v 0.055296 0.698309 0.104054</w:t>
        <w:br/>
        <w:t>v 0.056247 0.696198 0.101536</w:t>
        <w:br/>
        <w:t>v 0.043027 0.695989 0.095381</w:t>
        <w:br/>
        <w:t>v 0.041221 0.713308 0.099846</w:t>
        <w:br/>
        <w:t>v 0.054390 0.713224 0.105987</w:t>
        <w:br/>
        <w:t>v 0.057808 0.698279 0.099167</w:t>
        <w:br/>
        <w:t>v 0.056740 0.697387 0.101656</w:t>
        <w:br/>
        <w:t>v 0.042890 0.697455 0.095228</w:t>
        <w:br/>
        <w:t>v 0.044231 0.698359 0.092827</w:t>
        <w:br/>
        <w:t>v 0.042100 0.698928 0.096771</w:t>
        <w:br/>
        <w:t>v 0.042890 0.697455 0.095228</w:t>
        <w:br/>
        <w:t>v 0.056740 0.697387 0.101656</w:t>
        <w:br/>
        <w:t>v 0.056011 0.698807 0.103031</w:t>
        <w:br/>
        <w:t>v 0.054977 0.713339 0.104826</w:t>
        <w:br/>
        <w:t>v 0.054496 0.728660 0.105160</w:t>
        <w:br/>
        <w:t>v 0.041936 0.728734 0.099303</w:t>
        <w:br/>
        <w:t>v 0.041719 0.713432 0.098591</w:t>
        <w:br/>
        <w:t>v 0.041357 0.728697 0.100539</w:t>
        <w:br/>
        <w:t>v 0.053920 0.728623 0.106399</w:t>
        <w:br/>
        <w:t>v 0.043406 0.730988 0.101412</w:t>
        <w:br/>
        <w:t>v 0.041357 0.728697 0.100539</w:t>
        <w:br/>
        <w:t>v 0.041936 0.728734 0.099303</w:t>
        <w:br/>
        <w:t>v 0.043846 0.731049 0.100488</w:t>
        <w:br/>
        <w:t>v 0.054496 0.728660 0.105160</w:t>
        <w:br/>
        <w:t>v 0.053920 0.728623 0.106399</w:t>
        <w:br/>
        <w:t>v 0.051962 0.730969 0.105434</w:t>
        <w:br/>
        <w:t>v 0.052420 0.731043 0.104449</w:t>
        <w:br/>
        <w:t>v 0.054977 0.713339 0.104826</w:t>
        <w:br/>
        <w:t>v 0.054390 0.713224 0.105987</w:t>
        <w:br/>
        <w:t>v 0.041221 0.713308 0.099846</w:t>
        <w:br/>
        <w:t>v 0.041719 0.713432 0.098591</w:t>
        <w:br/>
        <w:t>v 0.047667 0.732088 0.103451</w:t>
        <w:br/>
        <w:t>v 0.048085 0.732155 0.102556</w:t>
        <w:br/>
        <w:t>v 0.042890 0.697455 0.095228</w:t>
        <w:br/>
        <w:t>v 0.043027 0.695989 0.095381</w:t>
        <w:br/>
        <w:t>v 0.044569 0.697702 0.092094</w:t>
        <w:br/>
        <w:t>v 0.044231 0.698359 0.092827</w:t>
        <w:br/>
        <w:t>v 0.056247 0.696198 0.101536</w:t>
        <w:br/>
        <w:t>v 0.055296 0.698309 0.104054</w:t>
        <w:br/>
        <w:t>v 0.056011 0.698807 0.103031</w:t>
        <w:br/>
        <w:t>v 0.056740 0.697387 0.101656</w:t>
        <w:br/>
        <w:t>v 0.057808 0.698279 0.099167</w:t>
        <w:br/>
        <w:t>v 0.057905 0.697624 0.098312</w:t>
        <w:br/>
        <w:t>v 0.042100 0.698928 0.096771</w:t>
        <w:br/>
        <w:t>v 0.042069 0.698377 0.097815</w:t>
        <w:br/>
        <w:t>v 0.052420 0.731043 0.104449</w:t>
        <w:br/>
        <w:t>v 0.043846 0.731049 0.100488</w:t>
        <w:br/>
        <w:t>v 0.051962 0.730969 0.105434</w:t>
        <w:br/>
        <w:t>v 0.043406 0.730988 0.101412</w:t>
        <w:br/>
        <w:t>v 0.048085 0.732155 0.102556</w:t>
        <w:br/>
        <w:t>v 0.047667 0.732088 0.103451</w:t>
        <w:br/>
        <w:t>v -0.027569 0.847152 -0.145411</w:t>
        <w:br/>
        <w:t>v -0.023980 0.877655 -0.130027</w:t>
        <w:br/>
        <w:t>v -0.016677 0.878628 -0.134031</w:t>
        <w:br/>
        <w:t>v -0.020260 0.848126 -0.149416</w:t>
        <w:br/>
        <w:t>v -0.029193 0.881633 -0.136698</w:t>
        <w:br/>
        <w:t>v -0.032774 0.851132 -0.152089</w:t>
        <w:br/>
        <w:t>v -0.026685 0.853360 -0.157307</w:t>
        <w:br/>
        <w:t>v -0.023100 0.883863 -0.141921</w:t>
        <w:br/>
        <w:t>v -0.015777 0.882176 -0.140641</w:t>
        <w:br/>
        <w:t>v -0.019362 0.851673 -0.156027</w:t>
        <w:br/>
        <w:t>v -0.019362 0.851673 -0.156027</w:t>
        <w:br/>
        <w:t>v -0.015777 0.882176 -0.140641</w:t>
        <w:br/>
        <w:t>v -0.036683 0.845815 -0.142090</w:t>
        <w:br/>
        <w:t>v -0.043541 0.844711 -0.137956</w:t>
        <w:br/>
        <w:t>v -0.039812 0.875144 -0.123533</w:t>
        <w:br/>
        <w:t>v -0.033102 0.876317 -0.126702</w:t>
        <w:br/>
        <w:t>v -0.039050 0.848211 -0.144834</w:t>
        <w:br/>
        <w:t>v -0.035465 0.878713 -0.129448</w:t>
        <w:br/>
        <w:t>v -0.018160 0.879116 -0.134654</w:t>
        <w:br/>
        <w:t>v -0.016677 0.878628 -0.134031</w:t>
        <w:br/>
        <w:t>v -0.023980 0.877655 -0.130027</w:t>
        <w:br/>
        <w:t>v -0.024611 0.878339 -0.131237</w:t>
        <w:br/>
        <w:t>v -0.027569 0.847152 -0.145411</w:t>
        <w:br/>
        <w:t>v -0.020260 0.848126 -0.149416</w:t>
        <w:br/>
        <w:t>v -0.021743 0.848614 -0.150040</w:t>
        <w:br/>
        <w:t>v -0.028200 0.847836 -0.146621</w:t>
        <w:br/>
        <w:t>v -0.028158 0.881032 -0.135749</w:t>
        <w:br/>
        <w:t>v -0.029193 0.881633 -0.136698</w:t>
        <w:br/>
        <w:t>v -0.023100 0.883863 -0.141921</w:t>
        <w:br/>
        <w:t>v -0.022940 0.883096 -0.140437</w:t>
        <w:br/>
        <w:t>v -0.032774 0.851132 -0.152089</w:t>
        <w:br/>
        <w:t>v -0.031739 0.850532 -0.151139</w:t>
        <w:br/>
        <w:t>v -0.026524 0.852593 -0.155822</w:t>
        <w:br/>
        <w:t>v -0.026685 0.853360 -0.157307</w:t>
        <w:br/>
        <w:t>v -0.020896 0.851346 -0.155022</w:t>
        <w:br/>
        <w:t>v -0.019362 0.851673 -0.156027</w:t>
        <w:br/>
        <w:t>v -0.017311 0.881849 -0.139636</w:t>
        <w:br/>
        <w:t>v -0.015777 0.882176 -0.140641</w:t>
        <w:br/>
        <w:t>v -0.037661 0.847057 -0.143597</w:t>
        <w:br/>
        <w:t>v -0.036683 0.845815 -0.142090</w:t>
        <w:br/>
        <w:t>v -0.033102 0.876317 -0.126702</w:t>
        <w:br/>
        <w:t>v -0.034076 0.877560 -0.128212</w:t>
        <w:br/>
        <w:t>v -0.035465 0.878713 -0.129448</w:t>
        <w:br/>
        <w:t>v -0.039050 0.848211 -0.144834</w:t>
        <w:br/>
        <w:t>v -0.041917 0.877241 -0.126006</w:t>
        <w:br/>
        <w:t>v -0.045646 0.846807 -0.140430</w:t>
        <w:br/>
        <w:t>v -0.044490 0.845782 -0.139263</w:t>
        <w:br/>
        <w:t>v -0.043541 0.844711 -0.137956</w:t>
        <w:br/>
        <w:t>v -0.040761 0.876216 -0.124840</w:t>
        <w:br/>
        <w:t>v -0.039812 0.875144 -0.123533</w:t>
        <w:br/>
        <w:t>v -0.041917 0.877241 -0.126006</w:t>
        <w:br/>
        <w:t>v -0.045646 0.846807 -0.140430</w:t>
        <w:br/>
        <w:t>v -0.020556 0.889020 -0.133297</w:t>
        <w:br/>
        <w:t>v -0.021998 0.889263 -0.136359</w:t>
        <w:br/>
        <w:t>v -0.010224 0.893102 -0.148454</w:t>
        <w:br/>
        <w:t>v -0.007133 0.893397 -0.147087</w:t>
        <w:br/>
        <w:t>v -0.021250 0.887710 -0.140313</w:t>
        <w:br/>
        <w:t>v -0.013457 0.890251 -0.148317</w:t>
        <w:br/>
        <w:t>v -0.014940 0.886513 -0.146758</w:t>
        <w:br/>
        <w:t>v -0.018751 0.885270 -0.142843</w:t>
        <w:br/>
        <w:t>v -0.015964 0.883372 -0.142467</w:t>
        <w:br/>
        <w:t>v -0.013802 0.884077 -0.144688</w:t>
        <w:br/>
        <w:t>v -0.015964 0.883372 -0.142467</w:t>
        <w:br/>
        <w:t>v -0.014522 0.883129 -0.139406</w:t>
        <w:br/>
        <w:t>v -0.010712 0.884372 -0.143321</w:t>
        <w:br/>
        <w:t>v -0.013802 0.884077 -0.144688</w:t>
        <w:br/>
        <w:t>v -0.015270 0.884682 -0.135453</w:t>
        <w:br/>
        <w:t>v -0.007478 0.887223 -0.143458</w:t>
        <w:br/>
        <w:t>v -0.005996 0.890962 -0.145017</w:t>
        <w:br/>
        <w:t>v -0.017769 0.887122 -0.132923</w:t>
        <w:br/>
        <w:t>v -0.020556 0.889020 -0.133297</w:t>
        <w:br/>
        <w:t>v -0.007133 0.893397 -0.147087</w:t>
        <w:br/>
        <w:t>v -0.007358 0.889577 -0.154177</w:t>
        <w:br/>
        <w:t>v -0.012478 0.852655 -0.170879</w:t>
        <w:br/>
        <w:t>v -0.009691 0.850757 -0.170504</w:t>
        <w:br/>
        <w:t>v -0.004267 0.889872 -0.152811</w:t>
        <w:br/>
        <w:t>v -0.010591 0.886726 -0.154040</w:t>
        <w:br/>
        <w:t>v -0.014977 0.855096 -0.168349</w:t>
        <w:br/>
        <w:t>v -0.015726 0.856649 -0.164395</w:t>
        <w:br/>
        <w:t>v -0.012073 0.882987 -0.152481</w:t>
        <w:br/>
        <w:t>v -0.010935 0.880552 -0.150411</w:t>
        <w:br/>
        <w:t>v -0.014284 0.856405 -0.161334</w:t>
        <w:br/>
        <w:t>v -0.010935 0.880552 -0.150411</w:t>
        <w:br/>
        <w:t>v -0.007845 0.880847 -0.149044</w:t>
        <w:br/>
        <w:t>v -0.011497 0.854508 -0.160959</w:t>
        <w:br/>
        <w:t>v -0.014284 0.856405 -0.161334</w:t>
        <w:br/>
        <w:t>v -0.004611 0.883698 -0.149180</w:t>
        <w:br/>
        <w:t>v -0.008998 0.852068 -0.163489</w:t>
        <w:br/>
        <w:t>v -0.008250 0.850514 -0.167442</w:t>
        <w:br/>
        <w:t>v -0.003129 0.887436 -0.150741</w:t>
        <w:br/>
        <w:t>v -0.004267 0.889872 -0.152811</w:t>
        <w:br/>
        <w:t>v -0.009691 0.850757 -0.170504</w:t>
        <w:br/>
        <w:t>v -0.013854 0.844941 -0.169006</w:t>
        <w:br/>
        <w:t>v -0.016640 0.846839 -0.169382</w:t>
        <w:br/>
        <w:t>v -0.028414 0.843000 -0.157286</w:t>
        <w:br/>
        <w:t>v -0.027277 0.840565 -0.155217</w:t>
        <w:br/>
        <w:t>v -0.019140 0.849279 -0.166852</w:t>
        <w:br/>
        <w:t>v -0.026932 0.846738 -0.158847</w:t>
        <w:br/>
        <w:t>v -0.019888 0.850832 -0.162897</w:t>
        <w:br/>
        <w:t>v -0.023698 0.849590 -0.158984</w:t>
        <w:br/>
        <w:t>v -0.018446 0.850589 -0.159836</w:t>
        <w:br/>
        <w:t>v -0.020608 0.849884 -0.157616</w:t>
        <w:br/>
        <w:t>v -0.019470 0.847449 -0.155547</w:t>
        <w:br/>
        <w:t>v -0.020608 0.849884 -0.157616</w:t>
        <w:br/>
        <w:t>v -0.018446 0.850589 -0.159836</w:t>
        <w:br/>
        <w:t>v -0.015659 0.848691 -0.159462</w:t>
        <w:br/>
        <w:t>v -0.013160 0.846251 -0.161992</w:t>
        <w:br/>
        <w:t>v -0.020953 0.843711 -0.153986</w:t>
        <w:br/>
        <w:t>v -0.012412 0.844698 -0.165945</w:t>
        <w:br/>
        <w:t>v -0.024186 0.840859 -0.153850</w:t>
        <w:br/>
        <w:t>v -0.013854 0.844941 -0.169006</w:t>
        <w:br/>
        <w:t>v -0.027277 0.840565 -0.155217</w:t>
        <w:br/>
        <w:t>v -0.026160 0.883447 -0.134861</w:t>
        <w:br/>
        <w:t>v -0.024719 0.883203 -0.131800</w:t>
        <w:br/>
        <w:t>v -0.030143 0.844090 -0.149494</w:t>
        <w:br/>
        <w:t>v -0.031281 0.846525 -0.151564</w:t>
        <w:br/>
        <w:t>v -0.025412 0.881894 -0.138815</w:t>
        <w:br/>
        <w:t>v -0.029799 0.850263 -0.153123</w:t>
        <w:br/>
        <w:t>v -0.026565 0.853115 -0.153260</w:t>
        <w:br/>
        <w:t>v -0.022913 0.879454 -0.141345</w:t>
        <w:br/>
        <w:t>v -0.020126 0.877556 -0.140970</w:t>
        <w:br/>
        <w:t>v -0.023475 0.853409 -0.151893</w:t>
        <w:br/>
        <w:t>v -0.023475 0.853409 -0.151893</w:t>
        <w:br/>
        <w:t>v -0.022337 0.850974 -0.149824</w:t>
        <w:br/>
        <w:t>v -0.018684 0.877313 -0.137909</w:t>
        <w:br/>
        <w:t>v -0.020126 0.877556 -0.140970</w:t>
        <w:br/>
        <w:t>v -0.023819 0.847236 -0.148263</w:t>
        <w:br/>
        <w:t>v -0.019432 0.878866 -0.133956</w:t>
        <w:br/>
        <w:t>v -0.027052 0.844384 -0.148127</w:t>
        <w:br/>
        <w:t>v -0.021932 0.881306 -0.131425</w:t>
        <w:br/>
        <w:t>v -0.030143 0.844090 -0.149494</w:t>
        <w:br/>
        <w:t>v -0.024719 0.883203 -0.131800</w:t>
        <w:br/>
        <w:t>v -0.007750 0.892793 -0.151690</w:t>
        <w:br/>
        <w:t>v -0.004660 0.893088 -0.150323</w:t>
        <w:br/>
        <w:t>v -0.023355 0.886993 -0.131118</w:t>
        <w:br/>
        <w:t>v -0.024796 0.887236 -0.134179</w:t>
        <w:br/>
        <w:t>v -0.010984 0.889942 -0.151553</w:t>
        <w:br/>
        <w:t>v -0.024048 0.885683 -0.138133</w:t>
        <w:br/>
        <w:t>v -0.012466 0.886204 -0.149994</w:t>
        <w:br/>
        <w:t>v -0.021548 0.883243 -0.140664</w:t>
        <w:br/>
        <w:t>v -0.011329 0.883768 -0.147924</w:t>
        <w:br/>
        <w:t>v -0.018761 0.881346 -0.140288</w:t>
        <w:br/>
        <w:t>v -0.008237 0.884063 -0.146557</w:t>
        <w:br/>
        <w:t>v -0.011329 0.883768 -0.147924</w:t>
        <w:br/>
        <w:t>v -0.018761 0.881346 -0.140288</w:t>
        <w:br/>
        <w:t>v -0.017319 0.881102 -0.137227</w:t>
        <w:br/>
        <w:t>v -0.005005 0.886914 -0.146694</w:t>
        <w:br/>
        <w:t>v -0.018069 0.882656 -0.133274</w:t>
        <w:br/>
        <w:t>v -0.003523 0.890653 -0.148253</w:t>
        <w:br/>
        <w:t>v -0.020568 0.885096 -0.130743</w:t>
        <w:br/>
        <w:t>v -0.004660 0.893088 -0.150323</w:t>
        <w:br/>
        <w:t>v -0.023355 0.886993 -0.131118</w:t>
        <w:br/>
        <w:t>v -0.013842 0.848866 -0.171561</w:t>
        <w:br/>
        <w:t>v -0.011055 0.846968 -0.171185</w:t>
        <w:br/>
        <w:t>v -0.016342 0.851306 -0.169031</w:t>
        <w:br/>
        <w:t>v -0.017091 0.852859 -0.165077</w:t>
        <w:br/>
        <w:t>v -0.015649 0.852616 -0.162016</w:t>
        <w:br/>
        <w:t>v -0.012862 0.850718 -0.161641</w:t>
        <w:br/>
        <w:t>v -0.015649 0.852616 -0.162016</w:t>
        <w:br/>
        <w:t>v -0.010362 0.848278 -0.164171</w:t>
        <w:br/>
        <w:t>v -0.009614 0.846725 -0.168124</w:t>
        <w:br/>
        <w:t>v -0.011055 0.846968 -0.171185</w:t>
        <w:br/>
        <w:t>v -0.029750 0.840874 -0.151981</w:t>
        <w:br/>
        <w:t>v -0.030887 0.843309 -0.154050</w:t>
        <w:br/>
        <w:t>v -0.029405 0.847046 -0.155611</w:t>
        <w:br/>
        <w:t>v -0.026172 0.849899 -0.155748</w:t>
        <w:br/>
        <w:t>v -0.023081 0.850192 -0.154381</w:t>
        <w:br/>
        <w:t>v -0.023081 0.850192 -0.154381</w:t>
        <w:br/>
        <w:t>v -0.021944 0.847757 -0.152311</w:t>
        <w:br/>
        <w:t>v -0.023426 0.844020 -0.150751</w:t>
        <w:br/>
        <w:t>v -0.026660 0.841167 -0.150615</w:t>
        <w:br/>
        <w:t>v -0.029750 0.840874 -0.151981</w:t>
        <w:br/>
        <w:t>v -0.024098 0.878869 -0.135473</w:t>
        <w:br/>
        <w:t>v -0.027612 0.850832 -0.150145</w:t>
        <w:br/>
        <w:t>v -0.271930 0.898005 0.027479</w:t>
        <w:br/>
        <w:t>v -0.265505 0.897134 0.013888</w:t>
        <w:br/>
        <w:t>v -0.265299 0.905213 0.026332</w:t>
        <w:br/>
        <w:t>v -0.256487 0.908729 0.020373</w:t>
        <w:br/>
        <w:t>v -0.260604 0.896280 0.008331</w:t>
        <w:br/>
        <w:t>v -0.266822 0.891012 0.011804</w:t>
        <w:br/>
        <w:t>v -0.270526 0.896833 0.028215</w:t>
        <w:br/>
        <w:t>v -0.259503 0.910617 0.029058</w:t>
        <w:br/>
        <w:t>v -0.260866 0.911756 0.028343</w:t>
        <w:br/>
        <w:t>v -0.257891 0.909901 0.019637</w:t>
        <w:br/>
        <w:t>v -0.256487 0.908729 0.020373</w:t>
        <w:br/>
        <w:t>v -0.268731 0.905092 0.032736</w:t>
        <w:br/>
        <w:t>v -0.260866 0.911756 0.028343</w:t>
        <w:br/>
        <w:t>v -0.259503 0.910617 0.029058</w:t>
        <w:br/>
        <w:t>v -0.267367 0.903954 0.033451</w:t>
        <w:br/>
        <w:t>v -0.266822 0.891012 0.011804</w:t>
        <w:br/>
        <w:t>v -0.268186 0.892150 0.011088</w:t>
        <w:br/>
        <w:t>v -0.271930 0.898005 0.027479</w:t>
        <w:br/>
        <w:t>v -0.270526 0.896833 0.028215</w:t>
        <w:br/>
        <w:t>v -0.260604 0.896280 0.008331</w:t>
        <w:br/>
        <w:t>v -0.261968 0.897419 0.007616</w:t>
        <w:br/>
        <w:t>v -0.268186 0.892150 0.011088</w:t>
        <w:br/>
        <w:t>v -0.266822 0.891012 0.011804</w:t>
        <w:br/>
        <w:t>v -0.260604 0.896280 0.008331</w:t>
        <w:br/>
        <w:t>v -0.261968 0.897419 0.007616</w:t>
        <w:br/>
        <w:t>v -0.267118 0.905385 0.017616</w:t>
        <w:br/>
        <w:t>v -0.266305 0.907830 0.022766</w:t>
        <w:br/>
        <w:t>v -0.267463 0.909691 0.023523</w:t>
        <w:br/>
        <w:t>v -0.268551 0.906582 0.016865</w:t>
        <w:br/>
        <w:t>v -0.267622 0.901791 0.011254</w:t>
        <w:br/>
        <w:t>v -0.266438 0.901616 0.013106</w:t>
        <w:br/>
        <w:t>v -0.263971 0.897377 0.011359</w:t>
        <w:br/>
        <w:t>v -0.263827 0.898445 0.012773</w:t>
        <w:br/>
        <w:t>v -0.263716 0.906521 0.025396</w:t>
        <w:br/>
        <w:t>v -0.263725 0.907700 0.027312</w:t>
        <w:br/>
        <w:t>v -0.269016 0.908374 0.024391</w:t>
        <w:br/>
        <w:t>v -0.267861 0.906510 0.023636</w:t>
        <w:br/>
        <w:t>v -0.268667 0.904072 0.018482</w:t>
        <w:br/>
        <w:t>v -0.270100 0.905268 0.017731</w:t>
        <w:br/>
        <w:t>v -0.267993 0.900298 0.013974</w:t>
        <w:br/>
        <w:t>v -0.269175 0.900475 0.012122</w:t>
        <w:br/>
        <w:t>v -0.265505 0.897134 0.013888</w:t>
        <w:br/>
        <w:t>v -0.265438 0.896169 0.012233</w:t>
        <w:br/>
        <w:t>v -0.265299 0.905213 0.026332</w:t>
        <w:br/>
        <w:t>v -0.265253 0.906451 0.028236</w:t>
        <w:br/>
        <w:t>v -0.266305 0.907830 0.022766</w:t>
        <w:br/>
        <w:t>v -0.267118 0.905385 0.017616</w:t>
        <w:br/>
        <w:t>v -0.268667 0.904072 0.018482</w:t>
        <w:br/>
        <w:t>v -0.267861 0.906510 0.023636</w:t>
        <w:br/>
        <w:t>v -0.266438 0.901616 0.013106</w:t>
        <w:br/>
        <w:t>v -0.267993 0.900298 0.013974</w:t>
        <w:br/>
        <w:t>v -0.265505 0.897134 0.013888</w:t>
        <w:br/>
        <w:t>v -0.263827 0.898445 0.012773</w:t>
        <w:br/>
        <w:t>v -0.265299 0.905213 0.026332</w:t>
        <w:br/>
        <w:t>v -0.263716 0.906521 0.025396</w:t>
        <w:br/>
        <w:t>v -0.265253 0.906451 0.028236</w:t>
        <w:br/>
        <w:t>v -0.268731 0.905092 0.032736</w:t>
        <w:br/>
        <w:t>v -0.267367 0.903954 0.033451</w:t>
        <w:br/>
        <w:t>v -0.259503 0.910617 0.029058</w:t>
        <w:br/>
        <w:t>v -0.268731 0.905092 0.032736</w:t>
        <w:br/>
        <w:t>v -0.267367 0.903954 0.033451</w:t>
        <w:br/>
        <w:t>v -0.263716 0.906521 0.025396</w:t>
        <w:br/>
        <w:t>v -0.257891 0.909901 0.019637</w:t>
        <w:br/>
        <w:t>v -0.260866 0.911756 0.028343</w:t>
        <w:br/>
        <w:t>v -0.263725 0.907700 0.027312</w:t>
        <w:br/>
        <w:t>v -0.263971 0.897377 0.011359</w:t>
        <w:br/>
        <w:t>v -0.265438 0.896169 0.012233</w:t>
        <w:br/>
        <w:t>v -0.268186 0.892150 0.011088</w:t>
        <w:br/>
        <w:t>v -0.261968 0.897419 0.007616</w:t>
        <w:br/>
        <w:t>v -0.263827 0.898445 0.012773</w:t>
        <w:br/>
        <w:t>v -0.267463 0.909691 0.023523</w:t>
        <w:br/>
        <w:t>v -0.269016 0.908374 0.024391</w:t>
        <w:br/>
        <w:t>v -0.270100 0.905268 0.017731</w:t>
        <w:br/>
        <w:t>v -0.268551 0.906582 0.016865</w:t>
        <w:br/>
        <w:t>v -0.265253 0.906451 0.028236</w:t>
        <w:br/>
        <w:t>v -0.263725 0.907700 0.027312</w:t>
        <w:br/>
        <w:t>v -0.269175 0.900475 0.012122</w:t>
        <w:br/>
        <w:t>v -0.267622 0.901791 0.011254</w:t>
        <w:br/>
        <w:t>v -0.265438 0.896169 0.012233</w:t>
        <w:br/>
        <w:t>v -0.263971 0.897377 0.011359</w:t>
        <w:br/>
        <w:t>v -0.264474 0.900866 0.012287</w:t>
        <w:br/>
        <w:t>v -0.264410 0.899419 0.010394</w:t>
        <w:br/>
        <w:t>v -0.262834 0.899873 0.008567</w:t>
        <w:br/>
        <w:t>v -0.262965 0.902708 0.012275</w:t>
        <w:br/>
        <w:t>v -0.265744 0.902306 0.016007</w:t>
        <w:br/>
        <w:t>v -0.265895 0.900660 0.014190</w:t>
        <w:br/>
        <w:t>v -0.270565 0.895279 0.014640</w:t>
        <w:br/>
        <w:t>v -0.307001 0.854934 0.020276</w:t>
        <w:br/>
        <w:t>v -0.305734 0.850347 0.012663</w:t>
        <w:br/>
        <w:t>v -0.268759 0.893770 0.010022</w:t>
        <w:br/>
        <w:t>v -0.301035 0.849948 0.005022</w:t>
        <w:br/>
        <w:t>v -0.263107 0.899755 0.013185</w:t>
        <w:br/>
        <w:t>v -0.261601 0.901600 0.013171</w:t>
        <w:br/>
        <w:t>v -0.261470 0.898765 0.009462</w:t>
        <w:br/>
        <w:t>v -0.263040 0.898304 0.011294</w:t>
        <w:br/>
        <w:t>v -0.264380 0.901197 0.016903</w:t>
        <w:br/>
        <w:t>v -0.264524 0.899545 0.015091</w:t>
        <w:br/>
        <w:t>v -0.269193 0.894163 0.015542</w:t>
        <w:br/>
        <w:t>v -0.305677 0.853858 0.021145</w:t>
        <w:br/>
        <w:t>v -0.299711 0.848872 0.005892</w:t>
        <w:br/>
        <w:t>v -0.267387 0.892654 0.010924</w:t>
        <w:br/>
        <w:t>v -0.304406 0.849267 0.013534</w:t>
        <w:br/>
        <w:t>v -0.305734 0.850347 0.012663</w:t>
        <w:br/>
        <w:t>v -0.307001 0.854934 0.020276</w:t>
        <w:br/>
        <w:t>v -0.305677 0.853858 0.021145</w:t>
        <w:br/>
        <w:t>v -0.264380 0.901197 0.016903</w:t>
        <w:br/>
        <w:t>v -0.305677 0.853858 0.021145</w:t>
        <w:br/>
        <w:t>v -0.307001 0.854934 0.020276</w:t>
        <w:br/>
        <w:t>v -0.265744 0.902306 0.016007</w:t>
        <w:br/>
        <w:t>v -0.299711 0.848872 0.005892</w:t>
        <w:br/>
        <w:t>v -0.261470 0.898765 0.009462</w:t>
        <w:br/>
        <w:t>v -0.262834 0.899873 0.008567</w:t>
        <w:br/>
        <w:t>v -0.301035 0.849948 0.005022</w:t>
        <w:br/>
        <w:t>v -0.301035 0.849948 0.005022</w:t>
        <w:br/>
        <w:t>v -0.299711 0.848872 0.005892</w:t>
        <w:br/>
        <w:t>v -0.261601 0.901600 0.013171</w:t>
        <w:br/>
        <w:t>v -0.262965 0.902708 0.012275</w:t>
        <w:br/>
        <w:t>v -0.263040 0.898304 0.011294</w:t>
        <w:br/>
        <w:t>v -0.264410 0.899419 0.010394</w:t>
        <w:br/>
        <w:t>v -0.264474 0.900866 0.012287</w:t>
        <w:br/>
        <w:t>v -0.263107 0.899755 0.013185</w:t>
        <w:br/>
        <w:t>v -0.264524 0.899545 0.015091</w:t>
        <w:br/>
        <w:t>v -0.265895 0.900660 0.014190</w:t>
        <w:br/>
        <w:t>v -0.264524 0.899545 0.015091</w:t>
        <w:br/>
        <w:t>v -0.265895 0.900660 0.014190</w:t>
        <w:br/>
        <w:t>v -0.270565 0.895279 0.014640</w:t>
        <w:br/>
        <w:t>v -0.269193 0.894163 0.015542</w:t>
        <w:br/>
        <w:t>v -0.267387 0.892654 0.010924</w:t>
        <w:br/>
        <w:t>v -0.269193 0.894163 0.015542</w:t>
        <w:br/>
        <w:t>v -0.270565 0.895279 0.014640</w:t>
        <w:br/>
        <w:t>v -0.268759 0.893770 0.010022</w:t>
        <w:br/>
        <w:t>v -0.264410 0.899419 0.010394</w:t>
        <w:br/>
        <w:t>v -0.263040 0.898304 0.011294</w:t>
        <w:br/>
        <w:t>v -0.267387 0.892654 0.010924</w:t>
        <w:br/>
        <w:t>v -0.268759 0.893770 0.010022</w:t>
        <w:br/>
        <w:t>v -0.304406 0.849267 0.013534</w:t>
        <w:br/>
        <w:t>v -0.120377 0.832149 0.232657</w:t>
        <w:br/>
        <w:t>v -0.151103 0.866803 0.174221</w:t>
        <w:br/>
        <w:t>v -0.110718 0.872167 0.219680</w:t>
        <w:br/>
        <w:t>v -0.065119 0.848696 0.260261</w:t>
        <w:br/>
        <w:t>v -0.059561 0.886789 0.244802</w:t>
        <w:br/>
        <w:t>v -0.003478 0.901220 0.249093</w:t>
        <w:br/>
        <w:t>v -0.002920 0.864846 0.265072</w:t>
        <w:br/>
        <w:t>v -0.135775 0.911400 0.160202</w:t>
        <w:br/>
        <w:t>v -0.086842 0.958385 0.178346</w:t>
        <w:br/>
        <w:t>v -0.099185 0.915246 0.201068</w:t>
        <w:br/>
        <w:t>v -0.053228 0.926159 0.223876</w:t>
        <w:br/>
        <w:t>v -0.046587 0.965816 0.199629</w:t>
        <w:br/>
        <w:t>v -0.002687 0.939556 0.223294</w:t>
        <w:br/>
        <w:t>v 0.050874 0.911498 0.220892</w:t>
        <w:br/>
        <w:t>v 0.190958 0.976382 0.116142</w:t>
        <w:br/>
        <w:t>v 0.193133 0.977536 0.113688</w:t>
        <w:br/>
        <w:t>v 0.219006 0.936972 0.117561</w:t>
        <w:br/>
        <w:t>v 0.216833 0.935818 0.120015</w:t>
        <w:br/>
        <w:t>v 0.193345 0.977362 0.110557</w:t>
        <w:br/>
        <w:t>v 0.219218 0.936798 0.114430</w:t>
        <w:br/>
        <w:t>v 0.192385 0.976535 0.109022</w:t>
        <w:br/>
        <w:t>v 0.218256 0.935968 0.112897</w:t>
        <w:br/>
        <w:t>v 0.215004 0.933584 0.109642</w:t>
        <w:br/>
        <w:t>v 0.216466 0.934706 0.111618</w:t>
        <w:br/>
        <w:t>v 0.190612 0.975281 0.107738</w:t>
        <w:br/>
        <w:t>v 0.189163 0.974167 0.105756</w:t>
        <w:br/>
        <w:t>v 0.187679 0.973510 0.108869</w:t>
        <w:br/>
        <w:t>v 0.186746 0.973137 0.111199</w:t>
        <w:br/>
        <w:t>v 0.212616 0.932571 0.115075</w:t>
        <w:br/>
        <w:t>v 0.213533 0.932933 0.112749</w:t>
        <w:br/>
        <w:t>v 0.186645 0.973184 0.113160</w:t>
        <w:br/>
        <w:t>v 0.188175 0.974415 0.115668</w:t>
        <w:br/>
        <w:t>v 0.214048 0.933851 0.119541</w:t>
        <w:br/>
        <w:t>v 0.212519 0.932621 0.117034</w:t>
        <w:br/>
        <w:t>v 0.213875 0.932899 0.110077</w:t>
        <w:br/>
        <w:t>v 0.188033 0.973482 0.106192</w:t>
        <w:br/>
        <w:t>v 0.219006 0.936972 0.117561</w:t>
        <w:br/>
        <w:t>v 0.218492 0.936597 0.117059</w:t>
        <w:br/>
        <w:t>v 0.216724 0.935604 0.119398</w:t>
        <w:br/>
        <w:t>v 0.216833 0.935818 0.120015</w:t>
        <w:br/>
        <w:t>v 0.193133 0.977536 0.113688</w:t>
        <w:br/>
        <w:t>v 0.190958 0.976382 0.116142</w:t>
        <w:br/>
        <w:t>v 0.190753 0.976168 0.115272</w:t>
        <w:br/>
        <w:t>v 0.192617 0.977161 0.113186</w:t>
        <w:br/>
        <w:t>v 0.218694 0.936486 0.114666</w:t>
        <w:br/>
        <w:t>v 0.219218 0.936798 0.114430</w:t>
        <w:br/>
        <w:t>v 0.192819 0.977050 0.110791</w:t>
        <w:br/>
        <w:t>v 0.193345 0.977362 0.110557</w:t>
        <w:br/>
        <w:t>v 0.192385 0.976535 0.109022</w:t>
        <w:br/>
        <w:t>v 0.192109 0.976427 0.109747</w:t>
        <w:br/>
        <w:t>v 0.218256 0.935968 0.112897</w:t>
        <w:br/>
        <w:t>v 0.217982 0.935863 0.113624</w:t>
        <w:br/>
        <w:t>v 0.190343 0.975181 0.108469</w:t>
        <w:br/>
        <w:t>v 0.188678 0.973907 0.106308</w:t>
        <w:br/>
        <w:t>v 0.189163 0.974167 0.105756</w:t>
        <w:br/>
        <w:t>v 0.190612 0.975281 0.107738</w:t>
        <w:br/>
        <w:t>v 0.216466 0.934706 0.111618</w:t>
        <w:br/>
        <w:t>v 0.215004 0.933584 0.109642</w:t>
        <w:br/>
        <w:t>v 0.214519 0.933324 0.110195</w:t>
        <w:br/>
        <w:t>v 0.216200 0.934606 0.112354</w:t>
        <w:br/>
        <w:t>v 0.186746 0.973137 0.111199</w:t>
        <w:br/>
        <w:t>v 0.187679 0.973510 0.108869</w:t>
        <w:br/>
        <w:t>v 0.188220 0.973895 0.109293</w:t>
        <w:br/>
        <w:t>v 0.187290 0.973523 0.111611</w:t>
        <w:br/>
        <w:t>v 0.213161 0.932957 0.115482</w:t>
        <w:br/>
        <w:t>v 0.214075 0.933319 0.113170</w:t>
        <w:br/>
        <w:t>v 0.213533 0.932933 0.112749</w:t>
        <w:br/>
        <w:t>v 0.212616 0.932571 0.115075</w:t>
        <w:br/>
        <w:t>v 0.213058 0.932947 0.116857</w:t>
        <w:br/>
        <w:t>v 0.212519 0.932621 0.117034</w:t>
        <w:br/>
        <w:t>v 0.214048 0.933851 0.119541</w:t>
        <w:br/>
        <w:t>v 0.214258 0.933911 0.118760</w:t>
        <w:br/>
        <w:t>v 0.186645 0.973184 0.113160</w:t>
        <w:br/>
        <w:t>v 0.187184 0.973511 0.112985</w:t>
        <w:br/>
        <w:t>v 0.188385 0.974474 0.114886</w:t>
        <w:br/>
        <w:t>v 0.188175 0.974415 0.115668</w:t>
        <w:br/>
        <w:t>v 0.188033 0.973482 0.106192</w:t>
        <w:br/>
        <w:t>v 0.213875 0.932899 0.110077</w:t>
        <w:br/>
        <w:t>v 0.213702 0.932624 0.108065</w:t>
        <w:br/>
        <w:t>v 0.187864 0.973162 0.104189</w:t>
        <w:br/>
        <w:t>v 0.188432 0.973505 0.103970</w:t>
        <w:br/>
        <w:t>v 0.214271 0.932966 0.107845</w:t>
        <w:br/>
        <w:t>v 0.188194 0.973380 0.104267</w:t>
        <w:br/>
        <w:t>v 0.187864 0.973162 0.104189</w:t>
        <w:br/>
        <w:t>v 0.214031 0.932841 0.108143</w:t>
        <w:br/>
        <w:t>v 0.213702 0.932624 0.108065</w:t>
        <w:br/>
        <w:t>v 0.188432 0.973505 0.103970</w:t>
        <w:br/>
        <w:t>v 0.214271 0.932966 0.107845</w:t>
        <w:br/>
        <w:t>v -0.096569 0.773834 -0.185779</w:t>
        <w:br/>
        <w:t>v -0.104650 0.722564 -0.208589</w:t>
        <w:br/>
        <w:t>v -0.102905 0.724324 -0.213154</w:t>
        <w:br/>
        <w:t>v -0.094825 0.775595 -0.190344</w:t>
        <w:br/>
        <w:t>v -0.094598 0.771841 -0.181998</w:t>
        <w:br/>
        <w:t>v -0.102678 0.720572 -0.204808</w:t>
        <w:br/>
        <w:t>v -0.097477 0.718781 -0.202622</w:t>
        <w:br/>
        <w:t>v -0.089397 0.770051 -0.179811</w:t>
        <w:br/>
        <w:t>v -0.091353 0.720374 -0.208371</w:t>
        <w:br/>
        <w:t>v -0.083273 0.771644 -0.185561</w:t>
        <w:br/>
        <w:t>v -0.085765 0.774201 -0.190421</w:t>
        <w:br/>
        <w:t>v -0.093844 0.722930 -0.213232</w:t>
        <w:br/>
        <w:t>v -0.089869 0.775536 -0.191968</w:t>
        <w:br/>
        <w:t>v -0.097949 0.724266 -0.214779</w:t>
        <w:br/>
        <w:t>v -0.103552 0.722314 -0.208417</w:t>
        <w:br/>
        <w:t>v -0.102023 0.723828 -0.212353</w:t>
        <w:br/>
        <w:t>v -0.102905 0.724324 -0.213154</w:t>
        <w:br/>
        <w:t>v -0.104650 0.722564 -0.208589</w:t>
        <w:br/>
        <w:t>v -0.096569 0.773834 -0.185779</w:t>
        <w:br/>
        <w:t>v -0.094825 0.775595 -0.190344</w:t>
        <w:br/>
        <w:t>v -0.093944 0.775099 -0.189543</w:t>
        <w:br/>
        <w:t>v -0.095471 0.773584 -0.185607</w:t>
        <w:br/>
        <w:t>v -0.102678 0.720572 -0.204808</w:t>
        <w:br/>
        <w:t>v -0.102024 0.720747 -0.205434</w:t>
        <w:br/>
        <w:t>v -0.093944 0.772017 -0.182624</w:t>
        <w:br/>
        <w:t>v -0.094598 0.771841 -0.181998</w:t>
        <w:br/>
        <w:t>v -0.097477 0.718781 -0.202622</w:t>
        <w:br/>
        <w:t>v -0.097440 0.719209 -0.203595</w:t>
        <w:br/>
        <w:t>v -0.089397 0.770051 -0.179811</w:t>
        <w:br/>
        <w:t>v -0.089360 0.770479 -0.180785</w:t>
        <w:br/>
        <w:t>v -0.094511 0.722763 -0.212617</w:t>
        <w:br/>
        <w:t>v -0.092405 0.720518 -0.208321</w:t>
        <w:br/>
        <w:t>v -0.091353 0.720374 -0.208371</w:t>
        <w:br/>
        <w:t>v -0.093844 0.722930 -0.213232</w:t>
        <w:br/>
        <w:t>v -0.085765 0.774201 -0.190421</w:t>
        <w:br/>
        <w:t>v -0.083273 0.771644 -0.185561</w:t>
        <w:br/>
        <w:t>v -0.084325 0.771788 -0.185511</w:t>
        <w:br/>
        <w:t>v -0.086431 0.774032 -0.189807</w:t>
        <w:br/>
        <w:t>v -0.097745 0.723784 -0.213767</w:t>
        <w:br/>
        <w:t>v -0.097949 0.724266 -0.214779</w:t>
        <w:br/>
        <w:t>v -0.089666 0.775054 -0.190956</w:t>
        <w:br/>
        <w:t>v -0.089869 0.775536 -0.191968</w:t>
        <w:br/>
        <w:t>v -0.083264 0.768655 -0.178893</w:t>
        <w:br/>
        <w:t>v -0.091338 0.717420 -0.201688</w:t>
        <w:br/>
        <w:t>v -0.090251 0.717702 -0.202709</w:t>
        <w:br/>
        <w:t>v -0.082177 0.768938 -0.179913</w:t>
        <w:br/>
        <w:t>v -0.091377 0.717888 -0.202728</w:t>
        <w:br/>
        <w:t>v -0.091338 0.717420 -0.201688</w:t>
        <w:br/>
        <w:t>v -0.083264 0.768655 -0.178893</w:t>
        <w:br/>
        <w:t>v -0.083303 0.769124 -0.179933</w:t>
        <w:br/>
        <w:t>v -0.090251 0.717702 -0.202709</w:t>
        <w:br/>
        <w:t>v -0.082177 0.768938 -0.179913</w:t>
        <w:br/>
        <w:t>v 0.190622 0.973980 0.111255</w:t>
        <w:br/>
        <w:t>v 0.215149 0.935459 0.115156</w:t>
        <w:br/>
        <w:t>v -0.089936 0.770690 -0.186089</w:t>
        <w:br/>
        <w:t>v -0.097261 0.722827 -0.208066</w:t>
        <w:br/>
        <w:t>v 0.083788 0.696583 0.107478</w:t>
        <w:br/>
        <w:t>v 0.098243 0.696870 0.105562</w:t>
        <w:br/>
        <w:t>v 0.097909 0.698538 0.102057</w:t>
        <w:br/>
        <w:t>v 0.083324 0.698538 0.104001</w:t>
        <w:br/>
        <w:t>v 0.098805 0.698797 0.108332</w:t>
        <w:br/>
        <w:t>v 0.098243 0.696870 0.105562</w:t>
        <w:br/>
        <w:t>v 0.083788 0.696583 0.107478</w:t>
        <w:br/>
        <w:t>v 0.084299 0.698791 0.110200</w:t>
        <w:br/>
        <w:t>v 0.084732 0.713541 0.113369</w:t>
        <w:br/>
        <w:t>v 0.099135 0.713535 0.111450</w:t>
        <w:br/>
        <w:t>v 0.098727 0.698066 0.105478</w:t>
        <w:br/>
        <w:t>v 0.083596 0.698050 0.107521</w:t>
        <w:br/>
        <w:t>v 0.083436 0.699138 0.104843</w:t>
        <w:br/>
        <w:t>v 0.098290 0.699138 0.102872</w:t>
        <w:br/>
        <w:t>v 0.098727 0.698066 0.105478</w:t>
        <w:br/>
        <w:t>v 0.098858 0.699378 0.107122</w:t>
        <w:br/>
        <w:t>v 0.083765 0.699403 0.109343</w:t>
        <w:br/>
        <w:t>v 0.083596 0.698050 0.107521</w:t>
        <w:br/>
        <w:t>v 0.085097 0.728987 0.113568</w:t>
        <w:br/>
        <w:t>v 0.084476 0.713755 0.112054</w:t>
        <w:br/>
        <w:t>v 0.099004 0.713737 0.110165</w:t>
        <w:br/>
        <w:t>v 0.098835 0.728987 0.111737</w:t>
        <w:br/>
        <w:t>v 0.085275 0.728859 0.114916</w:t>
        <w:br/>
        <w:t>v 0.099016 0.728859 0.113086</w:t>
        <w:br/>
        <w:t>v 0.085275 0.728859 0.114916</w:t>
        <w:br/>
        <w:t>v 0.085097 0.728987 0.113568</w:t>
        <w:br/>
        <w:t>v 0.087353 0.731291 0.113694</w:t>
        <w:br/>
        <w:t>v 0.087479 0.731161 0.114703</w:t>
        <w:br/>
        <w:t>v 0.098835 0.728987 0.111737</w:t>
        <w:br/>
        <w:t>v 0.099016 0.728859 0.113086</w:t>
        <w:br/>
        <w:t>v 0.096855 0.731190 0.113485</w:t>
        <w:br/>
        <w:t>v 0.096711 0.731338 0.112416</w:t>
        <w:br/>
        <w:t>v 0.099004 0.713737 0.110165</w:t>
        <w:br/>
        <w:t>v 0.099135 0.713535 0.111450</w:t>
        <w:br/>
        <w:t>v 0.084732 0.713541 0.113369</w:t>
        <w:br/>
        <w:t>v 0.084476 0.713755 0.112054</w:t>
        <w:br/>
        <w:t>v 0.092043 0.732413 0.113230</w:t>
        <w:br/>
        <w:t>v 0.092172 0.732280 0.114202</w:t>
        <w:br/>
        <w:t>v 0.083788 0.696583 0.107478</w:t>
        <w:br/>
        <w:t>v 0.083324 0.698538 0.104001</w:t>
        <w:br/>
        <w:t>v 0.083436 0.699138 0.104843</w:t>
        <w:br/>
        <w:t>v 0.083596 0.698050 0.107521</w:t>
        <w:br/>
        <w:t>v 0.098243 0.696870 0.105562</w:t>
        <w:br/>
        <w:t>v 0.098805 0.698797 0.108332</w:t>
        <w:br/>
        <w:t>v 0.098858 0.699378 0.107122</w:t>
        <w:br/>
        <w:t>v 0.098727 0.698066 0.105478</w:t>
        <w:br/>
        <w:t>v 0.098290 0.699138 0.102872</w:t>
        <w:br/>
        <w:t>v 0.097909 0.698538 0.102057</w:t>
        <w:br/>
        <w:t>v 0.084299 0.698791 0.110200</w:t>
        <w:br/>
        <w:t>v 0.083765 0.699403 0.109343</w:t>
        <w:br/>
        <w:t>v 0.096711 0.731338 0.112416</w:t>
        <w:br/>
        <w:t>v 0.087353 0.731291 0.113694</w:t>
        <w:br/>
        <w:t>v 0.087479 0.731161 0.114703</w:t>
        <w:br/>
        <w:t>v 0.096855 0.731190 0.113485</w:t>
        <w:br/>
        <w:t>v 0.092043 0.732413 0.113230</w:t>
        <w:br/>
        <w:t>v 0.092172 0.732280 0.114202</w:t>
        <w:br/>
        <w:t>v 0.261376 0.881973 0.030672</w:t>
        <w:br/>
        <w:t>v 0.261529 0.874322 0.017960</w:t>
        <w:br/>
        <w:t>v 0.267460 0.874296 0.031801</w:t>
        <w:br/>
        <w:t>v 0.253059 0.886281 0.024522</w:t>
        <w:br/>
        <w:t>v 0.265952 0.873199 0.032441</w:t>
        <w:br/>
        <w:t>v 0.262514 0.868198 0.015705</w:t>
        <w:br/>
        <w:t>v 0.256803 0.873992 0.012198</w:t>
        <w:br/>
        <w:t>v 0.253059 0.886281 0.024522</w:t>
        <w:br/>
        <w:t>v 0.254567 0.887379 0.023882</w:t>
        <w:br/>
        <w:t>v 0.257316 0.888733 0.032753</w:t>
        <w:br/>
        <w:t>v 0.255851 0.887667 0.033376</w:t>
        <w:br/>
        <w:t>v 0.264538 0.881404 0.037189</w:t>
        <w:br/>
        <w:t>v 0.263074 0.880338 0.037812</w:t>
        <w:br/>
        <w:t>v 0.255851 0.887667 0.033376</w:t>
        <w:br/>
        <w:t>v 0.257316 0.888733 0.032753</w:t>
        <w:br/>
        <w:t>v 0.263977 0.869264 0.015082</w:t>
        <w:br/>
        <w:t>v 0.262514 0.868198 0.015705</w:t>
        <w:br/>
        <w:t>v 0.265952 0.873199 0.032441</w:t>
        <w:br/>
        <w:t>v 0.267460 0.874296 0.031801</w:t>
        <w:br/>
        <w:t>v 0.256803 0.873992 0.012198</w:t>
        <w:br/>
        <w:t>v 0.262514 0.868198 0.015705</w:t>
        <w:br/>
        <w:t>v 0.263977 0.869264 0.015082</w:t>
        <w:br/>
        <w:t>v 0.258268 0.875058 0.011576</w:t>
        <w:br/>
        <w:t>v 0.256803 0.873992 0.012198</w:t>
        <w:br/>
        <w:t>v 0.258268 0.875058 0.011576</w:t>
        <w:br/>
        <w:t>v 0.263943 0.886386 0.028107</w:t>
        <w:br/>
        <w:t>v 0.262693 0.884634 0.027242</w:t>
        <w:br/>
        <w:t>v 0.263542 0.882315 0.022041</w:t>
        <w:br/>
        <w:t>v 0.265080 0.883434 0.021387</w:t>
        <w:br/>
        <w:t>v 0.262790 0.878754 0.017375</w:t>
        <w:br/>
        <w:t>v 0.264054 0.878910 0.015576</w:t>
        <w:br/>
        <w:t>v 0.259987 0.875781 0.016831</w:t>
        <w:br/>
        <w:t>v 0.260116 0.874754 0.015386</w:t>
        <w:br/>
        <w:t>v 0.259935 0.884529 0.031681</w:t>
        <w:br/>
        <w:t>v 0.259922 0.883418 0.029726</w:t>
        <w:br/>
        <w:t>v 0.266504 0.881990 0.022261</w:t>
        <w:br/>
        <w:t>v 0.264966 0.880870 0.022914</w:t>
        <w:br/>
        <w:t>v 0.264123 0.883183 0.028121</w:t>
        <w:br/>
        <w:t>v 0.265369 0.884938 0.028983</w:t>
        <w:br/>
        <w:t>v 0.265481 0.877463 0.016452</w:t>
        <w:br/>
        <w:t>v 0.264218 0.877305 0.018252</w:t>
        <w:br/>
        <w:t>v 0.261529 0.874322 0.017960</w:t>
        <w:br/>
        <w:t>v 0.261463 0.873420 0.016269</w:t>
        <w:br/>
        <w:t>v 0.261376 0.881973 0.030672</w:t>
        <w:br/>
        <w:t>v 0.261338 0.883147 0.032617</w:t>
        <w:br/>
        <w:t>v 0.264966 0.880870 0.022914</w:t>
        <w:br/>
        <w:t>v 0.263542 0.882315 0.022041</w:t>
        <w:br/>
        <w:t>v 0.262693 0.884634 0.027242</w:t>
        <w:br/>
        <w:t>v 0.264123 0.883183 0.028121</w:t>
        <w:br/>
        <w:t>v 0.264218 0.877305 0.018252</w:t>
        <w:br/>
        <w:t>v 0.262790 0.878754 0.017375</w:t>
        <w:br/>
        <w:t>v 0.259987 0.875781 0.016831</w:t>
        <w:br/>
        <w:t>v 0.261529 0.874322 0.017960</w:t>
        <w:br/>
        <w:t>v 0.261376 0.881973 0.030672</w:t>
        <w:br/>
        <w:t>v 0.259922 0.883418 0.029726</w:t>
        <w:br/>
        <w:t>v 0.264538 0.881404 0.037189</w:t>
        <w:br/>
        <w:t>v 0.261338 0.883147 0.032617</w:t>
        <w:br/>
        <w:t>v 0.255851 0.887667 0.033376</w:t>
        <w:br/>
        <w:t>v 0.263074 0.880338 0.037812</w:t>
        <w:br/>
        <w:t>v 0.264538 0.881404 0.037189</w:t>
        <w:br/>
        <w:t>v 0.263074 0.880338 0.037812</w:t>
        <w:br/>
        <w:t>v 0.259935 0.884529 0.031681</w:t>
        <w:br/>
        <w:t>v 0.257316 0.888733 0.032753</w:t>
        <w:br/>
        <w:t>v 0.254567 0.887379 0.023882</w:t>
        <w:br/>
        <w:t>v 0.259922 0.883418 0.029726</w:t>
        <w:br/>
        <w:t>v 0.261463 0.873420 0.016269</w:t>
        <w:br/>
        <w:t>v 0.260116 0.874754 0.015386</w:t>
        <w:br/>
        <w:t>v 0.258268 0.875058 0.011576</w:t>
        <w:br/>
        <w:t>v 0.263977 0.869264 0.015082</w:t>
        <w:br/>
        <w:t>v 0.259987 0.875781 0.016831</w:t>
        <w:br/>
        <w:t>v 0.263943 0.886386 0.028107</w:t>
        <w:br/>
        <w:t>v 0.265080 0.883434 0.021387</w:t>
        <w:br/>
        <w:t>v 0.266504 0.881990 0.022261</w:t>
        <w:br/>
        <w:t>v 0.265369 0.884938 0.028983</w:t>
        <w:br/>
        <w:t>v 0.261338 0.883147 0.032617</w:t>
        <w:br/>
        <w:t>v 0.259935 0.884529 0.031681</w:t>
        <w:br/>
        <w:t>v 0.264054 0.878910 0.015576</w:t>
        <w:br/>
        <w:t>v 0.265481 0.877463 0.016452</w:t>
        <w:br/>
        <w:t>v 0.260116 0.874754 0.015386</w:t>
        <w:br/>
        <w:t>v 0.261463 0.873420 0.016269</w:t>
        <w:br/>
        <w:t>v 0.035327 0.847152 -0.144262</w:t>
        <w:br/>
        <w:t>v 0.028019 0.848126 -0.148268</w:t>
        <w:br/>
        <w:t>v 0.024434 0.878628 -0.132881</w:t>
        <w:br/>
        <w:t>v 0.031738 0.877655 -0.128878</w:t>
        <w:br/>
        <w:t>v 0.030858 0.883863 -0.140771</w:t>
        <w:br/>
        <w:t>v 0.034443 0.853361 -0.156157</w:t>
        <w:br/>
        <w:t>v 0.040532 0.851132 -0.150940</w:t>
        <w:br/>
        <w:t>v 0.036952 0.881633 -0.135549</w:t>
        <w:br/>
        <w:t>v 0.027120 0.851673 -0.154877</w:t>
        <w:br/>
        <w:t>v 0.023536 0.882176 -0.139492</w:t>
        <w:br/>
        <w:t>v 0.023536 0.882176 -0.139492</w:t>
        <w:br/>
        <w:t>v 0.027120 0.851673 -0.154877</w:t>
        <w:br/>
        <w:t>v 0.051300 0.844711 -0.136807</w:t>
        <w:br/>
        <w:t>v 0.044442 0.845815 -0.140940</w:t>
        <w:br/>
        <w:t>v 0.040860 0.876317 -0.125553</w:t>
        <w:br/>
        <w:t>v 0.047723 0.875144 -0.121456</w:t>
        <w:br/>
        <w:t>v 0.046809 0.848211 -0.143684</w:t>
        <w:br/>
        <w:t>v 0.043224 0.878713 -0.128299</w:t>
        <w:br/>
        <w:t>v 0.024434 0.878628 -0.132881</w:t>
        <w:br/>
        <w:t>v 0.025917 0.879116 -0.133504</w:t>
        <w:br/>
        <w:t>v 0.032369 0.878339 -0.130087</w:t>
        <w:br/>
        <w:t>v 0.031738 0.877655 -0.128878</w:t>
        <w:br/>
        <w:t>v 0.029502 0.848614 -0.148891</w:t>
        <w:br/>
        <w:t>v 0.028019 0.848126 -0.148268</w:t>
        <w:br/>
        <w:t>v 0.035327 0.847152 -0.144262</w:t>
        <w:br/>
        <w:t>v 0.035958 0.847836 -0.145471</w:t>
        <w:br/>
        <w:t>v 0.030858 0.883863 -0.140771</w:t>
        <w:br/>
        <w:t>v 0.036952 0.881633 -0.135549</w:t>
        <w:br/>
        <w:t>v 0.035917 0.881032 -0.134599</w:t>
        <w:br/>
        <w:t>v 0.030698 0.883095 -0.139287</w:t>
        <w:br/>
        <w:t>v 0.039497 0.850532 -0.149990</w:t>
        <w:br/>
        <w:t>v 0.040532 0.851132 -0.150940</w:t>
        <w:br/>
        <w:t>v 0.034443 0.853361 -0.156157</w:t>
        <w:br/>
        <w:t>v 0.034282 0.852593 -0.154673</w:t>
        <w:br/>
        <w:t>v 0.028654 0.851346 -0.153872</w:t>
        <w:br/>
        <w:t>v 0.027120 0.851673 -0.154877</w:t>
        <w:br/>
        <w:t>v 0.023536 0.882176 -0.139492</w:t>
        <w:br/>
        <w:t>v 0.025069 0.881849 -0.138487</w:t>
        <w:br/>
        <w:t>v 0.044442 0.845815 -0.140940</w:t>
        <w:br/>
        <w:t>v 0.045420 0.847057 -0.142448</w:t>
        <w:br/>
        <w:t>v 0.040860 0.876317 -0.125553</w:t>
        <w:br/>
        <w:t>v 0.041834 0.877560 -0.127062</w:t>
        <w:br/>
        <w:t>v 0.043224 0.878713 -0.128299</w:t>
        <w:br/>
        <w:t>v 0.046809 0.848211 -0.143684</w:t>
        <w:br/>
        <w:t>v 0.053405 0.846807 -0.139280</w:t>
        <w:br/>
        <w:t>v 0.049828 0.877241 -0.123929</w:t>
        <w:br/>
        <w:t>v 0.051300 0.844711 -0.136807</w:t>
        <w:br/>
        <w:t>v 0.052249 0.845782 -0.138114</w:t>
        <w:br/>
        <w:t>v 0.048672 0.876216 -0.122763</w:t>
        <w:br/>
        <w:t>v 0.047723 0.875144 -0.121456</w:t>
        <w:br/>
        <w:t>v 0.049828 0.877241 -0.123929</w:t>
        <w:br/>
        <w:t>v 0.053405 0.846807 -0.139280</w:t>
        <w:br/>
        <w:t>v 0.029756 0.889263 -0.135209</w:t>
        <w:br/>
        <w:t>v 0.028315 0.889020 -0.132148</w:t>
        <w:br/>
        <w:t>v 0.014892 0.893397 -0.145937</w:t>
        <w:br/>
        <w:t>v 0.017983 0.893102 -0.147304</w:t>
        <w:br/>
        <w:t>v 0.021216 0.890251 -0.147168</w:t>
        <w:br/>
        <w:t>v 0.029008 0.887710 -0.139163</w:t>
        <w:br/>
        <w:t>v 0.026509 0.885270 -0.141693</w:t>
        <w:br/>
        <w:t>v 0.022697 0.886513 -0.145608</w:t>
        <w:br/>
        <w:t>v 0.021560 0.884077 -0.143538</w:t>
        <w:br/>
        <w:t>v 0.023722 0.883373 -0.141318</w:t>
        <w:br/>
        <w:t>v 0.023722 0.883373 -0.141318</w:t>
        <w:br/>
        <w:t>v 0.021560 0.884077 -0.143538</w:t>
        <w:br/>
        <w:t>v 0.018470 0.884372 -0.142171</w:t>
        <w:br/>
        <w:t>v 0.022280 0.883129 -0.138256</w:t>
        <w:br/>
        <w:t>v 0.023029 0.884682 -0.134303</w:t>
        <w:br/>
        <w:t>v 0.015236 0.887223 -0.142308</w:t>
        <w:br/>
        <w:t>v 0.013754 0.890961 -0.143868</w:t>
        <w:br/>
        <w:t>v 0.025528 0.887122 -0.131773</w:t>
        <w:br/>
        <w:t>v 0.014892 0.893397 -0.145937</w:t>
        <w:br/>
        <w:t>v 0.028315 0.889020 -0.132148</w:t>
        <w:br/>
        <w:t>v 0.017450 0.850757 -0.169354</w:t>
        <w:br/>
        <w:t>v 0.020237 0.852655 -0.169729</w:t>
        <w:br/>
        <w:t>v 0.015116 0.889577 -0.153028</w:t>
        <w:br/>
        <w:t>v 0.012025 0.889872 -0.151661</w:t>
        <w:br/>
        <w:t>v 0.022736 0.855096 -0.167199</w:t>
        <w:br/>
        <w:t>v 0.018349 0.886726 -0.152891</w:t>
        <w:br/>
        <w:t>v 0.023484 0.856649 -0.163245</w:t>
        <w:br/>
        <w:t>v 0.019831 0.882988 -0.151331</w:t>
        <w:br/>
        <w:t>v 0.022042 0.856406 -0.160184</w:t>
        <w:br/>
        <w:t>v 0.018694 0.880552 -0.149261</w:t>
        <w:br/>
        <w:t>v 0.019256 0.854508 -0.159809</w:t>
        <w:br/>
        <w:t>v 0.015604 0.880847 -0.147894</w:t>
        <w:br/>
        <w:t>v 0.018694 0.880552 -0.149261</w:t>
        <w:br/>
        <w:t>v 0.022042 0.856406 -0.160184</w:t>
        <w:br/>
        <w:t>v 0.016756 0.852067 -0.162340</w:t>
        <w:br/>
        <w:t>v 0.012370 0.883698 -0.148031</w:t>
        <w:br/>
        <w:t>v 0.016008 0.850514 -0.166293</w:t>
        <w:br/>
        <w:t>v 0.010888 0.887437 -0.149591</w:t>
        <w:br/>
        <w:t>v 0.017450 0.850757 -0.169354</w:t>
        <w:br/>
        <w:t>v 0.012025 0.889872 -0.151661</w:t>
        <w:br/>
        <w:t>v 0.021612 0.844941 -0.167856</w:t>
        <w:br/>
        <w:t>v 0.035035 0.840565 -0.154067</w:t>
        <w:br/>
        <w:t>v 0.036172 0.843000 -0.156137</w:t>
        <w:br/>
        <w:t>v 0.024399 0.846838 -0.168232</w:t>
        <w:br/>
        <w:t>v 0.034690 0.846738 -0.157697</w:t>
        <w:br/>
        <w:t>v 0.026898 0.849279 -0.165702</w:t>
        <w:br/>
        <w:t>v 0.027646 0.850832 -0.161748</w:t>
        <w:br/>
        <w:t>v 0.031456 0.849590 -0.157834</w:t>
        <w:br/>
        <w:t>v 0.028366 0.849884 -0.156467</w:t>
        <w:br/>
        <w:t>v 0.026205 0.850589 -0.158687</w:t>
        <w:br/>
        <w:t>v 0.028366 0.849884 -0.156467</w:t>
        <w:br/>
        <w:t>v 0.027228 0.847449 -0.154397</w:t>
        <w:br/>
        <w:t>v 0.023418 0.848691 -0.158312</w:t>
        <w:br/>
        <w:t>v 0.026205 0.850589 -0.158687</w:t>
        <w:br/>
        <w:t>v 0.020919 0.846252 -0.160842</w:t>
        <w:br/>
        <w:t>v 0.028711 0.843711 -0.152838</w:t>
        <w:br/>
        <w:t>v 0.031944 0.840859 -0.152701</w:t>
        <w:br/>
        <w:t>v 0.020170 0.844698 -0.164795</w:t>
        <w:br/>
        <w:t>v 0.035035 0.840565 -0.154067</w:t>
        <w:br/>
        <w:t>v 0.021612 0.844941 -0.167856</w:t>
        <w:br/>
        <w:t>v 0.039039 0.846525 -0.150414</w:t>
        <w:br/>
        <w:t>v 0.037902 0.844090 -0.148344</w:t>
        <w:br/>
        <w:t>v 0.032477 0.883203 -0.130650</w:t>
        <w:br/>
        <w:t>v 0.033918 0.883447 -0.133711</w:t>
        <w:br/>
        <w:t>v 0.037557 0.850264 -0.151973</w:t>
        <w:br/>
        <w:t>v 0.033170 0.881894 -0.137666</w:t>
        <w:br/>
        <w:t>v 0.030671 0.879454 -0.140196</w:t>
        <w:br/>
        <w:t>v 0.034323 0.853115 -0.152110</w:t>
        <w:br/>
        <w:t>v 0.027884 0.877556 -0.139820</w:t>
        <w:br/>
        <w:t>v 0.031233 0.853409 -0.150744</w:t>
        <w:br/>
        <w:t>v 0.027884 0.877556 -0.139820</w:t>
        <w:br/>
        <w:t>v 0.026443 0.877313 -0.136759</w:t>
        <w:br/>
        <w:t>v 0.030096 0.850974 -0.148674</w:t>
        <w:br/>
        <w:t>v 0.031233 0.853409 -0.150744</w:t>
        <w:br/>
        <w:t>v 0.027191 0.878866 -0.132806</w:t>
        <w:br/>
        <w:t>v 0.031578 0.847236 -0.147114</w:t>
        <w:br/>
        <w:t>v 0.034810 0.844384 -0.146977</w:t>
        <w:br/>
        <w:t>v 0.029690 0.881306 -0.130276</w:t>
        <w:br/>
        <w:t>v 0.032477 0.883203 -0.130650</w:t>
        <w:br/>
        <w:t>v 0.037902 0.844090 -0.148344</w:t>
        <w:br/>
        <w:t>v 0.015508 0.892793 -0.150540</w:t>
        <w:br/>
        <w:t>v 0.012418 0.893088 -0.149173</w:t>
        <w:br/>
        <w:t>v 0.032554 0.887236 -0.133029</w:t>
        <w:br/>
        <w:t>v 0.031113 0.886993 -0.129968</w:t>
        <w:br/>
        <w:t>v 0.018742 0.889942 -0.150404</w:t>
        <w:br/>
        <w:t>v 0.031806 0.885683 -0.136984</w:t>
        <w:br/>
        <w:t>v 0.020224 0.886204 -0.148844</w:t>
        <w:br/>
        <w:t>v 0.029306 0.883242 -0.139514</w:t>
        <w:br/>
        <w:t>v 0.019087 0.883768 -0.146774</w:t>
        <w:br/>
        <w:t>v 0.026519 0.881346 -0.139138</w:t>
        <w:br/>
        <w:t>v 0.019087 0.883768 -0.146774</w:t>
        <w:br/>
        <w:t>v 0.015996 0.884063 -0.145407</w:t>
        <w:br/>
        <w:t>v 0.025078 0.881102 -0.136077</w:t>
        <w:br/>
        <w:t>v 0.026519 0.881346 -0.139138</w:t>
        <w:br/>
        <w:t>v 0.012763 0.886914 -0.145544</w:t>
        <w:br/>
        <w:t>v 0.025826 0.882656 -0.132124</w:t>
        <w:br/>
        <w:t>v 0.011281 0.890653 -0.147103</w:t>
        <w:br/>
        <w:t>v 0.028326 0.885096 -0.129594</w:t>
        <w:br/>
        <w:t>v 0.012418 0.893088 -0.149173</w:t>
        <w:br/>
        <w:t>v 0.031113 0.886993 -0.129968</w:t>
        <w:br/>
        <w:t>v 0.018814 0.846968 -0.170036</w:t>
        <w:br/>
        <w:t>v 0.021601 0.848866 -0.170411</w:t>
        <w:br/>
        <w:t>v 0.024100 0.851306 -0.167881</w:t>
        <w:br/>
        <w:t>v 0.024848 0.852859 -0.163928</w:t>
        <w:br/>
        <w:t>v 0.023407 0.852616 -0.160867</w:t>
        <w:br/>
        <w:t>v 0.023407 0.852616 -0.160867</w:t>
        <w:br/>
        <w:t>v 0.020620 0.850718 -0.160491</w:t>
        <w:br/>
        <w:t>v 0.018120 0.848278 -0.163022</w:t>
        <w:br/>
        <w:t>v 0.017372 0.846725 -0.166975</w:t>
        <w:br/>
        <w:t>v 0.018814 0.846968 -0.170036</w:t>
        <w:br/>
        <w:t>v 0.037508 0.840874 -0.150831</w:t>
        <w:br/>
        <w:t>v 0.038646 0.843309 -0.152901</w:t>
        <w:br/>
        <w:t>v 0.037164 0.847046 -0.154461</w:t>
        <w:br/>
        <w:t>v 0.033931 0.849898 -0.154598</w:t>
        <w:br/>
        <w:t>v 0.030840 0.850192 -0.153231</w:t>
        <w:br/>
        <w:t>v 0.030840 0.850192 -0.153231</w:t>
        <w:br/>
        <w:t>v 0.029702 0.847757 -0.151161</w:t>
        <w:br/>
        <w:t>v 0.031184 0.844020 -0.149602</w:t>
        <w:br/>
        <w:t>v 0.034418 0.841167 -0.149465</w:t>
        <w:br/>
        <w:t>v 0.037508 0.840874 -0.150831</w:t>
        <w:br/>
        <w:t>v 0.031856 0.878869 -0.134323</w:t>
        <w:br/>
        <w:t>v 0.035370 0.850832 -0.148995</w:t>
        <w:br/>
        <w:t>v 0.086805 0.192904 -0.039538</w:t>
        <w:br/>
        <w:t>v 0.089738 0.187364 -0.030038</w:t>
        <w:br/>
        <w:t>v 0.089998 0.192262 -0.030128</w:t>
        <w:br/>
        <w:t>v 0.079338 0.166492 -0.054101</w:t>
        <w:br/>
        <w:t>v 0.079684 0.162895 -0.052609</w:t>
        <w:br/>
        <w:t>v 0.081440 0.161914 -0.048721</w:t>
        <w:br/>
        <w:t>v 0.081679 0.166463 -0.048809</w:t>
        <w:br/>
        <w:t>v 0.085206 0.161239 -0.038965</w:t>
        <w:br/>
        <w:t>v 0.088639 0.166457 -0.029641</w:t>
        <w:br/>
        <w:t>v 0.090738 0.191333 -0.026752</w:t>
        <w:br/>
        <w:t>v 0.091066 0.187386 -0.025248</w:t>
        <w:br/>
        <w:t>v 0.089967 0.166477 -0.024850</w:t>
        <w:br/>
        <w:t>v 0.090517 0.176931 -0.024665</w:t>
        <w:br/>
        <w:t>v 0.088398 0.161904 -0.029558</w:t>
        <w:br/>
        <w:t>v 0.089244 0.162874 -0.026212</w:t>
        <w:br/>
        <w:t>v 0.083033 0.192258 -0.049307</w:t>
        <w:br/>
        <w:t>v 0.081175 0.191327 -0.053143</w:t>
        <w:br/>
        <w:t>v 0.080436 0.187387 -0.054496</w:t>
        <w:br/>
        <w:t>v 0.082775 0.187364 -0.049213</w:t>
        <w:br/>
        <w:t>v 0.079888 0.176939 -0.054718</w:t>
        <w:br/>
        <w:t>v 0.086766 0.187538 -0.029159</w:t>
        <w:br/>
        <w:t>v 0.083891 0.193085 -0.038480</w:t>
        <w:br/>
        <w:t>v 0.087033 0.192436 -0.029224</w:t>
        <w:br/>
        <w:t>v 0.078580 0.162087 -0.047528</w:t>
        <w:br/>
        <w:t>v 0.076842 0.163069 -0.051371</w:t>
        <w:br/>
        <w:t>v 0.076504 0.166665 -0.052847</w:t>
        <w:br/>
        <w:t>v 0.078827 0.166636 -0.047595</w:t>
        <w:br/>
        <w:t>v 0.080172 0.192431 -0.048114</w:t>
        <w:br/>
        <w:t>v 0.079923 0.187537 -0.047999</w:t>
        <w:br/>
        <w:t>v 0.085433 0.162078 -0.028654</w:t>
        <w:br/>
        <w:t>v 0.082293 0.161420 -0.037909</w:t>
        <w:br/>
        <w:t>v 0.085666 0.166630 -0.028764</w:t>
        <w:br/>
        <w:t>v 0.087760 0.191507 -0.025900</w:t>
        <w:br/>
        <w:t>v 0.088078 0.187559 -0.024421</w:t>
        <w:br/>
        <w:t>v 0.087529 0.177105 -0.023815</w:t>
        <w:br/>
        <w:t>v 0.086981 0.166650 -0.024022</w:t>
        <w:br/>
        <w:t>v 0.086266 0.163048 -0.025360</w:t>
        <w:br/>
        <w:t>v 0.077602 0.187560 -0.053241</w:t>
        <w:br/>
        <w:t>v 0.078334 0.191500 -0.051904</w:t>
        <w:br/>
        <w:t>v 0.077053 0.177112 -0.053429</w:t>
        <w:br/>
        <w:t>v 0.088611 0.193265 -0.029537</w:t>
        <w:br/>
        <w:t>v 0.085399 0.193923 -0.039026</w:t>
        <w:br/>
        <w:t>v 0.077543 0.166383 -0.054302</w:t>
        <w:br/>
        <w:t>v 0.077987 0.162272 -0.052526</w:t>
        <w:br/>
        <w:t>v 0.079684 0.162895 -0.052609</w:t>
        <w:br/>
        <w:t>v 0.079338 0.166492 -0.054101</w:t>
        <w:br/>
        <w:t>v 0.079907 0.161082 -0.048236</w:t>
        <w:br/>
        <w:t>v 0.081440 0.161914 -0.048721</w:t>
        <w:br/>
        <w:t>v 0.081597 0.193264 -0.048857</w:t>
        <w:br/>
        <w:t>v 0.089738 0.187364 -0.030038</w:t>
        <w:br/>
        <w:t>v 0.082775 0.187364 -0.049213</w:t>
        <w:br/>
        <w:t>v 0.079923 0.187537 -0.047999</w:t>
        <w:br/>
        <w:t>v 0.086766 0.187538 -0.029159</w:t>
        <w:br/>
        <w:t>v 0.083698 0.160401 -0.038418</w:t>
        <w:br/>
        <w:t>v 0.086915 0.161076 -0.028931</w:t>
        <w:br/>
        <w:t>v 0.085206 0.161239 -0.038965</w:t>
        <w:br/>
        <w:t>v 0.085666 0.166630 -0.028764</w:t>
        <w:br/>
        <w:t>v 0.078827 0.166636 -0.047595</w:t>
        <w:br/>
        <w:t>v 0.081679 0.166463 -0.048809</w:t>
        <w:br/>
        <w:t>v 0.088639 0.166457 -0.029641</w:t>
        <w:br/>
        <w:t>v 0.089825 0.187661 -0.023958</w:t>
        <w:br/>
        <w:t>v 0.089458 0.192110 -0.025736</w:t>
        <w:br/>
        <w:t>v 0.089278 0.177022 -0.023344</w:t>
        <w:br/>
        <w:t>v 0.089738 0.187364 -0.030038</w:t>
        <w:br/>
        <w:t>v 0.086766 0.187538 -0.029159</w:t>
        <w:br/>
        <w:t>v 0.085666 0.166630 -0.028764</w:t>
        <w:br/>
        <w:t>v 0.088639 0.166457 -0.029641</w:t>
        <w:br/>
        <w:t>v 0.087888 0.162267 -0.025181</w:t>
        <w:br/>
        <w:t>v 0.088707 0.166367 -0.023555</w:t>
        <w:br/>
        <w:t>v 0.089967 0.166477 -0.024850</w:t>
        <w:br/>
        <w:t>v 0.080436 0.187387 -0.054496</w:t>
        <w:br/>
        <w:t>v 0.081175 0.191327 -0.053143</w:t>
        <w:br/>
        <w:t>v 0.079548 0.192118 -0.053096</w:t>
        <w:br/>
        <w:t>v 0.078659 0.187662 -0.054708</w:t>
        <w:br/>
        <w:t>v 0.079888 0.176939 -0.054718</w:t>
        <w:br/>
        <w:t>v 0.078085 0.177030 -0.054921</w:t>
        <w:br/>
        <w:t>v 0.079923 0.187537 -0.047999</w:t>
        <w:br/>
        <w:t>v 0.082775 0.187364 -0.049213</w:t>
        <w:br/>
        <w:t>v 0.081679 0.166463 -0.048809</w:t>
        <w:br/>
        <w:t>v 0.078827 0.166636 -0.047595</w:t>
        <w:br/>
        <w:t>v 0.088611 0.193265 -0.029537</w:t>
        <w:br/>
        <w:t>v 0.087033 0.192436 -0.029224</w:t>
        <w:br/>
        <w:t>v 0.083891 0.193085 -0.038480</w:t>
        <w:br/>
        <w:t>v 0.085399 0.193923 -0.039026</w:t>
        <w:br/>
        <w:t>v 0.076842 0.163069 -0.051371</w:t>
        <w:br/>
        <w:t>v 0.077987 0.162272 -0.052526</w:t>
        <w:br/>
        <w:t>v 0.077543 0.166383 -0.054302</w:t>
        <w:br/>
        <w:t>v 0.076504 0.166665 -0.052847</w:t>
        <w:br/>
        <w:t>v 0.078580 0.162087 -0.047528</w:t>
        <w:br/>
        <w:t>v 0.079907 0.161082 -0.048236</w:t>
        <w:br/>
        <w:t>v 0.081597 0.193264 -0.048857</w:t>
        <w:br/>
        <w:t>v 0.080172 0.192431 -0.048114</w:t>
        <w:br/>
        <w:t>v 0.083698 0.160401 -0.038418</w:t>
        <w:br/>
        <w:t>v 0.082293 0.161420 -0.037909</w:t>
        <w:br/>
        <w:t>v 0.085433 0.162078 -0.028654</w:t>
        <w:br/>
        <w:t>v 0.086915 0.161076 -0.028931</w:t>
        <w:br/>
        <w:t>v 0.087760 0.191507 -0.025900</w:t>
        <w:br/>
        <w:t>v 0.089458 0.192110 -0.025736</w:t>
        <w:br/>
        <w:t>v 0.089825 0.187661 -0.023958</w:t>
        <w:br/>
        <w:t>v 0.088078 0.187559 -0.024421</w:t>
        <w:br/>
        <w:t>v 0.089278 0.177022 -0.023344</w:t>
        <w:br/>
        <w:t>v 0.087529 0.177105 -0.023815</w:t>
        <w:br/>
        <w:t>v 0.086981 0.166650 -0.024022</w:t>
        <w:br/>
        <w:t>v 0.088707 0.166367 -0.023555</w:t>
        <w:br/>
        <w:t>v 0.087888 0.162267 -0.025181</w:t>
        <w:br/>
        <w:t>v 0.086266 0.163048 -0.025360</w:t>
        <w:br/>
        <w:t>v 0.078580 0.162087 -0.047528</w:t>
        <w:br/>
        <w:t>v 0.077602 0.187560 -0.053241</w:t>
        <w:br/>
        <w:t>v 0.078659 0.187662 -0.054708</w:t>
        <w:br/>
        <w:t>v 0.079548 0.192118 -0.053096</w:t>
        <w:br/>
        <w:t>v 0.078334 0.191500 -0.051904</w:t>
        <w:br/>
        <w:t>v 0.077053 0.177112 -0.053429</w:t>
        <w:br/>
        <w:t>v 0.076504 0.166665 -0.052847</w:t>
        <w:br/>
        <w:t>v 0.078085 0.177030 -0.054921</w:t>
        <w:br/>
        <w:t>v 0.077602 0.187560 -0.053241</w:t>
        <w:br/>
        <w:t>v 0.062177 0.157301 0.012467</w:t>
        <w:br/>
        <w:t>v 0.056272 0.158970 0.013673</w:t>
        <w:br/>
        <w:t>v 0.056338 0.159822 0.015526</w:t>
        <w:br/>
        <w:t>v 0.063038 0.157991 0.014321</w:t>
        <w:br/>
        <w:t>v 0.056494 0.161650 0.016263</w:t>
        <w:br/>
        <w:t>v 0.063935 0.159816 0.015021</w:t>
        <w:br/>
        <w:t>v 0.056645 0.163380 0.015443</w:t>
        <w:br/>
        <w:t>v 0.064344 0.161705 0.014102</w:t>
        <w:br/>
        <w:t>v 0.056705 0.164000 0.013558</w:t>
        <w:br/>
        <w:t>v 0.064025 0.162547 0.012158</w:t>
        <w:br/>
        <w:t>v 0.063165 0.161854 0.010316</w:t>
        <w:br/>
        <w:t>v 0.056638 0.163148 0.011707</w:t>
        <w:br/>
        <w:t>v 0.056482 0.161322 0.010975</w:t>
        <w:br/>
        <w:t>v 0.062268 0.160032 0.009642</w:t>
        <w:br/>
        <w:t>v 0.061858 0.158147 0.010534</w:t>
        <w:br/>
        <w:t>v 0.056331 0.159592 0.011789</w:t>
        <w:br/>
        <w:t>v 0.061858 0.158147 0.010534</w:t>
        <w:br/>
        <w:t>v 0.056331 0.159592 0.011789</w:t>
        <w:br/>
        <w:t>v 0.068323 0.153973 0.009877</w:t>
        <w:br/>
        <w:t>v 0.069393 0.154645 0.011679</w:t>
        <w:br/>
        <w:t>v 0.070658 0.156381 0.012317</w:t>
        <w:br/>
        <w:t>v 0.071400 0.158168 0.011267</w:t>
        <w:br/>
        <w:t>v 0.071217 0.158960 0.009287</w:t>
        <w:br/>
        <w:t>v 0.070167 0.158289 0.007487</w:t>
        <w:br/>
        <w:t>v 0.068917 0.156553 0.006894</w:t>
        <w:br/>
        <w:t>v 0.068164 0.154764 0.007902</w:t>
        <w:br/>
        <w:t>v 0.068164 0.154764 0.007902</w:t>
        <w:br/>
        <w:t>v 0.075073 0.148587 0.005641</w:t>
        <w:br/>
        <w:t>v 0.076726 0.149176 0.007297</w:t>
        <w:br/>
        <w:t>v 0.078812 0.150710 0.007939</w:t>
        <w:br/>
        <w:t>v 0.080294 0.152325 0.006694</w:t>
        <w:br/>
        <w:t>v 0.080539 0.153091 0.004770</w:t>
        <w:br/>
        <w:t>v 0.079002 0.152523 0.003129</w:t>
        <w:br/>
        <w:t>v 0.076999 0.150977 0.002655</w:t>
        <w:br/>
        <w:t>v 0.075451 0.149348 0.003717</w:t>
        <w:br/>
        <w:t>v 0.075451 0.149348 0.003717</w:t>
        <w:br/>
        <w:t>v 0.084013 0.142290 0.003021</w:t>
        <w:br/>
        <w:t>v 0.081921 0.141817 0.001223</w:t>
        <w:br/>
        <w:t>v 0.086879 0.143687 0.003516</w:t>
        <w:br/>
        <w:t>v 0.089165 0.145220 0.002272</w:t>
        <w:br/>
        <w:t>v 0.089858 0.146002 0.000169</w:t>
        <w:br/>
        <w:t>v 0.089858 0.146002 0.000169</w:t>
        <w:br/>
        <w:t>v 0.087671 0.145491 -0.001619</w:t>
        <w:br/>
        <w:t>v 0.084774 0.144071 -0.002088</w:t>
        <w:br/>
        <w:t>v 0.082534 0.142556 -0.000881</w:t>
        <w:br/>
        <w:t>v 0.081921 0.141817 0.001223</w:t>
        <w:br/>
        <w:t>v 0.082534 0.142556 -0.000881</w:t>
        <w:br/>
        <w:t>v 0.086613 0.135944 -0.001822</w:t>
        <w:br/>
        <w:t>v 0.089002 0.136316 0.000141</w:t>
        <w:br/>
        <w:t>v 0.091742 0.131561 -0.000870</w:t>
        <w:br/>
        <w:t>v 0.089253 0.131282 -0.002842</w:t>
        <w:br/>
        <w:t>v 0.092599 0.137467 0.000557</w:t>
        <w:br/>
        <w:t>v 0.096147 0.131648 -0.000586</w:t>
        <w:br/>
        <w:t>v 0.100430 0.131436 -0.002200</w:t>
        <w:br/>
        <w:t>v 0.095733 0.138724 -0.000908</w:t>
        <w:br/>
        <w:t>v 0.096916 0.139342 -0.003286</w:t>
        <w:br/>
        <w:t>v 0.102372 0.131011 -0.004717</w:t>
        <w:br/>
        <w:t>v 0.096916 0.139342 -0.003286</w:t>
        <w:br/>
        <w:t>v 0.094158 0.138867 -0.005217</w:t>
        <w:br/>
        <w:t>v 0.099413 0.130617 -0.006650</w:t>
        <w:br/>
        <w:t>v 0.102372 0.131011 -0.004717</w:t>
        <w:br/>
        <w:t>v 0.090366 0.137673 -0.005616</w:t>
        <w:br/>
        <w:t>v 0.094680 0.130534 -0.006873</w:t>
        <w:br/>
        <w:t>v 0.087427 0.136457 -0.004195</w:t>
        <w:br/>
        <w:t>v 0.090672 0.130774 -0.005322</w:t>
        <w:br/>
        <w:t>v 0.090672 0.130774 -0.005322</w:t>
        <w:br/>
        <w:t>v 0.087427 0.136457 -0.004195</w:t>
        <w:br/>
        <w:t>v 0.086613 0.135944 -0.001822</w:t>
        <w:br/>
        <w:t>v 0.089253 0.131282 -0.002842</w:t>
        <w:br/>
        <w:t>v 0.088025 0.127833 -0.000944</w:t>
        <w:br/>
        <w:t>v 0.090910 0.127889 0.001025</w:t>
        <w:br/>
        <w:t>v 0.095426 0.126864 0.001724</w:t>
        <w:br/>
        <w:t>v 0.099495 0.125360 0.000648</w:t>
        <w:br/>
        <w:t>v 0.101194 0.124047 -0.001763</w:t>
        <w:br/>
        <w:t>v 0.098044 0.123662 -0.003768</w:t>
        <w:br/>
        <w:t>v 0.101194 0.124047 -0.001763</w:t>
        <w:br/>
        <w:t>v 0.093323 0.124709 -0.004029</w:t>
        <w:br/>
        <w:t>v 0.089401 0.126401 -0.002990</w:t>
        <w:br/>
        <w:t>v 0.088025 0.127833 -0.000944</w:t>
        <w:br/>
        <w:t>v 0.089401 0.126401 -0.002990</w:t>
        <w:br/>
        <w:t>v 0.085683 0.124020 0.002360</w:t>
        <w:br/>
        <w:t>v 0.088498 0.123968 0.004372</w:t>
        <w:br/>
        <w:t>v 0.092712 0.122378 0.005435</w:t>
        <w:br/>
        <w:t>v 0.096139 0.120216 0.004580</w:t>
        <w:br/>
        <w:t>v 0.097148 0.118704 0.002465</w:t>
        <w:br/>
        <w:t>v 0.094357 0.118444 0.000515</w:t>
        <w:br/>
        <w:t>v 0.097148 0.118704 0.002465</w:t>
        <w:br/>
        <w:t>v 0.090264 0.119945 -0.000075</w:t>
        <w:br/>
        <w:t>v 0.086753 0.122248 0.000632</w:t>
        <w:br/>
        <w:t>v 0.085683 0.124020 0.002360</w:t>
        <w:br/>
        <w:t>v 0.086753 0.122248 0.000632</w:t>
        <w:br/>
        <w:t>v 0.085342 0.120692 0.008536</w:t>
        <w:br/>
        <w:t>v 0.082815 0.120557 0.006571</w:t>
        <w:br/>
        <w:t>v 0.088304 0.118993 0.009793</w:t>
        <w:br/>
        <w:t>v 0.090191 0.116410 0.009546</w:t>
        <w:br/>
        <w:t>v 0.090321 0.114429 0.007976</w:t>
        <w:br/>
        <w:t>v 0.090321 0.114429 0.007976</w:t>
        <w:br/>
        <w:t>v 0.088187 0.114425 0.006022</w:t>
        <w:br/>
        <w:t>v 0.085541 0.116167 0.004835</w:t>
        <w:br/>
        <w:t>v 0.083402 0.118680 0.005056</w:t>
        <w:br/>
        <w:t>v 0.082815 0.120557 0.006571</w:t>
        <w:br/>
        <w:t>v 0.083402 0.118680 0.005056</w:t>
        <w:br/>
        <w:t>v 0.082721 0.119967 0.011081</w:t>
        <w:br/>
        <w:t>v 0.080812 0.119830 0.009021</w:t>
        <w:br/>
        <w:t>v 0.083824 0.118101 0.013089</w:t>
        <w:br/>
        <w:t>v 0.083586 0.115192 0.013867</w:t>
        <w:br/>
        <w:t>v 0.082442 0.112978 0.012960</w:t>
        <w:br/>
        <w:t>v 0.081089 0.113017 0.010899</w:t>
        <w:br/>
        <w:t>v 0.082442 0.112978 0.012960</w:t>
        <w:br/>
        <w:t>v 0.080312 0.114988 0.008891</w:t>
        <w:br/>
        <w:t>v 0.080220 0.117775 0.008113</w:t>
        <w:br/>
        <w:t>v 0.080220 0.117775 0.008113</w:t>
        <w:br/>
        <w:t>v 0.080812 0.119830 0.009021</w:t>
        <w:br/>
        <w:t>v 0.080382 0.123606 0.011898</w:t>
        <w:br/>
        <w:t>v 0.079016 0.123505 0.009816</w:t>
        <w:br/>
        <w:t>v 0.080812 0.119830 0.009021</w:t>
        <w:br/>
        <w:t>v 0.082721 0.119967 0.011081</w:t>
        <w:br/>
        <w:t>v 0.080194 0.122591 0.014163</w:t>
        <w:br/>
        <w:t>v 0.078620 0.120939 0.015285</w:t>
        <w:br/>
        <w:t>v 0.076681 0.119538 0.014606</w:t>
        <w:br/>
        <w:t>v 0.075545 0.119421 0.012525</w:t>
        <w:br/>
        <w:t>v 0.075850 0.120433 0.010258</w:t>
        <w:br/>
        <w:t>v 0.077306 0.122085 0.009137</w:t>
        <w:br/>
        <w:t>v 0.077306 0.122085 0.009137</w:t>
        <w:br/>
        <w:t>v 0.075388 0.132251 0.010339</w:t>
        <w:br/>
        <w:t>v 0.076485 0.132490 0.012369</w:t>
        <w:br/>
        <w:t>v 0.075970 0.131972 0.014602</w:t>
        <w:br/>
        <w:t>v 0.074150 0.130979 0.015731</w:t>
        <w:br/>
        <w:t>v 0.072093 0.130042 0.015093</w:t>
        <w:br/>
        <w:t>v 0.071022 0.129685 0.013064</w:t>
        <w:br/>
        <w:t>v 0.071552 0.130141 0.010831</w:t>
        <w:br/>
        <w:t>v 0.073372 0.131196 0.009703</w:t>
        <w:br/>
        <w:t>v 0.073372 0.131196 0.009703</w:t>
        <w:br/>
        <w:t>v 0.071390 0.144198 0.012847</w:t>
        <w:br/>
        <w:t>v 0.070482 0.143759 0.011039</w:t>
        <w:br/>
        <w:t>v 0.070926 0.143843 0.014831</w:t>
        <w:br/>
        <w:t>v 0.069323 0.142893 0.015829</w:t>
        <w:br/>
        <w:t>v 0.067370 0.141900 0.015254</w:t>
        <w:br/>
        <w:t>v 0.066408 0.141449 0.013447</w:t>
        <w:br/>
        <w:t>v 0.066919 0.141809 0.011464</w:t>
        <w:br/>
        <w:t>v 0.068692 0.142766 0.010466</w:t>
        <w:br/>
        <w:t>v 0.068692 0.142766 0.010466</w:t>
        <w:br/>
        <w:t>v 0.061152 0.156516 0.011880</w:t>
        <w:br/>
        <w:t>v 0.066142 0.151673 0.011386</w:t>
        <w:br/>
        <w:t>v 0.066990 0.152247 0.013155</w:t>
        <w:br/>
        <w:t>v 0.061702 0.157313 0.013480</w:t>
        <w:br/>
        <w:t>v 0.066567 0.151813 0.015086</w:t>
        <w:br/>
        <w:t>v 0.061443 0.156764 0.015196</w:t>
        <w:br/>
        <w:t>v 0.065067 0.150616 0.016040</w:t>
        <w:br/>
        <w:t>v 0.060491 0.155189 0.016008</w:t>
        <w:br/>
        <w:t>v 0.063279 0.149342 0.015459</w:t>
        <w:br/>
        <w:t>v 0.059362 0.153514 0.015447</w:t>
        <w:br/>
        <w:t>v 0.062272 0.148736 0.013696</w:t>
        <w:br/>
        <w:t>v 0.058717 0.152714 0.013863</w:t>
        <w:br/>
        <w:t>v 0.062805 0.149190 0.011783</w:t>
        <w:br/>
        <w:t>v 0.059047 0.153268 0.012174</w:t>
        <w:br/>
        <w:t>v 0.064440 0.150411 0.010821</w:t>
        <w:br/>
        <w:t>v 0.060067 0.154840 0.011346</w:t>
        <w:br/>
        <w:t>v 0.064440 0.150411 0.010821</w:t>
        <w:br/>
        <w:t>v 0.060067 0.154840 0.011346</w:t>
        <w:br/>
        <w:t>v 0.050041 0.157200 0.013719</w:t>
        <w:br/>
        <w:t>v 0.050181 0.156436 0.012264</w:t>
        <w:br/>
        <w:t>v 0.055070 0.158628 0.012322</w:t>
        <w:br/>
        <w:t>v 0.055278 0.159600 0.013756</w:t>
        <w:br/>
        <w:t>v 0.055217 0.158967 0.015263</w:t>
        <w:br/>
        <w:t>v 0.050237 0.156707 0.015242</w:t>
        <w:br/>
        <w:t>v 0.050644 0.155249 0.015926</w:t>
        <w:br/>
        <w:t>v 0.054905 0.157107 0.015938</w:t>
        <w:br/>
        <w:t>v 0.051021 0.153696 0.015380</w:t>
        <w:br/>
        <w:t>v 0.054520 0.155135 0.015400</w:t>
        <w:br/>
        <w:t>v 0.051158 0.152954 0.013937</w:t>
        <w:br/>
        <w:t>v 0.054298 0.154194 0.013987</w:t>
        <w:br/>
        <w:t>v 0.054382 0.154814 0.012512</w:t>
        <w:br/>
        <w:t>v 0.050974 0.153440 0.012435</w:t>
        <w:br/>
        <w:t>v 0.054703 0.156642 0.011816</w:t>
        <w:br/>
        <w:t>v 0.050570 0.154875 0.011737</w:t>
        <w:br/>
        <w:t>v 0.054703 0.156642 0.011816</w:t>
        <w:br/>
        <w:t>v 0.050570 0.154875 0.011737</w:t>
        <w:br/>
        <w:t>v 0.045866 0.151683 0.012187</w:t>
        <w:br/>
        <w:t>v 0.045410 0.152189 0.013705</w:t>
        <w:br/>
        <w:t>v 0.039579 0.141083 0.014186</w:t>
        <w:br/>
        <w:t>v 0.040199 0.140803 0.012467</w:t>
        <w:br/>
        <w:t>v 0.045849 0.151845 0.015289</w:t>
        <w:br/>
        <w:t>v 0.040077 0.140543 0.016008</w:t>
        <w:br/>
        <w:t>v 0.041406 0.139513 0.016846</w:t>
        <w:br/>
        <w:t>v 0.046921 0.150857 0.016007</w:t>
        <w:br/>
        <w:t>v 0.047995 0.149804 0.015440</w:t>
        <w:br/>
        <w:t>v 0.042787 0.138580 0.016219</w:t>
        <w:br/>
        <w:t>v 0.048447 0.149301 0.013926</w:t>
        <w:br/>
        <w:t>v 0.043408 0.138286 0.014518</w:t>
        <w:br/>
        <w:t>v 0.048015 0.149640 0.012348</w:t>
        <w:br/>
        <w:t>v 0.042903 0.138809 0.012722</w:t>
        <w:br/>
        <w:t>v 0.046947 0.150625 0.011628</w:t>
        <w:br/>
        <w:t>v 0.041573 0.139855 0.011867</w:t>
        <w:br/>
        <w:t>v 0.041573 0.139855 0.011867</w:t>
        <w:br/>
        <w:t>v 0.046947 0.150625 0.011628</w:t>
        <w:br/>
        <w:t>v 0.031231 0.128049 0.009371</w:t>
        <w:br/>
        <w:t>v 0.035017 0.131337 0.011463</w:t>
        <w:br/>
        <w:t>v 0.034112 0.131497 0.013492</w:t>
        <w:br/>
        <w:t>v 0.029774 0.127912 0.011211</w:t>
        <w:br/>
        <w:t>v 0.034363 0.130399 0.015673</w:t>
        <w:br/>
        <w:t>v 0.028814 0.125990 0.012750</w:t>
        <w:br/>
        <w:t>v 0.035647 0.128659 0.016729</w:t>
        <w:br/>
        <w:t>v 0.028967 0.123389 0.013086</w:t>
        <w:br/>
        <w:t>v 0.037217 0.127319 0.016021</w:t>
        <w:br/>
        <w:t>v 0.030152 0.121643 0.011986</w:t>
        <w:br/>
        <w:t>v 0.038133 0.127185 0.013962</w:t>
        <w:br/>
        <w:t>v 0.031623 0.121783 0.010095</w:t>
        <w:br/>
        <w:t>v 0.037851 0.128324 0.011777</w:t>
        <w:br/>
        <w:t>v 0.032515 0.123734 0.008551</w:t>
        <w:br/>
        <w:t>v 0.036558 0.130037 0.010748</w:t>
        <w:br/>
        <w:t>v 0.032343 0.126331 0.008266</w:t>
        <w:br/>
        <w:t>v 0.032343 0.126331 0.008266</w:t>
        <w:br/>
        <w:t>v 0.036558 0.130037 0.010748</w:t>
        <w:br/>
        <w:t>v 0.026420 0.128978 0.007834</w:t>
        <w:br/>
        <w:t>v 0.028346 0.128985 0.006313</w:t>
        <w:br/>
        <w:t>v 0.024341 0.127391 0.008391</w:t>
        <w:br/>
        <w:t>v 0.023379 0.125140 0.007655</w:t>
        <w:br/>
        <w:t>v 0.024060 0.123537 0.006032</w:t>
        <w:br/>
        <w:t>v 0.025925 0.123545 0.004465</w:t>
        <w:br/>
        <w:t>v 0.027908 0.125148 0.003891</w:t>
        <w:br/>
        <w:t>v 0.028897 0.127401 0.004667</w:t>
        <w:br/>
        <w:t>v 0.028897 0.127401 0.004667</w:t>
        <w:br/>
        <w:t>v 0.024641 0.133692 0.003853</w:t>
        <w:br/>
        <w:t>v 0.026699 0.133479 0.002447</w:t>
        <w:br/>
        <w:t>v 0.022129 0.132771 0.003912</w:t>
        <w:br/>
        <w:t>v 0.020677 0.131245 0.002525</w:t>
        <w:br/>
        <w:t>v 0.021097 0.129931 0.000555</w:t>
        <w:br/>
        <w:t>v 0.023131 0.129792 -0.000793</w:t>
        <w:br/>
        <w:t>v 0.025595 0.130747 -0.000772</w:t>
        <w:br/>
        <w:t>v 0.027071 0.132244 0.000568</w:t>
        <w:br/>
        <w:t>v 0.027071 0.132244 0.000568</w:t>
        <w:br/>
        <w:t>v 0.026165 0.137134 0.000613</w:t>
        <w:br/>
        <w:t>v 0.024129 0.137568 0.001864</w:t>
        <w:br/>
        <w:t>v 0.021639 0.137458 0.001361</w:t>
        <w:br/>
        <w:t>v 0.020151 0.136876 -0.000629</w:t>
        <w:br/>
        <w:t>v 0.020538 0.136066 -0.002892</w:t>
        <w:br/>
        <w:t>v 0.022579 0.135628 -0.004088</w:t>
        <w:br/>
        <w:t>v 0.025078 0.135706 -0.003526</w:t>
        <w:br/>
        <w:t>v 0.026562 0.136301 -0.001568</w:t>
        <w:br/>
        <w:t>v 0.026562 0.136301 -0.001568</w:t>
        <w:br/>
        <w:t>v 0.026427 0.141786 0.002114</w:t>
        <w:br/>
        <w:t>v 0.028313 0.141000 0.000933</w:t>
        <w:br/>
        <w:t>v 0.024446 0.142842 0.001494</w:t>
        <w:br/>
        <w:t>v 0.023529 0.143552 -0.000564</w:t>
        <w:br/>
        <w:t>v 0.024215 0.143421 -0.002850</w:t>
        <w:br/>
        <w:t>v 0.026098 0.142566 -0.004023</w:t>
        <w:br/>
        <w:t>v 0.028080 0.141440 -0.003395</w:t>
        <w:br/>
        <w:t>v 0.028998 0.140764 -0.001340</w:t>
        <w:br/>
        <w:t>v 0.028998 0.140764 -0.001340</w:t>
        <w:br/>
        <w:t>v 0.033443 0.145678 0.003551</w:t>
        <w:br/>
        <w:t>v 0.031708 0.146756 0.004771</w:t>
        <w:br/>
        <w:t>v 0.030052 0.148413 0.004270</w:t>
        <w:br/>
        <w:t>v 0.029450 0.149686 0.002339</w:t>
        <w:br/>
        <w:t>v 0.030247 0.149805 0.000111</w:t>
        <w:br/>
        <w:t>v 0.031974 0.148702 -0.001109</w:t>
        <w:br/>
        <w:t>v 0.033626 0.146996 -0.000609</w:t>
        <w:br/>
        <w:t>v 0.034236 0.145718 0.001322</w:t>
        <w:br/>
        <w:t>v 0.034236 0.145718 0.001322</w:t>
        <w:br/>
        <w:t>v 0.039192 0.150304 0.007273</w:t>
        <w:br/>
        <w:t>v 0.037690 0.151580 0.008483</w:t>
        <w:br/>
        <w:t>v 0.045160 0.157285 0.012605</w:t>
        <w:br/>
        <w:t>v 0.046354 0.156014 0.011446</w:t>
        <w:br/>
        <w:t>v 0.036380 0.153513 0.008135</w:t>
        <w:br/>
        <w:t>v 0.044204 0.159189 0.012386</w:t>
        <w:br/>
        <w:t>v 0.036034 0.154971 0.006434</w:t>
        <w:br/>
        <w:t>v 0.044046 0.160606 0.010916</w:t>
        <w:br/>
        <w:t>v 0.036846 0.155110 0.004375</w:t>
        <w:br/>
        <w:t>v 0.044779 0.160701 0.009056</w:t>
        <w:br/>
        <w:t>v 0.038337 0.153842 0.003166</w:t>
        <w:br/>
        <w:t>v 0.045971 0.159425 0.007896</w:t>
        <w:br/>
        <w:t>v 0.039641 0.151901 0.003513</w:t>
        <w:br/>
        <w:t>v 0.046926 0.157529 0.008116</w:t>
        <w:br/>
        <w:t>v 0.039998 0.150430 0.005214</w:t>
        <w:br/>
        <w:t>v 0.047086 0.156119 0.009587</w:t>
        <w:br/>
        <w:t>v 0.047086 0.156119 0.009587</w:t>
        <w:br/>
        <w:t>v 0.039998 0.150430 0.005214</w:t>
        <w:br/>
        <w:t>v 0.051231 0.158635 0.013367</w:t>
        <w:br/>
        <w:t>v 0.050399 0.159847 0.014651</w:t>
        <w:br/>
        <w:t>v 0.049862 0.161759 0.014685</w:t>
        <w:br/>
        <w:t>v 0.049936 0.163241 0.013447</w:t>
        <w:br/>
        <w:t>v 0.050574 0.163423 0.011664</w:t>
        <w:br/>
        <w:t>v 0.051404 0.162207 0.010380</w:t>
        <w:br/>
        <w:t>v 0.051940 0.160307 0.010346</w:t>
        <w:br/>
        <w:t>v 0.051870 0.158828 0.011584</w:t>
        <w:br/>
        <w:t>v 0.051870 0.158828 0.011584</w:t>
        <w:br/>
        <w:t>v 0.056338 0.159822 0.015526</w:t>
        <w:br/>
        <w:t>v 0.056272 0.158970 0.013673</w:t>
        <w:br/>
        <w:t>v 0.056494 0.161650 0.016263</w:t>
        <w:br/>
        <w:t>v 0.056645 0.163380 0.015443</w:t>
        <w:br/>
        <w:t>v 0.056705 0.164000 0.013558</w:t>
        <w:br/>
        <w:t>v 0.056638 0.163148 0.011707</w:t>
        <w:br/>
        <w:t>v 0.056482 0.161322 0.010975</w:t>
        <w:br/>
        <w:t>v 0.056331 0.159592 0.011789</w:t>
        <w:br/>
        <w:t>v 0.056331 0.159592 0.011789</w:t>
        <w:br/>
        <w:t>v 0.061348 0.162696 0.013806</w:t>
        <w:br/>
        <w:t>v 0.052910 0.165105 0.013806</w:t>
        <w:br/>
        <w:t>v 0.053193 0.163317 0.017749</w:t>
        <w:br/>
        <w:t>v 0.061049 0.161577 0.017749</w:t>
        <w:br/>
        <w:t>v 0.061049 0.161577 0.017749</w:t>
        <w:br/>
        <w:t>v 0.062795 0.162769 0.019329</w:t>
        <w:br/>
        <w:t>v 0.063143 0.164552 0.013800</w:t>
        <w:br/>
        <w:t>v 0.061348 0.162696 0.013806</w:t>
        <w:br/>
        <w:t>v 0.061411 0.167286 0.013792</w:t>
        <w:br/>
        <w:t>v 0.063143 0.164552 0.013800</w:t>
        <w:br/>
        <w:t>v 0.062795 0.162769 0.019329</w:t>
        <w:br/>
        <w:t>v 0.061096 0.164869 0.020909</w:t>
        <w:br/>
        <w:t>v 0.057510 0.169309 0.013790</w:t>
        <w:br/>
        <w:t>v 0.057287 0.166462 0.021564</w:t>
        <w:br/>
        <w:t>v 0.052858 0.166709 0.020909</w:t>
        <w:br/>
        <w:t>v 0.052747 0.169494 0.013792</w:t>
        <w:br/>
        <w:t>v 0.051195 0.165527 0.019329</w:t>
        <w:br/>
        <w:t>v 0.050976 0.167777 0.013800</w:t>
        <w:br/>
        <w:t>v 0.050976 0.167777 0.013800</w:t>
        <w:br/>
        <w:t>v 0.051195 0.165527 0.019329</w:t>
        <w:br/>
        <w:t>v 0.061171 0.161333 0.009908</w:t>
        <w:br/>
        <w:t>v 0.052982 0.163604 0.009908</w:t>
        <w:br/>
        <w:t>v 0.062814 0.162710 0.008284</w:t>
        <w:br/>
        <w:t>v 0.061171 0.161333 0.009908</w:t>
        <w:br/>
        <w:t>v 0.061091 0.164838 0.006660</w:t>
        <w:br/>
        <w:t>v 0.062814 0.162710 0.008284</w:t>
        <w:br/>
        <w:t>v 0.057284 0.166424 0.005988</w:t>
        <w:br/>
        <w:t>v 0.052858 0.166672 0.006660</w:t>
        <w:br/>
        <w:t>v 0.051161 0.165554 0.008284</w:t>
        <w:br/>
        <w:t>v 0.051161 0.165554 0.008284</w:t>
        <w:br/>
        <w:t>v 0.053560 0.159157 0.008464</w:t>
        <w:br/>
        <w:t>v 0.060494 0.157569 0.008464</w:t>
        <w:br/>
        <w:t>v 0.060494 0.157569 0.008464</w:t>
        <w:br/>
        <w:t>v 0.061725 0.157451 0.006278</w:t>
        <w:br/>
        <w:t>v 0.061725 0.157451 0.006278</w:t>
        <w:br/>
        <w:t>v 0.060189 0.157820 0.004092</w:t>
        <w:br/>
        <w:t>v 0.056870 0.158402 0.003186</w:t>
        <w:br/>
        <w:t>v 0.053401 0.159007 0.004092</w:t>
        <w:br/>
        <w:t>v 0.052029 0.159379 0.006278</w:t>
        <w:br/>
        <w:t>v 0.052029 0.159379 0.006278</w:t>
        <w:br/>
        <w:t>v 0.059765 0.154155 0.010110</w:t>
        <w:br/>
        <w:t>v 0.054108 0.155203 0.010110</w:t>
        <w:br/>
        <w:t>v 0.059765 0.154155 0.010110</w:t>
        <w:br/>
        <w:t>v 0.060696 0.152617 0.008602</w:t>
        <w:br/>
        <w:t>v 0.059371 0.151339 0.007094</w:t>
        <w:br/>
        <w:t>v 0.060696 0.152617 0.008602</w:t>
        <w:br/>
        <w:t>v 0.056594 0.150996 0.006469</w:t>
        <w:br/>
        <w:t>v 0.053893 0.151965 0.007094</w:t>
        <w:br/>
        <w:t>v 0.052832 0.153780 0.008602</w:t>
        <w:br/>
        <w:t>v 0.054108 0.155203 0.010110</w:t>
        <w:br/>
        <w:t>v 0.052832 0.153780 0.008602</w:t>
        <w:br/>
        <w:t>v 0.059405 0.153017 0.013760</w:t>
        <w:br/>
        <w:t>v 0.054424 0.153878 0.013760</w:t>
        <w:br/>
        <w:t>v 0.059405 0.153017 0.013760</w:t>
        <w:br/>
        <w:t>v 0.060201 0.150964 0.013785</w:t>
        <w:br/>
        <w:t>v 0.059005 0.149102 0.013811</w:t>
        <w:br/>
        <w:t>v 0.060201 0.150964 0.013785</w:t>
        <w:br/>
        <w:t>v 0.056544 0.148450 0.013821</w:t>
        <w:br/>
        <w:t>v 0.054190 0.149565 0.013811</w:t>
        <w:br/>
        <w:t>v 0.053282 0.151886 0.013785</w:t>
        <w:br/>
        <w:t>v 0.054424 0.153878 0.013760</w:t>
        <w:br/>
        <w:t>v 0.059777 0.154281 0.017446</w:t>
        <w:br/>
        <w:t>v 0.054113 0.155343 0.017446</w:t>
        <w:br/>
        <w:t>v 0.054424 0.153878 0.013760</w:t>
        <w:br/>
        <w:t>v 0.059405 0.153017 0.013760</w:t>
        <w:br/>
        <w:t>v 0.060711 0.152752 0.018929</w:t>
        <w:br/>
        <w:t>v 0.059777 0.154281 0.017446</w:t>
        <w:br/>
        <w:t>v 0.059405 0.153017 0.013760</w:t>
        <w:br/>
        <w:t>v 0.060201 0.150964 0.013785</w:t>
        <w:br/>
        <w:t>v 0.059386 0.151491 0.020413</w:t>
        <w:br/>
        <w:t>v 0.060711 0.152752 0.018929</w:t>
        <w:br/>
        <w:t>v 0.059005 0.149102 0.013811</w:t>
        <w:br/>
        <w:t>v 0.056607 0.151164 0.021028</w:t>
        <w:br/>
        <w:t>v 0.056544 0.148450 0.013821</w:t>
        <w:br/>
        <w:t>v 0.054190 0.149565 0.013811</w:t>
        <w:br/>
        <w:t>v 0.053900 0.152136 0.020413</w:t>
        <w:br/>
        <w:t>v 0.053282 0.151886 0.013785</w:t>
        <w:br/>
        <w:t>v 0.052837 0.153938 0.018929</w:t>
        <w:br/>
        <w:t>v 0.054424 0.153878 0.013760</w:t>
        <w:br/>
        <w:t>v 0.054113 0.155343 0.017446</w:t>
        <w:br/>
        <w:t>v 0.060474 0.157765 0.019314</w:t>
        <w:br/>
        <w:t>v 0.053592 0.159268 0.019314</w:t>
        <w:br/>
        <w:t>v 0.060474 0.157765 0.019314</w:t>
        <w:br/>
        <w:t>v 0.061716 0.157618 0.021526</w:t>
        <w:br/>
        <w:t>v 0.060177 0.157983 0.023738</w:t>
        <w:br/>
        <w:t>v 0.061716 0.157618 0.021526</w:t>
        <w:br/>
        <w:t>v 0.056859 0.158559 0.024655</w:t>
        <w:br/>
        <w:t>v 0.053393 0.159158 0.023738</w:t>
        <w:br/>
        <w:t>v 0.052030 0.159526 0.021526</w:t>
        <w:br/>
        <w:t>v 0.053592 0.159268 0.019314</w:t>
        <w:br/>
        <w:t>v 0.052030 0.159526 0.021526</w:t>
        <w:br/>
        <w:t>v 0.076958 0.084411 0.042958</w:t>
        <w:br/>
        <w:t>v 0.078895 0.083353 0.040343</w:t>
        <w:br/>
        <w:t>v 0.080357 0.076432 0.044459</w:t>
        <w:br/>
        <w:t>v 0.078307 0.077641 0.047146</w:t>
        <w:br/>
        <w:t>v 0.073585 0.083841 0.042924</w:t>
        <w:br/>
        <w:t>v 0.076958 0.084411 0.042958</w:t>
        <w:br/>
        <w:t>v 0.078307 0.077641 0.047146</w:t>
        <w:br/>
        <w:t>v 0.074779 0.076983 0.047146</w:t>
        <w:br/>
        <w:t>v 0.072150 0.082212 0.040275</w:t>
        <w:br/>
        <w:t>v 0.073585 0.083841 0.042924</w:t>
        <w:br/>
        <w:t>v 0.074779 0.076983 0.047146</w:t>
        <w:br/>
        <w:t>v 0.073302 0.075116 0.044459</w:t>
        <w:br/>
        <w:t>v 0.074086 0.081155 0.037660</w:t>
        <w:br/>
        <w:t>v 0.072150 0.082212 0.040275</w:t>
        <w:br/>
        <w:t>v 0.073302 0.075116 0.044459</w:t>
        <w:br/>
        <w:t>v 0.075353 0.073907 0.041774</w:t>
        <w:br/>
        <w:t>v 0.074086 0.081155 0.037660</w:t>
        <w:br/>
        <w:t>v 0.075353 0.073907 0.041774</w:t>
        <w:br/>
        <w:t>v 0.078881 0.074566 0.041774</w:t>
        <w:br/>
        <w:t>v 0.077459 0.081725 0.037695</w:t>
        <w:br/>
        <w:t>v 0.080357 0.076432 0.044459</w:t>
        <w:br/>
        <w:t>v 0.078895 0.083353 0.040343</w:t>
        <w:br/>
        <w:t>v 0.077459 0.081725 0.037695</w:t>
        <w:br/>
        <w:t>v 0.078881 0.074566 0.041774</w:t>
        <w:br/>
        <w:t>v 0.076746 0.097334 0.033848</w:t>
        <w:br/>
        <w:t>v 0.074933 0.098123 0.036443</w:t>
        <w:br/>
        <w:t>v 0.074933 0.098123 0.036443</w:t>
        <w:br/>
        <w:t>v 0.071710 0.097637 0.036386</w:t>
        <w:br/>
        <w:t>v 0.070301 0.096362 0.033734</w:t>
        <w:br/>
        <w:t>v 0.071710 0.097637 0.036386</w:t>
        <w:br/>
        <w:t>v 0.072114 0.095573 0.031139</w:t>
        <w:br/>
        <w:t>v 0.070301 0.096362 0.033734</w:t>
        <w:br/>
        <w:t>v 0.072114 0.095573 0.031139</w:t>
        <w:br/>
        <w:t>v 0.075336 0.096059 0.031196</w:t>
        <w:br/>
        <w:t>v 0.076746 0.097334 0.033848</w:t>
        <w:br/>
        <w:t>v 0.075336 0.096059 0.031196</w:t>
        <w:br/>
        <w:t>v 0.074395 0.113486 0.028236</w:t>
        <w:br/>
        <w:t>v 0.072622 0.113994 0.030929</w:t>
        <w:br/>
        <w:t>v 0.069396 0.113527 0.030864</w:t>
        <w:br/>
        <w:t>v 0.072622 0.113994 0.030929</w:t>
        <w:br/>
        <w:t>v 0.069396 0.113527 0.030864</w:t>
        <w:br/>
        <w:t>v 0.067943 0.112552 0.028109</w:t>
        <w:br/>
        <w:t>v 0.069717 0.112045 0.025416</w:t>
        <w:br/>
        <w:t>v 0.067943 0.112552 0.028109</w:t>
        <w:br/>
        <w:t>v 0.072943 0.112511 0.025480</w:t>
        <w:br/>
        <w:t>v 0.069717 0.112045 0.025416</w:t>
        <w:br/>
        <w:t>v 0.072943 0.112511 0.025480</w:t>
        <w:br/>
        <w:t>v 0.074395 0.113486 0.028236</w:t>
        <w:br/>
        <w:t>v 0.070652 0.128670 0.027736</w:t>
        <w:br/>
        <w:t>v 0.072379 0.128362 0.025027</w:t>
        <w:br/>
        <w:t>v 0.070652 0.128670 0.027736</w:t>
        <w:br/>
        <w:t>v 0.067465 0.128151 0.027686</w:t>
        <w:br/>
        <w:t>v 0.066007 0.127326 0.024929</w:t>
        <w:br/>
        <w:t>v 0.067465 0.128151 0.027686</w:t>
        <w:br/>
        <w:t>v 0.067734 0.127019 0.022219</w:t>
        <w:br/>
        <w:t>v 0.066007 0.127326 0.024929</w:t>
        <w:br/>
        <w:t>v 0.070920 0.127536 0.022268</w:t>
        <w:br/>
        <w:t>v 0.067734 0.127019 0.022219</w:t>
        <w:br/>
        <w:t>v 0.072379 0.128362 0.025027</w:t>
        <w:br/>
        <w:t>v 0.070920 0.127536 0.022268</w:t>
        <w:br/>
        <w:t>v 0.068107 0.141900 0.024733</w:t>
        <w:br/>
        <w:t>v 0.069723 0.141682 0.022161</w:t>
        <w:br/>
        <w:t>v 0.065131 0.141253 0.024721</w:t>
        <w:br/>
        <w:t>v 0.068107 0.141900 0.024733</w:t>
        <w:br/>
        <w:t>v 0.065131 0.141253 0.024721</w:t>
        <w:br/>
        <w:t>v 0.063770 0.140388 0.022137</w:t>
        <w:br/>
        <w:t>v 0.065386 0.140171 0.019566</w:t>
        <w:br/>
        <w:t>v 0.063770 0.140388 0.022137</w:t>
        <w:br/>
        <w:t>v 0.065386 0.140171 0.019566</w:t>
        <w:br/>
        <w:t>v 0.068362 0.140817 0.019577</w:t>
        <w:br/>
        <w:t>v 0.069723 0.141682 0.022161</w:t>
        <w:br/>
        <w:t>v 0.068362 0.140817 0.019577</w:t>
        <w:br/>
        <w:t>v 0.065086 0.153571 0.021851</w:t>
        <w:br/>
        <w:t>v 0.066518 0.153575 0.019445</w:t>
        <w:br/>
        <w:t>v 0.065086 0.153571 0.021851</w:t>
        <w:br/>
        <w:t>v 0.062495 0.152412 0.021968</w:t>
        <w:br/>
        <w:t>v 0.061337 0.151257 0.019680</w:t>
        <w:br/>
        <w:t>v 0.062495 0.152412 0.021968</w:t>
        <w:br/>
        <w:t>v 0.061337 0.151257 0.019680</w:t>
        <w:br/>
        <w:t>v 0.062768 0.151261 0.017274</w:t>
        <w:br/>
        <w:t>v 0.065359 0.152420 0.017156</w:t>
        <w:br/>
        <w:t>v 0.062768 0.151261 0.017274</w:t>
        <w:br/>
        <w:t>v 0.066518 0.153575 0.019445</w:t>
        <w:br/>
        <w:t>v 0.065359 0.152420 0.017156</w:t>
        <w:br/>
        <w:t>v 0.061075 0.159044 0.019950</w:t>
        <w:br/>
        <w:t>v 0.062145 0.159472 0.017519</w:t>
        <w:br/>
        <w:t>v 0.059359 0.156880 0.020401</w:t>
        <w:br/>
        <w:t>v 0.061075 0.159044 0.019950</w:t>
        <w:br/>
        <w:t>v 0.058712 0.155142 0.018421</w:t>
        <w:br/>
        <w:t>v 0.059359 0.156880 0.020401</w:t>
        <w:br/>
        <w:t>v 0.059782 0.155569 0.015991</w:t>
        <w:br/>
        <w:t>v 0.058712 0.155142 0.018421</w:t>
        <w:br/>
        <w:t>v 0.061498 0.157734 0.015539</w:t>
        <w:br/>
        <w:t>v 0.059782 0.155569 0.015991</w:t>
        <w:br/>
        <w:t>v 0.062145 0.159472 0.017519</w:t>
        <w:br/>
        <w:t>v 0.061498 0.157734 0.015539</w:t>
        <w:br/>
        <w:t>v 0.056371 0.160811 0.018939</w:t>
        <w:br/>
        <w:t>v 0.056371 0.161651 0.016281</w:t>
        <w:br/>
        <w:t>v 0.056371 0.160811 0.018939</w:t>
        <w:br/>
        <w:t>v 0.056371 0.158076 0.019712</w:t>
        <w:br/>
        <w:t>v 0.056371 0.156181 0.017827</w:t>
        <w:br/>
        <w:t>v 0.056371 0.158076 0.019712</w:t>
        <w:br/>
        <w:t>v 0.056371 0.157021 0.015170</w:t>
        <w:br/>
        <w:t>v 0.056371 0.156181 0.017827</w:t>
        <w:br/>
        <w:t>v 0.056371 0.159756 0.014397</w:t>
        <w:br/>
        <w:t>v 0.056371 0.157021 0.015170</w:t>
        <w:br/>
        <w:t>v 0.056371 0.161651 0.016281</w:t>
        <w:br/>
        <w:t>v 0.056371 0.159756 0.014397</w:t>
        <w:br/>
        <w:t>v 0.051655 0.159041 0.019952</w:t>
        <w:br/>
        <w:t>v 0.050546 0.159456 0.017530</w:t>
        <w:br/>
        <w:t>v 0.053420 0.156892 0.020393</w:t>
        <w:br/>
        <w:t>v 0.051655 0.159041 0.019952</w:t>
        <w:br/>
        <w:t>v 0.054076 0.155158 0.018411</w:t>
        <w:br/>
        <w:t>v 0.053420 0.156892 0.020393</w:t>
        <w:br/>
        <w:t>v 0.052968 0.155573 0.015988</w:t>
        <w:br/>
        <w:t>v 0.054076 0.155158 0.018411</w:t>
        <w:br/>
        <w:t>v 0.052968 0.155573 0.015988</w:t>
        <w:br/>
        <w:t>v 0.051204 0.157722 0.015548</w:t>
        <w:br/>
        <w:t>v 0.050546 0.159456 0.017530</w:t>
        <w:br/>
        <w:t>v 0.051204 0.157722 0.015548</w:t>
        <w:br/>
        <w:t>v 0.047791 0.153358 0.021986</w:t>
        <w:br/>
        <w:t>v 0.046306 0.153290 0.019612</w:t>
        <w:br/>
        <w:t>v 0.050446 0.152323 0.022046</w:t>
        <w:br/>
        <w:t>v 0.047791 0.153358 0.021986</w:t>
        <w:br/>
        <w:t>v 0.051616 0.151221 0.019734</w:t>
        <w:br/>
        <w:t>v 0.050446 0.152323 0.022046</w:t>
        <w:br/>
        <w:t>v 0.051616 0.151221 0.019734</w:t>
        <w:br/>
        <w:t>v 0.050131 0.151153 0.017360</w:t>
        <w:br/>
        <w:t>v 0.047476 0.152188 0.017299</w:t>
        <w:br/>
        <w:t>v 0.050131 0.151153 0.017360</w:t>
        <w:br/>
        <w:t>v 0.046306 0.153290 0.019612</w:t>
        <w:br/>
        <w:t>v 0.047476 0.152188 0.017299</w:t>
        <w:br/>
        <w:t>v 0.045840 0.142782 0.024602</w:t>
        <w:br/>
        <w:t>v 0.044185 0.142488 0.022063</w:t>
        <w:br/>
        <w:t>v 0.048850 0.142330 0.024518</w:t>
        <w:br/>
        <w:t>v 0.045840 0.142782 0.024602</w:t>
        <w:br/>
        <w:t>v 0.050207 0.141583 0.021895</w:t>
        <w:br/>
        <w:t>v 0.048850 0.142330 0.024518</w:t>
        <w:br/>
        <w:t>v 0.048552 0.141291 0.019356</w:t>
        <w:br/>
        <w:t>v 0.050207 0.141583 0.021895</w:t>
        <w:br/>
        <w:t>v 0.045542 0.141742 0.019440</w:t>
        <w:br/>
        <w:t>v 0.048552 0.141291 0.019356</w:t>
        <w:br/>
        <w:t>v 0.045542 0.141742 0.019440</w:t>
        <w:br/>
        <w:t>v 0.044185 0.142488 0.022063</w:t>
        <w:br/>
        <w:t>v 0.042435 0.129010 0.024688</w:t>
        <w:br/>
        <w:t>v 0.044197 0.129383 0.027368</w:t>
        <w:br/>
        <w:t>v 0.047398 0.128986 0.027262</w:t>
        <w:br/>
        <w:t>v 0.044197 0.129383 0.027368</w:t>
        <w:br/>
        <w:t>v 0.048838 0.128217 0.024477</w:t>
        <w:br/>
        <w:t>v 0.047398 0.128986 0.027262</w:t>
        <w:br/>
        <w:t>v 0.048838 0.128217 0.024477</w:t>
        <w:br/>
        <w:t>v 0.047077 0.127844 0.021798</w:t>
        <w:br/>
        <w:t>v 0.047077 0.127844 0.021798</w:t>
        <w:br/>
        <w:t>v 0.043875 0.128240 0.021904</w:t>
        <w:br/>
        <w:t>v 0.042435 0.129010 0.024688</w:t>
        <w:br/>
        <w:t>v 0.043875 0.128240 0.021904</w:t>
        <w:br/>
        <w:t>v 0.042436 0.114493 0.030943</w:t>
        <w:br/>
        <w:t>v 0.040638 0.113946 0.028278</w:t>
        <w:br/>
        <w:t>v 0.045669 0.114089 0.030838</w:t>
        <w:br/>
        <w:t>v 0.042436 0.114493 0.030943</w:t>
        <w:br/>
        <w:t>v 0.047103 0.113138 0.028066</w:t>
        <w:br/>
        <w:t>v 0.045669 0.114089 0.030838</w:t>
        <w:br/>
        <w:t>v 0.045304 0.112590 0.025401</w:t>
        <w:br/>
        <w:t>v 0.047103 0.113138 0.028066</w:t>
        <w:br/>
        <w:t>v 0.045304 0.112590 0.025401</w:t>
        <w:br/>
        <w:t>v 0.042071 0.112995 0.025507</w:t>
        <w:br/>
        <w:t>v 0.040638 0.113946 0.028278</w:t>
        <w:br/>
        <w:t>v 0.042071 0.112995 0.025507</w:t>
        <w:br/>
        <w:t>v 0.040636 0.098739 0.036142</w:t>
        <w:br/>
        <w:t>v 0.038812 0.097986 0.033546</w:t>
        <w:br/>
        <w:t>v 0.043862 0.098276 0.036054</w:t>
        <w:br/>
        <w:t>v 0.040636 0.098739 0.036142</w:t>
        <w:br/>
        <w:t>v 0.043862 0.098276 0.036054</w:t>
        <w:br/>
        <w:t>v 0.045265 0.097060 0.033370</w:t>
        <w:br/>
        <w:t>v 0.043440 0.096308 0.030773</w:t>
        <w:br/>
        <w:t>v 0.045265 0.097060 0.033370</w:t>
        <w:br/>
        <w:t>v 0.043440 0.096308 0.030773</w:t>
        <w:br/>
        <w:t>v 0.040214 0.096770 0.030861</w:t>
        <w:br/>
        <w:t>v 0.038812 0.097986 0.033546</w:t>
        <w:br/>
        <w:t>v 0.040214 0.096770 0.030861</w:t>
        <w:br/>
        <w:t>v 0.038362 0.084328 0.042629</w:t>
        <w:br/>
        <w:t>v 0.036408 0.083265 0.040024</w:t>
        <w:br/>
        <w:t>v 0.038362 0.084328 0.042629</w:t>
        <w:br/>
        <w:t>v 0.041733 0.083749 0.042579</w:t>
        <w:br/>
        <w:t>v 0.043149 0.082107 0.039924</w:t>
        <w:br/>
        <w:t>v 0.041733 0.083749 0.042579</w:t>
        <w:br/>
        <w:t>v 0.041195 0.081043 0.037319</w:t>
        <w:br/>
        <w:t>v 0.043149 0.082107 0.039924</w:t>
        <w:br/>
        <w:t>v 0.041195 0.081043 0.037319</w:t>
        <w:br/>
        <w:t>v 0.037825 0.081621 0.037369</w:t>
        <w:br/>
        <w:t>v 0.037825 0.081621 0.037369</w:t>
        <w:br/>
        <w:t>v 0.036408 0.083265 0.040024</w:t>
        <w:br/>
        <w:t>v 0.034994 0.076221 0.044490</w:t>
        <w:br/>
        <w:t>v 0.037075 0.077511 0.047115</w:t>
        <w:br/>
        <w:t>v 0.040606 0.076868 0.047084</w:t>
        <w:br/>
        <w:t>v 0.037075 0.077511 0.047115</w:t>
        <w:br/>
        <w:t>v 0.040606 0.076868 0.047084</w:t>
        <w:br/>
        <w:t>v 0.042055 0.074937 0.044429</w:t>
        <w:br/>
        <w:t>v 0.039974 0.073648 0.041805</w:t>
        <w:br/>
        <w:t>v 0.042055 0.074937 0.044429</w:t>
        <w:br/>
        <w:t>v 0.036443 0.074289 0.041835</w:t>
        <w:br/>
        <w:t>v 0.039974 0.073648 0.041805</w:t>
        <w:br/>
        <w:t>v 0.034994 0.076221 0.044490</w:t>
        <w:br/>
        <w:t>v 0.036443 0.074289 0.041835</w:t>
        <w:br/>
        <w:t>v 0.080357 0.076432 0.044459</w:t>
        <w:br/>
        <w:t>v 0.076830 0.075774 0.044459</w:t>
        <w:br/>
        <w:t>v 0.078307 0.077641 0.047146</w:t>
        <w:br/>
        <w:t>v 0.074779 0.076983 0.047146</w:t>
        <w:br/>
        <w:t>v 0.073302 0.075116 0.044459</w:t>
        <w:br/>
        <w:t>v 0.075353 0.073907 0.041774</w:t>
        <w:br/>
        <w:t>v 0.078881 0.074566 0.041774</w:t>
        <w:br/>
        <w:t>v 0.037075 0.077511 0.047115</w:t>
        <w:br/>
        <w:t>v 0.038525 0.075579 0.044459</w:t>
        <w:br/>
        <w:t>v 0.034994 0.076221 0.044490</w:t>
        <w:br/>
        <w:t>v 0.040606 0.076868 0.047084</w:t>
        <w:br/>
        <w:t>v 0.042055 0.074937 0.044429</w:t>
        <w:br/>
        <w:t>v 0.039974 0.073648 0.041805</w:t>
        <w:br/>
        <w:t>v 0.036443 0.074289 0.041835</w:t>
        <w:br/>
        <w:t>v 0.082434 0.104971 -0.046047</w:t>
        <w:br/>
        <w:t>v 0.082516 0.094923 -0.048703</w:t>
        <w:br/>
        <w:t>v 0.085978 0.092145 -0.037998</w:t>
        <w:br/>
        <w:t>v 0.086082 0.102192 -0.035425</w:t>
        <w:br/>
        <w:t>v 0.090795 0.088662 -0.024765</w:t>
        <w:br/>
        <w:t>v 0.090713 0.098710 -0.022109</w:t>
        <w:br/>
        <w:t>v 0.089797 0.099633 -0.025571</w:t>
        <w:br/>
        <w:t>v 0.089879 0.089585 -0.028228</w:t>
        <w:br/>
        <w:t>v 0.087744 0.090209 -0.030824</w:t>
        <w:br/>
        <w:t>v 0.087664 0.100257 -0.028168</w:t>
        <w:br/>
        <w:t>v 0.087439 0.086991 -0.018415</w:t>
        <w:br/>
        <w:t>v 0.086799 0.097038 -0.015998</w:t>
        <w:br/>
        <w:t>v 0.089514 0.097725 -0.018453</w:t>
        <w:br/>
        <w:t>v 0.089596 0.087677 -0.021109</w:t>
        <w:br/>
        <w:t>v 0.081657 0.094825 -0.048358</w:t>
        <w:br/>
        <w:t>v 0.081575 0.104872 -0.045701</w:t>
        <w:br/>
        <w:t>v 0.085178 0.102128 -0.035212</w:t>
        <w:br/>
        <w:t>v 0.085073 0.092080 -0.037785</w:t>
        <w:br/>
        <w:t>v 0.089787 0.098708 -0.022129</w:t>
        <w:br/>
        <w:t>v 0.089868 0.088660 -0.024786</w:t>
        <w:br/>
        <w:t>v 0.089076 0.089460 -0.027780</w:t>
        <w:br/>
        <w:t>v 0.088994 0.099508 -0.025123</w:t>
        <w:br/>
        <w:t>v 0.086841 0.100142 -0.027758</w:t>
        <w:br/>
        <w:t>v 0.086923 0.090095 -0.030414</w:t>
        <w:br/>
        <w:t>v 0.086595 0.087080 -0.018778</w:t>
        <w:br/>
        <w:t>v 0.088805 0.087796 -0.021581</w:t>
        <w:br/>
        <w:t>v 0.088724 0.097844 -0.018924</w:t>
        <w:br/>
        <w:t>v 0.085956 0.097127 -0.016362</w:t>
        <w:br/>
        <w:t>v 0.077336 0.096977 -0.056596</w:t>
        <w:br/>
        <w:t>v 0.077254 0.107006 -0.053944</w:t>
        <w:br/>
        <w:t>v 0.085978 0.092145 -0.037998</w:t>
        <w:br/>
        <w:t>v 0.082516 0.094923 -0.048703</w:t>
        <w:br/>
        <w:t>v 0.081657 0.094825 -0.048358</w:t>
        <w:br/>
        <w:t>v 0.085073 0.092080 -0.037785</w:t>
        <w:br/>
        <w:t>v 0.089879 0.089585 -0.028228</w:t>
        <w:br/>
        <w:t>v 0.089076 0.089460 -0.027780</w:t>
        <w:br/>
        <w:t>v 0.089868 0.088660 -0.024786</w:t>
        <w:br/>
        <w:t>v 0.090795 0.088662 -0.024765</w:t>
        <w:br/>
        <w:t>v 0.086923 0.090095 -0.030414</w:t>
        <w:br/>
        <w:t>v 0.087744 0.090209 -0.030824</w:t>
        <w:br/>
        <w:t>v 0.086595 0.087080 -0.018778</w:t>
        <w:br/>
        <w:t>v 0.087439 0.086991 -0.018415</w:t>
        <w:br/>
        <w:t>v 0.089596 0.087677 -0.021109</w:t>
        <w:br/>
        <w:t>v 0.088805 0.087796 -0.021581</w:t>
        <w:br/>
        <w:t>v 0.085178 0.102128 -0.035212</w:t>
        <w:br/>
        <w:t>v 0.081575 0.104872 -0.045701</w:t>
        <w:br/>
        <w:t>v 0.082434 0.104971 -0.046047</w:t>
        <w:br/>
        <w:t>v 0.086082 0.102192 -0.035425</w:t>
        <w:br/>
        <w:t>v 0.089797 0.099633 -0.025571</w:t>
        <w:br/>
        <w:t>v 0.088994 0.099508 -0.025123</w:t>
        <w:br/>
        <w:t>v 0.086841 0.100142 -0.027758</w:t>
        <w:br/>
        <w:t>v 0.087664 0.100257 -0.028168</w:t>
        <w:br/>
        <w:t>v 0.090713 0.098710 -0.022109</w:t>
        <w:br/>
        <w:t>v 0.089514 0.097725 -0.018453</w:t>
        <w:br/>
        <w:t>v 0.088724 0.097844 -0.018924</w:t>
        <w:br/>
        <w:t>v 0.089787 0.098708 -0.022129</w:t>
        <w:br/>
        <w:t>v 0.075725 0.102631 -0.057636</w:t>
        <w:br/>
        <w:t>v 0.076508 0.102766 -0.058124</w:t>
        <w:br/>
        <w:t>v 0.076956 0.105855 -0.056547</w:t>
        <w:br/>
        <w:t>v 0.076174 0.105721 -0.056059</w:t>
        <w:br/>
        <w:t>v 0.076226 0.099173 -0.057790</w:t>
        <w:br/>
        <w:t>v 0.077009 0.099309 -0.058278</w:t>
        <w:br/>
        <w:t>v 0.086799 0.097038 -0.015998</w:t>
        <w:br/>
        <w:t>v 0.085956 0.097127 -0.016362</w:t>
        <w:br/>
        <w:t>v 0.086811 0.085982 -0.014672</w:t>
        <w:br/>
        <w:t>v 0.085791 0.095980 -0.012142</w:t>
        <w:br/>
        <w:t>v 0.085933 0.085982 -0.014699</w:t>
        <w:br/>
        <w:t>v 0.084913 0.095980 -0.012169</w:t>
        <w:br/>
        <w:t>v 0.084913 0.095980 -0.012169</w:t>
        <w:br/>
        <w:t>v 0.085791 0.095980 -0.012142</w:t>
        <w:br/>
        <w:t>v 0.086811 0.085982 -0.014672</w:t>
        <w:br/>
        <w:t>v 0.085933 0.085982 -0.014699</w:t>
        <w:br/>
        <w:t>v 0.086811 0.085982 -0.014672</w:t>
        <w:br/>
        <w:t>v 0.085933 0.085982 -0.014699</w:t>
        <w:br/>
        <w:t>v 0.078108 0.097094 -0.057009</w:t>
        <w:br/>
        <w:t>v 0.077336 0.096977 -0.056596</w:t>
        <w:br/>
        <w:t>v 0.084913 0.095980 -0.012169</w:t>
        <w:br/>
        <w:t>v 0.085791 0.095980 -0.012142</w:t>
        <w:br/>
        <w:t>v 0.078026 0.107121 -0.054359</w:t>
        <w:br/>
        <w:t>v 0.077254 0.107006 -0.053944</w:t>
        <w:br/>
        <w:t>v 0.089790 0.084751 -0.032276</w:t>
        <w:br/>
        <w:t>v 0.089407 0.081448 -0.019797</w:t>
        <w:br/>
        <w:t>v 0.089380 0.086684 -0.018409</w:t>
        <w:br/>
        <w:t>v 0.089756 0.090203 -0.030840</w:t>
        <w:br/>
        <w:t>v 0.089955 0.091771 -0.037615</w:t>
        <w:br/>
        <w:t>v 0.089677 0.100550 -0.028101</w:t>
        <w:br/>
        <w:t>v 0.089869 0.102323 -0.034825</w:t>
        <w:br/>
        <w:t>v 0.089790 0.084751 -0.032276</w:t>
        <w:br/>
        <w:t>v 0.087877 0.084751 -0.032335</w:t>
        <w:br/>
        <w:t>v 0.087494 0.081448 -0.019855</w:t>
        <w:br/>
        <w:t>v 0.089407 0.081448 -0.019797</w:t>
        <w:br/>
        <w:t>v 0.089620 0.105785 -0.026715</w:t>
        <w:br/>
        <w:t>v 0.089238 0.102482 -0.014235</w:t>
        <w:br/>
        <w:t>v 0.087323 0.102482 -0.014293</w:t>
        <w:br/>
        <w:t>v 0.087706 0.105785 -0.026774</w:t>
        <w:br/>
        <w:t>v 0.088041 0.091771 -0.037674</w:t>
        <w:br/>
        <w:t>v 0.089955 0.091771 -0.037615</w:t>
        <w:br/>
        <w:t>v 0.089869 0.102323 -0.034825</w:t>
        <w:br/>
        <w:t>v 0.087955 0.102323 -0.034883</w:t>
        <w:br/>
        <w:t>v 0.089073 0.095462 -0.008897</w:t>
        <w:br/>
        <w:t>v 0.089159 0.084909 -0.011687</w:t>
        <w:br/>
        <w:t>v 0.087245 0.084909 -0.011746</w:t>
        <w:br/>
        <w:t>v 0.087160 0.095462 -0.008956</w:t>
        <w:br/>
        <w:t>v 0.089290 0.097029 -0.015671</w:t>
        <w:br/>
        <w:t>v 0.089111 0.099590 -0.010000</w:t>
        <w:br/>
        <w:t>v 0.089238 0.102482 -0.014235</w:t>
        <w:br/>
        <w:t>v 0.089925 0.087642 -0.036512</w:t>
        <w:br/>
        <w:t>v 0.087955 0.102323 -0.034883</w:t>
        <w:br/>
        <w:t>v 0.087859 0.105367 -0.031884</w:t>
        <w:br/>
        <w:t>v 0.087741 0.100334 -0.028221</w:t>
        <w:br/>
        <w:t>v 0.087323 0.102482 -0.014293</w:t>
        <w:br/>
        <w:t>v 0.087190 0.099590 -0.010059</w:t>
        <w:br/>
        <w:t>v 0.087351 0.097245 -0.015676</w:t>
        <w:br/>
        <w:t>v 0.087877 0.084751 -0.032335</w:t>
        <w:br/>
        <w:t>v 0.088003 0.087642 -0.036571</w:t>
        <w:br/>
        <w:t>v 0.087820 0.089987 -0.030954</w:t>
        <w:br/>
        <w:t>v 0.089255 0.081866 -0.014686</w:t>
        <w:br/>
        <w:t>v 0.087333 0.081866 -0.014745</w:t>
        <w:br/>
        <w:t>v 0.089380 0.086684 -0.018409</w:t>
        <w:br/>
        <w:t>v 0.087441 0.086898 -0.018409</w:t>
        <w:br/>
        <w:t>v 0.087820 0.089987 -0.030954</w:t>
        <w:br/>
        <w:t>v 0.089756 0.090203 -0.030840</w:t>
        <w:br/>
        <w:t>v 0.087351 0.097245 -0.015676</w:t>
        <w:br/>
        <w:t>v 0.089290 0.097029 -0.015671</w:t>
        <w:br/>
        <w:t>v 0.089677 0.100550 -0.028101</w:t>
        <w:br/>
        <w:t>v 0.087741 0.100334 -0.028221</w:t>
        <w:br/>
        <w:t>v 0.087859 0.105367 -0.031884</w:t>
        <w:br/>
        <w:t>v 0.089781 0.105367 -0.031825</w:t>
        <w:br/>
        <w:t>v 0.089756 0.090203 -0.030840</w:t>
        <w:br/>
        <w:t>v 0.087820 0.089987 -0.030954</w:t>
        <w:br/>
        <w:t>v 0.087741 0.100334 -0.028221</w:t>
        <w:br/>
        <w:t>v 0.089677 0.100550 -0.028101</w:t>
        <w:br/>
        <w:t>v 0.087190 0.099590 -0.010059</w:t>
        <w:br/>
        <w:t>v 0.089111 0.099590 -0.010000</w:t>
        <w:br/>
        <w:t>v 0.087441 0.086898 -0.018409</w:t>
        <w:br/>
        <w:t>v 0.089380 0.086684 -0.018409</w:t>
        <w:br/>
        <w:t>v 0.089290 0.097029 -0.015671</w:t>
        <w:br/>
        <w:t>v 0.087351 0.097245 -0.015676</w:t>
        <w:br/>
        <w:t>v 0.088003 0.087642 -0.036571</w:t>
        <w:br/>
        <w:t>v 0.089925 0.087642 -0.036512</w:t>
        <w:br/>
        <w:t>v 0.089620 0.105785 -0.026715</w:t>
        <w:br/>
        <w:t>v 0.089781 0.105367 -0.031825</w:t>
        <w:br/>
        <w:t>v 0.089073 0.095462 -0.008897</w:t>
        <w:br/>
        <w:t>v 0.087441 0.086898 -0.018409</w:t>
        <w:br/>
        <w:t>v 0.087333 0.081866 -0.014745</w:t>
        <w:br/>
        <w:t>v 0.087494 0.081448 -0.019855</w:t>
        <w:br/>
        <w:t>v 0.087706 0.105785 -0.026774</w:t>
        <w:br/>
        <w:t>v 0.087160 0.095462 -0.008956</w:t>
        <w:br/>
        <w:t>v 0.088041 0.091771 -0.037674</w:t>
        <w:br/>
        <w:t>v 0.087245 0.084909 -0.011746</w:t>
        <w:br/>
        <w:t>v 0.089159 0.084909 -0.011687</w:t>
        <w:br/>
        <w:t>v 0.089255 0.081866 -0.014686</w:t>
        <w:br/>
        <w:t>v 0.078026 0.107121 -0.054359</w:t>
        <w:br/>
        <w:t>v 0.078108 0.097094 -0.057009</w:t>
        <w:br/>
        <w:t>v 0.076956 0.105855 -0.056547</w:t>
        <w:br/>
        <w:t>v 0.077009 0.099309 -0.058278</w:t>
        <w:br/>
        <w:t>v 0.076226 0.099173 -0.057790</w:t>
        <w:br/>
        <w:t>v 0.076174 0.105721 -0.056059</w:t>
        <w:br/>
        <w:t>v 0.076508 0.102766 -0.058124</w:t>
        <w:br/>
        <w:t>v 0.075725 0.102631 -0.057636</w:t>
        <w:br/>
        <w:t>v -0.089738 0.187364 -0.030038</w:t>
        <w:br/>
        <w:t>v -0.086805 0.192904 -0.039538</w:t>
        <w:br/>
        <w:t>v -0.089998 0.192262 -0.030128</w:t>
        <w:br/>
        <w:t>v -0.081440 0.161914 -0.048721</w:t>
        <w:br/>
        <w:t>v -0.079684 0.162895 -0.052609</w:t>
        <w:br/>
        <w:t>v -0.079338 0.166492 -0.054101</w:t>
        <w:br/>
        <w:t>v -0.081679 0.166463 -0.048809</w:t>
        <w:br/>
        <w:t>v -0.085206 0.161239 -0.038965</w:t>
        <w:br/>
        <w:t>v -0.088639 0.166457 -0.029641</w:t>
        <w:br/>
        <w:t>v -0.090738 0.191333 -0.026752</w:t>
        <w:br/>
        <w:t>v -0.091066 0.187386 -0.025248</w:t>
        <w:br/>
        <w:t>v -0.090517 0.176931 -0.024665</w:t>
        <w:br/>
        <w:t>v -0.089967 0.166477 -0.024850</w:t>
        <w:br/>
        <w:t>v -0.088398 0.161904 -0.029558</w:t>
        <w:br/>
        <w:t>v -0.089244 0.162874 -0.026212</w:t>
        <w:br/>
        <w:t>v -0.080436 0.187387 -0.054496</w:t>
        <w:br/>
        <w:t>v -0.081175 0.191326 -0.053143</w:t>
        <w:br/>
        <w:t>v -0.083033 0.192258 -0.049307</w:t>
        <w:br/>
        <w:t>v -0.082775 0.187364 -0.049213</w:t>
        <w:br/>
        <w:t>v -0.079888 0.176939 -0.054718</w:t>
        <w:br/>
        <w:t>v -0.083891 0.193085 -0.038480</w:t>
        <w:br/>
        <w:t>v -0.086766 0.187538 -0.029159</w:t>
        <w:br/>
        <w:t>v -0.087033 0.192436 -0.029224</w:t>
        <w:br/>
        <w:t>v -0.076504 0.166665 -0.052847</w:t>
        <w:br/>
        <w:t>v -0.076842 0.163069 -0.051371</w:t>
        <w:br/>
        <w:t>v -0.078580 0.162087 -0.047528</w:t>
        <w:br/>
        <w:t>v -0.078827 0.166636 -0.047595</w:t>
        <w:br/>
        <w:t>v -0.080172 0.192431 -0.048114</w:t>
        <w:br/>
        <w:t>v -0.079923 0.187537 -0.047999</w:t>
        <w:br/>
        <w:t>v -0.082293 0.161420 -0.037909</w:t>
        <w:br/>
        <w:t>v -0.085433 0.162077 -0.028654</w:t>
        <w:br/>
        <w:t>v -0.085666 0.166630 -0.028764</w:t>
        <w:br/>
        <w:t>v -0.087760 0.191507 -0.025900</w:t>
        <w:br/>
        <w:t>v -0.088078 0.187559 -0.024421</w:t>
        <w:br/>
        <w:t>v -0.087529 0.177105 -0.023815</w:t>
        <w:br/>
        <w:t>v -0.086266 0.163048 -0.025360</w:t>
        <w:br/>
        <w:t>v -0.086981 0.166649 -0.024022</w:t>
        <w:br/>
        <w:t>v -0.077602 0.187560 -0.053241</w:t>
        <w:br/>
        <w:t>v -0.078334 0.191499 -0.051904</w:t>
        <w:br/>
        <w:t>v -0.077053 0.177112 -0.053429</w:t>
        <w:br/>
        <w:t>v -0.088611 0.193265 -0.029537</w:t>
        <w:br/>
        <w:t>v -0.085399 0.193923 -0.039026</w:t>
        <w:br/>
        <w:t>v -0.079684 0.162895 -0.052609</w:t>
        <w:br/>
        <w:t>v -0.077987 0.162272 -0.052526</w:t>
        <w:br/>
        <w:t>v -0.077543 0.166382 -0.054302</w:t>
        <w:br/>
        <w:t>v -0.079338 0.166492 -0.054101</w:t>
        <w:br/>
        <w:t>v -0.081440 0.161914 -0.048721</w:t>
        <w:br/>
        <w:t>v -0.079907 0.161082 -0.048236</w:t>
        <w:br/>
        <w:t>v -0.081597 0.193264 -0.048857</w:t>
        <w:br/>
        <w:t>v -0.079923 0.187537 -0.047999</w:t>
        <w:br/>
        <w:t>v -0.082775 0.187364 -0.049213</w:t>
        <w:br/>
        <w:t>v -0.089738 0.187364 -0.030038</w:t>
        <w:br/>
        <w:t>v -0.086766 0.187538 -0.029159</w:t>
        <w:br/>
        <w:t>v -0.086915 0.161076 -0.028931</w:t>
        <w:br/>
        <w:t>v -0.083698 0.160401 -0.038418</w:t>
        <w:br/>
        <w:t>v -0.085206 0.161239 -0.038965</w:t>
        <w:br/>
        <w:t>v -0.081679 0.166463 -0.048809</w:t>
        <w:br/>
        <w:t>v -0.078827 0.166636 -0.047595</w:t>
        <w:br/>
        <w:t>v -0.085666 0.166630 -0.028764</w:t>
        <w:br/>
        <w:t>v -0.088639 0.166457 -0.029641</w:t>
        <w:br/>
        <w:t>v -0.089458 0.192110 -0.025736</w:t>
        <w:br/>
        <w:t>v -0.089825 0.187661 -0.023958</w:t>
        <w:br/>
        <w:t>v -0.089278 0.177022 -0.023344</w:t>
        <w:br/>
        <w:t>v -0.085666 0.166630 -0.028764</w:t>
        <w:br/>
        <w:t>v -0.086766 0.187538 -0.029159</w:t>
        <w:br/>
        <w:t>v -0.089738 0.187364 -0.030038</w:t>
        <w:br/>
        <w:t>v -0.088639 0.166457 -0.029641</w:t>
        <w:br/>
        <w:t>v -0.088707 0.166367 -0.023555</w:t>
        <w:br/>
        <w:t>v -0.087888 0.162267 -0.025181</w:t>
        <w:br/>
        <w:t>v -0.089967 0.166477 -0.024850</w:t>
        <w:br/>
        <w:t>v -0.079548 0.192118 -0.053096</w:t>
        <w:br/>
        <w:t>v -0.081175 0.191326 -0.053143</w:t>
        <w:br/>
        <w:t>v -0.080436 0.187387 -0.054496</w:t>
        <w:br/>
        <w:t>v -0.078659 0.187662 -0.054708</w:t>
        <w:br/>
        <w:t>v -0.078085 0.177030 -0.054921</w:t>
        <w:br/>
        <w:t>v -0.079888 0.176939 -0.054718</w:t>
        <w:br/>
        <w:t>v -0.081679 0.166463 -0.048809</w:t>
        <w:br/>
        <w:t>v -0.082775 0.187364 -0.049213</w:t>
        <w:br/>
        <w:t>v -0.079923 0.187537 -0.047999</w:t>
        <w:br/>
        <w:t>v -0.078827 0.166636 -0.047595</w:t>
        <w:br/>
        <w:t>v -0.083891 0.193085 -0.038480</w:t>
        <w:br/>
        <w:t>v -0.087033 0.192436 -0.029224</w:t>
        <w:br/>
        <w:t>v -0.088611 0.193265 -0.029537</w:t>
        <w:br/>
        <w:t>v -0.085399 0.193923 -0.039026</w:t>
        <w:br/>
        <w:t>v -0.077543 0.166382 -0.054302</w:t>
        <w:br/>
        <w:t>v -0.077987 0.162272 -0.052526</w:t>
        <w:br/>
        <w:t>v -0.076842 0.163069 -0.051371</w:t>
        <w:br/>
        <w:t>v -0.076504 0.166665 -0.052847</w:t>
        <w:br/>
        <w:t>v -0.078580 0.162087 -0.047528</w:t>
        <w:br/>
        <w:t>v -0.079907 0.161082 -0.048236</w:t>
        <w:br/>
        <w:t>v -0.081597 0.193264 -0.048857</w:t>
        <w:br/>
        <w:t>v -0.080172 0.192431 -0.048114</w:t>
        <w:br/>
        <w:t>v -0.085433 0.162077 -0.028654</w:t>
        <w:br/>
        <w:t>v -0.082293 0.161420 -0.037909</w:t>
        <w:br/>
        <w:t>v -0.083698 0.160401 -0.038418</w:t>
        <w:br/>
        <w:t>v -0.086915 0.161076 -0.028931</w:t>
        <w:br/>
        <w:t>v -0.089825 0.187661 -0.023958</w:t>
        <w:br/>
        <w:t>v -0.089458 0.192110 -0.025736</w:t>
        <w:br/>
        <w:t>v -0.087760 0.191507 -0.025900</w:t>
        <w:br/>
        <w:t>v -0.088078 0.187559 -0.024421</w:t>
        <w:br/>
        <w:t>v -0.087529 0.177105 -0.023815</w:t>
        <w:br/>
        <w:t>v -0.089278 0.177022 -0.023344</w:t>
        <w:br/>
        <w:t>v -0.087888 0.162267 -0.025181</w:t>
        <w:br/>
        <w:t>v -0.088707 0.166367 -0.023555</w:t>
        <w:br/>
        <w:t>v -0.086981 0.166649 -0.024022</w:t>
        <w:br/>
        <w:t>v -0.086266 0.163048 -0.025360</w:t>
        <w:br/>
        <w:t>v -0.078580 0.162087 -0.047528</w:t>
        <w:br/>
        <w:t>v -0.079548 0.192118 -0.053096</w:t>
        <w:br/>
        <w:t>v -0.078659 0.187662 -0.054708</w:t>
        <w:br/>
        <w:t>v -0.077602 0.187560 -0.053241</w:t>
        <w:br/>
        <w:t>v -0.078334 0.191499 -0.051904</w:t>
        <w:br/>
        <w:t>v -0.076504 0.166665 -0.052847</w:t>
        <w:br/>
        <w:t>v -0.077053 0.177112 -0.053429</w:t>
        <w:br/>
        <w:t>v -0.078085 0.177030 -0.054921</w:t>
        <w:br/>
        <w:t>v -0.077602 0.187560 -0.053241</w:t>
        <w:br/>
        <w:t>v -0.056338 0.159821 0.015526</w:t>
        <w:br/>
        <w:t>v -0.056272 0.158970 0.013673</w:t>
        <w:br/>
        <w:t>v -0.062177 0.157301 0.012467</w:t>
        <w:br/>
        <w:t>v -0.063038 0.157991 0.014321</w:t>
        <w:br/>
        <w:t>v -0.063935 0.159816 0.015021</w:t>
        <w:br/>
        <w:t>v -0.056494 0.161650 0.016263</w:t>
        <w:br/>
        <w:t>v -0.064344 0.161705 0.014102</w:t>
        <w:br/>
        <w:t>v -0.056645 0.163380 0.015443</w:t>
        <w:br/>
        <w:t>v -0.064025 0.162547 0.012158</w:t>
        <w:br/>
        <w:t>v -0.056705 0.164000 0.013558</w:t>
        <w:br/>
        <w:t>v -0.063165 0.161854 0.010316</w:t>
        <w:br/>
        <w:t>v -0.056638 0.163147 0.011707</w:t>
        <w:br/>
        <w:t>v -0.062268 0.160031 0.009642</w:t>
        <w:br/>
        <w:t>v -0.056482 0.161322 0.010975</w:t>
        <w:br/>
        <w:t>v -0.061858 0.158147 0.010534</w:t>
        <w:br/>
        <w:t>v -0.056331 0.159592 0.011789</w:t>
        <w:br/>
        <w:t>v -0.056331 0.159592 0.011789</w:t>
        <w:br/>
        <w:t>v -0.061858 0.158147 0.010534</w:t>
        <w:br/>
        <w:t>v -0.068323 0.153972 0.009877</w:t>
        <w:br/>
        <w:t>v -0.069393 0.154645 0.011679</w:t>
        <w:br/>
        <w:t>v -0.070658 0.156381 0.012317</w:t>
        <w:br/>
        <w:t>v -0.071400 0.158168 0.011267</w:t>
        <w:br/>
        <w:t>v -0.071217 0.158959 0.009287</w:t>
        <w:br/>
        <w:t>v -0.070167 0.158289 0.007487</w:t>
        <w:br/>
        <w:t>v -0.068917 0.156552 0.006894</w:t>
        <w:br/>
        <w:t>v -0.068164 0.154764 0.007902</w:t>
        <w:br/>
        <w:t>v -0.068164 0.154764 0.007902</w:t>
        <w:br/>
        <w:t>v -0.075073 0.148587 0.005641</w:t>
        <w:br/>
        <w:t>v -0.076726 0.149176 0.007297</w:t>
        <w:br/>
        <w:t>v -0.078812 0.150710 0.007939</w:t>
        <w:br/>
        <w:t>v -0.080294 0.152325 0.006694</w:t>
        <w:br/>
        <w:t>v -0.080539 0.153091 0.004770</w:t>
        <w:br/>
        <w:t>v -0.079002 0.152523 0.003129</w:t>
        <w:br/>
        <w:t>v -0.076999 0.150977 0.002655</w:t>
        <w:br/>
        <w:t>v -0.075451 0.149348 0.003717</w:t>
        <w:br/>
        <w:t>v -0.075451 0.149348 0.003717</w:t>
        <w:br/>
        <w:t>v -0.081921 0.141817 0.001223</w:t>
        <w:br/>
        <w:t>v -0.084013 0.142290 0.003021</w:t>
        <w:br/>
        <w:t>v -0.086879 0.143687 0.003516</w:t>
        <w:br/>
        <w:t>v -0.089165 0.145220 0.002273</w:t>
        <w:br/>
        <w:t>v -0.089858 0.146002 0.000169</w:t>
        <w:br/>
        <w:t>v -0.089858 0.146002 0.000169</w:t>
        <w:br/>
        <w:t>v -0.087671 0.145491 -0.001619</w:t>
        <w:br/>
        <w:t>v -0.084774 0.144071 -0.002088</w:t>
        <w:br/>
        <w:t>v -0.082534 0.142556 -0.000881</w:t>
        <w:br/>
        <w:t>v -0.082534 0.142556 -0.000881</w:t>
        <w:br/>
        <w:t>v -0.081921 0.141817 0.001223</w:t>
        <w:br/>
        <w:t>v -0.091742 0.131561 -0.000870</w:t>
        <w:br/>
        <w:t>v -0.089002 0.136316 0.000141</w:t>
        <w:br/>
        <w:t>v -0.086613 0.135943 -0.001822</w:t>
        <w:br/>
        <w:t>v -0.089253 0.131281 -0.002842</w:t>
        <w:br/>
        <w:t>v -0.096147 0.131648 -0.000586</w:t>
        <w:br/>
        <w:t>v -0.092599 0.137467 0.000557</w:t>
        <w:br/>
        <w:t>v -0.100430 0.131436 -0.002200</w:t>
        <w:br/>
        <w:t>v -0.095733 0.138724 -0.000908</w:t>
        <w:br/>
        <w:t>v -0.102372 0.131011 -0.004717</w:t>
        <w:br/>
        <w:t>v -0.096916 0.139342 -0.003286</w:t>
        <w:br/>
        <w:t>v -0.099413 0.130617 -0.006650</w:t>
        <w:br/>
        <w:t>v -0.094158 0.138867 -0.005217</w:t>
        <w:br/>
        <w:t>v -0.096916 0.139342 -0.003286</w:t>
        <w:br/>
        <w:t>v -0.102372 0.131011 -0.004717</w:t>
        <w:br/>
        <w:t>v -0.094680 0.130534 -0.006873</w:t>
        <w:br/>
        <w:t>v -0.090365 0.137673 -0.005616</w:t>
        <w:br/>
        <w:t>v -0.090672 0.130774 -0.005322</w:t>
        <w:br/>
        <w:t>v -0.087427 0.136457 -0.004195</w:t>
        <w:br/>
        <w:t>v -0.086613 0.135943 -0.001822</w:t>
        <w:br/>
        <w:t>v -0.087427 0.136457 -0.004195</w:t>
        <w:br/>
        <w:t>v -0.090672 0.130774 -0.005322</w:t>
        <w:br/>
        <w:t>v -0.089253 0.131281 -0.002842</w:t>
        <w:br/>
        <w:t>v -0.088025 0.127833 -0.000944</w:t>
        <w:br/>
        <w:t>v -0.090910 0.127889 0.001026</w:t>
        <w:br/>
        <w:t>v -0.095426 0.126864 0.001724</w:t>
        <w:br/>
        <w:t>v -0.099495 0.125360 0.000648</w:t>
        <w:br/>
        <w:t>v -0.101194 0.124047 -0.001763</w:t>
        <w:br/>
        <w:t>v -0.101194 0.124047 -0.001763</w:t>
        <w:br/>
        <w:t>v -0.098044 0.123662 -0.003768</w:t>
        <w:br/>
        <w:t>v -0.093323 0.124709 -0.004029</w:t>
        <w:br/>
        <w:t>v -0.089401 0.126401 -0.002990</w:t>
        <w:br/>
        <w:t>v -0.089401 0.126401 -0.002990</w:t>
        <w:br/>
        <w:t>v -0.088025 0.127833 -0.000944</w:t>
        <w:br/>
        <w:t>v -0.085683 0.124020 0.002360</w:t>
        <w:br/>
        <w:t>v -0.088498 0.123968 0.004372</w:t>
        <w:br/>
        <w:t>v -0.092712 0.122378 0.005435</w:t>
        <w:br/>
        <w:t>v -0.096139 0.120216 0.004580</w:t>
        <w:br/>
        <w:t>v -0.097148 0.118704 0.002465</w:t>
        <w:br/>
        <w:t>v -0.094357 0.118444 0.000515</w:t>
        <w:br/>
        <w:t>v -0.097148 0.118704 0.002465</w:t>
        <w:br/>
        <w:t>v -0.090264 0.119945 -0.000075</w:t>
        <w:br/>
        <w:t>v -0.086753 0.122248 0.000632</w:t>
        <w:br/>
        <w:t>v -0.086753 0.122248 0.000632</w:t>
        <w:br/>
        <w:t>v -0.085683 0.124020 0.002360</w:t>
        <w:br/>
        <w:t>v -0.085342 0.120692 0.008536</w:t>
        <w:br/>
        <w:t>v -0.082815 0.120557 0.006571</w:t>
        <w:br/>
        <w:t>v -0.088304 0.118993 0.009793</w:t>
        <w:br/>
        <w:t>v -0.090191 0.116410 0.009546</w:t>
        <w:br/>
        <w:t>v -0.090321 0.114429 0.007976</w:t>
        <w:br/>
        <w:t>v -0.090321 0.114429 0.007976</w:t>
        <w:br/>
        <w:t>v -0.088187 0.114425 0.006022</w:t>
        <w:br/>
        <w:t>v -0.085541 0.116166 0.004835</w:t>
        <w:br/>
        <w:t>v -0.083402 0.118680 0.005056</w:t>
        <w:br/>
        <w:t>v -0.083402 0.118680 0.005056</w:t>
        <w:br/>
        <w:t>v -0.082815 0.120557 0.006571</w:t>
        <w:br/>
        <w:t>v -0.080812 0.119830 0.009021</w:t>
        <w:br/>
        <w:t>v -0.082721 0.119966 0.011081</w:t>
        <w:br/>
        <w:t>v -0.083824 0.118101 0.013089</w:t>
        <w:br/>
        <w:t>v -0.083586 0.115192 0.013867</w:t>
        <w:br/>
        <w:t>v -0.082442 0.112978 0.012960</w:t>
        <w:br/>
        <w:t>v -0.081089 0.113016 0.010899</w:t>
        <w:br/>
        <w:t>v -0.082442 0.112978 0.012960</w:t>
        <w:br/>
        <w:t>v -0.080312 0.114988 0.008891</w:t>
        <w:br/>
        <w:t>v -0.080220 0.117775 0.008113</w:t>
        <w:br/>
        <w:t>v -0.080220 0.117775 0.008113</w:t>
        <w:br/>
        <w:t>v -0.080812 0.119830 0.009021</w:t>
        <w:br/>
        <w:t>v -0.080812 0.119830 0.009021</w:t>
        <w:br/>
        <w:t>v -0.079016 0.123504 0.009816</w:t>
        <w:br/>
        <w:t>v -0.080382 0.123606 0.011898</w:t>
        <w:br/>
        <w:t>v -0.082721 0.119966 0.011081</w:t>
        <w:br/>
        <w:t>v -0.080194 0.122591 0.014163</w:t>
        <w:br/>
        <w:t>v -0.078620 0.120939 0.015285</w:t>
        <w:br/>
        <w:t>v -0.076681 0.119538 0.014606</w:t>
        <w:br/>
        <w:t>v -0.075545 0.119421 0.012525</w:t>
        <w:br/>
        <w:t>v -0.075850 0.120433 0.010258</w:t>
        <w:br/>
        <w:t>v -0.077306 0.122085 0.009137</w:t>
        <w:br/>
        <w:t>v -0.077306 0.122085 0.009137</w:t>
        <w:br/>
        <w:t>v -0.075388 0.132251 0.010339</w:t>
        <w:br/>
        <w:t>v -0.076485 0.132490 0.012369</w:t>
        <w:br/>
        <w:t>v -0.075970 0.131972 0.014602</w:t>
        <w:br/>
        <w:t>v -0.074150 0.130979 0.015731</w:t>
        <w:br/>
        <w:t>v -0.072093 0.130042 0.015093</w:t>
        <w:br/>
        <w:t>v -0.071022 0.129685 0.013064</w:t>
        <w:br/>
        <w:t>v -0.071552 0.130141 0.010831</w:t>
        <w:br/>
        <w:t>v -0.073372 0.131195 0.009703</w:t>
        <w:br/>
        <w:t>v -0.073372 0.131195 0.009703</w:t>
        <w:br/>
        <w:t>v -0.070482 0.143758 0.011039</w:t>
        <w:br/>
        <w:t>v -0.071390 0.144198 0.012847</w:t>
        <w:br/>
        <w:t>v -0.070926 0.143842 0.014831</w:t>
        <w:br/>
        <w:t>v -0.069323 0.142892 0.015829</w:t>
        <w:br/>
        <w:t>v -0.067370 0.141900 0.015254</w:t>
        <w:br/>
        <w:t>v -0.066408 0.141449 0.013447</w:t>
        <w:br/>
        <w:t>v -0.066919 0.141809 0.011464</w:t>
        <w:br/>
        <w:t>v -0.068692 0.142766 0.010466</w:t>
        <w:br/>
        <w:t>v -0.068692 0.142766 0.010466</w:t>
        <w:br/>
        <w:t>v -0.066990 0.152246 0.013155</w:t>
        <w:br/>
        <w:t>v -0.066142 0.151673 0.011386</w:t>
        <w:br/>
        <w:t>v -0.061152 0.156516 0.011880</w:t>
        <w:br/>
        <w:t>v -0.061702 0.157313 0.013480</w:t>
        <w:br/>
        <w:t>v -0.066567 0.151813 0.015086</w:t>
        <w:br/>
        <w:t>v -0.061443 0.156763 0.015196</w:t>
        <w:br/>
        <w:t>v -0.060491 0.155188 0.016008</w:t>
        <w:br/>
        <w:t>v -0.065067 0.150615 0.016040</w:t>
        <w:br/>
        <w:t>v -0.059362 0.153514 0.015447</w:t>
        <w:br/>
        <w:t>v -0.063279 0.149341 0.015459</w:t>
        <w:br/>
        <w:t>v -0.058717 0.152714 0.013863</w:t>
        <w:br/>
        <w:t>v -0.062272 0.148736 0.013696</w:t>
        <w:br/>
        <w:t>v -0.062805 0.149189 0.011783</w:t>
        <w:br/>
        <w:t>v -0.059047 0.153268 0.012174</w:t>
        <w:br/>
        <w:t>v -0.060067 0.154840 0.011346</w:t>
        <w:br/>
        <w:t>v -0.064440 0.150410 0.010821</w:t>
        <w:br/>
        <w:t>v -0.064440 0.150410 0.010821</w:t>
        <w:br/>
        <w:t>v -0.060067 0.154840 0.011346</w:t>
        <w:br/>
        <w:t>v -0.055070 0.158628 0.012322</w:t>
        <w:br/>
        <w:t>v -0.050181 0.156435 0.012264</w:t>
        <w:br/>
        <w:t>v -0.050041 0.157200 0.013719</w:t>
        <w:br/>
        <w:t>v -0.055278 0.159600 0.013756</w:t>
        <w:br/>
        <w:t>v -0.050237 0.156707 0.015242</w:t>
        <w:br/>
        <w:t>v -0.055217 0.158967 0.015263</w:t>
        <w:br/>
        <w:t>v -0.050644 0.155248 0.015926</w:t>
        <w:br/>
        <w:t>v -0.054905 0.157107 0.015938</w:t>
        <w:br/>
        <w:t>v -0.051021 0.153696 0.015380</w:t>
        <w:br/>
        <w:t>v -0.054520 0.155135 0.015400</w:t>
        <w:br/>
        <w:t>v -0.051158 0.152954 0.013937</w:t>
        <w:br/>
        <w:t>v -0.054298 0.154194 0.013987</w:t>
        <w:br/>
        <w:t>v -0.050974 0.153439 0.012435</w:t>
        <w:br/>
        <w:t>v -0.054382 0.154814 0.012512</w:t>
        <w:br/>
        <w:t>v -0.050570 0.154875 0.011737</w:t>
        <w:br/>
        <w:t>v -0.054703 0.156641 0.011816</w:t>
        <w:br/>
        <w:t>v -0.054703 0.156641 0.011816</w:t>
        <w:br/>
        <w:t>v -0.050570 0.154875 0.011737</w:t>
        <w:br/>
        <w:t>v -0.039579 0.141082 0.014186</w:t>
        <w:br/>
        <w:t>v -0.045410 0.152188 0.013705</w:t>
        <w:br/>
        <w:t>v -0.045866 0.151682 0.012187</w:t>
        <w:br/>
        <w:t>v -0.040199 0.140803 0.012467</w:t>
        <w:br/>
        <w:t>v -0.040077 0.140543 0.016008</w:t>
        <w:br/>
        <w:t>v -0.045849 0.151845 0.015289</w:t>
        <w:br/>
        <w:t>v -0.041406 0.139513 0.016846</w:t>
        <w:br/>
        <w:t>v -0.046921 0.150856 0.016007</w:t>
        <w:br/>
        <w:t>v -0.042787 0.138580 0.016219</w:t>
        <w:br/>
        <w:t>v -0.047995 0.149804 0.015440</w:t>
        <w:br/>
        <w:t>v -0.048447 0.149301 0.013926</w:t>
        <w:br/>
        <w:t>v -0.043408 0.138286 0.014518</w:t>
        <w:br/>
        <w:t>v -0.042903 0.138809 0.012722</w:t>
        <w:br/>
        <w:t>v -0.048015 0.149640 0.012348</w:t>
        <w:br/>
        <w:t>v -0.041573 0.139855 0.011867</w:t>
        <w:br/>
        <w:t>v -0.046947 0.150625 0.011628</w:t>
        <w:br/>
        <w:t>v -0.046947 0.150625 0.011628</w:t>
        <w:br/>
        <w:t>v -0.041573 0.139855 0.011867</w:t>
        <w:br/>
        <w:t>v -0.034112 0.131497 0.013492</w:t>
        <w:br/>
        <w:t>v -0.035017 0.131337 0.011463</w:t>
        <w:br/>
        <w:t>v -0.031231 0.128048 0.009371</w:t>
        <w:br/>
        <w:t>v -0.029774 0.127912 0.011211</w:t>
        <w:br/>
        <w:t>v -0.034363 0.130399 0.015673</w:t>
        <w:br/>
        <w:t>v -0.028814 0.125990 0.012750</w:t>
        <w:br/>
        <w:t>v -0.028967 0.123389 0.013086</w:t>
        <w:br/>
        <w:t>v -0.035647 0.128659 0.016729</w:t>
        <w:br/>
        <w:t>v -0.030151 0.121643 0.011986</w:t>
        <w:br/>
        <w:t>v -0.037217 0.127319 0.016021</w:t>
        <w:br/>
        <w:t>v -0.031623 0.121782 0.010095</w:t>
        <w:br/>
        <w:t>v -0.038133 0.127184 0.013962</w:t>
        <w:br/>
        <w:t>v -0.032515 0.123734 0.008551</w:t>
        <w:br/>
        <w:t>v -0.037851 0.128324 0.011777</w:t>
        <w:br/>
        <w:t>v -0.032343 0.126331 0.008266</w:t>
        <w:br/>
        <w:t>v -0.036558 0.130036 0.010748</w:t>
        <w:br/>
        <w:t>v -0.036558 0.130036 0.010748</w:t>
        <w:br/>
        <w:t>v -0.032343 0.126331 0.008266</w:t>
        <w:br/>
        <w:t>v -0.028346 0.128985 0.006313</w:t>
        <w:br/>
        <w:t>v -0.026420 0.128978 0.007834</w:t>
        <w:br/>
        <w:t>v -0.024341 0.127390 0.008391</w:t>
        <w:br/>
        <w:t>v -0.023379 0.125140 0.007655</w:t>
        <w:br/>
        <w:t>v -0.024060 0.123537 0.006032</w:t>
        <w:br/>
        <w:t>v -0.025925 0.123545 0.004465</w:t>
        <w:br/>
        <w:t>v -0.027908 0.125148 0.003891</w:t>
        <w:br/>
        <w:t>v -0.028897 0.127401 0.004667</w:t>
        <w:br/>
        <w:t>v -0.028897 0.127401 0.004667</w:t>
        <w:br/>
        <w:t>v -0.026699 0.133478 0.002447</w:t>
        <w:br/>
        <w:t>v -0.024641 0.133691 0.003853</w:t>
        <w:br/>
        <w:t>v -0.022129 0.132770 0.003912</w:t>
        <w:br/>
        <w:t>v -0.020677 0.131245 0.002525</w:t>
        <w:br/>
        <w:t>v -0.021097 0.129931 0.000555</w:t>
        <w:br/>
        <w:t>v -0.023131 0.129792 -0.000793</w:t>
        <w:br/>
        <w:t>v -0.025595 0.130746 -0.000772</w:t>
        <w:br/>
        <w:t>v -0.027071 0.132244 0.000568</w:t>
        <w:br/>
        <w:t>v -0.027071 0.132244 0.000568</w:t>
        <w:br/>
        <w:t>v -0.026165 0.137133 0.000613</w:t>
        <w:br/>
        <w:t>v -0.024129 0.137568 0.001864</w:t>
        <w:br/>
        <w:t>v -0.021639 0.137457 0.001361</w:t>
        <w:br/>
        <w:t>v -0.020151 0.136876 -0.000629</w:t>
        <w:br/>
        <w:t>v -0.020538 0.136065 -0.002892</w:t>
        <w:br/>
        <w:t>v -0.022579 0.135628 -0.004088</w:t>
        <w:br/>
        <w:t>v -0.025078 0.135705 -0.003526</w:t>
        <w:br/>
        <w:t>v -0.026562 0.136300 -0.001568</w:t>
        <w:br/>
        <w:t>v -0.026562 0.136300 -0.001568</w:t>
        <w:br/>
        <w:t>v -0.028313 0.141000 0.000933</w:t>
        <w:br/>
        <w:t>v -0.026427 0.141786 0.002114</w:t>
        <w:br/>
        <w:t>v -0.024446 0.142842 0.001494</w:t>
        <w:br/>
        <w:t>v -0.023529 0.143552 -0.000564</w:t>
        <w:br/>
        <w:t>v -0.024215 0.143421 -0.002850</w:t>
        <w:br/>
        <w:t>v -0.026098 0.142565 -0.004023</w:t>
        <w:br/>
        <w:t>v -0.028080 0.141439 -0.003395</w:t>
        <w:br/>
        <w:t>v -0.028998 0.140764 -0.001340</w:t>
        <w:br/>
        <w:t>v -0.028998 0.140764 -0.001340</w:t>
        <w:br/>
        <w:t>v -0.033443 0.145678 0.003551</w:t>
        <w:br/>
        <w:t>v -0.031708 0.146755 0.004771</w:t>
        <w:br/>
        <w:t>v -0.030052 0.148413 0.004270</w:t>
        <w:br/>
        <w:t>v -0.029450 0.149686 0.002339</w:t>
        <w:br/>
        <w:t>v -0.030247 0.149805 0.000111</w:t>
        <w:br/>
        <w:t>v -0.031974 0.148702 -0.001109</w:t>
        <w:br/>
        <w:t>v -0.033626 0.146995 -0.000609</w:t>
        <w:br/>
        <w:t>v -0.034236 0.145717 0.001323</w:t>
        <w:br/>
        <w:t>v -0.034236 0.145717 0.001323</w:t>
        <w:br/>
        <w:t>v -0.045160 0.157285 0.012606</w:t>
        <w:br/>
        <w:t>v -0.037690 0.151580 0.008483</w:t>
        <w:br/>
        <w:t>v -0.039192 0.150304 0.007273</w:t>
        <w:br/>
        <w:t>v -0.046354 0.156014 0.011446</w:t>
        <w:br/>
        <w:t>v -0.036380 0.153513 0.008135</w:t>
        <w:br/>
        <w:t>v -0.044204 0.159189 0.012386</w:t>
        <w:br/>
        <w:t>v -0.044046 0.160606 0.010916</w:t>
        <w:br/>
        <w:t>v -0.036034 0.154971 0.006434</w:t>
        <w:br/>
        <w:t>v -0.044779 0.160701 0.009056</w:t>
        <w:br/>
        <w:t>v -0.036846 0.155110 0.004375</w:t>
        <w:br/>
        <w:t>v -0.045971 0.159425 0.007896</w:t>
        <w:br/>
        <w:t>v -0.038337 0.153842 0.003166</w:t>
        <w:br/>
        <w:t>v -0.046926 0.157529 0.008116</w:t>
        <w:br/>
        <w:t>v -0.039641 0.151901 0.003513</w:t>
        <w:br/>
        <w:t>v -0.047086 0.156119 0.009587</w:t>
        <w:br/>
        <w:t>v -0.039998 0.150430 0.005214</w:t>
        <w:br/>
        <w:t>v -0.039998 0.150430 0.005214</w:t>
        <w:br/>
        <w:t>v -0.047086 0.156119 0.009587</w:t>
        <w:br/>
        <w:t>v -0.051231 0.158634 0.013367</w:t>
        <w:br/>
        <w:t>v -0.050399 0.159847 0.014651</w:t>
        <w:br/>
        <w:t>v -0.049862 0.161759 0.014685</w:t>
        <w:br/>
        <w:t>v -0.049936 0.163241 0.013447</w:t>
        <w:br/>
        <w:t>v -0.050574 0.163423 0.011664</w:t>
        <w:br/>
        <w:t>v -0.051404 0.162207 0.010380</w:t>
        <w:br/>
        <w:t>v -0.051940 0.160307 0.010346</w:t>
        <w:br/>
        <w:t>v -0.051870 0.158828 0.011584</w:t>
        <w:br/>
        <w:t>v -0.051870 0.158828 0.011584</w:t>
        <w:br/>
        <w:t>v -0.056272 0.158970 0.013673</w:t>
        <w:br/>
        <w:t>v -0.056338 0.159821 0.015526</w:t>
        <w:br/>
        <w:t>v -0.056494 0.161650 0.016263</w:t>
        <w:br/>
        <w:t>v -0.056645 0.163380 0.015443</w:t>
        <w:br/>
        <w:t>v -0.056705 0.164000 0.013558</w:t>
        <w:br/>
        <w:t>v -0.056638 0.163147 0.011707</w:t>
        <w:br/>
        <w:t>v -0.056482 0.161322 0.010975</w:t>
        <w:br/>
        <w:t>v -0.056331 0.159592 0.011789</w:t>
        <w:br/>
        <w:t>v -0.056331 0.159592 0.011789</w:t>
        <w:br/>
        <w:t>v -0.053193 0.163317 0.017749</w:t>
        <w:br/>
        <w:t>v -0.052910 0.165104 0.013806</w:t>
        <w:br/>
        <w:t>v -0.061348 0.162696 0.013806</w:t>
        <w:br/>
        <w:t>v -0.061049 0.161577 0.017749</w:t>
        <w:br/>
        <w:t>v -0.063143 0.164552 0.013800</w:t>
        <w:br/>
        <w:t>v -0.062795 0.162769 0.019329</w:t>
        <w:br/>
        <w:t>v -0.061049 0.161577 0.017749</w:t>
        <w:br/>
        <w:t>v -0.061348 0.162696 0.013806</w:t>
        <w:br/>
        <w:t>v -0.062795 0.162769 0.019329</w:t>
        <w:br/>
        <w:t>v -0.063143 0.164552 0.013800</w:t>
        <w:br/>
        <w:t>v -0.061411 0.167286 0.013792</w:t>
        <w:br/>
        <w:t>v -0.061096 0.164868 0.020909</w:t>
        <w:br/>
        <w:t>v -0.057510 0.169309 0.013790</w:t>
        <w:br/>
        <w:t>v -0.057287 0.166462 0.021564</w:t>
        <w:br/>
        <w:t>v -0.052747 0.169494 0.013792</w:t>
        <w:br/>
        <w:t>v -0.052858 0.166708 0.020909</w:t>
        <w:br/>
        <w:t>v -0.050976 0.167776 0.013800</w:t>
        <w:br/>
        <w:t>v -0.051195 0.165527 0.019329</w:t>
        <w:br/>
        <w:t>v -0.051195 0.165527 0.019329</w:t>
        <w:br/>
        <w:t>v -0.050976 0.167776 0.013800</w:t>
        <w:br/>
        <w:t>v -0.052982 0.163604 0.009908</w:t>
        <w:br/>
        <w:t>v -0.061171 0.161332 0.009908</w:t>
        <w:br/>
        <w:t>v -0.061171 0.161332 0.009908</w:t>
        <w:br/>
        <w:t>v -0.062814 0.162710 0.008284</w:t>
        <w:br/>
        <w:t>v -0.062814 0.162710 0.008284</w:t>
        <w:br/>
        <w:t>v -0.061091 0.164837 0.006660</w:t>
        <w:br/>
        <w:t>v -0.057284 0.166424 0.005988</w:t>
        <w:br/>
        <w:t>v -0.052858 0.166672 0.006660</w:t>
        <w:br/>
        <w:t>v -0.051161 0.165553 0.008284</w:t>
        <w:br/>
        <w:t>v -0.051161 0.165553 0.008284</w:t>
        <w:br/>
        <w:t>v -0.053560 0.159157 0.008464</w:t>
        <w:br/>
        <w:t>v -0.060494 0.157569 0.008464</w:t>
        <w:br/>
        <w:t>v -0.060494 0.157569 0.008464</w:t>
        <w:br/>
        <w:t>v -0.061725 0.157451 0.006278</w:t>
        <w:br/>
        <w:t>v -0.061725 0.157451 0.006278</w:t>
        <w:br/>
        <w:t>v -0.060189 0.157820 0.004092</w:t>
        <w:br/>
        <w:t>v -0.056870 0.158402 0.003186</w:t>
        <w:br/>
        <w:t>v -0.053401 0.159007 0.004092</w:t>
        <w:br/>
        <w:t>v -0.052029 0.159378 0.006278</w:t>
        <w:br/>
        <w:t>v -0.052029 0.159378 0.006278</w:t>
        <w:br/>
        <w:t>v -0.059765 0.154155 0.010110</w:t>
        <w:br/>
        <w:t>v -0.054108 0.155203 0.010110</w:t>
        <w:br/>
        <w:t>v -0.059765 0.154155 0.010110</w:t>
        <w:br/>
        <w:t>v -0.060696 0.152617 0.008602</w:t>
        <w:br/>
        <w:t>v -0.060696 0.152617 0.008602</w:t>
        <w:br/>
        <w:t>v -0.059371 0.151339 0.007094</w:t>
        <w:br/>
        <w:t>v -0.056594 0.150996 0.006469</w:t>
        <w:br/>
        <w:t>v -0.053893 0.151965 0.007094</w:t>
        <w:br/>
        <w:t>v -0.052832 0.153780 0.008602</w:t>
        <w:br/>
        <w:t>v -0.052832 0.153780 0.008602</w:t>
        <w:br/>
        <w:t>v -0.054108 0.155203 0.010110</w:t>
        <w:br/>
        <w:t>v -0.054424 0.153878 0.013760</w:t>
        <w:br/>
        <w:t>v -0.059405 0.153017 0.013760</w:t>
        <w:br/>
        <w:t>v -0.059405 0.153017 0.013760</w:t>
        <w:br/>
        <w:t>v -0.060201 0.150964 0.013785</w:t>
        <w:br/>
        <w:t>v -0.060201 0.150964 0.013785</w:t>
        <w:br/>
        <w:t>v -0.059005 0.149101 0.013811</w:t>
        <w:br/>
        <w:t>v -0.056544 0.148449 0.013821</w:t>
        <w:br/>
        <w:t>v -0.054190 0.149565 0.013811</w:t>
        <w:br/>
        <w:t>v -0.053282 0.151886 0.013785</w:t>
        <w:br/>
        <w:t>v -0.054424 0.153878 0.013760</w:t>
        <w:br/>
        <w:t>v -0.054424 0.153878 0.013760</w:t>
        <w:br/>
        <w:t>v -0.054113 0.155343 0.017446</w:t>
        <w:br/>
        <w:t>v -0.059777 0.154281 0.017446</w:t>
        <w:br/>
        <w:t>v -0.059405 0.153017 0.013760</w:t>
        <w:br/>
        <w:t>v -0.059405 0.153017 0.013760</w:t>
        <w:br/>
        <w:t>v -0.059777 0.154281 0.017446</w:t>
        <w:br/>
        <w:t>v -0.060711 0.152751 0.018930</w:t>
        <w:br/>
        <w:t>v -0.060201 0.150964 0.013785</w:t>
        <w:br/>
        <w:t>v -0.060711 0.152751 0.018930</w:t>
        <w:br/>
        <w:t>v -0.059386 0.151491 0.020413</w:t>
        <w:br/>
        <w:t>v -0.059005 0.149101 0.013811</w:t>
        <w:br/>
        <w:t>v -0.056607 0.151164 0.021028</w:t>
        <w:br/>
        <w:t>v -0.056544 0.148449 0.013821</w:t>
        <w:br/>
        <w:t>v -0.054190 0.149565 0.013811</w:t>
        <w:br/>
        <w:t>v -0.053900 0.152136 0.020413</w:t>
        <w:br/>
        <w:t>v -0.053282 0.151886 0.013785</w:t>
        <w:br/>
        <w:t>v -0.052837 0.153938 0.018930</w:t>
        <w:br/>
        <w:t>v -0.054113 0.155343 0.017446</w:t>
        <w:br/>
        <w:t>v -0.054424 0.153878 0.013760</w:t>
        <w:br/>
        <w:t>v -0.053592 0.159268 0.019314</w:t>
        <w:br/>
        <w:t>v -0.060474 0.157765 0.019314</w:t>
        <w:br/>
        <w:t>v -0.060474 0.157765 0.019314</w:t>
        <w:br/>
        <w:t>v -0.061716 0.157618 0.021526</w:t>
        <w:br/>
        <w:t>v -0.061716 0.157618 0.021526</w:t>
        <w:br/>
        <w:t>v -0.060177 0.157982 0.023738</w:t>
        <w:br/>
        <w:t>v -0.056859 0.158559 0.024655</w:t>
        <w:br/>
        <w:t>v -0.053393 0.159158 0.023738</w:t>
        <w:br/>
        <w:t>v -0.052030 0.159525 0.021526</w:t>
        <w:br/>
        <w:t>v -0.052030 0.159525 0.021526</w:t>
        <w:br/>
        <w:t>v -0.053592 0.159268 0.019314</w:t>
        <w:br/>
        <w:t>v -0.080357 0.076432 0.044459</w:t>
        <w:br/>
        <w:t>v -0.078895 0.083352 0.040343</w:t>
        <w:br/>
        <w:t>v -0.076958 0.084411 0.042958</w:t>
        <w:br/>
        <w:t>v -0.078307 0.077641 0.047146</w:t>
        <w:br/>
        <w:t>v -0.078307 0.077641 0.047146</w:t>
        <w:br/>
        <w:t>v -0.076958 0.084411 0.042958</w:t>
        <w:br/>
        <w:t>v -0.073585 0.083841 0.042924</w:t>
        <w:br/>
        <w:t>v -0.074779 0.076983 0.047146</w:t>
        <w:br/>
        <w:t>v -0.074779 0.076983 0.047146</w:t>
        <w:br/>
        <w:t>v -0.073585 0.083841 0.042924</w:t>
        <w:br/>
        <w:t>v -0.072150 0.082212 0.040275</w:t>
        <w:br/>
        <w:t>v -0.073302 0.075116 0.044459</w:t>
        <w:br/>
        <w:t>v -0.073302 0.075116 0.044459</w:t>
        <w:br/>
        <w:t>v -0.072150 0.082212 0.040275</w:t>
        <w:br/>
        <w:t>v -0.074086 0.081154 0.037660</w:t>
        <w:br/>
        <w:t>v -0.075353 0.073907 0.041774</w:t>
        <w:br/>
        <w:t>v -0.078881 0.074565 0.041774</w:t>
        <w:br/>
        <w:t>v -0.075353 0.073907 0.041774</w:t>
        <w:br/>
        <w:t>v -0.074086 0.081154 0.037660</w:t>
        <w:br/>
        <w:t>v -0.077459 0.081724 0.037695</w:t>
        <w:br/>
        <w:t>v -0.077459 0.081724 0.037695</w:t>
        <w:br/>
        <w:t>v -0.078895 0.083352 0.040343</w:t>
        <w:br/>
        <w:t>v -0.080357 0.076432 0.044459</w:t>
        <w:br/>
        <w:t>v -0.078881 0.074565 0.041774</w:t>
        <w:br/>
        <w:t>v -0.076746 0.097334 0.033848</w:t>
        <w:br/>
        <w:t>v -0.074933 0.098123 0.036443</w:t>
        <w:br/>
        <w:t>v -0.074933 0.098123 0.036443</w:t>
        <w:br/>
        <w:t>v -0.071710 0.097636 0.036386</w:t>
        <w:br/>
        <w:t>v -0.071710 0.097636 0.036386</w:t>
        <w:br/>
        <w:t>v -0.070301 0.096361 0.033734</w:t>
        <w:br/>
        <w:t>v -0.070301 0.096361 0.033734</w:t>
        <w:br/>
        <w:t>v -0.072114 0.095573 0.031139</w:t>
        <w:br/>
        <w:t>v -0.072114 0.095573 0.031139</w:t>
        <w:br/>
        <w:t>v -0.075336 0.096059 0.031196</w:t>
        <w:br/>
        <w:t>v -0.075336 0.096059 0.031196</w:t>
        <w:br/>
        <w:t>v -0.076746 0.097334 0.033848</w:t>
        <w:br/>
        <w:t>v -0.074395 0.113486 0.028236</w:t>
        <w:br/>
        <w:t>v -0.072622 0.113994 0.030929</w:t>
        <w:br/>
        <w:t>v -0.069396 0.113526 0.030864</w:t>
        <w:br/>
        <w:t>v -0.072622 0.113994 0.030929</w:t>
        <w:br/>
        <w:t>v -0.069396 0.113526 0.030864</w:t>
        <w:br/>
        <w:t>v -0.067943 0.112552 0.028109</w:t>
        <w:br/>
        <w:t>v -0.067943 0.112552 0.028109</w:t>
        <w:br/>
        <w:t>v -0.069717 0.112045 0.025416</w:t>
        <w:br/>
        <w:t>v -0.069717 0.112045 0.025416</w:t>
        <w:br/>
        <w:t>v -0.072943 0.112511 0.025480</w:t>
        <w:br/>
        <w:t>v -0.072943 0.112511 0.025480</w:t>
        <w:br/>
        <w:t>v -0.074395 0.113486 0.028236</w:t>
        <w:br/>
        <w:t>v -0.072379 0.128362 0.025027</w:t>
        <w:br/>
        <w:t>v -0.070652 0.128669 0.027736</w:t>
        <w:br/>
        <w:t>v -0.070652 0.128669 0.027736</w:t>
        <w:br/>
        <w:t>v -0.067465 0.128151 0.027686</w:t>
        <w:br/>
        <w:t>v -0.067465 0.128151 0.027686</w:t>
        <w:br/>
        <w:t>v -0.066007 0.127326 0.024929</w:t>
        <w:br/>
        <w:t>v -0.066007 0.127326 0.024929</w:t>
        <w:br/>
        <w:t>v -0.067734 0.127019 0.022219</w:t>
        <w:br/>
        <w:t>v -0.067734 0.127019 0.022219</w:t>
        <w:br/>
        <w:t>v -0.070920 0.127536 0.022268</w:t>
        <w:br/>
        <w:t>v -0.072379 0.128362 0.025027</w:t>
        <w:br/>
        <w:t>v -0.070920 0.127536 0.022268</w:t>
        <w:br/>
        <w:t>v -0.069723 0.141682 0.022161</w:t>
        <w:br/>
        <w:t>v -0.068107 0.141900 0.024733</w:t>
        <w:br/>
        <w:t>v -0.068107 0.141900 0.024733</w:t>
        <w:br/>
        <w:t>v -0.065131 0.141253 0.024721</w:t>
        <w:br/>
        <w:t>v -0.065131 0.141253 0.024721</w:t>
        <w:br/>
        <w:t>v -0.063770 0.140388 0.022137</w:t>
        <w:br/>
        <w:t>v -0.063770 0.140388 0.022137</w:t>
        <w:br/>
        <w:t>v -0.065386 0.140171 0.019566</w:t>
        <w:br/>
        <w:t>v -0.065386 0.140171 0.019566</w:t>
        <w:br/>
        <w:t>v -0.068362 0.140816 0.019577</w:t>
        <w:br/>
        <w:t>v -0.068362 0.140816 0.019577</w:t>
        <w:br/>
        <w:t>v -0.069723 0.141682 0.022161</w:t>
        <w:br/>
        <w:t>v -0.066518 0.153575 0.019445</w:t>
        <w:br/>
        <w:t>v -0.065086 0.153571 0.021851</w:t>
        <w:br/>
        <w:t>v -0.065086 0.153571 0.021851</w:t>
        <w:br/>
        <w:t>v -0.062495 0.152412 0.021968</w:t>
        <w:br/>
        <w:t>v -0.062495 0.152412 0.021968</w:t>
        <w:br/>
        <w:t>v -0.061337 0.151257 0.019680</w:t>
        <w:br/>
        <w:t>v -0.061337 0.151257 0.019680</w:t>
        <w:br/>
        <w:t>v -0.062768 0.151261 0.017274</w:t>
        <w:br/>
        <w:t>v -0.065359 0.152420 0.017156</w:t>
        <w:br/>
        <w:t>v -0.062768 0.151261 0.017274</w:t>
        <w:br/>
        <w:t>v -0.065359 0.152420 0.017156</w:t>
        <w:br/>
        <w:t>v -0.066518 0.153575 0.019445</w:t>
        <w:br/>
        <w:t>v -0.062145 0.159472 0.017519</w:t>
        <w:br/>
        <w:t>v -0.061075 0.159044 0.019950</w:t>
        <w:br/>
        <w:t>v -0.061075 0.159044 0.019950</w:t>
        <w:br/>
        <w:t>v -0.059359 0.156879 0.020401</w:t>
        <w:br/>
        <w:t>v -0.059359 0.156879 0.020401</w:t>
        <w:br/>
        <w:t>v -0.058712 0.155142 0.018421</w:t>
        <w:br/>
        <w:t>v -0.058712 0.155142 0.018421</w:t>
        <w:br/>
        <w:t>v -0.059782 0.155569 0.015991</w:t>
        <w:br/>
        <w:t>v -0.059782 0.155569 0.015991</w:t>
        <w:br/>
        <w:t>v -0.061498 0.157734 0.015539</w:t>
        <w:br/>
        <w:t>v -0.061498 0.157734 0.015539</w:t>
        <w:br/>
        <w:t>v -0.062145 0.159472 0.017519</w:t>
        <w:br/>
        <w:t>v -0.056371 0.161651 0.016281</w:t>
        <w:br/>
        <w:t>v -0.056371 0.160811 0.018939</w:t>
        <w:br/>
        <w:t>v -0.056371 0.160811 0.018939</w:t>
        <w:br/>
        <w:t>v -0.056371 0.158076 0.019712</w:t>
        <w:br/>
        <w:t>v -0.056371 0.158076 0.019712</w:t>
        <w:br/>
        <w:t>v -0.056371 0.156181 0.017827</w:t>
        <w:br/>
        <w:t>v -0.056371 0.156181 0.017827</w:t>
        <w:br/>
        <w:t>v -0.056371 0.157021 0.015170</w:t>
        <w:br/>
        <w:t>v -0.056371 0.159756 0.014397</w:t>
        <w:br/>
        <w:t>v -0.056371 0.157021 0.015170</w:t>
        <w:br/>
        <w:t>v -0.056371 0.159756 0.014397</w:t>
        <w:br/>
        <w:t>v -0.056371 0.161651 0.016281</w:t>
        <w:br/>
        <w:t>v -0.051655 0.159041 0.019952</w:t>
        <w:br/>
        <w:t>v -0.050546 0.159456 0.017530</w:t>
        <w:br/>
        <w:t>v -0.053420 0.156892 0.020393</w:t>
        <w:br/>
        <w:t>v -0.051655 0.159041 0.019952</w:t>
        <w:br/>
        <w:t>v -0.053420 0.156892 0.020393</w:t>
        <w:br/>
        <w:t>v -0.054076 0.155157 0.018411</w:t>
        <w:br/>
        <w:t>v -0.052968 0.155572 0.015988</w:t>
        <w:br/>
        <w:t>v -0.054076 0.155157 0.018411</w:t>
        <w:br/>
        <w:t>v -0.052968 0.155572 0.015988</w:t>
        <w:br/>
        <w:t>v -0.051204 0.157722 0.015548</w:t>
        <w:br/>
        <w:t>v -0.051204 0.157722 0.015548</w:t>
        <w:br/>
        <w:t>v -0.050546 0.159456 0.017530</w:t>
        <w:br/>
        <w:t>v -0.046306 0.153289 0.019613</w:t>
        <w:br/>
        <w:t>v -0.047791 0.153358 0.021986</w:t>
        <w:br/>
        <w:t>v -0.047791 0.153358 0.021986</w:t>
        <w:br/>
        <w:t>v -0.050446 0.152323 0.022046</w:t>
        <w:br/>
        <w:t>v -0.051616 0.151221 0.019734</w:t>
        <w:br/>
        <w:t>v -0.050446 0.152323 0.022046</w:t>
        <w:br/>
        <w:t>v -0.051616 0.151221 0.019734</w:t>
        <w:br/>
        <w:t>v -0.050131 0.151152 0.017360</w:t>
        <w:br/>
        <w:t>v -0.050131 0.151152 0.017360</w:t>
        <w:br/>
        <w:t>v -0.047476 0.152187 0.017299</w:t>
        <w:br/>
        <w:t>v -0.047476 0.152187 0.017299</w:t>
        <w:br/>
        <w:t>v -0.046306 0.153289 0.019613</w:t>
        <w:br/>
        <w:t>v -0.045840 0.142782 0.024602</w:t>
        <w:br/>
        <w:t>v -0.044185 0.142488 0.022063</w:t>
        <w:br/>
        <w:t>v -0.048850 0.142329 0.024518</w:t>
        <w:br/>
        <w:t>v -0.045840 0.142782 0.024602</w:t>
        <w:br/>
        <w:t>v -0.048850 0.142329 0.024518</w:t>
        <w:br/>
        <w:t>v -0.050207 0.141583 0.021895</w:t>
        <w:br/>
        <w:t>v -0.050207 0.141583 0.021895</w:t>
        <w:br/>
        <w:t>v -0.048552 0.141290 0.019356</w:t>
        <w:br/>
        <w:t>v -0.048552 0.141290 0.019356</w:t>
        <w:br/>
        <w:t>v -0.045542 0.141742 0.019440</w:t>
        <w:br/>
        <w:t>v -0.045542 0.141742 0.019440</w:t>
        <w:br/>
        <w:t>v -0.044185 0.142488 0.022063</w:t>
        <w:br/>
        <w:t>v -0.042435 0.129010 0.024688</w:t>
        <w:br/>
        <w:t>v -0.044197 0.129382 0.027368</w:t>
        <w:br/>
        <w:t>v -0.047398 0.128986 0.027262</w:t>
        <w:br/>
        <w:t>v -0.044197 0.129382 0.027368</w:t>
        <w:br/>
        <w:t>v -0.048838 0.128217 0.024477</w:t>
        <w:br/>
        <w:t>v -0.047398 0.128986 0.027262</w:t>
        <w:br/>
        <w:t>v -0.048838 0.128217 0.024477</w:t>
        <w:br/>
        <w:t>v -0.047077 0.127844 0.021798</w:t>
        <w:br/>
        <w:t>v -0.047077 0.127844 0.021798</w:t>
        <w:br/>
        <w:t>v -0.043875 0.128240 0.021904</w:t>
        <w:br/>
        <w:t>v -0.043875 0.128240 0.021904</w:t>
        <w:br/>
        <w:t>v -0.042435 0.129010 0.024688</w:t>
        <w:br/>
        <w:t>v -0.040638 0.113946 0.028278</w:t>
        <w:br/>
        <w:t>v -0.042436 0.114493 0.030943</w:t>
        <w:br/>
        <w:t>v -0.042436 0.114493 0.030943</w:t>
        <w:br/>
        <w:t>v -0.045669 0.114088 0.030838</w:t>
        <w:br/>
        <w:t>v -0.045669 0.114088 0.030838</w:t>
        <w:br/>
        <w:t>v -0.047103 0.113137 0.028066</w:t>
        <w:br/>
        <w:t>v -0.045304 0.112590 0.025401</w:t>
        <w:br/>
        <w:t>v -0.047103 0.113137 0.028066</w:t>
        <w:br/>
        <w:t>v -0.045304 0.112590 0.025401</w:t>
        <w:br/>
        <w:t>v -0.042071 0.112995 0.025507</w:t>
        <w:br/>
        <w:t>v -0.042071 0.112995 0.025507</w:t>
        <w:br/>
        <w:t>v -0.040638 0.113946 0.028278</w:t>
        <w:br/>
        <w:t>v -0.040636 0.098738 0.036142</w:t>
        <w:br/>
        <w:t>v -0.038812 0.097986 0.033546</w:t>
        <w:br/>
        <w:t>v -0.043862 0.098276 0.036054</w:t>
        <w:br/>
        <w:t>v -0.040636 0.098738 0.036142</w:t>
        <w:br/>
        <w:t>v -0.043862 0.098276 0.036054</w:t>
        <w:br/>
        <w:t>v -0.045264 0.097060 0.033370</w:t>
        <w:br/>
        <w:t>v -0.045264 0.097060 0.033370</w:t>
        <w:br/>
        <w:t>v -0.043440 0.096308 0.030773</w:t>
        <w:br/>
        <w:t>v -0.043440 0.096308 0.030773</w:t>
        <w:br/>
        <w:t>v -0.040214 0.096770 0.030861</w:t>
        <w:br/>
        <w:t>v -0.038812 0.097986 0.033546</w:t>
        <w:br/>
        <w:t>v -0.040214 0.096770 0.030861</w:t>
        <w:br/>
        <w:t>v -0.036408 0.083264 0.040024</w:t>
        <w:br/>
        <w:t>v -0.038362 0.084328 0.042629</w:t>
        <w:br/>
        <w:t>v -0.038362 0.084328 0.042629</w:t>
        <w:br/>
        <w:t>v -0.041733 0.083749 0.042579</w:t>
        <w:br/>
        <w:t>v -0.041733 0.083749 0.042579</w:t>
        <w:br/>
        <w:t>v -0.043149 0.082106 0.039924</w:t>
        <w:br/>
        <w:t>v -0.041195 0.081042 0.037319</w:t>
        <w:br/>
        <w:t>v -0.043149 0.082106 0.039924</w:t>
        <w:br/>
        <w:t>v -0.041195 0.081042 0.037319</w:t>
        <w:br/>
        <w:t>v -0.037825 0.081621 0.037369</w:t>
        <w:br/>
        <w:t>v -0.037825 0.081621 0.037369</w:t>
        <w:br/>
        <w:t>v -0.036408 0.083264 0.040024</w:t>
        <w:br/>
        <w:t>v -0.034994 0.076221 0.044490</w:t>
        <w:br/>
        <w:t>v -0.037075 0.077511 0.047115</w:t>
        <w:br/>
        <w:t>v -0.037075 0.077511 0.047115</w:t>
        <w:br/>
        <w:t>v -0.040606 0.076868 0.047084</w:t>
        <w:br/>
        <w:t>v -0.040606 0.076868 0.047084</w:t>
        <w:br/>
        <w:t>v -0.042055 0.074937 0.044429</w:t>
        <w:br/>
        <w:t>v -0.042055 0.074937 0.044429</w:t>
        <w:br/>
        <w:t>v -0.039974 0.073647 0.041805</w:t>
        <w:br/>
        <w:t>v -0.039974 0.073647 0.041805</w:t>
        <w:br/>
        <w:t>v -0.036443 0.074289 0.041835</w:t>
        <w:br/>
        <w:t>v -0.036443 0.074289 0.041835</w:t>
        <w:br/>
        <w:t>v -0.034994 0.076221 0.044490</w:t>
        <w:br/>
        <w:t>v -0.076830 0.075774 0.044459</w:t>
        <w:br/>
        <w:t>v -0.080357 0.076432 0.044459</w:t>
        <w:br/>
        <w:t>v -0.078307 0.077641 0.047146</w:t>
        <w:br/>
        <w:t>v -0.074779 0.076983 0.047146</w:t>
        <w:br/>
        <w:t>v -0.073302 0.075116 0.044459</w:t>
        <w:br/>
        <w:t>v -0.075353 0.073907 0.041774</w:t>
        <w:br/>
        <w:t>v -0.078881 0.074565 0.041774</w:t>
        <w:br/>
        <w:t>v -0.038524 0.075578 0.044459</w:t>
        <w:br/>
        <w:t>v -0.037075 0.077511 0.047115</w:t>
        <w:br/>
        <w:t>v -0.034994 0.076221 0.044490</w:t>
        <w:br/>
        <w:t>v -0.040606 0.076868 0.047084</w:t>
        <w:br/>
        <w:t>v -0.042055 0.074937 0.044429</w:t>
        <w:br/>
        <w:t>v -0.039974 0.073647 0.041805</w:t>
        <w:br/>
        <w:t>v -0.036443 0.074289 0.041835</w:t>
        <w:br/>
        <w:t>v -0.085978 0.092144 -0.037998</w:t>
        <w:br/>
        <w:t>v -0.082516 0.094923 -0.048703</w:t>
        <w:br/>
        <w:t>v -0.082434 0.104970 -0.046047</w:t>
        <w:br/>
        <w:t>v -0.086082 0.102192 -0.035425</w:t>
        <w:br/>
        <w:t>v -0.089797 0.099633 -0.025571</w:t>
        <w:br/>
        <w:t>v -0.090713 0.098710 -0.022109</w:t>
        <w:br/>
        <w:t>v -0.090795 0.088662 -0.024765</w:t>
        <w:br/>
        <w:t>v -0.089879 0.089585 -0.028228</w:t>
        <w:br/>
        <w:t>v -0.087663 0.100257 -0.028168</w:t>
        <w:br/>
        <w:t>v -0.087744 0.090209 -0.030824</w:t>
        <w:br/>
        <w:t>v -0.089514 0.097724 -0.018453</w:t>
        <w:br/>
        <w:t>v -0.086799 0.097038 -0.015998</w:t>
        <w:br/>
        <w:t>v -0.087439 0.086991 -0.018415</w:t>
        <w:br/>
        <w:t>v -0.089596 0.087677 -0.021109</w:t>
        <w:br/>
        <w:t>v -0.085178 0.102128 -0.035212</w:t>
        <w:br/>
        <w:t>v -0.081575 0.104872 -0.045701</w:t>
        <w:br/>
        <w:t>v -0.081657 0.094825 -0.048358</w:t>
        <w:br/>
        <w:t>v -0.085073 0.092080 -0.037785</w:t>
        <w:br/>
        <w:t>v -0.089076 0.089460 -0.027780</w:t>
        <w:br/>
        <w:t>v -0.089868 0.088660 -0.024786</w:t>
        <w:br/>
        <w:t>v -0.089787 0.098707 -0.022129</w:t>
        <w:br/>
        <w:t>v -0.088994 0.099507 -0.025123</w:t>
        <w:br/>
        <w:t>v -0.086923 0.090094 -0.030414</w:t>
        <w:br/>
        <w:t>v -0.086841 0.100142 -0.027758</w:t>
        <w:br/>
        <w:t>v -0.088724 0.097843 -0.018924</w:t>
        <w:br/>
        <w:t>v -0.088805 0.087796 -0.021581</w:t>
        <w:br/>
        <w:t>v -0.086594 0.087080 -0.018778</w:t>
        <w:br/>
        <w:t>v -0.085956 0.097127 -0.016362</w:t>
        <w:br/>
        <w:t>v -0.077254 0.107006 -0.053944</w:t>
        <w:br/>
        <w:t>v -0.077336 0.096977 -0.056596</w:t>
        <w:br/>
        <w:t>v -0.081657 0.094825 -0.048358</w:t>
        <w:br/>
        <w:t>v -0.082516 0.094923 -0.048703</w:t>
        <w:br/>
        <w:t>v -0.085978 0.092144 -0.037998</w:t>
        <w:br/>
        <w:t>v -0.085073 0.092080 -0.037785</w:t>
        <w:br/>
        <w:t>v -0.089868 0.088660 -0.024786</w:t>
        <w:br/>
        <w:t>v -0.089076 0.089460 -0.027780</w:t>
        <w:br/>
        <w:t>v -0.089879 0.089585 -0.028228</w:t>
        <w:br/>
        <w:t>v -0.090795 0.088662 -0.024765</w:t>
        <w:br/>
        <w:t>v -0.086923 0.090094 -0.030414</w:t>
        <w:br/>
        <w:t>v -0.087744 0.090209 -0.030824</w:t>
        <w:br/>
        <w:t>v -0.089596 0.087677 -0.021109</w:t>
        <w:br/>
        <w:t>v -0.087439 0.086991 -0.018415</w:t>
        <w:br/>
        <w:t>v -0.086594 0.087080 -0.018778</w:t>
        <w:br/>
        <w:t>v -0.088805 0.087796 -0.021581</w:t>
        <w:br/>
        <w:t>v -0.082434 0.104970 -0.046047</w:t>
        <w:br/>
        <w:t>v -0.081575 0.104872 -0.045701</w:t>
        <w:br/>
        <w:t>v -0.085178 0.102128 -0.035212</w:t>
        <w:br/>
        <w:t>v -0.086082 0.102192 -0.035425</w:t>
        <w:br/>
        <w:t>v -0.086841 0.100142 -0.027758</w:t>
        <w:br/>
        <w:t>v -0.088994 0.099507 -0.025123</w:t>
        <w:br/>
        <w:t>v -0.089797 0.099633 -0.025571</w:t>
        <w:br/>
        <w:t>v -0.087663 0.100257 -0.028168</w:t>
        <w:br/>
        <w:t>v -0.088724 0.097843 -0.018924</w:t>
        <w:br/>
        <w:t>v -0.089514 0.097724 -0.018453</w:t>
        <w:br/>
        <w:t>v -0.090713 0.098710 -0.022109</w:t>
        <w:br/>
        <w:t>v -0.089787 0.098707 -0.022129</w:t>
        <w:br/>
        <w:t>v -0.076956 0.105855 -0.056547</w:t>
        <w:br/>
        <w:t>v -0.076508 0.102766 -0.058124</w:t>
        <w:br/>
        <w:t>v -0.075725 0.102631 -0.057636</w:t>
        <w:br/>
        <w:t>v -0.076174 0.105721 -0.056059</w:t>
        <w:br/>
        <w:t>v -0.077009 0.099309 -0.058278</w:t>
        <w:br/>
        <w:t>v -0.076226 0.099173 -0.057790</w:t>
        <w:br/>
        <w:t>v -0.085956 0.097127 -0.016362</w:t>
        <w:br/>
        <w:t>v -0.086799 0.097038 -0.015998</w:t>
        <w:br/>
        <w:t>v -0.085791 0.095980 -0.012142</w:t>
        <w:br/>
        <w:t>v -0.086811 0.085982 -0.014672</w:t>
        <w:br/>
        <w:t>v -0.085933 0.085982 -0.014699</w:t>
        <w:br/>
        <w:t>v -0.084913 0.095980 -0.012169</w:t>
        <w:br/>
        <w:t>v -0.086811 0.085982 -0.014672</w:t>
        <w:br/>
        <w:t>v -0.085791 0.095980 -0.012142</w:t>
        <w:br/>
        <w:t>v -0.084913 0.095980 -0.012169</w:t>
        <w:br/>
        <w:t>v -0.085933 0.085982 -0.014699</w:t>
        <w:br/>
        <w:t>v -0.086811 0.085982 -0.014672</w:t>
        <w:br/>
        <w:t>v -0.085933 0.085982 -0.014699</w:t>
        <w:br/>
        <w:t>v -0.077336 0.096977 -0.056596</w:t>
        <w:br/>
        <w:t>v -0.078108 0.097094 -0.057009</w:t>
        <w:br/>
        <w:t>v -0.084913 0.095980 -0.012169</w:t>
        <w:br/>
        <w:t>v -0.085791 0.095980 -0.012142</w:t>
        <w:br/>
        <w:t>v -0.078026 0.107121 -0.054359</w:t>
        <w:br/>
        <w:t>v -0.077254 0.107006 -0.053944</w:t>
        <w:br/>
        <w:t>v -0.089380 0.086683 -0.018409</w:t>
        <w:br/>
        <w:t>v -0.089407 0.081448 -0.019797</w:t>
        <w:br/>
        <w:t>v -0.089790 0.084750 -0.032276</w:t>
        <w:br/>
        <w:t>v -0.089756 0.090203 -0.030840</w:t>
        <w:br/>
        <w:t>v -0.089677 0.100550 -0.028101</w:t>
        <w:br/>
        <w:t>v -0.089955 0.091771 -0.037615</w:t>
        <w:br/>
        <w:t>v -0.089869 0.102323 -0.034825</w:t>
        <w:br/>
        <w:t>v -0.087494 0.081448 -0.019855</w:t>
        <w:br/>
        <w:t>v -0.087877 0.084750 -0.032335</w:t>
        <w:br/>
        <w:t>v -0.089790 0.084750 -0.032276</w:t>
        <w:br/>
        <w:t>v -0.089407 0.081448 -0.019797</w:t>
        <w:br/>
        <w:t>v -0.087323 0.102482 -0.014293</w:t>
        <w:br/>
        <w:t>v -0.089237 0.102482 -0.014235</w:t>
        <w:br/>
        <w:t>v -0.089620 0.105785 -0.026715</w:t>
        <w:br/>
        <w:t>v -0.087706 0.105785 -0.026774</w:t>
        <w:br/>
        <w:t>v -0.089869 0.102323 -0.034825</w:t>
        <w:br/>
        <w:t>v -0.089955 0.091771 -0.037615</w:t>
        <w:br/>
        <w:t>v -0.088041 0.091771 -0.037674</w:t>
        <w:br/>
        <w:t>v -0.087955 0.102323 -0.034883</w:t>
        <w:br/>
        <w:t>v -0.087245 0.084909 -0.011746</w:t>
        <w:br/>
        <w:t>v -0.089159 0.084909 -0.011687</w:t>
        <w:br/>
        <w:t>v -0.089073 0.095462 -0.008897</w:t>
        <w:br/>
        <w:t>v -0.087160 0.095462 -0.008956</w:t>
        <w:br/>
        <w:t>v -0.089111 0.099590 -0.010000</w:t>
        <w:br/>
        <w:t>v -0.089290 0.097029 -0.015671</w:t>
        <w:br/>
        <w:t>v -0.089237 0.102482 -0.014235</w:t>
        <w:br/>
        <w:t>v -0.089925 0.087642 -0.036512</w:t>
        <w:br/>
        <w:t>v -0.087859 0.105367 -0.031884</w:t>
        <w:br/>
        <w:t>v -0.087955 0.102323 -0.034883</w:t>
        <w:br/>
        <w:t>v -0.087741 0.100334 -0.028221</w:t>
        <w:br/>
        <w:t>v -0.087190 0.099590 -0.010059</w:t>
        <w:br/>
        <w:t>v -0.087323 0.102482 -0.014293</w:t>
        <w:br/>
        <w:t>v -0.087351 0.097245 -0.015676</w:t>
        <w:br/>
        <w:t>v -0.088003 0.087642 -0.036571</w:t>
        <w:br/>
        <w:t>v -0.087877 0.084750 -0.032335</w:t>
        <w:br/>
        <w:t>v -0.087820 0.089987 -0.030954</w:t>
        <w:br/>
        <w:t>v -0.087333 0.081866 -0.014745</w:t>
        <w:br/>
        <w:t>v -0.089255 0.081866 -0.014686</w:t>
        <w:br/>
        <w:t>v -0.087820 0.089987 -0.030954</w:t>
        <w:br/>
        <w:t>v -0.087441 0.086898 -0.018409</w:t>
        <w:br/>
        <w:t>v -0.089380 0.086683 -0.018409</w:t>
        <w:br/>
        <w:t>v -0.089756 0.090203 -0.030840</w:t>
        <w:br/>
        <w:t>v -0.089677 0.100550 -0.028101</w:t>
        <w:br/>
        <w:t>v -0.089290 0.097029 -0.015671</w:t>
        <w:br/>
        <w:t>v -0.087351 0.097245 -0.015676</w:t>
        <w:br/>
        <w:t>v -0.087741 0.100334 -0.028221</w:t>
        <w:br/>
        <w:t>v -0.089781 0.105367 -0.031825</w:t>
        <w:br/>
        <w:t>v -0.087859 0.105367 -0.031884</w:t>
        <w:br/>
        <w:t>v -0.087741 0.100334 -0.028221</w:t>
        <w:br/>
        <w:t>v -0.087820 0.089987 -0.030954</w:t>
        <w:br/>
        <w:t>v -0.089756 0.090203 -0.030840</w:t>
        <w:br/>
        <w:t>v -0.089677 0.100550 -0.028101</w:t>
        <w:br/>
        <w:t>v -0.089111 0.099590 -0.010000</w:t>
        <w:br/>
        <w:t>v -0.087190 0.099590 -0.010059</w:t>
        <w:br/>
        <w:t>v -0.089290 0.097029 -0.015671</w:t>
        <w:br/>
        <w:t>v -0.089380 0.086683 -0.018409</w:t>
        <w:br/>
        <w:t>v -0.087441 0.086898 -0.018409</w:t>
        <w:br/>
        <w:t>v -0.087351 0.097245 -0.015676</w:t>
        <w:br/>
        <w:t>v -0.088003 0.087642 -0.036571</w:t>
        <w:br/>
        <w:t>v -0.089925 0.087642 -0.036512</w:t>
        <w:br/>
        <w:t>v -0.089781 0.105367 -0.031825</w:t>
        <w:br/>
        <w:t>v -0.089620 0.105785 -0.026715</w:t>
        <w:br/>
        <w:t>v -0.089073 0.095462 -0.008897</w:t>
        <w:br/>
        <w:t>v -0.087333 0.081866 -0.014745</w:t>
        <w:br/>
        <w:t>v -0.087441 0.086898 -0.018409</w:t>
        <w:br/>
        <w:t>v -0.087494 0.081448 -0.019855</w:t>
        <w:br/>
        <w:t>v -0.087706 0.105785 -0.026774</w:t>
        <w:br/>
        <w:t>v -0.087160 0.095462 -0.008956</w:t>
        <w:br/>
        <w:t>v -0.088041 0.091771 -0.037674</w:t>
        <w:br/>
        <w:t>v -0.087245 0.084909 -0.011746</w:t>
        <w:br/>
        <w:t>v -0.089159 0.084909 -0.011687</w:t>
        <w:br/>
        <w:t>v -0.089255 0.081866 -0.014686</w:t>
        <w:br/>
        <w:t>v -0.078108 0.097094 -0.057009</w:t>
        <w:br/>
        <w:t>v -0.078026 0.107121 -0.054359</w:t>
        <w:br/>
        <w:t>v -0.076956 0.105855 -0.056547</w:t>
        <w:br/>
        <w:t>v -0.077009 0.099309 -0.058278</w:t>
        <w:br/>
        <w:t>v -0.076174 0.105721 -0.056059</w:t>
        <w:br/>
        <w:t>v -0.076226 0.099173 -0.057790</w:t>
        <w:br/>
        <w:t>v -0.076508 0.102766 -0.058124</w:t>
        <w:br/>
        <w:t>v -0.075725 0.102631 -0.057636</w:t>
        <w:br/>
        <w:t>v 0.058133 1.132740 0.018588</w:t>
        <w:br/>
        <w:t>v 0.052850 1.132545 0.015383</w:t>
        <w:br/>
        <w:t>v 0.051214 1.140542 0.017256</w:t>
        <w:br/>
        <w:t>v 0.057044 1.140468 0.020343</w:t>
        <w:br/>
        <w:t>v 0.062658 1.140613 0.011079</w:t>
        <w:br/>
        <w:t>v 0.050687 1.140544 0.003920</w:t>
        <w:br/>
        <w:t>v 0.057600 1.133482 0.006591</w:t>
        <w:br/>
        <w:t>v 0.059235 1.130151 0.016630</w:t>
        <w:br/>
        <w:t>v 0.054144 1.130408 0.013272</w:t>
        <w:br/>
        <w:t>v 0.044688 1.169039 0.010720</w:t>
        <w:br/>
        <w:t>v 0.051896 1.168197 0.013561</w:t>
        <w:br/>
        <w:t>v 0.050594 1.165519 0.016140</w:t>
        <w:br/>
        <w:t>v 0.043746 1.166788 0.012956</w:t>
        <w:br/>
        <w:t>v 0.055767 1.129401 0.010670</w:t>
        <w:br/>
        <w:t>v 0.057053 1.130265 0.008140</w:t>
        <w:br/>
        <w:t>v 0.052267 1.130103 0.004195</w:t>
        <w:br/>
        <w:t>v 0.050297 1.128900 0.007571</w:t>
        <w:br/>
        <w:t>v 0.062641 1.168238 0.013448</w:t>
        <w:br/>
        <w:t>v 0.061699 1.169220 0.015234</w:t>
        <w:br/>
        <w:t>v 0.053386 1.168513 0.010661</w:t>
        <w:br/>
        <w:t>v 0.054406 1.167302 0.009176</w:t>
        <w:br/>
        <w:t>v 0.050082 1.158159 0.017705</w:t>
        <w:br/>
        <w:t>v 0.058615 1.166179 0.020195</w:t>
        <w:br/>
        <w:t>v 0.057482 1.158143 0.021272</w:t>
        <w:br/>
        <w:t>v 0.048052 1.164468 0.004820</w:t>
        <w:br/>
        <w:t>v 0.048210 1.158173 0.005144</w:t>
        <w:br/>
        <w:t>v 0.055120 1.164490 0.008267</w:t>
        <w:br/>
        <w:t>v 0.047060 1.132722 0.012202</w:t>
        <w:br/>
        <w:t>v 0.045370 1.140606 0.013883</w:t>
        <w:br/>
        <w:t>v 0.052452 1.133609 0.002812</w:t>
        <w:br/>
        <w:t>v 0.048623 1.129966 0.010377</w:t>
        <w:br/>
        <w:t>v 0.060100 1.168680 0.017867</w:t>
        <w:br/>
        <w:t>v 0.062323 1.129606 0.011441</w:t>
        <w:br/>
        <w:t>v 0.063245 1.133307 0.009492</w:t>
        <w:br/>
        <w:t>v 0.047158 1.167520 0.005602</w:t>
        <w:br/>
        <w:t>v 0.043281 1.158172 0.014046</w:t>
        <w:br/>
        <w:t>v 0.062815 1.158126 0.012303</w:t>
        <w:br/>
        <w:t>v 0.063396 1.165532 0.012295</w:t>
        <w:br/>
        <w:t>v 0.062079 1.134092 0.011817</w:t>
        <w:br/>
        <w:t>v 0.051041 1.133968 0.005238</w:t>
        <w:br/>
        <w:t>v 0.049696 1.140622 0.006544</w:t>
        <w:br/>
        <w:t>v 0.061450 1.140469 0.013193</w:t>
        <w:br/>
        <w:t>v 0.060106 1.132179 0.015605</w:t>
        <w:br/>
        <w:t>v 0.048601 1.132030 0.009272</w:t>
        <w:br/>
        <w:t>v 0.050331 1.131620 0.006623</w:t>
        <w:br/>
        <w:t>v 0.061486 1.131857 0.012927</w:t>
        <w:br/>
        <w:t>v 0.061219 1.166962 0.017318</w:t>
        <w:br/>
        <w:t>v 0.062212 1.166806 0.015360</w:t>
        <w:br/>
        <w:t>v 0.045781 1.166785 0.007771</w:t>
        <w:br/>
        <w:t>v 0.044694 1.166823 0.009897</w:t>
        <w:br/>
        <w:t>v 0.061486 1.131857 0.012927</w:t>
        <w:br/>
        <w:t>v 0.050331 1.131620 0.006623</w:t>
        <w:br/>
        <w:t>v 0.062212 1.166806 0.015360</w:t>
        <w:br/>
        <w:t>v 0.062531 1.164715 0.014542</w:t>
        <w:br/>
        <w:t>v 0.046586 1.164051 0.006985</w:t>
        <w:br/>
        <w:t>v 0.045781 1.166785 0.007771</w:t>
        <w:br/>
        <w:t>v 0.061231 1.157913 0.014577</w:t>
        <w:br/>
        <w:t>v 0.047056 1.157996 0.007409</w:t>
        <w:br/>
        <w:t>v 0.058602 1.140729 0.018204</w:t>
        <w:br/>
        <w:t>v 0.059535 1.133710 0.016579</w:t>
        <w:br/>
        <w:t>v 0.058133 1.132740 0.018588</w:t>
        <w:br/>
        <w:t>v 0.057044 1.140468 0.020343</w:t>
        <w:br/>
        <w:t>v 0.062079 1.134092 0.011817</w:t>
        <w:br/>
        <w:t>v 0.061450 1.140469 0.013193</w:t>
        <w:br/>
        <w:t>v 0.062658 1.140613 0.011079</w:t>
        <w:br/>
        <w:t>v 0.063245 1.133307 0.009492</w:t>
        <w:br/>
        <w:t>v 0.060106 1.132179 0.015605</w:t>
        <w:br/>
        <w:t>v 0.059235 1.130151 0.016630</w:t>
        <w:br/>
        <w:t>v 0.044688 1.169039 0.010720</w:t>
        <w:br/>
        <w:t>v 0.043746 1.166788 0.012956</w:t>
        <w:br/>
        <w:t>v 0.044153 1.165185 0.010994</w:t>
        <w:br/>
        <w:t>v 0.044694 1.166823 0.009897</w:t>
        <w:br/>
        <w:t>v 0.051041 1.133968 0.005238</w:t>
        <w:br/>
        <w:t>v 0.050331 1.131620 0.006623</w:t>
        <w:br/>
        <w:t>v 0.052267 1.130103 0.004195</w:t>
        <w:br/>
        <w:t>v 0.052452 1.133609 0.002812</w:t>
        <w:br/>
        <w:t>v 0.062641 1.168238 0.013448</w:t>
        <w:br/>
        <w:t>v 0.063396 1.165532 0.012295</w:t>
        <w:br/>
        <w:t>v 0.062531 1.164715 0.014542</w:t>
        <w:br/>
        <w:t>v 0.062212 1.166806 0.015360</w:t>
        <w:br/>
        <w:t>v 0.058615 1.166179 0.020195</w:t>
        <w:br/>
        <w:t>v 0.060371 1.165100 0.018660</w:t>
        <w:br/>
        <w:t>v 0.059126 1.158337 0.018953</w:t>
        <w:br/>
        <w:t>v 0.057482 1.158143 0.021272</w:t>
        <w:br/>
        <w:t>v 0.048210 1.158173 0.005144</w:t>
        <w:br/>
        <w:t>v 0.048052 1.164468 0.004820</w:t>
        <w:br/>
        <w:t>v 0.046586 1.164051 0.006985</w:t>
        <w:br/>
        <w:t>v 0.047056 1.157996 0.007409</w:t>
        <w:br/>
        <w:t>v 0.045370 1.140606 0.013883</w:t>
        <w:br/>
        <w:t>v 0.047060 1.132722 0.012202</w:t>
        <w:br/>
        <w:t>v 0.048077 1.133917 0.010137</w:t>
        <w:br/>
        <w:t>v 0.046649 1.140748 0.011288</w:t>
        <w:br/>
        <w:t>v 0.050687 1.140544 0.003920</w:t>
        <w:br/>
        <w:t>v 0.049696 1.140622 0.006544</w:t>
        <w:br/>
        <w:t>v 0.050297 1.128900 0.007571</w:t>
        <w:br/>
        <w:t>v 0.048601 1.132030 0.009272</w:t>
        <w:br/>
        <w:t>v 0.048623 1.129966 0.010377</w:t>
        <w:br/>
        <w:t>v 0.061219 1.166962 0.017318</w:t>
        <w:br/>
        <w:t>v 0.060100 1.168680 0.017867</w:t>
        <w:br/>
        <w:t>v 0.061699 1.169220 0.015234</w:t>
        <w:br/>
        <w:t>v 0.062323 1.129606 0.011441</w:t>
        <w:br/>
        <w:t>v 0.060905 1.129011 0.013925</w:t>
        <w:br/>
        <w:t>v 0.061486 1.131857 0.012927</w:t>
        <w:br/>
        <w:t>v 0.047158 1.167520 0.005602</w:t>
        <w:br/>
        <w:t>v 0.045896 1.169480 0.008294</w:t>
        <w:br/>
        <w:t>v 0.045781 1.166785 0.007771</w:t>
        <w:br/>
        <w:t>v 0.043281 1.158172 0.014046</w:t>
        <w:br/>
        <w:t>v 0.044573 1.158379 0.011847</w:t>
        <w:br/>
        <w:t>v 0.062815 1.158126 0.012303</w:t>
        <w:br/>
        <w:t>v 0.061231 1.157913 0.014577</w:t>
        <w:br/>
        <w:t>v 0.062257 1.149329 0.012126</w:t>
        <w:br/>
        <w:t>v 0.049039 1.149346 0.005150</w:t>
        <w:br/>
        <w:t>v 0.060494 1.149132 0.014516</w:t>
        <w:br/>
        <w:t>v 0.047904 1.149213 0.007607</w:t>
        <w:br/>
        <w:t>v 0.062257 1.149329 0.012126</w:t>
        <w:br/>
        <w:t>v 0.060494 1.149132 0.014516</w:t>
        <w:br/>
        <w:t>v 0.047904 1.149213 0.007607</w:t>
        <w:br/>
        <w:t>v 0.049039 1.149346 0.005150</w:t>
        <w:br/>
        <w:t>v 0.060905 1.129011 0.013925</w:t>
        <w:br/>
        <w:t>v 0.045896 1.169480 0.008294</w:t>
        <w:br/>
        <w:t>v 0.044153 1.165185 0.010994</w:t>
        <w:br/>
        <w:t>v 0.060371 1.165100 0.018660</w:t>
        <w:br/>
        <w:t>v -0.051214 1.140542 0.017256</w:t>
        <w:br/>
        <w:t>v -0.052850 1.132545 0.015383</w:t>
        <w:br/>
        <w:t>v -0.058133 1.132740 0.018588</w:t>
        <w:br/>
        <w:t>v -0.057044 1.140468 0.020343</w:t>
        <w:br/>
        <w:t>v -0.050687 1.140544 0.003920</w:t>
        <w:br/>
        <w:t>v -0.062658 1.140613 0.011079</w:t>
        <w:br/>
        <w:t>v -0.057600 1.133482 0.006591</w:t>
        <w:br/>
        <w:t>v -0.059235 1.130151 0.016630</w:t>
        <w:br/>
        <w:t>v -0.054144 1.130408 0.013272</w:t>
        <w:br/>
        <w:t>v -0.050594 1.165519 0.016140</w:t>
        <w:br/>
        <w:t>v -0.051896 1.168197 0.013561</w:t>
        <w:br/>
        <w:t>v -0.044688 1.169039 0.010720</w:t>
        <w:br/>
        <w:t>v -0.043746 1.166788 0.012956</w:t>
        <w:br/>
        <w:t>v -0.052267 1.130103 0.004195</w:t>
        <w:br/>
        <w:t>v -0.057053 1.130265 0.008140</w:t>
        <w:br/>
        <w:t>v -0.055767 1.129401 0.010670</w:t>
        <w:br/>
        <w:t>v -0.050297 1.128900 0.007571</w:t>
        <w:br/>
        <w:t>v -0.053386 1.168513 0.010661</w:t>
        <w:br/>
        <w:t>v -0.061699 1.169220 0.015234</w:t>
        <w:br/>
        <w:t>v -0.062641 1.168238 0.013448</w:t>
        <w:br/>
        <w:t>v -0.054406 1.167302 0.009176</w:t>
        <w:br/>
        <w:t>v -0.058615 1.166179 0.020195</w:t>
        <w:br/>
        <w:t>v -0.050082 1.158159 0.017705</w:t>
        <w:br/>
        <w:t>v -0.057482 1.158143 0.021272</w:t>
        <w:br/>
        <w:t>v -0.048210 1.158173 0.005144</w:t>
        <w:br/>
        <w:t>v -0.048052 1.164468 0.004820</w:t>
        <w:br/>
        <w:t>v -0.055120 1.164490 0.008267</w:t>
        <w:br/>
        <w:t>v -0.045370 1.140606 0.013883</w:t>
        <w:br/>
        <w:t>v -0.047060 1.132722 0.012202</w:t>
        <w:br/>
        <w:t>v -0.052452 1.133609 0.002812</w:t>
        <w:br/>
        <w:t>v -0.048623 1.129966 0.010377</w:t>
        <w:br/>
        <w:t>v -0.060100 1.168680 0.017867</w:t>
        <w:br/>
        <w:t>v -0.063245 1.133307 0.009492</w:t>
        <w:br/>
        <w:t>v -0.062323 1.129606 0.011441</w:t>
        <w:br/>
        <w:t>v -0.047158 1.167520 0.005603</w:t>
        <w:br/>
        <w:t>v -0.043281 1.158172 0.014046</w:t>
        <w:br/>
        <w:t>v -0.063396 1.165532 0.012295</w:t>
        <w:br/>
        <w:t>v -0.062815 1.158126 0.012303</w:t>
        <w:br/>
        <w:t>v -0.049696 1.140622 0.006544</w:t>
        <w:br/>
        <w:t>v -0.051041 1.133968 0.005238</w:t>
        <w:br/>
        <w:t>v -0.062079 1.134092 0.011817</w:t>
        <w:br/>
        <w:t>v -0.061450 1.140469 0.013193</w:t>
        <w:br/>
        <w:t>v -0.050331 1.131620 0.006623</w:t>
        <w:br/>
        <w:t>v -0.048601 1.132030 0.009272</w:t>
        <w:br/>
        <w:t>v -0.060106 1.132179 0.015605</w:t>
        <w:br/>
        <w:t>v -0.061486 1.131857 0.012927</w:t>
        <w:br/>
        <w:t>v -0.045781 1.166785 0.007771</w:t>
        <w:br/>
        <w:t>v -0.062212 1.166806 0.015360</w:t>
        <w:br/>
        <w:t>v -0.061219 1.166962 0.017318</w:t>
        <w:br/>
        <w:t>v -0.044694 1.166823 0.009897</w:t>
        <w:br/>
        <w:t>v -0.050331 1.131620 0.006623</w:t>
        <w:br/>
        <w:t>v -0.061486 1.131857 0.012927</w:t>
        <w:br/>
        <w:t>v -0.046586 1.164051 0.006985</w:t>
        <w:br/>
        <w:t>v -0.062531 1.164715 0.014542</w:t>
        <w:br/>
        <w:t>v -0.062212 1.166806 0.015360</w:t>
        <w:br/>
        <w:t>v -0.045781 1.166785 0.007771</w:t>
        <w:br/>
        <w:t>v -0.047056 1.157996 0.007409</w:t>
        <w:br/>
        <w:t>v -0.061231 1.157913 0.014577</w:t>
        <w:br/>
        <w:t>v -0.058133 1.132740 0.018588</w:t>
        <w:br/>
        <w:t>v -0.059535 1.133710 0.016579</w:t>
        <w:br/>
        <w:t>v -0.058602 1.140729 0.018204</w:t>
        <w:br/>
        <w:t>v -0.057044 1.140468 0.020343</w:t>
        <w:br/>
        <w:t>v -0.062658 1.140613 0.011079</w:t>
        <w:br/>
        <w:t>v -0.061450 1.140469 0.013193</w:t>
        <w:br/>
        <w:t>v -0.062079 1.134092 0.011817</w:t>
        <w:br/>
        <w:t>v -0.063245 1.133307 0.009492</w:t>
        <w:br/>
        <w:t>v -0.059235 1.130151 0.016630</w:t>
        <w:br/>
        <w:t>v -0.060106 1.132179 0.015605</w:t>
        <w:br/>
        <w:t>v -0.044153 1.165185 0.010994</w:t>
        <w:br/>
        <w:t>v -0.043746 1.166788 0.012956</w:t>
        <w:br/>
        <w:t>v -0.044688 1.169039 0.010720</w:t>
        <w:br/>
        <w:t>v -0.044694 1.166823 0.009897</w:t>
        <w:br/>
        <w:t>v -0.052267 1.130103 0.004195</w:t>
        <w:br/>
        <w:t>v -0.050331 1.131620 0.006623</w:t>
        <w:br/>
        <w:t>v -0.051041 1.133968 0.005238</w:t>
        <w:br/>
        <w:t>v -0.052452 1.133609 0.002812</w:t>
        <w:br/>
        <w:t>v -0.062531 1.164715 0.014542</w:t>
        <w:br/>
        <w:t>v -0.063396 1.165532 0.012295</w:t>
        <w:br/>
        <w:t>v -0.062641 1.168238 0.013448</w:t>
        <w:br/>
        <w:t>v -0.062212 1.166806 0.015360</w:t>
        <w:br/>
        <w:t>v -0.059126 1.158337 0.018953</w:t>
        <w:br/>
        <w:t>v -0.060371 1.165100 0.018660</w:t>
        <w:br/>
        <w:t>v -0.058615 1.166179 0.020195</w:t>
        <w:br/>
        <w:t>v -0.057482 1.158143 0.021272</w:t>
        <w:br/>
        <w:t>v -0.046586 1.164051 0.006985</w:t>
        <w:br/>
        <w:t>v -0.048052 1.164468 0.004820</w:t>
        <w:br/>
        <w:t>v -0.048210 1.158173 0.005144</w:t>
        <w:br/>
        <w:t>v -0.047056 1.157996 0.007409</w:t>
        <w:br/>
        <w:t>v -0.048077 1.133917 0.010137</w:t>
        <w:br/>
        <w:t>v -0.047060 1.132722 0.012202</w:t>
        <w:br/>
        <w:t>v -0.045370 1.140606 0.013883</w:t>
        <w:br/>
        <w:t>v -0.046649 1.140748 0.011288</w:t>
        <w:br/>
        <w:t>v -0.050687 1.140544 0.003920</w:t>
        <w:br/>
        <w:t>v -0.049696 1.140622 0.006544</w:t>
        <w:br/>
        <w:t>v -0.048601 1.132030 0.009272</w:t>
        <w:br/>
        <w:t>v -0.050297 1.128900 0.007571</w:t>
        <w:br/>
        <w:t>v -0.048623 1.129966 0.010377</w:t>
        <w:br/>
        <w:t>v -0.061699 1.169220 0.015234</w:t>
        <w:br/>
        <w:t>v -0.060100 1.168680 0.017867</w:t>
        <w:br/>
        <w:t>v -0.061219 1.166962 0.017318</w:t>
        <w:br/>
        <w:t>v -0.060905 1.129011 0.013925</w:t>
        <w:br/>
        <w:t>v -0.062323 1.129606 0.011441</w:t>
        <w:br/>
        <w:t>v -0.061486 1.131857 0.012927</w:t>
        <w:br/>
        <w:t>v -0.045896 1.169480 0.008294</w:t>
        <w:br/>
        <w:t>v -0.047158 1.167520 0.005603</w:t>
        <w:br/>
        <w:t>v -0.045781 1.166785 0.007771</w:t>
        <w:br/>
        <w:t>v -0.043281 1.158172 0.014046</w:t>
        <w:br/>
        <w:t>v -0.044573 1.158379 0.011847</w:t>
        <w:br/>
        <w:t>v -0.062815 1.158126 0.012303</w:t>
        <w:br/>
        <w:t>v -0.061231 1.157913 0.014577</w:t>
        <w:br/>
        <w:t>v -0.049039 1.149346 0.005150</w:t>
        <w:br/>
        <w:t>v -0.062257 1.149329 0.012126</w:t>
        <w:br/>
        <w:t>v -0.060494 1.149132 0.014516</w:t>
        <w:br/>
        <w:t>v -0.047904 1.149213 0.007607</w:t>
        <w:br/>
        <w:t>v -0.062257 1.149329 0.012126</w:t>
        <w:br/>
        <w:t>v -0.060494 1.149132 0.014516</w:t>
        <w:br/>
        <w:t>v -0.049039 1.149346 0.005150</w:t>
        <w:br/>
        <w:t>v -0.047904 1.149213 0.007607</w:t>
        <w:br/>
        <w:t>v -0.060905 1.129011 0.013925</w:t>
        <w:br/>
        <w:t>v -0.045896 1.169480 0.008294</w:t>
        <w:br/>
        <w:t>v -0.060371 1.165100 0.018660</w:t>
        <w:br/>
        <w:t>v -0.044153 1.165185 0.010994</w:t>
        <w:br/>
        <w:t>v -0.119477 0.683119 -0.213821</w:t>
        <w:br/>
        <w:t>v -0.131145 0.618522 -0.238816</w:t>
        <w:br/>
        <w:t>v -0.077462 0.672819 -0.228597</w:t>
        <w:br/>
        <w:t>v -0.156014 0.755446 -0.147097</w:t>
        <w:br/>
        <w:t>v -0.171124 0.701869 -0.168109</w:t>
        <w:br/>
        <w:t>v -0.109551 0.742215 -0.185470</w:t>
        <w:br/>
        <w:t>v -0.183173 0.638916 -0.187603</w:t>
        <w:br/>
        <w:t>v -0.194918 0.714810 -0.128921</w:t>
        <w:br/>
        <w:t>v -0.000000 1.168136 0.149835</w:t>
        <w:br/>
        <w:t>v 0.016356 1.168135 0.148660</w:t>
        <w:br/>
        <w:t>v 0.016094 1.153944 0.144985</w:t>
        <w:br/>
        <w:t>v -0.000000 1.153944 0.146607</w:t>
        <w:br/>
        <w:t>v 0.030727 1.168085 0.145316</w:t>
        <w:br/>
        <w:t>v 0.029576 1.153946 0.141815</w:t>
        <w:br/>
        <w:t>v 0.041646 1.153941 0.135587</w:t>
        <w:br/>
        <w:t>v 0.044089 1.168184 0.139319</w:t>
        <w:br/>
        <w:t>v 0.059381 1.168111 0.127840</w:t>
        <w:br/>
        <w:t>v 0.055934 1.153927 0.124262</w:t>
        <w:br/>
        <w:t>v 0.046974 1.180428 0.143887</w:t>
        <w:br/>
        <w:t>v 0.063322 1.180424 0.131136</w:t>
        <w:br/>
        <w:t>v 0.032736 1.180423 0.150046</w:t>
        <w:br/>
        <w:t>v -0.000000 1.180426 0.154859</w:t>
        <w:br/>
        <w:t>v 0.017425 1.180426 0.153606</w:t>
        <w:br/>
        <w:t>v 0.050170 1.193468 0.148569</w:t>
        <w:br/>
        <w:t>v 0.068560 1.193472 0.135617</w:t>
        <w:br/>
        <w:t>v 0.035026 1.193465 0.155402</w:t>
        <w:br/>
        <w:t>v -0.000000 1.193467 0.160553</w:t>
        <w:br/>
        <w:t>v 0.018910 1.193469 0.159903</w:t>
        <w:br/>
        <w:t>v 0.075414 1.153927 0.093205</w:t>
        <w:br/>
        <w:t>v 0.079360 1.168124 0.093912</w:t>
        <w:br/>
        <w:t>v 0.083604 1.168085 0.076496</w:t>
        <w:br/>
        <w:t>v 0.079402 1.153937 0.076730</w:t>
        <w:br/>
        <w:t>v 0.066643 1.153920 0.110879</w:t>
        <w:br/>
        <w:t>v 0.055934 1.153927 0.124262</w:t>
        <w:br/>
        <w:t>v 0.059381 1.168111 0.127840</w:t>
        <w:br/>
        <w:t>v 0.070813 1.168086 0.113277</w:t>
        <w:br/>
        <w:t>v 0.016547 1.153943 0.006854</w:t>
        <w:br/>
        <w:t>v 0.016869 1.168133 0.004548</w:t>
        <w:br/>
        <w:t>v -0.000000 1.168135 0.003304</w:t>
        <w:br/>
        <w:t>v -0.000000 1.153945 0.005203</w:t>
        <w:br/>
        <w:t>v 0.029615 1.153945 0.009529</w:t>
        <w:br/>
        <w:t>v 0.030969 1.168084 0.006871</w:t>
        <w:br/>
        <w:t>v 0.082971 1.167951 0.055955</w:t>
        <w:br/>
        <w:t>v 0.078495 1.153944 0.057141</w:t>
        <w:br/>
        <w:t>v 0.079028 1.168092 0.040109</w:t>
        <w:br/>
        <w:t>v 0.072651 1.168136 0.029375</w:t>
        <w:br/>
        <w:t>v 0.068766 1.153949 0.031329</w:t>
        <w:br/>
        <w:t>v 0.074497 1.153947 0.041635</w:t>
        <w:br/>
        <w:t>v 0.048435 1.168135 0.012907</w:t>
        <w:br/>
        <w:t>v 0.045985 1.153949 0.015318</w:t>
        <w:br/>
        <w:t>v 0.063755 1.168093 0.020411</w:t>
        <w:br/>
        <w:t>v 0.060375 1.153947 0.022954</w:t>
        <w:br/>
        <w:t>v 0.084416 1.180426 0.094997</w:t>
        <w:br/>
        <w:t>v 0.087969 1.180424 0.076727</w:t>
        <w:br/>
        <w:t>v 0.063322 1.180424 0.131136</w:t>
        <w:br/>
        <w:t>v 0.075454 1.180423 0.115925</w:t>
        <w:br/>
        <w:t>v 0.088515 1.180415 0.054425</w:t>
        <w:br/>
        <w:t>v 0.051873 1.180404 0.008449</w:t>
        <w:br/>
        <w:t>v 0.032994 1.180423 0.002550</w:t>
        <w:br/>
        <w:t>v 0.084971 1.180467 0.037663</w:t>
        <w:br/>
        <w:t>v 0.077730 1.180430 0.026151</w:t>
        <w:br/>
        <w:t>v 0.068295 1.180451 0.016680</w:t>
        <w:br/>
        <w:t>v 0.017971 1.180426 0.000077</w:t>
        <w:br/>
        <w:t>v -0.000000 1.180426 -0.001248</w:t>
        <w:br/>
        <w:t>v 0.089963 1.193466 0.096203</w:t>
        <w:br/>
        <w:t>v 0.093465 1.193465 0.076953</w:t>
        <w:br/>
        <w:t>v 0.068560 1.193472 0.135617</w:t>
        <w:br/>
        <w:t>v 0.081064 1.193466 0.119244</w:t>
        <w:br/>
        <w:t>v 0.094290 1.193473 0.053157</w:t>
        <w:br/>
        <w:t>v 0.083176 1.193467 0.023081</w:t>
        <w:br/>
        <w:t>v 0.073719 1.193468 0.012575</w:t>
        <w:br/>
        <w:t>v 0.035987 1.193465 -0.002635</w:t>
        <w:br/>
        <w:t>v 0.018995 1.193466 -0.005296</w:t>
        <w:br/>
        <w:t>v 0.090111 1.193466 0.035204</w:t>
        <w:br/>
        <w:t>v 0.055432 1.193471 0.003512</w:t>
        <w:br/>
        <w:t>v -0.000000 1.193467 -0.006480</w:t>
        <w:br/>
        <w:t>v 0.055962 1.208440 0.157289</w:t>
        <w:br/>
        <w:t>v 0.076672 1.208449 0.143302</w:t>
        <w:br/>
        <w:t>v 0.038858 1.208433 0.164459</w:t>
        <w:br/>
        <w:t>v 0.021053 1.208443 0.169415</w:t>
        <w:br/>
        <w:t>v -0.000000 1.208437 0.173676</w:t>
        <w:br/>
        <w:t>v 0.099630 1.208434 0.098843</w:t>
        <w:br/>
        <w:t>v 0.103131 1.208433 0.077445</w:t>
        <w:br/>
        <w:t>v 0.076672 1.208449 0.143302</w:t>
        <w:br/>
        <w:t>v 0.090300 1.208433 0.124905</w:t>
        <w:br/>
        <w:t>v 0.104254 1.208451 0.052094</w:t>
        <w:br/>
        <w:t>v 0.092028 1.208437 0.017840</w:t>
        <w:br/>
        <w:t>v 0.081564 1.208439 0.006216</w:t>
        <w:br/>
        <w:t>v 0.020990 1.208436 -0.013494</w:t>
        <w:br/>
        <w:t>v -0.000000 1.208437 -0.016341</w:t>
        <w:br/>
        <w:t>v 0.099701 1.208434 0.031254</w:t>
        <w:br/>
        <w:t>v 0.061736 1.208447 -0.004558</w:t>
        <w:br/>
        <w:t>v 0.040542 1.208433 -0.010916</w:t>
        <w:br/>
        <w:t>v -0.016094 1.153944 0.144985</w:t>
        <w:br/>
        <w:t>v -0.016356 1.168135 0.148660</w:t>
        <w:br/>
        <w:t>v -0.029576 1.153946 0.141815</w:t>
        <w:br/>
        <w:t>v -0.030727 1.168085 0.145316</w:t>
        <w:br/>
        <w:t>v -0.041646 1.153941 0.135587</w:t>
        <w:br/>
        <w:t>v -0.055933 1.153927 0.124262</w:t>
        <w:br/>
        <w:t>v -0.059381 1.168111 0.127840</w:t>
        <w:br/>
        <w:t>v -0.044089 1.168184 0.139319</w:t>
        <w:br/>
        <w:t>v -0.063306 1.180424 0.131113</w:t>
        <w:br/>
        <w:t>v -0.046970 1.180428 0.143878</w:t>
        <w:br/>
        <w:t>v -0.032736 1.180423 0.150046</w:t>
        <w:br/>
        <w:t>v -0.017424 1.180425 0.153606</w:t>
        <w:br/>
        <w:t>v -0.069143 1.193472 0.135955</w:t>
        <w:br/>
        <w:t>v -0.050060 1.193468 0.148344</w:t>
        <w:br/>
        <w:t>v -0.035026 1.193465 0.155402</w:t>
        <w:br/>
        <w:t>v -0.018924 1.193469 0.159956</w:t>
        <w:br/>
        <w:t>v -0.077432 1.208449 0.143232</w:t>
        <w:br/>
        <w:t>v -0.055603 1.208440 0.156587</w:t>
        <w:br/>
        <w:t>v -0.038753 1.208433 0.164243</w:t>
        <w:br/>
        <w:t>v -0.020943 1.208442 0.169420</w:t>
        <w:br/>
        <w:t>v -0.083604 1.168085 0.076496</w:t>
        <w:br/>
        <w:t>v -0.079360 1.168124 0.093912</w:t>
        <w:br/>
        <w:t>v -0.075414 1.153927 0.093205</w:t>
        <w:br/>
        <w:t>v -0.079402 1.153937 0.076730</w:t>
        <w:br/>
        <w:t>v -0.059381 1.168111 0.127840</w:t>
        <w:br/>
        <w:t>v -0.055933 1.153927 0.124262</w:t>
        <w:br/>
        <w:t>v -0.066643 1.153920 0.110879</w:t>
        <w:br/>
        <w:t>v -0.070813 1.168086 0.113277</w:t>
        <w:br/>
        <w:t>v -0.016869 1.168133 0.004548</w:t>
        <w:br/>
        <w:t>v -0.016547 1.153943 0.006854</w:t>
        <w:br/>
        <w:t>v -0.030969 1.168084 0.006871</w:t>
        <w:br/>
        <w:t>v -0.029615 1.153945 0.009529</w:t>
        <w:br/>
        <w:t>v -0.078495 1.153944 0.057141</w:t>
        <w:br/>
        <w:t>v -0.082971 1.167951 0.055955</w:t>
        <w:br/>
        <w:t>v -0.068766 1.153949 0.031329</w:t>
        <w:br/>
        <w:t>v -0.072651 1.168136 0.029375</w:t>
        <w:br/>
        <w:t>v -0.079028 1.168092 0.040109</w:t>
        <w:br/>
        <w:t>v -0.074497 1.153947 0.041635</w:t>
        <w:br/>
        <w:t>v -0.048435 1.168135 0.012907</w:t>
        <w:br/>
        <w:t>v -0.045985 1.153949 0.015318</w:t>
        <w:br/>
        <w:t>v -0.063755 1.168093 0.020411</w:t>
        <w:br/>
        <w:t>v -0.060375 1.153947 0.022954</w:t>
        <w:br/>
        <w:t>v -0.087969 1.180424 0.076727</w:t>
        <w:br/>
        <w:t>v -0.084416 1.180426 0.094997</w:t>
        <w:br/>
        <w:t>v -0.075463 1.180423 0.115927</w:t>
        <w:br/>
        <w:t>v -0.063306 1.180424 0.131113</w:t>
        <w:br/>
        <w:t>v -0.088515 1.180415 0.054425</w:t>
        <w:br/>
        <w:t>v -0.032994 1.180423 0.002550</w:t>
        <w:br/>
        <w:t>v -0.051873 1.180404 0.008449</w:t>
        <w:br/>
        <w:t>v -0.084971 1.180467 0.037663</w:t>
        <w:br/>
        <w:t>v -0.068295 1.180451 0.016680</w:t>
        <w:br/>
        <w:t>v -0.077730 1.180430 0.026151</w:t>
        <w:br/>
        <w:t>v -0.017971 1.180426 0.000077</w:t>
        <w:br/>
        <w:t>v -0.093465 1.193465 0.076953</w:t>
        <w:br/>
        <w:t>v -0.089963 1.193466 0.096203</w:t>
        <w:br/>
        <w:t>v -0.081251 1.193466 0.119257</w:t>
        <w:br/>
        <w:t>v -0.069143 1.193472 0.135955</w:t>
        <w:br/>
        <w:t>v -0.094290 1.193473 0.053157</w:t>
        <w:br/>
        <w:t>v -0.073719 1.193468 0.012575</w:t>
        <w:br/>
        <w:t>v -0.083176 1.193467 0.023081</w:t>
        <w:br/>
        <w:t>v -0.018995 1.193466 -0.005296</w:t>
        <w:br/>
        <w:t>v -0.035987 1.193465 -0.002635</w:t>
        <w:br/>
        <w:t>v -0.090111 1.193466 0.035204</w:t>
        <w:br/>
        <w:t>v -0.055432 1.193471 0.003512</w:t>
        <w:br/>
        <w:t>v -0.103132 1.208433 0.077445</w:t>
        <w:br/>
        <w:t>v -0.099684 1.208434 0.098849</w:t>
        <w:br/>
        <w:t>v -0.090406 1.208433 0.124613</w:t>
        <w:br/>
        <w:t>v -0.077432 1.208449 0.143232</w:t>
        <w:br/>
        <w:t>v -0.104254 1.208451 0.052094</w:t>
        <w:br/>
        <w:t>v -0.081564 1.208439 0.006216</w:t>
        <w:br/>
        <w:t>v -0.092029 1.208437 0.017840</w:t>
        <w:br/>
        <w:t>v -0.020990 1.208436 -0.013494</w:t>
        <w:br/>
        <w:t>v -0.099701 1.208434 0.031254</w:t>
        <w:br/>
        <w:t>v -0.061736 1.208447 -0.004558</w:t>
        <w:br/>
        <w:t>v -0.040543 1.208433 -0.010916</w:t>
        <w:br/>
        <w:t>v -0.022850 1.399299 -0.146190</w:t>
        <w:br/>
        <w:t>v -0.036810 1.411862 -0.145051</w:t>
        <w:br/>
        <w:t>v -0.041502 1.411917 -0.140246</w:t>
        <w:br/>
        <w:t>v -0.024862 1.397318 -0.142115</w:t>
        <w:br/>
        <w:t>v -0.059199 1.428912 -0.133996</w:t>
        <w:br/>
        <w:t>v -0.042554 1.415832 -0.134806</w:t>
        <w:br/>
        <w:t>v -0.041502 1.411917 -0.140246</w:t>
        <w:br/>
        <w:t>v -0.058484 1.425401 -0.138200</w:t>
        <w:br/>
        <w:t>v -0.012033 1.419926 -0.139804</w:t>
        <w:br/>
        <w:t>v -0.007604 1.431250 -0.128694</w:t>
        <w:br/>
        <w:t>v -0.019383 1.444646 -0.126823</w:t>
        <w:br/>
        <w:t>v -0.028811 1.437169 -0.138249</w:t>
        <w:br/>
        <w:t>v -0.015301 1.412307 -0.145154</w:t>
        <w:br/>
        <w:t>v -0.037138 1.430018 -0.144742</w:t>
        <w:br/>
        <w:t>v -0.050448 1.423081 -0.144253</w:t>
        <w:br/>
        <w:t>v -0.033148 1.415660 -0.147428</w:t>
        <w:br/>
        <w:t>v -0.043895 1.425084 -0.146212</w:t>
        <w:br/>
        <w:t>v -0.007879 1.452683 -0.116798</w:t>
        <w:br/>
        <w:t>v -0.013272 1.449590 -0.120008</w:t>
        <w:br/>
        <w:t>v -0.004945 1.440096 -0.120533</w:t>
        <w:br/>
        <w:t>v -0.003253 1.443213 -0.118408</w:t>
        <w:br/>
        <w:t>v -0.056384 1.436385 -0.129534</w:t>
        <w:br/>
        <w:t>v -0.025103 1.400449 -0.136629</w:t>
        <w:br/>
        <w:t>v -0.010057 1.436311 -0.118394</w:t>
        <w:br/>
        <w:t>v -0.013888 1.430212 -0.120820</w:t>
        <w:br/>
        <w:t>v -0.038373 1.451074 -0.121602</w:t>
        <w:br/>
        <w:t>v -0.026352 1.456429 -0.117231</w:t>
        <w:br/>
        <w:t>v -0.048554 1.444324 -0.125780</w:t>
        <w:br/>
        <w:t>v -0.018543 1.421337 -0.124690</w:t>
        <w:br/>
        <w:t>v -0.014828 1.458667 -0.113623</w:t>
        <w:br/>
        <w:t>v -0.000000 1.459481 -0.111933</w:t>
        <w:br/>
        <w:t>v -0.000000 1.445459 -0.114378</w:t>
        <w:br/>
        <w:t>v -0.005722 1.441772 -0.116161</w:t>
        <w:br/>
        <w:t>v -0.022988 1.409148 -0.130432</w:t>
        <w:br/>
        <w:t>v -0.019083 1.404973 -0.147655</w:t>
        <w:br/>
        <w:t>v -0.000000 1.445174 -0.116938</w:t>
        <w:br/>
        <w:t>v -0.000000 1.454203 -0.115687</w:t>
        <w:br/>
        <w:t>v -0.040170 1.413472 -0.139957</w:t>
        <w:br/>
        <w:t>v -0.035781 1.412984 -0.143637</w:t>
        <w:br/>
        <w:t>v -0.021996 1.400154 -0.145109</w:t>
        <w:br/>
        <w:t>v -0.023654 1.398562 -0.141679</w:t>
        <w:br/>
        <w:t>v -0.037586 1.429528 -0.143539</w:t>
        <w:br/>
        <w:t>v -0.033303 1.415906 -0.145172</w:t>
        <w:br/>
        <w:t>v -0.043582 1.425538 -0.144886</w:t>
        <w:br/>
        <w:t>v -0.040170 1.413472 -0.139957</w:t>
        <w:br/>
        <w:t>v -0.040523 1.417051 -0.135349</w:t>
        <w:br/>
        <w:t>v -0.058400 1.429855 -0.134871</w:t>
        <w:br/>
        <w:t>v -0.057435 1.426781 -0.138369</w:t>
        <w:br/>
        <w:t>v -0.020386 1.443701 -0.126051</w:t>
        <w:br/>
        <w:t>v -0.008705 1.430324 -0.127975</w:t>
        <w:br/>
        <w:t>v -0.013017 1.419130 -0.138925</w:t>
        <w:br/>
        <w:t>v -0.029709 1.436265 -0.137387</w:t>
        <w:br/>
        <w:t>v -0.049581 1.424268 -0.143357</w:t>
        <w:br/>
        <w:t>v -0.005975 1.439312 -0.119675</w:t>
        <w:br/>
        <w:t>v -0.014208 1.448920 -0.119037</w:t>
        <w:br/>
        <w:t>v -0.008620 1.452312 -0.115632</w:t>
        <w:br/>
        <w:t>v -0.004018 1.442765 -0.117463</w:t>
        <w:br/>
        <w:t>v -0.057435 1.426781 -0.138369</w:t>
        <w:br/>
        <w:t>v -0.015984 1.411828 -0.144004</w:t>
        <w:br/>
        <w:t>v -0.019013 1.405154 -0.146300</w:t>
        <w:br/>
        <w:t>v -0.023654 1.398562 -0.141679</w:t>
        <w:br/>
        <w:t>v -0.024000 1.401595 -0.137119</w:t>
        <w:br/>
        <w:t>v -0.037821 1.451388 -0.122839</w:t>
        <w:br/>
        <w:t>v -0.013323 1.430545 -0.122049</w:t>
        <w:br/>
        <w:t>v -0.009524 1.436610 -0.119638</w:t>
        <w:br/>
        <w:t>v -0.025783 1.456756 -0.118461</w:t>
        <w:br/>
        <w:t>v -0.048047 1.444642 -0.127026</w:t>
        <w:br/>
        <w:t>v -0.017952 1.421767 -0.125886</w:t>
        <w:br/>
        <w:t>v -0.000000 1.445294 -0.115668</w:t>
        <w:br/>
        <w:t>v -0.000000 1.459757 -0.113204</w:t>
        <w:br/>
        <w:t>v -0.014313 1.459017 -0.114858</w:t>
        <w:br/>
        <w:t>v -0.005220 1.442095 -0.117407</w:t>
        <w:br/>
        <w:t>v -0.055849 1.436867 -0.130724</w:t>
        <w:br/>
        <w:t>v -0.022292 1.409832 -0.131499</w:t>
        <w:br/>
        <w:t>v -0.000000 1.453903 -0.114395</w:t>
        <w:br/>
        <w:t>v -0.000000 1.445294 -0.115668</w:t>
        <w:br/>
        <w:t>v -0.021996 1.400154 -0.145109</w:t>
        <w:br/>
        <w:t>v -0.022850 1.399299 -0.146190</w:t>
        <w:br/>
        <w:t>v -0.024862 1.397318 -0.142115</w:t>
        <w:br/>
        <w:t>v -0.023654 1.398562 -0.141679</w:t>
        <w:br/>
        <w:t>v -0.043895 1.425084 -0.146212</w:t>
        <w:br/>
        <w:t>v -0.037138 1.430018 -0.144742</w:t>
        <w:br/>
        <w:t>v -0.037586 1.429528 -0.143539</w:t>
        <w:br/>
        <w:t>v -0.043582 1.425538 -0.144886</w:t>
        <w:br/>
        <w:t>v -0.058400 1.429855 -0.134871</w:t>
        <w:br/>
        <w:t>v -0.059199 1.428912 -0.133996</w:t>
        <w:br/>
        <w:t>v -0.058484 1.425401 -0.138200</w:t>
        <w:br/>
        <w:t>v -0.057435 1.426781 -0.138369</w:t>
        <w:br/>
        <w:t>v -0.025783 1.456756 -0.118461</w:t>
        <w:br/>
        <w:t>v -0.026352 1.456429 -0.117231</w:t>
        <w:br/>
        <w:t>v -0.038373 1.451074 -0.121602</w:t>
        <w:br/>
        <w:t>v -0.037821 1.451388 -0.122839</w:t>
        <w:br/>
        <w:t>v -0.029709 1.436265 -0.137387</w:t>
        <w:br/>
        <w:t>v -0.028811 1.437169 -0.138249</w:t>
        <w:br/>
        <w:t>v -0.019383 1.444646 -0.126823</w:t>
        <w:br/>
        <w:t>v -0.020386 1.443701 -0.126051</w:t>
        <w:br/>
        <w:t>v -0.018543 1.421337 -0.124690</w:t>
        <w:br/>
        <w:t>v -0.013888 1.430212 -0.120820</w:t>
        <w:br/>
        <w:t>v -0.013323 1.430545 -0.122049</w:t>
        <w:br/>
        <w:t>v -0.017952 1.421767 -0.125886</w:t>
        <w:br/>
        <w:t>v -0.005722 1.441772 -0.116161</w:t>
        <w:br/>
        <w:t>v -0.000000 1.445459 -0.114378</w:t>
        <w:br/>
        <w:t>v -0.000000 1.445294 -0.115668</w:t>
        <w:br/>
        <w:t>v -0.005220 1.442095 -0.117407</w:t>
        <w:br/>
        <w:t>v -0.010057 1.436311 -0.118394</w:t>
        <w:br/>
        <w:t>v -0.009524 1.436610 -0.119638</w:t>
        <w:br/>
        <w:t>v -0.022988 1.409148 -0.130432</w:t>
        <w:br/>
        <w:t>v -0.022292 1.409832 -0.131499</w:t>
        <w:br/>
        <w:t>v -0.050448 1.423081 -0.144253</w:t>
        <w:br/>
        <w:t>v -0.049581 1.424268 -0.143357</w:t>
        <w:br/>
        <w:t>v -0.014208 1.448920 -0.119037</w:t>
        <w:br/>
        <w:t>v -0.013272 1.449590 -0.120008</w:t>
        <w:br/>
        <w:t>v -0.007879 1.452683 -0.116798</w:t>
        <w:br/>
        <w:t>v -0.008620 1.452312 -0.115632</w:t>
        <w:br/>
        <w:t>v -0.055849 1.436867 -0.130724</w:t>
        <w:br/>
        <w:t>v -0.056384 1.436385 -0.129534</w:t>
        <w:br/>
        <w:t>v -0.057435 1.426781 -0.138369</w:t>
        <w:br/>
        <w:t>v -0.048554 1.444324 -0.125780</w:t>
        <w:br/>
        <w:t>v -0.048047 1.444642 -0.127026</w:t>
        <w:br/>
        <w:t>v -0.000000 1.459757 -0.113204</w:t>
        <w:br/>
        <w:t>v -0.000000 1.459481 -0.111933</w:t>
        <w:br/>
        <w:t>v -0.014828 1.458667 -0.113623</w:t>
        <w:br/>
        <w:t>v -0.014313 1.459017 -0.114858</w:t>
        <w:br/>
        <w:t>v -0.015984 1.411828 -0.144004</w:t>
        <w:br/>
        <w:t>v -0.015301 1.412307 -0.145154</w:t>
        <w:br/>
        <w:t>v -0.019083 1.404973 -0.147655</w:t>
        <w:br/>
        <w:t>v -0.019013 1.405154 -0.146300</w:t>
        <w:br/>
        <w:t>v -0.025103 1.400449 -0.136629</w:t>
        <w:br/>
        <w:t>v -0.024000 1.401595 -0.137119</w:t>
        <w:br/>
        <w:t>v -0.007604 1.431250 -0.128694</w:t>
        <w:br/>
        <w:t>v -0.012033 1.419926 -0.139804</w:t>
        <w:br/>
        <w:t>v -0.013017 1.419130 -0.138925</w:t>
        <w:br/>
        <w:t>v -0.008705 1.430324 -0.127975</w:t>
        <w:br/>
        <w:t>v -0.004945 1.440096 -0.120533</w:t>
        <w:br/>
        <w:t>v -0.005975 1.439312 -0.119675</w:t>
        <w:br/>
        <w:t>v -0.000000 1.445174 -0.116938</w:t>
        <w:br/>
        <w:t>v -0.003253 1.443213 -0.118408</w:t>
        <w:br/>
        <w:t>v -0.004018 1.442765 -0.117463</w:t>
        <w:br/>
        <w:t>v -0.000000 1.445294 -0.115668</w:t>
        <w:br/>
        <w:t>v -0.000000 1.454203 -0.115687</w:t>
        <w:br/>
        <w:t>v -0.000000 1.453903 -0.114395</w:t>
        <w:br/>
        <w:t>v 0.041502 1.411917 -0.140246</w:t>
        <w:br/>
        <w:t>v 0.036810 1.411862 -0.145051</w:t>
        <w:br/>
        <w:t>v 0.022850 1.399299 -0.146190</w:t>
        <w:br/>
        <w:t>v 0.024862 1.397318 -0.142115</w:t>
        <w:br/>
        <w:t>v 0.041502 1.411917 -0.140246</w:t>
        <w:br/>
        <w:t>v 0.042554 1.415832 -0.134806</w:t>
        <w:br/>
        <w:t>v 0.059199 1.428913 -0.133996</w:t>
        <w:br/>
        <w:t>v 0.058484 1.425401 -0.138200</w:t>
        <w:br/>
        <w:t>v 0.019383 1.444646 -0.126823</w:t>
        <w:br/>
        <w:t>v 0.007604 1.431250 -0.128694</w:t>
        <w:br/>
        <w:t>v 0.012033 1.419926 -0.139804</w:t>
        <w:br/>
        <w:t>v 0.028811 1.437169 -0.138249</w:t>
        <w:br/>
        <w:t>v 0.015301 1.412307 -0.145154</w:t>
        <w:br/>
        <w:t>v 0.037138 1.430019 -0.144742</w:t>
        <w:br/>
        <w:t>v 0.033148 1.415660 -0.147428</w:t>
        <w:br/>
        <w:t>v 0.050448 1.423081 -0.144253</w:t>
        <w:br/>
        <w:t>v 0.043895 1.425085 -0.146212</w:t>
        <w:br/>
        <w:t>v 0.004945 1.440096 -0.120533</w:t>
        <w:br/>
        <w:t>v 0.013272 1.449590 -0.120008</w:t>
        <w:br/>
        <w:t>v 0.007879 1.452683 -0.116798</w:t>
        <w:br/>
        <w:t>v 0.003253 1.443213 -0.118408</w:t>
        <w:br/>
        <w:t>v 0.056384 1.436385 -0.129534</w:t>
        <w:br/>
        <w:t>v 0.025103 1.400449 -0.136629</w:t>
        <w:br/>
        <w:t>v 0.038373 1.451074 -0.121602</w:t>
        <w:br/>
        <w:t>v 0.013888 1.430212 -0.120820</w:t>
        <w:br/>
        <w:t>v 0.010057 1.436311 -0.118394</w:t>
        <w:br/>
        <w:t>v 0.026352 1.456429 -0.117231</w:t>
        <w:br/>
        <w:t>v 0.048554 1.444324 -0.125780</w:t>
        <w:br/>
        <w:t>v 0.018543 1.421337 -0.124690</w:t>
        <w:br/>
        <w:t>v 0.014828 1.458667 -0.113623</w:t>
        <w:br/>
        <w:t>v 0.005722 1.441772 -0.116161</w:t>
        <w:br/>
        <w:t>v 0.022988 1.409148 -0.130432</w:t>
        <w:br/>
        <w:t>v 0.019083 1.404973 -0.147655</w:t>
        <w:br/>
        <w:t>v 0.021996 1.400154 -0.145109</w:t>
        <w:br/>
        <w:t>v 0.035781 1.412984 -0.143637</w:t>
        <w:br/>
        <w:t>v 0.040170 1.413473 -0.139957</w:t>
        <w:br/>
        <w:t>v 0.023654 1.398562 -0.141679</w:t>
        <w:br/>
        <w:t>v 0.033303 1.415907 -0.145172</w:t>
        <w:br/>
        <w:t>v 0.037586 1.429528 -0.143539</w:t>
        <w:br/>
        <w:t>v 0.043582 1.425538 -0.144886</w:t>
        <w:br/>
        <w:t>v 0.058400 1.429855 -0.134871</w:t>
        <w:br/>
        <w:t>v 0.040523 1.417051 -0.135349</w:t>
        <w:br/>
        <w:t>v 0.040170 1.413473 -0.139957</w:t>
        <w:br/>
        <w:t>v 0.057435 1.426781 -0.138369</w:t>
        <w:br/>
        <w:t>v 0.013017 1.419130 -0.138925</w:t>
        <w:br/>
        <w:t>v 0.008705 1.430324 -0.127975</w:t>
        <w:br/>
        <w:t>v 0.020386 1.443701 -0.126051</w:t>
        <w:br/>
        <w:t>v 0.029709 1.436265 -0.137387</w:t>
        <w:br/>
        <w:t>v 0.049581 1.424268 -0.143357</w:t>
        <w:br/>
        <w:t>v 0.008620 1.452312 -0.115632</w:t>
        <w:br/>
        <w:t>v 0.014208 1.448920 -0.119037</w:t>
        <w:br/>
        <w:t>v 0.005975 1.439312 -0.119675</w:t>
        <w:br/>
        <w:t>v 0.004018 1.442765 -0.117463</w:t>
        <w:br/>
        <w:t>v 0.057435 1.426781 -0.138369</w:t>
        <w:br/>
        <w:t>v 0.019013 1.405154 -0.146300</w:t>
        <w:br/>
        <w:t>v 0.015984 1.411828 -0.144004</w:t>
        <w:br/>
        <w:t>v 0.024000 1.401595 -0.137119</w:t>
        <w:br/>
        <w:t>v 0.023654 1.398562 -0.141679</w:t>
        <w:br/>
        <w:t>v 0.009524 1.436610 -0.119638</w:t>
        <w:br/>
        <w:t>v 0.013323 1.430545 -0.122049</w:t>
        <w:br/>
        <w:t>v 0.037821 1.451388 -0.122839</w:t>
        <w:br/>
        <w:t>v 0.025783 1.456756 -0.118461</w:t>
        <w:br/>
        <w:t>v 0.048047 1.444642 -0.127026</w:t>
        <w:br/>
        <w:t>v 0.017952 1.421767 -0.125886</w:t>
        <w:br/>
        <w:t>v 0.014313 1.459017 -0.114858</w:t>
        <w:br/>
        <w:t>v 0.005220 1.442095 -0.117407</w:t>
        <w:br/>
        <w:t>v 0.022292 1.409833 -0.131499</w:t>
        <w:br/>
        <w:t>v 0.055849 1.436867 -0.130724</w:t>
        <w:br/>
        <w:t>v 0.024862 1.397318 -0.142115</w:t>
        <w:br/>
        <w:t>v 0.022850 1.399299 -0.146190</w:t>
        <w:br/>
        <w:t>v 0.021996 1.400154 -0.145109</w:t>
        <w:br/>
        <w:t>v 0.023654 1.398562 -0.141679</w:t>
        <w:br/>
        <w:t>v 0.037586 1.429528 -0.143539</w:t>
        <w:br/>
        <w:t>v 0.037138 1.430019 -0.144742</w:t>
        <w:br/>
        <w:t>v 0.043895 1.425085 -0.146212</w:t>
        <w:br/>
        <w:t>v 0.043582 1.425538 -0.144886</w:t>
        <w:br/>
        <w:t>v 0.058484 1.425401 -0.138200</w:t>
        <w:br/>
        <w:t>v 0.059199 1.428913 -0.133996</w:t>
        <w:br/>
        <w:t>v 0.058400 1.429855 -0.134871</w:t>
        <w:br/>
        <w:t>v 0.057435 1.426781 -0.138369</w:t>
        <w:br/>
        <w:t>v 0.038373 1.451074 -0.121602</w:t>
        <w:br/>
        <w:t>v 0.026352 1.456429 -0.117231</w:t>
        <w:br/>
        <w:t>v 0.025783 1.456756 -0.118461</w:t>
        <w:br/>
        <w:t>v 0.037821 1.451388 -0.122839</w:t>
        <w:br/>
        <w:t>v 0.019383 1.444646 -0.126823</w:t>
        <w:br/>
        <w:t>v 0.028811 1.437169 -0.138249</w:t>
        <w:br/>
        <w:t>v 0.029709 1.436265 -0.137387</w:t>
        <w:br/>
        <w:t>v 0.020386 1.443701 -0.126051</w:t>
        <w:br/>
        <w:t>v 0.013323 1.430545 -0.122049</w:t>
        <w:br/>
        <w:t>v 0.013888 1.430212 -0.120820</w:t>
        <w:br/>
        <w:t>v 0.018543 1.421337 -0.124690</w:t>
        <w:br/>
        <w:t>v 0.017952 1.421767 -0.125886</w:t>
        <w:br/>
        <w:t>v -0.000000 1.445294 -0.115668</w:t>
        <w:br/>
        <w:t>v -0.000000 1.445459 -0.114378</w:t>
        <w:br/>
        <w:t>v 0.005722 1.441772 -0.116161</w:t>
        <w:br/>
        <w:t>v 0.005220 1.442095 -0.117407</w:t>
        <w:br/>
        <w:t>v 0.010057 1.436311 -0.118394</w:t>
        <w:br/>
        <w:t>v 0.009524 1.436610 -0.119638</w:t>
        <w:br/>
        <w:t>v 0.022988 1.409148 -0.130432</w:t>
        <w:br/>
        <w:t>v 0.022292 1.409833 -0.131499</w:t>
        <w:br/>
        <w:t>v 0.050448 1.423081 -0.144253</w:t>
        <w:br/>
        <w:t>v 0.049581 1.424268 -0.143357</w:t>
        <w:br/>
        <w:t>v 0.007879 1.452683 -0.116798</w:t>
        <w:br/>
        <w:t>v 0.013272 1.449590 -0.120008</w:t>
        <w:br/>
        <w:t>v 0.014208 1.448920 -0.119037</w:t>
        <w:br/>
        <w:t>v 0.008620 1.452312 -0.115632</w:t>
        <w:br/>
        <w:t>v 0.056384 1.436385 -0.129534</w:t>
        <w:br/>
        <w:t>v 0.055849 1.436867 -0.130724</w:t>
        <w:br/>
        <w:t>v 0.057435 1.426781 -0.138369</w:t>
        <w:br/>
        <w:t>v 0.048554 1.444324 -0.125780</w:t>
        <w:br/>
        <w:t>v 0.048047 1.444642 -0.127026</w:t>
        <w:br/>
        <w:t>v 0.014828 1.458667 -0.113623</w:t>
        <w:br/>
        <w:t>v 0.014313 1.459017 -0.114858</w:t>
        <w:br/>
        <w:t>v 0.019083 1.404973 -0.147655</w:t>
        <w:br/>
        <w:t>v 0.015301 1.412307 -0.145154</w:t>
        <w:br/>
        <w:t>v 0.015984 1.411828 -0.144004</w:t>
        <w:br/>
        <w:t>v 0.019013 1.405154 -0.146300</w:t>
        <w:br/>
        <w:t>v 0.024000 1.401595 -0.137119</w:t>
        <w:br/>
        <w:t>v 0.025103 1.400449 -0.136629</w:t>
        <w:br/>
        <w:t>v 0.013017 1.419130 -0.138925</w:t>
        <w:br/>
        <w:t>v 0.012033 1.419926 -0.139804</w:t>
        <w:br/>
        <w:t>v 0.007604 1.431250 -0.128694</w:t>
        <w:br/>
        <w:t>v 0.008705 1.430324 -0.127975</w:t>
        <w:br/>
        <w:t>v 0.004945 1.440096 -0.120533</w:t>
        <w:br/>
        <w:t>v 0.005975 1.439312 -0.119675</w:t>
        <w:br/>
        <w:t>v 0.004018 1.442765 -0.117463</w:t>
        <w:br/>
        <w:t>v 0.003253 1.443213 -0.118408</w:t>
        <w:br/>
        <w:t>v -0.000000 1.445174 -0.116938</w:t>
        <w:br/>
        <w:t>v -0.000000 1.445294 -0.115668</w:t>
        <w:br/>
        <w:t>v -0.069403 1.323026 0.091877</w:t>
        <w:br/>
        <w:t>v -0.066887 1.321983 0.096198</w:t>
        <w:br/>
        <w:t>v -0.083621 1.316036 0.084816</w:t>
        <w:br/>
        <w:t>v -0.079709 1.319343 0.084896</w:t>
        <w:br/>
        <w:t>v -0.066733 1.331623 0.083400</w:t>
        <w:br/>
        <w:t>v -0.077039 1.327940 0.076419</w:t>
        <w:br/>
        <w:t>v -0.079645 1.328879 0.072135</w:t>
        <w:br/>
        <w:t>v -0.062904 1.334841 0.083504</w:t>
        <w:br/>
        <w:t>v -0.064874 1.323991 0.095825</w:t>
        <w:br/>
        <w:t>v -0.067280 1.325085 0.091567</w:t>
        <w:br/>
        <w:t>v -0.065518 1.330758 0.085971</w:t>
        <w:br/>
        <w:t>v -0.061777 1.333957 0.085999</w:t>
        <w:br/>
        <w:t>v -0.084760 1.316849 0.082400</w:t>
        <w:br/>
        <w:t>v -0.081641 1.326914 0.072468</w:t>
        <w:br/>
        <w:t>v -0.079162 1.325882 0.076729</w:t>
        <w:br/>
        <w:t>v -0.080924 1.320209 0.082324</w:t>
        <w:br/>
        <w:t>v -0.065425 1.320284 0.094935</w:t>
        <w:br/>
        <w:t>v -0.067942 1.321328 0.090615</w:t>
        <w:br/>
        <w:t>v -0.078247 1.317644 0.083634</w:t>
        <w:br/>
        <w:t>v -0.082158 1.314338 0.083553</w:t>
        <w:br/>
        <w:t>v -0.061443 1.333142 0.082243</w:t>
        <w:br/>
        <w:t>v -0.078183 1.327180 0.070873</w:t>
        <w:br/>
        <w:t>v -0.075577 1.326241 0.075156</w:t>
        <w:br/>
        <w:t>v -0.065271 1.329925 0.082137</w:t>
        <w:br/>
        <w:t>v -0.063412 1.322293 0.094564</w:t>
        <w:br/>
        <w:t>v -0.060316 1.332259 0.084737</w:t>
        <w:br/>
        <w:t>v -0.064056 1.329060 0.084710</w:t>
        <w:br/>
        <w:t>v -0.065818 1.323387 0.090304</w:t>
        <w:br/>
        <w:t>v -0.083299 1.315150 0.081139</w:t>
        <w:br/>
        <w:t>v -0.079462 1.318509 0.081062</w:t>
        <w:br/>
        <w:t>v -0.077700 1.324182 0.075467</w:t>
        <w:br/>
        <w:t>v -0.080179 1.325215 0.071205</w:t>
        <w:br/>
        <w:t>v -0.069403 1.323026 0.091877</w:t>
        <w:br/>
        <w:t>v -0.079709 1.319343 0.084896</w:t>
        <w:br/>
        <w:t>v -0.078247 1.317644 0.083634</w:t>
        <w:br/>
        <w:t>v -0.067942 1.321328 0.090615</w:t>
        <w:br/>
        <w:t>v -0.066887 1.321983 0.096198</w:t>
        <w:br/>
        <w:t>v -0.065425 1.320284 0.094935</w:t>
        <w:br/>
        <w:t>v -0.082158 1.314338 0.083553</w:t>
        <w:br/>
        <w:t>v -0.083621 1.316036 0.084816</w:t>
        <w:br/>
        <w:t>v -0.079645 1.328879 0.072135</w:t>
        <w:br/>
        <w:t>v -0.078183 1.327180 0.070873</w:t>
        <w:br/>
        <w:t>v -0.061443 1.333142 0.082243</w:t>
        <w:br/>
        <w:t>v -0.062904 1.334841 0.083504</w:t>
        <w:br/>
        <w:t>v -0.066733 1.331623 0.083400</w:t>
        <w:br/>
        <w:t>v -0.065271 1.329925 0.082137</w:t>
        <w:br/>
        <w:t>v -0.075577 1.326241 0.075156</w:t>
        <w:br/>
        <w:t>v -0.077039 1.327940 0.076419</w:t>
        <w:br/>
        <w:t>v -0.064874 1.323991 0.095825</w:t>
        <w:br/>
        <w:t>v -0.061777 1.333957 0.085999</w:t>
        <w:br/>
        <w:t>v -0.060316 1.332259 0.084737</w:t>
        <w:br/>
        <w:t>v -0.063412 1.322293 0.094564</w:t>
        <w:br/>
        <w:t>v -0.064056 1.329060 0.084710</w:t>
        <w:br/>
        <w:t>v -0.065518 1.330758 0.085971</w:t>
        <w:br/>
        <w:t>v -0.067280 1.325085 0.091567</w:t>
        <w:br/>
        <w:t>v -0.065818 1.323387 0.090304</w:t>
        <w:br/>
        <w:t>v -0.077700 1.324182 0.075467</w:t>
        <w:br/>
        <w:t>v -0.079462 1.318509 0.081062</w:t>
        <w:br/>
        <w:t>v -0.080924 1.320209 0.082324</w:t>
        <w:br/>
        <w:t>v -0.079162 1.325882 0.076729</w:t>
        <w:br/>
        <w:t>v -0.081641 1.326914 0.072468</w:t>
        <w:br/>
        <w:t>v -0.084760 1.316849 0.082400</w:t>
        <w:br/>
        <w:t>v -0.083299 1.315150 0.081139</w:t>
        <w:br/>
        <w:t>v -0.080179 1.325215 0.071205</w:t>
        <w:br/>
        <w:t>v -0.084688 1.315960 0.083681</w:t>
        <w:br/>
        <w:t>v -0.080847 1.319260 0.083688</w:t>
        <w:br/>
        <w:t>v -0.068038 1.323840 0.092365</w:t>
        <w:br/>
        <w:t>v -0.065615 1.322714 0.096687</w:t>
        <w:br/>
        <w:t>v -0.078404 1.327126 0.075930</w:t>
        <w:br/>
        <w:t>v -0.080923 1.328129 0.071664</w:t>
        <w:br/>
        <w:t>v -0.065595 1.331706 0.084608</w:t>
        <w:br/>
        <w:t>v -0.061831 1.334952 0.084598</w:t>
        <w:br/>
        <w:t>v -0.079385 1.317562 0.082426</w:t>
        <w:br/>
        <w:t>v -0.083226 1.314261 0.082419</w:t>
        <w:br/>
        <w:t>v -0.064153 1.321016 0.095425</w:t>
        <w:br/>
        <w:t>v -0.066576 1.322141 0.091103</w:t>
        <w:br/>
        <w:t>v -0.079461 1.326431 0.070402</w:t>
        <w:br/>
        <w:t>v -0.076942 1.325428 0.074669</w:t>
        <w:br/>
        <w:t>v -0.064132 1.330006 0.083346</w:t>
        <w:br/>
        <w:t>v -0.060369 1.333254 0.083337</w:t>
        <w:br/>
        <w:t>v -0.080847 1.319260 0.083688</w:t>
        <w:br/>
        <w:t>v -0.079385 1.317562 0.082426</w:t>
        <w:br/>
        <w:t>v -0.066576 1.322141 0.091103</w:t>
        <w:br/>
        <w:t>v -0.068038 1.323840 0.092365</w:t>
        <w:br/>
        <w:t>v -0.064153 1.321016 0.095425</w:t>
        <w:br/>
        <w:t>v -0.065615 1.322714 0.096687</w:t>
        <w:br/>
        <w:t>v -0.083226 1.314261 0.082419</w:t>
        <w:br/>
        <w:t>v -0.084688 1.315960 0.083681</w:t>
        <w:br/>
        <w:t>v -0.083621 1.316036 0.084816</w:t>
        <w:br/>
        <w:t>v -0.082158 1.314338 0.083553</w:t>
        <w:br/>
        <w:t>v -0.079461 1.326431 0.070402</w:t>
        <w:br/>
        <w:t>v -0.080923 1.328129 0.071664</w:t>
        <w:br/>
        <w:t>v -0.060369 1.333254 0.083337</w:t>
        <w:br/>
        <w:t>v -0.061831 1.334952 0.084598</w:t>
        <w:br/>
        <w:t>v -0.064132 1.330006 0.083346</w:t>
        <w:br/>
        <w:t>v -0.065595 1.331706 0.084608</w:t>
        <w:br/>
        <w:t>v -0.076942 1.325428 0.074669</w:t>
        <w:br/>
        <w:t>v -0.078404 1.327126 0.075930</w:t>
        <w:br/>
        <w:t>v -0.077039 1.327940 0.076419</w:t>
        <w:br/>
        <w:t>v -0.075577 1.326241 0.075156</w:t>
        <w:br/>
        <w:t>v -0.086808 1.305766 0.095283</w:t>
        <w:br/>
        <w:t>v -0.086111 1.307171 0.094012</w:t>
        <w:br/>
        <w:t>v -0.085185 1.307097 0.095309</w:t>
        <w:br/>
        <w:t>v -0.085628 1.306230 0.096091</w:t>
        <w:br/>
        <w:t>v -0.088963 1.298917 0.103667</w:t>
        <w:br/>
        <w:t>v -0.088043 1.298905 0.105013</w:t>
        <w:br/>
        <w:t>v -0.088465 1.298123 0.105772</w:t>
        <w:br/>
        <w:t>v -0.089637 1.297641 0.104909</w:t>
        <w:br/>
        <w:t>v -0.085698 1.305608 0.096988</w:t>
        <w:br/>
        <w:t>v -0.086919 1.304799 0.096668</w:t>
        <w:br/>
        <w:t>v -0.088597 1.297322 0.106986</w:t>
        <w:br/>
        <w:t>v -0.089827 1.296486 0.106653</w:t>
        <w:br/>
        <w:t>v -0.086367 1.301693 0.102569</w:t>
        <w:br/>
        <w:t>v -0.073715 1.306533 0.111339</w:t>
        <w:br/>
        <w:t>v -0.074647 1.305274 0.112326</w:t>
        <w:br/>
        <w:t>v -0.085970 1.300949 0.104413</w:t>
        <w:br/>
        <w:t>v -0.071040 1.311662 0.106115</w:t>
        <w:br/>
        <w:t>v -0.070944 1.312378 0.105082</w:t>
        <w:br/>
        <w:t>v -0.069694 1.313235 0.105264</w:t>
        <w:br/>
        <w:t>v -0.069867 1.312066 0.106920</w:t>
        <w:br/>
        <w:t>v -0.073792 1.304419 0.114925</w:t>
        <w:br/>
        <w:t>v -0.072541 1.305249 0.115077</w:t>
        <w:br/>
        <w:t>v -0.072698 1.304203 0.116698</w:t>
        <w:br/>
        <w:t>v -0.073880 1.303782 0.115927</w:t>
        <w:br/>
        <w:t>v -0.070478 1.310949 0.107983</w:t>
        <w:br/>
        <w:t>v -0.071437 1.310938 0.106800</w:t>
        <w:br/>
        <w:t>v -0.073412 1.302883 0.118100</w:t>
        <w:br/>
        <w:t>v -0.074376 1.302864 0.116902</w:t>
        <w:br/>
        <w:t>v -0.085639 1.303771 0.100070</w:t>
        <w:br/>
        <w:t>v -0.072984 1.308560 0.108810</w:t>
        <w:br/>
        <w:t>v -0.084809 1.304822 0.099452</w:t>
        <w:br/>
        <w:t>v -0.073229 1.309186 0.107441</w:t>
        <w:br/>
        <w:t>v -0.085478 1.304221 0.094135</w:t>
        <w:br/>
        <w:t>v -0.084299 1.304685 0.094944</w:t>
        <w:br/>
        <w:t>v -0.083856 1.305552 0.094161</w:t>
        <w:br/>
        <w:t>v -0.084781 1.305625 0.092863</w:t>
        <w:br/>
        <w:t>v -0.087135 1.296578 0.104623</w:t>
        <w:br/>
        <w:t>v -0.086713 1.297361 0.103863</w:t>
        <w:br/>
        <w:t>v -0.087633 1.297372 0.102516</w:t>
        <w:br/>
        <w:t>v -0.088308 1.296093 0.103759</w:t>
        <w:br/>
        <w:t>v -0.084368 1.304063 0.095841</w:t>
        <w:br/>
        <w:t>v -0.085589 1.303254 0.095521</w:t>
        <w:br/>
        <w:t>v -0.088497 1.294937 0.105502</w:t>
        <w:br/>
        <w:t>v -0.087268 1.295776 0.105837</w:t>
        <w:br/>
        <w:t>v -0.084639 1.299406 0.103267</w:t>
        <w:br/>
        <w:t>v -0.073324 1.303734 0.111189</w:t>
        <w:br/>
        <w:t>v -0.072395 1.305022 0.110152</w:t>
        <w:br/>
        <w:t>v -0.085037 1.300150 0.101422</w:t>
        <w:br/>
        <w:t>v -0.068364 1.311690 0.104117</w:t>
        <w:br/>
        <w:t>v -0.069614 1.310833 0.103934</w:t>
        <w:br/>
        <w:t>v -0.069710 1.310117 0.104968</w:t>
        <w:br/>
        <w:t>v -0.068538 1.310521 0.105771</w:t>
        <w:br/>
        <w:t>v -0.072550 1.302242 0.114783</w:t>
        <w:br/>
        <w:t>v -0.071367 1.302662 0.115554</w:t>
        <w:br/>
        <w:t>v -0.071211 1.303707 0.113932</w:t>
        <w:br/>
        <w:t>v -0.072462 1.302878 0.113781</w:t>
        <w:br/>
        <w:t>v -0.070108 1.309393 0.105653</w:t>
        <w:br/>
        <w:t>v -0.069148 1.309405 0.106835</w:t>
        <w:br/>
        <w:t>v -0.072775 1.303494 0.112305</w:t>
        <w:br/>
        <w:t>v -0.071459 1.304381 0.112447</w:t>
        <w:br/>
        <w:t>v -0.073047 1.301324 0.115758</w:t>
        <w:br/>
        <w:t>v -0.072082 1.301343 0.116956</w:t>
        <w:br/>
        <w:t>v -0.071653 1.307013 0.107662</w:t>
        <w:br/>
        <w:t>v -0.084306 1.302224 0.098920</w:t>
        <w:br/>
        <w:t>v -0.083478 1.303275 0.098304</w:t>
        <w:br/>
        <w:t>v -0.071898 1.307640 0.106292</w:t>
        <w:br/>
        <w:t>v -0.084299 1.304685 0.094944</w:t>
        <w:br/>
        <w:t>v -0.085628 1.306230 0.096091</w:t>
        <w:br/>
        <w:t>v -0.085185 1.307097 0.095309</w:t>
        <w:br/>
        <w:t>v -0.083856 1.305552 0.094161</w:t>
        <w:br/>
        <w:t>v -0.086111 1.307171 0.094012</w:t>
        <w:br/>
        <w:t>v -0.086808 1.305766 0.095283</w:t>
        <w:br/>
        <w:t>v -0.085478 1.304221 0.094135</w:t>
        <w:br/>
        <w:t>v -0.084781 1.305625 0.092863</w:t>
        <w:br/>
        <w:t>v -0.088465 1.298123 0.105772</w:t>
        <w:br/>
        <w:t>v -0.088043 1.298905 0.105013</w:t>
        <w:br/>
        <w:t>v -0.086713 1.297361 0.103863</w:t>
        <w:br/>
        <w:t>v -0.087135 1.296578 0.104623</w:t>
        <w:br/>
        <w:t>v -0.088308 1.296093 0.103759</w:t>
        <w:br/>
        <w:t>v -0.087633 1.297372 0.102516</w:t>
        <w:br/>
        <w:t>v -0.088963 1.298917 0.103667</w:t>
        <w:br/>
        <w:t>v -0.089637 1.297641 0.104909</w:t>
        <w:br/>
        <w:t>v -0.086919 1.304799 0.096668</w:t>
        <w:br/>
        <w:t>v -0.085589 1.303254 0.095521</w:t>
        <w:br/>
        <w:t>v -0.084368 1.304063 0.095841</w:t>
        <w:br/>
        <w:t>v -0.085698 1.305608 0.096988</w:t>
        <w:br/>
        <w:t>v -0.089827 1.296486 0.106653</w:t>
        <w:br/>
        <w:t>v -0.088497 1.294937 0.105502</w:t>
        <w:br/>
        <w:t>v -0.087268 1.295776 0.105837</w:t>
        <w:br/>
        <w:t>v -0.088597 1.297322 0.106986</w:t>
        <w:br/>
        <w:t>v -0.068364 1.311690 0.104117</w:t>
        <w:br/>
        <w:t>v -0.068538 1.310521 0.105771</w:t>
        <w:br/>
        <w:t>v -0.069867 1.312066 0.106920</w:t>
        <w:br/>
        <w:t>v -0.069694 1.313235 0.105264</w:t>
        <w:br/>
        <w:t>v -0.070944 1.312378 0.105082</w:t>
        <w:br/>
        <w:t>v -0.071040 1.311662 0.106115</w:t>
        <w:br/>
        <w:t>v -0.069710 1.310117 0.104968</w:t>
        <w:br/>
        <w:t>v -0.069614 1.310833 0.103934</w:t>
        <w:br/>
        <w:t>v -0.072541 1.305249 0.115077</w:t>
        <w:br/>
        <w:t>v -0.071211 1.303707 0.113932</w:t>
        <w:br/>
        <w:t>v -0.071367 1.302662 0.115554</w:t>
        <w:br/>
        <w:t>v -0.072698 1.304203 0.116698</w:t>
        <w:br/>
        <w:t>v -0.072550 1.302242 0.114783</w:t>
        <w:br/>
        <w:t>v -0.072462 1.302878 0.113781</w:t>
        <w:br/>
        <w:t>v -0.073792 1.304419 0.114925</w:t>
        <w:br/>
        <w:t>v -0.073880 1.303782 0.115927</w:t>
        <w:br/>
        <w:t>v -0.071437 1.310938 0.106800</w:t>
        <w:br/>
        <w:t>v -0.070108 1.309393 0.105653</w:t>
        <w:br/>
        <w:t>v -0.070478 1.310949 0.107983</w:t>
        <w:br/>
        <w:t>v -0.069148 1.309405 0.106835</w:t>
        <w:br/>
        <w:t>v -0.074376 1.302864 0.116902</w:t>
        <w:br/>
        <w:t>v -0.073047 1.301324 0.115758</w:t>
        <w:br/>
        <w:t>v -0.072082 1.301343 0.116956</w:t>
        <w:br/>
        <w:t>v -0.073412 1.302883 0.118100</w:t>
        <w:br/>
        <w:t>v -0.086367 1.301693 0.102569</w:t>
        <w:br/>
        <w:t>v -0.085037 1.300150 0.101422</w:t>
        <w:br/>
        <w:t>v -0.084306 1.302224 0.098920</w:t>
        <w:br/>
        <w:t>v -0.085639 1.303771 0.100070</w:t>
        <w:br/>
        <w:t>v -0.071653 1.307013 0.107662</w:t>
        <w:br/>
        <w:t>v -0.072395 1.305022 0.110152</w:t>
        <w:br/>
        <w:t>v -0.073715 1.306533 0.111339</w:t>
        <w:br/>
        <w:t>v -0.072984 1.308560 0.108810</w:t>
        <w:br/>
        <w:t>v -0.087792 1.296433 0.109750</w:t>
        <w:br/>
        <w:t>v -0.076232 1.300974 0.117833</w:t>
        <w:br/>
        <w:t>v -0.076216 1.300126 0.119344</w:t>
        <w:br/>
        <w:t>v -0.088529 1.295274 0.110724</w:t>
        <w:br/>
        <w:t>v -0.084278 1.308253 0.094690</w:t>
        <w:br/>
        <w:t>v -0.085193 1.308319 0.093434</w:t>
        <w:br/>
        <w:t>v -0.083412 1.309906 0.093290</w:t>
        <w:br/>
        <w:t>v -0.083341 1.309129 0.094546</w:t>
        <w:br/>
        <w:t>v -0.087101 1.300001 0.104453</w:t>
        <w:br/>
        <w:t>v -0.088078 1.300046 0.102984</w:t>
        <w:br/>
        <w:t>v -0.086594 1.304160 0.098132</w:t>
        <w:br/>
        <w:t>v -0.085345 1.304995 0.098446</w:t>
        <w:br/>
        <w:t>v -0.088334 1.296696 0.108482</w:t>
        <w:br/>
        <w:t>v -0.089578 1.295846 0.108149</w:t>
        <w:br/>
        <w:t>v -0.071776 1.313385 0.102464</w:t>
        <w:br/>
        <w:t>v -0.071100 1.314415 0.101705</w:t>
        <w:br/>
        <w:t>v -0.070006 1.313905 0.103828</w:t>
        <w:br/>
        <w:t>v -0.071232 1.313067 0.103630</w:t>
        <w:br/>
        <w:t>v -0.072791 1.305919 0.113593</w:t>
        <w:br/>
        <w:t>v -0.074103 1.305035 0.113447</w:t>
        <w:br/>
        <w:t>v -0.072384 1.309865 0.107378</w:t>
        <w:br/>
        <w:t>v -0.071409 1.309872 0.108600</w:t>
        <w:br/>
        <w:t>v -0.075267 1.301811 0.117607</w:t>
        <w:br/>
        <w:t>v -0.074294 1.301828 0.118825</w:t>
        <w:br/>
        <w:t>v -0.086458 1.294884 0.108599</w:t>
        <w:br/>
        <w:t>v -0.087196 1.293721 0.109572</w:t>
        <w:br/>
        <w:t>v -0.074883 1.298584 0.118199</w:t>
        <w:br/>
        <w:t>v -0.074898 1.299431 0.116686</w:t>
        <w:br/>
        <w:t>v -0.082947 1.306706 0.093542</w:t>
        <w:br/>
        <w:t>v -0.082008 1.307580 0.093395</w:t>
        <w:br/>
        <w:t>v -0.082080 1.308359 0.092141</w:t>
        <w:br/>
        <w:t>v -0.083862 1.306774 0.092286</w:t>
        <w:br/>
        <w:t>v -0.085771 1.298458 0.103305</w:t>
        <w:br/>
        <w:t>v -0.086748 1.298502 0.101835</w:t>
        <w:br/>
        <w:t>v -0.084015 1.303450 0.097298</w:t>
        <w:br/>
        <w:t>v -0.085264 1.302615 0.096984</w:t>
        <w:br/>
        <w:t>v -0.088248 1.294295 0.106998</w:t>
        <w:br/>
        <w:t>v -0.087004 1.295149 0.107331</w:t>
        <w:br/>
        <w:t>v -0.069902 1.311521 0.102482</w:t>
        <w:br/>
        <w:t>v -0.068676 1.312359 0.102681</w:t>
        <w:br/>
        <w:t>v -0.069768 1.312866 0.100555</w:t>
        <w:br/>
        <w:t>v -0.070443 1.311836 0.101313</w:t>
        <w:br/>
        <w:t>v -0.070080 1.308326 0.107452</w:t>
        <w:br/>
        <w:t>v -0.071053 1.308320 0.106230</w:t>
        <w:br/>
        <w:t>v -0.072963 1.300289 0.117681</w:t>
        <w:br/>
        <w:t>v -0.073935 1.300270 0.116463</w:t>
        <w:br/>
        <w:t>v -0.074898 1.299431 0.116686</w:t>
        <w:br/>
        <w:t>v -0.076232 1.300974 0.117833</w:t>
        <w:br/>
        <w:t>v -0.087792 1.296433 0.109750</w:t>
        <w:br/>
        <w:t>v -0.086458 1.294884 0.108599</w:t>
        <w:br/>
        <w:t>v -0.074883 1.298584 0.118199</w:t>
        <w:br/>
        <w:t>v -0.087196 1.293721 0.109572</w:t>
        <w:br/>
        <w:t>v -0.088529 1.295274 0.110724</w:t>
        <w:br/>
        <w:t>v -0.076216 1.300126 0.119344</w:t>
        <w:br/>
        <w:t>v -0.084278 1.308253 0.094690</w:t>
        <w:br/>
        <w:t>v -0.083341 1.309129 0.094546</w:t>
        <w:br/>
        <w:t>v -0.082008 1.307580 0.093395</w:t>
        <w:br/>
        <w:t>v -0.082947 1.306706 0.093542</w:t>
        <w:br/>
        <w:t>v -0.083862 1.306774 0.092286</w:t>
        <w:br/>
        <w:t>v -0.082080 1.308359 0.092141</w:t>
        <w:br/>
        <w:t>v -0.083412 1.309906 0.093290</w:t>
        <w:br/>
        <w:t>v -0.085193 1.308319 0.093434</w:t>
        <w:br/>
        <w:t>v -0.085970 1.300949 0.104413</w:t>
        <w:br/>
        <w:t>v -0.084639 1.299406 0.103267</w:t>
        <w:br/>
        <w:t>v -0.085771 1.298458 0.103305</w:t>
        <w:br/>
        <w:t>v -0.087101 1.300001 0.104453</w:t>
        <w:br/>
        <w:t>v -0.088078 1.300046 0.102984</w:t>
        <w:br/>
        <w:t>v -0.086748 1.298502 0.101835</w:t>
        <w:br/>
        <w:t>v -0.073324 1.303734 0.111189</w:t>
        <w:br/>
        <w:t>v -0.074647 1.305274 0.112326</w:t>
        <w:br/>
        <w:t>v -0.086594 1.304160 0.098132</w:t>
        <w:br/>
        <w:t>v -0.085264 1.302615 0.096984</w:t>
        <w:br/>
        <w:t>v -0.084809 1.304822 0.099452</w:t>
        <w:br/>
        <w:t>v -0.085345 1.304995 0.098446</w:t>
        <w:br/>
        <w:t>v -0.084015 1.303450 0.097298</w:t>
        <w:br/>
        <w:t>v -0.083478 1.303275 0.098304</w:t>
        <w:br/>
        <w:t>v -0.088248 1.294295 0.106998</w:t>
        <w:br/>
        <w:t>v -0.089578 1.295846 0.108149</w:t>
        <w:br/>
        <w:t>v -0.088529 1.295274 0.110724</w:t>
        <w:br/>
        <w:t>v -0.087196 1.293721 0.109572</w:t>
        <w:br/>
        <w:t>v -0.087004 1.295149 0.107331</w:t>
        <w:br/>
        <w:t>v -0.086458 1.294884 0.108599</w:t>
        <w:br/>
        <w:t>v -0.087792 1.296433 0.109750</w:t>
        <w:br/>
        <w:t>v -0.088334 1.296696 0.108482</w:t>
        <w:br/>
        <w:t>v -0.070006 1.313905 0.103828</w:t>
        <w:br/>
        <w:t>v -0.071100 1.314415 0.101705</w:t>
        <w:br/>
        <w:t>v -0.069768 1.312866 0.100555</w:t>
        <w:br/>
        <w:t>v -0.068676 1.312359 0.102681</w:t>
        <w:br/>
        <w:t>v -0.070443 1.311836 0.101313</w:t>
        <w:br/>
        <w:t>v -0.071776 1.313385 0.102464</w:t>
        <w:br/>
        <w:t>v -0.071232 1.313067 0.103630</w:t>
        <w:br/>
        <w:t>v -0.069902 1.311521 0.102482</w:t>
        <w:br/>
        <w:t>v -0.071459 1.304381 0.112447</w:t>
        <w:br/>
        <w:t>v -0.072791 1.305919 0.113593</w:t>
        <w:br/>
        <w:t>v -0.074103 1.305035 0.113447</w:t>
        <w:br/>
        <w:t>v -0.072775 1.303494 0.112305</w:t>
        <w:br/>
        <w:t>v -0.082008 1.307580 0.093395</w:t>
        <w:br/>
        <w:t>v -0.083341 1.309129 0.094546</w:t>
        <w:br/>
        <w:t>v -0.073229 1.309186 0.107441</w:t>
        <w:br/>
        <w:t>v -0.071898 1.307640 0.106292</w:t>
        <w:br/>
        <w:t>v -0.071053 1.308320 0.106230</w:t>
        <w:br/>
        <w:t>v -0.072384 1.309865 0.107378</w:t>
        <w:br/>
        <w:t>v -0.071409 1.309872 0.108600</w:t>
        <w:br/>
        <w:t>v -0.070080 1.308326 0.107452</w:t>
        <w:br/>
        <w:t>v -0.073935 1.300270 0.116463</w:t>
        <w:br/>
        <w:t>v -0.075267 1.301811 0.117607</w:t>
        <w:br/>
        <w:t>v -0.074294 1.301828 0.118825</w:t>
        <w:br/>
        <w:t>v -0.072963 1.300289 0.117681</w:t>
        <w:br/>
        <w:t>v 0.083620 1.316036 0.084816</w:t>
        <w:br/>
        <w:t>v 0.066886 1.321983 0.096198</w:t>
        <w:br/>
        <w:t>v 0.069402 1.323026 0.091877</w:t>
        <w:br/>
        <w:t>v 0.079708 1.319343 0.084896</w:t>
        <w:br/>
        <w:t>v 0.079644 1.328879 0.072135</w:t>
        <w:br/>
        <w:t>v 0.077038 1.327940 0.076419</w:t>
        <w:br/>
        <w:t>v 0.066732 1.331623 0.083400</w:t>
        <w:br/>
        <w:t>v 0.062903 1.334841 0.083504</w:t>
        <w:br/>
        <w:t>v 0.065517 1.330758 0.085971</w:t>
        <w:br/>
        <w:t>v 0.067280 1.325085 0.091567</w:t>
        <w:br/>
        <w:t>v 0.064874 1.323991 0.095825</w:t>
        <w:br/>
        <w:t>v 0.061776 1.333957 0.085999</w:t>
        <w:br/>
        <w:t>v 0.079161 1.325882 0.076729</w:t>
        <w:br/>
        <w:t>v 0.081640 1.326914 0.072468</w:t>
        <w:br/>
        <w:t>v 0.084759 1.316849 0.082400</w:t>
        <w:br/>
        <w:t>v 0.080923 1.320209 0.082324</w:t>
        <w:br/>
        <w:t>v 0.078246 1.317644 0.083634</w:t>
        <w:br/>
        <w:t>v 0.067941 1.321328 0.090615</w:t>
        <w:br/>
        <w:t>v 0.065424 1.320284 0.094935</w:t>
        <w:br/>
        <w:t>v 0.082158 1.314338 0.083553</w:t>
        <w:br/>
        <w:t>v 0.075576 1.326241 0.075156</w:t>
        <w:br/>
        <w:t>v 0.078182 1.327180 0.070873</w:t>
        <w:br/>
        <w:t>v 0.061442 1.333142 0.082243</w:t>
        <w:br/>
        <w:t>v 0.065270 1.329925 0.082137</w:t>
        <w:br/>
        <w:t>v 0.064055 1.329060 0.084710</w:t>
        <w:br/>
        <w:t>v 0.060315 1.332259 0.084737</w:t>
        <w:br/>
        <w:t>v 0.063411 1.322293 0.094564</w:t>
        <w:br/>
        <w:t>v 0.065817 1.323387 0.090304</w:t>
        <w:br/>
        <w:t>v 0.077700 1.324182 0.075467</w:t>
        <w:br/>
        <w:t>v 0.079461 1.318509 0.081062</w:t>
        <w:br/>
        <w:t>v 0.083298 1.315150 0.081139</w:t>
        <w:br/>
        <w:t>v 0.080178 1.325215 0.071205</w:t>
        <w:br/>
        <w:t>v 0.078246 1.317644 0.083634</w:t>
        <w:br/>
        <w:t>v 0.079708 1.319343 0.084896</w:t>
        <w:br/>
        <w:t>v 0.069402 1.323026 0.091877</w:t>
        <w:br/>
        <w:t>v 0.067941 1.321328 0.090615</w:t>
        <w:br/>
        <w:t>v 0.082158 1.314338 0.083553</w:t>
        <w:br/>
        <w:t>v 0.065424 1.320284 0.094935</w:t>
        <w:br/>
        <w:t>v 0.066886 1.321983 0.096198</w:t>
        <w:br/>
        <w:t>v 0.083620 1.316036 0.084816</w:t>
        <w:br/>
        <w:t>v 0.061442 1.333142 0.082243</w:t>
        <w:br/>
        <w:t>v 0.078182 1.327180 0.070873</w:t>
        <w:br/>
        <w:t>v 0.079644 1.328879 0.072135</w:t>
        <w:br/>
        <w:t>v 0.062903 1.334841 0.083504</w:t>
        <w:br/>
        <w:t>v 0.075576 1.326241 0.075156</w:t>
        <w:br/>
        <w:t>v 0.065270 1.329925 0.082137</w:t>
        <w:br/>
        <w:t>v 0.066732 1.331623 0.083400</w:t>
        <w:br/>
        <w:t>v 0.077038 1.327940 0.076419</w:t>
        <w:br/>
        <w:t>v 0.060315 1.332259 0.084737</w:t>
        <w:br/>
        <w:t>v 0.061776 1.333957 0.085999</w:t>
        <w:br/>
        <w:t>v 0.064874 1.323991 0.095825</w:t>
        <w:br/>
        <w:t>v 0.063411 1.322293 0.094564</w:t>
        <w:br/>
        <w:t>v 0.067280 1.325085 0.091567</w:t>
        <w:br/>
        <w:t>v 0.065517 1.330758 0.085971</w:t>
        <w:br/>
        <w:t>v 0.064055 1.329060 0.084710</w:t>
        <w:br/>
        <w:t>v 0.065817 1.323387 0.090304</w:t>
        <w:br/>
        <w:t>v 0.080923 1.320209 0.082324</w:t>
        <w:br/>
        <w:t>v 0.079461 1.318509 0.081062</w:t>
        <w:br/>
        <w:t>v 0.077700 1.324182 0.075467</w:t>
        <w:br/>
        <w:t>v 0.079161 1.325882 0.076729</w:t>
        <w:br/>
        <w:t>v 0.083298 1.315150 0.081139</w:t>
        <w:br/>
        <w:t>v 0.084759 1.316849 0.082400</w:t>
        <w:br/>
        <w:t>v 0.081640 1.326914 0.072468</w:t>
        <w:br/>
        <w:t>v 0.080178 1.325215 0.071205</w:t>
        <w:br/>
        <w:t>v 0.084687 1.315960 0.083681</w:t>
        <w:br/>
        <w:t>v 0.080847 1.319260 0.083688</w:t>
        <w:br/>
        <w:t>v 0.068037 1.323840 0.092365</w:t>
        <w:br/>
        <w:t>v 0.065615 1.322714 0.096687</w:t>
        <w:br/>
        <w:t>v 0.080922 1.328129 0.071664</w:t>
        <w:br/>
        <w:t>v 0.078403 1.327126 0.075930</w:t>
        <w:br/>
        <w:t>v 0.065594 1.331706 0.084608</w:t>
        <w:br/>
        <w:t>v 0.061830 1.334952 0.084598</w:t>
        <w:br/>
        <w:t>v 0.079384 1.317562 0.082426</w:t>
        <w:br/>
        <w:t>v 0.083226 1.314261 0.082419</w:t>
        <w:br/>
        <w:t>v 0.064152 1.321016 0.095425</w:t>
        <w:br/>
        <w:t>v 0.066575 1.322141 0.091103</w:t>
        <w:br/>
        <w:t>v 0.079460 1.326431 0.070402</w:t>
        <w:br/>
        <w:t>v 0.076941 1.325428 0.074669</w:t>
        <w:br/>
        <w:t>v 0.060368 1.333254 0.083337</w:t>
        <w:br/>
        <w:t>v 0.064132 1.330006 0.083346</w:t>
        <w:br/>
        <w:t>v 0.080847 1.319260 0.083688</w:t>
        <w:br/>
        <w:t>v 0.079384 1.317562 0.082426</w:t>
        <w:br/>
        <w:t>v 0.068037 1.323840 0.092365</w:t>
        <w:br/>
        <w:t>v 0.066575 1.322141 0.091103</w:t>
        <w:br/>
        <w:t>v 0.064152 1.321016 0.095425</w:t>
        <w:br/>
        <w:t>v 0.065615 1.322714 0.096687</w:t>
        <w:br/>
        <w:t>v 0.083620 1.316036 0.084816</w:t>
        <w:br/>
        <w:t>v 0.084687 1.315960 0.083681</w:t>
        <w:br/>
        <w:t>v 0.083226 1.314261 0.082419</w:t>
        <w:br/>
        <w:t>v 0.082158 1.314338 0.083553</w:t>
        <w:br/>
        <w:t>v 0.079460 1.326431 0.070402</w:t>
        <w:br/>
        <w:t>v 0.080922 1.328129 0.071664</w:t>
        <w:br/>
        <w:t>v 0.061830 1.334952 0.084598</w:t>
        <w:br/>
        <w:t>v 0.060368 1.333254 0.083337</w:t>
        <w:br/>
        <w:t>v 0.064132 1.330006 0.083346</w:t>
        <w:br/>
        <w:t>v 0.065594 1.331706 0.084608</w:t>
        <w:br/>
        <w:t>v 0.077038 1.327940 0.076419</w:t>
        <w:br/>
        <w:t>v 0.078403 1.327126 0.075930</w:t>
        <w:br/>
        <w:t>v 0.076941 1.325428 0.074669</w:t>
        <w:br/>
        <w:t>v 0.075576 1.326241 0.075156</w:t>
        <w:br/>
        <w:t>v 0.085185 1.307097 0.095309</w:t>
        <w:br/>
        <w:t>v 0.086110 1.307171 0.094012</w:t>
        <w:br/>
        <w:t>v 0.086807 1.305766 0.095283</w:t>
        <w:br/>
        <w:t>v 0.085628 1.306230 0.096091</w:t>
        <w:br/>
        <w:t>v 0.088464 1.298123 0.105772</w:t>
        <w:br/>
        <w:t>v 0.088042 1.298905 0.105013</w:t>
        <w:br/>
        <w:t>v 0.088962 1.298917 0.103667</w:t>
        <w:br/>
        <w:t>v 0.089637 1.297641 0.104909</w:t>
        <w:br/>
        <w:t>v 0.086918 1.304799 0.096668</w:t>
        <w:br/>
        <w:t>v 0.085697 1.305608 0.096988</w:t>
        <w:br/>
        <w:t>v 0.088597 1.297322 0.106986</w:t>
        <w:br/>
        <w:t>v 0.089826 1.296486 0.106653</w:t>
        <w:br/>
        <w:t>v 0.074647 1.305274 0.112326</w:t>
        <w:br/>
        <w:t>v 0.073714 1.306533 0.111339</w:t>
        <w:br/>
        <w:t>v 0.086366 1.301693 0.102569</w:t>
        <w:br/>
        <w:t>v 0.085969 1.300949 0.104413</w:t>
        <w:br/>
        <w:t>v 0.069693 1.313235 0.105264</w:t>
        <w:br/>
        <w:t>v 0.070943 1.312378 0.105082</w:t>
        <w:br/>
        <w:t>v 0.071039 1.311662 0.106115</w:t>
        <w:br/>
        <w:t>v 0.069867 1.312066 0.106919</w:t>
        <w:br/>
        <w:t>v 0.072697 1.304203 0.116698</w:t>
        <w:br/>
        <w:t>v 0.072540 1.305249 0.115077</w:t>
        <w:br/>
        <w:t>v 0.073791 1.304419 0.114925</w:t>
        <w:br/>
        <w:t>v 0.073879 1.303783 0.115927</w:t>
        <w:br/>
        <w:t>v 0.070477 1.310949 0.107983</w:t>
        <w:br/>
        <w:t>v 0.071437 1.310938 0.106800</w:t>
        <w:br/>
        <w:t>v 0.074376 1.302864 0.116902</w:t>
        <w:br/>
        <w:t>v 0.073411 1.302883 0.118100</w:t>
        <w:br/>
        <w:t>v 0.072984 1.308560 0.108810</w:t>
        <w:br/>
        <w:t>v 0.085638 1.303771 0.100070</w:t>
        <w:br/>
        <w:t>v 0.073228 1.309186 0.107440</w:t>
        <w:br/>
        <w:t>v 0.084808 1.304822 0.099452</w:t>
        <w:br/>
        <w:t>v 0.083855 1.305552 0.094161</w:t>
        <w:br/>
        <w:t>v 0.084298 1.304685 0.094944</w:t>
        <w:br/>
        <w:t>v 0.085478 1.304221 0.094135</w:t>
        <w:br/>
        <w:t>v 0.084780 1.305625 0.092863</w:t>
        <w:br/>
        <w:t>v 0.087632 1.297372 0.102516</w:t>
        <w:br/>
        <w:t>v 0.086712 1.297361 0.103863</w:t>
        <w:br/>
        <w:t>v 0.087134 1.296578 0.104623</w:t>
        <w:br/>
        <w:t>v 0.088307 1.296093 0.103759</w:t>
        <w:br/>
        <w:t>v 0.084367 1.304063 0.095841</w:t>
        <w:br/>
        <w:t>v 0.085588 1.303254 0.095521</w:t>
        <w:br/>
        <w:t>v 0.088496 1.294937 0.105502</w:t>
        <w:br/>
        <w:t>v 0.087267 1.295776 0.105837</w:t>
        <w:br/>
        <w:t>v 0.072394 1.305022 0.110152</w:t>
        <w:br/>
        <w:t>v 0.073323 1.303734 0.111189</w:t>
        <w:br/>
        <w:t>v 0.084638 1.299406 0.103267</w:t>
        <w:br/>
        <w:t>v 0.085037 1.300150 0.101422</w:t>
        <w:br/>
        <w:t>v 0.069709 1.310117 0.104968</w:t>
        <w:br/>
        <w:t>v 0.069613 1.310833 0.103934</w:t>
        <w:br/>
        <w:t>v 0.068363 1.311690 0.104117</w:t>
        <w:br/>
        <w:t>v 0.068537 1.310521 0.105771</w:t>
        <w:br/>
        <w:t>v 0.071210 1.303707 0.113932</w:t>
        <w:br/>
        <w:t>v 0.071366 1.302663 0.115554</w:t>
        <w:br/>
        <w:t>v 0.072549 1.302242 0.114783</w:t>
        <w:br/>
        <w:t>v 0.072461 1.302878 0.113781</w:t>
        <w:br/>
        <w:t>v 0.069148 1.309405 0.106835</w:t>
        <w:br/>
        <w:t>v 0.070107 1.309393 0.105653</w:t>
        <w:br/>
        <w:t>v 0.071458 1.304381 0.112447</w:t>
        <w:br/>
        <w:t>v 0.072775 1.303494 0.112305</w:t>
        <w:br/>
        <w:t>v 0.073046 1.301324 0.115758</w:t>
        <w:br/>
        <w:t>v 0.072081 1.301343 0.116956</w:t>
        <w:br/>
        <w:t>v 0.084305 1.302224 0.098920</w:t>
        <w:br/>
        <w:t>v 0.071652 1.307013 0.107662</w:t>
        <w:br/>
        <w:t>v 0.083477 1.303275 0.098304</w:t>
        <w:br/>
        <w:t>v 0.071897 1.307640 0.106292</w:t>
        <w:br/>
        <w:t>v 0.085185 1.307097 0.095309</w:t>
        <w:br/>
        <w:t>v 0.085628 1.306230 0.096091</w:t>
        <w:br/>
        <w:t>v 0.084298 1.304685 0.094944</w:t>
        <w:br/>
        <w:t>v 0.083855 1.305552 0.094161</w:t>
        <w:br/>
        <w:t>v 0.085478 1.304221 0.094135</w:t>
        <w:br/>
        <w:t>v 0.086807 1.305766 0.095283</w:t>
        <w:br/>
        <w:t>v 0.086110 1.307171 0.094012</w:t>
        <w:br/>
        <w:t>v 0.084780 1.305625 0.092863</w:t>
        <w:br/>
        <w:t>v 0.086712 1.297361 0.103863</w:t>
        <w:br/>
        <w:t>v 0.088042 1.298905 0.105013</w:t>
        <w:br/>
        <w:t>v 0.088464 1.298123 0.105772</w:t>
        <w:br/>
        <w:t>v 0.087134 1.296578 0.104623</w:t>
        <w:br/>
        <w:t>v 0.088962 1.298917 0.103667</w:t>
        <w:br/>
        <w:t>v 0.087632 1.297372 0.102516</w:t>
        <w:br/>
        <w:t>v 0.088307 1.296093 0.103759</w:t>
        <w:br/>
        <w:t>v 0.089637 1.297641 0.104909</w:t>
        <w:br/>
        <w:t>v 0.086918 1.304799 0.096668</w:t>
        <w:br/>
        <w:t>v 0.085588 1.303254 0.095521</w:t>
        <w:br/>
        <w:t>v 0.084367 1.304063 0.095841</w:t>
        <w:br/>
        <w:t>v 0.085697 1.305608 0.096988</w:t>
        <w:br/>
        <w:t>v 0.088496 1.294937 0.105502</w:t>
        <w:br/>
        <w:t>v 0.089826 1.296486 0.106653</w:t>
        <w:br/>
        <w:t>v 0.087267 1.295776 0.105837</w:t>
        <w:br/>
        <w:t>v 0.088597 1.297322 0.106986</w:t>
        <w:br/>
        <w:t>v 0.069867 1.312066 0.106919</w:t>
        <w:br/>
        <w:t>v 0.068537 1.310521 0.105771</w:t>
        <w:br/>
        <w:t>v 0.068363 1.311690 0.104117</w:t>
        <w:br/>
        <w:t>v 0.069693 1.313235 0.105264</w:t>
        <w:br/>
        <w:t>v 0.069709 1.310117 0.104968</w:t>
        <w:br/>
        <w:t>v 0.071039 1.311662 0.106115</w:t>
        <w:br/>
        <w:t>v 0.070943 1.312378 0.105082</w:t>
        <w:br/>
        <w:t>v 0.069613 1.310833 0.103934</w:t>
        <w:br/>
        <w:t>v 0.071366 1.302663 0.115554</w:t>
        <w:br/>
        <w:t>v 0.071210 1.303707 0.113932</w:t>
        <w:br/>
        <w:t>v 0.072540 1.305249 0.115077</w:t>
        <w:br/>
        <w:t>v 0.072697 1.304203 0.116698</w:t>
        <w:br/>
        <w:t>v 0.073791 1.304419 0.114925</w:t>
        <w:br/>
        <w:t>v 0.072461 1.302878 0.113781</w:t>
        <w:br/>
        <w:t>v 0.072549 1.302242 0.114783</w:t>
        <w:br/>
        <w:t>v 0.073879 1.303783 0.115927</w:t>
        <w:br/>
        <w:t>v 0.070107 1.309393 0.105653</w:t>
        <w:br/>
        <w:t>v 0.071437 1.310938 0.106800</w:t>
        <w:br/>
        <w:t>v 0.070477 1.310949 0.107983</w:t>
        <w:br/>
        <w:t>v 0.069148 1.309405 0.106835</w:t>
        <w:br/>
        <w:t>v 0.073046 1.301324 0.115758</w:t>
        <w:br/>
        <w:t>v 0.074376 1.302864 0.116902</w:t>
        <w:br/>
        <w:t>v 0.073411 1.302883 0.118100</w:t>
        <w:br/>
        <w:t>v 0.072081 1.301343 0.116956</w:t>
        <w:br/>
        <w:t>v 0.084305 1.302224 0.098920</w:t>
        <w:br/>
        <w:t>v 0.085037 1.300150 0.101422</w:t>
        <w:br/>
        <w:t>v 0.086366 1.301693 0.102569</w:t>
        <w:br/>
        <w:t>v 0.085638 1.303771 0.100070</w:t>
        <w:br/>
        <w:t>v 0.073714 1.306533 0.111339</w:t>
        <w:br/>
        <w:t>v 0.072394 1.305022 0.110152</w:t>
        <w:br/>
        <w:t>v 0.071652 1.307013 0.107662</w:t>
        <w:br/>
        <w:t>v 0.072984 1.308560 0.108810</w:t>
        <w:br/>
        <w:t>v 0.076216 1.300126 0.119344</w:t>
        <w:br/>
        <w:t>v 0.076231 1.300974 0.117833</w:t>
        <w:br/>
        <w:t>v 0.087791 1.296433 0.109750</w:t>
        <w:br/>
        <w:t>v 0.088528 1.295274 0.110724</w:t>
        <w:br/>
        <w:t>v 0.083411 1.309906 0.093290</w:t>
        <w:br/>
        <w:t>v 0.085192 1.308319 0.093434</w:t>
        <w:br/>
        <w:t>v 0.084277 1.308253 0.094690</w:t>
        <w:br/>
        <w:t>v 0.083341 1.309129 0.094546</w:t>
        <w:br/>
        <w:t>v 0.088077 1.300046 0.102984</w:t>
        <w:br/>
        <w:t>v 0.087100 1.300001 0.104453</w:t>
        <w:br/>
        <w:t>v 0.086593 1.304160 0.098132</w:t>
        <w:br/>
        <w:t>v 0.085344 1.304995 0.098446</w:t>
        <w:br/>
        <w:t>v 0.088334 1.296696 0.108482</w:t>
        <w:br/>
        <w:t>v 0.089578 1.295846 0.108149</w:t>
        <w:br/>
        <w:t>v 0.070005 1.313905 0.103828</w:t>
        <w:br/>
        <w:t>v 0.071099 1.314415 0.101705</w:t>
        <w:br/>
        <w:t>v 0.071775 1.313385 0.102464</w:t>
        <w:br/>
        <w:t>v 0.071232 1.313067 0.103630</w:t>
        <w:br/>
        <w:t>v 0.074102 1.305035 0.113447</w:t>
        <w:br/>
        <w:t>v 0.072790 1.305919 0.113593</w:t>
        <w:br/>
        <w:t>v 0.071409 1.309872 0.108600</w:t>
        <w:br/>
        <w:t>v 0.072384 1.309865 0.107378</w:t>
        <w:br/>
        <w:t>v 0.075267 1.301811 0.117607</w:t>
        <w:br/>
        <w:t>v 0.074293 1.301828 0.118825</w:t>
        <w:br/>
        <w:t>v 0.074883 1.298584 0.118199</w:t>
        <w:br/>
        <w:t>v 0.087195 1.293721 0.109572</w:t>
        <w:br/>
        <w:t>v 0.086458 1.294884 0.108599</w:t>
        <w:br/>
        <w:t>v 0.074897 1.299431 0.116686</w:t>
        <w:br/>
        <w:t>v 0.082079 1.308359 0.092141</w:t>
        <w:br/>
        <w:t>v 0.082008 1.307580 0.093395</w:t>
        <w:br/>
        <w:t>v 0.082946 1.306706 0.093542</w:t>
        <w:br/>
        <w:t>v 0.083861 1.306774 0.092286</w:t>
        <w:br/>
        <w:t>v 0.085770 1.298458 0.103305</w:t>
        <w:br/>
        <w:t>v 0.086747 1.298502 0.101835</w:t>
        <w:br/>
        <w:t>v 0.085263 1.302615 0.096984</w:t>
        <w:br/>
        <w:t>v 0.084014 1.303450 0.097298</w:t>
        <w:br/>
        <w:t>v 0.088247 1.294295 0.106998</w:t>
        <w:br/>
        <w:t>v 0.087003 1.295149 0.107331</w:t>
        <w:br/>
        <w:t>v 0.069767 1.312866 0.100555</w:t>
        <w:br/>
        <w:t>v 0.068676 1.312359 0.102681</w:t>
        <w:br/>
        <w:t>v 0.069901 1.311521 0.102482</w:t>
        <w:br/>
        <w:t>v 0.070442 1.311836 0.101313</w:t>
        <w:br/>
        <w:t>v 0.071053 1.308320 0.106230</w:t>
        <w:br/>
        <w:t>v 0.070079 1.308326 0.107452</w:t>
        <w:br/>
        <w:t>v 0.073935 1.300270 0.116463</w:t>
        <w:br/>
        <w:t>v 0.072962 1.300289 0.117681</w:t>
        <w:br/>
        <w:t>v 0.087791 1.296433 0.109750</w:t>
        <w:br/>
        <w:t>v 0.076231 1.300974 0.117833</w:t>
        <w:br/>
        <w:t>v 0.074897 1.299431 0.116686</w:t>
        <w:br/>
        <w:t>v 0.086458 1.294884 0.108599</w:t>
        <w:br/>
        <w:t>v 0.088528 1.295274 0.110724</w:t>
        <w:br/>
        <w:t>v 0.087195 1.293721 0.109572</w:t>
        <w:br/>
        <w:t>v 0.074883 1.298584 0.118199</w:t>
        <w:br/>
        <w:t>v 0.076216 1.300126 0.119344</w:t>
        <w:br/>
        <w:t>v 0.082008 1.307580 0.093395</w:t>
        <w:br/>
        <w:t>v 0.083341 1.309129 0.094546</w:t>
        <w:br/>
        <w:t>v 0.084277 1.308253 0.094690</w:t>
        <w:br/>
        <w:t>v 0.082946 1.306706 0.093542</w:t>
        <w:br/>
        <w:t>v 0.083411 1.309906 0.093290</w:t>
        <w:br/>
        <w:t>v 0.082079 1.308359 0.092141</w:t>
        <w:br/>
        <w:t>v 0.083861 1.306774 0.092286</w:t>
        <w:br/>
        <w:t>v 0.085192 1.308319 0.093434</w:t>
        <w:br/>
        <w:t>v 0.085770 1.298458 0.103305</w:t>
        <w:br/>
        <w:t>v 0.084638 1.299406 0.103267</w:t>
        <w:br/>
        <w:t>v 0.085969 1.300949 0.104413</w:t>
        <w:br/>
        <w:t>v 0.087100 1.300001 0.104453</w:t>
        <w:br/>
        <w:t>v 0.086747 1.298502 0.101835</w:t>
        <w:br/>
        <w:t>v 0.088077 1.300046 0.102984</w:t>
        <w:br/>
        <w:t>v 0.073323 1.303734 0.111189</w:t>
        <w:br/>
        <w:t>v 0.074647 1.305274 0.112326</w:t>
        <w:br/>
        <w:t>v 0.086593 1.304160 0.098132</w:t>
        <w:br/>
        <w:t>v 0.085263 1.302615 0.096984</w:t>
        <w:br/>
        <w:t>v 0.084014 1.303450 0.097298</w:t>
        <w:br/>
        <w:t>v 0.085344 1.304995 0.098446</w:t>
        <w:br/>
        <w:t>v 0.084808 1.304822 0.099452</w:t>
        <w:br/>
        <w:t>v 0.083477 1.303275 0.098304</w:t>
        <w:br/>
        <w:t>v 0.088528 1.295274 0.110724</w:t>
        <w:br/>
        <w:t>v 0.089578 1.295846 0.108149</w:t>
        <w:br/>
        <w:t>v 0.088247 1.294295 0.106998</w:t>
        <w:br/>
        <w:t>v 0.087195 1.293721 0.109572</w:t>
        <w:br/>
        <w:t>v 0.087791 1.296433 0.109750</w:t>
        <w:br/>
        <w:t>v 0.086458 1.294884 0.108599</w:t>
        <w:br/>
        <w:t>v 0.087003 1.295149 0.107331</w:t>
        <w:br/>
        <w:t>v 0.088334 1.296696 0.108482</w:t>
        <w:br/>
        <w:t>v 0.069767 1.312866 0.100555</w:t>
        <w:br/>
        <w:t>v 0.071099 1.314415 0.101705</w:t>
        <w:br/>
        <w:t>v 0.070005 1.313905 0.103828</w:t>
        <w:br/>
        <w:t>v 0.068676 1.312359 0.102681</w:t>
        <w:br/>
        <w:t>v 0.071232 1.313067 0.103630</w:t>
        <w:br/>
        <w:t>v 0.071775 1.313385 0.102464</w:t>
        <w:br/>
        <w:t>v 0.070442 1.311836 0.101313</w:t>
        <w:br/>
        <w:t>v 0.069901 1.311521 0.102482</w:t>
        <w:br/>
        <w:t>v 0.072790 1.305919 0.113593</w:t>
        <w:br/>
        <w:t>v 0.071458 1.304381 0.112447</w:t>
        <w:br/>
        <w:t>v 0.072775 1.303494 0.112305</w:t>
        <w:br/>
        <w:t>v 0.074102 1.305035 0.113447</w:t>
        <w:br/>
        <w:t>v 0.083341 1.309129 0.094546</w:t>
        <w:br/>
        <w:t>v 0.082008 1.307580 0.093395</w:t>
        <w:br/>
        <w:t>v 0.071053 1.308320 0.106230</w:t>
        <w:br/>
        <w:t>v 0.071897 1.307640 0.106292</w:t>
        <w:br/>
        <w:t>v 0.073228 1.309186 0.107440</w:t>
        <w:br/>
        <w:t>v 0.072384 1.309865 0.107378</w:t>
        <w:br/>
        <w:t>v 0.071409 1.309872 0.108600</w:t>
        <w:br/>
        <w:t>v 0.070079 1.308326 0.107452</w:t>
        <w:br/>
        <w:t>v 0.075267 1.301811 0.117607</w:t>
        <w:br/>
        <w:t>v 0.073935 1.300270 0.116463</w:t>
        <w:br/>
        <w:t>v 0.072962 1.300289 0.117681</w:t>
        <w:br/>
        <w:t>v 0.074293 1.301828 0.118825</w:t>
        <w:br/>
        <w:t>v 0.086590 1.019493 0.238735</w:t>
        <w:br/>
        <w:t>v 0.061817 1.010428 0.244973</w:t>
        <w:br/>
        <w:t>v 0.057829 1.023271 0.233495</w:t>
        <w:br/>
        <w:t>v 0.083633 1.031605 0.227476</w:t>
        <w:br/>
        <w:t>v 0.064644 1.080350 0.178672</w:t>
        <w:br/>
        <w:t>v 0.040603 1.073216 0.185909</w:t>
        <w:br/>
        <w:t>v 0.033635 1.094789 0.173324</w:t>
        <w:br/>
        <w:t>v 0.054845 1.100481 0.166087</w:t>
        <w:br/>
        <w:t>v 0.015487 1.158702 0.156801</w:t>
        <w:br/>
        <w:t>v 0.026800 1.163289 0.155859</w:t>
        <w:br/>
        <w:t>v 0.029219 1.153442 0.155082</w:t>
        <w:br/>
        <w:t>v 0.020714 1.150718 0.157513</w:t>
        <w:br/>
        <w:t>v 0.047400 1.053524 0.202973</w:t>
        <w:br/>
        <w:t>v 0.072879 1.061834 0.195618</w:t>
        <w:br/>
        <w:t>v 0.079441 1.044324 0.214453</w:t>
        <w:br/>
        <w:t>v 0.053798 1.035590 0.220271</w:t>
        <w:br/>
        <w:t>v 0.031404 1.143494 0.154089</w:t>
        <w:br/>
        <w:t>v 0.037150 1.131417 0.155998</w:t>
        <w:br/>
        <w:t>v 0.024171 1.140971 0.156633</w:t>
        <w:br/>
        <w:t>v 0.004574 1.154349 0.157980</w:t>
        <w:br/>
        <w:t>v 0.005443 1.160853 0.155292</w:t>
        <w:br/>
        <w:t>v 0.088175 1.013389 0.241733</w:t>
        <w:br/>
        <w:t>v 0.063642 1.004331 0.247687</w:t>
        <w:br/>
        <w:t>v 0.061165 0.992673 0.237334</w:t>
        <w:br/>
        <w:t>v 0.065690 0.991299 0.241956</w:t>
        <w:br/>
        <w:t>v 0.089624 1.000113 0.236100</w:t>
        <w:br/>
        <w:t>v 0.085222 1.000414 0.231376</w:t>
        <w:br/>
        <w:t>v 0.073573 1.010262 0.220915</w:t>
        <w:br/>
        <w:t>v 0.071326 1.022478 0.213426</w:t>
        <w:br/>
        <w:t>v 0.048050 1.015432 0.220964</w:t>
        <w:br/>
        <w:t>v 0.050649 1.004645 0.227792</w:t>
        <w:br/>
        <w:t>v 0.033041 1.088053 0.167824</w:t>
        <w:br/>
        <w:t>v 0.038702 1.066098 0.182491</w:t>
        <w:br/>
        <w:t>v 0.061059 1.070449 0.174820</w:t>
        <w:br/>
        <w:t>v 0.055320 1.092422 0.161238</w:t>
        <w:br/>
        <w:t>v 0.042253 1.046972 0.198662</w:t>
        <w:br/>
        <w:t>v 0.045936 1.027714 0.212675</w:t>
        <w:br/>
        <w:t>v 0.069226 1.034409 0.204014</w:t>
        <w:br/>
        <w:t>v 0.065229 1.052266 0.189415</w:t>
        <w:br/>
        <w:t>v 0.037748 1.131172 0.148953</w:t>
        <w:br/>
        <w:t>v 0.022145 1.116007 0.157210</w:t>
        <w:br/>
        <w:t>v 0.026495 1.106454 0.159323</w:t>
        <w:br/>
        <w:t>v 0.044738 1.115952 0.151752</w:t>
        <w:br/>
        <w:t>v -0.002276 1.160183 0.151197</w:t>
        <w:br/>
        <w:t>v -0.004841 1.157658 0.146187</w:t>
        <w:br/>
        <w:t>v 0.001795 1.160468 0.146360</w:t>
        <w:br/>
        <w:t>v 0.002614 1.162131 0.151587</w:t>
        <w:br/>
        <w:t>v 0.028787 1.110102 0.166903</w:t>
        <w:br/>
        <w:t>v 0.044527 1.120407 0.157908</w:t>
        <w:br/>
        <w:t>v 0.056380 0.996131 0.232962</w:t>
        <w:br/>
        <w:t>v 0.080488 1.002744 0.226824</w:t>
        <w:br/>
        <w:t>v 0.065465 0.993994 0.245676</w:t>
        <w:br/>
        <w:t>v 0.089738 1.002903 0.239790</w:t>
        <w:br/>
        <w:t>v 0.013785 1.119746 0.156275</w:t>
        <w:br/>
        <w:t>v 0.018949 1.150740 0.149197</w:t>
        <w:br/>
        <w:t>v 0.002228 1.151693 0.152953</w:t>
        <w:br/>
        <w:t>v 0.001907 1.120499 0.157943</w:t>
        <w:br/>
        <w:t>v -0.031523 1.140345 0.164149</w:t>
        <w:br/>
        <w:t>v -0.037869 1.126571 0.169036</w:t>
        <w:br/>
        <w:t>v -0.026660 1.119828 0.165494</w:t>
        <w:br/>
        <w:t>v 0.030494 1.142975 0.148282</w:t>
        <w:br/>
        <w:t>v 0.030494 1.142975 0.148282</w:t>
        <w:br/>
        <w:t>v 0.013785 1.119746 0.156275</w:t>
        <w:br/>
        <w:t>v 0.019612 1.166326 0.154741</w:t>
        <w:br/>
        <w:t>v 0.016845 1.167418 0.150993</w:t>
        <w:br/>
        <w:t>v 0.022786 1.170762 0.150679</w:t>
        <w:br/>
        <w:t>v 0.024921 1.169248 0.154144</w:t>
        <w:br/>
        <w:t>v 0.017114 1.159994 0.145362</w:t>
        <w:br/>
        <w:t>v 0.013752 1.165201 0.146191</w:t>
        <w:br/>
        <w:t>v 0.006897 1.155376 0.145172</w:t>
        <w:br/>
        <w:t>v 0.012348 1.162056 0.154838</w:t>
        <w:br/>
        <w:t>v 0.064828 0.998659 0.247710</w:t>
        <w:br/>
        <w:t>v 0.089485 1.007619 0.241872</w:t>
        <w:br/>
        <w:t>v 0.009899 1.163409 0.151669</w:t>
        <w:br/>
        <w:t>v 0.008558 1.162170 0.146532</w:t>
        <w:br/>
        <w:t>v 0.013752 1.165201 0.146191</w:t>
        <w:br/>
        <w:t>v -0.010749 1.150719 0.155654</w:t>
        <w:br/>
        <w:t>v -0.024979 1.148524 0.160299</w:t>
        <w:br/>
        <w:t>v -0.016850 1.115414 0.162627</w:t>
        <w:br/>
        <w:t>v -0.007565 1.118856 0.159773</w:t>
        <w:br/>
        <w:t>v 0.001795 1.160468 0.146360</w:t>
        <w:br/>
        <w:t>v -0.007389 1.150561 0.144688</w:t>
        <w:br/>
        <w:t>v 0.057788 1.020726 0.230905</w:t>
        <w:br/>
        <w:t>v 0.061807 1.008626 0.242137</w:t>
        <w:br/>
        <w:t>v 0.086877 1.017671 0.236117</w:t>
        <w:br/>
        <w:t>v 0.083869 1.029199 0.224983</w:t>
        <w:br/>
        <w:t>v 0.040744 1.071282 0.182918</w:t>
        <w:br/>
        <w:t>v 0.064622 1.078353 0.176401</w:t>
        <w:br/>
        <w:t>v 0.054336 1.098799 0.163212</w:t>
        <w:br/>
        <w:t>v 0.033395 1.092988 0.169778</w:t>
        <w:br/>
        <w:t>v 0.013970 1.136618 0.156750</w:t>
        <w:br/>
        <w:t>v 0.030409 1.142974 0.150923</w:t>
        <w:br/>
        <w:t>v 0.028730 1.152894 0.151848</w:t>
        <w:br/>
        <w:t>v 0.008803 1.144663 0.155954</w:t>
        <w:br/>
        <w:t>v 0.054106 1.033239 0.217882</w:t>
        <w:br/>
        <w:t>v 0.079824 1.041844 0.211950</w:t>
        <w:br/>
        <w:t>v 0.072690 1.059475 0.193284</w:t>
        <w:br/>
        <w:t>v 0.047698 1.051068 0.200286</w:t>
        <w:br/>
        <w:t>v 0.027931 1.109006 0.163686</w:t>
        <w:br/>
        <w:t>v 0.043827 1.119153 0.154868</w:t>
        <w:br/>
        <w:t>v 0.036301 1.130530 0.152895</w:t>
        <w:br/>
        <w:t>v 0.019755 1.125511 0.159191</w:t>
        <w:br/>
        <w:t>v 0.000125 1.156182 0.152644</w:t>
        <w:br/>
        <w:t>v 0.003637 1.152417 0.154696</w:t>
        <w:br/>
        <w:t>v 0.027051 1.162798 0.152641</w:t>
        <w:br/>
        <w:t>v 0.025667 1.167210 0.151368</w:t>
        <w:br/>
        <w:t>v 0.088097 1.012466 0.238270</w:t>
        <w:br/>
        <w:t>v 0.062608 1.003446 0.244417</w:t>
        <w:br/>
        <w:t>v 0.084439 1.003371 0.232784</w:t>
        <w:br/>
        <w:t>v 0.088149 1.003048 0.235456</w:t>
        <w:br/>
        <w:t>v 0.064174 0.994407 0.241989</w:t>
        <w:br/>
        <w:t>v 0.060596 0.995466 0.239354</w:t>
        <w:br/>
        <w:t>v 0.071631 1.024520 0.216238</w:t>
        <w:br/>
        <w:t>v 0.074396 1.012800 0.224163</w:t>
        <w:br/>
        <w:t>v 0.050695 1.006103 0.230167</w:t>
        <w:br/>
        <w:t>v 0.048720 1.017413 0.223939</w:t>
        <w:br/>
        <w:t>v 0.032801 1.089849 0.171248</w:t>
        <w:br/>
        <w:t>v 0.055888 1.094059 0.164131</w:t>
        <w:br/>
        <w:t>v 0.061731 1.072447 0.177427</w:t>
        <w:br/>
        <w:t>v 0.038787 1.068475 0.185573</w:t>
        <w:br/>
        <w:t>v 0.065919 1.054654 0.192123</w:t>
        <w:br/>
        <w:t>v 0.069687 1.036666 0.206746</w:t>
        <w:br/>
        <w:t>v 0.046635 1.029897 0.215555</w:t>
        <w:br/>
        <w:t>v 0.043367 1.049287 0.201267</w:t>
        <w:br/>
        <w:t>v 0.038536 1.132066 0.152099</w:t>
        <w:br/>
        <w:t>v 0.045374 1.117130 0.154836</w:t>
        <w:br/>
        <w:t>v 0.027340 1.107907 0.162547</w:t>
        <w:br/>
        <w:t>v 0.022548 1.117256 0.160305</w:t>
        <w:br/>
        <w:t>v -0.004613 1.156134 0.148330</w:t>
        <w:br/>
        <w:t>v -0.002076 1.156876 0.151260</w:t>
        <w:br/>
        <w:t>v 0.024105 1.167351 0.149865</w:t>
        <w:br/>
        <w:t>v 0.020479 1.164076 0.148449</w:t>
        <w:br/>
        <w:t>v 0.080661 1.005801 0.229150</w:t>
        <w:br/>
        <w:t>v 0.056287 0.998372 0.235617</w:t>
        <w:br/>
        <w:t>v 0.063931 0.995855 0.243277</w:t>
        <w:br/>
        <w:t>v 0.064174 0.994407 0.241989</w:t>
        <w:br/>
        <w:t>v 0.088149 1.003048 0.235456</w:t>
        <w:br/>
        <w:t>v 0.088239 1.004717 0.237361</w:t>
        <w:br/>
        <w:t>v 0.014213 1.120507 0.159519</w:t>
        <w:br/>
        <w:t>v 0.002454 1.121003 0.161223</w:t>
        <w:br/>
        <w:t>v 0.002887 1.152111 0.156142</w:t>
        <w:br/>
        <w:t>v 0.019704 1.151315 0.152423</w:t>
        <w:br/>
        <w:t>v -0.025393 1.120194 0.168748</w:t>
        <w:br/>
        <w:t>v -0.036596 1.127115 0.172047</w:t>
        <w:br/>
        <w:t>v -0.030357 1.140929 0.167142</w:t>
        <w:br/>
        <w:t>v 0.031228 1.143650 0.151494</w:t>
        <w:br/>
        <w:t>v 0.014213 1.120507 0.159519</w:t>
        <w:br/>
        <w:t>v 0.031228 1.143650 0.151494</w:t>
        <w:br/>
        <w:t>v 0.019750 1.159895 0.148723</w:t>
        <w:br/>
        <w:t>v -0.006751 1.150224 0.147805</w:t>
        <w:br/>
        <w:t>v -0.004613 1.156134 0.148330</w:t>
        <w:br/>
        <w:t>v 0.020479 1.164076 0.148449</w:t>
        <w:br/>
        <w:t>v 0.063316 0.999166 0.244539</w:t>
        <w:br/>
        <w:t>v 0.088574 1.008136 0.238386</w:t>
        <w:br/>
        <w:t>v -0.023801 1.148996 0.163531</w:t>
        <w:br/>
        <w:t>v -0.009995 1.151446 0.158818</w:t>
        <w:br/>
        <w:t>v -0.006623 1.119032 0.163426</w:t>
        <w:br/>
        <w:t>v -0.015720 1.115898 0.166010</w:t>
        <w:br/>
        <w:t>v -0.025393 1.120194 0.168748</w:t>
        <w:br/>
        <w:t>v -0.015720 1.115898 0.166010</w:t>
        <w:br/>
        <w:t>v -0.016850 1.115414 0.162627</w:t>
        <w:br/>
        <w:t>v -0.026660 1.119828 0.165494</w:t>
        <w:br/>
        <w:t>v -0.037869 1.126571 0.169036</w:t>
        <w:br/>
        <w:t>v -0.036596 1.127115 0.172047</w:t>
        <w:br/>
        <w:t>v 0.086590 1.019493 0.238735</w:t>
        <w:br/>
        <w:t>v 0.083633 1.031605 0.227476</w:t>
        <w:br/>
        <w:t>v 0.083869 1.029199 0.224983</w:t>
        <w:br/>
        <w:t>v 0.086877 1.017671 0.236117</w:t>
        <w:br/>
        <w:t>v 0.061807 1.008626 0.242137</w:t>
        <w:br/>
        <w:t>v 0.057788 1.020726 0.230905</w:t>
        <w:br/>
        <w:t>v 0.057829 1.023271 0.233495</w:t>
        <w:br/>
        <w:t>v 0.061817 1.010428 0.244973</w:t>
        <w:br/>
        <w:t>v 0.033395 1.092988 0.169778</w:t>
        <w:br/>
        <w:t>v 0.033635 1.094789 0.173324</w:t>
        <w:br/>
        <w:t>v 0.040744 1.071282 0.182918</w:t>
        <w:br/>
        <w:t>v 0.064622 1.078353 0.176401</w:t>
        <w:br/>
        <w:t>v 0.054845 1.100481 0.166087</w:t>
        <w:br/>
        <w:t>v 0.054336 1.098799 0.163212</w:t>
        <w:br/>
        <w:t>v 0.008803 1.144663 0.155954</w:t>
        <w:br/>
        <w:t>v 0.003637 1.152417 0.154696</w:t>
        <w:br/>
        <w:t>v 0.004574 1.154349 0.157980</w:t>
        <w:br/>
        <w:t>v 0.009566 1.145862 0.159136</w:t>
        <w:br/>
        <w:t>v 0.030409 1.142974 0.150923</w:t>
        <w:br/>
        <w:t>v 0.031404 1.143494 0.154089</w:t>
        <w:br/>
        <w:t>v 0.029219 1.153442 0.155082</w:t>
        <w:br/>
        <w:t>v 0.028730 1.152894 0.151848</w:t>
        <w:br/>
        <w:t>v 0.047698 1.051068 0.200286</w:t>
        <w:br/>
        <w:t>v 0.047400 1.053524 0.202973</w:t>
        <w:br/>
        <w:t>v 0.053798 1.035590 0.220271</w:t>
        <w:br/>
        <w:t>v 0.054106 1.033239 0.217882</w:t>
        <w:br/>
        <w:t>v 0.079441 1.044324 0.214453</w:t>
        <w:br/>
        <w:t>v 0.072879 1.061834 0.195618</w:t>
        <w:br/>
        <w:t>v 0.072690 1.059475 0.193284</w:t>
        <w:br/>
        <w:t>v 0.079824 1.041844 0.211950</w:t>
        <w:br/>
        <w:t>v 0.019755 1.125511 0.159191</w:t>
        <w:br/>
        <w:t>v 0.013970 1.136618 0.156750</w:t>
        <w:br/>
        <w:t>v 0.014695 1.137428 0.160182</w:t>
        <w:br/>
        <w:t>v 0.020546 1.126538 0.162287</w:t>
        <w:br/>
        <w:t>v 0.037150 1.131417 0.155998</w:t>
        <w:br/>
        <w:t>v 0.036301 1.130530 0.152895</w:t>
        <w:br/>
        <w:t>v 0.043827 1.119153 0.154868</w:t>
        <w:br/>
        <w:t>v 0.044527 1.120407 0.157908</w:t>
        <w:br/>
        <w:t>v 0.027051 1.162798 0.152641</w:t>
        <w:br/>
        <w:t>v 0.026800 1.163289 0.155859</w:t>
        <w:br/>
        <w:t>v 0.024921 1.169248 0.154144</w:t>
        <w:br/>
        <w:t>v 0.025667 1.167210 0.151368</w:t>
        <w:br/>
        <w:t>v 0.000125 1.156182 0.152644</w:t>
        <w:br/>
        <w:t>v 0.000007 1.158954 0.155121</w:t>
        <w:br/>
        <w:t>v 0.063642 1.004331 0.247687</w:t>
        <w:br/>
        <w:t>v 0.062608 1.003446 0.244417</w:t>
        <w:br/>
        <w:t>v 0.088175 1.013389 0.241733</w:t>
        <w:br/>
        <w:t>v 0.088097 1.012466 0.238270</w:t>
        <w:br/>
        <w:t>v 0.088574 1.008136 0.238386</w:t>
        <w:br/>
        <w:t>v 0.089485 1.007619 0.241872</w:t>
        <w:br/>
        <w:t>v 0.061165 0.992673 0.237334</w:t>
        <w:br/>
        <w:t>v 0.060596 0.995466 0.239354</w:t>
        <w:br/>
        <w:t>v 0.064174 0.994407 0.241989</w:t>
        <w:br/>
        <w:t>v 0.065690 0.991299 0.241956</w:t>
        <w:br/>
        <w:t>v 0.080488 1.002744 0.226824</w:t>
        <w:br/>
        <w:t>v 0.085222 1.000414 0.231376</w:t>
        <w:br/>
        <w:t>v 0.084439 1.003371 0.232784</w:t>
        <w:br/>
        <w:t>v 0.080661 1.005801 0.229150</w:t>
        <w:br/>
        <w:t>v 0.048720 1.017413 0.223939</w:t>
        <w:br/>
        <w:t>v 0.050695 1.006103 0.230167</w:t>
        <w:br/>
        <w:t>v 0.050649 1.004645 0.227792</w:t>
        <w:br/>
        <w:t>v 0.048050 1.015432 0.220964</w:t>
        <w:br/>
        <w:t>v 0.071631 1.024520 0.216238</w:t>
        <w:br/>
        <w:t>v 0.071326 1.022478 0.213426</w:t>
        <w:br/>
        <w:t>v 0.073573 1.010262 0.220915</w:t>
        <w:br/>
        <w:t>v 0.074396 1.012800 0.224163</w:t>
        <w:br/>
        <w:t>v 0.055320 1.092422 0.161238</w:t>
        <w:br/>
        <w:t>v 0.061059 1.070449 0.174820</w:t>
        <w:br/>
        <w:t>v 0.061731 1.072447 0.177427</w:t>
        <w:br/>
        <w:t>v 0.055888 1.094059 0.164131</w:t>
        <w:br/>
        <w:t>v 0.032801 1.089849 0.171248</w:t>
        <w:br/>
        <w:t>v 0.038787 1.068475 0.185573</w:t>
        <w:br/>
        <w:t>v 0.038702 1.066098 0.182491</w:t>
        <w:br/>
        <w:t>v 0.033041 1.088053 0.167824</w:t>
        <w:br/>
        <w:t>v 0.065919 1.054654 0.192123</w:t>
        <w:br/>
        <w:t>v 0.065229 1.052266 0.189415</w:t>
        <w:br/>
        <w:t>v 0.069226 1.034409 0.204014</w:t>
        <w:br/>
        <w:t>v 0.069687 1.036666 0.206746</w:t>
        <w:br/>
        <w:t>v 0.042253 1.046972 0.198662</w:t>
        <w:br/>
        <w:t>v 0.043367 1.049287 0.201267</w:t>
        <w:br/>
        <w:t>v 0.046635 1.029897 0.215555</w:t>
        <w:br/>
        <w:t>v 0.045936 1.027714 0.212675</w:t>
        <w:br/>
        <w:t>v 0.045374 1.117130 0.154836</w:t>
        <w:br/>
        <w:t>v 0.038536 1.132066 0.152099</w:t>
        <w:br/>
        <w:t>v 0.037748 1.131172 0.148953</w:t>
        <w:br/>
        <w:t>v 0.044738 1.115952 0.151752</w:t>
        <w:br/>
        <w:t>v 0.022145 1.116007 0.157210</w:t>
        <w:br/>
        <w:t>v 0.022548 1.117256 0.160305</w:t>
        <w:br/>
        <w:t>v 0.027340 1.107907 0.162547</w:t>
        <w:br/>
        <w:t>v 0.026495 1.106454 0.159323</w:t>
        <w:br/>
        <w:t>v 0.020479 1.164076 0.148449</w:t>
        <w:br/>
        <w:t>v 0.024105 1.167351 0.149865</w:t>
        <w:br/>
        <w:t>v 0.022786 1.170762 0.150679</w:t>
        <w:br/>
        <w:t>v 0.019072 1.167122 0.145849</w:t>
        <w:br/>
        <w:t>v -0.002076 1.156876 0.151260</w:t>
        <w:br/>
        <w:t>v -0.004613 1.156134 0.148330</w:t>
        <w:br/>
        <w:t>v -0.004841 1.157658 0.146187</w:t>
        <w:br/>
        <w:t>v -0.002276 1.160183 0.151197</w:t>
        <w:br/>
        <w:t>v 0.027931 1.109006 0.163686</w:t>
        <w:br/>
        <w:t>v 0.028787 1.110102 0.166903</w:t>
        <w:br/>
        <w:t>v 0.040603 1.073216 0.185909</w:t>
        <w:br/>
        <w:t>v 0.064644 1.080350 0.178672</w:t>
        <w:br/>
        <w:t>v 0.056287 0.998372 0.235617</w:t>
        <w:br/>
        <w:t>v 0.056380 0.996131 0.232962</w:t>
        <w:br/>
        <w:t>v 0.089624 1.000113 0.236100</w:t>
        <w:br/>
        <w:t>v 0.089738 1.002903 0.239790</w:t>
        <w:br/>
        <w:t>v 0.088239 1.004717 0.237361</w:t>
        <w:br/>
        <w:t>v 0.088149 1.003048 0.235456</w:t>
        <w:br/>
        <w:t>v 0.065465 0.993994 0.245676</w:t>
        <w:br/>
        <w:t>v 0.063931 0.995855 0.243277</w:t>
        <w:br/>
        <w:t>v 0.063316 0.999166 0.244539</w:t>
        <w:br/>
        <w:t>v 0.064828 0.998659 0.247710</w:t>
        <w:br/>
        <w:t>v -0.010749 1.150719 0.155654</w:t>
        <w:br/>
        <w:t>v -0.009995 1.151446 0.158818</w:t>
        <w:br/>
        <w:t>v -0.023801 1.148996 0.163531</w:t>
        <w:br/>
        <w:t>v -0.024979 1.148524 0.160299</w:t>
        <w:br/>
        <w:t>v -0.006623 1.119032 0.163426</w:t>
        <w:br/>
        <w:t>v -0.007565 1.118856 0.159773</w:t>
        <w:br/>
        <w:t>v 0.018949 1.150740 0.149197</w:t>
        <w:br/>
        <w:t>v 0.019704 1.151315 0.152423</w:t>
        <w:br/>
        <w:t>v 0.002887 1.152111 0.156142</w:t>
        <w:br/>
        <w:t>v 0.002228 1.151693 0.152953</w:t>
        <w:br/>
        <w:t>v 0.002454 1.121003 0.161223</w:t>
        <w:br/>
        <w:t>v 0.014213 1.120507 0.159519</w:t>
        <w:br/>
        <w:t>v 0.013785 1.119746 0.156275</w:t>
        <w:br/>
        <w:t>v 0.001907 1.120499 0.157943</w:t>
        <w:br/>
        <w:t>v 0.031228 1.143650 0.151494</w:t>
        <w:br/>
        <w:t>v 0.030494 1.142975 0.148282</w:t>
        <w:br/>
        <w:t>v 0.031228 1.143650 0.151494</w:t>
        <w:br/>
        <w:t>v 0.030494 1.142975 0.148282</w:t>
        <w:br/>
        <w:t>v 0.013785 1.119746 0.156275</w:t>
        <w:br/>
        <w:t>v 0.014213 1.120507 0.159519</w:t>
        <w:br/>
        <w:t>v -0.006751 1.150224 0.147805</w:t>
        <w:br/>
        <w:t>v -0.007389 1.150561 0.144688</w:t>
        <w:br/>
        <w:t>v 0.019750 1.159895 0.148723</w:t>
        <w:br/>
        <w:t>v -0.036596 1.127115 0.172047</w:t>
        <w:br/>
        <w:t>v -0.037869 1.126571 0.169036</w:t>
        <w:br/>
        <w:t>v -0.031523 1.140345 0.164149</w:t>
        <w:br/>
        <w:t>v -0.030357 1.140929 0.167142</w:t>
        <w:br/>
        <w:t>v 0.020546 1.126538 0.162287</w:t>
        <w:br/>
        <w:t>v 0.037150 1.131417 0.155998</w:t>
        <w:br/>
        <w:t>v 0.036301 1.130530 0.152895</w:t>
        <w:br/>
        <w:t>v 0.019755 1.125511 0.159191</w:t>
        <w:br/>
        <w:t>v 0.019755 1.125511 0.159191</w:t>
        <w:br/>
        <w:t>v 0.020546 1.126538 0.162287</w:t>
        <w:br/>
        <w:t>v 0.036301 1.130530 0.152895</w:t>
        <w:br/>
        <w:t>v 0.037150 1.131417 0.155998</w:t>
        <w:br/>
        <w:t>v 0.019072 1.167122 0.145849</w:t>
        <w:br/>
        <w:t>v 0.000007 1.158954 0.155121</w:t>
        <w:br/>
        <w:t>v 0.008558 1.162170 0.146532</w:t>
        <w:br/>
        <w:t>v -0.004841 1.157658 0.146187</w:t>
        <w:br/>
        <w:t>v 0.009566 1.145862 0.159136</w:t>
        <w:br/>
        <w:t>v 0.014695 1.137428 0.160182</w:t>
        <w:br/>
        <w:t>v 0.020546 1.126538 0.162287</w:t>
        <w:br/>
        <w:t>v 0.260531 0.876695 0.014523</w:t>
        <w:br/>
        <w:t>v 0.259236 0.880011 0.016468</w:t>
        <w:br/>
        <w:t>v 0.259061 0.877317 0.012656</w:t>
        <w:br/>
        <w:t>v 0.261945 0.877704 0.018414</w:t>
        <w:br/>
        <w:t>v 0.260617 0.878070 0.016469</w:t>
        <w:br/>
        <w:t>v 0.299628 0.829101 0.024353</w:t>
        <w:br/>
        <w:t>v 0.261833 0.879294 0.020283</w:t>
        <w:br/>
        <w:t>v 0.266223 0.872005 0.018841</w:t>
        <w:br/>
        <w:t>v 0.264503 0.870779 0.014109</w:t>
        <w:br/>
        <w:t>v 0.298357 0.824870 0.016538</w:t>
        <w:br/>
        <w:t>v 0.257767 0.878970 0.017272</w:t>
        <w:br/>
        <w:t>v 0.259054 0.875648 0.015332</w:t>
        <w:br/>
        <w:t>v 0.257591 0.876275 0.013461</w:t>
        <w:br/>
        <w:t>v 0.260468 0.876657 0.019223</w:t>
        <w:br/>
        <w:t>v 0.259144 0.877026 0.017275</w:t>
        <w:br/>
        <w:t>v 0.260363 0.878252 0.021087</w:t>
        <w:br/>
        <w:t>v 0.264745 0.870955 0.019651</w:t>
        <w:br/>
        <w:t>v 0.263024 0.869730 0.014918</w:t>
        <w:br/>
        <w:t>v 0.299628 0.829101 0.024353</w:t>
        <w:br/>
        <w:t>v 0.298357 0.824870 0.016538</w:t>
        <w:br/>
        <w:t>v 0.296926 0.823855 0.017321</w:t>
        <w:br/>
        <w:t>v 0.298203 0.828089 0.025134</w:t>
        <w:br/>
        <w:t>v 0.261833 0.879294 0.020283</w:t>
        <w:br/>
        <w:t>v 0.299628 0.829101 0.024353</w:t>
        <w:br/>
        <w:t>v 0.298203 0.828089 0.025134</w:t>
        <w:br/>
        <w:t>v 0.260363 0.878252 0.021087</w:t>
        <w:br/>
        <w:t>v 0.259061 0.877317 0.012656</w:t>
        <w:br/>
        <w:t>v 0.257591 0.876275 0.013461</w:t>
        <w:br/>
        <w:t>v 0.292520 0.824038 0.009501</w:t>
        <w:br/>
        <w:t>v 0.293946 0.825050 0.008721</w:t>
        <w:br/>
        <w:t>v 0.293946 0.825050 0.008721</w:t>
        <w:br/>
        <w:t>v 0.292520 0.824038 0.009501</w:t>
        <w:br/>
        <w:t>v 0.259236 0.880011 0.016468</w:t>
        <w:br/>
        <w:t>v 0.257767 0.878970 0.017272</w:t>
        <w:br/>
        <w:t>v 0.259144 0.877026 0.017275</w:t>
        <w:br/>
        <w:t>v 0.260617 0.878070 0.016469</w:t>
        <w:br/>
        <w:t>v 0.260531 0.876695 0.014523</w:t>
        <w:br/>
        <w:t>v 0.259054 0.875648 0.015332</w:t>
        <w:br/>
        <w:t>v 0.260468 0.876657 0.019223</w:t>
        <w:br/>
        <w:t>v 0.261945 0.877704 0.018414</w:t>
        <w:br/>
        <w:t>v 0.261945 0.877704 0.018414</w:t>
        <w:br/>
        <w:t>v 0.260468 0.876657 0.019223</w:t>
        <w:br/>
        <w:t>v 0.264745 0.870955 0.019651</w:t>
        <w:br/>
        <w:t>v 0.266223 0.872005 0.018841</w:t>
        <w:br/>
        <w:t>v 0.266223 0.872005 0.018841</w:t>
        <w:br/>
        <w:t>v 0.264745 0.870955 0.019651</w:t>
        <w:br/>
        <w:t>v 0.263024 0.869730 0.014918</w:t>
        <w:br/>
        <w:t>v 0.264503 0.870779 0.014109</w:t>
        <w:br/>
        <w:t>v 0.263024 0.869730 0.014918</w:t>
        <w:br/>
        <w:t>v 0.259054 0.875648 0.015332</w:t>
        <w:br/>
        <w:t>v 0.260531 0.876695 0.014523</w:t>
        <w:br/>
        <w:t>v 0.264503 0.870779 0.014109</w:t>
        <w:br/>
        <w:t>v 0.293946 0.825050 0.008721</w:t>
        <w:br/>
        <w:t>v 0.298203 0.828089 0.025134</w:t>
        <w:br/>
        <w:t>v 0.296926 0.823855 0.017321</w:t>
        <w:br/>
        <w:t>v 0.292520 0.824038 0.009501</w:t>
        <w:br/>
        <w:t>v 0.074595 1.167317 0.098720</w:t>
        <w:br/>
        <w:t>v 0.071666 1.151543 0.099111</w:t>
        <w:br/>
        <w:t>v 0.065610 1.151557 0.110864</w:t>
        <w:br/>
        <w:t>v 0.067689 1.167597 0.112441</w:t>
        <w:br/>
        <w:t>v 0.103336 1.273362 0.123478</w:t>
        <w:br/>
        <w:t>v 0.095762 1.284953 0.124431</w:t>
        <w:br/>
        <w:t>v 0.098011 1.285355 0.112741</w:t>
        <w:br/>
        <w:t>v 0.104625 1.272163 0.111593</w:t>
        <w:br/>
        <w:t>v 0.093719 1.219385 0.129974</w:t>
        <w:br/>
        <w:t>v 0.102947 1.229916 0.121748</w:t>
        <w:br/>
        <w:t>v 0.101520 1.224813 0.109833</w:t>
        <w:br/>
        <w:t>v 0.091625 1.212897 0.119318</w:t>
        <w:br/>
        <w:t>v 0.099478 1.219984 0.096536</w:t>
        <w:br/>
        <w:t>v 0.089275 1.207675 0.108745</w:t>
        <w:br/>
        <w:t>v 0.106950 1.240053 0.103391</w:t>
        <w:br/>
        <w:t>v 0.104404 1.234874 0.089776</w:t>
        <w:br/>
        <w:t>v 0.108683 1.259079 0.112263</w:t>
        <w:br/>
        <w:t>v 0.107455 1.255786 0.100216</w:t>
        <w:br/>
        <w:t>v 0.108484 1.244561 0.115384</w:t>
        <w:br/>
        <w:t>v 0.107429 1.262099 0.124105</w:t>
        <w:br/>
        <w:t>v 0.101623 1.264564 0.137774</w:t>
        <w:br/>
        <w:t>v 0.107519 1.249378 0.126931</w:t>
        <w:br/>
        <w:t>v 0.103457 1.253756 0.135473</w:t>
        <w:br/>
        <w:t>v 0.090502 1.281122 0.141041</w:t>
        <w:br/>
        <w:t>v 0.097583 1.272390 0.139566</w:t>
        <w:br/>
        <w:t>v 0.099913 1.246428 0.141854</w:t>
        <w:br/>
        <w:t>v 0.090659 1.236257 0.148222</w:t>
        <w:br/>
        <w:t>v 0.086207 1.244222 0.155878</w:t>
        <w:br/>
        <w:t>v 0.094981 1.254828 0.147533</w:t>
        <w:br/>
        <w:t>v 0.089623 1.263310 0.151525</w:t>
        <w:br/>
        <w:t>v 0.079934 1.251307 0.161055</w:t>
        <w:br/>
        <w:t>v 0.072644 1.258563 0.163083</w:t>
        <w:br/>
        <w:t>v 0.082393 1.270991 0.154138</w:t>
        <w:br/>
        <w:t>v 0.064757 1.265760 0.163892</w:t>
        <w:br/>
        <w:t>v 0.075802 1.277814 0.155567</w:t>
        <w:br/>
        <w:t>v 0.077952 1.304422 -0.041400</w:t>
        <w:br/>
        <w:t>v 0.094865 1.300450 -0.031698</w:t>
        <w:br/>
        <w:t>v 0.098879 1.308615 -0.036272</w:t>
        <w:br/>
        <w:t>v 0.086995 1.315779 -0.044013</w:t>
        <w:br/>
        <w:t>v 0.093323 1.283458 -0.009988</w:t>
        <w:br/>
        <w:t>v 0.089955 1.272514 -0.009447</w:t>
        <w:br/>
        <w:t>v 0.093750 1.273680 0.002700</w:t>
        <w:br/>
        <w:t>v 0.095296 1.282477 0.001340</w:t>
        <w:br/>
        <w:t>v 0.167919 1.344129 -0.001776</w:t>
        <w:br/>
        <w:t>v 0.161046 1.342555 -0.017485</w:t>
        <w:br/>
        <w:t>v 0.157499 1.343185 -0.016555</w:t>
        <w:br/>
        <w:t>v 0.164029 1.344617 -0.002235</w:t>
        <w:br/>
        <w:t>v 0.114639 1.312767 0.051511</w:t>
        <w:br/>
        <w:t>v 0.106691 1.304223 0.050063</w:t>
        <w:br/>
        <w:t>v 0.105259 1.303524 0.056523</w:t>
        <w:br/>
        <w:t>v 0.111452 1.312738 0.060181</w:t>
        <w:br/>
        <w:t>v 0.146053 1.339612 -0.028633</w:t>
        <w:br/>
        <w:t>v 0.128279 1.332777 -0.039617</w:t>
        <w:br/>
        <w:t>v 0.125486 1.327304 -0.035026</w:t>
        <w:br/>
        <w:t>v 0.143822 1.332870 -0.025718</w:t>
        <w:br/>
        <w:t>v 0.087397 1.293519 -0.030707</w:t>
        <w:br/>
        <w:t>v 0.092322 1.291851 -0.025019</w:t>
        <w:br/>
        <w:t>v 0.081944 1.274013 -0.021437</w:t>
        <w:br/>
        <w:t>v 0.071562 1.266639 -0.024659</w:t>
        <w:br/>
        <w:t>v 0.072704 1.260894 -0.020702</w:t>
        <w:br/>
        <w:t>v 0.079788 1.263540 -0.017529</w:t>
        <w:br/>
        <w:t>v 0.068883 1.287840 -0.036237</w:t>
        <w:br/>
        <w:t>v 0.080529 1.285398 -0.029682</w:t>
        <w:br/>
        <w:t>v 0.073114 1.298857 -0.039415</w:t>
        <w:br/>
        <w:t>v 0.085812 1.277606 -0.020165</w:t>
        <w:br/>
        <w:t>v 0.092337 1.286074 -0.017497</w:t>
        <w:br/>
        <w:t>v 0.156949 1.334266 0.010099</w:t>
        <w:br/>
        <w:t>v 0.152990 1.332277 0.022795</w:t>
        <w:br/>
        <w:t>v 0.160332 1.340529 0.025588</w:t>
        <w:br/>
        <w:t>v 0.163893 1.343514 0.011492</w:t>
        <w:br/>
        <w:t>v 0.127405 1.323877 0.057166</w:t>
        <w:br/>
        <w:t>v 0.148449 1.335159 0.050127</w:t>
        <w:br/>
        <w:t>v 0.143009 1.327501 0.035838</w:t>
        <w:br/>
        <w:t>v 0.132327 1.322810 0.044854</w:t>
        <w:br/>
        <w:t>v 0.096672 1.274767 0.017253</w:t>
        <w:br/>
        <w:t>v 0.097370 1.283087 0.014716</w:t>
        <w:br/>
        <w:t>v 0.099327 1.279742 0.036372</w:t>
        <w:br/>
        <w:t>v 0.101414 1.291556 0.049689</w:t>
        <w:br/>
        <w:t>v 0.103412 1.296035 0.045064</w:t>
        <w:br/>
        <w:t>v 0.100062 1.288089 0.033017</w:t>
        <w:br/>
        <w:t>v 0.101214 1.230249 0.076801</w:t>
        <w:br/>
        <w:t>v 0.096455 1.215477 0.081885</w:t>
        <w:br/>
        <w:t>v 0.085966 1.198828 0.098120</w:t>
        <w:br/>
        <w:t>v 0.099212 1.284769 0.086531</w:t>
        <w:br/>
        <w:t>v 0.098850 1.284805 0.100777</w:t>
        <w:br/>
        <w:t>v 0.094781 1.298500 0.103361</w:t>
        <w:br/>
        <w:t>v 0.098174 1.300385 0.089409</w:t>
        <w:br/>
        <w:t>v 0.091478 1.296319 0.116296</w:t>
        <w:br/>
        <w:t>v 0.083391 1.287619 0.141550</w:t>
        <w:br/>
        <w:t>v 0.088273 1.293002 0.128032</w:t>
        <w:br/>
        <w:t>v 0.108280 1.312540 0.066253</w:t>
        <w:br/>
        <w:t>v 0.103692 1.302965 0.062713</w:t>
        <w:br/>
        <w:t>v 0.101231 1.302078 0.073454</w:t>
        <w:br/>
        <w:t>v 0.104466 1.311326 0.076481</w:t>
        <w:br/>
        <w:t>v 0.100577 1.309148 0.091100</w:t>
        <w:br/>
        <w:t>v 0.096653 1.305035 0.105533</w:t>
        <w:br/>
        <w:t>v 0.125501 1.326391 0.077357</w:t>
        <w:br/>
        <w:t>v 0.136210 1.330412 0.063973</w:t>
        <w:br/>
        <w:t>v 0.122105 1.323383 0.066115</w:t>
        <w:br/>
        <w:t>v 0.116151 1.321833 0.076698</w:t>
        <w:br/>
        <w:t>v 0.109258 1.317815 0.094208</w:t>
        <w:br/>
        <w:t>v 0.114127 1.320095 0.095717</w:t>
        <w:br/>
        <w:t>v 0.140862 1.280912 -0.042544</w:t>
        <w:br/>
        <w:t>v 0.127556 1.271157 -0.042312</w:t>
        <w:br/>
        <w:t>v 0.106680 1.287382 -0.041163</w:t>
        <w:br/>
        <w:t>v 0.121062 1.295599 -0.042951</w:t>
        <w:br/>
        <w:t>v 0.190085 1.324340 -0.002282</w:t>
        <w:br/>
        <w:t>v 0.188326 1.321121 -0.014437</w:t>
        <w:br/>
        <w:t>v 0.178187 1.327632 -0.015133</w:t>
        <w:br/>
        <w:t>v 0.181788 1.330020 -0.002103</w:t>
        <w:br/>
        <w:t>v 0.169408 1.303055 -0.034357</w:t>
        <w:br/>
        <w:t>v 0.151943 1.311720 -0.036287</w:t>
        <w:br/>
        <w:t>v 0.169287 1.321732 -0.026169</w:t>
        <w:br/>
        <w:t>v 0.181853 1.314323 -0.025047</w:t>
        <w:br/>
        <w:t>v 0.198895 1.317688 0.010554</w:t>
        <w:br/>
        <w:t>v 0.199557 1.318909 -0.002502</w:t>
        <w:br/>
        <w:t>v 0.188932 1.323676 0.011160</w:t>
        <w:br/>
        <w:t>v 0.185001 1.319361 0.026003</w:t>
        <w:br/>
        <w:t>v 0.176742 1.311721 0.043160</w:t>
        <w:br/>
        <w:t>v 0.187774 1.302521 0.041400</w:t>
        <w:br/>
        <w:t>v 0.195750 1.312775 0.024357</w:t>
        <w:br/>
        <w:t>v 0.163590 1.278534 0.068553</w:t>
        <w:br/>
        <w:t>v 0.176915 1.291240 0.055104</w:t>
        <w:br/>
        <w:t>v 0.165542 1.302768 0.057923</w:t>
        <w:br/>
        <w:t>v 0.152641 1.293455 0.071636</w:t>
        <w:br/>
        <w:t>v 0.139414 1.284993 0.085161</w:t>
        <w:br/>
        <w:t>v 0.148102 1.266303 0.081591</w:t>
        <w:br/>
        <w:t>v 0.174142 1.336835 -0.001804</w:t>
        <w:br/>
        <w:t>v 0.168721 1.335523 -0.017001</w:t>
        <w:br/>
        <w:t>v 0.137388 1.323630 -0.039484</w:t>
        <w:br/>
        <w:t>v 0.159599 1.330450 -0.027619</w:t>
        <w:br/>
        <w:t>v 0.173856 1.336040 0.011834</w:t>
        <w:br/>
        <w:t>v 0.169825 1.332794 0.026517</w:t>
        <w:br/>
        <w:t>v 0.177042 1.326431 0.026391</w:t>
        <w:br/>
        <w:t>v 0.180980 1.329729 0.011390</w:t>
        <w:br/>
        <w:t>v 0.167369 1.320281 0.044768</w:t>
        <w:br/>
        <w:t>v 0.155864 1.313803 0.060375</w:t>
        <w:br/>
        <w:t>v 0.143847 1.306920 0.074911</w:t>
        <w:br/>
        <w:t>v 0.131686 1.300525 0.089700</w:t>
        <w:br/>
        <w:t>v 0.056065 1.167486 0.126846</w:t>
        <w:br/>
        <w:t>v 0.053788 1.151732 0.123918</w:t>
        <w:br/>
        <w:t>v 0.088804 1.266957 -0.008278</w:t>
        <w:br/>
        <w:t>v 0.093174 1.268032 0.003755</w:t>
        <w:br/>
        <w:t>v 0.077085 1.232290 0.158647</w:t>
        <w:br/>
        <w:t>v 0.082924 1.229071 0.153313</w:t>
        <w:br/>
        <w:t>v 0.103293 1.236395 0.132622</w:t>
        <w:br/>
        <w:t>v 0.093622 1.227182 0.139527</w:t>
        <w:br/>
        <w:t>v 0.083872 1.221505 0.147355</w:t>
        <w:br/>
        <w:t>v 0.077789 1.278055 0.156092</w:t>
        <w:br/>
        <w:t>v 0.075802 1.277814 0.155567</w:t>
        <w:br/>
        <w:t>v 0.064757 1.265760 0.163892</w:t>
        <w:br/>
        <w:t>v 0.067437 1.266126 0.165265</w:t>
        <w:br/>
        <w:t>v 0.054347 1.251642 0.169690</w:t>
        <w:br/>
        <w:t>v 0.051011 1.251549 0.168343</w:t>
        <w:br/>
        <w:t>v 0.039155 1.236631 0.168266</w:t>
        <w:br/>
        <w:t>v 0.042423 1.236736 0.169166</w:t>
        <w:br/>
        <w:t>v 0.088273 1.293002 0.128032</w:t>
        <w:br/>
        <w:t>v 0.083391 1.287619 0.141550</w:t>
        <w:br/>
        <w:t>v 0.085632 1.288450 0.143591</w:t>
        <w:br/>
        <w:t>v 0.090823 1.296464 0.130008</w:t>
        <w:br/>
        <w:t>v 0.093843 1.300978 0.118080</w:t>
        <w:br/>
        <w:t>v 0.104297 1.313574 0.109100</w:t>
        <w:br/>
        <w:t>v 0.100034 1.303800 0.124342</w:t>
        <w:br/>
        <w:t>v 0.103657 1.306607 0.119857</w:t>
        <w:br/>
        <w:t>v 0.109275 1.313865 0.109645</w:t>
        <w:br/>
        <w:t>v 0.124327 1.313600 0.093970</w:t>
        <w:br/>
        <w:t>v 0.115919 1.309070 0.107366</w:t>
        <w:br/>
        <w:t>v 0.122067 1.295376 0.101995</w:t>
        <w:br/>
        <w:t>v 0.128523 1.277336 0.096825</w:t>
        <w:br/>
        <w:t>v 0.136345 1.258778 0.091221</w:t>
        <w:br/>
        <w:t>v 0.186825 1.257672 -0.042098</w:t>
        <w:br/>
        <w:t>v 0.168507 1.266162 -0.042705</w:t>
        <w:br/>
        <w:t>v 0.178890 1.281735 -0.039453</w:t>
        <w:br/>
        <w:t>v 0.196598 1.274328 -0.038731</w:t>
        <w:br/>
        <w:t>v 0.201985 1.292400 0.040078</w:t>
        <w:br/>
        <w:t>v 0.210003 1.306806 0.023432</w:t>
        <w:br/>
        <w:t>v 0.176801 1.263412 0.065627</w:t>
        <w:br/>
        <w:t>v 0.191121 1.278756 0.052050</w:t>
        <w:br/>
        <w:t>v 0.170248 1.254265 -0.043478</w:t>
        <w:br/>
        <w:t>v 0.163891 1.258025 -0.043315</w:t>
        <w:br/>
        <w:t>v 0.160361 1.249469 0.076968</w:t>
        <w:br/>
        <w:t>v 0.135016 1.249695 0.093301</w:t>
        <w:br/>
        <w:t>v 0.130061 1.252117 0.097661</w:t>
        <w:br/>
        <w:t>v 0.133780 1.302747 -0.041605</w:t>
        <w:br/>
        <w:t>v 0.116626 1.313560 -0.044708</w:t>
        <w:br/>
        <w:t>v 0.188167 1.295342 -0.034376</w:t>
        <w:br/>
        <w:t>v 0.155469 1.292229 -0.039899</w:t>
        <w:br/>
        <w:t>v 0.072038 1.265448 0.166347</w:t>
        <w:br/>
        <w:t>v 0.081392 1.278039 0.157032</w:t>
        <w:br/>
        <w:t>v 0.035552 1.224564 0.167474</w:t>
        <w:br/>
        <w:t>v 0.045422 1.235080 0.169983</w:t>
        <w:br/>
        <w:t>v 0.031521 1.226602 0.166665</w:t>
        <w:br/>
        <w:t>v 0.059319 1.249915 0.170413</w:t>
        <w:br/>
        <w:t>v 0.089000 1.289166 0.144793</w:t>
        <w:br/>
        <w:t>v 0.095806 1.298707 0.131388</w:t>
        <w:br/>
        <w:t>v 0.103146 1.307700 -0.044876</w:t>
        <w:br/>
        <w:t>v 0.087452 1.297516 -0.042819</w:t>
        <w:br/>
        <w:t>v 0.077952 1.304422 -0.041400</w:t>
        <w:br/>
        <w:t>v 0.086995 1.315779 -0.044013</w:t>
        <w:br/>
        <w:t>v 0.128279 1.332777 -0.039617</w:t>
        <w:br/>
        <w:t>v 0.148414 1.337751 -0.030172</w:t>
        <w:br/>
        <w:t>v 0.164709 1.340639 0.026072</w:t>
        <w:br/>
        <w:t>v 0.167151 1.343341 0.011993</w:t>
        <w:br/>
        <w:t>v 0.152873 1.334608 0.049539</w:t>
        <w:br/>
        <w:t>v 0.159485 1.328399 0.046934</w:t>
        <w:br/>
        <w:t>v 0.130667 1.327144 0.078011</w:t>
        <w:br/>
        <w:t>v 0.136930 1.318715 0.077900</w:t>
        <w:br/>
        <w:t>v 0.148369 1.323807 0.063091</w:t>
        <w:br/>
        <w:t>v 0.142327 1.330690 0.063308</w:t>
        <w:br/>
        <w:t>v 0.125501 1.326391 0.077357</w:t>
        <w:br/>
        <w:t>v 0.114127 1.320095 0.095717</w:t>
        <w:br/>
        <w:t>v 0.118438 1.318352 0.095548</w:t>
        <w:br/>
        <w:t>v 0.111919 1.312162 0.108690</w:t>
        <w:br/>
        <w:t>v 0.109275 1.313865 0.109645</w:t>
        <w:br/>
        <w:t>v 0.152595 1.334206 -0.015748</w:t>
        <w:br/>
        <w:t>v 0.157499 1.343185 -0.016555</w:t>
        <w:br/>
        <w:t>v 0.148449 1.335159 0.050127</w:t>
        <w:br/>
        <w:t>v 0.160332 1.340529 0.025588</w:t>
        <w:br/>
        <w:t>v 0.096770 1.268144 0.021533</w:t>
        <w:br/>
        <w:t>v 0.093736 1.279713 -0.035873</w:t>
        <w:br/>
        <w:t>v 0.079689 1.290882 -0.040120</w:t>
        <w:br/>
        <w:t>v 0.073114 1.298857 -0.039415</w:t>
        <w:br/>
        <w:t>v 0.157106 1.334248 -0.003043</w:t>
        <w:br/>
        <w:t>v 0.164029 1.344617 -0.002235</w:t>
        <w:br/>
        <w:t>v 0.146053 1.339612 -0.028633</w:t>
        <w:br/>
        <w:t>v 0.163893 1.343514 0.011492</w:t>
        <w:br/>
        <w:t>v 0.136210 1.330412 0.063973</w:t>
        <w:br/>
        <w:t>v 0.072508 1.286037 -0.037986</w:t>
        <w:br/>
        <w:t>v 0.081201 1.271994 -0.031209</w:t>
        <w:br/>
        <w:t>v 0.065397 1.277819 -0.033400</w:t>
        <w:br/>
        <w:t>v 0.110924 1.305686 0.115022</w:t>
        <w:br/>
        <w:t>v 0.115510 1.291981 0.111010</w:t>
        <w:br/>
        <w:t>v 0.121717 1.272352 0.104937</w:t>
        <w:br/>
        <w:t>v 0.144473 1.256232 0.086503</w:t>
        <w:br/>
        <w:t>v 0.142889 1.247425 0.088353</w:t>
        <w:br/>
        <w:t>v 0.147109 1.239040 0.086372</w:t>
        <w:br/>
        <w:t>v 0.108925 1.307789 0.116771</w:t>
        <w:br/>
        <w:t>v 0.103657 1.306607 0.119857</w:t>
        <w:br/>
        <w:t>v 0.028317 1.226766 0.163777</w:t>
        <w:br/>
        <w:t>v 0.021204 1.216458 0.159586</w:t>
        <w:br/>
        <w:t>v 0.035436 1.210610 0.153926</w:t>
        <w:br/>
        <w:t>v 0.040592 1.219319 0.158156</w:t>
        <w:br/>
        <w:t>v 0.093710 1.283679 0.112317</w:t>
        <w:br/>
        <w:t>v 0.090741 1.282759 0.123188</w:t>
        <w:br/>
        <w:t>v 0.096021 1.271738 0.121831</w:t>
        <w:br/>
        <w:t>v 0.099483 1.271044 0.111547</w:t>
        <w:br/>
        <w:t>v 0.100991 1.235641 0.090337</w:t>
        <w:br/>
        <w:t>v 0.103383 1.240616 0.103716</w:t>
        <w:br/>
        <w:t>v 0.098528 1.226314 0.109578</w:t>
        <w:br/>
        <w:t>v 0.096180 1.221432 0.096603</w:t>
        <w:br/>
        <w:t>v 0.101171 1.252179 0.087324</w:t>
        <w:br/>
        <w:t>v 0.103437 1.255387 0.100864</w:t>
        <w:br/>
        <w:t>v 0.103140 1.258414 0.112313</w:t>
        <w:br/>
        <w:t>v 0.104220 1.244836 0.115149</w:t>
        <w:br/>
        <w:t>v 0.101551 1.249475 0.124905</w:t>
        <w:br/>
        <w:t>v 0.097335 1.237708 0.129067</w:t>
        <w:br/>
        <w:t>v 0.099188 1.231277 0.120418</w:t>
        <w:br/>
        <w:t>v 0.100191 1.269484 0.100023</w:t>
        <w:br/>
        <w:t>v 0.098588 1.267984 0.085924</w:t>
        <w:br/>
        <w:t>v 0.095912 1.285081 0.086694</w:t>
        <w:br/>
        <w:t>v 0.095590 1.283668 0.100678</w:t>
        <w:br/>
        <w:t>v 0.099625 1.261176 0.122594</w:t>
        <w:br/>
        <w:t>v 0.093655 1.263331 0.132588</w:t>
        <w:br/>
        <w:t>v 0.098256 1.253701 0.131881</w:t>
        <w:br/>
        <w:t>v 0.085457 1.278507 0.136209</w:t>
        <w:br/>
        <w:t>v 0.089663 1.270387 0.133731</w:t>
        <w:br/>
        <w:t>v 0.093448 1.246735 0.135920</w:t>
        <w:br/>
        <w:t>v 0.088721 1.254645 0.140443</w:t>
        <w:br/>
        <w:t>v 0.081105 1.244495 0.149752</w:t>
        <w:br/>
        <w:t>v 0.086889 1.237074 0.144213</w:t>
        <w:br/>
        <w:t>v 0.083999 1.261908 0.143655</w:t>
        <w:br/>
        <w:t>v 0.078438 1.269262 0.146265</w:t>
        <w:br/>
        <w:t>v 0.070691 1.257365 0.156295</w:t>
        <w:br/>
        <w:t>v 0.076246 1.250565 0.152452</w:t>
        <w:br/>
        <w:t>v 0.072836 1.277179 0.149466</w:t>
        <w:br/>
        <w:t>v 0.063552 1.265234 0.160240</w:t>
        <w:br/>
        <w:t>v 0.060263 1.224572 0.156539</w:t>
        <w:br/>
        <w:t>v 0.047318 1.229881 0.161734</w:t>
        <w:br/>
        <w:t>v 0.054805 1.213790 0.152440</w:t>
        <w:br/>
        <w:t>v 0.090566 1.228770 0.137095</w:t>
        <w:br/>
        <w:t>v 0.081758 1.223367 0.144050</w:t>
        <w:br/>
        <w:t>v 0.080673 1.214798 0.137558</w:t>
        <w:br/>
        <w:t>v 0.091484 1.221262 0.128384</w:t>
        <w:br/>
        <w:t>v 0.096278 1.267134 0.044308</w:t>
        <w:br/>
        <w:t>v 0.097076 1.266627 0.068888</w:t>
        <w:br/>
        <w:t>v 0.098579 1.248998 0.071962</w:t>
        <w:br/>
        <w:t>v 0.095527 1.244862 0.047923</w:t>
        <w:br/>
        <w:t>v 0.098126 1.290396 0.057601</w:t>
        <w:br/>
        <w:t>v 0.097488 1.287035 0.071239</w:t>
        <w:br/>
        <w:t>v 0.102196 1.328387 -0.036896</w:t>
        <w:br/>
        <w:t>v 0.108343 1.318810 -0.035008</w:t>
        <w:br/>
        <w:t>v 0.099182 1.309618 -0.033572</w:t>
        <w:br/>
        <w:t>v 0.084834 1.315747 -0.035460</w:t>
        <w:br/>
        <w:t>v 0.091354 1.277069 0.002843</w:t>
        <w:br/>
        <w:t>v 0.088401 1.276543 -0.008699</w:t>
        <w:br/>
        <w:t>v 0.091431 1.285106 -0.008722</w:t>
        <w:br/>
        <w:t>v 0.093258 1.283443 0.001587</w:t>
        <w:br/>
        <w:t>v 0.145634 1.345618 -0.028001</w:t>
        <w:br/>
        <w:t>v 0.150616 1.342065 -0.030930</w:t>
        <w:br/>
        <w:t>v 0.162962 1.346844 -0.017718</w:t>
        <w:br/>
        <w:t>v 0.157858 1.349332 -0.015994</w:t>
        <w:br/>
        <w:t>v 0.098735 1.293840 0.047900</w:t>
        <w:br/>
        <w:t>v 0.096400 1.282104 0.034908</w:t>
        <w:br/>
        <w:t>v 0.142047 1.333078 -0.023674</w:t>
        <w:br/>
        <w:t>v 0.124722 1.328167 -0.032339</w:t>
        <w:br/>
        <w:t>v 0.122585 1.336411 -0.033434</w:t>
        <w:br/>
        <w:t>v 0.141986 1.342420 -0.024491</w:t>
        <w:br/>
        <w:t>v 0.094446 1.301877 -0.029393</w:t>
        <w:br/>
        <w:t>v 0.076184 1.266900 -0.016647</w:t>
        <w:br/>
        <w:t>v 0.064982 1.283606 -0.028902</w:t>
        <w:br/>
        <w:t>v 0.081658 1.287811 -0.025575</w:t>
        <w:br/>
        <w:t>v 0.091151 1.293645 -0.023123</w:t>
        <w:br/>
        <w:t>v 0.090604 1.287939 -0.016226</w:t>
        <w:br/>
        <w:t>v 0.085239 1.281301 -0.017006</w:t>
        <w:br/>
        <w:t>v 0.154753 1.335384 0.010035</w:t>
        <w:br/>
        <w:t>v 0.155177 1.335292 -0.002453</w:t>
        <w:br/>
        <w:t>v 0.157230 1.346980 -0.001793</w:t>
        <w:br/>
        <w:t>v 0.157248 1.346265 0.011172</w:t>
        <w:br/>
        <w:t>v 0.039252 1.304584 -0.040044</w:t>
        <w:br/>
        <w:t>v 0.017697 1.300476 -0.037852</w:t>
        <w:br/>
        <w:t>v 0.017545 1.293619 -0.041176</w:t>
        <w:br/>
        <w:t>v 0.040114 1.297853 -0.042859</w:t>
        <w:br/>
        <w:t>v 0.017119 1.209170 0.157031</w:t>
        <w:br/>
        <w:t>v 0.013153 1.199602 0.154033</w:t>
        <w:br/>
        <w:t>v 0.030080 1.195697 0.149202</w:t>
        <w:br/>
        <w:t>v 0.032492 1.202717 0.151282</w:t>
        <w:br/>
        <w:t>v 0.006041 1.168296 0.144810</w:t>
        <w:br/>
        <w:t>v 0.026356 1.168503 0.140086</w:t>
        <w:br/>
        <w:t>v 0.027223 1.181721 0.144662</w:t>
        <w:br/>
        <w:t>v 0.008699 1.181709 0.148559</w:t>
        <w:br/>
        <w:t>v 0.098191 1.303006 0.073677</w:t>
        <w:br/>
        <w:t>v 0.095123 1.299904 0.088512</w:t>
        <w:br/>
        <w:t>v 0.091623 1.297054 0.102891</w:t>
        <w:br/>
        <w:t>v 0.088793 1.294456 0.114885</w:t>
        <w:br/>
        <w:t>v 0.085626 1.291488 0.125235</w:t>
        <w:br/>
        <w:t>v 0.081062 1.286117 0.139124</w:t>
        <w:br/>
        <w:t>v 0.104526 1.305814 0.049647</w:t>
        <w:br/>
        <w:t>v 0.103181 1.305678 0.054054</w:t>
        <w:br/>
        <w:t>v 0.100794 1.297108 0.044591</w:t>
        <w:br/>
        <w:t>v 0.100879 1.304155 0.062582</w:t>
        <w:br/>
        <w:t>v 0.106208 1.314665 0.066127</w:t>
        <w:br/>
        <w:t>v 0.102401 1.313787 0.076375</w:t>
        <w:br/>
        <w:t>v 0.098292 1.311314 0.090907</w:t>
        <w:br/>
        <w:t>v 0.094300 1.307058 0.105515</w:t>
        <w:br/>
        <w:t>v 0.109351 1.315225 0.057871</w:t>
        <w:br/>
        <w:t>v 0.114284 1.324642 0.076702</w:t>
        <w:br/>
        <w:t>v 0.120023 1.326504 0.065703</w:t>
        <w:br/>
        <w:t>v 0.130462 1.334677 0.062434</w:t>
        <w:br/>
        <w:t>v 0.121760 1.330154 0.076885</w:t>
        <w:br/>
        <w:t>v 0.126082 1.327293 0.053288</w:t>
        <w:br/>
        <w:t>v 0.141964 1.336595 0.040845</w:t>
        <w:br/>
        <w:t>v 0.168765 1.266424 -0.046286</w:t>
        <w:br/>
        <w:t>v 0.179269 1.282167 -0.042705</w:t>
        <w:br/>
        <w:t>v 0.155974 1.292508 -0.043135</w:t>
        <w:br/>
        <w:t>v 0.141112 1.280922 -0.045628</w:t>
        <w:br/>
        <w:t>v 0.199572 1.318080 -0.015679</w:t>
        <w:br/>
        <w:t>v 0.189939 1.323283 -0.015992</w:t>
        <w:br/>
        <w:t>v 0.183154 1.315802 -0.027342</w:t>
        <w:br/>
        <w:t>v 0.195732 1.309176 -0.026831</w:t>
        <w:br/>
        <w:t>v 0.188564 1.296178 -0.037316</w:t>
        <w:br/>
        <w:t>v 0.170220 1.303829 -0.037396</w:t>
        <w:br/>
        <w:t>v 0.186964 1.321491 0.027424</w:t>
        <w:br/>
        <w:t>v 0.190748 1.325946 0.011544</w:t>
        <w:br/>
        <w:t>v 0.200385 1.320394 0.011065</w:t>
        <w:br/>
        <w:t>v 0.197238 1.315134 0.025941</w:t>
        <w:br/>
        <w:t>v 0.178649 1.313336 0.045257</w:t>
        <w:br/>
        <w:t>v 0.189340 1.304197 0.043718</w:t>
        <w:br/>
        <w:t>v 0.154597 1.294229 0.074168</w:t>
        <w:br/>
        <w:t>v 0.167444 1.303891 0.060359</w:t>
        <w:br/>
        <w:t>v 0.178515 1.292395 0.057739</w:t>
        <w:br/>
        <w:t>v 0.165232 1.279381 0.071285</w:t>
        <w:br/>
        <w:t>v 0.149982 1.266880 0.084612</w:t>
        <w:br/>
        <w:t>v 0.141516 1.285481 0.087644</w:t>
        <w:br/>
        <w:t>v 0.101810 1.305826 -0.047476</w:t>
        <w:br/>
        <w:t>v 0.120463 1.294840 -0.046243</w:t>
        <w:br/>
        <w:t>v 0.134349 1.302757 -0.044547</w:t>
        <w:br/>
        <w:t>v 0.117940 1.313539 -0.046978</w:t>
        <w:br/>
        <w:t>v 0.180075 1.329527 -0.016666</w:t>
        <w:br/>
        <w:t>v 0.171432 1.336814 -0.017213</w:t>
        <w:br/>
        <w:t>v 0.161938 1.328731 -0.030103</w:t>
        <w:br/>
        <w:t>v 0.170861 1.322960 -0.028483</w:t>
        <w:br/>
        <w:t>v 0.160140 1.331268 -0.030350</w:t>
        <w:br/>
        <w:t>v 0.155929 1.337208 -0.030928</w:t>
        <w:br/>
        <w:t>v 0.134685 1.327081 -0.042590</w:t>
        <w:br/>
        <w:t>v 0.137776 1.324115 -0.041867</w:t>
        <w:br/>
        <w:t>v 0.183109 1.331718 0.011751</w:t>
        <w:br/>
        <w:t>v 0.176308 1.337103 0.011993</w:t>
        <w:br/>
        <w:t>v 0.176177 1.338297 -0.002285</w:t>
        <w:br/>
        <w:t>v 0.183881 1.332332 -0.002680</w:t>
        <w:br/>
        <w:t>v 0.179048 1.328188 0.027688</w:t>
        <w:br/>
        <w:t>v 0.169234 1.321630 0.046490</w:t>
        <w:br/>
        <w:t>v 0.162725 1.327851 0.048428</w:t>
        <w:br/>
        <w:t>v 0.172010 1.333897 0.027715</w:t>
        <w:br/>
        <w:t>v 0.157680 1.314788 0.062357</w:t>
        <w:br/>
        <w:t>v 0.145871 1.307789 0.077198</w:t>
        <w:br/>
        <w:t>v 0.151410 1.323564 0.065200</w:t>
        <w:br/>
        <w:t>v 0.127074 1.314823 0.096763</w:t>
        <w:br/>
        <w:t>v 0.139434 1.319980 0.080467</w:t>
        <w:br/>
        <w:t>v 0.133927 1.301293 0.092094</w:t>
        <w:br/>
        <w:t>v 0.003102 1.151055 0.140871</w:t>
        <w:br/>
        <w:t>v 0.089160 1.257892 0.007749</w:t>
        <w:br/>
        <w:t>v 0.083981 1.260888 -0.006671</w:t>
        <w:br/>
        <w:t>v 0.080704 1.230467 0.149170</w:t>
        <w:br/>
        <w:t>v 0.074335 1.231030 0.153444</w:t>
        <w:br/>
        <w:t>v 0.071936 1.222576 0.150735</w:t>
        <w:br/>
        <w:t>v 0.098031 1.231070 0.076563</w:t>
        <w:br/>
        <w:t>v 0.058465 1.243272 0.162030</w:t>
        <w:br/>
        <w:t>v 0.049755 1.250825 0.165673</w:t>
        <w:br/>
        <w:t>v 0.036390 1.237260 0.166654</w:t>
        <w:br/>
        <w:t>v 0.067465 1.237448 0.157504</w:t>
        <w:br/>
        <w:t>v 0.030080 1.195697 0.149202</w:t>
        <w:br/>
        <w:t>v 0.013153 1.199602 0.154033</w:t>
        <w:br/>
        <w:t>v 0.076194 1.280506 0.157276</w:t>
        <w:br/>
        <w:t>v 0.066664 1.268026 0.167913</w:t>
        <w:br/>
        <w:t>v 0.062711 1.267519 0.164372</w:t>
        <w:br/>
        <w:t>v 0.072736 1.279503 0.153688</w:t>
        <w:br/>
        <w:t>v 0.019975 1.216206 0.160911</w:t>
        <w:br/>
        <w:t>v 0.027110 1.227028 0.165818</w:t>
        <w:br/>
        <w:t>v 0.029408 1.225979 0.168892</w:t>
        <w:br/>
        <w:t>v 0.021084 1.215299 0.163628</w:t>
        <w:br/>
        <w:t>v 0.048935 1.252806 0.169103</w:t>
        <w:br/>
        <w:t>v 0.052167 1.251868 0.172338</w:t>
        <w:br/>
        <w:t>v 0.038834 1.237316 0.171853</w:t>
        <w:br/>
        <w:t>v 0.036099 1.238309 0.168784</w:t>
        <w:br/>
        <w:t>v 0.089273 1.299537 0.130758</w:t>
        <w:br/>
        <w:t>v 0.084055 1.291240 0.145407</w:t>
        <w:br/>
        <w:t>v 0.081045 1.289460 0.142076</w:t>
        <w:br/>
        <w:t>v 0.085938 1.296077 0.127989</w:t>
        <w:br/>
        <w:t>v 0.016754 1.208374 0.160019</w:t>
        <w:br/>
        <w:t>v 0.016195 1.209199 0.158268</w:t>
        <w:br/>
        <w:t>v 0.016195 1.209199 0.158268</w:t>
        <w:br/>
        <w:t>v 0.012420 1.199458 0.154758</w:t>
        <w:br/>
        <w:t>v 0.012420 1.199458 0.154758</w:t>
        <w:br/>
        <w:t>v 0.091682 1.303388 0.118516</w:t>
        <w:br/>
        <w:t>v 0.109735 1.317654 0.109567</w:t>
        <w:br/>
        <w:t>v 0.103563 1.310071 0.121952</w:t>
        <w:br/>
        <w:t>v 0.097846 1.307418 0.125671</w:t>
        <w:br/>
        <w:t>v 0.102946 1.316100 0.108566</w:t>
        <w:br/>
        <w:t>v 0.124563 1.296209 0.104465</w:t>
        <w:br/>
        <w:t>v 0.130772 1.277643 0.099256</w:t>
        <w:br/>
        <w:t>v 0.138765 1.259301 0.094590</w:t>
        <w:br/>
        <w:t>v 0.209711 1.302401 -0.027913</w:t>
        <w:br/>
        <w:t>v 0.213084 1.312614 -0.016690</w:t>
        <w:br/>
        <w:t>v 0.203718 1.288850 -0.037916</w:t>
        <w:br/>
        <w:t>v 0.200934 1.321731 -0.003051</w:t>
        <w:br/>
        <w:t>v 0.214689 1.317478 -0.003498</w:t>
        <w:br/>
        <w:t>v 0.214015 1.315131 0.010766</w:t>
        <w:br/>
        <w:t>v 0.168208 1.246509 -0.048484</w:t>
        <w:br/>
        <w:t>v 0.167694 1.231482 -0.050352</w:t>
        <w:br/>
        <w:t>v 0.177281 1.243697 -0.048412</w:t>
        <w:br/>
        <w:t>v 0.137395 1.250085 0.096663</w:t>
        <w:br/>
        <w:t>v 0.145161 1.247846 0.091785</w:t>
        <w:br/>
        <w:t>v 0.149214 1.239407 0.089765</w:t>
        <w:br/>
        <w:t>v 0.141167 1.232863 0.095502</w:t>
        <w:br/>
        <w:t>v 0.197038 1.274900 -0.042697</w:t>
        <w:br/>
        <w:t>v 0.101991 1.332552 -0.042465</w:t>
        <w:br/>
        <w:t>v 0.102288 1.326692 -0.046871</w:t>
        <w:br/>
        <w:t>v 0.126774 1.334344 -0.042929</w:t>
        <w:br/>
        <w:t>v 0.123278 1.339132 -0.038577</w:t>
        <w:br/>
        <w:t>v 0.079640 1.280745 0.159141</w:t>
        <w:br/>
        <w:t>v 0.071089 1.267515 0.169613</w:t>
        <w:br/>
        <w:t>v 0.023539 1.214346 0.165615</w:t>
        <w:br/>
        <w:t>v 0.033149 1.224294 0.170354</w:t>
        <w:br/>
        <w:t>v 0.057887 1.250982 0.174105</w:t>
        <w:br/>
        <w:t>v 0.044458 1.235150 0.173980</w:t>
        <w:br/>
        <w:t>v 0.094038 1.302446 0.132775</w:t>
        <w:br/>
        <w:t>v 0.087779 1.292500 0.146638</w:t>
        <w:br/>
        <w:t>v 0.018134 1.207450 0.161350</w:t>
        <w:br/>
        <w:t>v 0.107640 1.320980 0.093961</w:t>
        <w:br/>
        <w:t>v 0.131612 1.325267 0.043373</w:t>
        <w:br/>
        <w:t>v 0.112122 1.315124 0.050823</w:t>
        <w:br/>
        <w:t>v 0.108258 1.320703 -0.047725</w:t>
        <w:br/>
        <w:t>v 0.167054 1.342702 -0.017967</w:t>
        <w:br/>
        <w:t>v 0.169640 1.348796 -0.002167</w:t>
        <w:br/>
        <w:t>v 0.172689 1.344524 -0.002365</w:t>
        <w:br/>
        <w:t>v 0.172583 1.343433 0.012241</w:t>
        <w:br/>
        <w:t>v 0.169556 1.347620 0.012313</w:t>
        <w:br/>
        <w:t>v 0.158818 1.333711 0.050371</w:t>
        <w:br/>
        <w:t>v 0.169310 1.339742 0.027319</w:t>
        <w:br/>
        <w:t>v 0.133821 1.329643 0.081024</w:t>
        <w:br/>
        <w:t>v 0.144355 1.334881 0.066963</w:t>
        <w:br/>
        <w:t>v 0.155000 1.337806 0.051368</w:t>
        <w:br/>
        <w:t>v 0.123304 1.321927 0.096579</w:t>
        <w:br/>
        <w:t>v 0.115652 1.315810 0.109658</w:t>
        <w:br/>
        <w:t>v 0.118976 1.311151 0.109446</w:t>
        <w:br/>
        <w:t>v 0.152367 1.345973 -0.014047</w:t>
        <w:br/>
        <w:t>v 0.150857 1.335245 -0.014529</w:t>
        <w:br/>
        <w:t>v 0.141763 1.329610 0.035024</w:t>
        <w:br/>
        <w:t>v 0.095277 1.283675 0.014800</w:t>
        <w:br/>
        <w:t>v 0.097087 1.288531 0.033093</w:t>
        <w:br/>
        <w:t>v 0.093928 1.277200 0.016535</w:t>
        <w:br/>
        <w:t>v 0.059270 1.306847 -0.034913</w:t>
        <w:br/>
        <w:t>v 0.152558 1.341345 0.050901</w:t>
        <w:br/>
        <w:t>v 0.163055 1.346393 0.026281</w:t>
        <w:br/>
        <w:t>v 0.166124 1.344066 0.027088</w:t>
        <w:br/>
        <w:t>v 0.153196 1.343484 0.024242</w:t>
        <w:br/>
        <w:t>v 0.151004 1.333696 0.022083</w:t>
        <w:br/>
        <w:t>v 0.092958 1.263100 0.022817</w:t>
        <w:br/>
        <w:t>v 0.081749 1.290727 -0.044501</w:t>
        <w:br/>
        <w:t>v 0.090069 1.297529 -0.046508</w:t>
        <w:br/>
        <w:t>v 0.079642 1.303654 -0.047165</w:t>
        <w:br/>
        <w:t>v 0.073017 1.299692 -0.046179</w:t>
        <w:br/>
        <w:t>v 0.036368 1.250595 -0.028041</w:t>
        <w:br/>
        <w:t>v 0.052270 1.246236 -0.023365</w:t>
        <w:br/>
        <w:t>v 0.045464 1.269397 -0.036424</w:t>
        <w:br/>
        <w:t>v -0.000000 1.292255 -0.039929</w:t>
        <w:br/>
        <w:t>v 0.017370 1.279828 -0.039098</w:t>
        <w:br/>
        <w:t>v 0.042318 1.285069 -0.041456</w:t>
        <w:br/>
        <w:t>v 0.017770 1.265829 -0.034553</w:t>
        <w:br/>
        <w:t>v 0.018311 1.250448 -0.027672</w:t>
        <w:br/>
        <w:t>v 0.095087 1.330044 -0.042644</w:t>
        <w:br/>
        <w:t>v 0.165309 1.349564 0.012087</w:t>
        <w:br/>
        <w:t>v 0.164576 1.350319 -0.001760</w:t>
        <w:br/>
        <w:t>v 0.081048 1.270833 -0.035641</w:t>
        <w:br/>
        <w:t>v 0.061209 1.277792 -0.039945</w:t>
        <w:br/>
        <w:t>v 0.058204 1.311308 -0.041953</w:t>
        <w:br/>
        <w:t>v 0.060744 1.304560 -0.045469</w:t>
        <w:br/>
        <w:t>v 0.034015 1.236905 -0.021486</w:t>
        <w:br/>
        <w:t>v 0.045494 1.236170 -0.019475</w:t>
        <w:br/>
        <w:t>v 0.048523 1.241203 -0.021700</w:t>
        <w:br/>
        <w:t>v 0.018768 1.237174 -0.021464</w:t>
        <w:br/>
        <w:t>v 0.124384 1.272610 0.107915</w:t>
        <w:br/>
        <w:t>v 0.118013 1.292928 0.113725</w:t>
        <w:br/>
        <w:t>v 0.132358 1.252437 0.100932</w:t>
        <w:br/>
        <w:t>v 0.146057 1.257491 0.089636</w:t>
        <w:br/>
        <w:t>v 0.113390 1.307343 0.117712</w:t>
        <w:br/>
        <w:t>v 0.110166 1.310356 0.119123</w:t>
        <w:br/>
        <w:t>v 0.100631 1.308186 -0.034413</w:t>
        <w:br/>
        <w:t>v 0.109402 1.317303 -0.035673</w:t>
        <w:br/>
        <w:t>v 0.108495 1.316842 -0.037320</w:t>
        <w:br/>
        <w:t>v 0.098879 1.308615 -0.036272</w:t>
        <w:br/>
        <w:t>v 0.095296 1.282477 0.001340</w:t>
        <w:br/>
        <w:t>v 0.095000 1.283790 0.001408</w:t>
        <w:br/>
        <w:t>v 0.093518 1.285237 -0.009561</w:t>
        <w:br/>
        <w:t>v 0.093323 1.283458 -0.009988</w:t>
        <w:br/>
        <w:t>v 0.142676 1.331615 -0.024305</w:t>
        <w:br/>
        <w:t>v 0.143822 1.332870 -0.025718</w:t>
        <w:br/>
        <w:t>v 0.125486 1.327304 -0.035026</w:t>
        <w:br/>
        <w:t>v 0.125479 1.325784 -0.033105</w:t>
        <w:br/>
        <w:t>v 0.094865 1.300450 -0.031698</w:t>
        <w:br/>
        <w:t>v 0.096383 1.300936 -0.030028</w:t>
        <w:br/>
        <w:t>v 0.092905 1.288073 -0.016471</w:t>
        <w:br/>
        <w:t>v 0.092337 1.286074 -0.017497</w:t>
        <w:br/>
        <w:t>v 0.156949 1.334266 0.010099</w:t>
        <w:br/>
        <w:t>v 0.155318 1.333702 0.009996</w:t>
        <w:br/>
        <w:t>v 0.151436 1.331953 0.022295</w:t>
        <w:br/>
        <w:t>v 0.152990 1.332277 0.022795</w:t>
        <w:br/>
        <w:t>v 0.008497 1.181356 0.150722</w:t>
        <w:br/>
        <w:t>v 0.006011 1.168308 0.147235</w:t>
        <w:br/>
        <w:t>v 0.006041 1.168296 0.144810</w:t>
        <w:br/>
        <w:t>v 0.008699 1.181709 0.148559</w:t>
        <w:br/>
        <w:t>v 0.106691 1.304223 0.050063</w:t>
        <w:br/>
        <w:t>v 0.105894 1.305170 0.048535</w:t>
        <w:br/>
        <w:t>v 0.102492 1.297203 0.043822</w:t>
        <w:br/>
        <w:t>v 0.103412 1.296035 0.045064</w:t>
        <w:br/>
        <w:t>v 0.151433 1.242803 -0.046931</w:t>
        <w:br/>
        <w:t>v 0.152242 1.244651 -0.048798</w:t>
        <w:br/>
        <w:t>v 0.127146 1.271293 -0.046285</w:t>
        <w:br/>
        <w:t>v 0.126435 1.269707 -0.044188</w:t>
        <w:br/>
        <w:t>v 0.100469 1.305509 0.126678</w:t>
        <w:br/>
        <w:t>v 0.097846 1.307418 0.125671</w:t>
        <w:br/>
        <w:t>v 0.104319 1.307544 0.122304</w:t>
        <w:br/>
        <w:t>v 0.187206 1.258085 -0.046107</w:t>
        <w:br/>
        <w:t>v 0.188528 1.256681 -0.044077</w:t>
        <w:br/>
        <w:t>v 0.198498 1.273682 -0.040656</w:t>
        <w:br/>
        <w:t>v 0.214000 1.310138 -0.016081</w:t>
        <w:br/>
        <w:t>v 0.210598 1.300041 -0.026736</w:t>
        <w:br/>
        <w:t>v 0.208539 1.300017 -0.024897</w:t>
        <w:br/>
        <w:t>v 0.210598 1.300041 -0.026736</w:t>
        <w:br/>
        <w:t>v 0.205265 1.287527 -0.036007</w:t>
        <w:br/>
        <w:t>v 0.203290 1.287740 -0.034075</w:t>
        <w:br/>
        <w:t>v 0.213152 1.313819 -0.002901</w:t>
        <w:br/>
        <w:t>v 0.212462 1.311761 0.010034</w:t>
        <w:br/>
        <w:t>v 0.214955 1.312643 0.010241</w:t>
        <w:br/>
        <w:t>v 0.215636 1.314882 -0.003458</w:t>
        <w:br/>
        <w:t>v 0.212507 1.307507 0.024404</w:t>
        <w:br/>
        <w:t>v 0.210003 1.306806 0.023432</w:t>
        <w:br/>
        <w:t>v 0.201985 1.292400 0.040078</w:t>
        <w:br/>
        <w:t>v 0.204364 1.292279 0.041503</w:t>
        <w:br/>
        <w:t>v 0.178577 1.264437 0.069091</w:t>
        <w:br/>
        <w:t>v 0.192883 1.280157 0.055388</w:t>
        <w:br/>
        <w:t>v 0.193392 1.278148 0.053527</w:t>
        <w:br/>
        <w:t>v 0.178936 1.262487 0.067138</w:t>
        <w:br/>
        <w:t>v 0.191121 1.278756 0.052050</w:t>
        <w:br/>
        <w:t>v 0.193392 1.278148 0.053527</w:t>
        <w:br/>
        <w:t>v 0.177046 1.243274 -0.044437</w:t>
        <w:br/>
        <w:t>v 0.177961 1.241885 -0.046532</w:t>
        <w:br/>
        <w:t>v 0.167819 1.229614 -0.048616</w:t>
        <w:br/>
        <w:t>v 0.167589 1.231079 -0.046541</w:t>
        <w:br/>
        <w:t>v 0.178936 1.262487 0.067138</w:t>
        <w:br/>
        <w:t>v 0.176801 1.263412 0.065627</w:t>
        <w:br/>
        <w:t>v 0.160361 1.249469 0.076968</w:t>
        <w:br/>
        <w:t>v 0.162392 1.248258 0.078426</w:t>
        <w:br/>
        <w:t>v 0.139848 1.231198 0.094115</w:t>
        <w:br/>
        <w:t>v 0.149147 1.237624 0.087619</w:t>
        <w:br/>
        <w:t>v 0.147109 1.239040 0.086372</w:t>
        <w:br/>
        <w:t>v 0.139169 1.232753 0.092227</w:t>
        <w:br/>
        <w:t>v 0.198498 1.273682 -0.040656</w:t>
        <w:br/>
        <w:t>v 0.196598 1.274328 -0.038731</w:t>
        <w:br/>
        <w:t>v 0.082930 1.279781 0.158542</w:t>
        <w:br/>
        <w:t>v 0.073689 1.266464 0.168669</w:t>
        <w:br/>
        <w:t>v 0.035555 1.223034 0.169563</w:t>
        <w:br/>
        <w:t>v 0.025755 1.212989 0.165323</w:t>
        <w:br/>
        <w:t>v 0.035552 1.224564 0.167474</w:t>
        <w:br/>
        <w:t>v 0.035555 1.223034 0.169563</w:t>
        <w:br/>
        <w:t>v 0.046379 1.233817 0.172130</w:t>
        <w:br/>
        <w:t>v 0.045422 1.235080 0.169983</w:t>
        <w:br/>
        <w:t>v 0.059892 1.249352 0.172832</w:t>
        <w:br/>
        <w:t>v 0.059319 1.249915 0.170413</w:t>
        <w:br/>
        <w:t>v 0.094038 1.302446 0.132775</w:t>
        <w:br/>
        <w:t>v 0.096620 1.300927 0.133285</w:t>
        <w:br/>
        <w:t>v 0.090270 1.290930 0.146634</w:t>
        <w:br/>
        <w:t>v 0.025545 1.213198 0.163287</w:t>
        <w:br/>
        <w:t>v 0.020262 1.207177 0.160379</w:t>
        <w:br/>
        <w:t>v 0.019817 1.206607 0.162015</w:t>
        <w:br/>
        <w:t>v 0.025755 1.212989 0.165323</w:t>
        <w:br/>
        <w:t>v 0.072038 1.265448 0.166347</w:t>
        <w:br/>
        <w:t>v 0.073689 1.266464 0.168669</w:t>
        <w:br/>
        <w:t>v 0.090270 1.290930 0.146634</w:t>
        <w:br/>
        <w:t>v 0.089000 1.289166 0.144793</w:t>
        <w:br/>
        <w:t>v 0.081392 1.278039 0.157032</w:t>
        <w:br/>
        <w:t>v 0.082930 1.279781 0.158542</w:t>
        <w:br/>
        <w:t>v 0.015197 1.198509 0.157156</w:t>
        <w:br/>
        <w:t>v 0.013735 1.198748 0.157963</w:t>
        <w:br/>
        <w:t>v 0.095806 1.298707 0.131388</w:t>
        <w:br/>
        <w:t>v 0.096620 1.300927 0.133285</w:t>
        <w:br/>
        <w:t>v 0.100469 1.305509 0.126678</w:t>
        <w:br/>
        <w:t>v 0.100034 1.303800 0.124342</w:t>
        <w:br/>
        <w:t>v 0.113882 1.313846 0.050021</w:t>
        <w:br/>
        <w:t>v 0.114639 1.312767 0.051511</w:t>
        <w:br/>
        <w:t>v 0.132327 1.322810 0.044854</w:t>
        <w:br/>
        <w:t>v 0.131508 1.322984 0.043165</w:t>
        <w:br/>
        <w:t>v 0.155546 1.333784 -0.002674</w:t>
        <w:br/>
        <w:t>v 0.157106 1.334248 -0.003043</w:t>
        <w:br/>
        <w:t>v 0.152595 1.334206 -0.015748</w:t>
        <w:br/>
        <w:t>v 0.151368 1.333729 -0.015209</w:t>
        <w:br/>
        <w:t>v 0.141752 1.327292 0.034964</w:t>
        <w:br/>
        <w:t>v 0.143009 1.327501 0.035838</w:t>
        <w:br/>
        <w:t>v 0.096516 1.284099 0.014489</w:t>
        <w:br/>
        <w:t>v 0.097370 1.283087 0.014716</w:t>
        <w:br/>
        <w:t>v 0.100062 1.288089 0.033017</w:t>
        <w:br/>
        <w:t>v 0.099250 1.289313 0.032263</w:t>
        <w:br/>
        <w:t>v 0.064019 1.254996 -0.023586</w:t>
        <w:br/>
        <w:t>v 0.063904 1.256628 -0.022712</w:t>
        <w:br/>
        <w:t>v 0.081201 1.271994 -0.031209</w:t>
        <w:br/>
        <w:t>v 0.081747 1.269169 -0.032671</w:t>
        <w:br/>
        <w:t>v 0.121837 1.271596 0.107615</w:t>
        <w:br/>
        <w:t>v 0.115824 1.291385 0.113697</w:t>
        <w:br/>
        <w:t>v 0.130118 1.251094 0.100203</w:t>
        <w:br/>
        <w:t>v 0.130061 1.252117 0.097661</w:t>
        <w:br/>
        <w:t>v 0.121717 1.272352 0.104937</w:t>
        <w:br/>
        <w:t>v 0.121837 1.271596 0.107615</w:t>
        <w:br/>
        <w:t>v 0.103657 1.306607 0.119857</w:t>
        <w:br/>
        <w:t>v 0.104319 1.307544 0.122304</w:t>
        <w:br/>
        <w:t>v 0.109630 1.308035 0.119313</w:t>
        <w:br/>
        <w:t>v 0.108925 1.307789 0.116771</w:t>
        <w:br/>
        <w:t>v 0.012799 1.198953 0.156174</w:t>
        <w:br/>
        <w:t>v 0.109402 1.317303 -0.035673</w:t>
        <w:br/>
        <w:t>v 0.100631 1.308186 -0.034413</w:t>
        <w:br/>
        <w:t>v 0.095000 1.283790 0.001408</w:t>
        <w:br/>
        <w:t>v 0.093518 1.285237 -0.009561</w:t>
        <w:br/>
        <w:t>v 0.142676 1.331615 -0.024305</w:t>
        <w:br/>
        <w:t>v 0.125479 1.325784 -0.033105</w:t>
        <w:br/>
        <w:t>v 0.096383 1.300936 -0.030028</w:t>
        <w:br/>
        <w:t>v 0.093550 1.293198 -0.023571</w:t>
        <w:br/>
        <w:t>v 0.092905 1.288073 -0.016471</w:t>
        <w:br/>
        <w:t>v 0.155318 1.333702 0.009996</w:t>
        <w:br/>
        <w:t>v 0.155546 1.333784 -0.002674</w:t>
        <w:br/>
        <w:t>v 0.105894 1.305170 0.048535</w:t>
        <w:br/>
        <w:t>v 0.102492 1.297203 0.043822</w:t>
        <w:br/>
        <w:t>v 0.113882 1.313846 0.050021</w:t>
        <w:br/>
        <w:t>v 0.131508 1.322984 0.043165</w:t>
        <w:br/>
        <w:t>v 0.151368 1.333729 -0.015209</w:t>
        <w:br/>
        <w:t>v 0.141752 1.327292 0.034964</w:t>
        <w:br/>
        <w:t>v 0.096516 1.284099 0.014489</w:t>
        <w:br/>
        <w:t>v 0.099250 1.289313 0.032263</w:t>
        <w:br/>
        <w:t>v 0.151436 1.331953 0.022295</w:t>
        <w:br/>
        <w:t>v 0.119443 1.354278 -0.035379</w:t>
        <w:br/>
        <w:t>v 0.097276 1.347868 -0.039556</w:t>
        <w:br/>
        <w:t>v 0.052740 1.326903 -0.040036</w:t>
        <w:br/>
        <w:t>v 0.066079 1.314647 -0.042425</w:t>
        <w:br/>
        <w:t>v 0.081854 1.323574 -0.043001</w:t>
        <w:br/>
        <w:t>v 0.071433 1.334965 -0.040735</w:t>
        <w:br/>
        <w:t>v 0.155217 1.359324 -0.015982</w:t>
        <w:br/>
        <w:t>v 0.161960 1.358786 -0.001927</w:t>
        <w:br/>
        <w:t>v 0.163263 1.356363 0.012151</w:t>
        <w:br/>
        <w:t>v 0.139985 1.339720 0.068643</w:t>
        <w:br/>
        <w:t>v 0.149541 1.349510 0.052169</w:t>
        <w:br/>
        <w:t>v 0.016410 1.317406 -0.036641</w:t>
        <w:br/>
        <w:t>v -0.000000 1.317406 -0.036641</w:t>
        <w:br/>
        <w:t>v -0.000000 1.300476 -0.037852</w:t>
        <w:br/>
        <w:t>v 0.030461 1.346938 -0.039929</w:t>
        <w:br/>
        <w:t>v 0.014467 1.344058 -0.039270</w:t>
        <w:br/>
        <w:t>v 0.035422 1.321799 -0.038491</w:t>
        <w:br/>
        <w:t>v 0.160849 1.351864 0.027192</w:t>
        <w:br/>
        <w:t>v 0.081184 1.363340 -0.041131</w:t>
        <w:br/>
        <w:t>v 0.088850 1.344309 -0.039928</w:t>
        <w:br/>
        <w:t>v 0.091888 1.366413 -0.040746</w:t>
        <w:br/>
        <w:t>v 0.142678 1.358549 -0.026851</w:t>
        <w:br/>
        <w:t>v 0.115176 1.372186 -0.036013</w:t>
        <w:br/>
        <w:t>v 0.152375 1.374019 -0.015230</w:t>
        <w:br/>
        <w:t>v 0.159027 1.372048 -0.002316</w:t>
        <w:br/>
        <w:t>v 0.161089 1.367269 0.012865</w:t>
        <w:br/>
        <w:t>v 0.159137 1.360952 0.028147</w:t>
        <w:br/>
        <w:t>v -0.000000 1.344058 -0.039270</w:t>
        <w:br/>
        <w:t>v 0.139728 1.373968 -0.026383</w:t>
        <w:br/>
        <w:t>v 0.131686 1.332839 0.080788</w:t>
        <w:br/>
        <w:t>v 0.064601 1.357169 -0.041751</w:t>
        <w:br/>
        <w:t>v 0.045961 1.350689 -0.040829</w:t>
        <w:br/>
        <w:t>v 0.097110 1.347363 -0.035692</w:t>
        <w:br/>
        <w:t>v 0.118944 1.353565 -0.032689</w:t>
        <w:br/>
        <w:t>v 0.053121 1.327294 -0.035723</w:t>
        <w:br/>
        <w:t>v 0.071611 1.334670 -0.036433</w:t>
        <w:br/>
        <w:t>v 0.140042 1.358080 -0.023606</w:t>
        <w:br/>
        <w:t>v 0.150658 1.359223 -0.012609</w:t>
        <w:br/>
        <w:t>v 0.156628 1.357071 0.012234</w:t>
        <w:br/>
        <w:t>v 0.152770 1.352551 0.025630</w:t>
        <w:br/>
        <w:t>v 0.142952 1.343212 0.046307</w:t>
        <w:br/>
        <w:t>v 0.133487 1.340485 0.065093</w:t>
        <w:br/>
        <w:t>v 0.018428 1.297603 -0.030064</w:t>
        <w:br/>
        <w:t>v -0.000000 1.297603 -0.030064</w:t>
        <w:br/>
        <w:t>v -0.000000 1.318114 -0.032063</w:t>
        <w:br/>
        <w:t>v 0.017058 1.318114 -0.032063</w:t>
        <w:br/>
        <w:t>v 0.030962 1.345767 -0.033465</w:t>
        <w:br/>
        <w:t>v 0.035374 1.322637 -0.034190</w:t>
        <w:br/>
        <w:t>v 0.014757 1.343420 -0.032713</w:t>
        <w:br/>
        <w:t>v 0.151946 1.359646 0.027014</w:t>
        <w:br/>
        <w:t>v 0.142934 1.348663 0.048742</w:t>
        <w:br/>
        <w:t>v 0.065116 1.356042 -0.035140</w:t>
        <w:br/>
        <w:t>v 0.091162 1.366187 -0.034108</w:t>
        <w:br/>
        <w:t>v 0.113921 1.325431 0.094555</w:t>
        <w:br/>
        <w:t>v 0.113301 1.371560 -0.029673</w:t>
        <w:br/>
        <w:t>v 0.135816 1.373113 -0.021010</w:t>
        <w:br/>
        <w:t>v 0.147635 1.372493 -0.010592</w:t>
        <w:br/>
        <w:t>v 0.155579 1.358775 -0.000760</w:t>
        <w:br/>
        <w:t>v 0.152699 1.370419 0.000205</w:t>
        <w:br/>
        <w:t>v 0.154169 1.366694 0.013572</w:t>
        <w:br/>
        <w:t>v 0.125191 1.333741 0.077705</w:t>
        <w:br/>
        <w:t>v -0.000000 1.343420 -0.032713</w:t>
        <w:br/>
        <w:t>v 0.039326 1.301499 -0.033651</w:t>
        <w:br/>
        <w:t>v 0.046606 1.349600 -0.034327</w:t>
        <w:br/>
        <w:t>v 0.136838 1.342310 0.067944</w:t>
        <w:br/>
        <w:t>v 0.146036 1.351372 0.051743</w:t>
        <w:br/>
        <w:t>v 0.014295 1.346464 -0.036099</w:t>
        <w:br/>
        <w:t>v 0.014467 1.344058 -0.039270</w:t>
        <w:br/>
        <w:t>v 0.030214 1.349060 -0.036707</w:t>
        <w:br/>
        <w:t>v 0.155681 1.363006 0.028626</w:t>
        <w:br/>
        <w:t>v 0.063894 1.359301 -0.038342</w:t>
        <w:br/>
        <w:t>v 0.079986 1.365812 -0.037884</w:t>
        <w:br/>
        <w:t>v 0.113643 1.374681 -0.033202</w:t>
        <w:br/>
        <w:t>v 0.090573 1.369272 -0.037610</w:t>
        <w:br/>
        <w:t>v 0.137367 1.376349 -0.023571</w:t>
        <w:br/>
        <w:t>v 0.149412 1.376081 -0.012816</w:t>
        <w:br/>
        <w:t>v 0.157351 1.369459 0.013964</w:t>
        <w:br/>
        <w:t>v 0.155741 1.374067 -0.000726</w:t>
        <w:br/>
        <w:t>v 0.128588 1.335006 0.080021</w:t>
        <w:br/>
        <w:t>v 0.137367 1.376349 -0.023571</w:t>
        <w:br/>
        <w:t>v 0.113643 1.374681 -0.033202</w:t>
        <w:br/>
        <w:t>v 0.118028 1.325034 0.096136</w:t>
        <w:br/>
        <w:t>v 0.128588 1.335006 0.080021</w:t>
        <w:br/>
        <w:t>v 0.045590 1.352738 -0.037444</w:t>
        <w:br/>
        <w:t>v 0.030214 1.349060 -0.036707</w:t>
        <w:br/>
        <w:t>v 0.155741 1.374067 -0.000726</w:t>
        <w:br/>
        <w:t>v 0.152699 1.370419 0.000205</w:t>
        <w:br/>
        <w:t>v 0.154169 1.366694 0.013572</w:t>
        <w:br/>
        <w:t>v 0.157351 1.369459 0.013964</w:t>
        <w:br/>
        <w:t>v 0.015438 1.151115 0.009864</w:t>
        <w:br/>
        <w:t>v 0.024314 1.151292 0.011535</w:t>
        <w:br/>
        <w:t>v 0.026383 1.167232 0.009305</w:t>
        <w:br/>
        <w:t>v 0.014927 1.167328 0.007479</w:t>
        <w:br/>
        <w:t>v 0.018038 1.217328 -0.012051</w:t>
        <w:br/>
        <w:t>v 0.030160 1.217051 -0.011717</w:t>
        <w:br/>
        <w:t>v 0.015307 1.180915 0.003838</w:t>
        <w:br/>
        <w:t>v 0.028926 1.180575 0.005871</w:t>
        <w:br/>
        <w:t>v 0.031587 1.193027 0.000671</w:t>
        <w:br/>
        <w:t>v 0.016155 1.193365 -0.001117</w:t>
        <w:br/>
        <w:t>v 0.037758 1.216444 -0.010495</w:t>
        <w:br/>
        <w:t>v 0.017215 1.204912 -0.006354</w:t>
        <w:br/>
        <w:t>v 0.034635 1.204611 -0.004768</w:t>
        <w:br/>
        <w:t>v 0.106680 1.287382 -0.041163</w:t>
        <w:br/>
        <w:t>v 0.127556 1.271157 -0.042312</w:t>
        <w:br/>
        <w:t>v 0.126435 1.269707 -0.044188</w:t>
        <w:br/>
        <w:t>v 0.106206 1.285347 -0.042841</w:t>
        <w:br/>
        <w:t>v 0.003111 1.151916 0.143153</w:t>
        <w:br/>
        <w:t>v 0.003102 1.151055 0.140871</w:t>
        <w:br/>
        <w:t>v 0.188528 1.256681 -0.044077</w:t>
        <w:br/>
        <w:t>v 0.186825 1.257672 -0.042098</w:t>
        <w:br/>
        <w:t>v 0.214000 1.310138 -0.016081</w:t>
        <w:br/>
        <w:t>v 0.211729 1.309593 -0.014881</w:t>
        <w:br/>
        <w:t>v 0.205265 1.287527 -0.036007</w:t>
        <w:br/>
        <w:t>v 0.214955 1.312643 0.010241</w:t>
        <w:br/>
        <w:t>v 0.215636 1.314882 -0.003458</w:t>
        <w:br/>
        <w:t>v 0.204364 1.292279 0.041503</w:t>
        <w:br/>
        <w:t>v 0.203630 1.294396 0.043164</w:t>
        <w:br/>
        <w:t>v 0.211574 1.309885 0.025493</w:t>
        <w:br/>
        <w:t>v 0.212507 1.307507 0.024404</w:t>
        <w:br/>
        <w:t>v 0.167819 1.229614 -0.048616</w:t>
        <w:br/>
        <w:t>v 0.177961 1.241885 -0.046532</w:t>
        <w:br/>
        <w:t>v 0.162392 1.248258 0.078426</w:t>
        <w:br/>
        <w:t>v 0.162244 1.250139 0.080474</w:t>
        <w:br/>
        <w:t>v 0.139848 1.231198 0.094115</w:t>
        <w:br/>
        <w:t>v 0.149147 1.237624 0.087619</w:t>
        <w:br/>
        <w:t>v 0.046379 1.233817 0.172130</w:t>
        <w:br/>
        <w:t>v 0.059892 1.249352 0.172832</w:t>
        <w:br/>
        <w:t>v 0.019817 1.206607 0.162015</w:t>
        <w:br/>
        <w:t>v 0.013735 1.198748 0.157963</w:t>
        <w:br/>
        <w:t>v 0.106321 1.286866 -0.045033</w:t>
        <w:br/>
        <w:t>v 0.093243 1.278719 -0.039965</w:t>
        <w:br/>
        <w:t>v 0.094548 1.277629 -0.037688</w:t>
        <w:br/>
        <w:t>v 0.106206 1.285347 -0.042841</w:t>
        <w:br/>
        <w:t>v 0.081747 1.269169 -0.032671</w:t>
        <w:br/>
        <w:t>v 0.063009 1.255147 -0.026138</w:t>
        <w:br/>
        <w:t>v 0.064019 1.254996 -0.023586</w:t>
        <w:br/>
        <w:t>v 0.115510 1.291981 0.111010</w:t>
        <w:br/>
        <w:t>v 0.115824 1.291385 0.113697</w:t>
        <w:br/>
        <w:t>v 0.130118 1.251094 0.100203</w:t>
        <w:br/>
        <w:t>v 0.109630 1.308035 0.119313</w:t>
        <w:br/>
        <w:t>v 0.211729 1.309593 -0.014881</w:t>
        <w:br/>
        <w:t>v 0.208539 1.300017 -0.024897</w:t>
        <w:br/>
        <w:t>v 0.194710 1.307516 -0.024559</w:t>
        <w:br/>
        <w:t>v 0.198274 1.315701 -0.014131</w:t>
        <w:br/>
        <w:t>v 0.203290 1.287740 -0.034075</w:t>
        <w:br/>
        <w:t>v 0.212462 1.311761 0.010034</w:t>
        <w:br/>
        <w:t>v 0.213152 1.313819 -0.002901</w:t>
        <w:br/>
        <w:t>v 0.152231 1.244371 -0.044789</w:t>
        <w:br/>
        <w:t>v 0.159211 1.248406 -0.044397</w:t>
        <w:br/>
        <w:t>v 0.168016 1.246154 -0.044357</w:t>
        <w:br/>
        <w:t>v 0.167589 1.231079 -0.046541</w:t>
        <w:br/>
        <w:t>v 0.139169 1.232753 0.092227</w:t>
        <w:br/>
        <w:t>v 0.167819 1.229614 -0.048616</w:t>
        <w:br/>
        <w:t>v 0.151433 1.242803 -0.046931</w:t>
        <w:br/>
        <w:t>v 0.152231 1.244371 -0.044789</w:t>
        <w:br/>
        <w:t>v 0.167589 1.231079 -0.046541</w:t>
        <w:br/>
        <w:t>v 0.167819 1.229614 -0.048616</w:t>
        <w:br/>
        <w:t>v 0.167694 1.231482 -0.050352</w:t>
        <w:br/>
        <w:t>v 0.159195 1.255141 -0.043711</w:t>
        <w:br/>
        <w:t>v 0.170466 1.254568 -0.047642</w:t>
        <w:br/>
        <w:t>v 0.177046 1.243274 -0.044437</w:t>
        <w:br/>
        <w:t>v 0.159338 1.255431 -0.047886</w:t>
        <w:br/>
        <w:t>v 0.164064 1.258357 -0.047445</w:t>
        <w:br/>
        <w:t>v 0.159370 1.248751 -0.048527</w:t>
        <w:br/>
        <w:t>v 0.139848 1.231198 0.094115</w:t>
        <w:br/>
        <w:t>v 0.139848 1.231198 0.094115</w:t>
        <w:br/>
        <w:t>v 0.139169 1.232753 0.092227</w:t>
        <w:br/>
        <w:t>v 0.111634 1.305261 0.117660</w:t>
        <w:br/>
        <w:t>v 0.110924 1.305686 0.115022</w:t>
        <w:br/>
        <w:t>v 0.111634 1.305261 0.117660</w:t>
        <w:br/>
        <w:t>v 0.191751 1.326735 -0.002843</w:t>
        <w:br/>
        <w:t>v 0.094548 1.277629 -0.037688</w:t>
        <w:br/>
        <w:t>v 0.093736 1.279713 -0.035873</w:t>
        <w:br/>
        <w:t>v 0.152943 1.312177 -0.039017</w:t>
        <w:br/>
        <w:t>v -0.000000 1.279828 -0.039098</w:t>
        <w:br/>
        <w:t>v -0.000000 1.265829 -0.034553</w:t>
        <w:br/>
        <w:t>v 0.065691 1.295425 -0.045100</w:t>
        <w:br/>
        <w:t>v 0.108925 1.307789 0.116771</w:t>
        <w:br/>
        <w:t>v 0.146036 1.351372 0.051743</w:t>
        <w:br/>
        <w:t>v 0.136838 1.342310 0.067944</w:t>
        <w:br/>
        <w:t>v 0.014295 1.346464 -0.036099</w:t>
        <w:br/>
        <w:t>v 0.155681 1.363006 0.028626</w:t>
        <w:br/>
        <w:t>v 0.079986 1.365812 -0.037884</w:t>
        <w:br/>
        <w:t>v 0.090573 1.369272 -0.037610</w:t>
        <w:br/>
        <w:t>v 0.149412 1.376081 -0.012816</w:t>
        <w:br/>
        <w:t>v -0.000000 1.346464 -0.036099</w:t>
        <w:br/>
        <w:t>v 0.045590 1.352738 -0.037444</w:t>
        <w:br/>
        <w:t>v 0.045961 1.350689 -0.040829</w:t>
        <w:br/>
        <w:t>v 0.064601 1.357169 -0.041751</w:t>
        <w:br/>
        <w:t>v 0.063894 1.359301 -0.038342</w:t>
        <w:br/>
        <w:t>v 0.020262 1.207177 0.160379</w:t>
        <w:br/>
        <w:t>v 0.025545 1.213198 0.163287</w:t>
        <w:br/>
        <w:t>v 0.022405 1.213839 0.161852</w:t>
        <w:br/>
        <w:t>v 0.012799 1.198953 0.156174</w:t>
        <w:br/>
        <w:t>v 0.013735 1.198748 0.157963</w:t>
        <w:br/>
        <w:t>v 0.087786 1.197723 0.085441</w:t>
        <w:br/>
        <w:t>v 0.081909 1.181122 0.086824</w:t>
        <w:br/>
        <w:t>v 0.079464 1.180666 0.098302</w:t>
        <w:br/>
        <w:t>v 0.077991 1.167919 0.087584</w:t>
        <w:br/>
        <w:t>v 0.074979 1.151135 0.088495</w:t>
        <w:br/>
        <w:t>v 0.063507 1.150736 0.030116</w:t>
        <w:br/>
        <w:t>v 0.066344 1.166871 0.027670</w:t>
        <w:br/>
        <w:t>v 0.054731 1.167138 0.017931</w:t>
        <w:br/>
        <w:t>v 0.052063 1.150661 0.022308</w:t>
        <w:br/>
        <w:t>v 0.071260 1.151306 0.039554</w:t>
        <w:br/>
        <w:t>v 0.073017 1.166972 0.037321</w:t>
        <w:br/>
        <w:t>v 0.077561 1.167076 0.048932</w:t>
        <w:br/>
        <w:t>v 0.075592 1.151223 0.051902</w:t>
        <w:br/>
        <w:t>v 0.047273 1.167079 0.014258</w:t>
        <w:br/>
        <w:t>v 0.037787 1.151125 0.014394</w:t>
        <w:br/>
        <w:t>v 0.084419 1.235362 -0.001718</w:t>
        <w:br/>
        <w:t>v 0.092286 1.237666 0.011663</w:t>
        <w:br/>
        <w:t>v 0.094255 1.255727 0.005934</w:t>
        <w:br/>
        <w:t>v 0.087469 1.254565 -0.008689</w:t>
        <w:br/>
        <w:t>v 0.097161 1.240050 0.027172</w:t>
        <w:br/>
        <w:t>v 0.098369 1.255367 0.023184</w:t>
        <w:br/>
        <w:t>v 0.084594 1.205765 0.023863</w:t>
        <w:br/>
        <w:t>v 0.089145 1.220906 0.017788</w:t>
        <w:br/>
        <w:t>v 0.080799 1.219018 0.005521</w:t>
        <w:br/>
        <w:t>v 0.076161 1.204488 0.012406</w:t>
        <w:br/>
        <w:t>v 0.085479 1.193570 0.042142</w:t>
        <w:br/>
        <w:t>v 0.090566 1.207553 0.037634</w:t>
        <w:br/>
        <w:t>v 0.079654 1.192323 0.029184</w:t>
        <w:br/>
        <w:t>v 0.072285 1.192138 0.018376</w:t>
        <w:br/>
        <w:t>v 0.063726 1.203897 0.003850</w:t>
        <w:br/>
        <w:t>v 0.059772 1.191278 0.009649</w:t>
        <w:br/>
        <w:t>v 0.072892 1.233358 -0.010076</w:t>
        <w:br/>
        <w:t>v 0.076607 1.249086 -0.015738</w:t>
        <w:br/>
        <w:t>v 0.046798 1.203264 -0.004214</w:t>
        <w:br/>
        <w:t>v 0.035666 1.203493 -0.006502</w:t>
        <w:br/>
        <w:t>v 0.033015 1.192275 -0.001601</w:t>
        <w:br/>
        <w:t>v 0.044355 1.191755 0.001527</w:t>
        <w:br/>
        <w:t>v 0.058612 1.203742 0.001613</w:t>
        <w:br/>
        <w:t>v 0.051089 1.215771 -0.009735</w:t>
        <w:br/>
        <w:t>v 0.075855 1.179880 0.033915</w:t>
        <w:br/>
        <w:t>v 0.068598 1.179632 0.023289</w:t>
        <w:br/>
        <w:t>v 0.080832 1.180478 0.045961</w:t>
        <w:br/>
        <w:t>v 0.056193 1.180004 0.013280</w:t>
        <w:br/>
        <w:t>v 0.030639 1.180153 0.003767</w:t>
        <w:br/>
        <w:t>v 0.042338 1.179661 0.006946</w:t>
        <w:br/>
        <w:t>v 0.052830 1.191691 0.007122</w:t>
        <w:br/>
        <w:t>v 0.047298 1.180308 0.011872</w:t>
        <w:br/>
        <w:t>v 0.068058 1.216751 -0.002742</w:t>
        <w:br/>
        <w:t>v 0.094744 1.222888 0.032576</w:t>
        <w:br/>
        <w:t>v 0.086225 1.181016 0.072638</w:t>
        <w:br/>
        <w:t>v 0.081774 1.167136 0.073905</w:t>
        <w:br/>
        <w:t>v 0.079793 1.167512 0.086613</w:t>
        <w:br/>
        <w:t>v 0.084116 1.180865 0.085494</w:t>
        <w:br/>
        <w:t>v 0.090068 1.196964 0.083953</w:t>
        <w:br/>
        <w:t>v 0.091320 1.196024 0.071113</w:t>
        <w:br/>
        <w:t>v 0.098492 1.214278 0.080368</w:t>
        <w:br/>
        <w:t>v 0.096897 1.211604 0.067935</w:t>
        <w:br/>
        <w:t>v 0.100978 1.226449 0.063134</w:t>
        <w:br/>
        <w:t>v 0.103186 1.229687 0.074928</w:t>
        <w:br/>
        <w:t>v 0.085944 1.264041 -0.014255</w:t>
        <w:br/>
        <w:t>v 0.089996 1.265445 -0.008930</w:t>
        <w:br/>
        <w:t>v 0.080897 1.261998 -0.018212</w:t>
        <w:br/>
        <w:t>v 0.064611 1.241851 -0.019226</w:t>
        <w:br/>
        <w:t>v 0.069410 1.256034 -0.023531</w:t>
        <w:br/>
        <w:t>v 0.062227 1.251830 -0.025048</w:t>
        <w:br/>
        <w:t>v 0.054628 1.245700 -0.024522</w:t>
        <w:br/>
        <w:t>v 0.057742 1.232099 -0.016371</w:t>
        <w:br/>
        <w:t>v 0.047242 1.235170 -0.021233</w:t>
        <w:br/>
        <w:t>v 0.039277 1.215582 -0.012334</w:t>
        <w:br/>
        <w:t>v 0.040500 1.167072 0.011035</w:t>
        <w:br/>
        <w:t>v 0.028463 1.167257 0.007230</w:t>
        <w:br/>
        <w:t>v 0.026933 1.150999 0.009088</w:t>
        <w:br/>
        <w:t>v 0.093174 1.268032 0.003755</w:t>
        <w:br/>
        <w:t>v 0.094855 1.266683 0.003588</w:t>
        <w:br/>
        <w:t>v 0.098866 1.266380 0.021421</w:t>
        <w:br/>
        <w:t>v 0.084683 1.265452 -0.013806</w:t>
        <w:br/>
        <w:t>v 0.074228 1.258902 -0.021702</w:t>
        <w:br/>
        <w:t>v 0.072704 1.260894 -0.020702</w:t>
        <w:br/>
        <w:t>v 0.067629 1.258407 -0.022213</w:t>
        <w:br/>
        <w:t>v 0.048523 1.241203 -0.021700</w:t>
        <w:br/>
        <w:t>v 0.050437 1.240436 -0.022878</w:t>
        <w:br/>
        <w:t>v 0.052270 1.246236 -0.023365</w:t>
        <w:br/>
        <w:t>v 0.045494 1.236170 -0.019475</w:t>
        <w:br/>
        <w:t>v 0.037758 1.216444 -0.010495</w:t>
        <w:br/>
        <w:t>v 0.039277 1.215582 -0.012334</w:t>
        <w:br/>
        <w:t>v 0.047242 1.235170 -0.021233</w:t>
        <w:br/>
        <w:t>v 0.034635 1.204611 -0.004768</w:t>
        <w:br/>
        <w:t>v 0.035666 1.203493 -0.006502</w:t>
        <w:br/>
        <w:t>v 0.031587 1.193027 0.000671</w:t>
        <w:br/>
        <w:t>v 0.033015 1.192275 -0.001601</w:t>
        <w:br/>
        <w:t>v 0.028926 1.180575 0.005871</w:t>
        <w:br/>
        <w:t>v 0.030639 1.180153 0.003767</w:t>
        <w:br/>
        <w:t>v 0.028926 1.180575 0.005871</w:t>
        <w:br/>
        <w:t>v 0.026383 1.167232 0.009305</w:t>
        <w:br/>
        <w:t>v 0.028463 1.167257 0.007230</w:t>
        <w:br/>
        <w:t>v 0.078104 1.150867 0.075447</w:t>
        <w:br/>
        <w:t>v 0.076469 1.151081 0.087712</w:t>
        <w:br/>
        <w:t>v 0.024314 1.151292 0.011535</w:t>
        <w:br/>
        <w:t>v 0.026933 1.150999 0.009088</w:t>
        <w:br/>
        <w:t>v 0.062166 1.253281 -0.024230</w:t>
        <w:br/>
        <w:t>v 0.062227 1.251830 -0.025048</w:t>
        <w:br/>
        <w:t>v 0.063986 1.267157 -0.028412</w:t>
        <w:br/>
        <w:t>v 0.098619 1.225139 0.049430</w:t>
        <w:br/>
        <w:t>v 0.094478 1.209573 0.054244</w:t>
        <w:br/>
        <w:t>v 0.089584 1.195722 0.058351</w:t>
        <w:br/>
        <w:t>v 0.084483 1.181044 0.061645</w:t>
        <w:br/>
        <w:t>v 0.080398 1.167267 0.063992</w:t>
        <w:br/>
        <w:t>v 0.078100 1.151031 0.066691</w:t>
        <w:br/>
        <w:t>v 0.103766 1.270224 0.099550</w:t>
        <w:br/>
        <w:t>v 0.068487 1.213536 0.144594</w:t>
        <w:br/>
        <w:t>v 0.091847 1.241956 0.028620</w:t>
        <w:br/>
        <w:t>v 0.099522 1.265648 0.042522</w:t>
        <w:br/>
        <w:t>v 0.101631 1.264360 0.041619</w:t>
        <w:br/>
        <w:t>v 0.101422 1.255220 0.041510</w:t>
        <w:br/>
        <w:t>v 0.102318 1.261284 0.050197</w:t>
        <w:br/>
        <w:t>v 0.099653 1.262395 0.051083</w:t>
        <w:br/>
        <w:t>v 0.101535 1.289216 0.057443</w:t>
        <w:br/>
        <w:t>v 0.100466 1.258347 0.058324</w:t>
        <w:br/>
        <w:t>v 0.100444 1.266488 0.070365</w:t>
        <w:br/>
        <w:t>v 0.102218 1.250514 0.050399</w:t>
        <w:br/>
        <w:t>v 0.102318 1.261284 0.050197</w:t>
        <w:br/>
        <w:t>v 0.104032 1.252483 0.086763</w:t>
        <w:br/>
        <w:t>v 0.103836 1.245720 0.066997</w:t>
        <w:br/>
        <w:t>v 0.101497 1.246154 0.068876</w:t>
        <w:br/>
        <w:t>v 0.102900 1.257186 0.057324</w:t>
        <w:br/>
        <w:t>v 0.102553 1.242870 0.057325</w:t>
        <w:br/>
        <w:t>v 0.102900 1.257186 0.057324</w:t>
        <w:br/>
        <w:t>v 0.100831 1.242117 0.044314</w:t>
        <w:br/>
        <w:t>v 0.101161 1.285674 0.070500</w:t>
        <w:br/>
        <w:t>v 0.103475 1.252439 0.062163</w:t>
        <w:br/>
        <w:t>v 0.102090 1.247746 0.072815</w:t>
        <w:br/>
        <w:t>v 0.101906 1.268576 0.085502</w:t>
        <w:br/>
        <w:t>v 0.101361 1.253289 0.063682</w:t>
        <w:br/>
        <w:t>v 0.040421 1.151928 0.133110</w:t>
        <w:br/>
        <w:t>v 0.042720 1.167667 0.135983</w:t>
        <w:br/>
        <w:t>v 0.018837 1.207305 0.159181</w:t>
        <w:br/>
        <w:t>v 0.020262 1.207177 0.160379</w:t>
        <w:br/>
        <w:t>v 0.015367 1.198844 0.156278</w:t>
        <w:br/>
        <w:t>v 0.015197 1.198509 0.157156</w:t>
        <w:br/>
        <w:t>v 0.010895 1.180969 0.151499</w:t>
        <w:br/>
        <w:t>v 0.008497 1.181356 0.150722</w:t>
        <w:br/>
        <w:t>v 0.013735 1.198748 0.157963</w:t>
        <w:br/>
        <w:t>v 0.015197 1.198509 0.157156</w:t>
        <w:br/>
        <w:t>v 0.010895 1.180969 0.151499</w:t>
        <w:br/>
        <w:t>v 0.003111 1.151916 0.143153</w:t>
        <w:br/>
        <w:t>v 0.006011 1.168308 0.147235</w:t>
        <w:br/>
        <w:t>v 0.008408 1.167693 0.147804</w:t>
        <w:br/>
        <w:t>v 0.005682 1.151912 0.143860</w:t>
        <w:br/>
        <w:t>v 0.043165 1.197692 0.152424</w:t>
        <w:br/>
        <w:t>v 0.038962 1.192467 0.150942</w:t>
        <w:br/>
        <w:t>v 0.025608 1.195822 0.153894</w:t>
        <w:br/>
        <w:t>v 0.029556 1.203794 0.155863</w:t>
        <w:br/>
        <w:t>v 0.024161 1.152246 0.139874</w:t>
        <w:br/>
        <w:t>v 0.027457 1.167455 0.144030</w:t>
        <w:br/>
        <w:t>v 0.015367 1.198844 0.156278</w:t>
        <w:br/>
        <w:t>v 0.018837 1.207305 0.159181</w:t>
        <w:br/>
        <w:t>v 0.020245 1.180634 0.150586</w:t>
        <w:br/>
        <w:t>v 0.032393 1.180083 0.147570</w:t>
        <w:br/>
        <w:t>v 0.051011 1.251549 0.168343</w:t>
        <w:br/>
        <w:t>v 0.059076 1.243037 0.165776</w:t>
        <w:br/>
        <w:t>v 0.051587 1.227034 0.164462</w:t>
        <w:br/>
        <w:t>v 0.039155 1.236631 0.168266</w:t>
        <w:br/>
        <w:t>v 0.031521 1.226602 0.166665</w:t>
        <w:br/>
        <w:t>v 0.043469 1.216976 0.161026</w:t>
        <w:br/>
        <w:t>v 0.022405 1.213839 0.161852</w:t>
        <w:br/>
        <w:t>v 0.033514 1.209240 0.157452</w:t>
        <w:br/>
        <w:t>v 0.068459 1.236876 0.162919</w:t>
        <w:br/>
        <w:t>v 0.085096 1.208724 0.124832</w:t>
        <w:br/>
        <w:t>v 0.078448 1.202070 0.120718</w:t>
        <w:br/>
        <w:t>v 0.070977 1.180860 0.115449</w:t>
        <w:br/>
        <w:t>v 0.074171 1.193731 0.117888</w:t>
        <w:br/>
        <w:t>v 0.065246 1.191371 0.132530</w:t>
        <w:br/>
        <w:t>v 0.059879 1.180119 0.130621</w:t>
        <w:br/>
        <w:t>v 0.082713 1.212108 0.140555</w:t>
        <w:br/>
        <w:t>v 0.073335 1.220692 0.154732</w:t>
        <w:br/>
        <w:t>v 0.063535 1.221524 0.159706</w:t>
        <w:br/>
        <w:t>v 0.047430 1.203047 0.153942</w:t>
        <w:br/>
        <w:t>v 0.055781 1.197965 0.142134</w:t>
        <w:br/>
        <w:t>v 0.060347 1.203339 0.143891</w:t>
        <w:br/>
        <w:t>v 0.046679 1.180445 0.140123</w:t>
        <w:br/>
        <w:t>v 0.051908 1.191608 0.141306</w:t>
        <w:br/>
        <w:t>v 0.070080 1.197952 0.134244</w:t>
        <w:br/>
        <w:t>v 0.055763 1.211395 0.156369</w:t>
        <w:br/>
        <w:t>v 0.069550 1.211303 0.148267</w:t>
        <w:br/>
        <w:t>v 0.075113 1.203473 0.136745</w:t>
        <w:br/>
        <w:t>v 0.027110 1.227028 0.165818</w:t>
        <w:br/>
        <w:t>v 0.019975 1.216206 0.160911</w:t>
        <w:br/>
        <w:t>v 0.048935 1.252806 0.169103</w:t>
        <w:br/>
        <w:t>v 0.036099 1.238309 0.168784</w:t>
        <w:br/>
        <w:t>v 0.012420 1.199458 0.154758</w:t>
        <w:br/>
        <w:t>v 0.144485 1.317675 -0.040296</w:t>
        <w:br/>
        <w:t>v 0.092322 1.291851 -0.025019</w:t>
        <w:br/>
        <w:t>v 0.093550 1.293198 -0.023571</w:t>
        <w:br/>
        <w:t>v 0.065397 1.277819 -0.033400</w:t>
        <w:br/>
        <w:t>v 0.084683 1.265452 -0.013806</w:t>
        <w:br/>
        <w:t>v 0.063986 1.267157 -0.028412</w:t>
        <w:br/>
        <w:t>v 0.063904 1.256628 -0.022712</w:t>
        <w:br/>
        <w:t>v 0.064019 1.254996 -0.023586</w:t>
        <w:br/>
        <w:t>v 0.042899 1.167104 0.014451</w:t>
        <w:br/>
        <w:t>v 0.052270 1.246236 -0.023365</w:t>
        <w:br/>
        <w:t>v 0.062166 1.253281 -0.024230</w:t>
        <w:br/>
        <w:t>v 0.063904 1.256628 -0.022712</w:t>
        <w:br/>
        <w:t>v 0.045494 1.236170 -0.019475</w:t>
        <w:br/>
        <w:t>v 0.063904 1.256628 -0.022712</w:t>
        <w:br/>
        <w:t>v -0.000000 1.250448 -0.027672</w:t>
        <w:br/>
        <w:t>v -0.000000 1.167328 0.007479</w:t>
        <w:br/>
        <w:t>v -0.000000 1.180915 0.003819</w:t>
        <w:br/>
        <w:t>v -0.000000 1.237174 -0.021464</w:t>
        <w:br/>
        <w:t>v -0.000000 1.346464 -0.036099</w:t>
        <w:br/>
        <w:t>v -0.000000 1.217328 -0.012051</w:t>
        <w:br/>
        <w:t>v -0.000000 1.204912 -0.006367</w:t>
        <w:br/>
        <w:t>v -0.000000 1.193365 -0.001263</w:t>
        <w:br/>
        <w:t>v -0.000000 1.151115 0.009864</w:t>
        <w:br/>
        <w:t>v -0.065610 1.151557 0.110864</w:t>
        <w:br/>
        <w:t>v -0.071666 1.151543 0.099111</w:t>
        <w:br/>
        <w:t>v -0.074595 1.167317 0.098720</w:t>
        <w:br/>
        <w:t>v -0.067689 1.167597 0.112441</w:t>
        <w:br/>
        <w:t>v -0.098011 1.285355 0.112741</w:t>
        <w:br/>
        <w:t>v -0.095762 1.284953 0.124431</w:t>
        <w:br/>
        <w:t>v -0.103336 1.273362 0.123478</w:t>
        <w:br/>
        <w:t>v -0.104625 1.272163 0.111593</w:t>
        <w:br/>
        <w:t>v -0.101520 1.224813 0.109833</w:t>
        <w:br/>
        <w:t>v -0.102947 1.229916 0.121748</w:t>
        <w:br/>
        <w:t>v -0.093719 1.219385 0.129975</w:t>
        <w:br/>
        <w:t>v -0.091625 1.212897 0.119318</w:t>
        <w:br/>
        <w:t>v -0.089275 1.207675 0.108746</w:t>
        <w:br/>
        <w:t>v -0.099478 1.219984 0.096536</w:t>
        <w:br/>
        <w:t>v -0.106950 1.240053 0.103391</w:t>
        <w:br/>
        <w:t>v -0.104404 1.234874 0.089776</w:t>
        <w:br/>
        <w:t>v -0.107455 1.255786 0.100216</w:t>
        <w:br/>
        <w:t>v -0.108683 1.259079 0.112263</w:t>
        <w:br/>
        <w:t>v -0.108484 1.244561 0.115384</w:t>
        <w:br/>
        <w:t>v -0.107429 1.262099 0.124105</w:t>
        <w:br/>
        <w:t>v -0.107519 1.249378 0.126931</w:t>
        <w:br/>
        <w:t>v -0.101623 1.264564 0.137774</w:t>
        <w:br/>
        <w:t>v -0.103457 1.253756 0.135473</w:t>
        <w:br/>
        <w:t>v -0.090502 1.281122 0.141041</w:t>
        <w:br/>
        <w:t>v -0.097583 1.272390 0.139566</w:t>
        <w:br/>
        <w:t>v -0.086207 1.244222 0.155878</w:t>
        <w:br/>
        <w:t>v -0.090659 1.236257 0.148222</w:t>
        <w:br/>
        <w:t>v -0.099913 1.246428 0.141854</w:t>
        <w:br/>
        <w:t>v -0.094981 1.254828 0.147533</w:t>
        <w:br/>
        <w:t>v -0.072644 1.258563 0.163083</w:t>
        <w:br/>
        <w:t>v -0.079934 1.251307 0.161055</w:t>
        <w:br/>
        <w:t>v -0.089624 1.263310 0.151525</w:t>
        <w:br/>
        <w:t>v -0.082393 1.270991 0.154138</w:t>
        <w:br/>
        <w:t>v -0.064757 1.265761 0.163892</w:t>
        <w:br/>
        <w:t>v -0.075802 1.277814 0.155567</w:t>
        <w:br/>
        <w:t>v -0.099489 1.323200 -0.044371</w:t>
        <w:br/>
        <w:t>v -0.128279 1.332777 -0.039617</w:t>
        <w:br/>
        <w:t>v -0.125486 1.327304 -0.035026</w:t>
        <w:br/>
        <w:t>v -0.108495 1.316842 -0.037320</w:t>
        <w:br/>
        <w:t>v -0.093750 1.273680 0.002700</w:t>
        <w:br/>
        <w:t>v -0.089955 1.272514 -0.009447</w:t>
        <w:br/>
        <w:t>v -0.093323 1.283458 -0.009988</w:t>
        <w:br/>
        <w:t>v -0.095296 1.282477 0.001340</w:t>
        <w:br/>
        <w:t>v -0.157499 1.343185 -0.016555</w:t>
        <w:br/>
        <w:t>v -0.161046 1.342555 -0.017485</w:t>
        <w:br/>
        <w:t>v -0.167919 1.344129 -0.001776</w:t>
        <w:br/>
        <w:t>v -0.164029 1.344617 -0.002235</w:t>
        <w:br/>
        <w:t>v -0.105259 1.303524 0.056523</w:t>
        <w:br/>
        <w:t>v -0.106691 1.304223 0.050063</w:t>
        <w:br/>
        <w:t>v -0.114638 1.312767 0.051511</w:t>
        <w:br/>
        <w:t>v -0.111452 1.312738 0.060181</w:t>
        <w:br/>
        <w:t>v -0.146053 1.339612 -0.028633</w:t>
        <w:br/>
        <w:t>v -0.143822 1.332870 -0.025718</w:t>
        <w:br/>
        <w:t>v -0.087297 1.293442 -0.030696</w:t>
        <w:br/>
        <w:t>v -0.094865 1.300450 -0.031698</w:t>
        <w:br/>
        <w:t>v -0.092322 1.291851 -0.025019</w:t>
        <w:br/>
        <w:t>v -0.072704 1.260894 -0.020702</w:t>
        <w:br/>
        <w:t>v -0.071562 1.266639 -0.024659</w:t>
        <w:br/>
        <w:t>v -0.081944 1.274013 -0.021437</w:t>
        <w:br/>
        <w:t>v -0.079788 1.263540 -0.017529</w:t>
        <w:br/>
        <w:t>v -0.068802 1.287655 -0.036182</w:t>
        <w:br/>
        <w:t>v -0.080529 1.285398 -0.029682</w:t>
        <w:br/>
        <w:t>v -0.065397 1.277819 -0.033400</w:t>
        <w:br/>
        <w:t>v -0.092337 1.286074 -0.017497</w:t>
        <w:br/>
        <w:t>v -0.085812 1.277606 -0.020165</w:t>
        <w:br/>
        <w:t>v -0.160331 1.340529 0.025588</w:t>
        <w:br/>
        <w:t>v -0.152990 1.332277 0.022795</w:t>
        <w:br/>
        <w:t>v -0.156948 1.334265 0.010099</w:t>
        <w:br/>
        <w:t>v -0.163893 1.343514 0.011492</w:t>
        <w:br/>
        <w:t>v -0.143009 1.327501 0.035838</w:t>
        <w:br/>
        <w:t>v -0.148448 1.335159 0.050127</w:t>
        <w:br/>
        <w:t>v -0.127405 1.323877 0.057166</w:t>
        <w:br/>
        <w:t>v -0.132327 1.322810 0.044854</w:t>
        <w:br/>
        <w:t>v -0.096672 1.274767 0.017253</w:t>
        <w:br/>
        <w:t>v -0.097370 1.283087 0.014716</w:t>
        <w:br/>
        <w:t>v -0.103412 1.296035 0.045064</w:t>
        <w:br/>
        <w:t>v -0.101414 1.291556 0.049689</w:t>
        <w:br/>
        <w:t>v -0.099327 1.279742 0.036372</w:t>
        <w:br/>
        <w:t>v -0.100062 1.288089 0.033017</w:t>
        <w:br/>
        <w:t>v -0.096455 1.215477 0.081885</w:t>
        <w:br/>
        <w:t>v -0.101214 1.230249 0.076801</w:t>
        <w:br/>
        <w:t>v -0.085966 1.198828 0.098120</w:t>
        <w:br/>
        <w:t>v -0.094781 1.298500 0.103361</w:t>
        <w:br/>
        <w:t>v -0.098850 1.284805 0.100777</w:t>
        <w:br/>
        <w:t>v -0.099212 1.284769 0.086531</w:t>
        <w:br/>
        <w:t>v -0.098174 1.300385 0.089409</w:t>
        <w:br/>
        <w:t>v -0.091478 1.296319 0.116296</w:t>
        <w:br/>
        <w:t>v -0.088273 1.293002 0.128032</w:t>
        <w:br/>
        <w:t>v -0.083391 1.287619 0.141550</w:t>
        <w:br/>
        <w:t>v -0.101231 1.302078 0.073454</w:t>
        <w:br/>
        <w:t>v -0.103692 1.302965 0.062713</w:t>
        <w:br/>
        <w:t>v -0.108280 1.312541 0.066253</w:t>
        <w:br/>
        <w:t>v -0.104466 1.311326 0.076481</w:t>
        <w:br/>
        <w:t>v -0.100577 1.309148 0.091100</w:t>
        <w:br/>
        <w:t>v -0.096653 1.305035 0.105533</w:t>
        <w:br/>
        <w:t>v -0.122105 1.323383 0.066115</w:t>
        <w:br/>
        <w:t>v -0.136209 1.330411 0.063973</w:t>
        <w:br/>
        <w:t>v -0.125500 1.326391 0.077357</w:t>
        <w:br/>
        <w:t>v -0.116151 1.321833 0.076698</w:t>
        <w:br/>
        <w:t>v -0.114127 1.320095 0.095717</w:t>
        <w:br/>
        <w:t>v -0.109258 1.317815 0.094208</w:t>
        <w:br/>
        <w:t>v -0.155469 1.292228 -0.039899</w:t>
        <w:br/>
        <w:t>v -0.133780 1.302747 -0.041605</w:t>
        <w:br/>
        <w:t>v -0.120632 1.295319 -0.042992</w:t>
        <w:br/>
        <w:t>v -0.140862 1.280911 -0.042544</w:t>
        <w:br/>
        <w:t>v -0.178187 1.327632 -0.015133</w:t>
        <w:br/>
        <w:t>v -0.188326 1.321120 -0.014437</w:t>
        <w:br/>
        <w:t>v -0.190084 1.324340 -0.002282</w:t>
        <w:br/>
        <w:t>v -0.181788 1.330019 -0.002103</w:t>
        <w:br/>
        <w:t>v -0.169287 1.321732 -0.026169</w:t>
        <w:br/>
        <w:t>v -0.151942 1.311720 -0.036287</w:t>
        <w:br/>
        <w:t>v -0.169407 1.303055 -0.034357</w:t>
        <w:br/>
        <w:t>v -0.181852 1.314322 -0.025047</w:t>
        <w:br/>
        <w:t>v -0.199557 1.318909 -0.002502</w:t>
        <w:br/>
        <w:t>v -0.198894 1.317688 0.010554</w:t>
        <w:br/>
        <w:t>v -0.188931 1.323676 0.011160</w:t>
        <w:br/>
        <w:t>v -0.187773 1.302521 0.041400</w:t>
        <w:br/>
        <w:t>v -0.176741 1.311721 0.043160</w:t>
        <w:br/>
        <w:t>v -0.185000 1.319361 0.026003</w:t>
        <w:br/>
        <w:t>v -0.195750 1.312775 0.024357</w:t>
        <w:br/>
        <w:t>v -0.165541 1.302768 0.057923</w:t>
        <w:br/>
        <w:t>v -0.176915 1.291240 0.055104</w:t>
        <w:br/>
        <w:t>v -0.163590 1.278534 0.068553</w:t>
        <w:br/>
        <w:t>v -0.152641 1.293455 0.071636</w:t>
        <w:br/>
        <w:t>v -0.148101 1.266303 0.081591</w:t>
        <w:br/>
        <w:t>v -0.139414 1.284993 0.085161</w:t>
        <w:br/>
        <w:t>v -0.116626 1.313560 -0.044708</w:t>
        <w:br/>
        <w:t>v -0.101869 1.307047 -0.044890</w:t>
        <w:br/>
        <w:t>v -0.174141 1.336835 -0.001804</w:t>
        <w:br/>
        <w:t>v -0.168720 1.335523 -0.017001</w:t>
        <w:br/>
        <w:t>v -0.137388 1.323630 -0.039484</w:t>
        <w:br/>
        <w:t>v -0.159599 1.330450 -0.027619</w:t>
        <w:br/>
        <w:t>v -0.177041 1.326430 0.026391</w:t>
        <w:br/>
        <w:t>v -0.169824 1.332794 0.026517</w:t>
        <w:br/>
        <w:t>v -0.173855 1.336040 0.011834</w:t>
        <w:br/>
        <w:t>v -0.180980 1.329729 0.011390</w:t>
        <w:br/>
        <w:t>v -0.167368 1.320281 0.044768</w:t>
        <w:br/>
        <w:t>v -0.143847 1.306920 0.074911</w:t>
        <w:br/>
        <w:t>v -0.155864 1.313802 0.060375</w:t>
        <w:br/>
        <w:t>v -0.131686 1.300525 0.089700</w:t>
        <w:br/>
        <w:t>v -0.056065 1.167486 0.126846</w:t>
        <w:br/>
        <w:t>v -0.053788 1.151732 0.123918</w:t>
        <w:br/>
        <w:t>v -0.093174 1.268032 0.003755</w:t>
        <w:br/>
        <w:t>v -0.088804 1.266957 -0.008278</w:t>
        <w:br/>
        <w:t>v -0.077085 1.232290 0.158647</w:t>
        <w:br/>
        <w:t>v -0.082924 1.229071 0.153313</w:t>
        <w:br/>
        <w:t>v -0.103293 1.236395 0.132622</w:t>
        <w:br/>
        <w:t>v -0.093622 1.227182 0.139527</w:t>
        <w:br/>
        <w:t>v -0.083872 1.221505 0.147355</w:t>
        <w:br/>
        <w:t>v -0.064757 1.265761 0.163892</w:t>
        <w:br/>
        <w:t>v -0.075802 1.277814 0.155567</w:t>
        <w:br/>
        <w:t>v -0.077789 1.278055 0.156092</w:t>
        <w:br/>
        <w:t>v -0.067437 1.266126 0.165265</w:t>
        <w:br/>
        <w:t>v -0.039155 1.236630 0.168266</w:t>
        <w:br/>
        <w:t>v -0.051011 1.251549 0.168343</w:t>
        <w:br/>
        <w:t>v -0.054347 1.251642 0.169690</w:t>
        <w:br/>
        <w:t>v -0.042423 1.236736 0.169166</w:t>
        <w:br/>
        <w:t>v -0.085632 1.288450 0.143591</w:t>
        <w:br/>
        <w:t>v -0.083391 1.287619 0.141550</w:t>
        <w:br/>
        <w:t>v -0.088273 1.293002 0.128032</w:t>
        <w:br/>
        <w:t>v -0.090823 1.296464 0.130008</w:t>
        <w:br/>
        <w:t>v -0.093843 1.300978 0.118080</w:t>
        <w:br/>
        <w:t>v -0.103657 1.306607 0.119857</w:t>
        <w:br/>
        <w:t>v -0.100034 1.303800 0.124342</w:t>
        <w:br/>
        <w:t>v -0.104297 1.313573 0.109100</w:t>
        <w:br/>
        <w:t>v -0.109275 1.313865 0.109645</w:t>
        <w:br/>
        <w:t>v -0.115919 1.309069 0.107366</w:t>
        <w:br/>
        <w:t>v -0.124327 1.313600 0.093970</w:t>
        <w:br/>
        <w:t>v -0.122066 1.295376 0.101995</w:t>
        <w:br/>
        <w:t>v -0.136345 1.258778 0.091221</w:t>
        <w:br/>
        <w:t>v -0.128523 1.277336 0.096825</w:t>
        <w:br/>
        <w:t>v -0.178890 1.281735 -0.039453</w:t>
        <w:br/>
        <w:t>v -0.168506 1.266162 -0.042705</w:t>
        <w:br/>
        <w:t>v -0.186824 1.257672 -0.042098</w:t>
        <w:br/>
        <w:t>v -0.196598 1.274328 -0.038730</w:t>
        <w:br/>
        <w:t>v -0.210002 1.306805 0.023432</w:t>
        <w:br/>
        <w:t>v -0.201985 1.292400 0.040078</w:t>
        <w:br/>
        <w:t>v -0.191121 1.278756 0.052050</w:t>
        <w:br/>
        <w:t>v -0.176801 1.263412 0.065627</w:t>
        <w:br/>
        <w:t>v -0.170248 1.254265 -0.043478</w:t>
        <w:br/>
        <w:t>v -0.163891 1.258025 -0.043315</w:t>
        <w:br/>
        <w:t>v -0.160360 1.249469 0.076968</w:t>
        <w:br/>
        <w:t>v -0.135016 1.249695 0.093301</w:t>
        <w:br/>
        <w:t>v -0.130061 1.252117 0.097661</w:t>
        <w:br/>
        <w:t>v -0.188167 1.295342 -0.034376</w:t>
        <w:br/>
        <w:t>v -0.081392 1.278039 0.157032</w:t>
        <w:br/>
        <w:t>v -0.072038 1.265448 0.166347</w:t>
        <w:br/>
        <w:t>v -0.045422 1.235080 0.169983</w:t>
        <w:br/>
        <w:t>v -0.035552 1.224564 0.167474</w:t>
        <w:br/>
        <w:t>v -0.031521 1.226602 0.166665</w:t>
        <w:br/>
        <w:t>v -0.059319 1.249915 0.170413</w:t>
        <w:br/>
        <w:t>v -0.089001 1.289166 0.144793</w:t>
        <w:br/>
        <w:t>v -0.095806 1.298707 0.131388</w:t>
        <w:br/>
        <w:t>v -0.128279 1.332777 -0.039617</w:t>
        <w:br/>
        <w:t>v -0.099489 1.323200 -0.044371</w:t>
        <w:br/>
        <w:t>v -0.148414 1.337751 -0.030172</w:t>
        <w:br/>
        <w:t>v -0.164708 1.340639 0.026072</w:t>
        <w:br/>
        <w:t>v -0.167151 1.343341 0.011993</w:t>
        <w:br/>
        <w:t>v -0.152873 1.334608 0.049539</w:t>
        <w:br/>
        <w:t>v -0.159484 1.328399 0.046934</w:t>
        <w:br/>
        <w:t>v -0.148368 1.323807 0.063091</w:t>
        <w:br/>
        <w:t>v -0.136930 1.318715 0.077900</w:t>
        <w:br/>
        <w:t>v -0.130666 1.327144 0.078011</w:t>
        <w:br/>
        <w:t>v -0.142327 1.330690 0.063308</w:t>
        <w:br/>
        <w:t>v -0.114127 1.320095 0.095717</w:t>
        <w:br/>
        <w:t>v -0.125500 1.326391 0.077357</w:t>
        <w:br/>
        <w:t>v -0.118437 1.318352 0.095548</w:t>
        <w:br/>
        <w:t>v -0.111919 1.312162 0.108690</w:t>
        <w:br/>
        <w:t>v -0.109275 1.313865 0.109645</w:t>
        <w:br/>
        <w:t>v -0.157499 1.343185 -0.016555</w:t>
        <w:br/>
        <w:t>v -0.152594 1.334205 -0.015748</w:t>
        <w:br/>
        <w:t>v -0.148448 1.335159 0.050127</w:t>
        <w:br/>
        <w:t>v -0.160331 1.340529 0.025588</w:t>
        <w:br/>
        <w:t>v -0.096770 1.268144 0.021533</w:t>
        <w:br/>
        <w:t>v -0.106680 1.287383 -0.041163</w:t>
        <w:br/>
        <w:t>v -0.087983 1.297817 -0.042968</w:t>
        <w:br/>
        <w:t>v -0.157106 1.334248 -0.003042</w:t>
        <w:br/>
        <w:t>v -0.164029 1.344617 -0.002235</w:t>
        <w:br/>
        <w:t>v -0.146053 1.339612 -0.028633</w:t>
        <w:br/>
        <w:t>v -0.163893 1.343514 0.011492</w:t>
        <w:br/>
        <w:t>v -0.136209 1.330411 0.063973</w:t>
        <w:br/>
        <w:t>v -0.081201 1.271994 -0.031209</w:t>
        <w:br/>
        <w:t>v -0.072508 1.286037 -0.037986</w:t>
        <w:br/>
        <w:t>v -0.065397 1.277819 -0.033400</w:t>
        <w:br/>
        <w:t>v -0.068802 1.287655 -0.036182</w:t>
        <w:br/>
        <w:t>v -0.115510 1.291981 0.111010</w:t>
        <w:br/>
        <w:t>v -0.110923 1.305686 0.115022</w:t>
        <w:br/>
        <w:t>v -0.121717 1.272352 0.104937</w:t>
        <w:br/>
        <w:t>v -0.142888 1.247425 0.088353</w:t>
        <w:br/>
        <w:t>v -0.144473 1.256232 0.086503</w:t>
        <w:br/>
        <w:t>v -0.147109 1.239040 0.086372</w:t>
        <w:br/>
        <w:t>v -0.108925 1.307789 0.116771</w:t>
        <w:br/>
        <w:t>v -0.103657 1.306607 0.119857</w:t>
        <w:br/>
        <w:t>v -0.035437 1.210610 0.153926</w:t>
        <w:br/>
        <w:t>v -0.021204 1.216458 0.159586</w:t>
        <w:br/>
        <w:t>v -0.028317 1.226766 0.163777</w:t>
        <w:br/>
        <w:t>v -0.040592 1.219319 0.158156</w:t>
        <w:br/>
        <w:t>v -0.097103 1.271738 0.121775</w:t>
        <w:br/>
        <w:t>v -0.090726 1.282759 0.123157</w:t>
        <w:br/>
        <w:t>v -0.093703 1.283679 0.112303</w:t>
        <w:br/>
        <w:t>v -0.100304 1.271044 0.111513</w:t>
        <w:br/>
        <w:t>v -0.098528 1.226314 0.109578</w:t>
        <w:br/>
        <w:t>v -0.103383 1.240616 0.103716</w:t>
        <w:br/>
        <w:t>v -0.100991 1.235641 0.090337</w:t>
        <w:br/>
        <w:t>v -0.096180 1.221432 0.096603</w:t>
        <w:br/>
        <w:t>v -0.103437 1.255387 0.100864</w:t>
        <w:br/>
        <w:t>v -0.101171 1.252179 0.087324</w:t>
        <w:br/>
        <w:t>v -0.103140 1.258414 0.112313</w:t>
        <w:br/>
        <w:t>v -0.104220 1.244836 0.115149</w:t>
        <w:br/>
        <w:t>v -0.099188 1.231277 0.120418</w:t>
        <w:br/>
        <w:t>v -0.097335 1.237708 0.129067</w:t>
        <w:br/>
        <w:t>v -0.101551 1.249475 0.124905</w:t>
        <w:br/>
        <w:t>v -0.100192 1.269484 0.100023</w:t>
        <w:br/>
        <w:t>v -0.095590 1.283668 0.100678</w:t>
        <w:br/>
        <w:t>v -0.095912 1.285081 0.086694</w:t>
        <w:br/>
        <w:t>v -0.098588 1.267984 0.085924</w:t>
        <w:br/>
        <w:t>v -0.098256 1.253701 0.131881</w:t>
        <w:br/>
        <w:t>v -0.093655 1.263331 0.132588</w:t>
        <w:br/>
        <w:t>v -0.100404 1.261176 0.122562</w:t>
        <w:br/>
        <w:t>v -0.085454 1.278507 0.136203</w:t>
        <w:br/>
        <w:t>v -0.090053 1.270387 0.133715</w:t>
        <w:br/>
        <w:t>v -0.081105 1.244495 0.149752</w:t>
        <w:br/>
        <w:t>v -0.088721 1.254645 0.140444</w:t>
        <w:br/>
        <w:t>v -0.093448 1.246735 0.135920</w:t>
        <w:br/>
        <w:t>v -0.086889 1.237074 0.144213</w:t>
        <w:br/>
        <w:t>v -0.070691 1.257365 0.156295</w:t>
        <w:br/>
        <w:t>v -0.078438 1.269262 0.146265</w:t>
        <w:br/>
        <w:t>v -0.083999 1.261908 0.143655</w:t>
        <w:br/>
        <w:t>v -0.076246 1.250565 0.152452</w:t>
        <w:br/>
        <w:t>v -0.072836 1.277179 0.149466</w:t>
        <w:br/>
        <w:t>v -0.063552 1.265234 0.160240</w:t>
        <w:br/>
        <w:t>v -0.047318 1.229881 0.161734</w:t>
        <w:br/>
        <w:t>v -0.060263 1.224572 0.156539</w:t>
        <w:br/>
        <w:t>v -0.054805 1.213790 0.152440</w:t>
        <w:br/>
        <w:t>v -0.080673 1.214798 0.137558</w:t>
        <w:br/>
        <w:t>v -0.081758 1.223367 0.144050</w:t>
        <w:br/>
        <w:t>v -0.090566 1.228770 0.137095</w:t>
        <w:br/>
        <w:t>v -0.091485 1.221262 0.128384</w:t>
        <w:br/>
        <w:t>v -0.098579 1.248998 0.071962</w:t>
        <w:br/>
        <w:t>v -0.097076 1.266627 0.068888</w:t>
        <w:br/>
        <w:t>v -0.096278 1.267134 0.044308</w:t>
        <w:br/>
        <w:t>v -0.095527 1.244862 0.047923</w:t>
        <w:br/>
        <w:t>v -0.097488 1.287035 0.071239</w:t>
        <w:br/>
        <w:t>v -0.098127 1.290396 0.057601</w:t>
        <w:br/>
        <w:t>v -0.099182 1.309618 -0.033572</w:t>
        <w:br/>
        <w:t>v -0.108343 1.318810 -0.035008</w:t>
        <w:br/>
        <w:t>v -0.102196 1.328387 -0.036896</w:t>
        <w:br/>
        <w:t>v -0.084834 1.315747 -0.035460</w:t>
        <w:br/>
        <w:t>v -0.091431 1.285106 -0.008722</w:t>
        <w:br/>
        <w:t>v -0.088401 1.276543 -0.008699</w:t>
        <w:br/>
        <w:t>v -0.091354 1.277069 0.002843</w:t>
        <w:br/>
        <w:t>v -0.093258 1.283443 0.001587</w:t>
        <w:br/>
        <w:t>v -0.162962 1.346844 -0.017718</w:t>
        <w:br/>
        <w:t>v -0.150615 1.342065 -0.030930</w:t>
        <w:br/>
        <w:t>v -0.145634 1.345617 -0.028001</w:t>
        <w:br/>
        <w:t>v -0.157857 1.349332 -0.015994</w:t>
        <w:br/>
        <w:t>v -0.098735 1.293840 0.047900</w:t>
        <w:br/>
        <w:t>v -0.096400 1.282104 0.034908</w:t>
        <w:br/>
        <w:t>v -0.122584 1.336411 -0.033434</w:t>
        <w:br/>
        <w:t>v -0.124722 1.328167 -0.032339</w:t>
        <w:br/>
        <w:t>v -0.142047 1.333077 -0.023674</w:t>
        <w:br/>
        <w:t>v -0.141985 1.342420 -0.024491</w:t>
        <w:br/>
        <w:t>v -0.094446 1.301877 -0.029393</w:t>
        <w:br/>
        <w:t>v -0.064982 1.283606 -0.028902</w:t>
        <w:br/>
        <w:t>v -0.076184 1.266900 -0.016647</w:t>
        <w:br/>
        <w:t>v -0.081658 1.287811 -0.025575</w:t>
        <w:br/>
        <w:t>v -0.085239 1.281301 -0.017006</w:t>
        <w:br/>
        <w:t>v -0.090604 1.287939 -0.016226</w:t>
        <w:br/>
        <w:t>v -0.091151 1.293645 -0.023123</w:t>
        <w:br/>
        <w:t>v -0.157229 1.346980 -0.001793</w:t>
        <w:br/>
        <w:t>v -0.155176 1.335292 -0.002453</w:t>
        <w:br/>
        <w:t>v -0.154753 1.335384 0.010035</w:t>
        <w:br/>
        <w:t>v -0.157247 1.346265 0.011172</w:t>
        <w:br/>
        <w:t>v -0.017545 1.293619 -0.041176</w:t>
        <w:br/>
        <w:t>v -0.017697 1.300476 -0.037852</w:t>
        <w:br/>
        <w:t>v -0.039252 1.304584 -0.040044</w:t>
        <w:br/>
        <w:t>v -0.040114 1.297853 -0.042859</w:t>
        <w:br/>
        <w:t>v -0.030080 1.195697 0.149202</w:t>
        <w:br/>
        <w:t>v -0.013153 1.199602 0.154033</w:t>
        <w:br/>
        <w:t>v -0.017119 1.209170 0.157031</w:t>
        <w:br/>
        <w:t>v -0.032492 1.202717 0.151282</w:t>
        <w:br/>
        <w:t>v -0.027223 1.181721 0.144662</w:t>
        <w:br/>
        <w:t>v -0.026356 1.168503 0.140086</w:t>
        <w:br/>
        <w:t>v -0.006041 1.168296 0.144810</w:t>
        <w:br/>
        <w:t>v -0.008699 1.181709 0.148559</w:t>
        <w:br/>
        <w:t>v -0.098191 1.303006 0.073677</w:t>
        <w:br/>
        <w:t>v -0.095123 1.299905 0.088512</w:t>
        <w:br/>
        <w:t>v -0.091623 1.297054 0.102891</w:t>
        <w:br/>
        <w:t>v -0.088793 1.294456 0.114885</w:t>
        <w:br/>
        <w:t>v -0.081062 1.286117 0.139124</w:t>
        <w:br/>
        <w:t>v -0.085619 1.291488 0.125221</w:t>
        <w:br/>
        <w:t>v -0.103181 1.305678 0.054054</w:t>
        <w:br/>
        <w:t>v -0.104526 1.305814 0.049647</w:t>
        <w:br/>
        <w:t>v -0.100794 1.297108 0.044591</w:t>
        <w:br/>
        <w:t>v -0.100879 1.304155 0.062582</w:t>
        <w:br/>
        <w:t>v -0.102400 1.313787 0.076375</w:t>
        <w:br/>
        <w:t>v -0.106208 1.314665 0.066127</w:t>
        <w:br/>
        <w:t>v -0.098291 1.311314 0.090907</w:t>
        <w:br/>
        <w:t>v -0.094300 1.307058 0.105516</w:t>
        <w:br/>
        <w:t>v -0.109351 1.315225 0.057871</w:t>
        <w:br/>
        <w:t>v -0.130462 1.334677 0.062434</w:t>
        <w:br/>
        <w:t>v -0.120022 1.326504 0.065703</w:t>
        <w:br/>
        <w:t>v -0.114284 1.324642 0.076702</w:t>
        <w:br/>
        <w:t>v -0.121760 1.330154 0.076885</w:t>
        <w:br/>
        <w:t>v -0.126082 1.327293 0.053288</w:t>
        <w:br/>
        <w:t>v -0.141964 1.336595 0.040845</w:t>
        <w:br/>
        <w:t>v -0.155973 1.292507 -0.043135</w:t>
        <w:br/>
        <w:t>v -0.179268 1.282167 -0.042705</w:t>
        <w:br/>
        <w:t>v -0.168764 1.266424 -0.046286</w:t>
        <w:br/>
        <w:t>v -0.141111 1.280922 -0.045628</w:t>
        <w:br/>
        <w:t>v -0.183153 1.315802 -0.027342</w:t>
        <w:br/>
        <w:t>v -0.189938 1.323283 -0.015992</w:t>
        <w:br/>
        <w:t>v -0.199572 1.318080 -0.015679</w:t>
        <w:br/>
        <w:t>v -0.195732 1.309175 -0.026831</w:t>
        <w:br/>
        <w:t>v -0.188563 1.296178 -0.037316</w:t>
        <w:br/>
        <w:t>v -0.170219 1.303829 -0.037395</w:t>
        <w:br/>
        <w:t>v -0.200384 1.320394 0.011065</w:t>
        <w:br/>
        <w:t>v -0.190748 1.325946 0.011544</w:t>
        <w:br/>
        <w:t>v -0.186964 1.321491 0.027424</w:t>
        <w:br/>
        <w:t>v -0.197237 1.315134 0.025941</w:t>
        <w:br/>
        <w:t>v -0.178648 1.313336 0.045257</w:t>
        <w:br/>
        <w:t>v -0.189340 1.304197 0.043718</w:t>
        <w:br/>
        <w:t>v -0.178515 1.292395 0.057739</w:t>
        <w:br/>
        <w:t>v -0.167443 1.303891 0.060359</w:t>
        <w:br/>
        <w:t>v -0.154597 1.294229 0.074168</w:t>
        <w:br/>
        <w:t>v -0.165231 1.279381 0.071285</w:t>
        <w:br/>
        <w:t>v -0.149981 1.266880 0.084612</w:t>
        <w:br/>
        <w:t>v -0.141515 1.285481 0.087644</w:t>
        <w:br/>
        <w:t>v -0.102672 1.306298 -0.047452</w:t>
        <w:br/>
        <w:t>v -0.117939 1.313539 -0.046978</w:t>
        <w:br/>
        <w:t>v -0.134348 1.302757 -0.044547</w:t>
        <w:br/>
        <w:t>v -0.120707 1.295000 -0.046216</w:t>
        <w:br/>
        <w:t>v -0.160107 1.331313 -0.030354</w:t>
        <w:br/>
        <w:t>v -0.138487 1.323431 -0.041700</w:t>
        <w:br/>
        <w:t>v -0.134685 1.327081 -0.042590</w:t>
        <w:br/>
        <w:t>v -0.155928 1.337208 -0.030928</w:t>
        <w:br/>
        <w:t>v -0.176176 1.338297 -0.002285</w:t>
        <w:br/>
        <w:t>v -0.176307 1.337103 0.011993</w:t>
        <w:br/>
        <w:t>v -0.183109 1.331718 0.011751</w:t>
        <w:br/>
        <w:t>v -0.183881 1.332332 -0.002680</w:t>
        <w:br/>
        <w:t>v -0.162725 1.327851 0.048428</w:t>
        <w:br/>
        <w:t>v -0.169233 1.321630 0.046490</w:t>
        <w:br/>
        <w:t>v -0.179047 1.328188 0.027689</w:t>
        <w:br/>
        <w:t>v -0.172010 1.333897 0.027715</w:t>
        <w:br/>
        <w:t>v -0.145871 1.307789 0.077198</w:t>
        <w:br/>
        <w:t>v -0.157680 1.314788 0.062357</w:t>
        <w:br/>
        <w:t>v -0.151409 1.323564 0.065200</w:t>
        <w:br/>
        <w:t>v -0.139434 1.319980 0.080467</w:t>
        <w:br/>
        <w:t>v -0.127074 1.314823 0.096763</w:t>
        <w:br/>
        <w:t>v -0.133927 1.301294 0.092094</w:t>
        <w:br/>
        <w:t>v -0.003102 1.151055 0.140871</w:t>
        <w:br/>
        <w:t>v -0.089160 1.257892 0.007749</w:t>
        <w:br/>
        <w:t>v -0.083982 1.260888 -0.006671</w:t>
        <w:br/>
        <w:t>v -0.074335 1.231030 0.153444</w:t>
        <w:br/>
        <w:t>v -0.080704 1.230467 0.149170</w:t>
        <w:br/>
        <w:t>v -0.071936 1.222576 0.150735</w:t>
        <w:br/>
        <w:t>v -0.098031 1.231070 0.076563</w:t>
        <w:br/>
        <w:t>v -0.049755 1.250825 0.165673</w:t>
        <w:br/>
        <w:t>v -0.058465 1.243272 0.162030</w:t>
        <w:br/>
        <w:t>v -0.036390 1.237260 0.166654</w:t>
        <w:br/>
        <w:t>v -0.067465 1.237448 0.157504</w:t>
        <w:br/>
        <w:t>v -0.030080 1.195697 0.149202</w:t>
        <w:br/>
        <w:t>v -0.013153 1.199602 0.154033</w:t>
        <w:br/>
        <w:t>v -0.062711 1.267519 0.164372</w:t>
        <w:br/>
        <w:t>v -0.066664 1.268026 0.167913</w:t>
        <w:br/>
        <w:t>v -0.076194 1.280506 0.157276</w:t>
        <w:br/>
        <w:t>v -0.072736 1.279503 0.153688</w:t>
        <w:br/>
        <w:t>v -0.029409 1.225979 0.168892</w:t>
        <w:br/>
        <w:t>v -0.027110 1.227028 0.165818</w:t>
        <w:br/>
        <w:t>v -0.019975 1.216206 0.160911</w:t>
        <w:br/>
        <w:t>v -0.021084 1.215299 0.163628</w:t>
        <w:br/>
        <w:t>v -0.038834 1.237316 0.171853</w:t>
        <w:br/>
        <w:t>v -0.052167 1.251867 0.172338</w:t>
        <w:br/>
        <w:t>v -0.048935 1.252806 0.169103</w:t>
        <w:br/>
        <w:t>v -0.036099 1.238309 0.168784</w:t>
        <w:br/>
        <w:t>v -0.081045 1.289460 0.142076</w:t>
        <w:br/>
        <w:t>v -0.084055 1.291240 0.145407</w:t>
        <w:br/>
        <w:t>v -0.089273 1.299537 0.130758</w:t>
        <w:br/>
        <w:t>v -0.085936 1.296077 0.127985</w:t>
        <w:br/>
        <w:t>v -0.016196 1.209199 0.158268</w:t>
        <w:br/>
        <w:t>v -0.016754 1.208374 0.160019</w:t>
        <w:br/>
        <w:t>v -0.012420 1.199458 0.154758</w:t>
        <w:br/>
        <w:t>v -0.016196 1.209199 0.158268</w:t>
        <w:br/>
        <w:t>v -0.012420 1.199458 0.154758</w:t>
        <w:br/>
        <w:t>v -0.091682 1.303388 0.118516</w:t>
        <w:br/>
        <w:t>v -0.097846 1.307418 0.125671</w:t>
        <w:br/>
        <w:t>v -0.103563 1.310071 0.121952</w:t>
        <w:br/>
        <w:t>v -0.109735 1.317653 0.109567</w:t>
        <w:br/>
        <w:t>v -0.102946 1.316100 0.108566</w:t>
        <w:br/>
        <w:t>v -0.124562 1.296209 0.104465</w:t>
        <w:br/>
        <w:t>v -0.130772 1.277643 0.099256</w:t>
        <w:br/>
        <w:t>v -0.138765 1.259301 0.094590</w:t>
        <w:br/>
        <w:t>v -0.213083 1.312614 -0.016690</w:t>
        <w:br/>
        <w:t>v -0.209710 1.302400 -0.027913</w:t>
        <w:br/>
        <w:t>v -0.203718 1.288849 -0.037916</w:t>
        <w:br/>
        <w:t>v -0.214689 1.317478 -0.003498</w:t>
        <w:br/>
        <w:t>v -0.200933 1.321731 -0.003051</w:t>
        <w:br/>
        <w:t>v -0.214015 1.315131 0.010766</w:t>
        <w:br/>
        <w:t>v -0.167694 1.231482 -0.050352</w:t>
        <w:br/>
        <w:t>v -0.168207 1.246508 -0.048484</w:t>
        <w:br/>
        <w:t>v -0.177280 1.243697 -0.048411</w:t>
        <w:br/>
        <w:t>v -0.149213 1.239407 0.089765</w:t>
        <w:br/>
        <w:t>v -0.145161 1.247846 0.091785</w:t>
        <w:br/>
        <w:t>v -0.137394 1.250085 0.096663</w:t>
        <w:br/>
        <w:t>v -0.141166 1.232863 0.095502</w:t>
        <w:br/>
        <w:t>v -0.197037 1.274900 -0.042697</w:t>
        <w:br/>
        <w:t>v -0.101898 1.326568 -0.046876</w:t>
        <w:br/>
        <w:t>v -0.101990 1.332552 -0.042465</w:t>
        <w:br/>
        <w:t>v -0.123278 1.339132 -0.038577</w:t>
        <w:br/>
        <w:t>v -0.126773 1.334344 -0.042929</w:t>
        <w:br/>
        <w:t>v -0.101898 1.326568 -0.046876</w:t>
        <w:br/>
        <w:t>v -0.071089 1.267515 0.169613</w:t>
        <w:br/>
        <w:t>v -0.079640 1.280745 0.159141</w:t>
        <w:br/>
        <w:t>v -0.023539 1.214346 0.165615</w:t>
        <w:br/>
        <w:t>v -0.033150 1.224294 0.170354</w:t>
        <w:br/>
        <w:t>v -0.044458 1.235150 0.173980</w:t>
        <w:br/>
        <w:t>v -0.057887 1.250982 0.174105</w:t>
        <w:br/>
        <w:t>v -0.087779 1.292500 0.146638</w:t>
        <w:br/>
        <w:t>v -0.094038 1.302446 0.132775</w:t>
        <w:br/>
        <w:t>v -0.018134 1.207450 0.161351</w:t>
        <w:br/>
        <w:t>v -0.107640 1.320980 0.093961</w:t>
        <w:br/>
        <w:t>v -0.131612 1.325267 0.043373</w:t>
        <w:br/>
        <w:t>v -0.112121 1.315124 0.050823</w:t>
        <w:br/>
        <w:t>v -0.108816 1.320897 -0.047710</w:t>
        <w:br/>
        <w:t>v -0.167054 1.342702 -0.017967</w:t>
        <w:br/>
        <w:t>v -0.172583 1.343433 0.012241</w:t>
        <w:br/>
        <w:t>v -0.172689 1.344524 -0.002365</w:t>
        <w:br/>
        <w:t>v -0.169640 1.348796 -0.002167</w:t>
        <w:br/>
        <w:t>v -0.169555 1.347620 0.012313</w:t>
        <w:br/>
        <w:t>v -0.169309 1.339742 0.027319</w:t>
        <w:br/>
        <w:t>v -0.158818 1.333711 0.050371</w:t>
        <w:br/>
        <w:t>v -0.144355 1.334881 0.066963</w:t>
        <w:br/>
        <w:t>v -0.133820 1.329643 0.081024</w:t>
        <w:br/>
        <w:t>v -0.155000 1.337806 0.051368</w:t>
        <w:br/>
        <w:t>v -0.123304 1.321927 0.096579</w:t>
        <w:br/>
        <w:t>v -0.115652 1.315809 0.109658</w:t>
        <w:br/>
        <w:t>v -0.118976 1.311151 0.109446</w:t>
        <w:br/>
        <w:t>v -0.152366 1.345973 -0.014047</w:t>
        <w:br/>
        <w:t>v -0.150857 1.335245 -0.014529</w:t>
        <w:br/>
        <w:t>v -0.141763 1.329610 0.035024</w:t>
        <w:br/>
        <w:t>v -0.097087 1.288531 0.033093</w:t>
        <w:br/>
        <w:t>v -0.095277 1.283675 0.014800</w:t>
        <w:br/>
        <w:t>v -0.093928 1.277200 0.016535</w:t>
        <w:br/>
        <w:t>v -0.059270 1.306847 -0.034913</w:t>
        <w:br/>
        <w:t>v -0.163054 1.346393 0.026281</w:t>
        <w:br/>
        <w:t>v -0.152558 1.341345 0.050901</w:t>
        <w:br/>
        <w:t>v -0.166124 1.344066 0.027088</w:t>
        <w:br/>
        <w:t>v -0.153195 1.343484 0.024242</w:t>
        <w:br/>
        <w:t>v -0.151003 1.333696 0.022083</w:t>
        <w:br/>
        <w:t>v -0.092958 1.263100 0.022817</w:t>
        <w:br/>
        <w:t>v -0.090106 1.297550 -0.046515</w:t>
        <w:br/>
        <w:t>v -0.080026 1.303876 -0.047222</w:t>
        <w:br/>
        <w:t>v -0.093629 1.313805 -0.048199</w:t>
        <w:br/>
        <w:t>v -0.052271 1.246236 -0.023365</w:t>
        <w:br/>
        <w:t>v -0.036368 1.250595 -0.028041</w:t>
        <w:br/>
        <w:t>v -0.045464 1.269397 -0.036424</w:t>
        <w:br/>
        <w:t>v -0.017370 1.279828 -0.039098</w:t>
        <w:br/>
        <w:t>v -0.042318 1.285069 -0.041456</w:t>
        <w:br/>
        <w:t>v -0.017771 1.265829 -0.034553</w:t>
        <w:br/>
        <w:t>v -0.018311 1.250448 -0.027672</w:t>
        <w:br/>
        <w:t>v -0.164576 1.350319 -0.001760</w:t>
        <w:br/>
        <w:t>v -0.165308 1.349564 0.012087</w:t>
        <w:br/>
        <w:t>v -0.060962 1.277660 -0.039890</w:t>
        <w:br/>
        <w:t>v -0.081048 1.270833 -0.035641</w:t>
        <w:br/>
        <w:t>v -0.042319 1.285069 -0.041456</w:t>
        <w:br/>
        <w:t>v -0.058204 1.311308 -0.041953</w:t>
        <w:br/>
        <w:t>v -0.060744 1.304560 -0.045469</w:t>
        <w:br/>
        <w:t>v -0.045494 1.236170 -0.019475</w:t>
        <w:br/>
        <w:t>v -0.034015 1.236905 -0.021486</w:t>
        <w:br/>
        <w:t>v -0.048523 1.241203 -0.021700</w:t>
        <w:br/>
        <w:t>v -0.018768 1.237174 -0.021464</w:t>
        <w:br/>
        <w:t>v -0.124384 1.272610 0.107915</w:t>
        <w:br/>
        <w:t>v -0.118013 1.292928 0.113725</w:t>
        <w:br/>
        <w:t>v -0.132358 1.252437 0.100932</w:t>
        <w:br/>
        <w:t>v -0.146056 1.257491 0.089636</w:t>
        <w:br/>
        <w:t>v -0.110166 1.310356 0.119123</w:t>
        <w:br/>
        <w:t>v -0.113389 1.307343 0.117713</w:t>
        <w:br/>
        <w:t>v -0.108495 1.316842 -0.037320</w:t>
        <w:br/>
        <w:t>v -0.109401 1.317303 -0.035674</w:t>
        <w:br/>
        <w:t>v -0.100631 1.308186 -0.034413</w:t>
        <w:br/>
        <w:t>v -0.098878 1.308615 -0.036272</w:t>
        <w:br/>
        <w:t>v -0.093518 1.285237 -0.009561</w:t>
        <w:br/>
        <w:t>v -0.095000 1.283790 0.001408</w:t>
        <w:br/>
        <w:t>v -0.095296 1.282477 0.001340</w:t>
        <w:br/>
        <w:t>v -0.093323 1.283458 -0.009988</w:t>
        <w:br/>
        <w:t>v -0.125486 1.327304 -0.035026</w:t>
        <w:br/>
        <w:t>v -0.143822 1.332870 -0.025718</w:t>
        <w:br/>
        <w:t>v -0.142676 1.331614 -0.024305</w:t>
        <w:br/>
        <w:t>v -0.125478 1.325784 -0.033105</w:t>
        <w:br/>
        <w:t>v -0.096383 1.300936 -0.030028</w:t>
        <w:br/>
        <w:t>v -0.094865 1.300450 -0.031698</w:t>
        <w:br/>
        <w:t>v -0.092337 1.286074 -0.017497</w:t>
        <w:br/>
        <w:t>v -0.092905 1.288073 -0.016471</w:t>
        <w:br/>
        <w:t>v -0.151436 1.331953 0.022295</w:t>
        <w:br/>
        <w:t>v -0.155318 1.333702 0.009997</w:t>
        <w:br/>
        <w:t>v -0.156948 1.334265 0.010099</w:t>
        <w:br/>
        <w:t>v -0.152990 1.332277 0.022795</w:t>
        <w:br/>
        <w:t>v -0.006041 1.168296 0.144810</w:t>
        <w:br/>
        <w:t>v -0.006011 1.168308 0.147235</w:t>
        <w:br/>
        <w:t>v -0.008497 1.181356 0.150722</w:t>
        <w:br/>
        <w:t>v -0.008699 1.181709 0.148559</w:t>
        <w:br/>
        <w:t>v -0.102492 1.297203 0.043822</w:t>
        <w:br/>
        <w:t>v -0.105894 1.305169 0.048535</w:t>
        <w:br/>
        <w:t>v -0.106691 1.304223 0.050063</w:t>
        <w:br/>
        <w:t>v -0.103412 1.296035 0.045064</w:t>
        <w:br/>
        <w:t>v -0.127146 1.271293 -0.046285</w:t>
        <w:br/>
        <w:t>v -0.152241 1.244651 -0.048797</w:t>
        <w:br/>
        <w:t>v -0.151432 1.242803 -0.046931</w:t>
        <w:br/>
        <w:t>v -0.126435 1.269707 -0.044188</w:t>
        <w:br/>
        <w:t>v -0.097846 1.307418 0.125671</w:t>
        <w:br/>
        <w:t>v -0.100469 1.305509 0.126678</w:t>
        <w:br/>
        <w:t>v -0.104319 1.307544 0.122304</w:t>
        <w:br/>
        <w:t>v -0.188528 1.256681 -0.044076</w:t>
        <w:br/>
        <w:t>v -0.187206 1.258085 -0.046107</w:t>
        <w:br/>
        <w:t>v -0.198498 1.273682 -0.040656</w:t>
        <w:br/>
        <w:t>v -0.213999 1.310138 -0.016081</w:t>
        <w:br/>
        <w:t>v -0.210597 1.300041 -0.026735</w:t>
        <w:br/>
        <w:t>v -0.205264 1.287527 -0.036007</w:t>
        <w:br/>
        <w:t>v -0.210597 1.300041 -0.026735</w:t>
        <w:br/>
        <w:t>v -0.208539 1.300016 -0.024896</w:t>
        <w:br/>
        <w:t>v -0.203290 1.287740 -0.034075</w:t>
        <w:br/>
        <w:t>v -0.214954 1.312643 0.010241</w:t>
        <w:br/>
        <w:t>v -0.212462 1.311761 0.010034</w:t>
        <w:br/>
        <w:t>v -0.213151 1.313819 -0.002901</w:t>
        <w:br/>
        <w:t>v -0.215635 1.314882 -0.003457</w:t>
        <w:br/>
        <w:t>v -0.201985 1.292400 0.040078</w:t>
        <w:br/>
        <w:t>v -0.210002 1.306805 0.023432</w:t>
        <w:br/>
        <w:t>v -0.212507 1.307507 0.024404</w:t>
        <w:br/>
        <w:t>v -0.204363 1.292279 0.041503</w:t>
        <w:br/>
        <w:t>v -0.193392 1.278148 0.053527</w:t>
        <w:br/>
        <w:t>v -0.192883 1.280157 0.055388</w:t>
        <w:br/>
        <w:t>v -0.178577 1.264437 0.069091</w:t>
        <w:br/>
        <w:t>v -0.178936 1.262487 0.067138</w:t>
        <w:br/>
        <w:t>v -0.191121 1.278756 0.052050</w:t>
        <w:br/>
        <w:t>v -0.193392 1.278148 0.053527</w:t>
        <w:br/>
        <w:t>v -0.167819 1.229614 -0.048616</w:t>
        <w:br/>
        <w:t>v -0.177961 1.241885 -0.046532</w:t>
        <w:br/>
        <w:t>v -0.177046 1.243273 -0.044437</w:t>
        <w:br/>
        <w:t>v -0.167589 1.231078 -0.046540</w:t>
        <w:br/>
        <w:t>v -0.160360 1.249469 0.076968</w:t>
        <w:br/>
        <w:t>v -0.176801 1.263412 0.065627</w:t>
        <w:br/>
        <w:t>v -0.178936 1.262487 0.067138</w:t>
        <w:br/>
        <w:t>v -0.162391 1.248258 0.078426</w:t>
        <w:br/>
        <w:t>v -0.147109 1.239040 0.086372</w:t>
        <w:br/>
        <w:t>v -0.149147 1.237623 0.087619</w:t>
        <w:br/>
        <w:t>v -0.139848 1.231198 0.094115</w:t>
        <w:br/>
        <w:t>v -0.139169 1.232753 0.092227</w:t>
        <w:br/>
        <w:t>v -0.196598 1.274328 -0.038730</w:t>
        <w:br/>
        <w:t>v -0.198498 1.273682 -0.040656</w:t>
        <w:br/>
        <w:t>v -0.082930 1.279781 0.158542</w:t>
        <w:br/>
        <w:t>v -0.073689 1.266464 0.168669</w:t>
        <w:br/>
        <w:t>v -0.025755 1.212989 0.165323</w:t>
        <w:br/>
        <w:t>v -0.035556 1.223034 0.169563</w:t>
        <w:br/>
        <w:t>v -0.046379 1.233817 0.172130</w:t>
        <w:br/>
        <w:t>v -0.035556 1.223034 0.169563</w:t>
        <w:br/>
        <w:t>v -0.035552 1.224564 0.167474</w:t>
        <w:br/>
        <w:t>v -0.045422 1.235080 0.169983</w:t>
        <w:br/>
        <w:t>v -0.059892 1.249352 0.172832</w:t>
        <w:br/>
        <w:t>v -0.059319 1.249915 0.170413</w:t>
        <w:br/>
        <w:t>v -0.090270 1.290930 0.146634</w:t>
        <w:br/>
        <w:t>v -0.096620 1.300927 0.133285</w:t>
        <w:br/>
        <w:t>v -0.094038 1.302446 0.132775</w:t>
        <w:br/>
        <w:t>v -0.019817 1.206607 0.162015</w:t>
        <w:br/>
        <w:t>v -0.020262 1.207177 0.160379</w:t>
        <w:br/>
        <w:t>v -0.025545 1.213198 0.163287</w:t>
        <w:br/>
        <w:t>v -0.025755 1.212989 0.165323</w:t>
        <w:br/>
        <w:t>v -0.072038 1.265448 0.166347</w:t>
        <w:br/>
        <w:t>v -0.073689 1.266464 0.168669</w:t>
        <w:br/>
        <w:t>v -0.081392 1.278039 0.157032</w:t>
        <w:br/>
        <w:t>v -0.089001 1.289166 0.144793</w:t>
        <w:br/>
        <w:t>v -0.090270 1.290930 0.146634</w:t>
        <w:br/>
        <w:t>v -0.082930 1.279781 0.158542</w:t>
        <w:br/>
        <w:t>v -0.013735 1.198748 0.157963</w:t>
        <w:br/>
        <w:t>v -0.015197 1.198509 0.157156</w:t>
        <w:br/>
        <w:t>v -0.100469 1.305509 0.126678</w:t>
        <w:br/>
        <w:t>v -0.096620 1.300927 0.133285</w:t>
        <w:br/>
        <w:t>v -0.095806 1.298707 0.131388</w:t>
        <w:br/>
        <w:t>v -0.100034 1.303800 0.124342</w:t>
        <w:br/>
        <w:t>v -0.132327 1.322810 0.044854</w:t>
        <w:br/>
        <w:t>v -0.114638 1.312767 0.051511</w:t>
        <w:br/>
        <w:t>v -0.113881 1.313846 0.050021</w:t>
        <w:br/>
        <w:t>v -0.131508 1.322984 0.043165</w:t>
        <w:br/>
        <w:t>v -0.152594 1.334205 -0.015748</w:t>
        <w:br/>
        <w:t>v -0.157106 1.334248 -0.003042</w:t>
        <w:br/>
        <w:t>v -0.155546 1.333784 -0.002674</w:t>
        <w:br/>
        <w:t>v -0.151367 1.333729 -0.015209</w:t>
        <w:br/>
        <w:t>v -0.141752 1.327292 0.034964</w:t>
        <w:br/>
        <w:t>v -0.143009 1.327501 0.035838</w:t>
        <w:br/>
        <w:t>v -0.100062 1.288089 0.033017</w:t>
        <w:br/>
        <w:t>v -0.097370 1.283087 0.014716</w:t>
        <w:br/>
        <w:t>v -0.096516 1.284099 0.014489</w:t>
        <w:br/>
        <w:t>v -0.099251 1.289313 0.032263</w:t>
        <w:br/>
        <w:t>v -0.081201 1.271994 -0.031209</w:t>
        <w:br/>
        <w:t>v -0.063904 1.256628 -0.022712</w:t>
        <w:br/>
        <w:t>v -0.064019 1.254996 -0.023586</w:t>
        <w:br/>
        <w:t>v -0.081747 1.269169 -0.032671</w:t>
        <w:br/>
        <w:t>v -0.121837 1.271596 0.107615</w:t>
        <w:br/>
        <w:t>v -0.115823 1.291385 0.113697</w:t>
        <w:br/>
        <w:t>v -0.121717 1.272352 0.104937</w:t>
        <w:br/>
        <w:t>v -0.130061 1.252117 0.097661</w:t>
        <w:br/>
        <w:t>v -0.130118 1.251095 0.100203</w:t>
        <w:br/>
        <w:t>v -0.121837 1.271596 0.107615</w:t>
        <w:br/>
        <w:t>v -0.109630 1.308035 0.119313</w:t>
        <w:br/>
        <w:t>v -0.104319 1.307544 0.122304</w:t>
        <w:br/>
        <w:t>v -0.103657 1.306607 0.119857</w:t>
        <w:br/>
        <w:t>v -0.108925 1.307789 0.116771</w:t>
        <w:br/>
        <w:t>v -0.012799 1.198953 0.156174</w:t>
        <w:br/>
        <w:t>v -0.100631 1.308186 -0.034413</w:t>
        <w:br/>
        <w:t>v -0.109401 1.317303 -0.035674</w:t>
        <w:br/>
        <w:t>v -0.095000 1.283790 0.001408</w:t>
        <w:br/>
        <w:t>v -0.093518 1.285237 -0.009561</w:t>
        <w:br/>
        <w:t>v -0.125478 1.325784 -0.033105</w:t>
        <w:br/>
        <w:t>v -0.142676 1.331614 -0.024305</w:t>
        <w:br/>
        <w:t>v -0.096383 1.300936 -0.030028</w:t>
        <w:br/>
        <w:t>v -0.092905 1.288073 -0.016471</w:t>
        <w:br/>
        <w:t>v -0.093550 1.293198 -0.023571</w:t>
        <w:br/>
        <w:t>v -0.155546 1.333784 -0.002674</w:t>
        <w:br/>
        <w:t>v -0.155318 1.333702 0.009997</w:t>
        <w:br/>
        <w:t>v -0.105894 1.305169 0.048535</w:t>
        <w:br/>
        <w:t>v -0.102492 1.297203 0.043822</w:t>
        <w:br/>
        <w:t>v -0.131508 1.322984 0.043165</w:t>
        <w:br/>
        <w:t>v -0.113881 1.313846 0.050021</w:t>
        <w:br/>
        <w:t>v -0.151367 1.333729 -0.015209</w:t>
        <w:br/>
        <w:t>v -0.141752 1.327292 0.034964</w:t>
        <w:br/>
        <w:t>v -0.096516 1.284099 0.014489</w:t>
        <w:br/>
        <w:t>v -0.099251 1.289313 0.032263</w:t>
        <w:br/>
        <w:t>v -0.151436 1.331953 0.022295</w:t>
        <w:br/>
        <w:t>v -0.097276 1.347868 -0.039556</w:t>
        <w:br/>
        <w:t>v -0.119443 1.354278 -0.035379</w:t>
        <w:br/>
        <w:t>v -0.071433 1.334965 -0.040735</w:t>
        <w:br/>
        <w:t>v -0.082066 1.323670 -0.042996</w:t>
        <w:br/>
        <w:t>v -0.066340 1.314767 -0.042441</w:t>
        <w:br/>
        <w:t>v -0.052740 1.326903 -0.040036</w:t>
        <w:br/>
        <w:t>v -0.155216 1.359324 -0.015982</w:t>
        <w:br/>
        <w:t>v -0.161960 1.358786 -0.001927</w:t>
        <w:br/>
        <w:t>v -0.163263 1.356363 0.012151</w:t>
        <w:br/>
        <w:t>v -0.139984 1.339720 0.068643</w:t>
        <w:br/>
        <w:t>v -0.149540 1.349510 0.052169</w:t>
        <w:br/>
        <w:t>v -0.016410 1.317406 -0.036641</w:t>
        <w:br/>
        <w:t>v -0.014467 1.344058 -0.039270</w:t>
        <w:br/>
        <w:t>v -0.030461 1.346938 -0.039929</w:t>
        <w:br/>
        <w:t>v -0.035422 1.321799 -0.038491</w:t>
        <w:br/>
        <w:t>v -0.160849 1.351864 0.027192</w:t>
        <w:br/>
        <w:t>v -0.088166 1.344009 -0.039961</w:t>
        <w:br/>
        <w:t>v -0.081206 1.363346 -0.041130</w:t>
        <w:br/>
        <w:t>v -0.091887 1.366413 -0.040746</w:t>
        <w:br/>
        <w:t>v -0.142677 1.358549 -0.026851</w:t>
        <w:br/>
        <w:t>v -0.115176 1.372186 -0.036013</w:t>
        <w:br/>
        <w:t>v -0.152374 1.374018 -0.015230</w:t>
        <w:br/>
        <w:t>v -0.159026 1.372048 -0.002316</w:t>
        <w:br/>
        <w:t>v -0.161088 1.367268 0.012865</w:t>
        <w:br/>
        <w:t>v -0.159136 1.360952 0.028147</w:t>
        <w:br/>
        <w:t>v -0.095426 1.330169 -0.042635</w:t>
        <w:br/>
        <w:t>v -0.139728 1.373968 -0.026383</w:t>
        <w:br/>
        <w:t>v -0.131685 1.332839 0.080788</w:t>
        <w:br/>
        <w:t>v -0.045961 1.350689 -0.040829</w:t>
        <w:br/>
        <w:t>v -0.064601 1.357169 -0.041751</w:t>
        <w:br/>
        <w:t>v -0.097110 1.347363 -0.035692</w:t>
        <w:br/>
        <w:t>v -0.118943 1.353565 -0.032689</w:t>
        <w:br/>
        <w:t>v -0.053121 1.327294 -0.035723</w:t>
        <w:br/>
        <w:t>v -0.071611 1.334670 -0.036433</w:t>
        <w:br/>
        <w:t>v -0.150657 1.359223 -0.012609</w:t>
        <w:br/>
        <w:t>v -0.140042 1.358079 -0.023606</w:t>
        <w:br/>
        <w:t>v -0.156628 1.357071 0.012234</w:t>
        <w:br/>
        <w:t>v -0.152769 1.352551 0.025630</w:t>
        <w:br/>
        <w:t>v -0.142951 1.343212 0.046307</w:t>
        <w:br/>
        <w:t>v -0.133486 1.340485 0.065093</w:t>
        <w:br/>
        <w:t>v -0.018428 1.297603 -0.030064</w:t>
        <w:br/>
        <w:t>v -0.017059 1.318114 -0.032063</w:t>
        <w:br/>
        <w:t>v -0.035374 1.322637 -0.034190</w:t>
        <w:br/>
        <w:t>v -0.030962 1.345767 -0.033465</w:t>
        <w:br/>
        <w:t>v -0.014757 1.343420 -0.032713</w:t>
        <w:br/>
        <w:t>v -0.151946 1.359646 0.027014</w:t>
        <w:br/>
        <w:t>v -0.142934 1.348663 0.048742</w:t>
        <w:br/>
        <w:t>v -0.091161 1.366186 -0.034108</w:t>
        <w:br/>
        <w:t>v -0.065116 1.356042 -0.035140</w:t>
        <w:br/>
        <w:t>v -0.113920 1.325431 0.094555</w:t>
        <w:br/>
        <w:t>v -0.113300 1.371560 -0.029673</w:t>
        <w:br/>
        <w:t>v -0.135816 1.373113 -0.021010</w:t>
        <w:br/>
        <w:t>v -0.147635 1.372493 -0.010592</w:t>
        <w:br/>
        <w:t>v -0.152698 1.370419 0.000205</w:t>
        <w:br/>
        <w:t>v -0.155579 1.358775 -0.000760</w:t>
        <w:br/>
        <w:t>v -0.154169 1.366694 0.013572</w:t>
        <w:br/>
        <w:t>v -0.125190 1.333741 0.077705</w:t>
        <w:br/>
        <w:t>v -0.039327 1.301499 -0.033651</w:t>
        <w:br/>
        <w:t>v -0.046606 1.349600 -0.034327</w:t>
        <w:br/>
        <w:t>v -0.136838 1.342310 0.067944</w:t>
        <w:br/>
        <w:t>v -0.146035 1.351372 0.051743</w:t>
        <w:br/>
        <w:t>v -0.014467 1.344058 -0.039270</w:t>
        <w:br/>
        <w:t>v -0.014296 1.346464 -0.036099</w:t>
        <w:br/>
        <w:t>v -0.030214 1.349060 -0.036707</w:t>
        <w:br/>
        <w:t>v -0.155680 1.363006 0.028626</w:t>
        <w:br/>
        <w:t>v -0.080067 1.365840 -0.037882</w:t>
        <w:br/>
        <w:t>v -0.063894 1.359301 -0.038342</w:t>
        <w:br/>
        <w:t>v -0.113642 1.374681 -0.033202</w:t>
        <w:br/>
        <w:t>v -0.090573 1.369272 -0.037610</w:t>
        <w:br/>
        <w:t>v -0.149411 1.376081 -0.012816</w:t>
        <w:br/>
        <w:t>v -0.137366 1.376349 -0.023571</w:t>
        <w:br/>
        <w:t>v -0.157350 1.369459 0.013964</w:t>
        <w:br/>
        <w:t>v -0.155740 1.374067 -0.000727</w:t>
        <w:br/>
        <w:t>v -0.128587 1.335006 0.080021</w:t>
        <w:br/>
        <w:t>v -0.137366 1.376349 -0.023571</w:t>
        <w:br/>
        <w:t>v -0.113642 1.374681 -0.033202</w:t>
        <w:br/>
        <w:t>v -0.128587 1.335006 0.080021</w:t>
        <w:br/>
        <w:t>v -0.118027 1.325034 0.096136</w:t>
        <w:br/>
        <w:t>v -0.045590 1.352738 -0.037444</w:t>
        <w:br/>
        <w:t>v -0.030214 1.349060 -0.036707</w:t>
        <w:br/>
        <w:t>v -0.155740 1.374067 -0.000727</w:t>
        <w:br/>
        <w:t>v -0.152698 1.370419 0.000205</w:t>
        <w:br/>
        <w:t>v -0.157350 1.369459 0.013964</w:t>
        <w:br/>
        <w:t>v -0.154169 1.366694 0.013572</w:t>
        <w:br/>
        <w:t>v -0.026383 1.167232 0.009305</w:t>
        <w:br/>
        <w:t>v -0.024314 1.151292 0.011535</w:t>
        <w:br/>
        <w:t>v -0.015438 1.151115 0.009864</w:t>
        <w:br/>
        <w:t>v -0.014927 1.167328 0.007479</w:t>
        <w:br/>
        <w:t>v -0.030160 1.217051 -0.011717</w:t>
        <w:br/>
        <w:t>v -0.018039 1.217328 -0.012051</w:t>
        <w:br/>
        <w:t>v -0.031587 1.193027 0.000671</w:t>
        <w:br/>
        <w:t>v -0.028926 1.180575 0.005871</w:t>
        <w:br/>
        <w:t>v -0.015307 1.180915 0.003838</w:t>
        <w:br/>
        <w:t>v -0.016155 1.193365 -0.001117</w:t>
        <w:br/>
        <w:t>v -0.037758 1.216444 -0.010495</w:t>
        <w:br/>
        <w:t>v -0.017215 1.204912 -0.006354</w:t>
        <w:br/>
        <w:t>v -0.034636 1.204611 -0.004768</w:t>
        <w:br/>
        <w:t>v -0.126435 1.269707 -0.044188</w:t>
        <w:br/>
        <w:t>v -0.127556 1.271157 -0.042312</w:t>
        <w:br/>
        <w:t>v -0.106680 1.287383 -0.041163</w:t>
        <w:br/>
        <w:t>v -0.106206 1.285347 -0.042841</w:t>
        <w:br/>
        <w:t>v -0.003111 1.151916 0.143153</w:t>
        <w:br/>
        <w:t>v -0.003102 1.151055 0.140871</w:t>
        <w:br/>
        <w:t>v -0.188528 1.256681 -0.044076</w:t>
        <w:br/>
        <w:t>v -0.186824 1.257672 -0.042098</w:t>
        <w:br/>
        <w:t>v -0.211728 1.309592 -0.014881</w:t>
        <w:br/>
        <w:t>v -0.213999 1.310138 -0.016081</w:t>
        <w:br/>
        <w:t>v -0.205264 1.287527 -0.036007</w:t>
        <w:br/>
        <w:t>v -0.214954 1.312643 0.010241</w:t>
        <w:br/>
        <w:t>v -0.215635 1.314882 -0.003457</w:t>
        <w:br/>
        <w:t>v -0.211573 1.309885 0.025493</w:t>
        <w:br/>
        <w:t>v -0.203629 1.294396 0.043164</w:t>
        <w:br/>
        <w:t>v -0.204363 1.292279 0.041503</w:t>
        <w:br/>
        <w:t>v -0.212507 1.307507 0.024404</w:t>
        <w:br/>
        <w:t>v -0.167819 1.229614 -0.048616</w:t>
        <w:br/>
        <w:t>v -0.177961 1.241885 -0.046532</w:t>
        <w:br/>
        <w:t>v -0.162243 1.250139 0.080474</w:t>
        <w:br/>
        <w:t>v -0.162391 1.248258 0.078426</w:t>
        <w:br/>
        <w:t>v -0.139848 1.231198 0.094115</w:t>
        <w:br/>
        <w:t>v -0.149147 1.237623 0.087619</w:t>
        <w:br/>
        <w:t>v -0.046379 1.233817 0.172130</w:t>
        <w:br/>
        <w:t>v -0.059892 1.249352 0.172832</w:t>
        <w:br/>
        <w:t>v -0.019817 1.206607 0.162015</w:t>
        <w:br/>
        <w:t>v -0.013735 1.198748 0.157963</w:t>
        <w:br/>
        <w:t>v -0.106321 1.286866 -0.045033</w:t>
        <w:br/>
        <w:t>v -0.106206 1.285347 -0.042841</w:t>
        <w:br/>
        <w:t>v -0.094571 1.277641 -0.037696</w:t>
        <w:br/>
        <w:t>v -0.093099 1.278644 -0.039919</w:t>
        <w:br/>
        <w:t>v -0.063009 1.255147 -0.026138</w:t>
        <w:br/>
        <w:t>v -0.081747 1.269169 -0.032671</w:t>
        <w:br/>
        <w:t>v -0.064019 1.254996 -0.023586</w:t>
        <w:br/>
        <w:t>v -0.115510 1.291981 0.111010</w:t>
        <w:br/>
        <w:t>v -0.115823 1.291385 0.113697</w:t>
        <w:br/>
        <w:t>v -0.130118 1.251095 0.100203</w:t>
        <w:br/>
        <w:t>v -0.109630 1.308035 0.119313</w:t>
        <w:br/>
        <w:t>v -0.194709 1.307516 -0.024559</w:t>
        <w:br/>
        <w:t>v -0.208539 1.300016 -0.024896</w:t>
        <w:br/>
        <w:t>v -0.211728 1.309592 -0.014881</w:t>
        <w:br/>
        <w:t>v -0.198274 1.315701 -0.014131</w:t>
        <w:br/>
        <w:t>v -0.203290 1.287740 -0.034075</w:t>
        <w:br/>
        <w:t>v -0.213151 1.313819 -0.002901</w:t>
        <w:br/>
        <w:t>v -0.212462 1.311761 0.010034</w:t>
        <w:br/>
        <w:t>v -0.168016 1.246154 -0.044357</w:t>
        <w:br/>
        <w:t>v -0.159211 1.248406 -0.044397</w:t>
        <w:br/>
        <w:t>v -0.152230 1.244371 -0.044788</w:t>
        <w:br/>
        <w:t>v -0.167589 1.231078 -0.046540</w:t>
        <w:br/>
        <w:t>v -0.139169 1.232753 0.092227</w:t>
        <w:br/>
        <w:t>v -0.152230 1.244371 -0.044788</w:t>
        <w:br/>
        <w:t>v -0.151432 1.242803 -0.046931</w:t>
        <w:br/>
        <w:t>v -0.167819 1.229614 -0.048616</w:t>
        <w:br/>
        <w:t>v -0.167589 1.231078 -0.046540</w:t>
        <w:br/>
        <w:t>v -0.167694 1.231482 -0.050352</w:t>
        <w:br/>
        <w:t>v -0.167819 1.229614 -0.048616</w:t>
        <w:br/>
        <w:t>v -0.159195 1.255140 -0.043711</w:t>
        <w:br/>
        <w:t>v -0.170465 1.254568 -0.047642</w:t>
        <w:br/>
        <w:t>v -0.177046 1.243273 -0.044437</w:t>
        <w:br/>
        <w:t>v -0.164063 1.258357 -0.047445</w:t>
        <w:br/>
        <w:t>v -0.159338 1.255431 -0.047886</w:t>
        <w:br/>
        <w:t>v -0.159369 1.248751 -0.048527</w:t>
        <w:br/>
        <w:t>v -0.139848 1.231198 0.094115</w:t>
        <w:br/>
        <w:t>v -0.139848 1.231198 0.094115</w:t>
        <w:br/>
        <w:t>v -0.139169 1.232753 0.092227</w:t>
        <w:br/>
        <w:t>v -0.111634 1.305261 0.117660</w:t>
        <w:br/>
        <w:t>v -0.111634 1.305261 0.117660</w:t>
        <w:br/>
        <w:t>v -0.110923 1.305686 0.115022</w:t>
        <w:br/>
        <w:t>v -0.191751 1.326735 -0.002843</w:t>
        <w:br/>
        <w:t>v -0.180075 1.329527 -0.016666</w:t>
        <w:br/>
        <w:t>v -0.171432 1.336814 -0.017213</w:t>
        <w:br/>
        <w:t>v -0.127556 1.271157 -0.042312</w:t>
        <w:br/>
        <w:t>v -0.094571 1.277641 -0.037696</w:t>
        <w:br/>
        <w:t>v -0.093519 1.279605 -0.035801</w:t>
        <w:br/>
        <w:t>v -0.152942 1.312177 -0.039017</w:t>
        <w:br/>
        <w:t>v -0.170861 1.322960 -0.028483</w:t>
        <w:br/>
        <w:t>v -0.065691 1.295425 -0.045100</w:t>
        <w:br/>
        <w:t>v -0.108925 1.307789 0.116771</w:t>
        <w:br/>
        <w:t>v -0.146035 1.351372 0.051743</w:t>
        <w:br/>
        <w:t>v -0.136838 1.342310 0.067944</w:t>
        <w:br/>
        <w:t>v -0.014296 1.346464 -0.036099</w:t>
        <w:br/>
        <w:t>v -0.155680 1.363006 0.028626</w:t>
        <w:br/>
        <w:t>v -0.063894 1.359301 -0.038342</w:t>
        <w:br/>
        <w:t>v -0.080067 1.365840 -0.037882</w:t>
        <w:br/>
        <w:t>v -0.090573 1.369272 -0.037610</w:t>
        <w:br/>
        <w:t>v -0.149411 1.376081 -0.012816</w:t>
        <w:br/>
        <w:t>v -0.045961 1.350689 -0.040829</w:t>
        <w:br/>
        <w:t>v -0.045590 1.352738 -0.037444</w:t>
        <w:br/>
        <w:t>v -0.025545 1.213198 0.163287</w:t>
        <w:br/>
        <w:t>v -0.020262 1.207177 0.160379</w:t>
        <w:br/>
        <w:t>v -0.022405 1.213839 0.161852</w:t>
        <w:br/>
        <w:t>v -0.013735 1.198748 0.157963</w:t>
        <w:br/>
        <w:t>v -0.012799 1.198953 0.156174</w:t>
        <w:br/>
        <w:t>v -0.087786 1.197723 0.085441</w:t>
        <w:br/>
        <w:t>v -0.079464 1.180666 0.098302</w:t>
        <w:br/>
        <w:t>v -0.081909 1.181122 0.086824</w:t>
        <w:br/>
        <w:t>v -0.077991 1.167919 0.087584</w:t>
        <w:br/>
        <w:t>v -0.074979 1.151135 0.088495</w:t>
        <w:br/>
        <w:t>v -0.054731 1.167138 0.017931</w:t>
        <w:br/>
        <w:t>v -0.066344 1.166871 0.027670</w:t>
        <w:br/>
        <w:t>v -0.063507 1.150736 0.030116</w:t>
        <w:br/>
        <w:t>v -0.052063 1.150661 0.022308</w:t>
        <w:br/>
        <w:t>v -0.073017 1.166972 0.037321</w:t>
        <w:br/>
        <w:t>v -0.071260 1.151306 0.039554</w:t>
        <w:br/>
        <w:t>v -0.077561 1.167076 0.048932</w:t>
        <w:br/>
        <w:t>v -0.075592 1.151223 0.051902</w:t>
        <w:br/>
        <w:t>v -0.047273 1.167079 0.014258</w:t>
        <w:br/>
        <w:t>v -0.037787 1.151125 0.014394</w:t>
        <w:br/>
        <w:t>v -0.094256 1.255727 0.005934</w:t>
        <w:br/>
        <w:t>v -0.092286 1.237666 0.011663</w:t>
        <w:br/>
        <w:t>v -0.084419 1.235362 -0.001718</w:t>
        <w:br/>
        <w:t>v -0.087469 1.254565 -0.008689</w:t>
        <w:br/>
        <w:t>v -0.098369 1.255367 0.023184</w:t>
        <w:br/>
        <w:t>v -0.097161 1.240050 0.027172</w:t>
        <w:br/>
        <w:t>v -0.080799 1.219018 0.005521</w:t>
        <w:br/>
        <w:t>v -0.089145 1.220906 0.017788</w:t>
        <w:br/>
        <w:t>v -0.084594 1.205765 0.023863</w:t>
        <w:br/>
        <w:t>v -0.076161 1.204488 0.012406</w:t>
        <w:br/>
        <w:t>v -0.090566 1.207553 0.037634</w:t>
        <w:br/>
        <w:t>v -0.085479 1.193570 0.042142</w:t>
        <w:br/>
        <w:t>v -0.079654 1.192323 0.029184</w:t>
        <w:br/>
        <w:t>v -0.063726 1.203897 0.003850</w:t>
        <w:br/>
        <w:t>v -0.072285 1.192138 0.018376</w:t>
        <w:br/>
        <w:t>v -0.059772 1.191278 0.009649</w:t>
        <w:br/>
        <w:t>v -0.072892 1.233358 -0.010076</w:t>
        <w:br/>
        <w:t>v -0.076607 1.249086 -0.015738</w:t>
        <w:br/>
        <w:t>v -0.033015 1.192275 -0.001601</w:t>
        <w:br/>
        <w:t>v -0.035666 1.203493 -0.006502</w:t>
        <w:br/>
        <w:t>v -0.046798 1.203264 -0.004214</w:t>
        <w:br/>
        <w:t>v -0.044355 1.191755 0.001527</w:t>
        <w:br/>
        <w:t>v -0.058612 1.203742 0.001613</w:t>
        <w:br/>
        <w:t>v -0.051089 1.215771 -0.009735</w:t>
        <w:br/>
        <w:t>v -0.075855 1.179880 0.033915</w:t>
        <w:br/>
        <w:t>v -0.068598 1.179632 0.023289</w:t>
        <w:br/>
        <w:t>v -0.080832 1.180478 0.045961</w:t>
        <w:br/>
        <w:t>v -0.056193 1.180004 0.013280</w:t>
        <w:br/>
        <w:t>v -0.030639 1.180153 0.003767</w:t>
        <w:br/>
        <w:t>v -0.042338 1.179661 0.006946</w:t>
        <w:br/>
        <w:t>v -0.047298 1.180308 0.011872</w:t>
        <w:br/>
        <w:t>v -0.052830 1.191691 0.007122</w:t>
        <w:br/>
        <w:t>v -0.068058 1.216751 -0.002742</w:t>
        <w:br/>
        <w:t>v -0.094744 1.222888 0.032576</w:t>
        <w:br/>
        <w:t>v -0.079793 1.167512 0.086613</w:t>
        <w:br/>
        <w:t>v -0.081774 1.167136 0.073905</w:t>
        <w:br/>
        <w:t>v -0.086225 1.181016 0.072638</w:t>
        <w:br/>
        <w:t>v -0.084116 1.180865 0.085494</w:t>
        <w:br/>
        <w:t>v -0.091320 1.196024 0.071113</w:t>
        <w:br/>
        <w:t>v -0.090069 1.196964 0.083953</w:t>
        <w:br/>
        <w:t>v -0.096898 1.211604 0.067935</w:t>
        <w:br/>
        <w:t>v -0.098492 1.214278 0.080368</w:t>
        <w:br/>
        <w:t>v -0.100978 1.226449 0.063134</w:t>
        <w:br/>
        <w:t>v -0.103186 1.229687 0.074928</w:t>
        <w:br/>
        <w:t>v -0.085944 1.264041 -0.014255</w:t>
        <w:br/>
        <w:t>v -0.089996 1.265445 -0.008930</w:t>
        <w:br/>
        <w:t>v -0.080897 1.261998 -0.018212</w:t>
        <w:br/>
        <w:t>v -0.069410 1.256034 -0.023531</w:t>
        <w:br/>
        <w:t>v -0.064611 1.241851 -0.019226</w:t>
        <w:br/>
        <w:t>v -0.062227 1.251830 -0.025048</w:t>
        <w:br/>
        <w:t>v -0.054628 1.245700 -0.024522</w:t>
        <w:br/>
        <w:t>v -0.047242 1.235170 -0.021233</w:t>
        <w:br/>
        <w:t>v -0.057742 1.232099 -0.016371</w:t>
        <w:br/>
        <w:t>v -0.039277 1.215582 -0.012334</w:t>
        <w:br/>
        <w:t>v -0.040500 1.167072 0.011035</w:t>
        <w:br/>
        <w:t>v -0.028463 1.167257 0.007230</w:t>
        <w:br/>
        <w:t>v -0.026933 1.150999 0.009088</w:t>
        <w:br/>
        <w:t>v -0.094855 1.266683 0.003588</w:t>
        <w:br/>
        <w:t>v -0.093174 1.268032 0.003755</w:t>
        <w:br/>
        <w:t>v -0.098866 1.266380 0.021421</w:t>
        <w:br/>
        <w:t>v -0.084683 1.265452 -0.013806</w:t>
        <w:br/>
        <w:t>v -0.072704 1.260894 -0.020702</w:t>
        <w:br/>
        <w:t>v -0.074228 1.258902 -0.021702</w:t>
        <w:br/>
        <w:t>v -0.067629 1.258407 -0.022213</w:t>
        <w:br/>
        <w:t>v -0.050437 1.240436 -0.022878</w:t>
        <w:br/>
        <w:t>v -0.048523 1.241203 -0.021700</w:t>
        <w:br/>
        <w:t>v -0.052271 1.246236 -0.023365</w:t>
        <w:br/>
        <w:t>v -0.039277 1.215582 -0.012334</w:t>
        <w:br/>
        <w:t>v -0.037758 1.216444 -0.010495</w:t>
        <w:br/>
        <w:t>v -0.045494 1.236170 -0.019475</w:t>
        <w:br/>
        <w:t>v -0.047242 1.235170 -0.021233</w:t>
        <w:br/>
        <w:t>v -0.035666 1.203493 -0.006502</w:t>
        <w:br/>
        <w:t>v -0.034636 1.204611 -0.004768</w:t>
        <w:br/>
        <w:t>v -0.033015 1.192275 -0.001601</w:t>
        <w:br/>
        <w:t>v -0.031587 1.193027 0.000671</w:t>
        <w:br/>
        <w:t>v -0.030639 1.180153 0.003767</w:t>
        <w:br/>
        <w:t>v -0.028926 1.180575 0.005871</w:t>
        <w:br/>
        <w:t>v -0.026383 1.167232 0.009305</w:t>
        <w:br/>
        <w:t>v -0.028926 1.180575 0.005871</w:t>
        <w:br/>
        <w:t>v -0.028463 1.167257 0.007230</w:t>
        <w:br/>
        <w:t>v -0.076469 1.151081 0.087712</w:t>
        <w:br/>
        <w:t>v -0.078104 1.150867 0.075447</w:t>
        <w:br/>
        <w:t>v -0.026933 1.150999 0.009088</w:t>
        <w:br/>
        <w:t>v -0.024314 1.151292 0.011535</w:t>
        <w:br/>
        <w:t>v -0.062166 1.253281 -0.024230</w:t>
        <w:br/>
        <w:t>v -0.062227 1.251830 -0.025048</w:t>
        <w:br/>
        <w:t>v -0.063986 1.267157 -0.028412</w:t>
        <w:br/>
        <w:t>v -0.094478 1.209573 0.054244</w:t>
        <w:br/>
        <w:t>v -0.098620 1.225139 0.049430</w:t>
        <w:br/>
        <w:t>v -0.089584 1.195722 0.058351</w:t>
        <w:br/>
        <w:t>v -0.084483 1.181044 0.061645</w:t>
        <w:br/>
        <w:t>v -0.080398 1.167267 0.063992</w:t>
        <w:br/>
        <w:t>v -0.078100 1.151031 0.066691</w:t>
        <w:br/>
        <w:t>v -0.103766 1.270224 0.099550</w:t>
        <w:br/>
        <w:t>v -0.068487 1.213536 0.144594</w:t>
        <w:br/>
        <w:t>v -0.091847 1.241956 0.028620</w:t>
        <w:br/>
        <w:t>v -0.099522 1.265648 0.042522</w:t>
        <w:br/>
        <w:t>v -0.101632 1.264360 0.041619</w:t>
        <w:br/>
        <w:t>v -0.101422 1.255220 0.041510</w:t>
        <w:br/>
        <w:t>v -0.099653 1.262395 0.051083</w:t>
        <w:br/>
        <w:t>v -0.102318 1.261284 0.050197</w:t>
        <w:br/>
        <w:t>v -0.101535 1.289216 0.057443</w:t>
        <w:br/>
        <w:t>v -0.099653 1.262395 0.051083</w:t>
        <w:br/>
        <w:t>v -0.102318 1.261284 0.050197</w:t>
        <w:br/>
        <w:t>v -0.102219 1.250514 0.050399</w:t>
        <w:br/>
        <w:t>v -0.104032 1.252483 0.086763</w:t>
        <w:br/>
        <w:t>v -0.103836 1.245720 0.066997</w:t>
        <w:br/>
        <w:t>v -0.101497 1.246154 0.068876</w:t>
        <w:br/>
        <w:t>v -0.100466 1.258347 0.058324</w:t>
        <w:br/>
        <w:t>v -0.102900 1.257186 0.057324</w:t>
        <w:br/>
        <w:t>v -0.102553 1.242870 0.057325</w:t>
        <w:br/>
        <w:t>v -0.102900 1.257186 0.057324</w:t>
        <w:br/>
        <w:t>v -0.100831 1.242117 0.044314</w:t>
        <w:br/>
        <w:t>v -0.101162 1.285674 0.070500</w:t>
        <w:br/>
        <w:t>v -0.103475 1.252439 0.062163</w:t>
        <w:br/>
        <w:t>v -0.102091 1.247746 0.072815</w:t>
        <w:br/>
        <w:t>v -0.101906 1.268575 0.085502</w:t>
        <w:br/>
        <w:t>v -0.100444 1.266488 0.070365</w:t>
        <w:br/>
        <w:t>v -0.101362 1.253289 0.063682</w:t>
        <w:br/>
        <w:t>v -0.042720 1.167667 0.135983</w:t>
        <w:br/>
        <w:t>v -0.040421 1.151928 0.133110</w:t>
        <w:br/>
        <w:t>v -0.018837 1.207305 0.159181</w:t>
        <w:br/>
        <w:t>v -0.015367 1.198844 0.156278</w:t>
        <w:br/>
        <w:t>v -0.020262 1.207177 0.160379</w:t>
        <w:br/>
        <w:t>v -0.015197 1.198509 0.157156</w:t>
        <w:br/>
        <w:t>v -0.010895 1.180969 0.151499</w:t>
        <w:br/>
        <w:t>v -0.015197 1.198509 0.157156</w:t>
        <w:br/>
        <w:t>v -0.013735 1.198748 0.157963</w:t>
        <w:br/>
        <w:t>v -0.008497 1.181356 0.150722</w:t>
        <w:br/>
        <w:t>v -0.010895 1.180969 0.151499</w:t>
        <w:br/>
        <w:t>v -0.008408 1.167693 0.147804</w:t>
        <w:br/>
        <w:t>v -0.006011 1.168308 0.147235</w:t>
        <w:br/>
        <w:t>v -0.003111 1.151916 0.143153</w:t>
        <w:br/>
        <w:t>v -0.005682 1.151912 0.143860</w:t>
        <w:br/>
        <w:t>v -0.025609 1.195822 0.153894</w:t>
        <w:br/>
        <w:t>v -0.038962 1.192467 0.150942</w:t>
        <w:br/>
        <w:t>v -0.043165 1.197692 0.152424</w:t>
        <w:br/>
        <w:t>v -0.029557 1.203794 0.155863</w:t>
        <w:br/>
        <w:t>v -0.024161 1.152246 0.139874</w:t>
        <w:br/>
        <w:t>v -0.027457 1.167455 0.144030</w:t>
        <w:br/>
        <w:t>v -0.015367 1.198844 0.156278</w:t>
        <w:br/>
        <w:t>v -0.018837 1.207305 0.159181</w:t>
        <w:br/>
        <w:t>v -0.020245 1.180634 0.150586</w:t>
        <w:br/>
        <w:t>v -0.032393 1.180083 0.147570</w:t>
        <w:br/>
        <w:t>v -0.051587 1.227034 0.164462</w:t>
        <w:br/>
        <w:t>v -0.059076 1.243037 0.165776</w:t>
        <w:br/>
        <w:t>v -0.051011 1.251549 0.168343</w:t>
        <w:br/>
        <w:t>v -0.039155 1.236630 0.168266</w:t>
        <w:br/>
        <w:t>v -0.031521 1.226602 0.166665</w:t>
        <w:br/>
        <w:t>v -0.043469 1.216976 0.161026</w:t>
        <w:br/>
        <w:t>v -0.033514 1.209240 0.157452</w:t>
        <w:br/>
        <w:t>v -0.022405 1.213839 0.161852</w:t>
        <w:br/>
        <w:t>v -0.068459 1.236876 0.162919</w:t>
        <w:br/>
        <w:t>v -0.085096 1.208724 0.124832</w:t>
        <w:br/>
        <w:t>v -0.078448 1.202071 0.120718</w:t>
        <w:br/>
        <w:t>v -0.070978 1.180860 0.115449</w:t>
        <w:br/>
        <w:t>v -0.074171 1.193731 0.117888</w:t>
        <w:br/>
        <w:t>v -0.065247 1.191371 0.132530</w:t>
        <w:br/>
        <w:t>v -0.059879 1.180119 0.130621</w:t>
        <w:br/>
        <w:t>v -0.082713 1.212108 0.140555</w:t>
        <w:br/>
        <w:t>v -0.063535 1.221524 0.159706</w:t>
        <w:br/>
        <w:t>v -0.073335 1.220692 0.154732</w:t>
        <w:br/>
        <w:t>v -0.047430 1.203047 0.153942</w:t>
        <w:br/>
        <w:t>v -0.055781 1.197965 0.142134</w:t>
        <w:br/>
        <w:t>v -0.060348 1.203339 0.143891</w:t>
        <w:br/>
        <w:t>v -0.046679 1.180445 0.140123</w:t>
        <w:br/>
        <w:t>v -0.051908 1.191608 0.141306</w:t>
        <w:br/>
        <w:t>v -0.070080 1.197952 0.134244</w:t>
        <w:br/>
        <w:t>v -0.055763 1.211395 0.156369</w:t>
        <w:br/>
        <w:t>v -0.069550 1.211303 0.148267</w:t>
        <w:br/>
        <w:t>v -0.075113 1.203473 0.136745</w:t>
        <w:br/>
        <w:t>v -0.019975 1.216206 0.160911</w:t>
        <w:br/>
        <w:t>v -0.027110 1.227028 0.165818</w:t>
        <w:br/>
        <w:t>v -0.048935 1.252806 0.169103</w:t>
        <w:br/>
        <w:t>v -0.036099 1.238309 0.168784</w:t>
        <w:br/>
        <w:t>v -0.012420 1.199458 0.154758</w:t>
        <w:br/>
        <w:t>v -0.144485 1.317675 -0.040296</w:t>
        <w:br/>
        <w:t>v -0.093550 1.293198 -0.023571</w:t>
        <w:br/>
        <w:t>v -0.092322 1.291851 -0.025019</w:t>
        <w:br/>
        <w:t>v -0.084683 1.265452 -0.013806</w:t>
        <w:br/>
        <w:t>v -0.063986 1.267157 -0.028412</w:t>
        <w:br/>
        <w:t>v -0.063904 1.256628 -0.022712</w:t>
        <w:br/>
        <w:t>v -0.064019 1.254996 -0.023586</w:t>
        <w:br/>
        <w:t>v -0.042899 1.167104 0.014451</w:t>
        <w:br/>
        <w:t>v -0.052271 1.246236 -0.023365</w:t>
        <w:br/>
        <w:t>v -0.062166 1.253281 -0.024230</w:t>
        <w:br/>
        <w:t>v -0.063904 1.256628 -0.022712</w:t>
        <w:br/>
        <w:t>v -0.045494 1.236170 -0.019475</w:t>
        <w:br/>
        <w:t>v -0.063904 1.256628 -0.022712</w:t>
        <w:br/>
        <w:t>v -0.077998 1.304483 -0.041421</w:t>
        <w:br/>
        <w:t>v -0.073114 1.298857 -0.039415</w:t>
        <w:br/>
        <w:t>v -0.080080 0.574347 -0.024424</w:t>
        <w:br/>
        <w:t>v -0.078734 0.540882 -0.029147</w:t>
        <w:br/>
        <w:t>v -0.057740 0.540338 -0.029268</w:t>
        <w:br/>
        <w:t>v -0.056930 0.574335 -0.025439</w:t>
        <w:br/>
        <w:t>v -0.099580 0.572318 -0.006810</w:t>
        <w:br/>
        <w:t>v -0.096728 0.540531 -0.014350</w:t>
        <w:br/>
        <w:t>v -0.056516 0.599769 -0.025262</w:t>
        <w:br/>
        <w:t>v -0.081228 0.599132 -0.023920</w:t>
        <w:br/>
        <w:t>v -0.060809 0.535007 0.065138</w:t>
        <w:br/>
        <w:t>v -0.061599 0.522324 0.060762</w:t>
        <w:br/>
        <w:t>v -0.082546 0.525690 0.054047</w:t>
        <w:br/>
        <w:t>v -0.081961 0.537509 0.057932</w:t>
        <w:br/>
        <w:t>v -0.037029 0.524346 0.048388</w:t>
        <w:br/>
        <w:t>v -0.035779 0.536598 0.052048</w:t>
        <w:br/>
        <w:t>v -0.063250 0.574435 0.072570</w:t>
        <w:br/>
        <w:t>v -0.086419 0.576415 0.064365</w:t>
        <w:br/>
        <w:t>v -0.090853 0.599117 0.066137</w:t>
        <w:br/>
        <w:t>v -0.066163 0.597922 0.074471</w:t>
        <w:br/>
        <w:t>v -0.021242 0.541552 0.025419</w:t>
        <w:br/>
        <w:t>v -0.023901 0.534447 -0.000680</w:t>
        <w:br/>
        <w:t>v -0.022548 0.529442 0.023594</w:t>
        <w:br/>
        <w:t>v -0.036655 0.573140 -0.016616</w:t>
        <w:br/>
        <w:t>v -0.022702 0.569058 0.003274</w:t>
        <w:br/>
        <w:t>v -0.023578 0.603746 0.007383</w:t>
        <w:br/>
        <w:t>v -0.035743 0.601785 -0.013969</w:t>
        <w:br/>
        <w:t>v -0.104887 0.567703 0.020657</w:t>
        <w:br/>
        <w:t>v -0.110168 0.600557 0.021998</w:t>
        <w:br/>
        <w:t>v -0.103504 0.600836 0.046204</w:t>
        <w:br/>
        <w:t>v -0.099105 0.580282 0.045335</w:t>
        <w:br/>
        <w:t>v -0.094618 0.520863 0.033246</w:t>
        <w:br/>
        <w:t>v -0.094015 0.530522 0.036167</w:t>
        <w:br/>
        <w:t>v -0.083533 0.515557 0.050202</w:t>
        <w:br/>
        <w:t>v -0.028067 0.437602 -0.023528</w:t>
        <w:br/>
        <w:t>v -0.028446 0.434274 0.002015</w:t>
        <w:br/>
        <w:t>v -0.029522 0.474213 0.009180</w:t>
        <w:br/>
        <w:t>v -0.029179 0.478696 -0.014275</w:t>
        <w:br/>
        <w:t>v -0.109079 0.478316 -0.004051</w:t>
        <w:br/>
        <w:t>v -0.113285 0.435374 -0.012920</w:t>
        <w:br/>
        <w:t>v -0.109437 0.439053 -0.043715</w:t>
        <w:br/>
        <w:t>v -0.105815 0.482292 -0.033235</w:t>
        <w:br/>
        <w:t>v -0.068247 0.429048 0.039436</w:t>
        <w:br/>
        <w:t>v -0.044866 0.430069 0.028229</w:t>
        <w:br/>
        <w:t>v -0.042561 0.391063 0.021480</w:t>
        <w:br/>
        <w:t>v -0.066111 0.389144 0.033080</w:t>
        <w:br/>
        <w:t>v -0.061528 0.441306 -0.062033</w:t>
        <w:br/>
        <w:t>v -0.039211 0.440649 -0.049963</w:t>
        <w:br/>
        <w:t>v -0.039994 0.482551 -0.037163</w:t>
        <w:br/>
        <w:t>v -0.061083 0.482632 -0.050656</w:t>
        <w:br/>
        <w:t>v -0.059662 0.396840 -0.063851</w:t>
        <w:br/>
        <w:t>v -0.088481 0.441125 -0.061746</w:t>
        <w:br/>
        <w:t>v -0.086507 0.395992 -0.063789</w:t>
        <w:br/>
        <w:t>v -0.115880 0.660540 0.050735</w:t>
        <w:br/>
        <w:t>v -0.101778 0.660540 0.073414</w:t>
        <w:br/>
        <w:t>v -0.062677 0.512069 0.056848</w:t>
        <w:br/>
        <w:t>v -0.090360 0.429984 0.033331</w:t>
        <w:br/>
        <w:t>v -0.088529 0.389395 0.027340</w:t>
        <w:br/>
        <w:t>v -0.025140 0.395084 -0.027665</w:t>
        <w:br/>
        <w:t>v -0.026331 0.393981 -0.002336</w:t>
        <w:br/>
        <w:t>v -0.106345 0.393798 -0.047888</w:t>
        <w:br/>
        <w:t>v -0.112278 0.391208 -0.017924</w:t>
        <w:br/>
        <w:t>v -0.094334 0.539859 0.038776</w:t>
        <w:br/>
        <w:t>v -0.088172 0.471535 0.039601</w:t>
        <w:br/>
        <w:t>v -0.105828 0.432214 0.014782</w:t>
        <w:br/>
        <w:t>v -0.102098 0.474428 0.020469</w:t>
        <w:br/>
        <w:t>v -0.026835 0.504163 0.018786</w:t>
        <w:br/>
        <w:t>v -0.026729 0.509176 -0.005353</w:t>
        <w:br/>
        <w:t>v -0.098925 0.513658 -0.023199</w:t>
        <w:br/>
        <w:t>v -0.086124 0.482938 -0.050228</w:t>
        <w:br/>
        <w:t>v -0.081613 0.514673 -0.038915</w:t>
        <w:br/>
        <w:t>v -0.067736 0.470083 0.045091</w:t>
        <w:br/>
        <w:t>v -0.065279 0.497670 0.050911</w:t>
        <w:br/>
        <w:t>v -0.042014 0.498752 0.040222</w:t>
        <w:br/>
        <w:t>v -0.045538 0.470506 0.034446</w:t>
        <w:br/>
        <w:t>v -0.037163 0.397836 -0.052047</w:t>
        <w:br/>
        <w:t>v -0.059389 0.514454 -0.038552</w:t>
        <w:br/>
        <w:t>v -0.037435 0.538762 -0.018462</w:t>
        <w:br/>
        <w:t>v -0.096939 0.505420 0.028264</w:t>
        <w:br/>
        <w:t>v -0.085624 0.500600 0.044462</w:t>
        <w:br/>
        <w:t>v -0.038873 0.512868 -0.025579</w:t>
        <w:br/>
        <w:t>v -0.026729 0.509176 -0.005353</w:t>
        <w:br/>
        <w:t>v -0.023901 0.534447 -0.000680</w:t>
        <w:br/>
        <w:t>v -0.039126 0.513924 0.044755</w:t>
        <w:br/>
        <w:t>v -0.102430 0.537368 0.013507</w:t>
        <w:br/>
        <w:t>v -0.104008 0.510544 0.005344</w:t>
        <w:br/>
        <w:t>v -0.029179 0.478696 -0.014275</w:t>
        <w:br/>
        <w:t>v -0.036453 0.576509 0.058642</w:t>
        <w:br/>
        <w:t>v -0.040050 0.601260 0.061293</w:t>
        <w:br/>
        <w:t>v -0.023969 0.519924 0.021932</w:t>
        <w:br/>
        <w:t>v -0.023571 0.603697 0.033606</w:t>
        <w:br/>
        <w:t>v -0.021801 0.582057 0.031560</w:t>
        <w:br/>
        <w:t>v -0.104771 0.390246 0.009732</w:t>
        <w:br/>
        <w:t>v -0.028067 0.437602 -0.023528</w:t>
        <w:br/>
        <w:t>v -0.025140 0.395084 -0.027665</w:t>
        <w:br/>
        <w:t>v -0.072333 0.660539 0.080920</w:t>
        <w:br/>
        <w:t>v -0.023578 0.603746 0.007383</w:t>
        <w:br/>
        <w:t>v -0.022702 0.569058 0.003274</w:t>
        <w:br/>
        <w:t>v -0.022799 0.660543 0.002308</w:t>
        <w:br/>
        <w:t>v -0.035888 0.660540 -0.015850</w:t>
        <w:br/>
        <w:t>v -0.102820 0.599570 -0.007709</w:t>
        <w:br/>
        <w:t>v -0.042687 0.660542 0.067463</w:t>
        <w:br/>
        <w:t>v -0.025136 0.660544 0.041839</w:t>
        <w:br/>
        <w:t>v -0.060740 0.552354 0.069485</w:t>
        <w:br/>
        <w:t>v -0.083348 0.554482 0.061842</w:t>
        <w:br/>
        <w:t>v -0.034059 0.554292 0.055829</w:t>
        <w:br/>
        <w:t>v -0.096074 0.560684 0.042767</w:t>
        <w:br/>
        <w:t>v -0.020912 0.561061 0.029487</w:t>
        <w:br/>
        <w:t>v -0.083219 0.660537 -0.029769</w:t>
        <w:br/>
        <w:t>v -0.104919 0.660538 -0.019782</w:t>
        <w:br/>
        <w:t>v -0.075092 0.276879 0.012475</w:t>
        <w:br/>
        <w:t>v -0.057619 0.277833 0.015639</w:t>
        <w:br/>
        <w:t>v -0.052555 0.207264 0.005919</w:t>
        <w:br/>
        <w:t>v -0.065898 0.206994 0.003861</w:t>
        <w:br/>
        <w:t>v -0.099100 0.343447 -0.046501</w:t>
        <w:br/>
        <w:t>v -0.081331 0.344871 -0.059967</w:t>
        <w:br/>
        <w:t>v -0.077715 0.207708 -0.041420</w:t>
        <w:br/>
        <w:t>v -0.068312 0.208437 -0.052832</w:t>
        <w:br/>
        <w:t>v -0.074944 0.279723 -0.055072</w:t>
        <w:br/>
        <w:t>v -0.086569 0.277971 -0.042967</w:t>
        <w:br/>
        <w:t>v -0.056049 0.281581 -0.056549</w:t>
        <w:br/>
        <w:t>v -0.054952 0.209181 -0.054742</w:t>
        <w:br/>
        <w:t>v -0.058855 0.347019 -0.060110</w:t>
        <w:br/>
        <w:t>v -0.037594 0.349052 -0.051266</w:t>
        <w:br/>
        <w:t>v -0.031721 0.208540 -0.018120</w:t>
        <w:br/>
        <w:t>v -0.038735 0.207914 -0.002855</w:t>
        <w:br/>
        <w:t>v -0.039809 0.279533 0.006728</w:t>
        <w:br/>
        <w:t>v -0.028458 0.281239 -0.012308</w:t>
        <w:br/>
        <w:t>v -0.062993 0.342406 0.025404</w:t>
        <w:br/>
        <w:t>v -0.083463 0.341236 0.020194</w:t>
        <w:br/>
        <w:t>v -0.024614 0.347248 -0.030330</w:t>
        <w:br/>
        <w:t>v -0.025808 0.345934 -0.007504</w:t>
        <w:br/>
        <w:t>v -0.024614 0.347248 -0.030330</w:t>
        <w:br/>
        <w:t>v -0.027412 0.282076 -0.030882</w:t>
        <w:br/>
        <w:t>v -0.040460 0.344027 0.015000</w:t>
        <w:br/>
        <w:t>v -0.041556 0.209751 -0.051220</w:t>
        <w:br/>
        <w:t>v -0.037988 0.281994 -0.050539</w:t>
        <w:br/>
        <w:t>v -0.093642 0.276925 -0.021783</w:t>
        <w:br/>
        <w:t>v -0.081680 0.207138 -0.024079</w:t>
        <w:br/>
        <w:t>v -0.105589 0.342695 -0.019900</w:t>
        <w:br/>
        <w:t>v -0.077792 0.206691 -0.006294</w:t>
        <w:br/>
        <w:t>v -0.088558 0.276332 -0.000566</w:t>
        <w:br/>
        <w:t>v -0.099000 0.341512 0.004904</w:t>
        <w:br/>
        <w:t>v -0.031932 0.208997 -0.034115</w:t>
        <w:br/>
        <w:t>v -0.027412 0.282076 -0.030882</w:t>
        <w:br/>
        <w:t>v -0.031932 0.208997 -0.034115</w:t>
        <w:br/>
        <w:t>v -0.021538 0.660543 0.014703</w:t>
        <w:br/>
        <w:t>v -0.115848 0.660539 -0.004928</w:t>
        <w:br/>
        <w:t>v -0.120967 0.660540 0.022868</w:t>
        <w:br/>
        <w:t>v -0.055905 0.660538 -0.029428</w:t>
        <w:br/>
        <w:t>v -0.022799 0.660543 0.002308</w:t>
        <w:br/>
        <w:t>v -0.102104 1.057855 0.086712</w:t>
        <w:br/>
        <w:t>v -0.110848 1.037917 0.084801</w:t>
        <w:br/>
        <w:t>v -0.116873 1.042333 0.059549</w:t>
        <w:br/>
        <w:t>v -0.109021 1.061848 0.063748</w:t>
        <w:br/>
        <w:t>v -0.087042 1.022014 0.112262</w:t>
        <w:br/>
        <w:t>v -0.079993 1.047271 0.113858</w:t>
        <w:br/>
        <w:t>v -0.066314 1.066652 -0.009706</w:t>
        <w:br/>
        <w:t>v -0.073345 1.043498 -0.028397</w:t>
        <w:br/>
        <w:t>v -0.048756 1.034668 -0.042432</w:t>
        <w:br/>
        <w:t>v -0.042964 1.056166 -0.024255</w:t>
        <w:br/>
        <w:t>v -0.085514 1.067809 0.006766</w:t>
        <w:br/>
        <w:t>v -0.094965 1.047037 -0.008505</w:t>
        <w:br/>
        <w:t>v -0.115424 1.045606 0.035585</w:t>
        <w:br/>
        <w:t>v -0.106017 1.064480 0.041345</w:t>
        <w:br/>
        <w:t>v -0.097624 1.065504 0.024010</w:t>
        <w:br/>
        <w:t>v -0.108300 1.046728 0.012971</w:t>
        <w:br/>
        <w:t>v -0.018987 1.051924 -0.024270</w:t>
        <w:br/>
        <w:t>v -0.017798 1.065386 -0.015021</w:t>
        <w:br/>
        <w:t>v -0.040769 1.067127 -0.015854</w:t>
        <w:br/>
        <w:t>v 0.000000 1.049859 -0.021885</w:t>
        <w:br/>
        <w:t>v 0.000000 1.064530 -0.013670</w:t>
        <w:br/>
        <w:t>v -0.064748 0.962387 0.115518</w:t>
        <w:br/>
        <w:t>v -0.060284 0.975430 0.115409</w:t>
        <w:br/>
        <w:t>v -0.035600 0.946835 0.107432</w:t>
        <w:br/>
        <w:t>v -0.010095 0.910648 0.035698</w:t>
        <w:br/>
        <w:t>v -0.005663 0.909644 0.036277</w:t>
        <w:br/>
        <w:t>v -0.004110 0.911875 0.018659</w:t>
        <w:br/>
        <w:t>v -0.013029 0.914662 0.067368</w:t>
        <w:br/>
        <w:t>v -0.019214 0.922615 0.088024</w:t>
        <w:br/>
        <w:t>v -0.010171 0.924053 0.093312</w:t>
        <w:br/>
        <w:t>v -0.006980 0.913280 0.068193</w:t>
        <w:br/>
        <w:t>v -0.028419 0.958500 0.113688</w:t>
        <w:br/>
        <w:t>v -0.048064 0.990867 0.125105</w:t>
        <w:br/>
        <w:t>v -0.022642 0.999998 0.129695</w:t>
        <w:br/>
        <w:t>v -0.017510 0.965063 0.118338</w:t>
        <w:br/>
        <w:t>v -0.022836 1.026929 -0.042282</w:t>
        <w:br/>
        <w:t>v -0.020188 1.042868 -0.031507</w:t>
        <w:br/>
        <w:t>v -0.023815 1.018547 -0.046412</w:t>
        <w:br/>
        <w:t>v -0.046618 1.041729 0.129889</w:t>
        <w:br/>
        <w:t>v -0.024101 1.040562 0.133528</w:t>
        <w:br/>
        <w:t>v -0.005663 0.909644 0.036277</w:t>
        <w:br/>
        <w:t>v -0.010095 0.910648 0.035698</w:t>
        <w:br/>
        <w:t>v -0.010089 0.905432 0.063786</w:t>
        <w:br/>
        <w:t>v -0.000000 0.914288 0.018354</w:t>
        <w:br/>
        <w:t>v -0.000000 0.909271 0.036515</w:t>
        <w:br/>
        <w:t>v -0.005861 0.906346 0.012505</w:t>
        <w:br/>
        <w:t>v -0.004110 0.911875 0.018659</w:t>
        <w:br/>
        <w:t>v -0.001685 0.913635 -0.003878</w:t>
        <w:br/>
        <w:t>v -0.102338 0.983951 0.108094</w:t>
        <w:br/>
        <w:t>v -0.095082 1.001771 0.110273</w:t>
        <w:br/>
        <w:t>v -0.000000 1.000222 0.130964</w:t>
        <w:br/>
        <w:t>v -0.000000 0.968166 0.122270</w:t>
        <w:br/>
        <w:t>v -0.009953 0.970033 -0.050481</w:t>
        <w:br/>
        <w:t>v -0.010421 0.952471 -0.047031</w:t>
        <w:br/>
        <w:t>v -0.002052 0.949565 -0.035383</w:t>
        <w:br/>
        <w:t>v -0.001887 0.966734 -0.039819</w:t>
        <w:br/>
        <w:t>v -0.000000 0.912950 0.068708</w:t>
        <w:br/>
        <w:t>v -0.000000 0.909271 0.036515</w:t>
        <w:br/>
        <w:t>v -0.010751 0.936270 -0.042105</w:t>
        <w:br/>
        <w:t>v -0.001822 0.935117 -0.028395</w:t>
        <w:br/>
        <w:t>v -0.000000 0.924407 0.095473</w:t>
        <w:br/>
        <w:t>v -0.014087 0.944500 0.108857</w:t>
        <w:br/>
        <w:t>v -0.000000 0.942918 0.110769</w:t>
        <w:br/>
        <w:t>v -0.125205 1.022525 0.054361</w:t>
        <w:br/>
        <w:t>v -0.124339 1.025973 0.030096</w:t>
        <w:br/>
        <w:t>v -0.138772 0.953066 0.074181</w:t>
        <w:br/>
        <w:t>v -0.145449 0.952610 0.044479</w:t>
        <w:br/>
        <w:t>v -0.141187 0.976239 0.043340</w:t>
        <w:br/>
        <w:t>v -0.133699 0.974529 0.075536</w:t>
        <w:br/>
        <w:t>v -0.117050 0.981803 -0.032439</w:t>
        <w:br/>
        <w:t>v -0.120883 0.962346 -0.034099</w:t>
        <w:br/>
        <w:t>v -0.093841 0.955699 -0.055863</w:t>
        <w:br/>
        <w:t>v -0.089968 0.975966 -0.056172</w:t>
        <w:br/>
        <w:t>v -0.126733 1.005965 -0.001818</w:t>
        <w:br/>
        <w:t>v -0.133908 0.985813 -0.005678</w:t>
        <w:br/>
        <w:t>v -0.110629 1.003802 -0.027779</w:t>
        <w:br/>
        <w:t>v -0.010095 0.910648 0.035698</w:t>
        <w:br/>
        <w:t>v -0.010424 0.905376 0.028226</w:t>
        <w:br/>
        <w:t>v -0.009469 0.900264 0.026503</w:t>
        <w:br/>
        <w:t>v -0.138828 0.987370 0.020593</w:t>
        <w:br/>
        <w:t>v -0.143705 0.968826 0.018951</w:t>
        <w:br/>
        <w:t>v -0.138700 0.966606 -0.007425</w:t>
        <w:br/>
        <w:t>v -0.061678 0.947907 -0.064055</w:t>
        <w:br/>
        <w:t>v -0.059149 0.967608 -0.065796</w:t>
        <w:br/>
        <w:t>v -0.133591 1.001844 0.049296</w:t>
        <w:br/>
        <w:t>v -0.119942 1.017808 0.081614</w:t>
        <w:br/>
        <w:t>v -0.127589 0.997487 0.078574</w:t>
        <w:br/>
        <w:t>v -0.117719 1.026876 0.004245</w:t>
        <w:br/>
        <w:t>v -0.107734 0.965234 0.107176</w:t>
        <w:br/>
        <w:t>v -0.111527 0.947098 0.107174</w:t>
        <w:br/>
        <w:t>v -0.068271 0.946905 0.115832</w:t>
        <w:br/>
        <w:t>v -0.070476 0.933300 0.116216</w:t>
        <w:br/>
        <w:t>v -0.065055 0.901157 -0.038780</w:t>
        <w:br/>
        <w:t>v -0.059112 0.887292 -0.034751</w:t>
        <w:br/>
        <w:t>v -0.040279 0.897274 -0.028433</w:t>
        <w:br/>
        <w:t>v -0.052942 1.011398 -0.055472</w:t>
        <w:br/>
        <w:t>v -0.026393 0.998029 -0.055185</w:t>
        <w:br/>
        <w:t>v -0.032465 0.941011 -0.057023</w:t>
        <w:br/>
        <w:t>v -0.030053 0.958866 -0.060130</w:t>
        <w:br/>
        <w:t>v -0.017803 0.895945 0.006561</w:t>
        <w:br/>
        <w:t>v -0.019610 0.898562 -0.013725</w:t>
        <w:br/>
        <w:t>v -0.026108 0.894832 -0.010264</w:t>
        <w:br/>
        <w:t>v -0.020407 0.911608 0.087274</w:t>
        <w:br/>
        <w:t>v -0.013029 0.914662 0.067368</w:t>
        <w:br/>
        <w:t>v -0.019214 0.922615 0.088024</w:t>
        <w:br/>
        <w:t>v -0.079658 1.019364 -0.043672</w:t>
        <w:br/>
        <w:t>v -0.103206 1.025210 -0.020575</w:t>
        <w:br/>
        <w:t>v -0.040850 0.921310 0.106025</w:t>
        <w:br/>
        <w:t>v -0.040358 0.930886 0.105976</w:t>
        <w:br/>
        <w:t>v -0.028418 0.978127 -0.059751</w:t>
        <w:br/>
        <w:t>v -0.028709 0.886750 -0.010929</w:t>
        <w:br/>
        <w:t>v -0.147071 0.948199 0.018422</w:t>
        <w:br/>
        <w:t>v -0.132774 1.005850 0.024134</w:t>
        <w:br/>
        <w:t>v -0.099589 0.911352 -0.041252</w:t>
        <w:br/>
        <w:t>v -0.098188 0.922135 -0.047555</w:t>
        <w:br/>
        <w:t>v -0.124168 0.936153 -0.032129</w:t>
        <w:br/>
        <w:t>v -0.124853 0.924469 -0.030519</w:t>
        <w:br/>
        <w:t>v -0.140458 0.952527 -0.007935</w:t>
        <w:br/>
        <w:t>v -0.065716 0.912352 -0.049425</w:t>
        <w:br/>
        <w:t>v -0.009432 0.985993 -0.049556</w:t>
        <w:br/>
        <w:t>v -0.008531 1.005188 -0.045748</w:t>
        <w:br/>
        <w:t>v -0.007368 1.021137 -0.039721</w:t>
        <w:br/>
        <w:t>v -0.012739 0.919038 -0.034144</w:t>
        <w:br/>
        <w:t>v -0.001564 0.922562 -0.016927</w:t>
        <w:br/>
        <w:t>v -0.007804 0.905410 -0.012131</w:t>
        <w:br/>
        <w:t>v -0.010424 0.905376 0.028226</w:t>
        <w:br/>
        <w:t>v -0.010867 0.900270 0.009045</w:t>
        <w:br/>
        <w:t>v -0.009469 0.900264 0.026503</w:t>
        <w:br/>
        <w:t>v -0.001426 0.978901 -0.041985</w:t>
        <w:br/>
        <w:t>v -0.000000 0.995955 -0.040354</w:t>
        <w:br/>
        <w:t>v -0.009217 0.897843 0.062638</w:t>
        <w:br/>
        <w:t>v -0.020535 0.902248 0.086802</w:t>
        <w:br/>
        <w:t>v -0.041991 0.909834 0.105606</w:t>
        <w:br/>
        <w:t>v -0.140743 0.938567 -0.008836</w:t>
        <w:br/>
        <w:t>v -0.124467 0.913265 -0.030192</w:t>
        <w:br/>
        <w:t>v -0.140529 0.923968 -0.009336</w:t>
        <w:br/>
        <w:t>v -0.098782 0.898818 -0.040492</w:t>
        <w:br/>
        <w:t>v -0.097272 0.890393 -0.040188</w:t>
        <w:br/>
        <w:t>v -0.008489 0.889112 0.024028</w:t>
        <w:br/>
        <w:t>v -0.034549 0.922148 -0.050210</w:t>
        <w:br/>
        <w:t>v -0.064090 0.928689 -0.058553</w:t>
        <w:br/>
        <w:t>v -0.017170 0.903459 -0.024856</w:t>
        <w:br/>
        <w:t>v -0.037204 0.906399 -0.040178</w:t>
        <w:br/>
        <w:t>v -0.096902 0.937606 -0.052913</w:t>
        <w:br/>
        <w:t>v -0.122961 0.947371 -0.033513</w:t>
        <w:br/>
        <w:t>v -0.005100 1.036391 -0.031212</w:t>
        <w:br/>
        <w:t>v -0.000000 0.966431 -0.035774</w:t>
        <w:br/>
        <w:t>v -0.000000 0.979262 -0.038771</w:t>
        <w:br/>
        <w:t>v -0.056143 0.988509 -0.062539</w:t>
        <w:br/>
        <w:t>v -0.085082 0.997446 -0.051812</w:t>
        <w:br/>
        <w:t>v -0.141585 0.901957 -0.008528</w:t>
        <w:br/>
        <w:t>v -0.149530 0.931741 0.017431</w:t>
        <w:br/>
        <w:t>v -0.151043 0.909028 0.016454</w:t>
        <w:br/>
        <w:t>v -0.124278 0.894531 -0.030220</w:t>
        <w:br/>
        <w:t>v -0.043276 0.889820 0.104076</w:t>
        <w:br/>
        <w:t>v -0.073121 0.895700 0.115548</w:t>
        <w:br/>
        <w:t>v -0.071721 0.918634 0.115977</w:t>
        <w:br/>
        <w:t>v -0.113771 0.928085 0.106704</w:t>
        <w:br/>
        <w:t>v -0.116310 0.903014 0.105532</w:t>
        <w:br/>
        <w:t>v -0.145147 0.909210 0.071029</w:t>
        <w:br/>
        <w:t>v -0.151778 0.911107 0.041620</w:t>
        <w:br/>
        <w:t>v -0.148900 0.933858 0.043510</w:t>
        <w:br/>
        <w:t>v -0.142312 0.933304 0.073172</w:t>
        <w:br/>
        <w:t>v -0.008489 0.889112 0.024028</w:t>
        <w:br/>
        <w:t>v -0.008065 0.886607 0.059507</w:t>
        <w:br/>
        <w:t>v -0.020546 0.886303 0.085039</w:t>
        <w:br/>
        <w:t>v 0.000000 1.032981 -0.030034</w:t>
        <w:br/>
        <w:t>v -0.000000 1.017653 -0.035907</w:t>
        <w:br/>
        <w:t>v -0.000000 0.918722 0.001539</w:t>
        <w:br/>
        <w:t>v -0.000000 0.935821 -0.022398</w:t>
        <w:br/>
        <w:t>v -0.000000 0.949530 -0.030189</w:t>
        <w:br/>
        <w:t>v -0.000000 0.925483 -0.010151</w:t>
        <w:br/>
        <w:t>v -0.000000 1.026242 0.133660</w:t>
        <w:br/>
        <w:t>v -0.005378 1.040091 0.134346</w:t>
        <w:br/>
        <w:t>v -0.000000 1.040313 0.131144</w:t>
        <w:br/>
        <w:t>v -0.122957 0.698403 0.053620</w:t>
        <w:br/>
        <w:t>v -0.106832 0.698409 0.079053</w:t>
        <w:br/>
        <w:t>v -0.025111 0.698416 0.048471</w:t>
        <w:br/>
        <w:t>v -0.019228 0.698413 0.021062</w:t>
        <w:br/>
        <w:t>v -0.107742 0.698387 -0.022874</w:t>
        <w:br/>
        <w:t>v -0.122310 0.698393 -0.004473</w:t>
        <w:br/>
        <w:t>v -0.127391 0.698399 0.023731</w:t>
        <w:br/>
        <w:t>v -0.017304 0.746896 0.006621</w:t>
        <w:br/>
        <w:t>v -0.015485 0.746896 0.030472</w:t>
        <w:br/>
        <w:t>v -0.014136 0.764367 0.034031</w:t>
        <w:br/>
        <w:t>v -0.016101 0.763342 0.008048</w:t>
        <w:br/>
        <w:t>v -0.137863 0.761972 0.025845</w:t>
        <w:br/>
        <w:t>v -0.135380 0.746896 0.025240</w:t>
        <w:br/>
        <w:t>v -0.129682 0.746896 -0.004355</w:t>
        <w:br/>
        <w:t>v -0.131732 0.760387 -0.004204</w:t>
        <w:br/>
        <w:t>v -0.055731 0.698384 -0.030656</w:t>
        <w:br/>
        <w:t>v -0.084565 0.698382 -0.032475</w:t>
        <w:br/>
        <w:t>v -0.034434 0.698394 -0.016217</w:t>
        <w:br/>
        <w:t>v -0.031735 0.746896 -0.015939</w:t>
        <w:br/>
        <w:t>v -0.017304 0.746896 0.006621</w:t>
        <w:br/>
        <w:t>v -0.016101 0.763342 0.008048</w:t>
        <w:br/>
        <w:t>v -0.030960 0.760818 -0.015734</w:t>
        <w:br/>
        <w:t>v -0.116925 0.799455 -0.025625</w:t>
        <w:br/>
        <w:t>v -0.121044 0.836594 -0.027268</w:t>
        <w:br/>
        <w:t>v -0.139874 0.840098 -0.007835</w:t>
        <w:br/>
        <w:t>v -0.136412 0.801416 -0.005874</w:t>
        <w:br/>
        <w:t>v -0.148997 0.842573 0.015579</w:t>
        <w:br/>
        <w:t>v -0.144016 0.803626 0.019173</w:t>
        <w:br/>
        <w:t>v -0.010064 0.802785 0.041906</w:t>
        <w:br/>
        <w:t>v -0.012350 0.801604 0.012366</w:t>
        <w:br/>
        <w:t>v -0.012350 0.801604 0.012366</w:t>
        <w:br/>
        <w:t>v -0.028077 0.800116 -0.014788</w:t>
        <w:br/>
        <w:t>v -0.145671 0.844328 0.066567</w:t>
        <w:br/>
        <w:t>v -0.141052 0.807453 0.063178</w:t>
        <w:br/>
        <w:t>v -0.145014 0.804880 0.034531</w:t>
        <w:br/>
        <w:t>v -0.149812 0.843459 0.038063</w:t>
        <w:br/>
        <w:t>v -0.117016 0.807875 0.095843</w:t>
        <w:br/>
        <w:t>v -0.118030 0.843258 0.100199</w:t>
        <w:br/>
        <w:t>v -0.022989 0.803094 0.069285</w:t>
        <w:br/>
        <w:t>v -0.023790 0.764799 0.061636</w:t>
        <w:br/>
        <w:t>v -0.117744 0.871191 0.103204</w:t>
        <w:br/>
        <w:t>v -0.074322 0.865947 0.112745</w:t>
        <w:br/>
        <w:t>v -0.075642 0.839204 0.109339</w:t>
        <w:br/>
        <w:t>v -0.043646 0.765059 0.083823</w:t>
        <w:br/>
        <w:t>v -0.044897 0.804076 0.090749</w:t>
        <w:br/>
        <w:t>v -0.024146 0.746897 0.057959</w:t>
        <w:br/>
        <w:t>v -0.043585 0.746897 0.080685</w:t>
        <w:br/>
        <w:t>v -0.075353 0.746897 0.094376</w:t>
        <w:br/>
        <w:t>v -0.075791 0.765437 0.097625</w:t>
        <w:br/>
        <w:t>v -0.112062 0.746896 0.087186</w:t>
        <w:br/>
        <w:t>v -0.113934 0.764247 0.090254</w:t>
        <w:br/>
        <w:t>v -0.152137 0.878226 0.039782</w:t>
        <w:br/>
        <w:t>v -0.147079 0.876748 0.068525</w:t>
        <w:br/>
        <w:t>v -0.151077 0.876423 0.015519</w:t>
        <w:br/>
        <w:t>v -0.091505 0.834078 -0.038371</w:t>
        <w:br/>
        <w:t>v -0.088593 0.798703 -0.037139</w:t>
        <w:br/>
        <w:t>v -0.055892 0.799148 -0.030964</w:t>
        <w:br/>
        <w:t>v -0.056127 0.832641 -0.030603</w:t>
        <w:br/>
        <w:t>v -0.055569 0.759055 -0.031307</w:t>
        <w:br/>
        <w:t>v -0.141372 0.871084 -0.008851</w:t>
        <w:br/>
        <w:t>v -0.123348 0.863114 -0.028442</w:t>
        <w:br/>
        <w:t>v -0.086767 0.758563 -0.035736</w:t>
        <w:br/>
        <w:t>v -0.044989 0.836796 0.096582</w:t>
        <w:br/>
        <w:t>v -0.076132 0.806319 0.104355</w:t>
        <w:br/>
        <w:t>v -0.021462 0.834490 0.076278</w:t>
        <w:br/>
        <w:t>v -0.020530 0.859500 0.080803</w:t>
        <w:br/>
        <w:t>v -0.006894 0.858274 0.053640</w:t>
        <w:br/>
        <w:t>v -0.007471 0.833291 0.048977</w:t>
        <w:br/>
        <w:t>v -0.044478 0.862513 0.100759</w:t>
        <w:br/>
        <w:t>v -0.008224 0.856501 0.019884</w:t>
        <w:br/>
        <w:t>v -0.009616 0.832442 0.016919</w:t>
        <w:br/>
        <w:t>v -0.008224 0.856501 0.019884</w:t>
        <w:br/>
        <w:t>v -0.026812 0.856142 -0.011560</w:t>
        <w:br/>
        <w:t>v -0.027038 0.832031 -0.013662</w:t>
        <w:br/>
        <w:t>v -0.009616 0.832442 0.016919</w:t>
        <w:br/>
        <w:t>v -0.056776 0.856414 -0.031536</w:t>
        <w:br/>
        <w:t>v -0.093291 0.858170 -0.039155</w:t>
        <w:br/>
        <w:t>v -0.113193 0.759062 -0.024658</w:t>
        <w:br/>
        <w:t>v -0.134357 0.762869 0.058928</w:t>
        <w:br/>
        <w:t>v -0.151043 0.909028 0.016454</w:t>
        <w:br/>
        <w:t>v -0.141585 0.901957 -0.008528</w:t>
        <w:br/>
        <w:t>v -0.151778 0.911107 0.041620</w:t>
        <w:br/>
        <w:t>v -0.097272 0.890393 -0.040188</w:t>
        <w:br/>
        <w:t>v -0.124278 0.894531 -0.030220</w:t>
        <w:br/>
        <w:t>v -0.116310 0.903014 0.105532</w:t>
        <w:br/>
        <w:t>v -0.073121 0.895700 0.115548</w:t>
        <w:br/>
        <w:t>v -0.043276 0.889820 0.104076</w:t>
        <w:br/>
        <w:t>v -0.020546 0.886303 0.085039</w:t>
        <w:br/>
        <w:t>v -0.008065 0.886607 0.059507</w:t>
        <w:br/>
        <w:t>v -0.008489 0.889112 0.024028</w:t>
        <w:br/>
        <w:t>v -0.008489 0.889112 0.024028</w:t>
        <w:br/>
        <w:t>v -0.028709 0.886750 -0.010929</w:t>
        <w:br/>
        <w:t>v -0.059112 0.887292 -0.034751</w:t>
        <w:br/>
        <w:t>v -0.145147 0.909210 0.071029</w:t>
        <w:br/>
        <w:t>v -0.131533 0.746896 0.057502</w:t>
        <w:br/>
        <w:t>v -0.112101 0.746895 -0.024383</w:t>
        <w:br/>
        <w:t>v -0.020849 0.698407 0.002872</w:t>
        <w:br/>
        <w:t>v -0.020849 0.698407 0.002872</w:t>
        <w:br/>
        <w:t>v -0.086340 0.746895 -0.035184</w:t>
        <w:br/>
        <w:t>v -0.043421 0.698414 0.072764</w:t>
        <w:br/>
        <w:t>v -0.074207 0.698411 0.086323</w:t>
        <w:br/>
        <w:t>v -0.055601 0.746895 -0.031260</w:t>
        <w:br/>
        <w:t>v 0.101824 0.660500 0.073607</w:t>
        <w:br/>
        <w:t>v 0.104696 0.677087 0.076556</w:t>
        <w:br/>
        <w:t>v 0.119736 0.677003 0.052495</w:t>
        <w:br/>
        <w:t>v 0.115871 0.660496 0.050730</w:t>
        <w:br/>
        <w:t>v 0.105071 0.660380 -0.019849</w:t>
        <w:br/>
        <w:t>v 0.116269 0.660420 -0.005015</w:t>
        <w:br/>
        <w:t>v 0.119513 0.676937 -0.004900</w:t>
        <w:br/>
        <w:t>v 0.106499 0.676867 -0.022105</w:t>
        <w:br/>
        <w:t>v 0.125448 0.676983 0.023301</w:t>
        <w:br/>
        <w:t>v 0.122496 0.660443 0.022869</w:t>
        <w:br/>
        <w:t>v 0.012696 0.770125 0.009136</w:t>
        <w:br/>
        <w:t>v 0.011105 0.784144 0.010832</w:t>
        <w:br/>
        <w:t>v 0.008910 0.784722 0.039112</w:t>
        <w:br/>
        <w:t>v 0.010807 0.770116 0.036102</w:t>
        <w:br/>
        <w:t>v 0.135327 0.783320 -0.005135</w:t>
        <w:br/>
        <w:t>v 0.134254 0.770116 -0.004907</w:t>
        <w:br/>
        <w:t>v 0.140870 0.770114 0.028532</w:t>
        <w:br/>
        <w:t>v 0.142288 0.784315 0.022931</w:t>
        <w:br/>
        <w:t>v 0.034903 0.676920 -0.016601</w:t>
        <w:br/>
        <w:t>v 0.020651 0.677095 0.001773</w:t>
        <w:br/>
        <w:t>v 0.021117 0.660512 0.002312</w:t>
        <w:br/>
        <w:t>v 0.035255 0.660411 -0.015875</w:t>
        <w:br/>
        <w:t>v 0.083972 0.676798 -0.032396</w:t>
        <w:br/>
        <w:t>v 0.083243 0.660341 -0.030928</w:t>
        <w:br/>
        <w:t>v 0.137021 0.801399 -0.005613</w:t>
        <w:br/>
        <w:t>v 0.139875 0.840098 -0.007176</w:t>
        <w:br/>
        <w:t>v 0.121044 0.836594 -0.026499</w:t>
        <w:br/>
        <w:t>v 0.117318 0.799417 -0.025474</w:t>
        <w:br/>
        <w:t>v 0.144710 0.803634 0.019849</w:t>
        <w:br/>
        <w:t>v 0.148997 0.842573 0.016373</w:t>
        <w:br/>
        <w:t>v 0.008006 0.802783 0.042815</w:t>
        <w:br/>
        <w:t>v 0.010772 0.801589 0.012986</w:t>
        <w:br/>
        <w:t>v 0.028401 0.783092 -0.015232</w:t>
        <w:br/>
        <w:t>v 0.011105 0.784144 0.010832</w:t>
        <w:br/>
        <w:t>v 0.012696 0.770125 0.009136</w:t>
        <w:br/>
        <w:t>v 0.029036 0.770126 -0.015883</w:t>
        <w:br/>
        <w:t>v 0.149813 0.843458 0.038778</w:t>
        <w:br/>
        <w:t>v 0.145718 0.804902 0.035296</w:t>
        <w:br/>
        <w:t>v 0.141712 0.807504 0.064366</w:t>
        <w:br/>
        <w:t>v 0.145672 0.844328 0.067387</w:t>
        <w:br/>
        <w:t>v 0.117410 0.807930 0.097409</w:t>
        <w:br/>
        <w:t>v 0.118030 0.843258 0.101040</w:t>
        <w:br/>
        <w:t>v 0.022273 0.770118 0.064077</w:t>
        <w:br/>
        <w:t>v 0.022302 0.784917 0.066847</w:t>
        <w:br/>
        <w:t>v 0.117744 0.871190 0.104022</w:t>
        <w:br/>
        <w:t>v 0.075642 0.839204 0.110169</w:t>
        <w:br/>
        <w:t>v 0.074322 0.865947 0.113557</w:t>
        <w:br/>
        <w:t>v 0.022343 0.803096 0.070265</w:t>
        <w:br/>
        <w:t>v 0.044493 0.804088 0.092077</w:t>
        <w:br/>
        <w:t>v 0.043619 0.785242 0.089124</w:t>
        <w:br/>
        <w:t>v 0.024107 0.677197 0.044994</w:t>
        <w:br/>
        <w:t>v 0.042766 0.677154 0.070336</w:t>
        <w:br/>
        <w:t>v 0.042430 0.660540 0.067866</w:t>
        <w:br/>
        <w:t>v 0.023972 0.660567 0.041843</w:t>
        <w:br/>
        <w:t>v 0.075876 0.785929 0.103157</w:t>
        <w:br/>
        <w:t>v 0.075739 0.770121 0.100976</w:t>
        <w:br/>
        <w:t>v 0.043051 0.770121 0.086834</w:t>
        <w:br/>
        <w:t>v 0.073438 0.677033 0.084367</w:t>
        <w:br/>
        <w:t>v 0.072327 0.660468 0.082095</w:t>
        <w:br/>
        <w:t>v 0.152138 0.878225 0.040471</w:t>
        <w:br/>
        <w:t>v 0.147080 0.876748 0.069317</w:t>
        <w:br/>
        <w:t>v 0.018895 0.677166 0.017317</w:t>
        <w:br/>
        <w:t>v 0.019472 0.660552 0.014708</w:t>
        <w:br/>
        <w:t>v 0.151077 0.876423 0.016285</w:t>
        <w:br/>
        <w:t>v 0.056128 0.832641 -0.029768</w:t>
        <w:br/>
        <w:t>v 0.055611 0.799107 -0.030814</w:t>
        <w:br/>
        <w:t>v 0.088673 0.798655 -0.037203</w:t>
        <w:br/>
        <w:t>v 0.091506 0.834077 -0.037688</w:t>
        <w:br/>
        <w:t>v 0.027488 0.800084 -0.014483</w:t>
        <w:br/>
        <w:t>v 0.055315 0.782377 -0.031394</w:t>
        <w:br/>
        <w:t>v 0.141373 0.871084 -0.008211</w:t>
        <w:br/>
        <w:t>v 0.123348 0.863113 -0.027687</w:t>
        <w:br/>
        <w:t>v 0.087970 0.782131 -0.037080</w:t>
        <w:br/>
        <w:t>v 0.055903 0.660355 -0.030382</w:t>
        <w:br/>
        <w:t>v 0.055587 0.676820 -0.030797</w:t>
        <w:br/>
        <w:t>v 0.044990 0.836796 0.097240</w:t>
        <w:br/>
        <w:t>v 0.076074 0.806356 0.106004</w:t>
        <w:br/>
        <w:t>v 0.021463 0.834489 0.076824</w:t>
        <w:br/>
        <w:t>v 0.007472 0.833291 0.049755</w:t>
        <w:br/>
        <w:t>v 0.006894 0.858273 0.054411</w:t>
        <w:br/>
        <w:t>v 0.020530 0.859500 0.081345</w:t>
        <w:br/>
        <w:t>v 0.044478 0.862513 0.101409</w:t>
        <w:br/>
        <w:t>v 0.009617 0.832441 0.017740</w:t>
        <w:br/>
        <w:t>v 0.008224 0.856501 0.020699</w:t>
        <w:br/>
        <w:t>v 0.009617 0.832441 0.017740</w:t>
        <w:br/>
        <w:t>v 0.027038 0.832031 -0.012851</w:t>
        <w:br/>
        <w:t>v 0.026812 0.856142 -0.010755</w:t>
        <w:br/>
        <w:t>v 0.008224 0.856501 0.020699</w:t>
        <w:br/>
        <w:t>v 0.056776 0.856414 -0.030708</w:t>
        <w:br/>
        <w:t>v 0.010772 0.801589 0.012986</w:t>
        <w:br/>
        <w:t>v 0.093292 0.858170 -0.038480</w:t>
        <w:br/>
        <w:t>v 0.115977 0.782459 -0.025458</w:t>
        <w:br/>
        <w:t>v 0.142786 0.784644 0.031141</w:t>
        <w:br/>
        <w:t>v 0.138853 0.785553 0.062482</w:t>
        <w:br/>
        <w:t>v 0.115211 0.770113 0.093260</w:t>
        <w:br/>
        <w:t>v 0.116139 0.786025 0.095052</w:t>
        <w:br/>
        <w:t>v 0.136916 0.770113 0.061243</w:t>
        <w:br/>
        <w:t>v 0.115183 0.770120 -0.025581</w:t>
        <w:br/>
        <w:t>v 0.087561 0.770121 -0.037161</w:t>
        <w:br/>
        <w:t>v 0.019720 0.691418 0.019825</w:t>
        <w:br/>
        <w:t>v 0.020651 0.677095 0.001773</w:t>
        <w:br/>
        <w:t>v 0.021329 0.691408 0.002242</w:t>
        <w:br/>
        <w:t>v 0.074057 0.691407 0.085804</w:t>
        <w:br/>
        <w:t>v 0.043146 0.691416 0.072151</w:t>
        <w:br/>
        <w:t>v 0.121803 0.698396 0.053071</w:t>
        <w:br/>
        <w:t>v 0.121881 0.691411 0.053417</w:t>
        <w:br/>
        <w:t>v 0.106383 0.691418 0.078464</w:t>
        <w:br/>
        <w:t>v 0.106247 0.698397 0.078042</w:t>
        <w:br/>
        <w:t>v 0.120407 0.698398 -0.003501</w:t>
        <w:br/>
        <w:t>v 0.106369 0.698400 -0.020607</w:t>
        <w:br/>
        <w:t>v 0.107436 0.691395 -0.022971</w:t>
        <w:br/>
        <w:t>v 0.121410 0.691405 -0.004638</w:t>
        <w:br/>
        <w:t>v 0.126151 0.698397 0.023744</w:t>
        <w:br/>
        <w:t>v 0.126436 0.691409 0.023611</w:t>
        <w:br/>
        <w:t>v 0.014868 0.754105 0.032622</w:t>
        <w:br/>
        <w:t>v 0.016595 0.754093 0.007936</w:t>
        <w:br/>
        <w:t>v 0.130877 0.754132 -0.003865</w:t>
        <w:br/>
        <w:t>v 0.136744 0.754134 0.026404</w:t>
        <w:br/>
        <w:t>v 0.022285 0.698405 0.003291</w:t>
        <w:br/>
        <w:t>v 0.021329 0.691408 0.002242</w:t>
        <w:br/>
        <w:t>v 0.034483 0.691394 -0.016530</w:t>
        <w:br/>
        <w:t>v 0.035185 0.698405 -0.015455</w:t>
        <w:br/>
        <w:t>v 0.084384 0.698402 -0.031414</w:t>
        <w:br/>
        <w:t>v 0.084432 0.691388 -0.033137</w:t>
        <w:br/>
        <w:t>v 0.044012 0.698403 0.071861</w:t>
        <w:br/>
        <w:t>v 0.024838 0.691422 0.047438</w:t>
        <w:br/>
        <w:t>v 0.026046 0.698401 0.048039</w:t>
        <w:br/>
        <w:t>v 0.075538 0.754109 0.096571</w:t>
        <w:br/>
        <w:t>v 0.043585 0.754101 0.082675</w:t>
        <w:br/>
        <w:t>v 0.020693 0.698402 0.021155</w:t>
        <w:br/>
        <w:t>v 0.055610 0.691387 -0.030965</w:t>
        <w:br/>
        <w:t>v 0.056534 0.698405 -0.028625</w:t>
        <w:br/>
        <w:t>v 0.132932 0.754137 0.059016</w:t>
        <w:br/>
        <w:t>v 0.112935 0.754134 0.089340</w:t>
        <w:br/>
        <w:t>v 0.111005 0.746950 0.086134</w:t>
        <w:br/>
        <w:t>v 0.129772 0.746957 0.057387</w:t>
        <w:br/>
        <w:t>v 0.112862 0.754119 -0.024000</w:t>
        <w:br/>
        <w:t>v 0.127998 0.746948 -0.002893</w:t>
        <w:br/>
        <w:t>v 0.110980 0.746920 -0.022165</w:t>
        <w:br/>
        <w:t>v 0.133511 0.746950 0.025894</w:t>
        <w:br/>
        <w:t>v 0.016595 0.754093 0.007936</w:t>
        <w:br/>
        <w:t>v 0.031195 0.754098 -0.015215</w:t>
        <w:br/>
        <w:t>v 0.020006 0.746873 0.008804</w:t>
        <w:br/>
        <w:t>v 0.033097 0.746883 -0.013937</w:t>
        <w:br/>
        <w:t>v 0.086664 0.754115 -0.035067</w:t>
        <w:br/>
        <w:t>v 0.086043 0.746915 -0.032709</w:t>
        <w:br/>
        <w:t>v 0.023882 0.754102 0.060009</w:t>
        <w:br/>
        <w:t>v 0.025776 0.746890 0.057448</w:t>
        <w:br/>
        <w:t>v 0.044634 0.746888 0.079600</w:t>
        <w:br/>
        <w:t>v 0.075461 0.746902 0.093055</w:t>
        <w:br/>
        <w:t>v 0.017917 0.746896 0.030648</w:t>
        <w:br/>
        <w:t>v 0.055110 0.770126 -0.031971</w:t>
        <w:br/>
        <w:t>v 0.055560 0.754094 -0.030677</w:t>
        <w:br/>
        <w:t>v 0.056241 0.746875 -0.028759</w:t>
        <w:br/>
        <w:t>v 0.020006 0.746873 0.008804</w:t>
        <w:br/>
        <w:t>v 0.074212 0.698402 0.085171</w:t>
        <w:br/>
        <w:t>v 0.022285 0.698405 0.003291</w:t>
        <w:br/>
        <w:t>v 0.021117 0.660512 0.002312</w:t>
        <w:br/>
        <w:t>v 0.141584 0.901957 -0.007928</w:t>
        <w:br/>
        <w:t>v 0.151043 0.909028 0.017162</w:t>
        <w:br/>
        <w:t>v 0.151778 0.911107 0.042256</w:t>
        <w:br/>
        <w:t>v 0.124279 0.894531 -0.029507</w:t>
        <w:br/>
        <w:t>v 0.097272 0.890393 -0.039546</w:t>
        <w:br/>
        <w:t>v 0.116310 0.903014 0.106297</w:t>
        <w:br/>
        <w:t>v 0.073121 0.895700 0.116317</w:t>
        <w:br/>
        <w:t>v 0.043275 0.889820 0.104700</w:t>
        <w:br/>
        <w:t>v 0.020546 0.886302 0.085562</w:t>
        <w:br/>
        <w:t>v 0.008065 0.886607 0.060249</w:t>
        <w:br/>
        <w:t>v 0.008489 0.889112 0.024809</w:t>
        <w:br/>
        <w:t>v 0.008489 0.889112 0.024809</w:t>
        <w:br/>
        <w:t>v 0.028710 0.886749 -0.010155</w:t>
        <w:br/>
        <w:t>v 0.059113 0.887292 -0.033960</w:t>
        <w:br/>
        <w:t>v 0.145146 0.909210 0.071762</w:t>
        <w:br/>
        <w:t>v 0.078734 0.540882 -0.029147</w:t>
        <w:br/>
        <w:t>v 0.080080 0.574347 -0.024424</w:t>
        <w:br/>
        <w:t>v 0.056930 0.574335 -0.025439</w:t>
        <w:br/>
        <w:t>v 0.057740 0.540338 -0.029268</w:t>
        <w:br/>
        <w:t>v 0.096728 0.540531 -0.014350</w:t>
        <w:br/>
        <w:t>v 0.099580 0.572318 -0.006810</w:t>
        <w:br/>
        <w:t>v 0.081228 0.599132 -0.023920</w:t>
        <w:br/>
        <w:t>v 0.056516 0.599769 -0.025262</w:t>
        <w:br/>
        <w:t>v 0.082546 0.525690 0.054047</w:t>
        <w:br/>
        <w:t>v 0.061599 0.522324 0.060762</w:t>
        <w:br/>
        <w:t>v 0.060809 0.535007 0.065138</w:t>
        <w:br/>
        <w:t>v 0.081961 0.537509 0.057932</w:t>
        <w:br/>
        <w:t>v 0.037030 0.524346 0.048388</w:t>
        <w:br/>
        <w:t>v 0.035779 0.536598 0.052048</w:t>
        <w:br/>
        <w:t>v 0.063250 0.574435 0.072570</w:t>
        <w:br/>
        <w:t>v 0.066163 0.597922 0.074471</w:t>
        <w:br/>
        <w:t>v 0.090853 0.599117 0.066137</w:t>
        <w:br/>
        <w:t>v 0.086418 0.576414 0.064365</w:t>
        <w:br/>
        <w:t>v 0.023901 0.534447 -0.000680</w:t>
        <w:br/>
        <w:t>v 0.021243 0.541552 0.025419</w:t>
        <w:br/>
        <w:t>v 0.022548 0.529442 0.023594</w:t>
        <w:br/>
        <w:t>v 0.036655 0.573140 -0.016616</w:t>
        <w:br/>
        <w:t>v 0.035743 0.601785 -0.013968</w:t>
        <w:br/>
        <w:t>v 0.023578 0.603746 0.007383</w:t>
        <w:br/>
        <w:t>v 0.022702 0.569058 0.003274</w:t>
        <w:br/>
        <w:t>v 0.110168 0.600557 0.021998</w:t>
        <w:br/>
        <w:t>v 0.104886 0.567703 0.020657</w:t>
        <w:br/>
        <w:t>v 0.099105 0.580282 0.045335</w:t>
        <w:br/>
        <w:t>v 0.103504 0.600836 0.046204</w:t>
        <w:br/>
        <w:t>v 0.094618 0.520863 0.033246</w:t>
        <w:br/>
        <w:t>v 0.083533 0.515557 0.050202</w:t>
        <w:br/>
        <w:t>v 0.094016 0.530522 0.036167</w:t>
        <w:br/>
        <w:t>v 0.029179 0.478696 -0.014275</w:t>
        <w:br/>
        <w:t>v 0.029522 0.474213 0.009180</w:t>
        <w:br/>
        <w:t>v 0.028446 0.434274 0.002015</w:t>
        <w:br/>
        <w:t>v 0.028067 0.437602 -0.023529</w:t>
        <w:br/>
        <w:t>v 0.113285 0.435374 -0.012920</w:t>
        <w:br/>
        <w:t>v 0.109079 0.478317 -0.004052</w:t>
        <w:br/>
        <w:t>v 0.105815 0.482292 -0.033235</w:t>
        <w:br/>
        <w:t>v 0.109437 0.439053 -0.043715</w:t>
        <w:br/>
        <w:t>v 0.044867 0.430070 0.028229</w:t>
        <w:br/>
        <w:t>v 0.068247 0.429048 0.039436</w:t>
        <w:br/>
        <w:t>v 0.066111 0.389144 0.033080</w:t>
        <w:br/>
        <w:t>v 0.042561 0.391063 0.021480</w:t>
        <w:br/>
        <w:t>v 0.061083 0.482632 -0.050656</w:t>
        <w:br/>
        <w:t>v 0.039994 0.482551 -0.037163</w:t>
        <w:br/>
        <w:t>v 0.039211 0.440649 -0.049963</w:t>
        <w:br/>
        <w:t>v 0.061528 0.441306 -0.062033</w:t>
        <w:br/>
        <w:t>v 0.059662 0.396840 -0.063851</w:t>
        <w:br/>
        <w:t>v 0.086507 0.395992 -0.063789</w:t>
        <w:br/>
        <w:t>v 0.088481 0.441125 -0.061746</w:t>
        <w:br/>
        <w:t>v 0.062677 0.512069 0.056848</w:t>
        <w:br/>
        <w:t>v 0.090360 0.429985 0.033331</w:t>
        <w:br/>
        <w:t>v 0.088529 0.389396 0.027340</w:t>
        <w:br/>
        <w:t>v 0.025140 0.395084 -0.027665</w:t>
        <w:br/>
        <w:t>v 0.026331 0.393981 -0.002336</w:t>
        <w:br/>
        <w:t>v 0.106345 0.393798 -0.047888</w:t>
        <w:br/>
        <w:t>v 0.112278 0.391209 -0.017924</w:t>
        <w:br/>
        <w:t>v 0.094334 0.539859 0.038776</w:t>
        <w:br/>
        <w:t>v 0.088172 0.471535 0.039601</w:t>
        <w:br/>
        <w:t>v 0.102098 0.474429 0.020469</w:t>
        <w:br/>
        <w:t>v 0.105828 0.432214 0.014782</w:t>
        <w:br/>
        <w:t>v 0.026835 0.504163 0.018786</w:t>
        <w:br/>
        <w:t>v 0.026729 0.509176 -0.005353</w:t>
        <w:br/>
        <w:t>v 0.081613 0.514673 -0.038915</w:t>
        <w:br/>
        <w:t>v 0.086124 0.482938 -0.050228</w:t>
        <w:br/>
        <w:t>v 0.098925 0.513658 -0.023199</w:t>
        <w:br/>
        <w:t>v 0.067736 0.470083 0.045091</w:t>
        <w:br/>
        <w:t>v 0.045538 0.470507 0.034446</w:t>
        <w:br/>
        <w:t>v 0.042014 0.498752 0.040222</w:t>
        <w:br/>
        <w:t>v 0.065279 0.497670 0.050911</w:t>
        <w:br/>
        <w:t>v 0.037163 0.397836 -0.052047</w:t>
        <w:br/>
        <w:t>v 0.059389 0.514455 -0.038553</w:t>
        <w:br/>
        <w:t>v 0.037435 0.538762 -0.018462</w:t>
        <w:br/>
        <w:t>v 0.085624 0.500600 0.044462</w:t>
        <w:br/>
        <w:t>v 0.096939 0.505420 0.028264</w:t>
        <w:br/>
        <w:t>v 0.023901 0.534447 -0.000680</w:t>
        <w:br/>
        <w:t>v 0.026729 0.509176 -0.005353</w:t>
        <w:br/>
        <w:t>v 0.038873 0.512868 -0.025579</w:t>
        <w:br/>
        <w:t>v 0.039126 0.513924 0.044755</w:t>
        <w:br/>
        <w:t>v 0.102430 0.537368 0.013507</w:t>
        <w:br/>
        <w:t>v 0.104008 0.510544 0.005344</w:t>
        <w:br/>
        <w:t>v 0.029179 0.478696 -0.014275</w:t>
        <w:br/>
        <w:t>v 0.040050 0.601260 0.061293</w:t>
        <w:br/>
        <w:t>v 0.036454 0.576509 0.058642</w:t>
        <w:br/>
        <w:t>v 0.023969 0.519924 0.021932</w:t>
        <w:br/>
        <w:t>v 0.021801 0.582056 0.031560</w:t>
        <w:br/>
        <w:t>v 0.023571 0.603697 0.033606</w:t>
        <w:br/>
        <w:t>v 0.104771 0.390246 0.009732</w:t>
        <w:br/>
        <w:t>v 0.028067 0.437602 -0.023529</w:t>
        <w:br/>
        <w:t>v 0.025140 0.395084 -0.027665</w:t>
        <w:br/>
        <w:t>v 0.022702 0.569058 0.003274</w:t>
        <w:br/>
        <w:t>v 0.023578 0.603746 0.007383</w:t>
        <w:br/>
        <w:t>v 0.102821 0.599570 -0.007709</w:t>
        <w:br/>
        <w:t>v 0.060740 0.552354 0.069485</w:t>
        <w:br/>
        <w:t>v 0.083348 0.554482 0.061842</w:t>
        <w:br/>
        <w:t>v 0.034060 0.554292 0.055829</w:t>
        <w:br/>
        <w:t>v 0.096074 0.560684 0.042767</w:t>
        <w:br/>
        <w:t>v 0.020912 0.561061 0.029487</w:t>
        <w:br/>
        <w:t>v 0.052555 0.207265 0.005919</w:t>
        <w:br/>
        <w:t>v 0.057619 0.277833 0.015639</w:t>
        <w:br/>
        <w:t>v 0.075092 0.276879 0.012475</w:t>
        <w:br/>
        <w:t>v 0.065900 0.206994 0.003861</w:t>
        <w:br/>
        <w:t>v 0.081331 0.344871 -0.059967</w:t>
        <w:br/>
        <w:t>v 0.099100 0.343447 -0.046501</w:t>
        <w:br/>
        <w:t>v 0.074944 0.279723 -0.055072</w:t>
        <w:br/>
        <w:t>v 0.068312 0.208437 -0.052832</w:t>
        <w:br/>
        <w:t>v 0.077716 0.207708 -0.041420</w:t>
        <w:br/>
        <w:t>v 0.086569 0.277971 -0.042967</w:t>
        <w:br/>
        <w:t>v 0.056049 0.281582 -0.056549</w:t>
        <w:br/>
        <w:t>v 0.054952 0.209181 -0.054742</w:t>
        <w:br/>
        <w:t>v 0.037594 0.349052 -0.051266</w:t>
        <w:br/>
        <w:t>v 0.058855 0.347019 -0.060110</w:t>
        <w:br/>
        <w:t>v 0.028458 0.281239 -0.012308</w:t>
        <w:br/>
        <w:t>v 0.039809 0.279534 0.006728</w:t>
        <w:br/>
        <w:t>v 0.038735 0.207914 -0.002855</w:t>
        <w:br/>
        <w:t>v 0.031721 0.208540 -0.018120</w:t>
        <w:br/>
        <w:t>v 0.083463 0.341237 0.020194</w:t>
        <w:br/>
        <w:t>v 0.062993 0.342406 0.025404</w:t>
        <w:br/>
        <w:t>v 0.024614 0.347248 -0.030330</w:t>
        <w:br/>
        <w:t>v 0.027412 0.282076 -0.030882</w:t>
        <w:br/>
        <w:t>v 0.024614 0.347248 -0.030330</w:t>
        <w:br/>
        <w:t>v 0.025808 0.345934 -0.007504</w:t>
        <w:br/>
        <w:t>v 0.040461 0.344028 0.015000</w:t>
        <w:br/>
        <w:t>v 0.037988 0.281994 -0.050539</w:t>
        <w:br/>
        <w:t>v 0.041556 0.209751 -0.051220</w:t>
        <w:br/>
        <w:t>v 0.081680 0.207138 -0.024079</w:t>
        <w:br/>
        <w:t>v 0.093642 0.276926 -0.021783</w:t>
        <w:br/>
        <w:t>v 0.105589 0.342695 -0.019900</w:t>
        <w:br/>
        <w:t>v 0.088558 0.276333 -0.000566</w:t>
        <w:br/>
        <w:t>v 0.077792 0.206691 -0.006294</w:t>
        <w:br/>
        <w:t>v 0.099000 0.341512 0.004904</w:t>
        <w:br/>
        <w:t>v 0.031932 0.208997 -0.034115</w:t>
        <w:br/>
        <w:t>v 0.027412 0.282076 -0.030882</w:t>
        <w:br/>
        <w:t>v 0.031932 0.208997 -0.034115</w:t>
        <w:br/>
        <w:t>v 0.110848 1.037917 0.084972</w:t>
        <w:br/>
        <w:t>v 0.102104 1.057855 0.086741</w:t>
        <w:br/>
        <w:t>v 0.109021 1.061848 0.063754</w:t>
        <w:br/>
        <w:t>v 0.116874 1.042333 0.059670</w:t>
        <w:br/>
        <w:t>v 0.087042 1.022014 0.112534</w:t>
        <w:br/>
        <w:t>v 0.079994 1.047271 0.113969</w:t>
        <w:br/>
        <w:t>v 0.048756 1.034668 -0.042300</w:t>
        <w:br/>
        <w:t>v 0.073345 1.043498 -0.028317</w:t>
        <w:br/>
        <w:t>v 0.066314 1.066652 -0.009706</w:t>
        <w:br/>
        <w:t>v 0.042964 1.056166 -0.024255</w:t>
        <w:br/>
        <w:t>v 0.094965 1.047037 -0.008423</w:t>
        <w:br/>
        <w:t>v 0.085514 1.067809 0.006766</w:t>
        <w:br/>
        <w:t>v 0.115424 1.045606 0.035686</w:t>
        <w:br/>
        <w:t>v 0.106017 1.064480 0.041344</w:t>
        <w:br/>
        <w:t>v 0.097624 1.065504 0.024010</w:t>
        <w:br/>
        <w:t>v 0.108301 1.046728 0.013047</w:t>
        <w:br/>
        <w:t>v 0.040769 1.067127 -0.015854</w:t>
        <w:br/>
        <w:t>v 0.017798 1.065386 -0.015021</w:t>
        <w:br/>
        <w:t>v 0.018989 1.051924 -0.024270</w:t>
        <w:br/>
        <w:t>v 0.060284 0.975430 0.115927</w:t>
        <w:br/>
        <w:t>v 0.064749 0.962387 0.116091</w:t>
        <w:br/>
        <w:t>v 0.035601 0.946835 0.107944</w:t>
        <w:br/>
        <w:t>v 0.005664 0.909644 0.036999</w:t>
        <w:br/>
        <w:t>v 0.010096 0.910647 0.036431</w:t>
        <w:br/>
        <w:t>v 0.004110 0.911875 0.019289</w:t>
        <w:br/>
        <w:t>v 0.013030 0.914662 0.068057</w:t>
        <w:br/>
        <w:t>v 0.006980 0.913280 0.068867</w:t>
        <w:br/>
        <w:t>v 0.010171 0.924053 0.093770</w:t>
        <w:br/>
        <w:t>v 0.019214 0.922615 0.088500</w:t>
        <w:br/>
        <w:t>v 0.017511 0.965063 0.118768</w:t>
        <w:br/>
        <w:t>v 0.022642 0.999998 0.129990</w:t>
        <w:br/>
        <w:t>v 0.048064 0.990867 0.125443</w:t>
        <w:br/>
        <w:t>v 0.028419 0.958500 0.114159</w:t>
        <w:br/>
        <w:t>v 0.020189 1.042868 -0.031503</w:t>
        <w:br/>
        <w:t>v 0.022837 1.026929 -0.042213</w:t>
        <w:br/>
        <w:t>v 0.023815 1.018547 -0.046312</w:t>
        <w:br/>
        <w:t>v 0.024101 1.040562 0.133638</w:t>
        <w:br/>
        <w:t>v 0.046618 1.041729 0.130001</w:t>
        <w:br/>
        <w:t>v 0.005664 0.909644 0.036999</w:t>
        <w:br/>
        <w:t>v 0.010090 0.905432 0.064496</w:t>
        <w:br/>
        <w:t>v 0.010096 0.910647 0.036431</w:t>
        <w:br/>
        <w:t>v 0.004110 0.911875 0.019289</w:t>
        <w:br/>
        <w:t>v 0.005862 0.906346 0.013218</w:t>
        <w:br/>
        <w:t>v 0.001685 0.913635 -0.003196</w:t>
        <w:br/>
        <w:t>v 0.095082 1.001771 0.110665</w:t>
        <w:br/>
        <w:t>v 0.102339 0.983951 0.108580</w:t>
        <w:br/>
        <w:t>v 0.002052 0.949565 -0.034835</w:t>
        <w:br/>
        <w:t>v 0.010421 0.952471 -0.046491</w:t>
        <w:br/>
        <w:t>v 0.009953 0.970033 -0.050017</w:t>
        <w:br/>
        <w:t>v 0.001887 0.966734 -0.039425</w:t>
        <w:br/>
        <w:t>v 0.001822 0.935116 -0.027786</w:t>
        <w:br/>
        <w:t>v 0.010751 0.936270 -0.041502</w:t>
        <w:br/>
        <w:t>v 0.014087 0.944500 0.109263</w:t>
        <w:br/>
        <w:t>v 0.124340 1.025973 0.030328</w:t>
        <w:br/>
        <w:t>v 0.125206 1.022525 0.054596</w:t>
        <w:br/>
        <w:t>v 0.141187 0.976238 0.043789</w:t>
        <w:br/>
        <w:t>v 0.145450 0.952610 0.045009</w:t>
        <w:br/>
        <w:t>v 0.138772 0.953066 0.074786</w:t>
        <w:br/>
        <w:t>v 0.133700 0.974529 0.076056</w:t>
        <w:br/>
        <w:t>v 0.093840 0.955699 -0.055378</w:t>
        <w:br/>
        <w:t>v 0.120883 0.962345 -0.033569</w:t>
        <w:br/>
        <w:t>v 0.117050 0.981803 -0.031985</w:t>
        <w:br/>
        <w:t>v 0.089968 0.975966 -0.055756</w:t>
        <w:br/>
        <w:t>v 0.133908 0.985813 -0.005301</w:t>
        <w:br/>
        <w:t>v 0.126734 1.005965 -0.001525</w:t>
        <w:br/>
        <w:t>v 0.110630 1.003802 -0.027429</w:t>
        <w:br/>
        <w:t>v 0.010424 0.905376 0.028978</w:t>
        <w:br/>
        <w:t>v 0.010096 0.910647 0.036431</w:t>
        <w:br/>
        <w:t>v 0.009470 0.900264 0.027265</w:t>
        <w:br/>
        <w:t>v 0.138828 0.987370 0.021036</w:t>
        <w:br/>
        <w:t>v 0.138701 0.966606 -0.006981</w:t>
        <w:br/>
        <w:t>v 0.143705 0.968826 0.019474</w:t>
        <w:br/>
        <w:t>v 0.061678 0.947907 -0.063457</w:t>
        <w:br/>
        <w:t>v 0.059149 0.967608 -0.065278</w:t>
        <w:br/>
        <w:t>v 0.133591 1.001844 0.049637</w:t>
        <w:br/>
        <w:t>v 0.127589 0.997487 0.078987</w:t>
        <w:br/>
        <w:t>v 0.119942 1.017808 0.081913</w:t>
        <w:br/>
        <w:t>v 0.117719 1.026876 0.004437</w:t>
        <w:br/>
        <w:t>v 0.111527 0.947098 0.107814</w:t>
        <w:br/>
        <w:t>v 0.107734 0.965234 0.107746</w:t>
        <w:br/>
        <w:t>v 0.070477 0.933300 0.116892</w:t>
        <w:br/>
        <w:t>v 0.068271 0.946905 0.116464</w:t>
        <w:br/>
        <w:t>v 0.059113 0.887292 -0.033960</w:t>
        <w:br/>
        <w:t>v 0.065055 0.901157 -0.038018</w:t>
        <w:br/>
        <w:t>v 0.040279 0.897274 -0.027705</w:t>
        <w:br/>
        <w:t>v 0.026393 0.998029 -0.054892</w:t>
        <w:br/>
        <w:t>v 0.052942 1.011398 -0.055180</w:t>
        <w:br/>
        <w:t>v 0.030053 0.958866 -0.059643</w:t>
        <w:br/>
        <w:t>v 0.032465 0.941011 -0.056462</w:t>
        <w:br/>
        <w:t>v 0.019610 0.898562 -0.012980</w:t>
        <w:br/>
        <w:t>v 0.017803 0.895945 0.007296</w:t>
        <w:br/>
        <w:t>v 0.026108 0.894832 -0.009504</w:t>
        <w:br/>
        <w:t>v 0.013030 0.914662 0.068057</w:t>
        <w:br/>
        <w:t>v 0.020408 0.911608 0.087768</w:t>
        <w:br/>
        <w:t>v 0.019214 0.922615 0.088500</w:t>
        <w:br/>
        <w:t>v 0.079658 1.019364 -0.043447</w:t>
        <w:br/>
        <w:t>v 0.103206 1.025210 -0.020344</w:t>
        <w:br/>
        <w:t>v 0.040851 0.921310 0.106597</w:t>
        <w:br/>
        <w:t>v 0.040358 0.930886 0.106528</w:t>
        <w:br/>
        <w:t>v 0.028418 0.978127 -0.059353</w:t>
        <w:br/>
        <w:t>v 0.028710 0.886749 -0.010155</w:t>
        <w:br/>
        <w:t>v 0.147072 0.948199 0.019021</w:t>
        <w:br/>
        <w:t>v 0.132774 1.005850 0.024485</w:t>
        <w:br/>
        <w:t>v 0.124853 0.924469 -0.029871</w:t>
        <w:br/>
        <w:t>v 0.124168 0.936152 -0.031513</w:t>
        <w:br/>
        <w:t>v 0.098188 0.922135 -0.046976</w:t>
        <w:br/>
        <w:t>v 0.099589 0.911352 -0.040645</w:t>
        <w:br/>
        <w:t>v 0.140457 0.952527 -0.007448</w:t>
        <w:br/>
        <w:t>v 0.065717 0.912352 -0.048701</w:t>
        <w:br/>
        <w:t>v 0.008531 1.005188 -0.045588</w:t>
        <w:br/>
        <w:t>v 0.009432 0.985993 -0.049167</w:t>
        <w:br/>
        <w:t>v 0.007368 1.021137 -0.039611</w:t>
        <w:br/>
        <w:t>v 0.001564 0.922562 -0.016262</w:t>
        <w:br/>
        <w:t>v 0.012739 0.919038 -0.033479</w:t>
        <w:br/>
        <w:t>v 0.007804 0.905410 -0.011416</w:t>
        <w:br/>
        <w:t>v 0.010868 0.900270 0.009762</w:t>
        <w:br/>
        <w:t>v 0.010424 0.905376 0.028978</w:t>
        <w:br/>
        <w:t>v 0.009470 0.900264 0.027265</w:t>
        <w:br/>
        <w:t>v -0.000000 0.995955 -0.040354</w:t>
        <w:br/>
        <w:t>v 0.001426 0.978901 -0.041707</w:t>
        <w:br/>
        <w:t>v 0.009217 0.897843 0.063362</w:t>
        <w:br/>
        <w:t>v 0.020535 0.902247 0.087308</w:t>
        <w:br/>
        <w:t>v 0.041991 0.909834 0.106200</w:t>
        <w:br/>
        <w:t>v 0.140743 0.938567 -0.008312</w:t>
        <w:br/>
        <w:t>v 0.140529 0.923968 -0.008778</w:t>
        <w:br/>
        <w:t>v 0.124467 0.913265 -0.029516</w:t>
        <w:br/>
        <w:t>v 0.097272 0.890393 -0.039546</w:t>
        <w:br/>
        <w:t>v 0.098783 0.898818 -0.039863</w:t>
        <w:br/>
        <w:t>v 0.008489 0.889112 0.024809</w:t>
        <w:br/>
        <w:t>v 0.034549 0.922148 -0.049578</w:t>
        <w:br/>
        <w:t>v 0.064089 0.928689 -0.057885</w:t>
        <w:br/>
        <w:t>v 0.017170 0.903459 -0.024140</w:t>
        <w:br/>
        <w:t>v 0.037204 0.906399 -0.039489</w:t>
        <w:br/>
        <w:t>v 0.096902 0.937606 -0.052374</w:t>
        <w:br/>
        <w:t>v 0.122962 0.947371 -0.032931</w:t>
        <w:br/>
        <w:t>v 0.005100 1.036391 -0.031191</w:t>
        <w:br/>
        <w:t>v -0.000000 0.966431 -0.035774</w:t>
        <w:br/>
        <w:t>v -0.000000 0.979262 -0.038771</w:t>
        <w:br/>
        <w:t>v 0.056143 0.988509 -0.062120</w:t>
        <w:br/>
        <w:t>v 0.085081 0.997446 -0.051481</w:t>
        <w:br/>
        <w:t>v 0.141584 0.901957 -0.007928</w:t>
        <w:br/>
        <w:t>v 0.151043 0.909028 0.017162</w:t>
        <w:br/>
        <w:t>v 0.149530 0.931741 0.018082</w:t>
        <w:br/>
        <w:t>v 0.124279 0.894531 -0.029507</w:t>
        <w:br/>
        <w:t>v 0.043275 0.889820 0.104700</w:t>
        <w:br/>
        <w:t>v 0.071721 0.918634 0.116694</w:t>
        <w:br/>
        <w:t>v 0.073121 0.895700 0.116317</w:t>
        <w:br/>
        <w:t>v 0.116310 0.903014 0.106297</w:t>
        <w:br/>
        <w:t>v 0.113771 0.928085 0.107405</w:t>
        <w:br/>
        <w:t>v 0.151778 0.911107 0.042256</w:t>
        <w:br/>
        <w:t>v 0.145146 0.909210 0.071762</w:t>
        <w:br/>
        <w:t>v 0.142312 0.933303 0.073842</w:t>
        <w:br/>
        <w:t>v 0.148900 0.933858 0.044094</w:t>
        <w:br/>
        <w:t>v 0.008065 0.886607 0.060249</w:t>
        <w:br/>
        <w:t>v 0.008489 0.889112 0.024809</w:t>
        <w:br/>
        <w:t>v 0.020546 0.886302 0.085562</w:t>
        <w:br/>
        <w:t>v -0.000000 1.017653 -0.035907</w:t>
        <w:br/>
        <w:t>v -0.000000 0.918722 0.001539</w:t>
        <w:br/>
        <w:t>v -0.000000 0.914288 0.018354</w:t>
        <w:br/>
        <w:t>v -0.000000 0.935821 -0.022398</w:t>
        <w:br/>
        <w:t>v -0.000000 0.949530 -0.030189</w:t>
        <w:br/>
        <w:t>v -0.000000 0.925483 -0.010151</w:t>
        <w:br/>
        <w:t>v 0.005378 1.040091 0.134346</w:t>
        <w:br/>
        <w:t>v -0.000000 1.040313 0.131144</w:t>
        <w:br/>
        <w:t>v 0.018949 0.712593 0.023973</w:t>
        <w:br/>
        <w:t>v 0.020339 0.709101 0.023331</w:t>
        <w:br/>
        <w:t>v 0.021958 0.709101 0.004279</w:t>
        <w:br/>
        <w:t>v 0.020605 0.712590 0.004289</w:t>
        <w:br/>
        <w:t>v 0.127379 0.709098 0.024203</w:t>
        <w:br/>
        <w:t>v 0.128624 0.712605 0.024306</w:t>
        <w:br/>
        <w:t>v 0.123439 0.712603 -0.003889</w:t>
        <w:br/>
        <w:t>v 0.121549 0.709099 -0.003120</w:t>
        <w:br/>
        <w:t>v 0.044288 0.709101 0.073277</w:t>
        <w:br/>
        <w:t>v 0.043920 0.712594 0.074460</w:t>
        <w:br/>
        <w:t>v 0.074537 0.712596 0.087907</w:t>
        <w:br/>
        <w:t>v 0.074447 0.709100 0.086545</w:t>
        <w:br/>
        <w:t>v 0.107076 0.709099 0.079450</w:t>
        <w:br/>
        <w:t>v 0.107871 0.712605 0.080730</w:t>
        <w:br/>
        <w:t>v 0.124426 0.712605 0.054452</w:t>
        <w:br/>
        <w:t>v 0.123193 0.709099 0.053798</w:t>
        <w:br/>
        <w:t>v 0.108301 0.712599 -0.022054</w:t>
        <w:br/>
        <w:t>v 0.106658 0.709099 -0.020367</w:t>
        <w:br/>
        <w:t>v 0.034931 0.709100 -0.014959</w:t>
        <w:br/>
        <w:t>v 0.034241 0.712592 -0.015451</w:t>
        <w:br/>
        <w:t>v 0.020605 0.712590 0.004289</w:t>
        <w:br/>
        <w:t>v 0.021958 0.709101 0.004279</w:t>
        <w:br/>
        <w:t>v 0.084665 0.709099 -0.031426</w:t>
        <w:br/>
        <w:t>v 0.084921 0.712597 -0.032335</w:t>
        <w:br/>
        <w:t>v 0.026229 0.709100 0.049956</w:t>
        <w:br/>
        <w:t>v 0.025545 0.712594 0.050944</w:t>
        <w:br/>
        <w:t>v 0.056646 0.709101 -0.028198</w:t>
        <w:br/>
        <w:t>v 0.056405 0.712591 -0.028929</w:t>
        <w:br/>
        <w:t>v 0.021562 0.716225 0.005027</w:t>
        <w:br/>
        <w:t>v 0.019948 0.716246 0.024672</w:t>
        <w:br/>
        <w:t>v 0.128282 0.716296 0.024427</w:t>
        <w:br/>
        <w:t>v 0.123172 0.716294 -0.003285</w:t>
        <w:br/>
        <w:t>v 0.074717 0.716252 0.087189</w:t>
        <w:br/>
        <w:t>v 0.044686 0.716239 0.074005</w:t>
        <w:br/>
        <w:t>v 0.124473 0.716303 0.054308</w:t>
        <w:br/>
        <w:t>v 0.107294 0.716299 0.079853</w:t>
        <w:br/>
        <w:t>v 0.107888 0.716268 -0.021113</w:t>
        <w:br/>
        <w:t>v 0.021562 0.716225 0.005027</w:t>
        <w:br/>
        <w:t>v 0.034949 0.716233 -0.014504</w:t>
        <w:br/>
        <w:t>v 0.084860 0.716262 -0.031261</w:t>
        <w:br/>
        <w:t>v 0.026625 0.716238 0.051109</w:t>
        <w:br/>
        <w:t>v 0.056834 0.716225 -0.027744</w:t>
        <w:br/>
        <w:t>v 0.128282 0.716296 0.024427</w:t>
        <w:br/>
        <w:t>v 0.133271 0.717707 0.024815</w:t>
        <w:br/>
        <w:t>v 0.127034 0.717707 -0.004708</w:t>
        <w:br/>
        <w:t>v 0.123172 0.716294 -0.003285</w:t>
        <w:br/>
        <w:t>v 0.136164 0.745156 0.026453</w:t>
        <w:br/>
        <w:t>v 0.133511 0.746950 0.025894</w:t>
        <w:br/>
        <w:t>v 0.127998 0.746948 -0.002893</w:t>
        <w:br/>
        <w:t>v 0.129949 0.745157 -0.004487</w:t>
        <w:br/>
        <w:t>v 0.110140 0.717706 -0.023562</w:t>
        <w:br/>
        <w:t>v 0.107888 0.716268 -0.021113</w:t>
        <w:br/>
        <w:t>v 0.110980 0.746920 -0.022165</w:t>
        <w:br/>
        <w:t>v 0.112214 0.745158 -0.025247</w:t>
        <w:br/>
        <w:t>v 0.084872 0.717707 -0.034544</w:t>
        <w:br/>
        <w:t>v 0.084860 0.716262 -0.031261</w:t>
        <w:br/>
        <w:t>v 0.086043 0.746915 -0.032709</w:t>
        <w:br/>
        <w:t>v 0.084987 0.745157 -0.036855</w:t>
        <w:br/>
        <w:t>v 0.055170 0.717706 -0.031204</w:t>
        <w:br/>
        <w:t>v 0.056834 0.716225 -0.027744</w:t>
        <w:br/>
        <w:t>v 0.056241 0.746875 -0.028759</w:t>
        <w:br/>
        <w:t>v 0.053540 0.745156 -0.033243</w:t>
        <w:br/>
        <w:t>v 0.032083 0.717707 -0.017167</w:t>
        <w:br/>
        <w:t>v 0.034949 0.716233 -0.014504</w:t>
        <w:br/>
        <w:t>v 0.033097 0.746883 -0.013937</w:t>
        <w:br/>
        <w:t>v 0.029856 0.745157 -0.017844</w:t>
        <w:br/>
        <w:t>v 0.017544 0.717706 0.003861</w:t>
        <w:br/>
        <w:t>v 0.021562 0.716225 0.005027</w:t>
        <w:br/>
        <w:t>v 0.020006 0.746873 0.008804</w:t>
        <w:br/>
        <w:t>v 0.015436 0.745157 0.005135</w:t>
        <w:br/>
        <w:t>v 0.019948 0.716246 0.024672</w:t>
        <w:br/>
        <w:t>v 0.021562 0.716225 0.005027</w:t>
        <w:br/>
        <w:t>v 0.017544 0.717706 0.003861</w:t>
        <w:br/>
        <w:t>v 0.016676 0.717707 0.026408</w:t>
        <w:br/>
        <w:t>v 0.017917 0.746896 0.030648</w:t>
        <w:br/>
        <w:t>v 0.014624 0.745157 0.031140</w:t>
        <w:br/>
        <w:t>v 0.015436 0.745157 0.005135</w:t>
        <w:br/>
        <w:t>v 0.020006 0.746873 0.008804</w:t>
        <w:br/>
        <w:t>v 0.026625 0.716238 0.051109</w:t>
        <w:br/>
        <w:t>v 0.024382 0.717707 0.052638</w:t>
        <w:br/>
        <w:t>v 0.023446 0.745157 0.058369</w:t>
        <w:br/>
        <w:t>v 0.025776 0.746890 0.057448</w:t>
        <w:br/>
        <w:t>v 0.044686 0.716239 0.074005</w:t>
        <w:br/>
        <w:t>v 0.043178 0.717707 0.077164</w:t>
        <w:br/>
        <w:t>v 0.075227 0.717706 0.091535</w:t>
        <w:br/>
        <w:t>v 0.074717 0.716252 0.087189</w:t>
        <w:br/>
        <w:t>v 0.044634 0.746888 0.079600</w:t>
        <w:br/>
        <w:t>v 0.075461 0.746902 0.093055</w:t>
        <w:br/>
        <w:t>v 0.075044 0.745158 0.096704</w:t>
        <w:br/>
        <w:t>v 0.042642 0.745157 0.081868</w:t>
        <w:br/>
        <w:t>v 0.110735 0.717706 0.083914</w:t>
        <w:br/>
        <w:t>v 0.107294 0.716299 0.079853</w:t>
        <w:br/>
        <w:t>v 0.112828 0.745158 0.089028</w:t>
        <w:br/>
        <w:t>v 0.111005 0.746950 0.086134</w:t>
        <w:br/>
        <w:t>v 0.124473 0.716303 0.054308</w:t>
        <w:br/>
        <w:t>v 0.129268 0.717707 0.056155</w:t>
        <w:br/>
        <w:t>v 0.132698 0.745157 0.059443</w:t>
        <w:br/>
        <w:t>v 0.129772 0.746957 0.057387</w:t>
        <w:br/>
        <w:t>v 0.023446 0.745157 0.058369</w:t>
        <w:br/>
        <w:t>v 0.042642 0.745157 0.081868</w:t>
        <w:br/>
        <w:t>v 0.129268 0.717707 0.056155</w:t>
        <w:br/>
        <w:t>v 0.110735 0.717706 0.083914</w:t>
        <w:br/>
        <w:t>v 0.112828 0.745158 0.089028</w:t>
        <w:br/>
        <w:t>v 0.132698 0.745157 0.059443</w:t>
        <w:br/>
        <w:t>v 0.133271 0.717707 0.024815</w:t>
        <w:br/>
        <w:t>v 0.136164 0.745156 0.026453</w:t>
        <w:br/>
        <w:t>v 0.129949 0.745157 -0.004487</w:t>
        <w:br/>
        <w:t>v 0.127034 0.717707 -0.004708</w:t>
        <w:br/>
        <w:t>v 0.112214 0.745158 -0.025247</w:t>
        <w:br/>
        <w:t>v 0.110140 0.717706 -0.023562</w:t>
        <w:br/>
        <w:t>v 0.084987 0.745157 -0.036855</w:t>
        <w:br/>
        <w:t>v 0.084872 0.717707 -0.034544</w:t>
        <w:br/>
        <w:t>v 0.053540 0.745156 -0.033243</w:t>
        <w:br/>
        <w:t>v 0.055170 0.717706 -0.031204</w:t>
        <w:br/>
        <w:t>v 0.029856 0.745157 -0.017844</w:t>
        <w:br/>
        <w:t>v 0.032083 0.717707 -0.017167</w:t>
        <w:br/>
        <w:t>v 0.015436 0.745157 0.005135</w:t>
        <w:br/>
        <w:t>v 0.017544 0.717706 0.003861</w:t>
        <w:br/>
        <w:t>v 0.016676 0.717707 0.026408</w:t>
        <w:br/>
        <w:t>v 0.017544 0.717706 0.003861</w:t>
        <w:br/>
        <w:t>v 0.015436 0.745157 0.005135</w:t>
        <w:br/>
        <w:t>v 0.014624 0.745157 0.031140</w:t>
        <w:br/>
        <w:t>v 0.075044 0.745158 0.096704</w:t>
        <w:br/>
        <w:t>v 0.075227 0.717706 0.091535</w:t>
        <w:br/>
        <w:t>v 0.129909 0.708009 0.023914</w:t>
        <w:br/>
        <w:t>v 0.123692 0.708009 -0.004436</w:t>
        <w:br/>
        <w:t>v 0.122785 0.699645 -0.004474</w:t>
        <w:br/>
        <w:t>v 0.128978 0.699645 0.023564</w:t>
        <w:br/>
        <w:t>v 0.108057 0.708007 -0.023218</w:t>
        <w:br/>
        <w:t>v 0.107866 0.699647 -0.022771</w:t>
        <w:br/>
        <w:t>v 0.084922 0.708006 -0.033943</w:t>
        <w:br/>
        <w:t>v 0.084947 0.699647 -0.033300</w:t>
        <w:br/>
        <w:t>v 0.055814 0.708007 -0.031022</w:t>
        <w:br/>
        <w:t>v 0.056153 0.699647 -0.030446</w:t>
        <w:br/>
        <w:t>v 0.033051 0.708009 -0.017248</w:t>
        <w:br/>
        <w:t>v 0.033727 0.699646 -0.016896</w:t>
        <w:br/>
        <w:t>v 0.021105 0.699645 0.003257</w:t>
        <w:br/>
        <w:t>v 0.020171 0.708009 0.003269</w:t>
        <w:br/>
        <w:t>v 0.021105 0.699645 0.003257</w:t>
        <w:br/>
        <w:t>v 0.020171 0.708009 0.003269</w:t>
        <w:br/>
        <w:t>v 0.017247 0.708009 0.023585</w:t>
        <w:br/>
        <w:t>v 0.018228 0.699645 0.023117</w:t>
        <w:br/>
        <w:t>v 0.024415 0.699646 0.049815</w:t>
        <w:br/>
        <w:t>v 0.023537 0.708009 0.050684</w:t>
        <w:br/>
        <w:t>v 0.042772 0.699646 0.073955</w:t>
        <w:br/>
        <w:t>v 0.042058 0.708007 0.075175</w:t>
        <w:br/>
        <w:t>v 0.074159 0.708006 0.089588</w:t>
        <w:br/>
        <w:t>v 0.074224 0.699647 0.088128</w:t>
        <w:br/>
        <w:t>v 0.108321 0.708007 0.081742</w:t>
        <w:br/>
        <w:t>v 0.107805 0.699646 0.080418</w:t>
        <w:br/>
        <w:t>v 0.124806 0.699645 0.053875</w:t>
        <w:br/>
        <w:t>v 0.125685 0.708009 0.054660</w:t>
        <w:br/>
        <w:t>v 0.126151 0.698397 0.023744</w:t>
        <w:br/>
        <w:t>v 0.122785 0.699645 -0.004474</w:t>
        <w:br/>
        <w:t>v 0.120407 0.698398 -0.003501</w:t>
        <w:br/>
        <w:t>v 0.127379 0.709098 0.024203</w:t>
        <w:br/>
        <w:t>v 0.121549 0.709099 -0.003120</w:t>
        <w:br/>
        <w:t>v 0.123692 0.708009 -0.004436</w:t>
        <w:br/>
        <w:t>v 0.129909 0.708009 0.023914</w:t>
        <w:br/>
        <w:t>v 0.107866 0.699647 -0.022771</w:t>
        <w:br/>
        <w:t>v 0.106369 0.698400 -0.020607</w:t>
        <w:br/>
        <w:t>v 0.106658 0.709099 -0.020367</w:t>
        <w:br/>
        <w:t>v 0.108057 0.708007 -0.023218</w:t>
        <w:br/>
        <w:t>v 0.084384 0.698402 -0.031414</w:t>
        <w:br/>
        <w:t>v 0.084665 0.709099 -0.031426</w:t>
        <w:br/>
        <w:t>v 0.084922 0.708006 -0.033943</w:t>
        <w:br/>
        <w:t>v 0.056534 0.698405 -0.028625</w:t>
        <w:br/>
        <w:t>v 0.056646 0.709101 -0.028198</w:t>
        <w:br/>
        <w:t>v 0.055814 0.708007 -0.031022</w:t>
        <w:br/>
        <w:t>v 0.035185 0.698405 -0.015455</w:t>
        <w:br/>
        <w:t>v 0.034931 0.709100 -0.014959</w:t>
        <w:br/>
        <w:t>v 0.033051 0.708009 -0.017248</w:t>
        <w:br/>
        <w:t>v 0.022285 0.698405 0.003291</w:t>
        <w:br/>
        <w:t>v 0.020171 0.708009 0.003269</w:t>
        <w:br/>
        <w:t>v 0.021958 0.709101 0.004279</w:t>
        <w:br/>
        <w:t>v 0.020693 0.698402 0.021155</w:t>
        <w:br/>
        <w:t>v 0.022285 0.698405 0.003291</w:t>
        <w:br/>
        <w:t>v 0.020339 0.709101 0.023331</w:t>
        <w:br/>
        <w:t>v 0.017247 0.708009 0.023585</w:t>
        <w:br/>
        <w:t>v 0.020171 0.708009 0.003269</w:t>
        <w:br/>
        <w:t>v 0.021958 0.709101 0.004279</w:t>
        <w:br/>
        <w:t>v 0.026046 0.698401 0.048039</w:t>
        <w:br/>
        <w:t>v 0.026229 0.709100 0.049956</w:t>
        <w:br/>
        <w:t>v 0.023537 0.708009 0.050684</w:t>
        <w:br/>
        <w:t>v 0.044012 0.698403 0.071861</w:t>
        <w:br/>
        <w:t>v 0.044288 0.709101 0.073277</w:t>
        <w:br/>
        <w:t>v 0.042058 0.708007 0.075175</w:t>
        <w:br/>
        <w:t>v 0.074212 0.698402 0.085171</w:t>
        <w:br/>
        <w:t>v 0.074447 0.709100 0.086545</w:t>
        <w:br/>
        <w:t>v 0.074159 0.708006 0.089588</w:t>
        <w:br/>
        <w:t>v 0.106247 0.698397 0.078042</w:t>
        <w:br/>
        <w:t>v 0.108321 0.708007 0.081742</w:t>
        <w:br/>
        <w:t>v 0.107076 0.709099 0.079450</w:t>
        <w:br/>
        <w:t>v 0.124806 0.699645 0.053875</w:t>
        <w:br/>
        <w:t>v 0.121803 0.698396 0.053071</w:t>
        <w:br/>
        <w:t>v 0.125685 0.708009 0.054660</w:t>
        <w:br/>
        <w:t>v 0.123193 0.709099 0.053798</w:t>
        <w:br/>
        <w:t>v 0.171834 1.032365 0.074916</w:t>
        <w:br/>
        <w:t>v 0.165921 1.040267 0.075187</w:t>
        <w:br/>
        <w:t>v 0.163655 1.040001 0.052952</w:t>
        <w:br/>
        <w:t>v 0.155657 1.046183 0.037439</w:t>
        <w:br/>
        <w:t>v 0.149378 1.053092 0.040018</w:t>
        <w:br/>
        <w:t>v 0.142459 1.053629 0.021091</w:t>
        <w:br/>
        <w:t>v 0.059533 1.052747 -0.049852</w:t>
        <w:br/>
        <w:t>v 0.038263 1.052741 -0.056223</w:t>
        <w:br/>
        <w:t>v 0.042573 1.047273 -0.060261</w:t>
        <w:br/>
        <w:t>v 0.022936 1.042475 -0.069300</w:t>
        <w:br/>
        <w:t>v -0.000011 1.053092 0.198554</w:t>
        <w:br/>
        <w:t>v 0.038324 1.055199 0.192253</w:t>
        <w:br/>
        <w:t>v 0.023460 1.039454 0.210144</w:t>
        <w:br/>
        <w:t>v 0.049033 1.047907 0.198032</w:t>
        <w:br/>
        <w:t>v 0.072861 1.058488 0.181830</w:t>
        <w:br/>
        <w:t>v 0.142307 1.053847 0.130110</w:t>
        <w:br/>
        <w:t>v 0.149837 1.053092 0.112493</w:t>
        <w:br/>
        <w:t>v 0.154829 1.046853 0.114560</w:t>
        <w:br/>
        <w:t>v 0.164549 1.038944 0.093666</w:t>
        <w:br/>
        <w:t>v 0.138276 1.075394 0.075576</w:t>
        <w:br/>
        <w:t>v 0.118261 1.097858 0.075498</w:t>
        <w:br/>
        <w:t>v 0.113947 1.098027 0.049054</w:t>
        <w:br/>
        <w:t>v 0.133269 1.075557 0.044430</w:t>
        <w:br/>
        <w:t>v 0.100871 1.098027 0.024560</w:t>
        <w:br/>
        <w:t>v 0.117259 1.075557 0.015608</w:t>
        <w:br/>
        <w:t>v 0.081366 1.098027 0.003348</w:t>
        <w:br/>
        <w:t>v 0.094932 1.075557 -0.009303</w:t>
        <w:br/>
        <w:t>v 0.056772 1.098027 -0.011806</w:t>
        <w:br/>
        <w:t>v 0.066612 1.075557 -0.026631</w:t>
        <w:br/>
        <w:t>v 0.029265 1.098027 -0.022443</w:t>
        <w:br/>
        <w:t>v 0.034413 1.075557 -0.039000</w:t>
        <w:br/>
        <w:t>v -0.000011 1.098027 -0.026730</w:t>
        <w:br/>
        <w:t>v -0.000011 1.098027 0.162986</w:t>
        <w:br/>
        <w:t>v 0.028690 1.098027 0.159865</w:t>
        <w:br/>
        <w:t>v 0.034368 1.075557 0.175843</w:t>
        <w:br/>
        <w:t>v -0.000011 1.075557 0.179484</w:t>
        <w:br/>
        <w:t>v 0.056341 1.098027 0.151961</w:t>
        <w:br/>
        <w:t>v 0.067125 1.075557 0.166163</w:t>
        <w:br/>
        <w:t>v 0.079655 1.098027 0.142987</w:t>
        <w:br/>
        <w:t>v 0.095550 1.075557 0.155207</w:t>
        <w:br/>
        <w:t>v 0.099987 1.098027 0.124756</w:t>
        <w:br/>
        <w:t>v 0.118003 1.075557 0.134658</w:t>
        <w:br/>
        <w:t>v 0.113374 1.098027 0.101865</w:t>
        <w:br/>
        <w:t>v 0.133153 1.075557 0.107517</w:t>
        <w:br/>
        <w:t>v 0.087944 1.130100 0.073795</w:t>
        <w:br/>
        <w:t>v 0.086205 1.130100 0.053150</w:t>
        <w:br/>
        <w:t>v 0.099495 1.114877 0.051338</w:t>
        <w:br/>
        <w:t>v 0.102493 1.114877 0.074806</w:t>
        <w:br/>
        <w:t>v 0.088877 1.114877 0.029809</w:t>
        <w:br/>
        <w:t>v 0.077961 1.130100 0.034250</w:t>
        <w:br/>
        <w:t>v 0.062884 1.130100 0.018202</w:t>
        <w:br/>
        <w:t>v 0.071786 1.114877 0.011306</w:t>
        <w:br/>
        <w:t>v 0.043525 1.130100 0.006475</w:t>
        <w:br/>
        <w:t>v 0.049670 1.114877 -0.001304</w:t>
        <w:br/>
        <w:t>v 0.021236 1.130100 -0.000998</w:t>
        <w:br/>
        <w:t>v 0.025306 1.114877 -0.010277</w:t>
        <w:br/>
        <w:t>v -0.000011 1.130100 -0.003943</w:t>
        <w:br/>
        <w:t>v -0.000011 1.114877 -0.013827</w:t>
        <w:br/>
        <w:t>v 0.021910 1.130100 0.146759</w:t>
        <w:br/>
        <w:t>v 0.024465 1.114877 0.150902</w:t>
        <w:br/>
        <w:t>v -0.000011 1.114877 0.154321</w:t>
        <w:br/>
        <w:t>v -0.000011 1.130099 0.149251</w:t>
        <w:br/>
        <w:t>v 0.042325 1.130100 0.139041</w:t>
        <w:br/>
        <w:t>v 0.047339 1.114877 0.143078</w:t>
        <w:br/>
        <w:t>v 0.058424 1.130100 0.127188</w:t>
        <w:br/>
        <w:t>v 0.066750 1.114724 0.133816</w:t>
        <w:br/>
        <w:t>v 0.084366 1.114059 0.116962</w:t>
        <w:br/>
        <w:t>v 0.072420 1.130099 0.111097</w:t>
        <w:br/>
        <w:t>v 0.083137 1.130100 0.093936</w:t>
        <w:br/>
        <w:t>v 0.097522 1.114877 0.097495</w:t>
        <w:br/>
        <w:t>v 0.156323 1.053092 0.075627</w:t>
        <w:br/>
        <w:t>v 0.129331 1.060564 0.008285</w:t>
        <w:br/>
        <w:t>v 0.100864 1.066953 -0.013679</w:t>
        <w:br/>
        <w:t>v 0.114984 1.066482 -0.001521</w:t>
        <w:br/>
        <w:t>v -0.000011 1.053092 -0.063094</w:t>
        <w:br/>
        <w:t>v -0.000011 1.075557 -0.044266</w:t>
        <w:br/>
        <w:t>v 0.088316 1.066602 0.168343</w:t>
        <w:br/>
        <w:t>v 0.129516 1.060352 0.141607</w:t>
        <w:br/>
        <w:t>v 0.076551 1.147119 0.074307</w:t>
        <w:br/>
        <w:t>v 0.074932 1.147119 0.055992</w:t>
        <w:br/>
        <w:t>v 0.067305 1.147119 0.039506</w:t>
        <w:br/>
        <w:t>v 0.054091 1.147119 0.025569</w:t>
        <w:br/>
        <w:t>v 0.037367 1.147119 0.015289</w:t>
        <w:br/>
        <w:t>v 0.018980 1.147119 0.008219</w:t>
        <w:br/>
        <w:t>v -0.000009 1.147119 0.005561</w:t>
        <w:br/>
        <w:t>v 0.019235 1.147119 0.143744</w:t>
        <w:br/>
        <w:t>v -0.000009 1.147119 0.146014</w:t>
        <w:br/>
        <w:t>v 0.037961 1.147119 0.133978</w:t>
        <w:br/>
        <w:t>v 0.050438 1.147119 0.122368</w:t>
        <w:br/>
        <w:t>v 0.062294 1.147119 0.107009</w:t>
        <w:br/>
        <w:t>v 0.072340 1.147119 0.092523</w:t>
        <w:br/>
        <w:t>v 0.115082 1.066387 0.150061</w:t>
        <w:br/>
        <w:t>v 0.088074 1.066586 -0.023306</w:t>
        <w:br/>
        <w:t>v 0.075346 1.059566 -0.037096</w:t>
        <w:br/>
        <w:t>v -0.000011 1.040407 0.211128</w:t>
        <w:br/>
        <w:t>v 0.101383 1.066820 0.160023</w:t>
        <w:br/>
        <w:t>v -0.000011 1.044050 -0.071617</w:t>
        <w:br/>
        <w:t>v 0.170800 1.029277 0.074935</w:t>
        <w:br/>
        <w:t>v 0.172066 1.030459 0.074920</w:t>
        <w:br/>
        <w:t>v 0.163789 1.038110 0.052524</w:t>
        <w:br/>
        <w:t>v 0.162691 1.036861 0.053245</w:t>
        <w:br/>
        <w:t>v 0.142479 1.051731 0.020545</w:t>
        <w:br/>
        <w:t>v 0.155739 1.044291 0.036926</w:t>
        <w:br/>
        <w:t>v 0.059973 1.050854 -0.049907</w:t>
        <w:br/>
        <w:t>v 0.042941 1.045369 -0.060392</w:t>
        <w:br/>
        <w:t>v 0.042205 1.044157 -0.059206</w:t>
        <w:br/>
        <w:t>v 0.059117 1.049656 -0.048800</w:t>
        <w:br/>
        <w:t>v 0.022663 1.039268 -0.068286</w:t>
        <w:br/>
        <w:t>v 0.023281 1.040554 -0.069512</w:t>
        <w:br/>
        <w:t>v 0.048831 1.044653 0.197061</w:t>
        <w:br/>
        <w:t>v 0.049528 1.045995 0.198194</w:t>
        <w:br/>
        <w:t>v 0.073434 1.056593 0.181893</w:t>
        <w:br/>
        <w:t>v 0.072640 1.055287 0.180825</w:t>
        <w:br/>
        <w:t>v 0.154872 1.044977 0.115030</w:t>
        <w:br/>
        <w:t>v 0.142276 1.051960 0.130599</w:t>
        <w:br/>
        <w:t>v 0.164658 1.037064 0.094084</w:t>
        <w:br/>
        <w:t>v 0.163547 1.035861 0.093417</w:t>
        <w:br/>
        <w:t>v 0.141624 1.050423 0.021583</w:t>
        <w:br/>
        <w:t>v 0.142479 1.051731 0.020545</w:t>
        <w:br/>
        <w:t>v 0.129257 1.058671 0.007746</w:t>
        <w:br/>
        <w:t>v 0.128536 1.057411 0.008929</w:t>
        <w:br/>
        <w:t>v 0.115377 1.064556 -0.001526</w:t>
        <w:br/>
        <w:t>v 0.112733 1.048146 -0.022436</w:t>
        <w:br/>
        <w:t>v 0.111892 1.046962 -0.021350</w:t>
        <w:br/>
        <w:t>v 0.114233 1.063354 -0.000766</w:t>
        <w:br/>
        <w:t>v 0.088326 1.064667 0.168681</w:t>
        <w:br/>
        <w:t>v 0.088047 1.063478 0.167273</w:t>
        <w:br/>
        <w:t>v 0.129389 1.058468 0.142125</w:t>
        <w:br/>
        <w:t>v 0.142276 1.051960 0.130599</w:t>
        <w:br/>
        <w:t>v 0.141449 1.050745 0.129545</w:t>
        <w:br/>
        <w:t>v 0.128748 1.057246 0.140919</w:t>
        <w:br/>
        <w:t>v 0.114405 1.063288 0.149246</w:t>
        <w:br/>
        <w:t>v 0.115488 1.064470 0.150048</w:t>
        <w:br/>
        <w:t>v 0.074835 1.056508 -0.036072</w:t>
        <w:br/>
        <w:t>v 0.087581 1.063537 -0.022248</w:t>
        <w:br/>
        <w:t>v 0.088066 1.064666 -0.023626</w:t>
        <w:br/>
        <w:t>v 0.075827 1.057683 -0.037062</w:t>
        <w:br/>
        <w:t>v -0.000011 1.028818 0.218381</w:t>
        <w:br/>
        <w:t>v -0.000011 1.030180 0.219683</w:t>
        <w:br/>
        <w:t>v 0.023905 1.037537 0.210367</w:t>
        <w:br/>
        <w:t>v 0.023296 1.036168 0.209189</w:t>
        <w:br/>
        <w:t>v 0.088326 1.064667 0.168681</w:t>
        <w:br/>
        <w:t>v 0.112850 1.048080 0.169457</w:t>
        <w:br/>
        <w:t>v 0.112096 1.046892 0.168347</w:t>
        <w:br/>
        <w:t>v 0.088047 1.063478 0.167273</w:t>
        <w:br/>
        <w:t>v 0.049528 1.045995 0.198194</w:t>
        <w:br/>
        <w:t>v 0.115377 1.064556 -0.001526</w:t>
        <w:br/>
        <w:t>v 0.111892 1.046962 -0.021350</w:t>
        <w:br/>
        <w:t>v 0.112733 1.048146 -0.022436</w:t>
        <w:br/>
        <w:t>v 0.088066 1.064666 -0.023626</w:t>
        <w:br/>
        <w:t>v 0.087581 1.063537 -0.022248</w:t>
        <w:br/>
        <w:t>v -0.000011 1.035641 -0.078035</w:t>
        <w:br/>
        <w:t>v -0.000011 1.034343 -0.076697</w:t>
        <w:br/>
        <w:t>v 0.154748 1.043001 0.037798</w:t>
        <w:br/>
        <w:t>v 0.112096 1.046892 0.168347</w:t>
        <w:br/>
        <w:t>v 0.112850 1.048080 0.169457</w:t>
        <w:br/>
        <w:t>v 0.115488 1.064470 0.150048</w:t>
        <w:br/>
        <w:t>v 0.114405 1.063288 0.149246</w:t>
        <w:br/>
        <w:t>v -0.156345 1.053092 0.075627</w:t>
        <w:br/>
        <w:t>v -0.165570 1.040764 0.075204</w:t>
        <w:br/>
        <w:t>v -0.163677 1.040001 0.052952</w:t>
        <w:br/>
        <w:t>v -0.149400 1.053092 0.040018</w:t>
        <w:br/>
        <w:t>v -0.155679 1.046184 0.037439</w:t>
        <w:br/>
        <w:t>v -0.142481 1.053629 0.021091</w:t>
        <w:br/>
        <w:t>v -0.038285 1.052741 -0.056223</w:t>
        <w:br/>
        <w:t>v -0.059555 1.052747 -0.049852</w:t>
        <w:br/>
        <w:t>v -0.042595 1.047273 -0.060261</w:t>
        <w:br/>
        <w:t>v -0.022958 1.042475 -0.069300</w:t>
        <w:br/>
        <w:t>v -0.038346 1.055199 0.192253</w:t>
        <w:br/>
        <w:t>v -0.023481 1.039454 0.210144</w:t>
        <w:br/>
        <w:t>v -0.049055 1.047906 0.198032</w:t>
        <w:br/>
        <w:t>v -0.072883 1.058488 0.181830</w:t>
        <w:br/>
        <w:t>v -0.149859 1.053092 0.112493</w:t>
        <w:br/>
        <w:t>v -0.142329 1.053847 0.130110</w:t>
        <w:br/>
        <w:t>v -0.154851 1.046853 0.114560</w:t>
        <w:br/>
        <w:t>v -0.164571 1.038944 0.093666</w:t>
        <w:br/>
        <w:t>v -0.113969 1.098027 0.049054</w:t>
        <w:br/>
        <w:t>v -0.118283 1.097858 0.075498</w:t>
        <w:br/>
        <w:t>v -0.138299 1.075394 0.075576</w:t>
        <w:br/>
        <w:t>v -0.133291 1.075557 0.044430</w:t>
        <w:br/>
        <w:t>v -0.117281 1.075557 0.015608</w:t>
        <w:br/>
        <w:t>v -0.100893 1.098027 0.024560</w:t>
        <w:br/>
        <w:t>v -0.094954 1.075557 -0.009303</w:t>
        <w:br/>
        <w:t>v -0.081388 1.098027 0.003348</w:t>
        <w:br/>
        <w:t>v -0.056794 1.098027 -0.011806</w:t>
        <w:br/>
        <w:t>v -0.066634 1.075557 -0.026631</w:t>
        <w:br/>
        <w:t>v -0.029287 1.098027 -0.022443</w:t>
        <w:br/>
        <w:t>v -0.034435 1.075557 -0.039000</w:t>
        <w:br/>
        <w:t>v -0.034390 1.075557 0.175843</w:t>
        <w:br/>
        <w:t>v -0.028712 1.098027 0.159865</w:t>
        <w:br/>
        <w:t>v -0.056363 1.098027 0.151961</w:t>
        <w:br/>
        <w:t>v -0.067147 1.075557 0.166163</w:t>
        <w:br/>
        <w:t>v -0.095572 1.075557 0.155207</w:t>
        <w:br/>
        <w:t>v -0.079677 1.098027 0.142987</w:t>
        <w:br/>
        <w:t>v -0.118025 1.075557 0.134658</w:t>
        <w:br/>
        <w:t>v -0.099190 1.098027 0.124386</w:t>
        <w:br/>
        <w:t>v -0.133175 1.075557 0.107517</w:t>
        <w:br/>
        <w:t>v -0.113396 1.098027 0.101865</w:t>
        <w:br/>
        <w:t>v -0.099517 1.114877 0.051338</w:t>
        <w:br/>
        <w:t>v -0.085541 1.130100 0.053150</w:t>
        <w:br/>
        <w:t>v -0.087280 1.130100 0.073795</w:t>
        <w:br/>
        <w:t>v -0.102515 1.114877 0.074806</w:t>
        <w:br/>
        <w:t>v -0.088899 1.114877 0.029809</w:t>
        <w:br/>
        <w:t>v -0.077983 1.130100 0.034250</w:t>
        <w:br/>
        <w:t>v -0.062906 1.130100 0.018202</w:t>
        <w:br/>
        <w:t>v -0.071808 1.114877 0.011306</w:t>
        <w:br/>
        <w:t>v -0.049692 1.114877 -0.001304</w:t>
        <w:br/>
        <w:t>v -0.043547 1.130100 0.006475</w:t>
        <w:br/>
        <w:t>v -0.021258 1.130100 -0.000998</w:t>
        <w:br/>
        <w:t>v -0.025328 1.114877 -0.010277</w:t>
        <w:br/>
        <w:t>v -0.024752 1.114877 0.151797</w:t>
        <w:br/>
        <w:t>v -0.022197 1.130100 0.147653</w:t>
        <w:br/>
        <w:t>v -0.042528 1.130099 0.139766</w:t>
        <w:br/>
        <w:t>v -0.047541 1.114877 0.143803</w:t>
        <w:br/>
        <w:t>v -0.066773 1.114724 0.133816</w:t>
        <w:br/>
        <w:t>v -0.058446 1.130100 0.127188</w:t>
        <w:br/>
        <w:t>v -0.085646 1.114059 0.117590</w:t>
        <w:br/>
        <w:t>v -0.072443 1.130100 0.111097</w:t>
        <w:br/>
        <w:t>v -0.097544 1.114877 0.097495</w:t>
        <w:br/>
        <w:t>v -0.082474 1.130100 0.093936</w:t>
        <w:br/>
        <w:t>v -0.129353 1.060564 0.008285</w:t>
        <w:br/>
        <w:t>v -0.115006 1.066482 -0.001521</w:t>
        <w:br/>
        <w:t>v -0.100959 1.066849 -0.013733</w:t>
        <w:br/>
        <w:t>v -0.088338 1.066602 0.168343</w:t>
        <w:br/>
        <w:t>v -0.129538 1.060352 0.141607</w:t>
        <w:br/>
        <w:t>v -0.074950 1.147119 0.055992</w:t>
        <w:br/>
        <w:t>v -0.076569 1.147119 0.074307</w:t>
        <w:br/>
        <w:t>v -0.067323 1.147119 0.039506</w:t>
        <w:br/>
        <w:t>v -0.054108 1.147119 0.025569</w:t>
        <w:br/>
        <w:t>v -0.037385 1.147119 0.015289</w:t>
        <w:br/>
        <w:t>v -0.018997 1.147119 0.008219</w:t>
        <w:br/>
        <w:t>v -0.019252 1.147119 0.143744</w:t>
        <w:br/>
        <w:t>v -0.037046 1.147119 0.132433</w:t>
        <w:br/>
        <w:t>v -0.050456 1.147119 0.122368</w:t>
        <w:br/>
        <w:t>v -0.062311 1.147119 0.107009</w:t>
        <w:br/>
        <w:t>v -0.072357 1.147119 0.092523</w:t>
        <w:br/>
        <w:t>v -0.115104 1.066387 0.150061</w:t>
        <w:br/>
        <w:t>v -0.088096 1.066586 -0.023306</w:t>
        <w:br/>
        <w:t>v -0.075368 1.059566 -0.037096</w:t>
        <w:br/>
        <w:t>v -0.112631 1.050002 0.169292</w:t>
        <w:br/>
        <w:t>v -0.101366 1.066878 0.159991</w:t>
        <w:br/>
        <w:t>v -0.163811 1.038110 0.052524</w:t>
        <w:br/>
        <w:t>v -0.172088 1.030459 0.074920</w:t>
        <w:br/>
        <w:t>v -0.170822 1.029277 0.074935</w:t>
        <w:br/>
        <w:t>v -0.162713 1.036861 0.053245</w:t>
        <w:br/>
        <w:t>v -0.155761 1.044291 0.036926</w:t>
        <w:br/>
        <w:t>v -0.142501 1.051731 0.020545</w:t>
        <w:br/>
        <w:t>v -0.042227 1.044157 -0.059205</w:t>
        <w:br/>
        <w:t>v -0.042963 1.045369 -0.060392</w:t>
        <w:br/>
        <w:t>v -0.059995 1.050854 -0.049906</w:t>
        <w:br/>
        <w:t>v -0.059139 1.049657 -0.048800</w:t>
        <w:br/>
        <w:t>v -0.022685 1.039268 -0.068286</w:t>
        <w:br/>
        <w:t>v -0.023303 1.040555 -0.069512</w:t>
        <w:br/>
        <w:t>v -0.048853 1.044653 0.197061</w:t>
        <w:br/>
        <w:t>v -0.072662 1.055287 0.180825</w:t>
        <w:br/>
        <w:t>v -0.073456 1.056593 0.181893</w:t>
        <w:br/>
        <w:t>v -0.049550 1.045995 0.198194</w:t>
        <w:br/>
        <w:t>v -0.142298 1.051960 0.130599</w:t>
        <w:br/>
        <w:t>v -0.154894 1.044977 0.115030</w:t>
        <w:br/>
        <w:t>v -0.164680 1.037064 0.094084</w:t>
        <w:br/>
        <w:t>v -0.163569 1.035861 0.093417</w:t>
        <w:br/>
        <w:t>v -0.129279 1.058671 0.007746</w:t>
        <w:br/>
        <w:t>v -0.142501 1.051731 0.020545</w:t>
        <w:br/>
        <w:t>v -0.141646 1.050423 0.021583</w:t>
        <w:br/>
        <w:t>v -0.128558 1.057411 0.008929</w:t>
        <w:br/>
        <w:t>v -0.111914 1.046962 -0.021350</w:t>
        <w:br/>
        <w:t>v -0.112755 1.048146 -0.022436</w:t>
        <w:br/>
        <w:t>v -0.115399 1.064556 -0.001526</w:t>
        <w:br/>
        <w:t>v -0.114255 1.063354 -0.000766</w:t>
        <w:br/>
        <w:t>v -0.088069 1.063478 0.167273</w:t>
        <w:br/>
        <w:t>v -0.088348 1.064667 0.168681</w:t>
        <w:br/>
        <w:t>v -0.141471 1.050745 0.129545</w:t>
        <w:br/>
        <w:t>v -0.142298 1.051960 0.130599</w:t>
        <w:br/>
        <w:t>v -0.129411 1.058468 0.142125</w:t>
        <w:br/>
        <w:t>v -0.128770 1.057246 0.140919</w:t>
        <w:br/>
        <w:t>v -0.115510 1.064470 0.150048</w:t>
        <w:br/>
        <w:t>v -0.114427 1.063288 0.149246</w:t>
        <w:br/>
        <w:t>v -0.074857 1.056508 -0.036072</w:t>
        <w:br/>
        <w:t>v -0.075850 1.057683 -0.037062</w:t>
        <w:br/>
        <w:t>v -0.088088 1.064667 -0.023626</w:t>
        <w:br/>
        <w:t>v -0.087603 1.063537 -0.022248</w:t>
        <w:br/>
        <w:t>v -0.023927 1.037537 0.210367</w:t>
        <w:br/>
        <w:t>v -0.023318 1.036168 0.209189</w:t>
        <w:br/>
        <w:t>v -0.112118 1.046892 0.168347</w:t>
        <w:br/>
        <w:t>v -0.112872 1.048080 0.169457</w:t>
        <w:br/>
        <w:t>v -0.088348 1.064667 0.168681</w:t>
        <w:br/>
        <w:t>v -0.088069 1.063478 0.167273</w:t>
        <w:br/>
        <w:t>v -0.049550 1.045995 0.198194</w:t>
        <w:br/>
        <w:t>v -0.115399 1.064556 -0.001526</w:t>
        <w:br/>
        <w:t>v -0.111914 1.046962 -0.021350</w:t>
        <w:br/>
        <w:t>v -0.087603 1.063537 -0.022248</w:t>
        <w:br/>
        <w:t>v -0.088088 1.064667 -0.023626</w:t>
        <w:br/>
        <w:t>v -0.112755 1.048146 -0.022436</w:t>
        <w:br/>
        <w:t>v -0.154770 1.043002 0.037798</w:t>
        <w:br/>
        <w:t>v -0.115510 1.064470 0.150048</w:t>
        <w:br/>
        <w:t>v -0.112872 1.048080 0.169457</w:t>
        <w:br/>
        <w:t>v -0.112118 1.046892 0.168347</w:t>
        <w:br/>
        <w:t>v -0.114427 1.063288 0.149246</w:t>
        <w:br/>
        <w:t>v 0.172066 1.030459 0.074920</w:t>
        <w:br/>
        <w:t>v 0.059973 1.050854 -0.049907</w:t>
        <w:br/>
        <w:t>v 0.154872 1.044977 0.115030</w:t>
        <w:br/>
        <w:t>v 0.153850 1.043783 0.114217</w:t>
        <w:br/>
        <w:t>v 0.112507 1.050069 -0.022267</w:t>
        <w:br/>
        <w:t>v 0.129389 1.058468 0.142125</w:t>
        <w:br/>
        <w:t>v -0.000011 1.032126 0.219337</w:t>
        <w:br/>
        <w:t>v 0.112609 1.050002 0.169292</w:t>
        <w:br/>
        <w:t>v 0.114233 1.063354 -0.000766</w:t>
        <w:br/>
        <w:t>v 0.112507 1.050069 -0.022267</w:t>
        <w:br/>
        <w:t>v -0.000011 1.035641 -0.078035</w:t>
        <w:br/>
        <w:t>v -0.000011 1.037579 -0.077716</w:t>
        <w:br/>
        <w:t>v 0.112609 1.050002 0.169292</w:t>
        <w:br/>
        <w:t>v -0.172088 1.030459 0.074920</w:t>
        <w:br/>
        <w:t>v -0.171856 1.032365 0.074916</w:t>
        <w:br/>
        <w:t>v -0.059995 1.050854 -0.049906</w:t>
        <w:br/>
        <w:t>v -0.153872 1.043783 0.114217</w:t>
        <w:br/>
        <w:t>v -0.154894 1.044977 0.115030</w:t>
        <w:br/>
        <w:t>v -0.112529 1.050070 -0.022267</w:t>
        <w:br/>
        <w:t>v -0.129411 1.058468 0.142125</w:t>
        <w:br/>
        <w:t>v -0.114255 1.063354 -0.000766</w:t>
        <w:br/>
        <w:t>v -0.112529 1.050070 -0.022267</w:t>
        <w:br/>
        <w:t>v 0.170655 0.872416 0.221095</w:t>
        <w:br/>
        <w:t>v 0.185874 0.827636 0.237868</w:t>
        <w:br/>
        <w:t>v 0.197154 0.816752 0.225534</w:t>
        <w:br/>
        <w:t>v 0.183542 0.862917 0.207705</w:t>
        <w:br/>
        <w:t>v 0.186325 0.796526 0.206364</w:t>
        <w:br/>
        <w:t>v 0.165480 0.790360 0.212270</w:t>
        <w:br/>
        <w:t>v 0.156518 0.838355 0.194188</w:t>
        <w:br/>
        <w:t>v 0.175490 0.851112 0.187883</w:t>
        <w:br/>
        <w:t>v 0.237509 0.809324 0.141605</w:t>
        <w:br/>
        <w:t>v 0.247477 0.772108 0.152320</w:t>
        <w:br/>
        <w:t>v 0.276706 0.763169 0.133415</w:t>
        <w:br/>
        <w:t>v 0.265885 0.802279 0.124351</w:t>
        <w:br/>
        <w:t>v 0.308969 0.729169 0.029989</w:t>
        <w:br/>
        <w:t>v 0.300181 0.773769 0.032428</w:t>
        <w:br/>
        <w:t>v 0.298925 0.783080 0.062036</w:t>
        <w:br/>
        <w:t>v 0.306859 0.739084 0.063033</w:t>
        <w:br/>
        <w:t>v 0.187086 0.856367 0.194601</w:t>
        <w:br/>
        <w:t>v 0.179175 0.907178 0.174498</w:t>
        <w:br/>
        <w:t>v 0.172222 0.909923 0.189939</w:t>
        <w:br/>
        <w:t>v 0.221940 0.851989 0.136709</w:t>
        <w:br/>
        <w:t>v 0.173079 0.857760 0.152132</w:t>
        <w:br/>
        <w:t>v 0.188121 0.814686 0.159185</w:t>
        <w:br/>
        <w:t>v 0.285267 0.828821 0.064082</w:t>
        <w:br/>
        <w:t>v 0.277686 0.835595 0.079247</w:t>
        <w:br/>
        <w:t>v 0.294079 0.788901 0.083613</w:t>
        <w:br/>
        <w:t>v 0.284682 0.795363 0.103053</w:t>
        <w:br/>
        <w:t>v 0.293125 0.755140 0.110379</w:t>
        <w:br/>
        <w:t>v 0.301841 0.746664 0.085524</w:t>
        <w:br/>
        <w:t>v 0.251318 0.842726 0.114878</w:t>
        <w:br/>
        <w:t>v 0.272335 0.839393 0.094610</w:t>
        <w:br/>
        <w:t>v 0.289154 0.815675 0.036190</w:t>
        <w:br/>
        <w:t>v 0.201893 0.808999 0.215394</w:t>
        <w:br/>
        <w:t>v 0.159362 0.914520 0.201906</w:t>
        <w:br/>
        <w:t>v 0.143257 0.887612 0.236517</w:t>
        <w:br/>
        <w:t>v 0.151244 0.855669 0.257854</w:t>
        <w:br/>
        <w:t>v -0.211666 0.852885 0.191779</w:t>
        <w:br/>
        <w:t>v -0.200280 0.886046 0.177454</w:t>
        <w:br/>
        <w:t>v -0.193138 0.881431 0.178557</w:t>
        <w:br/>
        <w:t>v -0.202500 0.846824 0.193862</w:t>
        <w:br/>
        <w:t>v -0.213467 0.827470 0.164956</w:t>
        <w:br/>
        <w:t>v -0.203815 0.863015 0.155287</w:t>
        <w:br/>
        <w:t>v -0.223633 0.858329 0.145099</w:t>
        <w:br/>
        <w:t>v -0.236739 0.821651 0.150070</w:t>
        <w:br/>
        <w:t>v -0.306010 0.792564 0.068340</w:t>
        <w:br/>
        <w:t>v -0.294902 0.799040 0.092564</w:t>
        <w:br/>
        <w:t>v -0.285690 0.836319 0.092130</w:t>
        <w:br/>
        <w:t>v -0.297882 0.828698 0.068079</w:t>
        <w:br/>
        <w:t>v -0.182357 0.914665 0.203214</w:t>
        <w:br/>
        <w:t>v -0.152494 0.926465 0.218872</w:t>
        <w:br/>
        <w:t>v -0.146779 0.956487 0.201350</w:t>
        <w:br/>
        <w:t>v -0.180494 0.927410 0.159790</w:t>
        <w:br/>
        <w:t>v -0.177642 0.921794 0.159284</w:t>
        <w:br/>
        <w:t>v -0.188035 0.876923 0.176482</w:t>
        <w:br/>
        <w:t>v -0.249804 0.851675 0.130621</w:t>
        <w:br/>
        <w:t>v -0.253091 0.881904 0.110804</w:t>
        <w:br/>
        <w:t>v -0.271543 0.844304 0.111241</w:t>
        <w:br/>
        <w:t>v -0.282917 0.862980 0.065807</w:t>
        <w:br/>
        <w:t>v -0.286572 0.854256 0.048756</w:t>
        <w:br/>
        <w:t>v -0.304718 0.820750 0.047140</w:t>
        <w:br/>
        <w:t>v 0.032823 0.942055 0.256087</w:t>
        <w:br/>
        <w:t>v 0.039166 0.916875 0.273518</w:t>
        <w:br/>
        <w:t>v 0.075620 0.902315 0.269739</w:t>
        <w:br/>
        <w:t>v 0.072421 0.925182 0.252820</w:t>
        <w:br/>
        <w:t>v -0.224753 0.893523 0.128523</w:t>
        <w:br/>
        <w:t>v -0.237176 0.889457 0.121880</w:t>
        <w:br/>
        <w:t>v 0.070174 0.951582 0.235075</w:t>
        <w:br/>
        <w:t>v 0.037477 0.960914 0.240535</w:t>
        <w:br/>
        <w:t>v -0.169394 0.893888 0.235109</w:t>
        <w:br/>
        <w:t>v -0.139426 0.909236 0.241811</w:t>
        <w:br/>
        <w:t>v -0.125765 0.936893 0.227097</w:t>
        <w:br/>
        <w:t>v -0.281806 0.806195 0.114864</w:t>
        <w:br/>
        <w:t>v 0.266253 0.689556 -0.065533</w:t>
        <w:br/>
        <w:t>v 0.256695 0.729787 -0.059088</w:t>
        <w:br/>
        <w:t>v 0.267916 0.741044 -0.046776</w:t>
        <w:br/>
        <w:t>v 0.275865 0.697460 -0.053204</w:t>
        <w:br/>
        <w:t>v 0.244671 0.720799 -0.064573</w:t>
        <w:br/>
        <w:t>v 0.230426 0.780386 -0.054808</w:t>
        <w:br/>
        <w:t>v 0.243384 0.783220 -0.049831</w:t>
        <w:br/>
        <w:t>v 0.189256 0.758081 -0.090071</w:t>
        <w:br/>
        <w:t>v 0.189499 0.757204 -0.074609</w:t>
        <w:br/>
        <w:t>v 0.192352 0.702864 -0.080323</w:t>
        <w:br/>
        <w:t>v 0.194799 0.696600 -0.097973</w:t>
        <w:br/>
        <w:t>v 0.169219 0.674372 -0.163521</w:t>
        <w:br/>
        <w:t>v 0.118371 0.655650 -0.201920</w:t>
        <w:br/>
        <w:t>v 0.122433 0.731319 -0.167488</w:t>
        <w:br/>
        <w:t>v 0.155062 0.745986 -0.143917</w:t>
        <w:br/>
        <w:t>v 0.093421 0.725736 -0.180236</w:t>
        <w:br/>
        <w:t>v 0.046615 0.643207 -0.223838</w:t>
        <w:br/>
        <w:t>v 0.044761 0.720871 -0.188048</w:t>
        <w:br/>
        <w:t>v 0.127165 0.591331 -0.233001</w:t>
        <w:br/>
        <w:t>v 0.051528 0.580851 -0.255184</w:t>
        <w:br/>
        <w:t>v 0.188714 0.686495 -0.129613</w:t>
        <w:br/>
        <w:t>v 0.181322 0.747677 -0.112316</w:t>
        <w:br/>
        <w:t>v 0.181803 0.611680 -0.185723</w:t>
        <w:br/>
        <w:t>v 0.200630 0.626581 -0.143943</w:t>
        <w:br/>
        <w:t>v -0.295914 0.745003 -0.037373</w:t>
        <w:br/>
        <w:t>v -0.305802 0.760803 -0.010482</w:t>
        <w:br/>
        <w:t>v -0.294220 0.797410 -0.004477</w:t>
        <w:br/>
        <w:t>v -0.284035 0.786998 -0.027033</w:t>
        <w:br/>
        <w:t>v -0.180768 0.709032 -0.074763</w:t>
        <w:br/>
        <w:t>v -0.182913 0.653278 -0.085836</w:t>
        <w:br/>
        <w:t>v -0.157645 0.673695 -0.058759</w:t>
        <w:br/>
        <w:t>v -0.159894 0.724615 -0.054490</w:t>
        <w:br/>
        <w:t>v -0.079565 0.584146 -0.253722</w:t>
        <w:br/>
        <w:t>v -0.141320 0.595495 -0.225186</w:t>
        <w:br/>
        <w:t>v -0.127842 0.656453 -0.198790</w:t>
        <w:br/>
        <w:t>v -0.070261 0.647788 -0.220217</w:t>
        <w:br/>
        <w:t>v -0.178626 0.769983 -0.065363</w:t>
        <w:br/>
        <w:t>v -0.187234 0.762450 -0.084892</w:t>
        <w:br/>
        <w:t>v -0.192767 0.696704 -0.099361</w:t>
        <w:br/>
        <w:t>v -0.136346 0.731638 -0.162916</w:t>
        <w:br/>
        <w:t>v -0.114432 0.731771 -0.171256</w:t>
        <w:br/>
        <w:t>v -0.086273 0.720842 -0.182700</w:t>
        <w:br/>
        <w:t>v -0.000093 0.640941 -0.228392</w:t>
        <w:br/>
        <w:t>v -0.053131 0.723425 -0.186388</w:t>
        <w:br/>
        <w:t>v -0.001495 0.718583 -0.192038</w:t>
        <w:br/>
        <w:t>v -0.305198 0.810569 0.018301</w:t>
        <w:br/>
        <w:t>v -0.280802 0.839923 0.005473</w:t>
        <w:br/>
        <w:t>v -0.313147 0.774346 0.014407</w:t>
        <w:br/>
        <w:t>v -0.313237 0.785950 0.044092</w:t>
        <w:br/>
        <w:t>v -0.280024 0.731045 -0.054699</w:t>
        <w:br/>
        <w:t>v -0.267135 0.773019 -0.043931</w:t>
        <w:br/>
        <w:t>v -0.242681 0.757891 -0.056288</w:t>
        <w:br/>
        <w:t>v -0.254891 0.714981 -0.070390</w:t>
        <w:br/>
        <w:t>v -0.274886 0.833499 -0.005959</w:t>
        <w:br/>
        <w:t>v -0.170104 0.672272 -0.163798</w:t>
        <w:br/>
        <w:t>v -0.189335 0.686663 -0.129182</w:t>
        <w:br/>
        <w:t>v -0.167326 0.741324 -0.132761</w:t>
        <w:br/>
        <w:t>v -0.180747 0.610662 -0.184952</w:t>
        <w:br/>
        <w:t>v -0.198546 0.623328 -0.145679</w:t>
        <w:br/>
        <w:t>v 0.272943 0.802704 -0.015493</w:t>
        <w:br/>
        <w:t>v 0.282113 0.752510 -0.024409</w:t>
        <w:br/>
        <w:t>v 0.261766 0.793011 -0.035222</w:t>
        <w:br/>
        <w:t>v 0.294041 0.764371 0.002810</w:t>
        <w:br/>
        <w:t>v 0.301894 0.718450 -0.001082</w:t>
        <w:br/>
        <w:t>v 0.289341 0.707449 -0.030483</w:t>
        <w:br/>
        <w:t>v -0.261047 0.814796 0.135970</w:t>
        <w:br/>
        <w:t>v -0.188621 0.906338 0.146190</w:t>
        <w:br/>
        <w:t>v -0.211000 0.892097 0.136888</w:t>
        <w:br/>
        <w:t>v 0.144072 0.827606 0.191594</w:t>
        <w:br/>
        <w:t>v 0.140153 0.871646 0.174559</w:t>
        <w:br/>
        <w:t>v 0.148408 0.879221 0.178516</w:t>
        <w:br/>
        <w:t>v 0.146034 0.821798 0.182011</w:t>
        <w:br/>
        <w:t>v 0.144072 0.827606 0.191594</w:t>
        <w:br/>
        <w:t>v 0.149830 0.784677 0.205312</w:t>
        <w:br/>
        <w:t>v 0.150231 0.782315 0.194660</w:t>
        <w:br/>
        <w:t>v 0.156806 0.820067 0.173260</w:t>
        <w:br/>
        <w:t>v 0.142544 0.867747 0.165727</w:t>
        <w:br/>
        <w:t>v 0.197864 0.777043 0.169704</w:t>
        <w:br/>
        <w:t>v 0.186760 0.854690 0.186976</w:t>
        <w:br/>
        <w:t>v 0.201397 0.804697 0.207891</w:t>
        <w:br/>
        <w:t>v 0.182139 0.906471 0.167156</w:t>
        <w:br/>
        <w:t>v 0.180022 0.905423 0.159291</w:t>
        <w:br/>
        <w:t>v 0.182707 0.853335 0.186920</w:t>
        <w:br/>
        <w:t>v 0.194751 0.800924 0.206016</w:t>
        <w:br/>
        <w:t>v 0.173857 0.900617 0.159793</w:t>
        <w:br/>
        <w:t>v 0.165383 0.895463 0.165303</w:t>
        <w:br/>
        <w:t>v 0.163150 0.779281 0.181883</w:t>
        <w:br/>
        <w:t>v 0.140153 0.871646 0.174559</w:t>
        <w:br/>
        <w:t>v 0.149830 0.784677 0.205312</w:t>
        <w:br/>
        <w:t>v 0.181146 0.660691 -0.054680</w:t>
        <w:br/>
        <w:t>v 0.189158 0.657100 -0.068800</w:t>
        <w:br/>
        <w:t>v 0.186845 0.706920 -0.064228</w:t>
        <w:br/>
        <w:t>v 0.179918 0.708959 -0.047435</w:t>
        <w:br/>
        <w:t>v 0.189767 0.763701 -0.037819</w:t>
        <w:br/>
        <w:t>v 0.194821 0.711153 -0.043201</w:t>
        <w:br/>
        <w:t>v 0.179918 0.708959 -0.047435</w:t>
        <w:br/>
        <w:t>v 0.179702 0.761890 -0.040893</w:t>
        <w:br/>
        <w:t>v 0.250918 0.682562 -0.069228</w:t>
        <w:br/>
        <w:t>v 0.233615 0.675102 -0.065416</w:t>
        <w:br/>
        <w:t>v 0.227569 0.717056 -0.062374</w:t>
        <w:br/>
        <w:t>v 0.216858 0.772909 -0.051615</w:t>
        <w:br/>
        <w:t>v -0.187764 0.872274 0.171831</w:t>
        <w:br/>
        <w:t>v -0.175998 0.917674 0.156703</w:t>
        <w:br/>
        <w:t>v -0.195181 0.837247 0.185016</w:t>
        <w:br/>
        <w:t>v -0.196385 0.841750 0.191096</w:t>
        <w:br/>
        <w:t>v -0.203658 0.904737 0.185354</w:t>
        <w:br/>
        <w:t>v -0.190055 0.941628 0.165871</w:t>
        <w:br/>
        <w:t>v -0.189867 0.938090 0.160065</w:t>
        <w:br/>
        <w:t>v -0.206279 0.893061 0.179848</w:t>
        <w:br/>
        <w:t>v -0.180109 0.914497 0.150806</w:t>
        <w:br/>
        <w:t>v -0.191080 0.867617 0.166431</w:t>
        <w:br/>
        <w:t>v -0.198211 0.833858 0.179097</w:t>
        <w:br/>
        <w:t>v -0.218747 0.869434 0.200352</w:t>
        <w:br/>
        <w:t>v -0.218869 0.861243 0.192842</w:t>
        <w:br/>
        <w:t>v -0.173680 0.690822 -0.039992</w:t>
        <w:br/>
        <w:t>v -0.174554 0.735691 -0.035962</w:t>
        <w:br/>
        <w:t>v -0.157915 0.733516 -0.036569</w:t>
        <w:br/>
        <w:t>v -0.154036 0.685945 -0.040302</w:t>
        <w:br/>
        <w:t>v -0.177115 0.793315 -0.035414</w:t>
        <w:br/>
        <w:t>v -0.169281 0.790352 -0.032933</w:t>
        <w:br/>
        <w:t>v -0.154036 0.685945 -0.040302</w:t>
        <w:br/>
        <w:t>v -0.157915 0.733516 -0.036569</w:t>
        <w:br/>
        <w:t>v -0.161403 0.780382 -0.044556</w:t>
        <w:br/>
        <w:t>v -0.162217 0.788098 -0.034108</w:t>
        <w:br/>
        <w:t>v -0.219855 0.744593 -0.057504</w:t>
        <w:br/>
        <w:t>v -0.191526 0.741778 -0.043573</w:t>
        <w:br/>
        <w:t>v -0.195658 0.695978 -0.049821</w:t>
        <w:br/>
        <w:t>v -0.231171 0.705231 -0.070184</w:t>
        <w:br/>
        <w:t>v -0.187197 0.793247 -0.039481</w:t>
        <w:br/>
        <w:t>v -0.206450 0.802888 -0.047575</w:t>
        <w:br/>
        <w:t>v -0.180932 0.750938 -0.113958</w:t>
        <w:br/>
        <w:t>v -0.199305 0.636890 -0.113594</w:t>
        <w:br/>
        <w:t>v 0.181935 0.761258 -0.056674</w:t>
        <w:br/>
        <w:t>v 0.199101 0.647789 -0.087151</w:t>
        <w:br/>
        <w:t>v 0.205008 0.637829 -0.110075</w:t>
        <w:br/>
        <w:t>v 0.219151 0.667690 -0.055943</w:t>
        <w:br/>
        <w:t>v 0.215938 0.713856 -0.054213</w:t>
        <w:br/>
        <w:t>v 0.195562 0.663556 -0.045589</w:t>
        <w:br/>
        <w:t>v 0.199092 0.766506 -0.040904</w:t>
        <w:br/>
        <w:t>v 0.181146 0.660691 -0.054680</w:t>
        <w:br/>
        <w:t>v 0.179702 0.761890 -0.040893</w:t>
        <w:br/>
        <w:t>v -0.117318 0.963911 0.211661</w:t>
        <w:br/>
        <w:t>v -0.133128 0.960640 0.205784</w:t>
        <w:br/>
        <w:t>v -0.200486 0.880143 0.221140</w:t>
        <w:br/>
        <w:t>v -0.176289 0.949305 0.180854</w:t>
        <w:br/>
        <w:t>v 0.109812 0.883637 0.266373</w:t>
        <w:br/>
        <w:t>v 0.109048 0.907002 0.247733</w:t>
        <w:br/>
        <w:t>v 0.280020 0.813967 0.006734</w:t>
        <w:br/>
        <w:t>v -0.286081 0.849625 0.026619</w:t>
        <w:br/>
        <w:t>v -0.267263 0.831040 -0.015932</w:t>
        <w:br/>
        <w:t>v -0.259068 0.819155 -0.031376</w:t>
        <w:br/>
        <w:t>v -0.273069 0.873329 0.086166</w:t>
        <w:br/>
        <w:t>v -0.261444 0.876478 0.101278</w:t>
        <w:br/>
        <w:t>v -0.000346 0.578133 -0.259114</w:t>
        <w:br/>
        <w:t>v -0.099223 0.948968 0.229121</w:t>
        <w:br/>
        <w:t>v -0.088051 0.973001 0.217848</w:t>
        <w:br/>
        <w:t>v -0.108977 0.964636 0.215443</w:t>
        <w:br/>
        <w:t>v -0.004499 0.966257 0.246422</w:t>
        <w:br/>
        <w:t>v -0.004173 0.948709 0.259529</w:t>
        <w:br/>
        <w:t>v 0.018715 0.966482 0.241468</w:t>
        <w:br/>
        <w:t>v 0.006961 0.925950 0.275877</w:t>
        <w:br/>
        <w:t>v -0.109273 0.929498 0.240562</w:t>
        <w:br/>
        <w:t>v 0.001152 0.929968 0.273990</w:t>
        <w:br/>
        <w:t>v 0.103264 0.936952 0.227756</w:t>
        <w:br/>
        <w:t>v 0.137557 0.923239 0.214033</w:t>
        <w:br/>
        <w:t>v -0.152198 0.739791 -0.148112</w:t>
        <w:br/>
        <w:t>v -0.237252 0.815004 -0.042505</w:t>
        <w:br/>
        <w:t>v -0.216795 0.806484 -0.047540</w:t>
        <w:br/>
        <w:t>v -0.185287 0.933210 0.156972</w:t>
        <w:br/>
        <w:t>v -0.120311 0.918802 0.243507</w:t>
        <w:br/>
        <w:t>v -0.112539 0.923924 0.244097</w:t>
        <w:br/>
        <w:t>v -0.164985 0.948922 0.191241</w:t>
        <w:br/>
        <w:t>v 0.186760 0.854690 0.186976</w:t>
        <w:br/>
        <w:t>v 0.201397 0.804697 0.207891</w:t>
        <w:br/>
        <w:t>v 0.180022 0.905423 0.159291</w:t>
        <w:br/>
        <w:t>v -0.162217 0.788098 -0.034108</w:t>
        <w:br/>
        <w:t>v 0.207483 0.858415 0.199273</w:t>
        <w:br/>
        <w:t>v 0.189488 0.871047 0.221776</w:t>
        <w:br/>
        <w:t>v 0.175250 0.903401 0.206770</w:t>
        <w:br/>
        <w:t>v 0.193875 0.891607 0.186486</w:t>
        <w:br/>
        <w:t>v 0.162210 0.812650 0.194317</w:t>
        <w:br/>
        <w:t>v 0.175209 0.821217 0.188596</w:t>
        <w:br/>
        <w:t>v 0.154334 0.849724 0.180740</w:t>
        <w:br/>
        <w:t>v 0.080879 1.091784 0.130708</w:t>
        <w:br/>
        <w:t>v 0.093824 1.069960 0.139273</w:t>
        <w:br/>
        <w:t>v 0.071559 1.071962 0.149688</w:t>
        <w:br/>
        <w:t>v 0.061966 1.092892 0.140290</w:t>
        <w:br/>
        <w:t>v 0.088246 1.089520 0.117197</w:t>
        <w:br/>
        <w:t>v 0.088379 1.088295 0.113863</w:t>
        <w:br/>
        <w:t>v 0.100440 1.064307 0.118314</w:t>
        <w:br/>
        <w:t>v 0.101692 1.066283 0.122549</w:t>
        <w:br/>
        <w:t>v 0.122098 0.954531 0.209827</w:t>
        <w:br/>
        <w:t>v 0.111566 0.982438 0.195360</w:t>
        <w:br/>
        <w:t>v 0.143762 0.971635 0.178575</w:t>
        <w:br/>
        <w:t>v 0.158835 0.939315 0.191383</w:t>
        <w:br/>
        <w:t>v 0.181163 0.922033 0.160904</w:t>
        <w:br/>
        <w:t>v 0.163215 0.957805 0.150489</w:t>
        <w:br/>
        <w:t>v 0.159104 0.954311 0.142121</w:t>
        <w:br/>
        <w:t>v 0.177957 0.915476 0.151746</w:t>
        <w:br/>
        <w:t>v 0.076781 1.111115 0.108473</w:t>
        <w:br/>
        <w:t>v 0.076889 1.112261 0.109533</w:t>
        <w:br/>
        <w:t>v 0.067359 1.134166 0.105629</w:t>
        <w:br/>
        <w:t>v 0.105688 1.047272 0.147111</w:t>
        <w:br/>
        <w:t>v 0.081297 1.051082 0.160063</w:t>
        <w:br/>
        <w:t>v 0.115306 1.042686 0.127949</w:t>
        <w:br/>
        <w:t>v 0.112908 1.040281 0.123013</w:t>
        <w:br/>
        <w:t>v 0.100955 1.008053 0.182371</w:t>
        <w:br/>
        <w:t>v 0.130482 1.000787 0.165762</w:t>
        <w:br/>
        <w:t>v 0.142490 0.986199 0.134610</w:t>
        <w:br/>
        <w:t>v 0.145490 0.990353 0.141246</w:t>
        <w:br/>
        <w:t>v 0.091427 1.029614 0.171361</w:t>
        <w:br/>
        <w:t>v 0.118348 1.023924 0.156292</w:t>
        <w:br/>
        <w:t>v 0.129822 1.017277 0.133986</w:t>
        <w:br/>
        <w:t>v 0.127195 1.014226 0.128017</w:t>
        <w:br/>
        <w:t>v 0.187550 0.891949 0.158456</w:t>
        <w:br/>
        <w:t>v 0.053044 1.115047 0.132690</w:t>
        <w:br/>
        <w:t>v 0.068481 1.114339 0.123256</w:t>
        <w:br/>
        <w:t>v 0.076301 1.113245 0.112549</w:t>
        <w:br/>
        <w:t>v 0.045454 1.134166 0.127031</w:t>
        <w:br/>
        <w:t>v 0.058195 1.134166 0.118918</w:t>
        <w:br/>
        <w:t>v 0.066298 1.134166 0.109189</w:t>
        <w:br/>
        <w:t>v 0.208783 0.847150 0.178349</w:t>
        <w:br/>
        <w:t>v 0.196819 0.878959 0.167978</w:t>
        <w:br/>
        <w:t>v 0.194641 0.874559 0.163416</w:t>
        <w:br/>
        <w:t>v 0.204886 0.842852 0.174172</w:t>
        <w:br/>
        <w:t>v 0.086987 1.090806 0.120259</w:t>
        <w:br/>
        <w:t>v 0.100456 1.068269 0.126733</w:t>
        <w:br/>
        <w:t>v 0.158921 0.962786 0.160302</w:t>
        <w:br/>
        <w:t>v 0.176334 0.928206 0.172599</w:t>
        <w:br/>
        <w:t>v 0.113862 1.045072 0.133225</w:t>
        <w:br/>
        <w:t>v 0.142715 0.994548 0.149329</w:t>
        <w:br/>
        <w:t>v 0.127835 1.020241 0.140736</w:t>
        <w:br/>
        <w:t>v 0.074677 1.113939 0.115201</w:t>
        <w:br/>
        <w:t>v 0.064750 1.134166 0.111633</w:t>
        <w:br/>
        <w:t>v 0.105197 0.914761 0.253734</w:t>
        <w:br/>
        <w:t>v 0.096411 0.939921 0.238450</w:t>
        <w:br/>
        <w:t>v 0.132668 0.925033 0.226509</w:t>
        <w:br/>
        <w:t>v 0.143574 0.894784 0.244154</w:t>
        <w:br/>
        <w:t>v 0.048019 1.074631 0.158222</w:t>
        <w:br/>
        <w:t>v 0.040710 1.094836 0.148820</w:t>
        <w:br/>
        <w:t>v 0.079036 0.989825 0.206951</w:t>
        <w:br/>
        <w:t>v 0.087639 0.965338 0.222532</w:t>
        <w:br/>
        <w:t>v 0.055488 1.054325 0.168701</w:t>
        <w:br/>
        <w:t>v 0.070707 1.013826 0.191941</w:t>
        <w:br/>
        <w:t>v 0.063122 1.033868 0.180127</w:t>
        <w:br/>
        <w:t>v 0.033566 1.115660 0.140482</w:t>
        <w:br/>
        <w:t>v 0.027746 1.134166 0.134059</w:t>
        <w:br/>
        <w:t>v -0.219845 0.873049 0.174313</w:t>
        <w:br/>
        <w:t>v -0.198376 0.914165 0.159773</w:t>
        <w:br/>
        <w:t>v -0.204223 0.919632 0.162705</w:t>
        <w:br/>
        <w:t>v -0.223691 0.881680 0.176726</w:t>
        <w:br/>
        <w:t>v -0.106746 1.066799 0.118406</w:t>
        <w:br/>
        <w:t>v -0.124748 1.042968 0.125175</w:t>
        <w:br/>
        <w:t>v -0.122671 1.041443 0.124536</w:t>
        <w:br/>
        <w:t>v -0.139818 1.015480 0.131295</w:t>
        <w:br/>
        <w:t>v -0.142197 1.017933 0.132344</w:t>
        <w:br/>
        <w:t>v -0.120988 0.957101 0.224255</w:t>
        <w:br/>
        <w:t>v -0.085513 0.957182 0.241867</w:t>
        <w:br/>
        <w:t>v -0.133029 0.931852 0.240355</w:t>
        <w:br/>
        <w:t>v 0.068975 0.932258 0.258478</w:t>
        <w:br/>
        <w:t>v 0.035032 0.947084 0.259270</w:t>
        <w:br/>
        <w:t>v 0.030999 0.961379 0.249446</w:t>
        <w:br/>
        <w:t>v 0.062934 0.951877 0.245855</w:t>
        <w:br/>
        <w:t>v -0.020947 1.057817 0.177180</w:t>
        <w:br/>
        <w:t>v 0.002992 1.058432 0.177286</w:t>
        <w:br/>
        <w:t>v 0.008075 1.039748 0.189964</w:t>
        <w:br/>
        <w:t>v -0.017089 1.039522 0.190487</w:t>
        <w:br/>
        <w:t>v -0.024545 1.076943 0.164884</w:t>
        <w:br/>
        <w:t>v -0.001829 1.077596 0.165730</w:t>
        <w:br/>
        <w:t>v -0.011670 1.116668 0.146540</w:t>
        <w:br/>
        <w:t>v -0.006486 1.096774 0.155612</w:t>
        <w:br/>
        <w:t>v -0.027828 1.096210 0.153910</w:t>
        <w:br/>
        <w:t>v -0.030767 1.116468 0.144053</w:t>
        <w:br/>
        <w:t>v -0.033060 1.134237 0.135656</w:t>
        <w:br/>
        <w:t>v -0.016001 1.134166 0.138755</w:t>
        <w:br/>
        <w:t>v 0.013018 1.022635 0.202899</w:t>
        <w:br/>
        <w:t>v -0.013177 1.023166 0.203553</w:t>
        <w:br/>
        <w:t>v -0.007765 1.005929 0.218835</w:t>
        <w:br/>
        <w:t>v 0.018712 1.003682 0.217827</w:t>
        <w:br/>
        <w:t>v 0.025688 0.979857 0.236131</w:t>
        <w:br/>
        <w:t>v -0.000240 0.983990 0.238162</w:t>
        <w:br/>
        <w:t>v 0.011863 1.134166 0.137406</w:t>
        <w:br/>
        <w:t>v 0.015145 1.116151 0.144569</w:t>
        <w:br/>
        <w:t>v 0.019572 1.096001 0.153566</w:t>
        <w:br/>
        <w:t>v 0.024222 1.076408 0.163308</w:t>
        <w:br/>
        <w:t>v 0.029602 1.056831 0.174310</w:t>
        <w:br/>
        <w:t>v 0.035627 1.037470 0.186310</w:t>
        <w:br/>
        <w:t>v 0.041717 1.018918 0.198587</w:t>
        <w:br/>
        <w:t>v 0.048723 0.997874 0.213829</w:t>
        <w:br/>
        <w:t>v 0.056093 0.973592 0.231078</w:t>
        <w:br/>
        <w:t>v -0.063318 1.115977 0.126648</w:t>
        <w:br/>
        <w:t>v -0.073107 1.115418 0.118465</w:t>
        <w:br/>
        <w:t>v -0.063622 1.134166 0.114055</w:t>
        <w:br/>
        <w:t>v -0.058060 1.134981 0.121618</w:t>
        <w:br/>
        <w:t>v -0.069796 1.095101 0.132250</w:t>
        <w:br/>
        <w:t>v -0.084537 1.094655 0.124071</w:t>
        <w:br/>
        <w:t>v -0.080646 1.075667 0.141050</w:t>
        <w:br/>
        <w:t>v -0.095687 1.075257 0.131183</w:t>
        <w:br/>
        <w:t>v -0.094496 1.053945 0.152945</w:t>
        <w:br/>
        <w:t>v -0.110417 1.050805 0.142604</w:t>
        <w:br/>
        <w:t>v -0.142518 1.002004 0.166598</w:t>
        <w:br/>
        <w:t>v -0.125467 1.027817 0.154063</w:t>
        <w:br/>
        <w:t>v -0.107584 1.032344 0.165334</w:t>
        <w:br/>
        <w:t>v -0.123395 1.006005 0.180038</w:t>
        <w:br/>
        <w:t>v -0.139873 0.977733 0.195498</w:t>
        <w:br/>
        <w:t>v -0.161575 0.970776 0.182505</w:t>
        <w:br/>
        <w:t>v -0.178776 0.941797 0.197400</w:t>
        <w:br/>
        <w:t>v -0.155783 0.948344 0.211864</w:t>
        <w:br/>
        <w:t>v -0.109031 0.982620 0.207752</w:t>
        <w:br/>
        <w:t>v 0.134509 0.920793 0.156342</w:t>
        <w:br/>
        <w:t>v 0.144208 0.874737 0.170764</w:t>
        <w:br/>
        <w:t>v 0.148669 0.877131 0.172052</w:t>
        <w:br/>
        <w:t>v 0.138489 0.920723 0.158195</w:t>
        <w:br/>
        <w:t>v 0.107868 1.035584 0.126249</w:t>
        <w:br/>
        <w:t>v 0.099190 1.061906 0.118533</w:t>
        <w:br/>
        <w:t>v 0.105890 1.034544 0.125874</w:t>
        <w:br/>
        <w:t>v 0.126473 0.957397 0.145472</w:t>
        <w:br/>
        <w:t>v 0.129799 0.956929 0.147561</w:t>
        <w:br/>
        <w:t>v 0.088379 1.088295 0.113863</w:t>
        <w:br/>
        <w:t>v 0.086660 1.086457 0.113219</w:t>
        <w:br/>
        <w:t>v 0.159104 0.954311 0.142121</w:t>
        <w:br/>
        <w:t>v 0.147466 0.955053 0.141250</w:t>
        <w:br/>
        <w:t>v 0.163092 0.915519 0.150931</w:t>
        <w:br/>
        <w:t>v 0.177957 0.915476 0.151746</w:t>
        <w:br/>
        <w:t>v 0.112908 1.040281 0.123013</w:t>
        <w:br/>
        <w:t>v 0.111092 1.038046 0.123637</w:t>
        <w:br/>
        <w:t>v 0.142490 0.986199 0.134610</w:t>
        <w:br/>
        <w:t>v 0.134204 0.986432 0.133994</w:t>
        <w:br/>
        <w:t>v 0.176688 0.886040 0.157624</w:t>
        <w:br/>
        <w:t>v 0.188401 0.869205 0.163386</w:t>
        <w:br/>
        <w:t>v 0.127195 1.014226 0.128017</w:t>
        <w:br/>
        <w:t>v 0.122135 1.013439 0.128286</w:t>
        <w:br/>
        <w:t>v 0.076889 1.112261 0.109533</w:t>
        <w:br/>
        <w:t>v 0.157880 0.810659 0.194082</w:t>
        <w:br/>
        <w:t>v -0.121055 1.047323 0.134505</w:t>
        <w:br/>
        <w:t>v -0.125468 1.045106 0.127738</w:t>
        <w:br/>
        <w:t>v -0.106221 1.071947 0.119970</w:t>
        <w:br/>
        <w:t>v -0.137507 1.023929 0.143528</w:t>
        <w:br/>
        <w:t>v -0.156293 0.997501 0.154459</w:t>
        <w:br/>
        <w:t>v -0.162658 0.992684 0.146087</w:t>
        <w:br/>
        <w:t>v -0.143063 1.021074 0.135882</w:t>
        <w:br/>
        <w:t>v -0.093040 1.091382 0.115393</w:t>
        <w:br/>
        <w:t>v -0.106221 1.071947 0.119970</w:t>
        <w:br/>
        <w:t>v -0.091120 1.088873 0.113385</w:t>
        <w:br/>
        <w:t>v -0.162904 0.987502 0.141431</w:t>
        <w:br/>
        <w:t>v -0.204820 0.927782 0.171455</w:t>
        <w:br/>
        <w:t>v -0.225433 0.894142 0.186997</w:t>
        <w:br/>
        <w:t>v -0.078054 1.113974 0.110967</w:t>
        <w:br/>
        <w:t>v -0.056006 1.095308 0.142570</w:t>
        <w:br/>
        <w:t>v -0.062690 1.075612 0.151402</w:t>
        <w:br/>
        <w:t>v -0.072415 1.054346 0.163374</w:t>
        <w:br/>
        <w:t>v -0.082925 1.033840 0.175669</w:t>
        <w:br/>
        <w:t>v -0.095502 1.010023 0.190664</w:t>
        <w:br/>
        <w:t>v -0.106430 1.063835 0.118292</w:t>
        <w:br/>
        <w:t>v -0.213995 0.866101 0.175704</w:t>
        <w:br/>
        <w:t>v -0.191047 0.911815 0.161510</w:t>
        <w:br/>
        <w:t>v -0.120269 1.040121 0.124567</w:t>
        <w:br/>
        <w:t>v -0.136852 1.014717 0.131836</w:t>
        <w:br/>
        <w:t>v -0.137272 1.013976 0.132050</w:t>
        <w:br/>
        <w:t>v -0.093040 1.091382 0.115393</w:t>
        <w:br/>
        <w:t>v -0.198033 0.933827 0.181683</w:t>
        <w:br/>
        <w:t>v -0.178993 0.963667 0.168475</w:t>
        <w:br/>
        <w:t>v -0.078054 1.113974 0.110967</w:t>
        <w:br/>
        <w:t>v -0.067149 1.134166 0.108495</w:t>
        <w:br/>
        <w:t>v -0.185050 0.915604 0.158437</w:t>
        <w:br/>
        <w:t>v -0.174797 0.945869 0.151317</w:t>
        <w:br/>
        <w:t>v -0.135884 1.012819 0.131614</w:t>
        <w:br/>
        <w:t>v 0.197841 0.884247 0.173365</w:t>
        <w:br/>
        <w:t>v 0.210596 0.851142 0.185645</w:t>
        <w:br/>
        <w:t>v 0.148560 0.918185 0.157685</w:t>
        <w:br/>
        <w:t>v 0.138868 0.956403 0.145455</w:t>
        <w:br/>
        <w:t>v 0.182134 0.864440 0.164453</w:t>
        <w:br/>
        <w:t>v 0.166100 0.857593 0.176798</w:t>
        <w:br/>
        <w:t>v 0.191106 0.832010 0.176197</w:t>
        <w:br/>
        <w:t>v 0.198299 0.837291 0.173049</w:t>
        <w:br/>
        <w:t>v -0.012847 1.005460 -0.070396</w:t>
        <w:br/>
        <w:t>v 0.017880 1.004985 -0.069565</w:t>
        <w:br/>
        <w:t>v -0.008159 1.039246 -0.053811</w:t>
        <w:br/>
        <w:t>v -0.000009 0.792283 -0.173357</w:t>
        <w:br/>
        <w:t>v -0.042017 0.792279 -0.172091</w:t>
        <w:br/>
        <w:t>v -0.050205 0.731471 -0.199793</w:t>
        <w:br/>
        <w:t>v -0.000050 0.730678 -0.202634</w:t>
        <w:br/>
        <w:t>v -0.033671 0.852029 -0.144704</w:t>
        <w:br/>
        <w:t>v -0.000005 0.851973 -0.145307</w:t>
        <w:br/>
        <w:t>v -0.058048 0.671001 -0.226690</w:t>
        <w:br/>
        <w:t>v -0.038440 0.671160 -0.228674</w:t>
        <w:br/>
        <w:t>v -0.026309 0.904831 -0.120260</w:t>
        <w:br/>
        <w:t>v -0.000011 0.904881 -0.120026</w:t>
        <w:br/>
        <w:t>v -0.019492 0.953416 -0.096648</w:t>
        <w:br/>
        <w:t>v -0.000069 0.952991 -0.096375</w:t>
        <w:br/>
        <w:t>v 0.035257 0.671230 -0.227448</w:t>
        <w:br/>
        <w:t>v 0.000013 0.671470 -0.230411</w:t>
        <w:br/>
        <w:t>v -0.000023 0.601160 -0.257388</w:t>
        <w:br/>
        <w:t>v 0.048836 0.603985 -0.253432</w:t>
        <w:br/>
        <w:t>v 0.012438 1.038611 -0.052806</w:t>
        <w:br/>
        <w:t>v 0.061337 0.731656 -0.194593</w:t>
        <w:br/>
        <w:t>v 0.052697 0.792183 -0.167162</w:t>
        <w:br/>
        <w:t>v 0.002255 1.102804 -0.013517</w:t>
        <w:br/>
        <w:t>v -0.002963 1.071383 -0.034331</w:t>
        <w:br/>
        <w:t>v 0.007278 1.070806 -0.032857</w:t>
        <w:br/>
        <w:t>v 0.043185 0.851914 -0.141005</w:t>
        <w:br/>
        <w:t>v 0.034048 0.904722 -0.117743</w:t>
        <w:br/>
        <w:t>v 0.025932 0.953452 -0.094980</w:t>
        <w:br/>
        <w:t>v -0.048791 0.604251 -0.255134</w:t>
        <w:br/>
        <w:t>v 0.078645 0.607301 -0.250218</w:t>
        <w:br/>
        <w:t>v 0.069400 0.670990 -0.222333</w:t>
        <w:br/>
        <w:t>v -0.057336 1.115674 0.131157</w:t>
        <w:br/>
        <w:t>v -0.054045 1.075696 0.155506</w:t>
        <w:br/>
        <w:t>v -0.026395 1.078769 0.166184</w:t>
        <w:br/>
        <w:t>v -0.054923 1.077835 0.158961</w:t>
        <w:br/>
        <w:t>v -0.057027 1.097178 0.146118</w:t>
        <w:br/>
        <w:t>v -0.029369 1.097849 0.154857</w:t>
        <w:br/>
        <w:t>v -0.014473 1.024911 0.204715</w:t>
        <w:br/>
        <w:t>v -0.044396 1.020649 0.203080</w:t>
        <w:br/>
        <w:t>v -0.048449 1.038856 0.188583</w:t>
        <w:br/>
        <w:t>v -0.018679 1.041331 0.191860</w:t>
        <w:br/>
        <w:t>v -0.001452 0.985432 0.239632</w:t>
        <w:br/>
        <w:t>v 0.010049 0.957265 0.263516</w:t>
        <w:br/>
        <w:t>v -0.020425 0.951791 0.263434</w:t>
        <w:br/>
        <w:t>v -0.031785 0.979726 0.238123</w:t>
        <w:br/>
        <w:t>v -0.009286 1.007508 0.219965</w:t>
        <w:br/>
        <w:t>v -0.039116 1.001616 0.218977</w:t>
        <w:br/>
        <w:t>v -0.051846 1.057012 0.174431</w:t>
        <w:br/>
        <w:t>v -0.022776 1.059645 0.178649</w:t>
        <w:br/>
        <w:t>v -0.058333 1.117325 0.133912</w:t>
        <w:br/>
        <w:t>v -0.032046 1.117743 0.144700</w:t>
        <w:br/>
        <w:t>v -0.029369 1.097849 0.154857</w:t>
        <w:br/>
        <w:t>v -0.026395 1.078769 0.166184</w:t>
        <w:br/>
        <w:t>v -0.018679 1.041331 0.191860</w:t>
        <w:br/>
        <w:t>v -0.014473 1.024911 0.204715</w:t>
        <w:br/>
        <w:t>v 0.010049 0.957265 0.263516</w:t>
        <w:br/>
        <w:t>v -0.001452 0.985432 0.239632</w:t>
        <w:br/>
        <w:t>v -0.000240 0.983990 0.238162</w:t>
        <w:br/>
        <w:t>v 0.009664 0.957080 0.258522</w:t>
        <w:br/>
        <w:t>v -0.009286 1.007508 0.219965</w:t>
        <w:br/>
        <w:t>v -0.022776 1.059645 0.178649</w:t>
        <w:br/>
        <w:t>v -0.032046 1.117743 0.144700</w:t>
        <w:br/>
        <w:t>v -0.033963 1.136445 0.135431</w:t>
        <w:br/>
        <w:t>v -0.058968 1.136289 0.123773</w:t>
        <w:br/>
        <w:t>v -0.033963 1.136445 0.135431</w:t>
        <w:br/>
        <w:t>v -0.062586 0.638419 -0.240156</w:t>
        <w:br/>
        <w:t>v -0.048002 0.852810 -0.144145</w:t>
        <w:br/>
        <w:t>v -0.035772 0.853653 -0.147077</w:t>
        <w:br/>
        <w:t>v -0.028784 0.906180 -0.123167</w:t>
        <w:br/>
        <w:t>v -0.039360 0.905549 -0.120832</w:t>
        <w:br/>
        <w:t>v -0.023412 1.006900 -0.072482</w:t>
        <w:br/>
        <w:t>v -0.014970 1.006364 -0.073354</w:t>
        <w:br/>
        <w:t>v -0.009573 1.039995 -0.055764</w:t>
        <w:br/>
        <w:t>v -0.018198 1.040764 -0.055640</w:t>
        <w:br/>
        <w:t>v -0.051591 0.732660 -0.201662</w:t>
        <w:br/>
        <w:t>v -0.043625 0.793907 -0.174047</w:t>
        <w:br/>
        <w:t>v -0.057823 0.792093 -0.172141</w:t>
        <w:br/>
        <w:t>v -0.067041 0.732460 -0.199709</w:t>
        <w:br/>
        <w:t>v -0.007880 1.104276 -0.014755</w:t>
        <w:br/>
        <w:t>v -0.003881 1.072134 -0.035332</w:t>
        <w:br/>
        <w:t>v 0.001883 1.107688 -0.012353</w:t>
        <w:br/>
        <w:t>v -0.075901 0.671699 -0.226966</w:t>
        <w:br/>
        <w:t>v -0.059618 0.673557 -0.228173</w:t>
        <w:br/>
        <w:t>v -0.022098 0.955680 -0.100184</w:t>
        <w:br/>
        <w:t>v -0.031644 0.954600 -0.098536</w:t>
        <w:br/>
        <w:t>v -0.012771 1.072874 -0.035361</w:t>
        <w:br/>
        <w:t>v -0.028784 0.906180 -0.123167</w:t>
        <w:br/>
        <w:t>v -0.035772 0.853653 -0.147077</w:t>
        <w:br/>
        <w:t>v -0.014970 1.006364 -0.073354</w:t>
        <w:br/>
        <w:t>v -0.050205 0.731471 -0.199793</w:t>
        <w:br/>
        <w:t>v -0.043625 0.793907 -0.174047</w:t>
        <w:br/>
        <w:t>v -0.051591 0.732660 -0.201662</w:t>
        <w:br/>
        <w:t>v -0.059618 0.673557 -0.228173</w:t>
        <w:br/>
        <w:t>v -0.058048 0.671001 -0.226690</w:t>
        <w:br/>
        <w:t>v -0.022098 0.955680 -0.100184</w:t>
        <w:br/>
        <w:t>v -0.064379 0.640547 -0.242255</w:t>
        <w:br/>
        <w:t>v -0.079587 0.642521 -0.240081</w:t>
        <w:br/>
        <w:t>v -0.064379 0.640547 -0.242255</w:t>
        <w:br/>
        <w:t>v -0.062586 0.638419 -0.240156</w:t>
        <w:br/>
        <w:t>v -0.064379 0.640547 -0.242255</w:t>
        <w:br/>
        <w:t>v -0.079587 0.642521 -0.240081</w:t>
        <w:br/>
        <w:t>v -0.078309 0.641067 -0.236375</w:t>
        <w:br/>
        <w:t>v -0.004320 1.133923 0.003765</w:t>
        <w:br/>
        <w:t>v -0.001427 1.133923 0.005103</w:t>
        <w:br/>
        <w:t>v -0.078309 0.641067 -0.236375</w:t>
        <w:br/>
        <w:t>v -0.082929 0.609079 -0.251030</w:t>
        <w:br/>
        <w:t>v 0.114824 1.015034 0.131617</w:t>
        <w:br/>
        <w:t>v 0.111372 1.016325 0.130325</w:t>
        <w:br/>
        <w:t>v 0.122387 0.988597 0.138524</w:t>
        <w:br/>
        <w:t>v 0.118673 0.989316 0.137095</w:t>
        <w:br/>
        <w:t>v 0.203725 0.856878 0.198837</w:t>
        <w:br/>
        <w:t>v 0.185759 0.868989 0.219423</w:t>
        <w:br/>
        <w:t>v 0.189488 0.871047 0.221776</w:t>
        <w:br/>
        <w:t>v 0.207483 0.858415 0.199273</w:t>
        <w:br/>
        <w:t>v 0.161632 0.814142 0.198138</w:t>
        <w:br/>
        <w:t>v 0.175545 0.822868 0.192099</w:t>
        <w:br/>
        <w:t>v 0.175209 0.821217 0.188596</w:t>
        <w:br/>
        <w:t>v 0.162210 0.812650 0.194317</w:t>
        <w:br/>
        <w:t>v 0.207616 0.850750 0.186933</w:t>
        <w:br/>
        <w:t>v 0.210596 0.851142 0.185645</w:t>
        <w:br/>
        <w:t>v 0.143574 0.894784 0.244154</w:t>
        <w:br/>
        <w:t>v 0.141257 0.892397 0.241530</w:t>
        <w:br/>
        <w:t>v 0.103497 0.912359 0.250934</w:t>
        <w:br/>
        <w:t>v 0.105197 0.914761 0.253734</w:t>
        <w:br/>
        <w:t>v -0.218451 0.872998 0.178083</w:t>
        <w:br/>
        <w:t>v -0.212679 0.866120 0.179485</w:t>
        <w:br/>
        <w:t>v -0.213995 0.866101 0.175704</w:t>
        <w:br/>
        <w:t>v -0.219845 0.873049 0.174313</w:t>
        <w:br/>
        <w:t>v 0.035032 0.947084 0.259270</w:t>
        <w:br/>
        <w:t>v 0.068975 0.932258 0.258478</w:t>
        <w:br/>
        <w:t>v 0.067572 0.929859 0.255273</w:t>
        <w:br/>
        <w:t>v 0.034007 0.944654 0.255951</w:t>
        <w:br/>
        <w:t>v -0.198305 0.908804 0.215412</w:t>
        <w:br/>
        <w:t>v -0.171227 0.917925 0.229966</w:t>
        <w:br/>
        <w:t>v -0.169029 0.915295 0.227476</w:t>
        <w:br/>
        <w:t>v -0.195447 0.906241 0.213581</w:t>
        <w:br/>
        <w:t>v -0.133029 0.931852 0.240355</w:t>
        <w:br/>
        <w:t>v -0.131531 0.929208 0.237396</w:t>
        <w:br/>
        <w:t>v -0.085513 0.957182 0.241867</w:t>
        <w:br/>
        <w:t>v -0.083960 0.954535 0.239240</w:t>
        <w:br/>
        <w:t>v -0.056131 1.033445 0.184677</w:t>
        <w:br/>
        <w:t>v -0.055116 1.030722 0.181560</w:t>
        <w:br/>
        <w:t>v -0.062770 1.009613 0.197598</w:t>
        <w:br/>
        <w:t>v -0.064051 1.012125 0.200771</w:t>
        <w:br/>
        <w:t>v -0.049750 1.051642 0.171310</w:t>
        <w:br/>
        <w:t>v -0.048843 1.048774 0.168157</w:t>
        <w:br/>
        <w:t>v 0.155784 0.808668 0.192740</w:t>
        <w:br/>
        <w:t>v 0.151470 0.808801 0.194191</w:t>
        <w:br/>
        <w:t>v 0.155228 0.811472 0.198205</w:t>
        <w:br/>
        <w:t>v 0.157880 0.810659 0.194082</w:t>
        <w:br/>
        <w:t>v -0.217763 0.900760 0.197624</w:t>
        <w:br/>
        <w:t>v -0.214453 0.898111 0.197639</w:t>
        <w:br/>
        <w:t>v -0.221728 0.892247 0.188381</w:t>
        <w:br/>
        <w:t>v -0.225433 0.894142 0.186997</w:t>
        <w:br/>
        <w:t>v -0.222154 0.881238 0.180562</w:t>
        <w:br/>
        <w:t>v -0.223691 0.881680 0.176726</w:t>
        <w:br/>
        <w:t>v 0.202684 0.843606 0.177183</w:t>
        <w:br/>
        <w:t>v 0.204886 0.842852 0.174172</w:t>
        <w:br/>
        <w:t>v 0.198299 0.837291 0.173049</w:t>
        <w:br/>
        <w:t>v 0.197279 0.838451 0.176932</w:t>
        <w:br/>
        <w:t>v -0.201226 0.861381 0.180918</w:t>
        <w:br/>
        <w:t>v -0.205613 0.861249 0.178138</w:t>
        <w:br/>
        <w:t>v -0.048791 0.604251 -0.255134</w:t>
        <w:br/>
        <w:t>v -0.082929 0.609079 -0.251030</w:t>
        <w:br/>
        <w:t>v -0.084938 0.607580 -0.245236</w:t>
        <w:br/>
        <w:t>v -0.050437 0.603564 -0.249583</w:t>
        <w:br/>
        <w:t>v -0.000023 0.601160 -0.257388</w:t>
        <w:br/>
        <w:t>v 0.000010 0.600593 -0.251973</w:t>
        <w:br/>
        <w:t>v 0.049207 0.603812 -0.247563</w:t>
        <w:br/>
        <w:t>v 0.048836 0.603985 -0.253432</w:t>
        <w:br/>
        <w:t>v 0.078645 0.607301 -0.250218</w:t>
        <w:br/>
        <w:t>v 0.079056 0.606602 -0.242762</w:t>
        <w:br/>
        <w:t>v 0.009664 0.957080 0.258522</w:t>
        <w:br/>
        <w:t>v 0.005924 0.955512 0.255191</w:t>
        <w:br/>
        <w:t>v 0.208783 0.847150 0.178349</w:t>
        <w:br/>
        <w:t>v 0.206192 0.847331 0.180498</w:t>
        <w:br/>
        <w:t>v 0.191430 0.833577 0.179704</w:t>
        <w:br/>
        <w:t>v 0.191106 0.832010 0.176197</w:t>
        <w:br/>
        <w:t>v -0.054045 1.075696 0.155506</w:t>
        <w:br/>
        <w:t>v -0.056006 1.095308 0.142570</w:t>
        <w:br/>
        <w:t>v -0.057027 1.097178 0.146118</w:t>
        <w:br/>
        <w:t>v -0.054923 1.077835 0.158961</w:t>
        <w:br/>
        <w:t>v -0.044396 1.020649 0.203080</w:t>
        <w:br/>
        <w:t>v -0.043825 1.018140 0.199805</w:t>
        <w:br/>
        <w:t>v -0.047866 1.036468 0.185251</w:t>
        <w:br/>
        <w:t>v -0.048449 1.038856 0.188583</w:t>
        <w:br/>
        <w:t>v -0.031084 0.977111 0.234949</w:t>
        <w:br/>
        <w:t>v -0.031785 0.979726 0.238123</w:t>
        <w:br/>
        <w:t>v -0.020425 0.951791 0.263434</w:t>
        <w:br/>
        <w:t>v -0.019874 0.949335 0.260347</w:t>
        <w:br/>
        <w:t>v -0.038463 0.999119 0.215775</w:t>
        <w:br/>
        <w:t>v -0.039116 1.001616 0.218977</w:t>
        <w:br/>
        <w:t>v -0.058333 1.117325 0.133912</w:t>
        <w:br/>
        <w:t>v -0.057336 1.115674 0.131157</w:t>
        <w:br/>
        <w:t>v -0.058060 1.134981 0.121618</w:t>
        <w:br/>
        <w:t>v -0.058968 1.136289 0.123773</w:t>
        <w:br/>
        <w:t>v 0.010481 0.954920 0.260328</w:t>
        <w:br/>
        <w:t>v -0.003525 0.952167 0.260334</w:t>
        <w:br/>
        <w:t>v 0.010049 0.957265 0.263516</w:t>
        <w:br/>
        <w:t>v -0.020425 0.951791 0.263434</w:t>
        <w:br/>
        <w:t>v -0.019874 0.949335 0.260347</w:t>
        <w:br/>
        <w:t>v -0.051081 1.054009 0.171499</w:t>
        <w:br/>
        <w:t>v -0.051846 1.057012 0.174431</w:t>
        <w:br/>
        <w:t>v 0.010481 0.954920 0.260328</w:t>
        <w:br/>
        <w:t>v 0.281002 0.819962 0.115091</w:t>
        <w:br/>
        <w:t>v 0.279529 0.784812 0.135774</w:t>
        <w:br/>
        <w:t>v 0.235865 0.829832 0.147339</w:t>
        <w:br/>
        <w:t>v 0.091784 1.087249 0.108760</w:t>
        <w:br/>
        <w:t>v 0.105041 1.060552 0.115026</w:t>
        <w:br/>
        <w:t>v 0.097834 1.060280 0.117320</w:t>
        <w:br/>
        <w:t>v 0.088415 1.086431 0.110679</w:t>
        <w:br/>
        <w:t>v 0.157633 0.916439 0.143861</w:t>
        <w:br/>
        <w:t>v 0.195569 0.911935 0.132709</w:t>
        <w:br/>
        <w:t>v 0.219712 0.862903 0.141398</w:t>
        <w:br/>
        <w:t>v 0.172729 0.869005 0.155231</w:t>
        <w:br/>
        <w:t>v 0.146106 0.953590 0.135323</w:t>
        <w:br/>
        <w:t>v 0.176882 0.949508 0.125428</w:t>
        <w:br/>
        <w:t>v 0.183055 0.837362 0.162679</w:t>
        <w:br/>
        <w:t>v 0.133427 0.989360 0.127757</w:t>
        <w:br/>
        <w:t>v 0.157360 0.985465 0.120947</w:t>
        <w:br/>
        <w:t>v 0.253458 0.791373 0.154359</w:t>
        <w:br/>
        <w:t>v 0.193524 0.800003 0.171795</w:t>
        <w:br/>
        <w:t>v 0.201960 0.973153 0.066438</w:t>
        <w:br/>
        <w:t>v 0.185936 0.981140 0.098992</w:t>
        <w:br/>
        <w:t>v 0.163259 1.014079 0.095615</w:t>
        <w:br/>
        <w:t>v 0.176416 1.008445 0.068274</w:t>
        <w:br/>
        <w:t>v 0.114387 1.039243 0.119294</w:t>
        <w:br/>
        <w:t>v 0.081024 1.109848 0.104227</w:t>
        <w:br/>
        <w:t>v 0.317408 0.771044 0.089041</w:t>
        <w:br/>
        <w:t>v 0.303546 0.778231 0.112567</w:t>
        <w:br/>
        <w:t>v 0.304303 0.802970 0.087538</w:t>
        <w:br/>
        <w:t>v 0.176282 1.003273 0.043789</w:t>
        <w:br/>
        <w:t>v 0.203701 0.964519 0.040167</w:t>
        <w:br/>
        <w:t>v 0.268339 0.711823 -0.078478</w:t>
        <w:br/>
        <w:t>v 0.289173 0.722223 -0.060754</w:t>
        <w:br/>
        <w:t>v 0.264479 0.759752 -0.059498</w:t>
        <w:br/>
        <w:t>v 0.114364 0.683119 -0.209555</w:t>
        <w:br/>
        <w:t>v 0.071655 0.672819 -0.225923</w:t>
        <w:br/>
        <w:t>v 0.079841 0.609805 -0.254249</w:t>
        <w:br/>
        <w:t>v 0.125821 0.618522 -0.236719</w:t>
        <w:br/>
        <w:t>v 0.053985 1.008020 -0.066579</w:t>
        <w:br/>
        <w:t>v 0.095864 1.011018 -0.045504</w:t>
        <w:br/>
        <w:t>v 0.085786 1.043988 -0.030348</w:t>
        <w:br/>
        <w:t>v 0.046357 1.041441 -0.050295</w:t>
        <w:br/>
        <w:t>v 0.014818 1.040761 -0.056479</w:t>
        <w:br/>
        <w:t>v 0.020330 1.006962 -0.073143</w:t>
        <w:br/>
        <w:t>v 0.227658 0.848607 -0.033790</w:t>
        <w:br/>
        <w:t>v 0.205895 0.838623 -0.045904</w:t>
        <w:br/>
        <w:t>v 0.220977 0.794058 -0.058603</w:t>
        <w:br/>
        <w:t>v 0.245540 0.807319 -0.045804</w:t>
        <w:br/>
        <w:t>v 0.193226 0.771128 -0.088794</w:t>
        <w:br/>
        <w:t>v 0.182254 0.821835 -0.050222</w:t>
        <w:br/>
        <w:t>v 0.180576 0.820755 -0.074811</w:t>
        <w:br/>
        <w:t>v 0.104760 0.742215 -0.183511</w:t>
        <w:br/>
        <w:t>v 0.157072 0.755446 -0.147389</w:t>
        <w:br/>
        <w:t>v 0.144363 0.808185 -0.126226</w:t>
        <w:br/>
        <w:t>v 0.094700 0.798576 -0.157659</w:t>
        <w:br/>
        <w:t>v 0.054447 0.794092 -0.171329</w:t>
        <w:br/>
        <w:t>v 0.063322 0.733516 -0.198657</w:t>
        <w:br/>
        <w:t>v 0.031239 1.105483 -0.011890</w:t>
        <w:br/>
        <w:t>v 0.038694 1.073763 -0.031469</w:t>
        <w:br/>
        <w:t>v 0.074502 1.075227 -0.013375</w:t>
        <w:br/>
        <w:t>v 0.063393 1.106086 0.006367</w:t>
        <w:br/>
        <w:t>v 0.003302 1.108800 -0.014277</w:t>
        <w:br/>
        <w:t>v 0.009332 1.073068 -0.036607</w:t>
        <w:br/>
        <w:t>v 0.188409 0.886036 -0.030784</w:t>
        <w:br/>
        <w:t>v 0.168000 0.869950 -0.060105</w:t>
        <w:br/>
        <w:t>v 0.170626 0.872013 -0.038367</w:t>
        <w:br/>
        <w:t>v 0.131261 0.863478 -0.104432</w:t>
        <w:br/>
        <w:t>v 0.083521 0.856466 -0.131700</w:t>
        <w:br/>
        <w:t>v 0.044947 0.853864 -0.144472</w:t>
        <w:br/>
        <w:t>v 0.235898 0.746164 -0.071836</w:t>
        <w:br/>
        <w:t>v 0.204848 0.719377 -0.100826</w:t>
        <w:br/>
        <w:t>v 0.200872 0.725478 -0.070945</w:t>
        <w:br/>
        <w:t>v 0.191707 0.776322 -0.060314</w:t>
        <w:br/>
        <w:t>v 0.170660 0.701869 -0.166586</w:t>
        <w:br/>
        <w:t>v 0.204802 0.899912 -0.018235</w:t>
        <w:br/>
        <w:t>v 0.184763 0.942540 -0.004566</w:t>
        <w:br/>
        <w:t>v 0.171914 0.928679 -0.015473</w:t>
        <w:br/>
        <w:t>v 0.159119 0.920501 -0.026349</w:t>
        <w:br/>
        <w:t>v 0.156573 0.915875 -0.045640</w:t>
        <w:br/>
        <w:t>v 0.119208 0.913361 -0.084356</w:t>
        <w:br/>
        <w:t>v 0.073504 0.908199 -0.109410</w:t>
        <w:br/>
        <w:t>v 0.036329 0.906504 -0.120962</w:t>
        <w:br/>
        <w:t>v 0.248277 0.702193 -0.085014</w:t>
        <w:br/>
        <w:t>v 0.208847 0.673713 -0.079978</w:t>
        <w:br/>
        <w:t>v 0.216822 0.663803 -0.112576</w:t>
        <w:br/>
        <w:t>v 0.184136 0.638916 -0.187598</w:t>
        <w:br/>
        <w:t>v 0.162078 0.986716 0.009243</w:t>
        <w:br/>
        <w:t>v 0.146485 0.974212 -0.001508</w:t>
        <w:br/>
        <w:t>v 0.146742 0.967987 -0.014342</w:t>
        <w:br/>
        <w:t>v 0.144501 0.962210 -0.030321</w:t>
        <w:br/>
        <w:t>v 0.108650 0.959739 -0.066843</w:t>
        <w:br/>
        <w:t>v 0.064315 0.956384 -0.088528</w:t>
        <w:br/>
        <w:t>v 0.028398 0.955267 -0.098577</w:t>
        <w:br/>
        <w:t>v 0.145825 1.030414 0.024642</w:t>
        <w:br/>
        <w:t>v 0.130506 1.019710 0.011682</w:t>
        <w:br/>
        <w:t>v 0.128934 1.015607 -0.006260</w:t>
        <w:br/>
        <w:t>v 0.053203 1.134166 0.022837</w:t>
        <w:br/>
        <w:t>v 0.024744 1.134166 0.008195</w:t>
        <w:br/>
        <w:t>v 0.248519 0.860729 -0.008373</w:t>
        <w:br/>
        <w:t>v 0.222071 0.909480 0.002937</w:t>
        <w:br/>
        <w:t>v 0.231141 0.924189 0.040967</w:t>
        <w:br/>
        <w:t>v 0.198565 0.952718 0.013625</w:t>
        <w:br/>
        <w:t>v 0.173043 0.996605 0.023578</w:t>
        <w:br/>
        <w:t>v 0.065910 1.134166 0.032121</w:t>
        <w:br/>
        <w:t>v 0.078350 1.106757 0.017285</w:t>
        <w:br/>
        <w:t>v 0.091704 1.076584 0.000707</w:t>
        <w:br/>
        <w:t>v 0.105221 1.045487 -0.014954</w:t>
        <w:br/>
        <w:t>v 0.116146 1.012748 -0.028375</w:t>
        <w:br/>
        <w:t>v 0.183608 0.766715 -0.113780</w:t>
        <w:br/>
        <w:t>v 0.196657 0.712883 -0.129042</w:t>
        <w:br/>
        <w:t>v 0.262374 0.874469 0.027145</w:t>
        <w:br/>
        <w:t>v 0.280128 0.832446 0.006387</w:t>
        <w:br/>
        <w:t>v 0.290172 0.832800 0.032999</w:t>
        <w:br/>
        <w:t>v 0.268943 0.822441 -0.017421</w:t>
        <w:br/>
        <w:t>v 0.291884 0.775822 -0.027619</w:t>
        <w:br/>
        <w:t>v 0.308708 0.733320 -0.034407</w:t>
        <w:br/>
        <w:t>v 0.323806 0.744417 -0.003471</w:t>
        <w:br/>
        <w:t>v 0.303610 0.785865 0.001691</w:t>
        <w:br/>
        <w:t>v 0.158775 0.807239 0.187781</w:t>
        <w:br/>
        <w:t>v 0.155734 0.808190 0.190404</w:t>
        <w:br/>
        <w:t>v 0.152158 0.843801 0.176372</w:t>
        <w:br/>
        <w:t>v 0.145915 0.874230 0.167284</w:t>
        <w:br/>
        <w:t>v 0.136145 0.920394 0.153333</w:t>
        <w:br/>
        <w:t>v 0.124101 1.016860 0.123695</w:t>
        <w:br/>
        <w:t>v 0.112787 1.016083 0.128059</w:t>
        <w:br/>
        <w:t>v 0.106918 1.035042 0.123576</w:t>
        <w:br/>
        <w:t>v 0.128080 0.956959 0.142747</w:t>
        <w:br/>
        <w:t>v 0.119985 0.990181 0.134316</w:t>
        <w:br/>
        <w:t>v 0.097834 1.060280 0.117320</w:t>
        <w:br/>
        <w:t>v 0.099190 1.061906 0.118533</w:t>
        <w:br/>
        <w:t>v 0.086660 1.086457 0.113219</w:t>
        <w:br/>
        <w:t>v 0.088415 1.086431 0.110679</w:t>
        <w:br/>
        <w:t>v 0.144208 0.874737 0.170764</w:t>
        <w:br/>
        <w:t>v 0.134509 0.920793 0.156342</w:t>
        <w:br/>
        <w:t>v 0.105890 1.034544 0.125874</w:t>
        <w:br/>
        <w:t>v 0.111372 1.016325 0.130325</w:t>
        <w:br/>
        <w:t>v 0.126473 0.957397 0.145472</w:t>
        <w:br/>
        <w:t>v 0.150148 0.844333 0.180205</w:t>
        <w:br/>
        <w:t>v 0.118673 0.989316 0.137095</w:t>
        <w:br/>
        <w:t>v 0.189341 0.732177 -0.050732</w:t>
        <w:br/>
        <w:t>v 0.194165 0.682147 -0.060931</w:t>
        <w:br/>
        <w:t>v 0.193485 0.685129 -0.057347</w:t>
        <w:br/>
        <w:t>v 0.181838 0.827547 -0.035091</w:t>
        <w:br/>
        <w:t>v 0.176478 0.824805 -0.034958</w:t>
        <w:br/>
        <w:t>v 0.182395 0.781598 -0.042148</w:t>
        <w:br/>
        <w:t>v 0.190350 0.783930 -0.043838</w:t>
        <w:br/>
        <w:t>v 0.168165 0.871832 -0.026980</w:t>
        <w:br/>
        <w:t>v 0.172827 0.873254 -0.025531</w:t>
        <w:br/>
        <w:t>v 0.159274 0.919233 -0.016028</w:t>
        <w:br/>
        <w:t>v 0.189341 0.732177 -0.050732</w:t>
        <w:br/>
        <w:t>v 0.193485 0.685129 -0.057347</w:t>
        <w:br/>
        <w:t>v 0.205189 0.689888 -0.059559</w:t>
        <w:br/>
        <w:t>v 0.225531 0.695530 -0.075949</w:t>
        <w:br/>
        <w:t>v 0.216604 0.738843 -0.065828</w:t>
        <w:br/>
        <w:t>v 0.205107 0.788374 -0.054269</w:t>
        <w:br/>
        <w:t>v 0.194058 0.832616 -0.042805</w:t>
        <w:br/>
        <w:t>v 0.180775 0.879590 -0.029467</w:t>
        <w:br/>
        <w:t>v 0.166974 0.924187 -0.015672</w:t>
        <w:br/>
        <w:t>v 0.117328 1.051108 0.020657</w:t>
        <w:br/>
        <w:t>v 0.116020 1.047412 0.003522</w:t>
        <w:br/>
        <w:t>v 0.178570 0.822869 -0.040943</w:t>
        <w:br/>
        <w:t>v 0.186061 0.778960 -0.049237</w:t>
        <w:br/>
        <w:t>v 0.102398 1.082245 0.032202</w:t>
        <w:br/>
        <w:t>v 0.088482 1.109036 0.041404</w:t>
        <w:br/>
        <w:t>v 0.086489 1.107623 0.029725</w:t>
        <w:br/>
        <w:t>v 0.101337 1.078585 0.016995</w:t>
        <w:br/>
        <w:t>v 0.194001 0.728387 -0.058435</w:t>
        <w:br/>
        <w:t>v 0.159274 0.919233 -0.016028</w:t>
        <w:br/>
        <w:t>v 0.168165 0.871832 -0.026980</w:t>
        <w:br/>
        <w:t>v 0.199396 0.679335 -0.066950</w:t>
        <w:br/>
        <w:t>v 0.146485 0.974212 -0.001508</w:t>
        <w:br/>
        <w:t>v 0.072183 1.134166 0.041424</w:t>
        <w:br/>
        <w:t>v 0.075149 1.134166 0.049996</w:t>
        <w:br/>
        <w:t>v 0.199319 0.734569 -0.053800</w:t>
        <w:br/>
        <w:t>v 0.170688 0.816552 -0.097362</w:t>
        <w:br/>
        <w:t>v 0.157879 0.868200 -0.079608</w:t>
        <w:br/>
        <w:t>v 0.210246 0.653185 -0.144883</w:t>
        <w:br/>
        <w:t>v 0.237953 0.903539 0.108558</w:t>
        <w:br/>
        <w:t>v 0.213180 0.944129 0.104666</w:t>
        <w:br/>
        <w:t>v 0.263667 0.855280 0.112558</w:t>
        <w:br/>
        <w:t>v 0.325969 0.763856 0.063036</w:t>
        <w:br/>
        <w:t>v 0.311238 0.797576 0.066654</w:t>
        <w:br/>
        <w:t>v 0.328142 0.754136 0.029018</w:t>
        <w:br/>
        <w:t>v 0.307437 0.796952 0.034125</w:t>
        <w:br/>
        <w:t>v 0.014818 1.040761 -0.056479</w:t>
        <w:br/>
        <w:t>v 0.012438 1.038611 -0.052806</w:t>
        <w:br/>
        <w:t>v 0.017880 1.004985 -0.069565</w:t>
        <w:br/>
        <w:t>v 0.020330 1.006962 -0.073143</w:t>
        <w:br/>
        <w:t>v 0.063322 0.733516 -0.198657</w:t>
        <w:br/>
        <w:t>v 0.054447 0.794092 -0.171329</w:t>
        <w:br/>
        <w:t>v 0.052697 0.792183 -0.167162</w:t>
        <w:br/>
        <w:t>v 0.061337 0.731656 -0.194593</w:t>
        <w:br/>
        <w:t>v 0.003302 1.108800 -0.014277</w:t>
        <w:br/>
        <w:t>v 0.002255 1.102804 -0.013517</w:t>
        <w:br/>
        <w:t>v 0.009332 1.073068 -0.036607</w:t>
        <w:br/>
        <w:t>v 0.044947 0.853864 -0.144472</w:t>
        <w:br/>
        <w:t>v 0.043185 0.851914 -0.141005</w:t>
        <w:br/>
        <w:t>v 0.069400 0.670990 -0.222333</w:t>
        <w:br/>
        <w:t>v 0.071655 0.672819 -0.225923</w:t>
        <w:br/>
        <w:t>v 0.036329 0.906504 -0.120962</w:t>
        <w:br/>
        <w:t>v 0.034048 0.904722 -0.117743</w:t>
        <w:br/>
        <w:t>v 0.079841 0.609805 -0.254249</w:t>
        <w:br/>
        <w:t>v 0.078645 0.607301 -0.250218</w:t>
        <w:br/>
        <w:t>v 0.028398 0.955267 -0.098577</w:t>
        <w:br/>
        <w:t>v 0.025932 0.953452 -0.094980</w:t>
        <w:br/>
        <w:t>v 0.007278 1.070806 -0.032857</w:t>
        <w:br/>
        <w:t>v 0.001883 1.107688 -0.012353</w:t>
        <w:br/>
        <w:t>v 0.155784 0.808668 0.192740</w:t>
        <w:br/>
        <w:t>v 0.141497 1.016384 0.117216</w:t>
        <w:br/>
        <w:t>v 0.109074 1.087070 0.043858</w:t>
        <w:br/>
        <w:t>v 0.127069 1.058260 0.033766</w:t>
        <w:br/>
        <w:t>v 0.092784 1.112269 0.053009</w:t>
        <w:br/>
        <w:t>v 0.078811 1.134188 0.060746</w:t>
        <w:br/>
        <w:t>v 0.152107 1.037038 0.046518</w:t>
        <w:br/>
        <w:t>v 0.070979 1.134201 0.100197</w:t>
        <w:br/>
        <w:t>v 0.076067 1.134203 0.090958</w:t>
        <w:br/>
        <w:t>v 0.090385 1.112157 0.091515</w:t>
        <w:br/>
        <w:t>v 0.128350 1.041034 0.113429</w:t>
        <w:br/>
        <w:t>v 0.116138 1.062706 0.109193</w:t>
        <w:br/>
        <w:t>v 0.099878 1.089200 0.103256</w:t>
        <w:br/>
        <w:t>v 0.113918 1.089760 0.058581</w:t>
        <w:br/>
        <w:t>v 0.096587 1.113340 0.064744</w:t>
        <w:br/>
        <w:t>v 0.133730 1.065622 0.072591</w:t>
        <w:br/>
        <w:t>v 0.114388 1.089900 0.075711</w:t>
        <w:br/>
        <w:t>v 0.133413 1.062735 0.050912</w:t>
        <w:br/>
        <w:t>v 0.126668 1.064696 0.093537</w:t>
        <w:br/>
        <w:t>v 0.151783 1.041306 0.070549</w:t>
        <w:br/>
        <w:t>v 0.143263 1.042265 0.094648</w:t>
        <w:br/>
        <w:t>v 0.096954 1.112971 0.078257</w:t>
        <w:br/>
        <w:t>v 0.081027 1.134206 0.079873</w:t>
        <w:br/>
        <w:t>v 0.081130 1.134210 0.069825</w:t>
        <w:br/>
        <w:t>v 0.107776 1.090432 0.092336</w:t>
        <w:br/>
        <w:t>v 0.225523 0.938530 0.084720</w:t>
        <w:br/>
        <w:t>v 0.264440 0.881555 0.049879</w:t>
        <w:br/>
        <w:t>v 0.230594 0.933075 0.065678</w:t>
        <w:br/>
        <w:t>v 0.294315 0.835998 0.042026</w:t>
        <w:br/>
        <w:t>v 0.296387 0.842210 0.059524</w:t>
        <w:br/>
        <w:t>v 0.313252 0.806022 0.066365</w:t>
        <w:br/>
        <w:t>v 0.313219 0.792777 0.048884</w:t>
        <w:br/>
        <w:t>v 0.308852 0.800289 0.041975</w:t>
        <w:br/>
        <w:t>v 0.313123 0.802467 0.049520</w:t>
        <w:br/>
        <w:t>v 0.290015 0.849405 0.082390</w:t>
        <w:br/>
        <w:t>v 0.261725 0.887793 0.074246</w:t>
        <w:br/>
        <w:t>v 0.313899 0.816742 0.065548</w:t>
        <w:br/>
        <w:t>v 0.306551 0.823092 0.087131</w:t>
        <w:br/>
        <w:t>v 0.305241 0.811667 0.087682</w:t>
        <w:br/>
        <w:t>v 0.280167 0.854357 0.099781</w:t>
        <w:br/>
        <w:t>v 0.251749 0.896856 0.094132</w:t>
        <w:br/>
        <w:t>v 0.297531 0.827515 0.101283</w:t>
        <w:br/>
        <w:t>v 0.293374 0.815690 0.105309</w:t>
        <w:br/>
        <w:t>v 0.312427 0.811099 0.049445</w:t>
        <w:br/>
        <w:t>v 0.067359 1.134166 0.105629</w:t>
        <w:br/>
        <w:t>v 0.076781 1.111115 0.108473</w:t>
        <w:br/>
        <w:t>v 0.086660 1.086457 0.113219</w:t>
        <w:br/>
        <w:t>v 0.182395 0.781598 -0.042148</w:t>
        <w:br/>
        <w:t>v 0.176478 0.824805 -0.034958</w:t>
        <w:br/>
        <w:t>v -0.000278 1.134155 0.002989</w:t>
        <w:br/>
        <w:t>v -0.001427 1.133923 0.005103</w:t>
        <w:br/>
        <w:t>v -0.000278 1.134155 0.002989</w:t>
        <w:br/>
        <w:t>v 0.105890 1.034544 0.125874</w:t>
        <w:br/>
        <w:t>v 0.099190 1.061906 0.118533</w:t>
        <w:br/>
        <w:t>v 0.279529 0.784812 0.135774</w:t>
        <w:br/>
        <w:t>v 0.276802 0.783237 0.133080</w:t>
        <w:br/>
        <w:t>v 0.250410 0.790008 0.149670</w:t>
        <w:br/>
        <w:t>v 0.253458 0.791373 0.154359</w:t>
        <w:br/>
        <w:t>v 0.322246 0.762260 0.062918</w:t>
        <w:br/>
        <w:t>v 0.325969 0.763856 0.063036</w:t>
        <w:br/>
        <w:t>v 0.328142 0.754136 0.029018</w:t>
        <w:br/>
        <w:t>v 0.324468 0.752549 0.029544</w:t>
        <w:br/>
        <w:t>v 0.317408 0.771044 0.089041</w:t>
        <w:br/>
        <w:t>v 0.313793 0.769431 0.088128</w:t>
        <w:br/>
        <w:t>v 0.300251 0.776645 0.110752</w:t>
        <w:br/>
        <w:t>v 0.303546 0.778231 0.112567</w:t>
        <w:br/>
        <w:t>v 0.289173 0.722223 -0.060754</w:t>
        <w:br/>
        <w:t>v 0.268339 0.711823 -0.078478</w:t>
        <w:br/>
        <w:t>v 0.267028 0.710548 -0.074673</w:t>
        <w:br/>
        <w:t>v 0.286715 0.720800 -0.057658</w:t>
        <w:br/>
        <w:t>v 0.181383 0.637394 -0.184841</w:t>
        <w:br/>
        <w:t>v 0.206708 0.652070 -0.143308</w:t>
        <w:br/>
        <w:t>v 0.210246 0.653185 -0.144883</w:t>
        <w:br/>
        <w:t>v 0.184136 0.638916 -0.187598</w:t>
        <w:br/>
        <w:t>v 0.308708 0.733320 -0.034407</w:t>
        <w:br/>
        <w:t>v 0.305785 0.731779 -0.032014</w:t>
        <w:br/>
        <w:t>v 0.320428 0.742830 -0.002007</w:t>
        <w:br/>
        <w:t>v 0.323806 0.744417 -0.003471</w:t>
        <w:br/>
        <w:t>v 0.158775 0.807239 0.187781</w:t>
        <w:br/>
        <w:t>v 0.155711 0.806023 0.185707</w:t>
        <w:br/>
        <w:t>v 0.152319 0.807649 0.190167</w:t>
        <w:br/>
        <w:t>v 0.155734 0.808190 0.190404</w:t>
        <w:br/>
        <w:t>v 0.192031 0.798609 0.168079</w:t>
        <w:br/>
        <w:t>v 0.193524 0.800003 0.171795</w:t>
        <w:br/>
        <w:t>v 0.193485 0.685129 -0.057347</w:t>
        <w:br/>
        <w:t>v 0.194165 0.682147 -0.060931</w:t>
        <w:br/>
        <w:t>v 0.189684 0.681905 -0.060656</w:t>
        <w:br/>
        <w:t>v 0.189763 0.685781 -0.053807</w:t>
        <w:br/>
        <w:t>v 0.225531 0.695530 -0.075949</w:t>
        <w:br/>
        <w:t>v 0.227872 0.695270 -0.072428</w:t>
        <w:br/>
        <w:t>v 0.248843 0.701368 -0.080908</w:t>
        <w:br/>
        <w:t>v 0.248277 0.702193 -0.085014</w:t>
        <w:br/>
        <w:t>v 0.208847 0.673713 -0.079978</w:t>
        <w:br/>
        <w:t>v 0.216822 0.663803 -0.112576</w:t>
        <w:br/>
        <w:t>v 0.212746 0.663105 -0.112030</w:t>
        <w:br/>
        <w:t>v 0.204018 0.673417 -0.081325</w:t>
        <w:br/>
        <w:t>v 0.205189 0.689888 -0.059559</w:t>
        <w:br/>
        <w:t>v 0.207007 0.689614 -0.055861</w:t>
        <w:br/>
        <w:t>v 0.125821 0.618522 -0.236719</w:t>
        <w:br/>
        <w:t>v 0.123078 0.615734 -0.229612</w:t>
        <w:br/>
        <w:t>v 0.155784 0.808668 0.192740</w:t>
        <w:br/>
        <w:t>v 0.151470 0.808801 0.194191</w:t>
        <w:br/>
        <w:t>v 0.078645 0.607301 -0.250218</w:t>
        <w:br/>
        <w:t>v 0.079841 0.609805 -0.254249</w:t>
        <w:br/>
        <w:t>v 0.079056 0.606602 -0.242762</w:t>
        <w:br/>
        <w:t>v 0.199396 0.679335 -0.066950</w:t>
        <w:br/>
        <w:t>v 0.194591 0.679075 -0.067416</w:t>
        <w:br/>
        <w:t>v -0.292027 0.829094 0.113260</w:t>
        <w:br/>
        <w:t>v -0.289299 0.861305 0.095986</w:t>
        <w:br/>
        <w:t>v -0.260681 0.869762 0.128387</w:t>
        <w:br/>
        <w:t>v -0.093783 1.089614 0.112428</w:t>
        <w:br/>
        <w:t>v -0.107656 1.063609 0.117761</w:t>
        <w:br/>
        <w:t>v -0.114607 1.063281 0.115784</w:t>
        <w:br/>
        <w:t>v -0.096571 1.089694 0.110916</w:t>
        <w:br/>
        <w:t>v -0.244106 0.897129 0.126062</w:t>
        <w:br/>
        <w:t>v -0.216600 0.936590 0.122016</w:t>
        <w:br/>
        <w:t>v -0.189244 0.941173 0.137447</w:t>
        <w:br/>
        <w:t>v -0.208573 0.904475 0.144332</w:t>
        <w:br/>
        <w:t>v -0.220454 0.878647 0.147901</w:t>
        <w:br/>
        <w:t>v -0.173001 0.995516 0.117026</w:t>
        <w:br/>
        <w:t>v -0.143698 1.017854 0.122697</w:t>
        <w:br/>
        <w:t>v -0.156831 0.996290 0.125749</w:t>
        <w:br/>
        <w:t>v -0.179148 1.012953 0.068561</w:t>
        <w:br/>
        <w:t>v -0.194374 0.989408 0.093546</w:t>
        <w:br/>
        <w:t>v -0.206349 0.981251 0.064275</w:t>
        <w:br/>
        <w:t>v -0.234356 0.847265 0.151844</w:t>
        <w:br/>
        <w:t>v -0.276566 0.835170 0.131197</w:t>
        <w:br/>
        <w:t>v -0.121963 1.040280 0.122834</w:t>
        <w:br/>
        <w:t>v -0.128733 1.042026 0.119176</w:t>
        <w:br/>
        <w:t>v -0.083967 1.109877 0.107177</w:t>
        <w:br/>
        <w:t>v -0.307662 0.822091 0.091478</w:t>
        <w:br/>
        <w:t>v -0.318082 0.814305 0.069549</w:t>
        <w:br/>
        <w:t>v -0.304750 0.844810 0.069219</w:t>
        <w:br/>
        <w:t>v -0.207346 0.971047 0.039647</w:t>
        <w:br/>
        <w:t>v -0.181723 1.004695 0.044339</w:t>
        <w:br/>
        <w:t>v -0.277161 0.751670 -0.063506</w:t>
        <w:br/>
        <w:t>v -0.251612 0.738049 -0.077672</w:t>
        <w:br/>
        <w:t>v -0.252436 0.782921 -0.060350</w:t>
        <w:br/>
        <w:t>v -0.097571 1.011018 -0.044409</w:t>
        <w:br/>
        <w:t>v -0.058738 1.008020 -0.068806</w:t>
        <w:br/>
        <w:t>v -0.051438 1.041441 -0.051919</w:t>
        <w:br/>
        <w:t>v -0.088474 1.043988 -0.028885</w:t>
        <w:br/>
        <w:t>v -0.026042 1.006962 -0.076776</w:t>
        <w:br/>
        <w:t>v -0.020648 1.040761 -0.059659</w:t>
        <w:br/>
        <w:t>v -0.237538 0.823737 -0.046830</w:t>
        <w:br/>
        <w:t>v -0.209064 0.806545 -0.057158</w:t>
        <w:br/>
        <w:t>v -0.197312 0.848287 -0.045515</w:t>
        <w:br/>
        <w:t>v -0.222158 0.862697 -0.034923</w:t>
        <w:br/>
        <w:t>v -0.188691 0.772651 -0.087409</w:t>
        <w:br/>
        <w:t>v -0.173008 0.825479 -0.047811</w:t>
        <w:br/>
        <w:t>v -0.177366 0.783448 -0.055960</w:t>
        <w:br/>
        <w:t>v -0.036699 1.105482 -0.012648</w:t>
        <w:br/>
        <w:t>v -0.067486 1.106086 0.006897</w:t>
        <w:br/>
        <w:t>v -0.078047 1.075227 -0.012192</w:t>
        <w:br/>
        <w:t>v -0.044070 1.073763 -0.033056</w:t>
        <w:br/>
        <w:t>v -0.009146 1.108800 -0.015675</w:t>
        <w:br/>
        <w:t>v -0.015231 1.073068 -0.038929</w:t>
        <w:br/>
        <w:t>v -0.181788 0.892398 -0.030202</w:t>
        <w:br/>
        <w:t>v -0.162519 0.874125 -0.036511</w:t>
        <w:br/>
        <w:t>v -0.177064 0.821689 -0.073130</w:t>
        <w:br/>
        <w:t>v -0.163833 0.870563 -0.058653</w:t>
        <w:br/>
        <w:t>v -0.144885 0.808044 -0.127032</w:t>
        <w:br/>
        <w:t>v -0.132664 0.863431 -0.105314</w:t>
        <w:br/>
        <w:t>v -0.156446 0.868205 -0.078804</w:t>
        <w:br/>
        <w:t>v -0.169565 0.816582 -0.096354</w:t>
        <w:br/>
        <w:t>v -0.099590 0.798576 -0.160075</w:t>
        <w:br/>
        <w:t>v -0.060265 0.794092 -0.174503</w:t>
        <w:br/>
        <w:t>v -0.050765 0.853864 -0.148169</w:t>
        <w:br/>
        <w:t>v -0.088488 0.856466 -0.134562</w:t>
        <w:br/>
        <w:t>v -0.217923 0.769351 -0.068214</w:t>
        <w:br/>
        <w:t>v -0.182221 0.739441 -0.064572</w:t>
        <w:br/>
        <w:t>v -0.198591 0.726428 -0.098884</w:t>
        <w:br/>
        <w:t>v -0.202197 0.909946 -0.018943</w:t>
        <w:br/>
        <w:t>v -0.167396 0.930131 -0.015664</w:t>
        <w:br/>
        <w:t>v -0.183603 0.945960 -0.007494</w:t>
        <w:br/>
        <w:t>v -0.153971 0.920649 -0.025132</w:t>
        <w:br/>
        <w:t>v -0.153234 0.915875 -0.044421</w:t>
        <w:br/>
        <w:t>v -0.120351 0.913496 -0.084163</w:t>
        <w:br/>
        <w:t>v -0.143399 0.915508 -0.062033</w:t>
        <w:br/>
        <w:t>v -0.042129 0.906504 -0.124262</w:t>
        <w:br/>
        <w:t>v -0.077862 0.908199 -0.111953</w:t>
        <w:br/>
        <w:t>v -0.227650 0.728754 -0.081361</w:t>
        <w:br/>
        <w:t>v -0.190136 0.686040 -0.075458</w:t>
        <w:br/>
        <w:t>v -0.211952 0.667835 -0.111367</w:t>
        <w:br/>
        <w:t>v -0.161915 0.986878 0.007605</w:t>
        <w:br/>
        <w:t>v -0.143169 0.974213 -0.000356</w:t>
        <w:br/>
        <w:t>v -0.143711 0.967987 -0.013136</w:t>
        <w:br/>
        <w:t>v -0.142403 0.962210 -0.029088</w:t>
        <w:br/>
        <w:t>v -0.109476 0.959726 -0.065226</w:t>
        <w:br/>
        <w:t>v -0.132223 0.961608 -0.044603</w:t>
        <w:br/>
        <w:t>v -0.069104 0.956384 -0.091012</w:t>
        <w:br/>
        <w:t>v -0.034182 0.955267 -0.101715</w:t>
        <w:br/>
        <w:t>v -0.126589 1.026556 0.015089</w:t>
        <w:br/>
        <w:t>v -0.140253 1.033591 0.027048</w:t>
        <w:br/>
        <w:t>v -0.127302 1.015608 -0.004794</w:t>
        <w:br/>
        <w:t>v -0.116664 1.012815 -0.025986</w:t>
        <w:br/>
        <w:t>v -0.030121 1.134166 0.007537</w:t>
        <w:br/>
        <w:t>v -0.057584 1.134166 0.023319</w:t>
        <w:br/>
        <w:t>v -0.247371 0.881003 -0.011773</w:t>
        <w:br/>
        <w:t>v -0.233482 0.938390 0.038070</w:t>
        <w:br/>
        <w:t>v -0.222694 0.923854 0.001677</w:t>
        <w:br/>
        <w:t>v -0.199209 0.959168 0.013541</w:t>
        <w:br/>
        <w:t>v -0.173656 0.997706 0.024818</w:t>
        <w:br/>
        <w:t>v -0.069564 1.134166 0.033134</w:t>
        <w:br/>
        <w:t>v -0.081705 1.106757 0.018449</w:t>
        <w:br/>
        <w:t>v -0.094240 1.076584 0.001899</w:t>
        <w:br/>
        <w:t>v -0.106555 1.045487 -0.012890</w:t>
        <w:br/>
        <w:t>v -0.277159 0.861265 0.002106</w:t>
        <w:br/>
        <w:t>v -0.264370 0.899202 0.021688</w:t>
        <w:br/>
        <w:t>v -0.289361 0.866157 0.022794</w:t>
        <w:br/>
        <w:t>v -0.264827 0.845912 -0.021696</w:t>
        <w:br/>
        <w:t>v -0.284194 0.804011 -0.033418</w:t>
        <w:br/>
        <w:t>v -0.301925 0.767125 -0.042009</w:t>
        <w:br/>
        <w:t>v -0.320706 0.782519 -0.014446</w:t>
        <w:br/>
        <w:t>v -0.299341 0.819587 -0.008010</w:t>
        <w:br/>
        <w:t>v -0.136510 1.015034 0.128293</w:t>
        <w:br/>
        <w:t>v -0.146534 0.996714 0.132730</w:t>
        <w:br/>
        <w:t>v -0.106430 1.063835 0.118292</w:t>
        <w:br/>
        <w:t>v -0.091120 1.088873 0.113385</w:t>
        <w:br/>
        <w:t>v -0.120269 1.040121 0.124567</w:t>
        <w:br/>
        <w:t>v -0.189568 0.910716 0.155902</w:t>
        <w:br/>
        <w:t>v -0.185050 0.915604 0.158437</w:t>
        <w:br/>
        <w:t>v -0.195814 0.888259 0.167264</w:t>
        <w:br/>
        <w:t>v -0.199205 0.885230 0.162680</w:t>
        <w:br/>
        <w:t>v -0.170272 0.703626 -0.056177</w:t>
        <w:br/>
        <w:t>v -0.165120 0.754002 -0.042802</w:t>
        <w:br/>
        <w:t>v -0.169305 0.707605 -0.052381</w:t>
        <w:br/>
        <w:t>v -0.162913 0.832348 -0.032001</w:t>
        <w:br/>
        <w:t>v -0.168763 0.834952 -0.032668</w:t>
        <w:br/>
        <w:t>v -0.171856 0.797827 -0.038597</w:t>
        <w:br/>
        <w:t>v -0.162558 0.796264 -0.036111</w:t>
        <w:br/>
        <w:t>v -0.163626 0.877021 -0.023911</w:t>
        <w:br/>
        <w:t>v -0.158984 0.875054 -0.025239</w:t>
        <w:br/>
        <w:t>v -0.153623 0.919745 -0.014840</w:t>
        <w:br/>
        <w:t>v -0.169305 0.707605 -0.052381</w:t>
        <w:br/>
        <w:t>v -0.165120 0.754002 -0.042802</w:t>
        <w:br/>
        <w:t>v -0.180669 0.714462 -0.053963</w:t>
        <w:br/>
        <w:t>v -0.202052 0.722326 -0.069921</w:t>
        <w:br/>
        <w:t>v -0.195144 0.763078 -0.059734</w:t>
        <w:br/>
        <w:t>v -0.190129 0.800889 -0.050997</w:t>
        <w:br/>
        <w:t>v -0.183489 0.840510 -0.041610</w:t>
        <w:br/>
        <w:t>v -0.172822 0.884641 -0.028442</w:t>
        <w:br/>
        <w:t>v -0.161649 0.925187 -0.014624</w:t>
        <w:br/>
        <w:t>v -0.116333 1.053109 0.022959</w:t>
        <w:br/>
        <w:t>v -0.116254 1.047412 0.005473</w:t>
        <w:br/>
        <w:t>v -0.166183 0.828715 -0.038141</w:t>
        <w:br/>
        <w:t>v -0.167162 0.790888 -0.043594</w:t>
        <w:br/>
        <w:t>v -0.103121 1.078585 0.018376</w:t>
        <w:br/>
        <w:t>v -0.089247 1.107623 0.031358</w:t>
        <w:br/>
        <w:t>v -0.090580 1.109036 0.043223</w:t>
        <w:br/>
        <w:t>v -0.102940 1.083922 0.034532</w:t>
        <w:br/>
        <w:t>v -0.170266 0.747681 -0.050901</w:t>
        <w:br/>
        <w:t>v -0.153623 0.919745 -0.014840</w:t>
        <w:br/>
        <w:t>v -0.158984 0.875054 -0.025239</w:t>
        <w:br/>
        <w:t>v -0.176281 0.698690 -0.062394</w:t>
        <w:br/>
        <w:t>v -0.143169 0.974213 -0.000356</w:t>
        <w:br/>
        <w:t>v -0.074979 1.134166 0.042711</w:t>
        <w:br/>
        <w:t>v -0.077080 1.134166 0.051445</w:t>
        <w:br/>
        <w:t>v -0.175553 0.757909 -0.046116</w:t>
        <w:br/>
        <w:t>v -0.181793 0.766715 -0.112223</w:t>
        <w:br/>
        <w:t>v -0.194929 0.714810 -0.128921</w:t>
        <w:br/>
        <w:t>v -0.209857 0.652299 -0.146195</w:t>
        <w:br/>
        <w:t>v -0.246156 0.928529 0.098876</w:t>
        <w:br/>
        <w:t>v -0.219592 0.960345 0.097811</w:t>
        <w:br/>
        <w:t>v -0.274616 0.890261 0.097596</w:t>
        <w:br/>
        <w:t>v -0.154719 1.019274 0.114294</w:t>
        <w:br/>
        <w:t>v -0.169865 1.017302 0.091936</w:t>
        <w:br/>
        <w:t>v -0.325196 0.806709 0.045474</w:t>
        <w:br/>
        <w:t>v -0.310957 0.837989 0.049615</w:t>
        <w:br/>
        <w:t>v -0.306352 0.835445 0.020072</w:t>
        <w:br/>
        <w:t>v -0.326806 0.795401 0.014592</w:t>
        <w:br/>
        <w:t>v -0.023412 1.006900 -0.072482</w:t>
        <w:br/>
        <w:t>v -0.018198 1.040764 -0.055640</w:t>
        <w:br/>
        <w:t>v -0.020648 1.040761 -0.059659</w:t>
        <w:br/>
        <w:t>v -0.026042 1.006962 -0.076776</w:t>
        <w:br/>
        <w:t>v -0.057823 0.792093 -0.172141</w:t>
        <w:br/>
        <w:t>v -0.060265 0.794092 -0.174503</w:t>
        <w:br/>
        <w:t>v -0.069140 0.733516 -0.201331</w:t>
        <w:br/>
        <w:t>v -0.067041 0.732460 -0.199709</w:t>
        <w:br/>
        <w:t>v -0.007880 1.104276 -0.014755</w:t>
        <w:br/>
        <w:t>v -0.009146 1.108800 -0.015675</w:t>
        <w:br/>
        <w:t>v -0.015231 1.073068 -0.038929</w:t>
        <w:br/>
        <w:t>v -0.048002 0.852810 -0.144145</w:t>
        <w:br/>
        <w:t>v -0.050765 0.853864 -0.148169</w:t>
        <w:br/>
        <w:t>v -0.075901 0.671699 -0.226966</w:t>
        <w:br/>
        <w:t>v -0.077473 0.672819 -0.228597</w:t>
        <w:br/>
        <w:t>v -0.042129 0.906504 -0.124262</w:t>
        <w:br/>
        <w:t>v -0.039360 0.905549 -0.120832</w:t>
        <w:br/>
        <w:t>v -0.079587 0.642521 -0.240081</w:t>
        <w:br/>
        <w:t>v -0.034182 0.955267 -0.101715</w:t>
        <w:br/>
        <w:t>v -0.031644 0.954600 -0.098536</w:t>
        <w:br/>
        <w:t>v -0.012771 1.072874 -0.035361</w:t>
        <w:br/>
        <w:t>v -0.205613 0.861249 0.178138</w:t>
        <w:br/>
        <w:t>v -0.206710 0.857238 0.172787</w:t>
        <w:br/>
        <w:t>v -0.127945 1.058260 0.035886</w:t>
        <w:br/>
        <w:t>v -0.111026 1.087070 0.046434</w:t>
        <w:br/>
        <w:t>v -0.095757 1.112269 0.054976</w:t>
        <w:br/>
        <w:t>v -0.080962 1.134188 0.062246</w:t>
        <w:br/>
        <w:t>v -0.091688 1.112157 0.094566</w:t>
        <w:br/>
        <w:t>v -0.075790 1.134203 0.093691</w:t>
        <w:br/>
        <w:t>v -0.071153 1.134201 0.103115</w:t>
        <w:br/>
        <w:t>v -0.137502 1.044625 0.111905</w:t>
        <w:br/>
        <w:t>v -0.123584 1.064329 0.110365</w:t>
        <w:br/>
        <w:t>v -0.104505 1.090161 0.106401</w:t>
        <w:br/>
        <w:t>v -0.097630 1.113340 0.067411</w:t>
        <w:br/>
        <w:t>v -0.115219 1.089760 0.061462</w:t>
        <w:br/>
        <w:t>v -0.114928 1.089900 0.078839</w:t>
        <w:br/>
        <w:t>v -0.135288 1.065622 0.075538</w:t>
        <w:br/>
        <w:t>v -0.135850 1.062735 0.053865</w:t>
        <w:br/>
        <w:t>v -0.130777 1.065324 0.093658</w:t>
        <w:br/>
        <w:t>v -0.148576 1.043620 0.092458</w:t>
        <w:br/>
        <w:t>v -0.155034 1.041459 0.072153</w:t>
        <w:br/>
        <w:t>v -0.096453 1.112971 0.081209</w:t>
        <w:br/>
        <w:t>v -0.080823 1.134206 0.082332</w:t>
        <w:br/>
        <w:t>v -0.081412 1.134210 0.071998</w:t>
        <w:br/>
        <w:t>v -0.154402 1.039345 0.049079</w:t>
        <w:br/>
        <w:t>v -0.109806 1.090530 0.095360</w:t>
        <w:br/>
        <w:t>v -0.193980 0.966552 0.120240</w:t>
        <w:br/>
        <w:t>v -0.229440 0.954140 0.079593</w:t>
        <w:br/>
        <w:t>v -0.267422 0.905477 0.043273</w:t>
        <w:br/>
        <w:t>v -0.233586 0.947987 0.061307</w:t>
        <w:br/>
        <w:t>v -0.264663 0.912852 0.065908</w:t>
        <w:br/>
        <w:t>v -0.296858 0.875178 0.047705</w:t>
        <w:br/>
        <w:t>v -0.312838 0.833040 0.033145</w:t>
        <w:br/>
        <w:t>v -0.312963 0.845382 0.050124</w:t>
        <w:br/>
        <w:t>v -0.293922 0.869292 0.031440</w:t>
        <w:br/>
        <w:t>v -0.308095 0.839216 0.027434</w:t>
        <w:br/>
        <w:t>v -0.312781 0.841562 0.034490</w:t>
        <w:br/>
        <w:t>v -0.292031 0.883303 0.069029</w:t>
        <w:br/>
        <w:t>v -0.314405 0.854650 0.050427</w:t>
        <w:br/>
        <w:t>v -0.308274 0.862400 0.070709</w:t>
        <w:br/>
        <w:t>v -0.257336 0.921638 0.085060</w:t>
        <w:br/>
        <w:t>v -0.285861 0.888528 0.085660</w:t>
        <w:br/>
        <w:t>v -0.300800 0.867143 0.084191</w:t>
        <w:br/>
        <w:t>v -0.305564 0.852543 0.070168</w:t>
        <w:br/>
        <w:t>v -0.297375 0.857109 0.086792</w:t>
        <w:br/>
        <w:t>v -0.311937 0.849036 0.035363</w:t>
        <w:br/>
        <w:t>v -0.078054 1.113974 0.110967</w:t>
        <w:br/>
        <w:t>v -0.067149 1.134166 0.108495</w:t>
        <w:br/>
        <w:t>v -0.162913 0.832348 -0.032001</w:t>
        <w:br/>
        <w:t>v -0.162558 0.796264 -0.036111</w:t>
        <w:br/>
        <w:t>v -0.005471 1.134155 0.001726</w:t>
        <w:br/>
        <w:t>v -0.004320 1.133923 0.003765</w:t>
        <w:br/>
        <w:t>v -0.005471 1.134155 0.001726</w:t>
        <w:br/>
        <w:t>v -0.135884 1.012819 0.131614</w:t>
        <w:br/>
        <w:t>v -0.292027 0.829094 0.113260</w:t>
        <w:br/>
        <w:t>v -0.276566 0.835170 0.131197</w:t>
        <w:br/>
        <w:t>v -0.273081 0.833794 0.126350</w:t>
        <w:br/>
        <w:t>v -0.289318 0.827500 0.110474</w:t>
        <w:br/>
        <w:t>v -0.325196 0.806709 0.045474</w:t>
        <w:br/>
        <w:t>v -0.321625 0.805151 0.045178</w:t>
        <w:br/>
        <w:t>v -0.323122 0.793876 0.014909</w:t>
        <w:br/>
        <w:t>v -0.326806 0.795401 0.014592</w:t>
        <w:br/>
        <w:t>v -0.307662 0.822091 0.091478</w:t>
        <w:br/>
        <w:t>v -0.304718 0.820484 0.089556</w:t>
        <w:br/>
        <w:t>v -0.314838 0.812703 0.068495</w:t>
        <w:br/>
        <w:t>v -0.318082 0.814305 0.069549</w:t>
        <w:br/>
        <w:t>v -0.251612 0.738049 -0.077672</w:t>
        <w:br/>
        <w:t>v -0.277161 0.751670 -0.063506</w:t>
        <w:br/>
        <w:t>v -0.274477 0.750678 -0.060661</w:t>
        <w:br/>
        <w:t>v -0.250418 0.737444 -0.074129</w:t>
        <w:br/>
        <w:t>v -0.206455 0.650775 -0.144720</w:t>
        <w:br/>
        <w:t>v -0.180313 0.637394 -0.184810</w:t>
        <w:br/>
        <w:t>v -0.183184 0.638916 -0.187603</w:t>
        <w:br/>
        <w:t>v -0.209857 0.652299 -0.146195</w:t>
        <w:br/>
        <w:t>v -0.320706 0.782519 -0.014446</w:t>
        <w:br/>
        <w:t>v -0.317194 0.781038 -0.013296</w:t>
        <w:br/>
        <w:t>v -0.298622 0.765876 -0.039880</w:t>
        <w:br/>
        <w:t>v -0.301925 0.767125 -0.042009</w:t>
        <w:br/>
        <w:t>v -0.234356 0.847265 0.151844</w:t>
        <w:br/>
        <w:t>v -0.206710 0.857238 0.172787</w:t>
        <w:br/>
        <w:t>v -0.203398 0.856654 0.172423</w:t>
        <w:br/>
        <w:t>v -0.232463 0.845677 0.147872</w:t>
        <w:br/>
        <w:t>v -0.169305 0.707605 -0.052381</w:t>
        <w:br/>
        <w:t>v -0.165583 0.708158 -0.048696</w:t>
        <w:br/>
        <w:t>v -0.165922 0.702709 -0.055926</w:t>
        <w:br/>
        <w:t>v -0.227650 0.728754 -0.081361</w:t>
        <w:br/>
        <w:t>v -0.228570 0.728316 -0.077611</w:t>
        <w:br/>
        <w:t>v -0.204695 0.722285 -0.066617</w:t>
        <w:br/>
        <w:t>v -0.202052 0.722326 -0.069921</w:t>
        <w:br/>
        <w:t>v -0.211952 0.667835 -0.111367</w:t>
        <w:br/>
        <w:t>v -0.185962 0.684309 -0.076999</w:t>
        <w:br/>
        <w:t>v -0.208021 0.666078 -0.110987</w:t>
        <w:br/>
        <w:t>v -0.182523 0.714666 -0.050083</w:t>
        <w:br/>
        <w:t>v -0.180669 0.714462 -0.053963</w:t>
        <w:br/>
        <w:t>v -0.131156 0.618522 -0.238816</w:t>
        <w:br/>
        <w:t>v -0.128442 0.615734 -0.231753</w:t>
        <w:br/>
        <w:t>v -0.205613 0.861249 0.178138</w:t>
        <w:br/>
        <w:t>v -0.201226 0.861381 0.180918</w:t>
        <w:br/>
        <w:t>v -0.082929 0.609079 -0.251030</w:t>
        <w:br/>
        <w:t>v -0.085706 0.610522 -0.256936</w:t>
        <w:br/>
        <w:t>v -0.084938 0.607580 -0.245236</w:t>
        <w:br/>
        <w:t>v -0.171691 0.697422 -0.062961</w:t>
        <w:br/>
        <w:t>v -0.173651 0.944239 0.146841</w:t>
        <w:br/>
        <w:t>v -0.158346 0.974503 0.138349</w:t>
        <w:br/>
        <w:t>v -0.154169 0.977825 0.141709</w:t>
        <w:br/>
        <w:t>v -0.171687 0.945265 0.150467</w:t>
        <w:br/>
        <w:t>v -0.082929 0.609079 -0.251030</w:t>
        <w:br/>
        <w:t>v -0.078309 0.641067 -0.236375</w:t>
        <w:br/>
        <w:t>v -0.085706 0.610522 -0.256936</w:t>
        <w:br/>
        <w:t>v -0.077473 0.672819 -0.228597</w:t>
        <w:br/>
        <w:t>v -0.118371 0.683119 -0.211327</w:t>
        <w:br/>
        <w:t>v -0.131156 0.618522 -0.238816</w:t>
        <w:br/>
        <w:t>v -0.085706 0.610522 -0.256936</w:t>
        <w:br/>
        <w:t>v -0.156025 0.755446 -0.147097</w:t>
        <w:br/>
        <w:t>v -0.109562 0.742215 -0.185470</w:t>
        <w:br/>
        <w:t>v -0.069140 0.733516 -0.201331</w:t>
        <w:br/>
        <w:t>v -0.167945 0.701869 -0.166076</w:t>
        <w:br/>
        <w:t>v -0.183184 0.638916 -0.187603</w:t>
        <w:br/>
        <w:t>v -0.003525 0.952167 0.260334</w:t>
        <w:br/>
        <w:t>v 0.010481 0.954920 0.260328</w:t>
        <w:br/>
        <w:t>v 0.009664 0.957080 0.258522</w:t>
        <w:br/>
        <w:t>v 0.189998 0.887667 0.186289</w:t>
        <w:br/>
        <w:t>v 0.185759 0.868989 0.219423</w:t>
        <w:br/>
        <w:t>v 0.203725 0.856878 0.198837</w:t>
        <w:br/>
        <w:t>v 0.175545 0.822868 0.192099</w:t>
        <w:br/>
        <w:t>v 0.161632 0.814142 0.198138</w:t>
        <w:br/>
        <w:t>v 0.155186 0.848473 0.186958</w:t>
        <w:br/>
        <w:t>v 0.167216 0.854844 0.181535</w:t>
        <w:br/>
        <w:t>v 0.300251 0.776645 0.110752</w:t>
        <w:br/>
        <w:t>v 0.285747 0.812744 0.096842</w:t>
        <w:br/>
        <w:t>v 0.276802 0.783237 0.133080</w:t>
        <w:br/>
        <w:t>v 0.322246 0.762260 0.062918</w:t>
        <w:br/>
        <w:t>v 0.324468 0.752549 0.029544</w:t>
        <w:br/>
        <w:t>v 0.300844 0.788651 0.017859</w:t>
        <w:br/>
        <w:t>v 0.299542 0.803120 0.062924</w:t>
        <w:br/>
        <w:t>v 0.118110 0.953660 0.205916</w:t>
        <w:br/>
        <w:t>v 0.154622 0.939128 0.187258</w:t>
        <w:br/>
        <w:t>v 0.139753 0.971630 0.173969</w:t>
        <w:br/>
        <w:t>v 0.107749 0.981076 0.191425</w:t>
        <w:br/>
        <w:t>v 0.153503 0.963636 0.158254</w:t>
        <w:br/>
        <w:t>v 0.171048 0.928820 0.170188</w:t>
        <w:br/>
        <w:t>v 0.174002 0.926634 0.160809</w:t>
        <w:br/>
        <w:t>v 0.154671 0.959245 0.153170</w:t>
        <w:br/>
        <w:t>v 0.095982 1.044394 0.137227</w:t>
        <w:br/>
        <w:t>v 0.057384 1.069068 0.132573</w:t>
        <w:br/>
        <w:t>v 0.072017 1.048791 0.148390</w:t>
        <w:br/>
        <w:t>v 0.136570 1.012454 0.110212</w:t>
        <w:br/>
        <w:t>v 0.114583 1.039512 0.103474</w:t>
        <w:br/>
        <w:t>v 0.096379 1.036034 0.121705</w:t>
        <w:br/>
        <w:t>v 0.108504 1.011672 0.124412</w:t>
        <w:br/>
        <w:t>v 0.129457 1.040305 0.076766</w:t>
        <w:br/>
        <w:t>v 0.153447 1.011710 0.092625</w:t>
        <w:br/>
        <w:t>v 0.165512 1.007078 0.066384</w:t>
        <w:br/>
        <w:t>v 0.126963 0.997893 0.162846</w:t>
        <w:br/>
        <w:t>v 0.097586 1.005058 0.177967</w:t>
        <w:br/>
        <w:t>v 0.137873 0.992198 0.147923</w:t>
        <w:br/>
        <w:t>v 0.135542 0.986043 0.142783</w:t>
        <w:br/>
        <w:t>v 0.193393 0.910047 0.127908</w:t>
        <w:br/>
        <w:t>v 0.174724 0.947822 0.121274</w:t>
        <w:br/>
        <w:t>v 0.144273 0.951986 0.130754</w:t>
        <w:br/>
        <w:t>v 0.155834 0.914833 0.139409</w:t>
        <w:br/>
        <w:t>v 0.253642 0.885917 0.064182</w:t>
        <w:br/>
        <w:t>v 0.226498 0.928952 0.064857</w:t>
        <w:br/>
        <w:t>v 0.212058 0.937955 0.094490</w:t>
        <w:br/>
        <w:t>v 0.240110 0.897393 0.093363</w:t>
        <w:br/>
        <w:t>v 0.173079 0.857760 0.152132</w:t>
        <w:br/>
        <w:t>v 0.221940 0.851989 0.136709</w:t>
        <w:br/>
        <w:t>v 0.277686 0.835595 0.079247</w:t>
        <w:br/>
        <w:t>v 0.112680 1.020933 0.151023</w:t>
        <w:br/>
        <w:t>v 0.085127 1.026776 0.163090</w:t>
        <w:br/>
        <w:t>v 0.116701 1.017499 0.135170</w:t>
        <w:br/>
        <w:t>v 0.121618 1.017927 0.138739</w:t>
        <w:br/>
        <w:t>v 0.154948 0.983577 0.115557</w:t>
        <w:br/>
        <w:t>v 0.197004 0.969286 0.065871</w:t>
        <w:br/>
        <w:t>v 0.183023 0.976562 0.093641</w:t>
        <w:br/>
        <w:t>v 0.182139 0.906471 0.167156</w:t>
        <w:br/>
        <w:t>v 0.179175 0.907179 0.174498</w:t>
        <w:br/>
        <w:t>v 0.192031 0.798609 0.168079</w:t>
        <w:br/>
        <w:t>v 0.250410 0.790008 0.149670</w:t>
        <w:br/>
        <w:t>v 0.232846 0.827330 0.141444</w:t>
        <w:br/>
        <w:t>v 0.181179 0.835681 0.158171</w:t>
        <w:br/>
        <w:t>v 0.313793 0.769431 0.088128</w:t>
        <w:br/>
        <w:t>v 0.111172 1.059600 0.033321</w:t>
        <w:br/>
        <w:t>v 0.137080 1.036266 0.050244</w:t>
        <w:br/>
        <w:t>v 0.133970 1.031949 0.031778</w:t>
        <w:br/>
        <w:t>v 0.255538 0.873207 0.030286</w:t>
        <w:br/>
        <w:t>v 0.228313 0.915296 0.033262</w:t>
        <w:br/>
        <w:t>v 0.200125 0.958093 0.039239</w:t>
        <w:br/>
        <w:t>v 0.080685 1.063220 0.114134</w:t>
        <w:br/>
        <w:t>v 0.099605 1.039009 0.127321</w:t>
        <w:br/>
        <w:t>v 0.096379 1.036034 0.121705</w:t>
        <w:br/>
        <w:t>v 0.137873 0.992198 0.147923</w:t>
        <w:br/>
        <w:t>v 0.121618 1.017927 0.138739</w:t>
        <w:br/>
        <w:t>v 0.103264 0.936952 0.227756</w:t>
        <w:br/>
        <w:t>v 0.103497 0.912359 0.250934</w:t>
        <w:br/>
        <w:t>v 0.141257 0.892397 0.241530</w:t>
        <w:br/>
        <w:t>v 0.137557 0.923239 0.214033</w:t>
        <w:br/>
        <w:t>v 0.061361 0.990975 0.207108</w:t>
        <w:br/>
        <w:t>v 0.068407 0.970983 0.220208</w:t>
        <w:br/>
        <w:t>v 0.029450 1.072882 0.145720</w:t>
        <w:br/>
        <w:t>v 0.038386 1.052626 0.164263</w:t>
        <w:br/>
        <w:t>v 0.054013 1.013204 0.192015</w:t>
        <w:br/>
        <w:t>v 0.047294 1.032452 0.179249</w:t>
        <w:br/>
        <w:t>v -0.218451 0.872998 0.178083</w:t>
        <w:br/>
        <w:t>v -0.197648 0.894496 0.170478</w:t>
        <w:br/>
        <w:t>v -0.212679 0.866120 0.179485</w:t>
        <w:br/>
        <w:t>v -0.232463 0.845677 0.147872</w:t>
        <w:br/>
        <w:t>v -0.197360 0.883240 0.152556</w:t>
        <w:br/>
        <w:t>v -0.231386 0.878130 0.133979</w:t>
        <w:br/>
        <w:t>v -0.281948 0.858210 0.089594</w:t>
        <w:br/>
        <w:t>v -0.293399 0.849139 0.069217</w:t>
        <w:br/>
        <w:t>v -0.314838 0.812703 0.068495</w:t>
        <w:br/>
        <w:t>v -0.304718 0.820484 0.089556</w:t>
        <w:br/>
        <w:t>v -0.181499 0.912764 0.162310</w:t>
        <w:br/>
        <w:t>v -0.187178 0.914585 0.163954</w:t>
        <w:br/>
        <w:t>v -0.180494 0.927410 0.159790</w:t>
        <w:br/>
        <w:t>v -0.177642 0.921794 0.159284</w:t>
        <w:br/>
        <w:t>v -0.151653 0.979947 0.143713</w:t>
        <w:br/>
        <w:t>v -0.155737 0.983460 0.141991</w:t>
        <w:br/>
        <w:t>v -0.134138 1.016499 0.132746</w:t>
        <w:br/>
        <w:t>v -0.131462 1.013609 0.133700</w:t>
        <w:br/>
        <w:t>v -0.166794 0.944088 0.152692</w:t>
        <w:br/>
        <w:t>v -0.170491 0.946215 0.153870</w:t>
        <w:br/>
        <w:t>v -0.148410 0.977450 0.143246</w:t>
        <w:br/>
        <w:t>v -0.196001 0.964766 0.104300</w:t>
        <w:br/>
        <w:t>v -0.227934 0.928264 0.103113</w:t>
        <w:br/>
        <w:t>v -0.198818 0.935162 0.125020</w:t>
        <w:br/>
        <w:t>v -0.265809 0.867322 0.110111</w:t>
        <w:br/>
        <w:t>v -0.273081 0.833794 0.126350</w:t>
        <w:br/>
        <w:t>v -0.129333 1.011936 0.133016</w:t>
        <w:br/>
        <w:t>v -0.146365 1.034665 0.050401</w:t>
        <w:br/>
        <w:t>v -0.140223 1.037241 0.072482</w:t>
        <w:br/>
        <w:t>v -0.114421 1.059617 0.060939</w:t>
        <w:br/>
        <w:t>v -0.286572 0.854256 0.048756</w:t>
        <w:br/>
        <w:t>v -0.282917 0.862980 0.065807</w:t>
        <w:br/>
        <w:t>v -0.245977 0.917425 0.071807</w:t>
        <w:br/>
        <w:t>v -0.199513 0.969565 0.039636</w:t>
        <w:br/>
        <w:t>v -0.223964 0.937307 0.034858</w:t>
        <w:br/>
        <w:t>v -0.217161 0.954292 0.072680</w:t>
        <w:br/>
        <w:t>v -0.193888 0.982766 0.072943</w:t>
        <w:br/>
        <w:t>v -0.321625 0.805151 0.045178</w:t>
        <w:br/>
        <w:t>v -0.170538 1.009645 0.073270</w:t>
        <w:br/>
        <w:t>v -0.173275 1.003467 0.045463</w:t>
        <w:br/>
        <w:t>v -0.061942 1.066992 0.143692</w:t>
        <w:br/>
        <w:t>v -0.072301 1.051300 0.158275</w:t>
        <w:br/>
        <w:t>v -0.048843 1.048774 0.168157</w:t>
        <w:br/>
        <w:t>v -0.041426 1.069350 0.155143</w:t>
        <w:br/>
        <w:t>v -0.024465 1.055319 0.173530</w:t>
        <w:br/>
        <w:t>v -0.019844 1.036972 0.187110</w:t>
        <w:br/>
        <w:t>v 0.007426 1.036708 0.186030</w:t>
        <w:br/>
        <w:t>v 0.002316 1.055603 0.172078</w:t>
        <w:br/>
        <w:t>v -0.029319 1.074105 0.156014</w:t>
        <w:br/>
        <w:t>v -0.003583 1.075151 0.155139</w:t>
        <w:br/>
        <w:t>v -0.092739 1.060984 0.117119</w:t>
        <w:br/>
        <w:t>v -0.106422 1.059621 0.091166</w:t>
        <w:br/>
        <w:t>v -0.127816 1.035938 0.094056</w:t>
        <w:br/>
        <w:t>v -0.114018 1.034292 0.117355</w:t>
        <w:br/>
        <w:t>v -0.142854 0.991575 0.127190</w:t>
        <w:br/>
        <w:t>v -0.175504 0.989873 0.101015</w:t>
        <w:br/>
        <w:t>v -0.154751 0.971179 0.131534</w:t>
        <w:br/>
        <w:t>v -0.153222 1.011990 0.097790</w:t>
        <w:br/>
        <w:t>v -0.131730 1.009962 0.123200</w:t>
        <w:br/>
        <w:t>v 0.012287 1.019313 0.198875</w:t>
        <w:br/>
        <w:t>v -0.015407 1.020501 0.200319</w:t>
        <w:br/>
        <w:t>v 0.017928 1.000218 0.213936</w:t>
        <w:br/>
        <w:t>v -0.010135 1.003151 0.215712</w:t>
        <w:br/>
        <w:t>v -0.003220 0.981215 0.234813</w:t>
        <w:br/>
        <w:t>v 0.023686 0.980377 0.229298</w:t>
        <w:br/>
        <w:t>v -0.169029 0.915295 0.227476</w:t>
        <w:br/>
        <w:t>v -0.152636 0.946405 0.207622</w:t>
        <w:br/>
        <w:t>v -0.171321 0.940048 0.195887</w:t>
        <w:br/>
        <w:t>v -0.195447 0.906241 0.213581</w:t>
        <w:br/>
        <w:t>v -0.289318 0.827500 0.110474</w:t>
        <w:br/>
        <w:t>v 0.253318 0.751637 -0.062575</w:t>
        <w:br/>
        <w:t>v 0.270757 0.762748 -0.047744</w:t>
        <w:br/>
        <w:t>v 0.286715 0.720800 -0.057658</w:t>
        <w:br/>
        <w:t>v 0.267028 0.710548 -0.074673</w:t>
        <w:br/>
        <w:t>v 0.125609 1.023596 0.018015</w:t>
        <w:br/>
        <w:t>v 0.118936 1.010960 -0.015466</w:t>
        <w:br/>
        <w:t>v 0.093873 1.059551 0.002758</w:t>
        <w:br/>
        <w:t>v 0.125083 1.015345 0.001187</w:t>
        <w:br/>
        <w:t>v 0.093237 1.008579 -0.037909</w:t>
        <w:br/>
        <w:t>v 0.046394 1.005308 -0.057365</w:t>
        <w:br/>
        <w:t>v 0.037794 1.059525 -0.025756</w:t>
        <w:br/>
        <w:t>v 0.071544 1.059537 -0.012074</w:t>
        <w:br/>
        <w:t>v 0.234544 0.855023 -0.017319</w:t>
        <w:br/>
        <w:t>v 0.243384 0.783220 -0.049831</w:t>
        <w:br/>
        <w:t>v 0.206347 0.836986 -0.040465</w:t>
        <w:br/>
        <w:t>v 0.191416 0.877037 -0.027645</w:t>
        <w:br/>
        <w:t>v 0.213951 0.895736 -0.006048</w:t>
        <w:br/>
        <w:t>v 0.177045 0.819653 -0.051119</w:t>
        <w:br/>
        <w:t>v 0.176942 0.814873 -0.074983</w:t>
        <w:br/>
        <w:t>v 0.163726 0.868473 -0.058701</w:t>
        <w:br/>
        <w:t>v 0.165481 0.871253 -0.038073</w:t>
        <w:br/>
        <w:t>v 0.081997 0.792838 -0.152787</w:t>
        <w:br/>
        <w:t>v 0.071619 0.855006 -0.125174</w:t>
        <w:br/>
        <w:t>v 0.130784 0.861765 -0.099448</w:t>
        <w:br/>
        <w:t>v 0.143518 0.804898 -0.122286</w:t>
        <w:br/>
        <w:t>v 0.181935 0.761258 -0.056674</w:t>
        <w:br/>
        <w:t>v 0.189499 0.757204 -0.074609</w:t>
        <w:br/>
        <w:t>v 0.122433 0.731319 -0.167488</w:t>
        <w:br/>
        <w:t>v 0.191104 0.939383 0.006266</w:t>
        <w:br/>
        <w:t>v 0.174789 0.919666 -0.013124</w:t>
        <w:br/>
        <w:t>v 0.156025 0.912052 -0.027986</w:t>
        <w:br/>
        <w:t>v 0.120856 0.903943 -0.082361</w:t>
        <w:br/>
        <w:t>v 0.064419 0.898922 -0.105761</w:t>
        <w:br/>
        <w:t>v 0.248843 0.701368 -0.080908</w:t>
        <w:br/>
        <w:t>v 0.237444 0.742883 -0.067515</w:t>
        <w:br/>
        <w:t>v 0.204018 0.673417 -0.081325</w:t>
        <w:br/>
        <w:t>v 0.212746 0.663105 -0.112030</w:t>
        <w:br/>
        <w:t>v 0.199514 0.719846 -0.100343</w:t>
        <w:br/>
        <w:t>v 0.195424 0.725048 -0.072828</w:t>
        <w:br/>
        <w:t>v 0.167238 0.700408 -0.162289</w:t>
        <w:br/>
        <w:t>v 0.181383 0.637394 -0.184841</w:t>
        <w:br/>
        <w:t>v 0.123078 0.615734 -0.229612</w:t>
        <w:br/>
        <w:t>v 0.098984 0.681062 -0.202621</w:t>
        <w:br/>
        <w:t>v 0.145091 0.973928 0.005199</w:t>
        <w:br/>
        <w:t>v 0.162637 0.990348 0.020551</w:t>
        <w:br/>
        <w:t>v 0.148929 0.906557 -0.054412</w:t>
        <w:br/>
        <w:t>v 0.134669 0.960237 -0.035406</w:t>
        <w:br/>
        <w:t>v 0.141587 0.963431 -0.013594</w:t>
        <w:br/>
        <w:t>v 0.055425 0.953852 -0.081291</w:t>
        <w:br/>
        <w:t>v 0.107459 0.957556 -0.060167</w:t>
        <w:br/>
        <w:t>v 0.153819 0.866324 -0.076894</w:t>
        <w:br/>
        <w:t>v 0.167664 0.809996 -0.096823</w:t>
        <w:br/>
        <w:t>v 0.181322 0.747677 -0.112316</w:t>
        <w:br/>
        <w:t>v 0.155062 0.745986 -0.143917</w:t>
        <w:br/>
        <w:t>v 0.206708 0.652070 -0.143308</w:t>
        <w:br/>
        <w:t>v 0.192423 0.711267 -0.126718</w:t>
        <w:br/>
        <w:t>v -0.300494 0.823135 0.008743</w:t>
        <w:br/>
        <w:t>v -0.298622 0.765876 -0.039880</w:t>
        <w:br/>
        <w:t>v -0.317194 0.781038 -0.013296</w:t>
        <w:br/>
        <w:t>v -0.185962 0.684309 -0.076999</w:t>
        <w:br/>
        <w:t>v -0.171691 0.697422 -0.062961</w:t>
        <w:br/>
        <w:t>v -0.184679 0.733416 -0.073533</w:t>
        <w:br/>
        <w:t>v -0.097107 1.059554 0.001565</w:t>
        <w:br/>
        <w:t>v -0.116305 1.017996 -0.013041</w:t>
        <w:br/>
        <w:t>v -0.122500 1.020601 0.003562</w:t>
        <w:br/>
        <w:t>v -0.171956 0.823218 -0.068341</w:t>
        <w:br/>
        <w:t>v -0.187234 0.762450 -0.084892</w:t>
        <w:br/>
        <w:t>v -0.178626 0.769983 -0.065363</w:t>
        <w:br/>
        <w:t>v -0.167329 0.831859 -0.049675</w:t>
        <w:br/>
        <w:t>v -0.165551 0.994713 0.022547</w:t>
        <w:br/>
        <w:t>v -0.141961 1.030464 0.032906</w:t>
        <w:br/>
        <w:t>v -0.127560 1.022329 0.019272</w:t>
        <w:br/>
        <w:t>v -0.151215 0.986811 0.010907</w:t>
        <w:br/>
        <w:t>v -0.198559 0.866073 -0.032124</w:t>
        <w:br/>
        <w:t>v -0.230739 0.879071 -0.017053</w:t>
        <w:br/>
        <w:t>v -0.212181 0.919263 -0.001688</w:t>
        <w:br/>
        <w:t>v -0.185127 0.903852 -0.018789</w:t>
        <w:br/>
        <w:t>v -0.157561 0.880180 -0.036546</w:t>
        <w:br/>
        <w:t>v -0.159181 0.874139 -0.052646</w:t>
        <w:br/>
        <w:t>v -0.216795 0.806484 -0.047541</w:t>
        <w:br/>
        <w:t>v -0.237252 0.815004 -0.042505</w:t>
        <w:br/>
        <w:t>v -0.189543 0.956665 0.010901</w:t>
        <w:br/>
        <w:t>v -0.169254 0.943476 -0.004293</w:t>
        <w:br/>
        <w:t>v -0.149416 0.919269 -0.025837</w:t>
        <w:br/>
        <w:t>v -0.148426 0.918073 -0.038716</w:t>
        <w:br/>
        <w:t>v -0.250418 0.737444 -0.074129</w:t>
        <w:br/>
        <w:t>v -0.267648 0.796075 -0.043458</w:t>
        <w:br/>
        <w:t>v -0.226609 0.775520 -0.059898</w:t>
        <w:br/>
        <w:t>v -0.136401 0.975030 -0.010453</w:t>
        <w:br/>
        <w:t>v -0.131161 0.969800 -0.029318</w:t>
        <w:br/>
        <w:t>v -0.296722 0.836961 0.040896</w:t>
        <w:br/>
        <w:t>v -0.259068 0.819155 -0.031376</w:t>
        <w:br/>
        <w:t>v -0.267263 0.831040 -0.015932</w:t>
        <w:br/>
        <w:t>v -0.073097 1.059529 -0.015892</w:t>
        <w:br/>
        <w:t>v -0.081037 1.011219 -0.044474</w:t>
        <w:br/>
        <w:t>v -0.093329 0.960135 -0.067894</w:t>
        <w:br/>
        <w:t>v -0.139978 0.915113 -0.057926</w:t>
        <w:br/>
        <w:t>v -0.114974 0.860992 -0.109608</w:t>
        <w:br/>
        <w:t>v -0.150397 0.872505 -0.073343</w:t>
        <w:br/>
        <w:t>v -0.105405 0.904792 -0.091665</w:t>
        <w:br/>
        <w:t>v -0.127473 0.798876 -0.135464</w:t>
        <w:br/>
        <w:t>v -0.164941 0.812086 -0.094547</w:t>
        <w:br/>
        <w:t>v -0.136346 0.731638 -0.162916</w:t>
        <w:br/>
        <w:t>v -0.152198 0.739791 -0.148112</w:t>
        <w:br/>
        <w:t>v -0.154297 0.695009 -0.173280</w:t>
        <w:br/>
        <w:t>v -0.180313 0.637394 -0.184810</w:t>
        <w:br/>
        <w:t>v -0.206455 0.650775 -0.144720</w:t>
        <w:br/>
        <w:t>v -0.191402 0.712360 -0.125211</w:t>
        <w:br/>
        <w:t>v 0.288237 0.773676 -0.024703</w:t>
        <w:br/>
        <w:t>v 0.305785 0.731779 -0.032014</w:t>
        <w:br/>
        <w:t>v 0.320428 0.742830 -0.002007</w:t>
        <w:br/>
        <w:t>v -0.083960 0.954535 0.239240</w:t>
        <w:br/>
        <w:t>v -0.072060 0.984035 0.216405</w:t>
        <w:br/>
        <w:t>v -0.088051 0.973001 0.217848</w:t>
        <w:br/>
        <w:t>v -0.188621 0.906338 0.146190</w:t>
        <w:br/>
        <w:t>v -0.172622 0.939030 0.139229</w:t>
        <w:br/>
        <w:t>v -0.224753 0.893523 0.128523</w:t>
        <w:br/>
        <w:t>v -0.211000 0.892096 0.136888</w:t>
        <w:br/>
        <w:t>v 0.129826 0.920471 0.158493</w:t>
        <w:br/>
        <w:t>v 0.137329 0.925212 0.162572</w:t>
        <w:br/>
        <w:t>v 0.148408 0.879221 0.178516</w:t>
        <w:br/>
        <w:t>v 0.106581 1.011265 0.130924</w:t>
        <w:br/>
        <w:t>v 0.120948 0.958161 0.147277</w:t>
        <w:br/>
        <w:t>v 0.128531 0.960817 0.151650</w:t>
        <w:br/>
        <w:t>v 0.149562 0.846112 0.185451</w:t>
        <w:br/>
        <w:t>v 0.122493 0.985922 0.144195</w:t>
        <w:br/>
        <w:t>v 0.115236 0.983255 0.140408</w:t>
        <w:br/>
        <w:t>v 0.155228 0.811472 0.198205</w:t>
        <w:br/>
        <w:t>v 0.152319 0.807649 0.190167</w:t>
        <w:br/>
        <w:t>v 0.146171 0.843312 0.177858</w:t>
        <w:br/>
        <w:t>v 0.146233 0.844353 0.182204</w:t>
        <w:br/>
        <w:t>v 0.151470 0.808801 0.194191</w:t>
        <w:br/>
        <w:t>v 0.097753 1.060412 0.093980</w:t>
        <w:br/>
        <w:t>v 0.108073 1.059639 0.073437</w:t>
        <w:br/>
        <w:t>v 0.124893 0.955515 0.140074</w:t>
        <w:br/>
        <w:t>v 0.132905 0.918941 0.150695</w:t>
        <w:br/>
        <w:t>v 0.117563 0.984973 0.132517</w:t>
        <w:br/>
        <w:t>v 0.149027 0.842407 0.173751</w:t>
        <w:br/>
        <w:t>v 0.155711 0.806023 0.185707</w:t>
        <w:br/>
        <w:t>v 0.197279 0.838451 0.176932</w:t>
        <w:br/>
        <w:t>v 0.186048 0.868259 0.168714</w:t>
        <w:br/>
        <w:t>v 0.193192 0.876715 0.169317</w:t>
        <w:br/>
        <w:t>v 0.202684 0.843606 0.177183</w:t>
        <w:br/>
        <w:t>v 0.120948 0.958161 0.147277</w:t>
        <w:br/>
        <w:t>v 0.129826 0.920471 0.158493</w:t>
        <w:br/>
        <w:t>v 0.115236 0.983255 0.140408</w:t>
        <w:br/>
        <w:t>v 0.194591 0.679075 -0.067416</w:t>
        <w:br/>
        <w:t>v 0.172724 0.823611 -0.032435</w:t>
        <w:br/>
        <w:t>v 0.165136 0.863155 -0.024797</w:t>
        <w:br/>
        <w:t>v 0.175781 0.867537 -0.022047</w:t>
        <w:br/>
        <w:t>v 0.184842 0.827714 -0.030998</w:t>
        <w:br/>
        <w:t>v 0.156315 0.908163 -0.015360</w:t>
        <w:br/>
        <w:t>v 0.164134 0.911889 -0.011064</w:t>
        <w:br/>
        <w:t>v 0.140011 0.970780 -0.000214</w:t>
        <w:br/>
        <w:t>v 0.227872 0.695270 -0.072428</w:t>
        <w:br/>
        <w:t>v 0.219681 0.738377 -0.061174</w:t>
        <w:br/>
        <w:t>v 0.196447 0.832151 -0.038816</w:t>
        <w:br/>
        <w:t>v 0.185095 0.872226 -0.027532</w:t>
        <w:br/>
        <w:t>v 0.230426 0.780386 -0.054808</w:t>
        <w:br/>
        <w:t>v 0.216858 0.772909 -0.051615</w:t>
        <w:br/>
        <w:t>v 0.171741 0.916117 -0.013590</w:t>
        <w:br/>
        <w:t>v -0.192545 0.931578 0.178864</w:t>
        <w:br/>
        <w:t>v -0.214453 0.898111 0.197639</w:t>
        <w:br/>
        <w:t>v -0.159153 0.988425 0.143288</w:t>
        <w:br/>
        <w:t>v -0.180724 0.953308 0.154874</w:t>
        <w:br/>
        <w:t>v -0.179745 0.957956 0.159592</w:t>
        <w:br/>
        <w:t>v -0.157527 0.991703 0.147114</w:t>
        <w:br/>
        <w:t>v -0.110496 1.038433 0.124683</w:t>
        <w:br/>
        <w:t>v -0.179967 0.909915 0.158773</w:t>
        <w:br/>
        <w:t>v -0.175998 0.917674 0.156703</w:t>
        <w:br/>
        <w:t>v -0.148410 0.977450 0.143246</w:t>
        <w:br/>
        <w:t>v -0.180109 0.914497 0.150806</w:t>
        <w:br/>
        <w:t>v -0.203398 0.856654 0.172423</w:t>
        <w:br/>
        <w:t>v -0.201226 0.861381 0.180918</w:t>
        <w:br/>
        <w:t>v -0.192020 0.888131 0.170565</w:t>
        <w:br/>
        <w:t>v -0.191749 0.885686 0.161210</w:t>
        <w:br/>
        <w:t>v -0.199489 0.927251 0.171773</w:t>
        <w:br/>
        <w:t>v -0.199826 0.921320 0.165735</w:t>
        <w:br/>
        <w:t>v -0.222154 0.881238 0.180562</w:t>
        <w:br/>
        <w:t>v -0.221728 0.892247 0.188381</w:t>
        <w:br/>
        <w:t>v -0.182523 0.714666 -0.050083</w:t>
        <w:br/>
        <w:t>v -0.170887 0.758120 -0.038477</w:t>
        <w:br/>
        <w:t>v -0.163048 0.754869 -0.039155</w:t>
        <w:br/>
        <w:t>v -0.165583 0.708158 -0.048696</w:t>
        <w:br/>
        <w:t>v -0.164794 0.851378 -0.020630</w:t>
        <w:br/>
        <w:t>v -0.160106 0.889870 -0.011589</w:t>
        <w:br/>
        <w:t>v -0.154487 0.887642 -0.012994</w:t>
        <w:br/>
        <w:t>v -0.158759 0.848908 -0.022141</w:t>
        <w:br/>
        <w:t>v -0.169281 0.790352 -0.032933</w:t>
        <w:br/>
        <w:t>v -0.162217 0.788098 -0.034108</w:t>
        <w:br/>
        <w:t>v -0.148516 0.929789 -0.003474</w:t>
        <w:br/>
        <w:t>v -0.153401 0.931764 -0.001854</w:t>
        <w:br/>
        <w:t>v -0.139294 0.978286 0.006108</w:t>
        <w:br/>
        <w:t>v -0.163048 0.754869 -0.039155</w:t>
        <w:br/>
        <w:t>v -0.163304 0.746446 -0.050740</w:t>
        <w:br/>
        <w:t>v -0.165922 0.702709 -0.055926</w:t>
        <w:br/>
        <w:t>v -0.165583 0.708158 -0.048696</w:t>
        <w:br/>
        <w:t>v -0.158759 0.848908 -0.022141</w:t>
        <w:br/>
        <w:t>v -0.157255 0.842379 -0.031727</w:t>
        <w:br/>
        <w:t>v -0.161403 0.780382 -0.044556</w:t>
        <w:br/>
        <w:t>v -0.162217 0.788098 -0.034108</w:t>
        <w:br/>
        <w:t>v -0.152643 0.882091 -0.022739</w:t>
        <w:br/>
        <w:t>v -0.154487 0.887642 -0.012994</w:t>
        <w:br/>
        <w:t>v -0.146482 0.924801 -0.012825</w:t>
        <w:br/>
        <w:t>v -0.191479 0.762156 -0.046900</w:t>
        <w:br/>
        <w:t>v -0.228570 0.728316 -0.077611</w:t>
        <w:br/>
        <w:t>v -0.168280 0.894623 -0.015167</w:t>
        <w:br/>
        <w:t>v -0.176348 0.855687 -0.026132</w:t>
        <w:br/>
        <w:t>v -0.187197 0.793247 -0.039481</w:t>
        <w:br/>
        <w:t>v -0.206450 0.802888 -0.047575</w:t>
        <w:br/>
        <w:t>v -0.158450 0.936545 -0.003038</w:t>
        <w:br/>
        <w:t>v -0.180932 0.750938 -0.113958</w:t>
        <w:br/>
        <w:t>v 0.172724 0.823611 -0.032435</w:t>
        <w:br/>
        <w:t>v 0.165136 0.863155 -0.024797</w:t>
        <w:br/>
        <w:t>v 0.156315 0.908163 -0.015360</w:t>
        <w:br/>
        <w:t>v -0.208021 0.666078 -0.110987</w:t>
        <w:br/>
        <w:t>v -0.196391 0.724476 -0.094573</w:t>
        <w:br/>
        <w:t>v -0.204695 0.722285 -0.066617</w:t>
        <w:br/>
        <w:t>v -0.177115 0.793315 -0.035414</w:t>
        <w:br/>
        <w:t>v 0.200943 0.734274 -0.048497</w:t>
        <w:br/>
        <w:t>v 0.207007 0.689614 -0.055861</w:t>
        <w:br/>
        <w:t>v 0.199092 0.766506 -0.040904</w:t>
        <w:br/>
        <w:t>v 0.189763 0.685781 -0.053807</w:t>
        <w:br/>
        <w:t>v 0.184096 0.731503 -0.046894</w:t>
        <w:br/>
        <w:t>v -0.089154 1.050804 0.147548</w:t>
        <w:br/>
        <w:t>v 0.070174 0.951582 0.235075</w:t>
        <w:br/>
        <w:t>v 0.189256 0.758081 -0.090071</w:t>
        <w:br/>
        <w:t>v -0.323122 0.793876 0.014909</w:t>
        <w:br/>
        <w:t>v 0.285267 0.828821 0.064082</w:t>
        <w:br/>
        <w:t>v 0.289154 0.815675 0.036190</w:t>
        <w:br/>
        <w:t>v 0.170161 0.999421 0.045100</w:t>
        <w:br/>
        <w:t>v 0.272943 0.802703 -0.015493</w:t>
        <w:br/>
        <w:t>v -0.128442 0.615734 -0.231753</w:t>
        <w:br/>
        <w:t>v -0.274477 0.750678 -0.060661</w:t>
        <w:br/>
        <w:t>v -0.112407 1.059590 0.033611</w:t>
        <w:br/>
        <w:t>v -0.273069 0.873329 0.086166</w:t>
        <w:br/>
        <w:t>v -0.051071 0.854030 -0.132292</w:t>
        <w:br/>
        <w:t>v -0.058247 0.788986 -0.161680</w:t>
        <w:br/>
        <w:t>v -0.045980 0.897947 -0.111971</w:t>
        <w:br/>
        <w:t>v -0.039226 0.953130 -0.086214</w:t>
        <w:br/>
        <w:t>v -0.032962 1.004897 -0.061132</w:t>
        <w:br/>
        <w:t>v -0.036744 1.059516 -0.028824</w:t>
        <w:br/>
        <w:t>v -0.070555 0.674214 -0.214201</w:t>
        <w:br/>
        <w:t>v -0.084938 0.607580 -0.245236</w:t>
        <w:br/>
        <w:t>v -0.000284 1.003567 -0.063214</w:t>
        <w:br/>
        <w:t>v -0.000108 1.059516 -0.031137</w:t>
        <w:br/>
        <w:t>v -0.000242 0.952252 -0.088399</w:t>
        <w:br/>
        <w:t>v -0.000374 0.897040 -0.114410</w:t>
        <w:br/>
        <w:t>v -0.000276 0.852953 -0.134742</w:t>
        <w:br/>
        <w:t>v -0.000246 0.787216 -0.164394</w:t>
        <w:br/>
        <w:t>v 0.044761 0.720871 -0.188048</w:t>
        <w:br/>
        <w:t>v 0.049207 0.603812 -0.247563</w:t>
        <w:br/>
        <w:t>v -0.000073 0.671406 -0.217969</w:t>
        <w:br/>
        <w:t>v -0.050437 0.603564 -0.249583</w:t>
        <w:br/>
        <w:t>v 0.079056 0.606602 -0.242762</w:t>
        <w:br/>
        <w:t>v -0.176263 0.948560 0.152675</w:t>
        <w:br/>
        <w:t>v -0.152145 0.993973 0.152709</w:t>
        <w:br/>
        <w:t>v -0.173125 0.961866 0.165741</w:t>
        <w:br/>
        <w:t>v -0.110496 1.038433 0.124683</w:t>
        <w:br/>
        <w:t>v -0.116469 1.042415 0.126608</w:t>
        <w:br/>
        <w:t>v -0.092739 1.060984 0.117119</w:t>
        <w:br/>
        <w:t>v -0.201226 0.861381 0.180918</w:t>
        <w:br/>
        <w:t>v -0.192020 0.888131 0.170565</w:t>
        <w:br/>
        <w:t>v -0.185287 0.933210 0.156972</w:t>
        <w:br/>
        <w:t>v -0.194819 0.916331 0.162397</w:t>
        <w:br/>
        <w:t>v 0.151981 0.956628 0.148592</w:t>
        <w:br/>
        <w:t>v 0.170890 0.925289 0.153527</w:t>
        <w:br/>
        <w:t>v 0.191430 0.833577 0.179704</w:t>
        <w:br/>
        <w:t>v 0.145788 0.925677 0.160077</w:t>
        <w:br/>
        <w:t>v 0.134641 0.960203 0.150279</w:t>
        <w:br/>
        <w:t>v 0.165383 0.895462 0.165303</w:t>
        <w:br/>
        <w:t>v 0.159472 0.923862 0.154085</w:t>
        <w:br/>
        <w:t>v 0.145317 0.958523 0.147986</w:t>
        <w:br/>
        <w:t>v 0.179076 0.862930 0.172874</w:t>
        <w:br/>
        <w:t>v 0.206192 0.847331 0.180498</w:t>
        <w:br/>
        <w:t>v 0.180022 0.905423 0.159291</w:t>
        <w:br/>
        <w:t>v 0.184096 0.731503 -0.046894</w:t>
        <w:br/>
        <w:t>v 0.189763 0.685781 -0.053807</w:t>
        <w:br/>
        <w:t>v 0.189684 0.681905 -0.060656</w:t>
        <w:br/>
        <w:t>v 0.189767 0.763701 -0.037819</w:t>
        <w:br/>
        <w:t>v 0.179702 0.761890 -0.040893</w:t>
        <w:br/>
        <w:t>v -0.043825 1.018140 0.199805</w:t>
        <w:br/>
        <w:t>v -0.038463 0.999119 0.215775</w:t>
        <w:br/>
        <w:t>v -0.047866 1.036468 0.185251</w:t>
        <w:br/>
        <w:t>v -0.019874 0.949335 0.260347</w:t>
        <w:br/>
        <w:t>v -0.031084 0.977111 0.234949</w:t>
        <w:br/>
        <w:t>v 0.140153 0.871646 0.174559</w:t>
        <w:br/>
        <w:t>v 0.142544 0.867747 0.165727</w:t>
        <w:br/>
        <w:t>v -0.118305 0.685530 -0.196242</w:t>
        <w:br/>
        <w:t>v -0.004499 0.966257 0.246422</w:t>
        <w:br/>
        <w:t>v 0.113347 1.012366 0.135382</w:t>
        <w:br/>
        <w:t>v 0.080685 1.063220 0.114134</w:t>
        <w:br/>
        <w:t>v 0.151981 0.956628 0.148592</w:t>
        <w:br/>
        <w:t>v 0.170890 0.925289 0.153527</w:t>
        <w:br/>
        <w:t>v 0.172222 0.909923 0.189939</w:t>
        <w:br/>
        <w:t>v 0.207616 0.850750 0.186933</w:t>
        <w:br/>
        <w:t>v 0.194162 0.882056 0.175790</w:t>
        <w:br/>
        <w:t>v 0.067572 0.929859 0.255273</w:t>
        <w:br/>
        <w:t>v 0.180022 0.905423 0.159291</w:t>
        <w:br/>
        <w:t>v 0.173857 0.900617 0.159793</w:t>
        <w:br/>
        <w:t>v -0.283045 0.808760 -0.018988</w:t>
        <w:br/>
        <w:t>v 0.009664 0.957080 0.258522</w:t>
        <w:br/>
        <w:t>v 0.005924 0.955512 0.255191</w:t>
        <w:br/>
        <w:t>v -0.003525 0.952167 0.260334</w:t>
        <w:br/>
        <w:t>v -0.051081 1.054009 0.171499</w:t>
        <w:br/>
        <w:t>v 0.262130 0.820134 0.122599</w:t>
        <w:br/>
        <w:t>v 0.188103 0.728289 -0.059718</w:t>
        <w:br/>
        <w:t>v 0.000010 0.600593 -0.251973</w:t>
        <w:br/>
        <w:t>v -0.114432 0.731771 -0.171256</w:t>
        <w:br/>
        <w:t>v 0.140153 0.871646 0.174559</w:t>
        <w:br/>
        <w:t>v 0.037477 0.960914 0.240535</w:t>
        <w:br/>
        <w:t>v 0.018715 0.966481 0.241468</w:t>
        <w:br/>
        <w:t>v 0.251318 0.842726 0.114878</w:t>
        <w:br/>
        <w:t>v -0.108977 0.964636 0.215443</w:t>
        <w:br/>
        <w:t>v -0.117318 0.963911 0.211661</w:t>
        <w:br/>
        <w:t>v -0.116234 0.953236 0.222507</w:t>
        <w:br/>
        <w:t>v -0.146779 0.956487 0.201350</w:t>
        <w:br/>
        <w:t>v -0.164985 0.948922 0.191241</w:t>
        <w:br/>
        <w:t>v -0.190055 0.941628 0.165871</w:t>
        <w:br/>
        <w:t>v -0.189867 0.938090 0.160065</w:t>
        <w:br/>
        <w:t>v -0.183376 0.906409 0.153727</w:t>
        <w:br/>
        <w:t>v -0.237176 0.889457 0.121880</w:t>
        <w:br/>
        <w:t>v -0.261444 0.876478 0.101278</w:t>
        <w:br/>
        <w:t>v -0.253091 0.881904 0.110804</w:t>
        <w:br/>
        <w:t>v -0.286081 0.849625 0.026619</w:t>
        <w:br/>
        <w:t>v -0.167326 0.741324 -0.132761</w:t>
        <w:br/>
        <w:t>v -0.086273 0.720842 -0.182700</w:t>
        <w:br/>
        <w:t>v -0.274886 0.833499 -0.005959</w:t>
        <w:br/>
        <w:t>v -0.280802 0.839923 0.005473</w:t>
        <w:br/>
        <w:t>v -0.250404 0.901327 0.030462</w:t>
        <w:br/>
        <w:t>v -0.053131 0.723425 -0.186388</w:t>
        <w:br/>
        <w:t>v -0.001495 0.718583 -0.192038</w:t>
        <w:br/>
        <w:t>v 0.093421 0.725736 -0.180236</w:t>
        <w:br/>
        <w:t>v 0.179702 0.761890 -0.040893</w:t>
        <w:br/>
        <w:t>v 0.261766 0.793011 -0.035222</w:t>
        <w:br/>
        <w:t>v 0.280020 0.813967 0.006734</w:t>
        <w:br/>
        <w:t>v 0.272335 0.839393 0.094610</w:t>
        <w:br/>
        <w:t>v 0.159362 0.914520 0.201906</w:t>
        <w:br/>
        <w:t>v 0.034007 0.944654 0.255951</w:t>
        <w:br/>
        <w:t>v 0.005924 0.955512 0.255191</w:t>
        <w:br/>
        <w:t>v 0.131382 0.961460 -0.048941</w:t>
        <w:br/>
        <w:t>v 0.144770 0.915449 -0.063519</w:t>
        <w:br/>
        <w:t>v -0.172324 0.970712 0.130898</w:t>
        <w:br/>
        <w:t>v 0.009664 0.957080 0.258522</w:t>
        <w:br/>
        <w:t>v -0.042805 1.072466 0.158767</w:t>
        <w:br/>
        <w:t>v -0.042805 1.072466 0.158767</w:t>
        <w:br/>
        <w:t>v -0.041426 1.069350 0.155143</w:t>
        <w:br/>
        <w:t>v -0.049750 1.051642 0.171310</w:t>
        <w:br/>
        <w:t>v -0.042805 1.072466 0.158767</w:t>
        <w:br/>
        <w:t>v -0.156122 0.980673 0.141667</w:t>
        <w:br/>
        <w:t>v -0.154169 0.977825 0.141709</w:t>
        <w:br/>
        <w:t>v -0.160006 0.982630 0.140131</w:t>
        <w:br/>
        <w:t>v -0.056131 1.033445 0.184677</w:t>
        <w:br/>
        <w:t>v -0.185214 0.958697 0.158688</w:t>
        <w:br/>
        <w:t>v -0.184541 0.953381 0.151893</w:t>
        <w:br/>
        <w:t>v -0.180314 0.947404 0.149709</w:t>
        <w:br/>
        <w:t>v -0.171687 0.945265 0.150467</w:t>
        <w:br/>
        <w:t>v -0.104160 0.979671 0.204989</w:t>
        <w:br/>
        <w:t>v -0.062770 1.009613 0.197598</w:t>
        <w:br/>
        <w:t>v -0.093814 1.006904 0.186752</w:t>
        <w:br/>
        <w:t>v -0.205613 0.861249 0.178138</w:t>
        <w:br/>
        <w:t>v -0.195814 0.888259 0.167264</w:t>
        <w:br/>
        <w:t>v -0.166794 0.944088 0.152692</w:t>
        <w:br/>
        <w:t>v -0.121075 1.002690 0.176684</w:t>
        <w:br/>
        <w:t>v -0.137026 0.974396 0.191890</w:t>
        <w:br/>
        <w:t>v -0.136214 0.998940 0.165946</w:t>
        <w:br/>
        <w:t>v -0.153563 0.969366 0.181151</w:t>
        <w:br/>
        <w:t>v -0.081962 1.031677 0.170996</w:t>
        <w:br/>
        <w:t>v -0.055116 1.030722 0.181560</w:t>
        <w:br/>
        <w:t>v -0.105124 1.029007 0.161988</w:t>
        <w:br/>
        <w:t>v -0.119779 1.025829 0.151633</w:t>
        <w:br/>
        <w:t>v -0.132617 1.022443 0.140821</w:t>
        <w:br/>
        <w:t>v -0.136640 1.021158 0.136785</w:t>
        <w:br/>
        <w:t>v -0.137654 1.018890 0.134261</w:t>
        <w:br/>
        <w:t>v -0.137654 1.018890 0.134261</w:t>
        <w:br/>
        <w:t>v -0.129333 1.011936 0.133016</w:t>
        <w:br/>
        <w:t>v -0.101102 1.047134 0.138389</w:t>
        <w:br/>
        <w:t>v -0.116469 1.042415 0.126608</w:t>
        <w:br/>
        <w:t>v -0.111479 1.043948 0.130434</w:t>
        <w:br/>
        <w:t>v -0.176289 0.949304 0.180854</w:t>
        <w:br/>
        <w:t>v -0.073403 0.986845 0.219260</w:t>
        <w:br/>
        <w:t>v -0.072060 0.984035 0.216405</w:t>
        <w:br/>
        <w:t>v -0.064051 1.012125 0.200771</w:t>
        <w:br/>
        <w:t>v -0.073403 0.986845 0.219260</w:t>
        <w:br/>
        <w:t>v -0.217763 0.900760 0.197624</w:t>
        <w:br/>
        <w:t>v -0.198305 0.908804 0.215412</w:t>
        <w:br/>
        <w:t>v -0.171227 0.917925 0.229966</w:t>
        <w:br/>
        <w:t>v 0.150148 0.844333 0.180205</w:t>
        <w:br/>
        <w:t>v 0.159071 0.881501 0.169270</w:t>
        <w:br/>
        <w:t>v 0.155784 0.808668 0.192740</w:t>
        <w:br/>
        <w:t>v -0.133128 0.960640 0.205784</w:t>
        <w:br/>
        <w:t>v -0.131531 0.929208 0.237396</w:t>
        <w:br/>
        <w:t>v 0.194350 0.852378 0.066449</w:t>
        <w:br/>
        <w:t>v 0.189520 0.859360 0.095934</w:t>
        <w:br/>
        <w:t>v 0.175211 0.896603 0.092132</w:t>
        <w:br/>
        <w:t>v 0.179962 0.890351 0.064941</w:t>
        <w:br/>
        <w:t>v 0.134445 0.878777 0.162332</w:t>
        <w:br/>
        <w:t>v 0.173700 0.867769 0.129528</w:t>
        <w:br/>
        <w:t>v 0.174143 0.866517 0.129817</w:t>
        <w:br/>
        <w:t>v 0.134874 0.877425 0.162686</w:t>
        <w:br/>
        <w:t>v 0.099366 0.881476 0.194547</w:t>
        <w:br/>
        <w:t>v 0.099037 0.882723 0.194180</w:t>
        <w:br/>
        <w:t>v 0.055345 0.878548 0.238054</w:t>
        <w:br/>
        <w:t>v 0.055190 0.879687 0.237461</w:t>
        <w:br/>
        <w:t>v 0.138624 1.004928 0.057783</w:t>
        <w:br/>
        <w:t>v 0.123301 1.010637 0.097042</w:t>
        <w:br/>
        <w:t>v 0.111911 1.038860 0.090934</w:t>
        <w:br/>
        <w:t>v 0.124760 1.035306 0.057141</w:t>
        <w:br/>
        <w:t>v 0.088803 1.042691 0.119063</w:t>
        <w:br/>
        <w:t>v 0.096122 1.016389 0.125981</w:t>
        <w:br/>
        <w:t>v 0.070012 1.014999 0.152569</w:t>
        <w:br/>
        <w:t>v 0.063511 1.043608 0.142046</w:t>
        <w:br/>
        <w:t>v 0.037201 1.013797 0.172473</w:t>
        <w:br/>
        <w:t>v 0.033607 1.043536 0.158430</w:t>
        <w:br/>
        <w:t>v -0.003021 1.044270 0.166990</w:t>
        <w:br/>
        <w:t>v -0.002523 1.012630 0.183514</w:t>
        <w:br/>
        <w:t>v 0.108073 1.059639 0.073437</w:t>
        <w:br/>
        <w:t>v 0.097753 1.060412 0.093980</w:t>
        <w:br/>
        <w:t>v 0.080685 1.063220 0.114134</w:t>
        <w:br/>
        <w:t>v 0.057384 1.069068 0.132573</w:t>
        <w:br/>
        <w:t>v 0.029450 1.072882 0.145720</w:t>
        <w:br/>
        <w:t>v -0.003583 1.075151 0.155139</w:t>
        <w:br/>
        <w:t>v 0.165826 0.930898 0.063065</w:t>
        <w:br/>
        <w:t>v 0.147940 0.942296 0.112352</w:t>
        <w:br/>
        <w:t>v 0.134818 0.980133 0.104096</w:t>
        <w:br/>
        <w:t>v 0.152357 0.971225 0.060307</w:t>
        <w:br/>
        <w:t>v 0.112787 0.954436 0.143620</w:t>
        <w:br/>
        <w:t>v 0.103398 0.990035 0.133641</w:t>
        <w:br/>
        <w:t>v 0.083248 0.951980 0.172734</w:t>
        <w:br/>
        <w:t>v 0.075319 0.988021 0.161655</w:t>
        <w:br/>
        <w:t>v 0.046155 0.947888 0.203655</w:t>
        <w:br/>
        <w:t>v 0.040916 0.984208 0.187217</w:t>
        <w:br/>
        <w:t>v -0.002687 0.939654 0.223294</w:t>
        <w:br/>
        <w:t>v -0.002039 0.979222 0.201389</w:t>
        <w:br/>
        <w:t>v 0.122448 0.916524 0.152434</w:t>
        <w:br/>
        <w:t>v 0.161335 0.902741 0.121443</w:t>
        <w:br/>
        <w:t>v 0.089838 0.917558 0.183912</w:t>
        <w:br/>
        <w:t>v 0.050874 0.911498 0.220892</w:t>
        <w:br/>
        <w:t>v 0.063714 0.785844 -0.127787</w:t>
        <w:br/>
        <w:t>v 0.063556 0.787672 -0.127263</w:t>
        <w:br/>
        <w:t>v 0.000472 0.784779 -0.137165</w:t>
        <w:br/>
        <w:t>v 0.000473 0.782923 -0.137734</w:t>
        <w:br/>
        <w:t>v 0.119267 0.796544 -0.099405</w:t>
        <w:br/>
        <w:t>v 0.114224 0.845956 -0.086048</w:t>
        <w:br/>
        <w:t>v 0.059140 0.838737 -0.112618</w:t>
        <w:br/>
        <w:t>v 0.151173 0.810813 -0.061424</w:t>
        <w:br/>
        <w:t>v 0.138615 0.802394 -0.082440</w:t>
        <w:br/>
        <w:t>v 0.138833 0.800596 -0.082842</w:t>
        <w:br/>
        <w:t>v 0.151375 0.809078 -0.061809</w:t>
        <w:br/>
        <w:t>v 0.149514 0.873226 -0.026539</w:t>
        <w:br/>
        <w:t>v 0.145521 0.859274 -0.050682</w:t>
        <w:br/>
        <w:t>v 0.154588 0.821809 -0.030735</w:t>
        <w:br/>
        <w:t>v 0.046182 0.995003 -0.065875</w:t>
        <w:br/>
        <w:t>v 0.041738 1.029179 -0.048883</w:t>
        <w:br/>
        <w:t>v 0.000406 1.028588 -0.051564</w:t>
        <w:br/>
        <w:t>v 0.000450 0.994236 -0.070504</w:t>
        <w:br/>
        <w:t>v 0.080046 1.031039 -0.029654</w:t>
        <w:br/>
        <w:t>v 0.092393 0.997190 -0.046465</w:t>
        <w:br/>
        <w:t>v 0.119085 1.000157 -0.021793</w:t>
        <w:br/>
        <w:t>v 0.105587 1.032501 -0.010929</w:t>
        <w:br/>
        <w:t>v 0.134876 1.004053 0.019597</w:t>
        <w:br/>
        <w:t>v 0.122102 1.034753 0.026097</w:t>
        <w:br/>
        <w:t>v 0.037794 1.059525 -0.025756</w:t>
        <w:br/>
        <w:t>v -0.000108 1.059516 -0.031137</w:t>
        <w:br/>
        <w:t>v 0.071544 1.059537 -0.012074</w:t>
        <w:br/>
        <w:t>v 0.093873 1.059551 0.002758</w:t>
        <w:br/>
        <w:t>v 0.111172 1.059600 0.033321</w:t>
        <w:br/>
        <w:t>v 0.054473 0.892930 -0.096826</w:t>
        <w:br/>
        <w:t>v 0.050253 0.947581 -0.081047</w:t>
        <w:br/>
        <w:t>v 0.000462 0.946615 -0.086832</w:t>
        <w:br/>
        <w:t>v 0.000463 0.891640 -0.103896</w:t>
        <w:br/>
        <w:t>v 0.106655 0.899892 -0.072930</w:t>
        <w:br/>
        <w:t>v 0.099912 0.952856 -0.059735</w:t>
        <w:br/>
        <w:t>v 0.137893 0.909913 -0.041291</w:t>
        <w:br/>
        <w:t>v 0.130341 0.959017 -0.030580</w:t>
        <w:br/>
        <w:t>v 0.146668 0.920101 -0.012197</w:t>
        <w:br/>
        <w:t>v 0.162322 0.927298 0.022681</w:t>
        <w:br/>
        <w:t>v 0.150992 0.969257 0.027444</w:t>
        <w:br/>
        <w:t>v 0.141461 0.965605 -0.001541</w:t>
        <w:br/>
        <w:t>v 0.000463 0.836625 -0.121261</w:t>
        <w:br/>
        <w:t>v 0.132546 0.852615 -0.071198</w:t>
        <w:br/>
        <w:t>v 0.173267 0.884114 0.018605</w:t>
        <w:br/>
        <w:t>v 0.156404 0.877018 -0.010155</w:t>
        <w:br/>
        <w:t>v 0.164637 0.828552 -0.014111</w:t>
        <w:br/>
        <w:t>v 0.185165 0.839871 0.013966</w:t>
        <w:br/>
        <w:t>v 0.184754 0.841400 0.014126</w:t>
        <w:br/>
        <w:t>v 0.164352 0.830226 -0.013975</w:t>
        <w:br/>
        <w:t>v 0.193203 0.847447 0.040378</w:t>
        <w:br/>
        <w:t>v 0.193654 0.846023 0.040330</w:t>
        <w:br/>
        <w:t>v 0.194865 0.851019 0.066503</w:t>
        <w:br/>
        <w:t>v 0.180600 0.887233 0.041725</w:t>
        <w:br/>
        <w:t>v 0.183814 0.855118 0.095723</w:t>
        <w:br/>
        <w:t>v 0.168446 0.895376 0.090775</w:t>
        <w:br/>
        <w:t>v 0.157477 0.902769 0.114192</w:t>
        <w:br/>
        <w:t>v 0.169136 0.862859 0.127190</w:t>
        <w:br/>
        <w:t>v 0.118567 0.914390 0.148082</w:t>
        <w:br/>
        <w:t>v 0.129873 0.874757 0.157796</w:t>
        <w:br/>
        <w:t>v 0.085347 0.916378 0.178745</w:t>
        <w:br/>
        <w:t>v 0.093411 0.876623 0.190870</w:t>
        <w:br/>
        <w:t>v 0.052674 0.872500 0.232364</w:t>
        <w:br/>
        <w:t>v 0.047703 0.908400 0.215868</w:t>
        <w:br/>
        <w:t>v -0.002976 0.901194 0.237324</w:t>
        <w:br/>
        <w:t>v -0.002267 0.860295 0.259424</w:t>
        <w:br/>
        <w:t>v 0.099867 1.036442 0.086418</w:t>
        <w:br/>
        <w:t>v 0.114466 1.011294 0.091060</w:t>
        <w:br/>
        <w:t>v 0.128773 1.002926 0.057732</w:t>
        <w:br/>
        <w:t>v 0.112079 1.033084 0.056921</w:t>
        <w:br/>
        <w:t>v 0.079743 1.038865 0.111474</w:t>
        <w:br/>
        <w:t>v 0.089110 1.014320 0.119814</w:t>
        <w:br/>
        <w:t>v 0.056167 1.036176 0.130228</w:t>
        <w:br/>
        <w:t>v 0.064264 1.011676 0.144123</w:t>
        <w:br/>
        <w:t>v 0.034026 1.006453 0.162707</w:t>
        <w:br/>
        <w:t>v 0.030186 1.031573 0.141152</w:t>
        <w:br/>
        <w:t>v -0.000888 1.027205 0.148921</w:t>
        <w:br/>
        <w:t>v -0.001423 1.000093 0.174448</w:t>
        <w:br/>
        <w:t>v 0.091025 1.059802 0.070624</w:t>
        <w:br/>
        <w:t>v 0.068463 1.063154 0.101674</w:t>
        <w:br/>
        <w:t>v 0.047941 1.060808 0.113478</w:t>
        <w:br/>
        <w:t>v 0.025404 1.057450 0.119680</w:t>
        <w:br/>
        <w:t>v -0.000479 1.054400 0.124508</w:t>
        <w:br/>
        <w:t>v 0.059142 1.085035 0.093407</w:t>
        <w:br/>
        <w:t>v 0.079275 1.081842 0.069822</w:t>
        <w:br/>
        <w:t>v 0.070456 1.101017 0.071306</w:t>
        <w:br/>
        <w:t>v 0.054177 1.103225 0.094240</w:t>
        <w:br/>
        <w:t>v 0.028636 1.102292 0.103356</w:t>
        <w:br/>
        <w:t>v 0.031235 1.082287 0.104815</w:t>
        <w:br/>
        <w:t>v 0.000025 1.101685 0.103932</w:t>
        <w:br/>
        <w:t>v -0.000189 1.079555 0.108657</w:t>
        <w:br/>
        <w:t>v 0.128459 0.980602 0.097574</w:t>
        <w:br/>
        <w:t>v 0.144459 0.942210 0.104289</w:t>
        <w:br/>
        <w:t>v 0.159359 0.928657 0.062917</w:t>
        <w:br/>
        <w:t>v 0.144157 0.969130 0.060461</w:t>
        <w:br/>
        <w:t>v 0.097520 0.988183 0.128176</w:t>
        <w:br/>
        <w:t>v 0.108175 0.952235 0.138812</w:t>
        <w:br/>
        <w:t>v 0.070312 0.986179 0.155598</w:t>
        <w:br/>
        <w:t>v 0.077550 0.951920 0.168013</w:t>
        <w:br/>
        <w:t>v 0.043219 0.944989 0.198358</w:t>
        <w:br/>
        <w:t>v 0.038080 0.980462 0.180729</w:t>
        <w:br/>
        <w:t>v -0.003034 0.939520 0.215620</w:t>
        <w:br/>
        <w:t>v -0.002382 0.975324 0.194225</w:t>
        <w:br/>
        <w:t>v 0.001297 0.779298 -0.129941</w:t>
        <w:br/>
        <w:t>v 0.000463 0.834537 -0.114832</w:t>
        <w:br/>
        <w:t>v 0.057393 0.836716 -0.106412</w:t>
        <w:br/>
        <w:t>v 0.061792 0.781955 -0.119077</w:t>
        <w:br/>
        <w:t>v 0.116172 0.791939 -0.094157</w:t>
        <w:br/>
        <w:t>v 0.110849 0.844133 -0.080705</w:t>
        <w:br/>
        <w:t>v 0.127130 0.851707 -0.068392</w:t>
        <w:br/>
        <w:t>v 0.133792 0.799235 -0.078061</w:t>
        <w:br/>
        <w:t>v 0.145275 0.807112 -0.058723</w:t>
        <w:br/>
        <w:t>v 0.138066 0.859282 -0.050414</w:t>
        <w:br/>
        <w:t>v 0.144137 0.875771 -0.019474</w:t>
        <w:br/>
        <w:t>v 0.147905 0.819629 -0.028171</w:t>
        <w:br/>
        <w:t>v 0.000482 0.991694 -0.064603</w:t>
        <w:br/>
        <w:t>v 0.000467 1.025100 -0.047771</w:t>
        <w:br/>
        <w:t>v 0.040229 1.025718 -0.042429</w:t>
        <w:br/>
        <w:t>v 0.042352 0.995125 -0.059189</w:t>
        <w:br/>
        <w:t>v 0.088074 0.997673 -0.039807</w:t>
        <w:br/>
        <w:t>v 0.078584 1.027698 -0.025291</w:t>
        <w:br/>
        <w:t>v 0.098663 1.029302 -0.005981</w:t>
        <w:br/>
        <w:t>v 0.110196 1.000718 -0.017643</w:t>
        <w:br/>
        <w:t>v 0.110910 1.032023 0.029246</w:t>
        <w:br/>
        <w:t>v 0.125128 1.002115 0.022548</w:t>
        <w:br/>
        <w:t>v 0.000427 1.054735 -0.025531</w:t>
        <w:br/>
        <w:t>v 0.035339 1.054802 -0.020730</w:t>
        <w:br/>
        <w:t>v 0.068757 1.054807 -0.007977</w:t>
        <w:br/>
        <w:t>v 0.085676 1.055889 0.007495</w:t>
        <w:br/>
        <w:t>v 0.096357 1.057524 0.036585</w:t>
        <w:br/>
        <w:t>v 0.000412 1.080965 -0.004370</w:t>
        <w:br/>
        <w:t>v 0.000435 1.103553 0.010641</w:t>
        <w:br/>
        <w:t>v 0.037596 1.101675 0.018854</w:t>
        <w:br/>
        <w:t>v 0.044489 1.080138 0.004651</w:t>
        <w:br/>
        <w:t>v 0.074036 1.079104 0.021991</w:t>
        <w:br/>
        <w:t>v 0.063251 1.100373 0.033032</w:t>
        <w:br/>
        <w:t>v 0.071528 1.100287 0.048907</w:t>
        <w:br/>
        <w:t>v 0.083200 1.079787 0.043461</w:t>
        <w:br/>
        <w:t>v 0.048757 0.945677 -0.074738</w:t>
        <w:br/>
        <w:t>v 0.052843 0.890970 -0.090565</w:t>
        <w:br/>
        <w:t>v 0.000463 0.889645 -0.097610</w:t>
        <w:br/>
        <w:t>v 0.000471 0.944637 -0.080351</w:t>
        <w:br/>
        <w:t>v 0.096598 0.951007 -0.054226</w:t>
        <w:br/>
        <w:t>v 0.103378 0.898125 -0.067460</w:t>
        <w:br/>
        <w:t>v 0.122127 0.959189 -0.029710</w:t>
        <w:br/>
        <w:t>v 0.130470 0.909951 -0.040917</w:t>
        <w:br/>
        <w:t>v 0.133545 0.964152 0.001707</w:t>
        <w:br/>
        <w:t>v 0.142410 0.967390 0.029954</w:t>
        <w:br/>
        <w:t>v 0.155255 0.927215 0.026014</w:t>
        <w:br/>
        <w:t>v 0.140302 0.918841 -0.009583</w:t>
        <w:br/>
        <w:t>v 0.152445 0.878059 -0.003515</w:t>
        <w:br/>
        <w:t>v 0.160486 0.825554 -0.010745</w:t>
        <w:br/>
        <w:t>v 0.173394 0.885981 0.045219</w:t>
        <w:br/>
        <w:t>v 0.188224 0.842355 0.043560</w:t>
        <w:br/>
        <w:t>v 0.180037 0.836475 0.017684</w:t>
        <w:br/>
        <w:t>v 0.167079 0.884004 0.021864</w:t>
        <w:br/>
        <w:t>v 0.194865 0.851019 0.066503</w:t>
        <w:br/>
        <w:t>v 0.188498 0.847683 0.068355</w:t>
        <w:br/>
        <w:t>v 0.183814 0.855118 0.095723</w:t>
        <w:br/>
        <w:t>v 0.190032 0.858026 0.096070</w:t>
        <w:br/>
        <w:t>v 0.174143 0.866517 0.129817</w:t>
        <w:br/>
        <w:t>v 0.169136 0.862859 0.127190</w:t>
        <w:br/>
        <w:t>v 0.129873 0.874757 0.157796</w:t>
        <w:br/>
        <w:t>v 0.134874 0.877425 0.162686</w:t>
        <w:br/>
        <w:t>v 0.093411 0.876623 0.190870</w:t>
        <w:br/>
        <w:t>v 0.099366 0.881476 0.194547</w:t>
        <w:br/>
        <w:t>v 0.052674 0.872500 0.232364</w:t>
        <w:br/>
        <w:t>v 0.055345 0.878548 0.238054</w:t>
        <w:br/>
        <w:t>v -0.002267 0.860295 0.259424</w:t>
        <w:br/>
        <w:t>v -0.002920 0.864846 0.265072</w:t>
        <w:br/>
        <w:t>v 0.061792 0.781955 -0.119077</w:t>
        <w:br/>
        <w:t>v 0.063714 0.785844 -0.127787</w:t>
        <w:br/>
        <w:t>v 0.000473 0.782923 -0.137734</w:t>
        <w:br/>
        <w:t>v 0.001297 0.779298 -0.129941</w:t>
        <w:br/>
        <w:t>v 0.116172 0.791939 -0.094157</w:t>
        <w:br/>
        <w:t>v 0.119448 0.794775 -0.099883</w:t>
        <w:br/>
        <w:t>v 0.138833 0.800596 -0.082842</w:t>
        <w:br/>
        <w:t>v 0.133792 0.799235 -0.078061</w:t>
        <w:br/>
        <w:t>v 0.145275 0.807112 -0.058723</w:t>
        <w:br/>
        <w:t>v 0.147905 0.819629 -0.028171</w:t>
        <w:br/>
        <w:t>v 0.154769 0.819968 -0.030885</w:t>
        <w:br/>
        <w:t>v 0.151375 0.809078 -0.061809</w:t>
        <w:br/>
        <w:t>v 0.160486 0.825554 -0.010745</w:t>
        <w:br/>
        <w:t>v 0.164637 0.828552 -0.014111</w:t>
        <w:br/>
        <w:t>v 0.193654 0.846023 0.040330</w:t>
        <w:br/>
        <w:t>v 0.188224 0.842355 0.043560</w:t>
        <w:br/>
        <w:t>v 0.190032 0.858026 0.096070</w:t>
        <w:br/>
        <w:t>v 0.188498 0.847683 0.068355</w:t>
        <w:br/>
        <w:t>v 0.173787 0.887983 0.064900</w:t>
        <w:br/>
        <w:t>v 0.185165 0.839871 0.013966</w:t>
        <w:br/>
        <w:t>v 0.180037 0.836475 0.017684</w:t>
        <w:br/>
        <w:t>v -0.002920 0.864846 0.265072</w:t>
        <w:br/>
        <w:t>v -0.002911 0.866103 0.264379</w:t>
        <w:br/>
        <w:t>v -0.002658 0.901220 0.245006</w:t>
        <w:br/>
        <w:t>v -0.204297 0.822838 0.066884</w:t>
        <w:br/>
        <w:t>v -0.203734 0.824377 0.066793</w:t>
        <w:br/>
        <w:t>v -0.193505 0.826961 0.129830</w:t>
        <w:br/>
        <w:t>v -0.194064 0.825483 0.130114</w:t>
        <w:br/>
        <w:t>v -0.177880 0.868238 0.121899</w:t>
        <w:br/>
        <w:t>v -0.151103 0.866804 0.174221</w:t>
        <w:br/>
        <w:t>v -0.164707 0.826148 0.186973</w:t>
        <w:br/>
        <w:t>v -0.127012 1.027795 0.057655</w:t>
        <w:br/>
        <w:t>v -0.116448 1.027747 0.092473</w:t>
        <w:br/>
        <w:t>v -0.130169 0.993746 0.097226</w:t>
        <w:br/>
        <w:t>v -0.141995 0.994113 0.057893</w:t>
        <w:br/>
        <w:t>v -0.108390 0.993653 0.134903</w:t>
        <w:br/>
        <w:t>v -0.098439 1.027470 0.126387</w:t>
        <w:br/>
        <w:t>v -0.079243 0.994871 0.165792</w:t>
        <w:br/>
        <w:t>v -0.072284 1.030655 0.155577</w:t>
        <w:br/>
        <w:t>v -0.039446 1.036882 0.168311</w:t>
        <w:br/>
        <w:t>v -0.042183 1.001920 0.182514</w:t>
        <w:br/>
        <w:t>v -0.114421 1.059617 0.060939</w:t>
        <w:br/>
        <w:t>v -0.106422 1.059621 0.091166</w:t>
        <w:br/>
        <w:t>v -0.092739 1.060984 0.117119</w:t>
        <w:br/>
        <w:t>v -0.061942 1.066992 0.143692</w:t>
        <w:br/>
        <w:t>v -0.041426 1.069350 0.155143</w:t>
        <w:br/>
        <w:t>v -0.042805 1.072466 0.158767</w:t>
        <w:br/>
        <w:t>v -0.029319 1.074105 0.156014</w:t>
        <w:br/>
        <w:t>v -0.144339 0.956573 0.104751</w:t>
        <w:br/>
        <w:t>v -0.161005 0.912436 0.113432</w:t>
        <w:br/>
        <w:t>v -0.171505 0.911973 0.062836</w:t>
        <w:br/>
        <w:t>v -0.155405 0.956443 0.060904</w:t>
        <w:br/>
        <w:t>v -0.120484 0.956008 0.146181</w:t>
        <w:br/>
        <w:t>v -0.135775 0.911400 0.160202</w:t>
        <w:br/>
        <w:t>v -0.086842 0.958385 0.178346</w:t>
        <w:br/>
        <w:t>v -0.046605 0.965943 0.199276</w:t>
        <w:br/>
        <w:t>v -0.188008 0.867360 0.064247</w:t>
        <w:br/>
        <w:t>v -0.058188 0.838714 -0.112561</w:t>
        <w:br/>
        <w:t>v -0.061779 0.787467 -0.127091</w:t>
        <w:br/>
        <w:t>v -0.061907 0.785632 -0.127611</w:t>
        <w:br/>
        <w:t>v -0.119866 0.794287 -0.098679</w:t>
        <w:br/>
        <w:t>v -0.120116 0.792484 -0.099133</w:t>
        <w:br/>
        <w:t>v -0.150371 0.803108 -0.064913</w:t>
        <w:br/>
        <w:t>v -0.150568 0.801394 -0.065290</w:t>
        <w:br/>
        <w:t>v -0.152694 0.857260 -0.022446</w:t>
        <w:br/>
        <w:t>v -0.156913 0.810805 -0.030211</w:t>
        <w:br/>
        <w:t>v -0.144846 0.850994 -0.054385</w:t>
        <w:br/>
        <w:t>v -0.045754 0.993607 -0.067313</w:t>
        <w:br/>
        <w:t>v -0.041487 1.027646 -0.049892</w:t>
        <w:br/>
        <w:t>v -0.084906 1.027486 -0.034434</w:t>
        <w:br/>
        <w:t>v -0.093847 0.993481 -0.049210</w:t>
        <w:br/>
        <w:t>v -0.108063 1.027691 -0.012595</w:t>
        <w:br/>
        <w:t>v -0.121155 0.993773 -0.023975</w:t>
        <w:br/>
        <w:t>v -0.125049 1.028210 0.025296</w:t>
        <w:br/>
        <w:t>v -0.138144 0.994522 0.018522</w:t>
        <w:br/>
        <w:t>v -0.036744 1.059516 -0.028824</w:t>
        <w:br/>
        <w:t>v -0.073097 1.059529 -0.015892</w:t>
        <w:br/>
        <w:t>v -0.097107 1.059554 0.001565</w:t>
        <w:br/>
        <w:t>v -0.112407 1.059590 0.033611</w:t>
        <w:br/>
        <w:t>v -0.049414 0.947034 -0.081134</w:t>
        <w:br/>
        <w:t>v -0.053508 0.892897 -0.096729</w:t>
        <w:br/>
        <w:t>v -0.100024 0.949091 -0.060850</w:t>
        <w:br/>
        <w:t>v -0.105955 0.897093 -0.073034</w:t>
        <w:br/>
        <w:t>v -0.130732 0.950911 -0.031055</w:t>
        <w:br/>
        <w:t>v -0.138573 0.900882 -0.042907</w:t>
        <w:br/>
        <w:t>v -0.156383 0.907283 0.006327</w:t>
        <w:br/>
        <w:t>v -0.154003 0.954961 0.027289</w:t>
        <w:br/>
        <w:t>v -0.166383 0.908316 0.023027</w:t>
        <w:br/>
        <w:t>v -0.143157 0.953870 -0.002106</w:t>
        <w:br/>
        <w:t>v -0.112876 0.844655 -0.086000</w:t>
        <w:br/>
        <w:t>v -0.179868 0.861274 0.018566</w:t>
        <w:br/>
        <w:t>v -0.165197 0.859267 -0.000831</w:t>
        <w:br/>
        <w:t>v -0.191805 0.818441 0.014652</w:t>
        <w:br/>
        <w:t>v -0.173835 0.814080 -0.007803</w:t>
        <w:br/>
        <w:t>v -0.148567 0.906249 -0.012598</w:t>
        <w:br/>
        <w:t>v -0.201337 0.821408 0.038043</w:t>
        <w:br/>
        <w:t>v -0.187504 0.864316 0.038726</w:t>
        <w:br/>
        <w:t>v -0.187916 0.821537 0.127974</w:t>
        <w:br/>
        <w:t>v -0.172041 0.865549 0.119900</w:t>
        <w:br/>
        <w:t>v -0.181826 0.864999 0.064247</w:t>
        <w:br/>
        <w:t>v -0.197934 0.818918 0.066591</w:t>
        <w:br/>
        <w:t>v -0.159956 0.820988 0.183847</w:t>
        <w:br/>
        <w:t>v -0.146106 0.863926 0.170673</w:t>
        <w:br/>
        <w:t>v -0.105915 0.869100 0.211050</w:t>
        <w:br/>
        <w:t>v -0.116362 0.828143 0.227867</w:t>
        <w:br/>
        <w:t>v -0.061943 0.844824 0.255775</w:t>
        <w:br/>
        <w:t>v -0.056252 0.883524 0.235407</w:t>
        <w:br/>
        <w:t>v -0.122019 0.991721 0.094342</w:t>
        <w:br/>
        <w:t>v -0.104343 1.025916 0.087907</w:t>
        <w:br/>
        <w:t>v -0.114557 1.025934 0.057372</w:t>
        <w:br/>
        <w:t>v -0.132190 0.992201 0.057920</w:t>
        <w:br/>
        <w:t>v -0.101142 0.991448 0.129187</w:t>
        <w:br/>
        <w:t>v -0.087705 1.024788 0.117759</w:t>
        <w:br/>
        <w:t>v -0.072536 0.992159 0.156530</w:t>
        <w:br/>
        <w:t>v -0.062815 1.024600 0.138506</w:t>
        <w:br/>
        <w:t>v -0.032872 1.025220 0.147343</w:t>
        <w:br/>
        <w:t>v -0.038165 0.995468 0.171827</w:t>
        <w:br/>
        <w:t>v -0.089322 1.053890 0.083046</w:t>
        <w:br/>
        <w:t>v -0.098144 1.053838 0.059335</w:t>
        <w:br/>
        <w:t>v -0.073830 1.053307 0.106692</w:t>
        <w:br/>
        <w:t>v -0.052218 1.053049 0.119013</w:t>
        <w:br/>
        <w:t>v -0.027052 1.053339 0.123301</w:t>
        <w:br/>
        <w:t>v -0.070669 1.099223 0.071803</w:t>
        <w:br/>
        <w:t>v -0.080685 1.077827 0.070705</w:t>
        <w:br/>
        <w:t>v -0.061939 1.078465 0.095844</w:t>
        <w:br/>
        <w:t>v -0.055409 1.099998 0.095120</w:t>
        <w:br/>
        <w:t>v -0.029280 1.100647 0.103931</w:t>
        <w:br/>
        <w:t>v -0.032723 1.078681 0.106579</w:t>
        <w:br/>
        <w:t>v -0.155202 0.909765 0.111288</w:t>
        <w:br/>
        <w:t>v -0.138159 0.954144 0.102309</w:t>
        <w:br/>
        <w:t>v -0.148549 0.954230 0.060526</w:t>
        <w:br/>
        <w:t>v -0.165292 0.909618 0.062602</w:t>
        <w:br/>
        <w:t>v -0.130836 0.908529 0.156569</w:t>
        <w:br/>
        <w:t>v -0.115315 0.953339 0.142214</w:t>
        <w:br/>
        <w:t>v -0.094478 0.912179 0.192354</w:t>
        <w:br/>
        <w:t>v -0.082956 0.955407 0.173470</w:t>
        <w:br/>
        <w:t>v -0.049976 0.922867 0.214465</w:t>
        <w:br/>
        <w:t>v -0.043683 0.962664 0.192837</w:t>
        <w:br/>
        <w:t>v -0.056427 0.836690 -0.106368</w:t>
        <w:br/>
        <w:t>v -0.059875 0.782045 -0.120353</w:t>
        <w:br/>
        <w:t>v -0.115420 0.789383 -0.092759</w:t>
        <w:br/>
        <w:t>v -0.109395 0.842846 -0.080707</w:t>
        <w:br/>
        <w:t>v -0.144289 0.798270 -0.063100</w:t>
        <w:br/>
        <w:t>v -0.137499 0.851028 -0.051511</w:t>
        <w:br/>
        <w:t>v -0.150065 0.807794 -0.027699</w:t>
        <w:br/>
        <w:t>v -0.148239 0.856786 -0.018740</w:t>
        <w:br/>
        <w:t>v -0.045305 0.993705 -0.058988</w:t>
        <w:br/>
        <w:t>v -0.039613 1.024202 -0.042950</w:t>
        <w:br/>
        <w:t>v -0.088411 0.993966 -0.040706</w:t>
        <w:br/>
        <w:t>v -0.079192 1.024354 -0.025919</w:t>
        <w:br/>
        <w:t>v -0.111617 0.994361 -0.016975</w:t>
        <w:br/>
        <w:t>v -0.099654 1.024848 -0.006492</w:t>
        <w:br/>
        <w:t>v -0.113115 1.025757 0.028805</w:t>
        <w:br/>
        <w:t>v -0.127624 0.992777 0.021999</w:t>
        <w:br/>
        <w:t>v -0.034673 1.053670 -0.020884</w:t>
        <w:br/>
        <w:t>v -0.068803 1.052670 -0.008426</w:t>
        <w:br/>
        <w:t>v -0.086458 1.053052 0.007152</w:t>
        <w:br/>
        <w:t>v -0.097631 1.053821 0.036348</w:t>
        <w:br/>
        <w:t>v -0.043923 1.079269 0.004563</w:t>
        <w:br/>
        <w:t>v -0.036906 1.101393 0.018841</w:t>
        <w:br/>
        <w:t>v -0.074686 1.078316 0.021280</w:t>
        <w:br/>
        <w:t>v -0.063174 1.100217 0.032671</w:t>
        <w:br/>
        <w:t>v -0.083452 1.077988 0.043399</w:t>
        <w:br/>
        <w:t>v -0.071194 1.099651 0.048912</w:t>
        <w:br/>
        <w:t>v -0.051846 0.890929 -0.090483</w:t>
        <w:br/>
        <w:t>v -0.047876 0.945118 -0.074844</w:t>
        <w:br/>
        <w:t>v -0.102639 0.895330 -0.067577</w:t>
        <w:br/>
        <w:t>v -0.096286 0.947233 -0.054411</w:t>
        <w:br/>
        <w:t>v -0.131223 0.900898 -0.040038</w:t>
        <w:br/>
        <w:t>v -0.124202 0.950985 -0.026820</w:t>
        <w:br/>
        <w:t>v -0.142392 0.904964 -0.010013</w:t>
        <w:br/>
        <w:t>v -0.151578 0.906602 0.009138</w:t>
        <w:br/>
        <w:t>v -0.135584 0.952361 0.001097</w:t>
        <w:br/>
        <w:t>v -0.146251 0.952971 0.029606</w:t>
        <w:br/>
        <w:t>v -0.161813 0.858971 0.001406</w:t>
        <w:br/>
        <w:t>v -0.168612 0.810611 -0.004566</w:t>
        <w:br/>
        <w:t>v -0.186709 0.813889 0.017504</w:t>
        <w:br/>
        <w:t>v -0.196336 0.816012 0.039596</w:t>
        <w:br/>
        <w:t>v -0.181673 0.863077 0.040851</w:t>
        <w:br/>
        <w:t>v -0.174386 0.861155 0.022815</w:t>
        <w:br/>
        <w:t>v -0.160882 0.908239 0.027296</w:t>
        <w:br/>
        <w:t>v -0.197934 0.818918 0.066591</w:t>
        <w:br/>
        <w:t>v -0.204297 0.822838 0.066884</w:t>
        <w:br/>
        <w:t>v -0.194064 0.825483 0.130114</w:t>
        <w:br/>
        <w:t>v -0.187916 0.821537 0.127974</w:t>
        <w:br/>
        <w:t>v -0.165194 0.824693 0.187429</w:t>
        <w:br/>
        <w:t>v -0.159956 0.820988 0.183847</w:t>
        <w:br/>
        <w:t>v -0.116362 0.828143 0.227867</w:t>
        <w:br/>
        <w:t>v -0.120377 0.832149 0.232657</w:t>
        <w:br/>
        <w:t>v -0.061943 0.844824 0.255775</w:t>
        <w:br/>
        <w:t>v -0.065120 0.848696 0.260261</w:t>
        <w:br/>
        <w:t>v -0.061907 0.785632 -0.127611</w:t>
        <w:br/>
        <w:t>v -0.059875 0.782045 -0.120353</w:t>
        <w:br/>
        <w:t>v -0.120116 0.792484 -0.099133</w:t>
        <w:br/>
        <w:t>v -0.115420 0.789383 -0.092759</w:t>
        <w:br/>
        <w:t>v -0.150568 0.801394 -0.065290</w:t>
        <w:br/>
        <w:t>v -0.144289 0.798270 -0.063100</w:t>
        <w:br/>
        <w:t>v -0.157064 0.809142 -0.030489</w:t>
        <w:br/>
        <w:t>v -0.150065 0.807794 -0.027699</w:t>
        <w:br/>
        <w:t>v -0.168612 0.810611 -0.004566</w:t>
        <w:br/>
        <w:t>v -0.174144 0.812463 -0.008052</w:t>
        <w:br/>
        <w:t>v -0.201832 0.819872 0.038018</w:t>
        <w:br/>
        <w:t>v -0.196336 0.816012 0.039596</w:t>
        <w:br/>
        <w:t>v -0.157064 0.809142 -0.030489</w:t>
        <w:br/>
        <w:t>v -0.174144 0.812463 -0.008052</w:t>
        <w:br/>
        <w:t>v -0.192233 0.816907 0.014512</w:t>
        <w:br/>
        <w:t>v -0.186709 0.813889 0.017504</w:t>
        <w:br/>
        <w:t>v -0.192233 0.816907 0.014512</w:t>
        <w:br/>
        <w:t>v -0.201832 0.819872 0.038018</w:t>
        <w:br/>
        <w:t>v -0.109898 0.872167 0.215592</w:t>
        <w:br/>
        <w:t>v -0.120014 0.833532 0.232067</w:t>
        <w:br/>
        <w:t>v -0.120377 0.832149 0.232657</w:t>
        <w:br/>
        <w:t>v -0.064899 0.850012 0.259586</w:t>
        <w:br/>
        <w:t>v -0.065120 0.848696 0.260261</w:t>
        <w:br/>
        <w:t>v -0.058741 0.886789 0.240714</w:t>
        <w:br/>
        <w:t>v -0.098364 0.915246 0.196980</w:t>
        <w:br/>
        <w:t>v -0.052407 0.926159 0.219788</w:t>
        <w:br/>
        <w:t>v -0.041426 1.069350 0.155143</w:t>
        <w:br/>
        <w:t>v -0.042805 1.072466 0.158767</w:t>
        <w:br/>
        <w:t>v -0.039446 1.036882 0.168311</w:t>
        <w:br/>
        <w:t>v -0.054045 1.075696 0.155506</w:t>
        <w:br/>
        <w:t>v 0.119448 0.794775 -0.099883</w:t>
        <w:br/>
        <w:t>v 0.154769 0.819968 -0.030885</w:t>
        <w:br/>
        <w:t>v -0.165194 0.824693 0.187429</w:t>
        <w:br/>
        <w:t>v -0.000011 1.379636 0.053810</w:t>
        <w:br/>
        <w:t>v -0.000011 1.387176 0.050926</w:t>
        <w:br/>
        <w:t>v 0.005999 1.387764 0.050184</w:t>
        <w:br/>
        <w:t>v 0.007533 1.380478 0.052642</w:t>
        <w:br/>
        <w:t>v -0.000011 1.353760 0.073291</w:t>
        <w:br/>
        <w:t>v -0.000011 1.359997 0.065412</w:t>
        <w:br/>
        <w:t>v 0.011965 1.362781 0.065772</w:t>
        <w:br/>
        <w:t>v 0.013821 1.359859 0.071831</w:t>
        <w:br/>
        <w:t>v 0.029108 1.365855 0.059466</w:t>
        <w:br/>
        <w:t>v 0.036313 1.363240 0.063571</w:t>
        <w:br/>
        <w:t>v 0.036022 1.369580 0.051794</w:t>
        <w:br/>
        <w:t>v 0.024634 1.371968 0.056175</w:t>
        <w:br/>
        <w:t>v 0.036374 1.380225 0.040752</w:t>
        <w:br/>
        <w:t>v 0.046339 1.392045 0.005856</w:t>
        <w:br/>
        <w:t>v 0.045303 1.388286 0.021806</w:t>
        <w:br/>
        <w:t>v 0.038571 1.392096 0.022273</w:t>
        <w:br/>
        <w:t>v 0.039743 1.395397 0.007518</w:t>
        <w:br/>
        <w:t>v -0.000011 1.369263 0.060649</w:t>
        <w:br/>
        <w:t>v 0.009394 1.371382 0.059132</w:t>
        <w:br/>
        <w:t>v 0.053566 1.368892 0.044509</w:t>
        <w:br/>
        <w:t>v 0.054361 1.375457 0.036961</w:t>
        <w:br/>
        <w:t>v 0.054703 1.380742 0.031522</w:t>
        <w:br/>
        <w:t>v 0.040726 1.383936 0.031774</w:t>
        <w:br/>
        <w:t>v 0.055920 1.387892 0.003958</w:t>
        <w:br/>
        <w:t>v 0.056157 1.384000 0.021175</w:t>
        <w:br/>
        <w:t>v 0.039894 1.385321 -0.012563</w:t>
        <w:br/>
        <w:t>v 0.032694 1.390661 -0.008132</w:t>
        <w:br/>
        <w:t>v 0.048595 1.378338 -0.017983</w:t>
        <w:br/>
        <w:t>v 0.022664 1.366223 -0.023838</w:t>
        <w:br/>
        <w:t>v 0.026501 1.407347 0.022934</w:t>
        <w:br/>
        <w:t>v 0.025672 1.412907 0.022972</w:t>
        <w:br/>
        <w:t>v 0.027680 1.415741 0.010344</w:t>
        <w:br/>
        <w:t>v 0.028690 1.409796 0.010341</w:t>
        <w:br/>
        <w:t>v 0.010999 1.397755 0.048139</w:t>
        <w:br/>
        <w:t>v 0.010180 1.404189 0.048360</w:t>
        <w:br/>
        <w:t>v 0.016996 1.407501 0.043333</w:t>
        <w:br/>
        <w:t>v 0.017576 1.400187 0.042967</w:t>
        <w:br/>
        <w:t>v 0.022295 1.403552 0.034929</w:t>
        <w:br/>
        <w:t>v 0.021706 1.410048 0.035257</w:t>
        <w:br/>
        <w:t>v 0.015118 1.381684 0.050657</w:t>
        <w:br/>
        <w:t>v 0.023348 1.383996 0.045891</w:t>
        <w:br/>
        <w:t>v 0.031268 1.387488 0.036124</w:t>
        <w:br/>
        <w:t>v 0.059719 1.325993 0.083392</w:t>
        <w:br/>
        <w:t>v 0.068716 1.327026 0.072864</w:t>
        <w:br/>
        <w:t>v 0.076508 1.308609 0.076569</w:t>
        <w:br/>
        <w:t>v 0.085281 1.288076 0.076516</w:t>
        <w:br/>
        <w:t>v 0.089596 1.272286 0.075904</w:t>
        <w:br/>
        <w:t>v 0.091146 1.272688 0.090729</w:t>
        <w:br/>
        <w:t>v 0.085493 1.286477 0.090972</w:t>
        <w:br/>
        <w:t>v 0.075514 1.301336 0.090863</w:t>
        <w:br/>
        <w:t>v 0.061729 1.310401 0.096977</w:t>
        <w:br/>
        <w:t>v 0.033198 1.309843 0.109795</w:t>
        <w:br/>
        <w:t>v 0.027448 1.323755 0.098283</w:t>
        <w:br/>
        <w:t>v 0.045020 1.326295 0.090629</w:t>
        <w:br/>
        <w:t>v 0.048034 1.312762 0.103570</w:t>
        <w:br/>
        <w:t>v 0.019523 1.300932 0.116888</w:t>
        <w:br/>
        <w:t>v 0.011770 1.318438 0.102130</w:t>
        <w:br/>
        <w:t>v 0.020277 1.340922 0.083496</w:t>
        <w:br/>
        <w:t>v 0.039797 1.344898 0.074862</w:t>
        <w:br/>
        <w:t>v 0.056669 1.347261 0.064423</w:t>
        <w:br/>
        <w:t>v 0.006544 1.335641 0.086976</w:t>
        <w:br/>
        <w:t>v -0.000011 1.312685 0.107078</w:t>
        <w:br/>
        <w:t>v -0.000011 1.332632 0.090146</w:t>
        <w:br/>
        <w:t>v 0.015185 1.355448 0.073571</w:t>
        <w:br/>
        <w:t>v -0.000011 1.395487 0.050487</w:t>
        <w:br/>
        <w:t>v -0.000011 1.402128 0.050569</w:t>
        <w:br/>
        <w:t>v 0.005219 1.396084 0.049681</w:t>
        <w:br/>
        <w:t>v -0.000011 1.358859 -0.024282</w:t>
        <w:br/>
        <w:t>v 0.015940 1.378404 -0.018695</w:t>
        <w:br/>
        <w:t>v 0.068999 1.384058 0.002176</w:t>
        <w:br/>
        <w:t>v 0.068706 1.381064 0.020944</w:t>
        <w:br/>
        <w:t>v 0.068063 1.375848 0.029615</w:t>
        <w:br/>
        <w:t>v 0.068723 1.372452 0.036531</w:t>
        <w:br/>
        <w:t>v 0.062874 1.374038 -0.021305</w:t>
        <w:br/>
        <w:t>v 0.040408 1.361837 -0.026137</w:t>
        <w:br/>
        <w:t>v 0.032001 1.339831 -0.032327</w:t>
        <w:br/>
        <w:t>v 0.050799 1.340575 -0.034318</w:t>
        <w:br/>
        <w:t>v 0.072459 1.351706 0.053719</w:t>
        <w:br/>
        <w:t>v 0.077210 1.327730 0.062256</w:t>
        <w:br/>
        <w:t>v -0.000011 1.338224 -0.027985</w:t>
        <w:br/>
        <w:t>v 0.016613 1.338827 -0.029769</w:t>
        <w:br/>
        <w:t>v 0.088820 1.272816 0.061798</w:t>
        <w:br/>
        <w:t>v 0.086582 1.291347 0.062673</w:t>
        <w:br/>
        <w:t>v 0.088839 1.296065 0.051716</w:t>
        <w:br/>
        <w:t>v 0.089927 1.275799 0.046221</w:t>
        <w:br/>
        <w:t>v 0.086353 1.317186 0.054743</w:t>
        <w:br/>
        <w:t>v 0.081691 1.313393 0.064336</w:t>
        <w:br/>
        <w:t>v 0.098508 1.336475 -0.033713</w:t>
        <w:br/>
        <w:t>v 0.083037 1.338181 -0.034186</w:t>
        <w:br/>
        <w:t>v 0.079395 1.308875 -0.034949</w:t>
        <w:br/>
        <w:t>v 0.090149 1.311327 -0.034348</w:t>
        <w:br/>
        <w:t>v 0.084689 1.268533 -0.007060</w:t>
        <w:br/>
        <w:t>v 0.091232 1.269023 0.012348</w:t>
        <w:br/>
        <w:t>v 0.091531 1.288306 0.009311</w:t>
        <w:br/>
        <w:t>v 0.084867 1.287208 -0.007915</w:t>
        <w:br/>
        <w:t>v 0.089721 1.365262 -0.025436</w:t>
        <w:br/>
        <w:t>v 0.106554 1.358086 -0.025682</w:t>
        <w:br/>
        <w:t>v 0.115054 1.365832 -0.003950</w:t>
        <w:br/>
        <w:t>v 0.097425 1.375378 -0.002103</w:t>
        <w:br/>
        <w:t>v 0.099887 1.323083 0.040794</w:t>
        <w:br/>
        <w:t>v 0.095135 1.308427 0.038764</w:t>
        <w:br/>
        <w:t>v 0.092317 1.301916 0.044102</w:t>
        <w:br/>
        <w:t>v 0.092965 1.325173 0.046179</w:t>
        <w:br/>
        <w:t>v 0.113403 1.329429 -0.032845</w:t>
        <w:br/>
        <w:t>v 0.102769 1.309957 -0.032816</w:t>
        <w:br/>
        <w:t>v 0.076644 1.370224 -0.023503</w:t>
        <w:br/>
        <w:t>v 0.067603 1.339779 -0.034758</w:t>
        <w:br/>
        <w:t>v 0.065310 1.307775 -0.035422</w:t>
        <w:br/>
        <w:t>v 0.090389 1.285648 0.036763</w:t>
        <w:br/>
        <w:t>v 0.122428 1.347579 -0.025423</w:t>
        <w:br/>
        <w:t>v 0.092008 1.296072 0.030923</w:t>
        <w:br/>
        <w:t>v 0.097764 1.299263 0.026406</w:t>
        <w:br/>
        <w:t>v 0.095503 1.293781 0.007279</w:t>
        <w:br/>
        <w:t>v 0.091531 1.288306 0.009311</w:t>
        <w:br/>
        <w:t>v 0.127992 1.353693 -0.005172</w:t>
        <w:br/>
        <w:t>v 0.095503 1.293781 0.007279</w:t>
        <w:br/>
        <w:t>v 0.094610 1.292820 -0.009386</w:t>
        <w:br/>
        <w:t>v 0.083062 1.380007 -0.000049</w:t>
        <w:br/>
        <w:t>v 0.078656 1.288695 -0.025059</w:t>
        <w:br/>
        <w:t>v 0.085414 1.294318 -0.022555</w:t>
        <w:br/>
        <w:t>v 0.095881 1.295992 -0.019835</w:t>
        <w:br/>
        <w:t>v 0.083190 1.376408 0.021292</w:t>
        <w:br/>
        <w:t>v 0.082981 1.372690 0.031012</w:t>
        <w:br/>
        <w:t>v 0.097052 1.370129 0.023036</w:t>
        <w:br/>
        <w:t>v 0.112955 1.361789 0.019999</w:t>
        <w:br/>
        <w:t>v 0.085433 1.326937 0.053670</w:t>
        <w:br/>
        <w:t>v 0.083668 1.351882 0.046985</w:t>
        <w:br/>
        <w:t>v 0.095493 1.348567 0.041127</w:t>
        <w:br/>
        <w:t>v 0.124590 1.350741 0.017747</w:t>
        <w:br/>
        <w:t>v 0.116986 1.337205 0.031456</w:t>
        <w:br/>
        <w:t>v 0.106487 1.345253 0.036186</w:t>
        <w:br/>
        <w:t>v 0.107420 1.318132 0.035109</w:t>
        <w:br/>
        <w:t>v 0.048781 1.307472 -0.035876</w:t>
        <w:br/>
        <w:t>v 0.091232 1.269023 0.012348</w:t>
        <w:br/>
        <w:t>v 0.103500 1.310571 0.032531</w:t>
        <w:br/>
        <w:t>v 0.031834 1.307789 -0.035283</w:t>
        <w:br/>
        <w:t>v 0.014828 1.308035 -0.030830</w:t>
        <w:br/>
        <w:t>v 0.019151 1.307724 -0.033479</w:t>
        <w:br/>
        <w:t>v -0.000011 1.308489 -0.026555</w:t>
        <w:br/>
        <w:t>v -0.000011 1.374859 -0.020342</w:t>
        <w:br/>
        <w:t>v 0.033025 1.401222 0.009420</w:t>
        <w:br/>
        <w:t>v 0.028270 1.395338 -0.006213</w:t>
        <w:br/>
        <w:t>v 0.013368 1.386370 -0.014764</w:t>
        <w:br/>
        <w:t>v -0.000011 1.383484 -0.017122</w:t>
        <w:br/>
        <w:t>v 0.030907 1.397756 0.022858</w:t>
        <w:br/>
        <w:t>v 0.026234 1.394075 0.035053</w:t>
        <w:br/>
        <w:t>v 0.013183 1.388891 0.048386</w:t>
        <w:br/>
        <w:t>v 0.020657 1.390697 0.043160</w:t>
        <w:br/>
        <w:t>v 0.116239 1.305248 -0.032411</w:t>
        <w:br/>
        <w:t>v 0.126201 1.322893 -0.032029</w:t>
        <w:br/>
        <w:t>v 0.134351 1.338124 -0.024725</w:t>
        <w:br/>
        <w:t>v 0.109958 1.296211 0.024259</w:t>
        <w:br/>
        <w:t>v 0.107868 1.290625 0.005614</w:t>
        <w:br/>
        <w:t>v 0.137513 1.344822 -0.005334</w:t>
        <w:br/>
        <w:t>v 0.107868 1.290625 0.005614</w:t>
        <w:br/>
        <w:t>v 0.108327 1.290473 -0.016181</w:t>
        <w:br/>
        <w:t>v 0.134779 1.341721 0.016631</w:t>
        <w:br/>
        <w:t>v 0.127183 1.329699 0.029763</w:t>
        <w:br/>
        <w:t>v 0.117671 1.311309 0.029990</w:t>
        <w:br/>
        <w:t>v 0.020118 1.424908 -0.000455</w:t>
        <w:br/>
        <w:t>v 0.021198 1.416544 -0.001919</w:t>
        <w:br/>
        <w:t>v 0.026444 1.423012 0.010347</w:t>
        <w:br/>
        <w:t>v 0.022279 1.408180 -0.003382</w:t>
        <w:br/>
        <w:t>v 0.011000 1.425382 -0.005851</w:t>
        <w:br/>
        <w:t>v 0.011118 1.416223 -0.007824</w:t>
        <w:br/>
        <w:t>v 0.011249 1.406072 -0.010010</w:t>
        <w:br/>
        <w:t>v -0.000011 1.425411 -0.007806</w:t>
        <w:br/>
        <w:t>v -0.000011 1.416562 -0.009486</w:t>
        <w:br/>
        <w:t>v -0.000011 1.403247 -0.012012</w:t>
        <w:br/>
        <w:t>v 0.019776 1.441107 0.000867</w:t>
        <w:br/>
        <w:t>v 0.011142 1.440258 -0.005100</w:t>
        <w:br/>
        <w:t>v -0.000011 1.439943 -0.006860</w:t>
        <w:br/>
        <w:t>v 0.020903 1.455401 0.000271</w:t>
        <w:br/>
        <w:t>v 0.010768 1.455672 -0.004551</w:t>
        <w:br/>
        <w:t>v -0.000011 1.455468 -0.006340</w:t>
        <w:br/>
        <w:t>v 0.026205 1.440799 0.010396</w:t>
        <w:br/>
        <w:t>v 0.030843 1.454538 0.018753</w:t>
        <w:br/>
        <w:t>v 0.027658 1.454504 0.008662</w:t>
        <w:br/>
        <w:t>v 0.024587 1.420170 0.023020</w:t>
        <w:br/>
        <w:t>v 0.024434 1.437676 0.023844</w:t>
        <w:br/>
        <w:t>v 0.031986 1.470256 0.006495</w:t>
        <w:br/>
        <w:t>v 0.041593 1.472192 0.018308</w:t>
        <w:br/>
        <w:t>v 0.047268 1.481420 0.013026</w:t>
        <w:br/>
        <w:t>v 0.026718 1.446038 0.028361</w:t>
        <w:br/>
        <w:t>v 0.030800 1.454239 0.032982</w:t>
        <w:br/>
        <w:t>v 0.035752 1.463429 0.024637</w:t>
        <w:br/>
        <w:t>v 0.026602 1.447813 0.040585</w:t>
        <w:br/>
        <w:t>v 0.020818 1.432694 0.036890</w:t>
        <w:br/>
        <w:t>v -0.000011 1.432787 0.057417</w:t>
        <w:br/>
        <w:t>v 0.007984 1.433919 0.055434</w:t>
        <w:br/>
        <w:t>v 0.008879 1.425351 0.050396</w:t>
        <w:br/>
        <w:t>v -0.000011 1.423538 0.052259</w:t>
        <w:br/>
        <w:t>v 0.009363 1.410624 0.048580</w:t>
        <w:br/>
        <w:t>v 0.015590 1.429053 0.045283</w:t>
        <w:br/>
        <w:t>v 0.016540 1.413227 0.043620</w:t>
        <w:br/>
        <w:t>v 0.021119 1.416544 0.035584</w:t>
        <w:br/>
        <w:t>v 0.053361 1.492700 0.007219</w:t>
        <w:br/>
        <w:t>v 0.020465 1.440363 0.048981</w:t>
        <w:br/>
        <w:t>v -0.000011 1.408770 0.050652</w:t>
        <w:br/>
        <w:t>v -0.000011 1.296209 0.118375</w:t>
        <w:br/>
        <w:t>v 0.092543 1.254759 0.039542</w:t>
        <w:br/>
        <w:t>v 0.091029 1.249424 0.016556</w:t>
        <w:br/>
        <w:t>v 0.089836 1.261985 0.062366</w:t>
        <w:br/>
        <w:t>v 0.090437 1.266916 0.076222</w:t>
        <w:br/>
        <w:t>v -0.000011 1.286437 0.125185</w:t>
        <w:br/>
        <w:t>v 0.014428 1.290398 0.124412</w:t>
        <w:br/>
        <w:t>v 0.025878 1.294959 0.124773</w:t>
        <w:br/>
        <w:t>v 0.078616 1.293669 0.098213</w:t>
        <w:br/>
        <w:t>v 0.066567 1.300910 0.107595</w:t>
        <w:br/>
        <w:t>v -0.000011 1.273709 0.132684</w:t>
        <w:br/>
        <w:t>v 0.015067 1.278305 0.135269</w:t>
        <w:br/>
        <w:t>v 0.027496 1.284671 0.137169</w:t>
        <w:br/>
        <w:t>v 0.042945 1.290104 0.135619</w:t>
        <w:br/>
        <w:t>v 0.037858 1.298741 0.122825</w:t>
        <w:br/>
        <w:t>v 0.052394 1.302397 0.116939</w:t>
        <w:br/>
        <w:t>v 0.058358 1.293552 0.129972</w:t>
        <w:br/>
        <w:t>v 0.072182 1.292641 0.120596</w:t>
        <w:br/>
        <w:t>v 0.083360 1.286818 0.106217</w:t>
        <w:br/>
        <w:t>v 0.085938 1.281890 0.111894</w:t>
        <w:br/>
        <w:t>v 0.077228 1.287410 0.127410</w:t>
        <w:br/>
        <w:t>v 0.063534 1.286473 0.139165</w:t>
        <w:br/>
        <w:t>v 0.047344 1.280120 0.146838</w:t>
        <w:br/>
        <w:t>v 0.031956 1.272630 0.149251</w:t>
        <w:br/>
        <w:t>v 0.014814 1.264546 0.143245</w:t>
        <w:br/>
        <w:t>v -0.000011 1.261298 0.137623</w:t>
        <w:br/>
        <w:t>v 0.028275 1.259117 0.151117</w:t>
        <w:br/>
        <w:t>v 0.015234 1.250189 0.147607</w:t>
        <w:br/>
        <w:t>v -0.000011 1.246905 0.142393</w:t>
        <w:br/>
        <w:t>v 0.016082 1.242194 0.149424</w:t>
        <w:br/>
        <w:t>v -0.000011 1.238213 0.145461</w:t>
        <w:br/>
        <w:t>v -0.000011 1.227595 0.146323</w:t>
        <w:br/>
        <w:t>v 0.091029 1.249424 0.016556</w:t>
        <w:br/>
        <w:t>v 0.014935 1.436268 0.052707</w:t>
        <w:br/>
        <w:t>v 0.046995 1.474926 0.023271</w:t>
        <w:br/>
        <w:t>v 0.053645 1.484928 0.019668</w:t>
        <w:br/>
        <w:t>v 0.034205 1.457455 0.035895</w:t>
        <w:br/>
        <w:t>v 0.041785 1.467808 0.028602</w:t>
        <w:br/>
        <w:t>v 0.059668 1.493979 0.015181</w:t>
        <w:br/>
        <w:t>v 0.025569 1.445776 0.044523</w:t>
        <w:br/>
        <w:t>v -0.006021 1.387764 0.050184</w:t>
        <w:br/>
        <w:t>v -0.007555 1.380478 0.052642</w:t>
        <w:br/>
        <w:t>v -0.011987 1.362781 0.065772</w:t>
        <w:br/>
        <w:t>v -0.013843 1.359859 0.071831</w:t>
        <w:br/>
        <w:t>v -0.036335 1.363240 0.063571</w:t>
        <w:br/>
        <w:t>v -0.029130 1.365855 0.059466</w:t>
        <w:br/>
        <w:t>v -0.036044 1.369580 0.051794</w:t>
        <w:br/>
        <w:t>v -0.024656 1.371968 0.056175</w:t>
        <w:br/>
        <w:t>v -0.036397 1.380225 0.040753</w:t>
        <w:br/>
        <w:t>v -0.038594 1.392096 0.022273</w:t>
        <w:br/>
        <w:t>v -0.045325 1.388286 0.021806</w:t>
        <w:br/>
        <w:t>v -0.046361 1.392045 0.005856</w:t>
        <w:br/>
        <w:t>v -0.039765 1.395397 0.007518</w:t>
        <w:br/>
        <w:t>v -0.009416 1.371382 0.059132</w:t>
        <w:br/>
        <w:t>v -0.053589 1.368892 0.044509</w:t>
        <w:br/>
        <w:t>v -0.054383 1.375457 0.036961</w:t>
        <w:br/>
        <w:t>v -0.054725 1.380742 0.031522</w:t>
        <w:br/>
        <w:t>v -0.040748 1.383936 0.031774</w:t>
        <w:br/>
        <w:t>v -0.056179 1.384000 0.021175</w:t>
        <w:br/>
        <w:t>v -0.055942 1.387892 0.003958</w:t>
        <w:br/>
        <w:t>v -0.039916 1.385321 -0.012563</w:t>
        <w:br/>
        <w:t>v -0.032717 1.390661 -0.008132</w:t>
        <w:br/>
        <w:t>v -0.048617 1.378338 -0.017983</w:t>
        <w:br/>
        <w:t>v -0.022686 1.366223 -0.023838</w:t>
        <w:br/>
        <w:t>v -0.027702 1.415741 0.010344</w:t>
        <w:br/>
        <w:t>v -0.025694 1.412907 0.022972</w:t>
        <w:br/>
        <w:t>v -0.026523 1.407347 0.022934</w:t>
        <w:br/>
        <w:t>v -0.028712 1.409796 0.010341</w:t>
        <w:br/>
        <w:t>v -0.017018 1.407501 0.043333</w:t>
        <w:br/>
        <w:t>v -0.010202 1.404189 0.048360</w:t>
        <w:br/>
        <w:t>v -0.011021 1.397755 0.048139</w:t>
        <w:br/>
        <w:t>v -0.017598 1.400187 0.042967</w:t>
        <w:br/>
        <w:t>v -0.021728 1.410048 0.035257</w:t>
        <w:br/>
        <w:t>v -0.022317 1.403552 0.034929</w:t>
        <w:br/>
        <w:t>v -0.023370 1.383996 0.045891</w:t>
        <w:br/>
        <w:t>v -0.015141 1.381684 0.050657</w:t>
        <w:br/>
        <w:t>v -0.031291 1.387488 0.036124</w:t>
        <w:br/>
        <w:t>v -0.068738 1.327026 0.072864</w:t>
        <w:br/>
        <w:t>v -0.059741 1.325993 0.083392</w:t>
        <w:br/>
        <w:t>v -0.076530 1.308609 0.076569</w:t>
        <w:br/>
        <w:t>v -0.091168 1.272688 0.090729</w:t>
        <w:br/>
        <w:t>v -0.089618 1.272286 0.075904</w:t>
        <w:br/>
        <w:t>v -0.085303 1.288076 0.076516</w:t>
        <w:br/>
        <w:t>v -0.085515 1.286477 0.090972</w:t>
        <w:br/>
        <w:t>v -0.075536 1.301336 0.090863</w:t>
        <w:br/>
        <w:t>v -0.061751 1.310401 0.096977</w:t>
        <w:br/>
        <w:t>v -0.045042 1.326295 0.090629</w:t>
        <w:br/>
        <w:t>v -0.027470 1.323755 0.098283</w:t>
        <w:br/>
        <w:t>v -0.033221 1.309843 0.109795</w:t>
        <w:br/>
        <w:t>v -0.048056 1.312762 0.103570</w:t>
        <w:br/>
        <w:t>v -0.011792 1.318438 0.102130</w:t>
        <w:br/>
        <w:t>v -0.019545 1.300932 0.116888</w:t>
        <w:br/>
        <w:t>v -0.039819 1.344898 0.074862</w:t>
        <w:br/>
        <w:t>v -0.020299 1.340922 0.083496</w:t>
        <w:br/>
        <w:t>v -0.056691 1.347261 0.064423</w:t>
        <w:br/>
        <w:t>v -0.006566 1.335641 0.086976</w:t>
        <w:br/>
        <w:t>v -0.015207 1.355448 0.073571</w:t>
        <w:br/>
        <w:t>v -0.005241 1.396084 0.049681</w:t>
        <w:br/>
        <w:t>v -0.015962 1.378404 -0.018695</w:t>
        <w:br/>
        <w:t>v -0.068728 1.381064 0.020944</w:t>
        <w:br/>
        <w:t>v -0.069021 1.384058 0.002176</w:t>
        <w:br/>
        <w:t>v -0.068085 1.375848 0.029615</w:t>
        <w:br/>
        <w:t>v -0.068745 1.372452 0.036531</w:t>
        <w:br/>
        <w:t>v -0.062896 1.374038 -0.021305</w:t>
        <w:br/>
        <w:t>v -0.032023 1.339831 -0.032327</w:t>
        <w:br/>
        <w:t>v -0.040430 1.361837 -0.026137</w:t>
        <w:br/>
        <w:t>v -0.050821 1.340575 -0.034318</w:t>
        <w:br/>
        <w:t>v -0.077232 1.327730 0.062256</w:t>
        <w:br/>
        <w:t>v -0.072481 1.351706 0.053719</w:t>
        <w:br/>
        <w:t>v -0.016635 1.338827 -0.029769</w:t>
        <w:br/>
        <w:t>v -0.088862 1.296065 0.051716</w:t>
        <w:br/>
        <w:t>v -0.086605 1.291347 0.062673</w:t>
        <w:br/>
        <w:t>v -0.088842 1.272816 0.061798</w:t>
        <w:br/>
        <w:t>v -0.089949 1.275799 0.046221</w:t>
        <w:br/>
        <w:t>v -0.086375 1.317186 0.054743</w:t>
        <w:br/>
        <w:t>v -0.081713 1.313393 0.064336</w:t>
        <w:br/>
        <w:t>v -0.079417 1.308875 -0.034949</w:t>
        <w:br/>
        <w:t>v -0.083059 1.338180 -0.034186</w:t>
        <w:br/>
        <w:t>v -0.098529 1.336472 -0.033713</w:t>
        <w:br/>
        <w:t>v -0.090171 1.311325 -0.034348</w:t>
        <w:br/>
        <w:t>v -0.091553 1.288304 0.009311</w:t>
        <w:br/>
        <w:t>v -0.091254 1.269023 0.012348</w:t>
        <w:br/>
        <w:t>v -0.084711 1.268532 -0.007060</w:t>
        <w:br/>
        <w:t>v -0.084889 1.287206 -0.007915</w:t>
        <w:br/>
        <w:t>v -0.115075 1.365829 -0.003950</w:t>
        <w:br/>
        <w:t>v -0.106576 1.358083 -0.025682</w:t>
        <w:br/>
        <w:t>v -0.089743 1.365261 -0.025436</w:t>
        <w:br/>
        <w:t>v -0.097447 1.375377 -0.002103</w:t>
        <w:br/>
        <w:t>v -0.092339 1.301915 0.044102</w:t>
        <w:br/>
        <w:t>v -0.095156 1.308424 0.038764</w:t>
        <w:br/>
        <w:t>v -0.099908 1.323080 0.040794</w:t>
        <w:br/>
        <w:t>v -0.092987 1.325173 0.046179</w:t>
        <w:br/>
        <w:t>v -0.113424 1.329423 -0.032845</w:t>
        <w:br/>
        <w:t>v -0.102790 1.309951 -0.032816</w:t>
        <w:br/>
        <w:t>v -0.076666 1.370224 -0.023503</w:t>
        <w:br/>
        <w:t>v -0.067625 1.339779 -0.034758</w:t>
        <w:br/>
        <w:t>v -0.065332 1.307775 -0.035422</w:t>
        <w:br/>
        <w:t>v -0.090411 1.285647 0.036763</w:t>
        <w:br/>
        <w:t>v -0.122449 1.347574 -0.025423</w:t>
        <w:br/>
        <w:t>v -0.095524 1.293776 0.007279</w:t>
        <w:br/>
        <w:t>v -0.097785 1.299258 0.026406</w:t>
        <w:br/>
        <w:t>v -0.092029 1.296070 0.030923</w:t>
        <w:br/>
        <w:t>v -0.091553 1.288304 0.009311</w:t>
        <w:br/>
        <w:t>v -0.128013 1.353688 -0.005172</w:t>
        <w:br/>
        <w:t>v -0.095524 1.293776 0.007279</w:t>
        <w:br/>
        <w:t>v -0.094631 1.292815 -0.009386</w:t>
        <w:br/>
        <w:t>v -0.083084 1.380007 -0.000049</w:t>
        <w:br/>
        <w:t>v -0.078678 1.288695 -0.025059</w:t>
        <w:br/>
        <w:t>v -0.085436 1.294316 -0.022555</w:t>
        <w:br/>
        <w:t>v -0.095902 1.295987 -0.019835</w:t>
        <w:br/>
        <w:t>v -0.083003 1.372690 0.031012</w:t>
        <w:br/>
        <w:t>v -0.083212 1.376408 0.021292</w:t>
        <w:br/>
        <w:t>v -0.097074 1.370129 0.023036</w:t>
        <w:br/>
        <w:t>v -0.112976 1.361786 0.019999</w:t>
        <w:br/>
        <w:t>v -0.083690 1.351882 0.046985</w:t>
        <w:br/>
        <w:t>v -0.085455 1.326937 0.053670</w:t>
        <w:br/>
        <w:t>v -0.095515 1.348566 0.041127</w:t>
        <w:br/>
        <w:t>v -0.117007 1.337200 0.031456</w:t>
        <w:br/>
        <w:t>v -0.124611 1.350736 0.017747</w:t>
        <w:br/>
        <w:t>v -0.106509 1.345250 0.036186</w:t>
        <w:br/>
        <w:t>v -0.107441 1.318127 0.035109</w:t>
        <w:br/>
        <w:t>v -0.048803 1.307472 -0.035876</w:t>
        <w:br/>
        <w:t>v -0.091254 1.269023 0.012348</w:t>
        <w:br/>
        <w:t>v -0.103521 1.310566 0.032531</w:t>
        <w:br/>
        <w:t>v -0.031857 1.307789 -0.035283</w:t>
        <w:br/>
        <w:t>v -0.014850 1.308035 -0.030830</w:t>
        <w:br/>
        <w:t>v -0.019173 1.307724 -0.033479</w:t>
        <w:br/>
        <w:t>v -0.033047 1.401222 0.009420</w:t>
        <w:br/>
        <w:t>v -0.028293 1.395338 -0.006213</w:t>
        <w:br/>
        <w:t>v -0.013390 1.386370 -0.014764</w:t>
        <w:br/>
        <w:t>v -0.030929 1.397756 0.022858</w:t>
        <w:br/>
        <w:t>v -0.026256 1.394075 0.035053</w:t>
        <w:br/>
        <w:t>v -0.013205 1.388891 0.048386</w:t>
        <w:br/>
        <w:t>v -0.020679 1.390697 0.043160</w:t>
        <w:br/>
        <w:t>v -0.126222 1.322887 -0.032029</w:t>
        <w:br/>
        <w:t>v -0.116260 1.305243 -0.032411</w:t>
        <w:br/>
        <w:t>v -0.134372 1.338119 -0.024725</w:t>
        <w:br/>
        <w:t>v -0.107888 1.290620 0.005614</w:t>
        <w:br/>
        <w:t>v -0.109978 1.296205 0.024259</w:t>
        <w:br/>
        <w:t>v -0.137533 1.344816 -0.005334</w:t>
        <w:br/>
        <w:t>v -0.108348 1.290467 -0.016181</w:t>
        <w:br/>
        <w:t>v -0.107888 1.290620 0.005614</w:t>
        <w:br/>
        <w:t>v -0.127203 1.329693 0.029763</w:t>
        <w:br/>
        <w:t>v -0.134800 1.341715 0.016631</w:t>
        <w:br/>
        <w:t>v -0.117691 1.311303 0.029990</w:t>
        <w:br/>
        <w:t>v -0.021220 1.416544 -0.001919</w:t>
        <w:br/>
        <w:t>v -0.020140 1.424908 -0.000455</w:t>
        <w:br/>
        <w:t>v -0.026466 1.423012 0.010347</w:t>
        <w:br/>
        <w:t>v -0.022301 1.408180 -0.003382</w:t>
        <w:br/>
        <w:t>v -0.011140 1.416223 -0.007824</w:t>
        <w:br/>
        <w:t>v -0.011022 1.425382 -0.005851</w:t>
        <w:br/>
        <w:t>v -0.011271 1.406072 -0.010010</w:t>
        <w:br/>
        <w:t>v -0.019798 1.441107 0.000867</w:t>
        <w:br/>
        <w:t>v -0.011164 1.440258 -0.005100</w:t>
        <w:br/>
        <w:t>v -0.010790 1.455672 -0.004551</w:t>
        <w:br/>
        <w:t>v -0.020925 1.455401 0.000271</w:t>
        <w:br/>
        <w:t>v -0.030865 1.454538 0.018753</w:t>
        <w:br/>
        <w:t>v -0.026227 1.440799 0.010396</w:t>
        <w:br/>
        <w:t>v -0.027680 1.454504 0.008662</w:t>
        <w:br/>
        <w:t>v -0.024609 1.420170 0.023020</w:t>
        <w:br/>
        <w:t>v -0.024456 1.437676 0.023844</w:t>
        <w:br/>
        <w:t>v -0.032008 1.470256 0.006495</w:t>
        <w:br/>
        <w:t>v -0.041615 1.472192 0.018308</w:t>
        <w:br/>
        <w:t>v -0.047290 1.481420 0.013026</w:t>
        <w:br/>
        <w:t>v -0.026740 1.446038 0.028361</w:t>
        <w:br/>
        <w:t>v -0.035773 1.463429 0.024637</w:t>
        <w:br/>
        <w:t>v -0.030822 1.454239 0.032982</w:t>
        <w:br/>
        <w:t>v -0.026624 1.447813 0.040585</w:t>
        <w:br/>
        <w:t>v -0.020839 1.432694 0.036890</w:t>
        <w:br/>
        <w:t>v -0.008901 1.425351 0.050396</w:t>
        <w:br/>
        <w:t>v -0.008006 1.433919 0.055434</w:t>
        <w:br/>
        <w:t>v -0.015612 1.429053 0.045283</w:t>
        <w:br/>
        <w:t>v -0.009385 1.410624 0.048580</w:t>
        <w:br/>
        <w:t>v -0.016562 1.413227 0.043620</w:t>
        <w:br/>
        <w:t>v -0.021141 1.416544 0.035584</w:t>
        <w:br/>
        <w:t>v -0.053382 1.492700 0.007219</w:t>
        <w:br/>
        <w:t>v -0.020487 1.440363 0.048981</w:t>
        <w:br/>
        <w:t>v -0.092565 1.254759 0.039542</w:t>
        <w:br/>
        <w:t>v -0.091051 1.249424 0.016556</w:t>
        <w:br/>
        <w:t>v -0.089858 1.261985 0.062366</w:t>
        <w:br/>
        <w:t>v -0.090459 1.266916 0.076222</w:t>
        <w:br/>
        <w:t>v -0.014450 1.290398 0.124412</w:t>
        <w:br/>
        <w:t>v -0.025900 1.294959 0.124773</w:t>
        <w:br/>
        <w:t>v -0.078638 1.293669 0.098213</w:t>
        <w:br/>
        <w:t>v -0.066589 1.300910 0.107595</w:t>
        <w:br/>
        <w:t>v -0.015089 1.278305 0.135269</w:t>
        <w:br/>
        <w:t>v -0.027519 1.284671 0.137169</w:t>
        <w:br/>
        <w:t>v -0.052416 1.302397 0.116939</w:t>
        <w:br/>
        <w:t>v -0.037881 1.298741 0.122825</w:t>
        <w:br/>
        <w:t>v -0.042967 1.290104 0.135619</w:t>
        <w:br/>
        <w:t>v -0.058380 1.293552 0.129972</w:t>
        <w:br/>
        <w:t>v -0.072205 1.292641 0.120596</w:t>
        <w:br/>
        <w:t>v -0.083382 1.286818 0.106217</w:t>
        <w:br/>
        <w:t>v -0.077251 1.287410 0.127410</w:t>
        <w:br/>
        <w:t>v -0.085960 1.281890 0.111894</w:t>
        <w:br/>
        <w:t>v -0.063556 1.286473 0.139165</w:t>
        <w:br/>
        <w:t>v -0.031979 1.272630 0.149251</w:t>
        <w:br/>
        <w:t>v -0.047366 1.280120 0.146838</w:t>
        <w:br/>
        <w:t>v -0.014836 1.264546 0.143245</w:t>
        <w:br/>
        <w:t>v -0.015257 1.250189 0.147607</w:t>
        <w:br/>
        <w:t>v -0.028297 1.259117 0.151117</w:t>
        <w:br/>
        <w:t>v -0.016104 1.242194 0.149424</w:t>
        <w:br/>
        <w:t>v -0.091051 1.249424 0.016556</w:t>
        <w:br/>
        <w:t>v -0.014957 1.436268 0.052707</w:t>
        <w:br/>
        <w:t>v -0.053667 1.484928 0.019668</w:t>
        <w:br/>
        <w:t>v -0.047017 1.474926 0.023271</w:t>
        <w:br/>
        <w:t>v -0.041807 1.467808 0.028602</w:t>
        <w:br/>
        <w:t>v -0.034227 1.457455 0.035895</w:t>
        <w:br/>
        <w:t>v -0.059690 1.493979 0.015181</w:t>
        <w:br/>
        <w:t>v -0.025590 1.445776 0.044523</w:t>
        <w:br/>
        <w:t>v -0.126222 1.322887 -0.032029</w:t>
        <w:br/>
        <w:t>v -0.134372 1.338119 -0.024725</w:t>
        <w:br/>
        <w:t>v -0.154121 1.324284 -0.023230</w:t>
        <w:br/>
        <w:t>v -0.148703 1.313947 -0.031278</w:t>
        <w:br/>
        <w:t>v -0.153050 1.326219 0.015072</w:t>
        <w:br/>
        <w:t>v -0.134800 1.341715 0.016631</w:t>
        <w:br/>
        <w:t>v -0.127203 1.329693 0.029763</w:t>
        <w:br/>
        <w:t>v -0.147490 1.315918 0.026869</w:t>
        <w:br/>
        <w:t>v -0.108348 1.290467 -0.016181</w:t>
        <w:br/>
        <w:t>v -0.116260 1.305243 -0.032411</w:t>
        <w:br/>
        <w:t>v -0.138519 1.295093 -0.031689</w:t>
        <w:br/>
        <w:t>v -0.129784 1.278857 -0.016762</w:t>
        <w:br/>
        <w:t>v -0.107888 1.290620 0.005614</w:t>
        <w:br/>
        <w:t>v -0.128635 1.278797 0.002497</w:t>
        <w:br/>
        <w:t>v -0.109978 1.296205 0.024259</w:t>
        <w:br/>
        <w:t>v -0.107888 1.290620 0.005614</w:t>
        <w:br/>
        <w:t>v -0.128635 1.278797 0.002497</w:t>
        <w:br/>
        <w:t>v -0.131614 1.285109 0.019528</w:t>
        <w:br/>
        <w:t>v -0.137533 1.344816 -0.005334</w:t>
        <w:br/>
        <w:t>v -0.156465 1.330612 -0.004381</w:t>
        <w:br/>
        <w:t>v -0.117691 1.311303 0.029990</w:t>
        <w:br/>
        <w:t>v -0.138594 1.299136 0.028157</w:t>
        <w:br/>
        <w:t>v -0.188256 1.299029 -0.019636</w:t>
        <w:br/>
        <w:t>v -0.182759 1.290011 -0.028005</w:t>
        <w:br/>
        <w:t>v -0.174121 1.296777 -0.029029</w:t>
        <w:br/>
        <w:t>v -0.178810 1.306039 -0.020728</w:t>
        <w:br/>
        <w:t>v -0.156274 1.263760 -0.015566</w:t>
        <w:br/>
        <w:t>v -0.164490 1.279227 -0.030054</w:t>
        <w:br/>
        <w:t>v -0.172705 1.273634 -0.029234</w:t>
        <w:br/>
        <w:t>v -0.163822 1.259276 -0.015305</w:t>
        <w:br/>
        <w:t>v -0.181181 1.311470 -0.003021</w:t>
        <w:br/>
        <w:t>v -0.190867 1.303412 -0.002430</w:t>
        <w:br/>
        <w:t>v -0.164367 1.281899 0.025032</w:t>
        <w:br/>
        <w:t>v -0.173702 1.275651 0.023739</w:t>
        <w:br/>
        <w:t>v -0.182441 1.289875 0.022805</w:t>
        <w:br/>
        <w:t>v -0.172816 1.297712 0.024147</w:t>
        <w:br/>
        <w:t>v -0.177527 1.306982 0.013302</w:t>
        <w:br/>
        <w:t>v -0.155183 1.263579 0.000339</w:t>
        <w:br/>
        <w:t>v -0.155183 1.263579 0.000339</w:t>
        <w:br/>
        <w:t>v -0.157651 1.268930 0.016140</w:t>
        <w:br/>
        <w:t>v 0.322858 1.164505 0.023626</w:t>
        <w:br/>
        <w:t>v 0.331519 1.178591 0.020238</w:t>
        <w:br/>
        <w:t>v 0.355561 1.159760 0.019137</w:t>
        <w:br/>
        <w:t>v 0.347908 1.147856 0.021459</w:t>
        <w:br/>
        <w:t>v 0.342469 1.138952 0.014867</w:t>
        <w:br/>
        <w:t>v 0.316530 1.154331 0.015616</w:t>
        <w:br/>
        <w:t>v 0.340819 1.134678 0.000064</w:t>
        <w:br/>
        <w:t>v 0.313831 1.149666 -0.000111</w:t>
        <w:br/>
        <w:t>v 0.343436 1.137593 -0.019007</w:t>
        <w:br/>
        <w:t>v 0.316091 1.153109 -0.019795</w:t>
        <w:br/>
        <w:t>v 0.313831 1.149666 -0.000111</w:t>
        <w:br/>
        <w:t>v 0.340819 1.134678 0.000064</w:t>
        <w:br/>
        <w:t>v 0.360143 1.167841 0.011714</w:t>
        <w:br/>
        <w:t>v 0.336994 1.187831 0.013510</w:t>
        <w:br/>
        <w:t>v 0.340734 1.192875 -0.000306</w:t>
        <w:br/>
        <w:t>v 0.362510 1.171497 -0.000971</w:t>
        <w:br/>
        <w:t>v 0.381451 1.140017 0.016537</w:t>
        <w:br/>
        <w:t>v 0.373871 1.129761 0.018261</w:t>
        <w:br/>
        <w:t>v 0.384547 1.144873 0.009003</w:t>
        <w:br/>
        <w:t>v 0.368744 1.122718 0.014344</w:t>
        <w:br/>
        <w:t>v 0.366843 1.119870 0.000762</w:t>
        <w:br/>
        <w:t>v 0.386709 1.148283 -0.001021</w:t>
        <w:br/>
        <w:t>v 0.366843 1.119870 0.000762</w:t>
        <w:br/>
        <w:t>v 0.368325 1.123125 -0.016127</w:t>
        <w:br/>
        <w:t>v 0.373908 1.130309 -0.021931</w:t>
        <w:br/>
        <w:t>v 0.349577 1.146486 -0.025212</w:t>
        <w:br/>
        <w:t>v 0.356750 1.160697 -0.022589</w:t>
        <w:br/>
        <w:t>v 0.381780 1.141508 -0.019587</w:t>
        <w:br/>
        <w:t>v 0.384134 1.145404 -0.011856</w:t>
        <w:br/>
        <w:t>v 0.360429 1.168046 -0.014569</w:t>
        <w:br/>
        <w:t>v 0.338791 1.189467 -0.015503</w:t>
        <w:br/>
        <w:t>v 0.333222 1.179070 -0.025698</w:t>
        <w:br/>
        <w:t>v 0.322787 1.163537 -0.028697</w:t>
        <w:br/>
        <w:t>v 0.268567 1.202706 -0.028068</w:t>
        <w:br/>
        <w:t>v 0.278374 1.196005 -0.027707</w:t>
        <w:br/>
        <w:t>v 0.288848 1.211900 -0.025095</w:t>
        <w:br/>
        <w:t>v 0.278304 1.218775 -0.025940</w:t>
        <w:br/>
        <w:t>v 0.265722 1.206998 0.018348</w:t>
        <w:br/>
        <w:t>v 0.253411 1.216569 0.018363</w:t>
        <w:br/>
        <w:t>v 0.261144 1.230624 0.016994</w:t>
        <w:br/>
        <w:t>v 0.273533 1.220584 0.016667</w:t>
        <w:br/>
        <w:t>v 0.234043 1.213004 -0.015444</w:t>
        <w:br/>
        <w:t>v 0.219053 1.223172 -0.014789</w:t>
        <w:br/>
        <w:t>v 0.218074 1.222170 -0.002337</w:t>
        <w:br/>
        <w:t>v 0.233247 1.211955 -0.003197</w:t>
        <w:br/>
        <w:t>v 0.271591 1.184572 -0.016180</w:t>
        <w:br/>
        <w:t>v 0.262067 1.191812 -0.015531</w:t>
        <w:br/>
        <w:t>v 0.256704 1.193619 -0.003046</w:t>
        <w:br/>
        <w:t>v 0.269825 1.180983 -0.001840</w:t>
        <w:br/>
        <w:t>v 0.259874 1.197280 0.009969</w:t>
        <w:br/>
        <w:t>v 0.273223 1.184874 0.012898</w:t>
        <w:br/>
        <w:t>v 0.269825 1.180983 -0.001840</w:t>
        <w:br/>
        <w:t>v 0.256704 1.193619 -0.003046</w:t>
        <w:br/>
        <w:t>v 0.296800 1.224078 -0.015654</w:t>
        <w:br/>
        <w:t>v 0.298179 1.226374 -0.000261</w:t>
        <w:br/>
        <w:t>v 0.282219 1.235317 0.000159</w:t>
        <w:br/>
        <w:t>v 0.285251 1.229969 -0.015932</w:t>
        <w:br/>
        <w:t>v 0.235764 1.216372 0.009745</w:t>
        <w:br/>
        <w:t>v 0.220715 1.227036 0.010896</w:t>
        <w:br/>
        <w:t>v 0.226692 1.237424 0.019906</w:t>
        <w:br/>
        <w:t>v 0.241492 1.225796 0.018897</w:t>
        <w:br/>
        <w:t>v 0.239400 1.260449 0.010807</w:t>
        <w:br/>
        <w:t>v 0.241970 1.264780 -0.000133</w:t>
        <w:br/>
        <w:t>v 0.256770 1.253086 0.000050</w:t>
        <w:br/>
        <w:t>v 0.254731 1.248922 0.010448</w:t>
        <w:br/>
        <w:t>v 0.148682 1.313953 -0.031278</w:t>
        <w:br/>
        <w:t>v 0.154100 1.324290 -0.023230</w:t>
        <w:br/>
        <w:t>v 0.134351 1.338124 -0.024725</w:t>
        <w:br/>
        <w:t>v 0.126201 1.322893 -0.032029</w:t>
        <w:br/>
        <w:t>v 0.147471 1.315924 0.026869</w:t>
        <w:br/>
        <w:t>v 0.127183 1.329699 0.029763</w:t>
        <w:br/>
        <w:t>v 0.134779 1.341721 0.016631</w:t>
        <w:br/>
        <w:t>v 0.153029 1.326224 0.015072</w:t>
        <w:br/>
        <w:t>v 0.116239 1.305248 -0.032411</w:t>
        <w:br/>
        <w:t>v 0.108327 1.290473 -0.016181</w:t>
        <w:br/>
        <w:t>v 0.129763 1.278863 -0.016762</w:t>
        <w:br/>
        <w:t>v 0.138499 1.295098 -0.031689</w:t>
        <w:br/>
        <w:t>v 0.107868 1.290625 0.005614</w:t>
        <w:br/>
        <w:t>v 0.128615 1.278803 0.002497</w:t>
        <w:br/>
        <w:t>v 0.128615 1.278803 0.002497</w:t>
        <w:br/>
        <w:t>v 0.107868 1.290625 0.005614</w:t>
        <w:br/>
        <w:t>v 0.109958 1.296211 0.024259</w:t>
        <w:br/>
        <w:t>v 0.131595 1.285114 0.019528</w:t>
        <w:br/>
        <w:t>v 0.156445 1.330618 -0.004381</w:t>
        <w:br/>
        <w:t>v 0.137513 1.344822 -0.005334</w:t>
        <w:br/>
        <w:t>v 0.117671 1.311309 0.029990</w:t>
        <w:br/>
        <w:t>v 0.138573 1.299142 0.028157</w:t>
        <w:br/>
        <w:t>v 0.208619 1.271424 -0.026860</w:t>
        <w:br/>
        <w:t>v 0.214158 1.282024 -0.018125</w:t>
        <w:br/>
        <w:t>v 0.178917 1.306267 -0.020956</w:t>
        <w:br/>
        <w:t>v 0.174171 1.296893 -0.029358</w:t>
        <w:br/>
        <w:t>v 0.177619 1.307224 0.013487</w:t>
        <w:br/>
        <w:t>v 0.213475 1.280378 0.011351</w:t>
        <w:br/>
        <w:t>v 0.207693 1.270936 0.021070</w:t>
        <w:br/>
        <w:t>v 0.172851 1.297840 0.024464</w:t>
        <w:br/>
        <w:t>v 0.199068 1.255732 -0.028323</w:t>
        <w:br/>
        <w:t>v 0.164424 1.279131 -0.030396</w:t>
        <w:br/>
        <w:t>v 0.156108 1.263476 -0.015732</w:t>
        <w:br/>
        <w:t>v 0.190696 1.242218 -0.015092</w:t>
        <w:br/>
        <w:t>v 0.155003 1.263292 0.000366</w:t>
        <w:br/>
        <w:t>v 0.189693 1.241054 -0.000656</w:t>
        <w:br/>
        <w:t>v 0.157502 1.268709 0.016360</w:t>
        <w:br/>
        <w:t>v 0.192760 1.246374 0.012967</w:t>
        <w:br/>
        <w:t>v 0.189693 1.241054 -0.000656</w:t>
        <w:br/>
        <w:t>v 0.155003 1.263292 0.000366</w:t>
        <w:br/>
        <w:t>v 0.216267 1.285243 -0.001163</w:t>
        <w:br/>
        <w:t>v 0.181318 1.311765 -0.003034</w:t>
        <w:br/>
        <w:t>v 0.164299 1.281835 0.025360</w:t>
        <w:br/>
        <w:t>v 0.199976 1.258195 0.021759</w:t>
        <w:br/>
        <w:t>v 0.234843 1.251518 -0.024855</w:t>
        <w:br/>
        <w:t>v 0.240326 1.262144 -0.016462</w:t>
        <w:br/>
        <w:t>v 0.234272 1.251236 0.019180</w:t>
        <w:br/>
        <w:t>v 0.225529 1.235281 -0.026657</w:t>
        <w:br/>
        <w:t>v 0.218074 1.222170 -0.002337</w:t>
        <w:br/>
        <w:t>v 0.249224 1.239832 0.017826</w:t>
        <w:br/>
        <w:t>v 0.310718 1.197306 -0.026325</w:t>
        <w:br/>
        <w:t>v 0.317223 1.208647 -0.015538</w:t>
        <w:br/>
        <w:t>v 0.309096 1.194866 0.019781</w:t>
        <w:br/>
        <w:t>v 0.288707 1.209330 0.018364</w:t>
        <w:br/>
        <w:t>v 0.295442 1.220537 0.011498</w:t>
        <w:br/>
        <w:t>v 0.315375 1.205565 0.013076</w:t>
        <w:br/>
        <w:t>v 0.300567 1.179671 -0.029762</w:t>
        <w:br/>
        <w:t>v 0.293128 1.167157 -0.018296</w:t>
        <w:br/>
        <w:t>v 0.290966 1.163611 -0.000701</w:t>
        <w:br/>
        <w:t>v 0.290966 1.163611 -0.000701</w:t>
        <w:br/>
        <w:t>v 0.293772 1.168533 0.014396</w:t>
        <w:br/>
        <w:t>v 0.318909 1.211646 -0.000420</w:t>
        <w:br/>
        <w:t>v 0.300654 1.180465 0.022780</w:t>
        <w:br/>
        <w:t>v 0.279312 1.194287 0.020593</w:t>
        <w:br/>
        <w:t>v 0.279569 1.230565 0.010257</w:t>
        <w:br/>
        <w:t>v 0.266933 1.239923 0.010261</w:t>
        <w:br/>
        <w:t>v 0.246182 1.204414 -0.015662</w:t>
        <w:br/>
        <w:t>v 0.245312 1.203213 -0.003473</w:t>
        <w:br/>
        <w:t>v 0.253174 1.198806 -0.015512</w:t>
        <w:br/>
        <w:t>v 0.247740 1.207432 0.009369</w:t>
        <w:br/>
        <w:t>v 0.275563 1.235746 -0.016357</w:t>
        <w:br/>
        <w:t>v 0.268921 1.244195 0.000148</w:t>
        <w:br/>
        <w:t>v 0.267310 1.241656 -0.016679</w:t>
        <w:br/>
        <w:t>v 0.245312 1.203213 -0.003473</w:t>
        <w:br/>
        <w:t>v 0.259389 1.209186 -0.026961</w:t>
        <w:br/>
        <w:t>v 0.251850 1.214940 -0.026703</w:t>
        <w:br/>
        <w:t>v 0.255182 1.250572 -0.016749</w:t>
        <w:br/>
        <w:t>v 0.239948 1.223967 -0.026561</w:t>
        <w:br/>
        <w:t>v 0.233247 1.211955 -0.003197</w:t>
        <w:br/>
        <w:t>v 0.249605 1.240633 -0.024523</w:t>
        <w:br/>
        <w:t>v 0.261566 1.231658 -0.024594</w:t>
        <w:br/>
        <w:t>v 0.269222 1.225465 -0.024933</w:t>
        <w:br/>
        <w:t>v -0.187876 1.298658 0.012415</w:t>
        <w:br/>
        <w:t>v -0.163281 1.258504 0.000056</w:t>
        <w:br/>
        <w:t>v -0.163281 1.258504 0.000056</w:t>
        <w:br/>
        <w:t>v -0.166303 1.263538 0.015080</w:t>
        <w:br/>
        <w:t>v 0.404006 1.121197 0.015194</w:t>
        <w:br/>
        <w:t>v 0.397384 1.113319 0.016523</w:t>
        <w:br/>
        <w:t>v 0.392668 1.107599 0.013727</w:t>
        <w:br/>
        <w:t>v 0.390851 1.105407 0.001244</w:t>
        <w:br/>
        <w:t>v 0.390851 1.105407 0.001244</w:t>
        <w:br/>
        <w:t>v 0.392954 1.108055 -0.014001</w:t>
        <w:br/>
        <w:t>v 0.397719 1.113776 -0.018641</w:t>
        <w:br/>
        <w:t>v 0.404727 1.122118 -0.016320</w:t>
        <w:br/>
        <w:t>v 0.407434 1.125566 -0.009804</w:t>
        <w:br/>
        <w:t>v 0.409186 1.127499 -0.000325</w:t>
        <w:br/>
        <w:t>v 0.407183 1.125133 0.008434</w:t>
        <w:br/>
        <w:t>v -0.322878 1.164500 0.023625</w:t>
        <w:br/>
        <w:t>v -0.347929 1.147851 0.021458</w:t>
        <w:br/>
        <w:t>v -0.355581 1.159755 0.019136</w:t>
        <w:br/>
        <w:t>v -0.331540 1.178586 0.020237</w:t>
        <w:br/>
        <w:t>v -0.342490 1.138946 0.014867</w:t>
        <w:br/>
        <w:t>v -0.316551 1.154325 0.015615</w:t>
        <w:br/>
        <w:t>v -0.313852 1.149660 -0.000112</w:t>
        <w:br/>
        <w:t>v -0.340840 1.134672 0.000063</w:t>
        <w:br/>
        <w:t>v -0.313852 1.149660 -0.000112</w:t>
        <w:br/>
        <w:t>v -0.316112 1.153103 -0.019795</w:t>
        <w:br/>
        <w:t>v -0.343456 1.137588 -0.019008</w:t>
        <w:br/>
        <w:t>v -0.340840 1.134672 0.000063</w:t>
        <w:br/>
        <w:t>v -0.337014 1.187825 0.013510</w:t>
        <w:br/>
        <w:t>v -0.360164 1.167836 0.011712</w:t>
        <w:br/>
        <w:t>v -0.340755 1.192869 -0.000307</w:t>
        <w:br/>
        <w:t>v -0.362531 1.171491 -0.000972</w:t>
        <w:br/>
        <w:t>v -0.373892 1.129755 0.018261</w:t>
        <w:br/>
        <w:t>v -0.381472 1.140011 0.016537</w:t>
        <w:br/>
        <w:t>v -0.384568 1.144867 0.009003</w:t>
        <w:br/>
        <w:t>v -0.366864 1.119864 0.000762</w:t>
        <w:br/>
        <w:t>v -0.368765 1.122712 0.014344</w:t>
        <w:br/>
        <w:t>v -0.386730 1.148277 -0.001021</w:t>
        <w:br/>
        <w:t>v -0.366864 1.119864 0.000762</w:t>
        <w:br/>
        <w:t>v -0.368346 1.123119 -0.016127</w:t>
        <w:br/>
        <w:t>v -0.373928 1.130303 -0.021931</w:t>
        <w:br/>
        <w:t>v -0.349598 1.146480 -0.025212</w:t>
        <w:br/>
        <w:t>v -0.381801 1.141502 -0.019588</w:t>
        <w:br/>
        <w:t>v -0.356771 1.160691 -0.022590</w:t>
        <w:br/>
        <w:t>v -0.360450 1.168040 -0.014570</w:t>
        <w:br/>
        <w:t>v -0.384155 1.145398 -0.011856</w:t>
        <w:br/>
        <w:t>v -0.338812 1.189461 -0.015504</w:t>
        <w:br/>
        <w:t>v -0.333243 1.179064 -0.025700</w:t>
        <w:br/>
        <w:t>v -0.322807 1.163531 -0.028699</w:t>
        <w:br/>
        <w:t>v -0.279159 1.218304 -0.026456</w:t>
        <w:br/>
        <w:t>v -0.286022 1.213851 -0.025371</w:t>
        <w:br/>
        <w:t>v -0.269355 1.202870 -0.026151</w:t>
        <w:br/>
        <w:t>v -0.255459 1.214184 0.018340</w:t>
        <w:br/>
        <w:t>v -0.260631 1.210480 0.017715</w:t>
        <w:br/>
        <w:t>v -0.266938 1.225939 0.016841</w:t>
        <w:br/>
        <w:t>v -0.218095 1.222164 -0.002338</w:t>
        <w:br/>
        <w:t>v -0.219073 1.223166 -0.014790</w:t>
        <w:br/>
        <w:t>v -0.234065 1.212998 -0.015445</w:t>
        <w:br/>
        <w:t>v -0.233267 1.211949 -0.003197</w:t>
        <w:br/>
        <w:t>v -0.269846 1.180977 -0.001841</w:t>
        <w:br/>
        <w:t>v -0.256725 1.193613 -0.003046</w:t>
        <w:br/>
        <w:t>v -0.262088 1.191806 -0.015532</w:t>
        <w:br/>
        <w:t>v -0.271611 1.184566 -0.016181</w:t>
        <w:br/>
        <w:t>v -0.259894 1.197274 0.009968</w:t>
        <w:br/>
        <w:t>v -0.256725 1.193613 -0.003046</w:t>
        <w:br/>
        <w:t>v -0.269846 1.180977 -0.001841</w:t>
        <w:br/>
        <w:t>v -0.273244 1.184868 0.012897</w:t>
        <w:br/>
        <w:t>v -0.280836 1.231977 -0.015588</w:t>
        <w:br/>
        <w:t>v -0.288438 1.235497 0.001307</w:t>
        <w:br/>
        <w:t>v -0.285610 1.231047 -0.016653</w:t>
        <w:br/>
        <w:t>v -0.235784 1.216366 0.009744</w:t>
        <w:br/>
        <w:t>v -0.241513 1.225790 0.018896</w:t>
        <w:br/>
        <w:t>v -0.226713 1.237417 0.019907</w:t>
        <w:br/>
        <w:t>v -0.220736 1.227030 0.010895</w:t>
        <w:br/>
        <w:t>v -0.278341 1.195993 -0.026295</w:t>
        <w:br/>
        <w:t>v -0.254752 1.248915 0.010448</w:t>
        <w:br/>
        <w:t>v -0.256791 1.253080 0.000049</w:t>
        <w:br/>
        <w:t>v -0.241991 1.264774 -0.000132</w:t>
        <w:br/>
        <w:t>v -0.239421 1.260443 0.010806</w:t>
        <w:br/>
        <w:t>v -0.184143 1.290102 0.025306</w:t>
        <w:br/>
        <w:t>v -0.207886 1.271224 0.021974</w:t>
        <w:br/>
        <w:t>v -0.213892 1.281031 0.011879</w:t>
        <w:br/>
        <w:t>v -0.190161 1.299792 0.013898</w:t>
        <w:br/>
        <w:t>v -0.190230 1.241394 -0.015588</w:t>
        <w:br/>
        <w:t>v -0.189189 1.240185 -0.000593</w:t>
        <w:br/>
        <w:t>v -0.163083 1.255710 0.000259</w:t>
        <w:br/>
        <w:t>v -0.163671 1.256535 -0.016584</w:t>
        <w:br/>
        <w:t>v -0.192375 1.245711 0.013558</w:t>
        <w:br/>
        <w:t>v -0.166393 1.261211 0.016732</w:t>
        <w:br/>
        <w:t>v -0.163083 1.255710 0.000259</w:t>
        <w:br/>
        <w:t>v -0.189189 1.240185 -0.000593</w:t>
        <w:br/>
        <w:t>v -0.193475 1.305047 -0.002469</w:t>
        <w:br/>
        <w:t>v -0.216793 1.286084 -0.001119</w:t>
        <w:br/>
        <w:t>v -0.214602 1.282740 -0.018736</w:t>
        <w:br/>
        <w:t>v -0.190580 1.300201 -0.021436</w:t>
        <w:br/>
        <w:t>v -0.199870 1.257989 0.022690</w:t>
        <w:br/>
        <w:t>v -0.174515 1.274473 0.026273</w:t>
        <w:br/>
        <w:t>v -0.208848 1.271731 -0.027810</w:t>
        <w:br/>
        <w:t>v -0.240347 1.262138 -0.016462</w:t>
        <w:br/>
        <w:t>v -0.234864 1.251512 -0.024856</w:t>
        <w:br/>
        <w:t>v -0.234293 1.251230 0.019179</w:t>
        <w:br/>
        <w:t>v -0.198926 1.255431 -0.029330</w:t>
        <w:br/>
        <w:t>v -0.225550 1.235275 -0.026657</w:t>
        <w:br/>
        <w:t>v -0.218095 1.222164 -0.002338</w:t>
        <w:br/>
        <w:t>v -0.249245 1.239825 0.017825</w:t>
        <w:br/>
        <w:t>v -0.317243 1.208641 -0.015538</w:t>
        <w:br/>
        <w:t>v -0.310739 1.197300 -0.026326</w:t>
        <w:br/>
        <w:t>v -0.296264 1.223022 -0.015159</w:t>
        <w:br/>
        <w:t>v -0.288787 1.209131 0.018606</w:t>
        <w:br/>
        <w:t>v -0.309117 1.194860 0.019781</w:t>
        <w:br/>
        <w:t>v -0.315395 1.205559 0.013075</w:t>
        <w:br/>
        <w:t>v -0.295462 1.220532 0.011498</w:t>
        <w:br/>
        <w:t>v -0.300588 1.179665 -0.029762</w:t>
        <w:br/>
        <w:t>v -0.293150 1.167151 -0.018296</w:t>
        <w:br/>
        <w:t>v -0.290987 1.163605 -0.000701</w:t>
        <w:br/>
        <w:t>v -0.290987 1.163605 -0.000701</w:t>
        <w:br/>
        <w:t>v -0.293793 1.168527 0.014395</w:t>
        <w:br/>
        <w:t>v -0.297885 1.225746 -0.000130</w:t>
        <w:br/>
        <w:t>v -0.318930 1.211640 -0.000421</w:t>
        <w:br/>
        <w:t>v -0.300446 1.180255 0.022779</w:t>
        <w:br/>
        <w:t>v -0.279982 1.194550 0.019857</w:t>
        <w:br/>
        <w:t>v -0.266954 1.239917 0.010261</w:t>
        <w:br/>
        <w:t>v -0.261164 1.230618 0.016993</w:t>
        <w:br/>
        <w:t>v -0.246366 1.204710 -0.015626</w:t>
        <w:br/>
        <w:t>v -0.246160 1.198891 -0.002062</w:t>
        <w:br/>
        <w:t>v -0.243942 1.203742 -0.002854</w:t>
        <w:br/>
        <w:t>v -0.253773 1.201691 0.010572</w:t>
        <w:br/>
        <w:t>v -0.264783 1.207248 0.017429</w:t>
        <w:br/>
        <w:t>v -0.268942 1.244189 0.000148</w:t>
        <w:br/>
        <w:t>v -0.281039 1.235850 -0.000212</w:t>
        <w:br/>
        <w:t>v -0.267331 1.241650 -0.016679</w:t>
        <w:br/>
        <w:t>v -0.251277 1.197841 -0.002488</w:t>
        <w:br/>
        <w:t>v -0.252397 1.215139 -0.025286</w:t>
        <w:br/>
        <w:t>v -0.249671 1.199818 -0.015780</w:t>
        <w:br/>
        <w:t>v -0.277915 1.231471 0.010604</w:t>
        <w:br/>
        <w:t>v -0.255203 1.250566 -0.016750</w:t>
        <w:br/>
        <w:t>v -0.280182 1.216848 0.017830</w:t>
        <w:br/>
        <w:t>v -0.285480 1.228488 0.012275</w:t>
        <w:br/>
        <w:t>v -0.272459 1.221380 0.016815</w:t>
        <w:br/>
        <w:t>v -0.239970 1.223961 -0.026561</w:t>
        <w:br/>
        <w:t>v -0.233267 1.211949 -0.003197</w:t>
        <w:br/>
        <w:t>v -0.249626 1.240627 -0.024524</w:t>
        <w:br/>
        <w:t>v -0.272725 1.200979 0.018433</w:t>
        <w:br/>
        <w:t>v -0.269243 1.225459 -0.024934</w:t>
        <w:br/>
        <w:t>v -0.261587 1.231652 -0.024594</w:t>
        <w:br/>
        <w:t>v -0.259292 1.209408 -0.026546</w:t>
        <w:br/>
        <w:t>v -0.274176 1.221601 -0.025107</w:t>
        <w:br/>
        <w:t>v -0.253704 1.198254 -0.015473</w:t>
        <w:br/>
        <w:t>v -0.264295 1.206081 -0.025734</w:t>
        <w:br/>
        <w:t>v -0.290806 1.226239 -0.015468</w:t>
        <w:br/>
        <w:t>v -0.245867 1.208768 0.009816</w:t>
        <w:br/>
        <w:t>v -0.243942 1.203742 -0.002854</w:t>
        <w:br/>
        <w:t>v -0.250797 1.218297 0.017642</w:t>
        <w:br/>
        <w:t>v -0.184500 1.290253 -0.030626</w:t>
        <w:br/>
        <w:t>v -0.173420 1.272253 -0.031914</w:t>
        <w:br/>
        <w:t>v -0.190580 1.300201 -0.021436</w:t>
        <w:br/>
        <w:t>v -0.184500 1.290253 -0.030626</w:t>
        <w:br/>
        <w:t>v -0.182759 1.290011 -0.028005</w:t>
        <w:br/>
        <w:t>v -0.188256 1.299029 -0.019636</w:t>
        <w:br/>
        <w:t>v -0.190161 1.299792 0.013898</w:t>
        <w:br/>
        <w:t>v -0.187876 1.298658 0.012415</w:t>
        <w:br/>
        <w:t>v -0.182441 1.289875 0.022805</w:t>
        <w:br/>
        <w:t>v -0.184143 1.290102 0.025306</w:t>
        <w:br/>
        <w:t>v -0.172705 1.273634 -0.029234</w:t>
        <w:br/>
        <w:t>v -0.173420 1.272253 -0.031914</w:t>
        <w:br/>
        <w:t>v -0.163671 1.256535 -0.016584</w:t>
        <w:br/>
        <w:t>v -0.163822 1.259276 -0.015305</w:t>
        <w:br/>
        <w:t>v -0.163083 1.255710 0.000259</w:t>
        <w:br/>
        <w:t>v -0.163281 1.258504 0.000056</w:t>
        <w:br/>
        <w:t>v -0.166393 1.261211 0.016732</w:t>
        <w:br/>
        <w:t>v -0.166303 1.263538 0.015080</w:t>
        <w:br/>
        <w:t>v -0.163281 1.258504 0.000056</w:t>
        <w:br/>
        <w:t>v -0.163083 1.255710 0.000259</w:t>
        <w:br/>
        <w:t>v -0.190867 1.303412 -0.002430</w:t>
        <w:br/>
        <w:t>v -0.193475 1.305047 -0.002469</w:t>
        <w:br/>
        <w:t>v -0.174515 1.274473 0.026273</w:t>
        <w:br/>
        <w:t>v -0.173702 1.275651 0.023739</w:t>
        <w:br/>
        <w:t>v -0.290892 1.223575 0.011284</w:t>
        <w:br/>
        <w:t>v -0.292525 1.229030 0.000051</w:t>
        <w:br/>
        <w:t>v -0.249203 1.203449 0.011683</w:t>
        <w:br/>
        <w:t>v -0.246160 1.198891 -0.002062</w:t>
        <w:br/>
        <w:t>v -0.251277 1.197841 -0.002488</w:t>
        <w:br/>
        <w:t>v -0.404008 1.121196 0.015202</w:t>
        <w:br/>
        <w:t>v -0.397387 1.113318 0.016531</w:t>
        <w:br/>
        <w:t>v -0.392670 1.107599 0.013732</w:t>
        <w:br/>
        <w:t>v -0.390853 1.105406 0.001245</w:t>
        <w:br/>
        <w:t>v -0.392956 1.108055 -0.013995</w:t>
        <w:br/>
        <w:t>v -0.390853 1.105406 0.001245</w:t>
        <w:br/>
        <w:t>v -0.397722 1.113776 -0.018632</w:t>
        <w:br/>
        <w:t>v -0.404730 1.122118 -0.016312</w:t>
        <w:br/>
        <w:t>v -0.407436 1.125565 -0.009799</w:t>
        <w:br/>
        <w:t>v -0.407185 1.125132 0.008438</w:t>
        <w:br/>
        <w:t>v -0.409188 1.127498 -0.000324</w:t>
        <w:br/>
        <w:t>v 0.031956 1.272630 0.149251</w:t>
        <w:br/>
        <w:t>v 0.015782 1.267097 0.151519</w:t>
        <w:br/>
        <w:t>v 0.016222 1.252590 0.151638</w:t>
        <w:br/>
        <w:t>v 0.028275 1.259117 0.151117</w:t>
        <w:br/>
        <w:t>v -0.000011 1.261109 0.152193</w:t>
        <w:br/>
        <w:t>v -0.000011 1.248174 0.151747</w:t>
        <w:br/>
        <w:t>v 0.016082 1.242194 0.149424</w:t>
        <w:br/>
        <w:t>v -0.000011 1.238636 0.150276</w:t>
        <w:br/>
        <w:t>v -0.000011 1.227595 0.146323</w:t>
        <w:br/>
        <w:t>v -0.016244 1.252590 0.151638</w:t>
        <w:br/>
        <w:t>v -0.015804 1.267097 0.151519</w:t>
        <w:br/>
        <w:t>v -0.031979 1.272630 0.149251</w:t>
        <w:br/>
        <w:t>v -0.028297 1.259117 0.151117</w:t>
        <w:br/>
        <w:t>v -0.016104 1.242194 0.149424</w:t>
        <w:br/>
        <w:t>v 0.015781 1.253343 0.160872</w:t>
        <w:br/>
        <w:t>v 0.015555 1.267236 0.155246</w:t>
        <w:br/>
        <w:t>v 0.032004 1.273794 0.153600</w:t>
        <w:br/>
        <w:t>v 0.033480 1.260296 0.160609</w:t>
        <w:br/>
        <w:t>v 0.082651 1.274843 0.140806</w:t>
        <w:br/>
        <w:t>v 0.080425 1.288248 0.129587</w:t>
        <w:br/>
        <w:t>v 0.089881 1.281783 0.113461</w:t>
        <w:br/>
        <w:t>v 0.092854 1.267973 0.123142</w:t>
        <w:br/>
        <w:t>v -0.000011 1.249243 0.160849</w:t>
        <w:br/>
        <w:t>v -0.000011 1.260916 0.156067</w:t>
        <w:br/>
        <w:t>v 0.051807 1.268573 0.158394</w:t>
        <w:br/>
        <w:t>v 0.048962 1.281041 0.150002</w:t>
        <w:br/>
        <w:t>v 0.065673 1.287699 0.141976</w:t>
        <w:br/>
        <w:t>v 0.069263 1.273494 0.153114</w:t>
        <w:br/>
        <w:t>v 0.069263 1.273494 0.153114</w:t>
        <w:br/>
        <w:t>v 0.065673 1.287699 0.141976</w:t>
        <w:br/>
        <w:t>v 0.070312 1.259234 0.158322</w:t>
        <w:br/>
        <w:t>v 0.083979 1.258271 0.147342</w:t>
        <w:br/>
        <w:t>v 0.051266 1.238445 0.162593</w:t>
        <w:br/>
        <w:t>v 0.069722 1.241850 0.159430</w:t>
        <w:br/>
        <w:t>v 0.049413 1.224796 0.158904</w:t>
        <w:br/>
        <w:t>v 0.094992 1.241109 0.043032</w:t>
        <w:br/>
        <w:t>v 0.095878 1.244986 0.062560</w:t>
        <w:br/>
        <w:t>v 0.095425 1.259412 0.059417</w:t>
        <w:br/>
        <w:t>v 0.095616 1.252965 0.039501</w:t>
        <w:br/>
        <w:t>v 0.091029 1.249424 0.016556</w:t>
        <w:br/>
        <w:t>v 0.016201 1.241798 0.162230</w:t>
        <w:br/>
        <w:t>v 0.034378 1.245470 0.162925</w:t>
        <w:br/>
        <w:t>v -0.000011 1.239011 0.161290</w:t>
        <w:br/>
        <w:t>v 0.083172 1.241002 0.148686</w:t>
        <w:br/>
        <w:t>v 0.066524 1.226974 0.156285</w:t>
        <w:br/>
        <w:t>v 0.070312 1.259234 0.158322</w:t>
        <w:br/>
        <w:t>v 0.093710 1.253445 0.128226</w:t>
        <w:br/>
        <w:t>v 0.051266 1.238445 0.162593</w:t>
        <w:br/>
        <w:t>v 0.033509 1.223615 0.159042</w:t>
        <w:br/>
        <w:t>v 0.033872 1.235075 0.162131</w:t>
        <w:br/>
        <w:t>v 0.094896 1.272747 0.093674</w:t>
        <w:br/>
        <w:t>v 0.097258 1.259037 0.101173</w:t>
        <w:br/>
        <w:t>v 0.021233 1.230061 0.161084</w:t>
        <w:br/>
        <w:t>v 0.009907 1.213149 0.155639</w:t>
        <w:br/>
        <w:t>v -0.000011 1.226553 0.158896</w:t>
        <w:br/>
        <w:t>v -0.000011 1.194897 0.149312</w:t>
        <w:br/>
        <w:t>v -0.000011 1.214069 0.155897</w:t>
        <w:br/>
        <w:t>v 0.095534 1.266054 0.076766</w:t>
        <w:br/>
        <w:t>v 0.097078 1.251386 0.081780</w:t>
        <w:br/>
        <w:t>v 0.052451 1.254502 0.162569</w:t>
        <w:br/>
        <w:t>v 0.031956 1.272630 0.149251</w:t>
        <w:br/>
        <w:t>v 0.015782 1.267097 0.151519</w:t>
        <w:br/>
        <w:t>v 0.016221 1.252590 0.151638</w:t>
        <w:br/>
        <w:t>v 0.028274 1.259117 0.151116</w:t>
        <w:br/>
        <w:t>v -0.000011 1.261109 0.152193</w:t>
        <w:br/>
        <w:t>v -0.000011 1.248174 0.151747</w:t>
        <w:br/>
        <w:t>v 0.016082 1.242194 0.149423</w:t>
        <w:br/>
        <w:t>v -0.000011 1.238636 0.150276</w:t>
        <w:br/>
        <w:t>v 0.031956 1.272630 0.149251</w:t>
        <w:br/>
        <w:t>v 0.032004 1.273794 0.153600</w:t>
        <w:br/>
        <w:t>v 0.015555 1.267236 0.155246</w:t>
        <w:br/>
        <w:t>v 0.015782 1.267097 0.151519</w:t>
        <w:br/>
        <w:t>v 0.089881 1.281783 0.113461</w:t>
        <w:br/>
        <w:t>v 0.080425 1.288248 0.129587</w:t>
        <w:br/>
        <w:t>v 0.077228 1.287410 0.127410</w:t>
        <w:br/>
        <w:t>v 0.085938 1.281890 0.111894</w:t>
        <w:br/>
        <w:t>v -0.000011 1.260916 0.156067</w:t>
        <w:br/>
        <w:t>v -0.000011 1.261109 0.152193</w:t>
        <w:br/>
        <w:t>v 0.065673 1.287699 0.141976</w:t>
        <w:br/>
        <w:t>v 0.048962 1.281041 0.150002</w:t>
        <w:br/>
        <w:t>v 0.047344 1.280120 0.146838</w:t>
        <w:br/>
        <w:t>v 0.063534 1.286473 0.139165</w:t>
        <w:br/>
        <w:t>v 0.065673 1.287699 0.141976</w:t>
        <w:br/>
        <w:t>v 0.063534 1.286473 0.139165</w:t>
        <w:br/>
        <w:t>v 0.095616 1.252965 0.039501</w:t>
        <w:br/>
        <w:t>v 0.095425 1.259412 0.059417</w:t>
        <w:br/>
        <w:t>v 0.089836 1.261985 0.062366</w:t>
        <w:br/>
        <w:t>v 0.092543 1.254759 0.039542</w:t>
        <w:br/>
        <w:t>v 0.091029 1.249424 0.016556</w:t>
        <w:br/>
        <w:t>v 0.091146 1.272688 0.090729</w:t>
        <w:br/>
        <w:t>v 0.094896 1.272747 0.093674</w:t>
        <w:br/>
        <w:t>v 0.090437 1.266916 0.076222</w:t>
        <w:br/>
        <w:t>v 0.095534 1.266054 0.076766</w:t>
        <w:br/>
        <w:t>v 0.091146 1.272688 0.090729</w:t>
        <w:br/>
        <w:t>v 0.012760 1.168039 0.145692</w:t>
        <w:br/>
        <w:t>v 0.013882 1.180158 0.148112</w:t>
        <w:br/>
        <w:t>v 0.029921 1.179856 0.145110</w:t>
        <w:br/>
        <w:t>v 0.028098 1.167892 0.142402</w:t>
        <w:br/>
        <w:t>v 0.037938 1.202315 0.150998</w:t>
        <w:br/>
        <w:t>v 0.032724 1.192841 0.148253</w:t>
        <w:br/>
        <w:t>v 0.015714 1.193091 0.151185</w:t>
        <w:br/>
        <w:t>v 0.023669 1.207723 0.156103</w:t>
        <w:br/>
        <w:t>v -0.000011 1.168177 0.146820</w:t>
        <w:br/>
        <w:t>v -0.000011 1.180555 0.149127</w:t>
        <w:br/>
        <w:t>v -0.000011 1.193561 0.151644</w:t>
        <w:br/>
        <w:t>v 0.010394 1.212319 0.157965</w:t>
        <w:br/>
        <w:t>v 0.011942 1.156943 0.143635</w:t>
        <w:br/>
        <w:t>v 0.026715 1.157003 0.140005</w:t>
        <w:br/>
        <w:t>v 0.033176 1.222347 0.161380</w:t>
        <w:br/>
        <w:t>v 0.021293 1.229093 0.163317</w:t>
        <w:br/>
        <w:t>v 0.045982 1.213878 0.156450</w:t>
        <w:br/>
        <w:t>v 0.010394 1.212319 0.157965</w:t>
        <w:br/>
        <w:t>v 0.009907 1.213149 0.155639</w:t>
        <w:br/>
        <w:t>v 0.021233 1.230061 0.161084</w:t>
        <w:br/>
        <w:t>v 0.021293 1.229093 0.163317</w:t>
        <w:br/>
        <w:t>v 0.033176 1.222347 0.161380</w:t>
        <w:br/>
        <w:t>v 0.021293 1.229093 0.163317</w:t>
        <w:br/>
        <w:t>v 0.021233 1.230061 0.161084</w:t>
        <w:br/>
        <w:t>v 0.033509 1.223615 0.159042</w:t>
        <w:br/>
        <w:t>v 0.047111 1.214830 0.154424</w:t>
        <w:br/>
        <w:t>v 0.045982 1.213878 0.156450</w:t>
        <w:br/>
        <w:t>v -0.000011 1.193561 0.151644</w:t>
        <w:br/>
        <w:t>v -0.000011 1.194897 0.149312</w:t>
        <w:br/>
        <w:t>v 0.033509 1.223615 0.159042</w:t>
        <w:br/>
        <w:t>v 0.047111 1.214830 0.154424</w:t>
        <w:br/>
        <w:t>v -0.000011 1.227595 0.146323</w:t>
        <w:br/>
        <w:t>v -0.000011 1.156895 0.144748</w:t>
        <w:br/>
        <w:t>v -0.032027 1.273794 0.153600</w:t>
        <w:br/>
        <w:t>v -0.015578 1.267236 0.155246</w:t>
        <w:br/>
        <w:t>v -0.015803 1.253343 0.160872</w:t>
        <w:br/>
        <w:t>v -0.033502 1.260296 0.160609</w:t>
        <w:br/>
        <w:t>v -0.089904 1.281783 0.113461</w:t>
        <w:br/>
        <w:t>v -0.080447 1.288248 0.129587</w:t>
        <w:br/>
        <w:t>v -0.082673 1.274843 0.140807</w:t>
        <w:br/>
        <w:t>v -0.092877 1.267972 0.123142</w:t>
        <w:br/>
        <w:t>v -0.065696 1.287699 0.141976</w:t>
        <w:br/>
        <w:t>v -0.048985 1.281041 0.150002</w:t>
        <w:br/>
        <w:t>v -0.051830 1.268573 0.158394</w:t>
        <w:br/>
        <w:t>v -0.069285 1.273494 0.153114</w:t>
        <w:br/>
        <w:t>v -0.069285 1.273494 0.153114</w:t>
        <w:br/>
        <w:t>v -0.065696 1.287699 0.141976</w:t>
        <w:br/>
        <w:t>v -0.070335 1.259234 0.158322</w:t>
        <w:br/>
        <w:t>v -0.084001 1.258271 0.147342</w:t>
        <w:br/>
        <w:t>v -0.069745 1.241850 0.159430</w:t>
        <w:br/>
        <w:t>v -0.051288 1.238446 0.162593</w:t>
        <w:br/>
        <w:t>v -0.049436 1.224796 0.158904</w:t>
        <w:br/>
        <w:t>v -0.095448 1.259412 0.059417</w:t>
        <w:br/>
        <w:t>v -0.095901 1.244986 0.062560</w:t>
        <w:br/>
        <w:t>v -0.095015 1.241109 0.043032</w:t>
        <w:br/>
        <w:t>v -0.095639 1.252965 0.039501</w:t>
        <w:br/>
        <w:t>v -0.091051 1.249424 0.016556</w:t>
        <w:br/>
        <w:t>v -0.016223 1.241798 0.162230</w:t>
        <w:br/>
        <w:t>v -0.034401 1.245470 0.162925</w:t>
        <w:br/>
        <w:t>v -0.066546 1.226974 0.156285</w:t>
        <w:br/>
        <w:t>v -0.083195 1.241002 0.148686</w:t>
        <w:br/>
        <w:t>v -0.052473 1.254502 0.162569</w:t>
        <w:br/>
        <w:t>v -0.070335 1.259234 0.158322</w:t>
        <w:br/>
        <w:t>v -0.093733 1.253445 0.128226</w:t>
        <w:br/>
        <w:t>v -0.033531 1.223615 0.159042</w:t>
        <w:br/>
        <w:t>v -0.051288 1.238446 0.162593</w:t>
        <w:br/>
        <w:t>v -0.033894 1.235075 0.162131</w:t>
        <w:br/>
        <w:t>v -0.094919 1.272747 0.093674</w:t>
        <w:br/>
        <w:t>v -0.097280 1.259037 0.101173</w:t>
        <w:br/>
        <w:t>v -0.009929 1.213149 0.155639</w:t>
        <w:br/>
        <w:t>v -0.021256 1.230061 0.161084</w:t>
        <w:br/>
        <w:t>v -0.095556 1.266054 0.076766</w:t>
        <w:br/>
        <w:t>v -0.097100 1.251386 0.081780</w:t>
        <w:br/>
        <w:t>v -0.016244 1.252590 0.151638</w:t>
        <w:br/>
        <w:t>v -0.015804 1.267097 0.151519</w:t>
        <w:br/>
        <w:t>v -0.031979 1.272630 0.149251</w:t>
        <w:br/>
        <w:t>v -0.028297 1.259117 0.151116</w:t>
        <w:br/>
        <w:t>v -0.016104 1.242194 0.149423</w:t>
        <w:br/>
        <w:t>v -0.015578 1.267236 0.155246</w:t>
        <w:br/>
        <w:t>v -0.032027 1.273794 0.153600</w:t>
        <w:br/>
        <w:t>v -0.031979 1.272630 0.149251</w:t>
        <w:br/>
        <w:t>v -0.015804 1.267097 0.151519</w:t>
        <w:br/>
        <w:t>v -0.077251 1.287410 0.127410</w:t>
        <w:br/>
        <w:t>v -0.080447 1.288248 0.129587</w:t>
        <w:br/>
        <w:t>v -0.089904 1.281783 0.113461</w:t>
        <w:br/>
        <w:t>v -0.085960 1.281890 0.111894</w:t>
        <w:br/>
        <w:t>v -0.047366 1.280120 0.146838</w:t>
        <w:br/>
        <w:t>v -0.048985 1.281041 0.150002</w:t>
        <w:br/>
        <w:t>v -0.065696 1.287699 0.141976</w:t>
        <w:br/>
        <w:t>v -0.063556 1.286473 0.139165</w:t>
        <w:br/>
        <w:t>v -0.063556 1.286473 0.139165</w:t>
        <w:br/>
        <w:t>v -0.065696 1.287699 0.141976</w:t>
        <w:br/>
        <w:t>v -0.089858 1.261985 0.062366</w:t>
        <w:br/>
        <w:t>v -0.095448 1.259412 0.059417</w:t>
        <w:br/>
        <w:t>v -0.095639 1.252965 0.039501</w:t>
        <w:br/>
        <w:t>v -0.092565 1.254759 0.039542</w:t>
        <w:br/>
        <w:t>v -0.091051 1.249424 0.016556</w:t>
        <w:br/>
        <w:t>v -0.094919 1.272747 0.093674</w:t>
        <w:br/>
        <w:t>v -0.091168 1.272688 0.090729</w:t>
        <w:br/>
        <w:t>v -0.095556 1.266054 0.076766</w:t>
        <w:br/>
        <w:t>v -0.090459 1.266916 0.076222</w:t>
        <w:br/>
        <w:t>v -0.091168 1.272688 0.090729</w:t>
        <w:br/>
        <w:t>v -0.029943 1.179856 0.145110</w:t>
        <w:br/>
        <w:t>v -0.013904 1.180158 0.148112</w:t>
        <w:br/>
        <w:t>v -0.012782 1.168039 0.145692</w:t>
        <w:br/>
        <w:t>v -0.028121 1.167892 0.142402</w:t>
        <w:br/>
        <w:t>v -0.015737 1.193091 0.151185</w:t>
        <w:br/>
        <w:t>v -0.032747 1.192841 0.148253</w:t>
        <w:br/>
        <w:t>v -0.037960 1.202315 0.150998</w:t>
        <w:br/>
        <w:t>v -0.023692 1.207723 0.156103</w:t>
        <w:br/>
        <w:t>v -0.010417 1.212319 0.157965</w:t>
        <w:br/>
        <w:t>v -0.011965 1.156943 0.143635</w:t>
        <w:br/>
        <w:t>v -0.026737 1.157003 0.140005</w:t>
        <w:br/>
        <w:t>v -0.033199 1.222347 0.161380</w:t>
        <w:br/>
        <w:t>v -0.021316 1.229093 0.163317</w:t>
        <w:br/>
        <w:t>v -0.046004 1.213878 0.156450</w:t>
        <w:br/>
        <w:t>v -0.021256 1.230061 0.161084</w:t>
        <w:br/>
        <w:t>v -0.009929 1.213149 0.155639</w:t>
        <w:br/>
        <w:t>v -0.010417 1.212319 0.157965</w:t>
        <w:br/>
        <w:t>v -0.021316 1.229093 0.163317</w:t>
        <w:br/>
        <w:t>v -0.021256 1.230061 0.161084</w:t>
        <w:br/>
        <w:t>v -0.021316 1.229093 0.163317</w:t>
        <w:br/>
        <w:t>v -0.033199 1.222347 0.161380</w:t>
        <w:br/>
        <w:t>v -0.033531 1.223615 0.159042</w:t>
        <w:br/>
        <w:t>v -0.047133 1.214830 0.154424</w:t>
        <w:br/>
        <w:t>v -0.046004 1.213878 0.156450</w:t>
        <w:br/>
        <w:t>v -0.000011 1.194897 0.149312</w:t>
        <w:br/>
        <w:t>v -0.000011 1.193561 0.151644</w:t>
        <w:br/>
        <w:t>v -0.033531 1.223615 0.159042</w:t>
        <w:br/>
        <w:t>v -0.047133 1.214830 0.154424</w:t>
        <w:br/>
        <w:t>v 0.458223 1.101840 -0.010507</w:t>
        <w:br/>
        <w:t>v 0.459772 1.103971 0.004160</w:t>
        <w:br/>
        <w:t>v 0.454075 1.112536 0.002848</w:t>
        <w:br/>
        <w:t>v 0.452393 1.109201 -0.012590</w:t>
        <w:br/>
        <w:t>v 0.455365 1.100143 0.017230</w:t>
        <w:br/>
        <w:t>v 0.449059 1.108081 0.017346</w:t>
        <w:br/>
        <w:t>v 0.469757 1.089873 -0.009823</w:t>
        <w:br/>
        <w:t>v 0.470911 1.092374 0.005379</w:t>
        <w:br/>
        <w:t>v 0.464521 1.083124 -0.022804</w:t>
        <w:br/>
        <w:t>v 0.452126 1.094651 -0.022923</w:t>
        <w:br/>
        <w:t>v 0.451374 1.044649 0.039696</w:t>
        <w:br/>
        <w:t>v 0.447250 1.046045 0.024780</w:t>
        <w:br/>
        <w:t>v 0.444272 1.052867 0.034672</w:t>
        <w:br/>
        <w:t>v 0.467204 1.089020 0.017945</w:t>
        <w:br/>
        <w:t>v 0.447741 1.088076 -0.027922</w:t>
        <w:br/>
        <w:t>v 0.460384 1.077739 -0.027789</w:t>
        <w:br/>
        <w:t>v 0.520425 1.034669 0.011741</w:t>
        <w:br/>
        <w:t>v 0.519311 1.035278 0.012301</w:t>
        <w:br/>
        <w:t>v 0.520816 1.043065 0.011395</w:t>
        <w:br/>
        <w:t>v 0.522525 1.042168 0.010135</w:t>
        <w:br/>
        <w:t>v 0.514928 1.026154 0.009162</w:t>
        <w:br/>
        <w:t>v 0.513313 1.025245 0.002122</w:t>
        <w:br/>
        <w:t>v 0.508086 1.026277 0.003089</w:t>
        <w:br/>
        <w:t>v 0.509425 1.027498 0.010911</w:t>
        <w:br/>
        <w:t>v 0.520425 1.034669 0.011741</w:t>
        <w:br/>
        <w:t>v 0.514928 1.026154 0.009162</w:t>
        <w:br/>
        <w:t>v 0.509425 1.027498 0.010911</w:t>
        <w:br/>
        <w:t>v 0.519311 1.035278 0.012301</w:t>
        <w:br/>
        <w:t>v 0.511870 1.054437 0.015216</w:t>
        <w:br/>
        <w:t>v 0.510336 1.058010 0.009999</w:t>
        <w:br/>
        <w:t>v 0.513756 1.055861 0.004526</w:t>
        <w:br/>
        <w:t>v 0.519940 1.044730 -0.004807</w:t>
        <w:br/>
        <w:t>v 0.521598 1.043884 -0.004258</w:t>
        <w:br/>
        <w:t>v 0.521881 1.048278 0.003703</w:t>
        <w:br/>
        <w:t>v 0.516911 1.037588 -0.006948</w:t>
        <w:br/>
        <w:t>v 0.517154 1.046082 -0.007522</w:t>
        <w:br/>
        <w:t>v 0.515448 1.038077 -0.006835</w:t>
        <w:br/>
        <w:t>v 0.515448 1.038077 -0.006835</w:t>
        <w:br/>
        <w:t>v 0.506431 1.029507 -0.004154</w:t>
        <w:br/>
        <w:t>v 0.508026 1.028200 -0.002595</w:t>
        <w:br/>
        <w:t>v 0.516911 1.037588 -0.006948</w:t>
        <w:br/>
        <w:t>v 0.510448 1.058736 0.000711</w:t>
        <w:br/>
        <w:t>v 0.509598 1.059412 0.004855</w:t>
        <w:br/>
        <w:t>v 0.507023 1.027550 0.019598</w:t>
        <w:br/>
        <w:t>v 0.498588 1.029974 0.019889</w:t>
        <w:br/>
        <w:t>v 0.498281 1.034228 0.028653</w:t>
        <w:br/>
        <w:t>v 0.508910 1.030459 0.026869</w:t>
        <w:br/>
        <w:t>v 0.511537 1.025801 0.019097</w:t>
        <w:br/>
        <w:t>v 0.512826 1.028236 0.025857</w:t>
        <w:br/>
        <w:t>v 0.508291 1.029047 0.012442</w:t>
        <w:br/>
        <w:t>v 0.501668 1.028601 0.012810</w:t>
        <w:br/>
        <w:t>v 0.507653 1.029107 0.014071</w:t>
        <w:br/>
        <w:t>v 0.518798 1.045492 0.022403</w:t>
        <w:br/>
        <w:t>v 0.518596 1.043914 0.013083</w:t>
        <w:br/>
        <w:t>v 0.519543 1.042018 0.014813</w:t>
        <w:br/>
        <w:t>v 0.512415 1.026999 -0.007577</w:t>
        <w:br/>
        <w:t>v 0.518785 1.036117 -0.007987</w:t>
        <w:br/>
        <w:t>v 0.523202 1.032543 -0.009490</w:t>
        <w:br/>
        <w:t>v 0.517709 1.025120 -0.008980</w:t>
        <w:br/>
        <w:t>v 0.521117 1.041853 -0.011973</w:t>
        <w:br/>
        <w:t>v 0.525367 1.037513 -0.013349</w:t>
        <w:br/>
        <w:t>v 0.523202 1.032543 -0.009490</w:t>
        <w:br/>
        <w:t>v 0.518785 1.036117 -0.007987</w:t>
        <w:br/>
        <w:t>v 0.509357 1.025076 -0.012441</w:t>
        <w:br/>
        <w:t>v 0.514645 1.022591 -0.013600</w:t>
        <w:br/>
        <w:t>v 0.520063 1.043357 -0.018937</w:t>
        <w:br/>
        <w:t>v 0.524662 1.038686 -0.019446</w:t>
        <w:br/>
        <w:t>v 0.516864 1.037646 -0.006983</w:t>
        <w:br/>
        <w:t>v 0.505453 1.028483 -0.005324</w:t>
        <w:br/>
        <w:t>v 0.506431 1.029507 -0.004154</w:t>
        <w:br/>
        <w:t>v 0.515448 1.038077 -0.006835</w:t>
        <w:br/>
        <w:t>v 0.516864 1.037646 -0.006983</w:t>
        <w:br/>
        <w:t>v 0.515448 1.038077 -0.006835</w:t>
        <w:br/>
        <w:t>v 0.517154 1.046082 -0.007522</w:t>
        <w:br/>
        <w:t>v 0.518344 1.044620 -0.010246</w:t>
        <w:br/>
        <w:t>v 0.512234 1.033414 -0.023511</w:t>
        <w:br/>
        <w:t>v 0.508399 1.026493 -0.019557</w:t>
        <w:br/>
        <w:t>v 0.514496 1.024112 -0.020699</w:t>
        <w:br/>
        <w:t>v 0.517630 1.029981 -0.024286</w:t>
        <w:br/>
        <w:t>v 0.521850 1.035707 -0.023772</w:t>
        <w:br/>
        <w:t>v 0.516540 1.039420 -0.023647</w:t>
        <w:br/>
        <w:t>v 0.512234 1.033414 -0.023511</w:t>
        <w:br/>
        <w:t>v 0.517630 1.029981 -0.024286</w:t>
        <w:br/>
        <w:t>v 0.505109 1.052623 -0.023746</w:t>
        <w:br/>
        <w:t>v 0.508831 1.054249 -0.017487</w:t>
        <w:br/>
        <w:t>v 0.505783 1.055994 -0.019078</w:t>
        <w:br/>
        <w:t>v 0.511628 1.018293 -0.032026</w:t>
        <w:br/>
        <w:t>v 0.509460 1.020003 -0.031299</w:t>
        <w:br/>
        <w:t>v 0.513939 1.023001 -0.025713</w:t>
        <w:br/>
        <w:t>v 0.515962 1.021514 -0.026166</w:t>
        <w:br/>
        <w:t>v 0.510495 1.039868 -0.027361</w:t>
        <w:br/>
        <w:t>v 0.508008 1.041365 -0.033231</w:t>
        <w:br/>
        <w:t>v 0.511345 1.038267 -0.034281</w:t>
        <w:br/>
        <w:t>v 0.512977 1.037036 -0.028597</w:t>
        <w:br/>
        <w:t>v 0.505142 1.050825 -0.025233</w:t>
        <w:br/>
        <w:t>v 0.500453 1.050251 -0.031400</w:t>
        <w:br/>
        <w:t>v 0.507097 1.047777 -0.025246</w:t>
        <w:br/>
        <w:t>v 0.504673 1.038512 -0.037427</w:t>
        <w:br/>
        <w:t>v 0.501436 1.034001 -0.037898</w:t>
        <w:br/>
        <w:t>v 0.504745 1.031166 -0.038615</w:t>
        <w:br/>
        <w:t>v 0.507794 1.035153 -0.038157</w:t>
        <w:br/>
        <w:t>v 0.511652 1.024003 -0.042295</w:t>
        <w:br/>
        <w:t>v 0.508301 1.022050 -0.037784</w:t>
        <w:br/>
        <w:t>v 0.510268 1.020193 -0.038416</w:t>
        <w:br/>
        <w:t>v 0.515621 1.029150 -0.041571</w:t>
        <w:br/>
        <w:t>v 0.518852 1.031400 -0.037607</w:t>
        <w:br/>
        <w:t>v 0.517225 1.032828 -0.036876</w:t>
        <w:br/>
        <w:t>v 0.513825 1.030433 -0.040639</w:t>
        <w:br/>
        <w:t>v 0.495903 1.032313 -0.034573</w:t>
        <w:br/>
        <w:t>v 0.490082 1.031389 -0.024677</w:t>
        <w:br/>
        <w:t>v 0.496647 1.029059 -0.026858</w:t>
        <w:br/>
        <w:t>v 0.479808 1.038178 -0.028260</w:t>
        <w:br/>
        <w:t>v 0.482041 1.032431 -0.013945</w:t>
        <w:br/>
        <w:t>v 0.463576 1.031823 0.037610</w:t>
        <w:br/>
        <w:t>v 0.459321 1.035199 0.034901</w:t>
        <w:br/>
        <w:t>v 0.461363 1.034973 0.044484</w:t>
        <w:br/>
        <w:t>v 0.467504 1.033474 0.029630</w:t>
        <w:br/>
        <w:t>v 0.469829 1.031814 0.032642</w:t>
        <w:br/>
        <w:t>v 0.469413 1.051561 0.047340</w:t>
        <w:br/>
        <w:t>v 0.472133 1.046488 0.048849</w:t>
        <w:br/>
        <w:t>v 0.465597 1.042293 0.049160</w:t>
        <w:br/>
        <w:t>v 0.461998 1.047085 0.047512</w:t>
        <w:br/>
        <w:t>v 0.482993 1.042044 0.037007</w:t>
        <w:br/>
        <w:t>v 0.478981 1.036547 0.032375</w:t>
        <w:br/>
        <w:t>v 0.479757 1.036072 0.035471</w:t>
        <w:br/>
        <w:t>v 0.482899 1.041076 0.038525</w:t>
        <w:br/>
        <w:t>v 0.482255 1.047352 0.039883</w:t>
        <w:br/>
        <w:t>v 0.477777 1.047835 0.044720</w:t>
        <w:br/>
        <w:t>v 0.476696 1.052626 0.043655</w:t>
        <w:br/>
        <w:t>v 0.482951 1.051922 0.039362</w:t>
        <w:br/>
        <w:t>v 0.486100 1.030500 0.001429</w:t>
        <w:br/>
        <w:t>v 0.488552 1.030502 0.015505</w:t>
        <w:br/>
        <w:t>v 0.500566 1.027588 0.004104</w:t>
        <w:br/>
        <w:t>v 0.488146 1.050345 0.036759</w:t>
        <w:br/>
        <w:t>v 0.490499 1.056931 0.033738</w:t>
        <w:br/>
        <w:t>v 0.494038 1.048791 0.034767</w:t>
        <w:br/>
        <w:t>v 0.488280 1.036674 0.029512</w:t>
        <w:br/>
        <w:t>v 0.481473 1.037294 0.031054</w:t>
        <w:br/>
        <w:t>v 0.485278 1.042812 0.036046</w:t>
        <w:br/>
        <w:t>v 0.490932 1.042927 0.034805</w:t>
        <w:br/>
        <w:t>v 0.497197 1.028153 -0.010342</w:t>
        <w:br/>
        <w:t>v 0.494242 1.029941 -0.018341</w:t>
        <w:br/>
        <w:t>v 0.439368 1.057966 0.006481</w:t>
        <w:br/>
        <w:t>v 0.447313 1.047732 0.009095</w:t>
        <w:br/>
        <w:t>v 0.441613 1.059318 -0.006404</w:t>
        <w:br/>
        <w:t>v 0.450968 1.051283 -0.006831</w:t>
        <w:br/>
        <w:t>v 0.453043 1.057207 -0.023019</w:t>
        <w:br/>
        <w:t>v 0.463934 1.066299 -0.030123</w:t>
        <w:br/>
        <w:t>v 0.462136 1.057180 -0.028810</w:t>
        <w:br/>
        <w:t>v 0.456657 1.045955 -0.007683</w:t>
        <w:br/>
        <w:t>v 0.467909 1.045149 -0.026000</w:t>
        <w:br/>
        <w:t>v 0.458821 1.051921 -0.023498</w:t>
        <w:br/>
        <w:t>v 0.463229 1.035136 0.022446</w:t>
        <w:br/>
        <w:t>v 0.454134 1.039797 0.030863</w:t>
        <w:br/>
        <w:t>v 0.475514 1.034269 0.019220</w:t>
        <w:br/>
        <w:t>v 0.464909 1.059802 0.044265</w:t>
        <w:br/>
        <w:t>v 0.456904 1.054033 0.044702</w:t>
        <w:br/>
        <w:t>v 0.478398 1.065303 0.036495</w:t>
        <w:br/>
        <w:t>v 0.477187 1.067495 0.035075</w:t>
        <w:br/>
        <w:t>v 0.479252 1.069395 0.031731</w:t>
        <w:br/>
        <w:t>v 0.442260 1.052031 0.021060</w:t>
        <w:br/>
        <w:t>v 0.437127 1.060142 0.017912</w:t>
        <w:br/>
        <w:t>v 0.499983 1.028565 -0.001953</w:t>
        <w:br/>
        <w:t>v 0.512338 1.054786 -0.007483</w:t>
        <w:br/>
        <w:t>v 0.517853 1.052196 0.004175</w:t>
        <w:br/>
        <w:t>v 0.509120 1.042950 -0.024767</w:t>
        <w:br/>
        <w:t>v 0.516341 1.046661 -0.018626</w:t>
        <w:br/>
        <w:t>v 0.454508 1.041702 0.011743</w:t>
        <w:br/>
        <w:t>v 0.503151 1.045590 0.032928</w:t>
        <w:br/>
        <w:t>v 0.500891 1.041472 0.033670</w:t>
        <w:br/>
        <w:t>v 0.500891 1.041472 0.033670</w:t>
        <w:br/>
        <w:t>v 0.512964 1.036279 0.031246</w:t>
        <w:br/>
        <w:t>v 0.508721 1.038495 0.032419</w:t>
        <w:br/>
        <w:t>v 0.512410 1.045859 0.028923</w:t>
        <w:br/>
        <w:t>v 0.516847 1.042508 0.027997</w:t>
        <w:br/>
        <w:t>v 0.497389 1.054446 0.031478</w:t>
        <w:br/>
        <w:t>v 0.505529 1.049371 0.030928</w:t>
        <w:br/>
        <w:t>v 0.498096 1.036837 -0.037652</w:t>
        <w:br/>
        <w:t>v 0.498046 1.044533 -0.036436</w:t>
        <w:br/>
        <w:t>v 0.490228 1.043372 -0.036139</w:t>
        <w:br/>
        <w:t>v 0.488548 1.037412 -0.033114</w:t>
        <w:br/>
        <w:t>v 0.498096 1.036837 -0.037652</w:t>
        <w:br/>
        <w:t>v 0.490228 1.043372 -0.036139</w:t>
        <w:br/>
        <w:t>v 0.479611 1.043370 -0.032573</w:t>
        <w:br/>
        <w:t>v 0.512964 1.036279 0.031246</w:t>
        <w:br/>
        <w:t>v 0.516193 1.034399 0.030249</w:t>
        <w:br/>
        <w:t>v 0.476434 1.039134 0.051210</w:t>
        <w:br/>
        <w:t>v 0.471596 1.035272 0.051787</w:t>
        <w:br/>
        <w:t>v 0.468624 1.038507 0.050464</w:t>
        <w:br/>
        <w:t>v 0.474285 1.042352 0.050120</w:t>
        <w:br/>
        <w:t>v 0.461363 1.034973 0.044484</w:t>
        <w:br/>
        <w:t>v 0.456749 1.038993 0.042457</w:t>
        <w:br/>
        <w:t>v 0.482044 1.032931 0.038099</w:t>
        <w:br/>
        <w:t>v 0.484501 1.037769 0.040639</w:t>
        <w:br/>
        <w:t>v 0.479358 1.043968 0.046090</w:t>
        <w:br/>
        <w:t>v 0.481158 1.040443 0.047711</w:t>
        <w:br/>
        <w:t>v 0.490081 1.031893 0.048297</w:t>
        <w:br/>
        <w:t>v 0.487855 1.032537 0.052251</w:t>
        <w:br/>
        <w:t>v 0.486236 1.034432 0.051089</w:t>
        <w:br/>
        <w:t>v 0.488843 1.033612 0.047238</w:t>
        <w:br/>
        <w:t>v 0.473659 1.030634 0.034810</w:t>
        <w:br/>
        <w:t>v 0.467969 1.029128 0.039216</w:t>
        <w:br/>
        <w:t>v 0.471881 1.026222 0.041316</w:t>
        <w:br/>
        <w:t>v 0.476987 1.027811 0.037326</w:t>
        <w:br/>
        <w:t>v 0.478533 1.026663 0.056120</w:t>
        <w:br/>
        <w:t>v 0.476433 1.021851 0.053000</w:t>
        <w:br/>
        <w:t>v 0.476665 1.028557 0.054973</w:t>
        <w:br/>
        <w:t>v 0.520040 1.040303 0.027359</w:t>
        <w:br/>
        <w:t>v 0.516193 1.034399 0.030249</w:t>
        <w:br/>
        <w:t>v 0.531964 1.023172 0.030526</w:t>
        <w:br/>
        <w:t>v 0.528767 1.018156 0.026622</w:t>
        <w:br/>
        <w:t>v 0.525907 1.019855 0.026366</w:t>
        <w:br/>
        <w:t>v 0.529109 1.025106 0.030408</w:t>
        <w:br/>
        <w:t>v 0.516759 1.023512 0.018735</w:t>
        <w:br/>
        <w:t>v 0.517765 1.025170 0.025077</w:t>
        <w:br/>
        <w:t>v 0.525030 1.018594 0.019202</w:t>
        <w:br/>
        <w:t>v 0.527835 1.016543 0.019196</w:t>
        <w:br/>
        <w:t>v 0.521896 1.042782 0.021988</w:t>
        <w:br/>
        <w:t>v 0.519266 1.034740 0.012254</w:t>
        <w:br/>
        <w:t>v 0.522266 1.040048 0.015485</w:t>
        <w:br/>
        <w:t>v 0.517839 1.035725 0.011986</w:t>
        <w:br/>
        <w:t>v 0.527026 1.021024 0.012695</w:t>
        <w:br/>
        <w:t>v 0.529496 1.019850 0.012579</w:t>
        <w:br/>
        <w:t>v 0.533555 1.026571 0.011563</w:t>
        <w:br/>
        <w:t>v 0.531274 1.027842 0.011602</w:t>
        <w:br/>
        <w:t>v 0.518820 1.024986 0.012996</w:t>
        <w:br/>
        <w:t>v 0.513069 1.027159 0.013417</w:t>
        <w:br/>
        <w:t>v 0.521516 1.020858 0.018941</w:t>
        <w:br/>
        <w:t>v 0.523251 1.023093 0.012863</w:t>
        <w:br/>
        <w:t>v 0.520402 1.024597 0.007943</w:t>
        <w:br/>
        <w:t>v 0.525090 1.032051 0.010118</w:t>
        <w:br/>
        <w:t>v 0.529422 1.029889 0.010020</w:t>
        <w:br/>
        <w:t>v 0.524763 1.022730 0.007644</w:t>
        <w:br/>
        <w:t>v 0.530662 1.018429 0.000238</w:t>
        <w:br/>
        <w:t>v 0.528173 1.019625 0.000525</w:t>
        <w:br/>
        <w:t>v 0.529650 1.020602 0.007673</w:t>
        <w:br/>
        <w:t>v 0.532243 1.019534 0.007495</w:t>
        <w:br/>
        <w:t>v 0.532926 1.035707 0.007692</w:t>
        <w:br/>
        <w:t>v 0.528356 1.038241 0.008054</w:t>
        <w:br/>
        <w:t>v 0.529385 1.041318 0.002481</w:t>
        <w:br/>
        <w:t>v 0.534094 1.038626 0.001959</w:t>
        <w:br/>
        <w:t>v 0.520132 1.025941 -0.004264</w:t>
        <w:br/>
        <w:t>v 0.524703 1.024509 -0.005003</w:t>
        <w:br/>
        <w:t>v 0.529011 1.031536 -0.007155</w:t>
        <w:br/>
        <w:t>v 0.524797 1.034068 -0.006509</w:t>
        <w:br/>
        <w:t>v 0.537195 1.034751 -0.004630</w:t>
        <w:br/>
        <w:t>v 0.539615 1.033770 -0.005233</w:t>
        <w:br/>
        <w:t>v 0.540700 1.034678 0.001121</w:t>
        <w:br/>
        <w:t>v 0.538509 1.035891 0.001382</w:t>
        <w:br/>
        <w:t>v 0.529164 1.019354 -0.010672</w:t>
        <w:br/>
        <w:t>v 0.526323 1.020689 -0.010299</w:t>
        <w:br/>
        <w:t>v 0.531368 1.027801 -0.009728</w:t>
        <w:br/>
        <w:t>v 0.534021 1.026366 -0.010186</w:t>
        <w:br/>
        <w:t>v 0.526161 1.016141 -0.016460</w:t>
        <w:br/>
        <w:t>v 0.522998 1.017560 -0.015526</w:t>
        <w:br/>
        <w:t>v 0.529988 1.034504 -0.014194</w:t>
        <w:br/>
        <w:t>v 0.529248 1.035560 -0.020714</w:t>
        <w:br/>
        <w:t>v 0.522508 1.019463 -0.023805</w:t>
        <w:br/>
        <w:t>v 0.525015 1.017942 -0.024740</w:t>
        <w:br/>
        <w:t>v 0.527258 1.023053 -0.028405</w:t>
        <w:br/>
        <w:t>v 0.525112 1.024734 -0.027379</w:t>
        <w:br/>
        <w:t>v 0.534390 1.031844 -0.021877</w:t>
        <w:br/>
        <w:t>v 0.532257 1.033439 -0.021404</w:t>
        <w:br/>
        <w:t>v 0.529138 1.030512 -0.026376</w:t>
        <w:br/>
        <w:t>v 0.531261 1.028982 -0.027047</w:t>
        <w:br/>
        <w:t>v 0.519301 1.021547 -0.022167</w:t>
        <w:br/>
        <w:t>v 0.519639 1.019672 -0.014766</w:t>
        <w:br/>
        <w:t>v 0.508721 1.038495 0.032419</w:t>
        <w:br/>
        <w:t>v 0.451374 1.044649 0.039696</w:t>
        <w:br/>
        <w:t>v 0.437682 1.066132 0.028361</w:t>
        <w:br/>
        <w:t>v 0.444917 1.076648 0.034136</w:t>
        <w:br/>
        <w:t>v 0.447936 1.070779 0.037398</w:t>
        <w:br/>
        <w:t>v 0.441213 1.058202 0.031996</w:t>
        <w:br/>
        <w:t>v 0.470203 1.036295 0.005456</w:t>
        <w:br/>
        <w:t>v 0.466965 1.039164 -0.009326</w:t>
        <w:br/>
        <w:t>v 0.444272 1.052867 0.034672</w:t>
        <w:br/>
        <w:t>v 0.450842 1.064998 0.040216</w:t>
        <w:br/>
        <w:t>v 0.508812 1.051308 0.027673</w:t>
        <w:br/>
        <w:t>v 0.514774 1.049171 0.023165</w:t>
        <w:br/>
        <w:t>v 0.509967 1.054862 0.019591</w:t>
        <w:br/>
        <w:t>v 0.516103 1.049056 0.014271</w:t>
        <w:br/>
        <w:t>v 0.513051 1.050284 -0.018056</w:t>
        <w:br/>
        <w:t>v 0.476509 1.019964 0.050370</w:t>
        <w:br/>
        <w:t>v 0.474259 1.022292 0.050459</w:t>
        <w:br/>
        <w:t>v 0.482556 1.043412 0.041111</w:t>
        <w:br/>
        <w:t>v 0.536694 1.032088 0.022209</w:t>
        <w:br/>
        <w:t>v 0.534923 1.029184 0.028025</w:t>
        <w:br/>
        <w:t>v 0.532592 1.030627 0.027607</w:t>
        <w:br/>
        <w:t>v 0.534558 1.033406 0.022125</w:t>
        <w:br/>
        <w:t>v 0.530831 1.034625 0.016179</w:t>
        <w:br/>
        <w:t>v 0.531351 1.035542 0.022012</w:t>
        <w:br/>
        <w:t>v 0.526683 1.038613 0.021873</w:t>
        <w:br/>
        <w:t>v 0.525947 1.037045 0.015948</w:t>
        <w:br/>
        <w:t>v 0.536727 1.026024 0.010412</w:t>
        <w:br/>
        <w:t>v 0.534137 1.027318 0.010558</w:t>
        <w:br/>
        <w:t>v 0.538301 1.028947 0.009752</w:t>
        <w:br/>
        <w:t>v 0.529476 1.022450 -0.006296</w:t>
        <w:br/>
        <w:t>v 0.532069 1.021430 -0.006749</w:t>
        <w:br/>
        <w:t>v 0.515327 1.050366 -0.007501</w:t>
        <w:br/>
        <w:t>v 0.497309 1.050343 -0.033431</w:t>
        <w:br/>
        <w:t>v 0.502810 1.047678 -0.031837</w:t>
        <w:br/>
        <w:t>v 0.501508 1.041348 -0.036850</w:t>
        <w:br/>
        <w:t>v 0.505395 1.044407 -0.032500</w:t>
        <w:br/>
        <w:t>v 0.523217 1.047087 0.003275</w:t>
        <w:br/>
        <w:t>v 0.518845 1.036963 -0.006782</w:t>
        <w:br/>
        <w:t>v 0.491231 1.059535 0.031797</w:t>
        <w:br/>
        <w:t>v 0.484120 1.065540 0.032446</w:t>
        <w:br/>
        <w:t>v 0.474858 1.060641 0.041633</w:t>
        <w:br/>
        <w:t>v 0.478374 1.053427 -0.033202</w:t>
        <w:br/>
        <w:t>v 0.484281 1.048353 -0.034487</w:t>
        <w:br/>
        <w:t>v 0.498951 1.052822 -0.030247</w:t>
        <w:br/>
        <w:t>v 0.517964 1.035839 0.012213</w:t>
        <w:br/>
        <w:t>v 0.513726 1.027412 -0.003495</w:t>
        <w:br/>
        <w:t>v 0.503403 1.026777 -0.011399</w:t>
        <w:br/>
        <w:t>v 0.518845 1.036963 -0.006782</w:t>
        <w:br/>
        <w:t>v 0.502330 1.028081 -0.018890</w:t>
        <w:br/>
        <w:t>v 0.513069 1.027159 0.013417</w:t>
        <w:br/>
        <w:t>v 0.518820 1.024986 0.012996</w:t>
        <w:br/>
        <w:t>v 0.523429 1.032278 0.012540</w:t>
        <w:br/>
        <w:t>v 0.519266 1.034740 0.012254</w:t>
        <w:br/>
        <w:t>v 0.526023 1.044493 0.002899</w:t>
        <w:br/>
        <w:t>v 0.525168 1.040447 0.009012</w:t>
        <w:br/>
        <w:t>v 0.524552 1.042294 -0.003703</w:t>
        <w:br/>
        <w:t>v 0.516951 1.026731 -0.003953</w:t>
        <w:br/>
        <w:t>v 0.521871 1.035770 -0.006519</w:t>
        <w:br/>
        <w:t>v 0.516160 1.024485 0.001784</w:t>
        <w:br/>
        <w:t>v 0.518978 1.023598 0.001489</w:t>
        <w:br/>
        <w:t>v 0.517745 1.025383 0.008462</w:t>
        <w:br/>
        <w:t>v 0.522748 1.033413 0.010787</w:t>
        <w:br/>
        <w:t>v 0.517745 1.025383 0.008462</w:t>
        <w:br/>
        <w:t>v 0.509870 1.034949 -0.023671</w:t>
        <w:br/>
        <w:t>v 0.512245 1.042076 -0.024155</w:t>
        <w:br/>
        <w:t>v 0.508611 1.041954 -0.026297</w:t>
        <w:br/>
        <w:t>v 0.508956 1.034110 -0.024108</w:t>
        <w:br/>
        <w:t>v 0.506959 1.035616 -0.022846</w:t>
        <w:br/>
        <w:t>v 0.525043 1.036526 0.026608</w:t>
        <w:br/>
        <w:t>v 0.521407 1.031132 0.029104</w:t>
        <w:br/>
        <w:t>v 0.521407 1.031132 0.029104</w:t>
        <w:br/>
        <w:t>v 0.509870 1.034949 -0.023671</w:t>
        <w:br/>
        <w:t>v 0.465427 1.031446 0.045983</w:t>
        <w:br/>
        <w:t>v 0.446158 1.100365 -0.025359</w:t>
        <w:br/>
        <w:t>v 0.437770 1.087499 -0.029294</w:t>
        <w:br/>
        <w:t>v 0.444060 1.083064 -0.027478</w:t>
        <w:br/>
        <w:t>v 0.432467 1.067551 -0.006649</w:t>
        <w:br/>
        <w:t>v 0.425688 1.072336 -0.007089</w:t>
        <w:br/>
        <w:t>v 0.424332 1.071448 0.004524</w:t>
        <w:br/>
        <w:t>v 0.431297 1.066273 0.005130</w:t>
        <w:br/>
        <w:t>v 0.431107 1.068178 0.015994</w:t>
        <w:br/>
        <w:t>v 0.424724 1.073662 0.015737</w:t>
        <w:br/>
        <w:t>v 0.430468 1.077729 -0.020619</w:t>
        <w:br/>
        <w:t>v 0.436981 1.073523 -0.019821</w:t>
        <w:br/>
        <w:t>v 0.444060 1.083064 -0.027478</w:t>
        <w:br/>
        <w:t>v 0.437770 1.087499 -0.029294</w:t>
        <w:br/>
        <w:t>v 0.445084 1.066484 -0.019861</w:t>
        <w:br/>
        <w:t>v 0.433403 1.073400 0.025721</w:t>
        <w:br/>
        <w:t>v 0.440506 1.083040 0.031208</w:t>
        <w:br/>
        <w:t>v 0.427717 1.079139 0.025190</w:t>
        <w:br/>
        <w:t>v 0.433715 1.088895 0.030567</w:t>
        <w:br/>
        <w:t>v 0.463934 1.066299 -0.030123</w:t>
        <w:br/>
        <w:t>v 0.467613 1.071145 -0.029123</w:t>
        <w:br/>
        <w:t>v 0.456989 1.072504 -0.028577</w:t>
        <w:br/>
        <w:t>v 0.447967 1.091840 0.027146</w:t>
        <w:br/>
        <w:t>v 0.440669 1.099366 0.027252</w:t>
        <w:br/>
        <w:t>v 0.517839 1.035725 0.011986</w:t>
        <w:br/>
        <w:t>v 0.517964 1.035839 0.012213</w:t>
        <w:br/>
        <w:t>v 0.507653 1.029107 0.014071</w:t>
        <w:br/>
        <w:t>v 0.517839 1.035725 0.011986</w:t>
        <w:br/>
        <w:t>v 0.447544 1.123440 0.001638</w:t>
        <w:br/>
        <w:t>v 0.445059 1.120067 -0.015382</w:t>
        <w:br/>
        <w:t>v 0.436749 1.111273 -0.030036</w:t>
        <w:br/>
        <w:t>v 0.411522 1.093186 0.026866</w:t>
        <w:br/>
        <w:t>v 0.414208 1.089898 -0.026126</w:t>
        <w:br/>
        <w:t>v 0.407136 1.085231 -0.010251</w:t>
        <w:br/>
        <w:t>v 0.424861 1.099723 -0.035496</w:t>
        <w:br/>
        <w:t>v 0.441711 1.093153 -0.030352</w:t>
        <w:br/>
        <w:t>v 0.424861 1.099723 -0.035496</w:t>
        <w:br/>
        <w:t>v 0.406625 1.087852 0.017643</w:t>
        <w:br/>
        <w:t>v 0.427717 1.079139 0.025190</w:t>
        <w:br/>
        <w:t>v 0.405362 1.084804 0.002531</w:t>
        <w:br/>
        <w:t>v 0.430841 1.111797 0.029227</w:t>
        <w:br/>
        <w:t>v 0.441823 1.120129 0.017635</w:t>
        <w:br/>
        <w:t>v 0.443633 1.123674 0.001761</w:t>
        <w:br/>
        <w:t>v 0.441758 1.120669 -0.013594</w:t>
        <w:br/>
        <w:t>v 0.433855 1.112730 -0.027114</w:t>
        <w:br/>
        <w:t>v 0.410912 1.096141 0.024309</w:t>
        <w:br/>
        <w:t>v 0.419326 1.104566 0.029191</w:t>
        <w:br/>
        <w:t>v 0.420669 1.102577 0.032621</w:t>
        <w:br/>
        <w:t>v 0.412941 1.092538 -0.023978</w:t>
        <w:br/>
        <w:t>v 0.406857 1.088609 -0.009135</w:t>
        <w:br/>
        <w:t>v 0.422978 1.101955 -0.031659</w:t>
        <w:br/>
        <w:t>v 0.424861 1.099723 -0.035496</w:t>
        <w:br/>
        <w:t>v 0.424861 1.099723 -0.035496</w:t>
        <w:br/>
        <w:t>v 0.430590 1.105160 -0.035310</w:t>
        <w:br/>
        <w:t>v 0.427671 1.106940 -0.031587</w:t>
        <w:br/>
        <w:t>v 0.422978 1.101955 -0.031659</w:t>
        <w:br/>
        <w:t>v 0.410912 1.096141 0.024309</w:t>
        <w:br/>
        <w:t>v 0.411522 1.093186 0.026866</w:t>
        <w:br/>
        <w:t>v 0.406625 1.087852 0.017643</w:t>
        <w:br/>
        <w:t>v 0.406781 1.091386 0.015787</w:t>
        <w:br/>
        <w:t>v 0.405235 1.088163 0.002426</w:t>
        <w:br/>
        <w:t>v 0.437953 1.120417 0.016463</w:t>
        <w:br/>
        <w:t>v 0.440140 1.112930 0.001779</w:t>
        <w:br/>
        <w:t>v 0.438319 1.108744 -0.009305</w:t>
        <w:br/>
        <w:t>v 0.440305 1.118546 -0.011834</w:t>
        <w:br/>
        <w:t>v 0.441993 1.121670 0.001585</w:t>
        <w:br/>
        <w:t>v 0.432903 1.110893 -0.023255</w:t>
        <w:br/>
        <w:t>v 0.433988 1.098630 -0.013790</w:t>
        <w:br/>
        <w:t>v 0.420293 1.103788 0.025087</w:t>
        <w:br/>
        <w:t>v 0.413133 1.096340 0.021142</w:t>
        <w:br/>
        <w:t>v 0.424697 1.093506 0.016736</w:t>
        <w:br/>
        <w:t>v 0.409461 1.090238 -0.007668</w:t>
        <w:br/>
        <w:t>v 0.423182 1.087741 -0.011608</w:t>
        <w:br/>
        <w:t>v 0.420190 1.084762 0.000858</w:t>
        <w:br/>
        <w:t>v 0.414357 1.094133 -0.020342</w:t>
        <w:br/>
        <w:t>v 0.423407 1.101811 -0.027903</w:t>
        <w:br/>
        <w:t>v 0.428428 1.092684 -0.016431</w:t>
        <w:br/>
        <w:t>v 0.428428 1.092684 -0.016431</w:t>
        <w:br/>
        <w:t>v 0.427449 1.105678 -0.027140</w:t>
        <w:br/>
        <w:t>v 0.419971 1.088485 0.013411</w:t>
        <w:br/>
        <w:t>v 0.413133 1.096340 0.021142</w:t>
        <w:br/>
        <w:t>v 0.409470 1.092320 0.013678</w:t>
        <w:br/>
        <w:t>v 0.407956 1.089909 0.002171</w:t>
        <w:br/>
        <w:t>v 0.435558 1.109527 0.013051</w:t>
        <w:br/>
        <w:t>v 0.428170 1.110646 0.022881</w:t>
        <w:br/>
        <w:t>v 0.429984 1.098766 0.015420</w:t>
        <w:br/>
        <w:t>v 0.436736 1.117555 0.014487</w:t>
        <w:br/>
        <w:t>v 0.440305 1.118546 -0.011834</w:t>
        <w:br/>
        <w:t>v 0.441993 1.121670 0.001585</w:t>
        <w:br/>
        <w:t>v 0.432903 1.110893 -0.023255</w:t>
        <w:br/>
        <w:t>v 0.413133 1.096340 0.021142</w:t>
        <w:br/>
        <w:t>v 0.420293 1.103788 0.025087</w:t>
        <w:br/>
        <w:t>v 0.414357 1.094133 -0.020342</w:t>
        <w:br/>
        <w:t>v 0.409461 1.090238 -0.007668</w:t>
        <w:br/>
        <w:t>v 0.423407 1.101811 -0.027903</w:t>
        <w:br/>
        <w:t>v 0.427449 1.105678 -0.027140</w:t>
        <w:br/>
        <w:t>v 0.406781 1.091386 0.015787</w:t>
        <w:br/>
        <w:t>v 0.409470 1.092320 0.013678</w:t>
        <w:br/>
        <w:t>v 0.413133 1.096340 0.021142</w:t>
        <w:br/>
        <w:t>v 0.407956 1.089909 0.002171</w:t>
        <w:br/>
        <w:t>v 0.405235 1.088163 0.002426</w:t>
        <w:br/>
        <w:t>v 0.437953 1.120417 0.016463</w:t>
        <w:br/>
        <w:t>v 0.428170 1.110646 0.022881</w:t>
        <w:br/>
        <w:t>v 0.436736 1.117555 0.014487</w:t>
        <w:br/>
        <w:t>v 0.456749 1.038993 0.042457</w:t>
        <w:br/>
        <w:t>v 0.479026 1.019348 0.045575</w:t>
        <w:br/>
        <w:t>v 0.477231 1.020916 0.044527</w:t>
        <w:br/>
        <w:t>v 0.474259 1.022292 0.050459</w:t>
        <w:br/>
        <w:t>v 0.476509 1.019964 0.050370</w:t>
        <w:br/>
        <w:t>v 0.433403 1.073400 0.025721</w:t>
        <w:br/>
        <w:t>v 0.465427 1.031446 0.045983</w:t>
        <w:br/>
        <w:t>v 0.490932 1.042927 0.034805</w:t>
        <w:br/>
        <w:t>v 0.485278 1.042812 0.036046</w:t>
        <w:br/>
        <w:t>v 0.482993 1.042044 0.037007</w:t>
        <w:br/>
        <w:t>v 0.482899 1.041076 0.038525</w:t>
        <w:br/>
        <w:t>v 0.517964 1.035839 0.012213</w:t>
        <w:br/>
        <w:t>v 0.517964 1.035839 0.012213</w:t>
        <w:br/>
        <w:t>v 0.536698 1.031326 0.015579</w:t>
        <w:br/>
        <w:t>v 0.534138 1.032629 0.015756</w:t>
        <w:br/>
        <w:t>v 0.534994 1.028831 0.013135</w:t>
        <w:br/>
        <w:t>v 0.529422 1.029889 0.010020</w:t>
        <w:br/>
        <w:t>v 0.525090 1.032051 0.010118</w:t>
        <w:br/>
        <w:t>v 0.522748 1.033413 0.010787</w:t>
        <w:br/>
        <w:t>v 0.537650 1.030797 -0.007833</w:t>
        <w:br/>
        <w:t>v 0.534021 1.026366 -0.010186</w:t>
        <w:br/>
        <w:t>v 0.531368 1.027801 -0.009728</w:t>
        <w:br/>
        <w:t>v 0.534845 1.029216 -0.011808</w:t>
        <w:br/>
        <w:t>v 0.521871 1.035770 -0.006519</w:t>
        <w:br/>
        <w:t>v 0.507661 1.035800 -0.023054</w:t>
        <w:br/>
        <w:t>v 0.507661 1.035800 -0.023054</w:t>
        <w:br/>
        <w:t>v 0.529049 1.025639 -0.028412</w:t>
        <w:br/>
        <w:t>v 0.513402 1.026398 -0.042372</w:t>
        <w:br/>
        <w:t>v 0.489663 1.051780 -0.033910</w:t>
        <w:br/>
        <w:t>v 0.495346 1.046499 -0.035875</w:t>
        <w:br/>
        <w:t>v 0.474221 1.056980 -0.032320</w:t>
        <w:br/>
        <w:t>v 0.478374 1.053427 -0.033202</w:t>
        <w:br/>
        <w:t>v 0.476854 1.061646 -0.031485</w:t>
        <w:br/>
        <w:t>v 0.486191 1.055274 -0.032828</w:t>
        <w:br/>
        <w:t>v 0.484281 1.048353 -0.034487</w:t>
        <w:br/>
        <w:t>v 0.430590 1.105160 -0.035310</w:t>
        <w:br/>
        <w:t>v 0.423407 1.101811 -0.027903</w:t>
        <w:br/>
        <w:t>v 0.484501 1.037769 0.040639</w:t>
        <w:br/>
        <w:t>v 0.484064 1.039426 0.043303</w:t>
        <w:br/>
        <w:t>v 0.519783 1.026809 -0.026844</w:t>
        <w:br/>
        <w:t>v 0.517853 1.027844 -0.026468</w:t>
        <w:br/>
        <w:t>v 0.520543 1.028312 -0.028666</w:t>
        <w:br/>
        <w:t>v 0.508007 1.027551 -0.024249</w:t>
        <w:br/>
        <w:t>v 0.503435 1.024752 -0.029204</w:t>
        <w:br/>
        <w:t>v 0.500123 1.027045 -0.028112</w:t>
        <w:br/>
        <w:t>v 0.504992 1.029330 -0.023378</w:t>
        <w:br/>
        <w:t>v 0.520788 1.030575 -0.031688</w:t>
        <w:br/>
        <w:t>v 0.518972 1.031953 -0.030704</w:t>
        <w:br/>
        <w:t>v 0.511527 1.032360 -0.039616</w:t>
        <w:br/>
        <w:t>v 0.507860 1.028046 -0.040049</w:t>
        <w:br/>
        <w:t>v 0.504745 1.031166 -0.038615</w:t>
        <w:br/>
        <w:t>v 0.501436 1.034001 -0.037898</w:t>
        <w:br/>
        <w:t>v 0.499432 1.029748 -0.035018</w:t>
        <w:br/>
        <w:t>v 0.502768 1.027117 -0.035551</w:t>
        <w:br/>
        <w:t>v 0.481407 1.032673 0.054858</w:t>
        <w:br/>
        <w:t>v 0.482958 1.030787 0.055923</w:t>
        <w:br/>
        <w:t>v 0.484089 1.031006 0.039222</w:t>
        <w:br/>
        <w:t>v 0.486098 1.035433 0.042173</w:t>
        <w:br/>
        <w:t>v 0.482328 1.022810 0.040849</w:t>
        <w:br/>
        <w:t>v 0.484028 1.021164 0.042261</w:t>
        <w:br/>
        <w:t>v 0.469255 1.028265 0.047627</w:t>
        <w:br/>
        <w:t>v 0.489090 1.026025 0.042716</w:t>
        <w:br/>
        <w:t>v 0.487422 1.027777 0.041277</w:t>
        <w:br/>
        <w:t>v 0.469255 1.028265 0.047627</w:t>
        <w:br/>
        <w:t>v 0.489176 1.032036 0.044391</w:t>
        <w:br/>
        <w:t>v 0.490776 1.030280 0.045446</w:t>
        <w:br/>
        <w:t>v 0.481105 1.060391 0.037379</w:t>
        <w:br/>
        <w:t>v 0.476605 1.065196 0.038256</w:t>
        <w:br/>
        <w:t>v 0.473575 1.065701 0.039192</w:t>
        <w:br/>
        <w:t>v 0.466104 1.067460 0.039964</w:t>
        <w:br/>
        <w:t>v 0.462605 1.080945 0.029640</w:t>
        <w:br/>
        <w:t>v 0.451702 1.081783 0.032383</w:t>
        <w:br/>
        <w:t>v 0.420669 1.102577 0.032621</w:t>
        <w:br/>
        <w:t>v 0.428393 1.112736 0.026211</w:t>
        <w:br/>
        <w:t>v 0.459328 1.070605 0.038870</w:t>
        <w:br/>
        <w:t>v 0.455510 1.075044 0.035985</w:t>
        <w:br/>
        <w:t>v 0.448574 1.089596 0.024944</w:t>
        <w:br/>
        <w:t>v 0.447967 1.091840 0.027146</w:t>
        <w:br/>
        <w:t>v 0.462605 1.080945 0.029640</w:t>
        <w:br/>
        <w:t>v 0.461504 1.079354 0.027857</w:t>
        <w:br/>
        <w:t>v 0.455744 1.074555 0.033151</w:t>
        <w:br/>
        <w:t>v 0.459687 1.070182 0.036035</w:t>
        <w:br/>
        <w:t>v 0.459328 1.070605 0.038870</w:t>
        <w:br/>
        <w:t>v 0.455510 1.075044 0.035985</w:t>
        <w:br/>
        <w:t>v 0.466104 1.067460 0.039964</w:t>
        <w:br/>
        <w:t>v 0.465201 1.067726 0.036669</w:t>
        <w:br/>
        <w:t>v 0.472078 1.065815 0.036039</w:t>
        <w:br/>
        <w:t>v 0.473575 1.065701 0.039192</w:t>
        <w:br/>
        <w:t>v 0.467610 1.073765 0.030177</w:t>
        <w:br/>
        <w:t>v 0.469538 1.074560 0.032292</w:t>
        <w:br/>
        <w:t>v 0.477187 1.067495 0.035075</w:t>
        <w:br/>
        <w:t>v 0.474503 1.067301 0.032579</w:t>
        <w:br/>
        <w:t>v 0.452007 1.080961 0.029728</w:t>
        <w:br/>
        <w:t>v 0.451702 1.081783 0.032383</w:t>
        <w:br/>
        <w:t>v 0.447967 1.091840 0.027146</w:t>
        <w:br/>
        <w:t>v 0.448574 1.089596 0.024944</w:t>
        <w:br/>
        <w:t>v 0.448574 1.089596 0.024944</w:t>
        <w:br/>
        <w:t>v 0.456797 1.083811 0.018656</w:t>
        <w:br/>
        <w:t>v 0.449734 1.085249 0.019581</w:t>
        <w:br/>
        <w:t>v 0.461504 1.079354 0.027857</w:t>
        <w:br/>
        <w:t>v 0.467610 1.073765 0.030177</w:t>
        <w:br/>
        <w:t>v 0.466612 1.074129 0.026329</w:t>
        <w:br/>
        <w:t>v 0.454457 1.071891 0.030558</w:t>
        <w:br/>
        <w:t>v 0.458994 1.068474 0.034167</w:t>
        <w:br/>
        <w:t>v 0.459687 1.070182 0.036035</w:t>
        <w:br/>
        <w:t>v 0.455744 1.074555 0.033151</w:t>
        <w:br/>
        <w:t>v 0.464227 1.066969 0.035252</w:t>
        <w:br/>
        <w:t>v 0.465201 1.067726 0.036669</w:t>
        <w:br/>
        <w:t>v 0.470719 1.064734 0.034771</w:t>
        <w:br/>
        <w:t>v 0.472078 1.065815 0.036039</w:t>
        <w:br/>
        <w:t>v 0.475110 1.064432 0.032892</w:t>
        <w:br/>
        <w:t>v 0.475363 1.065540 0.033707</w:t>
        <w:br/>
        <w:t>v 0.474395 1.065472 0.035129</w:t>
        <w:br/>
        <w:t>v 0.473523 1.064196 0.034117</w:t>
        <w:br/>
        <w:t>v 0.449734 1.085249 0.019581</w:t>
        <w:br/>
        <w:t>v 0.449799 1.076917 0.025397</w:t>
        <w:br/>
        <w:t>v 0.448574 1.089596 0.024944</w:t>
        <w:br/>
        <w:t>v 0.474395 1.065472 0.035129</w:t>
        <w:br/>
        <w:t>v 0.478398 1.065303 0.036495</w:t>
        <w:br/>
        <w:t>v 0.475363 1.065540 0.033707</w:t>
        <w:br/>
        <w:t>v 0.484437 1.068150 -0.024602</w:t>
        <w:br/>
        <w:t>v 0.478358 1.070153 -0.026516</w:t>
        <w:br/>
        <w:t>v 0.482717 1.065929 -0.027590</w:t>
        <w:br/>
        <w:t>v 0.491399 1.075364 -0.003017</w:t>
        <w:br/>
        <w:t>v 0.483874 1.078261 -0.011813</w:t>
        <w:br/>
        <w:t>v 0.490323 1.072746 -0.012154</w:t>
        <w:br/>
        <w:t>v 0.481224 1.074987 -0.019615</w:t>
        <w:br/>
        <w:t>v 0.471349 1.077177 -0.024098</w:t>
        <w:br/>
        <w:t>v 0.490159 1.077537 0.005285</w:t>
        <w:br/>
        <w:t>v 0.478397 1.086696 0.005677</w:t>
        <w:br/>
        <w:t>v 0.486488 1.078383 0.014420</w:t>
        <w:br/>
        <w:t>v 0.476523 1.084484 -0.010626</w:t>
        <w:br/>
        <w:t>v 0.476373 1.082550 0.018959</w:t>
        <w:br/>
        <w:t>v 0.470422 1.050173 -0.030394</w:t>
        <w:br/>
        <w:t>v 0.474221 1.056980 -0.032320</w:t>
        <w:br/>
        <w:t>v 0.456989 1.072504 -0.028577</w:t>
        <w:br/>
        <w:t>v 0.437682 1.066132 0.028361</w:t>
        <w:br/>
        <w:t>v 0.441213 1.058202 0.031996</w:t>
        <w:br/>
        <w:t>v 0.452007 1.080961 0.029728</w:t>
        <w:br/>
        <w:t>v 0.437444 1.102057 -0.006466</w:t>
        <w:br/>
        <w:t>v 0.437760 1.102914 0.002389</w:t>
        <w:br/>
        <w:t>v 0.434891 1.101918 0.010245</w:t>
        <w:br/>
        <w:t>v 0.522389 1.022191 0.025553</w:t>
        <w:br/>
        <w:t>v 0.525833 1.027799 0.029505</w:t>
        <w:br/>
        <w:t>v 0.527700 1.029802 0.012265</w:t>
        <w:br/>
        <w:t>v 0.523251 1.023093 0.012863</w:t>
        <w:br/>
        <w:t>v 0.520402 1.024597 0.007943</w:t>
        <w:br/>
        <w:t>v 0.524763 1.022730 0.007644</w:t>
        <w:br/>
        <w:t>v 0.523396 1.021826 0.001040</w:t>
        <w:br/>
        <w:t>v 0.528243 1.040119 -0.003370</w:t>
        <w:br/>
        <w:t>v 0.524797 1.034068 -0.006509</w:t>
        <w:br/>
        <w:t>v 0.529011 1.031536 -0.007155</w:t>
        <w:br/>
        <w:t>v 0.532890 1.037430 -0.003714</w:t>
        <w:br/>
        <w:t>v 0.511396 1.025010 -0.025067</w:t>
        <w:br/>
        <w:t>v 0.506971 1.022040 -0.030460</w:t>
        <w:br/>
        <w:t>v 0.506020 1.024108 -0.036674</w:t>
        <w:br/>
        <w:t>v 0.507860 1.028046 -0.040049</w:t>
        <w:br/>
        <w:t>v 0.471337 1.025959 0.048831</w:t>
        <w:br/>
        <w:t>v 0.474000 1.024329 0.042533</w:t>
        <w:br/>
        <w:t>v 0.527850 1.029651 -0.009951</w:t>
        <w:br/>
        <w:t>v 0.522712 1.022472 -0.009958</w:t>
        <w:br/>
        <w:t>v 0.522236 1.026905 -0.025914</w:t>
        <w:br/>
        <w:t>v 0.479014 1.025895 0.038721</w:t>
        <w:br/>
        <w:t>v 0.475363 1.065540 0.033707</w:t>
        <w:br/>
        <w:t>v 0.474363 1.066323 0.031049</w:t>
        <w:br/>
        <w:t>v 0.474503 1.067301 0.032579</w:t>
        <w:br/>
        <w:t>v 0.475363 1.065540 0.033707</w:t>
        <w:br/>
        <w:t>v 0.475110 1.064432 0.032892</w:t>
        <w:br/>
        <w:t>v 0.481012 1.060905 -0.031201</w:t>
        <w:br/>
        <w:t>v 0.483080 1.037795 0.049059</w:t>
        <w:br/>
        <w:t>v 0.486128 1.036813 0.044993</w:t>
        <w:br/>
        <w:t>v 0.527850 1.029651 -0.009951</w:t>
        <w:br/>
        <w:t>v 0.523429 1.032278 0.012540</w:t>
        <w:br/>
        <w:t>v 0.529569 1.033192 0.027007</w:t>
        <w:br/>
        <w:t>v 0.525833 1.027799 0.029505</w:t>
        <w:br/>
        <w:t>v 0.511615 1.031902 -0.024964</w:t>
        <w:br/>
        <w:t>v 0.516673 1.033910 -0.029991</w:t>
        <w:br/>
        <w:t>v 0.515094 1.029559 -0.025926</w:t>
        <w:br/>
        <w:t>v 0.469538 1.074560 0.032292</w:t>
        <w:br/>
        <w:t>v 0.514933 1.034890 -0.035881</w:t>
        <w:br/>
        <w:t>v 0.471337 1.025959 0.048831</w:t>
        <w:br/>
        <w:t>v 0.473835 1.032444 0.053063</w:t>
        <w:br/>
        <w:t>v 0.527700 1.029802 0.012265</w:t>
        <w:br/>
        <w:t>v 0.522236 1.026905 -0.025914</w:t>
        <w:br/>
        <w:t>v 0.526216 1.032631 -0.025280</w:t>
        <w:br/>
        <w:t>v 0.478585 1.036240 0.052693</w:t>
        <w:br/>
        <w:t>v 0.486098 1.035433 0.042173</w:t>
        <w:br/>
        <w:t>v 0.529109 1.025106 0.030408</w:t>
        <w:br/>
        <w:t>v 0.534137 1.027318 0.010558</w:t>
        <w:br/>
        <w:t>v 0.529650 1.020602 0.007673</w:t>
        <w:br/>
        <w:t>v 0.537422 1.033233 0.007354</w:t>
        <w:br/>
        <w:t>v 0.533516 1.029014 -0.008421</w:t>
        <w:br/>
        <w:t>v 0.533220 1.032605 -0.014733</w:t>
        <w:br/>
        <w:t>v 0.511615 1.031902 -0.024964</w:t>
        <w:br/>
        <w:t>v 0.515094 1.029559 -0.025926</w:t>
        <w:br/>
        <w:t>v 0.519783 1.026809 -0.026844</w:t>
        <w:br/>
        <w:t>v 0.517853 1.027844 -0.026468</w:t>
        <w:br/>
        <w:t>v 0.500708 1.030858 -0.021495</w:t>
        <w:br/>
        <w:t>v 0.506959 1.035616 -0.022846</w:t>
        <w:br/>
        <w:t>v 0.508956 1.034110 -0.024108</w:t>
        <w:br/>
        <w:t>v 0.530126 1.018124 0.025568</w:t>
        <w:br/>
        <w:t>v 0.533258 1.022692 0.029026</w:t>
        <w:br/>
        <w:t>v 0.529122 1.016636 0.019085</w:t>
        <w:br/>
        <w:t>v 0.530940 1.019361 0.013468</w:t>
        <w:br/>
        <w:t>v 0.535029 1.025225 0.012935</w:t>
        <w:br/>
        <w:t>v 0.535029 1.025225 0.012935</w:t>
        <w:br/>
        <w:t>v 0.536178 1.027234 0.014184</w:t>
        <w:br/>
        <w:t>v 0.533555 1.026571 0.011563</w:t>
        <w:br/>
        <w:t>v 0.534215 1.024378 0.028479</w:t>
        <w:br/>
        <w:t>v 0.533258 1.022692 0.029026</w:t>
        <w:br/>
        <w:t>v 0.532863 1.025247 0.030726</w:t>
        <w:br/>
        <w:t>v 0.534542 1.020175 0.006359</w:t>
        <w:br/>
        <w:t>v 0.532846 1.018543 -0.000253</w:t>
        <w:br/>
        <w:t>v 0.537254 1.027125 -0.008143</w:t>
        <w:br/>
        <w:t>v 0.535939 1.027935 -0.008956</w:t>
        <w:br/>
        <w:t>v 0.539644 1.027758 0.007972</w:t>
        <w:br/>
        <w:t>v 0.538202 1.025209 0.008637</w:t>
        <w:br/>
        <w:t>v 0.533921 1.021456 -0.006048</w:t>
        <w:br/>
        <w:t>v 0.536727 1.026024 0.010412</w:t>
        <w:br/>
        <w:t>v 0.538202 1.025209 0.008637</w:t>
        <w:br/>
        <w:t>v 0.537254 1.027125 -0.008143</w:t>
        <w:br/>
        <w:t>v 0.535939 1.027935 -0.008956</w:t>
        <w:br/>
        <w:t>v 0.530524 1.019159 -0.012562</w:t>
        <w:br/>
        <w:t>v 0.534710 1.025328 -0.011913</w:t>
        <w:br/>
        <w:t>v 0.527376 1.016227 -0.017012</w:t>
        <w:br/>
        <w:t>v 0.527253 1.017580 -0.024163</w:t>
        <w:br/>
        <w:t>v 0.529052 1.022443 -0.027552</w:t>
        <w:br/>
        <w:t>v 0.530549 1.024778 -0.027562</w:t>
        <w:br/>
        <w:t>v 0.527258 1.023053 -0.028405</w:t>
        <w:br/>
        <w:t>v 0.529052 1.022443 -0.027552</w:t>
        <w:br/>
        <w:t>v 0.534710 1.025328 -0.011913</w:t>
        <w:br/>
        <w:t>v 0.535586 1.027475 -0.013416</w:t>
        <w:br/>
        <w:t>v 0.516969 1.020762 -0.027495</w:t>
        <w:br/>
        <w:t>v 0.513205 1.018035 -0.032691</w:t>
        <w:br/>
        <w:t>v 0.513082 1.023075 -0.042018</w:t>
        <w:br/>
        <w:t>v 0.511778 1.019443 -0.038254</w:t>
        <w:br/>
        <w:t>v 0.514767 1.025046 -0.042366</w:t>
        <w:br/>
        <w:t>v 0.511652 1.024003 -0.042295</w:t>
        <w:br/>
        <w:t>v 0.513082 1.023075 -0.042018</w:t>
        <w:br/>
        <w:t>v 0.520542 1.025338 -0.028449</w:t>
        <w:br/>
        <w:t>v 0.521200 1.026924 -0.029948</w:t>
        <w:br/>
        <w:t>v 0.520542 1.025338 -0.028449</w:t>
        <w:br/>
        <w:t>v 0.516237 1.027936 -0.041031</w:t>
        <w:br/>
        <w:t>v 0.519158 1.030448 -0.037651</w:t>
        <w:br/>
        <w:t>v 0.514413 1.025659 -0.041636</w:t>
        <w:br/>
        <w:t>v 0.520920 1.029594 -0.032361</w:t>
        <w:br/>
        <w:t>v 0.520438 1.027596 -0.030368</w:t>
        <w:br/>
        <w:t>v 0.514767 1.025046 -0.042366</w:t>
        <w:br/>
        <w:t>v 0.514413 1.025659 -0.041636</w:t>
        <w:br/>
        <w:t>v 0.513402 1.026398 -0.042372</w:t>
        <w:br/>
        <w:t>v 0.531975 1.028224 -0.026320</w:t>
        <w:br/>
        <w:t>v 0.534636 1.030804 -0.021931</w:t>
        <w:br/>
        <w:t>v 0.530157 1.025481 -0.027323</w:t>
        <w:br/>
        <w:t>v 0.535571 1.031284 -0.015159</w:t>
        <w:br/>
        <w:t>v 0.535611 1.029810 -0.016130</w:t>
        <w:br/>
        <w:t>v 0.534954 1.027918 -0.013577</w:t>
        <w:br/>
        <w:t>v 0.534845 1.029216 -0.011808</w:t>
        <w:br/>
        <w:t>v 0.534954 1.027918 -0.013577</w:t>
        <w:br/>
        <w:t>v 0.535586 1.027475 -0.013416</w:t>
        <w:br/>
        <w:t>v 0.539615 1.033770 -0.005233</w:t>
        <w:br/>
        <w:t>v 0.539891 1.032335 -0.004352</w:t>
        <w:br/>
        <w:t>v 0.541041 1.033624 0.000952</w:t>
        <w:br/>
        <w:t>v 0.538335 1.030048 -0.006360</w:t>
        <w:br/>
        <w:t>v 0.540163 1.031027 0.006190</w:t>
        <w:br/>
        <w:t>v 0.539674 1.032053 0.007202</w:t>
        <w:br/>
        <w:t>v 0.538725 1.028518 0.007875</w:t>
        <w:br/>
        <w:t>v 0.538301 1.028947 0.009752</w:t>
        <w:br/>
        <w:t>v 0.538725 1.028518 0.007875</w:t>
        <w:br/>
        <w:t>v 0.539644 1.027758 0.007972</w:t>
        <w:br/>
        <w:t>v 0.538999 1.029336 -0.006807</w:t>
        <w:br/>
        <w:t>v 0.537191 1.030766 0.021972</w:t>
        <w:br/>
        <w:t>v 0.535659 1.028105 0.026600</w:t>
        <w:br/>
        <w:t>v 0.536908 1.029997 0.016339</w:t>
        <w:br/>
        <w:t>v 0.536698 1.031326 0.015579</w:t>
        <w:br/>
        <w:t>v 0.535544 1.027938 0.014440</w:t>
        <w:br/>
        <w:t>v 0.533651 1.024820 0.028296</w:t>
        <w:br/>
        <w:t>v 0.532863 1.025247 0.030726</w:t>
        <w:br/>
        <w:t>v 0.533651 1.024820 0.028296</w:t>
        <w:br/>
        <w:t>v 0.534215 1.024378 0.028479</w:t>
        <w:br/>
        <w:t>v 0.536178 1.027234 0.014184</w:t>
        <w:br/>
        <w:t>v 0.480520 1.018746 0.046814</w:t>
        <w:br/>
        <w:t>v 0.478255 1.019599 0.051178</w:t>
        <w:br/>
        <w:t>v 0.490776 1.030280 0.045446</w:t>
        <w:br/>
        <w:t>v 0.489579 1.024785 0.043770</w:t>
        <w:br/>
        <w:t>v 0.491086 1.028698 0.046806</w:t>
        <w:br/>
        <w:t>v 0.484775 1.020344 0.043208</w:t>
        <w:br/>
        <w:t>v 0.490811 1.029771 0.048980</w:t>
        <w:br/>
        <w:t>v 0.489176 1.032036 0.044391</w:t>
        <w:br/>
        <w:t>v 0.489910 1.030836 0.048639</w:t>
        <w:br/>
        <w:t>v 0.487834 1.031479 0.052298</w:t>
        <w:br/>
        <w:t>v 0.479247 1.025950 0.055610</w:t>
        <w:br/>
        <w:t>v 0.477339 1.021962 0.052856</w:t>
        <w:br/>
        <w:t>v 0.477530 1.020587 0.050961</w:t>
        <w:br/>
        <w:t>v 0.483499 1.029972 0.055645</w:t>
        <w:br/>
        <w:t>v 0.476509 1.019964 0.050370</w:t>
        <w:br/>
        <w:t>v 0.478255 1.019599 0.051178</w:t>
        <w:br/>
        <w:t>v 0.490811 1.029771 0.048980</w:t>
        <w:br/>
        <w:t>v 0.489910 1.030836 0.048639</w:t>
        <w:br/>
        <w:t>v 0.490081 1.031893 0.048297</w:t>
        <w:br/>
        <w:t>v 0.489468 1.030411 0.048695</w:t>
        <w:br/>
        <w:t>v 0.487412 1.030946 0.051864</w:t>
        <w:br/>
        <w:t>v 0.479579 1.025883 0.055008</w:t>
        <w:br/>
        <w:t>v 0.477885 1.022176 0.052595</w:t>
        <w:br/>
        <w:t>v 0.478163 1.021043 0.050790</w:t>
        <w:br/>
        <w:t>v 0.483455 1.029448 0.054882</w:t>
        <w:br/>
        <w:t>v 0.478943 1.020278 0.051226</w:t>
        <w:br/>
        <w:t>v 0.489468 1.030411 0.048695</w:t>
        <w:br/>
        <w:t>v 0.490013 1.029326 0.049084</w:t>
        <w:br/>
        <w:t>v 0.480520 1.018746 0.046814</w:t>
        <w:br/>
        <w:t>v 0.478255 1.019599 0.051178</w:t>
        <w:br/>
        <w:t>v 0.478943 1.020278 0.051226</w:t>
        <w:br/>
        <w:t>v 0.480829 1.019444 0.047557</w:t>
        <w:br/>
        <w:t>v 0.489579 1.024785 0.043770</w:t>
        <w:br/>
        <w:t>v 0.489016 1.024727 0.044673</w:t>
        <w:br/>
        <w:t>v 0.490369 1.028136 0.047177</w:t>
        <w:br/>
        <w:t>v 0.484775 1.020344 0.043208</w:t>
        <w:br/>
        <w:t>v 0.485171 1.020906 0.044281</w:t>
        <w:br/>
        <w:t>v 0.490811 1.029771 0.048980</w:t>
        <w:br/>
        <w:t>v 0.491086 1.028698 0.046806</w:t>
        <w:br/>
        <w:t>v 0.490369 1.028136 0.047177</w:t>
        <w:br/>
        <w:t>v 0.490013 1.029326 0.049084</w:t>
        <w:br/>
        <w:t>v 0.536827 1.029928 0.021609</w:t>
        <w:br/>
        <w:t>v 0.535604 1.027737 0.026046</w:t>
        <w:br/>
        <w:t>v 0.535147 1.027615 0.015210</w:t>
        <w:br/>
        <w:t>v 0.536391 1.029150 0.016900</w:t>
        <w:br/>
        <w:t>v 0.533623 1.024852 0.027403</w:t>
        <w:br/>
        <w:t>v 0.533623 1.024852 0.027403</w:t>
        <w:br/>
        <w:t>v 0.534017 1.024493 0.027419</w:t>
        <w:br/>
        <w:t>v 0.535756 1.026879 0.015102</w:t>
        <w:br/>
        <w:t>v 0.535147 1.027615 0.015210</w:t>
        <w:br/>
        <w:t>v 0.530927 1.018585 0.024934</w:t>
        <w:br/>
        <w:t>v 0.533527 1.022661 0.027628</w:t>
        <w:br/>
        <w:t>v 0.529952 1.017190 0.019142</w:t>
        <w:br/>
        <w:t>v 0.534809 1.024412 0.013859</w:t>
        <w:br/>
        <w:t>v 0.531314 1.020133 0.014706</w:t>
        <w:br/>
        <w:t>v 0.534809 1.024412 0.013859</w:t>
        <w:br/>
        <w:t>v 0.535756 1.026879 0.015102</w:t>
        <w:br/>
        <w:t>v 0.533527 1.022661 0.027628</w:t>
        <w:br/>
        <w:t>v 0.534017 1.024493 0.027419</w:t>
        <w:br/>
        <w:t>v 0.539751 1.031609 -0.004047</w:t>
        <w:br/>
        <w:t>v 0.541028 1.032949 0.000908</w:t>
        <w:br/>
        <w:t>v 0.538384 1.029717 -0.005645</w:t>
        <w:br/>
        <w:t>v 0.540161 1.030523 0.005582</w:t>
        <w:br/>
        <w:t>v 0.538753 1.028234 0.006999</w:t>
        <w:br/>
        <w:t>v 0.538753 1.028234 0.006999</w:t>
        <w:br/>
        <w:t>v 0.539305 1.027697 0.007042</w:t>
        <w:br/>
        <w:t>v 0.538384 1.029717 -0.005645</w:t>
        <w:br/>
        <w:t>v 0.539048 1.029068 -0.005841</w:t>
        <w:br/>
        <w:t>v 0.533511 1.018934 -0.000137</w:t>
        <w:br/>
        <w:t>v 0.534947 1.020770 0.005589</w:t>
        <w:br/>
        <w:t>v 0.539048 1.029068 -0.005841</w:t>
        <w:br/>
        <w:t>v 0.538999 1.029336 -0.006807</w:t>
        <w:br/>
        <w:t>v 0.537278 1.026238 -0.006881</w:t>
        <w:br/>
        <w:t>v 0.538224 1.025006 0.007561</w:t>
        <w:br/>
        <w:t>v 0.539305 1.027697 0.007042</w:t>
        <w:br/>
        <w:t>v 0.534485 1.021868 -0.005367</w:t>
        <w:br/>
        <w:t>v 0.538224 1.025006 0.007561</w:t>
        <w:br/>
        <w:t>v 0.537278 1.026238 -0.006881</w:t>
        <w:br/>
        <w:t>v 0.534622 1.030047 -0.021936</w:t>
        <w:br/>
        <w:t>v 0.532234 1.027420 -0.025627</w:t>
        <w:br/>
        <w:t>v 0.530524 1.025319 -0.026188</w:t>
        <w:br/>
        <w:t>v 0.535429 1.029144 -0.016634</w:t>
        <w:br/>
        <w:t>v 0.534560 1.027239 -0.014423</w:t>
        <w:br/>
        <w:t>v 0.534560 1.027239 -0.014423</w:t>
        <w:br/>
        <w:t>v 0.534935 1.026735 -0.014406</w:t>
        <w:br/>
        <w:t>v 0.530524 1.025319 -0.026188</w:t>
        <w:br/>
        <w:t>v 0.530989 1.024541 -0.026486</w:t>
        <w:br/>
        <w:t>v 0.530680 1.019694 -0.013266</w:t>
        <w:br/>
        <w:t>v 0.534413 1.024898 -0.013251</w:t>
        <w:br/>
        <w:t>v 0.528082 1.016920 -0.017253</w:t>
        <w:br/>
        <w:t>v 0.529052 1.022443 -0.027552</w:t>
        <w:br/>
        <w:t>v 0.527253 1.017580 -0.024163</w:t>
        <w:br/>
        <w:t>v 0.527614 1.018532 -0.023051</w:t>
        <w:br/>
        <w:t>v 0.529421 1.022365 -0.026099</w:t>
        <w:br/>
        <w:t>v 0.529421 1.022365 -0.026099</w:t>
        <w:br/>
        <w:t>v 0.530989 1.024541 -0.026486</w:t>
        <w:br/>
        <w:t>v 0.534935 1.026735 -0.014406</w:t>
        <w:br/>
        <w:t>v 0.534413 1.024898 -0.013251</w:t>
        <w:br/>
        <w:t>v 0.516420 1.027361 -0.040397</w:t>
        <w:br/>
        <w:t>v 0.519182 1.029404 -0.037541</w:t>
        <w:br/>
        <w:t>v 0.514679 1.025509 -0.040854</w:t>
        <w:br/>
        <w:t>v 0.520717 1.028955 -0.032910</w:t>
        <w:br/>
        <w:t>v 0.520230 1.027257 -0.030940</w:t>
        <w:br/>
        <w:t>v 0.514679 1.025509 -0.040854</w:t>
        <w:br/>
        <w:t>v 0.515158 1.024926 -0.040910</w:t>
        <w:br/>
        <w:t>v 0.520230 1.027257 -0.030940</w:t>
        <w:br/>
        <w:t>v 0.520792 1.026686 -0.030953</w:t>
        <w:br/>
        <w:t>v 0.516976 1.021171 -0.028961</w:t>
        <w:br/>
        <w:t>v 0.513760 1.018906 -0.032877</w:t>
        <w:br/>
        <w:t>v 0.513205 1.018035 -0.032691</w:t>
        <w:br/>
        <w:t>v 0.511778 1.019443 -0.038254</w:t>
        <w:br/>
        <w:t>v 0.512698 1.020134 -0.037618</w:t>
        <w:br/>
        <w:t>v 0.513797 1.023060 -0.040584</w:t>
        <w:br/>
        <w:t>v 0.513797 1.023060 -0.040584</w:t>
        <w:br/>
        <w:t>v 0.515158 1.024926 -0.040910</w:t>
        <w:br/>
        <w:t>v 0.514767 1.025046 -0.042366</w:t>
        <w:br/>
        <w:t>v 0.521200 1.026924 -0.029948</w:t>
        <w:br/>
        <w:t>v 0.520792 1.026686 -0.030953</w:t>
        <w:br/>
        <w:t>v 0.520117 1.025124 -0.029623</w:t>
        <w:br/>
        <w:t>v 0.520117 1.025124 -0.029623</w:t>
        <w:br/>
        <w:t>v 0.506798 1.057634 -0.014432</w:t>
        <w:br/>
        <w:t>v 0.508533 1.057440 -0.009867</w:t>
        <w:br/>
        <w:t>v 0.501261 1.053298 -0.027124</w:t>
        <w:br/>
        <w:t>v 0.532863 1.025247 0.030726</w:t>
        <w:br/>
        <w:t>v 0.531274 1.027842 0.011602</w:t>
        <w:br/>
        <w:t>v 0.525112 1.024734 -0.027379</w:t>
        <w:br/>
        <w:t>v 0.509981 1.025800 -0.041280</w:t>
        <w:br/>
        <w:t>v 0.509981 1.025800 -0.041280</w:t>
        <w:br/>
        <w:t>v 0.491870 1.027190 0.049344</w:t>
        <w:br/>
        <w:t>v 0.489616 1.027583 0.053662</w:t>
        <w:br/>
        <w:t>v 0.490013 1.029326 0.049084</w:t>
        <w:br/>
        <w:t>v 0.479579 1.025883 0.055008</w:t>
        <w:br/>
        <w:t>v 0.481983 1.023123 0.056305</w:t>
        <w:br/>
        <w:t>v 0.479994 1.019273 0.053447</w:t>
        <w:br/>
        <w:t>v 0.477885 1.022176 0.052595</w:t>
        <w:br/>
        <w:t>v 0.480829 1.019444 0.047557</w:t>
        <w:br/>
        <w:t>v 0.478943 1.020278 0.051226</w:t>
        <w:br/>
        <w:t>v 0.482074 1.018303 0.048319</w:t>
        <w:br/>
        <w:t>v 0.481871 1.020200 0.053873</w:t>
        <w:br/>
        <w:t>v 0.483359 1.018515 0.049494</w:t>
        <w:br/>
        <w:t>v 0.479994 1.019273 0.053447</w:t>
        <w:br/>
        <w:t>v 0.486713 1.019722 0.046850</w:t>
        <w:br/>
        <w:t>v 0.486205 1.019716 0.045069</w:t>
        <w:br/>
        <w:t>v 0.483205 1.022583 0.055936</w:t>
        <w:br/>
        <w:t>v 0.485937 1.026160 0.056397</w:t>
        <w:br/>
        <w:t>v 0.486332 1.025075 0.055976</w:t>
        <w:br/>
        <w:t>v 0.490788 1.024630 0.049574</w:t>
        <w:br/>
        <w:t>v 0.491870 1.027190 0.049344</w:t>
        <w:br/>
        <w:t>v 0.490604 1.023166 0.045797</w:t>
        <w:br/>
        <w:t>v 0.490006 1.022640 0.047546</w:t>
        <w:br/>
        <w:t>v 0.489278 1.026356 0.053747</w:t>
        <w:br/>
        <w:t>v 0.490788 1.024630 0.049574</w:t>
        <w:br/>
        <w:t>v 0.481871 1.020200 0.053873</w:t>
        <w:br/>
        <w:t>v 0.483455 1.029448 0.054882</w:t>
        <w:br/>
        <w:t>v 0.490369 1.028136 0.047177</w:t>
        <w:br/>
        <w:t>v 0.491870 1.027190 0.049344</w:t>
        <w:br/>
        <w:t>v 0.487412 1.030946 0.051864</w:t>
        <w:br/>
        <w:t>v 0.485171 1.020906 0.044281</w:t>
        <w:br/>
        <w:t>v 0.489016 1.024727 0.044673</w:t>
        <w:br/>
        <w:t>v 0.478943 1.020278 0.051226</w:t>
        <w:br/>
        <w:t>v 0.478163 1.021043 0.050790</w:t>
        <w:br/>
        <w:t>v 0.489468 1.030411 0.048695</w:t>
        <w:br/>
        <w:t>v 0.490369 1.028136 0.047177</w:t>
        <w:br/>
        <w:t>v 0.539611 1.024449 0.026182</w:t>
        <w:br/>
        <w:t>v 0.536863 1.020865 0.027960</w:t>
        <w:br/>
        <w:t>v 0.534017 1.024493 0.027419</w:t>
        <w:br/>
        <w:t>v 0.541451 1.026651 0.021896</w:t>
        <w:br/>
        <w:t>v 0.536827 1.029928 0.021609</w:t>
        <w:br/>
        <w:t>v 0.536391 1.029150 0.016900</w:t>
        <w:br/>
        <w:t>v 0.541002 1.025938 0.017144</w:t>
        <w:br/>
        <w:t>v 0.535604 1.027737 0.026046</w:t>
        <w:br/>
        <w:t>v 0.538349 1.022490 0.013942</w:t>
        <w:br/>
        <w:t>v 0.534861 1.018056 0.014547</w:t>
        <w:br/>
        <w:t>v 0.536011 1.018354 0.015786</w:t>
        <w:br/>
        <w:t>v 0.538949 1.022093 0.015221</w:t>
        <w:br/>
        <w:t>v 0.534179 1.016141 0.019536</w:t>
        <w:br/>
        <w:t>v 0.532524 1.015221 0.019224</w:t>
        <w:br/>
        <w:t>v 0.537505 1.020616 0.026682</w:t>
        <w:br/>
        <w:t>v 0.534896 1.017207 0.024073</w:t>
        <w:br/>
        <w:t>v 0.533420 1.016797 0.024887</w:t>
        <w:br/>
        <w:t>v 0.536863 1.020865 0.027960</w:t>
        <w:br/>
        <w:t>v 0.539981 1.023682 0.025222</w:t>
        <w:br/>
        <w:t>v 0.537505 1.020616 0.026682</w:t>
        <w:br/>
        <w:t>v 0.539611 1.024449 0.026182</w:t>
        <w:br/>
        <w:t>v 0.541484 1.025479 0.021723</w:t>
        <w:br/>
        <w:t>v 0.541117 1.024899 0.017841</w:t>
        <w:br/>
        <w:t>v 0.538949 1.022093 0.015221</w:t>
        <w:br/>
        <w:t>v 0.538349 1.022490 0.013942</w:t>
        <w:br/>
        <w:t>v 0.538349 1.022490 0.013942</w:t>
        <w:br/>
        <w:t>v 0.534809 1.024412 0.013859</w:t>
        <w:br/>
        <w:t>v 0.531314 1.020133 0.014706</w:t>
        <w:br/>
        <w:t>v 0.534861 1.018056 0.014547</w:t>
        <w:br/>
        <w:t>v 0.529952 1.017190 0.019142</w:t>
        <w:br/>
        <w:t>v 0.532524 1.015221 0.019224</w:t>
        <w:br/>
        <w:t>v 0.536863 1.020865 0.027960</w:t>
        <w:br/>
        <w:t>v 0.533420 1.016797 0.024887</w:t>
        <w:br/>
        <w:t>v 0.530927 1.018585 0.024934</w:t>
        <w:br/>
        <w:t>v 0.533527 1.022661 0.027628</w:t>
        <w:br/>
        <w:t>v 0.535147 1.027615 0.015210</w:t>
        <w:br/>
        <w:t>v 0.535756 1.026879 0.015102</w:t>
        <w:br/>
        <w:t>v 0.533527 1.022661 0.027628</w:t>
        <w:br/>
        <w:t>v 0.534809 1.024412 0.013859</w:t>
        <w:br/>
        <w:t>v 0.538224 1.025006 0.007561</w:t>
        <w:br/>
        <w:t>v 0.539305 1.027697 0.007042</w:t>
        <w:br/>
        <w:t>v 0.541571 1.023267 0.007385</w:t>
        <w:br/>
        <w:t>v 0.536156 1.017154 -0.000536</w:t>
        <w:br/>
        <w:t>v 0.533511 1.018934 -0.000137</w:t>
        <w:br/>
        <w:t>v 0.534947 1.020770 0.005589</w:t>
        <w:br/>
        <w:t>v 0.537793 1.018693 0.005345</w:t>
        <w:br/>
        <w:t>v 0.541028 1.032949 0.000908</w:t>
        <w:br/>
        <w:t>v 0.545995 1.029972 0.000470</w:t>
        <w:br/>
        <w:t>v 0.544710 1.027617 0.005268</w:t>
        <w:br/>
        <w:t>v 0.540161 1.030523 0.005582</w:t>
        <w:br/>
        <w:t>v 0.540846 1.024736 -0.007406</w:t>
        <w:br/>
        <w:t>v 0.537277 1.020013 -0.005834</w:t>
        <w:br/>
        <w:t>v 0.538728 1.020707 -0.004245</w:t>
        <w:br/>
        <w:t>v 0.541503 1.024415 -0.005468</w:t>
        <w:br/>
        <w:t>v 0.536156 1.017154 -0.000536</w:t>
        <w:br/>
        <w:t>v 0.537686 1.018767 -0.000303</w:t>
        <w:br/>
        <w:t>v 0.537793 1.018693 0.005345</w:t>
        <w:br/>
        <w:t>v 0.539140 1.019924 0.004181</w:t>
        <w:br/>
        <w:t>v 0.541571 1.023267 0.007385</w:t>
        <w:br/>
        <w:t>v 0.542041 1.023343 0.005822</w:t>
        <w:br/>
        <w:t>v 0.541571 1.023267 0.007385</w:t>
        <w:br/>
        <w:t>v 0.544710 1.027617 0.005268</w:t>
        <w:br/>
        <w:t>v 0.544421 1.026591 0.004142</w:t>
        <w:br/>
        <w:t>v 0.542041 1.023343 0.005822</w:t>
        <w:br/>
        <w:t>v 0.545995 1.029972 0.000470</w:t>
        <w:br/>
        <w:t>v 0.545393 1.028384 0.000506</w:t>
        <w:br/>
        <w:t>v 0.544322 1.028662 -0.004642</w:t>
        <w:br/>
        <w:t>v 0.544130 1.027387 -0.003372</w:t>
        <w:br/>
        <w:t>v 0.540846 1.024736 -0.007406</w:t>
        <w:br/>
        <w:t>v 0.541503 1.024415 -0.005468</w:t>
        <w:br/>
        <w:t>v 0.539751 1.031609 -0.004047</w:t>
        <w:br/>
        <w:t>v 0.544322 1.028662 -0.004642</w:t>
        <w:br/>
        <w:t>v 0.540846 1.024736 -0.007406</w:t>
        <w:br/>
        <w:t>v 0.537278 1.026238 -0.006881</w:t>
        <w:br/>
        <w:t>v 0.534485 1.021868 -0.005367</w:t>
        <w:br/>
        <w:t>v 0.537277 1.020013 -0.005834</w:t>
        <w:br/>
        <w:t>v 0.538224 1.025006 0.007561</w:t>
        <w:br/>
        <w:t>v 0.541571 1.023267 0.007385</w:t>
        <w:br/>
        <w:t>v 0.539048 1.029068 -0.005841</w:t>
        <w:br/>
        <w:t>v 0.538384 1.029717 -0.005645</w:t>
        <w:br/>
        <w:t>v 0.538753 1.028234 0.006999</w:t>
        <w:br/>
        <w:t>v 0.540846 1.024736 -0.007406</w:t>
        <w:br/>
        <w:t>v 0.540727 1.025664 -0.017977</w:t>
        <w:br/>
        <w:t>v 0.539072 1.021985 -0.014329</w:t>
        <w:br/>
        <w:t>v 0.534413 1.024898 -0.013251</w:t>
        <w:br/>
        <w:t>v 0.535316 1.017138 -0.014456</w:t>
        <w:br/>
        <w:t>v 0.531878 1.014194 -0.018186</w:t>
        <w:br/>
        <w:t>v 0.528082 1.016920 -0.017253</w:t>
        <w:br/>
        <w:t>v 0.530680 1.019694 -0.013266</w:t>
        <w:br/>
        <w:t>v 0.536025 1.017964 -0.016158</w:t>
        <w:br/>
        <w:t>v 0.535316 1.017138 -0.014456</w:t>
        <w:br/>
        <w:t>v 0.539072 1.021985 -0.014329</w:t>
        <w:br/>
        <w:t>v 0.538817 1.021591 -0.016056</w:t>
        <w:br/>
        <w:t>v 0.533447 1.015755 -0.018951</w:t>
        <w:br/>
        <w:t>v 0.531878 1.014194 -0.018186</w:t>
        <w:br/>
        <w:t>v 0.534488 1.020052 -0.025882</w:t>
        <w:br/>
        <w:t>v 0.533276 1.019935 -0.027441</w:t>
        <w:br/>
        <w:t>v 0.531275 1.015795 -0.023847</w:t>
        <w:br/>
        <w:t>v 0.532997 1.016951 -0.023198</w:t>
        <w:br/>
        <w:t>v 0.538817 1.021591 -0.016056</w:t>
        <w:br/>
        <w:t>v 0.539072 1.021985 -0.014329</w:t>
        <w:br/>
        <w:t>v 0.540727 1.025664 -0.017977</w:t>
        <w:br/>
        <w:t>v 0.540056 1.024344 -0.018790</w:t>
        <w:br/>
        <w:t>v 0.539366 1.025048 -0.022623</w:t>
        <w:br/>
        <w:t>v 0.539803 1.026607 -0.023093</w:t>
        <w:br/>
        <w:t>v 0.536847 1.024297 -0.026783</w:t>
        <w:br/>
        <w:t>v 0.537160 1.023313 -0.025387</w:t>
        <w:br/>
        <w:t>v 0.533276 1.019935 -0.027441</w:t>
        <w:br/>
        <w:t>v 0.534488 1.020052 -0.025882</w:t>
        <w:br/>
        <w:t>v 0.530524 1.025319 -0.026188</w:t>
        <w:br/>
        <w:t>v 0.530989 1.024541 -0.026486</w:t>
        <w:br/>
        <w:t>v 0.532234 1.027420 -0.025627</w:t>
        <w:br/>
        <w:t>v 0.536847 1.024297 -0.026783</w:t>
        <w:br/>
        <w:t>v 0.539803 1.026607 -0.023093</w:t>
        <w:br/>
        <w:t>v 0.534622 1.030047 -0.021936</w:t>
        <w:br/>
        <w:t>v 0.534935 1.026735 -0.014406</w:t>
        <w:br/>
        <w:t>v 0.535429 1.029144 -0.016634</w:t>
        <w:br/>
        <w:t>v 0.533276 1.019935 -0.027441</w:t>
        <w:br/>
        <w:t>v 0.529421 1.022365 -0.026099</w:t>
        <w:br/>
        <w:t>v 0.533276 1.019935 -0.027441</w:t>
        <w:br/>
        <w:t>v 0.529421 1.022365 -0.026099</w:t>
        <w:br/>
        <w:t>v 0.527614 1.018532 -0.023051</w:t>
        <w:br/>
        <w:t>v 0.531275 1.015795 -0.023847</w:t>
        <w:br/>
        <w:t>v 0.534413 1.024898 -0.013251</w:t>
        <w:br/>
        <w:t>v 0.539072 1.021985 -0.014329</w:t>
        <w:br/>
        <w:t>v 0.520792 1.026686 -0.030953</w:t>
        <w:br/>
        <w:t>v 0.523302 1.022643 -0.030856</w:t>
        <w:br/>
        <w:t>v 0.520117 1.025124 -0.029623</w:t>
        <w:br/>
        <w:t>v 0.516976 1.021171 -0.028961</w:t>
        <w:br/>
        <w:t>v 0.517338 1.016037 -0.034070</w:t>
        <w:br/>
        <w:t>v 0.513760 1.018906 -0.032877</w:t>
        <w:br/>
        <w:t>v 0.524155 1.025759 -0.034645</w:t>
        <w:br/>
        <w:t>v 0.520717 1.028955 -0.032910</w:t>
        <w:br/>
        <w:t>v 0.519182 1.029404 -0.037541</w:t>
        <w:br/>
        <w:t>v 0.522798 1.026793 -0.038702</w:t>
        <w:br/>
        <w:t>v 0.523148 1.022137 -0.032482</w:t>
        <w:br/>
        <w:t>v 0.523302 1.022643 -0.030856</w:t>
        <w:br/>
        <w:t>v 0.524155 1.025759 -0.034645</w:t>
        <w:br/>
        <w:t>v 0.523782 1.024448 -0.035291</w:t>
        <w:br/>
        <w:t>v 0.518500 1.019909 -0.040686</w:t>
        <w:br/>
        <w:t>v 0.520741 1.023191 -0.040644</w:t>
        <w:br/>
        <w:t>v 0.519762 1.024092 -0.041749</w:t>
        <w:br/>
        <w:t>v 0.517110 1.020109 -0.041601</w:t>
        <w:br/>
        <w:t>v 0.517784 1.017411 -0.037837</w:t>
        <w:br/>
        <w:t>v 0.518500 1.019909 -0.040686</w:t>
        <w:br/>
        <w:t>v 0.517110 1.020109 -0.041601</w:t>
        <w:br/>
        <w:t>v 0.516341 1.016960 -0.038749</w:t>
        <w:br/>
        <w:t>v 0.518881 1.017129 -0.034339</w:t>
        <w:br/>
        <w:t>v 0.517338 1.016037 -0.034070</w:t>
        <w:br/>
        <w:t>v 0.521106 1.019163 -0.032039</w:t>
        <w:br/>
        <w:t>v 0.520503 1.018466 -0.030259</w:t>
        <w:br/>
        <w:t>v 0.523302 1.022643 -0.030856</w:t>
        <w:br/>
        <w:t>v 0.523148 1.022137 -0.032482</w:t>
        <w:br/>
        <w:t>v 0.522902 1.024922 -0.038447</w:t>
        <w:br/>
        <w:t>v 0.522798 1.026793 -0.038702</w:t>
        <w:br/>
        <w:t>v 0.516420 1.027361 -0.040397</w:t>
        <w:br/>
        <w:t>v 0.513797 1.023060 -0.040584</w:t>
        <w:br/>
        <w:t>v 0.515158 1.024926 -0.040910</w:t>
        <w:br/>
        <w:t>v 0.513797 1.023060 -0.040584</w:t>
        <w:br/>
        <w:t>v 0.512698 1.020134 -0.037618</w:t>
        <w:br/>
        <w:t>v 0.516341 1.016960 -0.038749</w:t>
        <w:br/>
        <w:t>v 0.520117 1.025124 -0.029623</w:t>
        <w:br/>
        <w:t>v 0.523302 1.022643 -0.030856</w:t>
        <w:br/>
        <w:t>v 0.520503 1.018466 -0.030259</w:t>
        <w:br/>
        <w:t>v 0.514679 1.025509 -0.040854</w:t>
        <w:br/>
        <w:t>v 0.425945 1.113055 0.001377</w:t>
        <w:br/>
        <w:t>v 0.425915 1.111546 -0.007811</w:t>
        <w:br/>
        <w:t>v 0.437444 1.102057 -0.006466</w:t>
        <w:br/>
        <w:t>v 0.437760 1.102914 0.002389</w:t>
        <w:br/>
        <w:t>v 0.414122 1.100912 0.017002</w:t>
        <w:br/>
        <w:t>v 0.397987 1.112451 0.018191</w:t>
        <w:br/>
        <w:t>v 0.405196 1.121117 0.016723</w:t>
        <w:br/>
        <w:t>v 0.419500 1.107724 0.015728</w:t>
        <w:br/>
        <w:t>v 0.410140 1.095087 0.014068</w:t>
        <w:br/>
        <w:t>v 0.392720 1.106070 0.015041</w:t>
        <w:br/>
        <w:t>v 0.422996 1.107438 -0.015017</w:t>
        <w:br/>
        <w:t>v 0.409116 1.125888 -0.010539</w:t>
        <w:br/>
        <w:t>v 0.405995 1.122088 -0.017738</w:t>
        <w:br/>
        <w:t>v 0.409407 1.091923 0.001405</w:t>
        <w:br/>
        <w:t>v 0.390694 1.103640 0.001406</w:t>
        <w:br/>
        <w:t>v 0.411492 1.095270 -0.012467</w:t>
        <w:br/>
        <w:t>v 0.393097 1.106470 -0.015120</w:t>
        <w:br/>
        <w:t>v 0.390694 1.103640 0.001406</w:t>
        <w:br/>
        <w:t>v 0.409407 1.091923 0.001405</w:t>
        <w:br/>
        <w:t>v 0.416866 1.100324 -0.017388</w:t>
        <w:br/>
        <w:t>v 0.398343 1.112840 -0.020243</w:t>
        <w:br/>
        <w:t>v 0.419971 1.088485 0.013411</w:t>
        <w:br/>
        <w:t>v 0.424697 1.093506 0.016736</w:t>
        <w:br/>
        <w:t>v 0.429984 1.098766 0.015420</w:t>
        <w:br/>
        <w:t>v 0.423656 1.111591 0.009861</w:t>
        <w:br/>
        <w:t>v 0.434891 1.101918 0.010245</w:t>
        <w:br/>
        <w:t>v 0.410897 1.127983 -0.000190</w:t>
        <w:br/>
        <w:t>v 0.408749 1.125442 0.009355</w:t>
        <w:br/>
        <w:t>v 0.405196 1.121117 0.016723</w:t>
        <w:br/>
        <w:t>v 0.397987 1.112451 0.018191</w:t>
        <w:br/>
        <w:t>v 0.397384 1.113319 0.016523</w:t>
        <w:br/>
        <w:t>v 0.404006 1.121197 0.015194</w:t>
        <w:br/>
        <w:t>v 0.392720 1.106070 0.015041</w:t>
        <w:br/>
        <w:t>v 0.392668 1.107599 0.013727</w:t>
        <w:br/>
        <w:t>v 0.407434 1.125566 -0.009804</w:t>
        <w:br/>
        <w:t>v 0.404727 1.122118 -0.016320</w:t>
        <w:br/>
        <w:t>v 0.405995 1.122088 -0.017738</w:t>
        <w:br/>
        <w:t>v 0.409116 1.125888 -0.010539</w:t>
        <w:br/>
        <w:t>v 0.390694 1.103640 0.001406</w:t>
        <w:br/>
        <w:t>v 0.390851 1.105407 0.001244</w:t>
        <w:br/>
        <w:t>v 0.390851 1.105407 0.001244</w:t>
        <w:br/>
        <w:t>v 0.390694 1.103640 0.001406</w:t>
        <w:br/>
        <w:t>v 0.393097 1.106470 -0.015120</w:t>
        <w:br/>
        <w:t>v 0.392954 1.108055 -0.014001</w:t>
        <w:br/>
        <w:t>v 0.398343 1.112840 -0.020243</w:t>
        <w:br/>
        <w:t>v 0.397719 1.113776 -0.018641</w:t>
        <w:br/>
        <w:t>v 0.409186 1.127499 -0.000325</w:t>
        <w:br/>
        <w:t>v 0.410897 1.127983 -0.000190</w:t>
        <w:br/>
        <w:t>v 0.407183 1.125133 0.008434</w:t>
        <w:br/>
        <w:t>v 0.420190 1.084762 0.000858</w:t>
        <w:br/>
        <w:t>v 0.420190 1.084762 0.000858</w:t>
        <w:br/>
        <w:t>v 0.423182 1.087741 -0.011608</w:t>
        <w:br/>
        <w:t>v 0.428428 1.092684 -0.016431</w:t>
        <w:br/>
        <w:t>v 0.433988 1.098630 -0.013790</w:t>
        <w:br/>
        <w:t>v 0.461500 1.073216 0.029650</w:t>
        <w:br/>
        <w:t>v 0.456797 1.083811 0.018656</w:t>
        <w:br/>
        <w:t>v 0.466612 1.074129 0.026329</w:t>
        <w:br/>
        <w:t>v 0.449734 1.085249 0.019581</w:t>
        <w:br/>
        <w:t>v 0.474363 1.066323 0.031049</w:t>
        <w:br/>
        <w:t>v 0.454457 1.071891 0.030558</w:t>
        <w:br/>
        <w:t>v 0.449799 1.076917 0.025397</w:t>
        <w:br/>
        <w:t>v 0.458994 1.068474 0.034167</w:t>
        <w:br/>
        <w:t>v 0.464227 1.066969 0.035252</w:t>
        <w:br/>
        <w:t>v 0.478984 1.073377 0.028334</w:t>
        <w:br/>
        <w:t>v 0.511434 1.056132 -0.004392</w:t>
        <w:br/>
        <w:t>v 0.506236 1.066570 0.015936</w:t>
        <w:br/>
        <w:t>v 0.511656 1.061222 0.010887</w:t>
        <w:br/>
        <w:t>v 0.513243 1.057098 0.015708</w:t>
        <w:br/>
        <w:t>v 0.508211 1.065678 -0.004058</w:t>
        <w:br/>
        <w:t>v 0.510424 1.060556 -0.009935</w:t>
        <w:br/>
        <w:t>v 0.513218 1.059504 -0.004980</w:t>
        <w:br/>
        <w:t>v 0.511199 1.057773 0.020231</w:t>
        <w:br/>
        <w:t>v 0.504726 1.063709 0.025539</w:t>
        <w:br/>
        <w:t>v 0.495918 1.048188 -0.037600</w:t>
        <w:br/>
        <w:t>v 0.497741 1.052091 -0.035336</w:t>
        <w:br/>
        <w:t>v 0.491245 1.053154 -0.036445</w:t>
        <w:br/>
        <w:t>v 0.494089 1.069348 -0.021371</w:t>
        <w:br/>
        <w:t>v 0.490733 1.067416 -0.028976</w:t>
        <w:br/>
        <w:t>v 0.493322 1.065086 -0.030311</w:t>
        <w:br/>
        <w:t>v 0.497842 1.066093 -0.022469</w:t>
        <w:br/>
        <w:t>v 0.484245 1.067834 -0.030515</w:t>
        <w:br/>
        <w:t>v 0.486740 1.070531 -0.027167</w:t>
        <w:br/>
        <w:t>v 0.508162 1.068870 0.005641</w:t>
        <w:br/>
        <w:t>v 0.503947 1.074220 0.005706</w:t>
        <w:br/>
        <w:t>v 0.503817 1.071040 -0.003931</w:t>
        <w:br/>
        <w:t>v 0.499784 1.074804 -0.003650</w:t>
        <w:br/>
        <w:t>v 0.498013 1.073905 -0.013920</w:t>
        <w:br/>
        <w:t>v 0.501684 1.071095 -0.014700</w:t>
        <w:br/>
        <w:t>v 0.499105 1.056686 0.032861</w:t>
        <w:br/>
        <w:t>v 0.492552 1.062055 0.033307</w:t>
        <w:br/>
        <w:t>v 0.498325 1.070691 0.026081</w:t>
        <w:br/>
        <w:t>v 0.494729 1.078075 -0.003185</w:t>
        <w:br/>
        <w:t>v 0.493869 1.075499 -0.013147</w:t>
        <w:br/>
        <w:t>v 0.495152 1.077504 0.015815</w:t>
        <w:br/>
        <w:t>v 0.489739 1.081002 0.015609</w:t>
        <w:br/>
        <w:t>v 0.498651 1.077884 0.005797</w:t>
        <w:br/>
        <w:t>v 0.482149 1.075962 0.030087</w:t>
        <w:br/>
        <w:t>v 0.491329 1.075442 0.025906</w:t>
        <w:br/>
        <w:t>v 0.485943 1.067858 0.033334</w:t>
        <w:br/>
        <w:t>v 0.481038 1.071611 0.033068</w:t>
        <w:br/>
        <w:t>v 0.491582 1.072403 -0.020095</w:t>
        <w:br/>
        <w:t>v 0.489359 1.071881 -0.023307</w:t>
        <w:br/>
        <w:t>v 0.509669 1.053229 0.028800</w:t>
        <w:br/>
        <w:t>v 0.509831 1.056794 0.024688</w:t>
        <w:br/>
        <w:t>v 0.487000 1.080566 0.020164</w:t>
        <w:br/>
        <w:t>v 0.484160 1.079336 0.024791</w:t>
        <w:br/>
        <w:t>v 0.512187 1.062155 -0.000030</w:t>
        <w:br/>
        <w:t>v 0.511395 1.062744 0.005176</w:t>
        <w:br/>
        <w:t>v 0.506369 1.058609 -0.020143</w:t>
        <w:br/>
        <w:t>v 0.507587 1.060206 -0.015449</w:t>
        <w:br/>
        <w:t>v 0.505327 1.066096 -0.015066</w:t>
        <w:br/>
        <w:t>v 0.501122 1.072476 0.015953</w:t>
        <w:br/>
        <w:t>v 0.493501 1.079938 0.006052</w:t>
        <w:br/>
        <w:t>v 0.496256 1.061688 -0.031428</w:t>
        <w:br/>
        <w:t>v 0.500063 1.055085 -0.031762</w:t>
        <w:br/>
        <w:t>v 0.502678 1.055945 -0.028109</w:t>
        <w:br/>
        <w:t>v 0.487553 1.057337 -0.035333</w:t>
        <w:br/>
        <w:t>v 0.484807 1.060401 -0.034489</w:t>
        <w:br/>
        <w:t>v 0.482456 1.063249 -0.033592</w:t>
        <w:br/>
        <w:t>v 0.511870 1.054437 0.015216</w:t>
        <w:br/>
        <w:t>v 0.513243 1.057098 0.015708</w:t>
        <w:br/>
        <w:t>v 0.511656 1.061222 0.010887</w:t>
        <w:br/>
        <w:t>v 0.510336 1.058010 0.009999</w:t>
        <w:br/>
        <w:t>v 0.511434 1.056132 -0.004392</w:t>
        <w:br/>
        <w:t>v 0.513218 1.059504 -0.004980</w:t>
        <w:br/>
        <w:t>v 0.508533 1.057440 -0.009867</w:t>
        <w:br/>
        <w:t>v 0.501261 1.053298 -0.027124</w:t>
        <w:br/>
        <w:t>v 0.505109 1.052623 -0.023746</w:t>
        <w:br/>
        <w:t>v 0.506593 1.055062 -0.024595</w:t>
        <w:br/>
        <w:t>v 0.495918 1.048188 -0.037600</w:t>
        <w:br/>
        <w:t>v 0.491245 1.053154 -0.036445</w:t>
        <w:br/>
        <w:t>v 0.495346 1.046499 -0.035875</w:t>
        <w:br/>
        <w:t>v 0.484437 1.068150 -0.024602</w:t>
        <w:br/>
        <w:t>v 0.482717 1.065929 -0.027590</w:t>
        <w:br/>
        <w:t>v 0.484245 1.067834 -0.030515</w:t>
        <w:br/>
        <w:t>v 0.486740 1.070531 -0.027167</w:t>
        <w:br/>
        <w:t>v 0.491231 1.059535 0.031797</w:t>
        <w:br/>
        <w:t>v 0.484120 1.065540 0.032446</w:t>
        <w:br/>
        <w:t>v 0.492552 1.062055 0.033307</w:t>
        <w:br/>
        <w:t>v 0.491399 1.075364 -0.003017</w:t>
        <w:br/>
        <w:t>v 0.490323 1.072746 -0.012154</w:t>
        <w:br/>
        <w:t>v 0.490159 1.077537 0.005285</w:t>
        <w:br/>
        <w:t>v 0.489739 1.081002 0.015609</w:t>
        <w:br/>
        <w:t>v 0.486488 1.078383 0.014420</w:t>
        <w:br/>
        <w:t>v 0.487553 1.057337 -0.035333</w:t>
        <w:br/>
        <w:t>v 0.479252 1.069395 0.031731</w:t>
        <w:br/>
        <w:t>v 0.509831 1.056794 0.024688</w:t>
        <w:br/>
        <w:t>v 0.508865 1.054164 0.024042</w:t>
        <w:br/>
        <w:t>v 0.508812 1.051308 0.027673</w:t>
        <w:br/>
        <w:t>v 0.509669 1.053229 0.028800</w:t>
        <w:br/>
        <w:t>v 0.487000 1.080566 0.020164</w:t>
        <w:br/>
        <w:t>v 0.484160 1.079336 0.024791</w:t>
        <w:br/>
        <w:t>v 0.481146 1.076833 0.022799</w:t>
        <w:br/>
        <w:t>v 0.483958 1.078017 0.018523</w:t>
        <w:br/>
        <w:t>v 0.509967 1.054862 0.019591</w:t>
        <w:br/>
        <w:t>v 0.482149 1.075962 0.030087</w:t>
        <w:br/>
        <w:t>v 0.478984 1.073377 0.028334</w:t>
        <w:br/>
        <w:t>v 0.488622 1.070128 -0.018626</w:t>
        <w:br/>
        <w:t>v 0.491582 1.072403 -0.020095</w:t>
        <w:br/>
        <w:t>v 0.489359 1.071881 -0.023307</w:t>
        <w:br/>
        <w:t>v 0.486823 1.069734 -0.021818</w:t>
        <w:br/>
        <w:t>v 0.500063 1.055085 -0.031762</w:t>
        <w:br/>
        <w:t>v 0.497741 1.052091 -0.035336</w:t>
        <w:br/>
        <w:t>v 0.497309 1.050343 -0.033431</w:t>
        <w:br/>
        <w:t>v 0.498951 1.052822 -0.030247</w:t>
        <w:br/>
        <w:t>v 0.481012 1.060905 -0.031201</w:t>
        <w:br/>
        <w:t>v 0.482456 1.063249 -0.033592</w:t>
        <w:br/>
        <w:t>v 0.495346 1.046499 -0.035875</w:t>
        <w:br/>
        <w:t>v 0.495918 1.048188 -0.037600</w:t>
        <w:br/>
        <w:t>v 0.509598 1.059412 0.004855</w:t>
        <w:br/>
        <w:t>v 0.512187 1.062155 -0.000030</w:t>
        <w:br/>
        <w:t>v 0.510448 1.058736 0.000711</w:t>
        <w:br/>
        <w:t>v 0.505783 1.055994 -0.019078</w:t>
        <w:br/>
        <w:t>v 0.506798 1.057634 -0.014432</w:t>
        <w:br/>
        <w:t>v 0.506510 1.051450 0.031716</w:t>
        <w:br/>
        <w:t>v 0.506510 1.051450 0.031716</w:t>
        <w:br/>
        <w:t>v 0.483695 1.057965 -0.032195</w:t>
        <w:br/>
        <w:t>v 0.484807 1.060401 -0.034489</w:t>
        <w:br/>
        <w:t>v 0.502490 1.060005 -0.023604</w:t>
        <w:br/>
        <w:t>v 0.506593 1.055062 -0.024595</w:t>
        <w:br/>
        <w:t>v 0.483958 1.078017 0.018523</w:t>
        <w:br/>
        <w:t>v 0.481146 1.076833 0.022799</w:t>
        <w:br/>
        <w:t>v 0.506510 1.051450 0.031716</w:t>
        <w:br/>
        <w:t>v 0.473523 1.064196 0.034117</w:t>
        <w:br/>
        <w:t>v 0.470719 1.064734 0.034771</w:t>
        <w:br/>
        <w:t>v 0.533516 1.029014 -0.008421</w:t>
        <w:br/>
        <w:t>v 0.531964 1.023172 0.030526</w:t>
        <w:br/>
        <w:t>v 0.488622 1.070128 -0.018626</w:t>
        <w:br/>
        <w:t>v 0.486823 1.069734 -0.021818</w:t>
        <w:br/>
        <w:t>v 0.508865 1.054164 0.024042</w:t>
        <w:br/>
        <w:t>v 0.478163 1.021043 0.050790</w:t>
        <w:br/>
        <w:t>v 0.419971 1.088485 0.013411</w:t>
        <w:br/>
        <w:t>v 0.500350 1.029970 -0.020457</w:t>
        <w:br/>
        <w:t>v 0.507661 1.035800 -0.023054</w:t>
        <w:br/>
        <w:t>v 0.500350 1.029970 -0.020457</w:t>
        <w:br/>
        <w:t>v 0.500708 1.030858 -0.021495</w:t>
        <w:br/>
        <w:t>v 0.507661 1.035800 -0.023054</w:t>
        <w:br/>
        <w:t>v 0.475110 1.064432 0.032892</w:t>
        <w:br/>
        <w:t>v 0.534560 1.027239 -0.014423</w:t>
        <w:br/>
        <w:t>v 0.520230 1.027257 -0.030940</w:t>
        <w:br/>
        <w:t>v 0.537278 1.026238 -0.006881</w:t>
        <w:br/>
        <w:t>v 0.533623 1.024852 0.027403</w:t>
        <w:br/>
        <w:t>v 0.479994 1.019273 0.053447</w:t>
        <w:br/>
        <w:t>v 0.517964 1.035839 0.012213</w:t>
        <w:br/>
        <w:t>v 0.423407 1.101811 -0.027903</w:t>
        <w:br/>
        <w:t>v -0.454074 1.112536 0.002848</w:t>
        <w:br/>
        <w:t>v -0.459772 1.103971 0.004160</w:t>
        <w:br/>
        <w:t>v -0.458222 1.101839 -0.010507</w:t>
        <w:br/>
        <w:t>v -0.452393 1.109200 -0.012590</w:t>
        <w:br/>
        <w:t>v -0.449059 1.108081 0.017352</w:t>
        <w:br/>
        <w:t>v -0.455365 1.100143 0.017237</w:t>
        <w:br/>
        <w:t>v -0.470911 1.092373 0.005379</w:t>
        <w:br/>
        <w:t>v -0.469757 1.089872 -0.009823</w:t>
        <w:br/>
        <w:t>v -0.464521 1.083123 -0.022782</w:t>
        <w:br/>
        <w:t>v -0.452125 1.094650 -0.022884</w:t>
        <w:br/>
        <w:t>v -0.447249 1.046045 0.024780</w:t>
        <w:br/>
        <w:t>v -0.451374 1.044649 0.039711</w:t>
        <w:br/>
        <w:t>v -0.444272 1.052866 0.034685</w:t>
        <w:br/>
        <w:t>v -0.467204 1.089020 0.017950</w:t>
        <w:br/>
        <w:t>v -0.460384 1.077738 -0.027738</w:t>
        <w:br/>
        <w:t>v -0.447741 1.088076 -0.027839</w:t>
        <w:br/>
        <w:t>v -0.520815 1.043065 0.011395</w:t>
        <w:br/>
        <w:t>v -0.519310 1.035277 0.012301</w:t>
        <w:br/>
        <w:t>v -0.520425 1.034668 0.011740</w:t>
        <w:br/>
        <w:t>v -0.522525 1.042167 0.010135</w:t>
        <w:br/>
        <w:t>v -0.508085 1.026276 0.003089</w:t>
        <w:br/>
        <w:t>v -0.513312 1.025244 0.002122</w:t>
        <w:br/>
        <w:t>v -0.514928 1.026154 0.009162</w:t>
        <w:br/>
        <w:t>v -0.509424 1.027498 0.010911</w:t>
        <w:br/>
        <w:t>v -0.509424 1.027498 0.010911</w:t>
        <w:br/>
        <w:t>v -0.514928 1.026154 0.009162</w:t>
        <w:br/>
        <w:t>v -0.520425 1.034668 0.011740</w:t>
        <w:br/>
        <w:t>v -0.519310 1.035277 0.012301</w:t>
        <w:br/>
        <w:t>v -0.510336 1.058009 0.009999</w:t>
        <w:br/>
        <w:t>v -0.511869 1.054436 0.015216</w:t>
        <w:br/>
        <w:t>v -0.513756 1.055861 0.004526</w:t>
        <w:br/>
        <w:t>v -0.521597 1.043884 -0.004258</w:t>
        <w:br/>
        <w:t>v -0.519940 1.044730 -0.004807</w:t>
        <w:br/>
        <w:t>v -0.521881 1.048277 0.003703</w:t>
        <w:br/>
        <w:t>v -0.516911 1.037588 -0.006948</w:t>
        <w:br/>
        <w:t>v -0.515448 1.038077 -0.006835</w:t>
        <w:br/>
        <w:t>v -0.517154 1.046082 -0.007522</w:t>
        <w:br/>
        <w:t>v -0.508026 1.028199 -0.002595</w:t>
        <w:br/>
        <w:t>v -0.506431 1.029506 -0.004154</w:t>
        <w:br/>
        <w:t>v -0.515448 1.038077 -0.006835</w:t>
        <w:br/>
        <w:t>v -0.516911 1.037588 -0.006948</w:t>
        <w:br/>
        <w:t>v -0.510448 1.058735 0.000711</w:t>
        <w:br/>
        <w:t>v -0.509598 1.059412 0.004855</w:t>
        <w:br/>
        <w:t>v -0.498281 1.034228 0.028653</w:t>
        <w:br/>
        <w:t>v -0.498588 1.029974 0.019889</w:t>
        <w:br/>
        <w:t>v -0.507023 1.027550 0.019598</w:t>
        <w:br/>
        <w:t>v -0.508909 1.030459 0.026869</w:t>
        <w:br/>
        <w:t>v -0.511536 1.025800 0.019097</w:t>
        <w:br/>
        <w:t>v -0.512825 1.028235 0.025857</w:t>
        <w:br/>
        <w:t>v -0.501668 1.028600 0.012810</w:t>
        <w:br/>
        <w:t>v -0.508291 1.029047 0.012442</w:t>
        <w:br/>
        <w:t>v -0.507653 1.029107 0.014071</w:t>
        <w:br/>
        <w:t>v -0.518595 1.043913 0.013083</w:t>
        <w:br/>
        <w:t>v -0.518798 1.045492 0.022403</w:t>
        <w:br/>
        <w:t>v -0.519543 1.042018 0.014813</w:t>
        <w:br/>
        <w:t>v -0.523202 1.032543 -0.009490</w:t>
        <w:br/>
        <w:t>v -0.518785 1.036117 -0.007987</w:t>
        <w:br/>
        <w:t>v -0.512415 1.026999 -0.007577</w:t>
        <w:br/>
        <w:t>v -0.517709 1.025120 -0.008979</w:t>
        <w:br/>
        <w:t>v -0.523202 1.032543 -0.009490</w:t>
        <w:br/>
        <w:t>v -0.525367 1.037513 -0.013349</w:t>
        <w:br/>
        <w:t>v -0.521116 1.041853 -0.011973</w:t>
        <w:br/>
        <w:t>v -0.518785 1.036117 -0.007987</w:t>
        <w:br/>
        <w:t>v -0.509357 1.025075 -0.012441</w:t>
        <w:br/>
        <w:t>v -0.514645 1.022591 -0.013600</w:t>
        <w:br/>
        <w:t>v -0.520063 1.043356 -0.018937</w:t>
        <w:br/>
        <w:t>v -0.524662 1.038686 -0.019446</w:t>
        <w:br/>
        <w:t>v -0.506431 1.029506 -0.004154</w:t>
        <w:br/>
        <w:t>v -0.505453 1.028483 -0.005324</w:t>
        <w:br/>
        <w:t>v -0.516864 1.037646 -0.006983</w:t>
        <w:br/>
        <w:t>v -0.515448 1.038077 -0.006835</w:t>
        <w:br/>
        <w:t>v -0.517154 1.046082 -0.007522</w:t>
        <w:br/>
        <w:t>v -0.515448 1.038077 -0.006835</w:t>
        <w:br/>
        <w:t>v -0.516864 1.037646 -0.006983</w:t>
        <w:br/>
        <w:t>v -0.518344 1.044619 -0.010246</w:t>
        <w:br/>
        <w:t>v -0.514496 1.024112 -0.020699</w:t>
        <w:br/>
        <w:t>v -0.508399 1.026492 -0.019557</w:t>
        <w:br/>
        <w:t>v -0.512234 1.033414 -0.023511</w:t>
        <w:br/>
        <w:t>v -0.517630 1.029981 -0.024286</w:t>
        <w:br/>
        <w:t>v -0.512234 1.033414 -0.023511</w:t>
        <w:br/>
        <w:t>v -0.516539 1.039419 -0.023647</w:t>
        <w:br/>
        <w:t>v -0.521850 1.035707 -0.023772</w:t>
        <w:br/>
        <w:t>v -0.517630 1.029981 -0.024286</w:t>
        <w:br/>
        <w:t>v -0.508831 1.054249 -0.017487</w:t>
        <w:br/>
        <w:t>v -0.505109 1.052623 -0.023746</w:t>
        <w:br/>
        <w:t>v -0.505783 1.055994 -0.019079</w:t>
        <w:br/>
        <w:t>v -0.513938 1.023000 -0.025714</w:t>
        <w:br/>
        <w:t>v -0.509459 1.020002 -0.031299</w:t>
        <w:br/>
        <w:t>v -0.511628 1.018292 -0.032026</w:t>
        <w:br/>
        <w:t>v -0.515961 1.021513 -0.026166</w:t>
        <w:br/>
        <w:t>v -0.511345 1.038266 -0.034281</w:t>
        <w:br/>
        <w:t>v -0.508008 1.041364 -0.033231</w:t>
        <w:br/>
        <w:t>v -0.510495 1.039868 -0.027361</w:t>
        <w:br/>
        <w:t>v -0.512977 1.037035 -0.028597</w:t>
        <w:br/>
        <w:t>v -0.500453 1.050250 -0.031400</w:t>
        <w:br/>
        <w:t>v -0.505142 1.050824 -0.025233</w:t>
        <w:br/>
        <w:t>v -0.507097 1.047777 -0.025246</w:t>
        <w:br/>
        <w:t>v -0.504745 1.031165 -0.038615</w:t>
        <w:br/>
        <w:t>v -0.501436 1.034001 -0.037898</w:t>
        <w:br/>
        <w:t>v -0.504673 1.038512 -0.037427</w:t>
        <w:br/>
        <w:t>v -0.507794 1.035152 -0.038157</w:t>
        <w:br/>
        <w:t>v -0.508301 1.022050 -0.037784</w:t>
        <w:br/>
        <w:t>v -0.511652 1.024003 -0.042295</w:t>
        <w:br/>
        <w:t>v -0.510268 1.020192 -0.038416</w:t>
        <w:br/>
        <w:t>v -0.517225 1.032827 -0.036876</w:t>
        <w:br/>
        <w:t>v -0.518852 1.031400 -0.037607</w:t>
        <w:br/>
        <w:t>v -0.515621 1.029150 -0.041571</w:t>
        <w:br/>
        <w:t>v -0.513825 1.030432 -0.040639</w:t>
        <w:br/>
        <w:t>v -0.490082 1.031388 -0.024677</w:t>
        <w:br/>
        <w:t>v -0.495903 1.032312 -0.034573</w:t>
        <w:br/>
        <w:t>v -0.496646 1.029059 -0.026858</w:t>
        <w:br/>
        <w:t>v -0.479808 1.038177 -0.028260</w:t>
        <w:br/>
        <w:t>v -0.482041 1.032431 -0.013945</w:t>
        <w:br/>
        <w:t>v -0.459321 1.035199 0.034901</w:t>
        <w:br/>
        <w:t>v -0.463576 1.031823 0.037610</w:t>
        <w:br/>
        <w:t>v -0.461363 1.034973 0.044484</w:t>
        <w:br/>
        <w:t>v -0.467504 1.033473 0.029630</w:t>
        <w:br/>
        <w:t>v -0.469829 1.031813 0.032642</w:t>
        <w:br/>
        <w:t>v -0.465597 1.042292 0.049160</w:t>
        <w:br/>
        <w:t>v -0.472132 1.046487 0.048849</w:t>
        <w:br/>
        <w:t>v -0.469413 1.051560 0.047340</w:t>
        <w:br/>
        <w:t>v -0.461998 1.047085 0.047512</w:t>
        <w:br/>
        <w:t>v -0.479756 1.036072 0.035471</w:t>
        <w:br/>
        <w:t>v -0.478981 1.036546 0.032375</w:t>
        <w:br/>
        <w:t>v -0.482993 1.042043 0.037007</w:t>
        <w:br/>
        <w:t>v -0.482899 1.041075 0.038525</w:t>
        <w:br/>
        <w:t>v -0.482255 1.047351 0.039883</w:t>
        <w:br/>
        <w:t>v -0.482951 1.051922 0.039362</w:t>
        <w:br/>
        <w:t>v -0.476696 1.052626 0.043655</w:t>
        <w:br/>
        <w:t>v -0.477777 1.047834 0.044720</w:t>
        <w:br/>
        <w:t>v -0.488552 1.030501 0.015505</w:t>
        <w:br/>
        <w:t>v -0.486100 1.030499 0.001429</w:t>
        <w:br/>
        <w:t>v -0.500566 1.027587 0.004104</w:t>
        <w:br/>
        <w:t>v -0.490499 1.056931 0.033738</w:t>
        <w:br/>
        <w:t>v -0.488146 1.050344 0.036759</w:t>
        <w:br/>
        <w:t>v -0.494037 1.048790 0.034766</w:t>
        <w:br/>
        <w:t>v -0.485278 1.042812 0.036046</w:t>
        <w:br/>
        <w:t>v -0.481473 1.037294 0.031053</w:t>
        <w:br/>
        <w:t>v -0.488279 1.036673 0.029511</w:t>
        <w:br/>
        <w:t>v -0.490932 1.042926 0.034805</w:t>
        <w:br/>
        <w:t>v -0.497197 1.028152 -0.010342</w:t>
        <w:br/>
        <w:t>v -0.494241 1.029941 -0.018341</w:t>
        <w:br/>
        <w:t>v -0.447313 1.047732 0.009095</w:t>
        <w:br/>
        <w:t>v -0.439368 1.057965 0.006481</w:t>
        <w:br/>
        <w:t>v -0.441612 1.059317 -0.006392</w:t>
        <w:br/>
        <w:t>v -0.453043 1.057207 -0.022984</w:t>
        <w:br/>
        <w:t>v -0.450968 1.051282 -0.006831</w:t>
        <w:br/>
        <w:t>v -0.463934 1.066298 -0.030095</w:t>
        <w:br/>
        <w:t>v -0.462136 1.057180 -0.028792</w:t>
        <w:br/>
        <w:t>v -0.467909 1.045148 -0.026000</w:t>
        <w:br/>
        <w:t>v -0.456656 1.045954 -0.007683</w:t>
        <w:br/>
        <w:t>v -0.458821 1.051921 -0.023488</w:t>
        <w:br/>
        <w:t>v -0.463229 1.035135 0.022446</w:t>
        <w:br/>
        <w:t>v -0.454134 1.039797 0.030863</w:t>
        <w:br/>
        <w:t>v -0.475514 1.034269 0.019220</w:t>
        <w:br/>
        <w:t>v -0.464909 1.059802 0.044280</w:t>
        <w:br/>
        <w:t>v -0.456904 1.054033 0.044702</w:t>
        <w:br/>
        <w:t>v -0.477187 1.067495 0.035075</w:t>
        <w:br/>
        <w:t>v -0.478397 1.065303 0.036495</w:t>
        <w:br/>
        <w:t>v -0.479252 1.069395 0.031732</w:t>
        <w:br/>
        <w:t>v -0.442260 1.052031 0.021060</w:t>
        <w:br/>
        <w:t>v -0.437127 1.060142 0.017937</w:t>
        <w:br/>
        <w:t>v -0.499983 1.028564 -0.001953</w:t>
        <w:br/>
        <w:t>v -0.517853 1.052196 0.004175</w:t>
        <w:br/>
        <w:t>v -0.512338 1.054785 -0.007483</w:t>
        <w:br/>
        <w:t>v -0.516341 1.046660 -0.018626</w:t>
        <w:br/>
        <w:t>v -0.509120 1.042949 -0.024767</w:t>
        <w:br/>
        <w:t>v -0.454508 1.041702 0.011743</w:t>
        <w:br/>
        <w:t>v -0.500891 1.041472 0.033669</w:t>
        <w:br/>
        <w:t>v -0.503151 1.045590 0.032928</w:t>
        <w:br/>
        <w:t>v -0.500891 1.041472 0.033669</w:t>
        <w:br/>
        <w:t>v -0.512409 1.045858 0.028923</w:t>
        <w:br/>
        <w:t>v -0.508721 1.038494 0.032419</w:t>
        <w:br/>
        <w:t>v -0.512963 1.036278 0.031246</w:t>
        <w:br/>
        <w:t>v -0.516847 1.042508 0.027997</w:t>
        <w:br/>
        <w:t>v -0.505529 1.049370 0.030928</w:t>
        <w:br/>
        <w:t>v -0.497389 1.054446 0.031478</w:t>
        <w:br/>
        <w:t>v -0.498046 1.044532 -0.036436</w:t>
        <w:br/>
        <w:t>v -0.498095 1.036836 -0.037652</w:t>
        <w:br/>
        <w:t>v -0.490228 1.043371 -0.036139</w:t>
        <w:br/>
        <w:t>v -0.498095 1.036836 -0.037652</w:t>
        <w:br/>
        <w:t>v -0.488548 1.037411 -0.033114</w:t>
        <w:br/>
        <w:t>v -0.490228 1.043371 -0.036139</w:t>
        <w:br/>
        <w:t>v -0.479611 1.043370 -0.032574</w:t>
        <w:br/>
        <w:t>v -0.512963 1.036278 0.031246</w:t>
        <w:br/>
        <w:t>v -0.516193 1.034399 0.030249</w:t>
        <w:br/>
        <w:t>v -0.468624 1.038506 0.050464</w:t>
        <w:br/>
        <w:t>v -0.471595 1.035272 0.051787</w:t>
        <w:br/>
        <w:t>v -0.476434 1.039134 0.051210</w:t>
        <w:br/>
        <w:t>v -0.474284 1.042351 0.050120</w:t>
        <w:br/>
        <w:t>v -0.456749 1.038992 0.042464</w:t>
        <w:br/>
        <w:t>v -0.461363 1.034973 0.044484</w:t>
        <w:br/>
        <w:t>v -0.484500 1.037768 0.040639</w:t>
        <w:br/>
        <w:t>v -0.482044 1.032930 0.038099</w:t>
        <w:br/>
        <w:t>v -0.481158 1.040442 0.047711</w:t>
        <w:br/>
        <w:t>v -0.479357 1.043967 0.046090</w:t>
        <w:br/>
        <w:t>v -0.486235 1.034431 0.051089</w:t>
        <w:br/>
        <w:t>v -0.487854 1.032536 0.052251</w:t>
        <w:br/>
        <w:t>v -0.490081 1.031892 0.048297</w:t>
        <w:br/>
        <w:t>v -0.488843 1.033611 0.047238</w:t>
        <w:br/>
        <w:t>v -0.471881 1.026221 0.041316</w:t>
        <w:br/>
        <w:t>v -0.467969 1.029127 0.039216</w:t>
        <w:br/>
        <w:t>v -0.473659 1.030633 0.034810</w:t>
        <w:br/>
        <w:t>v -0.476986 1.027810 0.037326</w:t>
        <w:br/>
        <w:t>v -0.476433 1.021851 0.053000</w:t>
        <w:br/>
        <w:t>v -0.478532 1.026662 0.056120</w:t>
        <w:br/>
        <w:t>v -0.476665 1.028557 0.054973</w:t>
        <w:br/>
        <w:t>v -0.520039 1.040303 0.027359</w:t>
        <w:br/>
        <w:t>v -0.516193 1.034399 0.030249</w:t>
        <w:br/>
        <w:t>v -0.525906 1.019854 0.026366</w:t>
        <w:br/>
        <w:t>v -0.528767 1.018156 0.026622</w:t>
        <w:br/>
        <w:t>v -0.531964 1.023171 0.030526</w:t>
        <w:br/>
        <w:t>v -0.529109 1.025105 0.030408</w:t>
        <w:br/>
        <w:t>v -0.516759 1.023512 0.018735</w:t>
        <w:br/>
        <w:t>v -0.517764 1.025170 0.025077</w:t>
        <w:br/>
        <w:t>v -0.525030 1.018594 0.019202</w:t>
        <w:br/>
        <w:t>v -0.527834 1.016543 0.019196</w:t>
        <w:br/>
        <w:t>v -0.521896 1.042782 0.021988</w:t>
        <w:br/>
        <w:t>v -0.522265 1.040048 0.015485</w:t>
        <w:br/>
        <w:t>v -0.519265 1.034740 0.012254</w:t>
        <w:br/>
        <w:t>v -0.517839 1.035725 0.011986</w:t>
        <w:br/>
        <w:t>v -0.533554 1.026571 0.011563</w:t>
        <w:br/>
        <w:t>v -0.529495 1.019849 0.012579</w:t>
        <w:br/>
        <w:t>v -0.527026 1.021023 0.012695</w:t>
        <w:br/>
        <w:t>v -0.531274 1.027842 0.011602</w:t>
        <w:br/>
        <w:t>v -0.513069 1.027158 0.013417</w:t>
        <w:br/>
        <w:t>v -0.518820 1.024985 0.012996</w:t>
        <w:br/>
        <w:t>v -0.523250 1.023092 0.012863</w:t>
        <w:br/>
        <w:t>v -0.521516 1.020857 0.018941</w:t>
        <w:br/>
        <w:t>v -0.529422 1.029889 0.010020</w:t>
        <w:br/>
        <w:t>v -0.525090 1.032050 0.010118</w:t>
        <w:br/>
        <w:t>v -0.520402 1.024596 0.007943</w:t>
        <w:br/>
        <w:t>v -0.524762 1.022729 0.007644</w:t>
        <w:br/>
        <w:t>v -0.529649 1.020601 0.007673</w:t>
        <w:br/>
        <w:t>v -0.528172 1.019624 0.000525</w:t>
        <w:br/>
        <w:t>v -0.530662 1.018428 0.000238</w:t>
        <w:br/>
        <w:t>v -0.532242 1.019533 0.007495</w:t>
        <w:br/>
        <w:t>v -0.529385 1.041317 0.002481</w:t>
        <w:br/>
        <w:t>v -0.528356 1.038241 0.008054</w:t>
        <w:br/>
        <w:t>v -0.532925 1.035707 0.007692</w:t>
        <w:br/>
        <w:t>v -0.534094 1.038625 0.001959</w:t>
        <w:br/>
        <w:t>v -0.529011 1.031535 -0.007155</w:t>
        <w:br/>
        <w:t>v -0.524702 1.024509 -0.005003</w:t>
        <w:br/>
        <w:t>v -0.520132 1.025940 -0.004264</w:t>
        <w:br/>
        <w:t>v -0.524797 1.034068 -0.006509</w:t>
        <w:br/>
        <w:t>v -0.540700 1.034678 0.001121</w:t>
        <w:br/>
        <w:t>v -0.539615 1.033770 -0.005234</w:t>
        <w:br/>
        <w:t>v -0.537195 1.034750 -0.004630</w:t>
        <w:br/>
        <w:t>v -0.538508 1.035891 0.001382</w:t>
        <w:br/>
        <w:t>v -0.531367 1.027801 -0.009728</w:t>
        <w:br/>
        <w:t>v -0.526322 1.020689 -0.010298</w:t>
        <w:br/>
        <w:t>v -0.529164 1.019354 -0.010672</w:t>
        <w:br/>
        <w:t>v -0.534020 1.026366 -0.010186</w:t>
        <w:br/>
        <w:t>v -0.526161 1.016141 -0.016460</w:t>
        <w:br/>
        <w:t>v -0.522998 1.017560 -0.015526</w:t>
        <w:br/>
        <w:t>v -0.529988 1.034504 -0.014194</w:t>
        <w:br/>
        <w:t>v -0.529248 1.035560 -0.020714</w:t>
        <w:br/>
        <w:t>v -0.527258 1.023053 -0.028405</w:t>
        <w:br/>
        <w:t>v -0.525015 1.017942 -0.024739</w:t>
        <w:br/>
        <w:t>v -0.522508 1.019462 -0.023805</w:t>
        <w:br/>
        <w:t>v -0.525112 1.024734 -0.027379</w:t>
        <w:br/>
        <w:t>v -0.529138 1.030512 -0.026376</w:t>
        <w:br/>
        <w:t>v -0.532257 1.033439 -0.021403</w:t>
        <w:br/>
        <w:t>v -0.534390 1.031843 -0.021877</w:t>
        <w:br/>
        <w:t>v -0.531261 1.028981 -0.027047</w:t>
        <w:br/>
        <w:t>v -0.519301 1.021547 -0.022167</w:t>
        <w:br/>
        <w:t>v -0.519638 1.019672 -0.014766</w:t>
        <w:br/>
        <w:t>v -0.508721 1.038494 0.032419</w:t>
        <w:br/>
        <w:t>v -0.451374 1.044649 0.039711</w:t>
        <w:br/>
        <w:t>v -0.447936 1.070779 0.037438</w:t>
        <w:br/>
        <w:t>v -0.444917 1.076647 0.034181</w:t>
        <w:br/>
        <w:t>v -0.437682 1.066132 0.028413</w:t>
        <w:br/>
        <w:t>v -0.441213 1.058202 0.032016</w:t>
        <w:br/>
        <w:t>v -0.470203 1.036294 0.005456</w:t>
        <w:br/>
        <w:t>v -0.466964 1.039163 -0.009327</w:t>
        <w:br/>
        <w:t>v -0.450842 1.064997 0.040250</w:t>
        <w:br/>
        <w:t>v -0.444272 1.052866 0.034685</w:t>
        <w:br/>
        <w:t>v -0.508812 1.051308 0.027673</w:t>
        <w:br/>
        <w:t>v -0.514773 1.049170 0.023164</w:t>
        <w:br/>
        <w:t>v -0.509966 1.054862 0.019591</w:t>
        <w:br/>
        <w:t>v -0.516103 1.049055 0.014271</w:t>
        <w:br/>
        <w:t>v -0.513051 1.050284 -0.018056</w:t>
        <w:br/>
        <w:t>v -0.476509 1.019963 0.050370</w:t>
        <w:br/>
        <w:t>v -0.474259 1.022292 0.050459</w:t>
        <w:br/>
        <w:t>v -0.482555 1.043412 0.041111</w:t>
        <w:br/>
        <w:t>v -0.532592 1.030627 0.027607</w:t>
        <w:br/>
        <w:t>v -0.534923 1.029184 0.028025</w:t>
        <w:br/>
        <w:t>v -0.536693 1.032087 0.022209</w:t>
        <w:br/>
        <w:t>v -0.534557 1.033405 0.022125</w:t>
        <w:br/>
        <w:t>v -0.526682 1.038613 0.021873</w:t>
        <w:br/>
        <w:t>v -0.531350 1.035542 0.022012</w:t>
        <w:br/>
        <w:t>v -0.530831 1.034625 0.016179</w:t>
        <w:br/>
        <w:t>v -0.525946 1.037044 0.015948</w:t>
        <w:br/>
        <w:t>v -0.534137 1.027317 0.010558</w:t>
        <w:br/>
        <w:t>v -0.536726 1.026023 0.010412</w:t>
        <w:br/>
        <w:t>v -0.538301 1.028946 0.009752</w:t>
        <w:br/>
        <w:t>v -0.529475 1.022450 -0.006296</w:t>
        <w:br/>
        <w:t>v -0.532069 1.021429 -0.006749</w:t>
        <w:br/>
        <w:t>v -0.515327 1.050366 -0.007501</w:t>
        <w:br/>
        <w:t>v -0.497309 1.050342 -0.033431</w:t>
        <w:br/>
        <w:t>v -0.502809 1.047677 -0.031837</w:t>
        <w:br/>
        <w:t>v -0.505394 1.044407 -0.032500</w:t>
        <w:br/>
        <w:t>v -0.501508 1.041347 -0.036850</w:t>
        <w:br/>
        <w:t>v -0.523216 1.047086 0.003275</w:t>
        <w:br/>
        <w:t>v -0.518845 1.036962 -0.006782</w:t>
        <w:br/>
        <w:t>v -0.491231 1.059535 0.031796</w:t>
        <w:br/>
        <w:t>v -0.484120 1.065539 0.032446</w:t>
        <w:br/>
        <w:t>v -0.474858 1.060640 0.041633</w:t>
        <w:br/>
        <w:t>v -0.478374 1.053427 -0.033202</w:t>
        <w:br/>
        <w:t>v -0.484281 1.048352 -0.034487</w:t>
        <w:br/>
        <w:t>v -0.498950 1.052821 -0.030247</w:t>
        <w:br/>
        <w:t>v -0.517964 1.035839 0.012213</w:t>
        <w:br/>
        <w:t>v -0.513726 1.027411 -0.003495</w:t>
        <w:br/>
        <w:t>v -0.503403 1.026777 -0.011399</w:t>
        <w:br/>
        <w:t>v -0.518845 1.036962 -0.006782</w:t>
        <w:br/>
        <w:t>v -0.502330 1.028081 -0.018890</w:t>
        <w:br/>
        <w:t>v -0.523429 1.032277 0.012540</w:t>
        <w:br/>
        <w:t>v -0.518820 1.024985 0.012996</w:t>
        <w:br/>
        <w:t>v -0.513069 1.027158 0.013417</w:t>
        <w:br/>
        <w:t>v -0.519265 1.034740 0.012254</w:t>
        <w:br/>
        <w:t>v -0.526022 1.044493 0.002899</w:t>
        <w:br/>
        <w:t>v -0.525167 1.040447 0.009011</w:t>
        <w:br/>
        <w:t>v -0.524551 1.042293 -0.003703</w:t>
        <w:br/>
        <w:t>v -0.521871 1.035770 -0.006520</w:t>
        <w:br/>
        <w:t>v -0.516950 1.026731 -0.003953</w:t>
        <w:br/>
        <w:t>v -0.516160 1.024485 0.001784</w:t>
        <w:br/>
        <w:t>v -0.518977 1.023598 0.001489</w:t>
        <w:br/>
        <w:t>v -0.517745 1.025383 0.008462</w:t>
        <w:br/>
        <w:t>v -0.522748 1.033413 0.010787</w:t>
        <w:br/>
        <w:t>v -0.517745 1.025383 0.008462</w:t>
        <w:br/>
        <w:t>v -0.509870 1.034949 -0.023671</w:t>
        <w:br/>
        <w:t>v -0.512245 1.042075 -0.024155</w:t>
        <w:br/>
        <w:t>v -0.508956 1.034109 -0.024108</w:t>
        <w:br/>
        <w:t>v -0.508610 1.041953 -0.026298</w:t>
        <w:br/>
        <w:t>v -0.506959 1.035615 -0.022846</w:t>
        <w:br/>
        <w:t>v -0.521407 1.031132 0.029104</w:t>
        <w:br/>
        <w:t>v -0.525042 1.036526 0.026608</w:t>
        <w:br/>
        <w:t>v -0.521407 1.031132 0.029104</w:t>
        <w:br/>
        <w:t>v -0.509870 1.034949 -0.023671</w:t>
        <w:br/>
        <w:t>v -0.465427 1.031446 0.045983</w:t>
        <w:br/>
        <w:t>v -0.446158 1.100364 -0.025309</w:t>
        <w:br/>
        <w:t>v -0.437770 1.087498 -0.029199</w:t>
        <w:br/>
        <w:t>v -0.444059 1.083064 -0.027389</w:t>
        <w:br/>
        <w:t>v -0.424332 1.071448 0.004561</w:t>
        <w:br/>
        <w:t>v -0.425688 1.072336 -0.007033</w:t>
        <w:br/>
        <w:t>v -0.432466 1.067551 -0.006604</w:t>
        <w:br/>
        <w:t>v -0.431297 1.066272 0.005151</w:t>
        <w:br/>
        <w:t>v -0.431107 1.068178 0.016048</w:t>
        <w:br/>
        <w:t>v -0.424724 1.073661 0.015791</w:t>
        <w:br/>
        <w:t>v -0.444059 1.083064 -0.027389</w:t>
        <w:br/>
        <w:t>v -0.436981 1.073523 -0.019735</w:t>
        <w:br/>
        <w:t>v -0.430468 1.077729 -0.020526</w:t>
        <w:br/>
        <w:t>v -0.437770 1.087498 -0.029199</w:t>
        <w:br/>
        <w:t>v -0.445084 1.066483 -0.019798</w:t>
        <w:br/>
        <w:t>v -0.433402 1.073399 0.025776</w:t>
        <w:br/>
        <w:t>v -0.440506 1.083040 0.031257</w:t>
        <w:br/>
        <w:t>v -0.427717 1.079139 0.025247</w:t>
        <w:br/>
        <w:t>v -0.433715 1.088894 0.030619</w:t>
        <w:br/>
        <w:t>v -0.467613 1.071145 -0.029102</w:t>
        <w:br/>
        <w:t>v -0.463934 1.066298 -0.030095</w:t>
        <w:br/>
        <w:t>v -0.456989 1.072504 -0.028520</w:t>
        <w:br/>
        <w:t>v -0.440669 1.099366 0.027295</w:t>
        <w:br/>
        <w:t>v -0.447966 1.091839 0.027185</w:t>
        <w:br/>
        <w:t>v -0.517964 1.035839 0.012213</w:t>
        <w:br/>
        <w:t>v -0.517839 1.035725 0.011986</w:t>
        <w:br/>
        <w:t>v -0.507653 1.029107 0.014071</w:t>
        <w:br/>
        <w:t>v -0.517839 1.035725 0.011986</w:t>
        <w:br/>
        <w:t>v -0.445058 1.120067 -0.015382</w:t>
        <w:br/>
        <w:t>v -0.447543 1.123440 0.001638</w:t>
        <w:br/>
        <w:t>v -0.436748 1.111272 -0.029984</w:t>
        <w:br/>
        <w:t>v -0.411522 1.093186 0.026912</w:t>
        <w:br/>
        <w:t>v -0.414208 1.089898 -0.026041</w:t>
        <w:br/>
        <w:t>v -0.407136 1.085231 -0.010192</w:t>
        <w:br/>
        <w:t>v -0.424861 1.099723 -0.035410</w:t>
        <w:br/>
        <w:t>v -0.441711 1.093152 -0.030263</w:t>
        <w:br/>
        <w:t>v -0.424861 1.099723 -0.035410</w:t>
        <w:br/>
        <w:t>v -0.406624 1.087851 0.017686</w:t>
        <w:br/>
        <w:t>v -0.427717 1.079139 0.025247</w:t>
        <w:br/>
        <w:t>v -0.405362 1.084804 0.002564</w:t>
        <w:br/>
        <w:t>v -0.430841 1.111796 0.029266</w:t>
        <w:br/>
        <w:t>v -0.441822 1.120129 0.017638</w:t>
        <w:br/>
        <w:t>v -0.443632 1.123673 0.001761</w:t>
        <w:br/>
        <w:t>v -0.441758 1.120669 -0.013594</w:t>
        <w:br/>
        <w:t>v -0.433855 1.112730 -0.027067</w:t>
        <w:br/>
        <w:t>v -0.419326 1.104566 0.029234</w:t>
        <w:br/>
        <w:t>v -0.410912 1.096141 0.024353</w:t>
        <w:br/>
        <w:t>v -0.420669 1.102577 0.032666</w:t>
        <w:br/>
        <w:t>v -0.406857 1.088609 -0.009077</w:t>
        <w:br/>
        <w:t>v -0.412941 1.092538 -0.023898</w:t>
        <w:br/>
        <w:t>v -0.422978 1.101955 -0.031577</w:t>
        <w:br/>
        <w:t>v -0.424861 1.099723 -0.035410</w:t>
        <w:br/>
        <w:t>v -0.427671 1.106940 -0.031514</w:t>
        <w:br/>
        <w:t>v -0.430589 1.105159 -0.035229</w:t>
        <w:br/>
        <w:t>v -0.424861 1.099723 -0.035410</w:t>
        <w:br/>
        <w:t>v -0.422978 1.101955 -0.031577</w:t>
        <w:br/>
        <w:t>v -0.406624 1.087851 0.017686</w:t>
        <w:br/>
        <w:t>v -0.411522 1.093186 0.026912</w:t>
        <w:br/>
        <w:t>v -0.410912 1.096141 0.024353</w:t>
        <w:br/>
        <w:t>v -0.406781 1.091386 0.015827</w:t>
        <w:br/>
        <w:t>v -0.405235 1.088163 0.002457</w:t>
        <w:br/>
        <w:t>v -0.437953 1.120417 0.016467</w:t>
        <w:br/>
        <w:t>v -0.440304 1.118546 -0.011834</w:t>
        <w:br/>
        <w:t>v -0.438319 1.108744 -0.009299</w:t>
        <w:br/>
        <w:t>v -0.440140 1.112929 0.001779</w:t>
        <w:br/>
        <w:t>v -0.441993 1.121670 0.001585</w:t>
        <w:br/>
        <w:t>v -0.432902 1.110893 -0.023210</w:t>
        <w:br/>
        <w:t>v -0.433988 1.098630 -0.013741</w:t>
        <w:br/>
        <w:t>v -0.413133 1.096340 0.021187</w:t>
        <w:br/>
        <w:t>v -0.420292 1.103787 0.025130</w:t>
        <w:br/>
        <w:t>v -0.424696 1.093506 0.016785</w:t>
        <w:br/>
        <w:t>v -0.423181 1.087741 -0.011529</w:t>
        <w:br/>
        <w:t>v -0.409461 1.090238 -0.007609</w:t>
        <w:br/>
        <w:t>v -0.420190 1.084762 0.000905</w:t>
        <w:br/>
        <w:t>v -0.423406 1.101811 -0.027822</w:t>
        <w:br/>
        <w:t>v -0.414356 1.094133 -0.020262</w:t>
        <w:br/>
        <w:t>v -0.428428 1.092684 -0.016353</w:t>
        <w:br/>
        <w:t>v -0.427449 1.105677 -0.027070</w:t>
        <w:br/>
        <w:t>v -0.428428 1.092684 -0.016353</w:t>
        <w:br/>
        <w:t>v -0.413133 1.096340 0.021187</w:t>
        <w:br/>
        <w:t>v -0.419971 1.088485 0.013460</w:t>
        <w:br/>
        <w:t>v -0.409469 1.092319 0.013719</w:t>
        <w:br/>
        <w:t>v -0.407955 1.089908 0.002203</w:t>
        <w:br/>
        <w:t>v -0.428169 1.110646 0.022921</w:t>
        <w:br/>
        <w:t>v -0.435558 1.109527 0.013067</w:t>
        <w:br/>
        <w:t>v -0.429984 1.098766 0.015465</w:t>
        <w:br/>
        <w:t>v -0.436736 1.117555 0.014493</w:t>
        <w:br/>
        <w:t>v -0.440304 1.118546 -0.011834</w:t>
        <w:br/>
        <w:t>v -0.441993 1.121670 0.001585</w:t>
        <w:br/>
        <w:t>v -0.432902 1.110893 -0.023210</w:t>
        <w:br/>
        <w:t>v -0.420292 1.103787 0.025130</w:t>
        <w:br/>
        <w:t>v -0.413133 1.096340 0.021187</w:t>
        <w:br/>
        <w:t>v -0.409461 1.090238 -0.007609</w:t>
        <w:br/>
        <w:t>v -0.414356 1.094133 -0.020262</w:t>
        <w:br/>
        <w:t>v -0.423406 1.101811 -0.027822</w:t>
        <w:br/>
        <w:t>v -0.427449 1.105677 -0.027070</w:t>
        <w:br/>
        <w:t>v -0.413133 1.096340 0.021187</w:t>
        <w:br/>
        <w:t>v -0.409469 1.092319 0.013719</w:t>
        <w:br/>
        <w:t>v -0.406781 1.091386 0.015827</w:t>
        <w:br/>
        <w:t>v -0.407955 1.089908 0.002203</w:t>
        <w:br/>
        <w:t>v -0.405235 1.088163 0.002457</w:t>
        <w:br/>
        <w:t>v -0.428169 1.110646 0.022921</w:t>
        <w:br/>
        <w:t>v -0.437953 1.120417 0.016467</w:t>
        <w:br/>
        <w:t>v -0.436736 1.117555 0.014493</w:t>
        <w:br/>
        <w:t>v -0.456749 1.038992 0.042464</w:t>
        <w:br/>
        <w:t>v -0.474259 1.022292 0.050459</w:t>
        <w:br/>
        <w:t>v -0.477230 1.020916 0.044527</w:t>
        <w:br/>
        <w:t>v -0.479026 1.019348 0.045575</w:t>
        <w:br/>
        <w:t>v -0.476509 1.019963 0.050370</w:t>
        <w:br/>
        <w:t>v -0.433402 1.073399 0.025776</w:t>
        <w:br/>
        <w:t>v -0.465427 1.031446 0.045983</w:t>
        <w:br/>
        <w:t>v -0.490932 1.042926 0.034805</w:t>
        <w:br/>
        <w:t>v -0.485278 1.042812 0.036046</w:t>
        <w:br/>
        <w:t>v -0.482993 1.042043 0.037007</w:t>
        <w:br/>
        <w:t>v -0.482899 1.041075 0.038525</w:t>
        <w:br/>
        <w:t>v -0.517964 1.035839 0.012213</w:t>
        <w:br/>
        <w:t>v -0.517964 1.035839 0.012213</w:t>
        <w:br/>
        <w:t>v -0.534137 1.032629 0.015755</w:t>
        <w:br/>
        <w:t>v -0.536697 1.031325 0.015579</w:t>
        <w:br/>
        <w:t>v -0.534993 1.028831 0.013135</w:t>
        <w:br/>
        <w:t>v -0.525090 1.032050 0.010118</w:t>
        <w:br/>
        <w:t>v -0.529422 1.029889 0.010020</w:t>
        <w:br/>
        <w:t>v -0.522748 1.033413 0.010787</w:t>
        <w:br/>
        <w:t>v -0.537650 1.030796 -0.007833</w:t>
        <w:br/>
        <w:t>v -0.531367 1.027801 -0.009728</w:t>
        <w:br/>
        <w:t>v -0.534020 1.026366 -0.010186</w:t>
        <w:br/>
        <w:t>v -0.534845 1.029216 -0.011808</w:t>
        <w:br/>
        <w:t>v -0.521871 1.035770 -0.006520</w:t>
        <w:br/>
        <w:t>v -0.507661 1.035800 -0.023054</w:t>
        <w:br/>
        <w:t>v -0.507661 1.035800 -0.023054</w:t>
        <w:br/>
        <w:t>v -0.529049 1.025639 -0.028412</w:t>
        <w:br/>
        <w:t>v -0.513402 1.026398 -0.042372</w:t>
        <w:br/>
        <w:t>v -0.489663 1.051780 -0.033911</w:t>
        <w:br/>
        <w:t>v -0.495345 1.046499 -0.035875</w:t>
        <w:br/>
        <w:t>v -0.478374 1.053427 -0.033202</w:t>
        <w:br/>
        <w:t>v -0.474221 1.056980 -0.032320</w:t>
        <w:br/>
        <w:t>v -0.476854 1.061645 -0.031485</w:t>
        <w:br/>
        <w:t>v -0.484281 1.048352 -0.034487</w:t>
        <w:br/>
        <w:t>v -0.486191 1.055274 -0.032828</w:t>
        <w:br/>
        <w:t>v -0.430589 1.105159 -0.035229</w:t>
        <w:br/>
        <w:t>v -0.423406 1.101811 -0.027822</w:t>
        <w:br/>
        <w:t>v -0.484064 1.039426 0.043303</w:t>
        <w:br/>
        <w:t>v -0.484500 1.037768 0.040639</w:t>
        <w:br/>
        <w:t>v -0.517852 1.027844 -0.026468</w:t>
        <w:br/>
        <w:t>v -0.519782 1.026808 -0.026844</w:t>
        <w:br/>
        <w:t>v -0.520543 1.028311 -0.028666</w:t>
        <w:br/>
        <w:t>v -0.500122 1.027044 -0.028112</w:t>
        <w:br/>
        <w:t>v -0.503435 1.024752 -0.029204</w:t>
        <w:br/>
        <w:t>v -0.508007 1.027551 -0.024250</w:t>
        <w:br/>
        <w:t>v -0.504992 1.029329 -0.023378</w:t>
        <w:br/>
        <w:t>v -0.518972 1.031953 -0.030705</w:t>
        <w:br/>
        <w:t>v -0.520788 1.030575 -0.031688</w:t>
        <w:br/>
        <w:t>v -0.511526 1.032360 -0.039616</w:t>
        <w:br/>
        <w:t>v -0.507859 1.028046 -0.040049</w:t>
        <w:br/>
        <w:t>v -0.499431 1.029748 -0.035018</w:t>
        <w:br/>
        <w:t>v -0.501436 1.034001 -0.037898</w:t>
        <w:br/>
        <w:t>v -0.504745 1.031165 -0.038615</w:t>
        <w:br/>
        <w:t>v -0.502768 1.027116 -0.035551</w:t>
        <w:br/>
        <w:t>v -0.482957 1.030786 0.055923</w:t>
        <w:br/>
        <w:t>v -0.481407 1.032673 0.054858</w:t>
        <w:br/>
        <w:t>v -0.486098 1.035432 0.042173</w:t>
        <w:br/>
        <w:t>v -0.484088 1.031005 0.039222</w:t>
        <w:br/>
        <w:t>v -0.482327 1.022809 0.040849</w:t>
        <w:br/>
        <w:t>v -0.484028 1.021164 0.042261</w:t>
        <w:br/>
        <w:t>v -0.469255 1.028264 0.047627</w:t>
        <w:br/>
        <w:t>v -0.487422 1.027776 0.041277</w:t>
        <w:br/>
        <w:t>v -0.489090 1.026024 0.042716</w:t>
        <w:br/>
        <w:t>v -0.469255 1.028264 0.047627</w:t>
        <w:br/>
        <w:t>v -0.490775 1.030279 0.045446</w:t>
        <w:br/>
        <w:t>v -0.489176 1.032035 0.044391</w:t>
        <w:br/>
        <w:t>v -0.476605 1.065196 0.038256</w:t>
        <w:br/>
        <w:t>v -0.481105 1.060390 0.037378</w:t>
        <w:br/>
        <w:t>v -0.473575 1.065701 0.039192</w:t>
        <w:br/>
        <w:t>v -0.466104 1.067460 0.039972</w:t>
        <w:br/>
        <w:t>v -0.462605 1.080944 0.029654</w:t>
        <w:br/>
        <w:t>v -0.451702 1.081783 0.032419</w:t>
        <w:br/>
        <w:t>v -0.420669 1.102577 0.032666</w:t>
        <w:br/>
        <w:t>v -0.428393 1.112735 0.026249</w:t>
        <w:br/>
        <w:t>v -0.459328 1.070604 0.038890</w:t>
        <w:br/>
        <w:t>v -0.455510 1.075044 0.036014</w:t>
        <w:br/>
        <w:t>v -0.462605 1.080944 0.029654</w:t>
        <w:br/>
        <w:t>v -0.447966 1.091839 0.027185</w:t>
        <w:br/>
        <w:t>v -0.448574 1.089596 0.024982</w:t>
        <w:br/>
        <w:t>v -0.461503 1.079354 0.027873</w:t>
        <w:br/>
        <w:t>v -0.459328 1.070604 0.038890</w:t>
        <w:br/>
        <w:t>v -0.459687 1.070181 0.036055</w:t>
        <w:br/>
        <w:t>v -0.455744 1.074555 0.033180</w:t>
        <w:br/>
        <w:t>v -0.455510 1.075044 0.036014</w:t>
        <w:br/>
        <w:t>v -0.472077 1.065814 0.036039</w:t>
        <w:br/>
        <w:t>v -0.465200 1.067726 0.036677</w:t>
        <w:br/>
        <w:t>v -0.466104 1.067460 0.039972</w:t>
        <w:br/>
        <w:t>v -0.473575 1.065701 0.039192</w:t>
        <w:br/>
        <w:t>v -0.477187 1.067495 0.035075</w:t>
        <w:br/>
        <w:t>v -0.469537 1.074559 0.032292</w:t>
        <w:br/>
        <w:t>v -0.467610 1.073764 0.030179</w:t>
        <w:br/>
        <w:t>v -0.474503 1.067301 0.032579</w:t>
        <w:br/>
        <w:t>v -0.447966 1.091839 0.027185</w:t>
        <w:br/>
        <w:t>v -0.451702 1.081783 0.032419</w:t>
        <w:br/>
        <w:t>v -0.452007 1.080961 0.029764</w:t>
        <w:br/>
        <w:t>v -0.448574 1.089596 0.024982</w:t>
        <w:br/>
        <w:t>v -0.456797 1.083811 0.018674</w:t>
        <w:br/>
        <w:t>v -0.448574 1.089596 0.024982</w:t>
        <w:br/>
        <w:t>v -0.449734 1.085248 0.019614</w:t>
        <w:br/>
        <w:t>v -0.466612 1.074128 0.026330</w:t>
        <w:br/>
        <w:t>v -0.467610 1.073764 0.030179</w:t>
        <w:br/>
        <w:t>v -0.461503 1.079354 0.027873</w:t>
        <w:br/>
        <w:t>v -0.459687 1.070181 0.036055</w:t>
        <w:br/>
        <w:t>v -0.458994 1.068474 0.034188</w:t>
        <w:br/>
        <w:t>v -0.454456 1.071890 0.030590</w:t>
        <w:br/>
        <w:t>v -0.455744 1.074555 0.033180</w:t>
        <w:br/>
        <w:t>v -0.465200 1.067726 0.036677</w:t>
        <w:br/>
        <w:t>v -0.464227 1.066969 0.035261</w:t>
        <w:br/>
        <w:t>v -0.472077 1.065814 0.036039</w:t>
        <w:br/>
        <w:t>v -0.470719 1.064733 0.034772</w:t>
        <w:br/>
        <w:t>v -0.474395 1.065472 0.035129</w:t>
        <w:br/>
        <w:t>v -0.475362 1.065539 0.033707</w:t>
        <w:br/>
        <w:t>v -0.475109 1.064431 0.032892</w:t>
        <w:br/>
        <w:t>v -0.473523 1.064195 0.034117</w:t>
        <w:br/>
        <w:t>v -0.449799 1.076917 0.025436</w:t>
        <w:br/>
        <w:t>v -0.449734 1.085248 0.019614</w:t>
        <w:br/>
        <w:t>v -0.448574 1.089596 0.024982</w:t>
        <w:br/>
        <w:t>v -0.474395 1.065472 0.035129</w:t>
        <w:br/>
        <w:t>v -0.475362 1.065539 0.033707</w:t>
        <w:br/>
        <w:t>v -0.478397 1.065303 0.036495</w:t>
        <w:br/>
        <w:t>v -0.478358 1.070153 -0.026510</w:t>
        <w:br/>
        <w:t>v -0.484437 1.068150 -0.024602</w:t>
        <w:br/>
        <w:t>v -0.482717 1.065928 -0.027590</w:t>
        <w:br/>
        <w:t>v -0.483874 1.078261 -0.011813</w:t>
        <w:br/>
        <w:t>v -0.491399 1.075363 -0.003017</w:t>
        <w:br/>
        <w:t>v -0.490323 1.072746 -0.012154</w:t>
        <w:br/>
        <w:t>v -0.471349 1.077177 -0.024078</w:t>
        <w:br/>
        <w:t>v -0.481224 1.074987 -0.019605</w:t>
        <w:br/>
        <w:t>v -0.478397 1.086696 0.005677</w:t>
        <w:br/>
        <w:t>v -0.490158 1.077536 0.005285</w:t>
        <w:br/>
        <w:t>v -0.486488 1.078382 0.014420</w:t>
        <w:br/>
        <w:t>v -0.476523 1.084483 -0.010626</w:t>
        <w:br/>
        <w:t>v -0.476373 1.082550 0.018960</w:t>
        <w:br/>
        <w:t>v -0.474221 1.056980 -0.032320</w:t>
        <w:br/>
        <w:t>v -0.470422 1.050173 -0.030394</w:t>
        <w:br/>
        <w:t>v -0.456989 1.072504 -0.028520</w:t>
        <w:br/>
        <w:t>v -0.441213 1.058202 0.032016</w:t>
        <w:br/>
        <w:t>v -0.437682 1.066132 0.028413</w:t>
        <w:br/>
        <w:t>v -0.452007 1.080961 0.029764</w:t>
        <w:br/>
        <w:t>v -0.437444 1.102056 -0.006453</w:t>
        <w:br/>
        <w:t>v -0.437760 1.102913 0.002389</w:t>
        <w:br/>
        <w:t>v -0.434891 1.101918 0.010268</w:t>
        <w:br/>
        <w:t>v -0.522388 1.022191 0.025553</w:t>
        <w:br/>
        <w:t>v -0.525833 1.027799 0.029505</w:t>
        <w:br/>
        <w:t>v -0.527700 1.029801 0.012265</w:t>
        <w:br/>
        <w:t>v -0.523250 1.023092 0.012863</w:t>
        <w:br/>
        <w:t>v -0.523396 1.021826 0.001040</w:t>
        <w:br/>
        <w:t>v -0.524762 1.022729 0.007644</w:t>
        <w:br/>
        <w:t>v -0.520402 1.024596 0.007943</w:t>
        <w:br/>
        <w:t>v -0.529011 1.031535 -0.007155</w:t>
        <w:br/>
        <w:t>v -0.524797 1.034068 -0.006509</w:t>
        <w:br/>
        <w:t>v -0.528242 1.040118 -0.003370</w:t>
        <w:br/>
        <w:t>v -0.532890 1.037430 -0.003714</w:t>
        <w:br/>
        <w:t>v -0.506971 1.022040 -0.030460</w:t>
        <w:br/>
        <w:t>v -0.511396 1.025010 -0.025067</w:t>
        <w:br/>
        <w:t>v -0.507859 1.028046 -0.040049</w:t>
        <w:br/>
        <w:t>v -0.506020 1.024107 -0.036674</w:t>
        <w:br/>
        <w:t>v -0.474000 1.024328 0.042533</w:t>
        <w:br/>
        <w:t>v -0.471337 1.025959 0.048831</w:t>
        <w:br/>
        <w:t>v -0.522712 1.022472 -0.009958</w:t>
        <w:br/>
        <w:t>v -0.527850 1.029651 -0.009951</w:t>
        <w:br/>
        <w:t>v -0.522235 1.026904 -0.025914</w:t>
        <w:br/>
        <w:t>v -0.479013 1.025895 0.038721</w:t>
        <w:br/>
        <w:t>v -0.475362 1.065539 0.033707</w:t>
        <w:br/>
        <w:t>v -0.475362 1.065539 0.033707</w:t>
        <w:br/>
        <w:t>v -0.474503 1.067301 0.032579</w:t>
        <w:br/>
        <w:t>v -0.474363 1.066323 0.031049</w:t>
        <w:br/>
        <w:t>v -0.475109 1.064431 0.032892</w:t>
        <w:br/>
        <w:t>v -0.481012 1.060905 -0.031201</w:t>
        <w:br/>
        <w:t>v -0.483079 1.037794 0.049059</w:t>
        <w:br/>
        <w:t>v -0.486128 1.036813 0.044993</w:t>
        <w:br/>
        <w:t>v -0.527850 1.029651 -0.009951</w:t>
        <w:br/>
        <w:t>v -0.523429 1.032277 0.012540</w:t>
        <w:br/>
        <w:t>v -0.525833 1.027799 0.029505</w:t>
        <w:br/>
        <w:t>v -0.529569 1.033192 0.027007</w:t>
        <w:br/>
        <w:t>v -0.511615 1.031901 -0.024964</w:t>
        <w:br/>
        <w:t>v -0.515094 1.029559 -0.025926</w:t>
        <w:br/>
        <w:t>v -0.516673 1.033910 -0.029991</w:t>
        <w:br/>
        <w:t>v -0.469537 1.074559 0.032292</w:t>
        <w:br/>
        <w:t>v -0.514932 1.034889 -0.035881</w:t>
        <w:br/>
        <w:t>v -0.471337 1.025959 0.048831</w:t>
        <w:br/>
        <w:t>v -0.473834 1.032443 0.053063</w:t>
        <w:br/>
        <w:t>v -0.527700 1.029801 0.012265</w:t>
        <w:br/>
        <w:t>v -0.526216 1.032631 -0.025280</w:t>
        <w:br/>
        <w:t>v -0.522235 1.026904 -0.025914</w:t>
        <w:br/>
        <w:t>v -0.478585 1.036239 0.052693</w:t>
        <w:br/>
        <w:t>v -0.486098 1.035432 0.042173</w:t>
        <w:br/>
        <w:t>v -0.529109 1.025105 0.030408</w:t>
        <w:br/>
        <w:t>v -0.529649 1.020601 0.007673</w:t>
        <w:br/>
        <w:t>v -0.534137 1.027317 0.010558</w:t>
        <w:br/>
        <w:t>v -0.537422 1.033233 0.007354</w:t>
        <w:br/>
        <w:t>v -0.533515 1.029014 -0.008421</w:t>
        <w:br/>
        <w:t>v -0.533220 1.032605 -0.014733</w:t>
        <w:br/>
        <w:t>v -0.515094 1.029559 -0.025926</w:t>
        <w:br/>
        <w:t>v -0.511615 1.031901 -0.024964</w:t>
        <w:br/>
        <w:t>v -0.519782 1.026808 -0.026844</w:t>
        <w:br/>
        <w:t>v -0.517852 1.027844 -0.026468</w:t>
        <w:br/>
        <w:t>v -0.508956 1.034109 -0.024108</w:t>
        <w:br/>
        <w:t>v -0.506959 1.035615 -0.022846</w:t>
        <w:br/>
        <w:t>v -0.500708 1.030857 -0.021495</w:t>
        <w:br/>
        <w:t>v -0.530126 1.018124 0.025568</w:t>
        <w:br/>
        <w:t>v -0.533257 1.022692 0.029026</w:t>
        <w:br/>
        <w:t>v -0.529122 1.016636 0.019085</w:t>
        <w:br/>
        <w:t>v -0.535028 1.025225 0.012935</w:t>
        <w:br/>
        <w:t>v -0.530940 1.019361 0.013468</w:t>
        <w:br/>
        <w:t>v -0.536177 1.027234 0.014183</w:t>
        <w:br/>
        <w:t>v -0.535028 1.025225 0.012935</w:t>
        <w:br/>
        <w:t>v -0.533554 1.026571 0.011563</w:t>
        <w:br/>
        <w:t>v -0.533257 1.022692 0.029026</w:t>
        <w:br/>
        <w:t>v -0.534214 1.024378 0.028479</w:t>
        <w:br/>
        <w:t>v -0.532863 1.025247 0.030726</w:t>
        <w:br/>
        <w:t>v -0.534542 1.020174 0.006359</w:t>
        <w:br/>
        <w:t>v -0.532845 1.018543 -0.000253</w:t>
        <w:br/>
        <w:t>v -0.537253 1.027125 -0.008143</w:t>
        <w:br/>
        <w:t>v -0.535938 1.027935 -0.008956</w:t>
        <w:br/>
        <w:t>v -0.539644 1.027757 0.007972</w:t>
        <w:br/>
        <w:t>v -0.538201 1.025208 0.008637</w:t>
        <w:br/>
        <w:t>v -0.533920 1.021456 -0.006048</w:t>
        <w:br/>
        <w:t>v -0.538201 1.025208 0.008637</w:t>
        <w:br/>
        <w:t>v -0.536726 1.026023 0.010412</w:t>
        <w:br/>
        <w:t>v -0.535938 1.027935 -0.008956</w:t>
        <w:br/>
        <w:t>v -0.537253 1.027125 -0.008143</w:t>
        <w:br/>
        <w:t>v -0.530524 1.019158 -0.012562</w:t>
        <w:br/>
        <w:t>v -0.534710 1.025327 -0.011913</w:t>
        <w:br/>
        <w:t>v -0.527376 1.016226 -0.017012</w:t>
        <w:br/>
        <w:t>v -0.529052 1.022443 -0.027552</w:t>
        <w:br/>
        <w:t>v -0.527253 1.017579 -0.024163</w:t>
        <w:br/>
        <w:t>v -0.527258 1.023053 -0.028405</w:t>
        <w:br/>
        <w:t>v -0.530549 1.024778 -0.027562</w:t>
        <w:br/>
        <w:t>v -0.529052 1.022443 -0.027552</w:t>
        <w:br/>
        <w:t>v -0.534710 1.025327 -0.011913</w:t>
        <w:br/>
        <w:t>v -0.535586 1.027475 -0.013416</w:t>
        <w:br/>
        <w:t>v -0.516968 1.020761 -0.027495</w:t>
        <w:br/>
        <w:t>v -0.513205 1.018035 -0.032691</w:t>
        <w:br/>
        <w:t>v -0.513082 1.023074 -0.042018</w:t>
        <w:br/>
        <w:t>v -0.511778 1.019442 -0.038254</w:t>
        <w:br/>
        <w:t>v -0.511652 1.024003 -0.042295</w:t>
        <w:br/>
        <w:t>v -0.514767 1.025045 -0.042366</w:t>
        <w:br/>
        <w:t>v -0.513082 1.023074 -0.042018</w:t>
        <w:br/>
        <w:t>v -0.520542 1.025337 -0.028449</w:t>
        <w:br/>
        <w:t>v -0.521200 1.026923 -0.029948</w:t>
        <w:br/>
        <w:t>v -0.520542 1.025337 -0.028449</w:t>
        <w:br/>
        <w:t>v -0.516237 1.027935 -0.041031</w:t>
        <w:br/>
        <w:t>v -0.519158 1.030448 -0.037651</w:t>
        <w:br/>
        <w:t>v -0.514413 1.025659 -0.041636</w:t>
        <w:br/>
        <w:t>v -0.520920 1.029593 -0.032361</w:t>
        <w:br/>
        <w:t>v -0.520437 1.027596 -0.030368</w:t>
        <w:br/>
        <w:t>v -0.514413 1.025659 -0.041636</w:t>
        <w:br/>
        <w:t>v -0.514767 1.025045 -0.042366</w:t>
        <w:br/>
        <w:t>v -0.513402 1.026398 -0.042372</w:t>
        <w:br/>
        <w:t>v -0.534636 1.030804 -0.021931</w:t>
        <w:br/>
        <w:t>v -0.531975 1.028224 -0.026320</w:t>
        <w:br/>
        <w:t>v -0.530157 1.025481 -0.027323</w:t>
        <w:br/>
        <w:t>v -0.535611 1.029810 -0.016130</w:t>
        <w:br/>
        <w:t>v -0.535571 1.031284 -0.015159</w:t>
        <w:br/>
        <w:t>v -0.534954 1.027918 -0.013577</w:t>
        <w:br/>
        <w:t>v -0.534954 1.027918 -0.013577</w:t>
        <w:br/>
        <w:t>v -0.534845 1.029216 -0.011808</w:t>
        <w:br/>
        <w:t>v -0.535586 1.027475 -0.013416</w:t>
        <w:br/>
        <w:t>v -0.539891 1.032334 -0.004352</w:t>
        <w:br/>
        <w:t>v -0.539615 1.033770 -0.005234</w:t>
        <w:br/>
        <w:t>v -0.541041 1.033624 0.000952</w:t>
        <w:br/>
        <w:t>v -0.538334 1.030047 -0.006360</w:t>
        <w:br/>
        <w:t>v -0.539673 1.032053 0.007202</w:t>
        <w:br/>
        <w:t>v -0.540163 1.031026 0.006190</w:t>
        <w:br/>
        <w:t>v -0.538725 1.028518 0.007875</w:t>
        <w:br/>
        <w:t>v -0.538725 1.028518 0.007875</w:t>
        <w:br/>
        <w:t>v -0.538301 1.028946 0.009752</w:t>
        <w:br/>
        <w:t>v -0.539644 1.027757 0.007972</w:t>
        <w:br/>
        <w:t>v -0.538999 1.029336 -0.006807</w:t>
        <w:br/>
        <w:t>v -0.535659 1.028105 0.026600</w:t>
        <w:br/>
        <w:t>v -0.537190 1.030766 0.021972</w:t>
        <w:br/>
        <w:t>v -0.536697 1.031325 0.015579</w:t>
        <w:br/>
        <w:t>v -0.536908 1.029996 0.016339</w:t>
        <w:br/>
        <w:t>v -0.535544 1.027937 0.014440</w:t>
        <w:br/>
        <w:t>v -0.533651 1.024819 0.028296</w:t>
        <w:br/>
        <w:t>v -0.533651 1.024819 0.028296</w:t>
        <w:br/>
        <w:t>v -0.532863 1.025247 0.030726</w:t>
        <w:br/>
        <w:t>v -0.534214 1.024378 0.028479</w:t>
        <w:br/>
        <w:t>v -0.536177 1.027234 0.014183</w:t>
        <w:br/>
        <w:t>v -0.480519 1.018745 0.046814</w:t>
        <w:br/>
        <w:t>v -0.478255 1.019598 0.051178</w:t>
        <w:br/>
        <w:t>v -0.489578 1.024784 0.043770</w:t>
        <w:br/>
        <w:t>v -0.490775 1.030279 0.045446</w:t>
        <w:br/>
        <w:t>v -0.491085 1.028697 0.046806</w:t>
        <w:br/>
        <w:t>v -0.484775 1.020343 0.043208</w:t>
        <w:br/>
        <w:t>v -0.490810 1.029770 0.048980</w:t>
        <w:br/>
        <w:t>v -0.489176 1.032035 0.044391</w:t>
        <w:br/>
        <w:t>v -0.487833 1.031479 0.052298</w:t>
        <w:br/>
        <w:t>v -0.489910 1.030836 0.048639</w:t>
        <w:br/>
        <w:t>v -0.477339 1.021961 0.052856</w:t>
        <w:br/>
        <w:t>v -0.479246 1.025949 0.055610</w:t>
        <w:br/>
        <w:t>v -0.477530 1.020586 0.050961</w:t>
        <w:br/>
        <w:t>v -0.483499 1.029971 0.055645</w:t>
        <w:br/>
        <w:t>v -0.476509 1.019963 0.050370</w:t>
        <w:br/>
        <w:t>v -0.478255 1.019598 0.051178</w:t>
        <w:br/>
        <w:t>v -0.489910 1.030836 0.048639</w:t>
        <w:br/>
        <w:t>v -0.490810 1.029770 0.048980</w:t>
        <w:br/>
        <w:t>v -0.490081 1.031892 0.048297</w:t>
        <w:br/>
        <w:t>v -0.487412 1.030946 0.051864</w:t>
        <w:br/>
        <w:t>v -0.489468 1.030411 0.048695</w:t>
        <w:br/>
        <w:t>v -0.477885 1.022175 0.052595</w:t>
        <w:br/>
        <w:t>v -0.479579 1.025882 0.055008</w:t>
        <w:br/>
        <w:t>v -0.478163 1.021042 0.050790</w:t>
        <w:br/>
        <w:t>v -0.483455 1.029448 0.054882</w:t>
        <w:br/>
        <w:t>v -0.478943 1.020277 0.051226</w:t>
        <w:br/>
        <w:t>v -0.489468 1.030411 0.048695</w:t>
        <w:br/>
        <w:t>v -0.490013 1.029325 0.049084</w:t>
        <w:br/>
        <w:t>v -0.478943 1.020277 0.051226</w:t>
        <w:br/>
        <w:t>v -0.478255 1.019598 0.051178</w:t>
        <w:br/>
        <w:t>v -0.480519 1.018745 0.046814</w:t>
        <w:br/>
        <w:t>v -0.480829 1.019443 0.047557</w:t>
        <w:br/>
        <w:t>v -0.489015 1.024727 0.044673</w:t>
        <w:br/>
        <w:t>v -0.489578 1.024784 0.043770</w:t>
        <w:br/>
        <w:t>v -0.490369 1.028135 0.047177</w:t>
        <w:br/>
        <w:t>v -0.484775 1.020343 0.043208</w:t>
        <w:br/>
        <w:t>v -0.485171 1.020905 0.044281</w:t>
        <w:br/>
        <w:t>v -0.490369 1.028135 0.047177</w:t>
        <w:br/>
        <w:t>v -0.491085 1.028697 0.046806</w:t>
        <w:br/>
        <w:t>v -0.490810 1.029770 0.048980</w:t>
        <w:br/>
        <w:t>v -0.490013 1.029325 0.049084</w:t>
        <w:br/>
        <w:t>v -0.535603 1.027737 0.026046</w:t>
        <w:br/>
        <w:t>v -0.536826 1.029927 0.021609</w:t>
        <w:br/>
        <w:t>v -0.536390 1.029149 0.016900</w:t>
        <w:br/>
        <w:t>v -0.535146 1.027614 0.015210</w:t>
        <w:br/>
        <w:t>v -0.533622 1.024851 0.027403</w:t>
        <w:br/>
        <w:t>v -0.534017 1.024493 0.027419</w:t>
        <w:br/>
        <w:t>v -0.533622 1.024851 0.027403</w:t>
        <w:br/>
        <w:t>v -0.535146 1.027614 0.015210</w:t>
        <w:br/>
        <w:t>v -0.535756 1.026879 0.015102</w:t>
        <w:br/>
        <w:t>v -0.530927 1.018584 0.024934</w:t>
        <w:br/>
        <w:t>v -0.533527 1.022660 0.027628</w:t>
        <w:br/>
        <w:t>v -0.529951 1.017189 0.019142</w:t>
        <w:br/>
        <w:t>v -0.534808 1.024411 0.013859</w:t>
        <w:br/>
        <w:t>v -0.531314 1.020132 0.014706</w:t>
        <w:br/>
        <w:t>v -0.534808 1.024411 0.013859</w:t>
        <w:br/>
        <w:t>v -0.535756 1.026879 0.015102</w:t>
        <w:br/>
        <w:t>v -0.533527 1.022660 0.027628</w:t>
        <w:br/>
        <w:t>v -0.534017 1.024493 0.027419</w:t>
        <w:br/>
        <w:t>v -0.541027 1.032949 0.000908</w:t>
        <w:br/>
        <w:t>v -0.539751 1.031609 -0.004047</w:t>
        <w:br/>
        <w:t>v -0.538384 1.029717 -0.005645</w:t>
        <w:br/>
        <w:t>v -0.540161 1.030522 0.005582</w:t>
        <w:br/>
        <w:t>v -0.538753 1.028234 0.006999</w:t>
        <w:br/>
        <w:t>v -0.539305 1.027697 0.007042</w:t>
        <w:br/>
        <w:t>v -0.538753 1.028234 0.006999</w:t>
        <w:br/>
        <w:t>v -0.538384 1.029717 -0.005645</w:t>
        <w:br/>
        <w:t>v -0.539048 1.029067 -0.005841</w:t>
        <w:br/>
        <w:t>v -0.533511 1.018933 -0.000137</w:t>
        <w:br/>
        <w:t>v -0.534947 1.020770 0.005589</w:t>
        <w:br/>
        <w:t>v -0.538999 1.029336 -0.006807</w:t>
        <w:br/>
        <w:t>v -0.539048 1.029067 -0.005841</w:t>
        <w:br/>
        <w:t>v -0.537277 1.026238 -0.006881</w:t>
        <w:br/>
        <w:t>v -0.538224 1.025005 0.007560</w:t>
        <w:br/>
        <w:t>v -0.539305 1.027697 0.007042</w:t>
        <w:br/>
        <w:t>v -0.534485 1.021867 -0.005367</w:t>
        <w:br/>
        <w:t>v -0.538224 1.025005 0.007560</w:t>
        <w:br/>
        <w:t>v -0.537277 1.026238 -0.006881</w:t>
        <w:br/>
        <w:t>v -0.534621 1.030047 -0.021936</w:t>
        <w:br/>
        <w:t>v -0.532234 1.027420 -0.025627</w:t>
        <w:br/>
        <w:t>v -0.530524 1.025319 -0.026188</w:t>
        <w:br/>
        <w:t>v -0.535428 1.029144 -0.016634</w:t>
        <w:br/>
        <w:t>v -0.534560 1.027239 -0.014423</w:t>
        <w:br/>
        <w:t>v -0.534935 1.026735 -0.014406</w:t>
        <w:br/>
        <w:t>v -0.534560 1.027239 -0.014423</w:t>
        <w:br/>
        <w:t>v -0.530524 1.025319 -0.026188</w:t>
        <w:br/>
        <w:t>v -0.530989 1.024541 -0.026486</w:t>
        <w:br/>
        <w:t>v -0.530680 1.019694 -0.013266</w:t>
        <w:br/>
        <w:t>v -0.534413 1.024898 -0.013251</w:t>
        <w:br/>
        <w:t>v -0.528082 1.016920 -0.017253</w:t>
        <w:br/>
        <w:t>v -0.527614 1.018531 -0.023051</w:t>
        <w:br/>
        <w:t>v -0.527253 1.017579 -0.024163</w:t>
        <w:br/>
        <w:t>v -0.529052 1.022443 -0.027552</w:t>
        <w:br/>
        <w:t>v -0.529421 1.022365 -0.026099</w:t>
        <w:br/>
        <w:t>v -0.530989 1.024541 -0.026486</w:t>
        <w:br/>
        <w:t>v -0.529421 1.022365 -0.026099</w:t>
        <w:br/>
        <w:t>v -0.534413 1.024898 -0.013251</w:t>
        <w:br/>
        <w:t>v -0.534935 1.026735 -0.014406</w:t>
        <w:br/>
        <w:t>v -0.519181 1.029403 -0.037541</w:t>
        <w:br/>
        <w:t>v -0.516419 1.027360 -0.040397</w:t>
        <w:br/>
        <w:t>v -0.514679 1.025508 -0.040854</w:t>
        <w:br/>
        <w:t>v -0.520717 1.028954 -0.032910</w:t>
        <w:br/>
        <w:t>v -0.520230 1.027256 -0.030940</w:t>
        <w:br/>
        <w:t>v -0.514679 1.025508 -0.040854</w:t>
        <w:br/>
        <w:t>v -0.515157 1.024925 -0.040910</w:t>
        <w:br/>
        <w:t>v -0.520792 1.026685 -0.030953</w:t>
        <w:br/>
        <w:t>v -0.520230 1.027256 -0.030940</w:t>
        <w:br/>
        <w:t>v -0.513759 1.018905 -0.032877</w:t>
        <w:br/>
        <w:t>v -0.516976 1.021171 -0.028961</w:t>
        <w:br/>
        <w:t>v -0.513205 1.018035 -0.032691</w:t>
        <w:br/>
        <w:t>v -0.513796 1.023060 -0.040584</w:t>
        <w:br/>
        <w:t>v -0.512697 1.020133 -0.037618</w:t>
        <w:br/>
        <w:t>v -0.511778 1.019442 -0.038254</w:t>
        <w:br/>
        <w:t>v -0.514767 1.025045 -0.042366</w:t>
        <w:br/>
        <w:t>v -0.515157 1.024925 -0.040910</w:t>
        <w:br/>
        <w:t>v -0.513796 1.023060 -0.040584</w:t>
        <w:br/>
        <w:t>v -0.520792 1.026685 -0.030953</w:t>
        <w:br/>
        <w:t>v -0.521200 1.026923 -0.029948</w:t>
        <w:br/>
        <w:t>v -0.520116 1.025123 -0.029623</w:t>
        <w:br/>
        <w:t>v -0.520116 1.025123 -0.029623</w:t>
        <w:br/>
        <w:t>v -0.506798 1.057634 -0.014432</w:t>
        <w:br/>
        <w:t>v -0.508533 1.057439 -0.009867</w:t>
        <w:br/>
        <w:t>v -0.501261 1.053298 -0.027124</w:t>
        <w:br/>
        <w:t>v -0.532863 1.025247 0.030726</w:t>
        <w:br/>
        <w:t>v -0.531274 1.027842 0.011602</w:t>
        <w:br/>
        <w:t>v -0.525112 1.024734 -0.027379</w:t>
        <w:br/>
        <w:t>v -0.509980 1.025800 -0.041280</w:t>
        <w:br/>
        <w:t>v -0.509980 1.025800 -0.041280</w:t>
        <w:br/>
        <w:t>v -0.489616 1.027583 0.053662</w:t>
        <w:br/>
        <w:t>v -0.491870 1.027190 0.049344</w:t>
        <w:br/>
        <w:t>v -0.490013 1.029325 0.049084</w:t>
        <w:br/>
        <w:t>v -0.479993 1.019273 0.053447</w:t>
        <w:br/>
        <w:t>v -0.481983 1.023122 0.056305</w:t>
        <w:br/>
        <w:t>v -0.479579 1.025882 0.055008</w:t>
        <w:br/>
        <w:t>v -0.477885 1.022175 0.052595</w:t>
        <w:br/>
        <w:t>v -0.478943 1.020277 0.051226</w:t>
        <w:br/>
        <w:t>v -0.480829 1.019443 0.047557</w:t>
        <w:br/>
        <w:t>v -0.482074 1.018303 0.048319</w:t>
        <w:br/>
        <w:t>v -0.483359 1.018515 0.049494</w:t>
        <w:br/>
        <w:t>v -0.481870 1.020200 0.053873</w:t>
        <w:br/>
        <w:t>v -0.479993 1.019273 0.053447</w:t>
        <w:br/>
        <w:t>v -0.486205 1.019716 0.045069</w:t>
        <w:br/>
        <w:t>v -0.486713 1.019721 0.046850</w:t>
        <w:br/>
        <w:t>v -0.485937 1.026160 0.056397</w:t>
        <w:br/>
        <w:t>v -0.483204 1.022583 0.055936</w:t>
        <w:br/>
        <w:t>v -0.486332 1.025075 0.055976</w:t>
        <w:br/>
        <w:t>v -0.490604 1.023165 0.045797</w:t>
        <w:br/>
        <w:t>v -0.491870 1.027190 0.049344</w:t>
        <w:br/>
        <w:t>v -0.490788 1.024630 0.049574</w:t>
        <w:br/>
        <w:t>v -0.490005 1.022640 0.047546</w:t>
        <w:br/>
        <w:t>v -0.489278 1.026355 0.053747</w:t>
        <w:br/>
        <w:t>v -0.490788 1.024630 0.049574</w:t>
        <w:br/>
        <w:t>v -0.481870 1.020200 0.053873</w:t>
        <w:br/>
        <w:t>v -0.483455 1.029448 0.054882</w:t>
        <w:br/>
        <w:t>v -0.490369 1.028135 0.047177</w:t>
        <w:br/>
        <w:t>v -0.491870 1.027190 0.049344</w:t>
        <w:br/>
        <w:t>v -0.487412 1.030946 0.051864</w:t>
        <w:br/>
        <w:t>v -0.485171 1.020905 0.044281</w:t>
        <w:br/>
        <w:t>v -0.489015 1.024727 0.044673</w:t>
        <w:br/>
        <w:t>v -0.478163 1.021042 0.050790</w:t>
        <w:br/>
        <w:t>v -0.478943 1.020277 0.051226</w:t>
        <w:br/>
        <w:t>v -0.489468 1.030411 0.048695</w:t>
        <w:br/>
        <w:t>v -0.490369 1.028135 0.047177</w:t>
        <w:br/>
        <w:t>v -0.536863 1.020864 0.027960</w:t>
        <w:br/>
        <w:t>v -0.539610 1.024449 0.026182</w:t>
        <w:br/>
        <w:t>v -0.534017 1.024493 0.027419</w:t>
        <w:br/>
        <w:t>v -0.536390 1.029149 0.016900</w:t>
        <w:br/>
        <w:t>v -0.536826 1.029927 0.021609</w:t>
        <w:br/>
        <w:t>v -0.541451 1.026650 0.021896</w:t>
        <w:br/>
        <w:t>v -0.541002 1.025937 0.017144</w:t>
        <w:br/>
        <w:t>v -0.535603 1.027737 0.026046</w:t>
        <w:br/>
        <w:t>v -0.536011 1.018353 0.015786</w:t>
        <w:br/>
        <w:t>v -0.534860 1.018055 0.014547</w:t>
        <w:br/>
        <w:t>v -0.538349 1.022490 0.013942</w:t>
        <w:br/>
        <w:t>v -0.538949 1.022093 0.015221</w:t>
        <w:br/>
        <w:t>v -0.534179 1.016141 0.019535</w:t>
        <w:br/>
        <w:t>v -0.532524 1.015221 0.019224</w:t>
        <w:br/>
        <w:t>v -0.533420 1.016797 0.024887</w:t>
        <w:br/>
        <w:t>v -0.534896 1.017207 0.024073</w:t>
        <w:br/>
        <w:t>v -0.537505 1.020615 0.026682</w:t>
        <w:br/>
        <w:t>v -0.536863 1.020864 0.027960</w:t>
        <w:br/>
        <w:t>v -0.537505 1.020615 0.026682</w:t>
        <w:br/>
        <w:t>v -0.539981 1.023681 0.025222</w:t>
        <w:br/>
        <w:t>v -0.539610 1.024449 0.026182</w:t>
        <w:br/>
        <w:t>v -0.541484 1.025479 0.021723</w:t>
        <w:br/>
        <w:t>v -0.541117 1.024898 0.017841</w:t>
        <w:br/>
        <w:t>v -0.538949 1.022093 0.015221</w:t>
        <w:br/>
        <w:t>v -0.538349 1.022490 0.013942</w:t>
        <w:br/>
        <w:t>v -0.531314 1.020132 0.014706</w:t>
        <w:br/>
        <w:t>v -0.534808 1.024411 0.013859</w:t>
        <w:br/>
        <w:t>v -0.538349 1.022490 0.013942</w:t>
        <w:br/>
        <w:t>v -0.534860 1.018055 0.014547</w:t>
        <w:br/>
        <w:t>v -0.532524 1.015221 0.019224</w:t>
        <w:br/>
        <w:t>v -0.529951 1.017189 0.019142</w:t>
        <w:br/>
        <w:t>v -0.530927 1.018584 0.024934</w:t>
        <w:br/>
        <w:t>v -0.533420 1.016797 0.024887</w:t>
        <w:br/>
        <w:t>v -0.536863 1.020864 0.027960</w:t>
        <w:br/>
        <w:t>v -0.533527 1.022660 0.027628</w:t>
        <w:br/>
        <w:t>v -0.535756 1.026879 0.015102</w:t>
        <w:br/>
        <w:t>v -0.535146 1.027614 0.015210</w:t>
        <w:br/>
        <w:t>v -0.533527 1.022660 0.027628</w:t>
        <w:br/>
        <w:t>v -0.534808 1.024411 0.013859</w:t>
        <w:br/>
        <w:t>v -0.539305 1.027697 0.007042</w:t>
        <w:br/>
        <w:t>v -0.538224 1.025005 0.007560</w:t>
        <w:br/>
        <w:t>v -0.541570 1.023266 0.007385</w:t>
        <w:br/>
        <w:t>v -0.534947 1.020770 0.005589</w:t>
        <w:br/>
        <w:t>v -0.533511 1.018933 -0.000137</w:t>
        <w:br/>
        <w:t>v -0.536155 1.017154 -0.000536</w:t>
        <w:br/>
        <w:t>v -0.537793 1.018692 0.005345</w:t>
        <w:br/>
        <w:t>v -0.544709 1.027617 0.005268</w:t>
        <w:br/>
        <w:t>v -0.545995 1.029971 0.000470</w:t>
        <w:br/>
        <w:t>v -0.541027 1.032949 0.000908</w:t>
        <w:br/>
        <w:t>v -0.540161 1.030522 0.005582</w:t>
        <w:br/>
        <w:t>v -0.538728 1.020707 -0.004245</w:t>
        <w:br/>
        <w:t>v -0.537277 1.020012 -0.005834</w:t>
        <w:br/>
        <w:t>v -0.540846 1.024735 -0.007406</w:t>
        <w:br/>
        <w:t>v -0.541502 1.024415 -0.005468</w:t>
        <w:br/>
        <w:t>v -0.537685 1.018767 -0.000304</w:t>
        <w:br/>
        <w:t>v -0.536155 1.017154 -0.000536</w:t>
        <w:br/>
        <w:t>v -0.539139 1.019924 0.004181</w:t>
        <w:br/>
        <w:t>v -0.537793 1.018692 0.005345</w:t>
        <w:br/>
        <w:t>v -0.542041 1.023343 0.005822</w:t>
        <w:br/>
        <w:t>v -0.541570 1.023266 0.007385</w:t>
        <w:br/>
        <w:t>v -0.544421 1.026591 0.004142</w:t>
        <w:br/>
        <w:t>v -0.544709 1.027617 0.005268</w:t>
        <w:br/>
        <w:t>v -0.541570 1.023266 0.007385</w:t>
        <w:br/>
        <w:t>v -0.542041 1.023343 0.005822</w:t>
        <w:br/>
        <w:t>v -0.545995 1.029971 0.000470</w:t>
        <w:br/>
        <w:t>v -0.545392 1.028384 0.000505</w:t>
        <w:br/>
        <w:t>v -0.544130 1.027387 -0.003373</w:t>
        <w:br/>
        <w:t>v -0.544322 1.028661 -0.004642</w:t>
        <w:br/>
        <w:t>v -0.541502 1.024415 -0.005468</w:t>
        <w:br/>
        <w:t>v -0.540846 1.024735 -0.007406</w:t>
        <w:br/>
        <w:t>v -0.544322 1.028661 -0.004642</w:t>
        <w:br/>
        <w:t>v -0.539751 1.031609 -0.004047</w:t>
        <w:br/>
        <w:t>v -0.534485 1.021867 -0.005367</w:t>
        <w:br/>
        <w:t>v -0.537277 1.026238 -0.006881</w:t>
        <w:br/>
        <w:t>v -0.540846 1.024735 -0.007406</w:t>
        <w:br/>
        <w:t>v -0.537277 1.020012 -0.005834</w:t>
        <w:br/>
        <w:t>v -0.538224 1.025005 0.007560</w:t>
        <w:br/>
        <w:t>v -0.541570 1.023266 0.007385</w:t>
        <w:br/>
        <w:t>v -0.539048 1.029067 -0.005841</w:t>
        <w:br/>
        <w:t>v -0.538384 1.029717 -0.005645</w:t>
        <w:br/>
        <w:t>v -0.538753 1.028234 0.006999</w:t>
        <w:br/>
        <w:t>v -0.540846 1.024735 -0.007406</w:t>
        <w:br/>
        <w:t>v -0.539072 1.021985 -0.014329</w:t>
        <w:br/>
        <w:t>v -0.540727 1.025664 -0.017977</w:t>
        <w:br/>
        <w:t>v -0.534413 1.024898 -0.013251</w:t>
        <w:br/>
        <w:t>v -0.528082 1.016920 -0.017253</w:t>
        <w:br/>
        <w:t>v -0.531877 1.014194 -0.018186</w:t>
        <w:br/>
        <w:t>v -0.535316 1.017138 -0.014456</w:t>
        <w:br/>
        <w:t>v -0.530680 1.019694 -0.013266</w:t>
        <w:br/>
        <w:t>v -0.539072 1.021985 -0.014329</w:t>
        <w:br/>
        <w:t>v -0.535316 1.017138 -0.014456</w:t>
        <w:br/>
        <w:t>v -0.536025 1.017964 -0.016158</w:t>
        <w:br/>
        <w:t>v -0.538817 1.021590 -0.016056</w:t>
        <w:br/>
        <w:t>v -0.531877 1.014194 -0.018186</w:t>
        <w:br/>
        <w:t>v -0.533447 1.015755 -0.018951</w:t>
        <w:br/>
        <w:t>v -0.531275 1.015795 -0.023847</w:t>
        <w:br/>
        <w:t>v -0.533276 1.019935 -0.027441</w:t>
        <w:br/>
        <w:t>v -0.534488 1.020051 -0.025882</w:t>
        <w:br/>
        <w:t>v -0.532997 1.016951 -0.023198</w:t>
        <w:br/>
        <w:t>v -0.540727 1.025664 -0.017977</w:t>
        <w:br/>
        <w:t>v -0.539072 1.021985 -0.014329</w:t>
        <w:br/>
        <w:t>v -0.538817 1.021590 -0.016056</w:t>
        <w:br/>
        <w:t>v -0.540056 1.024344 -0.018790</w:t>
        <w:br/>
        <w:t>v -0.539365 1.025047 -0.022623</w:t>
        <w:br/>
        <w:t>v -0.539803 1.026607 -0.023093</w:t>
        <w:br/>
        <w:t>v -0.536847 1.024297 -0.026783</w:t>
        <w:br/>
        <w:t>v -0.537160 1.023312 -0.025387</w:t>
        <w:br/>
        <w:t>v -0.533276 1.019935 -0.027441</w:t>
        <w:br/>
        <w:t>v -0.534488 1.020051 -0.025882</w:t>
        <w:br/>
        <w:t>v -0.530989 1.024541 -0.026486</w:t>
        <w:br/>
        <w:t>v -0.530524 1.025319 -0.026188</w:t>
        <w:br/>
        <w:t>v -0.532234 1.027420 -0.025627</w:t>
        <w:br/>
        <w:t>v -0.539803 1.026607 -0.023093</w:t>
        <w:br/>
        <w:t>v -0.536847 1.024297 -0.026783</w:t>
        <w:br/>
        <w:t>v -0.534621 1.030047 -0.021936</w:t>
        <w:br/>
        <w:t>v -0.534935 1.026735 -0.014406</w:t>
        <w:br/>
        <w:t>v -0.535428 1.029144 -0.016634</w:t>
        <w:br/>
        <w:t>v -0.533276 1.019935 -0.027441</w:t>
        <w:br/>
        <w:t>v -0.529421 1.022365 -0.026099</w:t>
        <w:br/>
        <w:t>v -0.527614 1.018531 -0.023051</w:t>
        <w:br/>
        <w:t>v -0.529421 1.022365 -0.026099</w:t>
        <w:br/>
        <w:t>v -0.533276 1.019935 -0.027441</w:t>
        <w:br/>
        <w:t>v -0.531275 1.015795 -0.023847</w:t>
        <w:br/>
        <w:t>v -0.539072 1.021985 -0.014329</w:t>
        <w:br/>
        <w:t>v -0.534413 1.024898 -0.013251</w:t>
        <w:br/>
        <w:t>v -0.523302 1.022642 -0.030856</w:t>
        <w:br/>
        <w:t>v -0.520792 1.026685 -0.030953</w:t>
        <w:br/>
        <w:t>v -0.520116 1.025123 -0.029623</w:t>
        <w:br/>
        <w:t>v -0.517338 1.016036 -0.034070</w:t>
        <w:br/>
        <w:t>v -0.516976 1.021171 -0.028961</w:t>
        <w:br/>
        <w:t>v -0.513759 1.018905 -0.032877</w:t>
        <w:br/>
        <w:t>v -0.519181 1.029403 -0.037541</w:t>
        <w:br/>
        <w:t>v -0.520717 1.028954 -0.032910</w:t>
        <w:br/>
        <w:t>v -0.524155 1.025759 -0.034645</w:t>
        <w:br/>
        <w:t>v -0.522798 1.026793 -0.038702</w:t>
        <w:br/>
        <w:t>v -0.524155 1.025759 -0.034645</w:t>
        <w:br/>
        <w:t>v -0.523302 1.022642 -0.030856</w:t>
        <w:br/>
        <w:t>v -0.523148 1.022136 -0.032482</w:t>
        <w:br/>
        <w:t>v -0.523781 1.024448 -0.035291</w:t>
        <w:br/>
        <w:t>v -0.519762 1.024091 -0.041749</w:t>
        <w:br/>
        <w:t>v -0.520741 1.023190 -0.040644</w:t>
        <w:br/>
        <w:t>v -0.518500 1.019908 -0.040686</w:t>
        <w:br/>
        <w:t>v -0.517110 1.020109 -0.041601</w:t>
        <w:br/>
        <w:t>v -0.517110 1.020109 -0.041601</w:t>
        <w:br/>
        <w:t>v -0.518500 1.019908 -0.040686</w:t>
        <w:br/>
        <w:t>v -0.517784 1.017411 -0.037837</w:t>
        <w:br/>
        <w:t>v -0.516341 1.016960 -0.038749</w:t>
        <w:br/>
        <w:t>v -0.518881 1.017129 -0.034339</w:t>
        <w:br/>
        <w:t>v -0.517338 1.016036 -0.034070</w:t>
        <w:br/>
        <w:t>v -0.523302 1.022642 -0.030856</w:t>
        <w:br/>
        <w:t>v -0.520503 1.018466 -0.030259</w:t>
        <w:br/>
        <w:t>v -0.521106 1.019163 -0.032039</w:t>
        <w:br/>
        <w:t>v -0.523148 1.022136 -0.032482</w:t>
        <w:br/>
        <w:t>v -0.522798 1.026793 -0.038702</w:t>
        <w:br/>
        <w:t>v -0.522901 1.024921 -0.038447</w:t>
        <w:br/>
        <w:t>v -0.516419 1.027360 -0.040397</w:t>
        <w:br/>
        <w:t>v -0.513796 1.023060 -0.040584</w:t>
        <w:br/>
        <w:t>v -0.515157 1.024925 -0.040910</w:t>
        <w:br/>
        <w:t>v -0.516341 1.016960 -0.038749</w:t>
        <w:br/>
        <w:t>v -0.512697 1.020133 -0.037618</w:t>
        <w:br/>
        <w:t>v -0.513796 1.023060 -0.040584</w:t>
        <w:br/>
        <w:t>v -0.520503 1.018466 -0.030259</w:t>
        <w:br/>
        <w:t>v -0.523302 1.022642 -0.030856</w:t>
        <w:br/>
        <w:t>v -0.520116 1.025123 -0.029623</w:t>
        <w:br/>
        <w:t>v -0.514679 1.025508 -0.040854</w:t>
        <w:br/>
        <w:t>v -0.437444 1.102056 -0.006453</w:t>
        <w:br/>
        <w:t>v -0.425915 1.111546 -0.007790</w:t>
        <w:br/>
        <w:t>v -0.425945 1.113055 0.001380</w:t>
        <w:br/>
        <w:t>v -0.437760 1.102913 0.002389</w:t>
        <w:br/>
        <w:t>v -0.405196 1.121116 0.016733</w:t>
        <w:br/>
        <w:t>v -0.397986 1.112451 0.018201</w:t>
        <w:br/>
        <w:t>v -0.414122 1.100912 0.017042</w:t>
        <w:br/>
        <w:t>v -0.419500 1.107724 0.015765</w:t>
        <w:br/>
        <w:t>v -0.410140 1.095087 0.014108</w:t>
        <w:br/>
        <w:t>v -0.392719 1.106069 0.015048</w:t>
        <w:br/>
        <w:t>v -0.409116 1.125888 -0.010533</w:t>
        <w:br/>
        <w:t>v -0.422996 1.107437 -0.014973</w:t>
        <w:br/>
        <w:t>v -0.405995 1.122088 -0.017727</w:t>
        <w:br/>
        <w:t>v -0.390694 1.103640 0.001406</w:t>
        <w:br/>
        <w:t>v -0.409407 1.091923 0.001438</w:t>
        <w:br/>
        <w:t>v -0.390694 1.103640 0.001406</w:t>
        <w:br/>
        <w:t>v -0.393097 1.106470 -0.015113</w:t>
        <w:br/>
        <w:t>v -0.411492 1.095270 -0.012406</w:t>
        <w:br/>
        <w:t>v -0.409407 1.091923 0.001438</w:t>
        <w:br/>
        <w:t>v -0.398342 1.112840 -0.020231</w:t>
        <w:br/>
        <w:t>v -0.416866 1.100324 -0.017324</w:t>
        <w:br/>
        <w:t>v -0.419971 1.088485 0.013460</w:t>
        <w:br/>
        <w:t>v -0.424696 1.093506 0.016785</w:t>
        <w:br/>
        <w:t>v -0.429984 1.098766 0.015465</w:t>
        <w:br/>
        <w:t>v -0.434891 1.101918 0.010268</w:t>
        <w:br/>
        <w:t>v -0.423656 1.111591 0.009885</w:t>
        <w:br/>
        <w:t>v -0.410897 1.127983 -0.000189</w:t>
        <w:br/>
        <w:t>v -0.408748 1.125442 0.009360</w:t>
        <w:br/>
        <w:t>v -0.397387 1.113318 0.016531</w:t>
        <w:br/>
        <w:t>v -0.397986 1.112451 0.018201</w:t>
        <w:br/>
        <w:t>v -0.405196 1.121116 0.016733</w:t>
        <w:br/>
        <w:t>v -0.404008 1.121196 0.015202</w:t>
        <w:br/>
        <w:t>v -0.392719 1.106069 0.015048</w:t>
        <w:br/>
        <w:t>v -0.392670 1.107599 0.013732</w:t>
        <w:br/>
        <w:t>v -0.405995 1.122088 -0.017727</w:t>
        <w:br/>
        <w:t>v -0.404730 1.122118 -0.016312</w:t>
        <w:br/>
        <w:t>v -0.407436 1.125565 -0.009799</w:t>
        <w:br/>
        <w:t>v -0.409116 1.125888 -0.010533</w:t>
        <w:br/>
        <w:t>v -0.390853 1.105406 0.001245</w:t>
        <w:br/>
        <w:t>v -0.390694 1.103640 0.001406</w:t>
        <w:br/>
        <w:t>v -0.393097 1.106470 -0.015113</w:t>
        <w:br/>
        <w:t>v -0.390694 1.103640 0.001406</w:t>
        <w:br/>
        <w:t>v -0.390853 1.105406 0.001245</w:t>
        <w:br/>
        <w:t>v -0.392956 1.108055 -0.013995</w:t>
        <w:br/>
        <w:t>v -0.397722 1.113776 -0.018632</w:t>
        <w:br/>
        <w:t>v -0.398342 1.112840 -0.020231</w:t>
        <w:br/>
        <w:t>v -0.410897 1.127983 -0.000189</w:t>
        <w:br/>
        <w:t>v -0.409188 1.127498 -0.000324</w:t>
        <w:br/>
        <w:t>v -0.407185 1.125132 0.008438</w:t>
        <w:br/>
        <w:t>v -0.409188 1.127498 -0.000324</w:t>
        <w:br/>
        <w:t>v -0.420190 1.084762 0.000905</w:t>
        <w:br/>
        <w:t>v -0.423181 1.087741 -0.011529</w:t>
        <w:br/>
        <w:t>v -0.420190 1.084762 0.000905</w:t>
        <w:br/>
        <w:t>v -0.428428 1.092684 -0.016353</w:t>
        <w:br/>
        <w:t>v -0.433988 1.098630 -0.013741</w:t>
        <w:br/>
        <w:t>v -0.456797 1.083811 0.018674</w:t>
        <w:br/>
        <w:t>v -0.461500 1.073216 0.029668</w:t>
        <w:br/>
        <w:t>v -0.466612 1.074128 0.026330</w:t>
        <w:br/>
        <w:t>v -0.449734 1.085248 0.019614</w:t>
        <w:br/>
        <w:t>v -0.474363 1.066323 0.031049</w:t>
        <w:br/>
        <w:t>v -0.454456 1.071890 0.030590</w:t>
        <w:br/>
        <w:t>v -0.449799 1.076917 0.025436</w:t>
        <w:br/>
        <w:t>v -0.458994 1.068474 0.034188</w:t>
        <w:br/>
        <w:t>v -0.464227 1.066969 0.035261</w:t>
        <w:br/>
        <w:t>v -0.478984 1.073377 0.028337</w:t>
        <w:br/>
        <w:t>v -0.511434 1.056131 -0.004392</w:t>
        <w:br/>
        <w:t>v -0.511656 1.061222 0.010887</w:t>
        <w:br/>
        <w:t>v -0.506236 1.066570 0.015936</w:t>
        <w:br/>
        <w:t>v -0.513243 1.057097 0.015707</w:t>
        <w:br/>
        <w:t>v -0.510424 1.060556 -0.009935</w:t>
        <w:br/>
        <w:t>v -0.508211 1.065677 -0.004058</w:t>
        <w:br/>
        <w:t>v -0.513218 1.059504 -0.004980</w:t>
        <w:br/>
        <w:t>v -0.511199 1.057773 0.020231</w:t>
        <w:br/>
        <w:t>v -0.504726 1.063709 0.025539</w:t>
        <w:br/>
        <w:t>v -0.497741 1.052091 -0.035336</w:t>
        <w:br/>
        <w:t>v -0.495918 1.048188 -0.037601</w:t>
        <w:br/>
        <w:t>v -0.491245 1.053153 -0.036445</w:t>
        <w:br/>
        <w:t>v -0.493322 1.065085 -0.030311</w:t>
        <w:br/>
        <w:t>v -0.490732 1.067415 -0.028976</w:t>
        <w:br/>
        <w:t>v -0.494089 1.069348 -0.021371</w:t>
        <w:br/>
        <w:t>v -0.497842 1.066092 -0.022469</w:t>
        <w:br/>
        <w:t>v -0.484245 1.067834 -0.030515</w:t>
        <w:br/>
        <w:t>v -0.486740 1.070531 -0.027167</w:t>
        <w:br/>
        <w:t>v -0.503947 1.074219 0.005706</w:t>
        <w:br/>
        <w:t>v -0.508162 1.068869 0.005641</w:t>
        <w:br/>
        <w:t>v -0.503817 1.071039 -0.003931</w:t>
        <w:br/>
        <w:t>v -0.501684 1.071095 -0.014701</w:t>
        <w:br/>
        <w:t>v -0.498012 1.073905 -0.013920</w:t>
        <w:br/>
        <w:t>v -0.499784 1.074804 -0.003650</w:t>
        <w:br/>
        <w:t>v -0.498325 1.070691 0.026081</w:t>
        <w:br/>
        <w:t>v -0.492552 1.062054 0.033307</w:t>
        <w:br/>
        <w:t>v -0.499105 1.056686 0.032861</w:t>
        <w:br/>
        <w:t>v -0.494729 1.078075 -0.003185</w:t>
        <w:br/>
        <w:t>v -0.493869 1.075498 -0.013147</w:t>
        <w:br/>
        <w:t>v -0.489739 1.081002 0.015609</w:t>
        <w:br/>
        <w:t>v -0.495152 1.077503 0.015815</w:t>
        <w:br/>
        <w:t>v -0.498651 1.077883 0.005797</w:t>
        <w:br/>
        <w:t>v -0.485943 1.067858 0.033334</w:t>
        <w:br/>
        <w:t>v -0.491329 1.075442 0.025906</w:t>
        <w:br/>
        <w:t>v -0.482149 1.075961 0.030087</w:t>
        <w:br/>
        <w:t>v -0.481038 1.071610 0.033068</w:t>
        <w:br/>
        <w:t>v -0.489359 1.071880 -0.023307</w:t>
        <w:br/>
        <w:t>v -0.491582 1.072402 -0.020095</w:t>
        <w:br/>
        <w:t>v -0.509669 1.053228 0.028800</w:t>
        <w:br/>
        <w:t>v -0.509831 1.056793 0.024688</w:t>
        <w:br/>
        <w:t>v -0.487000 1.080566 0.020164</w:t>
        <w:br/>
        <w:t>v -0.484160 1.079335 0.024790</w:t>
        <w:br/>
        <w:t>v -0.511395 1.062743 0.005176</w:t>
        <w:br/>
        <w:t>v -0.512187 1.062154 -0.000030</w:t>
        <w:br/>
        <w:t>v -0.507587 1.060206 -0.015449</w:t>
        <w:br/>
        <w:t>v -0.506369 1.058608 -0.020143</w:t>
        <w:br/>
        <w:t>v -0.505327 1.066095 -0.015066</w:t>
        <w:br/>
        <w:t>v -0.501122 1.072475 0.015953</w:t>
        <w:br/>
        <w:t>v -0.493501 1.079937 0.006052</w:t>
        <w:br/>
        <w:t>v -0.500063 1.055084 -0.031763</w:t>
        <w:br/>
        <w:t>v -0.496256 1.061687 -0.031428</w:t>
        <w:br/>
        <w:t>v -0.502678 1.055945 -0.028109</w:t>
        <w:br/>
        <w:t>v -0.487553 1.057336 -0.035333</w:t>
        <w:br/>
        <w:t>v -0.484807 1.060400 -0.034489</w:t>
        <w:br/>
        <w:t>v -0.482456 1.063249 -0.033592</w:t>
        <w:br/>
        <w:t>v -0.511656 1.061222 0.010887</w:t>
        <w:br/>
        <w:t>v -0.513243 1.057097 0.015707</w:t>
        <w:br/>
        <w:t>v -0.511869 1.054436 0.015216</w:t>
        <w:br/>
        <w:t>v -0.510336 1.058009 0.009999</w:t>
        <w:br/>
        <w:t>v -0.513218 1.059504 -0.004980</w:t>
        <w:br/>
        <w:t>v -0.511434 1.056131 -0.004392</w:t>
        <w:br/>
        <w:t>v -0.508533 1.057439 -0.009867</w:t>
        <w:br/>
        <w:t>v -0.506593 1.055062 -0.024595</w:t>
        <w:br/>
        <w:t>v -0.505109 1.052623 -0.023746</w:t>
        <w:br/>
        <w:t>v -0.501261 1.053298 -0.027124</w:t>
        <w:br/>
        <w:t>v -0.491245 1.053153 -0.036445</w:t>
        <w:br/>
        <w:t>v -0.495918 1.048188 -0.037601</w:t>
        <w:br/>
        <w:t>v -0.495345 1.046499 -0.035875</w:t>
        <w:br/>
        <w:t>v -0.484245 1.067834 -0.030515</w:t>
        <w:br/>
        <w:t>v -0.482717 1.065928 -0.027590</w:t>
        <w:br/>
        <w:t>v -0.484437 1.068150 -0.024602</w:t>
        <w:br/>
        <w:t>v -0.486740 1.070531 -0.027167</w:t>
        <w:br/>
        <w:t>v -0.484120 1.065539 0.032446</w:t>
        <w:br/>
        <w:t>v -0.491231 1.059535 0.031796</w:t>
        <w:br/>
        <w:t>v -0.492552 1.062054 0.033307</w:t>
        <w:br/>
        <w:t>v -0.490323 1.072746 -0.012154</w:t>
        <w:br/>
        <w:t>v -0.491399 1.075363 -0.003017</w:t>
        <w:br/>
        <w:t>v -0.489739 1.081002 0.015609</w:t>
        <w:br/>
        <w:t>v -0.490158 1.077536 0.005285</w:t>
        <w:br/>
        <w:t>v -0.486488 1.078382 0.014420</w:t>
        <w:br/>
        <w:t>v -0.487553 1.057336 -0.035333</w:t>
        <w:br/>
        <w:t>v -0.479252 1.069395 0.031732</w:t>
        <w:br/>
        <w:t>v -0.508812 1.051308 0.027673</w:t>
        <w:br/>
        <w:t>v -0.508865 1.054164 0.024042</w:t>
        <w:br/>
        <w:t>v -0.509831 1.056793 0.024688</w:t>
        <w:br/>
        <w:t>v -0.509669 1.053228 0.028800</w:t>
        <w:br/>
        <w:t>v -0.481146 1.076832 0.022801</w:t>
        <w:br/>
        <w:t>v -0.484160 1.079335 0.024790</w:t>
        <w:br/>
        <w:t>v -0.487000 1.080566 0.020164</w:t>
        <w:br/>
        <w:t>v -0.483957 1.078016 0.018523</w:t>
        <w:br/>
        <w:t>v -0.509966 1.054862 0.019591</w:t>
        <w:br/>
        <w:t>v -0.478984 1.073377 0.028337</w:t>
        <w:br/>
        <w:t>v -0.482149 1.075961 0.030087</w:t>
        <w:br/>
        <w:t>v -0.491582 1.072402 -0.020095</w:t>
        <w:br/>
        <w:t>v -0.488622 1.070128 -0.018626</w:t>
        <w:br/>
        <w:t>v -0.486823 1.069734 -0.021818</w:t>
        <w:br/>
        <w:t>v -0.489359 1.071880 -0.023307</w:t>
        <w:br/>
        <w:t>v -0.497309 1.050342 -0.033431</w:t>
        <w:br/>
        <w:t>v -0.497741 1.052091 -0.035336</w:t>
        <w:br/>
        <w:t>v -0.500063 1.055084 -0.031763</w:t>
        <w:br/>
        <w:t>v -0.498950 1.052821 -0.030247</w:t>
        <w:br/>
        <w:t>v -0.482456 1.063249 -0.033592</w:t>
        <w:br/>
        <w:t>v -0.481012 1.060905 -0.031201</w:t>
        <w:br/>
        <w:t>v -0.495345 1.046499 -0.035875</w:t>
        <w:br/>
        <w:t>v -0.495918 1.048188 -0.037601</w:t>
        <w:br/>
        <w:t>v -0.512187 1.062154 -0.000030</w:t>
        <w:br/>
        <w:t>v -0.509598 1.059412 0.004855</w:t>
        <w:br/>
        <w:t>v -0.510448 1.058735 0.000711</w:t>
        <w:br/>
        <w:t>v -0.506798 1.057634 -0.014432</w:t>
        <w:br/>
        <w:t>v -0.505783 1.055994 -0.019079</w:t>
        <w:br/>
        <w:t>v -0.506510 1.051449 0.031716</w:t>
        <w:br/>
        <w:t>v -0.506510 1.051449 0.031716</w:t>
        <w:br/>
        <w:t>v -0.483695 1.057964 -0.032195</w:t>
        <w:br/>
        <w:t>v -0.484807 1.060400 -0.034489</w:t>
        <w:br/>
        <w:t>v -0.502490 1.060004 -0.023604</w:t>
        <w:br/>
        <w:t>v -0.506593 1.055062 -0.024595</w:t>
        <w:br/>
        <w:t>v -0.483957 1.078016 0.018523</w:t>
        <w:br/>
        <w:t>v -0.481146 1.076832 0.022801</w:t>
        <w:br/>
        <w:t>v -0.506510 1.051449 0.031716</w:t>
        <w:br/>
        <w:t>v -0.473523 1.064195 0.034117</w:t>
        <w:br/>
        <w:t>v -0.470719 1.064733 0.034772</w:t>
        <w:br/>
        <w:t>v -0.533515 1.029014 -0.008421</w:t>
        <w:br/>
        <w:t>v -0.531964 1.023171 0.030526</w:t>
        <w:br/>
        <w:t>v -0.488622 1.070128 -0.018626</w:t>
        <w:br/>
        <w:t>v -0.486823 1.069734 -0.021818</w:t>
        <w:br/>
        <w:t>v -0.508865 1.054164 0.024042</w:t>
        <w:br/>
        <w:t>v -0.478163 1.021042 0.050790</w:t>
        <w:br/>
        <w:t>v -0.419971 1.088485 0.013460</w:t>
        <w:br/>
        <w:t>v -0.500350 1.029970 -0.020457</w:t>
        <w:br/>
        <w:t>v -0.507661 1.035800 -0.023054</w:t>
        <w:br/>
        <w:t>v -0.500350 1.029970 -0.020457</w:t>
        <w:br/>
        <w:t>v -0.500708 1.030857 -0.021495</w:t>
        <w:br/>
        <w:t>v -0.507661 1.035800 -0.023054</w:t>
        <w:br/>
        <w:t>v -0.475109 1.064431 0.032892</w:t>
        <w:br/>
        <w:t>v -0.534560 1.027239 -0.014423</w:t>
        <w:br/>
        <w:t>v -0.520230 1.027256 -0.030940</w:t>
        <w:br/>
        <w:t>v -0.537277 1.026238 -0.006881</w:t>
        <w:br/>
        <w:t>v -0.533622 1.024851 0.027403</w:t>
        <w:br/>
        <w:t>v -0.479993 1.019273 0.053447</w:t>
        <w:br/>
        <w:t>v -0.517964 1.035839 0.012213</w:t>
        <w:br/>
        <w:t>v -0.423406 1.101811 -0.027822</w:t>
        <w:br/>
        <w:t>v -0.002836 1.338099 0.101618</w:t>
        <w:br/>
        <w:t>v -0.033203 1.332613 0.099071</w:t>
        <w:br/>
        <w:t>v -0.011341 1.337126 0.095283</w:t>
        <w:br/>
        <w:t>v -0.000000 1.362985 0.073585</w:t>
        <w:br/>
        <w:t>v -0.006390 1.342468 0.090801</w:t>
        <w:br/>
        <w:t>v -0.033203 1.332613 0.099071</w:t>
        <w:br/>
        <w:t>v -0.001886 1.335986 0.105099</w:t>
        <w:br/>
        <w:t>v -0.011776 1.328983 0.102116</w:t>
        <w:br/>
        <w:t>v -0.000000 1.338391 0.105773</w:t>
        <w:br/>
        <w:t>v -0.000000 1.291206 0.133816</w:t>
        <w:br/>
        <w:t>v -0.016310 1.349376 0.085005</w:t>
        <w:br/>
        <w:t>v -0.016310 1.349376 0.085005</w:t>
        <w:br/>
        <w:t>v -0.006390 1.342468 0.090801</w:t>
        <w:br/>
        <w:t>v -0.002836 1.338099 0.101618</w:t>
        <w:br/>
        <w:t>v -0.017106 1.320375 0.109340</w:t>
        <w:br/>
        <w:t>v -0.011776 1.328983 0.102116</w:t>
        <w:br/>
        <w:t>v -0.006714 1.323161 0.107002</w:t>
        <w:br/>
        <w:t>v -0.017106 1.320375 0.109340</w:t>
        <w:br/>
        <w:t>v 0.011342 1.337126 0.095283</w:t>
        <w:br/>
        <w:t>v 0.033203 1.332613 0.099071</w:t>
        <w:br/>
        <w:t>v 0.002835 1.338099 0.101618</w:t>
        <w:br/>
        <w:t>v -0.000000 1.362985 0.073585</w:t>
        <w:br/>
        <w:t>v 0.006390 1.342468 0.090801</w:t>
        <w:br/>
        <w:t>v 0.001886 1.335986 0.105099</w:t>
        <w:br/>
        <w:t>v 0.033203 1.332613 0.099071</w:t>
        <w:br/>
        <w:t>v 0.011776 1.328983 0.102116</w:t>
        <w:br/>
        <w:t>v -0.000000 1.291206 0.133816</w:t>
        <w:br/>
        <w:t>v 0.006714 1.323161 0.107002</w:t>
        <w:br/>
        <w:t>v 0.016311 1.349376 0.085005</w:t>
        <w:br/>
        <w:t>v 0.006390 1.342468 0.090801</w:t>
        <w:br/>
        <w:t>v 0.016311 1.349376 0.085005</w:t>
        <w:br/>
        <w:t>v 0.002835 1.338099 0.101618</w:t>
        <w:br/>
        <w:t>v 0.011776 1.328983 0.102116</w:t>
        <w:br/>
        <w:t>v 0.017107 1.320375 0.109340</w:t>
        <w:br/>
        <w:t>v 0.017107 1.320375 0.109340</w:t>
        <w:br/>
        <w:t>v 0.006714 1.323161 0.107002</w:t>
        <w:br/>
        <w:t>v -0.000000 1.327015 0.092217</w:t>
        <w:br/>
        <w:t>v 0.033203 1.332613 0.099071</w:t>
        <w:br/>
        <w:t>v 0.002835 1.331057 0.093225</w:t>
        <w:br/>
        <w:t>v -0.000000 1.362985 0.073585</w:t>
        <w:br/>
        <w:t>v 0.006390 1.342468 0.090801</w:t>
        <w:br/>
        <w:t>v 0.001886 1.327262 0.094703</w:t>
        <w:br/>
        <w:t>v 0.033203 1.332613 0.099071</w:t>
        <w:br/>
        <w:t>v -0.000000 1.327015 0.092217</w:t>
        <w:br/>
        <w:t>v -0.000000 1.291206 0.133816</w:t>
        <w:br/>
        <w:t>v 0.011342 1.337126 0.095283</w:t>
        <w:br/>
        <w:t>v 0.016311 1.349376 0.085005</w:t>
        <w:br/>
        <w:t>v 0.016311 1.349376 0.085005</w:t>
        <w:br/>
        <w:t>v 0.006390 1.342468 0.090801</w:t>
        <w:br/>
        <w:t>v 0.002835 1.331057 0.093225</w:t>
        <w:br/>
        <w:t>v 0.017107 1.320375 0.109340</w:t>
        <w:br/>
        <w:t>v 0.011776 1.328983 0.102116</w:t>
        <w:br/>
        <w:t>v 0.006714 1.323161 0.107002</w:t>
        <w:br/>
        <w:t>v 0.017107 1.320375 0.109340</w:t>
        <w:br/>
        <w:t>v -0.033203 1.332613 0.099071</w:t>
        <w:br/>
        <w:t>v -0.002836 1.331057 0.093225</w:t>
        <w:br/>
        <w:t>v -0.011341 1.337126 0.095283</w:t>
        <w:br/>
        <w:t>v -0.000000 1.362985 0.073585</w:t>
        <w:br/>
        <w:t>v -0.000000 1.327015 0.092217</w:t>
        <w:br/>
        <w:t>v -0.033203 1.332613 0.099071</w:t>
        <w:br/>
        <w:t>v -0.001886 1.327262 0.094703</w:t>
        <w:br/>
        <w:t>v -0.000000 1.291206 0.133816</w:t>
        <w:br/>
        <w:t>v -0.016310 1.349376 0.085005</w:t>
        <w:br/>
        <w:t>v -0.006390 1.342468 0.090801</w:t>
        <w:br/>
        <w:t>v -0.016310 1.349376 0.085005</w:t>
        <w:br/>
        <w:t>v -0.002836 1.331057 0.093225</w:t>
        <w:br/>
        <w:t>v -0.011776 1.328983 0.102116</w:t>
        <w:br/>
        <w:t>v -0.017106 1.320375 0.109340</w:t>
        <w:br/>
        <w:t>v -0.017106 1.320375 0.109340</w:t>
        <w:br/>
        <w:t>v -0.006714 1.323161 0.107002</w:t>
        <w:br/>
        <w:t>v -0.000000 1.338391 0.105773</w:t>
        <w:br/>
        <w:t>v -0.006714 1.323161 0.107002</w:t>
        <w:br/>
        <w:t>v -0.000000 1.338391 0.105773</w:t>
        <w:br/>
        <w:t>v 0.011776 1.328983 0.102116</w:t>
        <w:br/>
        <w:t>v 0.006714 1.323161 0.107002</w:t>
        <w:br/>
        <w:t>v -0.006390 1.342468 0.090801</w:t>
        <w:br/>
        <w:t>v -0.011776 1.328983 0.102116</w:t>
        <w:br/>
        <w:t>v -0.006714 1.323161 0.107002</w:t>
        <w:br/>
        <w:t>v 0.075330 0.059359 0.053435</w:t>
        <w:br/>
        <w:t>v 0.069514 0.056182 0.047448</w:t>
        <w:br/>
        <w:t>v 0.079818 0.052061 0.043023</w:t>
        <w:br/>
        <w:t>v 0.083455 0.054855 0.048595</w:t>
        <w:br/>
        <w:t>v 0.092841 0.033709 0.019753</w:t>
        <w:br/>
        <w:t>v 0.092731 0.035843 0.027670</w:t>
        <w:br/>
        <w:t>v 0.090285 0.036502 0.026921</w:t>
        <w:br/>
        <w:t>v 0.090857 0.034358 0.018976</w:t>
        <w:br/>
        <w:t>v 0.087153 0.039713 -0.004969</w:t>
        <w:br/>
        <w:t>v 0.085790 0.040349 -0.004669</w:t>
        <w:br/>
        <w:t>v 0.084289 0.045945 -0.016101</w:t>
        <w:br/>
        <w:t>v 0.085395 0.045171 -0.016525</w:t>
        <w:br/>
        <w:t>v 0.091348 0.024566 0.048867</w:t>
        <w:br/>
        <w:t>v 0.091983 0.031691 0.040232</w:t>
        <w:br/>
        <w:t>v 0.094623 0.022520 0.030938</w:t>
        <w:br/>
        <w:t>v 0.094546 0.016181 0.040629</w:t>
        <w:br/>
        <w:t>v 0.085191 0.032659 -0.010181</w:t>
        <w:br/>
        <w:t>v 0.027453 0.032289 -0.010513</w:t>
        <w:br/>
        <w:t>v 0.024104 0.024120 0.000768</w:t>
        <w:br/>
        <w:t>v 0.088489 0.024132 0.000774</w:t>
        <w:br/>
        <w:t>v 0.020753 0.012948 0.012300</w:t>
        <w:br/>
        <w:t>v 0.018403 0.002080 0.022713</w:t>
        <w:br/>
        <w:t>v 0.094267 0.001986 0.022729</w:t>
        <w:br/>
        <w:t>v 0.091635 0.013010 0.012445</w:t>
        <w:br/>
        <w:t>v 0.092402 0.025108 0.014489</w:t>
        <w:br/>
        <w:t>v 0.091635 0.013010 0.012445</w:t>
        <w:br/>
        <w:t>v 0.094694 0.015073 0.025568</w:t>
        <w:br/>
        <w:t>v 0.085395 0.045171 -0.016525</w:t>
        <w:br/>
        <w:t>v 0.083204 0.037088 -0.019895</w:t>
        <w:br/>
        <w:t>v 0.085191 0.032659 -0.010181</w:t>
        <w:br/>
        <w:t>v 0.087153 0.039713 -0.004969</w:t>
        <w:br/>
        <w:t>v 0.090169 0.035231 0.007762</w:t>
        <w:br/>
        <w:t>v 0.088489 0.024132 0.000774</w:t>
        <w:br/>
        <w:t>v 0.094731 0.008138 0.035648</w:t>
        <w:br/>
        <w:t>v 0.091278 0.008138 0.059183</w:t>
        <w:br/>
        <w:t>v 0.089772 0.000045 0.059134</w:t>
        <w:br/>
        <w:t>v 0.082606 -0.000004 0.080785</w:t>
        <w:br/>
        <w:t>v 0.083592 0.008137 0.080898</w:t>
        <w:br/>
        <w:t>v 0.082606 -0.000004 0.080785</w:t>
        <w:br/>
        <w:t>v 0.089772 0.000045 0.059134</w:t>
        <w:br/>
        <w:t>v 0.019511 0.000025 0.058444</w:t>
        <w:br/>
        <w:t>v 0.023849 0.000024 0.080167</w:t>
        <w:br/>
        <w:t>v 0.072500 -0.000004 0.096721</w:t>
        <w:br/>
        <w:t>v 0.072673 0.008187 0.097914</w:t>
        <w:br/>
        <w:t>v 0.061476 -0.000002 0.107978</w:t>
        <w:br/>
        <w:t>v 0.072500 -0.000004 0.096721</w:t>
        <w:br/>
        <w:t>v 0.029918 -0.000004 0.096599</w:t>
        <w:br/>
        <w:t>v 0.038003 -0.000004 0.107278</w:t>
        <w:br/>
        <w:t>v 0.053567 0.003941 0.116059</w:t>
        <w:br/>
        <w:t>v 0.049059 0.003682 0.117217</w:t>
        <w:br/>
        <w:t>v 0.049058 0.008208 0.118414</w:t>
        <w:br/>
        <w:t>v 0.053464 0.008210 0.117348</w:t>
        <w:br/>
        <w:t>v 0.092841 0.033709 0.019753</w:t>
        <w:br/>
        <w:t>v 0.070541 0.041267 0.071210</w:t>
        <w:br/>
        <w:t>v 0.071288 0.050843 0.062102</w:t>
        <w:br/>
        <w:t>v 0.079373 0.037137 0.065142</w:t>
        <w:br/>
        <w:t>v 0.086651 0.041708 0.050823</w:t>
        <w:br/>
        <w:t>v 0.094327 -0.000012 0.029138</w:t>
        <w:br/>
        <w:t>v 0.017898 -0.000012 0.028859</w:t>
        <w:br/>
        <w:t>v 0.094327 -0.000012 0.029138</w:t>
        <w:br/>
        <w:t>v 0.091096 0.038838 0.030498</w:t>
        <w:br/>
        <w:t>v 0.060860 0.039681 0.073787</w:t>
        <w:br/>
        <w:t>v 0.061187 0.043228 0.074336</w:t>
        <w:br/>
        <w:t>v 0.070693 0.037547 0.070028</w:t>
        <w:br/>
        <w:t>v 0.077594 0.034379 0.065017</w:t>
        <w:br/>
        <w:t>v 0.083540 0.030722 0.059075</w:t>
        <w:br/>
        <w:t>v 0.085055 0.033286 0.059436</w:t>
        <w:br/>
        <w:t>v 0.089744 0.023272 0.049158</w:t>
        <w:br/>
        <w:t>v 0.092436 0.015618 0.042064</w:t>
        <w:br/>
        <w:t>v 0.082642 0.009201 0.079942</w:t>
        <w:br/>
        <w:t>v 0.090427 0.009201 0.058712</w:t>
        <w:br/>
        <w:t>v 0.072673 0.008187 0.097914</w:t>
        <w:br/>
        <w:t>v 0.071494 0.009212 0.096835</w:t>
        <w:br/>
        <w:t>v 0.062622 0.008213 0.109377</w:t>
        <w:br/>
        <w:t>v 0.062012 0.009207 0.107167</w:t>
        <w:br/>
        <w:t>v 0.053464 0.008210 0.117348</w:t>
        <w:br/>
        <w:t>v 0.053513 0.009212 0.115484</w:t>
        <w:br/>
        <w:t>v 0.089096 0.035727 0.008352</w:t>
        <w:br/>
        <w:t>v 0.090169 0.035231 0.007762</w:t>
        <w:br/>
        <w:t>v 0.062622 0.008213 0.109377</w:t>
        <w:br/>
        <w:t>v 0.049058 0.008208 0.118414</w:t>
        <w:br/>
        <w:t>v 0.049044 0.009213 0.116581</w:t>
        <w:br/>
        <w:t>v 0.044633 -0.000005 0.113748</w:t>
        <w:br/>
        <w:t>v 0.053486 -0.000005 0.113747</w:t>
        <w:br/>
        <w:t>v 0.026166 0.046354 0.037338</w:t>
        <w:br/>
        <w:t>v 0.032080 0.051542 0.042708</w:t>
        <w:br/>
        <w:t>v 0.029896 0.055470 0.049501</w:t>
        <w:br/>
        <w:t>v 0.023166 0.047978 0.041069</w:t>
        <w:br/>
        <w:t>v 0.018732 0.034043 0.019666</w:t>
        <w:br/>
        <w:t>v 0.022060 0.034696 0.018910</w:t>
        <w:br/>
        <w:t>v 0.021934 0.036737 0.026839</w:t>
        <w:br/>
        <w:t>v 0.018680 0.036070 0.027551</w:t>
        <w:br/>
        <w:t>v 0.027144 0.045382 -0.016526</w:t>
        <w:br/>
        <w:t>v 0.029449 0.046153 -0.016104</w:t>
        <w:br/>
        <w:t>v 0.027772 0.040348 -0.004677</w:t>
        <w:br/>
        <w:t>v 0.025486 0.039713 -0.004981</w:t>
        <w:br/>
        <w:t>v 0.017059 0.016181 0.039944</w:t>
        <w:br/>
        <w:t>v 0.017148 0.022524 0.030602</w:t>
        <w:br/>
        <w:t>v 0.019018 0.029544 0.037933</w:t>
        <w:br/>
        <w:t>v 0.020022 0.024877 0.048246</w:t>
        <w:br/>
        <w:t>v 0.019408 0.025122 0.014384</w:t>
        <w:br/>
        <w:t>v 0.016874 0.015427 0.025415</w:t>
        <w:br/>
        <w:t>v 0.020753 0.012948 0.012300</w:t>
        <w:br/>
        <w:t>v 0.025486 0.039713 -0.004981</w:t>
        <w:br/>
        <w:t>v 0.027453 0.032289 -0.010513</w:t>
        <w:br/>
        <w:t>v 0.029606 0.037465 -0.019704</w:t>
        <w:br/>
        <w:t>v 0.027144 0.045382 -0.016526</w:t>
        <w:br/>
        <w:t>v 0.021711 0.035720 0.007750</w:t>
        <w:br/>
        <w:t>v 0.024104 0.024120 0.000768</w:t>
        <w:br/>
        <w:t>v 0.016556 0.008138 0.035142</w:t>
        <w:br/>
        <w:t>v 0.023040 0.008138 0.080298</w:t>
        <w:br/>
        <w:t>v 0.023849 0.000024 0.080167</w:t>
        <w:br/>
        <w:t>v 0.019511 0.000025 0.058444</w:t>
        <w:br/>
        <w:t>v 0.018086 0.008138 0.058349</w:t>
        <w:br/>
        <w:t>v 0.029937 0.008189 0.097797</w:t>
        <w:br/>
        <w:t>v 0.029918 -0.000004 0.096599</w:t>
        <w:br/>
        <w:t>v 0.044633 -0.000005 0.113748</w:t>
        <w:br/>
        <w:t>v 0.044859 0.003956 0.116031</w:t>
        <w:br/>
        <w:t>v 0.049058 -0.000005 0.114547</w:t>
        <w:br/>
        <w:t>v 0.018732 0.034043 0.019666</w:t>
        <w:br/>
        <w:t>v 0.031701 0.037974 0.065555</w:t>
        <w:br/>
        <w:t>v 0.026217 0.033814 0.059240</w:t>
        <w:br/>
        <w:t>v 0.024883 0.041170 0.049855</w:t>
        <w:br/>
        <w:t>v 0.031336 0.047475 0.056778</w:t>
        <w:br/>
        <w:t>v 0.020973 0.038949 0.030403</w:t>
        <w:br/>
        <w:t>v 0.027310 0.031261 0.058652</w:t>
        <w:br/>
        <w:t>v 0.031970 0.034594 0.064249</w:t>
        <w:br/>
        <w:t>v 0.021591 0.023679 0.048987</w:t>
        <w:br/>
        <w:t>v 0.018311 0.015290 0.040761</w:t>
        <w:br/>
        <w:t>v 0.018997 0.009201 0.058712</w:t>
        <w:br/>
        <w:t>v 0.017726 0.009205 0.037503</w:t>
        <w:br/>
        <w:t>v 0.023933 0.009201 0.079942</w:t>
        <w:br/>
        <w:t>v 0.031361 0.009203 0.096014</w:t>
        <w:br/>
        <w:t>v 0.037873 0.009212 0.107638</w:t>
        <w:br/>
        <w:t>v 0.037005 0.008214 0.108674</w:t>
        <w:br/>
        <w:t>v 0.044651 0.008211 0.117348</w:t>
        <w:br/>
        <w:t>v 0.044573 0.009212 0.115484</w:t>
        <w:br/>
        <w:t>v 0.017726 0.009205 0.037503</w:t>
        <w:br/>
        <w:t>v 0.024344 0.036778 0.007912</w:t>
        <w:br/>
        <w:t>v 0.021711 0.035720 0.007750</w:t>
        <w:br/>
        <w:t>v 0.038003 -0.000004 0.107278</w:t>
        <w:br/>
        <w:t>v 0.092731 0.035843 0.027670</w:t>
        <w:br/>
        <w:t>v 0.075330 0.059359 0.053435</w:t>
        <w:br/>
        <w:t>v 0.083455 0.054855 0.048595</w:t>
        <w:br/>
        <w:t>v 0.080936 0.047351 0.056955</w:t>
        <w:br/>
        <w:t>v 0.089048 0.047349 0.040779</w:t>
        <w:br/>
        <w:t>v 0.058857 0.053088 0.056640</w:t>
        <w:br/>
        <w:t>v 0.060004 0.055669 0.062461</w:t>
        <w:br/>
        <w:t>v 0.054657 0.049206 0.068494</w:t>
        <w:br/>
        <w:t>v 0.054898 0.045859 0.063640</w:t>
        <w:br/>
        <w:t>v 0.018680 0.036070 0.027551</w:t>
        <w:br/>
        <w:t>v 0.023166 0.047978 0.041069</w:t>
        <w:br/>
        <w:t>v 0.029896 0.055470 0.049501</w:t>
        <w:br/>
        <w:t>v 0.019489 0.038767 0.031255</w:t>
        <w:br/>
        <w:t>v 0.054657 0.049206 0.068494</w:t>
        <w:br/>
        <w:t>v 0.051184 0.055767 0.062657</w:t>
        <w:br/>
        <w:t>v 0.052806 0.052284 0.056771</w:t>
        <w:br/>
        <w:t>v 0.054898 0.045859 0.063640</w:t>
        <w:br/>
        <w:t>v 0.065253 0.062717 0.057759</w:t>
        <w:br/>
        <w:t>v 0.061952 0.058562 0.049878</w:t>
        <w:br/>
        <w:t>v 0.065253 0.062717 0.057759</w:t>
        <w:br/>
        <w:t>v 0.065253 0.062717 0.057759</w:t>
        <w:br/>
        <w:t>v 0.061952 0.058562 0.049878</w:t>
        <w:br/>
        <w:t>v 0.053288 0.040650 0.074946</w:t>
        <w:br/>
        <w:t>v 0.046289 0.039929 0.073571</w:t>
        <w:br/>
        <w:t>v 0.046254 0.043090 0.074094</w:t>
        <w:br/>
        <w:t>v 0.053446 0.043851 0.075470</w:t>
        <w:br/>
        <w:t>v 0.037060 0.059471 0.053006</w:t>
        <w:br/>
        <w:t>v 0.042837 0.056356 0.047384</w:t>
        <w:br/>
        <w:t>v 0.050721 0.058629 0.050326</w:t>
        <w:br/>
        <w:t>v 0.047180 0.062941 0.057859</w:t>
        <w:br/>
        <w:t>v 0.047180 0.062941 0.057859</w:t>
        <w:br/>
        <w:t>v 0.039330 0.050429 0.061598</w:t>
        <w:br/>
        <w:t>v 0.037060 0.059471 0.053006</w:t>
        <w:br/>
        <w:t>v 0.053446 0.043851 0.075470</w:t>
        <w:br/>
        <w:t>v 0.046254 0.043090 0.074094</w:t>
        <w:br/>
        <w:t>v 0.054657 0.049206 0.068494</w:t>
        <w:br/>
        <w:t>v 0.050721 0.058629 0.050326</w:t>
        <w:br/>
        <w:t>v 0.047180 0.062941 0.057859</w:t>
        <w:br/>
        <w:t>v 0.049058 -0.000005 0.114547</w:t>
        <w:br/>
        <w:t>v 0.094267 0.001986 0.022729</w:t>
        <w:br/>
        <w:t>v 0.018403 0.002080 0.022713</w:t>
        <w:br/>
        <w:t>v 0.093179 0.009100 0.037683</w:t>
        <w:br/>
        <w:t>v 0.093179 0.009100 0.037683</w:t>
        <w:br/>
        <w:t>v 0.017898 -0.000012 0.028859</w:t>
        <w:br/>
        <w:t>v 0.038430 0.040944 0.071176</w:t>
        <w:br/>
        <w:t>v 0.038336 0.037519 0.069699</w:t>
        <w:br/>
        <w:t>v 0.053486 -0.000005 0.113747</w:t>
        <w:br/>
        <w:t>v 0.061476 -0.000002 0.107978</w:t>
        <w:br/>
        <w:t>v 0.044651 0.008211 0.117348</w:t>
        <w:br/>
        <w:t>v 0.037005 0.008214 0.108674</w:t>
        <w:br/>
        <w:t>v 0.086194 0.021370 0.062500</w:t>
        <w:br/>
        <w:t>v 0.079404 0.019946 0.080287</w:t>
        <w:br/>
        <w:t>v 0.075636 0.025444 0.080353</w:t>
        <w:br/>
        <w:t>v 0.080957 0.027280 0.068558</w:t>
        <w:br/>
        <w:t>v 0.069454 0.031598 0.079802</w:t>
        <w:br/>
        <w:t>v 0.067210 0.025841 0.091179</w:t>
        <w:br/>
        <w:t>v 0.050866 0.027198 0.098015</w:t>
        <w:br/>
        <w:t>v 0.052230 0.033823 0.084897</w:t>
        <w:br/>
        <w:t>v 0.089248 0.015359 0.059516</w:t>
        <w:br/>
        <w:t>v 0.028727 0.028842 0.067432</w:t>
        <w:br/>
        <w:t>v 0.030237 0.025426 0.080372</w:t>
        <w:br/>
        <w:t>v 0.026637 0.020001 0.080392</w:t>
        <w:br/>
        <w:t>v 0.023208 0.022196 0.061870</w:t>
        <w:br/>
        <w:t>v 0.037084 0.032135 0.078608</w:t>
        <w:br/>
        <w:t>v 0.036075 0.025687 0.091214</w:t>
        <w:br/>
        <w:t>v 0.049038 0.014582 0.118378</w:t>
        <w:br/>
        <w:t>v 0.049244 0.018466 0.117868</w:t>
        <w:br/>
        <w:t>v 0.053631 0.018528 0.116573</w:t>
        <w:br/>
        <w:t>v 0.053228 0.014728 0.117085</w:t>
        <w:br/>
        <w:t>v 0.060860 0.039681 0.073787</w:t>
        <w:br/>
        <w:t>v 0.038074 0.014810 0.108785</w:t>
        <w:br/>
        <w:t>v 0.045055 0.018473 0.116570</w:t>
        <w:br/>
        <w:t>v 0.044951 0.014716 0.116982</w:t>
        <w:br/>
        <w:t>v 0.046289 0.039929 0.073571</w:t>
        <w:br/>
        <w:t>v 0.081598 0.015041 0.079956</w:t>
        <w:br/>
        <w:t>v 0.071522 0.014811 0.096781</w:t>
        <w:br/>
        <w:t>v 0.049044 0.009213 0.116581</w:t>
        <w:br/>
        <w:t>v 0.053513 0.009212 0.115484</w:t>
        <w:br/>
        <w:t>v 0.062569 0.014835 0.108171</w:t>
        <w:br/>
        <w:t>v 0.062012 0.009207 0.107167</w:t>
        <w:br/>
        <w:t>v 0.062458 0.021088 0.105528</w:t>
        <w:br/>
        <w:t>v 0.038862 0.020989 0.105880</w:t>
        <w:br/>
        <w:t>v 0.032113 0.020229 0.094667</w:t>
        <w:br/>
        <w:t>v 0.030932 0.014657 0.096017</w:t>
        <w:br/>
        <w:t>v 0.024825 0.014915 0.080100</w:t>
        <w:br/>
        <w:t>v 0.071199 0.020169 0.094291</w:t>
        <w:br/>
        <w:t>v 0.020179 0.015179 0.059541</w:t>
        <w:br/>
        <w:t>v 0.044573 0.009212 0.115484</w:t>
        <w:br/>
        <w:t>v 0.037873 0.009212 0.107638</w:t>
        <w:br/>
        <w:t>v 0.049449 0.021580 0.114419</w:t>
        <w:br/>
        <w:t>v 0.070693 0.037547 0.070028</w:t>
        <w:br/>
        <w:t>v 0.038336 0.037519 0.069699</w:t>
        <w:br/>
        <w:t>v 0.031970 0.034594 0.064249</w:t>
        <w:br/>
        <w:t>v 0.053288 0.040650 0.074946</w:t>
        <w:br/>
        <w:t>v 0.027310 0.031261 0.058652</w:t>
        <w:br/>
        <w:t>v 0.087102 0.046624 0.038187</w:t>
        <w:br/>
        <w:t>v 0.089048 0.047349 0.040779</w:t>
        <w:br/>
        <w:t>v 0.085408 0.078270 0.006790</w:t>
        <w:br/>
        <w:t>v 0.086462 0.065630 0.016714</w:t>
        <w:br/>
        <w:t>v 0.080065 0.072560 0.023197</w:t>
        <w:br/>
        <w:t>v 0.079561 0.085231 0.013551</w:t>
        <w:br/>
        <w:t>v 0.069996 0.078284 0.028156</w:t>
        <w:br/>
        <w:t>v 0.056322 0.081420 0.032247</w:t>
        <w:br/>
        <w:t>v 0.056322 0.093978 0.022989</w:t>
        <w:br/>
        <w:t>v 0.070248 0.090859 0.018792</w:t>
        <w:br/>
        <w:t>v 0.080638 0.057932 0.036181</w:t>
        <w:br/>
        <w:t>v 0.087235 0.052464 0.030397</w:t>
        <w:br/>
        <w:t>v 0.069742 0.063041 0.041123</w:t>
        <w:br/>
        <w:t>v 0.056322 0.066153 0.045160</w:t>
        <w:br/>
        <w:t>v 0.090450 0.057085 0.009277</w:t>
        <w:br/>
        <w:t>v 0.088624 0.068970 -0.001703</w:t>
        <w:br/>
        <w:t>v 0.091335 0.044413 0.022880</w:t>
        <w:br/>
        <w:t>v 0.027956 0.078174 0.006702</w:t>
        <w:br/>
        <w:t>v 0.033342 0.085171 0.013471</w:t>
        <w:br/>
        <w:t>v 0.032963 0.072579 0.023213</w:t>
        <w:br/>
        <w:t>v 0.027000 0.065628 0.016757</w:t>
        <w:br/>
        <w:t>v 0.055789 0.053822 0.056895</w:t>
        <w:br/>
        <w:t>v 0.054898 0.045859 0.063640</w:t>
        <w:br/>
        <w:t>v 0.052806 0.052284 0.056771</w:t>
        <w:br/>
        <w:t>v 0.032080 0.051542 0.042708</w:t>
        <w:br/>
        <w:t>v 0.032157 0.057782 0.035985</w:t>
        <w:br/>
        <w:t>v 0.042813 0.063127 0.041220</w:t>
        <w:br/>
        <w:t>v 0.042837 0.056356 0.047384</w:t>
        <w:br/>
        <w:t>v 0.042665 0.078313 0.028199</w:t>
        <w:br/>
        <w:t>v 0.042410 0.090853 0.018787</w:t>
        <w:br/>
        <w:t>v 0.023124 0.057086 0.009342</w:t>
        <w:br/>
        <w:t>v 0.024839 0.056266 0.008519</w:t>
        <w:br/>
        <w:t>v 0.027006 0.068290 -0.002917</w:t>
        <w:br/>
        <w:t>v 0.025181 0.068974 -0.001661</w:t>
        <w:br/>
        <w:t>v 0.025849 0.052328 0.030308</w:t>
        <w:br/>
        <w:t>v 0.026166 0.046354 0.037338</w:t>
        <w:br/>
        <w:t>v 0.023124 0.057086 0.009342</w:t>
        <w:br/>
        <w:t>v 0.025181 0.068974 -0.001661</w:t>
        <w:br/>
        <w:t>v 0.021113 0.044263 0.023149</w:t>
        <w:br/>
        <w:t>v 0.020973 0.038949 0.030403</w:t>
        <w:br/>
        <w:t>v 0.058857 0.053088 0.056640</w:t>
        <w:br/>
        <w:t>v 0.061952 0.058562 0.049878</w:t>
        <w:br/>
        <w:t>v 0.069514 0.056182 0.047448</w:t>
        <w:br/>
        <w:t>v 0.079818 0.052061 0.043023</w:t>
        <w:br/>
        <w:t>v 0.087102 0.046624 0.038187</w:t>
        <w:br/>
        <w:t>v 0.091096 0.038838 0.030498</w:t>
        <w:br/>
        <w:t>v 0.090218 0.043938 0.022441</w:t>
        <w:br/>
        <w:t>v 0.089912 0.038394 0.029547</w:t>
        <w:br/>
        <w:t>v 0.091096 0.038838 0.030498</w:t>
        <w:br/>
        <w:t>v 0.091335 0.044413 0.022880</w:t>
        <w:br/>
        <w:t>v 0.050721 0.058629 0.050326</w:t>
        <w:br/>
        <w:t>v 0.089236 0.056245 0.008501</w:t>
        <w:br/>
        <w:t>v 0.090450 0.057085 0.009277</w:t>
        <w:br/>
        <w:t>v 0.086997 0.068509 -0.002521</w:t>
        <w:br/>
        <w:t>v 0.088624 0.068970 -0.001703</w:t>
        <w:br/>
        <w:t>v 0.022204 0.043644 0.022521</w:t>
        <w:br/>
        <w:t>v 0.021113 0.044263 0.023149</w:t>
        <w:br/>
        <w:t>v 0.084289 0.045945 -0.016101</w:t>
        <w:br/>
        <w:t>v 0.085790 0.040349 -0.004669</w:t>
        <w:br/>
        <w:t>v 0.088160 0.045405 0.000854</w:t>
        <w:br/>
        <w:t>v 0.086632 0.052526 -0.011962</w:t>
        <w:br/>
        <w:t>v 0.087466 0.061111 -0.006888</w:t>
        <w:br/>
        <w:t>v 0.089328 0.050831 0.005203</w:t>
        <w:br/>
        <w:t>v 0.090857 0.034358 0.018976</w:t>
        <w:br/>
        <w:t>v 0.090285 0.036502 0.026921</w:t>
        <w:br/>
        <w:t>v 0.090579 0.039371 0.018023</w:t>
        <w:br/>
        <w:t>v 0.089912 0.038394 0.029547</w:t>
        <w:br/>
        <w:t>v 0.090218 0.043938 0.022441</w:t>
        <w:br/>
        <w:t>v 0.089096 0.035727 0.008352</w:t>
        <w:br/>
        <w:t>v 0.029449 0.046153 -0.016104</w:t>
        <w:br/>
        <w:t>v 0.027321 0.052522 -0.011939</w:t>
        <w:br/>
        <w:t>v 0.025422 0.045327 0.000962</w:t>
        <w:br/>
        <w:t>v 0.027772 0.040348 -0.004677</w:t>
        <w:br/>
        <w:t>v 0.024689 0.050846 0.005206</w:t>
        <w:br/>
        <w:t>v 0.027114 0.061117 -0.006781</w:t>
        <w:br/>
        <w:t>v 0.022204 0.043644 0.022521</w:t>
        <w:br/>
        <w:t>v 0.022602 0.038448 0.029442</w:t>
        <w:br/>
        <w:t>v 0.021934 0.036737 0.026839</w:t>
        <w:br/>
        <w:t>v 0.022169 0.039375 0.018003</w:t>
        <w:br/>
        <w:t>v 0.022060 0.034696 0.018910</w:t>
        <w:br/>
        <w:t>v 0.024344 0.036778 0.007912</w:t>
        <w:br/>
        <w:t>v 0.019489 0.038767 0.031255</w:t>
        <w:br/>
        <w:t>v 0.092175 0.038706 0.031108</w:t>
        <w:br/>
        <w:t>v 0.084461 0.050432 -0.027701</w:t>
        <w:br/>
        <w:t>v 0.082970 0.051132 -0.027380</w:t>
        <w:br/>
        <w:t>v 0.082494 0.056281 -0.038626</w:t>
        <w:br/>
        <w:t>v 0.084052 0.055362 -0.038824</w:t>
        <w:br/>
        <w:t>v 0.081096 0.060829 -0.050415</w:t>
        <w:br/>
        <w:t>v 0.082551 0.059644 -0.050864</w:t>
        <w:br/>
        <w:t>v 0.079771 0.048110 -0.050485</w:t>
        <w:br/>
        <w:t>v 0.084052 0.055362 -0.038824</w:t>
        <w:br/>
        <w:t>v 0.082551 0.059644 -0.050864</w:t>
        <w:br/>
        <w:t>v 0.065190 0.064378 -0.070527</w:t>
        <w:br/>
        <w:t>v 0.056322 0.064716 -0.071991</w:t>
        <w:br/>
        <w:t>v 0.056322 0.053232 -0.071004</w:t>
        <w:br/>
        <w:t>v 0.064406 0.052875 -0.069454</w:t>
        <w:br/>
        <w:t>v 0.084461 0.050432 -0.027701</w:t>
        <w:br/>
        <w:t>v 0.079156 0.039172 -0.036381</w:t>
        <w:br/>
        <w:t>v 0.081035 0.040155 -0.029850</w:t>
        <w:br/>
        <w:t>v 0.077871 0.049867 -0.057783</w:t>
        <w:br/>
        <w:t>v 0.080044 0.061684 -0.057900</w:t>
        <w:br/>
        <w:t>v 0.065802 0.065476 -0.068558</w:t>
        <w:br/>
        <w:t>v 0.074412 0.063315 -0.065545</w:t>
        <w:br/>
        <w:t>v 0.073919 0.064331 -0.064497</w:t>
        <w:br/>
        <w:t>v 0.072558 0.052016 -0.064986</w:t>
        <w:br/>
        <w:t>v 0.063182 0.041198 -0.067085</w:t>
        <w:br/>
        <w:t>v 0.069861 0.040590 -0.063541</w:t>
        <w:br/>
        <w:t>v 0.075436 0.037608 -0.050514</w:t>
        <w:br/>
        <w:t>v 0.075488 0.034217 -0.041134</w:t>
        <w:br/>
        <w:t>v 0.056322 0.010906 -0.062103</w:t>
        <w:br/>
        <w:t>v 0.056322 0.000000 -0.061133</w:t>
        <w:br/>
        <w:t>v 0.060238 -0.000003 -0.059874</w:t>
        <w:br/>
        <w:t>v 0.060537 0.010825 -0.061011</w:t>
        <w:br/>
        <w:t>v 0.063463 0.010780 -0.057873</w:t>
        <w:br/>
        <w:t>v 0.062683 -0.000003 -0.057109</w:t>
        <w:br/>
        <w:t>v 0.064460 -0.000004 -0.051961</w:t>
        <w:br/>
        <w:t>v 0.065652 0.010676 -0.052688</w:t>
        <w:br/>
        <w:t>v 0.056322 0.025888 -0.064573</w:t>
        <w:br/>
        <w:t>v 0.061413 0.025784 -0.063442</w:t>
        <w:br/>
        <w:t>v 0.069142 0.024989 -0.053030</w:t>
        <w:br/>
        <w:t>v 0.068196 0.020578 -0.045136</w:t>
        <w:br/>
        <w:t>v 0.066067 0.025527 -0.059696</w:t>
        <w:br/>
        <w:t>v 0.080044 0.061684 -0.057900</w:t>
        <w:br/>
        <w:t>v 0.078972 0.062334 -0.057113</w:t>
        <w:br/>
        <w:t>v 0.073714 0.039203 -0.057060</w:t>
        <w:br/>
        <w:t>v 0.071680 0.028721 -0.043713</w:t>
        <w:br/>
        <w:t>v 0.065562 -0.000002 -0.045870</w:t>
        <w:br/>
        <w:t>v 0.066368 0.010717 -0.045927</w:t>
        <w:br/>
        <w:t>v 0.074412 0.063315 -0.065545</w:t>
        <w:br/>
        <w:t>v 0.056322 0.065892 -0.070099</w:t>
        <w:br/>
        <w:t>v 0.056322 0.064716 -0.071991</w:t>
        <w:br/>
        <w:t>v 0.056322 0.041422 -0.068539</w:t>
        <w:br/>
        <w:t>v 0.083154 0.103510 -0.031335</w:t>
        <w:br/>
        <w:t>v 0.085063 0.082263 -0.015151</w:t>
        <w:br/>
        <w:t>v 0.086857 0.082943 -0.014434</w:t>
        <w:br/>
        <w:t>v 0.085828 0.104042 -0.030815</w:t>
        <w:br/>
        <w:t>v 0.085265 0.129553 -0.022241</w:t>
        <w:br/>
        <w:t>v 0.085783 0.126787 -0.027944</w:t>
        <w:br/>
        <w:t>v 0.085914 0.117031 -0.024024</w:t>
        <w:br/>
        <w:t>v 0.082795 0.147728 -0.033971</w:t>
        <w:br/>
        <w:t>v 0.083188 0.149696 -0.025242</w:t>
        <w:br/>
        <w:t>v 0.079652 0.133861 -0.007850</w:t>
        <w:br/>
        <w:t>v 0.069987 0.136273 0.001727</w:t>
        <w:br/>
        <w:t>v 0.070279 0.153034 0.000326</w:t>
        <w:br/>
        <w:t>v 0.079354 0.151665 -0.010315</w:t>
        <w:br/>
        <w:t>v 0.056322 0.107184 0.014858</w:t>
        <w:br/>
        <w:t>v 0.070261 0.104198 0.010178</w:t>
        <w:br/>
        <w:t>v 0.056322 0.122181 0.009022</w:t>
        <w:br/>
        <w:t>v 0.056322 0.137237 0.006297</w:t>
        <w:br/>
        <w:t>v 0.070090 0.119817 0.004005</w:t>
        <w:br/>
        <w:t>v 0.056322 0.153574 0.006425</w:t>
        <w:br/>
        <w:t>v 0.080414 0.165708 -0.041924</w:t>
        <w:br/>
        <w:t>v 0.080463 0.145856 -0.041956</w:t>
        <w:br/>
        <w:t>v 0.082242 0.165792 -0.033735</w:t>
        <w:br/>
        <w:t>v 0.070319 0.165914 0.001347</w:t>
        <w:br/>
        <w:t>v 0.079685 0.165898 -0.010319</w:t>
        <w:br/>
        <w:t>v 0.079178 0.099119 0.003699</w:t>
        <w:br/>
        <w:t>v 0.079141 0.116196 -0.003973</w:t>
        <w:br/>
        <w:t>v 0.084447 0.110962 -0.015715</w:t>
        <w:br/>
        <w:t>v 0.084600 0.092543 -0.004566</w:t>
        <w:br/>
        <w:t>v 0.065100 0.165797 -0.057518</w:t>
        <w:br/>
        <w:t>v 0.056460 0.165803 -0.059185</w:t>
        <w:br/>
        <w:t>v 0.056322 0.158580 -0.058490</w:t>
        <w:br/>
        <w:t>v 0.064825 0.157070 -0.056743</w:t>
        <w:br/>
        <w:t>v 0.073953 0.165792 -0.051127</w:t>
        <w:br/>
        <w:t>v 0.072333 0.151793 -0.052654</w:t>
        <w:br/>
        <w:t>v 0.078431 0.142020 -0.047248</w:t>
        <w:br/>
        <w:t>v 0.081896 0.131182 -0.042671</w:t>
        <w:br/>
        <w:t>v 0.083402 0.135167 -0.037227</w:t>
        <w:br/>
        <w:t>v 0.084343 0.120344 -0.038094</w:t>
        <w:br/>
        <w:t>v 0.085828 0.104042 -0.030815</w:t>
        <w:br/>
        <w:t>v 0.085506 0.107051 -0.023881</w:t>
        <w:br/>
        <w:t>v 0.085321 0.124477 -0.032497</w:t>
        <w:br/>
        <w:t>v 0.086857 0.082943 -0.014434</w:t>
        <w:br/>
        <w:t>v 0.082718 0.120281 -0.038637</w:t>
        <w:br/>
        <w:t>v 0.081742 0.118230 -0.038505</w:t>
        <w:br/>
        <w:t>v 0.079461 0.130357 -0.042970</w:t>
        <w:br/>
        <w:t>v 0.084343 0.120344 -0.038094</w:t>
        <w:br/>
        <w:t>v 0.070097 0.150022 -0.052072</w:t>
        <w:br/>
        <w:t>v 0.064159 0.155557 -0.055578</w:t>
        <w:br/>
        <w:t>v 0.056322 0.157063 -0.057122</w:t>
        <w:br/>
        <w:t>v 0.075184 0.140434 -0.047304</w:t>
        <w:br/>
        <w:t>v 0.078431 0.142020 -0.047248</w:t>
        <w:br/>
        <w:t>v 0.084709 0.065308 -0.035532</w:t>
        <w:br/>
        <w:t>v 0.084683 0.077097 -0.032671</w:t>
        <w:br/>
        <w:t>v 0.082494 0.081458 -0.045734</w:t>
        <w:br/>
        <w:t>v 0.082906 0.070653 -0.048153</w:t>
        <w:br/>
        <w:t>v 0.083465 0.088113 -0.031386</w:t>
        <w:br/>
        <w:t>v 0.079556 0.092787 -0.044178</w:t>
        <w:br/>
        <w:t>v 0.079089 0.082475 -0.053497</w:t>
        <w:br/>
        <w:t>v 0.078951 0.073974 -0.055545</w:t>
        <w:br/>
        <w:t>v 0.079323 0.088789 -0.049436</w:t>
        <w:br/>
        <w:t>v 0.082970 0.051132 -0.027380</w:t>
        <w:br/>
        <w:t>v 0.085230 0.059399 -0.023936</w:t>
        <w:br/>
        <w:t>v 0.082494 0.056281 -0.038626</w:t>
        <w:br/>
        <w:t>v 0.081096 0.060829 -0.050415</w:t>
        <w:br/>
        <w:t>v 0.081153 0.107901 -0.040878</w:t>
        <w:br/>
        <w:t>v 0.085612 0.071219 -0.019737</w:t>
        <w:br/>
        <w:t>v 0.085063 0.082263 -0.015151</w:t>
        <w:br/>
        <w:t>v 0.077927 0.062697 -0.056571</w:t>
        <w:br/>
        <w:t>v 0.080408 0.093450 -0.044781</w:t>
        <w:br/>
        <w:t>v 0.076161 0.098363 -0.052303</w:t>
        <w:br/>
        <w:t>v 0.075902 0.091953 -0.058181</w:t>
        <w:br/>
        <w:t>v 0.080621 0.089287 -0.049886</w:t>
        <w:br/>
        <w:t>v 0.077178 0.111845 -0.048595</w:t>
        <w:br/>
        <w:t>v 0.065702 0.115622 -0.055179</w:t>
        <w:br/>
        <w:t>v 0.066057 0.102433 -0.059371</w:t>
        <w:br/>
        <w:t>v 0.076082 0.085584 -0.061595</w:t>
        <w:br/>
        <w:t>v 0.075249 0.076065 -0.064195</w:t>
        <w:br/>
        <w:t>v 0.080407 0.073981 -0.056284</w:t>
        <w:br/>
        <w:t>v 0.080865 0.082987 -0.054340</w:t>
        <w:br/>
        <w:t>v 0.078972 0.062334 -0.057113</w:t>
        <w:br/>
        <w:t>v 0.081759 0.108237 -0.041572</w:t>
        <w:br/>
        <w:t>v 0.080408 0.093450 -0.044781</w:t>
        <w:br/>
        <w:t>v 0.079323 0.088789 -0.049436</w:t>
        <w:br/>
        <w:t>v 0.080621 0.089287 -0.049886</w:t>
        <w:br/>
        <w:t>v 0.078951 0.073974 -0.055545</w:t>
        <w:br/>
        <w:t>v 0.079089 0.082475 -0.053497</w:t>
        <w:br/>
        <w:t>v 0.080865 0.082987 -0.054340</w:t>
        <w:br/>
        <w:t>v 0.080407 0.073981 -0.056284</w:t>
        <w:br/>
        <w:t>v 0.078972 0.062334 -0.057113</w:t>
        <w:br/>
        <w:t>v 0.077927 0.062697 -0.056571</w:t>
        <w:br/>
        <w:t>v 0.066098 0.145135 -0.053217</w:t>
        <w:br/>
        <w:t>v 0.056322 0.144785 -0.055202</w:t>
        <w:br/>
        <w:t>v 0.056343 0.134433 -0.054500</w:t>
        <w:br/>
        <w:t>v 0.065407 0.136252 -0.052625</w:t>
        <w:br/>
        <w:t>v 0.056322 0.103223 -0.061307</w:t>
        <w:br/>
        <w:t>v 0.056316 0.116360 -0.056954</w:t>
        <w:br/>
        <w:t>v 0.056322 0.093905 -0.065450</w:t>
        <w:br/>
        <w:t>v 0.065931 0.093680 -0.063757</w:t>
        <w:br/>
        <w:t>v 0.056322 0.087224 -0.068106</w:t>
        <w:br/>
        <w:t>v 0.066146 0.086889 -0.066494</w:t>
        <w:br/>
        <w:t>v 0.056322 0.076847 -0.070149</w:t>
        <w:br/>
        <w:t>v 0.066287 0.076748 -0.068517</w:t>
        <w:br/>
        <w:t>v 0.071657 0.126091 -0.050303</w:t>
        <w:br/>
        <w:t>v 0.077813 0.126589 -0.045446</w:t>
        <w:br/>
        <w:t>v 0.075290 0.130520 -0.048593</w:t>
        <w:br/>
        <w:t>v 0.081759 0.108237 -0.041572</w:t>
        <w:br/>
        <w:t>v 0.082718 0.120281 -0.038637</w:t>
        <w:br/>
        <w:t>v 0.081742 0.118230 -0.038505</w:t>
        <w:br/>
        <w:t>v 0.065943 0.125634 -0.053386</w:t>
        <w:br/>
        <w:t>v 0.056278 0.123269 -0.055712</w:t>
        <w:br/>
        <w:t>v 0.077927 0.062697 -0.056571</w:t>
        <w:br/>
        <w:t>v 0.030551 0.056414 -0.038570</w:t>
        <w:br/>
        <w:t>v 0.030378 0.051696 -0.027380</w:t>
        <w:br/>
        <w:t>v 0.027857 0.050996 -0.027701</w:t>
        <w:br/>
        <w:t>v 0.028592 0.055495 -0.038768</w:t>
        <w:br/>
        <w:t>v 0.029730 0.059894 -0.050888</w:t>
        <w:br/>
        <w:t>v 0.031548 0.060829 -0.050415</w:t>
        <w:br/>
        <w:t>v 0.030551 0.056414 -0.038570</w:t>
        <w:br/>
        <w:t>v 0.028592 0.055495 -0.038768</w:t>
        <w:br/>
        <w:t>v 0.032621 0.048025 -0.050553</w:t>
        <w:br/>
        <w:t>v 0.029730 0.059894 -0.050888</w:t>
        <w:br/>
        <w:t>v 0.028592 0.055495 -0.038768</w:t>
        <w:br/>
        <w:t>v 0.047279 0.064630 -0.070924</w:t>
        <w:br/>
        <w:t>v 0.048226 0.052870 -0.069483</w:t>
        <w:br/>
        <w:t>v 0.033245 0.038850 -0.036314</w:t>
        <w:br/>
        <w:t>v 0.028592 0.055495 -0.038768</w:t>
        <w:br/>
        <w:t>v 0.027857 0.050996 -0.027701</w:t>
        <w:br/>
        <w:t>v 0.031283 0.040155 -0.029850</w:t>
        <w:br/>
        <w:t>v 0.034771 0.049867 -0.057784</w:t>
        <w:br/>
        <w:t>v 0.032285 0.061870 -0.058017</w:t>
        <w:br/>
        <w:t>v 0.052405 -0.000003 -0.059874</w:t>
        <w:br/>
        <w:t>v 0.049963 -0.000003 -0.057109</w:t>
        <w:br/>
        <w:t>v 0.062683 -0.000003 -0.057109</w:t>
        <w:br/>
        <w:t>v 0.060238 -0.000003 -0.059874</w:t>
        <w:br/>
        <w:t>v 0.046841 0.065476 -0.068558</w:t>
        <w:br/>
        <w:t>v 0.038753 0.064331 -0.064478</w:t>
        <w:br/>
        <w:t>v 0.038083 0.063425 -0.065680</w:t>
        <w:br/>
        <w:t>v 0.047279 0.064630 -0.070924</w:t>
        <w:br/>
        <w:t>v 0.042783 0.040590 -0.063541</w:t>
        <w:br/>
        <w:t>v 0.049457 0.041195 -0.067097</w:t>
        <w:br/>
        <w:t>v 0.040004 0.051990 -0.065075</w:t>
        <w:br/>
        <w:t>v 0.037121 0.037565 -0.050540</w:t>
        <w:br/>
        <w:t>v 0.033245 0.038850 -0.036314</w:t>
        <w:br/>
        <w:t>v 0.037155 0.034217 -0.041134</w:t>
        <w:br/>
        <w:t>v 0.052107 0.010824 -0.061012</w:t>
        <w:br/>
        <w:t>v 0.052405 -0.000003 -0.059874</w:t>
        <w:br/>
        <w:t>v 0.049963 -0.000003 -0.057109</w:t>
        <w:br/>
        <w:t>v 0.049179 0.010780 -0.057874</w:t>
        <w:br/>
        <w:t>v 0.046990 0.010675 -0.052688</w:t>
        <w:br/>
        <w:t>v 0.048197 -0.000004 -0.051961</w:t>
        <w:br/>
        <w:t>v 0.051229 0.025783 -0.063443</w:t>
        <w:br/>
        <w:t>v 0.043492 0.024985 -0.053033</w:t>
        <w:br/>
        <w:t>v 0.044467 0.020586 -0.045155</w:t>
        <w:br/>
        <w:t>v 0.046554 0.025517 -0.059718</w:t>
        <w:br/>
        <w:t>v 0.033637 0.062537 -0.057236</w:t>
        <w:br/>
        <w:t>v 0.032285 0.061870 -0.058017</w:t>
        <w:br/>
        <w:t>v 0.038852 0.039166 -0.057100</w:t>
        <w:br/>
        <w:t>v 0.040964 0.028721 -0.043713</w:t>
        <w:br/>
        <w:t>v 0.047082 -0.000002 -0.045870</w:t>
        <w:br/>
        <w:t>v 0.065562 -0.000002 -0.045870</w:t>
        <w:br/>
        <w:t>v 0.064460 -0.000004 -0.051961</w:t>
        <w:br/>
        <w:t>v 0.048197 -0.000004 -0.051961</w:t>
        <w:br/>
        <w:t>v 0.047082 -0.000002 -0.045870</w:t>
        <w:br/>
        <w:t>v 0.046276 0.010717 -0.045927</w:t>
        <w:br/>
        <w:t>v 0.037155 0.034217 -0.041134</w:t>
        <w:br/>
        <w:t>v 0.075488 0.034217 -0.041134</w:t>
        <w:br/>
        <w:t>v 0.071680 0.028721 -0.043713</w:t>
        <w:br/>
        <w:t>v 0.040964 0.028721 -0.043713</w:t>
        <w:br/>
        <w:t>v 0.038083 0.063425 -0.065680</w:t>
        <w:br/>
        <w:t>v 0.068196 0.020578 -0.045136</w:t>
        <w:br/>
        <w:t>v 0.066368 0.010717 -0.045927</w:t>
        <w:br/>
        <w:t>v 0.046276 0.010717 -0.045927</w:t>
        <w:br/>
        <w:t>v 0.044467 0.020586 -0.045155</w:t>
        <w:br/>
        <w:t>v 0.033245 0.038850 -0.036314</w:t>
        <w:br/>
        <w:t>v 0.079156 0.039172 -0.036381</w:t>
        <w:br/>
        <w:t>v 0.065562 -0.000002 -0.045870</w:t>
        <w:br/>
        <w:t>v 0.047082 -0.000002 -0.045870</w:t>
        <w:br/>
        <w:t>v 0.031283 0.040155 -0.029850</w:t>
        <w:br/>
        <w:t>v 0.029606 0.037465 -0.019704</w:t>
        <w:br/>
        <w:t>v 0.083204 0.037088 -0.019895</w:t>
        <w:br/>
        <w:t>v 0.081035 0.040155 -0.029850</w:t>
        <w:br/>
        <w:t>v 0.026151 0.093104 -0.022983</w:t>
        <w:br/>
        <w:t>v 0.025787 0.082943 -0.014434</w:t>
        <w:br/>
        <w:t>v 0.027819 0.082284 -0.015046</w:t>
        <w:br/>
        <w:t>v 0.028183 0.092508 -0.023517</w:t>
        <w:br/>
        <w:t>v 0.026839 0.107051 -0.023894</w:t>
        <w:br/>
        <w:t>v 0.026884 0.118256 -0.023954</w:t>
        <w:br/>
        <w:t>v 0.028095 0.111122 -0.015548</w:t>
        <w:br/>
        <w:t>v 0.027922 0.129513 -0.022315</w:t>
        <w:br/>
        <w:t>v 0.029139 0.138714 -0.031829</w:t>
        <w:br/>
        <w:t>v 0.029791 0.149677 -0.025259</w:t>
        <w:br/>
        <w:t>v 0.033203 0.133839 -0.007980</w:t>
        <w:br/>
        <w:t>v 0.033340 0.151664 -0.010342</w:t>
        <w:br/>
        <w:t>v 0.042424 0.153034 0.000240</w:t>
        <w:br/>
        <w:t>v 0.042657 0.136273 0.001727</w:t>
        <w:br/>
        <w:t>v 0.042482 0.104119 0.010031</w:t>
        <w:br/>
        <w:t>v 0.042696 0.119755 0.003781</w:t>
        <w:br/>
        <w:t>v 0.029840 0.165932 -0.025484</w:t>
        <w:br/>
        <w:t>v 0.032514 0.145761 -0.042651</w:t>
        <w:br/>
        <w:t>v 0.032779 0.165900 -0.042337</w:t>
        <w:br/>
        <w:t>v 0.042600 0.165914 0.001347</w:t>
        <w:br/>
        <w:t>v 0.033127 0.165924 -0.010264</w:t>
        <w:br/>
        <w:t>v 0.028618 0.092418 -0.004716</w:t>
        <w:br/>
        <w:t>v 0.025787 0.082943 -0.014434</w:t>
        <w:br/>
        <w:t>v 0.033611 0.099062 0.003606</w:t>
        <w:br/>
        <w:t>v 0.033475 0.116202 -0.003956</w:t>
        <w:br/>
        <w:t>v 0.027724 0.120138 -0.019177</w:t>
        <w:br/>
        <w:t>v 0.047824 0.157078 -0.056721</w:t>
        <w:br/>
        <w:t>v 0.056322 0.158580 -0.058490</w:t>
        <w:br/>
        <w:t>v 0.056460 0.165803 -0.059185</w:t>
        <w:br/>
        <w:t>v 0.047820 0.165796 -0.057518</w:t>
        <w:br/>
        <w:t>v 0.040271 0.151896 -0.052614</w:t>
        <w:br/>
        <w:t>v 0.034404 0.142197 -0.046936</w:t>
        <w:br/>
        <w:t>v 0.029915 0.135120 -0.037574</w:t>
        <w:br/>
        <w:t>v 0.031039 0.131270 -0.042515</w:t>
        <w:br/>
        <w:t>v 0.027366 0.111998 -0.034815</w:t>
        <w:br/>
        <w:t>v 0.028217 0.120344 -0.038111</w:t>
        <w:br/>
        <w:t>v 0.027715 0.124477 -0.032499</w:t>
        <w:br/>
        <w:t>v 0.026756 0.115471 -0.028457</w:t>
        <w:br/>
        <w:t>v 0.026151 0.093104 -0.022983</w:t>
        <w:br/>
        <w:t>v 0.038874 0.165823 -0.051244</w:t>
        <w:br/>
        <w:t>v 0.027366 0.111998 -0.034815</w:t>
        <w:br/>
        <w:t>v 0.026514 0.104042 -0.030708</w:t>
        <w:br/>
        <w:t>v 0.028547 0.103510 -0.031165</w:t>
        <w:br/>
        <w:t>v 0.029837 0.110879 -0.035134</w:t>
        <w:br/>
        <w:t>v 0.029926 0.119891 -0.038704</w:t>
        <w:br/>
        <w:t>v 0.032512 0.130758 -0.042806</w:t>
        <w:br/>
        <w:t>v 0.028217 0.120344 -0.038111</w:t>
        <w:br/>
        <w:t>v 0.041785 0.150877 -0.051914</w:t>
        <w:br/>
        <w:t>v 0.048482 0.155552 -0.055590</w:t>
        <w:br/>
        <w:t>v 0.056322 0.157063 -0.057122</w:t>
        <w:br/>
        <w:t>v 0.034404 0.142197 -0.046936</w:t>
        <w:br/>
        <w:t>v 0.036148 0.141393 -0.047333</w:t>
        <w:br/>
        <w:t>v 0.029401 0.070653 -0.048153</w:t>
        <w:br/>
        <w:t>v 0.029782 0.081520 -0.045831</w:t>
        <w:br/>
        <w:t>v 0.027782 0.077112 -0.032689</w:t>
        <w:br/>
        <w:t>v 0.028078 0.065319 -0.035514</w:t>
        <w:br/>
        <w:t>v 0.028672 0.088144 -0.031459</w:t>
        <w:br/>
        <w:t>v 0.032683 0.092787 -0.044178</w:t>
        <w:br/>
        <w:t>v 0.031988 0.082445 -0.053950</w:t>
        <w:br/>
        <w:t>v 0.032340 0.074098 -0.055833</w:t>
        <w:br/>
        <w:t>v 0.032690 0.088807 -0.049472</w:t>
        <w:br/>
        <w:t>v 0.028255 0.059485 -0.023854</w:t>
        <w:br/>
        <w:t>v 0.030378 0.051696 -0.027380</w:t>
        <w:br/>
        <w:t>v 0.030551 0.056414 -0.038570</w:t>
        <w:br/>
        <w:t>v 0.031548 0.060829 -0.050415</w:t>
        <w:br/>
        <w:t>v 0.031760 0.107901 -0.041241</w:t>
        <w:br/>
        <w:t>v 0.027819 0.082284 -0.015046</w:t>
        <w:br/>
        <w:t>v 0.027713 0.071066 -0.019814</w:t>
        <w:br/>
        <w:t>v 0.028183 0.092508 -0.023517</w:t>
        <w:br/>
        <w:t>v 0.034212 0.062808 -0.056720</w:t>
        <w:br/>
        <w:t>v 0.031876 0.089307 -0.049923</w:t>
        <w:br/>
        <w:t>v 0.036667 0.091685 -0.058282</w:t>
        <w:br/>
        <w:t>v 0.036642 0.098644 -0.052379</w:t>
        <w:br/>
        <w:t>v 0.032236 0.093450 -0.044781</w:t>
        <w:br/>
        <w:t>v 0.032237 0.074017 -0.056407</w:t>
        <w:br/>
        <w:t>v 0.037735 0.076279 -0.064451</w:t>
        <w:br/>
        <w:t>v 0.036879 0.085649 -0.061867</w:t>
        <w:br/>
        <w:t>v 0.031633 0.082933 -0.054484</w:t>
        <w:br/>
        <w:t>v 0.033637 0.062537 -0.057236</w:t>
        <w:br/>
        <w:t>v 0.038753 0.064331 -0.064478</w:t>
        <w:br/>
        <w:t>v 0.031760 0.107901 -0.041241</w:t>
        <w:br/>
        <w:t>v 0.032683 0.092787 -0.044178</w:t>
        <w:br/>
        <w:t>v 0.032236 0.093450 -0.044781</w:t>
        <w:br/>
        <w:t>v 0.030772 0.108237 -0.041762</w:t>
        <w:br/>
        <w:t>v 0.032683 0.092787 -0.044178</w:t>
        <w:br/>
        <w:t>v 0.032690 0.088807 -0.049472</w:t>
        <w:br/>
        <w:t>v 0.031876 0.089307 -0.049923</w:t>
        <w:br/>
        <w:t>v 0.031988 0.082445 -0.053950</w:t>
        <w:br/>
        <w:t>v 0.032340 0.074098 -0.055833</w:t>
        <w:br/>
        <w:t>v 0.033637 0.062537 -0.057236</w:t>
        <w:br/>
        <w:t>v 0.034212 0.062808 -0.056720</w:t>
        <w:br/>
        <w:t>v 0.045358 0.143815 -0.052876</w:t>
        <w:br/>
        <w:t>v 0.045106 0.130899 -0.052541</w:t>
        <w:br/>
        <w:t>v 0.045271 0.114679 -0.055646</w:t>
        <w:br/>
        <w:t>v 0.046445 0.102419 -0.059295</w:t>
        <w:br/>
        <w:t>v 0.046712 0.093680 -0.063756</w:t>
        <w:br/>
        <w:t>v 0.046498 0.086889 -0.066494</w:t>
        <w:br/>
        <w:t>v 0.046357 0.076748 -0.068517</w:t>
        <w:br/>
        <w:t>v 0.046841 0.065476 -0.068558</w:t>
        <w:br/>
        <w:t>v 0.036148 0.141393 -0.047333</w:t>
        <w:br/>
        <w:t>v 0.035196 0.125650 -0.046061</w:t>
        <w:br/>
        <w:t>v 0.029926 0.119891 -0.038704</w:t>
        <w:br/>
        <w:t>v 0.035255 0.121627 -0.047469</w:t>
        <w:br/>
        <w:t>v 0.045330 0.120942 -0.054033</w:t>
        <w:br/>
        <w:t>v 0.035572 0.118403 -0.047745</w:t>
        <w:br/>
        <w:t>v 0.048482 0.155552 -0.055590</w:t>
        <w:br/>
        <w:t>v 0.041785 0.150877 -0.051914</w:t>
        <w:br/>
        <w:t>v 0.032512 0.130758 -0.042806</w:t>
        <w:br/>
        <w:t>v 0.036196 0.111976 -0.049334</w:t>
        <w:br/>
        <w:t>v 0.030772 0.108237 -0.041762</w:t>
        <w:br/>
        <w:t>v 0.034212 0.062808 -0.056720</w:t>
        <w:br/>
        <w:t>v 0.020973 0.038949 0.030403</w:t>
        <w:br/>
        <w:t>v 0.022602 0.038448 0.029442</w:t>
        <w:br/>
        <w:t>v 0.056460 0.165907 0.007067</w:t>
        <w:br/>
        <w:t>v 0.082975 0.165877 -0.025582</w:t>
        <w:br/>
        <w:t>v 0.084474 0.187044 -0.009271</w:t>
        <w:br/>
        <w:t>v 0.082908 0.166809 -0.009381</w:t>
        <w:br/>
        <w:t>v 0.071992 0.166805 0.005267</w:t>
        <w:br/>
        <w:t>v 0.073311 0.187048 0.006714</w:t>
        <w:br/>
        <w:t>v 0.066284 0.166835 -0.060183</w:t>
        <w:br/>
        <w:t>v 0.067029 0.187032 -0.059571</w:t>
        <w:br/>
        <w:t>v 0.056452 0.187025 -0.062258</w:t>
        <w:br/>
        <w:t>v 0.056452 0.166833 -0.062250</w:t>
        <w:br/>
        <w:t>v 0.056322 0.187051 0.012506</w:t>
        <w:br/>
        <w:t>v 0.056322 0.166806 0.010710</w:t>
        <w:br/>
        <w:t>v 0.089721 0.187051 -0.040101</w:t>
        <w:br/>
        <w:t>v 0.087438 0.166820 -0.039414</w:t>
        <w:br/>
        <w:t>v 0.087646 0.166818 -0.034194</w:t>
        <w:br/>
        <w:t>v 0.089879 0.187050 -0.034593</w:t>
        <w:br/>
        <w:t>v 0.074359 0.187037 -0.054845</w:t>
        <w:br/>
        <w:t>v 0.073986 0.166826 -0.055474</w:t>
        <w:br/>
        <w:t>v 0.087545 0.187047 -0.027984</w:t>
        <w:br/>
        <w:t>v 0.086398 0.166814 -0.027486</w:t>
        <w:br/>
        <w:t>v 0.080404 0.187041 -0.048839</w:t>
        <w:br/>
        <w:t>v 0.079975 0.166820 -0.048771</w:t>
        <w:br/>
        <w:t>v 0.028139 0.187049 -0.007759</w:t>
        <w:br/>
        <w:t>v 0.039354 0.187049 0.006731</w:t>
        <w:br/>
        <w:t>v 0.040676 0.166805 0.005284</w:t>
        <w:br/>
        <w:t>v 0.030127 0.166811 -0.008184</w:t>
        <w:br/>
        <w:t>v 0.056452 0.166833 -0.062250</w:t>
        <w:br/>
        <w:t>v 0.056452 0.187025 -0.062258</w:t>
        <w:br/>
        <w:t>v 0.045426 0.187033 -0.060068</w:t>
        <w:br/>
        <w:t>v 0.046173 0.166835 -0.060681</w:t>
        <w:br/>
        <w:t>v 0.030115 0.166818 -0.043593</w:t>
        <w:br/>
        <w:t>v 0.027830 0.187048 -0.043397</w:t>
        <w:br/>
        <w:t>v 0.024216 0.187049 -0.025573</w:t>
        <w:br/>
        <w:t>v 0.026294 0.166816 -0.025208</w:t>
        <w:br/>
        <w:t>v 0.035220 0.187041 -0.052613</w:t>
        <w:br/>
        <w:t>v 0.036405 0.166829 -0.053159</w:t>
        <w:br/>
        <w:t>v 0.083176 0.166820 -0.045871</w:t>
        <w:br/>
        <w:t>v 0.084986 0.187047 -0.045922</w:t>
        <w:br/>
        <w:t>v 0.084474 0.187044 -0.009271</w:t>
        <w:br/>
        <w:t>v 0.073311 0.187048 0.006714</w:t>
        <w:br/>
        <w:t>v 0.070205 0.187949 0.002966</w:t>
        <w:br/>
        <w:t>v 0.079934 0.187933 -0.010486</w:t>
        <w:br/>
        <w:t>v 0.071992 0.166805 0.005267</w:t>
        <w:br/>
        <w:t>v 0.082908 0.166809 -0.009381</w:t>
        <w:br/>
        <w:t>v 0.079685 0.165898 -0.010319</w:t>
        <w:br/>
        <w:t>v 0.070319 0.165914 0.001347</w:t>
        <w:br/>
        <w:t>v 0.067029 0.187032 -0.059571</w:t>
        <w:br/>
        <w:t>v 0.064902 0.187872 -0.055608</w:t>
        <w:br/>
        <w:t>v 0.056314 0.187868 -0.057620</w:t>
        <w:br/>
        <w:t>v 0.056452 0.187025 -0.062258</w:t>
        <w:br/>
        <w:t>v 0.056460 0.165803 -0.059185</w:t>
        <w:br/>
        <w:t>v 0.065100 0.165797 -0.057518</w:t>
        <w:br/>
        <w:t>v 0.066284 0.166835 -0.060183</w:t>
        <w:br/>
        <w:t>v 0.056452 0.166833 -0.062250</w:t>
        <w:br/>
        <w:t>v 0.056322 0.166806 0.010710</w:t>
        <w:br/>
        <w:t>v 0.056460 0.165907 0.007067</w:t>
        <w:br/>
        <w:t>v 0.056322 0.187051 0.012506</w:t>
        <w:br/>
        <w:t>v 0.056364 0.187952 0.007385</w:t>
        <w:br/>
        <w:t>v 0.087646 0.166818 -0.034194</w:t>
        <w:br/>
        <w:t>v 0.087438 0.166820 -0.039414</w:t>
        <w:br/>
        <w:t>v 0.080414 0.165708 -0.041924</w:t>
        <w:br/>
        <w:t>v 0.081931 0.187953 -0.037700</w:t>
        <w:br/>
        <w:t>v 0.089721 0.187051 -0.040101</w:t>
        <w:br/>
        <w:t>v 0.089879 0.187050 -0.034593</w:t>
        <w:br/>
        <w:t>v 0.073953 0.165792 -0.051127</w:t>
        <w:br/>
        <w:t>v 0.073986 0.166826 -0.055474</w:t>
        <w:br/>
        <w:t>v 0.074359 0.187037 -0.054845</w:t>
        <w:br/>
        <w:t>v 0.072496 0.187886 -0.050972</w:t>
        <w:br/>
        <w:t>v 0.083115 0.187926 -0.025327</w:t>
        <w:br/>
        <w:t>v 0.086398 0.166814 -0.027486</w:t>
        <w:br/>
        <w:t>v 0.082975 0.165877 -0.025582</w:t>
        <w:br/>
        <w:t>v 0.080404 0.187041 -0.048839</w:t>
        <w:br/>
        <w:t>v 0.078428 0.187908 -0.044199</w:t>
        <w:br/>
        <w:t>v 0.079975 0.166820 -0.048771</w:t>
        <w:br/>
        <w:t>v 0.040676 0.166805 0.005284</w:t>
        <w:br/>
        <w:t>v 0.042600 0.165914 0.001347</w:t>
        <w:br/>
        <w:t>v 0.033127 0.165924 -0.010264</w:t>
        <w:br/>
        <w:t>v 0.030127 0.166811 -0.008184</w:t>
        <w:br/>
        <w:t>v 0.032619 0.187956 -0.010356</w:t>
        <w:br/>
        <w:t>v 0.042455 0.187954 0.002325</w:t>
        <w:br/>
        <w:t>v 0.039354 0.187049 0.006731</w:t>
        <w:br/>
        <w:t>v 0.028139 0.187049 -0.007759</w:t>
        <w:br/>
        <w:t>v 0.046173 0.166835 -0.060681</w:t>
        <w:br/>
        <w:t>v 0.047820 0.165796 -0.057518</w:t>
        <w:br/>
        <w:t>v 0.056460 0.165803 -0.059185</w:t>
        <w:br/>
        <w:t>v 0.056452 0.166833 -0.062250</w:t>
        <w:br/>
        <w:t>v 0.045426 0.187033 -0.060068</w:t>
        <w:br/>
        <w:t>v 0.056452 0.187025 -0.062258</w:t>
        <w:br/>
        <w:t>v 0.056314 0.187868 -0.057620</w:t>
        <w:br/>
        <w:t>v 0.047767 0.187879 -0.055634</w:t>
        <w:br/>
        <w:t>v 0.024216 0.187049 -0.025573</w:t>
        <w:br/>
        <w:t>v 0.027830 0.187048 -0.043397</w:t>
        <w:br/>
        <w:t>v 0.032880 0.187957 -0.040991</w:t>
        <w:br/>
        <w:t>v 0.029533 0.187961 -0.025301</w:t>
        <w:br/>
        <w:t>v 0.026294 0.166816 -0.025208</w:t>
        <w:br/>
        <w:t>v 0.029840 0.165932 -0.025484</w:t>
        <w:br/>
        <w:t>v 0.032779 0.165900 -0.042337</w:t>
        <w:br/>
        <w:t>v 0.030115 0.166818 -0.043593</w:t>
        <w:br/>
        <w:t>v 0.039195 0.187916 -0.050241</w:t>
        <w:br/>
        <w:t>v 0.035220 0.187041 -0.052613</w:t>
        <w:br/>
        <w:t>v 0.036405 0.166829 -0.053159</w:t>
        <w:br/>
        <w:t>v 0.038874 0.165823 -0.051244</w:t>
        <w:br/>
        <w:t>v 0.087545 0.187047 -0.027984</w:t>
        <w:br/>
        <w:t>v 0.084986 0.187047 -0.045922</w:t>
        <w:br/>
        <w:t>v 0.083176 0.166820 -0.045871</w:t>
        <w:br/>
        <w:t>v 0.068086 0.187019 0.001151</w:t>
        <w:br/>
        <w:t>v 0.077535 0.185999 -0.011731</w:t>
        <w:br/>
        <w:t>v 0.056207 0.186213 -0.055277</w:t>
        <w:br/>
        <w:t>v 0.063351 0.186315 -0.053981</w:t>
        <w:br/>
        <w:t>v 0.056322 0.186343 0.005212</w:t>
        <w:br/>
        <w:t>v 0.070981 0.185999 -0.049544</w:t>
        <w:br/>
        <w:t>v 0.079754 0.185270 -0.024799</w:t>
        <w:br/>
        <w:t>v 0.077850 0.185999 -0.039912</w:t>
        <w:br/>
        <w:t>v 0.044123 0.186535 0.000408</w:t>
        <w:br/>
        <w:t>v 0.034882 0.185999 -0.011375</w:t>
        <w:br/>
        <w:t>v 0.048383 0.186722 -0.054026</w:t>
        <w:br/>
        <w:t>v 0.056207 0.186213 -0.055277</w:t>
        <w:br/>
        <w:t>v 0.032419 0.185325 -0.024801</w:t>
        <w:br/>
        <w:t>v 0.034908 0.184920 -0.039652</w:t>
        <w:br/>
        <w:t>v 0.040634 0.186400 -0.048977</w:t>
        <w:br/>
        <w:t>v 0.082242 0.165792 -0.033735</w:t>
        <w:br/>
        <w:t>v 0.056207 0.186213 -0.055277</w:t>
        <w:br/>
        <w:t>v 0.056292 0.201749 -0.056724</w:t>
        <w:br/>
        <w:t>v 0.048084 0.201746 -0.055335</w:t>
        <w:br/>
        <w:t>v 0.048383 0.186722 -0.054026</w:t>
        <w:br/>
        <w:t>v 0.033293 0.201704 -0.041625</w:t>
        <w:br/>
        <w:t>v 0.034908 0.184920 -0.039652</w:t>
        <w:br/>
        <w:t>v 0.040634 0.186400 -0.048977</w:t>
        <w:br/>
        <w:t>v 0.040230 0.201753 -0.050946</w:t>
        <w:br/>
        <w:t>v 0.029773 0.201749 -0.026608</w:t>
        <w:br/>
        <w:t>v 0.032419 0.185325 -0.024801</w:t>
        <w:br/>
        <w:t>v 0.034882 0.185999 -0.011375</w:t>
        <w:br/>
        <w:t>v 0.032683 0.201715 -0.009448</w:t>
        <w:br/>
        <w:t>v 0.044123 0.186535 0.000408</w:t>
        <w:br/>
        <w:t>v 0.043089 0.201828 0.002536</w:t>
        <w:br/>
        <w:t>v 0.056322 0.186343 0.005212</w:t>
        <w:br/>
        <w:t>v 0.056295 0.201676 0.007270</w:t>
        <w:br/>
        <w:t>v 0.069525 0.201781 0.004019</w:t>
        <w:br/>
        <w:t>v 0.068086 0.187019 0.001151</w:t>
        <w:br/>
        <w:t>v 0.077535 0.185999 -0.011731</w:t>
        <w:br/>
        <w:t>v 0.080522 0.201838 -0.009103</w:t>
        <w:br/>
        <w:t>v 0.083326 0.201862 -0.024401</w:t>
        <w:br/>
        <w:t>v 0.079754 0.185270 -0.024799</w:t>
        <w:br/>
        <w:t>v 0.079712 0.201845 -0.041458</w:t>
        <w:br/>
        <w:t>v 0.077850 0.185999 -0.039912</w:t>
        <w:br/>
        <w:t>v 0.047457 0.215987 -0.058637</w:t>
        <w:br/>
        <w:t>v 0.056275 0.216860 -0.060337</w:t>
        <w:br/>
        <w:t>v 0.030256 0.215977 -0.043399</w:t>
        <w:br/>
        <w:t>v 0.025363 0.216732 -0.024291</w:t>
        <w:br/>
        <w:t>v 0.029370 0.217473 -0.007950</w:t>
        <w:br/>
        <w:t>v 0.041273 0.218136 0.006535</w:t>
        <w:br/>
        <w:t>v 0.056351 0.217501 0.012094</w:t>
        <w:br/>
        <w:t>v 0.071243 0.216104 0.008398</w:t>
        <w:br/>
        <w:t>v 0.063351 0.186315 -0.053981</w:t>
        <w:br/>
        <w:t>v 0.064242 0.201754 -0.055831</w:t>
        <w:br/>
        <w:t>v 0.056292 0.201749 -0.056724</w:t>
        <w:br/>
        <w:t>v 0.056207 0.186213 -0.055277</w:t>
        <w:br/>
        <w:t>v 0.038602 0.215652 -0.054012</w:t>
        <w:br/>
        <w:t>v 0.065332 0.216476 -0.059534</w:t>
        <w:br/>
        <w:t>v 0.056275 0.216860 -0.060337</w:t>
        <w:br/>
        <w:t>v 0.092175 0.038706 0.031108</w:t>
        <w:br/>
        <w:t>v 0.027440 0.127885 -0.027629</w:t>
        <w:br/>
        <w:t>v 0.074861 0.135109 -0.047769</w:t>
        <w:br/>
        <w:t>v 0.066618 0.130046 -0.054557</w:t>
        <w:br/>
        <w:t>v 0.056323 0.127817 -0.057546</w:t>
        <w:br/>
        <w:t>v 0.044504 0.124516 -0.054364</w:t>
        <w:br/>
        <w:t>v 0.084038 0.215878 -0.005568</w:t>
        <w:br/>
        <w:t>v 0.088131 0.215483 -0.023653</w:t>
        <w:br/>
        <w:t>v 0.082777 0.215473 -0.043747</w:t>
        <w:br/>
        <w:t>v 0.073967 0.216189 -0.054868</w:t>
        <w:br/>
        <w:t>v 0.072587 0.201790 -0.051717</w:t>
        <w:br/>
        <w:t>v 0.070981 0.185999 -0.049544</w:t>
        <w:br/>
        <w:t>v 0.040149 0.217160 -0.051864</w:t>
        <w:br/>
        <w:t>v 0.038602 0.215652 -0.054012</w:t>
        <w:br/>
        <w:t>v 0.047457 0.215987 -0.058637</w:t>
        <w:br/>
        <w:t>v 0.048237 0.217466 -0.056088</w:t>
        <w:br/>
        <w:t>v 0.032525 0.217457 -0.042170</w:t>
        <w:br/>
        <w:t>v 0.030256 0.215977 -0.043399</w:t>
        <w:br/>
        <w:t>v 0.028057 0.218146 -0.024718</w:t>
        <w:br/>
        <w:t>v 0.025363 0.216732 -0.024291</w:t>
        <w:br/>
        <w:t>v 0.029370 0.217473 -0.007950</w:t>
        <w:br/>
        <w:t>v 0.031717 0.218823 -0.009791</w:t>
        <w:br/>
        <w:t>v 0.042588 0.219428 0.003439</w:t>
        <w:br/>
        <w:t>v 0.041273 0.218136 0.006535</w:t>
        <w:br/>
        <w:t>v 0.056360 0.218849 0.008516</w:t>
        <w:br/>
        <w:t>v 0.056351 0.217501 0.012094</w:t>
        <w:br/>
        <w:t>v 0.069962 0.217573 0.005140</w:t>
        <w:br/>
        <w:t>v 0.071243 0.216104 0.008398</w:t>
        <w:br/>
        <w:t>v 0.081649 0.217366 -0.007617</w:t>
        <w:br/>
        <w:t>v 0.084038 0.215878 -0.005568</w:t>
        <w:br/>
        <w:t>v 0.085388 0.217006 -0.024134</w:t>
        <w:br/>
        <w:t>v 0.088131 0.215483 -0.023653</w:t>
        <w:br/>
        <w:t>v 0.080497 0.216996 -0.042488</w:t>
        <w:br/>
        <w:t>v 0.082777 0.215473 -0.043747</w:t>
        <w:br/>
        <w:t>v 0.072451 0.217650 -0.052645</w:t>
        <w:br/>
        <w:t>v 0.073967 0.216189 -0.054868</w:t>
        <w:br/>
        <w:t>v 0.056275 0.216860 -0.060337</w:t>
        <w:br/>
        <w:t>v 0.065332 0.216476 -0.059534</w:t>
        <w:br/>
        <w:t>v 0.064565 0.217912 -0.056908</w:t>
        <w:br/>
        <w:t>v 0.056292 0.218263 -0.057641</w:t>
        <w:br/>
        <w:t>v 0.056275 0.216860 -0.060337</w:t>
        <w:br/>
        <w:t>v 0.056292 0.218263 -0.057641</w:t>
        <w:br/>
        <w:t>v 0.042718 0.207044 -0.048297</w:t>
        <w:br/>
        <w:t>v 0.040149 0.217160 -0.051864</w:t>
        <w:br/>
        <w:t>v 0.048237 0.217466 -0.056088</w:t>
        <w:br/>
        <w:t>v 0.049534 0.207282 -0.051847</w:t>
        <w:br/>
        <w:t>v 0.036302 0.207275 -0.040125</w:t>
        <w:br/>
        <w:t>v 0.032525 0.217457 -0.042170</w:t>
        <w:br/>
        <w:t>v 0.032558 0.207812 -0.025430</w:t>
        <w:br/>
        <w:t>v 0.028057 0.218146 -0.024718</w:t>
        <w:br/>
        <w:t>v 0.035654 0.208340 -0.012881</w:t>
        <w:br/>
        <w:t>v 0.031717 0.218823 -0.009791</w:t>
        <w:br/>
        <w:t>v 0.042588 0.219428 0.003439</w:t>
        <w:br/>
        <w:t>v 0.044803 0.208811 -0.001774</w:t>
        <w:br/>
        <w:t>v 0.056376 0.208359 0.002513</w:t>
        <w:br/>
        <w:t>v 0.056360 0.218849 0.008516</w:t>
        <w:br/>
        <w:t>v 0.067831 0.207366 -0.000285</w:t>
        <w:br/>
        <w:t>v 0.069962 0.217573 0.005140</w:t>
        <w:br/>
        <w:t>v 0.077677 0.207204 -0.011021</w:t>
        <w:br/>
        <w:t>v 0.081649 0.217366 -0.007617</w:t>
        <w:br/>
        <w:t>v 0.080837 0.206924 -0.024933</w:t>
        <w:br/>
        <w:t>v 0.085388 0.217006 -0.024134</w:t>
        <w:br/>
        <w:t>v 0.076716 0.206916 -0.040400</w:t>
        <w:br/>
        <w:t>v 0.080497 0.216996 -0.042488</w:t>
        <w:br/>
        <w:t>v 0.069925 0.207426 -0.048943</w:t>
        <w:br/>
        <w:t>v 0.072451 0.217650 -0.052645</w:t>
        <w:br/>
        <w:t>v 0.056292 0.218263 -0.057641</w:t>
        <w:br/>
        <w:t>v 0.064565 0.217912 -0.056908</w:t>
        <w:br/>
        <w:t>v 0.063281 0.207630 -0.052526</w:t>
        <w:br/>
        <w:t>v 0.056319 0.207903 -0.053134</w:t>
        <w:br/>
        <w:t>v 0.056292 0.218263 -0.057641</w:t>
        <w:br/>
        <w:t>v 0.056319 0.207903 -0.053134</w:t>
        <w:br/>
        <w:t>v 0.051184 0.055767 0.062657</w:t>
        <w:br/>
        <w:t>v 0.060004 0.055669 0.062461</w:t>
        <w:br/>
        <w:t>v 0.031127 0.118638 -0.038292</w:t>
        <w:br/>
        <w:t>v 0.029926 0.119891 -0.038704</w:t>
        <w:br/>
        <w:t>v 0.026514 0.104042 -0.030708</w:t>
        <w:br/>
        <w:t>v 0.031127 0.118638 -0.038292</w:t>
        <w:br/>
        <w:t>v 0.022602 0.038448 0.029442</w:t>
        <w:br/>
        <w:t>v 0.089912 0.038394 0.029547</w:t>
        <w:br/>
        <w:t>v 0.031127 0.118638 -0.038292</w:t>
        <w:br/>
        <w:t>v 0.056322 0.000000 -0.061133</w:t>
        <w:br/>
        <w:t>v -0.079818 0.052061 0.043023</w:t>
        <w:br/>
        <w:t>v -0.069514 0.056182 0.047448</w:t>
        <w:br/>
        <w:t>v -0.075330 0.059358 0.053435</w:t>
        <w:br/>
        <w:t>v -0.083455 0.054855 0.048595</w:t>
        <w:br/>
        <w:t>v -0.090285 0.036501 0.026921</w:t>
        <w:br/>
        <w:t>v -0.092731 0.035843 0.027670</w:t>
        <w:br/>
        <w:t>v -0.092841 0.033708 0.019753</w:t>
        <w:br/>
        <w:t>v -0.090857 0.034358 0.018976</w:t>
        <w:br/>
        <w:t>v -0.084289 0.045944 -0.016101</w:t>
        <w:br/>
        <w:t>v -0.085790 0.040349 -0.004669</w:t>
        <w:br/>
        <w:t>v -0.087153 0.039713 -0.004969</w:t>
        <w:br/>
        <w:t>v -0.085395 0.045170 -0.016525</w:t>
        <w:br/>
        <w:t>v -0.094623 0.022519 0.030938</w:t>
        <w:br/>
        <w:t>v -0.091983 0.031690 0.040232</w:t>
        <w:br/>
        <w:t>v -0.091348 0.024565 0.048867</w:t>
        <w:br/>
        <w:t>v -0.094546 0.016181 0.040629</w:t>
        <w:br/>
        <w:t>v -0.024104 0.024119 0.000768</w:t>
        <w:br/>
        <w:t>v -0.027453 0.032288 -0.010513</w:t>
        <w:br/>
        <w:t>v -0.085191 0.032659 -0.010181</w:t>
        <w:br/>
        <w:t>v -0.088489 0.024132 0.000774</w:t>
        <w:br/>
        <w:t>v -0.094267 0.001986 0.022729</w:t>
        <w:br/>
        <w:t>v -0.018403 0.002080 0.022713</w:t>
        <w:br/>
        <w:t>v -0.020753 0.012948 0.012300</w:t>
        <w:br/>
        <w:t>v -0.091635 0.013010 0.012445</w:t>
        <w:br/>
        <w:t>v -0.091635 0.013010 0.012445</w:t>
        <w:br/>
        <w:t>v -0.092402 0.025108 0.014489</w:t>
        <w:br/>
        <w:t>v -0.094694 0.015073 0.025568</w:t>
        <w:br/>
        <w:t>v -0.085191 0.032659 -0.010181</w:t>
        <w:br/>
        <w:t>v -0.083204 0.037088 -0.019895</w:t>
        <w:br/>
        <w:t>v -0.085395 0.045170 -0.016525</w:t>
        <w:br/>
        <w:t>v -0.087153 0.039713 -0.004969</w:t>
        <w:br/>
        <w:t>v -0.090169 0.035231 0.007762</w:t>
        <w:br/>
        <w:t>v -0.088489 0.024132 0.000774</w:t>
        <w:br/>
        <w:t>v -0.094731 0.008138 0.035648</w:t>
        <w:br/>
        <w:t>v -0.082606 -0.000004 0.080785</w:t>
        <w:br/>
        <w:t>v -0.089771 0.000044 0.059134</w:t>
        <w:br/>
        <w:t>v -0.091278 0.008138 0.059183</w:t>
        <w:br/>
        <w:t>v -0.083592 0.008137 0.080898</w:t>
        <w:br/>
        <w:t>v -0.019511 0.000025 0.058444</w:t>
        <w:br/>
        <w:t>v -0.089771 0.000044 0.059134</w:t>
        <w:br/>
        <w:t>v -0.082606 -0.000004 0.080785</w:t>
        <w:br/>
        <w:t>v -0.023849 0.000024 0.080167</w:t>
        <w:br/>
        <w:t>v -0.072673 0.008187 0.097914</w:t>
        <w:br/>
        <w:t>v -0.072500 -0.000004 0.096722</w:t>
        <w:br/>
        <w:t>v -0.029918 -0.000004 0.096599</w:t>
        <w:br/>
        <w:t>v -0.072500 -0.000004 0.096722</w:t>
        <w:br/>
        <w:t>v -0.061475 -0.000002 0.107978</w:t>
        <w:br/>
        <w:t>v -0.038003 -0.000004 0.107278</w:t>
        <w:br/>
        <w:t>v -0.049058 0.008208 0.118414</w:t>
        <w:br/>
        <w:t>v -0.049059 0.003682 0.117217</w:t>
        <w:br/>
        <w:t>v -0.053567 0.003941 0.116059</w:t>
        <w:br/>
        <w:t>v -0.053464 0.008210 0.117348</w:t>
        <w:br/>
        <w:t>v -0.092841 0.033708 0.019753</w:t>
        <w:br/>
        <w:t>v -0.071288 0.050843 0.062102</w:t>
        <w:br/>
        <w:t>v -0.070541 0.041267 0.071210</w:t>
        <w:br/>
        <w:t>v -0.079373 0.037137 0.065142</w:t>
        <w:br/>
        <w:t>v -0.086651 0.041708 0.050823</w:t>
        <w:br/>
        <w:t>v -0.017898 -0.000012 0.028859</w:t>
        <w:br/>
        <w:t>v -0.094327 -0.000012 0.029138</w:t>
        <w:br/>
        <w:t>v -0.094327 -0.000012 0.029138</w:t>
        <w:br/>
        <w:t>v -0.091096 0.038838 0.030498</w:t>
        <w:br/>
        <w:t>v -0.061187 0.043228 0.074336</w:t>
        <w:br/>
        <w:t>v -0.060860 0.039680 0.073787</w:t>
        <w:br/>
        <w:t>v -0.070693 0.037547 0.070029</w:t>
        <w:br/>
        <w:t>v -0.077594 0.034379 0.065017</w:t>
        <w:br/>
        <w:t>v -0.085055 0.033286 0.059436</w:t>
        <w:br/>
        <w:t>v -0.083540 0.030722 0.059075</w:t>
        <w:br/>
        <w:t>v -0.089744 0.023272 0.049158</w:t>
        <w:br/>
        <w:t>v -0.092436 0.015618 0.042064</w:t>
        <w:br/>
        <w:t>v -0.082642 0.009201 0.079942</w:t>
        <w:br/>
        <w:t>v -0.090427 0.009201 0.058712</w:t>
        <w:br/>
        <w:t>v -0.071494 0.009212 0.096835</w:t>
        <w:br/>
        <w:t>v -0.072673 0.008187 0.097914</w:t>
        <w:br/>
        <w:t>v -0.062622 0.008213 0.109377</w:t>
        <w:br/>
        <w:t>v -0.062012 0.009207 0.107167</w:t>
        <w:br/>
        <w:t>v -0.053464 0.008210 0.117348</w:t>
        <w:br/>
        <w:t>v -0.053513 0.009212 0.115484</w:t>
        <w:br/>
        <w:t>v -0.089096 0.035726 0.008352</w:t>
        <w:br/>
        <w:t>v -0.090169 0.035231 0.007762</w:t>
        <w:br/>
        <w:t>v -0.062622 0.008213 0.109377</w:t>
        <w:br/>
        <w:t>v -0.049044 0.009213 0.116581</w:t>
        <w:br/>
        <w:t>v -0.049058 0.008208 0.118414</w:t>
        <w:br/>
        <w:t>v -0.053486 -0.000005 0.113747</w:t>
        <w:br/>
        <w:t>v -0.044633 -0.000005 0.113748</w:t>
        <w:br/>
        <w:t>v -0.029896 0.055470 0.049501</w:t>
        <w:br/>
        <w:t>v -0.032080 0.051542 0.042708</w:t>
        <w:br/>
        <w:t>v -0.026166 0.046354 0.037338</w:t>
        <w:br/>
        <w:t>v -0.023166 0.047978 0.041069</w:t>
        <w:br/>
        <w:t>v -0.021934 0.036736 0.026839</w:t>
        <w:br/>
        <w:t>v -0.022060 0.034696 0.018910</w:t>
        <w:br/>
        <w:t>v -0.018732 0.034043 0.019666</w:t>
        <w:br/>
        <w:t>v -0.018680 0.036070 0.027551</w:t>
        <w:br/>
        <w:t>v -0.027772 0.040348 -0.004677</w:t>
        <w:br/>
        <w:t>v -0.029449 0.046152 -0.016104</w:t>
        <w:br/>
        <w:t>v -0.027144 0.045381 -0.016526</w:t>
        <w:br/>
        <w:t>v -0.025486 0.039713 -0.004981</w:t>
        <w:br/>
        <w:t>v -0.019018 0.029544 0.037933</w:t>
        <w:br/>
        <w:t>v -0.017148 0.022524 0.030602</w:t>
        <w:br/>
        <w:t>v -0.017059 0.016181 0.039944</w:t>
        <w:br/>
        <w:t>v -0.020022 0.024877 0.048246</w:t>
        <w:br/>
        <w:t>v -0.016874 0.015427 0.025415</w:t>
        <w:br/>
        <w:t>v -0.019408 0.025122 0.014384</w:t>
        <w:br/>
        <w:t>v -0.020753 0.012948 0.012300</w:t>
        <w:br/>
        <w:t>v -0.029606 0.037465 -0.019704</w:t>
        <w:br/>
        <w:t>v -0.027453 0.032288 -0.010513</w:t>
        <w:br/>
        <w:t>v -0.025486 0.039713 -0.004981</w:t>
        <w:br/>
        <w:t>v -0.027144 0.045381 -0.016526</w:t>
        <w:br/>
        <w:t>v -0.024104 0.024119 0.000768</w:t>
        <w:br/>
        <w:t>v -0.021711 0.035720 0.007750</w:t>
        <w:br/>
        <w:t>v -0.016556 0.008138 0.035142</w:t>
        <w:br/>
        <w:t>v -0.019511 0.000025 0.058444</w:t>
        <w:br/>
        <w:t>v -0.023849 0.000024 0.080167</w:t>
        <w:br/>
        <w:t>v -0.023040 0.008138 0.080298</w:t>
        <w:br/>
        <w:t>v -0.018086 0.008138 0.058349</w:t>
        <w:br/>
        <w:t>v -0.029918 -0.000004 0.096599</w:t>
        <w:br/>
        <w:t>v -0.029937 0.008189 0.097797</w:t>
        <w:br/>
        <w:t>v -0.044859 0.003956 0.116031</w:t>
        <w:br/>
        <w:t>v -0.044633 -0.000005 0.113748</w:t>
        <w:br/>
        <w:t>v -0.049058 -0.000005 0.114547</w:t>
        <w:br/>
        <w:t>v -0.018732 0.034043 0.019666</w:t>
        <w:br/>
        <w:t>v -0.024883 0.041170 0.049855</w:t>
        <w:br/>
        <w:t>v -0.026217 0.033814 0.059240</w:t>
        <w:br/>
        <w:t>v -0.031701 0.037974 0.065555</w:t>
        <w:br/>
        <w:t>v -0.031336 0.047475 0.056778</w:t>
        <w:br/>
        <w:t>v -0.020973 0.038949 0.030403</w:t>
        <w:br/>
        <w:t>v -0.027310 0.031261 0.058652</w:t>
        <w:br/>
        <w:t>v -0.031970 0.034594 0.064249</w:t>
        <w:br/>
        <w:t>v -0.021591 0.023678 0.048987</w:t>
        <w:br/>
        <w:t>v -0.018311 0.015290 0.040761</w:t>
        <w:br/>
        <w:t>v -0.018997 0.009201 0.058712</w:t>
        <w:br/>
        <w:t>v -0.017726 0.009205 0.037503</w:t>
        <w:br/>
        <w:t>v -0.023933 0.009201 0.079942</w:t>
        <w:br/>
        <w:t>v -0.031361 0.009203 0.096014</w:t>
        <w:br/>
        <w:t>v -0.037005 0.008214 0.108674</w:t>
        <w:br/>
        <w:t>v -0.037873 0.009212 0.107638</w:t>
        <w:br/>
        <w:t>v -0.044651 0.008211 0.117348</w:t>
        <w:br/>
        <w:t>v -0.044573 0.009212 0.115484</w:t>
        <w:br/>
        <w:t>v -0.017726 0.009205 0.037503</w:t>
        <w:br/>
        <w:t>v -0.021711 0.035720 0.007750</w:t>
        <w:br/>
        <w:t>v -0.024344 0.036778 0.007912</w:t>
        <w:br/>
        <w:t>v -0.038003 -0.000004 0.107278</w:t>
        <w:br/>
        <w:t>v -0.092731 0.035843 0.027670</w:t>
        <w:br/>
        <w:t>v -0.083455 0.054855 0.048595</w:t>
        <w:br/>
        <w:t>v -0.075330 0.059358 0.053435</w:t>
        <w:br/>
        <w:t>v -0.080936 0.047351 0.056955</w:t>
        <w:br/>
        <w:t>v -0.089048 0.047349 0.040779</w:t>
        <w:br/>
        <w:t>v -0.054657 0.049205 0.068494</w:t>
        <w:br/>
        <w:t>v -0.060004 0.055669 0.062461</w:t>
        <w:br/>
        <w:t>v -0.058857 0.053088 0.056640</w:t>
        <w:br/>
        <w:t>v -0.054898 0.045859 0.063640</w:t>
        <w:br/>
        <w:t>v -0.018680 0.036070 0.027551</w:t>
        <w:br/>
        <w:t>v -0.029896 0.055470 0.049501</w:t>
        <w:br/>
        <w:t>v -0.023166 0.047978 0.041069</w:t>
        <w:br/>
        <w:t>v -0.019489 0.038767 0.031255</w:t>
        <w:br/>
        <w:t>v -0.052805 0.052284 0.056771</w:t>
        <w:br/>
        <w:t>v -0.051184 0.055767 0.062657</w:t>
        <w:br/>
        <w:t>v -0.054657 0.049205 0.068494</w:t>
        <w:br/>
        <w:t>v -0.054898 0.045859 0.063640</w:t>
        <w:br/>
        <w:t>v -0.061952 0.058561 0.049878</w:t>
        <w:br/>
        <w:t>v -0.065253 0.062717 0.057759</w:t>
        <w:br/>
        <w:t>v -0.065253 0.062717 0.057759</w:t>
        <w:br/>
        <w:t>v -0.065253 0.062717 0.057759</w:t>
        <w:br/>
        <w:t>v -0.061952 0.058561 0.049878</w:t>
        <w:br/>
        <w:t>v -0.046254 0.043090 0.074094</w:t>
        <w:br/>
        <w:t>v -0.046289 0.039929 0.073571</w:t>
        <w:br/>
        <w:t>v -0.053288 0.040650 0.074946</w:t>
        <w:br/>
        <w:t>v -0.053446 0.043850 0.075470</w:t>
        <w:br/>
        <w:t>v -0.050721 0.058629 0.050326</w:t>
        <w:br/>
        <w:t>v -0.042837 0.056356 0.047384</w:t>
        <w:br/>
        <w:t>v -0.037060 0.059471 0.053006</w:t>
        <w:br/>
        <w:t>v -0.047180 0.062941 0.057859</w:t>
        <w:br/>
        <w:t>v -0.039330 0.050429 0.061598</w:t>
        <w:br/>
        <w:t>v -0.047180 0.062941 0.057859</w:t>
        <w:br/>
        <w:t>v -0.037060 0.059471 0.053006</w:t>
        <w:br/>
        <w:t>v -0.046254 0.043090 0.074094</w:t>
        <w:br/>
        <w:t>v -0.053446 0.043850 0.075470</w:t>
        <w:br/>
        <w:t>v -0.054657 0.049205 0.068494</w:t>
        <w:br/>
        <w:t>v -0.050721 0.058629 0.050326</w:t>
        <w:br/>
        <w:t>v -0.047180 0.062941 0.057859</w:t>
        <w:br/>
        <w:t>v -0.049058 -0.000005 0.114547</w:t>
        <w:br/>
        <w:t>v -0.094267 0.001986 0.022729</w:t>
        <w:br/>
        <w:t>v -0.018403 0.002080 0.022713</w:t>
        <w:br/>
        <w:t>v -0.093179 0.009099 0.037683</w:t>
        <w:br/>
        <w:t>v -0.093179 0.009099 0.037683</w:t>
        <w:br/>
        <w:t>v -0.017898 -0.000012 0.028859</w:t>
        <w:br/>
        <w:t>v -0.038430 0.040944 0.071176</w:t>
        <w:br/>
        <w:t>v -0.038336 0.037519 0.069699</w:t>
        <w:br/>
        <w:t>v -0.053486 -0.000005 0.113747</w:t>
        <w:br/>
        <w:t>v -0.061475 -0.000002 0.107978</w:t>
        <w:br/>
        <w:t>v -0.044651 0.008211 0.117348</w:t>
        <w:br/>
        <w:t>v -0.037005 0.008214 0.108674</w:t>
        <w:br/>
        <w:t>v -0.075636 0.025444 0.080353</w:t>
        <w:br/>
        <w:t>v -0.079404 0.019946 0.080287</w:t>
        <w:br/>
        <w:t>v -0.086194 0.021370 0.062500</w:t>
        <w:br/>
        <w:t>v -0.080957 0.027280 0.068558</w:t>
        <w:br/>
        <w:t>v -0.050866 0.027198 0.098015</w:t>
        <w:br/>
        <w:t>v -0.067210 0.025840 0.091179</w:t>
        <w:br/>
        <w:t>v -0.069454 0.031598 0.079802</w:t>
        <w:br/>
        <w:t>v -0.052230 0.033823 0.084897</w:t>
        <w:br/>
        <w:t>v -0.089248 0.015358 0.059516</w:t>
        <w:br/>
        <w:t>v -0.026637 0.020001 0.080392</w:t>
        <w:br/>
        <w:t>v -0.030237 0.025425 0.080372</w:t>
        <w:br/>
        <w:t>v -0.028727 0.028841 0.067432</w:t>
        <w:br/>
        <w:t>v -0.023208 0.022196 0.061870</w:t>
        <w:br/>
        <w:t>v -0.037084 0.032134 0.078608</w:t>
        <w:br/>
        <w:t>v -0.036075 0.025687 0.091214</w:t>
        <w:br/>
        <w:t>v -0.053631 0.018528 0.116573</w:t>
        <w:br/>
        <w:t>v -0.049244 0.018466 0.117868</w:t>
        <w:br/>
        <w:t>v -0.049038 0.014582 0.118378</w:t>
        <w:br/>
        <w:t>v -0.053228 0.014728 0.117085</w:t>
        <w:br/>
        <w:t>v -0.060860 0.039680 0.073787</w:t>
        <w:br/>
        <w:t>v -0.045055 0.018473 0.116570</w:t>
        <w:br/>
        <w:t>v -0.038074 0.014810 0.108785</w:t>
        <w:br/>
        <w:t>v -0.044951 0.014716 0.116982</w:t>
        <w:br/>
        <w:t>v -0.046289 0.039929 0.073571</w:t>
        <w:br/>
        <w:t>v -0.081598 0.015041 0.079956</w:t>
        <w:br/>
        <w:t>v -0.071522 0.014811 0.096782</w:t>
        <w:br/>
        <w:t>v -0.049044 0.009213 0.116581</w:t>
        <w:br/>
        <w:t>v -0.053513 0.009212 0.115484</w:t>
        <w:br/>
        <w:t>v -0.062012 0.009207 0.107167</w:t>
        <w:br/>
        <w:t>v -0.062569 0.014835 0.108171</w:t>
        <w:br/>
        <w:t>v -0.062458 0.021088 0.105528</w:t>
        <w:br/>
        <w:t>v -0.038862 0.020989 0.105880</w:t>
        <w:br/>
        <w:t>v -0.030932 0.014657 0.096017</w:t>
        <w:br/>
        <w:t>v -0.032113 0.020229 0.094667</w:t>
        <w:br/>
        <w:t>v -0.024825 0.014914 0.080100</w:t>
        <w:br/>
        <w:t>v -0.071199 0.020169 0.094291</w:t>
        <w:br/>
        <w:t>v -0.020179 0.015179 0.059541</w:t>
        <w:br/>
        <w:t>v -0.044573 0.009212 0.115484</w:t>
        <w:br/>
        <w:t>v -0.037873 0.009212 0.107638</w:t>
        <w:br/>
        <w:t>v -0.049449 0.021580 0.114419</w:t>
        <w:br/>
        <w:t>v -0.070693 0.037547 0.070029</w:t>
        <w:br/>
        <w:t>v -0.038336 0.037519 0.069699</w:t>
        <w:br/>
        <w:t>v -0.031970 0.034594 0.064249</w:t>
        <w:br/>
        <w:t>v -0.053288 0.040650 0.074946</w:t>
        <w:br/>
        <w:t>v -0.027310 0.031261 0.058652</w:t>
        <w:br/>
        <w:t>v -0.089048 0.047349 0.040779</w:t>
        <w:br/>
        <w:t>v -0.087102 0.046624 0.038187</w:t>
        <w:br/>
        <w:t>v -0.080065 0.072560 0.023197</w:t>
        <w:br/>
        <w:t>v -0.086462 0.065629 0.016714</w:t>
        <w:br/>
        <w:t>v -0.085407 0.078270 0.006790</w:t>
        <w:br/>
        <w:t>v -0.079561 0.085231 0.013551</w:t>
        <w:br/>
        <w:t>v -0.056322 0.093978 0.022989</w:t>
        <w:br/>
        <w:t>v -0.056322 0.081420 0.032247</w:t>
        <w:br/>
        <w:t>v -0.069996 0.078284 0.028156</w:t>
        <w:br/>
        <w:t>v -0.070248 0.090859 0.018792</w:t>
        <w:br/>
        <w:t>v -0.080638 0.057932 0.036181</w:t>
        <w:br/>
        <w:t>v -0.087235 0.052464 0.030397</w:t>
        <w:br/>
        <w:t>v -0.056322 0.066153 0.045160</w:t>
        <w:br/>
        <w:t>v -0.069742 0.063041 0.041123</w:t>
        <w:br/>
        <w:t>v -0.090450 0.057085 0.009277</w:t>
        <w:br/>
        <w:t>v -0.088624 0.068970 -0.001703</w:t>
        <w:br/>
        <w:t>v -0.091335 0.044413 0.022880</w:t>
        <w:br/>
        <w:t>v -0.032963 0.072578 0.023213</w:t>
        <w:br/>
        <w:t>v -0.033342 0.085171 0.013471</w:t>
        <w:br/>
        <w:t>v -0.027956 0.078174 0.006702</w:t>
        <w:br/>
        <w:t>v -0.027000 0.065627 0.016757</w:t>
        <w:br/>
        <w:t>v -0.054898 0.045859 0.063640</w:t>
        <w:br/>
        <w:t>v -0.055789 0.053822 0.056895</w:t>
        <w:br/>
        <w:t>v -0.052805 0.052284 0.056771</w:t>
        <w:br/>
        <w:t>v -0.042813 0.063127 0.041220</w:t>
        <w:br/>
        <w:t>v -0.032157 0.057782 0.035985</w:t>
        <w:br/>
        <w:t>v -0.032080 0.051542 0.042708</w:t>
        <w:br/>
        <w:t>v -0.042837 0.056356 0.047384</w:t>
        <w:br/>
        <w:t>v -0.042665 0.078313 0.028199</w:t>
        <w:br/>
        <w:t>v -0.042410 0.090853 0.018787</w:t>
        <w:br/>
        <w:t>v -0.027006 0.068290 -0.002917</w:t>
        <w:br/>
        <w:t>v -0.024839 0.056266 0.008519</w:t>
        <w:br/>
        <w:t>v -0.023124 0.057086 0.009342</w:t>
        <w:br/>
        <w:t>v -0.025181 0.068974 -0.001661</w:t>
        <w:br/>
        <w:t>v -0.025849 0.052327 0.030308</w:t>
        <w:br/>
        <w:t>v -0.026166 0.046354 0.037338</w:t>
        <w:br/>
        <w:t>v -0.025181 0.068974 -0.001661</w:t>
        <w:br/>
        <w:t>v -0.023124 0.057086 0.009342</w:t>
        <w:br/>
        <w:t>v -0.021113 0.044263 0.023149</w:t>
        <w:br/>
        <w:t>v -0.020973 0.038949 0.030403</w:t>
        <w:br/>
        <w:t>v -0.058857 0.053088 0.056640</w:t>
        <w:br/>
        <w:t>v -0.061952 0.058561 0.049878</w:t>
        <w:br/>
        <w:t>v -0.069514 0.056182 0.047448</w:t>
        <w:br/>
        <w:t>v -0.079818 0.052061 0.043023</w:t>
        <w:br/>
        <w:t>v -0.087102 0.046624 0.038187</w:t>
        <w:br/>
        <w:t>v -0.091096 0.038838 0.030498</w:t>
        <w:br/>
        <w:t>v -0.091096 0.038838 0.030498</w:t>
        <w:br/>
        <w:t>v -0.089912 0.038394 0.029547</w:t>
        <w:br/>
        <w:t>v -0.090217 0.043938 0.022441</w:t>
        <w:br/>
        <w:t>v -0.091335 0.044413 0.022880</w:t>
        <w:br/>
        <w:t>v -0.050721 0.058629 0.050326</w:t>
        <w:br/>
        <w:t>v -0.089236 0.056244 0.008501</w:t>
        <w:br/>
        <w:t>v -0.090450 0.057085 0.009277</w:t>
        <w:br/>
        <w:t>v -0.086997 0.068508 -0.002521</w:t>
        <w:br/>
        <w:t>v -0.088624 0.068970 -0.001703</w:t>
        <w:br/>
        <w:t>v -0.022204 0.043644 0.022521</w:t>
        <w:br/>
        <w:t>v -0.021113 0.044263 0.023149</w:t>
        <w:br/>
        <w:t>v -0.088160 0.045405 0.000854</w:t>
        <w:br/>
        <w:t>v -0.085790 0.040349 -0.004669</w:t>
        <w:br/>
        <w:t>v -0.084289 0.045944 -0.016101</w:t>
        <w:br/>
        <w:t>v -0.086632 0.052526 -0.011962</w:t>
        <w:br/>
        <w:t>v -0.087466 0.061111 -0.006888</w:t>
        <w:br/>
        <w:t>v -0.089328 0.050831 0.005203</w:t>
        <w:br/>
        <w:t>v -0.090285 0.036501 0.026921</w:t>
        <w:br/>
        <w:t>v -0.090857 0.034358 0.018976</w:t>
        <w:br/>
        <w:t>v -0.090579 0.039371 0.018023</w:t>
        <w:br/>
        <w:t>v -0.090217 0.043938 0.022441</w:t>
        <w:br/>
        <w:t>v -0.089912 0.038394 0.029547</w:t>
        <w:br/>
        <w:t>v -0.089096 0.035726 0.008352</w:t>
        <w:br/>
        <w:t>v -0.025422 0.045327 0.000962</w:t>
        <w:br/>
        <w:t>v -0.027321 0.052522 -0.011939</w:t>
        <w:br/>
        <w:t>v -0.029449 0.046152 -0.016104</w:t>
        <w:br/>
        <w:t>v -0.027772 0.040348 -0.004677</w:t>
        <w:br/>
        <w:t>v -0.027114 0.061116 -0.006781</w:t>
        <w:br/>
        <w:t>v -0.024689 0.050845 0.005206</w:t>
        <w:br/>
        <w:t>v -0.021934 0.036736 0.026839</w:t>
        <w:br/>
        <w:t>v -0.022602 0.038448 0.029442</w:t>
        <w:br/>
        <w:t>v -0.022204 0.043644 0.022521</w:t>
        <w:br/>
        <w:t>v -0.022169 0.039375 0.018003</w:t>
        <w:br/>
        <w:t>v -0.022060 0.034696 0.018910</w:t>
        <w:br/>
        <w:t>v -0.024344 0.036778 0.007912</w:t>
        <w:br/>
        <w:t>v -0.019489 0.038767 0.031255</w:t>
        <w:br/>
        <w:t>v -0.092175 0.038706 0.031108</w:t>
        <w:br/>
        <w:t>v -0.082494 0.056281 -0.038626</w:t>
        <w:br/>
        <w:t>v -0.082970 0.051132 -0.027380</w:t>
        <w:br/>
        <w:t>v -0.084461 0.050432 -0.027701</w:t>
        <w:br/>
        <w:t>v -0.084052 0.055362 -0.038824</w:t>
        <w:br/>
        <w:t>v -0.082551 0.059644 -0.050864</w:t>
        <w:br/>
        <w:t>v -0.081096 0.060829 -0.050415</w:t>
        <w:br/>
        <w:t>v -0.084052 0.055362 -0.038824</w:t>
        <w:br/>
        <w:t>v -0.079771 0.048109 -0.050485</w:t>
        <w:br/>
        <w:t>v -0.082551 0.059644 -0.050864</w:t>
        <w:br/>
        <w:t>v -0.056322 0.053232 -0.071004</w:t>
        <w:br/>
        <w:t>v -0.056322 0.064716 -0.071991</w:t>
        <w:br/>
        <w:t>v -0.065190 0.064378 -0.070527</w:t>
        <w:br/>
        <w:t>v -0.064406 0.052875 -0.069454</w:t>
        <w:br/>
        <w:t>v -0.079156 0.039171 -0.036381</w:t>
        <w:br/>
        <w:t>v -0.084461 0.050432 -0.027701</w:t>
        <w:br/>
        <w:t>v -0.081035 0.040154 -0.029850</w:t>
        <w:br/>
        <w:t>v -0.077871 0.049866 -0.057783</w:t>
        <w:br/>
        <w:t>v -0.080044 0.061683 -0.057900</w:t>
        <w:br/>
        <w:t>v -0.074412 0.063314 -0.065545</w:t>
        <w:br/>
        <w:t>v -0.065802 0.065476 -0.068558</w:t>
        <w:br/>
        <w:t>v -0.073919 0.064331 -0.064497</w:t>
        <w:br/>
        <w:t>v -0.063182 0.041198 -0.067085</w:t>
        <w:br/>
        <w:t>v -0.072558 0.052016 -0.064986</w:t>
        <w:br/>
        <w:t>v -0.069861 0.040590 -0.063541</w:t>
        <w:br/>
        <w:t>v -0.075488 0.034216 -0.041134</w:t>
        <w:br/>
        <w:t>v -0.075436 0.037608 -0.050514</w:t>
        <w:br/>
        <w:t>v -0.060238 -0.000003 -0.059874</w:t>
        <w:br/>
        <w:t>v -0.056322 0.000000 -0.061133</w:t>
        <w:br/>
        <w:t>v -0.056322 0.010905 -0.062103</w:t>
        <w:br/>
        <w:t>v -0.060537 0.010825 -0.061011</w:t>
        <w:br/>
        <w:t>v -0.064460 -0.000004 -0.051961</w:t>
        <w:br/>
        <w:t>v -0.062683 -0.000003 -0.057109</w:t>
        <w:br/>
        <w:t>v -0.063463 0.010780 -0.057873</w:t>
        <w:br/>
        <w:t>v -0.065652 0.010676 -0.052688</w:t>
        <w:br/>
        <w:t>v -0.056322 0.025888 -0.064573</w:t>
        <w:br/>
        <w:t>v -0.061413 0.025783 -0.063442</w:t>
        <w:br/>
        <w:t>v -0.069142 0.024989 -0.053030</w:t>
        <w:br/>
        <w:t>v -0.068196 0.020578 -0.045136</w:t>
        <w:br/>
        <w:t>v -0.066067 0.025527 -0.059696</w:t>
        <w:br/>
        <w:t>v -0.080044 0.061683 -0.057900</w:t>
        <w:br/>
        <w:t>v -0.078972 0.062333 -0.057113</w:t>
        <w:br/>
        <w:t>v -0.073714 0.039202 -0.057060</w:t>
        <w:br/>
        <w:t>v -0.071680 0.028720 -0.043713</w:t>
        <w:br/>
        <w:t>v -0.066368 0.010717 -0.045927</w:t>
        <w:br/>
        <w:t>v -0.065562 -0.000002 -0.045870</w:t>
        <w:br/>
        <w:t>v -0.074412 0.063314 -0.065545</w:t>
        <w:br/>
        <w:t>v -0.056322 0.064716 -0.071991</w:t>
        <w:br/>
        <w:t>v -0.056322 0.065892 -0.070099</w:t>
        <w:br/>
        <w:t>v -0.056322 0.041422 -0.068539</w:t>
        <w:br/>
        <w:t>v -0.086857 0.082942 -0.014434</w:t>
        <w:br/>
        <w:t>v -0.085063 0.082263 -0.015151</w:t>
        <w:br/>
        <w:t>v -0.083154 0.103510 -0.031335</w:t>
        <w:br/>
        <w:t>v -0.085828 0.104042 -0.030815</w:t>
        <w:br/>
        <w:t>v -0.085783 0.126787 -0.027944</w:t>
        <w:br/>
        <w:t>v -0.085265 0.129553 -0.022241</w:t>
        <w:br/>
        <w:t>v -0.085914 0.117030 -0.024024</w:t>
        <w:br/>
        <w:t>v -0.082795 0.147728 -0.033971</w:t>
        <w:br/>
        <w:t>v -0.083188 0.149695 -0.025242</w:t>
        <w:br/>
        <w:t>v -0.070279 0.153034 0.000326</w:t>
        <w:br/>
        <w:t>v -0.069987 0.136272 0.001727</w:t>
        <w:br/>
        <w:t>v -0.079652 0.133861 -0.007850</w:t>
        <w:br/>
        <w:t>v -0.079354 0.151665 -0.010315</w:t>
        <w:br/>
        <w:t>v -0.056322 0.107184 0.014858</w:t>
        <w:br/>
        <w:t>v -0.070261 0.104197 0.010178</w:t>
        <w:br/>
        <w:t>v -0.056322 0.137237 0.006297</w:t>
        <w:br/>
        <w:t>v -0.056322 0.122181 0.009022</w:t>
        <w:br/>
        <w:t>v -0.070090 0.119816 0.004005</w:t>
        <w:br/>
        <w:t>v -0.056322 0.153574 0.006425</w:t>
        <w:br/>
        <w:t>v -0.080463 0.145856 -0.041956</w:t>
        <w:br/>
        <w:t>v -0.080414 0.165708 -0.041924</w:t>
        <w:br/>
        <w:t>v -0.082242 0.165791 -0.033735</w:t>
        <w:br/>
        <w:t>v -0.070319 0.165914 0.001347</w:t>
        <w:br/>
        <w:t>v -0.079685 0.165898 -0.010319</w:t>
        <w:br/>
        <w:t>v -0.079178 0.099118 0.003699</w:t>
        <w:br/>
        <w:t>v -0.084600 0.092543 -0.004566</w:t>
        <w:br/>
        <w:t>v -0.084447 0.110962 -0.015715</w:t>
        <w:br/>
        <w:t>v -0.079141 0.116195 -0.003973</w:t>
        <w:br/>
        <w:t>v -0.056322 0.158580 -0.058490</w:t>
        <w:br/>
        <w:t>v -0.056460 0.165803 -0.059185</w:t>
        <w:br/>
        <w:t>v -0.065100 0.165797 -0.057518</w:t>
        <w:br/>
        <w:t>v -0.064825 0.157070 -0.056743</w:t>
        <w:br/>
        <w:t>v -0.073953 0.165791 -0.051127</w:t>
        <w:br/>
        <w:t>v -0.072333 0.151793 -0.052654</w:t>
        <w:br/>
        <w:t>v -0.083402 0.135167 -0.037227</w:t>
        <w:br/>
        <w:t>v -0.081896 0.131182 -0.042671</w:t>
        <w:br/>
        <w:t>v -0.078431 0.142020 -0.047248</w:t>
        <w:br/>
        <w:t>v -0.085506 0.107050 -0.023881</w:t>
        <w:br/>
        <w:t>v -0.085828 0.104042 -0.030815</w:t>
        <w:br/>
        <w:t>v -0.084343 0.120344 -0.038094</w:t>
        <w:br/>
        <w:t>v -0.085321 0.124477 -0.032497</w:t>
        <w:br/>
        <w:t>v -0.086857 0.082942 -0.014434</w:t>
        <w:br/>
        <w:t>v -0.082718 0.120281 -0.038637</w:t>
        <w:br/>
        <w:t>v -0.081742 0.118230 -0.038505</w:t>
        <w:br/>
        <w:t>v -0.084343 0.120344 -0.038094</w:t>
        <w:br/>
        <w:t>v -0.079461 0.130357 -0.042970</w:t>
        <w:br/>
        <w:t>v -0.070097 0.150021 -0.052072</w:t>
        <w:br/>
        <w:t>v -0.064159 0.155557 -0.055578</w:t>
        <w:br/>
        <w:t>v -0.056322 0.157063 -0.057122</w:t>
        <w:br/>
        <w:t>v -0.078431 0.142020 -0.047248</w:t>
        <w:br/>
        <w:t>v -0.075184 0.140434 -0.047304</w:t>
        <w:br/>
        <w:t>v -0.082494 0.081457 -0.045734</w:t>
        <w:br/>
        <w:t>v -0.084683 0.077097 -0.032671</w:t>
        <w:br/>
        <w:t>v -0.084709 0.065308 -0.035532</w:t>
        <w:br/>
        <w:t>v -0.082906 0.070653 -0.048153</w:t>
        <w:br/>
        <w:t>v -0.079556 0.092787 -0.044178</w:t>
        <w:br/>
        <w:t>v -0.083465 0.088113 -0.031386</w:t>
        <w:br/>
        <w:t>v -0.079089 0.082475 -0.053497</w:t>
        <w:br/>
        <w:t>v -0.078951 0.073973 -0.055545</w:t>
        <w:br/>
        <w:t>v -0.079323 0.088788 -0.049436</w:t>
        <w:br/>
        <w:t>v -0.082970 0.051132 -0.027380</w:t>
        <w:br/>
        <w:t>v -0.085230 0.059399 -0.023936</w:t>
        <w:br/>
        <w:t>v -0.082494 0.056281 -0.038626</w:t>
        <w:br/>
        <w:t>v -0.081096 0.060829 -0.050415</w:t>
        <w:br/>
        <w:t>v -0.081153 0.107901 -0.040878</w:t>
        <w:br/>
        <w:t>v -0.085063 0.082263 -0.015151</w:t>
        <w:br/>
        <w:t>v -0.085612 0.071219 -0.019737</w:t>
        <w:br/>
        <w:t>v -0.077927 0.062697 -0.056571</w:t>
        <w:br/>
        <w:t>v -0.075902 0.091953 -0.058181</w:t>
        <w:br/>
        <w:t>v -0.076161 0.098363 -0.052303</w:t>
        <w:br/>
        <w:t>v -0.080408 0.093449 -0.044781</w:t>
        <w:br/>
        <w:t>v -0.080621 0.089287 -0.049886</w:t>
        <w:br/>
        <w:t>v -0.065702 0.115622 -0.055179</w:t>
        <w:br/>
        <w:t>v -0.077178 0.111845 -0.048595</w:t>
        <w:br/>
        <w:t>v -0.066057 0.102433 -0.059371</w:t>
        <w:br/>
        <w:t>v -0.080407 0.073981 -0.056284</w:t>
        <w:br/>
        <w:t>v -0.075249 0.076065 -0.064195</w:t>
        <w:br/>
        <w:t>v -0.076082 0.085583 -0.061595</w:t>
        <w:br/>
        <w:t>v -0.080864 0.082987 -0.054340</w:t>
        <w:br/>
        <w:t>v -0.078972 0.062333 -0.057113</w:t>
        <w:br/>
        <w:t>v -0.080408 0.093449 -0.044781</w:t>
        <w:br/>
        <w:t>v -0.081759 0.108236 -0.041572</w:t>
        <w:br/>
        <w:t>v -0.079323 0.088788 -0.049436</w:t>
        <w:br/>
        <w:t>v -0.080621 0.089287 -0.049886</w:t>
        <w:br/>
        <w:t>v -0.080864 0.082987 -0.054340</w:t>
        <w:br/>
        <w:t>v -0.079089 0.082475 -0.053497</w:t>
        <w:br/>
        <w:t>v -0.078951 0.073973 -0.055545</w:t>
        <w:br/>
        <w:t>v -0.080407 0.073981 -0.056284</w:t>
        <w:br/>
        <w:t>v -0.078972 0.062333 -0.057113</w:t>
        <w:br/>
        <w:t>v -0.077927 0.062697 -0.056571</w:t>
        <w:br/>
        <w:t>v -0.056343 0.134432 -0.054500</w:t>
        <w:br/>
        <w:t>v -0.056322 0.144785 -0.055202</w:t>
        <w:br/>
        <w:t>v -0.066098 0.145135 -0.053217</w:t>
        <w:br/>
        <w:t>v -0.065407 0.136252 -0.052625</w:t>
        <w:br/>
        <w:t>v -0.056322 0.103223 -0.061307</w:t>
        <w:br/>
        <w:t>v -0.056316 0.116360 -0.056954</w:t>
        <w:br/>
        <w:t>v -0.056322 0.093905 -0.065450</w:t>
        <w:br/>
        <w:t>v -0.065931 0.093680 -0.063757</w:t>
        <w:br/>
        <w:t>v -0.056322 0.087224 -0.068106</w:t>
        <w:br/>
        <w:t>v -0.066146 0.086888 -0.066494</w:t>
        <w:br/>
        <w:t>v -0.066287 0.076748 -0.068517</w:t>
        <w:br/>
        <w:t>v -0.056322 0.076847 -0.070149</w:t>
        <w:br/>
        <w:t>v -0.077813 0.126588 -0.045446</w:t>
        <w:br/>
        <w:t>v -0.071657 0.126091 -0.050303</w:t>
        <w:br/>
        <w:t>v -0.075290 0.130520 -0.048593</w:t>
        <w:br/>
        <w:t>v -0.081759 0.108236 -0.041572</w:t>
        <w:br/>
        <w:t>v -0.082718 0.120281 -0.038637</w:t>
        <w:br/>
        <w:t>v -0.081742 0.118230 -0.038505</w:t>
        <w:br/>
        <w:t>v -0.056278 0.123269 -0.055712</w:t>
        <w:br/>
        <w:t>v -0.065943 0.125634 -0.053386</w:t>
        <w:br/>
        <w:t>v -0.077927 0.062697 -0.056571</w:t>
        <w:br/>
        <w:t>v -0.027857 0.050996 -0.027701</w:t>
        <w:br/>
        <w:t>v -0.030378 0.051696 -0.027380</w:t>
        <w:br/>
        <w:t>v -0.030551 0.056414 -0.038570</w:t>
        <w:br/>
        <w:t>v -0.028592 0.055495 -0.038768</w:t>
        <w:br/>
        <w:t>v -0.030551 0.056414 -0.038570</w:t>
        <w:br/>
        <w:t>v -0.031548 0.060829 -0.050415</w:t>
        <w:br/>
        <w:t>v -0.029730 0.059894 -0.050888</w:t>
        <w:br/>
        <w:t>v -0.028592 0.055495 -0.038768</w:t>
        <w:br/>
        <w:t>v -0.029730 0.059894 -0.050888</w:t>
        <w:br/>
        <w:t>v -0.032621 0.048024 -0.050553</w:t>
        <w:br/>
        <w:t>v -0.028592 0.055495 -0.038768</w:t>
        <w:br/>
        <w:t>v -0.048226 0.052870 -0.069483</w:t>
        <w:br/>
        <w:t>v -0.047279 0.064630 -0.070924</w:t>
        <w:br/>
        <w:t>v -0.027857 0.050996 -0.027701</w:t>
        <w:br/>
        <w:t>v -0.028592 0.055495 -0.038768</w:t>
        <w:br/>
        <w:t>v -0.033245 0.038849 -0.036314</w:t>
        <w:br/>
        <w:t>v -0.031283 0.040154 -0.029850</w:t>
        <w:br/>
        <w:t>v -0.032285 0.061870 -0.058017</w:t>
        <w:br/>
        <w:t>v -0.034771 0.049866 -0.057784</w:t>
        <w:br/>
        <w:t>v -0.062683 -0.000003 -0.057109</w:t>
        <w:br/>
        <w:t>v -0.049963 -0.000003 -0.057109</w:t>
        <w:br/>
        <w:t>v -0.052405 -0.000003 -0.059874</w:t>
        <w:br/>
        <w:t>v -0.060238 -0.000003 -0.059874</w:t>
        <w:br/>
        <w:t>v -0.038083 0.063425 -0.065680</w:t>
        <w:br/>
        <w:t>v -0.038753 0.064331 -0.064478</w:t>
        <w:br/>
        <w:t>v -0.046841 0.065476 -0.068558</w:t>
        <w:br/>
        <w:t>v -0.047279 0.064630 -0.070924</w:t>
        <w:br/>
        <w:t>v -0.049457 0.041194 -0.067097</w:t>
        <w:br/>
        <w:t>v -0.042783 0.040590 -0.063541</w:t>
        <w:br/>
        <w:t>v -0.040004 0.051990 -0.065075</w:t>
        <w:br/>
        <w:t>v -0.033245 0.038849 -0.036314</w:t>
        <w:br/>
        <w:t>v -0.037121 0.037565 -0.050540</w:t>
        <w:br/>
        <w:t>v -0.037155 0.034216 -0.041134</w:t>
        <w:br/>
        <w:t>v -0.052405 -0.000003 -0.059874</w:t>
        <w:br/>
        <w:t>v -0.052107 0.010824 -0.061012</w:t>
        <w:br/>
        <w:t>v -0.046990 0.010675 -0.052688</w:t>
        <w:br/>
        <w:t>v -0.049179 0.010780 -0.057874</w:t>
        <w:br/>
        <w:t>v -0.049963 -0.000003 -0.057109</w:t>
        <w:br/>
        <w:t>v -0.048197 -0.000004 -0.051961</w:t>
        <w:br/>
        <w:t>v -0.051229 0.025782 -0.063443</w:t>
        <w:br/>
        <w:t>v -0.044467 0.020585 -0.045155</w:t>
        <w:br/>
        <w:t>v -0.043492 0.024984 -0.053033</w:t>
        <w:br/>
        <w:t>v -0.046554 0.025516 -0.059718</w:t>
        <w:br/>
        <w:t>v -0.033637 0.062537 -0.057236</w:t>
        <w:br/>
        <w:t>v -0.032285 0.061870 -0.058017</w:t>
        <w:br/>
        <w:t>v -0.038852 0.039166 -0.057100</w:t>
        <w:br/>
        <w:t>v -0.040964 0.028720 -0.043713</w:t>
        <w:br/>
        <w:t>v -0.064460 -0.000004 -0.051961</w:t>
        <w:br/>
        <w:t>v -0.065562 -0.000002 -0.045870</w:t>
        <w:br/>
        <w:t>v -0.047082 -0.000002 -0.045870</w:t>
        <w:br/>
        <w:t>v -0.048197 -0.000004 -0.051961</w:t>
        <w:br/>
        <w:t>v -0.047082 -0.000002 -0.045870</w:t>
        <w:br/>
        <w:t>v -0.046276 0.010717 -0.045927</w:t>
        <w:br/>
        <w:t>v -0.071680 0.028720 -0.043713</w:t>
        <w:br/>
        <w:t>v -0.075488 0.034216 -0.041134</w:t>
        <w:br/>
        <w:t>v -0.037155 0.034216 -0.041134</w:t>
        <w:br/>
        <w:t>v -0.040964 0.028720 -0.043713</w:t>
        <w:br/>
        <w:t>v -0.038083 0.063425 -0.065680</w:t>
        <w:br/>
        <w:t>v -0.046276 0.010717 -0.045927</w:t>
        <w:br/>
        <w:t>v -0.066368 0.010717 -0.045927</w:t>
        <w:br/>
        <w:t>v -0.068196 0.020578 -0.045136</w:t>
        <w:br/>
        <w:t>v -0.044467 0.020585 -0.045155</w:t>
        <w:br/>
        <w:t>v -0.033245 0.038849 -0.036314</w:t>
        <w:br/>
        <w:t>v -0.079156 0.039171 -0.036381</w:t>
        <w:br/>
        <w:t>v -0.047082 -0.000002 -0.045870</w:t>
        <w:br/>
        <w:t>v -0.065562 -0.000002 -0.045870</w:t>
        <w:br/>
        <w:t>v -0.083204 0.037088 -0.019895</w:t>
        <w:br/>
        <w:t>v -0.029606 0.037465 -0.019704</w:t>
        <w:br/>
        <w:t>v -0.031283 0.040154 -0.029850</w:t>
        <w:br/>
        <w:t>v -0.081035 0.040154 -0.029850</w:t>
        <w:br/>
        <w:t>v -0.027819 0.082283 -0.015046</w:t>
        <w:br/>
        <w:t>v -0.025786 0.082942 -0.014434</w:t>
        <w:br/>
        <w:t>v -0.026151 0.093104 -0.022983</w:t>
        <w:br/>
        <w:t>v -0.028183 0.092508 -0.023517</w:t>
        <w:br/>
        <w:t>v -0.026884 0.118256 -0.023954</w:t>
        <w:br/>
        <w:t>v -0.026839 0.107050 -0.023894</w:t>
        <w:br/>
        <w:t>v -0.028095 0.111122 -0.015548</w:t>
        <w:br/>
        <w:t>v -0.029139 0.138714 -0.031829</w:t>
        <w:br/>
        <w:t>v -0.027922 0.129513 -0.022315</w:t>
        <w:br/>
        <w:t>v -0.029791 0.149677 -0.025259</w:t>
        <w:br/>
        <w:t>v -0.042424 0.153034 0.000240</w:t>
        <w:br/>
        <w:t>v -0.033340 0.151664 -0.010342</w:t>
        <w:br/>
        <w:t>v -0.033203 0.133838 -0.007980</w:t>
        <w:br/>
        <w:t>v -0.042657 0.136272 0.001727</w:t>
        <w:br/>
        <w:t>v -0.042482 0.104119 0.010031</w:t>
        <w:br/>
        <w:t>v -0.042696 0.119755 0.003781</w:t>
        <w:br/>
        <w:t>v -0.032514 0.145761 -0.042651</w:t>
        <w:br/>
        <w:t>v -0.029840 0.165932 -0.025484</w:t>
        <w:br/>
        <w:t>v -0.032779 0.165900 -0.042337</w:t>
        <w:br/>
        <w:t>v -0.042600 0.165914 0.001347</w:t>
        <w:br/>
        <w:t>v -0.033127 0.165924 -0.010264</w:t>
        <w:br/>
        <w:t>v -0.028618 0.092418 -0.004716</w:t>
        <w:br/>
        <w:t>v -0.025786 0.082942 -0.014434</w:t>
        <w:br/>
        <w:t>v -0.033611 0.099061 0.003606</w:t>
        <w:br/>
        <w:t>v -0.033475 0.116202 -0.003956</w:t>
        <w:br/>
        <w:t>v -0.027724 0.120138 -0.019177</w:t>
        <w:br/>
        <w:t>v -0.056460 0.165803 -0.059185</w:t>
        <w:br/>
        <w:t>v -0.056322 0.158580 -0.058490</w:t>
        <w:br/>
        <w:t>v -0.047824 0.157078 -0.056721</w:t>
        <w:br/>
        <w:t>v -0.047820 0.165796 -0.057518</w:t>
        <w:br/>
        <w:t>v -0.040271 0.151895 -0.052614</w:t>
        <w:br/>
        <w:t>v -0.029915 0.135120 -0.037574</w:t>
        <w:br/>
        <w:t>v -0.034404 0.142197 -0.046936</w:t>
        <w:br/>
        <w:t>v -0.031039 0.131270 -0.042515</w:t>
        <w:br/>
        <w:t>v -0.027715 0.124477 -0.032499</w:t>
        <w:br/>
        <w:t>v -0.028217 0.120344 -0.038111</w:t>
        <w:br/>
        <w:t>v -0.027366 0.111998 -0.034815</w:t>
        <w:br/>
        <w:t>v -0.026756 0.115471 -0.028457</w:t>
        <w:br/>
        <w:t>v -0.026151 0.093104 -0.022983</w:t>
        <w:br/>
        <w:t>v -0.038874 0.165823 -0.051244</w:t>
        <w:br/>
        <w:t>v -0.028547 0.103510 -0.031165</w:t>
        <w:br/>
        <w:t>v -0.026514 0.104042 -0.030708</w:t>
        <w:br/>
        <w:t>v -0.027366 0.111998 -0.034815</w:t>
        <w:br/>
        <w:t>v -0.029837 0.110878 -0.035134</w:t>
        <w:br/>
        <w:t>v -0.032512 0.130758 -0.042806</w:t>
        <w:br/>
        <w:t>v -0.029926 0.119891 -0.038704</w:t>
        <w:br/>
        <w:t>v -0.028217 0.120344 -0.038111</w:t>
        <w:br/>
        <w:t>v -0.048482 0.155552 -0.055590</w:t>
        <w:br/>
        <w:t>v -0.041785 0.150877 -0.051913</w:t>
        <w:br/>
        <w:t>v -0.056322 0.157063 -0.057122</w:t>
        <w:br/>
        <w:t>v -0.036148 0.141393 -0.047333</w:t>
        <w:br/>
        <w:t>v -0.034404 0.142197 -0.046936</w:t>
        <w:br/>
        <w:t>v -0.027782 0.077112 -0.032689</w:t>
        <w:br/>
        <w:t>v -0.029782 0.081520 -0.045831</w:t>
        <w:br/>
        <w:t>v -0.029401 0.070653 -0.048153</w:t>
        <w:br/>
        <w:t>v -0.028078 0.065319 -0.035514</w:t>
        <w:br/>
        <w:t>v -0.028672 0.088144 -0.031459</w:t>
        <w:br/>
        <w:t>v -0.032683 0.092787 -0.044178</w:t>
        <w:br/>
        <w:t>v -0.031988 0.082445 -0.053950</w:t>
        <w:br/>
        <w:t>v -0.032340 0.074098 -0.055834</w:t>
        <w:br/>
        <w:t>v -0.032690 0.088807 -0.049472</w:t>
        <w:br/>
        <w:t>v -0.028255 0.059484 -0.023854</w:t>
        <w:br/>
        <w:t>v -0.030378 0.051696 -0.027380</w:t>
        <w:br/>
        <w:t>v -0.030551 0.056414 -0.038570</w:t>
        <w:br/>
        <w:t>v -0.031548 0.060829 -0.050415</w:t>
        <w:br/>
        <w:t>v -0.031760 0.107901 -0.041241</w:t>
        <w:br/>
        <w:t>v -0.027819 0.082283 -0.015046</w:t>
        <w:br/>
        <w:t>v -0.027713 0.071065 -0.019814</w:t>
        <w:br/>
        <w:t>v -0.028183 0.092508 -0.023517</w:t>
        <w:br/>
        <w:t>v -0.034212 0.062807 -0.056720</w:t>
        <w:br/>
        <w:t>v -0.036642 0.098643 -0.052379</w:t>
        <w:br/>
        <w:t>v -0.036667 0.091685 -0.058282</w:t>
        <w:br/>
        <w:t>v -0.031876 0.089307 -0.049923</w:t>
        <w:br/>
        <w:t>v -0.032236 0.093449 -0.044781</w:t>
        <w:br/>
        <w:t>v -0.036879 0.085649 -0.061867</w:t>
        <w:br/>
        <w:t>v -0.037735 0.076279 -0.064451</w:t>
        <w:br/>
        <w:t>v -0.032237 0.074017 -0.056407</w:t>
        <w:br/>
        <w:t>v -0.031633 0.082933 -0.054484</w:t>
        <w:br/>
        <w:t>v -0.033637 0.062537 -0.057236</w:t>
        <w:br/>
        <w:t>v -0.038753 0.064331 -0.064478</w:t>
        <w:br/>
        <w:t>v -0.032236 0.093449 -0.044781</w:t>
        <w:br/>
        <w:t>v -0.032683 0.092787 -0.044178</w:t>
        <w:br/>
        <w:t>v -0.031760 0.107901 -0.041241</w:t>
        <w:br/>
        <w:t>v -0.030772 0.108236 -0.041762</w:t>
        <w:br/>
        <w:t>v -0.032690 0.088807 -0.049472</w:t>
        <w:br/>
        <w:t>v -0.032683 0.092787 -0.044178</w:t>
        <w:br/>
        <w:t>v -0.031876 0.089307 -0.049923</w:t>
        <w:br/>
        <w:t>v -0.032340 0.074098 -0.055834</w:t>
        <w:br/>
        <w:t>v -0.031988 0.082445 -0.053950</w:t>
        <w:br/>
        <w:t>v -0.033637 0.062537 -0.057236</w:t>
        <w:br/>
        <w:t>v -0.034212 0.062807 -0.056720</w:t>
        <w:br/>
        <w:t>v -0.045358 0.143814 -0.052876</w:t>
        <w:br/>
        <w:t>v -0.045106 0.130898 -0.052541</w:t>
        <w:br/>
        <w:t>v -0.046445 0.102418 -0.059295</w:t>
        <w:br/>
        <w:t>v -0.045271 0.114678 -0.055646</w:t>
        <w:br/>
        <w:t>v -0.046712 0.093680 -0.063756</w:t>
        <w:br/>
        <w:t>v -0.046498 0.086888 -0.066494</w:t>
        <w:br/>
        <w:t>v -0.046357 0.076748 -0.068517</w:t>
        <w:br/>
        <w:t>v -0.046841 0.065476 -0.068558</w:t>
        <w:br/>
        <w:t>v -0.035196 0.125650 -0.046061</w:t>
        <w:br/>
        <w:t>v -0.036148 0.141393 -0.047333</w:t>
        <w:br/>
        <w:t>v -0.029926 0.119891 -0.038704</w:t>
        <w:br/>
        <w:t>v -0.035255 0.121627 -0.047469</w:t>
        <w:br/>
        <w:t>v -0.045330 0.120942 -0.054033</w:t>
        <w:br/>
        <w:t>v -0.035572 0.118403 -0.047745</w:t>
        <w:br/>
        <w:t>v -0.048482 0.155552 -0.055590</w:t>
        <w:br/>
        <w:t>v -0.041785 0.150877 -0.051913</w:t>
        <w:br/>
        <w:t>v -0.032512 0.130758 -0.042806</w:t>
        <w:br/>
        <w:t>v -0.036196 0.111975 -0.049334</w:t>
        <w:br/>
        <w:t>v -0.030772 0.108236 -0.041762</w:t>
        <w:br/>
        <w:t>v -0.034212 0.062807 -0.056720</w:t>
        <w:br/>
        <w:t>v -0.022602 0.038448 0.029442</w:t>
        <w:br/>
        <w:t>v -0.020973 0.038949 0.030403</w:t>
        <w:br/>
        <w:t>v -0.056460 0.165906 0.007067</w:t>
        <w:br/>
        <w:t>v -0.082975 0.165876 -0.025582</w:t>
        <w:br/>
        <w:t>v -0.071992 0.166805 0.005267</w:t>
        <w:br/>
        <w:t>v -0.082908 0.166809 -0.009381</w:t>
        <w:br/>
        <w:t>v -0.084474 0.187044 -0.009271</w:t>
        <w:br/>
        <w:t>v -0.073311 0.187047 0.006714</w:t>
        <w:br/>
        <w:t>v -0.056452 0.187025 -0.062258</w:t>
        <w:br/>
        <w:t>v -0.067029 0.187032 -0.059571</w:t>
        <w:br/>
        <w:t>v -0.066284 0.166835 -0.060183</w:t>
        <w:br/>
        <w:t>v -0.056452 0.166833 -0.062250</w:t>
        <w:br/>
        <w:t>v -0.056322 0.187050 0.012506</w:t>
        <w:br/>
        <w:t>v -0.056322 0.166806 0.010710</w:t>
        <w:br/>
        <w:t>v -0.087646 0.166818 -0.034194</w:t>
        <w:br/>
        <w:t>v -0.087438 0.166820 -0.039413</w:t>
        <w:br/>
        <w:t>v -0.089721 0.187050 -0.040101</w:t>
        <w:br/>
        <w:t>v -0.089879 0.187049 -0.034593</w:t>
        <w:br/>
        <w:t>v -0.074359 0.187037 -0.054845</w:t>
        <w:br/>
        <w:t>v -0.073986 0.166825 -0.055474</w:t>
        <w:br/>
        <w:t>v -0.087545 0.187046 -0.027984</w:t>
        <w:br/>
        <w:t>v -0.086398 0.166814 -0.027486</w:t>
        <w:br/>
        <w:t>v -0.080404 0.187041 -0.048839</w:t>
        <w:br/>
        <w:t>v -0.079975 0.166820 -0.048771</w:t>
        <w:br/>
        <w:t>v -0.040676 0.166805 0.005284</w:t>
        <w:br/>
        <w:t>v -0.039354 0.187048 0.006731</w:t>
        <w:br/>
        <w:t>v -0.028139 0.187048 -0.007759</w:t>
        <w:br/>
        <w:t>v -0.030127 0.166811 -0.008184</w:t>
        <w:br/>
        <w:t>v -0.045426 0.187033 -0.060068</w:t>
        <w:br/>
        <w:t>v -0.056452 0.187025 -0.062258</w:t>
        <w:br/>
        <w:t>v -0.056452 0.166833 -0.062250</w:t>
        <w:br/>
        <w:t>v -0.046173 0.166835 -0.060681</w:t>
        <w:br/>
        <w:t>v -0.024216 0.187048 -0.025573</w:t>
        <w:br/>
        <w:t>v -0.027830 0.187047 -0.043397</w:t>
        <w:br/>
        <w:t>v -0.030115 0.166818 -0.043593</w:t>
        <w:br/>
        <w:t>v -0.026294 0.166816 -0.025208</w:t>
        <w:br/>
        <w:t>v -0.036405 0.166828 -0.053159</w:t>
        <w:br/>
        <w:t>v -0.035220 0.187041 -0.052613</w:t>
        <w:br/>
        <w:t>v -0.084986 0.187046 -0.045922</w:t>
        <w:br/>
        <w:t>v -0.083176 0.166820 -0.045871</w:t>
        <w:br/>
        <w:t>v -0.070204 0.187949 0.002966</w:t>
        <w:br/>
        <w:t>v -0.073311 0.187047 0.006714</w:t>
        <w:br/>
        <w:t>v -0.084474 0.187044 -0.009271</w:t>
        <w:br/>
        <w:t>v -0.079934 0.187933 -0.010486</w:t>
        <w:br/>
        <w:t>v -0.079685 0.165898 -0.010319</w:t>
        <w:br/>
        <w:t>v -0.082908 0.166809 -0.009381</w:t>
        <w:br/>
        <w:t>v -0.071992 0.166805 0.005267</w:t>
        <w:br/>
        <w:t>v -0.070319 0.165914 0.001347</w:t>
        <w:br/>
        <w:t>v -0.056314 0.187868 -0.057620</w:t>
        <w:br/>
        <w:t>v -0.064902 0.187872 -0.055608</w:t>
        <w:br/>
        <w:t>v -0.067029 0.187032 -0.059571</w:t>
        <w:br/>
        <w:t>v -0.056452 0.187025 -0.062258</w:t>
        <w:br/>
        <w:t>v -0.066284 0.166835 -0.060183</w:t>
        <w:br/>
        <w:t>v -0.065100 0.165797 -0.057518</w:t>
        <w:br/>
        <w:t>v -0.056460 0.165803 -0.059185</w:t>
        <w:br/>
        <w:t>v -0.056452 0.166833 -0.062250</w:t>
        <w:br/>
        <w:t>v -0.056322 0.166806 0.010710</w:t>
        <w:br/>
        <w:t>v -0.056460 0.165906 0.007067</w:t>
        <w:br/>
        <w:t>v -0.056364 0.187952 0.007385</w:t>
        <w:br/>
        <w:t>v -0.056322 0.187050 0.012506</w:t>
        <w:br/>
        <w:t>v -0.087438 0.166820 -0.039413</w:t>
        <w:br/>
        <w:t>v -0.087646 0.166818 -0.034194</w:t>
        <w:br/>
        <w:t>v -0.080414 0.165708 -0.041924</w:t>
        <w:br/>
        <w:t>v -0.089721 0.187050 -0.040101</w:t>
        <w:br/>
        <w:t>v -0.081931 0.187953 -0.037700</w:t>
        <w:br/>
        <w:t>v -0.089879 0.187049 -0.034593</w:t>
        <w:br/>
        <w:t>v -0.073986 0.166825 -0.055474</w:t>
        <w:br/>
        <w:t>v -0.073953 0.165791 -0.051127</w:t>
        <w:br/>
        <w:t>v -0.074359 0.187037 -0.054845</w:t>
        <w:br/>
        <w:t>v -0.072496 0.187886 -0.050972</w:t>
        <w:br/>
        <w:t>v -0.083115 0.187926 -0.025327</w:t>
        <w:br/>
        <w:t>v -0.082975 0.165876 -0.025582</w:t>
        <w:br/>
        <w:t>v -0.086398 0.166814 -0.027486</w:t>
        <w:br/>
        <w:t>v -0.078428 0.187907 -0.044199</w:t>
        <w:br/>
        <w:t>v -0.080404 0.187041 -0.048839</w:t>
        <w:br/>
        <w:t>v -0.079975 0.166820 -0.048771</w:t>
        <w:br/>
        <w:t>v -0.033127 0.165924 -0.010264</w:t>
        <w:br/>
        <w:t>v -0.042600 0.165914 0.001347</w:t>
        <w:br/>
        <w:t>v -0.040676 0.166805 0.005284</w:t>
        <w:br/>
        <w:t>v -0.030127 0.166811 -0.008184</w:t>
        <w:br/>
        <w:t>v -0.039354 0.187048 0.006731</w:t>
        <w:br/>
        <w:t>v -0.042455 0.187954 0.002325</w:t>
        <w:br/>
        <w:t>v -0.032619 0.187956 -0.010356</w:t>
        <w:br/>
        <w:t>v -0.028139 0.187048 -0.007759</w:t>
        <w:br/>
        <w:t>v -0.056460 0.165803 -0.059185</w:t>
        <w:br/>
        <w:t>v -0.047820 0.165796 -0.057518</w:t>
        <w:br/>
        <w:t>v -0.046173 0.166835 -0.060681</w:t>
        <w:br/>
        <w:t>v -0.056452 0.166833 -0.062250</w:t>
        <w:br/>
        <w:t>v -0.056314 0.187868 -0.057620</w:t>
        <w:br/>
        <w:t>v -0.056452 0.187025 -0.062258</w:t>
        <w:br/>
        <w:t>v -0.045426 0.187033 -0.060068</w:t>
        <w:br/>
        <w:t>v -0.047767 0.187878 -0.055634</w:t>
        <w:br/>
        <w:t>v -0.032880 0.187957 -0.040991</w:t>
        <w:br/>
        <w:t>v -0.027830 0.187047 -0.043397</w:t>
        <w:br/>
        <w:t>v -0.024216 0.187048 -0.025573</w:t>
        <w:br/>
        <w:t>v -0.029533 0.187961 -0.025301</w:t>
        <w:br/>
        <w:t>v -0.032779 0.165900 -0.042337</w:t>
        <w:br/>
        <w:t>v -0.029840 0.165932 -0.025484</w:t>
        <w:br/>
        <w:t>v -0.026294 0.166816 -0.025208</w:t>
        <w:br/>
        <w:t>v -0.030115 0.166818 -0.043593</w:t>
        <w:br/>
        <w:t>v -0.039195 0.187916 -0.050241</w:t>
        <w:br/>
        <w:t>v -0.035220 0.187041 -0.052613</w:t>
        <w:br/>
        <w:t>v -0.036405 0.166828 -0.053159</w:t>
        <w:br/>
        <w:t>v -0.038874 0.165823 -0.051244</w:t>
        <w:br/>
        <w:t>v -0.087545 0.187046 -0.027984</w:t>
        <w:br/>
        <w:t>v -0.084986 0.187046 -0.045922</w:t>
        <w:br/>
        <w:t>v -0.083176 0.166820 -0.045871</w:t>
        <w:br/>
        <w:t>v -0.077535 0.185999 -0.011731</w:t>
        <w:br/>
        <w:t>v -0.068086 0.187018 0.001151</w:t>
        <w:br/>
        <w:t>v -0.056207 0.186213 -0.055277</w:t>
        <w:br/>
        <w:t>v -0.063351 0.186315 -0.053981</w:t>
        <w:br/>
        <w:t>v -0.056322 0.186343 0.005213</w:t>
        <w:br/>
        <w:t>v -0.070981 0.185999 -0.049544</w:t>
        <w:br/>
        <w:t>v -0.079754 0.185270 -0.024799</w:t>
        <w:br/>
        <w:t>v -0.077850 0.185999 -0.039912</w:t>
        <w:br/>
        <w:t>v -0.044123 0.186535 0.000408</w:t>
        <w:br/>
        <w:t>v -0.034882 0.185999 -0.011375</w:t>
        <w:br/>
        <w:t>v -0.048383 0.186721 -0.054026</w:t>
        <w:br/>
        <w:t>v -0.056207 0.186213 -0.055277</w:t>
        <w:br/>
        <w:t>v -0.032419 0.185324 -0.024801</w:t>
        <w:br/>
        <w:t>v -0.034908 0.184920 -0.039652</w:t>
        <w:br/>
        <w:t>v -0.040634 0.186400 -0.048977</w:t>
        <w:br/>
        <w:t>v -0.082242 0.165791 -0.033735</w:t>
        <w:br/>
        <w:t>v -0.048084 0.201745 -0.055335</w:t>
        <w:br/>
        <w:t>v -0.056292 0.201749 -0.056723</w:t>
        <w:br/>
        <w:t>v -0.056207 0.186213 -0.055277</w:t>
        <w:br/>
        <w:t>v -0.048383 0.186721 -0.054026</w:t>
        <w:br/>
        <w:t>v -0.040634 0.186400 -0.048977</w:t>
        <w:br/>
        <w:t>v -0.034908 0.184920 -0.039652</w:t>
        <w:br/>
        <w:t>v -0.033293 0.201704 -0.041625</w:t>
        <w:br/>
        <w:t>v -0.040230 0.201753 -0.050946</w:t>
        <w:br/>
        <w:t>v -0.032419 0.185324 -0.024801</w:t>
        <w:br/>
        <w:t>v -0.029773 0.201749 -0.026608</w:t>
        <w:br/>
        <w:t>v -0.034882 0.185999 -0.011375</w:t>
        <w:br/>
        <w:t>v -0.032683 0.201714 -0.009448</w:t>
        <w:br/>
        <w:t>v -0.044123 0.186535 0.000408</w:t>
        <w:br/>
        <w:t>v -0.043089 0.201828 0.002536</w:t>
        <w:br/>
        <w:t>v -0.056322 0.186343 0.005213</w:t>
        <w:br/>
        <w:t>v -0.056295 0.201676 0.007270</w:t>
        <w:br/>
        <w:t>v -0.069525 0.201781 0.004019</w:t>
        <w:br/>
        <w:t>v -0.068086 0.187018 0.001151</w:t>
        <w:br/>
        <w:t>v -0.077535 0.185999 -0.011731</w:t>
        <w:br/>
        <w:t>v -0.080522 0.201838 -0.009103</w:t>
        <w:br/>
        <w:t>v -0.079754 0.185270 -0.024799</w:t>
        <w:br/>
        <w:t>v -0.083326 0.201861 -0.024401</w:t>
        <w:br/>
        <w:t>v -0.079712 0.201845 -0.041458</w:t>
        <w:br/>
        <w:t>v -0.077850 0.185999 -0.039912</w:t>
        <w:br/>
        <w:t>v -0.047457 0.215987 -0.058637</w:t>
        <w:br/>
        <w:t>v -0.056275 0.216859 -0.060337</w:t>
        <w:br/>
        <w:t>v -0.025363 0.216732 -0.024291</w:t>
        <w:br/>
        <w:t>v -0.030256 0.215977 -0.043399</w:t>
        <w:br/>
        <w:t>v -0.029370 0.217473 -0.007950</w:t>
        <w:br/>
        <w:t>v -0.041273 0.218135 0.006535</w:t>
        <w:br/>
        <w:t>v -0.056351 0.217501 0.012094</w:t>
        <w:br/>
        <w:t>v -0.071243 0.216104 0.008398</w:t>
        <w:br/>
        <w:t>v -0.056292 0.201749 -0.056723</w:t>
        <w:br/>
        <w:t>v -0.064242 0.201754 -0.055831</w:t>
        <w:br/>
        <w:t>v -0.063351 0.186315 -0.053981</w:t>
        <w:br/>
        <w:t>v -0.056207 0.186213 -0.055277</w:t>
        <w:br/>
        <w:t>v -0.038602 0.215652 -0.054012</w:t>
        <w:br/>
        <w:t>v -0.056275 0.216859 -0.060337</w:t>
        <w:br/>
        <w:t>v -0.065332 0.216476 -0.059534</w:t>
        <w:br/>
        <w:t>v -0.092175 0.038706 0.031108</w:t>
        <w:br/>
        <w:t>v -0.027440 0.127885 -0.027629</w:t>
        <w:br/>
        <w:t>v -0.074861 0.135109 -0.047769</w:t>
        <w:br/>
        <w:t>v -0.066618 0.130046 -0.054557</w:t>
        <w:br/>
        <w:t>v -0.056323 0.127817 -0.057546</w:t>
        <w:br/>
        <w:t>v -0.044504 0.124516 -0.054364</w:t>
        <w:br/>
        <w:t>v -0.084038 0.215877 -0.005568</w:t>
        <w:br/>
        <w:t>v -0.088131 0.215483 -0.023653</w:t>
        <w:br/>
        <w:t>v -0.082777 0.215473 -0.043747</w:t>
        <w:br/>
        <w:t>v -0.073967 0.216189 -0.054868</w:t>
        <w:br/>
        <w:t>v -0.072587 0.201790 -0.051717</w:t>
        <w:br/>
        <w:t>v -0.070981 0.185999 -0.049544</w:t>
        <w:br/>
        <w:t>v -0.047457 0.215987 -0.058637</w:t>
        <w:br/>
        <w:t>v -0.038602 0.215652 -0.054012</w:t>
        <w:br/>
        <w:t>v -0.040149 0.217160 -0.051864</w:t>
        <w:br/>
        <w:t>v -0.048237 0.217466 -0.056088</w:t>
        <w:br/>
        <w:t>v -0.030256 0.215977 -0.043399</w:t>
        <w:br/>
        <w:t>v -0.032525 0.217457 -0.042170</w:t>
        <w:br/>
        <w:t>v -0.028057 0.218146 -0.024718</w:t>
        <w:br/>
        <w:t>v -0.025363 0.216732 -0.024291</w:t>
        <w:br/>
        <w:t>v -0.029370 0.217473 -0.007950</w:t>
        <w:br/>
        <w:t>v -0.031717 0.218823 -0.009791</w:t>
        <w:br/>
        <w:t>v -0.041273 0.218135 0.006535</w:t>
        <w:br/>
        <w:t>v -0.042588 0.219428 0.003439</w:t>
        <w:br/>
        <w:t>v -0.056351 0.217501 0.012094</w:t>
        <w:br/>
        <w:t>v -0.056360 0.218848 0.008516</w:t>
        <w:br/>
        <w:t>v -0.069962 0.217572 0.005140</w:t>
        <w:br/>
        <w:t>v -0.071243 0.216104 0.008398</w:t>
        <w:br/>
        <w:t>v -0.081649 0.217365 -0.007617</w:t>
        <w:br/>
        <w:t>v -0.084038 0.215877 -0.005568</w:t>
        <w:br/>
        <w:t>v -0.088131 0.215483 -0.023653</w:t>
        <w:br/>
        <w:t>v -0.085388 0.217005 -0.024134</w:t>
        <w:br/>
        <w:t>v -0.080497 0.216996 -0.042488</w:t>
        <w:br/>
        <w:t>v -0.082777 0.215473 -0.043747</w:t>
        <w:br/>
        <w:t>v -0.073967 0.216189 -0.054868</w:t>
        <w:br/>
        <w:t>v -0.072451 0.217650 -0.052645</w:t>
        <w:br/>
        <w:t>v -0.064565 0.217912 -0.056908</w:t>
        <w:br/>
        <w:t>v -0.065332 0.216476 -0.059534</w:t>
        <w:br/>
        <w:t>v -0.056275 0.216859 -0.060337</w:t>
        <w:br/>
        <w:t>v -0.056292 0.218263 -0.057641</w:t>
        <w:br/>
        <w:t>v -0.056275 0.216859 -0.060337</w:t>
        <w:br/>
        <w:t>v -0.056292 0.218263 -0.057641</w:t>
        <w:br/>
        <w:t>v -0.048237 0.217466 -0.056088</w:t>
        <w:br/>
        <w:t>v -0.040149 0.217160 -0.051864</w:t>
        <w:br/>
        <w:t>v -0.042718 0.207044 -0.048297</w:t>
        <w:br/>
        <w:t>v -0.049534 0.207282 -0.051847</w:t>
        <w:br/>
        <w:t>v -0.032525 0.217457 -0.042170</w:t>
        <w:br/>
        <w:t>v -0.036302 0.207275 -0.040125</w:t>
        <w:br/>
        <w:t>v -0.028057 0.218146 -0.024718</w:t>
        <w:br/>
        <w:t>v -0.032558 0.207812 -0.025430</w:t>
        <w:br/>
        <w:t>v -0.031717 0.218823 -0.009791</w:t>
        <w:br/>
        <w:t>v -0.035654 0.208339 -0.012881</w:t>
        <w:br/>
        <w:t>v -0.042588 0.219428 0.003439</w:t>
        <w:br/>
        <w:t>v -0.044803 0.208810 -0.001774</w:t>
        <w:br/>
        <w:t>v -0.056376 0.208359 0.002513</w:t>
        <w:br/>
        <w:t>v -0.056360 0.218848 0.008516</w:t>
        <w:br/>
        <w:t>v -0.069962 0.217572 0.005140</w:t>
        <w:br/>
        <w:t>v -0.067831 0.207366 -0.000285</w:t>
        <w:br/>
        <w:t>v -0.077677 0.207204 -0.011021</w:t>
        <w:br/>
        <w:t>v -0.081649 0.217365 -0.007617</w:t>
        <w:br/>
        <w:t>v -0.085388 0.217005 -0.024134</w:t>
        <w:br/>
        <w:t>v -0.080837 0.206924 -0.024933</w:t>
        <w:br/>
        <w:t>v -0.080497 0.216996 -0.042488</w:t>
        <w:br/>
        <w:t>v -0.076716 0.206916 -0.040400</w:t>
        <w:br/>
        <w:t>v -0.069925 0.207426 -0.048943</w:t>
        <w:br/>
        <w:t>v -0.072451 0.217650 -0.052645</w:t>
        <w:br/>
        <w:t>v -0.063281 0.207630 -0.052526</w:t>
        <w:br/>
        <w:t>v -0.064565 0.217912 -0.056908</w:t>
        <w:br/>
        <w:t>v -0.056292 0.218263 -0.057641</w:t>
        <w:br/>
        <w:t>v -0.056319 0.207903 -0.053134</w:t>
        <w:br/>
        <w:t>v -0.056292 0.218263 -0.057641</w:t>
        <w:br/>
        <w:t>v -0.056319 0.207903 -0.053134</w:t>
        <w:br/>
        <w:t>v -0.051184 0.055767 0.062657</w:t>
        <w:br/>
        <w:t>v -0.060004 0.055669 0.062461</w:t>
        <w:br/>
        <w:t>v -0.031127 0.118638 -0.038292</w:t>
        <w:br/>
        <w:t>v -0.029926 0.119891 -0.038704</w:t>
        <w:br/>
        <w:t>v -0.026514 0.104042 -0.030708</w:t>
        <w:br/>
        <w:t>v -0.031127 0.118638 -0.038292</w:t>
        <w:br/>
        <w:t>v -0.022602 0.038448 0.029442</w:t>
        <w:br/>
        <w:t>v -0.089912 0.038394 0.029547</w:t>
        <w:br/>
        <w:t>v -0.031127 0.118638 -0.038292</w:t>
        <w:br/>
        <w:t>v -0.056322 0.000000 -0.061133</w:t>
        <w:br/>
        <w:t>v -0.000038 1.043976 0.061110</w:t>
        <w:br/>
        <w:t>v 0.054177 1.103225 0.094240</w:t>
        <w:br/>
        <w:t>v 0.070456 1.101017 0.071306</w:t>
        <w:br/>
        <w:t>v 0.028636 1.102292 0.103356</w:t>
        <w:br/>
        <w:t>v 0.000025 1.101685 0.103932</w:t>
        <w:br/>
        <w:t>v -0.000038 1.043976 0.061110</w:t>
        <w:br/>
        <w:t>v 0.037596 1.101675 0.018854</w:t>
        <w:br/>
        <w:t>v 0.000435 1.103553 0.010641</w:t>
        <w:br/>
        <w:t>v 0.063251 1.100373 0.033032</w:t>
        <w:br/>
        <w:t>v 0.071528 1.100287 0.048907</w:t>
        <w:br/>
        <w:t>v -0.000038 1.043976 0.061110</w:t>
        <w:br/>
        <w:t>v -0.070669 1.099223 0.071803</w:t>
        <w:br/>
        <w:t>v -0.055409 1.099998 0.095120</w:t>
        <w:br/>
        <w:t>v -0.029280 1.100647 0.103931</w:t>
        <w:br/>
        <w:t>v -0.000038 1.043976 0.061110</w:t>
        <w:br/>
        <w:t>v -0.036906 1.101393 0.018841</w:t>
        <w:br/>
        <w:t>v -0.063174 1.100217 0.032671</w:t>
        <w:br/>
        <w:t>v -0.071194 1.099651 0.048912</w:t>
        <w:br/>
        <w:t>v -0.071791 1.310107 -0.046387</w:t>
        <w:br/>
        <w:t>v -0.073198 1.299797 -0.046206</w:t>
        <w:br/>
        <w:t>v -0.082491 1.291190 -0.044651</w:t>
        <w:br/>
        <w:t>v -0.071830 1.284212 -0.042451</w:t>
        <w:br/>
        <w:t>v -0.085673 1.319151 -0.047066</w:t>
        <w:br/>
        <w:t>v 0.071830 1.284212 -0.042451</w:t>
        <w:br/>
        <w:t>v 0.092962 1.313469 -0.048219</w:t>
        <w:br/>
        <w:t>v 0.071664 1.310043 -0.046377</w:t>
        <w:br/>
        <w:t>v 0.085224 1.318948 -0.047072</w:t>
        <w:br/>
        <w:t>v -0.079579 1.290812 -0.040088</w:t>
        <w:br/>
        <w:t>v -0.093519 1.279605 -0.035801</w:t>
        <w:br/>
        <w:t>v -0.073114 1.298857 -0.039415</w:t>
        <w:br/>
        <w:t>v -0.077998 1.304483 -0.041421</w:t>
        <w:br/>
        <w:t>v -0.086547 1.315535 -0.044001</w:t>
        <w:br/>
        <w:t>v -0.098878 1.308615 -0.036272</w:t>
        <w:br/>
        <w:t>v -0.086547 1.315535 -0.044001</w:t>
        <w:br/>
        <w:t>v -0.098878 1.308615 -0.036272</w:t>
        <w:br/>
        <w:t>v -0.086547 1.315535 -0.044001</w:t>
        <w:br/>
        <w:t>v 0.099480 1.323196 -0.044371</w:t>
        <w:br/>
        <w:t>v 0.086995 1.315779 -0.044013</w:t>
        <w:br/>
        <w:t>v 0.098879 1.308615 -0.036272</w:t>
        <w:br/>
        <w:t>v 0.108495 1.316842 -0.037320</w:t>
        <w:br/>
        <w:t>v 0.099480 1.323196 -0.044371</w:t>
        <w:br/>
        <w:t>v 0.068883 1.287840 -0.036237</w:t>
        <w:br/>
        <w:t>v 0.093736 1.279713 -0.035873</w:t>
        <w:br/>
        <w:t>v 0.009137 1.510979 0.060314</w:t>
        <w:br/>
        <w:t>v 0.008263 1.507834 0.061186</w:t>
        <w:br/>
        <w:t>v 0.005608 1.508587 0.061619</w:t>
        <w:br/>
        <w:t>v 0.006129 1.511557 0.060869</w:t>
        <w:br/>
        <w:t>v 0.012149 1.510650 0.059961</w:t>
        <w:br/>
        <w:t>v 0.011475 1.507136 0.060603</w:t>
        <w:br/>
        <w:t>v 0.015192 1.510651 0.059138</w:t>
        <w:br/>
        <w:t>v 0.014912 1.506803 0.059457</w:t>
        <w:br/>
        <w:t>v 0.018604 1.510858 0.057151</w:t>
        <w:br/>
        <w:t>v 0.017730 1.506678 0.057496</w:t>
        <w:br/>
        <w:t>v 0.020395 1.509684 0.053563</w:t>
        <w:br/>
        <w:t>v 0.020590 1.509193 0.050926</w:t>
        <w:br/>
        <w:t>v 0.019335 1.504546 0.051742</w:t>
        <w:br/>
        <w:t>v 0.018835 1.505367 0.054821</w:t>
        <w:br/>
        <w:t>v 0.015912 1.502040 0.058007</w:t>
        <w:br/>
        <w:t>v 0.013333 1.502521 0.059923</w:t>
        <w:br/>
        <w:t>v 0.009974 1.503476 0.061262</w:t>
        <w:br/>
        <w:t>v 0.017448 1.502096 0.055385</w:t>
        <w:br/>
        <w:t>v 0.003208 1.509523 0.062775</w:t>
        <w:br/>
        <w:t>v 0.003535 1.512305 0.062697</w:t>
        <w:br/>
        <w:t>v 0.017884 1.501094 0.052414</w:t>
        <w:br/>
        <w:t>v 0.016025 1.499236 0.055768</w:t>
        <w:br/>
        <w:t>v 0.014403 1.499269 0.058049</w:t>
        <w:br/>
        <w:t>v 0.011949 1.499977 0.059971</w:t>
        <w:br/>
        <w:t>v 0.016859 1.499297 0.052751</w:t>
        <w:br/>
        <w:t>v 0.008591 1.501182 0.061721</w:t>
        <w:br/>
        <w:t>v 0.006841 1.504605 0.062123</w:t>
        <w:br/>
        <w:t>v 0.004610 1.505425 0.062875</w:t>
        <w:br/>
        <w:t>v 0.005482 1.502271 0.063020</w:t>
        <w:br/>
        <w:t>v 0.003382 1.503110 0.064349</w:t>
        <w:br/>
        <w:t>v 0.002505 1.506356 0.064312</w:t>
        <w:br/>
        <w:t>v 0.000987 1.507194 0.065692</w:t>
        <w:br/>
        <w:t>v 0.001333 1.510256 0.063853</w:t>
        <w:br/>
        <w:t>v 0.001537 1.512709 0.063492</w:t>
        <w:br/>
        <w:t>v -0.000000 1.510354 0.064041</w:t>
        <w:br/>
        <w:t>v -0.000000 1.512743 0.063644</w:t>
        <w:br/>
        <w:t>v -0.000000 1.507366 0.065853</w:t>
        <w:br/>
        <w:t>v 0.000697 1.505214 0.067624</w:t>
        <w:br/>
        <w:t>v -0.000000 1.505438 0.067596</w:t>
        <w:br/>
        <w:t>v 0.001872 1.504171 0.066117</w:t>
        <w:br/>
        <w:t>v -0.009137 1.510979 0.060314</w:t>
        <w:br/>
        <w:t>v -0.006129 1.511557 0.060869</w:t>
        <w:br/>
        <w:t>v -0.005608 1.508587 0.061619</w:t>
        <w:br/>
        <w:t>v -0.008263 1.507834 0.061186</w:t>
        <w:br/>
        <w:t>v -0.012149 1.510650 0.059961</w:t>
        <w:br/>
        <w:t>v -0.011475 1.507136 0.060603</w:t>
        <w:br/>
        <w:t>v -0.015193 1.510651 0.059138</w:t>
        <w:br/>
        <w:t>v -0.014913 1.506803 0.059457</w:t>
        <w:br/>
        <w:t>v -0.017731 1.506678 0.057496</w:t>
        <w:br/>
        <w:t>v -0.018604 1.510858 0.057151</w:t>
        <w:br/>
        <w:t>v -0.019335 1.504546 0.051742</w:t>
        <w:br/>
        <w:t>v -0.020590 1.509193 0.050926</w:t>
        <w:br/>
        <w:t>v -0.020395 1.509684 0.053563</w:t>
        <w:br/>
        <w:t>v -0.018835 1.505367 0.054821</w:t>
        <w:br/>
        <w:t>v -0.013333 1.502521 0.059923</w:t>
        <w:br/>
        <w:t>v -0.015913 1.502040 0.058007</w:t>
        <w:br/>
        <w:t>v -0.009974 1.503476 0.061262</w:t>
        <w:br/>
        <w:t>v -0.017448 1.502096 0.055385</w:t>
        <w:br/>
        <w:t>v -0.003535 1.512305 0.062697</w:t>
        <w:br/>
        <w:t>v -0.003208 1.509523 0.062775</w:t>
        <w:br/>
        <w:t>v -0.017884 1.501094 0.052414</w:t>
        <w:br/>
        <w:t>v -0.016025 1.499236 0.055768</w:t>
        <w:br/>
        <w:t>v -0.014404 1.499269 0.058049</w:t>
        <w:br/>
        <w:t>v -0.011949 1.499977 0.059971</w:t>
        <w:br/>
        <w:t>v -0.016860 1.499297 0.052751</w:t>
        <w:br/>
        <w:t>v -0.008591 1.501182 0.061721</w:t>
        <w:br/>
        <w:t>v -0.006842 1.504605 0.062123</w:t>
        <w:br/>
        <w:t>v -0.004610 1.505425 0.062875</w:t>
        <w:br/>
        <w:t>v -0.005482 1.502271 0.063020</w:t>
        <w:br/>
        <w:t>v -0.003382 1.503110 0.064349</w:t>
        <w:br/>
        <w:t>v -0.002505 1.506356 0.064312</w:t>
        <w:br/>
        <w:t>v -0.000987 1.507194 0.065692</w:t>
        <w:br/>
        <w:t>v -0.001333 1.510256 0.063853</w:t>
        <w:br/>
        <w:t>v -0.001537 1.512709 0.063492</w:t>
        <w:br/>
        <w:t>v -0.000697 1.505214 0.067624</w:t>
        <w:br/>
        <w:t>v -0.001873 1.504171 0.066117</w:t>
        <w:br/>
        <w:t>v -0.100093 1.510049 -0.028170</w:t>
        <w:br/>
        <w:t>v -0.095535 1.500300 -0.034044</w:t>
        <w:br/>
        <w:t>v -0.089711 1.503341 -0.040421</w:t>
        <w:br/>
        <w:t>v -0.091822 1.516217 -0.034494</w:t>
        <w:br/>
        <w:t>v -0.100093 1.510049 -0.028170</w:t>
        <w:br/>
        <w:t>v -0.095603 1.505033 -0.015982</w:t>
        <w:br/>
        <w:t>v -0.096392 1.502237 -0.024720</w:t>
        <w:br/>
        <w:t>v -0.101168 1.498190 -0.011889</w:t>
        <w:br/>
        <w:t>v -0.092572 1.489040 -0.009730</w:t>
        <w:br/>
        <w:t>v -0.094481 1.485860 -0.020392</w:t>
        <w:br/>
        <w:t>v -0.102136 1.495455 -0.022538</w:t>
        <w:br/>
        <w:t>v -0.085342 1.474648 -0.070277</w:t>
        <w:br/>
        <w:t>v -0.083523 1.481985 -0.069833</w:t>
        <w:br/>
        <w:t>v -0.091397 1.476641 -0.062719</w:t>
        <w:br/>
        <w:t>v -0.073782 1.482298 -0.076402</w:t>
        <w:br/>
        <w:t>v -0.068728 1.474147 -0.081662</w:t>
        <w:br/>
        <w:t>v -0.071240 1.476724 -0.082220</w:t>
        <w:br/>
        <w:t>v -0.074777 1.482688 -0.077324</w:t>
        <w:br/>
        <w:t>v -0.085342 1.474648 -0.070277</w:t>
        <w:br/>
        <w:t>v -0.091397 1.476641 -0.062719</w:t>
        <w:br/>
        <w:t>v -0.083215 1.472320 -0.068241</w:t>
        <w:br/>
        <w:t>v -0.079456 1.474122 -0.076951</w:t>
        <w:br/>
        <w:t>v -0.076343 1.470421 -0.072345</w:t>
        <w:br/>
        <w:t>v -0.065585 1.472468 -0.081225</w:t>
        <w:br/>
        <w:t>v -0.096610 1.488386 -0.041655</w:t>
        <w:br/>
        <w:t>v -0.095309 1.482240 -0.050986</w:t>
        <w:br/>
        <w:t>v -0.087404 1.489968 -0.054475</w:t>
        <w:br/>
        <w:t>v -0.082420 1.470907 -0.057339</w:t>
        <w:br/>
        <w:t>v -0.077461 1.468506 -0.060104</w:t>
        <w:br/>
        <w:t>v -0.091503 1.484113 -0.040064</w:t>
        <w:br/>
        <w:t>v -0.096610 1.488386 -0.041655</w:t>
        <w:br/>
        <w:t>v -0.101377 1.493792 -0.033446</w:t>
        <w:br/>
        <w:t>v -0.095230 1.484572 -0.030000</w:t>
        <w:br/>
        <w:t>v -0.095309 1.482240 -0.050986</w:t>
        <w:br/>
        <w:t>v -0.085620 1.475813 -0.047253</w:t>
        <w:br/>
        <w:t>v -0.094173 1.479233 -0.056705</w:t>
        <w:br/>
        <w:t>v -0.084440 1.473032 -0.052528</w:t>
        <w:br/>
        <w:t>v -0.092572 1.489040 -0.009730</w:t>
        <w:br/>
        <w:t>v -0.088968 1.492661 -0.011916</w:t>
        <w:br/>
        <w:t>v -0.090070 1.491753 -0.021479</w:t>
        <w:br/>
        <w:t>v -0.094481 1.485860 -0.020392</w:t>
        <w:br/>
        <w:t>v -0.095230 1.484572 -0.030000</w:t>
        <w:br/>
        <w:t>v -0.090074 1.491275 -0.026528</w:t>
        <w:br/>
        <w:t>v -0.091503 1.484113 -0.040064</w:t>
        <w:br/>
        <w:t>v -0.090074 1.491275 -0.026528</w:t>
        <w:br/>
        <w:t>v -0.087850 1.481106 -0.039918</w:t>
        <w:br/>
        <w:t>v -0.087803 1.482632 -0.035993</w:t>
        <w:br/>
        <w:t>v -0.082523 1.497623 -0.030499</w:t>
        <w:br/>
        <w:t>v -0.087803 1.482632 -0.035993</w:t>
        <w:br/>
        <w:t>v -0.102397 1.518165 -0.022739</w:t>
        <w:br/>
        <w:t>v -0.096392 1.502237 -0.024720</w:t>
        <w:br/>
        <w:t>v -0.095603 1.505033 -0.015982</w:t>
        <w:br/>
        <w:t>v -0.101168 1.498190 -0.011889</w:t>
        <w:br/>
        <w:t>v -0.102136 1.495455 -0.022538</w:t>
        <w:br/>
        <w:t>v -0.099159 1.504380 -0.002708</w:t>
        <w:br/>
        <w:t>v -0.098425 1.517669 -0.013223</w:t>
        <w:br/>
        <w:t>v -0.102862 1.519571 0.004738</w:t>
        <w:br/>
        <w:t>v -0.102089 1.506073 0.007764</w:t>
        <w:br/>
        <w:t>v -0.085037 1.519347 -0.018834</w:t>
        <w:br/>
        <w:t>v -0.091593 1.533477 -0.019394</w:t>
        <w:br/>
        <w:t>v -0.093636 1.529117 -0.026350</w:t>
        <w:br/>
        <w:t>v -0.101620 1.532025 -0.007833</w:t>
        <w:br/>
        <w:t>v -0.094450 1.519599 -0.004042</w:t>
        <w:br/>
        <w:t>v -0.103000 1.525527 -0.017146</w:t>
        <w:br/>
        <w:t>v -0.101620 1.532025 -0.007833</w:t>
        <w:br/>
        <w:t>v -0.103000 1.525527 -0.017146</w:t>
        <w:br/>
        <w:t>v -0.100058 1.532105 -0.009530</w:t>
        <w:br/>
        <w:t>v -0.093636 1.529117 -0.026350</w:t>
        <w:br/>
        <w:t>v -0.091593 1.533477 -0.019394</w:t>
        <w:br/>
        <w:t>v -0.097122 1.543003 0.001793</w:t>
        <w:br/>
        <w:t>v -0.099146 1.542168 0.003180</w:t>
        <w:br/>
        <w:t>v -0.099990 1.535011 0.000598</w:t>
        <w:br/>
        <w:t>v -0.097052 1.535155 -0.002610</w:t>
        <w:br/>
        <w:t>v -0.088905 1.535298 -0.010733</w:t>
        <w:br/>
        <w:t>v -0.091999 1.538889 0.003848</w:t>
        <w:br/>
        <w:t>v -0.097122 1.543003 0.001793</w:t>
        <w:br/>
        <w:t>v -0.097052 1.535155 -0.002610</w:t>
        <w:br/>
        <w:t>v -0.091999 1.538889 0.003848</w:t>
        <w:br/>
        <w:t>v -0.096847 1.550071 0.008076</w:t>
        <w:br/>
        <w:t>v -0.091737 1.548706 0.010137</w:t>
        <w:br/>
        <w:t>v -0.088596 1.556711 0.019041</w:t>
        <w:br/>
        <w:t>v -0.103785 1.541195 0.010659</w:t>
        <w:br/>
        <w:t>v -0.102978 1.534386 0.007718</w:t>
        <w:br/>
        <w:t>v -0.099089 1.519953 0.003317</w:t>
        <w:br/>
        <w:t>v -0.094450 1.519599 -0.004042</w:t>
        <w:br/>
        <w:t>v -0.099089 1.519953 0.003317</w:t>
        <w:br/>
        <w:t>v -0.098425 1.517669 -0.013223</w:t>
        <w:br/>
        <w:t>v -0.102862 1.519571 0.004738</w:t>
        <w:br/>
        <w:t>v -0.103397 1.520578 0.013333</w:t>
        <w:br/>
        <w:t>v -0.101353 1.523451 0.022268</w:t>
        <w:br/>
        <w:t>v -0.102341 1.511271 0.024744</w:t>
        <w:br/>
        <w:t>v -0.103045 1.507939 0.016781</w:t>
        <w:br/>
        <w:t>v -0.096507 1.523437 0.015943</w:t>
        <w:br/>
        <w:t>v -0.101353 1.523451 0.022268</w:t>
        <w:br/>
        <w:t>v -0.103397 1.520578 0.013333</w:t>
        <w:br/>
        <w:t>v -0.088596 1.556711 0.019041</w:t>
        <w:br/>
        <w:t>v -0.101641 1.550962 0.023735</w:t>
        <w:br/>
        <w:t>v -0.103528 1.547213 0.015183</w:t>
        <w:br/>
        <w:t>v -0.096847 1.550071 0.008076</w:t>
        <w:br/>
        <w:t>v -0.097810 1.555279 0.030941</w:t>
        <w:br/>
        <w:t>v -0.085668 1.559327 0.026299</w:t>
        <w:br/>
        <w:t>v -0.104696 1.541621 0.018235</w:t>
        <w:br/>
        <w:t>v -0.096507 1.523437 0.015943</w:t>
        <w:br/>
        <w:t>v -0.101641 1.550962 0.023735</w:t>
        <w:br/>
        <w:t>v -0.097171 1.530465 0.029436</w:t>
        <w:br/>
        <w:t>v -0.097171 1.530465 0.029436</w:t>
        <w:br/>
        <w:t>v -0.099785 1.516412 0.033539</w:t>
        <w:br/>
        <w:t>v -0.095586 1.525178 0.039407</w:t>
        <w:br/>
        <w:t>v -0.091806 1.534856 0.043070</w:t>
        <w:br/>
        <w:t>v -0.083062 1.533931 0.042819</w:t>
        <w:br/>
        <w:t>v -0.085600 1.525171 0.038634</w:t>
        <w:br/>
        <w:t>v -0.085600 1.525171 0.038634</w:t>
        <w:br/>
        <w:t>v -0.083062 1.533931 0.042819</w:t>
        <w:br/>
        <w:t>v -0.088030 1.529015 0.026233</w:t>
        <w:br/>
        <w:t>v -0.088222 1.517274 0.032817</w:t>
        <w:br/>
        <w:t>v -0.088222 1.517274 0.032817</w:t>
        <w:br/>
        <w:t>v -0.090132 1.510481 0.021707</w:t>
        <w:br/>
        <w:t>v -0.102341 1.511271 0.024744</w:t>
        <w:br/>
        <w:t>v -0.099785 1.516412 0.033539</w:t>
        <w:br/>
        <w:t>v -0.099159 1.504380 -0.002708</w:t>
        <w:br/>
        <w:t>v -0.102089 1.506073 0.007764</w:t>
        <w:br/>
        <w:t>v -0.092866 1.507665 0.011694</w:t>
        <w:br/>
        <w:t>v -0.091642 1.508453 0.015266</w:t>
        <w:br/>
        <w:t>v -0.103045 1.507939 0.016781</w:t>
        <w:br/>
        <w:t>v -0.091463 1.497437 0.003223</w:t>
        <w:br/>
        <w:t>v -0.090621 1.507044 0.009499</w:t>
        <w:br/>
        <w:t>v -0.092866 1.507665 0.011694</w:t>
        <w:br/>
        <w:t>v -0.091463 1.497437 0.003223</w:t>
        <w:br/>
        <w:t>v -0.091615 1.521217 0.012893</w:t>
        <w:br/>
        <w:t>v -0.090132 1.510481 0.021707</w:t>
        <w:br/>
        <w:t>v -0.090621 1.507044 0.009499</w:t>
        <w:br/>
        <w:t>v -0.083634 1.525891 0.005843</w:t>
        <w:br/>
        <w:t>v -0.084591 1.509633 0.001509</w:t>
        <w:br/>
        <w:t>v -0.084033 1.495240 -0.022414</w:t>
        <w:br/>
        <w:t>v -0.068728 1.474147 -0.081662</w:t>
        <w:br/>
        <w:t>v -0.073782 1.482298 -0.076402</w:t>
        <w:br/>
        <w:t>v -0.079456 1.474122 -0.076951</w:t>
        <w:br/>
        <w:t>v -0.093303 1.523327 -0.030911</w:t>
        <w:br/>
        <w:t>v -0.091822 1.516217 -0.034494</w:t>
        <w:br/>
        <w:t>v -0.093303 1.523327 -0.030911</w:t>
        <w:br/>
        <w:t>v -0.102397 1.518165 -0.022739</w:t>
        <w:br/>
        <w:t>v -0.097499 1.492198 -0.042727</w:t>
        <w:br/>
        <w:t>v -0.087404 1.489968 -0.054475</w:t>
        <w:br/>
        <w:t>v -0.088211 1.491723 -0.056818</w:t>
        <w:br/>
        <w:t>v -0.097499 1.492198 -0.042727</w:t>
        <w:br/>
        <w:t>v -0.088211 1.491723 -0.056818</w:t>
        <w:br/>
        <w:t>v -0.088975 1.497634 -0.048476</w:t>
        <w:br/>
        <w:t>v -0.086542 1.487159 -0.060930</w:t>
        <w:br/>
        <w:t>v -0.087575 1.489915 -0.066321</w:t>
        <w:br/>
        <w:t>v -0.094173 1.479233 -0.056705</w:t>
        <w:br/>
        <w:t>v -0.087575 1.489915 -0.066321</w:t>
        <w:br/>
        <w:t>v -0.083523 1.481985 -0.069833</w:t>
        <w:br/>
        <w:t>v -0.080610 1.490298 -0.066244</w:t>
        <w:br/>
        <w:t>v -0.094011 1.509772 -0.047772</w:t>
        <w:br/>
        <w:t>v -0.091822 1.516217 -0.034494</w:t>
        <w:br/>
        <w:t>v -0.089711 1.503341 -0.040421</w:t>
        <w:br/>
        <w:t>v -0.077882 1.488849 -0.071023</w:t>
        <w:br/>
        <w:t>v -0.078485 1.513782 -0.049368</w:t>
        <w:br/>
        <w:t>v -0.078602 1.518740 -0.033139</w:t>
        <w:br/>
        <w:t>v -0.094011 1.509772 -0.047772</w:t>
        <w:br/>
        <w:t>v -0.085037 1.519347 -0.018834</w:t>
        <w:br/>
        <w:t>v -0.078179 1.505751 -0.060154</w:t>
        <w:br/>
        <w:t>v -0.092870 1.502041 -0.058130</w:t>
        <w:br/>
        <w:t>v -0.076331 1.495169 -0.064654</w:t>
        <w:br/>
        <w:t>v -0.078318 1.510720 -0.055046</w:t>
        <w:br/>
        <w:t>v -0.078179 1.505751 -0.060154</w:t>
        <w:br/>
        <w:t>v -0.077871 1.502013 -0.053888</w:t>
        <w:br/>
        <w:t>v -0.076331 1.495169 -0.064654</w:t>
        <w:br/>
        <w:t>v -0.075249 1.497461 -0.046394</w:t>
        <w:br/>
        <w:t>v -0.078602 1.518740 -0.033139</w:t>
        <w:br/>
        <w:t>v -0.070370 1.497242 -0.069166</w:t>
        <w:br/>
        <w:t>v -0.077871 1.502013 -0.053888</w:t>
        <w:br/>
        <w:t>v -0.070370 1.497242 -0.069166</w:t>
        <w:br/>
        <w:t>v -0.062379 1.489492 -0.063788</w:t>
        <w:br/>
        <w:t>v -0.057579 1.479791 -0.067911</w:t>
        <w:br/>
        <w:t>v -0.057036 1.478735 -0.070261</w:t>
        <w:br/>
        <w:t>v -0.013771 1.445433 -0.103671</w:t>
        <w:br/>
        <w:t>v -0.007997 1.443957 -0.109523</w:t>
        <w:br/>
        <w:t>v -0.014638 1.448413 -0.110004</w:t>
        <w:br/>
        <w:t>v -0.007997 1.443957 -0.109523</w:t>
        <w:br/>
        <w:t>v -0.013771 1.445433 -0.103671</w:t>
        <w:br/>
        <w:t>v -0.014844 1.443594 -0.108424</w:t>
        <w:br/>
        <w:t>v -0.007976 1.448282 -0.109182</w:t>
        <w:br/>
        <w:t>v 0.000000 1.448124 -0.108198</w:t>
        <w:br/>
        <w:t>v -0.007759 1.452056 -0.107375</w:t>
        <w:br/>
        <w:t>v -0.007654 1.453681 -0.105643</w:t>
        <w:br/>
        <w:t>v 0.000000 1.453725 -0.106603</w:t>
        <w:br/>
        <w:t>v 0.000000 1.452538 -0.097674</w:t>
        <w:br/>
        <w:t>v -0.007847 1.452211 -0.096802</w:t>
        <w:br/>
        <w:t>v 0.000000 1.453725 -0.106603</w:t>
        <w:br/>
        <w:t>v -0.007654 1.453681 -0.105643</w:t>
        <w:br/>
        <w:t>v -0.007892 1.451366 -0.106278</w:t>
        <w:br/>
        <w:t>v -0.007997 1.443957 -0.109523</w:t>
        <w:br/>
        <w:t>v -0.007759 1.452056 -0.107375</w:t>
        <w:br/>
        <w:t>v 0.000000 1.448124 -0.108198</w:t>
        <w:br/>
        <w:t>v -0.007892 1.451366 -0.106278</w:t>
        <w:br/>
        <w:t>v -0.022229 1.445000 -0.109787</w:t>
        <w:br/>
        <w:t>v -0.022023 1.443704 -0.106609</w:t>
        <w:br/>
        <w:t>v -0.022023 1.443704 -0.106609</w:t>
        <w:br/>
        <w:t>v -0.022559 1.442784 -0.108986</w:t>
        <w:br/>
        <w:t>v 0.000000 1.440569 -0.107631</w:t>
        <w:br/>
        <w:t>v -0.014844 1.443594 -0.108424</w:t>
        <w:br/>
        <w:t>v -0.016095 1.437945 -0.105264</w:t>
        <w:br/>
        <w:t>v -0.007870 1.438893 -0.106315</w:t>
        <w:br/>
        <w:t>v -0.008027 1.442205 -0.108059</w:t>
        <w:br/>
        <w:t>v -0.007957 1.439747 -0.103901</w:t>
        <w:br/>
        <w:t>v -0.007870 1.438893 -0.106315</w:t>
        <w:br/>
        <w:t>v -0.016095 1.437945 -0.105264</w:t>
        <w:br/>
        <w:t>v -0.016030 1.439706 -0.100443</w:t>
        <w:br/>
        <w:t>v -0.008050 1.440652 -0.100116</w:t>
        <w:br/>
        <w:t>v -0.021440 1.438539 -0.103854</w:t>
        <w:br/>
        <w:t>v -0.021597 1.441369 -0.097351</w:t>
        <w:br/>
        <w:t>v -0.021440 1.438539 -0.103854</w:t>
        <w:br/>
        <w:t>v -0.022559 1.442784 -0.108986</w:t>
        <w:br/>
        <w:t>v -0.031731 1.441017 -0.098750</w:t>
        <w:br/>
        <w:t>v -0.027667 1.444169 -0.092884</w:t>
        <w:br/>
        <w:t>v -0.026285 1.439763 -0.101442</w:t>
        <w:br/>
        <w:t>v -0.061267 1.482155 -0.078340</w:t>
        <w:br/>
        <w:t>v -0.069802 1.467197 -0.062992</w:t>
        <w:br/>
        <w:t>v -0.066504 1.461149 -0.071141</w:t>
        <w:br/>
        <w:t>v -0.070371 1.464620 -0.080452</w:t>
        <w:br/>
        <w:t>v -0.058141 1.456404 -0.088118</w:t>
        <w:br/>
        <w:t>v -0.054912 1.453311 -0.086141</w:t>
        <w:br/>
        <w:t>v -0.049874 1.452986 -0.090327</w:t>
        <w:br/>
        <w:t>v -0.045816 1.450578 -0.081641</w:t>
        <w:br/>
        <w:t>v -0.052884 1.452108 -0.081798</w:t>
        <w:br/>
        <w:t>v -0.066412 1.462113 -0.068767</w:t>
        <w:br/>
        <w:t>v -0.059810 1.454807 -0.081929</w:t>
        <w:br/>
        <w:t>v -0.060165 1.459229 -0.072663</w:t>
        <w:br/>
        <w:t>v -0.052034 1.454328 -0.077751</w:t>
        <w:br/>
        <w:t>v -0.022910 1.449229 -0.108987</w:t>
        <w:br/>
        <w:t>v -0.031437 1.450588 -0.106469</w:t>
        <w:br/>
        <w:t>v -0.030576 1.442875 -0.108184</w:t>
        <w:br/>
        <w:t>v -0.022229 1.445000 -0.109787</w:t>
        <w:br/>
        <w:t>v -0.041367 1.446091 -0.088789</w:t>
        <w:br/>
        <w:t>v -0.044753 1.448408 -0.096453</w:t>
        <w:br/>
        <w:t>v -0.036165 1.448580 -0.103423</w:t>
        <w:br/>
        <w:t>v -0.036297 1.444325 -0.104614</w:t>
        <w:br/>
        <w:t>v -0.036297 1.444325 -0.104614</w:t>
        <w:br/>
        <w:t>v -0.030576 1.442875 -0.108184</w:t>
        <w:br/>
        <w:t>v -0.049874 1.452986 -0.090327</w:t>
        <w:br/>
        <w:t>v -0.044753 1.448408 -0.096453</w:t>
        <w:br/>
        <w:t>v -0.040140 1.455011 -0.096111</w:t>
        <w:br/>
        <w:t>v -0.035997 1.452302 -0.101314</w:t>
        <w:br/>
        <w:t>v -0.022330 1.450485 -0.108816</w:t>
        <w:br/>
        <w:t>v -0.030278 1.453100 -0.106128</w:t>
        <w:br/>
        <w:t>v -0.066229 1.491635 -0.076894</w:t>
        <w:br/>
        <w:t>v -0.074777 1.482688 -0.077324</w:t>
        <w:br/>
        <w:t>v -0.071240 1.476724 -0.082220</w:t>
        <w:br/>
        <w:t>v -0.063151 1.486144 -0.082175</w:t>
        <w:br/>
        <w:t>v -0.066229 1.491635 -0.076894</w:t>
        <w:br/>
        <w:t>v -0.063151 1.486144 -0.082175</w:t>
        <w:br/>
        <w:t>v -0.066460 1.490455 -0.073881</w:t>
        <w:br/>
        <w:t>v -0.076343 1.470421 -0.072345</w:t>
        <w:br/>
        <w:t>v -0.068319 1.467458 -0.080341</w:t>
        <w:br/>
        <w:t>v -0.065585 1.472468 -0.081225</w:t>
        <w:br/>
        <w:t>v -0.067256 1.471344 -0.084874</w:t>
        <w:br/>
        <w:t>v -0.066794 1.471640 -0.083238</w:t>
        <w:br/>
        <w:t>v -0.060551 1.480886 -0.085533</w:t>
        <w:br/>
        <w:t>v -0.070371 1.464620 -0.080452</w:t>
        <w:br/>
        <w:t>v -0.049078 1.463600 -0.093963</w:t>
        <w:br/>
        <w:t>v -0.053621 1.461346 -0.093111</w:t>
        <w:br/>
        <w:t>v -0.045154 1.459428 -0.099098</w:t>
        <w:br/>
        <w:t>v -0.037068 1.455561 -0.102983</w:t>
        <w:br/>
        <w:t>v -0.052444 1.468546 -0.089067</w:t>
        <w:br/>
        <w:t>v -0.052341 1.468487 -0.092999</w:t>
        <w:br/>
        <w:t>v -0.056988 1.474956 -0.087838</w:t>
        <w:br/>
        <w:t>v -0.052444 1.468546 -0.089067</w:t>
        <w:br/>
        <w:t>v -0.056988 1.474956 -0.087838</w:t>
        <w:br/>
        <w:t>v -0.061427 1.464913 -0.087208</w:t>
        <w:br/>
        <w:t>v -0.053653 1.480001 -0.084472</w:t>
        <w:br/>
        <w:t>v -0.061267 1.482155 -0.078340</w:t>
        <w:br/>
        <w:t>v -0.067256 1.471344 -0.084874</w:t>
        <w:br/>
        <w:t>v -0.060551 1.480886 -0.085533</w:t>
        <w:br/>
        <w:t>v -0.046891 1.475176 -0.090944</w:t>
        <w:br/>
        <w:t>v -0.052341 1.468487 -0.092999</w:t>
        <w:br/>
        <w:t>v -0.022514 1.452701 -0.108154</w:t>
        <w:br/>
        <w:t>v -0.030646 1.457531 -0.104803</w:t>
        <w:br/>
        <w:t>v -0.049196 1.463570 -0.096278</w:t>
        <w:br/>
        <w:t>v -0.049078 1.463600 -0.093963</w:t>
        <w:br/>
        <w:t>v -0.045154 1.459428 -0.099098</w:t>
        <w:br/>
        <w:t>v -0.049196 1.463570 -0.096278</w:t>
        <w:br/>
        <w:t>v -0.040119 1.465978 -0.098210</w:t>
        <w:br/>
        <w:t>v -0.043405 1.470741 -0.095043</w:t>
        <w:br/>
        <w:t>v -0.065365 1.461134 -0.085494</w:t>
        <w:br/>
        <w:t>v -0.056133 1.459296 -0.092393</w:t>
        <w:br/>
        <w:t>v -0.040140 1.455011 -0.096111</w:t>
        <w:br/>
        <w:t>v -0.036749 1.458329 -0.102403</w:t>
        <w:br/>
        <w:t>v -0.036213 1.461579 -0.101157</w:t>
        <w:br/>
        <w:t>v -0.036213 1.461579 -0.101157</w:t>
        <w:br/>
        <w:t>v -0.030646 1.457531 -0.104803</w:t>
        <w:br/>
        <w:t>v -0.035767 1.464398 -0.091586</w:t>
        <w:br/>
        <w:t>v -0.012902 1.455122 -0.106759</w:t>
        <w:br/>
        <w:t>v -0.013696 1.454231 -0.104794</w:t>
        <w:br/>
        <w:t>v -0.019699 1.458514 -0.101567</w:t>
        <w:br/>
        <w:t>v -0.019558 1.459114 -0.102410</w:t>
        <w:br/>
        <w:t>v -0.014638 1.448413 -0.110004</w:t>
        <w:br/>
        <w:t>v -0.012902 1.455122 -0.106759</w:t>
        <w:br/>
        <w:t>v -0.019558 1.459114 -0.102410</w:t>
        <w:br/>
        <w:t>v -0.026564 1.462524 -0.098307</w:t>
        <w:br/>
        <w:t>v -0.014189 1.451947 -0.096098</w:t>
        <w:br/>
        <w:t>v -0.019417 1.454879 -0.093867</w:t>
        <w:br/>
        <w:t>v -0.035767 1.464398 -0.091586</w:t>
        <w:br/>
        <w:t>v -0.026564 1.462524 -0.098307</w:t>
        <w:br/>
        <w:t>v -0.033045 1.462083 -0.091518</w:t>
        <w:br/>
        <w:t>v -0.025323 1.457671 -0.091594</w:t>
        <w:br/>
        <w:t>v -0.046891 1.475176 -0.090944</w:t>
        <w:br/>
        <w:t>v -0.043405 1.470741 -0.095043</w:t>
        <w:br/>
        <w:t>v -0.037042 1.467333 -0.088313</w:t>
        <w:br/>
        <w:t>v -0.038945 1.469924 -0.084884</w:t>
        <w:br/>
        <w:t>v -0.036341 1.467053 -0.087537</w:t>
        <w:br/>
        <w:t>v -0.039698 1.460337 -0.084503</w:t>
        <w:br/>
        <w:t>v -0.053653 1.480001 -0.084472</w:t>
        <w:br/>
        <w:t>v -0.048102 1.475985 -0.076119</w:t>
        <w:br/>
        <w:t>v -0.057579 1.479791 -0.067911</w:t>
        <w:br/>
        <w:t>v -0.038945 1.469924 -0.084884</w:t>
        <w:br/>
        <w:t>v -0.047657 1.466114 -0.078584</w:t>
        <w:br/>
        <w:t>v -0.048102 1.475985 -0.076119</w:t>
        <w:br/>
        <w:t>v -0.036341 1.467053 -0.087537</w:t>
        <w:br/>
        <w:t>v -0.020491 1.453221 -0.093099</w:t>
        <w:br/>
        <w:t>v -0.027962 1.454334 -0.089815</w:t>
        <w:br/>
        <w:t>v -0.040463 1.459454 -0.082234</w:t>
        <w:br/>
        <w:t>v -0.093332 1.542583 0.033878</w:t>
        <w:br/>
        <w:t>v -0.091806 1.534856 0.043070</w:t>
        <w:br/>
        <w:t>v -0.095586 1.525178 0.039407</w:t>
        <w:br/>
        <w:t>v -0.076181 1.470176 -0.058487</w:t>
        <w:br/>
        <w:t>v -0.081261 1.472549 -0.054899</w:t>
        <w:br/>
        <w:t>v -0.037179 1.443008 -0.094752</w:t>
        <w:br/>
        <w:t>v -0.033164 1.445624 -0.089390</w:t>
        <w:br/>
        <w:t>v -0.039271 1.448015 -0.085650</w:t>
        <w:br/>
        <w:t>v -0.078318 1.510720 -0.055046</w:t>
        <w:br/>
        <w:t>v -0.094081 1.506452 -0.053167</w:t>
        <w:br/>
        <w:t>v -0.094081 1.506452 -0.053167</w:t>
        <w:br/>
        <w:t>v -0.088975 1.497634 -0.048476</w:t>
        <w:br/>
        <w:t>v -0.092870 1.502041 -0.058130</w:t>
        <w:br/>
        <w:t>v -0.078485 1.513782 -0.049368</w:t>
        <w:br/>
        <w:t>v -0.065585 1.472468 -0.081225</w:t>
        <w:br/>
        <w:t>v -0.093417 1.559359 0.036582</w:t>
        <w:br/>
        <w:t>v -0.092642 1.551912 0.042467</w:t>
        <w:br/>
        <w:t>v -0.091851 1.548862 0.051314</w:t>
        <w:br/>
        <w:t>v -0.085270 1.571004 0.041474</w:t>
        <w:br/>
        <w:t>v -0.093417 1.559359 0.036582</w:t>
        <w:br/>
        <w:t>v -0.082340 1.561752 0.032700</w:t>
        <w:br/>
        <w:t>v -0.079365 1.570368 0.038754</w:t>
        <w:br/>
        <w:t>v -0.091851 1.548862 0.051314</w:t>
        <w:br/>
        <w:t>v -0.082813 1.547208 0.051885</w:t>
        <w:br/>
        <w:t>v -0.085270 1.571004 0.041474</w:t>
        <w:br/>
        <w:t>v -0.089865 1.559200 0.042768</w:t>
        <w:br/>
        <w:t>v -0.088239 1.568088 0.056947</w:t>
        <w:br/>
        <w:t>v -0.090680 1.558894 0.054750</w:t>
        <w:br/>
        <w:t>v -0.090680 1.558894 0.054750</w:t>
        <w:br/>
        <w:t>v -0.088239 1.568088 0.056947</w:t>
        <w:br/>
        <w:t>v -0.079010 1.566464 0.057769</w:t>
        <w:br/>
        <w:t>v -0.081145 1.557731 0.055555</w:t>
        <w:br/>
        <w:t>v -0.075101 1.581798 0.046333</w:t>
        <w:br/>
        <w:t>v -0.082412 1.582980 0.048910</w:t>
        <w:br/>
        <w:t>v -0.083844 1.579314 0.059764</w:t>
        <w:br/>
        <w:t>v -0.082412 1.582980 0.048910</w:t>
        <w:br/>
        <w:t>v -0.083844 1.579314 0.059764</w:t>
        <w:br/>
        <w:t>v -0.074428 1.577425 0.061076</w:t>
        <w:br/>
        <w:t>v -0.097810 1.555279 0.030941</w:t>
        <w:br/>
        <w:t>v 0.099944 1.511750 -0.026365</w:t>
        <w:br/>
        <w:t>v 0.091544 1.515632 -0.034238</w:t>
        <w:br/>
        <w:t>v 0.089712 1.503341 -0.040421</w:t>
        <w:br/>
        <w:t>v 0.095535 1.500300 -0.034043</w:t>
        <w:br/>
        <w:t>v 0.096422 1.502051 -0.024626</w:t>
        <w:br/>
        <w:t>v 0.095230 1.484572 -0.030000</w:t>
        <w:br/>
        <w:t>v 0.095075 1.485904 -0.019598</w:t>
        <w:br/>
        <w:t>v 0.102414 1.495127 -0.022349</w:t>
        <w:br/>
        <w:t>v 0.101310 1.493867 -0.033343</w:t>
        <w:br/>
        <w:t>v 0.083523 1.481985 -0.069833</w:t>
        <w:br/>
        <w:t>v 0.085611 1.474722 -0.069912</w:t>
        <w:br/>
        <w:t>v 0.091397 1.476641 -0.062719</w:t>
        <w:br/>
        <w:t>v 0.074557 1.482926 -0.077586</w:t>
        <w:br/>
        <w:t>v 0.069618 1.476427 -0.083257</w:t>
        <w:br/>
        <w:t>v 0.068492 1.474108 -0.083203</w:t>
        <w:br/>
        <w:t>v 0.073404 1.481818 -0.076832</w:t>
        <w:br/>
        <w:t>v 0.083972 1.472335 -0.067777</w:t>
        <w:br/>
        <w:t>v 0.065585 1.472468 -0.081225</w:t>
        <w:br/>
        <w:t>v 0.076343 1.470421 -0.072345</w:t>
        <w:br/>
        <w:t>v 0.079456 1.474122 -0.076951</w:t>
        <w:br/>
        <w:t>v 0.095309 1.482240 -0.050985</w:t>
        <w:br/>
        <w:t>v 0.096610 1.488386 -0.041655</w:t>
        <w:br/>
        <w:t>v 0.087404 1.489968 -0.054475</w:t>
        <w:br/>
        <w:t>v 0.081936 1.470636 -0.056792</w:t>
        <w:br/>
        <w:t>v 0.077096 1.468509 -0.060369</w:t>
        <w:br/>
        <w:t>v 0.096610 1.488386 -0.041655</w:t>
        <w:br/>
        <w:t>v 0.091503 1.484112 -0.040064</w:t>
        <w:br/>
        <w:t>v 0.095309 1.482240 -0.050985</w:t>
        <w:br/>
        <w:t>v 0.085620 1.475813 -0.047253</w:t>
        <w:br/>
        <w:t>v 0.084596 1.472748 -0.052245</w:t>
        <w:br/>
        <w:t>v 0.094007 1.478995 -0.056560</w:t>
        <w:br/>
        <w:t>v 0.088969 1.492662 -0.011916</w:t>
        <w:br/>
        <w:t>v 0.092572 1.489040 -0.009730</w:t>
        <w:br/>
        <w:t>v 0.095075 1.485904 -0.019598</w:t>
        <w:br/>
        <w:t>v 0.089838 1.491138 -0.020170</w:t>
        <w:br/>
        <w:t>v 0.090074 1.491275 -0.026528</w:t>
        <w:br/>
        <w:t>v 0.095230 1.484572 -0.030000</w:t>
        <w:br/>
        <w:t>v 0.091503 1.484112 -0.040064</w:t>
        <w:br/>
        <w:t>v 0.090074 1.491275 -0.026528</w:t>
        <w:br/>
        <w:t>v 0.087850 1.481106 -0.039918</w:t>
        <w:br/>
        <w:t>v 0.087803 1.482632 -0.035993</w:t>
        <w:br/>
        <w:t>v 0.087803 1.482632 -0.035993</w:t>
        <w:br/>
        <w:t>v 0.082523 1.497623 -0.030499</w:t>
        <w:br/>
        <w:t>v 0.095603 1.505033 -0.015982</w:t>
        <w:br/>
        <w:t>v 0.098425 1.517669 -0.013223</w:t>
        <w:br/>
        <w:t>v 0.102414 1.495127 -0.022349</w:t>
        <w:br/>
        <w:t>v 0.096422 1.502051 -0.024626</w:t>
        <w:br/>
        <w:t>v 0.101310 1.493867 -0.033343</w:t>
        <w:br/>
        <w:t>v 0.101168 1.498189 -0.011889</w:t>
        <w:br/>
        <w:t>v 0.099159 1.504380 -0.002708</w:t>
        <w:br/>
        <w:t>v 0.102089 1.506074 0.007764</w:t>
        <w:br/>
        <w:t>v 0.102863 1.519571 0.004738</w:t>
        <w:br/>
        <w:t>v 0.091115 1.532871 -0.019963</w:t>
        <w:br/>
        <w:t>v 0.085036 1.519347 -0.018834</w:t>
        <w:br/>
        <w:t>v 0.093407 1.528916 -0.026011</w:t>
        <w:br/>
        <w:t>v 0.099990 1.535011 0.000597</w:t>
        <w:br/>
        <w:t>v 0.102155 1.530352 -0.007899</w:t>
        <w:br/>
        <w:t>v 0.094450 1.519599 -0.004043</w:t>
        <w:br/>
        <w:t>v 0.099990 1.535011 0.000597</w:t>
        <w:br/>
        <w:t>v 0.097052 1.535155 -0.002610</w:t>
        <w:br/>
        <w:t>v 0.100618 1.531181 -0.009593</w:t>
        <w:br/>
        <w:t>v 0.102155 1.530352 -0.007899</w:t>
        <w:br/>
        <w:t>v 0.093407 1.528916 -0.026011</w:t>
        <w:br/>
        <w:t>v 0.103000 1.525527 -0.017146</w:t>
        <w:br/>
        <w:t>v 0.091115 1.532871 -0.019963</w:t>
        <w:br/>
        <w:t>v 0.096594 1.550070 0.007786</w:t>
        <w:br/>
        <w:t>v 0.092000 1.538891 0.003848</w:t>
        <w:br/>
        <w:t>v 0.087937 1.535145 -0.012301</w:t>
        <w:br/>
        <w:t>v 0.092000 1.538891 0.003848</w:t>
        <w:br/>
        <w:t>v 0.097052 1.535155 -0.002610</w:t>
        <w:br/>
        <w:t>v 0.096594 1.550070 0.007786</w:t>
        <w:br/>
        <w:t>v 0.092415 1.548706 0.010578</w:t>
        <w:br/>
        <w:t>v 0.087897 1.556913 0.019017</w:t>
        <w:br/>
        <w:t>v 0.103687 1.534386 0.008095</w:t>
        <w:br/>
        <w:t>v 0.104197 1.547212 0.016132</w:t>
        <w:br/>
        <w:t>v 0.094450 1.519599 -0.004043</w:t>
        <w:br/>
        <w:t>v 0.100691 1.520033 0.004390</w:t>
        <w:br/>
        <w:t>v 0.100691 1.520033 0.004390</w:t>
        <w:br/>
        <w:t>v 0.094450 1.519599 -0.004043</w:t>
        <w:br/>
        <w:t>v 0.098425 1.517669 -0.013223</w:t>
        <w:br/>
        <w:t>v 0.102863 1.519571 0.004738</w:t>
        <w:br/>
        <w:t>v 0.102948 1.520153 0.013836</w:t>
        <w:br/>
        <w:t>v 0.102937 1.508052 0.016388</w:t>
        <w:br/>
        <w:t>v 0.102255 1.511138 0.025476</w:t>
        <w:br/>
        <w:t>v 0.101354 1.523451 0.022268</w:t>
        <w:br/>
        <w:t>v 0.098682 1.521228 0.011105</w:t>
        <w:br/>
        <w:t>v 0.102948 1.520153 0.013836</w:t>
        <w:br/>
        <w:t>v 0.101707 1.551627 0.023674</w:t>
        <w:br/>
        <w:t>v 0.087897 1.556913 0.019017</w:t>
        <w:br/>
        <w:t>v 0.098101 1.555597 0.030558</w:t>
        <w:br/>
        <w:t>v 0.085742 1.559438 0.026120</w:t>
        <w:br/>
        <w:t>v 0.104696 1.541621 0.018235</w:t>
        <w:br/>
        <w:t>v 0.103687 1.534386 0.008095</w:t>
        <w:br/>
        <w:t>v 0.098682 1.521228 0.011105</w:t>
        <w:br/>
        <w:t>v 0.096507 1.523438 0.015943</w:t>
        <w:br/>
        <w:t>v 0.095063 1.539107 0.029313</w:t>
        <w:br/>
        <w:t>v 0.101707 1.551627 0.023674</w:t>
        <w:br/>
        <w:t>v 0.097508 1.533711 0.024467</w:t>
        <w:br/>
        <w:t>v 0.097367 1.530844 0.029226</w:t>
        <w:br/>
        <w:t>v 0.096507 1.523438 0.015943</w:t>
        <w:br/>
        <w:t>v 0.099767 1.516473 0.034428</w:t>
        <w:br/>
        <w:t>v 0.099767 1.516473 0.034428</w:t>
        <w:br/>
        <w:t>v 0.088222 1.517272 0.032817</w:t>
        <w:br/>
        <w:t>v 0.085491 1.526095 0.039508</w:t>
        <w:br/>
        <w:t>v 0.095480 1.525924 0.040115</w:t>
        <w:br/>
        <w:t>v 0.088222 1.517272 0.032817</w:t>
        <w:br/>
        <w:t>v 0.088030 1.529015 0.026233</w:t>
        <w:br/>
        <w:t>v 0.085326 1.531692 0.035264</w:t>
        <w:br/>
        <w:t>v 0.085491 1.526095 0.039508</w:t>
        <w:br/>
        <w:t>v 0.102255 1.511138 0.025476</w:t>
        <w:br/>
        <w:t>v 0.090397 1.511033 0.023052</w:t>
        <w:br/>
        <w:t>v 0.102089 1.506074 0.007764</w:t>
        <w:br/>
        <w:t>v 0.099159 1.504380 -0.002708</w:t>
        <w:br/>
        <w:t>v 0.092866 1.507666 0.011694</w:t>
        <w:br/>
        <w:t>v 0.091600 1.508692 0.016764</w:t>
        <w:br/>
        <w:t>v 0.102937 1.508052 0.016388</w:t>
        <w:br/>
        <w:t>v 0.101168 1.498189 -0.011889</w:t>
        <w:br/>
        <w:t>v 0.092572 1.489040 -0.009730</w:t>
        <w:br/>
        <w:t>v 0.091464 1.497438 0.003223</w:t>
        <w:br/>
        <w:t>v 0.090363 1.508668 0.015884</w:t>
        <w:br/>
        <w:t>v 0.091072 1.507080 0.008360</w:t>
        <w:br/>
        <w:t>v 0.092866 1.507666 0.011694</w:t>
        <w:br/>
        <w:t>v 0.091072 1.507080 0.008360</w:t>
        <w:br/>
        <w:t>v 0.092866 1.507666 0.011694</w:t>
        <w:br/>
        <w:t>v 0.091464 1.497438 0.003223</w:t>
        <w:br/>
        <w:t>v 0.090397 1.511033 0.023052</w:t>
        <w:br/>
        <w:t>v 0.091616 1.521216 0.012893</w:t>
        <w:br/>
        <w:t>v 0.090363 1.508668 0.015884</w:t>
        <w:br/>
        <w:t>v 0.083634 1.525891 0.005843</w:t>
        <w:br/>
        <w:t>v 0.084591 1.509634 0.001509</w:t>
        <w:br/>
        <w:t>v 0.084033 1.495240 -0.022414</w:t>
        <w:br/>
        <w:t>v 0.073404 1.481818 -0.076832</w:t>
        <w:br/>
        <w:t>v 0.068492 1.474108 -0.083203</w:t>
        <w:br/>
        <w:t>v 0.079456 1.474122 -0.076951</w:t>
        <w:br/>
        <w:t>v 0.092962 1.522817 -0.030003</w:t>
        <w:br/>
        <w:t>v 0.091544 1.515632 -0.034238</w:t>
        <w:br/>
        <w:t>v 0.102469 1.518766 -0.022875</w:t>
        <w:br/>
        <w:t>v 0.092962 1.522817 -0.030003</w:t>
        <w:br/>
        <w:t>v 0.097284 1.492104 -0.042112</w:t>
        <w:br/>
        <w:t>v 0.087101 1.489310 -0.056222</w:t>
        <w:br/>
        <w:t>v 0.087404 1.489968 -0.054475</w:t>
        <w:br/>
        <w:t>v 0.088211 1.491723 -0.056818</w:t>
        <w:br/>
        <w:t>v 0.087397 1.488681 -0.066262</w:t>
        <w:br/>
        <w:t>v 0.083523 1.481985 -0.069833</w:t>
        <w:br/>
        <w:t>v 0.086255 1.487475 -0.061091</w:t>
        <w:br/>
        <w:t>v 0.086255 1.487475 -0.061091</w:t>
        <w:br/>
        <w:t>v 0.087101 1.489310 -0.056222</w:t>
        <w:br/>
        <w:t>v 0.094007 1.478995 -0.056560</w:t>
        <w:br/>
        <w:t>v 0.080610 1.490298 -0.066244</w:t>
        <w:br/>
        <w:t>v 0.087397 1.488681 -0.066262</w:t>
        <w:br/>
        <w:t>v 0.092568 1.510677 -0.045822</w:t>
        <w:br/>
        <w:t>v 0.077882 1.488848 -0.071023</w:t>
        <w:br/>
        <w:t>v 0.092568 1.510677 -0.045822</w:t>
        <w:br/>
        <w:t>v 0.091544 1.515632 -0.034238</w:t>
        <w:br/>
        <w:t>v 0.080347 1.518740 -0.032671</w:t>
        <w:br/>
        <w:t>v 0.078424 1.514711 -0.046772</w:t>
        <w:br/>
        <w:t>v 0.085036 1.519347 -0.018834</w:t>
        <w:br/>
        <w:t>v 0.091445 1.500771 -0.059241</w:t>
        <w:br/>
        <w:t>v 0.078305 1.505409 -0.060793</w:t>
        <w:br/>
        <w:t>v 0.076331 1.495169 -0.064653</w:t>
        <w:br/>
        <w:t>v 0.078305 1.505409 -0.060793</w:t>
        <w:br/>
        <w:t>v 0.078573 1.510724 -0.054218</w:t>
        <w:br/>
        <w:t>v 0.077871 1.502013 -0.053888</w:t>
        <w:br/>
        <w:t>v 0.076331 1.495169 -0.064653</w:t>
        <w:br/>
        <w:t>v 0.075249 1.497461 -0.046393</w:t>
        <w:br/>
        <w:t>v 0.080347 1.518740 -0.032671</w:t>
        <w:br/>
        <w:t>v 0.070370 1.497242 -0.069166</w:t>
        <w:br/>
        <w:t>v 0.077871 1.502013 -0.053888</w:t>
        <w:br/>
        <w:t>v 0.062379 1.489492 -0.063788</w:t>
        <w:br/>
        <w:t>v 0.070370 1.497242 -0.069166</w:t>
        <w:br/>
        <w:t>v 0.057579 1.479791 -0.067911</w:t>
        <w:br/>
        <w:t>v 0.057036 1.478736 -0.070261</w:t>
        <w:br/>
        <w:t>v 0.007996 1.444034 -0.109539</w:t>
        <w:br/>
        <w:t>v 0.013771 1.445433 -0.103671</w:t>
        <w:br/>
        <w:t>v 0.014638 1.448413 -0.110004</w:t>
        <w:br/>
        <w:t>v 0.013771 1.445433 -0.103671</w:t>
        <w:br/>
        <w:t>v 0.007996 1.444034 -0.109539</w:t>
        <w:br/>
        <w:t>v 0.014844 1.443594 -0.108424</w:t>
        <w:br/>
        <w:t>v 0.006995 1.451848 -0.107848</w:t>
        <w:br/>
        <w:t>v 0.007387 1.448200 -0.109480</w:t>
        <w:br/>
        <w:t>v 0.014638 1.448413 -0.110004</w:t>
        <w:br/>
        <w:t>v 0.012856 1.455340 -0.106439</w:t>
        <w:br/>
        <w:t>v 0.006889 1.453774 -0.105749</w:t>
        <w:br/>
        <w:t>v 0.013697 1.454231 -0.104794</w:t>
        <w:br/>
        <w:t>v 0.014189 1.451947 -0.096098</w:t>
        <w:br/>
        <w:t>v 0.006804 1.451949 -0.097329</w:t>
        <w:br/>
        <w:t>v 0.007030 1.451186 -0.106878</w:t>
        <w:br/>
        <w:t>v 0.013697 1.454231 -0.104794</w:t>
        <w:br/>
        <w:t>v 0.006889 1.453774 -0.105749</w:t>
        <w:br/>
        <w:t>v 0.007996 1.444034 -0.109539</w:t>
        <w:br/>
        <w:t>v 0.012856 1.455340 -0.106439</w:t>
        <w:br/>
        <w:t>v 0.007030 1.451186 -0.106878</w:t>
        <w:br/>
        <w:t>v 0.006995 1.451848 -0.107848</w:t>
        <w:br/>
        <w:t>v 0.030576 1.442875 -0.108184</w:t>
        <w:br/>
        <w:t>v 0.030576 1.442875 -0.108184</w:t>
        <w:br/>
        <w:t>v 0.007974 1.442163 -0.108413</w:t>
        <w:br/>
        <w:t>v 0.007874 1.438805 -0.106537</w:t>
        <w:br/>
        <w:t>v 0.007874 1.438805 -0.106537</w:t>
        <w:br/>
        <w:t>v 0.000000 1.440569 -0.107631</w:t>
        <w:br/>
        <w:t>v 0.007697 1.439678 -0.104234</w:t>
        <w:br/>
        <w:t>v 0.000000 1.441605 -0.099788</w:t>
        <w:br/>
        <w:t>v 0.007420 1.440735 -0.100774</w:t>
        <w:br/>
        <w:t>v 0.026471 1.439377 -0.101804</w:t>
        <w:br/>
        <w:t>v 0.016095 1.437945 -0.105264</w:t>
        <w:br/>
        <w:t>v 0.016030 1.439706 -0.100443</w:t>
        <w:br/>
        <w:t>v 0.027457 1.444010 -0.092615</w:t>
        <w:br/>
        <w:t>v 0.026471 1.439377 -0.101804</w:t>
        <w:br/>
        <w:t>v 0.014844 1.443594 -0.108424</w:t>
        <w:br/>
        <w:t>v 0.016095 1.437945 -0.105264</w:t>
        <w:br/>
        <w:t>v 0.032108 1.440976 -0.098630</w:t>
        <w:br/>
        <w:t>v 0.061268 1.482155 -0.078340</w:t>
        <w:br/>
        <w:t>v 0.071568 1.468500 -0.062909</w:t>
        <w:br/>
        <w:t>v 0.072443 1.464720 -0.078659</w:t>
        <w:br/>
        <w:t>v 0.068008 1.462232 -0.069971</w:t>
        <w:br/>
        <w:t>v 0.055009 1.453132 -0.086096</w:t>
        <w:br/>
        <w:t>v 0.056373 1.455973 -0.088800</w:t>
        <w:br/>
        <w:t>v 0.049874 1.452986 -0.090327</w:t>
        <w:br/>
        <w:t>v 0.052315 1.451731 -0.081383</w:t>
        <w:br/>
        <w:t>v 0.045816 1.450579 -0.081641</w:t>
        <w:br/>
        <w:t>v 0.067134 1.461564 -0.068524</w:t>
        <w:br/>
        <w:t>v 0.060539 1.454831 -0.080766</w:t>
        <w:br/>
        <w:t>v 0.060164 1.459227 -0.072663</w:t>
        <w:br/>
        <w:t>v 0.051128 1.453781 -0.078318</w:t>
        <w:br/>
        <w:t>v 0.025452 1.449131 -0.107743</w:t>
        <w:br/>
        <w:t>v 0.031437 1.450588 -0.106470</w:t>
        <w:br/>
        <w:t>v 0.046128 1.449184 -0.095396</w:t>
        <w:br/>
        <w:t>v 0.041414 1.446473 -0.100337</w:t>
        <w:br/>
        <w:t>v 0.037179 1.443007 -0.094752</w:t>
        <w:br/>
        <w:t>v 0.042040 1.446412 -0.088018</w:t>
        <w:br/>
        <w:t>v 0.036055 1.444114 -0.104959</w:t>
        <w:br/>
        <w:t>v 0.036055 1.444114 -0.104959</w:t>
        <w:br/>
        <w:t>v 0.046128 1.449184 -0.095396</w:t>
        <w:br/>
        <w:t>v 0.043973 1.454300 -0.094281</w:t>
        <w:br/>
        <w:t>v 0.040740 1.454575 -0.096749</w:t>
        <w:br/>
        <w:t>v 0.041414 1.446473 -0.100337</w:t>
        <w:br/>
        <w:t>v 0.037227 1.453263 -0.100798</w:t>
        <w:br/>
        <w:t>v 0.030278 1.453100 -0.106128</w:t>
        <w:br/>
        <w:t>v 0.024373 1.450945 -0.107609</w:t>
        <w:br/>
        <w:t>v 0.062798 1.485513 -0.082123</w:t>
        <w:br/>
        <w:t>v 0.069618 1.476427 -0.083257</w:t>
        <w:br/>
        <w:t>v 0.074557 1.482926 -0.077586</w:t>
        <w:br/>
        <w:t>v 0.066592 1.492203 -0.076177</w:t>
        <w:br/>
        <w:t>v 0.066592 1.492203 -0.076177</w:t>
        <w:br/>
        <w:t>v 0.070244 1.467663 -0.079525</w:t>
        <w:br/>
        <w:t>v 0.076343 1.470421 -0.072345</w:t>
        <w:br/>
        <w:t>v 0.065585 1.472468 -0.081225</w:t>
        <w:br/>
        <w:t>v 0.061427 1.464914 -0.087209</w:t>
        <w:br/>
        <w:t>v 0.056988 1.474956 -0.087838</w:t>
        <w:br/>
        <w:t>v 0.062798 1.485513 -0.082123</w:t>
        <w:br/>
        <w:t>v 0.072443 1.464720 -0.078659</w:t>
        <w:br/>
        <w:t>v 0.055649 1.462966 -0.091429</w:t>
        <w:br/>
        <w:t>v 0.052444 1.468545 -0.089067</w:t>
        <w:br/>
        <w:t>v 0.045154 1.459428 -0.099098</w:t>
        <w:br/>
        <w:t>v 0.045154 1.459428 -0.099098</w:t>
        <w:br/>
        <w:t>v 0.037393 1.455567 -0.103195</w:t>
        <w:br/>
        <w:t>v 0.037227 1.453263 -0.100798</w:t>
        <w:br/>
        <w:t>v 0.040740 1.454575 -0.096749</w:t>
        <w:br/>
        <w:t>v 0.052996 1.468487 -0.093005</w:t>
        <w:br/>
        <w:t>v 0.052444 1.468545 -0.089067</w:t>
        <w:br/>
        <w:t>v 0.056988 1.474956 -0.087838</w:t>
        <w:br/>
        <w:t>v 0.056988 1.474956 -0.087838</w:t>
        <w:br/>
        <w:t>v 0.061268 1.482155 -0.078340</w:t>
        <w:br/>
        <w:t>v 0.053653 1.480002 -0.084472</w:t>
        <w:br/>
        <w:t>v 0.048047 1.475176 -0.091162</w:t>
        <w:br/>
        <w:t>v 0.052996 1.468487 -0.093005</w:t>
        <w:br/>
        <w:t>v 0.030646 1.457531 -0.104803</w:t>
        <w:br/>
        <w:t>v 0.022940 1.453596 -0.107284</w:t>
        <w:br/>
        <w:t>v 0.040119 1.465978 -0.098210</w:t>
        <w:br/>
        <w:t>v 0.056815 1.459050 -0.091965</w:t>
        <w:br/>
        <w:t>v 0.043973 1.454300 -0.094281</w:t>
        <w:br/>
        <w:t>v 0.037393 1.455567 -0.103195</w:t>
        <w:br/>
        <w:t>v 0.030646 1.457531 -0.104803</w:t>
        <w:br/>
        <w:t>v 0.040119 1.465978 -0.098210</w:t>
        <w:br/>
        <w:t>v 0.035767 1.464398 -0.091586</w:t>
        <w:br/>
        <w:t>v 0.019530 1.458456 -0.101777</w:t>
        <w:br/>
        <w:t>v 0.019230 1.459000 -0.102750</w:t>
        <w:br/>
        <w:t>v 0.026564 1.462524 -0.098307</w:t>
        <w:br/>
        <w:t>v 0.026564 1.462524 -0.098307</w:t>
        <w:br/>
        <w:t>v 0.019230 1.459000 -0.102750</w:t>
        <w:br/>
        <w:t>v 0.025323 1.457671 -0.091594</w:t>
        <w:br/>
        <w:t>v 0.019903 1.454885 -0.093787</w:t>
        <w:br/>
        <w:t>v 0.035767 1.464398 -0.091586</w:t>
        <w:br/>
        <w:t>v 0.033045 1.462083 -0.091518</w:t>
        <w:br/>
        <w:t>v 0.038945 1.469924 -0.084884</w:t>
        <w:br/>
        <w:t>v 0.048047 1.475176 -0.091162</w:t>
        <w:br/>
        <w:t>v 0.039698 1.460337 -0.084503</w:t>
        <w:br/>
        <w:t>v 0.048102 1.475986 -0.076119</w:t>
        <w:br/>
        <w:t>v 0.053653 1.480002 -0.084472</w:t>
        <w:br/>
        <w:t>v 0.057579 1.479791 -0.067911</w:t>
        <w:br/>
        <w:t>v 0.047657 1.466112 -0.078584</w:t>
        <w:br/>
        <w:t>v 0.038945 1.469924 -0.084884</w:t>
        <w:br/>
        <w:t>v 0.048102 1.475986 -0.076119</w:t>
        <w:br/>
        <w:t>v 0.027962 1.454333 -0.089815</w:t>
        <w:br/>
        <w:t>v 0.040463 1.459454 -0.082234</w:t>
        <w:br/>
        <w:t>v 0.093333 1.542582 0.033878</w:t>
        <w:br/>
        <w:t>v 0.095480 1.525924 0.040115</w:t>
        <w:br/>
        <w:t>v 0.076183 1.470428 -0.059095</w:t>
        <w:br/>
        <w:t>v 0.077096 1.468509 -0.060369</w:t>
        <w:br/>
        <w:t>v 0.071568 1.468500 -0.062909</w:t>
        <w:br/>
        <w:t>v 0.084596 1.472748 -0.052245</w:t>
        <w:br/>
        <w:t>v 0.081936 1.470636 -0.056792</w:t>
        <w:br/>
        <w:t>v 0.081261 1.472549 -0.054899</w:t>
        <w:br/>
        <w:t>v 0.082921 1.473792 -0.051986</w:t>
        <w:br/>
        <w:t>v 0.033164 1.445625 -0.089390</w:t>
        <w:br/>
        <w:t>v 0.039753 1.448204 -0.085355</w:t>
        <w:br/>
        <w:t>v 0.092600 1.506263 -0.053389</w:t>
        <w:br/>
        <w:t>v 0.078573 1.510724 -0.054218</w:t>
        <w:br/>
        <w:t>v 0.089029 1.497889 -0.048823</w:t>
        <w:br/>
        <w:t>v 0.092600 1.506263 -0.053389</w:t>
        <w:br/>
        <w:t>v 0.091445 1.500771 -0.059241</w:t>
        <w:br/>
        <w:t>v 0.078424 1.514711 -0.046772</w:t>
        <w:br/>
        <w:t>v 0.061427 1.464914 -0.087209</w:t>
        <w:br/>
        <w:t>v 0.093579 1.546677 0.039139</w:t>
        <w:br/>
        <w:t>v 0.093702 1.550972 0.036359</w:t>
        <w:br/>
        <w:t>v 0.092102 1.541590 0.048523</w:t>
        <w:br/>
        <w:t>v 0.091806 1.534856 0.043070</w:t>
        <w:br/>
        <w:t>v 0.093417 1.559359 0.036582</w:t>
        <w:br/>
        <w:t>v 0.090035 1.565369 0.039163</w:t>
        <w:br/>
        <w:t>v 0.081495 1.566188 0.035994</w:t>
        <w:br/>
        <w:t>v 0.083479 1.561752 0.033439</w:t>
        <w:br/>
        <w:t>v 0.092102 1.541590 0.048523</w:t>
        <w:br/>
        <w:t>v 0.091806 1.534856 0.043070</w:t>
        <w:br/>
        <w:t>v 0.083063 1.533931 0.042819</w:t>
        <w:br/>
        <w:t>v 0.082824 1.540300 0.048268</w:t>
        <w:br/>
        <w:t>v 0.093417 1.559359 0.036582</w:t>
        <w:br/>
        <w:t>v 0.093165 1.551913 0.042486</w:t>
        <w:br/>
        <w:t>v 0.090417 1.561538 0.042385</w:t>
        <w:br/>
        <w:t>v 0.090035 1.565369 0.039163</w:t>
        <w:br/>
        <w:t>v 0.091761 1.548862 0.052174</w:t>
        <w:br/>
        <w:t>v 0.090404 1.558383 0.055080</w:t>
        <w:br/>
        <w:t>v 0.078811 1.566464 0.058178</w:t>
        <w:br/>
        <w:t>v 0.088039 1.568088 0.057355</w:t>
        <w:br/>
        <w:t>v 0.090404 1.558383 0.055080</w:t>
        <w:br/>
        <w:t>v 0.080724 1.556697 0.055108</w:t>
        <w:br/>
        <w:t>v 0.082412 1.582980 0.048910</w:t>
        <w:br/>
        <w:t>v 0.075102 1.581798 0.046333</w:t>
        <w:br/>
        <w:t>v 0.079365 1.570368 0.038754</w:t>
        <w:br/>
        <w:t>v 0.085270 1.571005 0.041474</w:t>
        <w:br/>
        <w:t>v 0.088039 1.568088 0.057355</w:t>
        <w:br/>
        <w:t>v 0.083844 1.579315 0.059765</w:t>
        <w:br/>
        <w:t>v 0.082412 1.582980 0.048910</w:t>
        <w:br/>
        <w:t>v 0.085270 1.571005 0.041474</w:t>
        <w:br/>
        <w:t>v 0.074428 1.577427 0.061076</w:t>
        <w:br/>
        <w:t>v 0.083844 1.579315 0.059765</w:t>
        <w:br/>
        <w:t>v 0.098101 1.555597 0.030558</w:t>
        <w:br/>
        <w:t>v -0.087394 1.554283 0.038113</w:t>
        <w:br/>
        <w:t>v -0.086767 1.551216 0.046762</w:t>
        <w:br/>
        <w:t>v -0.082196 1.559004 0.051693</w:t>
        <w:br/>
        <w:t>v -0.081941 1.561726 0.042088</w:t>
        <w:br/>
        <w:t>v -0.096156 1.562832 0.048862</w:t>
        <w:br/>
        <w:t>v -0.094059 1.559257 0.060137</w:t>
        <w:br/>
        <w:t>v -0.097535 1.550436 0.055105</w:t>
        <w:br/>
        <w:t>v -0.099751 1.554326 0.044484</w:t>
        <w:br/>
        <w:t>v -0.098863 1.557841 0.035551</w:t>
        <w:br/>
        <w:t>v -0.095443 1.565994 0.038773</w:t>
        <w:br/>
        <w:t>v -0.082712 1.566030 0.060789</w:t>
        <w:br/>
        <w:t>v -0.086996 1.557776 0.055739</w:t>
        <w:br/>
        <w:t>v -0.094059 1.559257 0.060137</w:t>
        <w:br/>
        <w:t>v -0.090184 1.568079 0.065158</w:t>
        <w:br/>
        <w:t>v -0.095443 1.565994 0.038773</w:t>
        <w:br/>
        <w:t>v -0.098863 1.557841 0.035551</w:t>
        <w:br/>
        <w:t>v -0.095523 1.557626 0.033346</w:t>
        <w:br/>
        <w:t>v -0.089955 1.564894 0.036423</w:t>
        <w:br/>
        <w:t>v -0.121105 1.528713 0.003688</w:t>
        <w:br/>
        <w:t>v -0.117382 1.529958 0.007721</w:t>
        <w:br/>
        <w:t>v -0.118136 1.529597 0.008465</w:t>
        <w:br/>
        <w:t>v -0.121544 1.528548 0.004178</w:t>
        <w:br/>
        <w:t>v -0.123931 1.528194 0.000841</w:t>
        <w:br/>
        <w:t>v -0.124150 1.528135 0.001086</w:t>
        <w:br/>
        <w:t>v -0.126689 1.527943 -0.002140</w:t>
        <w:br/>
        <w:t>v -0.090481 1.543767 0.041587</w:t>
        <w:br/>
        <w:t>v -0.091494 1.547889 0.034479</w:t>
        <w:br/>
        <w:t>v -0.121708 1.525189 0.004664</w:t>
        <w:br/>
        <w:t>v -0.122063 1.527404 0.004778</w:t>
        <w:br/>
        <w:t>v -0.118994 1.527753 0.009771</w:t>
        <w:br/>
        <w:t>v -0.118306 1.524199 0.010302</w:t>
        <w:br/>
        <w:t>v -0.124261 1.527539 0.001266</w:t>
        <w:br/>
        <w:t>v -0.124161 1.526308 0.001253</w:t>
        <w:br/>
        <w:t>v -0.126689 1.527943 -0.002140</w:t>
        <w:br/>
        <w:t>v -0.118306 1.524199 0.010302</w:t>
        <w:br/>
        <w:t>v -0.115943 1.523679 0.008997</w:t>
        <w:br/>
        <w:t>v -0.120196 1.524498 0.003976</w:t>
        <w:br/>
        <w:t>v -0.121708 1.525189 0.004664</w:t>
        <w:br/>
        <w:t>v -0.094481 1.542165 0.045696</w:t>
        <w:br/>
        <w:t>v -0.091074 1.549523 0.050763</w:t>
        <w:br/>
        <w:t>v -0.119940 1.526147 0.002949</w:t>
        <w:br/>
        <w:t>v -0.120217 1.527588 0.002991</w:t>
        <w:br/>
        <w:t>v -0.123433 1.527631 0.000458</w:t>
        <w:br/>
        <w:t>v -0.123186 1.526901 0.000290</w:t>
        <w:br/>
        <w:t>v -0.106065 1.526908 0.017897</w:t>
        <w:br/>
        <w:t>v -0.108200 1.524783 0.020640</w:t>
        <w:br/>
        <w:t>v -0.104745 1.526490 0.026860</w:t>
        <w:br/>
        <w:t>v -0.102069 1.528393 0.023408</w:t>
        <w:br/>
        <w:t>v -0.109212 1.527145 0.030530</w:t>
        <w:br/>
        <w:t>v -0.106364 1.531488 0.037934</w:t>
        <w:br/>
        <w:t>v -0.101276 1.530592 0.033793</w:t>
        <w:br/>
        <w:t>v -0.114989 1.525783 0.007487</w:t>
        <w:br/>
        <w:t>v -0.115847 1.528113 0.007192</w:t>
        <w:br/>
        <w:t>v -0.102069 1.528393 0.023408</w:t>
        <w:br/>
        <w:t>v -0.103758 1.533366 0.020916</w:t>
        <w:br/>
        <w:t>v -0.107634 1.530925 0.016305</w:t>
        <w:br/>
        <w:t>v -0.106065 1.526908 0.017897</w:t>
        <w:br/>
        <w:t>v -0.099682 1.537374 0.025972</w:t>
        <w:br/>
        <w:t>v -0.098091 1.532300 0.029958</w:t>
        <w:br/>
        <w:t>v -0.123289 1.525758 0.000880</w:t>
        <w:br/>
        <w:t>v -0.124161 1.526308 0.001253</w:t>
        <w:br/>
        <w:t>v -0.121708 1.525189 0.004664</w:t>
        <w:br/>
        <w:t>v -0.100567 1.543190 0.050172</w:t>
        <w:br/>
        <w:t>v -0.102717 1.548613 0.040887</w:t>
        <w:br/>
        <w:t>v -0.108305 1.538444 0.032402</w:t>
        <w:br/>
        <w:t>v -0.105775 1.543227 0.036723</w:t>
        <w:br/>
        <w:t>v -0.103535 1.536272 0.044555</w:t>
        <w:br/>
        <w:t>v -0.106364 1.531488 0.037934</w:t>
        <w:br/>
        <w:t>v -0.113586 1.531027 0.021293</w:t>
        <w:br/>
        <w:t>v -0.110853 1.534102 0.027299</w:t>
        <w:br/>
        <w:t>v -0.109212 1.527145 0.030530</w:t>
        <w:br/>
        <w:t>v -0.112006 1.525169 0.023447</w:t>
        <w:br/>
        <w:t>v -0.104092 1.546577 0.029901</w:t>
        <w:br/>
        <w:t>v -0.101382 1.552046 0.033051</w:t>
        <w:br/>
        <w:t>v -0.101953 1.546755 0.028026</w:t>
        <w:br/>
        <w:t>v -0.106761 1.541782 0.026379</w:t>
        <w:br/>
        <w:t>v -0.104900 1.542127 0.024581</w:t>
        <w:br/>
        <w:t>v -0.115122 1.531402 0.012899</w:t>
        <w:br/>
        <w:t>v -0.113942 1.531832 0.011945</w:t>
        <w:br/>
        <w:t>v -0.110992 1.534655 0.016315</w:t>
        <w:br/>
        <w:t>v -0.112309 1.534163 0.017643</w:t>
        <w:br/>
        <w:t>v -0.116332 1.528564 0.014935</w:t>
        <w:br/>
        <w:t>v -0.109509 1.537531 0.022210</w:t>
        <w:br/>
        <w:t>v -0.098778 1.552027 0.031028</w:t>
        <w:br/>
        <w:t>v -0.124150 1.528135 0.001086</w:t>
        <w:br/>
        <w:t>v -0.076434 1.509363 0.056038</w:t>
        <w:br/>
        <w:t>v -0.075965 1.530491 0.052163</w:t>
        <w:br/>
        <w:t>v -0.075458 1.509609 0.053151</w:t>
        <w:br/>
        <w:t>v -0.068193 1.508834 0.067624</w:t>
        <w:br/>
        <w:t>v -0.068221 1.526650 0.066934</w:t>
        <w:br/>
        <w:t>v -0.065066 1.525386 0.078719</w:t>
        <w:br/>
        <w:t>v -0.064323 1.507798 0.078692</w:t>
        <w:br/>
        <w:t>v -0.077086 1.461653 0.063215</w:t>
        <w:br/>
        <w:t>v -0.080126 1.470764 0.062337</w:t>
        <w:br/>
        <w:t>v -0.071547 1.471480 0.057904</w:t>
        <w:br/>
        <w:t>v -0.069867 1.462033 0.059970</w:t>
        <w:br/>
        <w:t>v -0.045286 1.432553 0.090863</w:t>
        <w:br/>
        <w:t>v -0.048470 1.431188 0.088545</w:t>
        <w:br/>
        <w:t>v -0.037062 1.425661 0.099980</w:t>
        <w:br/>
        <w:t>v -0.054441 1.444546 0.080983</w:t>
        <w:br/>
        <w:t>v -0.052352 1.445614 0.088070</w:t>
        <w:br/>
        <w:t>v -0.054904 1.452290 0.086347</w:t>
        <w:br/>
        <w:t>v -0.057963 1.451725 0.077471</w:t>
        <w:br/>
        <w:t>v -0.057655 1.460996 0.084069</w:t>
        <w:br/>
        <w:t>v -0.059452 1.469701 0.082245</w:t>
        <w:br/>
        <w:t>v -0.063890 1.470864 0.071086</w:t>
        <w:br/>
        <w:t>v -0.061299 1.461294 0.073938</w:t>
        <w:br/>
        <w:t>v -0.066199 1.448703 0.064382</w:t>
        <w:br/>
        <w:t>v -0.070593 1.448434 0.066029</w:t>
        <w:br/>
        <w:t>v -0.074548 1.455829 0.064062</w:t>
        <w:br/>
        <w:t>v -0.068398 1.456009 0.061871</w:t>
        <w:br/>
        <w:t>v -0.073303 1.480783 0.056029</w:t>
        <w:br/>
        <w:t>v -0.078587 1.480239 0.060289</w:t>
        <w:br/>
        <w:t>v -0.076521 1.499538 0.057323</w:t>
        <w:br/>
        <w:t>v -0.075037 1.499848 0.053835</w:t>
        <w:br/>
        <w:t>v -0.071547 1.471480 0.057904</w:t>
        <w:br/>
        <w:t>v -0.081580 1.470025 0.049012</w:t>
        <w:br/>
        <w:t>v -0.078449 1.460979 0.052302</w:t>
        <w:br/>
        <w:t>v -0.069867 1.462033 0.059970</w:t>
        <w:br/>
        <w:t>v -0.068398 1.456009 0.061871</w:t>
        <w:br/>
        <w:t>v -0.075819 1.455194 0.055187</w:t>
        <w:br/>
        <w:t>v -0.071538 1.447729 0.059818</w:t>
        <w:br/>
        <w:t>v -0.066199 1.448703 0.064382</w:t>
        <w:br/>
        <w:t>v -0.064347 1.444055 0.066334</w:t>
        <w:br/>
        <w:t>v -0.068011 1.442957 0.063406</w:t>
        <w:br/>
        <w:t>v -0.059435 1.433276 0.071219</w:t>
        <w:br/>
        <w:t>v -0.085144 1.489262 0.045146</w:t>
        <w:br/>
        <w:t>v -0.083698 1.479644 0.046776</w:t>
        <w:br/>
        <w:t>v -0.073303 1.480783 0.056029</w:t>
        <w:br/>
        <w:t>v -0.074385 1.490087 0.054760</w:t>
        <w:br/>
        <w:t>v -0.086046 1.498593 0.043552</w:t>
        <w:br/>
        <w:t>v -0.075037 1.499848 0.053835</w:t>
        <w:br/>
        <w:t>v -0.064347 1.444055 0.066334</w:t>
        <w:br/>
        <w:t>v -0.059435 1.433276 0.071219</w:t>
        <w:br/>
        <w:t>v -0.067624 1.443705 0.067380</w:t>
        <w:br/>
        <w:t>v -0.076111 1.480235 0.060357</w:t>
        <w:br/>
        <w:t>v -0.078587 1.480239 0.060289</w:t>
        <w:br/>
        <w:t>v -0.080126 1.470764 0.062337</w:t>
        <w:br/>
        <w:t>v -0.075175 1.470758 0.062472</w:t>
        <w:br/>
        <w:t>v -0.065796 1.480213 0.069517</w:t>
        <w:br/>
        <w:t>v -0.067030 1.489561 0.068554</w:t>
        <w:br/>
        <w:t>v -0.076375 1.489712 0.058848</w:t>
        <w:br/>
        <w:t>v -0.061531 1.479289 0.080345</w:t>
        <w:br/>
        <w:t>v -0.062938 1.488875 0.079051</w:t>
        <w:br/>
        <w:t>v -0.067727 1.499197 0.067968</w:t>
        <w:br/>
        <w:t>v -0.063747 1.498337 0.078751</w:t>
        <w:br/>
        <w:t>v -0.061531 1.479289 0.080345</w:t>
        <w:br/>
        <w:t>v -0.059452 1.469701 0.082245</w:t>
        <w:br/>
        <w:t>v -0.068795 1.470304 0.078513</w:t>
        <w:br/>
        <w:t>v -0.070974 1.479681 0.076947</w:t>
        <w:br/>
        <w:t>v -0.065861 1.460869 0.080373</w:t>
        <w:br/>
        <w:t>v -0.057655 1.460996 0.084069</w:t>
        <w:br/>
        <w:t>v -0.054904 1.452290 0.086347</w:t>
        <w:br/>
        <w:t>v -0.061941 1.451433 0.082649</w:t>
        <w:br/>
        <w:t>v -0.081488 1.498278 0.068493</w:t>
        <w:br/>
        <w:t>v -0.073420 1.498386 0.075841</w:t>
        <w:br/>
        <w:t>v -0.072481 1.489058 0.075988</w:t>
        <w:br/>
        <w:t>v -0.079932 1.489374 0.069303</w:t>
        <w:br/>
        <w:t>v -0.086716 1.507924 0.042198</w:t>
        <w:br/>
        <w:t>v -0.089856 1.508145 0.050693</w:t>
        <w:br/>
        <w:t>v -0.088747 1.498681 0.051369</w:t>
        <w:br/>
        <w:t>v -0.086046 1.498593 0.043552</w:t>
        <w:br/>
        <w:t>v -0.081580 1.470025 0.049012</w:t>
        <w:br/>
        <w:t>v -0.083698 1.479644 0.046776</w:t>
        <w:br/>
        <w:t>v -0.085382 1.480087 0.053448</w:t>
        <w:br/>
        <w:t>v -0.082685 1.470955 0.055218</w:t>
        <w:br/>
        <w:t>v -0.076585 1.455650 0.059385</w:t>
        <w:br/>
        <w:t>v -0.075819 1.455194 0.055187</w:t>
        <w:br/>
        <w:t>v -0.078449 1.460979 0.052302</w:t>
        <w:br/>
        <w:t>v -0.079447 1.461998 0.057478</w:t>
        <w:br/>
        <w:t>v -0.047399 1.432974 0.092420</w:t>
        <w:br/>
        <w:t>v -0.050018 1.432031 0.089991</w:t>
        <w:br/>
        <w:t>v -0.057751 1.436885 0.083875</w:t>
        <w:br/>
        <w:t>v -0.053607 1.438430 0.087972</w:t>
        <w:br/>
        <w:t>v -0.068278 1.450584 0.076826</w:t>
        <w:br/>
        <w:t>v -0.058167 1.444746 0.084903</w:t>
        <w:br/>
        <w:t>v -0.063565 1.443549 0.080093</w:t>
        <w:br/>
        <w:t>v -0.052352 1.445614 0.088070</w:t>
        <w:br/>
        <w:t>v -0.048916 1.439308 0.090501</w:t>
        <w:br/>
        <w:t>v -0.063565 1.443549 0.080093</w:t>
        <w:br/>
        <w:t>v -0.057751 1.436885 0.083875</w:t>
        <w:br/>
        <w:t>v -0.055580 1.435502 0.081825</w:t>
        <w:br/>
        <w:t>v -0.062224 1.442639 0.075235</w:t>
        <w:br/>
        <w:t>v -0.086414 1.498141 0.060169</w:t>
        <w:br/>
        <w:t>v -0.087569 1.507098 0.059791</w:t>
        <w:br/>
        <w:t>v -0.087407 1.489218 0.052285</w:t>
        <w:br/>
        <w:t>v -0.085028 1.489184 0.060788</w:t>
        <w:br/>
        <w:t>v -0.083022 1.479975 0.061309</w:t>
        <w:br/>
        <w:t>v -0.044478 1.433509 0.093957</w:t>
        <w:br/>
        <w:t>v -0.080126 1.470764 0.062337</w:t>
        <w:br/>
        <w:t>v -0.077086 1.461653 0.063215</w:t>
        <w:br/>
        <w:t>v -0.067804 1.450483 0.069981</w:t>
        <w:br/>
        <w:t>v -0.074629 1.460624 0.065725</w:t>
        <w:br/>
        <w:t>v -0.072485 1.460468 0.074099</w:t>
        <w:br/>
        <w:t>v -0.078173 1.479863 0.070261</w:t>
        <w:br/>
        <w:t>v -0.082813 1.507182 0.067924</w:t>
        <w:br/>
        <w:t>v -0.071956 1.448289 0.062913</w:t>
        <w:br/>
        <w:t>v -0.071538 1.447729 0.059818</w:t>
        <w:br/>
        <w:t>v -0.070593 1.448434 0.066029</w:t>
        <w:br/>
        <w:t>v -0.074548 1.455829 0.064062</w:t>
        <w:br/>
        <w:t>v -0.044478 1.433509 0.093957</w:t>
        <w:br/>
        <w:t>v -0.048916 1.439308 0.090501</w:t>
        <w:br/>
        <w:t>v -0.050213 1.437740 0.085418</w:t>
        <w:br/>
        <w:t>v -0.055580 1.435502 0.081825</w:t>
        <w:br/>
        <w:t>v -0.062224 1.442639 0.075235</w:t>
        <w:br/>
        <w:t>v -0.067804 1.450483 0.069981</w:t>
        <w:br/>
        <w:t>v -0.071832 1.460619 0.066148</w:t>
        <w:br/>
        <w:t>v -0.075741 1.470351 0.071825</w:t>
        <w:br/>
        <w:t>v -0.048470 1.431188 0.088545</w:t>
        <w:br/>
        <w:t>v -0.050018 1.432031 0.089991</w:t>
        <w:br/>
        <w:t>v -0.059435 1.433276 0.071219</w:t>
        <w:br/>
        <w:t>v -0.068011 1.442957 0.063406</w:t>
        <w:br/>
        <w:t>v -0.068430 1.443186 0.065254</w:t>
        <w:br/>
        <w:t>v -0.067624 1.443705 0.067380</w:t>
        <w:br/>
        <w:t>v -0.075458 1.509609 0.053151</w:t>
        <w:br/>
        <w:t>v -0.087877 1.526420 0.041338</w:t>
        <w:br/>
        <w:t>v -0.086716 1.507924 0.042198</w:t>
        <w:br/>
        <w:t>v -0.074629 1.460624 0.065725</w:t>
        <w:br/>
        <w:t>v -0.087877 1.526420 0.041338</w:t>
        <w:br/>
        <w:t>v -0.090760 1.525741 0.049941</w:t>
        <w:br/>
        <w:t>v -0.088956 1.526050 0.059305</w:t>
        <w:br/>
        <w:t>v -0.085315 1.526016 0.067666</w:t>
        <w:br/>
        <w:t>v -0.064323 1.507798 0.078692</w:t>
        <w:br/>
        <w:t>v -0.074127 1.507715 0.075935</w:t>
        <w:br/>
        <w:t>v -0.075052 1.525161 0.076156</w:t>
        <w:br/>
        <w:t>v -0.065066 1.525386 0.078719</w:t>
        <w:br/>
        <w:t>v -0.063747 1.498337 0.078751</w:t>
        <w:br/>
        <w:t>v -0.087326 1.547775 0.059833</w:t>
        <w:br/>
        <w:t>v -0.084287 1.545221 0.068102</w:t>
        <w:br/>
        <w:t>v -0.066459 1.544896 0.066816</w:t>
        <w:br/>
        <w:t>v -0.074545 1.549434 0.052269</w:t>
        <w:br/>
        <w:t>v -0.063748 1.543455 0.078952</w:t>
        <w:br/>
        <w:t>v -0.084653 1.553513 0.043086</w:t>
        <w:br/>
        <w:t>v -0.084653 1.553513 0.043086</w:t>
        <w:br/>
        <w:t>v -0.087656 1.551501 0.050411</w:t>
        <w:br/>
        <w:t>v -0.073875 1.543406 0.076604</w:t>
        <w:br/>
        <w:t>v -0.063748 1.543455 0.078952</w:t>
        <w:br/>
        <w:t>v -0.084314 1.568792 0.061634</w:t>
        <w:br/>
        <w:t>v -0.079489 1.566467 0.070118</w:t>
        <w:br/>
        <w:t>v -0.062935 1.565064 0.068070</w:t>
        <w:br/>
        <w:t>v -0.070930 1.568744 0.054091</w:t>
        <w:br/>
        <w:t>v -0.060956 1.563470 0.079242</w:t>
        <w:br/>
        <w:t>v -0.083405 1.573900 0.046618</w:t>
        <w:br/>
        <w:t>v -0.083405 1.573900 0.046618</w:t>
        <w:br/>
        <w:t>v -0.085423 1.570950 0.053111</w:t>
        <w:br/>
        <w:t>v -0.071399 1.564168 0.077511</w:t>
        <w:br/>
        <w:t>v -0.060956 1.563470 0.079242</w:t>
        <w:br/>
        <w:t>v -0.081656 1.585999 0.064299</w:t>
        <w:br/>
        <w:t>v -0.075590 1.584481 0.072107</w:t>
        <w:br/>
        <w:t>v -0.058849 1.583886 0.070210</w:t>
        <w:br/>
        <w:t>v -0.065996 1.587407 0.055898</w:t>
        <w:br/>
        <w:t>v -0.056968 1.582222 0.080655</w:t>
        <w:br/>
        <w:t>v -0.079598 1.591508 0.049023</w:t>
        <w:br/>
        <w:t>v -0.079598 1.591508 0.049023</w:t>
        <w:br/>
        <w:t>v -0.082116 1.589612 0.055983</w:t>
        <w:br/>
        <w:t>v -0.070755 1.580973 0.082966</w:t>
        <w:br/>
        <w:t>v -0.056968 1.582222 0.080655</w:t>
        <w:br/>
        <w:t>v 0.074086 1.528077 0.051882</w:t>
        <w:br/>
        <w:t>v 0.075564 1.507328 0.052439</w:t>
        <w:br/>
        <w:t>v 0.086826 1.507367 0.043043</w:t>
        <w:br/>
        <w:t>v 0.086098 1.530892 0.043830</w:t>
        <w:br/>
        <w:t>v 0.086098 1.530892 0.043830</w:t>
        <w:br/>
        <w:t>v 0.086826 1.507367 0.043043</w:t>
        <w:br/>
        <w:t>v 0.090948 1.507051 0.052279</w:t>
        <w:br/>
        <w:t>v 0.088602 1.529900 0.054274</w:t>
        <w:br/>
        <w:t>v 0.088934 1.506410 0.059947</w:t>
        <w:br/>
        <w:t>v 0.088801 1.528580 0.059933</w:t>
        <w:br/>
        <w:t>v 0.086391 1.546753 0.058766</w:t>
        <w:br/>
        <w:t>v 0.082644 1.548884 0.046781</w:t>
        <w:br/>
        <w:t>v 0.071452 1.546550 0.051865</w:t>
        <w:br/>
        <w:t>v 0.084504 1.505761 0.067842</w:t>
        <w:br/>
        <w:t>v 0.084345 1.525593 0.068524</w:t>
        <w:br/>
        <w:t>v 0.082644 1.548884 0.046781</w:t>
        <w:br/>
        <w:t>v 0.081784 1.544447 0.069333</w:t>
        <w:br/>
        <w:t>v 0.064580 1.524538 0.064056</w:t>
        <w:br/>
        <w:t>v 0.065957 1.506288 0.063491</w:t>
        <w:br/>
        <w:t>v 0.075564 1.507328 0.052439</w:t>
        <w:br/>
        <w:t>v 0.074086 1.528077 0.051882</w:t>
        <w:br/>
        <w:t>v 0.066300 1.505741 0.074500</w:t>
        <w:br/>
        <w:t>v 0.064730 1.523502 0.074843</w:t>
        <w:br/>
        <w:t>v 0.074335 1.466521 0.059721</w:t>
        <w:br/>
        <w:t>v 0.074797 1.473541 0.058839</w:t>
        <w:br/>
        <w:t>v 0.082283 1.472778 0.062397</w:t>
        <w:br/>
        <w:t>v 0.081177 1.466047 0.063014</w:t>
        <w:br/>
        <w:t>v 0.043837 1.425296 0.089576</w:t>
        <w:br/>
        <w:t>v 0.040725 1.421468 0.092516</w:t>
        <w:br/>
        <w:t>v 0.043174 1.419998 0.090593</w:t>
        <w:br/>
        <w:t>v 0.047816 1.422951 0.086589</w:t>
        <w:br/>
        <w:t>v 0.049107 1.435034 0.088239</w:t>
        <w:br/>
        <w:t>v 0.047151 1.431888 0.089534</w:t>
        <w:br/>
        <w:t>v 0.046561 1.429278 0.086976</w:t>
        <w:br/>
        <w:t>v 0.048622 1.432403 0.084998</w:t>
        <w:br/>
        <w:t>v 0.060954 1.465743 0.079900</w:t>
        <w:br/>
        <w:t>v 0.062530 1.464248 0.070585</w:t>
        <w:br/>
        <w:t>v 0.063790 1.473169 0.068471</w:t>
        <w:br/>
        <w:t>v 0.062863 1.473388 0.078458</w:t>
        <w:br/>
        <w:t>v 0.073445 1.441522 0.066438</w:t>
        <w:br/>
        <w:t>v 0.070045 1.441811 0.065206</w:t>
        <w:br/>
        <w:t>v 0.071474 1.447450 0.063629</w:t>
        <w:br/>
        <w:t>v 0.075793 1.447127 0.065358</w:t>
        <w:br/>
        <w:t>v 0.079460 1.481598 0.060261</w:t>
        <w:br/>
        <w:t>v 0.075138 1.482102 0.057390</w:t>
        <w:br/>
        <w:t>v 0.076184 1.490418 0.058517</w:t>
        <w:br/>
        <w:t>v 0.075025 1.490662 0.056332</w:t>
        <w:br/>
        <w:t>v 0.075529 1.498995 0.054162</w:t>
        <w:br/>
        <w:t>v 0.076108 1.498873 0.055255</w:t>
        <w:br/>
        <w:t>v 0.074797 1.473541 0.058839</w:t>
        <w:br/>
        <w:t>v 0.074335 1.466521 0.059721</w:t>
        <w:br/>
        <w:t>v 0.083071 1.464899 0.051080</w:t>
        <w:br/>
        <w:t>v 0.084262 1.471804 0.049270</w:t>
        <w:br/>
        <w:t>v 0.074514 1.440580 0.060826</w:t>
        <w:br/>
        <w:t>v 0.077141 1.446066 0.058046</w:t>
        <w:br/>
        <w:t>v 0.071474 1.447450 0.063629</w:t>
        <w:br/>
        <w:t>v 0.070045 1.441811 0.065206</w:t>
        <w:br/>
        <w:t>v 0.068123 1.436173 0.067161</w:t>
        <w:br/>
        <w:t>v 0.065866 1.430451 0.069437</w:t>
        <w:br/>
        <w:t>v 0.067471 1.429921 0.067792</w:t>
        <w:br/>
        <w:t>v 0.071177 1.435114 0.064104</w:t>
        <w:br/>
        <w:t>v 0.085846 1.489327 0.045449</w:t>
        <w:br/>
        <w:t>v 0.075025 1.490662 0.056332</w:t>
        <w:br/>
        <w:t>v 0.075138 1.482102 0.057390</w:t>
        <w:br/>
        <w:t>v 0.085281 1.480565 0.047164</w:t>
        <w:br/>
        <w:t>v 0.086571 1.498347 0.044023</w:t>
        <w:br/>
        <w:t>v 0.075529 1.498995 0.054162</w:t>
        <w:br/>
        <w:t>v 0.065866 1.430451 0.069437</w:t>
        <w:br/>
        <w:t>v 0.067102 1.430296 0.069737</w:t>
        <w:br/>
        <w:t>v 0.062409 1.424729 0.072637</w:t>
        <w:br/>
        <w:t>v 0.075906 1.481559 0.060300</w:t>
        <w:br/>
        <w:t>v 0.075176 1.472698 0.062475</w:t>
        <w:br/>
        <w:t>v 0.082283 1.472778 0.062397</w:t>
        <w:br/>
        <w:t>v 0.079460 1.481598 0.060261</w:t>
        <w:br/>
        <w:t>v 0.076184 1.490418 0.058517</w:t>
        <w:br/>
        <w:t>v 0.065691 1.490212 0.065155</w:t>
        <w:br/>
        <w:t>v 0.064935 1.481690 0.066595</w:t>
        <w:br/>
        <w:t>v 0.065411 1.490335 0.076291</w:t>
        <w:br/>
        <w:t>v 0.064289 1.481861 0.077429</w:t>
        <w:br/>
        <w:t>v 0.065988 1.498250 0.064035</w:t>
        <w:br/>
        <w:t>v 0.076108 1.498873 0.055255</w:t>
        <w:br/>
        <w:t>v 0.066080 1.498038 0.075162</w:t>
        <w:br/>
        <w:t>v 0.072370 1.481352 0.075038</w:t>
        <w:br/>
        <w:t>v 0.064289 1.481861 0.077429</w:t>
        <w:br/>
        <w:t>v 0.065411 1.490335 0.076291</w:t>
        <w:br/>
        <w:t>v 0.074092 1.490055 0.073889</w:t>
        <w:br/>
        <w:t>v 0.062863 1.473388 0.078458</w:t>
        <w:br/>
        <w:t>v 0.070455 1.472649 0.076305</w:t>
        <w:br/>
        <w:t>v 0.068008 1.464524 0.077830</w:t>
        <w:br/>
        <w:t>v 0.060954 1.465743 0.079900</w:t>
        <w:br/>
        <w:t>v 0.083851 1.497788 0.068166</w:t>
        <w:br/>
        <w:t>v 0.082642 1.489816 0.069033</w:t>
        <w:br/>
        <w:t>v 0.075360 1.497775 0.073146</w:t>
        <w:br/>
        <w:t>v 0.090540 1.498156 0.052399</w:t>
        <w:br/>
        <w:t>v 0.086571 1.498347 0.044023</w:t>
        <w:br/>
        <w:t>v 0.085846 1.489327 0.045449</w:t>
        <w:br/>
        <w:t>v 0.089664 1.489261 0.052965</w:t>
        <w:br/>
        <w:t>v 0.085281 1.480565 0.047164</w:t>
        <w:br/>
        <w:t>v 0.088711 1.480520 0.053791</w:t>
        <w:br/>
        <w:t>v 0.084262 1.471804 0.049270</w:t>
        <w:br/>
        <w:t>v 0.083071 1.464899 0.051080</w:t>
        <w:br/>
        <w:t>v 0.085905 1.464893 0.056051</w:t>
        <w:br/>
        <w:t>v 0.087304 1.471777 0.055008</w:t>
        <w:br/>
        <w:t>v 0.048857 1.423668 0.089139</w:t>
        <w:br/>
        <w:t>v 0.044021 1.420480 0.092442</w:t>
        <w:br/>
        <w:t>v 0.042706 1.422048 0.093696</w:t>
        <w:br/>
        <w:t>v 0.046642 1.426025 0.091184</w:t>
        <w:br/>
        <w:t>v 0.064880 1.440505 0.079398</w:t>
        <w:br/>
        <w:t>v 0.062323 1.437011 0.080916</w:t>
        <w:br/>
        <w:t>v 0.056925 1.440081 0.084795</w:t>
        <w:br/>
        <w:t>v 0.058698 1.443548 0.083601</w:t>
        <w:br/>
        <w:t>v 0.062037 1.449888 0.081496</w:t>
        <w:br/>
        <w:t>v 0.056551 1.451512 0.083218</w:t>
        <w:br/>
        <w:t>v 0.058882 1.458099 0.081473</w:t>
        <w:br/>
        <w:t>v 0.065008 1.456400 0.079661</w:t>
        <w:br/>
        <w:t>v 0.066080 1.498038 0.075162</w:t>
        <w:br/>
        <w:t>v 0.072354 1.454028 0.074868</w:t>
        <w:br/>
        <w:t>v 0.072272 1.452109 0.067776</w:t>
        <w:br/>
        <w:t>v 0.068301 1.445651 0.070598</w:t>
        <w:br/>
        <w:t>v 0.068851 1.447182 0.077103</w:t>
        <w:br/>
        <w:t>v 0.086674 1.489122 0.060576</w:t>
        <w:br/>
        <w:t>v 0.088038 1.497765 0.060039</w:t>
        <w:br/>
        <w:t>v 0.084817 1.480950 0.061147</w:t>
        <w:br/>
        <w:t>v 0.044254 1.427314 0.091518</w:t>
        <w:br/>
        <w:t>v 0.040936 1.422892 0.093903</w:t>
        <w:br/>
        <w:t>v 0.087304 1.471777 0.055008</w:t>
        <w:br/>
        <w:t>v 0.085905 1.464893 0.056051</w:t>
        <w:br/>
        <w:t>v 0.081177 1.466047 0.063014</w:t>
        <w:br/>
        <w:t>v 0.082283 1.472778 0.062397</w:t>
        <w:br/>
        <w:t>v 0.077491 1.462443 0.064823</w:t>
        <w:br/>
        <w:t>v 0.075806 1.462879 0.072838</w:t>
        <w:br/>
        <w:t>v 0.078672 1.471730 0.071184</w:t>
        <w:br/>
        <w:t>v 0.080883 1.480773 0.069913</w:t>
        <w:br/>
        <w:t>v 0.071177 1.435114 0.064104</w:t>
        <w:br/>
        <w:t>v 0.072554 1.435198 0.065887</w:t>
        <w:br/>
        <w:t>v 0.076188 1.440684 0.063417</w:t>
        <w:br/>
        <w:t>v 0.074514 1.440580 0.060826</w:t>
        <w:br/>
        <w:t>v 0.076188 1.440684 0.063417</w:t>
        <w:br/>
        <w:t>v 0.073445 1.441522 0.066438</w:t>
        <w:br/>
        <w:t>v 0.075793 1.447127 0.065358</w:t>
        <w:br/>
        <w:t>v 0.079071 1.446168 0.061355</w:t>
        <w:br/>
        <w:t>v 0.040936 1.422892 0.093903</w:t>
        <w:br/>
        <w:t>v 0.044254 1.427314 0.091518</w:t>
        <w:br/>
        <w:t>v 0.052276 1.439005 0.081540</w:t>
        <w:br/>
        <w:t>v 0.060766 1.435882 0.076045</w:t>
        <w:br/>
        <w:t>v 0.063372 1.439292 0.074065</w:t>
        <w:br/>
        <w:t>v 0.053836 1.442406 0.080088</w:t>
        <w:br/>
        <w:t>v 0.073937 1.462404 0.064863</w:t>
        <w:br/>
        <w:t>v 0.048857 1.423668 0.089139</w:t>
        <w:br/>
        <w:t>v 0.047816 1.422951 0.086589</w:t>
        <w:br/>
        <w:t>v 0.043174 1.419998 0.090593</w:t>
        <w:br/>
        <w:t>v 0.044021 1.420480 0.092442</w:t>
        <w:br/>
        <w:t>v 0.067471 1.429921 0.067792</w:t>
        <w:br/>
        <w:t>v 0.068210 1.429964 0.068784</w:t>
        <w:br/>
        <w:t>v 0.067102 1.430296 0.069737</w:t>
        <w:br/>
        <w:t>v 0.068210 1.429964 0.068784</w:t>
        <w:br/>
        <w:t>v 0.062409 1.424729 0.072637</w:t>
        <w:br/>
        <w:t>v 0.077491 1.462443 0.064823</w:t>
        <w:br/>
        <w:t>v 0.038252 1.416952 0.095113</w:t>
        <w:br/>
        <w:t>v 0.037033 1.417684 0.096084</w:t>
        <w:br/>
        <w:t>v 0.038677 1.417193 0.096038</w:t>
        <w:br/>
        <w:t>v 0.038037 1.417976 0.096692</w:t>
        <w:br/>
        <w:t>v 0.037137 1.418398 0.096771</w:t>
        <w:br/>
        <w:t>v 0.037137 1.418398 0.096771</w:t>
        <w:br/>
        <w:t>v 0.038252 1.416952 0.095113</w:t>
        <w:br/>
        <w:t>v 0.038677 1.417193 0.096038</w:t>
        <w:br/>
        <w:t>v 0.056551 1.451512 0.083218</w:t>
        <w:br/>
        <w:t>v 0.057486 1.448782 0.076614</w:t>
        <w:br/>
        <w:t>v 0.060745 1.455328 0.073236</w:t>
        <w:br/>
        <w:t>v 0.058882 1.458099 0.081473</w:t>
        <w:br/>
        <w:t>v 0.072538 1.453476 0.062312</w:t>
        <w:br/>
        <w:t>v 0.077817 1.453232 0.064463</w:t>
        <w:br/>
        <w:t>v 0.081408 1.457994 0.053280</w:t>
        <w:br/>
        <w:t>v 0.073216 1.459502 0.061253</w:t>
        <w:br/>
        <w:t>v 0.072538 1.453476 0.062312</w:t>
        <w:br/>
        <w:t>v 0.079478 1.452021 0.055498</w:t>
        <w:br/>
        <w:t>v 0.052647 1.441674 0.086079</w:t>
        <w:br/>
        <w:t>v 0.054043 1.445094 0.085081</w:t>
        <w:br/>
        <w:t>v 0.060766 1.435882 0.076045</w:t>
        <w:br/>
        <w:t>v 0.062323 1.437011 0.080916</w:t>
        <w:br/>
        <w:t>v 0.064880 1.440505 0.079398</w:t>
        <w:br/>
        <w:t>v 0.063372 1.439292 0.074065</w:t>
        <w:br/>
        <w:t>v 0.077141 1.446066 0.058046</w:t>
        <w:br/>
        <w:t>v 0.079071 1.446168 0.061355</w:t>
        <w:br/>
        <w:t>v 0.081653 1.452089 0.059420</w:t>
        <w:br/>
        <w:t>v 0.079478 1.452021 0.055498</w:t>
        <w:br/>
        <w:t>v 0.081653 1.452089 0.059420</w:t>
        <w:br/>
        <w:t>v 0.077817 1.453232 0.064463</w:t>
        <w:br/>
        <w:t>v 0.068301 1.445651 0.070598</w:t>
        <w:br/>
        <w:t>v 0.072272 1.452109 0.067776</w:t>
        <w:br/>
        <w:t>v 0.076394 1.505496 0.072504</w:t>
        <w:br/>
        <w:t>v 0.076364 1.524173 0.073378</w:t>
        <w:br/>
        <w:t>v 0.064730 1.523502 0.074843</w:t>
        <w:br/>
        <w:t>v 0.066300 1.505741 0.074500</w:t>
        <w:br/>
        <w:t>v 0.071452 1.546550 0.051865</w:t>
        <w:br/>
        <w:t>v 0.062540 1.544489 0.065502</w:t>
        <w:br/>
        <w:t>v 0.061269 1.544143 0.074890</w:t>
        <w:br/>
        <w:t>v 0.074322 1.544388 0.075504</w:t>
        <w:br/>
        <w:t>v 0.061269 1.544143 0.074890</w:t>
        <w:br/>
        <w:t>v 0.077070 1.569490 0.048178</w:t>
        <w:br/>
        <w:t>v 0.068630 1.568118 0.053925</w:t>
        <w:br/>
        <w:t>v 0.077070 1.569490 0.048178</w:t>
        <w:br/>
        <w:t>v 0.078545 1.566433 0.059837</w:t>
        <w:br/>
        <w:t>v 0.074764 1.564759 0.068692</w:t>
        <w:br/>
        <w:t>v 0.059794 1.565278 0.068711</w:t>
        <w:br/>
        <w:t>v 0.068630 1.568118 0.053925</w:t>
        <w:br/>
        <w:t>v 0.057586 1.564314 0.078563</w:t>
        <w:br/>
        <w:t>v 0.070447 1.562718 0.080675</w:t>
        <w:br/>
        <w:t>v 0.070447 1.562718 0.080675</w:t>
        <w:br/>
        <w:t>v 0.057586 1.564314 0.078563</w:t>
        <w:br/>
        <w:t>v 0.070523 1.553759 0.069844</w:t>
        <w:br/>
        <w:t>v 0.068920 1.562972 0.069959</w:t>
        <w:br/>
        <w:t>v 0.060854 1.560687 0.082046</w:t>
        <w:br/>
        <w:t>v 0.062637 1.552638 0.079898</w:t>
        <w:br/>
        <w:t>v 0.057504 1.577900 0.086817</w:t>
        <w:br/>
        <w:t>v 0.059179 1.569293 0.084432</w:t>
        <w:br/>
        <w:t>v 0.064314 1.515308 0.091390</w:t>
        <w:br/>
        <w:t>v 0.064029 1.523137 0.098174</w:t>
        <w:br/>
        <w:t>v 0.064869 1.524349 0.094384</w:t>
        <w:br/>
        <w:t>v 0.061181 1.555182 0.115326</w:t>
        <w:br/>
        <w:t>v 0.057210 1.553944 0.123497</w:t>
        <w:br/>
        <w:t>v 0.054524 1.562001 0.125563</w:t>
        <w:br/>
        <w:t>v 0.058835 1.563314 0.117088</w:t>
        <w:br/>
        <w:t>v 0.058907 1.547242 0.120754</w:t>
        <w:br/>
        <w:t>v 0.062373 1.548269 0.113130</w:t>
        <w:br/>
        <w:t>v 0.042723 1.567811 0.130200</w:t>
        <w:br/>
        <w:t>v 0.051828 1.569849 0.126652</w:t>
        <w:br/>
        <w:t>v 0.045290 1.560064 0.129063</w:t>
        <w:br/>
        <w:t>v 0.051032 1.545872 0.124862</w:t>
        <w:br/>
        <w:t>v 0.048375 1.552316 0.127542</w:t>
        <w:br/>
        <w:t>v 0.057912 1.529804 0.111627</w:t>
        <w:br/>
        <w:t>v 0.053361 1.529139 0.108671</w:t>
        <w:br/>
        <w:t>v 0.050076 1.534072 0.112903</w:t>
        <w:br/>
        <w:t>v 0.055915 1.534617 0.116692</w:t>
        <w:br/>
        <w:t>v 0.046987 1.539007 0.116507</w:t>
        <w:br/>
        <w:t>v 0.043379 1.545196 0.119740</w:t>
        <w:br/>
        <w:t>v 0.051032 1.545872 0.124862</w:t>
        <w:br/>
        <w:t>v 0.053744 1.539428 0.120876</w:t>
        <w:br/>
        <w:t>v 0.045290 1.560064 0.129063</w:t>
        <w:br/>
        <w:t>v 0.048375 1.552316 0.127542</w:t>
        <w:br/>
        <w:t>v 0.039827 1.551385 0.121666</w:t>
        <w:br/>
        <w:t>v 0.035903 1.559485 0.121946</w:t>
        <w:br/>
        <w:t>v 0.047706 1.554589 0.110901</w:t>
        <w:br/>
        <w:t>v 0.044599 1.561948 0.111648</w:t>
        <w:br/>
        <w:t>v 0.035903 1.559485 0.121946</w:t>
        <w:br/>
        <w:t>v 0.039827 1.551385 0.121666</w:t>
        <w:br/>
        <w:t>v 0.050821 1.547264 0.109366</w:t>
        <w:br/>
        <w:t>v 0.043379 1.545196 0.119740</w:t>
        <w:br/>
        <w:t>v 0.053361 1.529139 0.108671</w:t>
        <w:br/>
        <w:t>v 0.058423 1.530318 0.100847</w:t>
        <w:br/>
        <w:t>v 0.056240 1.535127 0.104089</w:t>
        <w:br/>
        <w:t>v 0.050076 1.534072 0.112903</w:t>
        <w:br/>
        <w:t>v 0.061780 1.556332 0.104777</w:t>
        <w:br/>
        <w:t>v 0.059037 1.564973 0.106147</w:t>
        <w:br/>
        <w:t>v 0.063054 1.541614 0.100213</w:t>
        <w:br/>
        <w:t>v 0.062389 1.548973 0.103149</w:t>
        <w:br/>
        <w:t>v 0.053992 1.539936 0.106524</w:t>
        <w:br/>
        <w:t>v 0.062135 1.523236 0.097358</w:t>
        <w:br/>
        <w:t>v 0.058611 1.521544 0.101027</w:t>
        <w:br/>
        <w:t>v 0.064314 1.515308 0.091390</w:t>
        <w:br/>
        <w:t>v 0.061167 1.522173 0.101564</w:t>
        <w:br/>
        <w:t>v 0.055915 1.534617 0.116692</w:t>
        <w:br/>
        <w:t>v 0.053744 1.539428 0.120876</w:t>
        <w:br/>
        <w:t>v 0.060390 1.540540 0.116518</w:t>
        <w:br/>
        <w:t>v 0.061645 1.535581 0.112002</w:t>
        <w:br/>
        <w:t>v 0.064611 1.531136 0.103098</w:t>
        <w:br/>
        <w:t>v 0.062835 1.530622 0.106679</w:t>
        <w:br/>
        <w:t>v 0.064147 1.536244 0.106767</w:t>
        <w:br/>
        <w:t>v 0.059507 1.525941 0.106758</w:t>
        <w:br/>
        <w:t>v 0.057912 1.529804 0.111627</w:t>
        <w:br/>
        <w:t>v 0.063494 1.526829 0.102654</w:t>
        <w:br/>
        <w:t>v 0.055958 1.525292 0.105015</w:t>
        <w:br/>
        <w:t>v 0.060189 1.526727 0.099227</w:t>
        <w:br/>
        <w:t>v 0.063449 1.536683 0.098869</w:t>
        <w:br/>
        <w:t>v 0.062389 1.548973 0.103149</w:t>
        <w:br/>
        <w:t>v 0.063054 1.541614 0.100213</w:t>
        <w:br/>
        <w:t>v 0.063387 1.541355 0.109820</w:t>
        <w:br/>
        <w:t>v 0.063780 1.531753 0.096716</w:t>
        <w:br/>
        <w:t>v 0.063449 1.536683 0.098869</w:t>
        <w:br/>
        <w:t>v -0.052768 1.570323 0.126080</w:t>
        <w:br/>
        <w:t>v -0.055031 1.562202 0.125401</w:t>
        <w:br/>
        <w:t>v -0.059212 1.563956 0.116451</w:t>
        <w:br/>
        <w:t>v -0.057397 1.571732 0.117937</w:t>
        <w:br/>
        <w:t>v -0.058583 1.546458 0.121738</w:t>
        <w:br/>
        <w:t>v -0.062588 1.548007 0.112198</w:t>
        <w:br/>
        <w:t>v -0.061124 1.556179 0.114789</w:t>
        <w:br/>
        <w:t>v -0.056900 1.554079 0.123842</w:t>
        <w:br/>
        <w:t>v -0.049429 1.552224 0.127980</w:t>
        <w:br/>
        <w:t>v -0.051620 1.544954 0.125530</w:t>
        <w:br/>
        <w:t>v -0.055585 1.532451 0.118180</w:t>
        <w:br/>
        <w:t>v -0.057640 1.527601 0.112991</w:t>
        <w:br/>
        <w:t>v -0.063252 1.528736 0.109937</w:t>
        <w:br/>
        <w:t>v -0.062022 1.533661 0.114376</w:t>
        <w:br/>
        <w:t>v -0.050264 1.531534 0.116045</w:t>
        <w:br/>
        <w:t>v -0.055585 1.532451 0.118180</w:t>
        <w:br/>
        <w:t>v -0.053694 1.537563 0.122111</w:t>
        <w:br/>
        <w:t>v -0.047303 1.536595 0.118536</w:t>
        <w:br/>
        <w:t>v -0.043227 1.543758 0.121093</w:t>
        <w:br/>
        <w:t>v -0.051620 1.544954 0.125530</w:t>
        <w:br/>
        <w:t>v -0.048182 1.553324 0.110059</w:t>
        <w:br/>
        <w:t>v -0.040045 1.550919 0.123261</w:t>
        <w:br/>
        <w:t>v -0.037099 1.558898 0.123100</w:t>
        <w:br/>
        <w:t>v -0.044379 1.561667 0.111101</w:t>
        <w:br/>
        <w:t>v -0.047303 1.536595 0.118536</w:t>
        <w:br/>
        <w:t>v -0.043227 1.543758 0.121093</w:t>
        <w:br/>
        <w:t>v -0.051266 1.545956 0.108916</w:t>
        <w:br/>
        <w:t>v -0.055122 1.538588 0.107478</w:t>
        <w:br/>
        <w:t>v -0.057284 1.533717 0.105944</w:t>
        <w:br/>
        <w:t>v -0.050264 1.531534 0.116045</w:t>
        <w:br/>
        <w:t>v -0.041069 1.570010 0.111474</w:t>
        <w:br/>
        <w:t>v -0.051474 1.573449 0.103933</w:t>
        <w:br/>
        <w:t>v -0.053664 1.565310 0.103611</w:t>
        <w:br/>
        <w:t>v -0.056349 1.557172 0.102619</w:t>
        <w:br/>
        <w:t>v -0.058837 1.548916 0.100977</w:t>
        <w:br/>
        <w:t>v -0.062412 1.535855 0.098752</w:t>
        <w:br/>
        <w:t>v -0.061252 1.540659 0.099413</w:t>
        <w:br/>
        <w:t>v -0.047174 1.560077 0.129360</w:t>
        <w:br/>
        <w:t>v -0.062875 1.520836 0.096729</w:t>
        <w:br/>
        <w:t>v -0.066287 1.521933 0.092633</w:t>
        <w:br/>
        <w:t>v -0.069244 1.513196 0.087329</w:t>
        <w:br/>
        <w:t>v -0.064949 1.520940 0.098291</w:t>
        <w:br/>
        <w:t>v -0.062412 1.519900 0.101558</w:t>
        <w:br/>
        <w:t>v -0.069244 1.513196 0.087329</w:t>
        <w:br/>
        <w:t>v -0.066287 1.521933 0.092633</w:t>
        <w:br/>
        <w:t>v -0.064324 1.539832 0.109324</w:t>
        <w:br/>
        <w:t>v -0.064942 1.534723 0.107245</w:t>
        <w:br/>
        <w:t>v -0.062412 1.535855 0.098752</w:t>
        <w:br/>
        <w:t>v -0.061252 1.540659 0.099413</w:t>
        <w:br/>
        <w:t>v -0.059843 1.523514 0.107453</w:t>
        <w:br/>
        <w:t>v -0.063814 1.524600 0.104443</w:t>
        <w:br/>
        <w:t>v -0.060548 1.538837 0.118150</w:t>
        <w:br/>
        <w:t>v -0.065082 1.529996 0.104256</w:t>
        <w:br/>
        <w:t>v -0.064802 1.526446 0.094773</w:t>
        <w:br/>
        <w:t>v -0.063887 1.531434 0.096739</w:t>
        <w:br/>
        <w:t>v -0.061033 1.524796 0.099980</w:t>
        <w:br/>
        <w:t>v -0.059763 1.529228 0.103057</w:t>
        <w:br/>
        <w:t>v -0.063887 1.531434 0.096739</w:t>
        <w:br/>
        <w:t>v -0.064802 1.526446 0.094773</w:t>
        <w:br/>
        <w:t>v 0.064314 1.515308 0.091390</w:t>
        <w:br/>
        <w:t>v 0.058611 1.521544 0.101027</w:t>
        <w:br/>
        <w:t>v 0.061167 1.522173 0.101564</w:t>
        <w:br/>
        <w:t>v 0.059507 1.525941 0.106758</w:t>
        <w:br/>
        <w:t>v 0.055958 1.525292 0.105015</w:t>
        <w:br/>
        <w:t>v -0.034649 1.566878 0.122268</w:t>
        <w:br/>
        <w:t>v -0.037099 1.558898 0.123100</w:t>
        <w:br/>
        <w:t>v -0.047174 1.560077 0.129360</w:t>
        <w:br/>
        <w:t>v -0.045428 1.567932 0.129954</w:t>
        <w:br/>
        <w:t>v 0.064235 1.528002 0.095674</w:t>
        <w:br/>
        <w:t>v 0.064869 1.524349 0.094384</w:t>
        <w:br/>
        <w:t>v 0.056777 1.571445 0.118166</w:t>
        <w:br/>
        <w:t>v 0.056811 1.573614 0.107134</w:t>
        <w:br/>
        <w:t>v 0.059037 1.564973 0.106147</w:t>
        <w:br/>
        <w:t>v -0.053569 1.526855 0.112130</w:t>
        <w:br/>
        <w:t>v -0.057009 1.523261 0.106932</w:t>
        <w:br/>
        <w:t>v -0.060421 1.520141 0.101227</w:t>
        <w:br/>
        <w:t>v -0.060421 1.520141 0.101227</w:t>
        <w:br/>
        <w:t>v -0.062412 1.519900 0.101558</w:t>
        <w:br/>
        <w:t>v -0.059843 1.523514 0.107453</w:t>
        <w:br/>
        <w:t>v -0.057009 1.523261 0.106932</w:t>
        <w:br/>
        <w:t>v -0.069244 1.513196 0.087329</w:t>
        <w:br/>
        <w:t>v -0.051474 1.573449 0.103933</w:t>
        <w:br/>
        <w:t>v -0.053664 1.565310 0.103611</w:t>
        <w:br/>
        <w:t>v -0.058837 1.548916 0.100977</w:t>
        <w:br/>
        <w:t>v 0.087183 1.575533 0.068746</w:t>
        <w:br/>
        <w:t>v 0.085583 1.573598 0.078374</w:t>
        <w:br/>
        <w:t>v 0.081267 1.582308 0.081671</w:t>
        <w:br/>
        <w:t>v 0.082747 1.583663 0.072620</w:t>
        <w:br/>
        <w:t>v 0.015305 1.640254 0.087323</w:t>
        <w:br/>
        <w:t>v 0.000231 1.637032 0.084593</w:t>
        <w:br/>
        <w:t>v 0.000271 1.640557 0.075380</w:t>
        <w:br/>
        <w:t>v 0.015575 1.642830 0.078098</w:t>
        <w:br/>
        <w:t>v 0.035380 1.637465 0.074345</w:t>
        <w:br/>
        <w:t>v 0.033932 1.634574 0.084007</w:t>
        <w:br/>
        <w:t>v 0.051845 1.628364 0.068558</w:t>
        <w:br/>
        <w:t>v 0.049559 1.625717 0.079926</w:t>
        <w:br/>
        <w:t>v 0.066588 1.615642 0.061724</w:t>
        <w:br/>
        <w:t>v 0.064568 1.613800 0.073958</w:t>
        <w:br/>
        <w:t>v 0.056777 1.571445 0.118166</w:t>
        <w:br/>
        <w:t>v 0.051416 1.584058 0.119529</w:t>
        <w:br/>
        <w:t>v 0.055569 1.585450 0.115730</w:t>
        <w:br/>
        <w:t>v 0.061455 1.572791 0.114546</w:t>
        <w:br/>
        <w:t>v 0.015005 1.631328 0.102968</w:t>
        <w:br/>
        <w:t>v -0.000003 1.627549 0.101528</w:t>
        <w:br/>
        <w:t>v 0.000141 1.633471 0.093702</w:t>
        <w:br/>
        <w:t>v 0.015097 1.636087 0.096316</w:t>
        <w:br/>
        <w:t>v 0.032320 1.630877 0.092969</w:t>
        <w:br/>
        <w:t>v 0.030776 1.625962 0.103603</w:t>
        <w:br/>
        <w:t>v 0.025620 1.620164 0.109154</w:t>
        <w:br/>
        <w:t>v 0.033803 1.612678 0.116191</w:t>
        <w:br/>
        <w:t>v 0.025244 1.620240 0.112588</w:t>
        <w:br/>
        <w:t>v 0.035512 1.612627 0.113080</w:t>
        <w:br/>
        <w:t>v 0.045448 1.602272 0.115594</w:t>
        <w:br/>
        <w:t>v 0.042152 1.600501 0.118884</w:t>
        <w:br/>
        <w:t>v 0.072745 1.596404 0.086459</w:t>
        <w:br/>
        <w:t>v 0.074529 1.598098 0.078606</w:t>
        <w:br/>
        <w:t>v 0.047901 1.623709 0.088774</w:t>
        <w:br/>
        <w:t>v 0.061891 1.612638 0.084289</w:t>
        <w:br/>
        <w:t>v 0.060098 1.611627 0.090188</w:t>
        <w:br/>
        <w:t>v 0.046890 1.622528 0.092644</w:t>
        <w:br/>
        <w:t>v 0.061530 1.555372 0.113716</w:t>
        <w:br/>
        <w:t>v 0.059269 1.563408 0.116091</w:t>
        <w:br/>
        <w:t>v 0.064266 1.564999 0.112967</w:t>
        <w:br/>
        <w:t>v 0.066723 1.557085 0.110899</w:t>
        <w:br/>
        <w:t>v 0.075768 1.568501 0.097944</w:t>
        <w:br/>
        <w:t>v 0.074939 1.568246 0.099891</w:t>
        <w:br/>
        <w:t>v 0.072017 1.576069 0.101236</w:t>
        <w:br/>
        <w:t>v 0.055428 1.608719 0.103198</w:t>
        <w:br/>
        <w:t>v 0.067733 1.592693 0.100617</w:t>
        <w:br/>
        <w:t>v 0.063630 1.589420 0.104480</w:t>
        <w:br/>
        <w:t>v 0.050834 1.605762 0.106733</w:t>
        <w:br/>
        <w:t>v 0.043714 1.619443 0.104092</w:t>
        <w:br/>
        <w:t>v -0.000041 1.625231 0.103394</w:t>
        <w:br/>
        <w:t>v 0.014693 1.625825 0.104649</w:t>
        <w:br/>
        <w:t>v 0.027840 1.621000 0.105721</w:t>
        <w:br/>
        <w:t>v 0.000271 1.640557 0.075380</w:t>
        <w:br/>
        <w:t>v 0.000274 1.628910 0.064148</w:t>
        <w:br/>
        <w:t>v 0.015894 1.630958 0.064395</w:t>
        <w:br/>
        <w:t>v 0.015575 1.642830 0.078098</w:t>
        <w:br/>
        <w:t>v 0.031707 1.628104 0.062385</w:t>
        <w:br/>
        <w:t>v 0.035380 1.637465 0.074345</w:t>
        <w:br/>
        <w:t>v 0.045133 1.620239 0.057845</w:t>
        <w:br/>
        <w:t>v 0.051845 1.628364 0.068558</w:t>
        <w:br/>
        <w:t>v 0.058657 1.609803 0.052052</w:t>
        <w:br/>
        <w:t>v 0.066588 1.615642 0.061724</w:t>
        <w:br/>
        <w:t>v -0.000041 1.625231 0.103394</w:t>
        <w:br/>
        <w:t>v 0.007135 1.625598 0.107440</w:t>
        <w:br/>
        <w:t>v -0.000085 1.624030 0.106346</w:t>
        <w:br/>
        <w:t>v 0.014356 1.625455 0.108535</w:t>
        <w:br/>
        <w:t>v 0.014693 1.625825 0.104649</w:t>
        <w:br/>
        <w:t>v 0.038628 1.599015 0.125253</w:t>
        <w:br/>
        <w:t>v 0.042152 1.600501 0.118884</w:t>
        <w:br/>
        <w:t>v 0.051416 1.584058 0.119529</w:t>
        <w:br/>
        <w:t>v 0.046147 1.583179 0.127215</w:t>
        <w:br/>
        <w:t>v 0.006547 1.624648 0.113519</w:t>
        <w:br/>
        <w:t>v 0.012200 1.619623 0.116074</w:t>
        <w:br/>
        <w:t>v -0.000157 1.623029 0.112282</w:t>
        <w:br/>
        <w:t>v 0.038382 1.581515 0.128893</w:t>
        <w:br/>
        <w:t>v 0.032341 1.596086 0.126128</w:t>
        <w:br/>
        <w:t>v 0.006312 1.617952 0.122041</w:t>
        <w:br/>
        <w:t>v -0.000332 1.618111 0.122866</w:t>
        <w:br/>
        <w:t>v 0.033803 1.612678 0.116191</w:t>
        <w:br/>
        <w:t>v 0.030578 1.610765 0.121945</w:t>
        <w:br/>
        <w:t>v 0.021619 1.620326 0.117873</w:t>
        <w:br/>
        <w:t>v 0.025244 1.620240 0.112588</w:t>
        <w:br/>
        <w:t>v 0.017380 1.616864 0.118144</w:t>
        <w:br/>
        <w:t>v 0.013249 1.624556 0.114758</w:t>
        <w:br/>
        <w:t>v 0.011902 1.617872 0.120810</w:t>
        <w:br/>
        <w:t>v 0.077886 1.601637 0.055596</w:t>
        <w:br/>
        <w:t>v 0.084991 1.588856 0.048301</w:t>
        <w:br/>
        <w:t>v 0.084742 1.586496 0.060598</w:t>
        <w:br/>
        <w:t>v 0.076580 1.599920 0.067608</w:t>
        <w:br/>
        <w:t>v 0.073712 1.587349 0.041163</w:t>
        <w:br/>
        <w:t>v 0.069308 1.599488 0.045751</w:t>
        <w:br/>
        <w:t>v 0.089268 1.564979 0.074863</w:t>
        <w:br/>
        <w:t>v 0.085371 1.562776 0.089104</w:t>
        <w:br/>
        <w:t>v 0.081491 1.570734 0.092893</w:t>
        <w:br/>
        <w:t>v 0.089168 1.581139 0.044383</w:t>
        <w:br/>
        <w:t>v 0.089251 1.578531 0.056219</w:t>
        <w:br/>
        <w:t>v 0.079518 1.560933 0.094652</w:t>
        <w:br/>
        <w:t>v 0.075768 1.568501 0.097944</w:t>
        <w:br/>
        <w:t>v 0.077118 1.578692 0.096283</w:t>
        <w:br/>
        <w:t>v 0.072017 1.576069 0.101236</w:t>
        <w:br/>
        <w:t>v 0.039713 1.615408 0.106706</w:t>
        <w:br/>
        <w:t>v 0.050834 1.605762 0.106733</w:t>
        <w:br/>
        <w:t>v 0.063630 1.589420 0.104480</w:t>
        <w:br/>
        <w:t>v 0.039713 1.615408 0.106706</w:t>
        <w:br/>
        <w:t>v -0.063041 1.573337 0.115600</w:t>
        <w:br/>
        <w:t>v -0.056094 1.586498 0.115800</w:t>
        <w:br/>
        <w:t>v -0.051938 1.585006 0.119928</w:t>
        <w:br/>
        <w:t>v -0.057397 1.571732 0.117937</w:t>
        <w:br/>
        <w:t>v -0.028614 1.621978 0.107487</w:t>
        <w:br/>
        <w:t>v -0.024803 1.619476 0.114408</w:t>
        <w:br/>
        <w:t>v -0.035624 1.611172 0.115611</w:t>
        <w:br/>
        <w:t>v -0.040357 1.614882 0.107868</w:t>
        <w:br/>
        <w:t>v -0.032731 1.609276 0.119347</w:t>
        <w:br/>
        <w:t>v -0.042641 1.599616 0.120283</w:t>
        <w:br/>
        <w:t>v -0.045976 1.601802 0.116637</w:t>
        <w:br/>
        <w:t>v -0.000085 1.624030 0.106346</w:t>
        <w:br/>
        <w:t>v -0.012416 1.622697 0.112757</w:t>
        <w:br/>
        <w:t>v -0.012769 1.624756 0.105083</w:t>
        <w:br/>
        <w:t>v -0.012416 1.622697 0.112757</w:t>
        <w:br/>
        <w:t>v -0.047162 1.584197 0.125937</w:t>
        <w:br/>
        <w:t>v -0.051938 1.585006 0.119928</w:t>
        <w:br/>
        <w:t>v -0.042641 1.599616 0.120283</w:t>
        <w:br/>
        <w:t>v -0.039594 1.597633 0.123930</w:t>
        <w:br/>
        <w:t>v -0.011996 1.618187 0.120980</w:t>
        <w:br/>
        <w:t>v -0.040888 1.582864 0.128952</w:t>
        <w:br/>
        <w:t>v -0.045428 1.567932 0.129954</w:t>
        <w:br/>
        <w:t>v -0.034871 1.596021 0.125401</w:t>
        <w:br/>
        <w:t>v -0.028927 1.607967 0.122119</w:t>
        <w:br/>
        <w:t>v -0.005464 1.618364 0.122599</w:t>
        <w:br/>
        <w:t>v -0.017088 1.618171 0.119708</w:t>
        <w:br/>
        <w:t>v -0.021007 1.618472 0.118114</w:t>
        <w:br/>
        <w:t>v -0.032731 1.609276 0.119347</w:t>
        <w:br/>
        <w:t>v -0.021007 1.618472 0.118114</w:t>
        <w:br/>
        <w:t>v -0.051600 1.605696 0.107178</w:t>
        <w:br/>
        <w:t>v -0.063834 1.590740 0.105145</w:t>
        <w:br/>
        <w:t>v -0.071448 1.576729 0.101907</w:t>
        <w:br/>
        <w:t>v -0.088644 1.578991 0.057374</w:t>
        <w:br/>
        <w:t>v -0.084971 1.586645 0.061407</w:t>
        <w:br/>
        <w:t>v -0.082915 1.584429 0.072415</w:t>
        <w:br/>
        <w:t>v -0.086550 1.576255 0.068786</w:t>
        <w:br/>
        <w:t>v -0.014549 1.639831 0.087286</w:t>
        <w:br/>
        <w:t>v -0.015149 1.642361 0.077985</w:t>
        <w:br/>
        <w:t>v -0.033945 1.634368 0.084511</w:t>
        <w:br/>
        <w:t>v -0.035140 1.637141 0.074540</w:t>
        <w:br/>
        <w:t>v -0.049774 1.625737 0.080630</w:t>
        <w:br/>
        <w:t>v -0.051637 1.628113 0.068884</w:t>
        <w:br/>
        <w:t>v -0.064335 1.614084 0.075353</w:t>
        <w:br/>
        <w:t>v -0.066204 1.615301 0.061800</w:t>
        <w:br/>
        <w:t>v -0.013585 1.631421 0.104233</w:t>
        <w:br/>
        <w:t>v -0.013826 1.635957 0.096424</w:t>
        <w:br/>
        <w:t>v -0.031786 1.629307 0.095630</w:t>
        <w:br/>
        <w:t>v -0.030431 1.625206 0.105371</w:t>
        <w:br/>
        <w:t>v -0.075070 1.598427 0.079472</w:t>
        <w:br/>
        <w:t>v -0.076764 1.599998 0.068621</w:t>
        <w:br/>
        <w:t>v -0.045336 1.621087 0.095526</w:t>
        <w:br/>
        <w:t>v -0.046721 1.622541 0.090813</w:t>
        <w:br/>
        <w:t>v -0.061188 1.612471 0.086110</w:t>
        <w:br/>
        <w:t>v -0.051600 1.605696 0.107178</w:t>
        <w:br/>
        <w:t>v -0.063834 1.590740 0.105145</w:t>
        <w:br/>
        <w:t>v -0.067797 1.593449 0.100962</w:t>
        <w:br/>
        <w:t>v -0.054490 1.608138 0.103825</w:t>
        <w:br/>
        <w:t>v -0.042609 1.617062 0.105134</w:t>
        <w:br/>
        <w:t>v -0.012769 1.624756 0.105083</w:t>
        <w:br/>
        <w:t>v -0.028614 1.621978 0.107487</w:t>
        <w:br/>
        <w:t>v -0.015149 1.642361 0.077985</w:t>
        <w:br/>
        <w:t>v -0.015344 1.630553 0.064193</w:t>
        <w:br/>
        <w:t>v -0.031210 1.627647 0.062221</w:t>
        <w:br/>
        <w:t>v -0.044627 1.619784 0.057688</w:t>
        <w:br/>
        <w:t>v -0.058082 1.609345 0.051883</w:t>
        <w:br/>
        <w:t>v -0.085349 1.588776 0.049145</w:t>
        <w:br/>
        <w:t>v -0.088694 1.581463 0.045758</w:t>
        <w:br/>
        <w:t>v -0.091884 1.574150 0.042557</w:t>
        <w:br/>
        <w:t>v -0.078664 1.589183 0.042892</w:t>
        <w:br/>
        <w:t>v -0.077319 1.601864 0.055572</w:t>
        <w:br/>
        <w:t>v -0.074043 1.587918 0.041171</w:t>
        <w:br/>
        <w:t>v -0.084124 1.572163 0.039481</w:t>
        <w:br/>
        <w:t>v -0.069047 1.599378 0.045586</w:t>
        <w:br/>
        <w:t>v -0.071448 1.576729 0.101907</w:t>
        <w:br/>
        <w:t>v -0.076852 1.578939 0.095945</w:t>
        <w:br/>
        <w:t>v -0.059223 1.611025 0.093678</w:t>
        <w:br/>
        <w:t>v -0.040357 1.614882 0.107868</w:t>
        <w:br/>
        <w:t>v -0.081267 1.582218 0.082624</w:t>
        <w:br/>
        <w:t>v -0.072469 1.596735 0.088949</w:t>
        <w:br/>
        <w:t>v -0.028067 1.508408 0.122535</w:t>
        <w:br/>
        <w:t>v -0.026489 1.509102 0.122297</w:t>
        <w:br/>
        <w:t>v -0.022582 1.503520 0.118776</w:t>
        <w:br/>
        <w:t>v -0.035371 1.534394 0.131391</w:t>
        <w:br/>
        <w:t>v -0.041794 1.533646 0.132684</w:t>
        <w:br/>
        <w:t>v -0.043329 1.542254 0.134118</w:t>
        <w:br/>
        <w:t>v -0.036273 1.542797 0.133234</w:t>
        <w:br/>
        <w:t>v -0.045554 1.542937 0.126867</w:t>
        <w:br/>
        <w:t>v -0.046469 1.551573 0.128001</w:t>
        <w:br/>
        <w:t>v -0.044060 1.550782 0.135041</w:t>
        <w:br/>
        <w:t>v -0.043329 1.542254 0.134118</w:t>
        <w:br/>
        <w:t>v -0.033022 1.513933 0.122287</w:t>
        <w:br/>
        <w:t>v -0.032949 1.513294 0.125738</w:t>
        <w:br/>
        <w:t>v -0.028067 1.508408 0.122535</w:t>
        <w:br/>
        <w:t>v -0.028101 1.508726 0.120654</w:t>
        <w:br/>
        <w:t>v -0.038453 1.523205 0.129993</w:t>
        <w:br/>
        <w:t>v -0.040419 1.528465 0.131540</w:t>
        <w:br/>
        <w:t>v -0.034686 1.529350 0.130379</w:t>
        <w:br/>
        <w:t>v -0.033470 1.524306 0.129067</w:t>
        <w:br/>
        <w:t>v -0.041973 1.529114 0.125193</w:t>
        <w:br/>
        <w:t>v -0.040419 1.528465 0.131540</w:t>
        <w:br/>
        <w:t>v -0.038453 1.523205 0.129993</w:t>
        <w:br/>
        <w:t>v -0.039754 1.523929 0.124369</w:t>
        <w:br/>
        <w:t>v -0.036767 1.518931 0.123589</w:t>
        <w:br/>
        <w:t>v -0.036037 1.518250 0.128102</w:t>
        <w:br/>
        <w:t>v -0.032949 1.513294 0.125738</w:t>
        <w:br/>
        <w:t>v -0.036037 1.518250 0.128102</w:t>
        <w:br/>
        <w:t>v -0.031967 1.519494 0.127401</w:t>
        <w:br/>
        <w:t>v -0.029791 1.514683 0.125261</w:t>
        <w:br/>
        <w:t>v -0.042735 1.567715 0.135535</w:t>
        <w:br/>
        <w:t>v -0.039050 1.582619 0.132806</w:t>
        <w:br/>
        <w:t>v -0.030094 1.566924 0.141089</w:t>
        <w:br/>
        <w:t>v -0.019892 1.566762 0.145452</w:t>
        <w:br/>
        <w:t>v -0.019842 1.559130 0.146601</w:t>
        <w:br/>
        <w:t>v -0.030417 1.559132 0.141829</w:t>
        <w:br/>
        <w:t>v -0.008592 1.581535 0.140610</w:t>
        <w:br/>
        <w:t>v 0.003918 1.581510 0.142583</w:t>
        <w:br/>
        <w:t>v 0.003759 1.566536 0.144613</w:t>
        <w:br/>
        <w:t>v -0.008714 1.566076 0.141868</w:t>
        <w:br/>
        <w:t>v 0.017535 1.566960 0.145115</w:t>
        <w:br/>
        <w:t>v 0.015784 1.581504 0.142870</w:t>
        <w:br/>
        <w:t>v 0.035235 1.581316 0.134206</w:t>
        <w:br/>
        <w:t>v 0.038402 1.567959 0.135798</w:t>
        <w:br/>
        <w:t>v 0.025596 1.580861 0.138639</w:t>
        <w:br/>
        <w:t>v 0.027605 1.567503 0.139938</w:t>
        <w:br/>
        <w:t>v -0.009882 1.558685 0.143425</w:t>
        <w:br/>
        <w:t>v -0.009938 1.566326 0.142563</w:t>
        <w:br/>
        <w:t>v -0.027614 1.581916 0.138194</w:t>
        <w:br/>
        <w:t>v -0.036382 1.566989 0.134976</w:t>
        <w:br/>
        <w:t>v -0.033682 1.581729 0.133486</w:t>
        <w:br/>
        <w:t>v -0.018661 1.581992 0.141785</w:t>
        <w:br/>
        <w:t>v -0.044057 1.559249 0.135682</w:t>
        <w:br/>
        <w:t>v -0.046427 1.559752 0.128978</w:t>
        <w:br/>
        <w:t>v -0.036955 1.559095 0.135032</w:t>
        <w:br/>
        <w:t>v -0.042735 1.567715 0.135535</w:t>
        <w:br/>
        <w:t>v -0.044057 1.559249 0.135682</w:t>
        <w:br/>
        <w:t>v -0.008597 1.558579 0.142263</w:t>
        <w:br/>
        <w:t>v -0.008347 1.551079 0.142660</w:t>
        <w:br/>
        <w:t>v -0.009434 1.551045 0.144329</w:t>
        <w:br/>
        <w:t>v 0.031967 1.567842 0.136127</w:t>
        <w:br/>
        <w:t>v 0.030460 1.580474 0.135112</w:t>
        <w:br/>
        <w:t>v 0.024891 1.534312 0.137530</w:t>
        <w:br/>
        <w:t>v 0.015330 1.534775 0.143777</w:t>
        <w:br/>
        <w:t>v 0.016663 1.543302 0.145008</w:t>
        <w:br/>
        <w:t>v 0.026940 1.543231 0.139107</w:t>
        <w:br/>
        <w:t>v 0.013724 1.527441 0.142292</w:t>
        <w:br/>
        <w:t>v 0.022418 1.527241 0.136271</w:t>
        <w:br/>
        <w:t>v 0.019128 1.520297 0.134432</w:t>
        <w:br/>
        <w:t>v 0.011687 1.520235 0.140112</w:t>
        <w:br/>
        <w:t>v 0.012252 1.509623 0.130113</w:t>
        <w:br/>
        <w:t>v 0.006989 1.509273 0.134101</w:t>
        <w:br/>
        <w:t>v 0.009404 1.514754 0.137285</w:t>
        <w:br/>
        <w:t>v 0.015757 1.514959 0.132389</w:t>
        <w:br/>
        <w:t>v 0.003595 1.543483 0.144801</w:t>
        <w:br/>
        <w:t>v 0.003257 1.535603 0.143832</w:t>
        <w:br/>
        <w:t>v -0.008276 1.536098 0.140751</w:t>
        <w:br/>
        <w:t>v -0.008311 1.543589 0.141706</w:t>
        <w:br/>
        <w:t>v 0.001964 1.521447 0.139723</w:t>
        <w:br/>
        <w:t>v -0.008396 1.522425 0.136731</w:t>
        <w:br/>
        <w:t>v -0.008068 1.529197 0.138739</w:t>
        <w:br/>
        <w:t>v 0.002670 1.528579 0.142129</w:t>
        <w:br/>
        <w:t>v 0.000571 1.515969 0.136197</w:t>
        <w:br/>
        <w:t>v -0.008874 1.517118 0.133622</w:t>
        <w:br/>
        <w:t>v -0.001424 1.510491 0.132719</w:t>
        <w:br/>
        <w:t>v -0.008162 1.495990 0.120351</w:t>
        <w:br/>
        <w:t>v -0.006482 1.495890 0.119498</w:t>
        <w:br/>
        <w:t>v -0.010052 1.494864 0.118007</w:t>
        <w:br/>
        <w:t>v -0.011092 1.494892 0.118779</w:t>
        <w:br/>
        <w:t>v -0.013279 1.495931 0.119252</w:t>
        <w:br/>
        <w:t>v -0.011586 1.497221 0.120802</w:t>
        <w:br/>
        <w:t>v -0.013441 1.498185 0.120669</w:t>
        <w:br/>
        <w:t>v -0.014657 1.496687 0.119355</w:t>
        <w:br/>
        <w:t>v -0.014717 1.493681 0.116439</w:t>
        <w:br/>
        <w:t>v -0.015236 1.493694 0.116825</w:t>
        <w:br/>
        <w:t>v -0.016406 1.494225 0.117038</w:t>
        <w:br/>
        <w:t>v -0.016991 1.494525 0.117061</w:t>
        <w:br/>
        <w:t>v 0.007868 1.504693 0.127232</w:t>
        <w:br/>
        <w:t>v 0.002947 1.499765 0.124369</w:t>
        <w:br/>
        <w:t>v -0.000649 1.500076 0.125472</w:t>
        <w:br/>
        <w:t>v 0.003456 1.504675 0.129815</w:t>
        <w:br/>
        <w:t>v -0.004030 1.506112 0.129432</w:t>
        <w:br/>
        <w:t>v -0.007304 1.501735 0.125803</w:t>
        <w:br/>
        <w:t>v -0.011144 1.503163 0.124903</w:t>
        <w:br/>
        <w:t>v -0.010134 1.507488 0.127895</w:t>
        <w:br/>
        <w:t>v 0.024672 1.527710 0.131087</w:t>
        <w:br/>
        <w:t>v 0.021277 1.521046 0.129539</w:t>
        <w:br/>
        <w:t>v 0.017829 1.515624 0.127812</w:t>
        <w:br/>
        <w:t>v 0.013802 1.510201 0.125919</w:t>
        <w:br/>
        <w:t>v 0.030336 1.543335 0.133806</w:t>
        <w:br/>
        <w:t>v 0.028077 1.552149 0.140037</w:t>
        <w:br/>
        <w:t>v 0.032194 1.552166 0.135461</w:t>
        <w:br/>
        <w:t>v 0.017674 1.559394 0.145541</w:t>
        <w:br/>
        <w:t>v 0.028027 1.559827 0.140112</w:t>
        <w:br/>
        <w:t>v 0.017504 1.551828 0.145630</w:t>
        <w:br/>
        <w:t>v -0.008597 1.558579 0.142263</w:t>
        <w:br/>
        <w:t>v 0.003676 1.558949 0.145042</w:t>
        <w:br/>
        <w:t>v 0.003668 1.551363 0.145062</w:t>
        <w:br/>
        <w:t>v -0.008347 1.551079 0.142660</w:t>
        <w:br/>
        <w:t>v 0.032358 1.560014 0.135930</w:t>
        <w:br/>
        <w:t>v 0.037959 1.543409 0.132825</w:t>
        <w:br/>
        <w:t>v 0.039010 1.552416 0.134492</w:t>
        <w:br/>
        <w:t>v 0.042632 1.552000 0.128220</w:t>
        <w:br/>
        <w:t>v 0.040797 1.543067 0.126567</w:t>
        <w:br/>
        <w:t>v 0.036320 1.534401 0.130501</w:t>
        <w:br/>
        <w:t>v 0.038636 1.534134 0.125237</w:t>
        <w:br/>
        <w:t>v 0.036342 1.527905 0.123802</w:t>
        <w:br/>
        <w:t>v 0.034407 1.527797 0.128159</w:t>
        <w:br/>
        <w:t>v 0.031435 1.534422 0.130850</w:t>
        <w:br/>
        <w:t>v 0.032097 1.543294 0.133389</w:t>
        <w:br/>
        <w:t>v 0.030157 1.528013 0.128362</w:t>
        <w:br/>
        <w:t>v 0.026482 1.517660 0.123564</w:t>
        <w:br/>
        <w:t>v 0.028214 1.521604 0.125524</w:t>
        <w:br/>
        <w:t>v 0.031463 1.521191 0.125346</w:t>
        <w:br/>
        <w:t>v 0.028750 1.516960 0.123112</w:t>
        <w:br/>
        <w:t>v 0.033149 1.521545 0.122131</w:t>
        <w:br/>
        <w:t>v 0.029988 1.517070 0.120852</w:t>
        <w:br/>
        <w:t>v 0.025206 1.512728 0.120721</w:t>
        <w:br/>
        <w:t>v 0.021369 1.509506 0.118312</w:t>
        <w:br/>
        <w:t>v 0.024252 1.513718 0.121171</w:t>
        <w:br/>
        <w:t>v 0.025928 1.512725 0.119503</w:t>
        <w:br/>
        <w:t>v 0.039051 1.560188 0.135296</w:t>
        <w:br/>
        <w:t>v 0.043133 1.559906 0.129237</w:t>
        <w:br/>
        <w:t>v -0.039050 1.582619 0.132806</w:t>
        <w:br/>
        <w:t>v -0.036777 1.551200 0.135087</w:t>
        <w:br/>
        <w:t>v -0.030011 1.551341 0.142105</w:t>
        <w:br/>
        <w:t>v -0.028716 1.542922 0.141924</w:t>
        <w:br/>
        <w:t>v -0.035599 1.542741 0.134970</w:t>
        <w:br/>
        <w:t>v -0.024217 1.526453 0.140573</w:t>
        <w:br/>
        <w:t>v -0.030742 1.525963 0.133831</w:t>
        <w:br/>
        <w:t>v -0.033572 1.534283 0.134496</w:t>
        <w:br/>
        <w:t>v -0.026847 1.534504 0.141378</w:t>
        <w:br/>
        <w:t>v -0.018089 1.505379 0.130434</w:t>
        <w:br/>
        <w:t>v -0.022886 1.511515 0.131802</w:t>
        <w:br/>
        <w:t>v -0.017779 1.512190 0.137393</w:t>
        <w:br/>
        <w:t>v -0.013947 1.505968 0.135292</w:t>
        <w:br/>
        <w:t>v -0.017779 1.512190 0.137393</w:t>
        <w:br/>
        <w:t>v -0.015622 1.512887 0.136659</w:t>
        <w:br/>
        <w:t>v -0.009612 1.507361 0.133556</w:t>
        <w:br/>
        <w:t>v -0.013947 1.505968 0.135292</w:t>
        <w:br/>
        <w:t>v -0.000859 1.494858 0.128740</w:t>
        <w:br/>
        <w:t>v -0.004712 1.496890 0.130445</w:t>
        <w:br/>
        <w:t>v -0.002175 1.499135 0.129749</w:t>
        <w:br/>
        <w:t>v 0.000708 1.496683 0.128260</w:t>
        <w:br/>
        <w:t>v -0.002113 1.493667 0.126384</w:t>
        <w:br/>
        <w:t>v 0.003346 1.493305 0.127030</w:t>
        <w:br/>
        <w:t>v 0.002469 1.492379 0.125335</w:t>
        <w:br/>
        <w:t>v -0.004712 1.496890 0.130445</w:t>
        <w:br/>
        <w:t>v -0.006467 1.495436 0.127468</w:t>
        <w:br/>
        <w:t>v -0.012676 1.500136 0.128987</w:t>
        <w:br/>
        <w:t>v -0.009641 1.501158 0.132978</w:t>
        <w:br/>
        <w:t>v -0.009641 1.501158 0.132978</w:t>
        <w:br/>
        <w:t>v -0.006248 1.502992 0.131704</w:t>
        <w:br/>
        <w:t>v 0.010500 1.491542 0.123762</w:t>
        <w:br/>
        <w:t>v 0.003346 1.493305 0.127030</w:t>
        <w:br/>
        <w:t>v 0.003968 1.494762 0.126778</w:t>
        <w:br/>
        <w:t>v 0.010500 1.491542 0.123762</w:t>
        <w:br/>
        <w:t>v -0.018306 1.543007 0.147283</w:t>
        <w:br/>
        <w:t>v -0.019292 1.551499 0.147285</w:t>
        <w:br/>
        <w:t>v 0.000997 1.505214 0.136023</w:t>
        <w:br/>
        <w:t>v -0.003381 1.503239 0.131771</w:t>
        <w:br/>
        <w:t>v -0.003474 1.509031 0.138605</w:t>
        <w:br/>
        <w:t>v 0.004843 1.507887 0.135320</w:t>
        <w:br/>
        <w:t>v 0.008414 1.504292 0.132910</w:t>
        <w:br/>
        <w:t>v 0.005987 1.501674 0.132850</w:t>
        <w:br/>
        <w:t>v 0.012317 1.499030 0.129501</w:t>
        <w:br/>
        <w:t>v 0.013531 1.500338 0.129531</w:t>
        <w:br/>
        <w:t>v -0.014580 1.527307 0.145309</w:t>
        <w:br/>
        <w:t>v -0.005838 1.529388 0.142744</w:t>
        <w:br/>
        <w:t>v -0.003671 1.522889 0.141364</w:t>
        <w:br/>
        <w:t>v -0.012003 1.520367 0.143523</w:t>
        <w:br/>
        <w:t>v -0.008799 1.543600 0.144320</w:t>
        <w:br/>
        <w:t>v -0.007449 1.536155 0.143584</w:t>
        <w:br/>
        <w:t>v -0.016601 1.534515 0.146556</w:t>
        <w:br/>
        <w:t>v 0.011202 1.498026 0.127892</w:t>
        <w:br/>
        <w:t>v 0.003759 1.499667 0.129633</w:t>
        <w:br/>
        <w:t>v -0.008039 1.514569 0.141421</w:t>
        <w:br/>
        <w:t>v -0.001240 1.517194 0.139608</w:t>
        <w:br/>
        <w:t>v 0.001792 1.511759 0.137321</w:t>
        <w:br/>
        <w:t>v -0.008186 1.543618 0.143304</w:t>
        <w:br/>
        <w:t>v -0.005801 1.496410 0.118233</w:t>
        <w:br/>
        <w:t>v -0.009478 1.495309 0.117266</w:t>
        <w:br/>
        <w:t>v 0.009135 1.505456 0.123778</w:t>
        <w:br/>
        <w:t>v -0.014418 1.493898 0.116002</w:t>
        <w:br/>
        <w:t>v -0.019706 1.492629 0.114786</w:t>
        <w:br/>
        <w:t>v -0.032989 1.595595 0.128982</w:t>
        <w:br/>
        <w:t>v -0.008188 1.594695 0.136302</w:t>
        <w:br/>
        <w:t>v 0.003046 1.595096 0.138267</w:t>
        <w:br/>
        <w:t>v 0.013487 1.594986 0.138733</w:t>
        <w:br/>
        <w:t>v 0.029809 1.595195 0.130121</w:t>
        <w:br/>
        <w:t>v 0.021344 1.594642 0.135289</w:t>
        <w:br/>
        <w:t>v -0.029570 1.594930 0.129714</w:t>
        <w:br/>
        <w:t>v -0.023854 1.594635 0.133775</w:t>
        <w:br/>
        <w:t>v -0.016543 1.594872 0.136369</w:t>
        <w:br/>
        <w:t>v 0.025810 1.594491 0.131497</w:t>
        <w:br/>
        <w:t>v -0.027252 1.607566 0.124106</w:t>
        <w:br/>
        <w:t>v -0.007284 1.607235 0.131254</w:t>
        <w:br/>
        <w:t>v 0.001457 1.607352 0.132509</w:t>
        <w:br/>
        <w:t>v 0.010273 1.607366 0.131819</w:t>
        <w:br/>
        <w:t>v 0.025075 1.607075 0.121842</w:t>
        <w:br/>
        <w:t>v 0.022921 1.607273 0.125447</w:t>
        <w:br/>
        <w:t>v 0.016636 1.607110 0.129726</w:t>
        <w:br/>
        <w:t>v -0.024199 1.607403 0.124999</w:t>
        <w:br/>
        <w:t>v -0.019078 1.607660 0.127966</w:t>
        <w:br/>
        <w:t>v -0.014009 1.607518 0.129935</w:t>
        <w:br/>
        <w:t>v 0.020296 1.606868 0.126903</w:t>
        <w:br/>
        <w:t>v 0.017380 1.616864 0.118144</w:t>
        <w:br/>
        <w:t>v 0.008409 1.543807 0.126918</w:t>
        <w:br/>
        <w:t>v 0.030336 1.543335 0.133806</w:t>
        <w:br/>
        <w:t>v 0.032194 1.552166 0.135461</w:t>
        <w:br/>
        <w:t>v 0.008914 1.552353 0.125771</w:t>
        <w:br/>
        <w:t>v 0.024672 1.527710 0.131087</w:t>
        <w:br/>
        <w:t>v 0.027403 1.534503 0.132109</w:t>
        <w:br/>
        <w:t>v 0.007903 1.535261 0.128065</w:t>
        <w:br/>
        <w:t>v 0.006982 1.528616 0.127695</w:t>
        <w:br/>
        <w:t>v 0.003602 1.516652 0.125554</w:t>
        <w:br/>
        <w:t>v 0.017829 1.515624 0.127812</w:t>
        <w:br/>
        <w:t>v 0.021277 1.521046 0.129539</w:t>
        <w:br/>
        <w:t>v 0.005558 1.522101 0.126803</w:t>
        <w:br/>
        <w:t>v 0.009135 1.505456 0.123778</w:t>
        <w:br/>
        <w:t>v 0.013802 1.510201 0.125919</w:t>
        <w:br/>
        <w:t>v 0.001073 1.511204 0.124200</w:t>
        <w:br/>
        <w:t>v -0.001433 1.507005 0.122953</w:t>
        <w:br/>
        <w:t>v -0.002381 1.497667 0.119243</w:t>
        <w:br/>
        <w:t>v 0.003849 1.500712 0.121268</w:t>
        <w:br/>
        <w:t>v -0.004593 1.502809 0.121369</w:t>
        <w:br/>
        <w:t>v -0.008194 1.499601 0.119751</w:t>
        <w:br/>
        <w:t>v -0.012468 1.496917 0.118125</w:t>
        <w:br/>
        <w:t>v -0.014657 1.496687 0.119355</w:t>
        <w:br/>
        <w:t>v -0.016991 1.494525 0.117061</w:t>
        <w:br/>
        <w:t>v -0.016021 1.494743 0.116511</w:t>
        <w:br/>
        <w:t>v -0.018332 1.534883 0.135337</w:t>
        <w:br/>
        <w:t>v -0.007449 1.536155 0.143584</w:t>
        <w:br/>
        <w:t>v -0.008186 1.543618 0.143304</w:t>
        <w:br/>
        <w:t>v -0.019683 1.543379 0.135169</w:t>
        <w:br/>
        <w:t>v -0.001240 1.517194 0.139608</w:t>
        <w:br/>
        <w:t>v -0.008610 1.515620 0.133728</w:t>
        <w:br/>
        <w:t>v -0.003138 1.510999 0.132931</w:t>
        <w:br/>
        <w:t>v 0.001792 1.511759 0.137321</w:t>
        <w:br/>
        <w:t>v -0.011847 1.513800 0.134040</w:t>
        <w:br/>
        <w:t>v -0.013481 1.520499 0.133994</w:t>
        <w:br/>
        <w:t>v -0.026920 1.517911 0.132963</w:t>
        <w:br/>
        <w:t>v -0.022886 1.511515 0.131802</w:t>
        <w:br/>
        <w:t>v 0.005992 1.503549 0.130321</w:t>
        <w:br/>
        <w:t>v 0.008414 1.504292 0.132910</w:t>
        <w:br/>
        <w:t>v 0.004843 1.507887 0.135320</w:t>
        <w:br/>
        <w:t>v 0.001166 1.507136 0.131830</w:t>
        <w:br/>
        <w:t>v -0.012676 1.500136 0.128987</w:t>
        <w:br/>
        <w:t>v -0.006467 1.495436 0.127468</w:t>
        <w:br/>
        <w:t>v -0.002175 1.499135 0.129749</w:t>
        <w:br/>
        <w:t>v -0.006248 1.502992 0.131704</w:t>
        <w:br/>
        <w:t>v 0.002469 1.492379 0.125335</w:t>
        <w:br/>
        <w:t>v 0.003968 1.494762 0.126778</w:t>
        <w:br/>
        <w:t>v 0.000708 1.496683 0.128260</w:t>
        <w:br/>
        <w:t>v -0.002113 1.493667 0.126384</w:t>
        <w:br/>
        <w:t>v -0.005838 1.529388 0.142744</w:t>
        <w:br/>
        <w:t>v -0.016185 1.527557 0.134936</w:t>
        <w:br/>
        <w:t>v -0.003671 1.522889 0.141364</w:t>
        <w:br/>
        <w:t>v 0.010500 1.491542 0.123762</w:t>
        <w:br/>
        <w:t>v 0.013531 1.500338 0.129531</w:t>
        <w:br/>
        <w:t>v 0.012319 1.499966 0.128236</w:t>
        <w:br/>
        <w:t>v 0.019207 1.497134 0.125917</w:t>
        <w:br/>
        <w:t>v -0.031967 1.519494 0.127401</w:t>
        <w:br/>
        <w:t>v -0.033470 1.524306 0.129067</w:t>
        <w:br/>
        <w:t>v -0.039754 1.523929 0.124369</w:t>
        <w:br/>
        <w:t>v -0.036767 1.518931 0.123589</w:t>
        <w:br/>
        <w:t>v -0.043649 1.534299 0.125827</w:t>
        <w:br/>
        <w:t>v -0.041973 1.529114 0.125193</w:t>
        <w:br/>
        <w:t>v -0.034686 1.529350 0.130379</w:t>
        <w:br/>
        <w:t>v -0.035371 1.534394 0.131391</w:t>
        <w:br/>
        <w:t>v -0.045554 1.542937 0.126867</w:t>
        <w:br/>
        <w:t>v -0.036273 1.542797 0.133234</w:t>
        <w:br/>
        <w:t>v -0.036777 1.551200 0.135087</w:t>
        <w:br/>
        <w:t>v -0.046469 1.551573 0.128001</w:t>
        <w:br/>
        <w:t>v -0.026489 1.509102 0.122297</w:t>
        <w:br/>
        <w:t>v -0.028101 1.508726 0.120654</w:t>
        <w:br/>
        <w:t>v -0.022582 1.503520 0.118776</w:t>
        <w:br/>
        <w:t>v 0.026482 1.517660 0.123564</w:t>
        <w:br/>
        <w:t>v 0.029988 1.517070 0.120852</w:t>
        <w:br/>
        <w:t>v 0.033149 1.521545 0.122131</w:t>
        <w:br/>
        <w:t>v 0.028214 1.521604 0.125524</w:t>
        <w:br/>
        <w:t>v 0.036342 1.527905 0.123802</w:t>
        <w:br/>
        <w:t>v 0.030157 1.528013 0.128362</w:t>
        <w:br/>
        <w:t>v 0.032097 1.543294 0.133389</w:t>
        <w:br/>
        <w:t>v 0.040797 1.543067 0.126567</w:t>
        <w:br/>
        <w:t>v 0.042632 1.552000 0.128220</w:t>
        <w:br/>
        <w:t>v 0.021369 1.509506 0.118312</w:t>
        <w:br/>
        <w:t>v 0.025928 1.512725 0.119503</w:t>
        <w:br/>
        <w:t>v 0.024252 1.513718 0.121171</w:t>
        <w:br/>
        <w:t>v 0.008409 1.543807 0.126918</w:t>
        <w:br/>
        <w:t>v -0.008311 1.543589 0.141706</w:t>
        <w:br/>
        <w:t>v -0.008276 1.536098 0.140751</w:t>
        <w:br/>
        <w:t>v -0.008396 1.522425 0.136731</w:t>
        <w:br/>
        <w:t>v -0.008068 1.529197 0.138739</w:t>
        <w:br/>
        <w:t>v -0.008874 1.517118 0.133622</w:t>
        <w:br/>
        <w:t>v -0.009452 1.511811 0.130489</w:t>
        <w:br/>
        <w:t>v -0.010134 1.507488 0.127895</w:t>
        <w:br/>
        <w:t>v -0.011144 1.503163 0.124903</w:t>
        <w:br/>
        <w:t>v -0.010311 1.498235 0.118942</w:t>
        <w:br/>
        <w:t>v -0.013441 1.498185 0.120669</w:t>
        <w:br/>
        <w:t>v -0.014418 1.493898 0.116002</w:t>
        <w:br/>
        <w:t>v -0.009478 1.495309 0.117266</w:t>
        <w:br/>
        <w:t>v -0.035599 1.542741 0.134970</w:t>
        <w:br/>
        <w:t>v -0.033572 1.534283 0.134496</w:t>
        <w:br/>
        <w:t>v -0.030742 1.525963 0.133831</w:t>
        <w:br/>
        <w:t>v -0.003381 1.503239 0.131771</w:t>
        <w:br/>
        <w:t>v 0.003759 1.499667 0.129633</w:t>
        <w:br/>
        <w:t>v 0.011202 1.498026 0.127892</w:t>
        <w:br/>
        <w:t>v -0.009612 1.507361 0.133556</w:t>
        <w:br/>
        <w:t>v 0.029047 1.568097 0.131859</w:t>
        <w:br/>
        <w:t>v 0.009576 1.567875 0.122257</w:t>
        <w:br/>
        <w:t>v -0.021772 1.568041 0.129224</w:t>
        <w:br/>
        <w:t>v -0.020459 1.551874 0.134638</w:t>
        <w:br/>
        <w:t>v -0.008347 1.551079 0.142660</w:t>
        <w:br/>
        <w:t>v -0.009027 1.567714 0.129227</w:t>
        <w:br/>
        <w:t>v 0.029047 1.568097 0.131859</w:t>
        <w:br/>
        <w:t>v 0.032194 1.552166 0.135461</w:t>
        <w:br/>
        <w:t>v 0.032498 1.567585 0.121844</w:t>
        <w:br/>
        <w:t>v -0.032365 1.567730 0.129007</w:t>
        <w:br/>
        <w:t>v 0.042723 1.567811 0.130200</w:t>
        <w:br/>
        <w:t>v 0.032498 1.567585 0.121844</w:t>
        <w:br/>
        <w:t>v 0.042632 1.552000 0.128220</w:t>
        <w:br/>
        <w:t>v 0.043133 1.559906 0.129237</w:t>
        <w:br/>
        <w:t>v -0.034649 1.566878 0.122268</w:t>
        <w:br/>
        <w:t>v 0.032498 1.567585 0.121844</w:t>
        <w:br/>
        <w:t>v 0.029867 1.569066 0.103023</w:t>
        <w:br/>
        <w:t>v 0.008984 1.567814 0.100915</w:t>
        <w:br/>
        <w:t>v 0.009576 1.567875 0.122257</w:t>
        <w:br/>
        <w:t>v -0.020692 1.568282 0.101458</w:t>
        <w:br/>
        <w:t>v -0.021772 1.568041 0.129224</w:t>
        <w:br/>
        <w:t>v -0.009027 1.567714 0.129227</w:t>
        <w:br/>
        <w:t>v -0.008841 1.567562 0.100851</w:t>
        <w:br/>
        <w:t>v -0.032365 1.567730 0.129007</w:t>
        <w:br/>
        <w:t>v -0.034649 1.566878 0.122268</w:t>
        <w:br/>
        <w:t>v -0.036201 1.568992 0.104707</w:t>
        <w:br/>
        <w:t>v -0.041069 1.570010 0.111474</w:t>
        <w:br/>
        <w:t>v -0.051474 1.573449 0.103933</w:t>
        <w:br/>
        <w:t>v 0.042011 1.569307 0.112012</w:t>
        <w:br/>
        <w:t>v 0.056811 1.573614 0.107134</w:t>
        <w:br/>
        <w:t>v -0.092317 1.571337 0.053342</w:t>
        <w:br/>
        <w:t>v -0.076437 1.569169 0.046207</w:t>
        <w:br/>
        <w:t>v -0.077576 1.566792 0.056769</w:t>
        <w:br/>
        <w:t>v -0.067944 1.585787 0.060689</w:t>
        <w:br/>
        <w:t>v -0.066655 1.586242 0.049527</w:t>
        <w:br/>
        <w:t>v -0.073576 1.584540 0.062560</w:t>
        <w:br/>
        <w:t>v 0.079563 1.579617 0.039312</w:t>
        <w:br/>
        <w:t>v 0.089168 1.581139 0.044383</w:t>
        <w:br/>
        <w:t>v -0.046427 1.559752 0.128978</w:t>
        <w:br/>
        <w:t>v -0.046469 1.551573 0.128001</w:t>
        <w:br/>
        <w:t>v -0.034649 1.566878 0.122268</w:t>
        <w:br/>
        <w:t>v -0.045428 1.567932 0.129954</w:t>
        <w:br/>
        <w:t>v 0.077348 1.560414 0.097978</w:t>
        <w:br/>
        <w:t>v -0.034649 1.566878 0.122268</w:t>
        <w:br/>
        <w:t>v -0.032365 1.567730 0.129007</w:t>
        <w:br/>
        <w:t>v 0.029047 1.568097 0.131859</w:t>
        <w:br/>
        <w:t>v 0.081139 1.532833 0.091223</w:t>
        <w:br/>
        <w:t>v 0.084163 1.533796 0.081113</w:t>
        <w:br/>
        <w:t>v 0.083404 1.524107 0.080720</w:t>
        <w:br/>
        <w:t>v 0.080243 1.523140 0.089558</w:t>
        <w:br/>
        <w:t>v 0.084301 1.554847 0.075768</w:t>
        <w:br/>
        <w:t>v 0.083161 1.553663 0.083273</w:t>
        <w:br/>
        <w:t>v 0.081769 1.563841 0.084534</w:t>
        <w:br/>
        <w:t>v 0.082699 1.565138 0.078071</w:t>
        <w:br/>
        <w:t>v 0.085503 1.534953 0.072577</w:t>
        <w:br/>
        <w:t>v 0.084733 1.525352 0.072195</w:t>
        <w:br/>
        <w:t>v 0.063028 1.548161 0.110972</w:t>
        <w:br/>
        <w:t>v 0.064351 1.549543 0.100277</w:t>
        <w:br/>
        <w:t>v 0.061584 1.557456 0.104259</w:t>
        <w:br/>
        <w:t>v 0.061530 1.555372 0.113716</w:t>
        <w:br/>
        <w:t>v 0.066528 1.541632 0.096166</w:t>
        <w:br/>
        <w:t>v 0.066147 1.523610 0.077568</w:t>
        <w:br/>
        <w:t>v 0.065468 1.534099 0.077407</w:t>
        <w:br/>
        <w:t>v 0.063830 1.544587 0.077620</w:t>
        <w:br/>
        <w:t>v 0.065358 1.515581 0.089238</w:t>
        <w:br/>
        <w:t>v 0.066036 1.523190 0.090860</w:t>
        <w:br/>
        <w:t>v 0.064974 1.523086 0.099888</w:t>
        <w:br/>
        <w:t>v 0.064451 1.515226 0.097750</w:t>
        <w:br/>
        <w:t>v 0.065930 1.507978 0.077802</w:t>
        <w:br/>
        <w:t>v 0.066655 1.515795 0.077306</w:t>
        <w:br/>
        <w:t>v 0.063987 1.507970 0.088543</w:t>
        <w:br/>
        <w:t>v 0.064148 1.540949 0.107833</w:t>
        <w:br/>
        <w:t>v 0.070199 1.541403 0.106117</w:t>
        <w:br/>
        <w:t>v 0.070922 1.532009 0.102934</w:t>
        <w:br/>
        <w:t>v 0.064934 1.532018 0.103805</w:t>
        <w:br/>
        <w:t>v 0.068708 1.549195 0.108734</w:t>
        <w:br/>
        <w:t>v 0.063028 1.548161 0.110972</w:t>
        <w:br/>
        <w:t>v 0.069877 1.514408 0.097805</w:t>
        <w:br/>
        <w:t>v 0.070897 1.522613 0.099861</w:t>
        <w:br/>
        <w:t>v 0.078509 1.514135 0.088624</w:t>
        <w:br/>
        <w:t>v 0.054355 1.481329 0.092363</w:t>
        <w:br/>
        <w:t>v 0.054209 1.481909 0.095986</w:t>
        <w:br/>
        <w:t>v 0.052381 1.478170 0.096606</w:t>
        <w:br/>
        <w:t>v 0.052188 1.477568 0.093834</w:t>
        <w:br/>
        <w:t>v 0.059984 1.493346 0.088691</w:t>
        <w:br/>
        <w:t>v 0.057085 1.487199 0.090695</w:t>
        <w:br/>
        <w:t>v 0.057796 1.480351 0.087850</w:t>
        <w:br/>
        <w:t>v 0.058560 1.482861 0.086586</w:t>
        <w:br/>
        <w:t>v 0.045729 1.469066 0.098568</w:t>
        <w:br/>
        <w:t>v 0.051155 1.472270 0.094452</w:t>
        <w:br/>
        <w:t>v 0.049816 1.474041 0.095153</w:t>
        <w:br/>
        <w:t>v 0.061189 1.499843 0.095425</w:t>
        <w:br/>
        <w:t>v 0.062107 1.500238 0.088156</w:t>
        <w:br/>
        <w:t>v 0.063302 1.507365 0.096482</w:t>
        <w:br/>
        <w:t>v 0.062527 1.483406 0.091379</w:t>
        <w:br/>
        <w:t>v 0.066484 1.488412 0.089813</w:t>
        <w:br/>
        <w:t>v 0.058560 1.482861 0.086586</w:t>
        <w:br/>
        <w:t>v 0.057796 1.480351 0.087850</w:t>
        <w:br/>
        <w:t>v 0.067901 1.506202 0.096458</w:t>
        <w:br/>
        <w:t>v 0.075542 1.505129 0.088449</w:t>
        <w:br/>
        <w:t>v 0.071548 1.496350 0.088644</w:t>
        <w:br/>
        <w:t>v 0.065340 1.498496 0.095336</w:t>
        <w:br/>
        <w:t>v 0.053759 1.477278 0.096361</w:t>
        <w:br/>
        <w:t>v 0.056221 1.480850 0.095694</w:t>
        <w:br/>
        <w:t>v 0.058546 1.478677 0.092974</w:t>
        <w:br/>
        <w:t>v 0.055245 1.475565 0.094384</w:t>
        <w:br/>
        <w:t>v 0.059618 1.485911 0.094907</w:t>
        <w:br/>
        <w:t>v 0.062693 1.491634 0.094677</w:t>
        <w:br/>
        <w:t>v 0.066484 1.488412 0.089813</w:t>
        <w:br/>
        <w:t>v 0.062527 1.483406 0.091379</w:t>
        <w:br/>
        <w:t>v 0.061189 1.499843 0.095425</w:t>
        <w:br/>
        <w:t>v 0.063302 1.507365 0.096482</w:t>
        <w:br/>
        <w:t>v 0.059206 1.493161 0.094835</w:t>
        <w:br/>
        <w:t>v 0.056787 1.487205 0.095023</w:t>
        <w:br/>
        <w:t>v 0.064451 1.515226 0.097750</w:t>
        <w:br/>
        <w:t>v 0.064974 1.523086 0.099888</w:t>
        <w:br/>
        <w:t>v 0.056787 1.487205 0.095023</w:t>
        <w:br/>
        <w:t>v 0.059206 1.493161 0.094835</w:t>
        <w:br/>
        <w:t>v 0.050995 1.473996 0.097092</w:t>
        <w:br/>
        <w:t>v 0.050184 1.474721 0.097201</w:t>
        <w:br/>
        <w:t>v 0.052381 1.478170 0.096606</w:t>
        <w:br/>
        <w:t>v 0.058546 1.478677 0.092974</w:t>
        <w:br/>
        <w:t>v 0.056915 1.478118 0.089003</w:t>
        <w:br/>
        <w:t>v 0.054137 1.475077 0.091804</w:t>
        <w:br/>
        <w:t>v 0.055245 1.475565 0.094384</w:t>
        <w:br/>
        <w:t>v 0.050184 1.474721 0.097201</w:t>
        <w:br/>
        <w:t>v 0.045729 1.469066 0.098568</w:t>
        <w:br/>
        <w:t>v 0.049816 1.474041 0.095153</w:t>
        <w:br/>
        <w:t>v 0.054137 1.475077 0.091804</w:t>
        <w:br/>
        <w:t>v 0.056915 1.478118 0.089003</w:t>
        <w:br/>
        <w:t>v 0.051831 1.472685 0.095781</w:t>
        <w:br/>
        <w:t>v 0.045729 1.469066 0.098568</w:t>
        <w:br/>
        <w:t>v 0.051155 1.472270 0.094452</w:t>
        <w:br/>
        <w:t>v 0.045729 1.469066 0.098568</w:t>
        <w:br/>
        <w:t>v 0.066762 1.532410 0.093326</w:t>
        <w:br/>
        <w:t>v 0.059995 1.476848 0.090264</w:t>
        <w:br/>
        <w:t>v 0.056037 1.473172 0.091490</w:t>
        <w:br/>
        <w:t>v 0.054798 1.473800 0.090783</w:t>
        <w:br/>
        <w:t>v 0.057252 1.478204 0.088344</w:t>
        <w:br/>
        <w:t>v 0.059995 1.476848 0.090264</w:t>
        <w:br/>
        <w:t>v 0.060799 1.475351 0.086609</w:t>
        <w:br/>
        <w:t>v 0.056489 1.472103 0.089578</w:t>
        <w:br/>
        <w:t>v 0.056037 1.473172 0.091490</w:t>
        <w:br/>
        <w:t>v 0.054798 1.473800 0.090783</w:t>
        <w:br/>
        <w:t>v 0.056489 1.472103 0.089578</w:t>
        <w:br/>
        <w:t>v 0.060799 1.475351 0.086609</w:t>
        <w:br/>
        <w:t>v 0.057252 1.478204 0.088344</w:t>
        <w:br/>
        <w:t>v 0.051342 1.469512 0.093258</w:t>
        <w:br/>
        <w:t>v 0.051342 1.469512 0.093258</w:t>
        <w:br/>
        <w:t>v 0.051342 1.469512 0.093258</w:t>
        <w:br/>
        <w:t>v 0.058560 1.482861 0.086586</w:t>
        <w:br/>
        <w:t>v 0.066484 1.488412 0.089813</w:t>
        <w:br/>
        <w:t>v 0.063510 1.482631 0.089790</w:t>
        <w:br/>
        <w:t>v 0.058177 1.480532 0.087216</w:t>
        <w:br/>
        <w:t>v 0.068709 1.486966 0.085291</w:t>
        <w:br/>
        <w:t>v 0.069353 1.485781 0.080588</w:t>
        <w:br/>
        <w:t>v 0.065497 1.480566 0.083271</w:t>
        <w:br/>
        <w:t>v 0.064841 1.481906 0.087424</w:t>
        <w:br/>
        <w:t>v 0.065497 1.480566 0.083271</w:t>
        <w:br/>
        <w:t>v 0.058177 1.480532 0.087216</w:t>
        <w:br/>
        <w:t>v 0.078570 1.505166 0.081717</w:t>
        <w:br/>
        <w:t>v 0.081603 1.514637 0.080839</w:t>
        <w:br/>
        <w:t>v 0.075027 1.495313 0.077092</w:t>
        <w:br/>
        <w:t>v 0.074173 1.495644 0.083017</w:t>
        <w:br/>
        <w:t>v 0.079633 1.505687 0.074572</w:t>
        <w:br/>
        <w:t>v 0.063510 1.482631 0.089790</w:t>
        <w:br/>
        <w:t>v 0.060909 1.490194 0.084263</w:t>
        <w:br/>
        <w:t>v 0.063953 1.498665 0.080545</w:t>
        <w:br/>
        <w:t>v 0.075027 1.495313 0.077092</w:t>
        <w:br/>
        <w:t>v 0.079633 1.505687 0.074572</w:t>
        <w:br/>
        <w:t>v 0.065930 1.507978 0.077802</w:t>
        <w:br/>
        <w:t>v 0.082800 1.515519 0.073004</w:t>
        <w:br/>
        <w:t>v 0.064934 1.532018 0.103805</w:t>
        <w:br/>
        <w:t>v 0.079612 1.551475 0.095804</w:t>
        <w:br/>
        <w:t>v 0.072125 1.524264 0.071913</w:t>
        <w:br/>
        <w:t>v 0.082800 1.515519 0.073004</w:t>
        <w:br/>
        <w:t>v 0.084733 1.525352 0.072195</w:t>
        <w:br/>
        <w:t>v 0.083961 1.543485 0.081880</w:t>
        <w:br/>
        <w:t>v 0.081075 1.542524 0.093262</w:t>
        <w:br/>
        <w:t>v 0.082035 1.552209 0.088331</w:t>
        <w:br/>
        <w:t>v 0.079518 1.560933 0.094652</w:t>
        <w:br/>
        <w:t>v 0.059198 1.565535 0.105696</w:t>
        <w:br/>
        <w:t>v 0.059269 1.563408 0.116091</w:t>
        <w:br/>
        <w:t>v 0.069353 1.485781 0.080588</w:t>
        <w:br/>
        <w:t>v 0.072310 1.534405 0.070569</w:t>
        <w:br/>
        <w:t>v 0.085503 1.534953 0.072577</w:t>
        <w:br/>
        <w:t>v 0.071536 1.544547 0.069598</w:t>
        <w:br/>
        <w:t>v 0.070523 1.553759 0.069844</w:t>
        <w:br/>
        <w:t>v 0.084301 1.554847 0.075768</w:t>
        <w:br/>
        <w:t>v 0.082699 1.565138 0.078071</w:t>
        <w:br/>
        <w:t>v 0.068920 1.562972 0.069959</w:t>
        <w:br/>
        <w:t>v -0.059489 1.563957 0.115945</w:t>
        <w:br/>
        <w:t>v -0.061845 1.556182 0.113594</w:t>
        <w:br/>
        <w:t>v -0.068196 1.557573 0.110622</w:t>
        <w:br/>
        <w:t>v -0.065707 1.565455 0.113451</w:t>
        <w:br/>
        <w:t>v -0.077395 1.561488 0.096721</w:t>
        <w:br/>
        <w:t>v -0.074289 1.569108 0.099493</w:t>
        <w:br/>
        <w:t>v -0.061845 1.556182 0.113594</w:t>
        <w:br/>
        <w:t>v -0.057541 1.557709 0.096756</w:t>
        <w:br/>
        <w:t>v -0.060190 1.549114 0.095631</w:t>
        <w:br/>
        <w:t>v -0.063498 1.548095 0.110182</w:t>
        <w:br/>
        <w:t>v -0.060746 1.551643 0.086177</w:t>
        <w:br/>
        <w:t>v -0.062655 1.542176 0.084249</w:t>
        <w:br/>
        <w:t>v -0.062696 1.540517 0.094752</w:t>
        <w:br/>
        <w:t>v -0.064641 1.531044 0.092779</w:t>
        <w:br/>
        <w:t>v -0.064927 1.532754 0.083016</w:t>
        <w:br/>
        <w:t>v -0.065464 1.530901 0.104344</w:t>
        <w:br/>
        <w:t>v -0.064729 1.540009 0.107301</w:t>
        <w:br/>
        <w:t>v -0.065317 1.521794 0.101890</w:t>
        <w:br/>
        <w:t>v -0.065136 1.521570 0.090970</w:t>
        <w:br/>
        <w:t>v -0.064690 1.513800 0.090159</w:t>
        <w:br/>
        <w:t>v -0.064551 1.513675 0.100604</w:t>
        <w:br/>
        <w:t>v -0.082584 1.533871 0.087926</w:t>
        <w:br/>
        <w:t>v -0.072052 1.531712 0.102795</w:t>
        <w:br/>
        <w:t>v -0.071776 1.522878 0.100857</w:t>
        <w:br/>
        <w:t>v -0.082679 1.525141 0.086723</w:t>
        <w:br/>
        <w:t>v -0.080089 1.552046 0.092699</w:t>
        <w:br/>
        <w:t>v -0.070258 1.549053 0.108061</w:t>
        <w:br/>
        <w:t>v -0.071597 1.540546 0.105342</w:t>
        <w:br/>
        <w:t>v -0.081849 1.542603 0.089407</w:t>
        <w:br/>
        <w:t>v -0.065464 1.530901 0.104344</w:t>
        <w:br/>
        <w:t>v -0.065317 1.521794 0.101890</w:t>
        <w:br/>
        <w:t>v -0.063498 1.548095 0.110182</w:t>
        <w:br/>
        <w:t>v -0.064729 1.540009 0.107301</w:t>
        <w:br/>
        <w:t>v -0.070689 1.514220 0.099313</w:t>
        <w:br/>
        <w:t>v -0.081673 1.515175 0.086165</w:t>
        <w:br/>
        <w:t>v -0.048238 1.483959 0.102645</w:t>
        <w:br/>
        <w:t>v -0.046052 1.484190 0.106848</w:t>
        <w:br/>
        <w:t>v -0.049709 1.486388 0.105191</w:t>
        <w:br/>
        <w:t>v -0.051431 1.486357 0.100285</w:t>
        <w:br/>
        <w:t>v -0.057264 1.492959 0.094605</w:t>
        <w:br/>
        <w:t>v -0.062236 1.485037 0.089250</w:t>
        <w:br/>
        <w:t>v -0.058217 1.481746 0.093649</w:t>
        <w:br/>
        <w:t>v -0.053835 1.489242 0.098153</w:t>
        <w:br/>
        <w:t>v -0.037079 1.480058 0.109413</w:t>
        <w:br/>
        <w:t>v -0.047966 1.479267 0.101733</w:t>
        <w:br/>
        <w:t>v -0.061025 1.501199 0.099823</w:t>
        <w:br/>
        <w:t>v -0.063119 1.507295 0.100144</w:t>
        <w:br/>
        <w:t>v -0.063572 1.507695 0.090109</w:t>
        <w:br/>
        <w:t>v -0.061822 1.501323 0.090750</w:t>
        <w:br/>
        <w:t>v -0.066190 1.496787 0.084018</w:t>
        <w:br/>
        <w:t>v -0.066778 1.507898 0.082700</w:t>
        <w:br/>
        <w:t>v -0.062236 1.485037 0.089250</w:t>
        <w:br/>
        <w:t>v -0.064539 1.488058 0.085874</w:t>
        <w:br/>
        <w:t>v -0.071725 1.490141 0.089335</w:t>
        <w:br/>
        <w:t>v -0.067207 1.486499 0.092592</w:t>
        <w:br/>
        <w:t>v -0.076195 1.497680 0.087736</w:t>
        <w:br/>
        <w:t>v -0.080062 1.507344 0.085580</w:t>
        <w:br/>
        <w:t>v -0.069130 1.507417 0.098761</w:t>
        <w:br/>
        <w:t>v -0.066550 1.500220 0.098710</w:t>
        <w:br/>
        <w:t>v -0.055936 1.487216 0.102849</w:t>
        <w:br/>
        <w:t>v -0.052149 1.484575 0.104556</w:t>
        <w:br/>
        <w:t>v -0.055277 1.480708 0.100050</w:t>
        <w:br/>
        <w:t>v -0.060466 1.482488 0.097058</w:t>
        <w:br/>
        <w:t>v -0.063266 1.494567 0.099446</w:t>
        <w:br/>
        <w:t>v -0.060397 1.491088 0.100760</w:t>
        <w:br/>
        <w:t>v -0.067207 1.486499 0.092592</w:t>
        <w:br/>
        <w:t>v -0.071725 1.490141 0.089335</w:t>
        <w:br/>
        <w:t>v -0.063119 1.507295 0.100144</w:t>
        <w:br/>
        <w:t>v -0.061025 1.501199 0.099823</w:t>
        <w:br/>
        <w:t>v -0.058458 1.496410 0.100620</w:t>
        <w:br/>
        <w:t>v -0.056089 1.492954 0.101680</w:t>
        <w:br/>
        <w:t>v -0.064551 1.513675 0.100604</w:t>
        <w:br/>
        <w:t>v -0.056089 1.492954 0.101680</w:t>
        <w:br/>
        <w:t>v -0.058458 1.496410 0.100620</w:t>
        <w:br/>
        <w:t>v -0.059560 1.496317 0.092332</w:t>
        <w:br/>
        <w:t>v -0.049709 1.486388 0.105191</w:t>
        <w:br/>
        <w:t>v -0.046052 1.484190 0.106848</w:t>
        <w:br/>
        <w:t>v -0.047196 1.482488 0.106376</w:t>
        <w:br/>
        <w:t>v -0.048539 1.479717 0.103504</w:t>
        <w:br/>
        <w:t>v -0.047966 1.479267 0.101733</w:t>
        <w:br/>
        <w:t>v -0.053765 1.480096 0.097361</w:t>
        <w:br/>
        <w:t>v -0.053765 1.480096 0.097361</w:t>
        <w:br/>
        <w:t>v -0.037079 1.480058 0.109413</w:t>
        <w:br/>
        <w:t>v -0.055409 1.476526 0.096586</w:t>
        <w:br/>
        <w:t>v -0.060627 1.478015 0.093685</w:t>
        <w:br/>
        <w:t>v -0.057801 1.479708 0.091836</w:t>
        <w:br/>
        <w:t>v -0.054288 1.477951 0.095043</w:t>
        <w:br/>
        <w:t>v -0.060369 1.476622 0.091054</w:t>
        <w:br/>
        <w:t>v -0.060627 1.478015 0.093685</w:t>
        <w:br/>
        <w:t>v -0.055409 1.476526 0.096586</w:t>
        <w:br/>
        <w:t>v -0.055076 1.475472 0.095065</w:t>
        <w:br/>
        <w:t>v -0.057801 1.479708 0.091836</w:t>
        <w:br/>
        <w:t>v -0.060345 1.481905 0.089492</w:t>
        <w:br/>
        <w:t>v -0.064202 1.478583 0.087955</w:t>
        <w:br/>
        <w:t>v -0.060369 1.476622 0.091054</w:t>
        <w:br/>
        <w:t>v -0.046635 1.475469 0.101485</w:t>
        <w:br/>
        <w:t>v -0.046635 1.475469 0.101485</w:t>
        <w:br/>
        <w:t>v -0.054288 1.477951 0.095043</w:t>
        <w:br/>
        <w:t>v -0.055076 1.475472 0.095065</w:t>
        <w:br/>
        <w:t>v -0.046635 1.475469 0.101485</w:t>
        <w:br/>
        <w:t>v -0.067192 1.482847 0.090495</w:t>
        <w:br/>
        <w:t>v -0.062076 1.483574 0.088088</w:t>
        <w:br/>
        <w:t>v -0.060345 1.481905 0.089492</w:t>
        <w:br/>
        <w:t>v -0.064307 1.480208 0.091803</w:t>
        <w:br/>
        <w:t>v -0.062076 1.483574 0.088088</w:t>
        <w:br/>
        <w:t>v -0.067649 1.481391 0.085281</w:t>
        <w:br/>
        <w:t>v -0.084057 1.515594 0.071536</w:t>
        <w:br/>
        <w:t>v -0.084129 1.526369 0.070233</w:t>
        <w:br/>
        <w:t>v -0.067649 1.481391 0.085281</w:t>
        <w:br/>
        <w:t>v -0.067192 1.482847 0.090495</w:t>
        <w:br/>
        <w:t>v -0.064307 1.480208 0.091803</w:t>
        <w:br/>
        <w:t>v -0.064202 1.478583 0.087955</w:t>
        <w:br/>
        <w:t>v -0.079151 1.496919 0.076496</w:t>
        <w:br/>
        <w:t>v -0.082845 1.507127 0.073330</w:t>
        <w:br/>
        <w:t>v -0.075344 1.496929 0.076933</w:t>
        <w:br/>
        <w:t>v -0.075699 1.507151 0.073975</w:t>
        <w:br/>
        <w:t>v -0.082845 1.507127 0.073330</w:t>
        <w:br/>
        <w:t>v -0.079151 1.496919 0.076496</w:t>
        <w:br/>
        <w:t>v -0.083707 1.544192 0.069921</w:t>
        <w:br/>
        <w:t>v -0.080547 1.554763 0.072708</w:t>
        <w:br/>
        <w:t>v -0.084359 1.535281 0.069826</w:t>
        <w:br/>
        <w:t>v -0.067040 1.514689 0.082210</w:t>
        <w:br/>
        <w:t>v -0.066317 1.523330 0.082285</w:t>
        <w:br/>
        <w:t>v -0.073247 1.525056 0.071120</w:t>
        <w:br/>
        <w:t>v -0.075085 1.515029 0.072411</w:t>
        <w:br/>
        <w:t>v -0.071682 1.554390 0.072907</w:t>
        <w:br/>
        <w:t>v -0.072340 1.544258 0.071250</w:t>
        <w:br/>
        <w:t>v -0.083707 1.544192 0.069921</w:t>
        <w:br/>
        <w:t>v -0.080547 1.554763 0.072708</w:t>
        <w:br/>
        <w:t>v -0.073235 1.534657 0.070934</w:t>
        <w:br/>
        <w:t>v -0.084057 1.515594 0.071536</w:t>
        <w:br/>
        <w:t>v -0.084359 1.535281 0.069826</w:t>
        <w:br/>
        <w:t>v -0.059489 1.563957 0.115945</w:t>
        <w:br/>
        <w:t>v -0.054375 1.565579 0.100524</w:t>
        <w:br/>
        <w:t>v -0.056865 1.569519 0.090949</w:t>
        <w:br/>
        <w:t>v -0.058692 1.561110 0.088352</w:t>
        <w:br/>
        <w:t>v -0.070685 1.572747 0.079066</w:t>
        <w:br/>
        <w:t>v -0.070880 1.564521 0.074809</w:t>
        <w:br/>
        <w:t>v -0.073866 1.573153 0.079532</w:t>
        <w:br/>
        <w:t>v -0.077241 1.565333 0.075740</w:t>
        <w:br/>
        <w:t>v -0.070755 1.580973 0.082966</w:t>
        <w:br/>
        <w:t>v -0.073866 1.573153 0.079532</w:t>
        <w:br/>
        <w:t>v 0.012200 1.619623 0.116074</w:t>
        <w:br/>
        <w:t>v 0.025075 1.607075 0.121842</w:t>
        <w:br/>
        <w:t>v 0.007135 1.625598 0.107440</w:t>
        <w:br/>
        <w:t>v 0.006547 1.624648 0.113519</w:t>
        <w:br/>
        <w:t>v 0.013249 1.624556 0.114758</w:t>
        <w:br/>
        <w:t>v 0.014356 1.625455 0.108535</w:t>
        <w:br/>
        <w:t>v -0.000041 1.625231 0.103394</w:t>
        <w:br/>
        <w:t>v -0.000085 1.624030 0.106346</w:t>
        <w:br/>
        <w:t>v -0.117382 1.529958 0.007721</w:t>
        <w:br/>
        <w:t>v -0.121105 1.528713 0.003688</w:t>
        <w:br/>
        <w:t>v -0.108062 1.537939 0.020518</w:t>
        <w:br/>
        <w:t>v -0.110992 1.534655 0.016315</w:t>
        <w:br/>
        <w:t>v -0.104900 1.542127 0.024581</w:t>
        <w:br/>
        <w:t>v -0.095523 1.557626 0.033346</w:t>
        <w:br/>
        <w:t>v -0.098778 1.552027 0.031028</w:t>
        <w:br/>
        <w:t>v -0.089955 1.564894 0.036423</w:t>
        <w:br/>
        <w:t>v -0.074043 1.587918 0.041171</w:t>
        <w:br/>
        <w:t>v -0.084124 1.572163 0.039481</w:t>
        <w:br/>
        <w:t>v -0.123931 1.528194 0.000841</w:t>
        <w:br/>
        <w:t>v -0.088612 1.566153 0.074565</w:t>
        <w:br/>
        <w:t>v -0.083998 1.563136 0.088023</w:t>
        <w:br/>
        <w:t>v -0.087768 1.554177 0.082996</w:t>
        <w:br/>
        <w:t>v -0.092078 1.557210 0.069917</w:t>
        <w:br/>
        <w:t>v -0.078005 1.561444 0.096236</w:t>
        <w:br/>
        <w:t>v -0.081380 1.552148 0.091303</w:t>
        <w:br/>
        <w:t>v -0.093440 1.559367 0.060023</w:t>
        <w:br/>
        <w:t>v -0.090184 1.568079 0.065158</w:t>
        <w:br/>
        <w:t>v -0.096549 1.529760 0.065322</w:t>
        <w:br/>
        <w:t>v -0.100352 1.533355 0.054436</w:t>
        <w:br/>
        <w:t>v -0.097704 1.540811 0.059846</w:t>
        <w:br/>
        <w:t>v -0.093798 1.537490 0.071640</w:t>
        <w:br/>
        <w:t>v -0.097684 1.523769 0.037465</w:t>
        <w:br/>
        <w:t>v -0.102826 1.515512 0.032117</w:t>
        <w:br/>
        <w:t>v -0.096103 1.510253 0.039488</w:t>
        <w:br/>
        <w:t>v -0.090253 1.518863 0.045291</w:t>
        <w:br/>
        <w:t>v -0.112466 1.501165 0.025931</w:t>
        <w:br/>
        <w:t>v -0.114541 1.504948 0.023150</w:t>
        <w:br/>
        <w:t>v -0.119029 1.502710 0.020824</w:t>
        <w:br/>
        <w:t>v -0.118127 1.500191 0.022381</w:t>
        <w:br/>
        <w:t>v -0.123019 1.500224 0.019289</w:t>
        <w:br/>
        <w:t>v -0.123557 1.501790 0.018610</w:t>
        <w:br/>
        <w:t>v -0.128241 1.500870 0.016629</w:t>
        <w:br/>
        <w:t>v -0.096326 1.550657 0.053939</w:t>
        <w:br/>
        <w:t>v -0.095401 1.548267 0.064462</w:t>
        <w:br/>
        <w:t>v -0.098896 1.543459 0.049424</w:t>
        <w:br/>
        <w:t>v -0.099760 1.509892 0.053888</w:t>
        <w:br/>
        <w:t>v -0.104706 1.505439 0.045452</w:t>
        <w:br/>
        <w:t>v -0.108235 1.509075 0.042161</w:t>
        <w:br/>
        <w:t>v -0.104157 1.514061 0.049546</w:t>
        <w:br/>
        <w:t>v -0.111572 1.514261 0.030059</w:t>
        <w:br/>
        <w:t>v -0.108688 1.519155 0.033288</w:t>
        <w:br/>
        <w:t>v -0.107386 1.517220 0.041803</w:t>
        <w:br/>
        <w:t>v -0.110765 1.512101 0.036411</w:t>
        <w:br/>
        <w:t>v -0.123683 1.499937 0.020893</w:t>
        <w:br/>
        <w:t>v -0.124334 1.501073 0.020528</w:t>
        <w:br/>
        <w:t>v -0.120448 1.501306 0.024607</w:t>
        <w:br/>
        <w:t>v -0.119303 1.499663 0.025239</w:t>
        <w:br/>
        <w:t>v -0.104838 1.527503 0.038692</w:t>
        <w:br/>
        <w:t>v -0.101588 1.536261 0.043972</w:t>
        <w:br/>
        <w:t>v -0.103569 1.525082 0.048182</w:t>
        <w:br/>
        <w:t>v -0.120884 1.503485 0.023350</w:t>
        <w:br/>
        <w:t>v -0.117388 1.505535 0.027316</w:t>
        <w:br/>
        <w:t>v -0.116246 1.503088 0.029861</w:t>
        <w:br/>
        <w:t>v -0.117638 1.507166 0.024281</w:t>
        <w:br/>
        <w:t>v -0.114576 1.510343 0.027082</w:t>
        <w:br/>
        <w:t>v -0.114359 1.508078 0.031212</w:t>
        <w:br/>
        <w:t>v -0.111572 1.514261 0.030059</w:t>
        <w:br/>
        <w:t>v -0.114576 1.510343 0.027082</w:t>
        <w:br/>
        <w:t>v -0.110562 1.507820 0.025642</w:t>
        <w:br/>
        <w:t>v -0.106547 1.511119 0.028713</w:t>
        <w:br/>
        <w:t>v -0.104838 1.527503 0.038692</w:t>
        <w:br/>
        <w:t>v -0.108688 1.519155 0.033288</w:t>
        <w:br/>
        <w:t>v -0.117638 1.507166 0.024281</w:t>
        <w:br/>
        <w:t>v -0.124411 1.502561 0.018976</w:t>
        <w:br/>
        <w:t>v -0.120873 1.504609 0.021504</w:t>
        <w:br/>
        <w:t>v -0.124411 1.502561 0.018976</w:t>
        <w:br/>
        <w:t>v -0.120873 1.504609 0.021504</w:t>
        <w:br/>
        <w:t>v -0.124474 1.502109 0.019970</w:t>
        <w:br/>
        <w:t>v -0.114350 1.500410 0.031038</w:t>
        <w:br/>
        <w:t>v -0.100054 1.521706 0.057495</w:t>
        <w:br/>
        <w:t>v -0.087402 1.534602 0.079478</w:t>
        <w:br/>
        <w:t>v -0.090539 1.526351 0.072597</w:t>
        <w:br/>
        <w:t>v -0.094827 1.517764 0.063652</w:t>
        <w:br/>
        <w:t>v -0.099760 1.509892 0.053888</w:t>
        <w:br/>
        <w:t>v -0.096103 1.510253 0.039488</w:t>
        <w:br/>
        <w:t>v -0.101632 1.506239 0.034270</w:t>
        <w:br/>
        <w:t>v -0.104706 1.505439 0.045452</w:t>
        <w:br/>
        <w:t>v -0.101632 1.506239 0.034270</w:t>
        <w:br/>
        <w:t>v -0.090539 1.526351 0.072597</w:t>
        <w:br/>
        <w:t>v -0.087509 1.526274 0.063826</w:t>
        <w:br/>
        <w:t>v -0.093336 1.517878 0.058918</w:t>
        <w:br/>
        <w:t>v -0.094827 1.517764 0.063652</w:t>
        <w:br/>
        <w:t>v -0.090253 1.518863 0.045291</w:t>
        <w:br/>
        <w:t>v -0.081401 1.542355 0.072241</w:t>
        <w:br/>
        <w:t>v -0.084314 1.542853 0.085642</w:t>
        <w:br/>
        <w:t>v -0.081380 1.552148 0.091303</w:t>
        <w:br/>
        <w:t>v -0.078334 1.552755 0.075414</w:t>
        <w:br/>
        <w:t>v -0.087402 1.534602 0.079478</w:t>
        <w:br/>
        <w:t>v -0.084394 1.534314 0.068502</w:t>
        <w:br/>
        <w:t>v -0.079353 1.544006 0.059022</w:t>
        <w:br/>
        <w:t>v -0.077169 1.554732 0.063850</w:t>
        <w:br/>
        <w:t>v -0.074966 1.565458 0.067889</w:t>
        <w:br/>
        <w:t>v -0.079936 1.567545 0.064485</w:t>
        <w:br/>
        <w:t>v -0.082751 1.557926 0.059010</w:t>
        <w:br/>
        <w:t>v -0.085546 1.548309 0.052746</w:t>
        <w:br/>
        <w:t>v -0.089213 1.540372 0.048063</w:t>
        <w:br/>
        <w:t>v -0.082117 1.535945 0.055465</w:t>
        <w:br/>
        <w:t>v -0.085002 1.527883 0.050971</w:t>
        <w:br/>
        <w:t>v -0.114350 1.500410 0.031038</w:t>
        <w:br/>
        <w:t>v -0.112466 1.501165 0.025931</w:t>
        <w:br/>
        <w:t>v -0.118127 1.500191 0.022381</w:t>
        <w:br/>
        <w:t>v -0.119303 1.499663 0.025239</w:t>
        <w:br/>
        <w:t>v -0.123683 1.499937 0.020893</w:t>
        <w:br/>
        <w:t>v -0.123019 1.500224 0.019289</w:t>
        <w:br/>
        <w:t>v -0.128241 1.500870 0.016629</w:t>
        <w:br/>
        <w:t>v -0.074727 1.569086 0.099072</w:t>
        <w:br/>
        <w:t>v -0.071448 1.576729 0.101907</w:t>
        <w:br/>
        <w:t>v -0.070755 1.580973 0.082966</w:t>
        <w:br/>
        <w:t>v -0.073002 1.572065 0.080381</w:t>
        <w:br/>
        <w:t>v -0.080796 1.576772 0.064392</w:t>
        <w:br/>
        <w:t>v -0.081656 1.585999 0.064299</w:t>
        <w:br/>
        <w:t>v -0.090184 1.568079 0.065158</w:t>
        <w:br/>
        <w:t>v -0.075590 1.584481 0.072107</w:t>
        <w:br/>
        <w:t>v -0.075277 1.574970 0.069998</w:t>
        <w:br/>
        <w:t>v -0.084940 1.574184 0.078595</w:t>
        <w:br/>
        <w:t>v -0.080426 1.571037 0.091984</w:t>
        <w:br/>
        <w:t>v -0.074727 1.569086 0.099072</w:t>
        <w:br/>
        <w:t>v -0.093440 1.559367 0.060023</w:t>
        <w:br/>
        <w:t>v -0.096326 1.550657 0.053939</w:t>
        <w:br/>
        <w:t>v -0.098896 1.543459 0.049424</w:t>
        <w:br/>
        <w:t>v 0.090697 1.564441 0.033714</w:t>
        <w:br/>
        <w:t>v 0.085414 1.571887 0.037462</w:t>
        <w:br/>
        <w:t>v 0.077070 1.569490 0.048178</w:t>
        <w:br/>
        <w:t>v 0.082506 1.561446 0.042169</w:t>
        <w:br/>
        <w:t>v 0.094181 1.558715 0.060003</w:t>
        <w:br/>
        <w:t>v 0.097275 1.562544 0.047745</w:t>
        <w:br/>
        <w:t>v 0.100805 1.554301 0.043195</w:t>
        <w:br/>
        <w:t>v 0.097486 1.550062 0.055244</w:t>
        <w:br/>
        <w:t>v 0.097033 1.565415 0.036665</w:t>
        <w:br/>
        <w:t>v 0.093345 1.573421 0.040466</w:t>
        <w:br/>
        <w:t>v 0.085414 1.571887 0.037462</w:t>
        <w:br/>
        <w:t>v 0.090697 1.564441 0.033714</w:t>
        <w:br/>
        <w:t>v 0.094181 1.558715 0.060003</w:t>
        <w:br/>
        <w:t>v 0.097486 1.550062 0.055244</w:t>
        <w:br/>
        <w:t>v 0.090284 1.548497 0.049734</w:t>
        <w:br/>
        <w:t>v 0.086894 1.556927 0.056253</w:t>
        <w:br/>
        <w:t>v 0.097033 1.565415 0.036665</w:t>
        <w:br/>
        <w:t>v 0.100778 1.557184 0.032450</w:t>
        <w:br/>
        <w:t>v 0.114986 1.528745 0.006521</w:t>
        <w:br/>
        <w:t>v 0.113498 1.529101 0.005377</w:t>
        <w:br/>
        <w:t>v 0.116085 1.526782 0.001085</w:t>
        <w:br/>
        <w:t>v 0.117245 1.526555 0.002024</w:t>
        <w:br/>
        <w:t>v 0.119925 1.524883 -0.002578</w:t>
        <w:br/>
        <w:t>v 0.119095 1.524979 -0.003314</w:t>
        <w:br/>
        <w:t>v 0.125927 1.522626 -0.011006</w:t>
        <w:br/>
        <w:t>v 0.096005 1.535655 0.032244</w:t>
        <w:br/>
        <w:t>v 0.097619 1.540757 0.026750</w:t>
        <w:br/>
        <w:t>v 0.092722 1.546662 0.031836</w:t>
        <w:br/>
        <w:t>v 0.090748 1.542603 0.038962</w:t>
        <w:br/>
        <w:t>v 0.116251 1.521136 0.011130</w:t>
        <w:br/>
        <w:t>v 0.116294 1.525599 0.009359</w:t>
        <w:br/>
        <w:t>v 0.118342 1.524245 0.004006</w:t>
        <w:br/>
        <w:t>v 0.118500 1.520781 0.004983</w:t>
        <w:br/>
        <w:t>v 0.121156 1.521132 -0.001443</w:t>
        <w:br/>
        <w:t>v 0.120907 1.523408 -0.001523</w:t>
        <w:br/>
        <w:t>v 0.125927 1.522626 -0.011006</w:t>
        <w:br/>
        <w:t>v 0.115497 1.520350 0.003865</w:t>
        <w:br/>
        <w:t>v 0.118500 1.520781 0.004983</w:t>
        <w:br/>
        <w:t>v 0.121156 1.521132 -0.001443</w:t>
        <w:br/>
        <w:t>v 0.119018 1.520581 -0.001703</w:t>
        <w:br/>
        <w:t>v 0.119095 1.524979 -0.003314</w:t>
        <w:br/>
        <w:t>v 0.117870 1.523532 -0.003284</w:t>
        <w:br/>
        <w:t>v 0.125927 1.522626 -0.011006</w:t>
        <w:br/>
        <w:t>v 0.109304 1.522240 0.016379</w:t>
        <w:br/>
        <w:t>v 0.113433 1.522442 0.019156</w:t>
        <w:br/>
        <w:t>v 0.116251 1.521136 0.011130</w:t>
        <w:br/>
        <w:t>v 0.112488 1.520758 0.009430</w:t>
        <w:br/>
        <w:t>v 0.107522 1.529307 0.035818</w:t>
        <w:br/>
        <w:t>v 0.110898 1.524377 0.027044</w:t>
        <w:br/>
        <w:t>v 0.106264 1.524352 0.023127</w:t>
        <w:br/>
        <w:t>v 0.102577 1.528710 0.030890</w:t>
        <w:br/>
        <w:t>v 0.110556 1.523393 0.007234</w:t>
        <w:br/>
        <w:t>v 0.113877 1.522455 0.002234</w:t>
        <w:br/>
        <w:t>v 0.114238 1.524820 0.001211</w:t>
        <w:br/>
        <w:t>v 0.111308 1.526623 0.005751</w:t>
        <w:br/>
        <w:t>v 0.107072 1.525020 0.013301</w:t>
        <w:br/>
        <w:t>v 0.108025 1.528899 0.011159</w:t>
        <w:br/>
        <w:t>v 0.101059 1.535982 0.021906</w:t>
        <w:br/>
        <w:t>v 0.099676 1.531167 0.026053</w:t>
        <w:br/>
        <w:t>v 0.125927 1.522626 -0.011006</w:t>
        <w:br/>
        <w:t>v 0.107030 1.541367 0.032431</w:t>
        <w:br/>
        <w:t>v 0.104068 1.535044 0.043614</w:t>
        <w:br/>
        <w:t>v 0.100639 1.542248 0.049981</w:t>
        <w:br/>
        <w:t>v 0.104027 1.547529 0.038463</w:t>
        <w:br/>
        <w:t>v 0.107522 1.529307 0.035818</w:t>
        <w:br/>
        <w:t>v 0.109257 1.536634 0.027527</w:t>
        <w:br/>
        <w:t>v 0.111491 1.532500 0.021836</w:t>
        <w:br/>
        <w:t>v 0.110898 1.524377 0.027044</w:t>
        <w:br/>
        <w:t>v 0.113849 1.528736 0.015720</w:t>
        <w:br/>
        <w:t>v 0.113433 1.522442 0.019156</w:t>
        <w:br/>
        <w:t>v 0.095910 1.556771 0.029465</w:t>
        <w:br/>
        <w:t>v 0.099059 1.550905 0.026876</w:t>
        <w:br/>
        <w:t>v 0.103347 1.551104 0.029466</w:t>
        <w:br/>
        <w:t>v 0.108024 1.536318 0.014948</w:t>
        <w:br/>
        <w:t>v 0.110550 1.536254 0.016893</w:t>
        <w:br/>
        <w:t>v 0.108184 1.540645 0.021473</w:t>
        <w:br/>
        <w:t>v 0.105004 1.540684 0.019361</w:t>
        <w:br/>
        <w:t>v 0.112754 1.532185 0.011833</w:t>
        <w:br/>
        <w:t>v 0.110746 1.532395 0.010289</w:t>
        <w:br/>
        <w:t>v 0.105909 1.545399 0.025747</w:t>
        <w:br/>
        <w:t>v 0.102076 1.545413 0.023466</w:t>
        <w:br/>
        <w:t>v 0.099059 1.550905 0.026876</w:t>
        <w:br/>
        <w:t>v 0.105004 1.540684 0.019361</w:t>
        <w:br/>
        <w:t>v 0.113498 1.529101 0.005377</w:t>
        <w:br/>
        <w:t>v 0.110746 1.532395 0.010289</w:t>
        <w:br/>
        <w:t>v 0.116085 1.526782 0.001085</w:t>
        <w:br/>
        <w:t>v 0.087872 1.553179 0.035661</w:t>
        <w:br/>
        <w:t>v 0.085537 1.550162 0.044420</w:t>
        <w:br/>
        <w:t>v 0.078545 1.566433 0.059837</w:t>
        <w:br/>
        <w:t>v 0.082076 1.558410 0.052378</w:t>
        <w:br/>
        <w:t>v 0.117916 1.522034 -0.002708</w:t>
        <w:br/>
        <w:t>v 0.094568 1.540824 0.044363</w:t>
        <w:br/>
        <w:t>v 0.088993 1.553678 0.084163</w:t>
        <w:br/>
        <w:t>v 0.082477 1.551594 0.090741</w:t>
        <w:br/>
        <w:t>v 0.097856 1.517310 0.032070</w:t>
        <w:br/>
        <w:t>v 0.092878 1.512720 0.041864</w:t>
        <w:br/>
        <w:t>v 0.095548 1.508103 0.037915</w:t>
        <w:br/>
        <w:t>v 0.099912 1.512806 0.027913</w:t>
        <w:br/>
        <w:t>v 0.111659 1.495420 0.017038</w:t>
        <w:br/>
        <w:t>v 0.112302 1.498138 0.015461</w:t>
        <w:br/>
        <w:t>v 0.110400 1.499445 0.016864</w:t>
        <w:br/>
        <w:t>v 0.109649 1.495908 0.018792</w:t>
        <w:br/>
        <w:t>v 0.116385 1.496909 0.012986</w:t>
        <w:br/>
        <w:t>v 0.116162 1.495482 0.013893</w:t>
        <w:br/>
        <w:t>v 0.120782 1.496098 0.010740</w:t>
        <w:br/>
        <w:t>v 0.098237 1.540003 0.060050</w:t>
        <w:br/>
        <w:t>v 0.095976 1.547994 0.065125</w:t>
        <w:br/>
        <w:t>v 0.095847 1.550803 0.053806</w:t>
        <w:br/>
        <w:t>v 0.098323 1.542531 0.048889</w:t>
        <w:br/>
        <w:t>v 0.103383 1.510448 0.048229</w:t>
        <w:br/>
        <w:t>v 0.104466 1.508206 0.044378</w:t>
        <w:br/>
        <w:t>v 0.100329 1.502847 0.047927</w:t>
        <w:br/>
        <w:t>v 0.098813 1.505109 0.052635</w:t>
        <w:br/>
        <w:t>v 0.105479 1.515447 0.040012</w:t>
        <w:br/>
        <w:t>v 0.105379 1.516839 0.032152</w:t>
        <w:br/>
        <w:t>v 0.106163 1.514306 0.030230</w:t>
        <w:br/>
        <w:t>v 0.106343 1.512893 0.037123</w:t>
        <w:br/>
        <w:t>v 0.115721 1.496523 0.017204</w:t>
        <w:br/>
        <w:t>v 0.114708 1.494882 0.017524</w:t>
        <w:br/>
        <w:t>v 0.112808 1.494847 0.019905</w:t>
        <w:br/>
        <w:t>v 0.114279 1.497004 0.019466</w:t>
        <w:br/>
        <w:t>v 0.100579 1.532334 0.054343</w:t>
        <w:br/>
        <w:t>v 0.100878 1.534582 0.043340</w:t>
        <w:br/>
        <w:t>v 0.102088 1.529922 0.040554</w:t>
        <w:br/>
        <w:t>v 0.101779 1.527905 0.051068</w:t>
        <w:br/>
        <w:t>v 0.114440 1.499061 0.017943</w:t>
        <w:br/>
        <w:t>v 0.112537 1.497940 0.022476</w:t>
        <w:br/>
        <w:t>v 0.112951 1.500398 0.020427</w:t>
        <w:br/>
        <w:t>v 0.108821 1.507110 0.023911</w:t>
        <w:br/>
        <w:t>v 0.109778 1.505265 0.022066</w:t>
        <w:br/>
        <w:t>v 0.110605 1.503550 0.025178</w:t>
        <w:br/>
        <w:t>v 0.109575 1.505155 0.027563</w:t>
        <w:br/>
        <w:t>v 0.106163 1.514306 0.030230</w:t>
        <w:br/>
        <w:t>v 0.105379 1.516839 0.032152</w:t>
        <w:br/>
        <w:t>v 0.099912 1.512806 0.027913</w:t>
        <w:br/>
        <w:t>v 0.101175 1.510629 0.026567</w:t>
        <w:br/>
        <w:t>v 0.093906 1.526983 0.039293</w:t>
        <w:br/>
        <w:t>v 0.102088 1.529922 0.040554</w:t>
        <w:br/>
        <w:t>v 0.100878 1.534582 0.043340</w:t>
        <w:br/>
        <w:t>v 0.091936 1.531987 0.042675</w:t>
        <w:br/>
        <w:t>v 0.113850 1.500084 0.016481</w:t>
        <w:br/>
        <w:t>v 0.112261 1.501592 0.018321</w:t>
        <w:br/>
        <w:t>v 0.114255 1.497373 0.014179</w:t>
        <w:br/>
        <w:t>v 0.115296 1.498830 0.014954</w:t>
        <w:br/>
        <w:t>v 0.115296 1.498830 0.014954</w:t>
        <w:br/>
        <w:t>v 0.115855 1.498107 0.016112</w:t>
        <w:br/>
        <w:t>v 0.113850 1.500084 0.016481</w:t>
        <w:br/>
        <w:t>v 0.110743 1.495058 0.023218</w:t>
        <w:br/>
        <w:t>v 0.101818 1.514507 0.053127</w:t>
        <w:br/>
        <w:t>v 0.104190 1.519377 0.044061</w:t>
        <w:br/>
        <w:t>v 0.087843 1.532989 0.079654</w:t>
        <w:br/>
        <w:t>v 0.094726 1.536055 0.072325</w:t>
        <w:br/>
        <w:t>v 0.097374 1.527852 0.065953</w:t>
        <w:br/>
        <w:t>v 0.090785 1.524047 0.073001</w:t>
        <w:br/>
        <w:t>v 0.096697 1.509410 0.058428</w:t>
        <w:br/>
        <w:t>v 0.100329 1.502847 0.047927</w:t>
        <w:br/>
        <w:t>v 0.097496 1.505704 0.034705</w:t>
        <w:br/>
        <w:t>v 0.098813 1.505109 0.052635</w:t>
        <w:br/>
        <w:t>v 0.105718 1.504538 0.021341</w:t>
        <w:br/>
        <w:t>v 0.104005 1.506410 0.023292</w:t>
        <w:br/>
        <w:t>v 0.101621 1.501044 0.027647</w:t>
        <w:br/>
        <w:t>v 0.103986 1.498869 0.024132</w:t>
        <w:br/>
        <w:t>v 0.089159 1.540044 0.047766</w:t>
        <w:br/>
        <w:t>v 0.098323 1.542531 0.048889</w:t>
        <w:br/>
        <w:t>v 0.095847 1.550803 0.053806</w:t>
        <w:br/>
        <w:t>v 0.086460 1.548425 0.052227</w:t>
        <w:br/>
        <w:t>v 0.110743 1.495058 0.023218</w:t>
        <w:br/>
        <w:t>v 0.112808 1.494847 0.019905</w:t>
        <w:br/>
        <w:t>v 0.111659 1.495420 0.017038</w:t>
        <w:br/>
        <w:t>v 0.109649 1.495908 0.018792</w:t>
        <w:br/>
        <w:t>v 0.116678 1.495104 0.015181</w:t>
        <w:br/>
        <w:t>v 0.092849 1.556486 0.070572</w:t>
        <w:br/>
        <w:t>v 0.091039 1.567145 0.064420</w:t>
        <w:br/>
        <w:t>v 0.093671 1.558975 0.059690</w:t>
        <w:br/>
        <w:t>v 0.096697 1.509410 0.058428</w:t>
        <w:br/>
        <w:t>v 0.082730 1.557429 0.056609</w:t>
        <w:br/>
        <w:t>v 0.093671 1.558975 0.059690</w:t>
        <w:br/>
        <w:t>v 0.085576 1.533135 0.075160</w:t>
        <w:br/>
        <w:t>v 0.087843 1.532989 0.079654</w:t>
        <w:br/>
        <w:t>v 0.090785 1.524047 0.073001</w:t>
        <w:br/>
        <w:t>v 0.076555 1.554857 0.065011</w:t>
        <w:br/>
        <w:t>v 0.077891 1.544955 0.060174</w:t>
        <w:br/>
        <w:t>v 0.085116 1.527739 0.051840</w:t>
        <w:br/>
        <w:t>v 0.081464 1.536186 0.056322</w:t>
        <w:br/>
        <w:t>v 0.080448 1.542545 0.076690</w:t>
        <w:br/>
        <w:t>v 0.075675 1.552633 0.079261</w:t>
        <w:br/>
        <w:t>v 0.082477 1.551594 0.090741</w:t>
        <w:br/>
        <w:t>v 0.084979 1.542255 0.085676</w:t>
        <w:br/>
        <w:t>v 0.074764 1.564759 0.068692</w:t>
        <w:br/>
        <w:t>v 0.070447 1.562718 0.080675</w:t>
        <w:br/>
        <w:t>v 0.094424 1.508129 0.024252</w:t>
        <w:br/>
        <w:t>v 0.085217 1.508077 0.024922</w:t>
        <w:br/>
        <w:t>v 0.085665 1.529099 0.032953</w:t>
        <w:br/>
        <w:t>v 0.094671 1.532063 0.017992</w:t>
        <w:br/>
        <w:t>v 0.086865 1.508281 0.015919</w:t>
        <w:br/>
        <w:t>v 0.087174 1.531853 0.017610</w:t>
        <w:br/>
        <w:t>v 0.085665 1.529099 0.032953</w:t>
        <w:br/>
        <w:t>v 0.085217 1.508077 0.024922</w:t>
        <w:br/>
        <w:t>v 0.094931 1.505963 0.013248</w:t>
        <w:br/>
        <w:t>v 0.094671 1.532063 0.017992</w:t>
        <w:br/>
        <w:t>v 0.087174 1.531853 0.017610</w:t>
        <w:br/>
        <w:t>v 0.086865 1.508281 0.015919</w:t>
        <w:br/>
        <w:t>v 0.093473 1.479159 0.025944</w:t>
        <w:br/>
        <w:t>v 0.094931 1.505963 0.013248</w:t>
        <w:br/>
        <w:t>v 0.092884 1.478372 0.016298</w:t>
        <w:br/>
        <w:t>v 0.093473 1.479159 0.025944</w:t>
        <w:br/>
        <w:t>v 0.085214 1.479711 0.026630</w:t>
        <w:br/>
        <w:t>v 0.084341 1.478945 0.017694</w:t>
        <w:br/>
        <w:t>v 0.085214 1.479711 0.026630</w:t>
        <w:br/>
        <w:t>v 0.084341 1.478945 0.017694</w:t>
        <w:br/>
        <w:t>v 0.092884 1.478372 0.016298</w:t>
        <w:br/>
        <w:t>v 0.091477 1.466002 0.017639</w:t>
        <w:br/>
        <w:t>v 0.089699 1.453633 0.020258</w:t>
        <w:br/>
        <w:t>v 0.091968 1.455268 0.028958</w:t>
        <w:br/>
        <w:t>v 0.092905 1.467213 0.027028</w:t>
        <w:br/>
        <w:t>v 0.084575 1.467995 0.027702</w:t>
        <w:br/>
        <w:t>v 0.092905 1.467213 0.027028</w:t>
        <w:br/>
        <w:t>v 0.091968 1.455268 0.028958</w:t>
        <w:br/>
        <w:t>v 0.083569 1.456278 0.029618</w:t>
        <w:br/>
        <w:t>v 0.083569 1.456278 0.029618</w:t>
        <w:br/>
        <w:t>v 0.081435 1.454663 0.020897</w:t>
        <w:br/>
        <w:t>v 0.083053 1.466804 0.018835</w:t>
        <w:br/>
        <w:t>v 0.084575 1.467995 0.027702</w:t>
        <w:br/>
        <w:t>v 0.083053 1.466804 0.018835</w:t>
        <w:br/>
        <w:t>v 0.091477 1.466002 0.017639</w:t>
        <w:br/>
        <w:t>v 0.087332 1.428995 0.027658</w:t>
        <w:br/>
        <w:t>v 0.089133 1.432113 0.035526</w:t>
        <w:br/>
        <w:t>v 0.090710 1.443559 0.031936</w:t>
        <w:br/>
        <w:t>v 0.088702 1.441182 0.023502</w:t>
        <w:br/>
        <w:t>v 0.080681 1.433525 0.035906</w:t>
        <w:br/>
        <w:t>v 0.082283 1.444769 0.032456</w:t>
        <w:br/>
        <w:t>v 0.090710 1.443559 0.031936</w:t>
        <w:br/>
        <w:t>v 0.089133 1.432113 0.035526</w:t>
        <w:br/>
        <w:t>v 0.082283 1.444769 0.032456</w:t>
        <w:br/>
        <w:t>v 0.080364 1.442424 0.024016</w:t>
        <w:br/>
        <w:t>v 0.089699 1.453633 0.020258</w:t>
        <w:br/>
        <w:t>v 0.081435 1.454663 0.020897</w:t>
        <w:br/>
        <w:t>v 0.080364 1.442424 0.024016</w:t>
        <w:br/>
        <w:t>v 0.088702 1.441182 0.023502</w:t>
        <w:br/>
        <w:t>v 0.082608 1.404036 0.039671</w:t>
        <w:br/>
        <w:t>v 0.084255 1.409043 0.046618</w:t>
        <w:br/>
        <w:t>v 0.086996 1.420181 0.040480</w:t>
        <w:br/>
        <w:t>v 0.085319 1.416119 0.032960</w:t>
        <w:br/>
        <w:t>v 0.086996 1.420181 0.040480</w:t>
        <w:br/>
        <w:t>v 0.078481 1.421889 0.040643</w:t>
        <w:br/>
        <w:t>v 0.076841 1.417849 0.033129</w:t>
        <w:br/>
        <w:t>v 0.078919 1.430449 0.028048</w:t>
        <w:br/>
        <w:t>v 0.080681 1.433525 0.035906</w:t>
        <w:br/>
        <w:t>v 0.078481 1.421889 0.040643</w:t>
        <w:br/>
        <w:t>v 0.074068 1.406044 0.039618</w:t>
        <w:br/>
        <w:t>v 0.082608 1.404036 0.039671</w:t>
        <w:br/>
        <w:t>v 0.085319 1.416119 0.032960</w:t>
        <w:br/>
        <w:t>v 0.076841 1.417849 0.033129</w:t>
        <w:br/>
        <w:t>v 0.074352 1.382225 0.055660</w:t>
        <w:br/>
        <w:t>v 0.076331 1.388415 0.061725</w:t>
        <w:br/>
        <w:t>v 0.080579 1.398325 0.053522</w:t>
        <w:br/>
        <w:t>v 0.078767 1.392727 0.047015</w:t>
        <w:br/>
        <w:t>v 0.072147 1.400764 0.053142</w:t>
        <w:br/>
        <w:t>v 0.075678 1.411046 0.046562</w:t>
        <w:br/>
        <w:t>v 0.084255 1.409043 0.046618</w:t>
        <w:br/>
        <w:t>v 0.080579 1.398325 0.053522</w:t>
        <w:br/>
        <w:t>v 0.068044 1.391291 0.061019</w:t>
        <w:br/>
        <w:t>v 0.066104 1.385100 0.054953</w:t>
        <w:br/>
        <w:t>v 0.070373 1.395168 0.046637</w:t>
        <w:br/>
        <w:t>v 0.072147 1.400764 0.053142</w:t>
        <w:br/>
        <w:t>v 0.070373 1.395168 0.046637</w:t>
        <w:br/>
        <w:t>v 0.066104 1.385100 0.054953</w:t>
        <w:br/>
        <w:t>v 0.074352 1.382225 0.055660</w:t>
        <w:br/>
        <w:t>v 0.078767 1.392727 0.047015</w:t>
        <w:br/>
        <w:t>v 0.063804 1.364680 0.073747</w:t>
        <w:br/>
        <w:t>v 0.065871 1.370944 0.079043</w:t>
        <w:br/>
        <w:t>v 0.071700 1.379433 0.069856</w:t>
        <w:br/>
        <w:t>v 0.069678 1.373206 0.064175</w:t>
        <w:br/>
        <w:t>v 0.068044 1.391291 0.061019</w:t>
        <w:br/>
        <w:t>v 0.076331 1.388415 0.061725</w:t>
        <w:br/>
        <w:t>v 0.071700 1.379433 0.069856</w:t>
        <w:br/>
        <w:t>v 0.063810 1.382569 0.068838</w:t>
        <w:br/>
        <w:t>v 0.061840 1.376341 0.063156</w:t>
        <w:br/>
        <w:t>v 0.063810 1.382569 0.068838</w:t>
        <w:br/>
        <w:t>v 0.069678 1.373206 0.064175</w:t>
        <w:br/>
        <w:t>v 0.061840 1.376341 0.063156</w:t>
        <w:br/>
        <w:t>v 0.056377 1.368074 0.072416</w:t>
        <w:br/>
        <w:t>v 0.063804 1.364680 0.073747</w:t>
        <w:br/>
        <w:t>v 0.059457 1.363701 0.088224</w:t>
        <w:br/>
        <w:t>v 0.057561 1.357976 0.083419</w:t>
        <w:br/>
        <w:t>v 0.051949 1.351611 0.093430</w:t>
        <w:br/>
        <w:t>v 0.053676 1.356799 0.097744</w:t>
        <w:br/>
        <w:t>v 0.059457 1.363701 0.088224</w:t>
        <w:br/>
        <w:t>v 0.052605 1.366732 0.086930</w:t>
        <w:br/>
        <w:t>v 0.058380 1.374340 0.077713</w:t>
        <w:br/>
        <w:t>v 0.065871 1.370944 0.079043</w:t>
        <w:br/>
        <w:t>v 0.052605 1.366732 0.086930</w:t>
        <w:br/>
        <w:t>v 0.047463 1.359464 0.096486</w:t>
        <w:br/>
        <w:t>v 0.045752 1.354403 0.092235</w:t>
        <w:br/>
        <w:t>v 0.050748 1.361070 0.082156</w:t>
        <w:br/>
        <w:t>v 0.050748 1.361070 0.082156</w:t>
        <w:br/>
        <w:t>v 0.057561 1.357976 0.083419</w:t>
        <w:br/>
        <w:t>v 0.046286 1.345245 0.103592</w:t>
        <w:br/>
        <w:t>v 0.041337 1.338625 0.113398</w:t>
        <w:br/>
        <w:t>v 0.042627 1.342714 0.116960</w:t>
        <w:br/>
        <w:t>v 0.047795 1.349884 0.107531</w:t>
        <w:br/>
        <w:t>v 0.042123 1.352198 0.106539</w:t>
        <w:br/>
        <w:t>v 0.047463 1.359464 0.096486</w:t>
        <w:br/>
        <w:t>v 0.053676 1.356799 0.097744</w:t>
        <w:br/>
        <w:t>v 0.047795 1.349884 0.107531</w:t>
        <w:br/>
        <w:t>v 0.040624 1.347668 0.102656</w:t>
        <w:br/>
        <w:t>v 0.042123 1.352198 0.106539</w:t>
        <w:br/>
        <w:t>v 0.037497 1.344676 0.116237</w:t>
        <w:br/>
        <w:t>v 0.036210 1.340679 0.112721</w:t>
        <w:br/>
        <w:t>v 0.046286 1.345245 0.103592</w:t>
        <w:br/>
        <w:t>v 0.040624 1.347668 0.102656</w:t>
        <w:br/>
        <w:t>v 0.036210 1.340679 0.112721</w:t>
        <w:br/>
        <w:t>v 0.041337 1.338625 0.113398</w:t>
        <w:br/>
        <w:t>v 0.036699 1.331310 0.123180</w:t>
        <w:br/>
        <w:t>v 0.037779 1.334836 0.126393</w:t>
        <w:br/>
        <w:t>v 0.033214 1.336475 0.125943</w:t>
        <w:br/>
        <w:t>v 0.037779 1.334836 0.126393</w:t>
        <w:br/>
        <w:t>v 0.033884 1.326536 0.135523</w:t>
        <w:br/>
        <w:t>v 0.029882 1.327853 0.135346</w:t>
        <w:br/>
        <w:t>v 0.033214 1.336475 0.125943</w:t>
        <w:br/>
        <w:t>v 0.032136 1.332998 0.122753</w:t>
        <w:br/>
        <w:t>v 0.029014 1.324896 0.132483</w:t>
        <w:br/>
        <w:t>v 0.033012 1.323574 0.132658</w:t>
        <w:br/>
        <w:t>v 0.036699 1.331310 0.123180</w:t>
        <w:br/>
        <w:t>v 0.032136 1.332998 0.122753</w:t>
        <w:br/>
        <w:t>v 0.030673 1.317784 0.144349</w:t>
        <w:br/>
        <w:t>v 0.029981 1.315439 0.141836</w:t>
        <w:br/>
        <w:t>v 0.027629 1.306502 0.150742</w:t>
        <w:br/>
        <w:t>v 0.028141 1.308229 0.152903</w:t>
        <w:br/>
        <w:t>v 0.028141 1.308229 0.152903</w:t>
        <w:br/>
        <w:t>v 0.025395 1.308810 0.153089</w:t>
        <w:br/>
        <w:t>v 0.027299 1.318733 0.144354</w:t>
        <w:br/>
        <w:t>v 0.030673 1.317784 0.144349</w:t>
        <w:br/>
        <w:t>v 0.027299 1.318733 0.144354</w:t>
        <w:br/>
        <w:t>v 0.025395 1.308810 0.153089</w:t>
        <w:br/>
        <w:t>v 0.024883 1.307082 0.150929</w:t>
        <w:br/>
        <w:t>v 0.026609 1.316390 0.141842</w:t>
        <w:br/>
        <w:t>v 0.024883 1.307082 0.150929</w:t>
        <w:br/>
        <w:t>v 0.027629 1.306502 0.150742</w:t>
        <w:br/>
        <w:t>v 0.029981 1.315439 0.141836</w:t>
        <w:br/>
        <w:t>v 0.026609 1.316390 0.141842</w:t>
        <w:br/>
        <w:t>v 0.026247 1.296345 0.158635</w:t>
        <w:br/>
        <w:t>v 0.026257 1.285788 0.165399</w:t>
        <w:br/>
        <w:t>v 0.026506 1.286416 0.166632</w:t>
        <w:br/>
        <w:t>v 0.026627 1.297523 0.160331</w:t>
        <w:br/>
        <w:t>v 0.026627 1.297523 0.160331</w:t>
        <w:br/>
        <w:t>v 0.024563 1.297830 0.160555</w:t>
        <w:br/>
        <w:t>v 0.024563 1.297830 0.160555</w:t>
        <w:br/>
        <w:t>v 0.025124 1.286449 0.166893</w:t>
        <w:br/>
        <w:t>v 0.024876 1.285821 0.165659</w:t>
        <w:br/>
        <w:t>v 0.024183 1.296652 0.158858</w:t>
        <w:br/>
        <w:t>v 0.024183 1.296652 0.158858</w:t>
        <w:br/>
        <w:t>v 0.026247 1.296345 0.158635</w:t>
        <w:br/>
        <w:t>v 0.027459 1.273870 0.170946</w:t>
        <w:br/>
        <w:t>v 0.027583 1.274184 0.171563</w:t>
        <w:br/>
        <w:t>v 0.026892 1.274201 0.171694</w:t>
        <w:br/>
        <w:t>v 0.025124 1.286449 0.166893</w:t>
        <w:br/>
        <w:t>v 0.026506 1.286416 0.166632</w:t>
        <w:br/>
        <w:t>v 0.027583 1.274184 0.171563</w:t>
        <w:br/>
        <w:t>v 0.026892 1.274201 0.171694</w:t>
        <w:br/>
        <w:t>v 0.026767 1.273886 0.171077</w:t>
        <w:br/>
        <w:t>v 0.026767 1.273886 0.171077</w:t>
        <w:br/>
        <w:t>v 0.027459 1.273870 0.170946</w:t>
        <w:br/>
        <w:t>v 0.026257 1.285788 0.165399</w:t>
        <w:br/>
        <w:t>v 0.024876 1.285821 0.165659</w:t>
        <w:br/>
        <w:t>v 0.094931 1.505963 0.013248</w:t>
        <w:br/>
        <w:t>v 0.094130 1.509648 -0.007905</w:t>
        <w:br/>
        <w:t>v 0.091792 1.476722 -0.005604</w:t>
        <w:br/>
        <w:t>v 0.092692 1.477684 0.013882</w:t>
        <w:br/>
        <w:t>v 0.085018 1.479680 0.020702</w:t>
        <w:br/>
        <w:t>v 0.090464 1.506163 0.021171</w:t>
        <w:br/>
        <w:t>v 0.090683 1.461580 -0.004979</w:t>
        <w:br/>
        <w:t>v 0.091435 1.464337 0.014524</w:t>
        <w:br/>
        <w:t>v 0.089859 1.450989 0.016657</w:t>
        <w:br/>
        <w:t>v 0.078269 1.455525 0.021299</w:t>
        <w:br/>
        <w:t>v 0.081810 1.467602 0.020541</w:t>
        <w:br/>
        <w:t>v 0.091435 1.464337 0.014524</w:t>
        <w:br/>
        <w:t>v 0.089201 1.446436 -0.002143</w:t>
        <w:br/>
        <w:t>v 0.088209 1.432188 0.002653</w:t>
        <w:br/>
        <w:t>v 0.087310 1.438616 0.020156</w:t>
        <w:br/>
        <w:t>v 0.089859 1.450989 0.016657</w:t>
        <w:br/>
        <w:t>v 0.084403 1.426507 0.025140</w:t>
        <w:br/>
        <w:t>v 0.070331 1.433552 0.027888</w:t>
        <w:br/>
        <w:t>v 0.074487 1.444405 0.024137</w:t>
        <w:br/>
        <w:t>v 0.087310 1.438616 0.020156</w:t>
        <w:br/>
        <w:t>v 0.079962 1.415060 0.030845</w:t>
        <w:br/>
        <w:t>v 0.086801 1.418204 0.009654</w:t>
        <w:br/>
        <w:t>v 0.083751 1.404621 0.017589</w:t>
        <w:br/>
        <w:t>v 0.079962 1.415060 0.030845</w:t>
        <w:br/>
        <w:t>v 0.064995 1.422570 0.032213</w:t>
        <w:br/>
        <w:t>v 0.076082 1.380988 0.035917</w:t>
        <w:br/>
        <w:t>v 0.069999 1.394705 0.045628</w:t>
        <w:br/>
        <w:t>v 0.075483 1.404406 0.037909</w:t>
        <w:br/>
        <w:t>v 0.080663 1.391833 0.026884</w:t>
        <w:br/>
        <w:t>v 0.059622 1.412383 0.037896</w:t>
        <w:br/>
        <w:t>v 0.053445 1.401804 0.044744</w:t>
        <w:br/>
        <w:t>v 0.071919 1.370578 0.046333</w:t>
        <w:br/>
        <w:t>v 0.068746 1.362175 0.056036</w:t>
        <w:br/>
        <w:t>v 0.060261 1.376450 0.063917</w:t>
        <w:br/>
        <w:t>v 0.064931 1.385440 0.054729</w:t>
        <w:br/>
        <w:t>v 0.042270 1.381051 0.061847</w:t>
        <w:br/>
        <w:t>v 0.047684 1.391659 0.052975</w:t>
        <w:br/>
        <w:t>v 0.065592 1.354264 0.066795</w:t>
        <w:br/>
        <w:t>v 0.063023 1.346898 0.077676</w:t>
        <w:br/>
        <w:t>v 0.052175 1.359345 0.084383</w:t>
        <w:br/>
        <w:t>v 0.056053 1.367953 0.074134</w:t>
        <w:br/>
        <w:t>v 0.038160 1.370936 0.071726</w:t>
        <w:br/>
        <w:t>v 0.034844 1.360867 0.081692</w:t>
        <w:br/>
        <w:t>v 0.060185 1.339872 0.088808</w:t>
        <w:br/>
        <w:t>v 0.057397 1.333390 0.100688</w:t>
        <w:br/>
        <w:t>v 0.046119 1.343108 0.106025</w:t>
        <w:br/>
        <w:t>v 0.049121 1.351078 0.094960</w:t>
        <w:br/>
        <w:t>v 0.030765 1.342080 0.102936</w:t>
        <w:br/>
        <w:t>v 0.032352 1.351138 0.091988</w:t>
        <w:br/>
        <w:t>v 0.043771 1.334882 0.116739</w:t>
        <w:br/>
        <w:t>v 0.054866 1.326653 0.112180</w:t>
        <w:br/>
        <w:t>v 0.052399 1.320291 0.124058</w:t>
        <w:br/>
        <w:t>v 0.041954 1.326947 0.127875</w:t>
        <w:br/>
        <w:t>v 0.029628 1.324224 0.124800</w:t>
        <w:br/>
        <w:t>v 0.029893 1.332766 0.113528</w:t>
        <w:br/>
        <w:t>v 0.040866 1.318591 0.138725</w:t>
        <w:br/>
        <w:t>v 0.050522 1.313508 0.135610</w:t>
        <w:br/>
        <w:t>v 0.048812 1.306296 0.146634</w:t>
        <w:br/>
        <w:t>v 0.040218 1.309837 0.149378</w:t>
        <w:br/>
        <w:t>v 0.030086 1.315259 0.135800</w:t>
        <w:br/>
        <w:t>v 0.031202 1.306603 0.146495</w:t>
        <w:br/>
        <w:t>v 0.047654 1.298282 0.157376</w:t>
        <w:br/>
        <w:t>v 0.046645 1.287876 0.166106</w:t>
        <w:br/>
        <w:t>v 0.040695 1.288865 0.168015</w:t>
        <w:br/>
        <w:t>v 0.040248 1.300282 0.159759</w:t>
        <w:br/>
        <w:t>v 0.033159 1.297146 0.156898</w:t>
        <w:br/>
        <w:t>v 0.035425 1.286467 0.165411</w:t>
        <w:br/>
        <w:t>v 0.048033 1.257357 0.180298</w:t>
        <w:br/>
        <w:t>v 0.048717 1.250787 0.181194</w:t>
        <w:br/>
        <w:t>v 0.046876 1.250480 0.181572</w:t>
        <w:br/>
        <w:t>v 0.045528 1.257123 0.180940</w:t>
        <w:br/>
        <w:t>v 0.045196 1.250085 0.180333</w:t>
        <w:br/>
        <w:t>v 0.043267 1.256411 0.179412</w:t>
        <w:br/>
        <w:t>v 0.048182 1.243751 0.181608</w:t>
        <w:br/>
        <w:t>v 0.049562 1.243982 0.181324</w:t>
        <w:br/>
        <w:t>v 0.046947 1.243454 0.180675</w:t>
        <w:br/>
        <w:t>v 0.083397 1.505441 0.006345</w:t>
        <w:br/>
        <w:t>v 0.087728 1.532503 0.008316</w:t>
        <w:br/>
        <w:t>v 0.088291 1.532465 0.016429</w:t>
        <w:br/>
        <w:t>v 0.083721 1.505342 0.015475</w:t>
        <w:br/>
        <w:t>v 0.094130 1.509648 -0.007905</w:t>
        <w:br/>
        <w:t>v 0.095495 1.532802 -0.005390</w:t>
        <w:br/>
        <w:t>v 0.080327 1.478295 0.015102</w:t>
        <w:br/>
        <w:t>v 0.080333 1.476632 0.003709</w:t>
        <w:br/>
        <w:t>v 0.091792 1.476722 -0.005604</w:t>
        <w:br/>
        <w:t>v 0.078354 1.465693 0.014786</w:t>
        <w:br/>
        <w:t>v 0.079732 1.462574 0.003866</w:t>
        <w:br/>
        <w:t>v 0.090683 1.461580 -0.004979</w:t>
        <w:br/>
        <w:t>v 0.076064 1.453093 0.015962</w:t>
        <w:br/>
        <w:t>v 0.072864 1.441336 0.017540</w:t>
        <w:br/>
        <w:t>v 0.077667 1.435874 0.009390</w:t>
        <w:br/>
        <w:t>v 0.078817 1.448517 0.005515</w:t>
        <w:br/>
        <w:t>v 0.088209 1.432188 0.002653</w:t>
        <w:br/>
        <w:t>v 0.089201 1.446436 -0.002143</w:t>
        <w:br/>
        <w:t>v 0.069306 1.429844 0.020603</w:t>
        <w:br/>
        <w:t>v 0.064400 1.418444 0.025833</w:t>
        <w:br/>
        <w:t>v 0.072404 1.410851 0.020588</w:t>
        <w:br/>
        <w:t>v 0.076160 1.423497 0.014751</w:t>
        <w:br/>
        <w:t>v 0.068609 1.398999 0.027785</w:t>
        <w:br/>
        <w:t>v 0.080663 1.391833 0.026884</w:t>
        <w:br/>
        <w:t>v 0.083751 1.404621 0.017589</w:t>
        <w:br/>
        <w:t>v 0.059455 1.407838 0.032422</w:t>
        <w:br/>
        <w:t>v 0.053430 1.397507 0.040038</w:t>
        <w:br/>
        <w:t>v 0.063065 1.388008 0.035839</w:t>
        <w:br/>
        <w:t>v 0.071919 1.370578 0.046333</w:t>
        <w:br/>
        <w:t>v 0.076082 1.380988 0.035917</w:t>
        <w:br/>
        <w:t>v 0.057939 1.377451 0.045278</w:t>
        <w:br/>
        <w:t>v 0.053672 1.367879 0.054526</w:t>
        <w:br/>
        <w:t>v 0.042858 1.377756 0.058366</w:t>
        <w:br/>
        <w:t>v 0.038357 1.368391 0.068723</w:t>
        <w:br/>
        <w:t>v 0.049865 1.358800 0.064805</w:t>
        <w:br/>
        <w:t>v 0.068746 1.362175 0.056036</w:t>
        <w:br/>
        <w:t>v 0.065592 1.354264 0.066795</w:t>
        <w:br/>
        <w:t>v 0.046565 1.349990 0.075109</w:t>
        <w:br/>
        <w:t>v 0.044090 1.341520 0.085740</w:t>
        <w:br/>
        <w:t>v 0.060185 1.339872 0.088808</w:t>
        <w:br/>
        <w:t>v 0.063023 1.346898 0.077676</w:t>
        <w:br/>
        <w:t>v 0.030765 1.342080 0.102936</w:t>
        <w:br/>
        <w:t>v 0.029893 1.332766 0.113528</w:t>
        <w:br/>
        <w:t>v 0.040143 1.325242 0.107901</w:t>
        <w:br/>
        <w:t>v 0.041761 1.333508 0.096998</w:t>
        <w:br/>
        <w:t>v 0.054866 1.326653 0.112180</w:t>
        <w:br/>
        <w:t>v 0.057397 1.333390 0.100688</w:t>
        <w:br/>
        <w:t>v 0.029628 1.324224 0.124800</w:t>
        <w:br/>
        <w:t>v 0.030086 1.315259 0.135800</w:t>
        <w:br/>
        <w:t>v 0.038150 1.309667 0.130568</w:t>
        <w:br/>
        <w:t>v 0.038670 1.317666 0.119386</w:t>
        <w:br/>
        <w:t>v 0.038150 1.309667 0.130568</w:t>
        <w:br/>
        <w:t>v 0.050522 1.313508 0.135610</w:t>
        <w:br/>
        <w:t>v 0.052399 1.320291 0.124058</w:t>
        <w:br/>
        <w:t>v 0.038670 1.317666 0.119386</w:t>
        <w:br/>
        <w:t>v 0.033159 1.297146 0.156898</w:t>
        <w:br/>
        <w:t>v 0.038355 1.293635 0.151616</w:t>
        <w:br/>
        <w:t>v 0.037913 1.302053 0.141229</w:t>
        <w:br/>
        <w:t>v 0.031202 1.306603 0.146495</w:t>
        <w:br/>
        <w:t>v 0.047654 1.298282 0.157376</w:t>
        <w:br/>
        <w:t>v 0.048812 1.306296 0.146634</w:t>
        <w:br/>
        <w:t>v 0.037913 1.302053 0.141229</w:t>
        <w:br/>
        <w:t>v 0.038355 1.293635 0.151616</w:t>
        <w:br/>
        <w:t>v 0.035425 1.286467 0.165411</w:t>
        <w:br/>
        <w:t>v 0.038083 1.275388 0.172828</w:t>
        <w:br/>
        <w:t>v 0.040402 1.273856 0.167575</w:t>
        <w:br/>
        <w:t>v 0.038916 1.283946 0.160117</w:t>
        <w:br/>
        <w:t>v 0.038916 1.283946 0.160117</w:t>
        <w:br/>
        <w:t>v 0.040402 1.273856 0.167575</w:t>
        <w:br/>
        <w:t>v 0.046561 1.277068 0.173795</w:t>
        <w:br/>
        <w:t>v 0.046645 1.287876 0.166106</w:t>
        <w:br/>
        <w:t>v 0.043773 1.255528 0.175287</w:t>
        <w:br/>
        <w:t>v 0.043267 1.256411 0.179412</w:t>
        <w:br/>
        <w:t>v 0.045196 1.250085 0.180333</w:t>
        <w:br/>
        <w:t>v 0.045225 1.249418 0.176917</w:t>
        <w:br/>
        <w:t>v 0.043773 1.255528 0.175287</w:t>
        <w:br/>
        <w:t>v 0.045225 1.249418 0.176917</w:t>
        <w:br/>
        <w:t>v 0.048717 1.250787 0.181194</w:t>
        <w:br/>
        <w:t>v 0.048033 1.257357 0.180298</w:t>
        <w:br/>
        <w:t>v 0.046947 1.243454 0.180675</w:t>
        <w:br/>
        <w:t>v 0.046843 1.242954 0.177868</w:t>
        <w:br/>
        <w:t>v 0.046843 1.242954 0.177868</w:t>
        <w:br/>
        <w:t>v 0.049562 1.243982 0.181324</w:t>
        <w:br/>
        <w:t>v 0.090464 1.506163 0.021171</w:t>
        <w:br/>
        <w:t>v 0.083721 1.505342 0.015475</w:t>
        <w:br/>
        <w:t>v 0.094671 1.532063 0.017992</w:t>
        <w:br/>
        <w:t>v 0.085018 1.479680 0.020702</w:t>
        <w:br/>
        <w:t>v 0.078269 1.455525 0.021299</w:t>
        <w:br/>
        <w:t>v 0.081810 1.467602 0.020541</w:t>
        <w:br/>
        <w:t>v 0.074487 1.444405 0.024137</w:t>
        <w:br/>
        <w:t>v 0.070331 1.433552 0.027888</w:t>
        <w:br/>
        <w:t>v 0.059622 1.412383 0.037896</w:t>
        <w:br/>
        <w:t>v 0.064995 1.422570 0.032213</w:t>
        <w:br/>
        <w:t>v 0.053445 1.401804 0.044744</w:t>
        <w:br/>
        <w:t>v 0.042270 1.381051 0.061847</w:t>
        <w:br/>
        <w:t>v 0.047822 1.387612 0.049039</w:t>
        <w:br/>
        <w:t>v 0.047684 1.391659 0.052975</w:t>
        <w:br/>
        <w:t>v 0.032352 1.351138 0.091988</w:t>
        <w:br/>
        <w:t>v 0.038160 1.370936 0.071726</w:t>
        <w:br/>
        <w:t>v 0.034844 1.360867 0.081692</w:t>
        <w:br/>
        <w:t>v 0.090464 1.506163 0.021171</w:t>
        <w:br/>
        <w:t>v 0.094671 1.532063 0.017992</w:t>
        <w:br/>
        <w:t>v 0.094931 1.505963 0.013248</w:t>
        <w:br/>
        <w:t>v 0.094931 1.505963 0.013248</w:t>
        <w:br/>
        <w:t>v 0.094671 1.532063 0.017992</w:t>
        <w:br/>
        <w:t>v 0.094130 1.509648 -0.007905</w:t>
        <w:br/>
        <w:t>v 0.094671 1.532063 0.017992</w:t>
        <w:br/>
        <w:t>v 0.095495 1.532802 -0.005390</w:t>
        <w:br/>
        <w:t>v 0.027840 1.621000 0.105721</w:t>
        <w:br/>
        <w:t>v 0.014693 1.625825 0.104649</w:t>
        <w:br/>
        <w:t>v 0.064235 1.528002 0.095674</w:t>
        <w:br/>
        <w:t>v 0.073874 1.514027 0.027193</w:t>
        <w:br/>
        <w:t>v 0.068686 1.508937 0.029138</w:t>
        <w:br/>
        <w:t>v 0.071209 1.515665 0.035737</w:t>
        <w:br/>
        <w:t>v 0.065518 1.507002 0.033961</w:t>
        <w:br/>
        <w:t>v 0.074414 1.509945 0.040380</w:t>
        <w:br/>
        <w:t>v 0.080648 1.530451 0.049833</w:t>
        <w:br/>
        <w:t>v 0.071299 1.511914 0.051375</w:t>
        <w:br/>
        <w:t>v 0.076406 1.528146 0.057081</w:t>
        <w:br/>
        <w:t>v 0.066058 1.495147 0.041410</w:t>
        <w:br/>
        <w:t>v 0.064521 1.496132 0.047092</w:t>
        <w:br/>
        <w:t>v 0.061970 1.495235 0.038370</w:t>
        <w:br/>
        <w:t>v 0.066058 1.495147 0.041410</w:t>
        <w:br/>
        <w:t>v 0.055526 1.478031 0.039482</w:t>
        <w:br/>
        <w:t>v 0.055526 1.478031 0.039482</w:t>
        <w:br/>
        <w:t>v 0.070893 1.528514 0.058931</w:t>
        <w:br/>
        <w:t>v 0.068274 1.513159 0.054785</w:t>
        <w:br/>
        <w:t>v 0.062937 1.496856 0.049308</w:t>
        <w:br/>
        <w:t>v 0.061015 1.506351 0.024080</w:t>
        <w:br/>
        <w:t>v 0.085481 1.531070 0.038641</w:t>
        <w:br/>
        <w:t>v 0.086454 1.509143 0.009428</w:t>
        <w:br/>
        <w:t>v 0.076559 1.508671 0.018029</w:t>
        <w:br/>
        <w:t>v 0.092756 1.509648 -0.011253</w:t>
        <w:br/>
        <w:t>v 0.094445 1.521226 -0.007995</w:t>
        <w:br/>
        <w:t>v 0.092110 1.522268 -0.029774</w:t>
        <w:br/>
        <w:t>v 0.089595 1.510528 -0.031978</w:t>
        <w:br/>
        <w:t>v 0.094671 1.532064 0.017992</w:t>
        <w:br/>
        <w:t>v 0.095495 1.532804 -0.005390</w:t>
        <w:br/>
        <w:t>v 0.090871 1.520603 0.014037</w:t>
        <w:br/>
        <w:t>v 0.091108 1.494625 -0.015610</w:t>
        <w:br/>
        <w:t>v 0.088464 1.495147 -0.034872</w:t>
        <w:br/>
        <w:t>v 0.087384 1.479765 -0.038614</w:t>
        <w:br/>
        <w:t>v 0.076187 1.477443 0.009053</w:t>
        <w:br/>
        <w:t>v 0.074043 1.489993 0.013372</w:t>
        <w:br/>
        <w:t>v 0.087191 1.493557 0.001191</w:t>
        <w:br/>
        <w:t>v 0.088895 1.479074 -0.002981</w:t>
        <w:br/>
        <w:t>v 0.090681 1.479833 -0.019379</w:t>
        <w:br/>
        <w:t>v 0.088895 1.479074 -0.002981</w:t>
        <w:br/>
        <w:t>v 0.087191 1.493557 0.001191</w:t>
        <w:br/>
        <w:t>v 0.074043 1.489993 0.013372</w:t>
        <w:br/>
        <w:t>v 0.076187 1.477443 0.009053</w:t>
        <w:br/>
        <w:t>v 0.068470 1.480542 -0.030338</w:t>
        <w:br/>
        <w:t>v 0.062815 1.501696 -0.014449</w:t>
        <w:br/>
        <w:t>v 0.088791 1.545005 0.039449</w:t>
        <w:br/>
        <w:t>v 0.095952 1.546568 0.019545</w:t>
        <w:br/>
        <w:t>v 0.085481 1.531070 0.038641</w:t>
        <w:br/>
        <w:t>v 0.096994 1.547391 -0.002932</w:t>
        <w:br/>
        <w:t>v 0.088791 1.545005 0.039449</w:t>
        <w:br/>
        <w:t>v 0.085481 1.531070 0.038641</w:t>
        <w:br/>
        <w:t>v 0.080648 1.530451 0.049833</w:t>
        <w:br/>
        <w:t>v 0.076181 1.544024 0.052641</w:t>
        <w:br/>
        <w:t>v 0.061015 1.506351 0.024080</w:t>
        <w:br/>
        <w:t>v 0.061015 1.506351 0.024080</w:t>
        <w:br/>
        <w:t>v 0.070052 1.557595 0.056028</w:t>
        <w:br/>
        <w:t>v 0.076406 1.528146 0.057081</w:t>
        <w:br/>
        <w:t>v 0.070893 1.528514 0.058931</w:t>
        <w:br/>
        <w:t>v 0.086454 1.509143 0.009428</w:t>
        <w:br/>
        <w:t>v 0.029148 1.522197 -0.078349</w:t>
        <w:br/>
        <w:t>v 0.030097 1.533872 -0.077911</w:t>
        <w:br/>
        <w:t>v 0.000000 1.533708 -0.081329</w:t>
        <w:br/>
        <w:t>v 0.000037 1.522246 -0.081839</w:t>
        <w:br/>
        <w:t>v 0.058056 1.521861 -0.067055</w:t>
        <w:br/>
        <w:t>v 0.027952 1.510522 -0.079439</w:t>
        <w:br/>
        <w:t>v 0.056406 1.510238 -0.068459</w:t>
        <w:br/>
        <w:t>v 0.083190 1.522013 -0.050703</w:t>
        <w:br/>
        <w:t>v 0.085028 1.533856 -0.050096</w:t>
        <w:br/>
        <w:t>v 0.059286 1.533485 -0.066304</w:t>
        <w:br/>
        <w:t>v 0.080780 1.510171 -0.051962</w:t>
        <w:br/>
        <w:t>v -0.000026 1.496766 -0.084793</w:t>
        <w:br/>
        <w:t>v 0.027952 1.496533 -0.080889</w:t>
        <w:br/>
        <w:t>v 0.000000 1.510784 -0.083002</w:t>
        <w:br/>
        <w:t>v 0.054857 1.495854 -0.070010</w:t>
        <w:br/>
        <w:t>v 0.000000 1.501237 -0.032436</w:t>
        <w:br/>
        <w:t>v 0.039475 1.502063 -0.032411</w:t>
        <w:br/>
        <w:t>v 0.040848 1.481667 -0.046267</w:t>
        <w:br/>
        <w:t>v 0.000000 1.482282 -0.051632</w:t>
        <w:br/>
        <w:t>v 0.079448 1.495304 -0.052507</w:t>
        <w:br/>
        <w:t>v 0.040848 1.481667 -0.046267</w:t>
        <w:br/>
        <w:t>v 0.039475 1.502063 -0.032411</w:t>
        <w:br/>
        <w:t>v 0.062815 1.501696 -0.014449</w:t>
        <w:br/>
        <w:t>v 0.068470 1.480542 -0.030338</w:t>
        <w:br/>
        <w:t>v 0.078169 1.480437 -0.053902</w:t>
        <w:br/>
        <w:t>v 0.031472 1.590459 -0.073644</w:t>
        <w:br/>
        <w:t>v 0.029852 1.602779 -0.069344</w:t>
        <w:br/>
        <w:t>v 0.000000 1.603755 -0.070989</w:t>
        <w:br/>
        <w:t>v 0.000000 1.591084 -0.075281</w:t>
        <w:br/>
        <w:t>v 0.000000 1.616425 -0.065120</w:t>
        <w:br/>
        <w:t>v 0.027757 1.615098 -0.063469</w:t>
        <w:br/>
        <w:t>v 0.026831 1.624786 -0.056749</w:t>
        <w:br/>
        <w:t>v 0.000000 1.626236 -0.057677</w:t>
        <w:br/>
        <w:t>v 0.024931 1.641714 -0.038047</w:t>
        <w:br/>
        <w:t>v 0.000000 1.643528 -0.038070</w:t>
        <w:br/>
        <w:t>v 0.000000 1.636049 -0.048100</w:t>
        <w:br/>
        <w:t>v 0.025478 1.634473 -0.047895</w:t>
        <w:br/>
        <w:t>v 0.000000 1.655394 -0.014233</w:t>
        <w:br/>
        <w:t>v 0.000000 1.650391 -0.027109</w:t>
        <w:br/>
        <w:t>v 0.024383 1.648037 -0.027588</w:t>
        <w:br/>
        <w:t>v 0.024399 1.652917 -0.013717</w:t>
        <w:br/>
        <w:t>v 0.000000 1.658363 0.019568</w:t>
        <w:br/>
        <w:t>v 0.000000 1.657796 -0.003698</w:t>
        <w:br/>
        <w:t>v 0.024412 1.655479 -0.002368</w:t>
        <w:br/>
        <w:t>v 0.024550 1.656114 0.019942</w:t>
        <w:br/>
        <w:t>v 0.025165 1.651946 0.040134</w:t>
        <w:br/>
        <w:t>v 0.000000 1.654557 0.039711</w:t>
        <w:br/>
        <w:t>v 0.025382 1.645102 0.057434</w:t>
        <w:br/>
        <w:t>v 0.000000 1.647519 0.059229</w:t>
        <w:br/>
        <w:t>v 0.000000 1.634899 0.075380</w:t>
        <w:br/>
        <w:t>v 0.024655 1.632357 0.074310</w:t>
        <w:br/>
        <w:t>v 0.023209 1.598619 0.066652</w:t>
        <w:br/>
        <w:t>v 0.000000 1.605789 0.071265</w:t>
        <w:br/>
        <w:t>v 0.000000 1.547561 -0.081109</w:t>
        <w:br/>
        <w:t>v 0.031731 1.547660 -0.077961</w:t>
        <w:br/>
        <w:t>v 0.032674 1.561448 -0.077431</w:t>
        <w:br/>
        <w:t>v 0.000000 1.561414 -0.080310</w:t>
        <w:br/>
        <w:t>v 0.076475 1.601300 -0.040456</w:t>
        <w:br/>
        <w:t>v 0.056982 1.600570 -0.059420</w:t>
        <w:br/>
        <w:t>v 0.059513 1.589024 -0.062683</w:t>
        <w:br/>
        <w:t>v 0.081064 1.589568 -0.043188</w:t>
        <w:br/>
        <w:t>v 0.086256 1.601245 -0.017284</w:t>
        <w:br/>
        <w:t>v 0.090662 1.589332 -0.020093</w:t>
        <w:br/>
        <w:t>v 0.082063 1.611623 0.008699</w:t>
        <w:br/>
        <w:t>v 0.080482 1.613157 -0.014751</w:t>
        <w:br/>
        <w:t>v 0.087428 1.599866 0.006339</w:t>
        <w:br/>
        <w:t>v 0.086578 1.595571 0.027240</w:t>
        <w:br/>
        <w:t>v 0.081925 1.606511 0.029333</w:t>
        <w:br/>
        <w:t>v 0.082962 1.591694 0.045907</w:t>
        <w:br/>
        <w:t>v 0.078751 1.602354 0.049475</w:t>
        <w:br/>
        <w:t>v 0.085974 1.547686 -0.048922</w:t>
        <w:br/>
        <w:t>v 0.085044 1.561516 -0.047926</w:t>
        <w:br/>
        <w:t>v 0.060970 1.561082 -0.065965</w:t>
        <w:br/>
        <w:t>v 0.060791 1.547283 -0.066117</w:t>
        <w:br/>
        <w:t>v 0.095719 1.548143 -0.026099</w:t>
        <w:br/>
        <w:t>v 0.094085 1.533387 -0.027585</w:t>
        <w:br/>
        <w:t>v 0.080454 1.589725 0.051393</w:t>
        <w:br/>
        <w:t>v 0.075173 1.599076 0.055665</w:t>
        <w:br/>
        <w:t>v 0.053548 1.612116 -0.054583</w:t>
        <w:br/>
        <w:t>v 0.067313 1.624627 0.045161</w:t>
        <w:br/>
        <w:t>v 0.056712 1.633643 0.049770</w:t>
        <w:br/>
        <w:t>v 0.058100 1.637905 0.036232</w:t>
        <w:br/>
        <w:t>v 0.068384 1.628281 0.033947</w:t>
        <w:br/>
        <w:t>v 0.047816 1.645378 0.038518</w:t>
        <w:br/>
        <w:t>v 0.047635 1.648563 0.018574</w:t>
        <w:br/>
        <w:t>v 0.057671 1.641484 0.016509</w:t>
        <w:br/>
        <w:t>v 0.047144 1.647034 -0.003011</w:t>
        <w:br/>
        <w:t>v 0.056130 1.640884 -0.005630</w:t>
        <w:br/>
        <w:t>v 0.037622 1.649299 0.039246</w:t>
        <w:br/>
        <w:t>v 0.036784 1.643539 0.055754</w:t>
        <w:br/>
        <w:t>v 0.036914 1.651653 -0.002722</w:t>
        <w:br/>
        <w:t>v 0.037247 1.652780 0.019189</w:t>
        <w:br/>
        <w:t>v 0.075756 1.617397 0.031423</w:t>
        <w:br/>
        <w:t>v 0.058967 1.630212 -0.029373</w:t>
        <w:br/>
        <w:t>v 0.051043 1.639825 -0.019738</w:t>
        <w:br/>
        <w:t>v 0.039197 1.640229 -0.032026</w:t>
        <w:br/>
        <w:t>v 0.046938 1.630844 -0.041707</w:t>
        <w:br/>
        <w:t>v 0.075484 1.621938 0.011156</w:t>
        <w:br/>
        <w:t>v 0.073381 1.622869 -0.011915</w:t>
        <w:br/>
        <w:t>v 0.065337 1.621621 -0.033778</w:t>
        <w:br/>
        <w:t>v 0.065114 1.632582 -0.008248</w:t>
        <w:br/>
        <w:t>v 0.050645 1.621480 -0.049212</w:t>
        <w:br/>
        <w:t>v 0.070670 1.613030 -0.036668</w:t>
        <w:br/>
        <w:t>v 0.054056 1.626821 0.060490</w:t>
        <w:br/>
        <w:t>v 0.051271 1.621674 0.067812</w:t>
        <w:br/>
        <w:t>v 0.041444 1.627569 0.071517</w:t>
        <w:br/>
        <w:t>v 0.043892 1.632637 0.065294</w:t>
        <w:br/>
        <w:t>v 0.033889 1.630688 0.072774</w:t>
        <w:br/>
        <w:t>v 0.024655 1.632357 0.074310</w:t>
        <w:br/>
        <w:t>v 0.024971 1.637451 0.067918</w:t>
        <w:br/>
        <w:t>v 0.035378 1.635768 0.066475</w:t>
        <w:br/>
        <w:t>v 0.085856 1.581034 0.043913</w:t>
        <w:br/>
        <w:t>v 0.088890 1.569988 0.041077</w:t>
        <w:br/>
        <w:t>v 0.090164 1.558941 0.040838</w:t>
        <w:br/>
        <w:t>v 0.084457 1.580374 0.048696</w:t>
        <w:br/>
        <w:t>v 0.095140 1.561073 0.021285</w:t>
        <w:br/>
        <w:t>v 0.093424 1.572851 0.022709</w:t>
        <w:br/>
        <w:t>v 0.096376 1.561979 -0.000286</w:t>
        <w:br/>
        <w:t>v 0.094829 1.575044 0.001527</w:t>
        <w:br/>
        <w:t>v 0.093937 1.575806 -0.022266</w:t>
        <w:br/>
        <w:t>v 0.095351 1.562279 -0.023788</w:t>
        <w:br/>
        <w:t>v 0.083884 1.575542 -0.046166</w:t>
        <w:br/>
        <w:t>v 0.060843 1.575053 -0.065315</w:t>
        <w:br/>
        <w:t>v 0.032394 1.575954 -0.076837</w:t>
        <w:br/>
        <w:t>v 0.000000 1.576249 -0.079095</w:t>
        <w:br/>
        <w:t>v 0.068680 1.606352 0.058819</w:t>
        <w:br/>
        <w:t>v 0.072057 1.610603 0.051514</w:t>
        <w:br/>
        <w:t>v 0.000000 1.639510 0.070396</w:t>
        <w:br/>
        <w:t>v 0.064219 1.618852 0.055688</w:t>
        <w:br/>
        <w:t>v 0.033889 1.630688 0.072774</w:t>
        <w:br/>
        <w:t>v 0.041444 1.627569 0.071517</w:t>
        <w:br/>
        <w:t>v 0.051271 1.621674 0.067812</w:t>
        <w:br/>
        <w:t>v 0.030610 1.595715 0.065308</w:t>
        <w:br/>
        <w:t>v 0.038011 1.590658 0.063964</w:t>
        <w:br/>
        <w:t>v 0.061098 1.613627 0.064108</w:t>
        <w:br/>
        <w:t>v 0.068680 1.606352 0.058819</w:t>
        <w:br/>
        <w:t>v 0.052435 1.584809 0.060410</w:t>
        <w:br/>
        <w:t>v 0.084457 1.580374 0.048696</w:t>
        <w:br/>
        <w:t>v 0.066028 1.578960 0.058990</w:t>
        <w:br/>
        <w:t>v 0.075173 1.599076 0.055665</w:t>
        <w:br/>
        <w:t>v 0.080454 1.589725 0.051393</w:t>
        <w:br/>
        <w:t>v 0.090164 1.558941 0.040838</w:t>
        <w:br/>
        <w:t>v 0.000000 1.634899 0.075380</w:t>
        <w:br/>
        <w:t>v 0.092514 1.462824 -0.022775</w:t>
        <w:br/>
        <w:t>v 0.091095 1.462319 -0.006216</w:t>
        <w:br/>
        <w:t>v 0.082263 1.445851 -0.000273</w:t>
        <w:br/>
        <w:t>v 0.078908 1.461647 0.004420</w:t>
        <w:br/>
        <w:t>v 0.091095 1.462319 -0.006216</w:t>
        <w:br/>
        <w:t>v 0.093274 1.445562 -0.009204</w:t>
        <w:br/>
        <w:t>v 0.068470 1.480542 -0.030338</w:t>
        <w:br/>
        <w:t>v 0.076187 1.477443 0.009053</w:t>
        <w:br/>
        <w:t>v 0.078908 1.461647 0.004420</w:t>
        <w:br/>
        <w:t>v 0.069425 1.462170 -0.034456</w:t>
        <w:br/>
        <w:t>v 0.110922 1.354050 -0.056555</w:t>
        <w:br/>
        <w:t>v 0.121357 1.328944 -0.062686</w:t>
        <w:br/>
        <w:t>v 0.127471 1.330298 -0.040509</w:t>
        <w:br/>
        <w:t>v 0.117039 1.355631 -0.032573</w:t>
        <w:br/>
        <w:t>v 0.141089 1.279352 -0.075547</w:t>
        <w:br/>
        <w:t>v 0.150152 1.254627 -0.081879</w:t>
        <w:br/>
        <w:t>v 0.159421 1.256730 -0.058568</w:t>
        <w:br/>
        <w:t>v 0.149190 1.280976 -0.053700</w:t>
        <w:br/>
        <w:t>v 0.102878 1.401154 -0.032336</w:t>
        <w:br/>
        <w:t>v 0.109188 1.378392 -0.032455</w:t>
        <w:br/>
        <w:t>v 0.109754 1.378132 -0.026363</w:t>
        <w:br/>
        <w:t>v 0.103392 1.400633 -0.020154</w:t>
        <w:br/>
        <w:t>v 0.098192 1.423485 -0.029254</w:t>
        <w:br/>
        <w:t>v 0.098229 1.423097 -0.014678</w:t>
        <w:br/>
        <w:t>v 0.093274 1.445562 -0.009204</w:t>
        <w:br/>
        <w:t>v 0.094328 1.445817 -0.026171</w:t>
        <w:br/>
        <w:t>v 0.137680 1.279326 -0.050202</w:t>
        <w:br/>
        <w:t>v 0.148863 1.254908 -0.055235</w:t>
        <w:br/>
        <w:t>v 0.143159 1.255505 -0.062474</w:t>
        <w:br/>
        <w:t>v 0.135287 1.280249 -0.056549</w:t>
        <w:br/>
        <w:t>v 0.116979 1.328838 -0.036185</w:t>
        <w:br/>
        <w:t>v 0.127471 1.330298 -0.040509</w:t>
        <w:br/>
        <w:t>v 0.138393 1.304785 -0.047912</w:t>
        <w:br/>
        <w:t>v 0.127929 1.303245 -0.044067</w:t>
        <w:br/>
        <w:t>v 0.092518 1.399314 -0.014171</w:t>
        <w:br/>
        <w:t>v 0.103392 1.400633 -0.020154</w:t>
        <w:br/>
        <w:t>v 0.109754 1.378132 -0.026363</w:t>
        <w:br/>
        <w:t>v 0.098558 1.377451 -0.021042</w:t>
        <w:br/>
        <w:t>v 0.086922 1.422582 -0.006767</w:t>
        <w:br/>
        <w:t>v 0.098229 1.423097 -0.014678</w:t>
        <w:br/>
        <w:t>v 0.169897 1.231348 -0.062148</w:t>
        <w:br/>
        <w:t>v 0.159903 1.228795 -0.085804</w:t>
        <w:br/>
        <w:t>v 0.169131 1.202591 -0.088889</w:t>
        <w:br/>
        <w:t>v 0.179862 1.205526 -0.064884</w:t>
        <w:br/>
        <w:t>v 0.159761 1.202822 -0.070519</w:t>
        <w:br/>
        <w:t>v 0.151725 1.229387 -0.066932</w:t>
        <w:br/>
        <w:t>v 0.158554 1.229275 -0.059405</w:t>
        <w:br/>
        <w:t>v 0.168826 1.203167 -0.061988</w:t>
        <w:br/>
        <w:t>v 0.088719 1.462970 -0.040617</w:t>
        <w:br/>
        <w:t>v 0.093432 1.423880 -0.044924</w:t>
        <w:br/>
        <w:t>v 0.090041 1.446175 -0.042619</w:t>
        <w:br/>
        <w:t>v 0.106152 1.377602 -0.044446</w:t>
        <w:br/>
        <w:t>v 0.097604 1.401584 -0.047228</w:t>
        <w:br/>
        <w:t>v 0.103533 1.377818 -0.051892</w:t>
        <w:br/>
        <w:t>v 0.007069 1.292872 -0.143811</w:t>
        <w:br/>
        <w:t>v 0.012195 1.268006 -0.155195</w:t>
        <w:br/>
        <w:t>v 0.054315 1.271204 -0.145271</w:t>
        <w:br/>
        <w:t>v 0.049334 1.296625 -0.136265</w:t>
        <w:br/>
        <w:t>v 0.065565 1.220368 -0.163976</w:t>
        <w:br/>
        <w:t>v 0.023103 1.217381 -0.178005</w:t>
        <w:br/>
        <w:t>v 0.028885 1.191621 -0.189432</w:t>
        <w:br/>
        <w:t>v 0.071832 1.194952 -0.173676</w:t>
        <w:br/>
        <w:t>v 0.133686 1.024542 -0.203826</w:t>
        <w:br/>
        <w:t>v 0.109510 1.021839 -0.229809</w:t>
        <w:br/>
        <w:t>v 0.113236 0.991234 -0.236564</w:t>
        <w:br/>
        <w:t>v 0.138488 0.994490 -0.211362</w:t>
        <w:br/>
        <w:t>v 0.068953 1.017915 -0.247859</w:t>
        <w:br/>
        <w:t>v 0.074981 0.987295 -0.252434</w:t>
        <w:br/>
        <w:t>v 0.003736 1.320118 -0.135123</w:t>
        <w:br/>
        <w:t>v 0.043869 1.322083 -0.127845</w:t>
        <w:br/>
        <w:t>v 0.038403 1.347542 -0.119424</w:t>
        <w:br/>
        <w:t>v 0.000402 1.347366 -0.126435</w:t>
        <w:br/>
        <w:t>v 0.000000 1.378274 -0.117047</w:t>
        <w:br/>
        <w:t>v 0.034063 1.374017 -0.110983</w:t>
        <w:br/>
        <w:t>v 0.030202 1.400492 -0.102543</w:t>
        <w:br/>
        <w:t>v 0.000000 1.400588 -0.110195</w:t>
        <w:br/>
        <w:t>v 0.052512 0.790761 -0.170767</w:t>
        <w:br/>
        <w:t>v 0.046355 0.790879 -0.172850</w:t>
        <w:br/>
        <w:t>v 0.035326 0.778405 -0.152886</w:t>
        <w:br/>
        <w:t>v 0.055212 0.803353 -0.191244</w:t>
        <w:br/>
        <w:t>v 0.067237 0.803117 -0.187080</w:t>
        <w:br/>
        <w:t>v 0.076749 0.814087 -0.197098</w:t>
        <w:br/>
        <w:t>v 0.061420 0.814148 -0.203092</w:t>
        <w:br/>
        <w:t>v 0.066412 0.824944 -0.213112</w:t>
        <w:br/>
        <w:t>v 0.084741 0.825058 -0.205289</w:t>
        <w:br/>
        <w:t>v 0.092582 0.837980 -0.211907</w:t>
        <w:br/>
        <w:t>v 0.070473 0.837530 -0.221528</w:t>
        <w:br/>
        <w:t>v 0.076532 0.867832 -0.236650</w:t>
        <w:br/>
        <w:t>v 0.073416 0.850115 -0.228912</w:t>
        <w:br/>
        <w:t>v 0.098953 0.850902 -0.217493</w:t>
        <w:br/>
        <w:t>v 0.105162 0.867980 -0.223815</w:t>
        <w:br/>
        <w:t>v 0.115803 0.931113 -0.235731</w:t>
        <w:br/>
        <w:t>v 0.080708 0.930082 -0.251968</w:t>
        <w:br/>
        <w:t>v 0.080276 0.907816 -0.247834</w:t>
        <w:br/>
        <w:t>v 0.113743 0.908085 -0.232489</w:t>
        <w:br/>
        <w:t>v 0.115384 0.961173 -0.236868</w:t>
        <w:br/>
        <w:t>v 0.078674 0.958689 -0.253653</w:t>
        <w:br/>
        <w:t>v 0.141134 0.965674 -0.213642</w:t>
        <w:br/>
        <w:t>v 0.141387 0.936856 -0.215923</w:t>
        <w:br/>
        <w:t>v 0.115851 0.908525 -0.230934</w:t>
        <w:br/>
        <w:t>v 0.137607 0.912422 -0.214790</w:t>
        <w:br/>
        <w:t>v 0.132186 0.887987 -0.212079</w:t>
        <w:br/>
        <w:t>v 0.113803 0.885937 -0.224849</w:t>
        <w:br/>
        <w:t>v 0.112262 0.874001 -0.218138</w:t>
        <w:br/>
        <w:t>v 0.127882 0.875178 -0.207875</w:t>
        <w:br/>
        <w:t>v 0.109951 0.862066 -0.211427</w:t>
        <w:br/>
        <w:t>v 0.104257 0.834151 -0.186476</w:t>
        <w:br/>
        <w:t>v 0.122306 0.862369 -0.203672</w:t>
        <w:br/>
        <w:t>v 0.050066 1.399277 -0.073090</w:t>
        <w:br/>
        <w:t>v 0.014876 1.400436 -0.080850</w:t>
        <w:br/>
        <w:t>v 0.012667 1.447517 -0.067728</w:t>
        <w:br/>
        <w:t>v 0.044290 1.446445 -0.061165</w:t>
        <w:br/>
        <w:t>v 0.057711 1.347453 -0.086104</w:t>
        <w:br/>
        <w:t>v 0.017586 1.345944 -0.098280</w:t>
        <w:br/>
        <w:t>v 0.062249 1.322221 -0.095234</w:t>
        <w:br/>
        <w:t>v 0.066786 1.296989 -0.104365</w:t>
        <w:br/>
        <w:t>v 0.021952 1.295639 -0.116026</w:t>
        <w:br/>
        <w:t>v 0.019770 1.320792 -0.107153</w:t>
        <w:br/>
        <w:t>v 0.071541 1.272746 -0.114134</w:t>
        <w:br/>
        <w:t>v 0.026064 1.270376 -0.124882</w:t>
        <w:br/>
        <w:t>v 0.042300 1.192658 -0.153498</w:t>
        <w:br/>
        <w:t>v 0.036238 1.218885 -0.143617</w:t>
        <w:br/>
        <w:t>v 0.082476 1.221698 -0.133373</w:t>
        <w:br/>
        <w:t>v 0.088881 1.195062 -0.143208</w:t>
        <w:br/>
        <w:t>v 0.090047 0.991684 -0.224119</w:t>
        <w:br/>
        <w:t>v 0.085273 1.021124 -0.217689</w:t>
        <w:br/>
        <w:t>v 0.097221 1.022503 -0.210140</w:t>
        <w:br/>
        <w:t>v 0.115771 0.993513 -0.211664</w:t>
        <w:br/>
        <w:t>v 0.112356 0.936822 -0.209945</w:t>
        <w:br/>
        <w:t>v 0.109542 0.912068 -0.207937</w:t>
        <w:br/>
        <w:t>v 0.091727 0.910984 -0.220069</w:t>
        <w:br/>
        <w:t>v 0.094188 0.934365 -0.224281</w:t>
        <w:br/>
        <w:t>v 0.137607 0.912422 -0.214790</w:t>
        <w:br/>
        <w:t>v 0.132186 0.887987 -0.212079</w:t>
        <w:br/>
        <w:t>v 0.124676 0.887774 -0.211127</w:t>
        <w:br/>
        <w:t>v 0.127091 0.912615 -0.211997</w:t>
        <w:br/>
        <w:t>v 0.127882 0.875178 -0.207875</w:t>
        <w:br/>
        <w:t>v 0.122664 0.875275 -0.208223</w:t>
        <w:br/>
        <w:t>v 0.127991 0.937455 -0.211288</w:t>
        <w:br/>
        <w:t>v 0.128225 0.965729 -0.208539</w:t>
        <w:br/>
        <w:t>v 0.141134 0.965674 -0.213642</w:t>
        <w:br/>
        <w:t>v 0.141387 0.936856 -0.215923</w:t>
        <w:br/>
        <w:t>v 0.122306 0.862369 -0.203672</w:t>
        <w:br/>
        <w:t>v 0.104257 0.834151 -0.186476</w:t>
        <w:br/>
        <w:t>v 0.119433 0.862775 -0.205319</w:t>
        <w:br/>
        <w:t>v 0.127091 0.912615 -0.211997</w:t>
        <w:br/>
        <w:t>v 0.115851 0.908525 -0.230934</w:t>
        <w:br/>
        <w:t>v 0.115803 0.931113 -0.235731</w:t>
        <w:br/>
        <w:t>v 0.127991 0.937455 -0.211288</w:t>
        <w:br/>
        <w:t>v 0.115962 0.962314 -0.223697</w:t>
        <w:br/>
        <w:t>v 0.128071 0.994002 -0.205790</w:t>
        <w:br/>
        <w:t>v 0.112262 0.874001 -0.218138</w:t>
        <w:br/>
        <w:t>v 0.113803 0.885937 -0.224849</w:t>
        <w:br/>
        <w:t>v 0.109951 0.862066 -0.211427</w:t>
        <w:br/>
        <w:t>v 0.089831 0.840097 -0.192232</w:t>
        <w:br/>
        <w:t>v 0.082812 0.827261 -0.186997</w:t>
        <w:br/>
        <w:t>v 0.070899 0.827723 -0.195329</w:t>
        <w:br/>
        <w:t>v 0.076542 0.840157 -0.201561</w:t>
        <w:br/>
        <w:t>v 0.058634 0.805396 -0.179898</w:t>
        <w:br/>
        <w:t>v 0.065414 0.816560 -0.188528</w:t>
        <w:br/>
        <w:t>v 0.075500 0.816534 -0.182308</w:t>
        <w:br/>
        <w:t>v 0.066692 0.805806 -0.175791</w:t>
        <w:br/>
        <w:t>v 0.048107 0.791900 -0.167177</w:t>
        <w:br/>
        <w:t>v 0.052233 0.792106 -0.165123</w:t>
        <w:br/>
        <w:t>v 0.035326 0.778405 -0.152886</w:t>
        <w:br/>
        <w:t>v 0.100925 0.870124 -0.201316</w:t>
        <w:br/>
        <w:t>v 0.095424 0.852933 -0.196436</w:t>
        <w:br/>
        <w:t>v 0.080971 0.852589 -0.206760</w:t>
        <w:br/>
        <w:t>v 0.084995 0.870096 -0.211308</w:t>
        <w:br/>
        <w:t>v 0.052233 0.792106 -0.165123</w:t>
        <w:br/>
        <w:t>v 0.052512 0.790761 -0.170767</w:t>
        <w:br/>
        <w:t>v 0.035326 0.778405 -0.152886</w:t>
        <w:br/>
        <w:t>v 0.067237 0.803117 -0.187080</w:t>
        <w:br/>
        <w:t>v 0.066692 0.805806 -0.175791</w:t>
        <w:br/>
        <w:t>v 0.075500 0.816534 -0.182308</w:t>
        <w:br/>
        <w:t>v 0.076749 0.814087 -0.197098</w:t>
        <w:br/>
        <w:t>v 0.092582 0.837980 -0.211907</w:t>
        <w:br/>
        <w:t>v 0.089831 0.840097 -0.192232</w:t>
        <w:br/>
        <w:t>v 0.095424 0.852933 -0.196436</w:t>
        <w:br/>
        <w:t>v 0.098953 0.850902 -0.217493</w:t>
        <w:br/>
        <w:t>v 0.110326 0.885058 -0.227959</w:t>
        <w:br/>
        <w:t>v 0.105162 0.867980 -0.223815</w:t>
        <w:br/>
        <w:t>v 0.100925 0.870124 -0.201316</w:t>
        <w:br/>
        <w:t>v 0.105422 0.887316 -0.204351</w:t>
        <w:br/>
        <w:t>v 0.109542 0.912068 -0.207937</w:t>
        <w:br/>
        <w:t>v 0.113743 0.908085 -0.232489</w:t>
        <w:br/>
        <w:t>v 0.040011 1.142747 -0.209392</w:t>
        <w:br/>
        <w:t>v 0.045555 1.118893 -0.218115</w:t>
        <w:br/>
        <w:t>v 0.088002 1.123187 -0.198831</w:t>
        <w:br/>
        <w:t>v 0.082651 1.146454 -0.190532</w:t>
        <w:br/>
        <w:t>v 0.060204 1.120832 -0.183443</w:t>
        <w:br/>
        <w:t>v 0.054074 1.144077 -0.174392</w:t>
        <w:br/>
        <w:t>v 0.103474 1.148290 -0.167345</w:t>
        <w:br/>
        <w:t>v 0.109734 1.125089 -0.174351</w:t>
        <w:br/>
        <w:t>v 0.077242 1.170702 -0.182104</w:t>
        <w:br/>
        <w:t>v 0.034447 1.167184 -0.199412</w:t>
        <w:br/>
        <w:t>v 0.048187 1.168368 -0.163945</w:t>
        <w:br/>
        <w:t>v 0.096196 1.171690 -0.155308</w:t>
        <w:br/>
        <w:t>v 0.056702 1.071788 -0.235075</w:t>
        <w:br/>
        <w:t>v 0.061941 1.048537 -0.240687</w:t>
        <w:br/>
        <w:t>v 0.104182 1.052446 -0.220458</w:t>
        <w:br/>
        <w:t>v 0.099075 1.076183 -0.215107</w:t>
        <w:br/>
        <w:t>v 0.073030 1.074076 -0.200580</w:t>
        <w:br/>
        <w:t>v 0.066213 1.097588 -0.192495</w:t>
        <w:br/>
        <w:t>v 0.115784 1.101898 -0.181376</w:t>
        <w:br/>
        <w:t>v 0.121869 1.078216 -0.188882</w:t>
        <w:br/>
        <w:t>v 0.061709 1.424875 -0.077973</w:t>
        <w:br/>
        <w:t>v 0.074348 1.423835 -0.068770</w:t>
        <w:br/>
        <w:t>v 0.079473 1.447196 -0.058900</w:t>
        <w:br/>
        <w:t>v 0.053991 1.449276 -0.077307</w:t>
        <w:br/>
        <w:t>v 0.070422 1.400476 -0.078641</w:t>
        <w:br/>
        <w:t>v 0.052208 1.424144 -0.082661</w:t>
        <w:br/>
        <w:t>v 0.051269 1.399012 -0.088014</w:t>
        <w:br/>
        <w:t>v 0.053545 1.373370 -0.096658</w:t>
        <w:br/>
        <w:t>v 0.075078 1.375554 -0.084807</w:t>
        <w:br/>
        <w:t>v 0.093533 1.376954 -0.067570</w:t>
        <w:br/>
        <w:t>v 0.087539 1.400939 -0.063381</w:t>
        <w:br/>
        <w:t>v 0.080792 1.350632 -0.090973</w:t>
        <w:br/>
        <w:t>v 0.088479 1.326650 -0.097380</w:t>
        <w:br/>
        <w:t>v 0.109806 1.327961 -0.077975</w:t>
        <w:br/>
        <w:t>v 0.100846 1.352968 -0.071759</w:t>
        <w:br/>
        <w:t>v 0.127674 1.278429 -0.089373</w:t>
        <w:br/>
        <w:t>v 0.118493 1.302736 -0.084124</w:t>
        <w:br/>
        <w:t>v 0.096041 1.302529 -0.104471</w:t>
        <w:br/>
        <w:t>v 0.104176 1.276840 -0.112429</w:t>
        <w:br/>
        <w:t>v 0.145501 1.226623 -0.098471</w:t>
        <w:br/>
        <w:t>v 0.120100 1.224850 -0.127591</w:t>
        <w:br/>
        <w:t>v 0.127991 1.198298 -0.133953</w:t>
        <w:br/>
        <w:t>v 0.154134 1.199242 -0.100934</w:t>
        <w:br/>
        <w:t>v 0.083903 1.221762 -0.145171</w:t>
        <w:br/>
        <w:t>v 0.090100 1.196472 -0.152772</w:t>
        <w:br/>
        <w:t>v 0.126937 1.053999 -0.194554</w:t>
        <w:br/>
        <w:t>v 0.134720 1.024448 -0.199983</w:t>
        <w:br/>
        <w:t>v 0.171866 1.029711 -0.155065</w:t>
        <w:br/>
        <w:t>v 0.164829 1.059753 -0.155855</w:t>
        <w:br/>
        <w:t>v 0.189140 1.034340 -0.118394</w:t>
        <w:br/>
        <w:t>v 0.176212 0.999940 -0.151726</w:t>
        <w:br/>
        <w:t>v 0.194167 1.005919 -0.112086</w:t>
        <w:br/>
        <w:t>v 0.194971 0.977607 -0.105913</w:t>
        <w:br/>
        <w:t>v 0.172045 0.970590 -0.135820</w:t>
        <w:br/>
        <w:t>v 0.169326 0.943268 -0.120992</w:t>
        <w:br/>
        <w:t>v 0.193799 0.949603 -0.100091</w:t>
        <w:br/>
        <w:t>v 0.167905 0.922836 -0.109873</w:t>
        <w:br/>
        <w:t>v 0.191546 0.929884 -0.093006</w:t>
        <w:br/>
        <w:t>v 0.143099 0.967719 -0.200653</w:t>
        <w:br/>
        <w:t>v 0.182324 0.975401 -0.156513</w:t>
        <w:br/>
        <w:t>v 0.140551 0.994972 -0.202895</w:t>
        <w:br/>
        <w:t>v 0.185079 0.950002 -0.157413</w:t>
        <w:br/>
        <w:t>v 0.143159 0.940504 -0.196016</w:t>
        <w:br/>
        <w:t>v 0.141525 0.917148 -0.189644</w:t>
        <w:br/>
        <w:t>v 0.183278 0.924066 -0.156300</w:t>
        <w:br/>
        <w:t>v 0.207385 0.956615 -0.077855</w:t>
        <w:br/>
        <w:t>v 0.209480 0.985279 -0.084212</w:t>
        <w:br/>
        <w:t>v 0.188325 0.912277 -0.076275</w:t>
        <w:br/>
        <w:t>v 0.197322 0.916072 -0.064760</w:t>
        <w:br/>
        <w:t>v 0.203722 0.936237 -0.071266</w:t>
        <w:br/>
        <w:t>v 0.191481 0.930739 -0.087651</w:t>
        <w:br/>
        <w:t>v 0.180951 0.886792 -0.051430</w:t>
        <w:br/>
        <w:t>v 0.175410 0.897460 -0.150733</w:t>
        <w:br/>
        <w:t>v 0.138158 0.893828 -0.181036</w:t>
        <w:br/>
        <w:t>v 0.135476 0.878276 -0.173850</w:t>
        <w:br/>
        <w:t>v 0.166826 0.878938 -0.145701</w:t>
        <w:br/>
        <w:t>v 0.143896 0.844182 -0.132370</w:t>
        <w:br/>
        <w:t>v 0.156010 0.860452 -0.139203</w:t>
        <w:br/>
        <w:t>v 0.132220 0.862745 -0.165193</w:t>
        <w:br/>
        <w:t>v 0.127005 0.847197 -0.154703</w:t>
        <w:br/>
        <w:t>v 0.112006 0.811490 -0.110109</w:t>
        <w:br/>
        <w:t>v 0.107460 0.813354 -0.119445</w:t>
        <w:br/>
        <w:t>v 0.090024 0.795103 -0.093158</w:t>
        <w:br/>
        <w:t>v 0.188303 0.908943 -0.086138</w:t>
        <w:br/>
        <w:t>v 0.166631 0.902814 -0.099880</w:t>
        <w:br/>
        <w:t>v 0.163028 0.888725 -0.089236</w:t>
        <w:br/>
        <w:t>v 0.185540 0.893838 -0.079615</w:t>
        <w:br/>
        <w:t>v 0.179125 0.877803 -0.068441</w:t>
        <w:br/>
        <w:t>v 0.179197 0.883975 -0.060589</w:t>
        <w:br/>
        <w:t>v 0.184825 0.898043 -0.068400</w:t>
        <w:br/>
        <w:t>v 0.185540 0.893838 -0.079615</w:t>
        <w:br/>
        <w:t>v 0.166841 0.862965 -0.047440</w:t>
        <w:br/>
        <w:t>v 0.165675 0.858301 -0.052692</w:t>
        <w:br/>
        <w:t>v 0.153446 0.856822 -0.060444</w:t>
        <w:br/>
        <w:t>v 0.159246 0.874650 -0.078599</w:t>
        <w:br/>
        <w:t>v 0.143252 0.837206 -0.030281</w:t>
        <w:br/>
        <w:t>v 0.065845 1.298917 -0.120182</w:t>
        <w:br/>
        <w:t>v 0.071911 1.272980 -0.128743</w:t>
        <w:br/>
        <w:t>v 0.056579 1.347729 -0.105302</w:t>
        <w:br/>
        <w:t>v 0.061212 1.323323 -0.112422</w:t>
        <w:br/>
        <w:t>v 0.068834 1.398306 -0.044791</w:t>
        <w:br/>
        <w:t>v 0.050066 1.399277 -0.073090</w:t>
        <w:br/>
        <w:t>v 0.044290 1.446445 -0.061165</w:t>
        <w:br/>
        <w:t>v 0.070938 1.443797 -0.038575</w:t>
        <w:br/>
        <w:t>v 0.077462 1.349106 -0.059137</w:t>
        <w:br/>
        <w:t>v 0.057711 1.347453 -0.086104</w:t>
        <w:br/>
        <w:t>v 0.066786 1.296989 -0.104365</w:t>
        <w:br/>
        <w:t>v 0.062249 1.322221 -0.095234</w:t>
        <w:br/>
        <w:t>v 0.083546 1.323746 -0.066742</w:t>
        <w:br/>
        <w:t>v 0.089338 1.298204 -0.073884</w:t>
        <w:br/>
        <w:t>v 0.094417 1.274541 -0.081229</w:t>
        <w:br/>
        <w:t>v 0.099187 1.250416 -0.087999</w:t>
        <w:br/>
        <w:t>v 0.076070 1.248333 -0.123536</w:t>
        <w:br/>
        <w:t>v 0.071541 1.272746 -0.114134</w:t>
        <w:br/>
        <w:t>v 0.113847 1.195050 -0.102565</w:t>
        <w:br/>
        <w:t>v 0.088881 1.195062 -0.143208</w:t>
        <w:br/>
        <w:t>v 0.082476 1.221698 -0.133373</w:t>
        <w:br/>
        <w:t>v 0.106624 1.222719 -0.095425</w:t>
        <w:br/>
        <w:t>v 0.138139 1.054451 -0.147285</w:t>
        <w:br/>
        <w:t>v 0.143531 1.027379 -0.149815</w:t>
        <w:br/>
        <w:t>v 0.134720 1.024448 -0.199983</w:t>
        <w:br/>
        <w:t>v 0.126937 1.053999 -0.194554</w:t>
        <w:br/>
        <w:t>v 0.150581 0.950993 -0.150015</w:t>
        <w:br/>
        <w:t>v 0.143159 0.940504 -0.196016</w:t>
        <w:br/>
        <w:t>v 0.143099 0.967719 -0.200653</w:t>
        <w:br/>
        <w:t>v 0.148529 0.975645 -0.151232</w:t>
        <w:br/>
        <w:t>v 0.149417 0.927774 -0.147052</w:t>
        <w:br/>
        <w:t>v 0.141525 0.917148 -0.189644</w:t>
        <w:br/>
        <w:t>v 0.138158 0.893828 -0.181036</w:t>
        <w:br/>
        <w:t>v 0.146167 0.904518 -0.141476</w:t>
        <w:br/>
        <w:t>v 0.141935 0.886174 -0.136717</w:t>
        <w:br/>
        <w:t>v 0.135476 0.878276 -0.173850</w:t>
        <w:br/>
        <w:t>v 0.130551 0.852252 -0.124488</w:t>
        <w:br/>
        <w:t>v 0.127005 0.847197 -0.154703</w:t>
        <w:br/>
        <w:t>v 0.132220 0.862745 -0.165193</w:t>
        <w:br/>
        <w:t>v 0.136255 0.867860 -0.130491</w:t>
        <w:br/>
        <w:t>v 0.107460 0.813354 -0.119445</w:t>
        <w:br/>
        <w:t>v 0.108576 0.815855 -0.106583</w:t>
        <w:br/>
        <w:t>v 0.090024 0.795103 -0.093158</w:t>
        <w:br/>
        <w:t>v 0.182324 0.975401 -0.156513</w:t>
        <w:br/>
        <w:t>v 0.148529 0.975645 -0.151232</w:t>
        <w:br/>
        <w:t>v 0.146391 1.000377 -0.150618</w:t>
        <w:br/>
        <w:t>v 0.176212 0.999940 -0.151726</w:t>
        <w:br/>
        <w:t>v 0.149417 0.927774 -0.147052</w:t>
        <w:br/>
        <w:t>v 0.150581 0.950993 -0.150015</w:t>
        <w:br/>
        <w:t>v 0.185079 0.950002 -0.157413</w:t>
        <w:br/>
        <w:t>v 0.183278 0.924066 -0.156300</w:t>
        <w:br/>
        <w:t>v 0.156010 0.860452 -0.139203</w:t>
        <w:br/>
        <w:t>v 0.136255 0.867860 -0.130491</w:t>
        <w:br/>
        <w:t>v 0.141935 0.886174 -0.136717</w:t>
        <w:br/>
        <w:t>v 0.166826 0.878938 -0.145701</w:t>
        <w:br/>
        <w:t>v 0.143896 0.844182 -0.132370</w:t>
        <w:br/>
        <w:t>v 0.130551 0.852252 -0.124488</w:t>
        <w:br/>
        <w:t>v 0.108576 0.815855 -0.106583</w:t>
        <w:br/>
        <w:t>v 0.112006 0.811490 -0.110109</w:t>
        <w:br/>
        <w:t>v 0.090024 0.795103 -0.093158</w:t>
        <w:br/>
        <w:t>v 0.172082 0.981568 -0.089053</w:t>
        <w:br/>
        <w:t>v 0.172045 0.970590 -0.135820</w:t>
        <w:br/>
        <w:t>v 0.176212 0.999940 -0.151726</w:t>
        <w:br/>
        <w:t>v 0.172641 1.008778 -0.095743</w:t>
        <w:br/>
        <w:t>v 0.167905 0.922836 -0.109873</w:t>
        <w:br/>
        <w:t>v 0.171428 0.934139 -0.076901</w:t>
        <w:br/>
        <w:t>v 0.168826 0.913466 -0.072649</w:t>
        <w:br/>
        <w:t>v 0.166631 0.902814 -0.099880</w:t>
        <w:br/>
        <w:t>v 0.165622 1.029373 -0.143670</w:t>
        <w:br/>
        <w:t>v 0.154990 1.058781 -0.135548</w:t>
        <w:br/>
        <w:t>v 0.162669 1.062978 -0.108426</w:t>
        <w:br/>
        <w:t>v 0.168611 1.035531 -0.102421</w:t>
        <w:br/>
        <w:t>v 0.164346 0.887009 -0.062090</w:t>
        <w:br/>
        <w:t>v 0.159246 0.874650 -0.078599</w:t>
        <w:br/>
        <w:t>v 0.163028 0.888725 -0.089236</w:t>
        <w:br/>
        <w:t>v 0.167564 0.900162 -0.067339</w:t>
        <w:br/>
        <w:t>v 0.157241 0.863004 -0.048448</w:t>
        <w:br/>
        <w:t>v 0.153446 0.856822 -0.060444</w:t>
        <w:br/>
        <w:t>v 0.143252 0.837206 -0.030281</w:t>
        <w:br/>
        <w:t>v 0.166841 0.862965 -0.047440</w:t>
        <w:br/>
        <w:t>v 0.157241 0.863004 -0.048448</w:t>
        <w:br/>
        <w:t>v 0.164346 0.887009 -0.062090</w:t>
        <w:br/>
        <w:t>v 0.179197 0.883975 -0.060589</w:t>
        <w:br/>
        <w:t>v 0.143252 0.837206 -0.030281</w:t>
        <w:br/>
        <w:t>v 0.184825 0.898043 -0.068400</w:t>
        <w:br/>
        <w:t>v 0.167564 0.900162 -0.067339</w:t>
        <w:br/>
        <w:t>v 0.168826 0.913466 -0.072649</w:t>
        <w:br/>
        <w:t>v 0.171428 0.934139 -0.076901</w:t>
        <w:br/>
        <w:t>v 0.172341 0.955185 -0.082198</w:t>
        <w:br/>
        <w:t>v 0.188325 0.912277 -0.076275</w:t>
        <w:br/>
        <w:t>v 0.204476 1.042717 -0.092841</w:t>
        <w:br/>
        <w:t>v 0.208061 1.014473 -0.088308</w:t>
        <w:br/>
        <w:t>v 0.172641 1.008778 -0.095743</w:t>
        <w:br/>
        <w:t>v 0.168611 1.035531 -0.102421</w:t>
        <w:br/>
        <w:t>v 0.155703 1.085416 -0.110091</w:t>
        <w:br/>
        <w:t>v 0.147103 1.107799 -0.111322</w:t>
        <w:br/>
        <w:t>v 0.183652 1.114827 -0.100438</w:t>
        <w:br/>
        <w:t>v 0.191363 1.093040 -0.097529</w:t>
        <w:br/>
        <w:t>v 0.094417 1.274541 -0.081229</w:t>
        <w:br/>
        <w:t>v 0.089338 1.298204 -0.073884</w:t>
        <w:br/>
        <w:t>v 0.118493 1.302736 -0.084124</w:t>
        <w:br/>
        <w:t>v 0.127674 1.278429 -0.089373</w:t>
        <w:br/>
        <w:t>v 0.109806 1.327961 -0.077975</w:t>
        <w:br/>
        <w:t>v 0.083546 1.323746 -0.066742</w:t>
        <w:br/>
        <w:t>v 0.077462 1.349106 -0.059137</w:t>
        <w:br/>
        <w:t>v 0.100846 1.352968 -0.071759</w:t>
        <w:br/>
        <w:t>v 0.068834 1.398306 -0.044791</w:t>
        <w:br/>
        <w:t>v 0.084157 1.398597 -0.050439</w:t>
        <w:br/>
        <w:t>v 0.076928 1.421197 -0.044507</w:t>
        <w:br/>
        <w:t>v 0.070938 1.443797 -0.038575</w:t>
        <w:br/>
        <w:t>v 0.172082 0.981568 -0.089053</w:t>
        <w:br/>
        <w:t>v 0.209480 0.985279 -0.084212</w:t>
        <w:br/>
        <w:t>v 0.197322 0.916072 -0.064760</w:t>
        <w:br/>
        <w:t>v 0.181012 0.916413 -0.065937</w:t>
        <w:br/>
        <w:t>v 0.177605 0.935621 -0.073614</w:t>
        <w:br/>
        <w:t>v 0.203722 0.936237 -0.071266</w:t>
        <w:br/>
        <w:t>v 0.180951 0.886792 -0.051430</w:t>
        <w:br/>
        <w:t>v 0.180951 0.886792 -0.051430</w:t>
        <w:br/>
        <w:t>v 0.188325 0.912277 -0.076275</w:t>
        <w:br/>
        <w:t>v 0.181012 0.916413 -0.065937</w:t>
        <w:br/>
        <w:t>v 0.172341 0.955185 -0.082198</w:t>
        <w:br/>
        <w:t>v 0.177605 0.935621 -0.073614</w:t>
        <w:br/>
        <w:t>v 0.148505 1.127948 -0.148246</w:t>
        <w:br/>
        <w:t>v 0.154382 1.106955 -0.152467</w:t>
        <w:br/>
        <w:t>v 0.183652 1.114827 -0.100438</w:t>
        <w:br/>
        <w:t>v 0.176557 1.135194 -0.101543</w:t>
        <w:br/>
        <w:t>v 0.142326 1.148957 -0.144042</w:t>
        <w:br/>
        <w:t>v 0.103474 1.148290 -0.167345</w:t>
        <w:br/>
        <w:t>v 0.109928 1.124775 -0.174774</w:t>
        <w:br/>
        <w:t>v 0.129902 1.127160 -0.124507</w:t>
        <w:br/>
        <w:t>v 0.132731 1.103591 -0.133669</w:t>
        <w:br/>
        <w:t>v 0.116161 1.101263 -0.182202</w:t>
        <w:br/>
        <w:t>v 0.109928 1.124775 -0.174774</w:t>
        <w:br/>
        <w:t>v 0.126778 1.150723 -0.115305</w:t>
        <w:br/>
        <w:t>v 0.120332 1.172898 -0.108965</w:t>
        <w:br/>
        <w:t>v 0.161602 1.177328 -0.102154</w:t>
        <w:br/>
        <w:t>v 0.169201 1.155744 -0.102221</w:t>
        <w:br/>
        <w:t>v 0.082838 1.424067 -0.061140</w:t>
        <w:br/>
        <w:t>v 0.161602 1.177328 -0.102154</w:t>
        <w:br/>
        <w:t>v 0.135127 1.173569 -0.138934</w:t>
        <w:br/>
        <w:t>v 0.096807 1.172400 -0.160093</w:t>
        <w:br/>
        <w:t>v 0.096196 1.171690 -0.155308</w:t>
        <w:br/>
        <w:t>v 0.099187 1.250416 -0.087999</w:t>
        <w:br/>
        <w:t>v 0.136338 1.253784 -0.094178</w:t>
        <w:br/>
        <w:t>v 0.145501 1.226623 -0.098471</w:t>
        <w:br/>
        <w:t>v 0.106624 1.222719 -0.095425</w:t>
        <w:br/>
        <w:t>v 0.135596 1.128702 -0.111089</w:t>
        <w:br/>
        <w:t>v 0.176557 1.135194 -0.101543</w:t>
        <w:br/>
        <w:t>v 0.183553 1.089126 -0.113233</w:t>
        <w:br/>
        <w:t>v 0.168563 1.084802 -0.138728</w:t>
        <w:br/>
        <w:t>v 0.160352 1.083294 -0.155561</w:t>
        <w:br/>
        <w:t>v 0.122031 1.077599 -0.189666</w:t>
        <w:br/>
        <w:t>v 0.135819 1.078926 -0.140205</w:t>
        <w:br/>
        <w:t>v 0.122031 1.077599 -0.189666</w:t>
        <w:br/>
        <w:t>v 0.206863 0.972968 -0.043958</w:t>
        <w:br/>
        <w:t>v 0.212303 0.972833 -0.041054</w:t>
        <w:br/>
        <w:t>v 0.217214 0.992949 -0.058176</w:t>
        <w:br/>
        <w:t>v 0.207992 0.993082 -0.063929</w:t>
        <w:br/>
        <w:t>v 0.205667 1.006652 -0.072038</w:t>
        <w:br/>
        <w:t>v 0.220084 1.008098 -0.068434</w:t>
        <w:br/>
        <w:t>v 0.221564 1.023677 -0.075971</w:t>
        <w:br/>
        <w:t>v 0.204039 1.020166 -0.080125</w:t>
        <w:br/>
        <w:t>v 0.230554 1.014455 -0.057133</w:t>
        <w:br/>
        <w:t>v 0.226452 0.998955 -0.049546</w:t>
        <w:br/>
        <w:t>v 0.216944 0.975835 -0.036739</w:t>
        <w:br/>
        <w:t>v 0.205030 0.952912 -0.024008</w:t>
        <w:br/>
        <w:t>v 0.201044 1.045835 -0.090345</w:t>
        <w:br/>
        <w:t>v 0.220375 1.050709 -0.086552</w:t>
        <w:br/>
        <w:t>v 0.216458 1.077929 -0.090947</w:t>
        <w:br/>
        <w:t>v 0.197667 1.071821 -0.097747</w:t>
        <w:br/>
        <w:t>v 0.202640 1.118582 -0.092515</w:t>
        <w:br/>
        <w:t>v 0.183672 1.115383 -0.102422</w:t>
        <w:br/>
        <w:t>v 0.191325 1.093376 -0.100169</w:t>
        <w:br/>
        <w:t>v 0.210440 1.098183 -0.091702</w:t>
        <w:br/>
        <w:t>v 0.232092 1.030375 -0.062970</w:t>
        <w:br/>
        <w:t>v 0.231592 1.061513 -0.072207</w:t>
        <w:br/>
        <w:t>v 0.227149 1.086172 -0.074624</w:t>
        <w:br/>
        <w:t>v 0.176820 1.135568 -0.102673</w:t>
        <w:br/>
        <w:t>v 0.193273 1.139843 -0.092133</w:t>
        <w:br/>
        <w:t>v 0.183478 1.161257 -0.090737</w:t>
        <w:br/>
        <w:t>v 0.169663 1.155904 -0.102424</w:t>
        <w:br/>
        <w:t>v 0.220939 1.106450 -0.073133</w:t>
        <w:br/>
        <w:t>v 0.136137 1.253810 -0.094098</w:t>
        <w:br/>
        <w:t>v 0.127693 1.278407 -0.089232</w:t>
        <w:br/>
        <w:t>v 0.100691 1.352846 -0.071870</w:t>
        <w:br/>
        <w:t>v 0.109850 1.327868 -0.077933</w:t>
        <w:br/>
        <w:t>v 0.093457 1.376893 -0.067626</w:t>
        <w:br/>
        <w:t>v 0.082838 1.424067 -0.061140</w:t>
        <w:br/>
        <w:t>v 0.087539 1.400939 -0.063381</w:t>
        <w:br/>
        <w:t>v 0.220277 1.106612 -0.070565</w:t>
        <w:br/>
        <w:t>v 0.212864 1.126880 -0.071703</w:t>
        <w:br/>
        <w:t>v 0.232103 1.066076 -0.064678</w:t>
        <w:br/>
        <w:t>v 0.226794 1.088795 -0.069566</w:t>
        <w:br/>
        <w:t>v 0.233570 1.051601 -0.059457</w:t>
        <w:br/>
        <w:t>v 0.232358 1.049433 -0.064481</w:t>
        <w:br/>
        <w:t>v 0.233095 1.036537 -0.050249</w:t>
        <w:br/>
        <w:t>v 0.207997 1.077955 -0.079781</w:t>
        <w:br/>
        <w:t>v 0.197667 1.071821 -0.097747</w:t>
        <w:br/>
        <w:t>v 0.191325 1.093376 -0.100169</w:t>
        <w:br/>
        <w:t>v 0.201849 1.099231 -0.077683</w:t>
        <w:br/>
        <w:t>v 0.212038 1.053804 -0.074641</w:t>
        <w:br/>
        <w:t>v 0.201044 1.045835 -0.090345</w:t>
        <w:br/>
        <w:t>v 0.213586 1.026751 -0.065862</w:t>
        <w:br/>
        <w:t>v 0.204039 1.020166 -0.080125</w:t>
        <w:br/>
        <w:t>v 0.212961 0.998621 -0.051243</w:t>
        <w:br/>
        <w:t>v 0.207992 0.993082 -0.063929</w:t>
        <w:br/>
        <w:t>v 0.205667 1.006652 -0.072038</w:t>
        <w:br/>
        <w:t>v 0.213742 1.012647 -0.058537</w:t>
        <w:br/>
        <w:t>v 0.210165 0.975671 -0.037588</w:t>
        <w:br/>
        <w:t>v 0.206863 0.972968 -0.043958</w:t>
        <w:br/>
        <w:t>v 0.184639 1.140675 -0.073682</w:t>
        <w:br/>
        <w:t>v 0.193985 1.120646 -0.075642</w:t>
        <w:br/>
        <w:t>v 0.183672 1.115383 -0.102422</w:t>
        <w:br/>
        <w:t>v 0.176820 1.135568 -0.102673</w:t>
        <w:br/>
        <w:t>v 0.136137 1.253810 -0.094098</w:t>
        <w:br/>
        <w:t>v 0.127693 1.278407 -0.089232</w:t>
        <w:br/>
        <w:t>v 0.106050 1.354943 -0.027573</w:t>
        <w:br/>
        <w:t>v 0.116979 1.328838 -0.036185</w:t>
        <w:br/>
        <w:t>v 0.109850 1.327868 -0.077933</w:t>
        <w:br/>
        <w:t>v 0.100691 1.352846 -0.071870</w:t>
        <w:br/>
        <w:t>v 0.091777 1.375721 -0.061154</w:t>
        <w:br/>
        <w:t>v 0.098558 1.377451 -0.021042</w:t>
        <w:br/>
        <w:t>v 0.092518 1.399314 -0.014171</w:t>
        <w:br/>
        <w:t>v 0.084157 1.398597 -0.050439</w:t>
        <w:br/>
        <w:t>v 0.076928 1.421197 -0.044507</w:t>
        <w:br/>
        <w:t>v 0.086922 1.422582 -0.006767</w:t>
        <w:br/>
        <w:t>v 0.201761 1.122813 -0.068599</w:t>
        <w:br/>
        <w:t>v 0.210659 1.101964 -0.069810</w:t>
        <w:br/>
        <w:t>v 0.231592 1.061513 -0.072207</w:t>
        <w:br/>
        <w:t>v 0.220714 1.080910 -0.068082</w:t>
        <w:br/>
        <w:t>v 0.232092 1.030375 -0.062970</w:t>
        <w:br/>
        <w:t>v 0.230554 1.014455 -0.057133</w:t>
        <w:br/>
        <w:t>v 0.226452 0.998955 -0.049546</w:t>
        <w:br/>
        <w:t>v 0.216944 0.975835 -0.036739</w:t>
        <w:br/>
        <w:t>v 0.210165 0.975671 -0.037588</w:t>
        <w:br/>
        <w:t>v 0.232103 1.066076 -0.064678</w:t>
        <w:br/>
        <w:t>v 0.225749 1.064063 -0.063686</w:t>
        <w:br/>
        <w:t>v 0.226794 1.088795 -0.069566</w:t>
        <w:br/>
        <w:t>v 0.233570 1.051601 -0.059457</w:t>
        <w:br/>
        <w:t>v 0.229699 1.050974 -0.058819</w:t>
        <w:br/>
        <w:t>v 0.233095 1.036537 -0.050249</w:t>
        <w:br/>
        <w:t>v 0.233095 1.036537 -0.050249</w:t>
        <w:br/>
        <w:t>v 0.232358 1.049433 -0.064481</w:t>
        <w:br/>
        <w:t>v 0.229699 1.050974 -0.058819</w:t>
        <w:br/>
        <w:t>v 0.231592 1.061513 -0.072207</w:t>
        <w:br/>
        <w:t>v 0.225749 1.064063 -0.063686</w:t>
        <w:br/>
        <w:t>v 0.220714 1.080910 -0.068082</w:t>
        <w:br/>
        <w:t>v 0.145205 1.226642 -0.098323</w:t>
        <w:br/>
        <w:t>v 0.153741 1.199257 -0.100715</w:t>
        <w:br/>
        <w:t>v 0.176211 1.181822 -0.089652</w:t>
        <w:br/>
        <w:t>v 0.187446 1.186520 -0.066173</w:t>
        <w:br/>
        <w:t>v 0.153741 1.199257 -0.100715</w:t>
        <w:br/>
        <w:t>v 0.145205 1.226642 -0.098323</w:t>
        <w:br/>
        <w:t>v 0.167229 1.181752 -0.070979</w:t>
        <w:br/>
        <w:t>v 0.176321 1.183144 -0.063189</w:t>
        <w:br/>
        <w:t>v 0.161634 1.177418 -0.102146</w:t>
        <w:br/>
        <w:t>v 0.161634 1.177418 -0.102146</w:t>
        <w:br/>
        <w:t>v 0.174902 1.160736 -0.071734</w:t>
        <w:br/>
        <w:t>v 0.169663 1.155904 -0.102424</w:t>
        <w:br/>
        <w:t>v 0.204270 1.147230 -0.069739</w:t>
        <w:br/>
        <w:t>v 0.212864 1.126880 -0.071703</w:t>
        <w:br/>
        <w:t>v 0.193433 1.142951 -0.066617</w:t>
        <w:br/>
        <w:t>v 0.204270 1.147230 -0.069739</w:t>
        <w:br/>
        <w:t>v 0.197591 1.071500 -0.094908</w:t>
        <w:br/>
        <w:t>v 0.181656 1.063660 -0.123155</w:t>
        <w:br/>
        <w:t>v 0.204476 1.042717 -0.092841</w:t>
        <w:br/>
        <w:t>v 0.191363 1.093040 -0.097529</w:t>
        <w:br/>
        <w:t>v 0.027815 1.466324 -0.086962</w:t>
        <w:br/>
        <w:t>v 0.027838 1.450084 -0.090728</w:t>
        <w:br/>
        <w:t>v 0.053461 1.465374 -0.074857</w:t>
        <w:br/>
        <w:t>v 0.040848 1.481667 -0.046267</w:t>
        <w:br/>
        <w:t>v 0.042398 1.464056 -0.053716</w:t>
        <w:br/>
        <w:t>v 0.078505 1.463816 -0.056401</w:t>
        <w:br/>
        <w:t>v 0.053359 1.481471 -0.072409</w:t>
        <w:br/>
        <w:t>v 0.068470 1.480542 -0.030338</w:t>
        <w:br/>
        <w:t>v 0.069425 1.462170 -0.034456</w:t>
        <w:br/>
        <w:t>v 0.042398 1.464056 -0.053716</w:t>
        <w:br/>
        <w:t>v 0.040848 1.481667 -0.046267</w:t>
        <w:br/>
        <w:t>v 0.061420 0.814148 -0.203092</w:t>
        <w:br/>
        <w:t>v 0.066412 0.824944 -0.213112</w:t>
        <w:br/>
        <w:t>v 0.070473 0.837530 -0.221528</w:t>
        <w:br/>
        <w:t>v 0.076532 0.867832 -0.236650</w:t>
        <w:br/>
        <w:t>v 0.078887 0.885550 -0.242210</w:t>
        <w:br/>
        <w:t>v 0.088172 0.887601 -0.215857</w:t>
        <w:br/>
        <w:t>v 0.080276 0.907816 -0.247834</w:t>
        <w:br/>
        <w:t>v 0.078674 0.958689 -0.253653</w:t>
        <w:br/>
        <w:t>v 0.092263 0.963024 -0.224200</w:t>
        <w:br/>
        <w:t>v 0.080708 0.930082 -0.251968</w:t>
        <w:br/>
        <w:t>v 0.079265 1.050564 -0.208664</w:t>
        <w:br/>
        <w:t>v 0.068953 1.017915 -0.247859</w:t>
        <w:br/>
        <w:t>v 0.061941 1.048537 -0.240687</w:t>
        <w:br/>
        <w:t>v 0.056702 1.071788 -0.235075</w:t>
        <w:br/>
        <w:t>v 0.051009 1.095039 -0.226839</w:t>
        <w:br/>
        <w:t>v 0.045555 1.118893 -0.218115</w:t>
        <w:br/>
        <w:t>v 0.028885 1.191621 -0.189432</w:t>
        <w:br/>
        <w:t>v 0.034447 1.167184 -0.199412</w:t>
        <w:br/>
        <w:t>v 0.017320 1.243141 -0.166578</w:t>
        <w:br/>
        <w:t>v 0.030175 1.245113 -0.133737</w:t>
        <w:br/>
        <w:t>v 0.023103 1.217381 -0.178005</w:t>
        <w:br/>
        <w:t>v 0.012195 1.268006 -0.155195</w:t>
        <w:br/>
        <w:t>v 0.003736 1.320118 -0.135123</w:t>
        <w:br/>
        <w:t>v 0.000402 1.347366 -0.126435</w:t>
        <w:br/>
        <w:t>v 0.000000 1.355961 -0.123898</w:t>
        <w:br/>
        <w:t>v 0.000000 1.400933 -0.094547</w:t>
        <w:br/>
        <w:t>v 0.000000 1.446977 -0.069627</w:t>
        <w:br/>
        <w:t>v 0.115784 1.101898 -0.181376</w:t>
        <w:br/>
        <w:t>v 0.093178 1.099919 -0.207130</w:t>
        <w:br/>
        <w:t>v 0.121869 1.078216 -0.188882</w:t>
        <w:br/>
        <w:t>v 0.109734 1.125089 -0.174351</w:t>
        <w:br/>
        <w:t>v 0.059297 1.245784 -0.154276</w:t>
        <w:br/>
        <w:t>v 0.077705 1.247051 -0.137570</w:t>
        <w:br/>
        <w:t>v 0.028794 1.425298 -0.096639</w:t>
        <w:br/>
        <w:t>v 0.046355 0.790879 -0.172850</w:t>
        <w:br/>
        <w:t>v 0.093533 1.376954 -0.067570</w:t>
        <w:br/>
        <w:t>v 0.100846 1.352968 -0.071759</w:t>
        <w:br/>
        <w:t>v 0.084157 1.398597 -0.050439</w:t>
        <w:br/>
        <w:t>v 0.087539 1.400939 -0.063381</w:t>
        <w:br/>
        <w:t>v 0.087539 1.400939 -0.063381</w:t>
        <w:br/>
        <w:t>v 0.084157 1.398597 -0.050439</w:t>
        <w:br/>
        <w:t>v 0.091777 1.375721 -0.061154</w:t>
        <w:br/>
        <w:t>v 0.093457 1.376893 -0.067626</w:t>
        <w:br/>
        <w:t>v 0.000000 1.425404 -0.103270</w:t>
        <w:br/>
        <w:t>v 0.000000 1.450222 -0.096345</w:t>
        <w:br/>
        <w:t>v 0.000000 1.466485 -0.091888</w:t>
        <w:br/>
        <w:t>v 0.000000 1.482282 -0.051632</w:t>
        <w:br/>
        <w:t>v 0.133686 1.024542 -0.203826</w:t>
        <w:br/>
        <w:t>v 0.138488 0.994490 -0.211362</w:t>
        <w:br/>
        <w:t>v 0.128071 0.994002 -0.205790</w:t>
        <w:br/>
        <w:t>v 0.127492 1.024604 -0.201013</w:t>
        <w:br/>
        <w:t>v 0.114229 0.965168 -0.210804</w:t>
        <w:br/>
        <w:t>v 0.115962 0.962314 -0.223697</w:t>
        <w:br/>
        <w:t>v 0.115803 0.931113 -0.235731</w:t>
        <w:br/>
        <w:t>v 0.112356 0.936822 -0.209945</w:t>
        <w:br/>
        <w:t>v 0.114229 0.965168 -0.210804</w:t>
        <w:br/>
        <w:t>v 0.122250 1.024521 -0.205533</w:t>
        <w:br/>
        <w:t>v 0.148562 1.082254 -0.130553</w:t>
        <w:br/>
        <w:t>v 0.140647 1.105647 -0.125202</w:t>
        <w:br/>
        <w:t>v 0.143531 1.027379 -0.149815</w:t>
        <w:br/>
        <w:t>v 0.165622 1.029373 -0.143670</w:t>
        <w:br/>
        <w:t>v 0.000000 1.355961 -0.123898</w:t>
        <w:br/>
        <w:t>v -0.068686 1.508937 0.029139</w:t>
        <w:br/>
        <w:t>v -0.073874 1.514027 0.027193</w:t>
        <w:br/>
        <w:t>v -0.071209 1.515664 0.035737</w:t>
        <w:br/>
        <w:t>v -0.074414 1.509945 0.040380</w:t>
        <w:br/>
        <w:t>v -0.065518 1.507002 0.033961</w:t>
        <w:br/>
        <w:t>v -0.080648 1.530451 0.049833</w:t>
        <w:br/>
        <w:t>v -0.076406 1.528146 0.057081</w:t>
        <w:br/>
        <w:t>v -0.071299 1.511914 0.051375</w:t>
        <w:br/>
        <w:t>v -0.064521 1.496130 0.047092</w:t>
        <w:br/>
        <w:t>v -0.066058 1.495147 0.041410</w:t>
        <w:br/>
        <w:t>v -0.066058 1.495147 0.041410</w:t>
        <w:br/>
        <w:t>v -0.061970 1.495235 0.038370</w:t>
        <w:br/>
        <w:t>v -0.055526 1.478031 0.039482</w:t>
        <w:br/>
        <w:t>v -0.055526 1.478031 0.039482</w:t>
        <w:br/>
        <w:t>v -0.070893 1.528514 0.058930</w:t>
        <w:br/>
        <w:t>v -0.068273 1.513159 0.054785</w:t>
        <w:br/>
        <w:t>v -0.062937 1.496856 0.049308</w:t>
        <w:br/>
        <w:t>v -0.061015 1.506351 0.024080</w:t>
        <w:br/>
        <w:t>v -0.076558 1.508671 0.018029</w:t>
        <w:br/>
        <w:t>v -0.086454 1.509142 0.009428</w:t>
        <w:br/>
        <w:t>v -0.085481 1.531070 0.038640</w:t>
        <w:br/>
        <w:t>v -0.094370 1.521226 -0.007995</w:t>
        <w:br/>
        <w:t>v -0.092756 1.509648 -0.011253</w:t>
        <w:br/>
        <w:t>v -0.089594 1.510528 -0.031978</w:t>
        <w:br/>
        <w:t>v -0.092036 1.522268 -0.029774</w:t>
        <w:br/>
        <w:t>v -0.094670 1.532063 0.017992</w:t>
        <w:br/>
        <w:t>v -0.090796 1.520603 0.014037</w:t>
        <w:br/>
        <w:t>v -0.095495 1.532802 -0.005390</w:t>
        <w:br/>
        <w:t>v -0.088515 1.495147 -0.034872</w:t>
        <w:br/>
        <w:t>v -0.091107 1.494625 -0.015610</w:t>
        <w:br/>
        <w:t>v -0.087384 1.479765 -0.038615</w:t>
        <w:br/>
        <w:t>v -0.088863 1.479074 -0.002571</w:t>
        <w:br/>
        <w:t>v -0.087190 1.493557 0.001191</w:t>
        <w:br/>
        <w:t>v -0.074043 1.489994 0.013373</w:t>
        <w:br/>
        <w:t>v -0.076187 1.477443 0.009053</w:t>
        <w:br/>
        <w:t>v -0.088863 1.479074 -0.002571</w:t>
        <w:br/>
        <w:t>v -0.090681 1.479833 -0.019379</w:t>
        <w:br/>
        <w:t>v -0.087190 1.493557 0.001191</w:t>
        <w:br/>
        <w:t>v -0.074043 1.489994 0.013373</w:t>
        <w:br/>
        <w:t>v -0.062814 1.501696 -0.014449</w:t>
        <w:br/>
        <w:t>v -0.068470 1.480543 -0.030338</w:t>
        <w:br/>
        <w:t>v -0.076187 1.477443 0.009053</w:t>
        <w:br/>
        <w:t>v -0.088790 1.545005 0.039449</w:t>
        <w:br/>
        <w:t>v -0.085481 1.531070 0.038640</w:t>
        <w:br/>
        <w:t>v -0.095952 1.546568 0.019545</w:t>
        <w:br/>
        <w:t>v -0.096994 1.547391 -0.002932</w:t>
        <w:br/>
        <w:t>v -0.080648 1.530451 0.049833</w:t>
        <w:br/>
        <w:t>v -0.085481 1.531070 0.038640</w:t>
        <w:br/>
        <w:t>v -0.088790 1.545005 0.039449</w:t>
        <w:br/>
        <w:t>v -0.076181 1.544024 0.052641</w:t>
        <w:br/>
        <w:t>v -0.061015 1.506351 0.024080</w:t>
        <w:br/>
        <w:t>v -0.061015 1.506351 0.024080</w:t>
        <w:br/>
        <w:t>v -0.070052 1.557595 0.056028</w:t>
        <w:br/>
        <w:t>v -0.076406 1.528146 0.057081</w:t>
        <w:br/>
        <w:t>v -0.070893 1.528514 0.058930</w:t>
        <w:br/>
        <w:t>v -0.086454 1.509142 0.009428</w:t>
        <w:br/>
        <w:t>v -0.030097 1.533872 -0.077911</w:t>
        <w:br/>
        <w:t>v -0.029073 1.522197 -0.078349</w:t>
        <w:br/>
        <w:t>v -0.057982 1.521861 -0.067055</w:t>
        <w:br/>
        <w:t>v -0.056406 1.510238 -0.068459</w:t>
        <w:br/>
        <w:t>v -0.027951 1.510522 -0.079439</w:t>
        <w:br/>
        <w:t>v -0.083115 1.522013 -0.050703</w:t>
        <w:br/>
        <w:t>v -0.059286 1.533485 -0.066304</w:t>
        <w:br/>
        <w:t>v -0.085028 1.533856 -0.050096</w:t>
        <w:br/>
        <w:t>v -0.080780 1.510171 -0.051962</w:t>
        <w:br/>
        <w:t>v -0.028003 1.496533 -0.080889</w:t>
        <w:br/>
        <w:t>v -0.054908 1.495854 -0.070010</w:t>
        <w:br/>
        <w:t>v -0.040848 1.481667 -0.046267</w:t>
        <w:br/>
        <w:t>v -0.039474 1.502063 -0.032411</w:t>
        <w:br/>
        <w:t>v -0.079500 1.495304 -0.052507</w:t>
        <w:br/>
        <w:t>v -0.068470 1.480543 -0.030338</w:t>
        <w:br/>
        <w:t>v -0.062814 1.501696 -0.014449</w:t>
        <w:br/>
        <w:t>v -0.039474 1.502063 -0.032411</w:t>
        <w:br/>
        <w:t>v -0.040848 1.481667 -0.046267</w:t>
        <w:br/>
        <w:t>v -0.078169 1.480437 -0.053902</w:t>
        <w:br/>
        <w:t>v -0.029851 1.602779 -0.069344</w:t>
        <w:br/>
        <w:t>v -0.031472 1.590459 -0.073644</w:t>
        <w:br/>
        <w:t>v -0.026831 1.624786 -0.056749</w:t>
        <w:br/>
        <w:t>v -0.027757 1.615098 -0.063469</w:t>
        <w:br/>
        <w:t>v -0.025478 1.634473 -0.047895</w:t>
        <w:br/>
        <w:t>v -0.024931 1.641714 -0.038047</w:t>
        <w:br/>
        <w:t>v -0.024399 1.652917 -0.013717</w:t>
        <w:br/>
        <w:t>v -0.024383 1.648037 -0.027588</w:t>
        <w:br/>
        <w:t>v -0.024412 1.655479 -0.002368</w:t>
        <w:br/>
        <w:t>v -0.024550 1.656114 0.019942</w:t>
        <w:br/>
        <w:t>v -0.025164 1.651946 0.040134</w:t>
        <w:br/>
        <w:t>v -0.025382 1.645102 0.057434</w:t>
        <w:br/>
        <w:t>v -0.023209 1.598619 0.066652</w:t>
        <w:br/>
        <w:t>v -0.024655 1.632357 0.074310</w:t>
        <w:br/>
        <w:t>v -0.032673 1.561448 -0.077431</w:t>
        <w:br/>
        <w:t>v -0.031731 1.547660 -0.077961</w:t>
        <w:br/>
        <w:t>v -0.056982 1.600570 -0.059420</w:t>
        <w:br/>
        <w:t>v -0.076475 1.601300 -0.040457</w:t>
        <w:br/>
        <w:t>v -0.081064 1.589568 -0.043189</w:t>
        <w:br/>
        <w:t>v -0.059512 1.589024 -0.062683</w:t>
        <w:br/>
        <w:t>v -0.086256 1.601245 -0.017284</w:t>
        <w:br/>
        <w:t>v -0.090661 1.589332 -0.020093</w:t>
        <w:br/>
        <w:t>v -0.080481 1.613157 -0.014751</w:t>
        <w:br/>
        <w:t>v -0.082063 1.611623 0.008699</w:t>
        <w:br/>
        <w:t>v -0.087427 1.599866 0.006339</w:t>
        <w:br/>
        <w:t>v -0.086578 1.595571 0.027239</w:t>
        <w:br/>
        <w:t>v -0.081925 1.606511 0.029333</w:t>
        <w:br/>
        <w:t>v -0.082962 1.591694 0.045907</w:t>
        <w:br/>
        <w:t>v -0.078751 1.602354 0.049475</w:t>
        <w:br/>
        <w:t>v -0.060969 1.561081 -0.065965</w:t>
        <w:br/>
        <w:t>v -0.085044 1.561516 -0.047926</w:t>
        <w:br/>
        <w:t>v -0.085973 1.547686 -0.048922</w:t>
        <w:br/>
        <w:t>v -0.060790 1.547283 -0.066117</w:t>
        <w:br/>
        <w:t>v -0.094085 1.533387 -0.027585</w:t>
        <w:br/>
        <w:t>v -0.095719 1.548143 -0.026099</w:t>
        <w:br/>
        <w:t>v -0.075173 1.599076 0.055665</w:t>
        <w:br/>
        <w:t>v -0.080454 1.589725 0.051393</w:t>
        <w:br/>
        <w:t>v -0.053547 1.612116 -0.054583</w:t>
        <w:br/>
        <w:t>v -0.068384 1.628281 0.033947</w:t>
        <w:br/>
        <w:t>v -0.058100 1.637905 0.036232</w:t>
        <w:br/>
        <w:t>v -0.056712 1.633643 0.049770</w:t>
        <w:br/>
        <w:t>v -0.067313 1.624627 0.045161</w:t>
        <w:br/>
        <w:t>v -0.047815 1.645378 0.038518</w:t>
        <w:br/>
        <w:t>v -0.057671 1.641484 0.016509</w:t>
        <w:br/>
        <w:t>v -0.047635 1.648563 0.018574</w:t>
        <w:br/>
        <w:t>v -0.047144 1.647034 -0.003011</w:t>
        <w:br/>
        <w:t>v -0.056129 1.640884 -0.005630</w:t>
        <w:br/>
        <w:t>v -0.036784 1.643539 0.055754</w:t>
        <w:br/>
        <w:t>v -0.037622 1.649299 0.039246</w:t>
        <w:br/>
        <w:t>v -0.036914 1.651653 -0.002722</w:t>
        <w:br/>
        <w:t>v -0.037246 1.652780 0.019189</w:t>
        <w:br/>
        <w:t>v -0.072057 1.610603 0.051514</w:t>
        <w:br/>
        <w:t>v -0.075755 1.617397 0.031423</w:t>
        <w:br/>
        <w:t>v -0.064219 1.618852 0.055688</w:t>
        <w:br/>
        <w:t>v -0.045776 1.645553 -0.013335</w:t>
        <w:br/>
        <w:t>v -0.051094 1.639843 -0.019641</w:t>
        <w:br/>
        <w:t>v -0.039260 1.640251 -0.031903</w:t>
        <w:br/>
        <w:t>v -0.034142 1.645892 -0.025721</w:t>
        <w:br/>
        <w:t>v -0.073380 1.622869 -0.011915</w:t>
        <w:br/>
        <w:t>v -0.075484 1.621938 0.011156</w:t>
        <w:br/>
        <w:t>v -0.065336 1.621621 -0.033778</w:t>
        <w:br/>
        <w:t>v -0.058967 1.630212 -0.029373</w:t>
        <w:br/>
        <w:t>v -0.065114 1.632582 -0.008248</w:t>
        <w:br/>
        <w:t>v -0.050645 1.621480 -0.049212</w:t>
        <w:br/>
        <w:t>v -0.070670 1.613030 -0.036668</w:t>
        <w:br/>
        <w:t>v -0.043892 1.632637 0.065294</w:t>
        <w:br/>
        <w:t>v -0.041444 1.627568 0.071517</w:t>
        <w:br/>
        <w:t>v -0.051271 1.621674 0.067812</w:t>
        <w:br/>
        <w:t>v -0.054055 1.626821 0.060490</w:t>
        <w:br/>
        <w:t>v -0.024655 1.632357 0.074310</w:t>
        <w:br/>
        <w:t>v -0.033889 1.630688 0.072774</w:t>
        <w:br/>
        <w:t>v -0.035377 1.635768 0.066475</w:t>
        <w:br/>
        <w:t>v -0.024971 1.637451 0.067918</w:t>
        <w:br/>
        <w:t>v -0.084456 1.580375 0.048696</w:t>
        <w:br/>
        <w:t>v -0.090164 1.558941 0.040837</w:t>
        <w:br/>
        <w:t>v -0.088890 1.569988 0.041077</w:t>
        <w:br/>
        <w:t>v -0.085856 1.581035 0.043913</w:t>
        <w:br/>
        <w:t>v -0.095140 1.561073 0.021285</w:t>
        <w:br/>
        <w:t>v -0.093423 1.572851 0.022709</w:t>
        <w:br/>
        <w:t>v -0.096376 1.561979 -0.000286</w:t>
        <w:br/>
        <w:t>v -0.094829 1.575044 0.001526</w:t>
        <w:br/>
        <w:t>v -0.095351 1.562279 -0.023788</w:t>
        <w:br/>
        <w:t>v -0.093937 1.575806 -0.022266</w:t>
        <w:br/>
        <w:t>v -0.083884 1.575542 -0.046166</w:t>
        <w:br/>
        <w:t>v -0.060843 1.575053 -0.065315</w:t>
        <w:br/>
        <w:t>v -0.032394 1.575954 -0.076837</w:t>
        <w:br/>
        <w:t>v -0.068680 1.606352 0.058818</w:t>
        <w:br/>
        <w:t>v -0.041444 1.627568 0.071517</w:t>
        <w:br/>
        <w:t>v -0.033889 1.630688 0.072774</w:t>
        <w:br/>
        <w:t>v -0.051271 1.621674 0.067812</w:t>
        <w:br/>
        <w:t>v -0.030610 1.595715 0.065308</w:t>
        <w:br/>
        <w:t>v -0.052435 1.584809 0.060410</w:t>
        <w:br/>
        <w:t>v -0.068680 1.606352 0.058818</w:t>
        <w:br/>
        <w:t>v -0.061098 1.613627 0.064108</w:t>
        <w:br/>
        <w:t>v -0.038011 1.590658 0.063964</w:t>
        <w:br/>
        <w:t>v -0.075173 1.599076 0.055665</w:t>
        <w:br/>
        <w:t>v -0.066028 1.578960 0.058990</w:t>
        <w:br/>
        <w:t>v -0.084456 1.580375 0.048696</w:t>
        <w:br/>
        <w:t>v -0.080454 1.589725 0.051393</w:t>
        <w:br/>
        <w:t>v -0.090164 1.558941 0.040837</w:t>
        <w:br/>
        <w:t>v -0.091023 1.462318 -0.005305</w:t>
        <w:br/>
        <w:t>v -0.092514 1.462825 -0.022775</w:t>
        <w:br/>
        <w:t>v -0.091023 1.462318 -0.005305</w:t>
        <w:br/>
        <w:t>v -0.078908 1.461648 0.004420</w:t>
        <w:br/>
        <w:t>v -0.082263 1.445851 -0.000273</w:t>
        <w:br/>
        <w:t>v -0.093274 1.445562 -0.009204</w:t>
        <w:br/>
        <w:t>v -0.076187 1.477443 0.009053</w:t>
        <w:br/>
        <w:t>v -0.068470 1.480543 -0.030338</w:t>
        <w:br/>
        <w:t>v -0.069425 1.462170 -0.034456</w:t>
        <w:br/>
        <w:t>v -0.078908 1.461648 0.004420</w:t>
        <w:br/>
        <w:t>v -0.110922 1.354050 -0.056555</w:t>
        <w:br/>
        <w:t>v -0.117039 1.355631 -0.032573</w:t>
        <w:br/>
        <w:t>v -0.126688 1.329926 -0.039943</w:t>
        <w:br/>
        <w:t>v -0.120990 1.328773 -0.062126</w:t>
        <w:br/>
        <w:t>v -0.141180 1.279757 -0.075804</w:t>
        <w:br/>
        <w:t>v -0.149458 1.280651 -0.053961</w:t>
        <w:br/>
        <w:t>v -0.160824 1.257081 -0.060610</w:t>
        <w:br/>
        <w:t>v -0.151301 1.256019 -0.083910</w:t>
        <w:br/>
        <w:t>v -0.102878 1.401154 -0.032336</w:t>
        <w:br/>
        <w:t>v -0.103392 1.400633 -0.020154</w:t>
        <w:br/>
        <w:t>v -0.109753 1.378133 -0.026363</w:t>
        <w:br/>
        <w:t>v -0.109188 1.378392 -0.032455</w:t>
        <w:br/>
        <w:t>v -0.098192 1.423485 -0.029254</w:t>
        <w:br/>
        <w:t>v -0.094328 1.445817 -0.026171</w:t>
        <w:br/>
        <w:t>v -0.093274 1.445562 -0.009204</w:t>
        <w:br/>
        <w:t>v -0.098229 1.423098 -0.014678</w:t>
        <w:br/>
        <w:t>v -0.133784 1.279596 -0.056507</w:t>
        <w:br/>
        <w:t>v -0.144560 1.255356 -0.064349</w:t>
        <w:br/>
        <w:t>v -0.149854 1.254600 -0.057275</w:t>
        <w:br/>
        <w:t>v -0.138063 1.278505 -0.050383</w:t>
        <w:br/>
        <w:t>v -0.126688 1.329926 -0.039943</w:t>
        <w:br/>
        <w:t>v -0.114998 1.328047 -0.035640</w:t>
        <w:br/>
        <w:t>v -0.126779 1.302375 -0.043468</w:t>
        <w:br/>
        <w:t>v -0.138091 1.304220 -0.047314</w:t>
        <w:br/>
        <w:t>v -0.092518 1.399314 -0.014171</w:t>
        <w:br/>
        <w:t>v -0.098559 1.377451 -0.021042</w:t>
        <w:br/>
        <w:t>v -0.109753 1.378133 -0.026363</w:t>
        <w:br/>
        <w:t>v -0.103392 1.400633 -0.020154</w:t>
        <w:br/>
        <w:t>v -0.086922 1.422582 -0.006767</w:t>
        <w:br/>
        <w:t>v -0.098229 1.423098 -0.014678</w:t>
        <w:br/>
        <w:t>v -0.173173 1.232918 -0.067160</w:t>
        <w:br/>
        <w:t>v -0.185521 1.208754 -0.073711</w:t>
        <w:br/>
        <w:t>v -0.174384 1.207435 -0.097683</w:t>
        <w:br/>
        <w:t>v -0.162842 1.231726 -0.090797</w:t>
        <w:br/>
        <w:t>v -0.174749 1.205293 -0.070800</w:t>
        <w:br/>
        <w:t>v -0.162026 1.229930 -0.064397</w:t>
        <w:br/>
        <w:t>v -0.155034 1.230247 -0.071759</w:t>
        <w:br/>
        <w:t>v -0.165509 1.205137 -0.079168</w:t>
        <w:br/>
        <w:t>v -0.088719 1.462970 -0.040617</w:t>
        <w:br/>
        <w:t>v -0.090041 1.446175 -0.042619</w:t>
        <w:br/>
        <w:t>v -0.093432 1.423880 -0.044924</w:t>
        <w:br/>
        <w:t>v -0.097604 1.401584 -0.047228</w:t>
        <w:br/>
        <w:t>v -0.106152 1.377603 -0.044446</w:t>
        <w:br/>
        <w:t>v -0.103533 1.377818 -0.051892</w:t>
        <w:br/>
        <w:t>v -0.012195 1.268006 -0.155195</w:t>
        <w:br/>
        <w:t>v -0.007069 1.292872 -0.143810</w:t>
        <w:br/>
        <w:t>v -0.049334 1.296625 -0.136265</w:t>
        <w:br/>
        <w:t>v -0.054315 1.271204 -0.145271</w:t>
        <w:br/>
        <w:t>v -0.065565 1.220368 -0.163976</w:t>
        <w:br/>
        <w:t>v -0.071832 1.194952 -0.173676</w:t>
        <w:br/>
        <w:t>v -0.028885 1.191621 -0.189432</w:t>
        <w:br/>
        <w:t>v -0.023103 1.217381 -0.178005</w:t>
        <w:br/>
        <w:t>v -0.113236 0.991233 -0.236564</w:t>
        <w:br/>
        <w:t>v -0.109510 1.021839 -0.229809</w:t>
        <w:br/>
        <w:t>v -0.134634 1.025189 -0.205339</w:t>
        <w:br/>
        <w:t>v -0.138488 0.994490 -0.211362</w:t>
        <w:br/>
        <w:t>v -0.074981 0.987295 -0.252434</w:t>
        <w:br/>
        <w:t>v -0.068953 1.017915 -0.247859</w:t>
        <w:br/>
        <w:t>v -0.038403 1.347542 -0.119424</w:t>
        <w:br/>
        <w:t>v -0.043868 1.322084 -0.127845</w:t>
        <w:br/>
        <w:t>v -0.003736 1.320119 -0.135123</w:t>
        <w:br/>
        <w:t>v -0.000401 1.347365 -0.126435</w:t>
        <w:br/>
        <w:t>v -0.030202 1.400492 -0.102543</w:t>
        <w:br/>
        <w:t>v -0.034063 1.374017 -0.110983</w:t>
        <w:br/>
        <w:t>v -0.046355 0.790879 -0.172850</w:t>
        <w:br/>
        <w:t>v -0.052512 0.790761 -0.170767</w:t>
        <w:br/>
        <w:t>v -0.035326 0.778405 -0.152886</w:t>
        <w:br/>
        <w:t>v -0.076749 0.814087 -0.197098</w:t>
        <w:br/>
        <w:t>v -0.067237 0.803117 -0.187080</w:t>
        <w:br/>
        <w:t>v -0.055212 0.803353 -0.191244</w:t>
        <w:br/>
        <w:t>v -0.061420 0.814148 -0.203092</w:t>
        <w:br/>
        <w:t>v -0.066412 0.824944 -0.213112</w:t>
        <w:br/>
        <w:t>v -0.070473 0.837530 -0.221527</w:t>
        <w:br/>
        <w:t>v -0.092582 0.837980 -0.211907</w:t>
        <w:br/>
        <w:t>v -0.084741 0.825058 -0.205289</w:t>
        <w:br/>
        <w:t>v -0.076532 0.867833 -0.236650</w:t>
        <w:br/>
        <w:t>v -0.105162 0.867980 -0.223815</w:t>
        <w:br/>
        <w:t>v -0.098953 0.850902 -0.217493</w:t>
        <w:br/>
        <w:t>v -0.073416 0.850115 -0.228912</w:t>
        <w:br/>
        <w:t>v -0.080276 0.907816 -0.247834</w:t>
        <w:br/>
        <w:t>v -0.080708 0.930082 -0.251968</w:t>
        <w:br/>
        <w:t>v -0.115803 0.931113 -0.235731</w:t>
        <w:br/>
        <w:t>v -0.113743 0.908085 -0.232489</w:t>
        <w:br/>
        <w:t>v -0.078674 0.958689 -0.253653</w:t>
        <w:br/>
        <w:t>v -0.115384 0.961173 -0.236868</w:t>
        <w:br/>
        <w:t>v -0.141134 0.965674 -0.213642</w:t>
        <w:br/>
        <w:t>v -0.115851 0.908525 -0.230934</w:t>
        <w:br/>
        <w:t>v -0.141386 0.936856 -0.215923</w:t>
        <w:br/>
        <w:t>v -0.137607 0.912422 -0.214790</w:t>
        <w:br/>
        <w:t>v -0.132186 0.887987 -0.212079</w:t>
        <w:br/>
        <w:t>v -0.127882 0.875178 -0.207875</w:t>
        <w:br/>
        <w:t>v -0.112262 0.874001 -0.218138</w:t>
        <w:br/>
        <w:t>v -0.113803 0.885937 -0.224849</w:t>
        <w:br/>
        <w:t>v -0.104257 0.834151 -0.186476</w:t>
        <w:br/>
        <w:t>v -0.109951 0.862066 -0.211427</w:t>
        <w:br/>
        <w:t>v -0.122306 0.862369 -0.203672</w:t>
        <w:br/>
        <w:t>v -0.044290 1.446445 -0.061165</w:t>
        <w:br/>
        <w:t>v -0.012667 1.447517 -0.067728</w:t>
        <w:br/>
        <w:t>v -0.014876 1.400436 -0.080850</w:t>
        <w:br/>
        <w:t>v -0.050066 1.399277 -0.073090</w:t>
        <w:br/>
        <w:t>v -0.017586 1.345944 -0.098280</w:t>
        <w:br/>
        <w:t>v -0.057711 1.347453 -0.086104</w:t>
        <w:br/>
        <w:t>v -0.021952 1.295639 -0.116026</w:t>
        <w:br/>
        <w:t>v -0.066786 1.296989 -0.104365</w:t>
        <w:br/>
        <w:t>v -0.062249 1.322221 -0.095234</w:t>
        <w:br/>
        <w:t>v -0.019770 1.320791 -0.107153</w:t>
        <w:br/>
        <w:t>v -0.071510 1.272711 -0.114080</w:t>
        <w:br/>
        <w:t>v -0.026064 1.270376 -0.124882</w:t>
        <w:br/>
        <w:t>v -0.089480 1.195469 -0.144163</w:t>
        <w:br/>
        <w:t>v -0.082858 1.221951 -0.133979</w:t>
        <w:br/>
        <w:t>v -0.036237 1.218885 -0.143617</w:t>
        <w:br/>
        <w:t>v -0.042300 1.192658 -0.153498</w:t>
        <w:br/>
        <w:t>v -0.085273 1.021124 -0.217689</w:t>
        <w:br/>
        <w:t>v -0.097853 1.021516 -0.210191</w:t>
        <w:br/>
        <w:t>v -0.079265 1.050564 -0.208664</w:t>
        <w:br/>
        <w:t>v -0.109542 0.912069 -0.207937</w:t>
        <w:br/>
        <w:t>v -0.112356 0.936822 -0.209945</w:t>
        <w:br/>
        <w:t>v -0.094188 0.934365 -0.224281</w:t>
        <w:br/>
        <w:t>v -0.091727 0.910984 -0.220069</w:t>
        <w:br/>
        <w:t>v -0.124676 0.887774 -0.211127</w:t>
        <w:br/>
        <w:t>v -0.132186 0.887987 -0.212079</w:t>
        <w:br/>
        <w:t>v -0.137607 0.912422 -0.214790</w:t>
        <w:br/>
        <w:t>v -0.127091 0.912615 -0.211997</w:t>
        <w:br/>
        <w:t>v -0.127882 0.875178 -0.207875</w:t>
        <w:br/>
        <w:t>v -0.122664 0.875275 -0.208223</w:t>
        <w:br/>
        <w:t>v -0.141386 0.936856 -0.215923</w:t>
        <w:br/>
        <w:t>v -0.141134 0.965674 -0.213642</w:t>
        <w:br/>
        <w:t>v -0.128225 0.965729 -0.208539</w:t>
        <w:br/>
        <w:t>v -0.127991 0.937455 -0.211288</w:t>
        <w:br/>
        <w:t>v -0.104257 0.834151 -0.186476</w:t>
        <w:br/>
        <w:t>v -0.122306 0.862369 -0.203672</w:t>
        <w:br/>
        <w:t>v -0.119432 0.862775 -0.205319</w:t>
        <w:br/>
        <w:t>v -0.127091 0.912615 -0.211997</w:t>
        <w:br/>
        <w:t>v -0.127991 0.937455 -0.211288</w:t>
        <w:br/>
        <w:t>v -0.115803 0.931113 -0.235731</w:t>
        <w:br/>
        <w:t>v -0.115851 0.908525 -0.230934</w:t>
        <w:br/>
        <w:t>v -0.128071 0.994002 -0.205790</w:t>
        <w:br/>
        <w:t>v -0.115771 0.993513 -0.211663</w:t>
        <w:br/>
        <w:t>v -0.115962 0.962314 -0.223697</w:t>
        <w:br/>
        <w:t>v -0.113803 0.885937 -0.224849</w:t>
        <w:br/>
        <w:t>v -0.112262 0.874001 -0.218138</w:t>
        <w:br/>
        <w:t>v -0.109951 0.862066 -0.211427</w:t>
        <w:br/>
        <w:t>v -0.070899 0.827723 -0.195329</w:t>
        <w:br/>
        <w:t>v -0.082812 0.827262 -0.186997</w:t>
        <w:br/>
        <w:t>v -0.089830 0.840097 -0.192232</w:t>
        <w:br/>
        <w:t>v -0.076542 0.840156 -0.201561</w:t>
        <w:br/>
        <w:t>v -0.065414 0.816560 -0.188528</w:t>
        <w:br/>
        <w:t>v -0.058634 0.805396 -0.179898</w:t>
        <w:br/>
        <w:t>v -0.066692 0.805806 -0.175791</w:t>
        <w:br/>
        <w:t>v -0.075500 0.816534 -0.182308</w:t>
        <w:br/>
        <w:t>v -0.052233 0.792105 -0.165123</w:t>
        <w:br/>
        <w:t>v -0.048107 0.791900 -0.167176</w:t>
        <w:br/>
        <w:t>v -0.035326 0.778405 -0.152886</w:t>
        <w:br/>
        <w:t>v -0.100925 0.870124 -0.201316</w:t>
        <w:br/>
        <w:t>v -0.084995 0.870096 -0.211308</w:t>
        <w:br/>
        <w:t>v -0.080971 0.852589 -0.206760</w:t>
        <w:br/>
        <w:t>v -0.095424 0.852933 -0.196436</w:t>
        <w:br/>
        <w:t>v -0.052512 0.790761 -0.170767</w:t>
        <w:br/>
        <w:t>v -0.052233 0.792105 -0.165123</w:t>
        <w:br/>
        <w:t>v -0.035326 0.778405 -0.152886</w:t>
        <w:br/>
        <w:t>v -0.067237 0.803117 -0.187080</w:t>
        <w:br/>
        <w:t>v -0.076749 0.814087 -0.197098</w:t>
        <w:br/>
        <w:t>v -0.075500 0.816534 -0.182308</w:t>
        <w:br/>
        <w:t>v -0.066692 0.805806 -0.175791</w:t>
        <w:br/>
        <w:t>v -0.092582 0.837980 -0.211907</w:t>
        <w:br/>
        <w:t>v -0.098953 0.850902 -0.217493</w:t>
        <w:br/>
        <w:t>v -0.095424 0.852933 -0.196436</w:t>
        <w:br/>
        <w:t>v -0.089830 0.840097 -0.192232</w:t>
        <w:br/>
        <w:t>v -0.100925 0.870124 -0.201316</w:t>
        <w:br/>
        <w:t>v -0.105162 0.867980 -0.223815</w:t>
        <w:br/>
        <w:t>v -0.110326 0.885058 -0.227959</w:t>
        <w:br/>
        <w:t>v -0.105422 0.887316 -0.204351</w:t>
        <w:br/>
        <w:t>v -0.113743 0.908085 -0.232489</w:t>
        <w:br/>
        <w:t>v -0.109542 0.912069 -0.207937</w:t>
        <w:br/>
        <w:t>v -0.082651 1.146453 -0.190532</w:t>
        <w:br/>
        <w:t>v -0.088002 1.123187 -0.198831</w:t>
        <w:br/>
        <w:t>v -0.045555 1.118893 -0.218115</w:t>
        <w:br/>
        <w:t>v -0.040011 1.142747 -0.209392</w:t>
        <w:br/>
        <w:t>v -0.110877 1.125990 -0.176216</w:t>
        <w:br/>
        <w:t>v -0.104405 1.149054 -0.168874</w:t>
        <w:br/>
        <w:t>v -0.054074 1.144077 -0.174392</w:t>
        <w:br/>
        <w:t>v -0.060204 1.120832 -0.183443</w:t>
        <w:br/>
        <w:t>v -0.077241 1.170702 -0.182104</w:t>
        <w:br/>
        <w:t>v -0.034447 1.167184 -0.199412</w:t>
        <w:br/>
        <w:t>v -0.096942 1.172262 -0.156519</w:t>
        <w:br/>
        <w:t>v -0.048187 1.168368 -0.163945</w:t>
        <w:br/>
        <w:t>v -0.061941 1.048537 -0.240687</w:t>
        <w:br/>
        <w:t>v -0.056702 1.071788 -0.235075</w:t>
        <w:br/>
        <w:t>v -0.099075 1.076183 -0.215107</w:t>
        <w:br/>
        <w:t>v -0.104182 1.052446 -0.220458</w:t>
        <w:br/>
        <w:t>v -0.117128 1.102925 -0.183557</w:t>
        <w:br/>
        <w:t>v -0.066213 1.097588 -0.192495</w:t>
        <w:br/>
        <w:t>v -0.073030 1.074076 -0.200580</w:t>
        <w:br/>
        <w:t>v -0.123458 1.079407 -0.191452</w:t>
        <w:br/>
        <w:t>v -0.053991 1.449276 -0.077307</w:t>
        <w:br/>
        <w:t>v -0.079473 1.447196 -0.058900</w:t>
        <w:br/>
        <w:t>v -0.074348 1.423836 -0.068770</w:t>
        <w:br/>
        <w:t>v -0.061709 1.424876 -0.077973</w:t>
        <w:br/>
        <w:t>v -0.070422 1.400475 -0.078641</w:t>
        <w:br/>
        <w:t>v -0.051269 1.399013 -0.088014</w:t>
        <w:br/>
        <w:t>v -0.052208 1.424144 -0.082661</w:t>
        <w:br/>
        <w:t>v -0.075078 1.375554 -0.084807</w:t>
        <w:br/>
        <w:t>v -0.053545 1.373371 -0.096658</w:t>
        <w:br/>
        <w:t>v -0.093533 1.376954 -0.067570</w:t>
        <w:br/>
        <w:t>v -0.087539 1.400941 -0.063381</w:t>
        <w:br/>
        <w:t>v -0.100845 1.352968 -0.071759</w:t>
        <w:br/>
        <w:t>v -0.109447 1.327881 -0.077457</w:t>
        <w:br/>
        <w:t>v -0.088257 1.326631 -0.097070</w:t>
        <w:br/>
        <w:t>v -0.080792 1.350632 -0.090973</w:t>
        <w:br/>
        <w:t>v -0.127651 1.278975 -0.089520</w:t>
        <w:br/>
        <w:t>v -0.104026 1.277454 -0.112422</w:t>
        <w:br/>
        <w:t>v -0.095724 1.302629 -0.104069</w:t>
        <w:br/>
        <w:t>v -0.118049 1.302793 -0.083532</w:t>
        <w:br/>
        <w:t>v -0.158903 1.203624 -0.108912</w:t>
        <w:br/>
        <w:t>v -0.130424 1.201226 -0.138248</w:t>
        <w:br/>
        <w:t>v -0.121376 1.226752 -0.129963</w:t>
        <w:br/>
        <w:t>v -0.148079 1.229391 -0.102915</w:t>
        <w:br/>
        <w:t>v -0.090647 1.196993 -0.153692</w:t>
        <w:br/>
        <w:t>v -0.084245 1.222160 -0.145772</w:t>
        <w:br/>
        <w:t>v -0.136685 1.025780 -0.203117</w:t>
        <w:br/>
        <w:t>v -0.128683 1.055246 -0.197359</w:t>
        <w:br/>
        <w:t>v -0.173369 1.066198 -0.169686</w:t>
        <w:br/>
        <w:t>v -0.181753 1.036446 -0.170840</w:t>
        <w:br/>
        <w:t>v -0.205609 1.044676 -0.144383</w:t>
        <w:br/>
        <w:t>v -0.212931 1.016270 -0.141233</w:t>
        <w:br/>
        <w:t>v -0.187476 1.006694 -0.169398</w:t>
        <w:br/>
        <w:t>v -0.216549 0.988057 -0.138956</w:t>
        <w:br/>
        <w:t>v -0.218007 0.959843 -0.136678</w:t>
        <w:br/>
        <w:t>v -0.192553 0.953166 -0.156121</w:t>
        <w:br/>
        <w:t>v -0.190310 0.979930 -0.163951</w:t>
        <w:br/>
        <w:t>v -0.218121 0.939796 -0.132739</w:t>
        <w:br/>
        <w:t>v -0.194155 0.932432 -0.149056</w:t>
        <w:br/>
        <w:t>v -0.145467 0.969027 -0.204333</w:t>
        <w:br/>
        <w:t>v -0.142697 0.996316 -0.206279</w:t>
        <w:br/>
        <w:t>v -0.189986 0.979484 -0.168367</w:t>
        <w:br/>
        <w:t>v -0.144340 0.918272 -0.193877</w:t>
        <w:br/>
        <w:t>v -0.145770 0.941738 -0.200005</w:t>
        <w:br/>
        <w:t>v -0.190028 0.952274 -0.164952</w:t>
        <w:br/>
        <w:t>v -0.186563 0.925336 -0.161227</w:t>
        <w:br/>
        <w:t>v -0.231960 0.995211 -0.118326</w:t>
        <w:br/>
        <w:t>v -0.232286 0.965943 -0.115098</w:t>
        <w:br/>
        <w:t>v -0.218150 0.940064 -0.127320</w:t>
        <w:br/>
        <w:t>v -0.230412 0.944738 -0.110695</w:t>
        <w:br/>
        <w:t>v -0.225790 0.923533 -0.106293</w:t>
        <w:br/>
        <w:t>v -0.216774 0.920285 -0.117961</w:t>
        <w:br/>
        <w:t>v -0.212138 0.891759 -0.095885</w:t>
        <w:br/>
        <w:t>v -0.141188 0.894808 -0.185517</w:t>
        <w:br/>
        <w:t>v -0.178492 0.898399 -0.155272</w:t>
        <w:br/>
        <w:t>v -0.170073 0.879735 -0.150420</w:t>
        <w:br/>
        <w:t>v -0.138654 0.879138 -0.178496</w:t>
        <w:br/>
        <w:t>v -0.135547 0.863469 -0.170000</w:t>
        <w:br/>
        <w:t>v -0.159424 0.861070 -0.144095</w:t>
        <w:br/>
        <w:t>v -0.147460 0.844610 -0.137405</w:t>
        <w:br/>
        <w:t>v -0.130487 0.847745 -0.159663</w:t>
        <w:br/>
        <w:t>v -0.111303 0.813309 -0.124709</w:t>
        <w:br/>
        <w:t>v -0.115888 0.811374 -0.115403</w:t>
        <w:br/>
        <w:t>v -0.094076 0.794599 -0.098561</w:t>
        <w:br/>
        <w:t>v -0.217364 0.918037 -0.128129</w:t>
        <w:br/>
        <w:t>v -0.214681 0.902139 -0.123236</w:t>
        <w:br/>
        <w:t>v -0.193000 0.896298 -0.132872</w:t>
        <w:br/>
        <w:t>v -0.195183 0.911698 -0.141991</w:t>
        <w:br/>
        <w:t>v -0.214623 0.905047 -0.111612</w:t>
        <w:br/>
        <w:t>v -0.210337 0.889810 -0.105262</w:t>
        <w:br/>
        <w:t>v -0.210510 0.884527 -0.113741</w:t>
        <w:br/>
        <w:t>v -0.200042 0.866576 -0.094219</w:t>
        <w:br/>
        <w:t>v -0.199085 0.862422 -0.099926</w:t>
        <w:br/>
        <w:t>v -0.186780 0.860808 -0.107529</w:t>
        <w:br/>
        <w:t>v -0.190639 0.880898 -0.123754</w:t>
        <w:br/>
        <w:t>v -0.179038 0.837303 -0.079466</w:t>
        <w:br/>
        <w:t>v -0.071844 1.273123 -0.128698</w:t>
        <w:br/>
        <w:t>v -0.065845 1.298917 -0.120182</w:t>
        <w:br/>
        <w:t>v -0.056579 1.347728 -0.105302</w:t>
        <w:br/>
        <w:t>v -0.061212 1.323323 -0.112422</w:t>
        <w:br/>
        <w:t>v -0.044290 1.446445 -0.061165</w:t>
        <w:br/>
        <w:t>v -0.050066 1.399277 -0.073090</w:t>
        <w:br/>
        <w:t>v -0.068834 1.398306 -0.044791</w:t>
        <w:br/>
        <w:t>v -0.070938 1.443797 -0.038575</w:t>
        <w:br/>
        <w:t>v -0.077462 1.349106 -0.059137</w:t>
        <w:br/>
        <w:t>v -0.057711 1.347453 -0.086104</w:t>
        <w:br/>
        <w:t>v -0.062249 1.322221 -0.095234</w:t>
        <w:br/>
        <w:t>v -0.066786 1.296989 -0.104365</w:t>
        <w:br/>
        <w:t>v -0.089159 1.298007 -0.076481</w:t>
        <w:br/>
        <w:t>v -0.083310 1.323556 -0.067809</w:t>
        <w:br/>
        <w:t>v -0.099909 1.250058 -0.088874</w:t>
        <w:br/>
        <w:t>v -0.094534 1.274032 -0.082678</w:t>
        <w:br/>
        <w:t>v -0.071510 1.272711 -0.114080</w:t>
        <w:br/>
        <w:t>v -0.076236 1.248433 -0.123795</w:t>
        <w:br/>
        <w:t>v -0.089480 1.195469 -0.144163</w:t>
        <w:br/>
        <w:t>v -0.115724 1.195475 -0.105281</w:t>
        <w:br/>
        <w:t>v -0.107816 1.222767 -0.097078</w:t>
        <w:br/>
        <w:t>v -0.082858 1.221951 -0.133979</w:t>
        <w:br/>
        <w:t>v -0.148158 1.029513 -0.157175</w:t>
        <w:br/>
        <w:t>v -0.143348 1.056892 -0.155235</w:t>
        <w:br/>
        <w:t>v -0.128683 1.055246 -0.197359</w:t>
        <w:br/>
        <w:t>v -0.136685 1.025780 -0.203117</w:t>
        <w:br/>
        <w:t>v -0.145467 0.969027 -0.204333</w:t>
        <w:br/>
        <w:t>v -0.145770 0.941738 -0.200005</w:t>
        <w:br/>
        <w:t>v -0.153468 0.951848 -0.154258</w:t>
        <w:br/>
        <w:t>v -0.152443 0.976990 -0.157046</w:t>
        <w:br/>
        <w:t>v -0.144340 0.918272 -0.193877</w:t>
        <w:br/>
        <w:t>v -0.152243 0.928482 -0.151165</w:t>
        <w:br/>
        <w:t>v -0.145134 0.886669 -0.141273</w:t>
        <w:br/>
        <w:t>v -0.149202 0.905116 -0.145840</w:t>
        <w:br/>
        <w:t>v -0.141188 0.894808 -0.185517</w:t>
        <w:br/>
        <w:t>v -0.138654 0.879138 -0.178496</w:t>
        <w:br/>
        <w:t>v -0.130487 0.847745 -0.159663</w:t>
        <w:br/>
        <w:t>v -0.134061 0.852486 -0.129386</w:t>
        <w:br/>
        <w:t>v -0.139621 0.868223 -0.135233</w:t>
        <w:br/>
        <w:t>v -0.135547 0.863469 -0.170000</w:t>
        <w:br/>
        <w:t>v -0.112429 0.815674 -0.111815</w:t>
        <w:br/>
        <w:t>v -0.111303 0.813309 -0.124709</w:t>
        <w:br/>
        <w:t>v -0.094076 0.794599 -0.098561</w:t>
        <w:br/>
        <w:t>v -0.189986 0.979484 -0.168367</w:t>
        <w:br/>
        <w:t>v -0.187476 1.006694 -0.169398</w:t>
        <w:br/>
        <w:t>v -0.150950 1.002133 -0.157452</w:t>
        <w:br/>
        <w:t>v -0.152443 0.976990 -0.157046</w:t>
        <w:br/>
        <w:t>v -0.153468 0.951848 -0.154258</w:t>
        <w:br/>
        <w:t>v -0.152243 0.928482 -0.151165</w:t>
        <w:br/>
        <w:t>v -0.186563 0.925336 -0.161227</w:t>
        <w:br/>
        <w:t>v -0.190028 0.952274 -0.164952</w:t>
        <w:br/>
        <w:t>v -0.170073 0.879735 -0.150420</w:t>
        <w:br/>
        <w:t>v -0.145134 0.886669 -0.141273</w:t>
        <w:br/>
        <w:t>v -0.139621 0.868223 -0.135233</w:t>
        <w:br/>
        <w:t>v -0.159424 0.861070 -0.144095</w:t>
        <w:br/>
        <w:t>v -0.134061 0.852486 -0.129386</w:t>
        <w:br/>
        <w:t>v -0.147460 0.844610 -0.137405</w:t>
        <w:br/>
        <w:t>v -0.115888 0.811374 -0.115403</w:t>
        <w:br/>
        <w:t>v -0.112429 0.815674 -0.111815</w:t>
        <w:br/>
        <w:t>v -0.094076 0.794599 -0.098561</w:t>
        <w:br/>
        <w:t>v -0.190637 1.015223 -0.122561</w:t>
        <w:br/>
        <w:t>v -0.187476 1.006694 -0.169398</w:t>
        <w:br/>
        <w:t>v -0.190310 0.979930 -0.163951</w:t>
        <w:br/>
        <w:t>v -0.193734 0.988402 -0.121019</w:t>
        <w:br/>
        <w:t>v -0.194155 0.932432 -0.149056</w:t>
        <w:br/>
        <w:t>v -0.195183 0.911698 -0.141991</w:t>
        <w:br/>
        <w:t>v -0.197355 0.919512 -0.113804</w:t>
        <w:br/>
        <w:t>v -0.197973 0.940547 -0.115449</w:t>
        <w:br/>
        <w:t>v -0.175696 1.035156 -0.159392</w:t>
        <w:br/>
        <w:t>v -0.184283 1.042146 -0.126412</w:t>
        <w:br/>
        <w:t>v -0.175911 1.069069 -0.128598</w:t>
        <w:br/>
        <w:t>v -0.163918 1.063617 -0.149386</w:t>
        <w:br/>
        <w:t>v -0.190639 0.880898 -0.123754</w:t>
        <w:br/>
        <w:t>v -0.195255 0.891787 -0.106102</w:t>
        <w:br/>
        <w:t>v -0.197287 0.905650 -0.109952</w:t>
        <w:br/>
        <w:t>v -0.193000 0.896298 -0.132872</w:t>
        <w:br/>
        <w:t>v -0.190440 0.865953 -0.095009</w:t>
        <w:br/>
        <w:t>v -0.186780 0.860808 -0.107529</w:t>
        <w:br/>
        <w:t>v -0.179038 0.837303 -0.079466</w:t>
        <w:br/>
        <w:t>v -0.210337 0.889810 -0.105262</w:t>
        <w:br/>
        <w:t>v -0.195255 0.891787 -0.106102</w:t>
        <w:br/>
        <w:t>v -0.190440 0.865953 -0.095009</w:t>
        <w:br/>
        <w:t>v -0.200042 0.866576 -0.094219</w:t>
        <w:br/>
        <w:t>v -0.179038 0.837303 -0.079466</w:t>
        <w:br/>
        <w:t>v -0.214623 0.905047 -0.111612</w:t>
        <w:br/>
        <w:t>v -0.197287 0.905650 -0.109952</w:t>
        <w:br/>
        <w:t>v -0.196229 0.961583 -0.117095</w:t>
        <w:br/>
        <w:t>v -0.197973 0.940547 -0.115449</w:t>
        <w:br/>
        <w:t>v -0.197355 0.919512 -0.113804</w:t>
        <w:br/>
        <w:t>v -0.216774 0.920285 -0.117961</w:t>
        <w:br/>
        <w:t>v -0.222265 1.052685 -0.120523</w:t>
        <w:br/>
        <w:t>v -0.190637 1.015223 -0.122561</w:t>
        <w:br/>
        <w:t>v -0.228158 1.024479 -0.119173</w:t>
        <w:br/>
        <w:t>v -0.195122 1.122729 -0.118766</w:t>
        <w:br/>
        <w:t>v -0.156403 1.112194 -0.125527</w:t>
        <w:br/>
        <w:t>v -0.166822 1.090631 -0.127062</w:t>
        <w:br/>
        <w:t>v -0.204931 1.101810 -0.119023</w:t>
        <w:br/>
        <w:t>v -0.118049 1.302793 -0.083532</w:t>
        <w:br/>
        <w:t>v -0.089159 1.298007 -0.076481</w:t>
        <w:br/>
        <w:t>v -0.094534 1.274032 -0.082678</w:t>
        <w:br/>
        <w:t>v -0.127651 1.278975 -0.089520</w:t>
        <w:br/>
        <w:t>v -0.077462 1.349106 -0.059137</w:t>
        <w:br/>
        <w:t>v -0.083310 1.323556 -0.067809</w:t>
        <w:br/>
        <w:t>v -0.109447 1.327881 -0.077457</w:t>
        <w:br/>
        <w:t>v -0.100845 1.352968 -0.071759</w:t>
        <w:br/>
        <w:t>v -0.084158 1.398598 -0.050439</w:t>
        <w:br/>
        <w:t>v -0.068834 1.398306 -0.044791</w:t>
        <w:br/>
        <w:t>v -0.076928 1.421197 -0.044507</w:t>
        <w:br/>
        <w:t>v -0.070938 1.443797 -0.038575</w:t>
        <w:br/>
        <w:t>v -0.193734 0.988402 -0.121019</w:t>
        <w:br/>
        <w:t>v -0.231960 0.995211 -0.118326</w:t>
        <w:br/>
        <w:t>v -0.225790 0.923533 -0.106293</w:t>
        <w:br/>
        <w:t>v -0.230412 0.944738 -0.110695</w:t>
        <w:br/>
        <w:t>v -0.204068 0.942136 -0.112084</w:t>
        <w:br/>
        <w:t>v -0.209472 0.922690 -0.107073</w:t>
        <w:br/>
        <w:t>v -0.212138 0.891759 -0.095885</w:t>
        <w:br/>
        <w:t>v -0.216774 0.920285 -0.117961</w:t>
        <w:br/>
        <w:t>v -0.212138 0.891759 -0.095885</w:t>
        <w:br/>
        <w:t>v -0.209472 0.922690 -0.107073</w:t>
        <w:br/>
        <w:t>v -0.196229 0.961583 -0.117095</w:t>
        <w:br/>
        <w:t>v -0.204068 0.942136 -0.112084</w:t>
        <w:br/>
        <w:t>v -0.160723 1.112524 -0.162992</w:t>
        <w:br/>
        <w:t>v -0.154028 1.133033 -0.157489</w:t>
        <w:br/>
        <w:t>v -0.186591 1.142607 -0.117740</w:t>
        <w:br/>
        <w:t>v -0.195122 1.122729 -0.118766</w:t>
        <w:br/>
        <w:t>v -0.111066 1.125677 -0.176630</w:t>
        <w:br/>
        <w:t>v -0.104405 1.149054 -0.168874</w:t>
        <w:br/>
        <w:t>v -0.147024 1.153542 -0.151988</w:t>
        <w:br/>
        <w:t>v -0.117505 1.102301 -0.184385</w:t>
        <w:br/>
        <w:t>v -0.136810 1.105492 -0.139891</w:t>
        <w:br/>
        <w:t>v -0.133431 1.128689 -0.129852</w:t>
        <w:br/>
        <w:t>v -0.111066 1.125677 -0.176630</w:t>
        <w:br/>
        <w:t>v -0.129784 1.151886 -0.119813</w:t>
        <w:br/>
        <w:t>v -0.177687 1.162483 -0.116073</w:t>
        <w:br/>
        <w:t>v -0.168295 1.183054 -0.113214</w:t>
        <w:br/>
        <w:t>v -0.122753 1.173680 -0.112548</w:t>
        <w:br/>
        <w:t>v -0.082838 1.424067 -0.061140</w:t>
        <w:br/>
        <w:t>v -0.168295 1.183054 -0.113214</w:t>
        <w:br/>
        <w:t>v -0.138724 1.177384 -0.145118</w:t>
        <w:br/>
        <w:t>v -0.097526 1.173023 -0.161283</w:t>
        <w:br/>
        <w:t>v -0.096942 1.172262 -0.156519</w:t>
        <w:br/>
        <w:t>v -0.099909 1.250058 -0.088874</w:t>
        <w:br/>
        <w:t>v -0.107816 1.222767 -0.097078</w:t>
        <w:br/>
        <w:t>v -0.148079 1.229391 -0.102915</w:t>
        <w:br/>
        <w:t>v -0.137255 1.255156 -0.095885</w:t>
        <w:br/>
        <w:t>v -0.186591 1.142607 -0.117740</w:t>
        <w:br/>
        <w:t>v -0.143236 1.132040 -0.122671</w:t>
        <w:br/>
        <w:t>v -0.195982 1.097904 -0.133165</w:t>
        <w:br/>
        <w:t>v -0.178714 1.092802 -0.155278</w:t>
        <w:br/>
        <w:t>v -0.123586 1.078773 -0.192185</w:t>
        <w:br/>
        <w:t>v -0.167715 1.089362 -0.167652</w:t>
        <w:br/>
        <w:t>v -0.123586 1.078773 -0.192185</w:t>
        <w:br/>
        <w:t>v -0.140639 1.081191 -0.147563</w:t>
        <w:br/>
        <w:t>v -0.231569 1.001343 -0.099006</w:t>
        <w:br/>
        <w:t>v -0.240950 1.001343 -0.093514</w:t>
        <w:br/>
        <w:t>v -0.238239 0.979082 -0.078714</w:t>
        <w:br/>
        <w:t>v -0.232716 0.979083 -0.081461</w:t>
        <w:br/>
        <w:t>v -0.241884 1.017740 -0.102022</w:t>
        <w:br/>
        <w:t>v -0.227891 1.015498 -0.105446</w:t>
        <w:br/>
        <w:t>v -0.224913 1.029652 -0.111886</w:t>
        <w:br/>
        <w:t>v -0.242217 1.034138 -0.107748</w:t>
        <w:br/>
        <w:t>v -0.249938 1.007096 -0.084458</w:t>
        <w:br/>
        <w:t>v -0.252522 1.023644 -0.090300</w:t>
        <w:br/>
        <w:t>v -0.242755 0.981959 -0.074187</w:t>
        <w:br/>
        <w:t>v -0.233157 0.956823 -0.063915</w:t>
        <w:br/>
        <w:t>v -0.219515 1.055964 -0.119017</w:t>
        <w:br/>
        <w:t>v -0.238496 1.061994 -0.115119</w:t>
        <w:br/>
        <w:t>v -0.213011 1.081458 -0.121964</w:t>
        <w:br/>
        <w:t>v -0.232240 1.089107 -0.116266</w:t>
        <w:br/>
        <w:t>v -0.195026 1.123465 -0.120651</w:t>
        <w:br/>
        <w:t>v -0.215116 1.128364 -0.112838</w:t>
        <w:br/>
        <w:t>v -0.224573 1.108736 -0.114552</w:t>
        <w:br/>
        <w:t>v -0.204835 1.102461 -0.121685</w:t>
        <w:br/>
        <w:t>v -0.249247 1.072019 -0.099880</w:t>
        <w:br/>
        <w:t>v -0.252573 1.040192 -0.094300</w:t>
        <w:br/>
        <w:t>v -0.242737 1.096330 -0.099345</w:t>
        <w:br/>
        <w:t>v -0.178128 1.162696 -0.116266</w:t>
        <w:br/>
        <w:t>v -0.192611 1.168794 -0.105737</w:t>
        <w:br/>
        <w:t>v -0.204067 1.148579 -0.109805</w:t>
        <w:br/>
        <w:t>v -0.186764 1.143081 -0.118779</w:t>
        <w:br/>
        <w:t>v -0.234948 1.115713 -0.095394</w:t>
        <w:br/>
        <w:t>v -0.127672 1.278948 -0.089379</w:t>
        <w:br/>
        <w:t>v -0.137053 1.255168 -0.095800</w:t>
        <w:br/>
        <w:t>v -0.100691 1.352846 -0.071870</w:t>
        <w:br/>
        <w:t>v -0.109491 1.327787 -0.077413</w:t>
        <w:br/>
        <w:t>v -0.093457 1.376893 -0.067626</w:t>
        <w:br/>
        <w:t>v -0.087539 1.400941 -0.063381</w:t>
        <w:br/>
        <w:t>v -0.082838 1.424067 -0.061140</w:t>
        <w:br/>
        <w:t>v -0.234394 1.115449 -0.092816</w:t>
        <w:br/>
        <w:t>v -0.242331 1.098325 -0.094012</w:t>
        <w:br/>
        <w:t>v -0.249624 1.075731 -0.091890</w:t>
        <w:br/>
        <w:t>v -0.251239 1.059254 -0.093614</w:t>
        <w:br/>
        <w:t>v -0.252429 1.060936 -0.088402</w:t>
        <w:br/>
        <w:t>v -0.253475 1.044943 -0.080980</w:t>
        <w:br/>
        <w:t>v -0.213011 1.081458 -0.121964</w:t>
        <w:br/>
        <w:t>v -0.224164 1.087159 -0.104985</w:t>
        <w:br/>
        <w:t>v -0.216374 1.107466 -0.100319</w:t>
        <w:br/>
        <w:t>v -0.204835 1.102461 -0.121685</w:t>
        <w:br/>
        <w:t>v -0.219515 1.055964 -0.119017</w:t>
        <w:br/>
        <w:t>v -0.230318 1.063011 -0.102749</w:t>
        <w:br/>
        <w:t>v -0.224913 1.029652 -0.111886</w:t>
        <w:br/>
        <w:t>v -0.234341 1.035367 -0.097177</w:t>
        <w:br/>
        <w:t>v -0.231569 1.001343 -0.099006</w:t>
        <w:br/>
        <w:t>v -0.236471 1.005817 -0.085880</w:t>
        <w:br/>
        <w:t>v -0.235876 1.020592 -0.091529</w:t>
        <w:br/>
        <w:t>v -0.227891 1.015498 -0.105446</w:t>
        <w:br/>
        <w:t>v -0.235988 0.981320 -0.074898</w:t>
        <w:br/>
        <w:t>v -0.232716 0.979083 -0.081461</w:t>
        <w:br/>
        <w:t>v -0.195983 1.146592 -0.091193</w:t>
        <w:br/>
        <w:t>v -0.186764 1.143081 -0.118779</w:t>
        <w:br/>
        <w:t>v -0.195026 1.123465 -0.120651</w:t>
        <w:br/>
        <w:t>v -0.206862 1.127773 -0.095652</w:t>
        <w:br/>
        <w:t>v -0.127672 1.278948 -0.089379</w:t>
        <w:br/>
        <w:t>v -0.137053 1.255168 -0.095800</w:t>
        <w:br/>
        <w:t>v -0.109491 1.327787 -0.077413</w:t>
        <w:br/>
        <w:t>v -0.114998 1.328047 -0.035640</w:t>
        <w:br/>
        <w:t>v -0.105031 1.354787 -0.027651</w:t>
        <w:br/>
        <w:t>v -0.100691 1.352846 -0.071870</w:t>
        <w:br/>
        <w:t>v -0.098559 1.377451 -0.021042</w:t>
        <w:br/>
        <w:t>v -0.091777 1.375721 -0.061154</w:t>
        <w:br/>
        <w:t>v -0.086922 1.422582 -0.006767</w:t>
        <w:br/>
        <w:t>v -0.076928 1.421197 -0.044507</w:t>
        <w:br/>
        <w:t>v -0.084158 1.398598 -0.050439</w:t>
        <w:br/>
        <w:t>v -0.092518 1.399314 -0.014171</w:t>
        <w:br/>
        <w:t>v -0.236076 1.089702 -0.093553</w:t>
        <w:br/>
        <w:t>v -0.225035 1.110568 -0.092398</w:t>
        <w:br/>
        <w:t>v -0.249247 1.072019 -0.099880</w:t>
        <w:br/>
        <w:t>v -0.252573 1.040192 -0.094300</w:t>
        <w:br/>
        <w:t>v -0.252522 1.023644 -0.090300</w:t>
        <w:br/>
        <w:t>v -0.235988 0.981320 -0.074898</w:t>
        <w:br/>
        <w:t>v -0.242755 0.981959 -0.074187</w:t>
        <w:br/>
        <w:t>v -0.249938 1.007096 -0.084458</w:t>
        <w:br/>
        <w:t>v -0.242331 1.098325 -0.094012</w:t>
        <w:br/>
        <w:t>v -0.234394 1.115449 -0.092816</w:t>
        <w:br/>
        <w:t>v -0.249624 1.075731 -0.091890</w:t>
        <w:br/>
        <w:t>v -0.243490 1.073090 -0.090995</w:t>
        <w:br/>
        <w:t>v -0.248644 1.059916 -0.087755</w:t>
        <w:br/>
        <w:t>v -0.252429 1.060936 -0.088402</w:t>
        <w:br/>
        <w:t>v -0.253475 1.044943 -0.080980</w:t>
        <w:br/>
        <w:t>v -0.251239 1.059254 -0.093614</w:t>
        <w:br/>
        <w:t>v -0.253475 1.044943 -0.080980</w:t>
        <w:br/>
        <w:t>v -0.248644 1.059916 -0.087755</w:t>
        <w:br/>
        <w:t>v -0.249247 1.072019 -0.099880</w:t>
        <w:br/>
        <w:t>v -0.243490 1.073090 -0.090995</w:t>
        <w:br/>
        <w:t>v -0.236076 1.089702 -0.093553</w:t>
        <w:br/>
        <w:t>v -0.158513 1.203591 -0.108681</w:t>
        <w:br/>
        <w:t>v -0.147783 1.229379 -0.102757</w:t>
        <w:br/>
        <w:t>v -0.183497 1.188114 -0.101711</w:t>
        <w:br/>
        <w:t>v -0.195034 1.191125 -0.078095</w:t>
        <w:br/>
        <w:t>v -0.147783 1.229379 -0.102757</w:t>
        <w:br/>
        <w:t>v -0.158513 1.203591 -0.108681</w:t>
        <w:br/>
        <w:t>v -0.175111 1.185274 -0.082952</w:t>
        <w:br/>
        <w:t>v -0.184301 1.186547 -0.075268</w:t>
        <w:br/>
        <w:t>v -0.168320 1.183144 -0.113195</w:t>
        <w:br/>
        <w:t>v -0.178128 1.162696 -0.116266</w:t>
        <w:br/>
        <w:t>v -0.184713 1.165411 -0.086734</w:t>
        <w:br/>
        <w:t>v -0.168320 1.183144 -0.113195</w:t>
        <w:br/>
        <w:t>v -0.215132 1.154295 -0.086961</w:t>
        <w:br/>
        <w:t>v -0.225287 1.135096 -0.091443</w:t>
        <w:br/>
        <w:t>v -0.204786 1.148791 -0.084123</w:t>
        <w:br/>
        <w:t>v -0.214658 1.129782 -0.088594</w:t>
        <w:br/>
        <w:t>v -0.225287 1.135096 -0.091443</w:t>
        <w:br/>
        <w:t>v -0.215132 1.154295 -0.086961</w:t>
        <w:br/>
        <w:t>v -0.195280 1.073080 -0.144938</w:t>
        <w:br/>
        <w:t>v -0.213107 1.080890 -0.119279</w:t>
        <w:br/>
        <w:t>v -0.222265 1.052685 -0.120523</w:t>
        <w:br/>
        <w:t>v -0.204931 1.101810 -0.119023</w:t>
        <w:br/>
        <w:t>v -0.053460 1.465374 -0.074857</w:t>
        <w:br/>
        <w:t>v -0.027838 1.450084 -0.090728</w:t>
        <w:br/>
        <w:t>v -0.027815 1.466324 -0.086962</w:t>
        <w:br/>
        <w:t>v -0.040848 1.481667 -0.046267</w:t>
        <w:br/>
        <w:t>v -0.042398 1.464056 -0.053716</w:t>
        <w:br/>
        <w:t>v -0.053359 1.481471 -0.072409</w:t>
        <w:br/>
        <w:t>v -0.078505 1.463816 -0.056401</w:t>
        <w:br/>
        <w:t>v -0.069425 1.462170 -0.034456</w:t>
        <w:br/>
        <w:t>v -0.068470 1.480543 -0.030338</w:t>
        <w:br/>
        <w:t>v -0.040848 1.481667 -0.046267</w:t>
        <w:br/>
        <w:t>v -0.042398 1.464056 -0.053716</w:t>
        <w:br/>
        <w:t>v -0.066412 0.824944 -0.213112</w:t>
        <w:br/>
        <w:t>v -0.061420 0.814148 -0.203092</w:t>
        <w:br/>
        <w:t>v -0.070473 0.837530 -0.221527</w:t>
        <w:br/>
        <w:t>v -0.088172 0.887601 -0.215857</w:t>
        <w:br/>
        <w:t>v -0.078887 0.885550 -0.242210</w:t>
        <w:br/>
        <w:t>v -0.076532 0.867833 -0.236650</w:t>
        <w:br/>
        <w:t>v -0.080276 0.907816 -0.247834</w:t>
        <w:br/>
        <w:t>v -0.080708 0.930082 -0.251968</w:t>
        <w:br/>
        <w:t>v -0.092263 0.963025 -0.224200</w:t>
        <w:br/>
        <w:t>v -0.078674 0.958689 -0.253653</w:t>
        <w:br/>
        <w:t>v -0.061941 1.048537 -0.240687</w:t>
        <w:br/>
        <w:t>v -0.068953 1.017915 -0.247859</w:t>
        <w:br/>
        <w:t>v -0.051009 1.095039 -0.226839</w:t>
        <w:br/>
        <w:t>v -0.056702 1.071788 -0.235075</w:t>
        <w:br/>
        <w:t>v -0.045555 1.118893 -0.218115</w:t>
        <w:br/>
        <w:t>v -0.034447 1.167184 -0.199412</w:t>
        <w:br/>
        <w:t>v -0.028885 1.191621 -0.189432</w:t>
        <w:br/>
        <w:t>v -0.023103 1.217381 -0.178005</w:t>
        <w:br/>
        <w:t>v -0.030175 1.245113 -0.133737</w:t>
        <w:br/>
        <w:t>v -0.017320 1.243141 -0.166578</w:t>
        <w:br/>
        <w:t>v -0.012195 1.268006 -0.155195</w:t>
        <w:br/>
        <w:t>v -0.000401 1.347365 -0.126435</w:t>
        <w:br/>
        <w:t>v -0.003736 1.320119 -0.135123</w:t>
        <w:br/>
        <w:t>v 0.000000 1.400933 -0.094547</w:t>
        <w:br/>
        <w:t>v 0.000000 1.355961 -0.123898</w:t>
        <w:br/>
        <w:t>v -0.123458 1.079407 -0.191452</w:t>
        <w:br/>
        <w:t>v -0.093178 1.099919 -0.207130</w:t>
        <w:br/>
        <w:t>v -0.117128 1.102925 -0.183557</w:t>
        <w:br/>
        <w:t>v -0.110877 1.125990 -0.176216</w:t>
        <w:br/>
        <w:t>v -0.059297 1.245784 -0.154276</w:t>
        <w:br/>
        <w:t>v -0.077844 1.247328 -0.137852</w:t>
        <w:br/>
        <w:t>v -0.028794 1.425298 -0.096639</w:t>
        <w:br/>
        <w:t>v -0.046355 0.790879 -0.172850</w:t>
        <w:br/>
        <w:t>v -0.093533 1.376954 -0.067570</w:t>
        <w:br/>
        <w:t>v -0.087539 1.400941 -0.063381</w:t>
        <w:br/>
        <w:t>v -0.084158 1.398598 -0.050439</w:t>
        <w:br/>
        <w:t>v -0.100845 1.352968 -0.071759</w:t>
        <w:br/>
        <w:t>v -0.084158 1.398598 -0.050439</w:t>
        <w:br/>
        <w:t>v -0.087539 1.400941 -0.063381</w:t>
        <w:br/>
        <w:t>v -0.093457 1.376893 -0.067626</w:t>
        <w:br/>
        <w:t>v -0.091777 1.375721 -0.061154</w:t>
        <w:br/>
        <w:t>v -0.134634 1.025189 -0.205339</w:t>
        <w:br/>
        <w:t>v -0.128805 1.055888 -0.196722</w:t>
        <w:br/>
        <w:t>v -0.128423 1.023651 -0.202743</w:t>
        <w:br/>
        <w:t>v -0.112356 0.936822 -0.209945</w:t>
        <w:br/>
        <w:t>v -0.115803 0.931113 -0.235731</w:t>
        <w:br/>
        <w:t>v -0.115962 0.962314 -0.223697</w:t>
        <w:br/>
        <w:t>v -0.114229 0.965168 -0.210804</w:t>
        <w:br/>
        <w:t>v -0.114229 0.965168 -0.210804</w:t>
        <w:br/>
        <w:t>v -0.121885 1.022773 -0.205952</w:t>
        <w:br/>
        <w:t>v -0.156345 1.086367 -0.142582</w:t>
        <w:br/>
        <w:t>v -0.147525 1.109118 -0.135779</w:t>
        <w:br/>
        <w:t>v -0.148158 1.029513 -0.157175</w:t>
        <w:br/>
        <w:t>v -0.175696 1.035156 -0.159392</w:t>
        <w:br/>
        <w:t>v 0.081434 1.424730 -0.015198</w:t>
        <w:br/>
        <w:t>v 0.062090 1.425981 -0.003611</w:t>
        <w:br/>
        <w:t>v 0.055455 1.448923 0.008502</w:t>
        <w:br/>
        <w:t>v 0.078219 1.446656 -0.006272</w:t>
        <w:br/>
        <w:t>v 0.025935 1.506084 0.036756</w:t>
        <w:br/>
        <w:t>v 0.050181 1.504588 0.031951</w:t>
        <w:br/>
        <w:t>v 0.052940 1.474462 0.022776</w:t>
        <w:br/>
        <w:t>v 0.029599 1.475052 0.029158</w:t>
        <w:br/>
        <w:t>v 0.053596 1.461692 0.017566</w:t>
        <w:br/>
        <w:t>v 0.075282 1.472375 0.004130</w:t>
        <w:br/>
        <w:t>v 0.076956 1.459516 -0.001071</w:t>
        <w:br/>
        <w:t>v 0.115926 1.239311 -0.071157</w:t>
        <w:br/>
        <w:t>v 0.107288 1.261459 -0.065749</w:t>
        <w:br/>
        <w:t>v 0.135616 1.263127 -0.065722</w:t>
        <w:br/>
        <w:t>v 0.144410 1.240856 -0.069682</w:t>
        <w:br/>
        <w:t>v 0.039116 1.426295 0.001678</w:t>
        <w:br/>
        <w:t>v 0.032680 1.448996 0.020184</w:t>
        <w:br/>
        <w:t>v 0.108236 1.330208 -0.050452</w:t>
        <w:br/>
        <w:t>v 0.117206 1.306670 -0.058116</w:t>
        <w:br/>
        <w:t>v 0.091065 1.305215 -0.054264</w:t>
        <w:br/>
        <w:t>v 0.083407 1.328431 -0.046188</w:t>
        <w:br/>
        <w:t>v 0.126637 1.285029 -0.062272</w:t>
        <w:br/>
        <w:t>v 0.099388 1.283453 -0.060335</w:t>
        <w:br/>
        <w:t>v 0.107423 1.216670 -0.096289</w:t>
        <w:br/>
        <w:t>v 0.100889 1.238976 -0.090265</w:t>
        <w:br/>
        <w:t>v 0.070683 1.236192 -0.121685</w:t>
        <w:br/>
        <w:t>v 0.079499 1.213761 -0.128932</w:t>
        <w:br/>
        <w:t>v 0.126637 1.285029 -0.062272</w:t>
        <w:br/>
        <w:t>v 0.117206 1.306670 -0.058116</w:t>
        <w:br/>
        <w:t>v 0.088515 1.306733 -0.075211</w:t>
        <w:br/>
        <w:t>v 0.096591 1.285093 -0.080514</w:t>
        <w:br/>
        <w:t>v 0.113019 1.239766 -0.089903</w:t>
        <w:br/>
        <w:t>v 0.121395 1.216107 -0.094031</w:t>
        <w:br/>
        <w:t>v 0.152820 1.218327 -0.073028</w:t>
        <w:br/>
        <w:t>v 0.144410 1.240856 -0.069682</w:t>
        <w:br/>
        <w:t>v 0.045503 1.535820 0.032390</w:t>
        <w:br/>
        <w:t>v 0.064372 1.532273 0.029316</w:t>
        <w:br/>
        <w:t>v 0.070614 1.507069 0.013965</w:t>
        <w:br/>
        <w:t>v 0.108236 1.330208 -0.050452</w:t>
        <w:br/>
        <w:t>v 0.080677 1.329362 -0.068906</w:t>
        <w:br/>
        <w:t>v 0.069468 1.352790 -0.060168</w:t>
        <w:br/>
        <w:t>v 0.033814 1.351097 -0.080733</w:t>
        <w:br/>
        <w:t>v 0.040968 1.327234 -0.090622</w:t>
        <w:br/>
        <w:t>v 0.074998 1.328425 -0.066424</w:t>
        <w:br/>
        <w:t>v 0.070614 1.507069 0.013965</w:t>
        <w:br/>
        <w:t>v 0.041202 1.510549 -0.019891</w:t>
        <w:br/>
        <w:t>v 0.046880 1.475407 -0.028858</w:t>
        <w:br/>
        <w:t>v 0.075282 1.472375 0.004130</w:t>
        <w:br/>
        <w:t>v 0.064372 1.532273 0.029316</w:t>
        <w:br/>
        <w:t>v 0.039063 1.535684 -0.016475</w:t>
        <w:br/>
        <w:t>v 0.011691 1.509477 -0.026768</w:t>
        <w:br/>
        <w:t>v 0.041202 1.510549 -0.019891</w:t>
        <w:br/>
        <w:t>v 0.039063 1.535684 -0.016475</w:t>
        <w:br/>
        <w:t>v 0.011377 1.535769 -0.022928</w:t>
        <w:br/>
        <w:t>v 0.013542 1.475091 -0.035307</w:t>
        <w:br/>
        <w:t>v 0.046880 1.475407 -0.028858</w:t>
        <w:br/>
        <w:t>v 0.056711 1.401494 -0.049965</w:t>
        <w:br/>
        <w:t>v 0.064300 1.376802 -0.056273</w:t>
        <w:br/>
        <w:t>v 0.090984 1.378224 -0.033282</w:t>
        <w:br/>
        <w:t>v 0.084211 1.402802 -0.024122</w:t>
        <w:br/>
        <w:t>v 0.062648 1.377142 -0.055067</w:t>
        <w:br/>
        <w:t>v 0.056711 1.401494 -0.049965</w:t>
        <w:br/>
        <w:t>v 0.024067 1.400631 -0.062511</w:t>
        <w:br/>
        <w:t>v 0.028738 1.375864 -0.071622</w:t>
        <w:br/>
        <w:t>v 0.092589 0.833198 -0.124979</w:t>
        <w:br/>
        <w:t>v 0.104497 0.848913 -0.129377</w:t>
        <w:br/>
        <w:t>v 0.103068 0.848716 -0.146073</w:t>
        <w:br/>
        <w:t>v 0.091855 0.833100 -0.133327</w:t>
        <w:br/>
        <w:t>v 0.115585 0.861440 -0.130158</w:t>
        <w:br/>
        <w:t>v 0.110960 0.861997 -0.150505</w:t>
        <w:br/>
        <w:t>v 0.170664 0.941940 -0.047470</w:t>
        <w:br/>
        <w:t>v 0.178135 0.963302 -0.056756</w:t>
        <w:br/>
        <w:t>v 0.165872 0.962295 -0.070674</w:t>
        <w:br/>
        <w:t>v 0.163132 0.941034 -0.055780</w:t>
        <w:br/>
        <w:t>v 0.157659 0.920026 -0.035867</w:t>
        <w:br/>
        <w:t>v 0.168355 0.986565 -0.085285</w:t>
        <w:br/>
        <w:t>v 0.183912 0.987082 -0.065954</w:t>
        <w:br/>
        <w:t>v 0.187601 1.013530 -0.074012</w:t>
        <w:br/>
        <w:t>v 0.168041 1.013304 -0.096526</w:t>
        <w:br/>
        <w:t>v 0.155680 0.970639 -0.135460</w:t>
        <w:br/>
        <w:t>v 0.136612 0.972124 -0.177164</w:t>
        <w:br/>
        <w:t>v 0.134733 0.943675 -0.173373</w:t>
        <w:br/>
        <w:t>v 0.150744 0.942119 -0.136084</w:t>
        <w:br/>
        <w:t>v 0.188777 1.044071 -0.080430</w:t>
        <w:br/>
        <w:t>v 0.164030 1.044195 -0.104794</w:t>
        <w:br/>
        <w:t>v 0.135226 1.123134 -0.117300</w:t>
        <w:br/>
        <w:t>v 0.109181 1.123764 -0.157603</w:t>
        <w:br/>
        <w:t>v 0.117263 1.099863 -0.163966</w:t>
        <w:br/>
        <w:t>v 0.141709 1.097991 -0.122037</w:t>
        <w:br/>
        <w:t>v 0.114102 1.194088 -0.101487</w:t>
        <w:br/>
        <w:t>v 0.087143 1.191817 -0.136444</w:t>
        <w:br/>
        <w:t>v 0.094833 1.169897 -0.144026</w:t>
        <w:br/>
        <w:t>v 0.120739 1.171485 -0.106621</w:t>
        <w:br/>
        <w:t>v 0.148682 1.124456 -0.105914</w:t>
        <w:br/>
        <w:t>v 0.177923 1.125022 -0.081116</w:t>
        <w:br/>
        <w:t>v 0.172104 1.147847 -0.079038</w:t>
        <w:br/>
        <w:t>v 0.141759 1.146919 -0.102524</w:t>
        <w:br/>
        <w:t>v 0.189336 1.062900 -0.082180</w:t>
        <w:br/>
        <w:t>v 0.161163 1.063744 -0.106324</w:t>
        <w:br/>
        <w:t>v 0.167482 1.048043 -0.083876</w:t>
        <w:br/>
        <w:t>v 0.165033 1.066181 -0.085692</w:t>
        <w:br/>
        <w:t>v 0.189336 1.062900 -0.082180</w:t>
        <w:br/>
        <w:t>v 0.188777 1.044071 -0.080430</w:t>
        <w:br/>
        <w:t>v 0.168141 0.991611 -0.067149</w:t>
        <w:br/>
        <w:t>v 0.183912 0.987082 -0.065954</w:t>
        <w:br/>
        <w:t>v 0.178135 0.963302 -0.056756</w:t>
        <w:br/>
        <w:t>v 0.165968 0.966593 -0.057402</w:t>
        <w:br/>
        <w:t>v 0.170664 0.941940 -0.047470</w:t>
        <w:br/>
        <w:t>v 0.163445 0.944827 -0.048337</w:t>
        <w:br/>
        <w:t>v 0.157659 0.920026 -0.035867</w:t>
        <w:br/>
        <w:t>v 0.091855 0.833100 -0.133327</w:t>
        <w:br/>
        <w:t>v 0.085667 0.834817 -0.128659</w:t>
        <w:br/>
        <w:t>v 0.075266 0.817497 -0.123204</w:t>
        <w:br/>
        <w:t>v 0.123359 0.918310 -0.134848</w:t>
        <w:br/>
        <w:t>v 0.101346 0.922093 -0.150930</w:t>
        <w:br/>
        <w:t>v 0.100550 0.949766 -0.153037</w:t>
        <w:br/>
        <w:t>v 0.126916 0.947464 -0.135474</w:t>
        <w:br/>
        <w:t>v 0.095250 0.866301 -0.139488</w:t>
        <w:br/>
        <w:t>v 0.091043 0.852148 -0.136737</w:t>
        <w:br/>
        <w:t>v 0.103068 0.848716 -0.146073</w:t>
        <w:br/>
        <w:t>v 0.110960 0.861997 -0.150505</w:t>
        <w:br/>
        <w:t>v 0.048051 1.462745 -0.032150</w:t>
        <w:br/>
        <w:t>v 0.049609 1.450082 -0.035443</w:t>
        <w:br/>
        <w:t>v 0.078219 1.446656 -0.006272</w:t>
        <w:br/>
        <w:t>v 0.076956 1.459516 -0.001071</w:t>
        <w:br/>
        <w:t>v 0.048051 1.462745 -0.032150</w:t>
        <w:br/>
        <w:t>v 0.014543 1.462430 -0.039824</w:t>
        <w:br/>
        <w:t>v 0.015659 1.449769 -0.044341</w:t>
        <w:br/>
        <w:t>v 0.049609 1.450082 -0.035443</w:t>
        <w:br/>
        <w:t>v 0.052735 1.425788 -0.042704</w:t>
        <w:br/>
        <w:t>v 0.081434 1.424730 -0.015198</w:t>
        <w:br/>
        <w:t>v 0.019704 1.425201 -0.053426</w:t>
        <w:br/>
        <w:t>v 0.052735 1.425788 -0.042704</w:t>
        <w:br/>
        <w:t>v 0.094228 1.261273 -0.084064</w:t>
        <w:br/>
        <w:t>v 0.087624 1.283155 -0.078870</w:t>
        <w:br/>
        <w:t>v 0.055085 1.281061 -0.107620</w:t>
        <w:br/>
        <w:t>v 0.061864 1.258622 -0.114431</w:t>
        <w:br/>
        <w:t>v 0.166782 1.170902 -0.077719</w:t>
        <w:br/>
        <w:t>v 0.139252 1.170509 -0.080640</w:t>
        <w:br/>
        <w:t>v 0.131791 1.193828 -0.078441</w:t>
        <w:br/>
        <w:t>v 0.159887 1.194678 -0.075513</w:t>
        <w:br/>
        <w:t>v 0.128112 1.147368 -0.112158</w:t>
        <w:br/>
        <w:t>v 0.102008 1.146830 -0.150815</w:t>
        <w:br/>
        <w:t>v 0.128494 1.192946 -0.097169</w:t>
        <w:br/>
        <w:t>v 0.159887 1.194678 -0.075513</w:t>
        <w:br/>
        <w:t>v 0.177923 1.125022 -0.081116</w:t>
        <w:br/>
        <w:t>v 0.150244 1.125966 -0.085489</w:t>
        <w:br/>
        <w:t>v 0.144444 1.148170 -0.082625</w:t>
        <w:br/>
        <w:t>v 0.172104 1.147847 -0.079038</w:t>
        <w:br/>
        <w:t>v 0.130147 1.051183 -0.172789</w:t>
        <w:br/>
        <w:t>v 0.153103 1.048869 -0.126201</w:t>
        <w:br/>
        <w:t>v 0.148783 1.073097 -0.124697</w:t>
        <w:br/>
        <w:t>v 0.125535 1.075937 -0.170266</w:t>
        <w:br/>
        <w:t>v 0.183416 1.103406 -0.082465</w:t>
        <w:br/>
        <w:t>v 0.156076 1.105198 -0.086606</w:t>
        <w:br/>
        <w:t>v 0.153738 1.103883 -0.106905</w:t>
        <w:br/>
        <w:t>v 0.183416 1.103406 -0.082465</w:t>
        <w:br/>
        <w:t>v 0.155545 1.024983 -0.128765</w:t>
        <w:br/>
        <w:t>v 0.131882 1.026409 -0.175190</w:t>
        <w:br/>
        <w:t>v 0.135340 0.999271 -0.176208</w:t>
        <w:br/>
        <w:t>v 0.156191 0.997779 -0.131704</w:t>
        <w:br/>
        <w:t>v 0.187601 1.013530 -0.074012</w:t>
        <w:br/>
        <w:t>v 0.169221 1.017982 -0.076234</w:t>
        <w:br/>
        <w:t>v 0.135065 0.893567 -0.133380</w:t>
        <w:br/>
        <w:t>v 0.143393 0.913180 -0.134901</w:t>
        <w:br/>
        <w:t>v 0.131776 0.915233 -0.169582</w:t>
        <w:br/>
        <w:t>v 0.125307 0.895250 -0.162721</w:t>
        <w:br/>
        <w:t>v 0.117913 0.898355 -0.132933</w:t>
        <w:br/>
        <w:t>v 0.109919 0.878421 -0.131026</w:t>
        <w:br/>
        <w:t>v 0.097122 0.880462 -0.143170</w:t>
        <w:br/>
        <w:t>v 0.100344 0.901268 -0.147046</w:t>
        <w:br/>
        <w:t>v 0.124644 1.028816 -0.134044</w:t>
        <w:br/>
        <w:t>v 0.089447 1.029491 -0.154440</w:t>
        <w:br/>
        <w:t>v 0.084660 1.052953 -0.152241</w:t>
        <w:br/>
        <w:t>v 0.120462 1.051700 -0.131309</w:t>
        <w:br/>
        <w:t>v 0.114293 1.074596 -0.128550</w:t>
        <w:br/>
        <w:t>v 0.077986 1.076321 -0.149297</w:t>
        <w:br/>
        <w:t>v 0.071231 1.099550 -0.144692</w:t>
        <w:br/>
        <w:t>v 0.106921 1.098635 -0.124244</w:t>
        <w:br/>
        <w:t>v 0.091735 1.145626 -0.111271</w:t>
        <w:br/>
        <w:t>v 0.099750 1.122703 -0.117314</w:t>
        <w:br/>
        <w:t>v 0.064639 1.122777 -0.140087</w:t>
        <w:br/>
        <w:t>v 0.058295 1.145340 -0.134247</w:t>
        <w:br/>
        <w:t>v 0.087143 1.191817 -0.136444</w:t>
        <w:br/>
        <w:t>v 0.079499 1.213761 -0.128932</w:t>
        <w:br/>
        <w:t>v 0.037290 1.212324 -0.115622</w:t>
        <w:br/>
        <w:t>v 0.044621 1.190113 -0.122015</w:t>
        <w:br/>
        <w:t>v 0.030933 1.234780 -0.106846</w:t>
        <w:br/>
        <w:t>v 0.063544 1.236054 -0.083736</w:t>
        <w:br/>
        <w:t>v 0.069922 1.213916 -0.090972</w:t>
        <w:br/>
        <w:t>v 0.037290 1.212324 -0.115622</w:t>
        <w:br/>
        <w:t>v 0.024576 1.257236 -0.098070</w:t>
        <w:br/>
        <w:t>v 0.019080 1.279887 -0.090224</w:t>
        <w:br/>
        <w:t>v 0.052530 1.279574 -0.068688</w:t>
        <w:br/>
        <w:t>v 0.057249 1.257898 -0.076519</w:t>
        <w:br/>
        <w:t>v 0.008555 1.326613 -0.071181</w:t>
        <w:br/>
        <w:t>v 0.045857 1.325960 -0.051025</w:t>
        <w:br/>
        <w:t>v 0.047725 1.301542 -0.060835</w:t>
        <w:br/>
        <w:t>v 0.013582 1.302538 -0.082756</w:t>
        <w:br/>
        <w:t>v 0.000000 1.474643 0.019024</w:t>
        <w:br/>
        <w:t>v 0.029599 1.475052 0.029158</w:t>
        <w:br/>
        <w:t>v 0.030906 1.462025 0.024665</w:t>
        <w:br/>
        <w:t>v 0.000000 1.461830 0.012942</w:t>
        <w:br/>
        <w:t>v 0.129459 0.976625 -0.136102</w:t>
        <w:br/>
        <w:t>v 0.098972 0.977452 -0.156383</w:t>
        <w:br/>
        <w:t>v 0.094799 1.003489 -0.154935</w:t>
        <w:br/>
        <w:t>v 0.127743 1.002716 -0.135073</w:t>
        <w:br/>
        <w:t>v 0.100550 0.949766 -0.153037</w:t>
        <w:br/>
        <w:t>v 0.101346 0.922093 -0.150930</w:t>
        <w:br/>
        <w:t>v 0.131776 0.915233 -0.169582</w:t>
        <w:br/>
        <w:t>v 0.134733 0.943675 -0.173373</w:t>
        <w:br/>
        <w:t>v 0.095250 0.866301 -0.139488</w:t>
        <w:br/>
        <w:t>v 0.105560 0.864862 -0.129492</w:t>
        <w:br/>
        <w:t>v 0.098620 0.851314 -0.128888</w:t>
        <w:br/>
        <w:t>v 0.091043 0.852148 -0.136737</w:t>
        <w:br/>
        <w:t>v 0.125307 0.895250 -0.162721</w:t>
        <w:br/>
        <w:t>v 0.100344 0.901268 -0.147046</w:t>
        <w:br/>
        <w:t>v 0.130147 1.051183 -0.172789</w:t>
        <w:br/>
        <w:t>v 0.084660 1.052953 -0.152241</w:t>
        <w:br/>
        <w:t>v 0.089447 1.029491 -0.154440</w:t>
        <w:br/>
        <w:t>v 0.131882 1.026409 -0.175190</w:t>
        <w:br/>
        <w:t>v 0.125535 1.075937 -0.170266</w:t>
        <w:br/>
        <w:t>v 0.117263 1.099863 -0.163966</w:t>
        <w:br/>
        <w:t>v 0.071231 1.099550 -0.144692</w:t>
        <w:br/>
        <w:t>v 0.077986 1.076321 -0.149297</w:t>
        <w:br/>
        <w:t>v 0.051951 1.167902 -0.128409</w:t>
        <w:br/>
        <w:t>v 0.058295 1.145340 -0.134247</w:t>
        <w:br/>
        <w:t>v 0.102008 1.146830 -0.150815</w:t>
        <w:br/>
        <w:t>v 0.094833 1.169897 -0.144026</w:t>
        <w:br/>
        <w:t>v 0.083684 1.168551 -0.105179</w:t>
        <w:br/>
        <w:t>v 0.051951 1.167902 -0.128409</w:t>
        <w:br/>
        <w:t>v 0.044621 1.190113 -0.122015</w:t>
        <w:br/>
        <w:t>v 0.076803 1.191234 -0.098076</w:t>
        <w:br/>
        <w:t>v 0.070683 1.236192 -0.121685</w:t>
        <w:br/>
        <w:t>v 0.061864 1.258622 -0.114431</w:t>
        <w:br/>
        <w:t>v 0.024576 1.257236 -0.098070</w:t>
        <w:br/>
        <w:t>v 0.030933 1.234780 -0.106846</w:t>
        <w:br/>
        <w:t>v 0.048122 1.303372 -0.101412</w:t>
        <w:br/>
        <w:t>v 0.013582 1.302538 -0.082756</w:t>
        <w:br/>
        <w:t>v 0.019080 1.279887 -0.090224</w:t>
        <w:br/>
        <w:t>v 0.055085 1.281061 -0.107620</w:t>
        <w:br/>
        <w:t>v 0.008555 1.326613 -0.071181</w:t>
        <w:br/>
        <w:t>v 0.011691 1.509477 -0.026768</w:t>
        <w:br/>
        <w:t>v 0.000000 1.508979 -0.010109</w:t>
        <w:br/>
        <w:t>v 0.000000 1.475050 -0.021200</w:t>
        <w:br/>
        <w:t>v 0.013542 1.475091 -0.035307</w:t>
        <w:br/>
        <w:t>v 0.135340 0.999271 -0.176208</w:t>
        <w:br/>
        <w:t>v 0.094799 1.003489 -0.154935</w:t>
        <w:br/>
        <w:t>v 0.085667 0.834817 -0.128659</w:t>
        <w:br/>
        <w:t>v 0.089566 0.834399 -0.124734</w:t>
        <w:br/>
        <w:t>v 0.075266 0.817497 -0.123204</w:t>
        <w:br/>
        <w:t>v 0.075535 1.351670 -0.037827</w:t>
        <w:br/>
        <w:t>v 0.072795 1.352109 -0.062583</w:t>
        <w:br/>
        <w:t>v 0.064300 1.376802 -0.056273</w:t>
        <w:br/>
        <w:t>v 0.060433 1.377632 -0.026396</w:t>
        <w:br/>
        <w:t>v 0.083407 1.328431 -0.046188</w:t>
        <w:br/>
        <w:t>v 0.080677 1.329362 -0.068906</w:t>
        <w:br/>
        <w:t>v 0.099388 1.283453 -0.060335</w:t>
        <w:br/>
        <w:t>v 0.107288 1.261459 -0.065749</w:t>
        <w:br/>
        <w:t>v 0.104373 1.263132 -0.085307</w:t>
        <w:br/>
        <w:t>v 0.096591 1.285093 -0.080514</w:t>
        <w:br/>
        <w:t>v 0.113019 1.239766 -0.089903</w:t>
        <w:br/>
        <w:t>v 0.115926 1.239311 -0.071157</w:t>
        <w:br/>
        <w:t>v 0.124179 1.217005 -0.075988</w:t>
        <w:br/>
        <w:t>v 0.121395 1.216107 -0.094031</w:t>
        <w:br/>
        <w:t>v 0.131791 1.193828 -0.078441</w:t>
        <w:br/>
        <w:t>v 0.139252 1.170509 -0.080640</w:t>
        <w:br/>
        <w:t>v 0.135440 1.169666 -0.100055</w:t>
        <w:br/>
        <w:t>v 0.128494 1.192946 -0.097169</w:t>
        <w:br/>
        <w:t>v 0.141759 1.146919 -0.102524</w:t>
        <w:br/>
        <w:t>v 0.144444 1.148170 -0.082625</w:t>
        <w:br/>
        <w:t>v 0.161483 1.084267 -0.087017</w:t>
        <w:br/>
        <w:t>v 0.158465 1.083135 -0.107325</w:t>
        <w:br/>
        <w:t>v 0.153738 1.103883 -0.106905</w:t>
        <w:br/>
        <w:t>v 0.156076 1.105198 -0.086606</w:t>
        <w:br/>
        <w:t>v 0.165033 1.066181 -0.085692</w:t>
        <w:br/>
        <w:t>v 0.161163 1.063744 -0.106324</w:t>
        <w:br/>
        <w:t>v 0.164030 1.044195 -0.104794</w:t>
        <w:br/>
        <w:t>v 0.167482 1.048043 -0.083876</w:t>
        <w:br/>
        <w:t>v 0.169221 1.017982 -0.076234</w:t>
        <w:br/>
        <w:t>v 0.168041 1.013304 -0.096526</w:t>
        <w:br/>
        <w:t>v 0.168355 0.986565 -0.085285</w:t>
        <w:br/>
        <w:t>v 0.168141 0.991611 -0.067149</w:t>
        <w:br/>
        <w:t>v 0.165968 0.966593 -0.057402</w:t>
        <w:br/>
        <w:t>v 0.165872 0.962295 -0.070674</w:t>
        <w:br/>
        <w:t>v 0.163445 0.944827 -0.048337</w:t>
        <w:br/>
        <w:t>v 0.163132 0.941034 -0.055780</w:t>
        <w:br/>
        <w:t>v 0.115585 0.861440 -0.130158</w:t>
        <w:br/>
        <w:t>v 0.104497 0.848913 -0.129377</w:t>
        <w:br/>
        <w:t>v 0.135065 0.893567 -0.133380</w:t>
        <w:br/>
        <w:t>v 0.143393 0.913180 -0.134901</w:t>
        <w:br/>
        <w:t>v 0.155680 0.970639 -0.135460</w:t>
        <w:br/>
        <w:t>v 0.150744 0.942119 -0.136084</w:t>
        <w:br/>
        <w:t>v 0.155545 1.024983 -0.128765</w:t>
        <w:br/>
        <w:t>v 0.156191 0.997779 -0.131704</w:t>
        <w:br/>
        <w:t>v 0.153103 1.048869 -0.126201</w:t>
        <w:br/>
        <w:t>v 0.148783 1.073097 -0.124697</w:t>
        <w:br/>
        <w:t>v 0.141709 1.097991 -0.122037</w:t>
        <w:br/>
        <w:t>v 0.135226 1.123134 -0.117300</w:t>
        <w:br/>
        <w:t>v 0.120739 1.171485 -0.106621</w:t>
        <w:br/>
        <w:t>v 0.128112 1.147368 -0.112158</w:t>
        <w:br/>
        <w:t>v 0.107423 1.216670 -0.096289</w:t>
        <w:br/>
        <w:t>v 0.114102 1.194088 -0.101487</w:t>
        <w:br/>
        <w:t>v 0.100889 1.238976 -0.090265</w:t>
        <w:br/>
        <w:t>v 0.094228 1.261273 -0.084064</w:t>
        <w:br/>
        <w:t>v 0.087624 1.283155 -0.078870</w:t>
        <w:br/>
        <w:t>v 0.074998 1.328425 -0.066424</w:t>
        <w:br/>
        <w:t>v 0.045857 1.325960 -0.051025</w:t>
        <w:br/>
        <w:t>v 0.043990 1.350377 -0.041214</w:t>
        <w:br/>
        <w:t>v 0.069468 1.352790 -0.060168</w:t>
        <w:br/>
        <w:t>v 0.044771 1.376985 -0.031498</w:t>
        <w:br/>
        <w:t>v 0.062648 1.377142 -0.055067</w:t>
        <w:br/>
        <w:t>v 0.092589 0.833198 -0.124979</w:t>
        <w:br/>
        <w:t>v 0.038646 1.376610 -0.026186</w:t>
        <w:br/>
        <w:t>v 0.039116 1.426295 0.001678</w:t>
        <w:br/>
        <w:t>v 0.046183 1.403592 -0.012036</w:t>
        <w:br/>
        <w:t>v 0.033848 1.402842 -0.006733</w:t>
        <w:br/>
        <w:t>v 0.032997 1.425919 0.008038</w:t>
        <w:br/>
        <w:t>v 0.030906 1.462025 0.024665</w:t>
        <w:br/>
        <w:t>v 0.019925 1.535813 0.037680</w:t>
        <w:br/>
        <w:t>v 0.083792 1.378342 -0.030560</w:t>
        <w:br/>
        <w:t>v 0.099040 1.353647 -0.042441</w:t>
        <w:br/>
        <w:t>v 0.075535 1.351670 -0.037827</w:t>
        <w:br/>
        <w:t>v 0.072122 1.377354 -0.028254</w:t>
        <w:br/>
        <w:t>v 0.090984 1.378224 -0.033282</w:t>
        <w:br/>
        <w:t>v 0.157659 0.920026 -0.035867</w:t>
        <w:br/>
        <w:t>v -0.000000 1.400739 -0.022316</w:t>
        <w:br/>
        <w:t>v 0.000000 1.375172 -0.044780</w:t>
        <w:br/>
        <w:t>v -0.000000 1.424879 -0.006040</w:t>
        <w:br/>
        <w:t>v 0.000000 1.506720 0.026897</w:t>
        <w:br/>
        <w:t>v 0.025935 1.506084 0.036756</w:t>
        <w:br/>
        <w:t>v 0.019925 1.535813 0.037680</w:t>
        <w:br/>
        <w:t>v 0.000000 1.535607 0.031539</w:t>
        <w:br/>
        <w:t>v 0.000000 1.375172 -0.044780</w:t>
        <w:br/>
        <w:t>v 0.024067 1.400631 -0.062511</w:t>
        <w:br/>
        <w:t>v -0.000000 1.400528 -0.042006</w:t>
        <w:br/>
        <w:t>v 0.000000 1.449571 -0.029152</w:t>
        <w:br/>
        <w:t>v -0.000000 1.425049 -0.035578</w:t>
        <w:br/>
        <w:t>v 0.000000 1.462312 -0.025176</w:t>
        <w:br/>
        <w:t>v 0.011377 1.535769 -0.022928</w:t>
        <w:br/>
        <w:t>v 0.000000 1.535606 -0.005406</w:t>
        <w:br/>
        <w:t>v -0.062090 1.425981 -0.003611</w:t>
        <w:br/>
        <w:t>v -0.081434 1.424729 -0.015198</w:t>
        <w:br/>
        <w:t>v -0.078219 1.446656 -0.006272</w:t>
        <w:br/>
        <w:t>v -0.055455 1.448924 0.010818</w:t>
        <w:br/>
        <w:t>v -0.029599 1.475052 0.029158</w:t>
        <w:br/>
        <w:t>v -0.052940 1.474462 0.022776</w:t>
        <w:br/>
        <w:t>v -0.050181 1.504588 0.031951</w:t>
        <w:br/>
        <w:t>v -0.025934 1.506084 0.036756</w:t>
        <w:br/>
        <w:t>v -0.076956 1.459515 -0.001071</w:t>
        <w:br/>
        <w:t>v -0.075281 1.472375 0.004130</w:t>
        <w:br/>
        <w:t>v -0.053596 1.461693 0.017566</w:t>
        <w:br/>
        <w:t>v -0.117715 1.238539 -0.073363</w:t>
        <w:br/>
        <w:t>v -0.146381 1.241228 -0.072510</w:t>
        <w:br/>
        <w:t>v -0.136452 1.262865 -0.066785</w:t>
        <w:br/>
        <w:t>v -0.108124 1.260206 -0.066488</w:t>
        <w:br/>
        <w:t>v -0.032680 1.448996 0.020184</w:t>
        <w:br/>
        <w:t>v -0.039116 1.426294 0.001677</w:t>
        <w:br/>
        <w:t>v -0.116872 1.306113 -0.057477</w:t>
        <w:br/>
        <w:t>v -0.107956 1.329879 -0.049960</w:t>
        <w:br/>
        <w:t>v -0.083158 1.327941 -0.045687</w:t>
        <w:br/>
        <w:t>v -0.090780 1.304212 -0.053545</w:t>
        <w:br/>
        <w:t>v -0.126662 1.284490 -0.062131</w:t>
        <w:br/>
        <w:t>v -0.099451 1.282210 -0.060016</w:t>
        <w:br/>
        <w:t>v -0.070953 1.236211 -0.122062</w:t>
        <w:br/>
        <w:t>v -0.101685 1.238770 -0.091291</w:t>
        <w:br/>
        <w:t>v -0.108777 1.216758 -0.098177</w:t>
        <w:br/>
        <w:t>v -0.079954 1.213925 -0.129610</w:t>
        <w:br/>
        <w:t>v -0.126662 1.284490 -0.062131</w:t>
        <w:br/>
        <w:t>v -0.096461 1.284472 -0.080132</w:t>
        <w:br/>
        <w:t>v -0.088110 1.306137 -0.074460</w:t>
        <w:br/>
        <w:t>v -0.116872 1.306113 -0.057477</w:t>
        <w:br/>
        <w:t>v -0.114544 1.239921 -0.092048</w:t>
        <w:br/>
        <w:t>v -0.146381 1.241228 -0.072510</w:t>
        <w:br/>
        <w:t>v -0.156310 1.219592 -0.078235</w:t>
        <w:br/>
        <w:t>v -0.124277 1.217037 -0.098292</w:t>
        <w:br/>
        <w:t>v -0.070614 1.507069 0.013965</w:t>
        <w:br/>
        <w:t>v -0.064372 1.532273 0.029316</w:t>
        <w:br/>
        <w:t>v -0.045502 1.535820 0.032390</w:t>
        <w:br/>
        <w:t>v -0.080453 1.329123 -0.068521</w:t>
        <w:br/>
        <w:t>v -0.107956 1.329879 -0.049960</w:t>
        <w:br/>
        <w:t>v -0.033814 1.351097 -0.080733</w:t>
        <w:br/>
        <w:t>v -0.069468 1.352791 -0.060168</w:t>
        <w:br/>
        <w:t>v -0.074998 1.328425 -0.066424</w:t>
        <w:br/>
        <w:t>v -0.040968 1.327234 -0.090622</w:t>
        <w:br/>
        <w:t>v -0.041202 1.510549 -0.019891</w:t>
        <w:br/>
        <w:t>v -0.070614 1.507069 0.013965</w:t>
        <w:br/>
        <w:t>v -0.075281 1.472375 0.004130</w:t>
        <w:br/>
        <w:t>v -0.046880 1.475407 -0.028858</w:t>
        <w:br/>
        <w:t>v -0.064372 1.532273 0.029316</w:t>
        <w:br/>
        <w:t>v -0.039063 1.535684 -0.016475</w:t>
        <w:br/>
        <w:t>v -0.039063 1.535684 -0.016475</w:t>
        <w:br/>
        <w:t>v -0.041202 1.510549 -0.019891</w:t>
        <w:br/>
        <w:t>v -0.011691 1.509477 -0.026768</w:t>
        <w:br/>
        <w:t>v -0.011377 1.535769 -0.022928</w:t>
        <w:br/>
        <w:t>v -0.046880 1.475407 -0.028858</w:t>
        <w:br/>
        <w:t>v -0.013542 1.475091 -0.035307</w:t>
        <w:br/>
        <w:t>v -0.064300 1.376801 -0.056273</w:t>
        <w:br/>
        <w:t>v -0.056711 1.401494 -0.049965</w:t>
        <w:br/>
        <w:t>v -0.084211 1.402802 -0.024123</w:t>
        <w:br/>
        <w:t>v -0.090984 1.378225 -0.033282</w:t>
        <w:br/>
        <w:t>v -0.056711 1.401494 -0.049965</w:t>
        <w:br/>
        <w:t>v -0.062648 1.377142 -0.055067</w:t>
        <w:br/>
        <w:t>v -0.028738 1.375864 -0.071622</w:t>
        <w:br/>
        <w:t>v -0.024067 1.400631 -0.062511</w:t>
        <w:br/>
        <w:t>v -0.096248 0.833111 -0.129976</w:t>
        <w:br/>
        <w:t>v -0.095494 0.833103 -0.138327</w:t>
        <w:br/>
        <w:t>v -0.106550 0.848970 -0.150938</w:t>
        <w:br/>
        <w:t>v -0.108016 0.848987 -0.134235</w:t>
        <w:br/>
        <w:t>v -0.114321 0.862378 -0.155247</w:t>
        <w:br/>
        <w:t>v -0.119000 0.861624 -0.134909</w:t>
        <w:br/>
        <w:t>v -0.190403 0.944716 -0.094438</w:t>
        <w:br/>
        <w:t>v -0.191007 0.967629 -0.106936</w:t>
        <w:br/>
        <w:t>v -0.203829 0.968228 -0.093653</w:t>
        <w:br/>
        <w:t>v -0.198366 0.945428 -0.086657</w:t>
        <w:br/>
        <w:t>v -0.187502 0.921371 -0.077296</w:t>
        <w:br/>
        <w:t>v -0.186096 1.019702 -0.123409</w:t>
        <w:br/>
        <w:t>v -0.208308 1.020397 -0.104691</w:t>
        <w:br/>
        <w:t>v -0.207207 0.993160 -0.099931</w:t>
        <w:br/>
        <w:t>v -0.189832 0.992739 -0.116797</w:t>
        <w:br/>
        <w:t>v -0.154059 0.942871 -0.140882</w:t>
        <w:br/>
        <w:t>v -0.137377 0.944585 -0.177300</w:t>
        <w:br/>
        <w:t>v -0.139025 0.973125 -0.180806</w:t>
        <w:br/>
        <w:t>v -0.160550 0.972054 -0.142610</w:t>
        <w:br/>
        <w:t>v -0.179084 1.050479 -0.127521</w:t>
        <w:br/>
        <w:t>v -0.206694 1.051306 -0.107398</w:t>
        <w:br/>
        <w:t>v -0.110327 1.124426 -0.159392</w:t>
        <w:br/>
        <w:t>v -0.139447 1.124799 -0.123640</w:t>
        <w:br/>
        <w:t>v -0.147222 1.100318 -0.130368</w:t>
        <w:br/>
        <w:t>v -0.118629 1.100665 -0.166104</w:t>
        <w:br/>
        <w:t>v -0.116007 1.194482 -0.104232</w:t>
        <w:br/>
        <w:t>v -0.123237 1.172206 -0.110286</w:t>
        <w:br/>
        <w:t>v -0.095599 1.170312 -0.145213</w:t>
        <w:br/>
        <w:t>v -0.087776 1.192118 -0.137412</w:t>
        <w:br/>
        <w:t>v -0.188864 1.130196 -0.097829</w:t>
        <w:br/>
        <w:t>v -0.157433 1.128682 -0.119312</w:t>
        <w:br/>
        <w:t>v -0.149528 1.150567 -0.114383</w:t>
        <w:br/>
        <w:t>v -0.181498 1.152251 -0.093376</w:t>
        <w:br/>
        <w:t>v -0.174276 1.069458 -0.126196</w:t>
        <w:br/>
        <w:t>v -0.205210 1.069811 -0.106236</w:t>
        <w:br/>
        <w:t>v -0.205210 1.069811 -0.106236</w:t>
        <w:br/>
        <w:t>v -0.179485 1.070891 -0.107077</w:t>
        <w:br/>
        <w:t>v -0.183811 1.053185 -0.107980</w:t>
        <w:br/>
        <w:t>v -0.206694 1.051306 -0.107398</w:t>
        <w:br/>
        <w:t>v -0.190782 0.996347 -0.099792</w:t>
        <w:br/>
        <w:t>v -0.191166 0.970454 -0.093271</w:t>
        <w:br/>
        <w:t>v -0.203829 0.968228 -0.093653</w:t>
        <w:br/>
        <w:t>v -0.207207 0.993160 -0.099931</w:t>
        <w:br/>
        <w:t>v -0.190642 0.947690 -0.086626</w:t>
        <w:br/>
        <w:t>v -0.198366 0.945428 -0.086657</w:t>
        <w:br/>
        <w:t>v -0.187502 0.921371 -0.077296</w:t>
        <w:br/>
        <w:t>v -0.089301 0.834717 -0.133618</w:t>
        <w:br/>
        <w:t>v -0.095494 0.833103 -0.138327</w:t>
        <w:br/>
        <w:t>v -0.079056 0.817235 -0.128324</w:t>
        <w:br/>
        <w:t>v -0.126286 0.918657 -0.138981</w:t>
        <w:br/>
        <w:t>v -0.129597 0.947870 -0.139288</w:t>
        <w:br/>
        <w:t>v -0.102915 0.950117 -0.156400</w:t>
        <w:br/>
        <w:t>v -0.104197 0.922448 -0.154961</w:t>
        <w:br/>
        <w:t>v -0.098596 0.866429 -0.144126</w:t>
        <w:br/>
        <w:t>v -0.114321 0.862378 -0.155247</w:t>
        <w:br/>
        <w:t>v -0.106550 0.848970 -0.150938</w:t>
        <w:br/>
        <w:t>v -0.094513 0.852199 -0.141520</w:t>
        <w:br/>
        <w:t>v -0.078219 1.446656 -0.006272</w:t>
        <w:br/>
        <w:t>v -0.049609 1.450083 -0.035443</w:t>
        <w:br/>
        <w:t>v -0.048051 1.462745 -0.032150</w:t>
        <w:br/>
        <w:t>v -0.076956 1.459515 -0.001071</w:t>
        <w:br/>
        <w:t>v -0.014543 1.462429 -0.039824</w:t>
        <w:br/>
        <w:t>v -0.048051 1.462745 -0.032150</w:t>
        <w:br/>
        <w:t>v -0.049609 1.450083 -0.035443</w:t>
        <w:br/>
        <w:t>v -0.015659 1.449769 -0.044341</w:t>
        <w:br/>
        <w:t>v -0.081434 1.424729 -0.015198</w:t>
        <w:br/>
        <w:t>v -0.052735 1.425788 -0.042704</w:t>
        <w:br/>
        <w:t>v -0.052735 1.425788 -0.042704</w:t>
        <w:br/>
        <w:t>v -0.019704 1.425201 -0.053426</w:t>
        <w:br/>
        <w:t>v -0.094592 1.260781 -0.084404</w:t>
        <w:br/>
        <w:t>v -0.061952 1.258499 -0.114513</w:t>
        <w:br/>
        <w:t>v -0.055037 1.280936 -0.107512</w:t>
        <w:br/>
        <w:t>v -0.087560 1.282421 -0.078542</w:t>
        <w:br/>
        <w:t>v -0.174132 1.174305 -0.088923</w:t>
        <w:br/>
        <w:t>v -0.165221 1.196948 -0.083579</w:t>
        <w:br/>
        <w:t>v -0.136548 1.194397 -0.085160</w:t>
        <w:br/>
        <w:t>v -0.145790 1.171924 -0.090082</w:t>
        <w:br/>
        <w:t>v -0.131342 1.148503 -0.116963</w:t>
        <w:br/>
        <w:t>v -0.102963 1.147368 -0.152303</w:t>
        <w:br/>
        <w:t>v -0.165221 1.196948 -0.083579</w:t>
        <w:br/>
        <w:t>v -0.132949 1.194744 -0.103873</w:t>
        <w:br/>
        <w:t>v -0.160071 1.128976 -0.099968</w:t>
        <w:br/>
        <w:t>v -0.188864 1.130196 -0.097829</w:t>
        <w:br/>
        <w:t>v -0.181498 1.152251 -0.093376</w:t>
        <w:br/>
        <w:t>v -0.152931 1.150450 -0.095024</w:t>
        <w:br/>
        <w:t>v -0.160175 1.051806 -0.137134</w:t>
        <w:br/>
        <w:t>v -0.131041 1.052185 -0.175615</w:t>
        <w:br/>
        <w:t>v -0.127163 1.076905 -0.172818</w:t>
        <w:br/>
        <w:t>v -0.155247 1.075839 -0.134469</w:t>
        <w:br/>
        <w:t>v -0.167212 1.108787 -0.103071</w:t>
        <w:br/>
        <w:t>v -0.195851 1.109256 -0.101451</w:t>
        <w:br/>
        <w:t>v -0.195851 1.109256 -0.101451</w:t>
        <w:br/>
        <w:t>v -0.163685 1.108560 -0.122092</w:t>
        <w:br/>
        <w:t>v -0.134893 1.027467 -0.178411</w:t>
        <w:br/>
        <w:t>v -0.163211 1.027771 -0.139797</w:t>
        <w:br/>
        <w:t>v -0.163405 0.999913 -0.141204</w:t>
        <w:br/>
        <w:t>v -0.137572 1.000296 -0.179608</w:t>
        <w:br/>
        <w:t>v -0.208308 1.020397 -0.104691</w:t>
        <w:br/>
        <w:t>v -0.188820 1.023168 -0.104843</w:t>
        <w:br/>
        <w:t>v -0.138208 0.893973 -0.137829</w:t>
        <w:br/>
        <w:t>v -0.128364 0.895915 -0.167137</w:t>
        <w:br/>
        <w:t>v -0.134651 0.916045 -0.173795</w:t>
        <w:br/>
        <w:t>v -0.146370 0.913687 -0.139155</w:t>
        <w:br/>
        <w:t>v -0.121011 0.898620 -0.137274</w:t>
        <w:br/>
        <w:t>v -0.103379 0.901553 -0.151308</w:t>
        <w:br/>
        <w:t>v -0.100340 0.880660 -0.147655</w:t>
        <w:br/>
        <w:t>v -0.113187 0.878582 -0.135567</w:t>
        <w:br/>
        <w:t>v -0.122345 1.052089 -0.133921</w:t>
        <w:br/>
        <w:t>v -0.084064 1.052953 -0.152241</w:t>
        <w:br/>
        <w:t>v -0.090118 1.029584 -0.155186</w:t>
        <w:br/>
        <w:t>v -0.126886 1.029257 -0.136962</w:t>
        <w:br/>
        <w:t>v -0.077986 1.076321 -0.149297</w:t>
        <w:br/>
        <w:t>v -0.115914 1.074921 -0.130882</w:t>
        <w:br/>
        <w:t>v -0.108347 1.098870 -0.126279</w:t>
        <w:br/>
        <w:t>v -0.071231 1.099550 -0.144692</w:t>
        <w:br/>
        <w:t>v -0.058295 1.145340 -0.134247</w:t>
        <w:br/>
        <w:t>v -0.064639 1.122777 -0.140087</w:t>
        <w:br/>
        <w:t>v -0.100987 1.122817 -0.119051</w:t>
        <w:br/>
        <w:t>v -0.092773 1.145625 -0.112696</w:t>
        <w:br/>
        <w:t>v -0.079954 1.213925 -0.129610</w:t>
        <w:br/>
        <w:t>v -0.087776 1.192118 -0.137412</w:t>
        <w:br/>
        <w:t>v -0.044621 1.190113 -0.122015</w:t>
        <w:br/>
        <w:t>v -0.037290 1.212324 -0.115622</w:t>
        <w:br/>
        <w:t>v -0.037290 1.212324 -0.115622</w:t>
        <w:br/>
        <w:t>v -0.070441 1.213558 -0.091569</w:t>
        <w:br/>
        <w:t>v -0.063889 1.235581 -0.084056</w:t>
        <w:br/>
        <w:t>v -0.030933 1.234780 -0.106846</w:t>
        <w:br/>
        <w:t>v -0.024576 1.257237 -0.098070</w:t>
        <w:br/>
        <w:t>v -0.057335 1.257606 -0.076543</w:t>
        <w:br/>
        <w:t>v -0.052530 1.279574 -0.068688</w:t>
        <w:br/>
        <w:t>v -0.019080 1.279887 -0.090224</w:t>
        <w:br/>
        <w:t>v -0.013582 1.302538 -0.082756</w:t>
        <w:br/>
        <w:t>v -0.047725 1.301542 -0.060835</w:t>
        <w:br/>
        <w:t>v -0.045857 1.325960 -0.051025</w:t>
        <w:br/>
        <w:t>v -0.008555 1.326613 -0.071181</w:t>
        <w:br/>
        <w:t>v 0.000000 1.449019 0.008335</w:t>
        <w:br/>
        <w:t>v -0.032680 1.448996 0.020184</w:t>
        <w:br/>
        <w:t>v -0.030906 1.462025 0.024665</w:t>
        <w:br/>
        <w:t>v -0.131893 0.977083 -0.139595</w:t>
        <w:br/>
        <w:t>v -0.130610 1.003171 -0.138278</w:t>
        <w:br/>
        <w:t>v -0.096371 1.003686 -0.156512</w:t>
        <w:br/>
        <w:t>v -0.100820 0.977787 -0.159030</w:t>
        <w:br/>
        <w:t>v -0.134651 0.916045 -0.173795</w:t>
        <w:br/>
        <w:t>v -0.104197 0.922448 -0.154961</w:t>
        <w:br/>
        <w:t>v -0.102915 0.950117 -0.156400</w:t>
        <w:br/>
        <w:t>v -0.137377 0.944585 -0.177300</w:t>
        <w:br/>
        <w:t>v -0.094513 0.852199 -0.141520</w:t>
        <w:br/>
        <w:t>v -0.102118 0.851336 -0.133700</w:t>
        <w:br/>
        <w:t>v -0.108944 0.864959 -0.134173</w:t>
        <w:br/>
        <w:t>v -0.098596 0.866429 -0.144126</w:t>
        <w:br/>
        <w:t>v -0.128364 0.895915 -0.167137</w:t>
        <w:br/>
        <w:t>v -0.103379 0.901553 -0.151308</w:t>
        <w:br/>
        <w:t>v -0.134893 1.027467 -0.178411</w:t>
        <w:br/>
        <w:t>v -0.090118 1.029584 -0.155186</w:t>
        <w:br/>
        <w:t>v -0.084064 1.052953 -0.152241</w:t>
        <w:br/>
        <w:t>v -0.131041 1.052185 -0.175615</w:t>
        <w:br/>
        <w:t>v -0.071231 1.099550 -0.144692</w:t>
        <w:br/>
        <w:t>v -0.118629 1.100665 -0.166104</w:t>
        <w:br/>
        <w:t>v -0.127163 1.076905 -0.172818</w:t>
        <w:br/>
        <w:t>v -0.077986 1.076321 -0.149297</w:t>
        <w:br/>
        <w:t>v -0.095599 1.170312 -0.145213</w:t>
        <w:br/>
        <w:t>v -0.102963 1.147368 -0.152303</w:t>
        <w:br/>
        <w:t>v -0.058295 1.145340 -0.134247</w:t>
        <w:br/>
        <w:t>v -0.051951 1.167902 -0.128409</w:t>
        <w:br/>
        <w:t>v -0.077500 1.190995 -0.098955</w:t>
        <w:br/>
        <w:t>v -0.044621 1.190113 -0.122015</w:t>
        <w:br/>
        <w:t>v -0.051951 1.167902 -0.128409</w:t>
        <w:br/>
        <w:t>v -0.084558 1.168432 -0.106341</w:t>
        <w:br/>
        <w:t>v -0.070953 1.236211 -0.122062</w:t>
        <w:br/>
        <w:t>v -0.030933 1.234780 -0.106846</w:t>
        <w:br/>
        <w:t>v -0.024576 1.257237 -0.098070</w:t>
        <w:br/>
        <w:t>v -0.061952 1.258499 -0.114513</w:t>
        <w:br/>
        <w:t>v -0.013582 1.302538 -0.082756</w:t>
        <w:br/>
        <w:t>v -0.048122 1.303373 -0.101412</w:t>
        <w:br/>
        <w:t>v -0.055037 1.280936 -0.107512</w:t>
        <w:br/>
        <w:t>v -0.019080 1.279887 -0.090224</w:t>
        <w:br/>
        <w:t>v -0.008555 1.326613 -0.071181</w:t>
        <w:br/>
        <w:t>v -0.013542 1.475091 -0.035307</w:t>
        <w:br/>
        <w:t>v 0.000000 1.475050 -0.021200</w:t>
        <w:br/>
        <w:t>v 0.000000 1.508979 -0.010109</w:t>
        <w:br/>
        <w:t>v -0.011691 1.509477 -0.026768</w:t>
        <w:br/>
        <w:t>v -0.137572 1.000296 -0.179608</w:t>
        <w:br/>
        <w:t>v -0.096371 1.003686 -0.156512</w:t>
        <w:br/>
        <w:t>v -0.093213 0.834286 -0.129708</w:t>
        <w:br/>
        <w:t>v -0.089301 0.834717 -0.133618</w:t>
        <w:br/>
        <w:t>v -0.079056 0.817235 -0.128324</w:t>
        <w:br/>
        <w:t>v -0.075535 1.351670 -0.037827</w:t>
        <w:br/>
        <w:t>v -0.060433 1.377630 -0.026396</w:t>
        <w:br/>
        <w:t>v -0.064300 1.376801 -0.056273</w:t>
        <w:br/>
        <w:t>v -0.072795 1.352109 -0.062583</w:t>
        <w:br/>
        <w:t>v -0.080453 1.329123 -0.068521</w:t>
        <w:br/>
        <w:t>v -0.083158 1.327941 -0.045687</w:t>
        <w:br/>
        <w:t>v -0.099451 1.282210 -0.060016</w:t>
        <w:br/>
        <w:t>v -0.096461 1.284472 -0.080132</w:t>
        <w:br/>
        <w:t>v -0.104812 1.262806 -0.085803</w:t>
        <w:br/>
        <w:t>v -0.108124 1.260206 -0.066488</w:t>
        <w:br/>
        <w:t>v -0.114544 1.239921 -0.092048</w:t>
        <w:br/>
        <w:t>v -0.124277 1.217037 -0.098292</w:t>
        <w:br/>
        <w:t>v -0.127306 1.216871 -0.080238</w:t>
        <w:br/>
        <w:t>v -0.117715 1.238539 -0.073363</w:t>
        <w:br/>
        <w:t>v -0.136548 1.194397 -0.085160</w:t>
        <w:br/>
        <w:t>v -0.132949 1.194744 -0.103873</w:t>
        <w:br/>
        <w:t>v -0.141622 1.172452 -0.109453</w:t>
        <w:br/>
        <w:t>v -0.145790 1.171924 -0.090082</w:t>
        <w:br/>
        <w:t>v -0.149528 1.150567 -0.114383</w:t>
        <w:br/>
        <w:t>v -0.152931 1.150450 -0.095024</w:t>
        <w:br/>
        <w:t>v -0.174403 1.088597 -0.106174</w:t>
        <w:br/>
        <w:t>v -0.167212 1.108787 -0.103071</w:t>
        <w:br/>
        <w:t>v -0.163685 1.108560 -0.122092</w:t>
        <w:br/>
        <w:t>v -0.169982 1.088437 -0.124872</w:t>
        <w:br/>
        <w:t>v -0.174276 1.069458 -0.126196</w:t>
        <w:br/>
        <w:t>v -0.179485 1.070891 -0.107077</w:t>
        <w:br/>
        <w:t>v -0.179084 1.050479 -0.127521</w:t>
        <w:br/>
        <w:t>v -0.186096 1.019702 -0.123409</w:t>
        <w:br/>
        <w:t>v -0.188820 1.023168 -0.104843</w:t>
        <w:br/>
        <w:t>v -0.183811 1.053185 -0.107980</w:t>
        <w:br/>
        <w:t>v -0.189832 0.992739 -0.116797</w:t>
        <w:br/>
        <w:t>v -0.190782 0.996347 -0.099792</w:t>
        <w:br/>
        <w:t>v -0.191007 0.967629 -0.106936</w:t>
        <w:br/>
        <w:t>v -0.191166 0.970454 -0.093271</w:t>
        <w:br/>
        <w:t>v -0.190403 0.944716 -0.094438</w:t>
        <w:br/>
        <w:t>v -0.190642 0.947690 -0.086626</w:t>
        <w:br/>
        <w:t>v -0.108016 0.848987 -0.134235</w:t>
        <w:br/>
        <w:t>v -0.119000 0.861624 -0.134909</w:t>
        <w:br/>
        <w:t>v -0.138208 0.893973 -0.137829</w:t>
        <w:br/>
        <w:t>v -0.146370 0.913687 -0.139155</w:t>
        <w:br/>
        <w:t>v -0.160550 0.972054 -0.142610</w:t>
        <w:br/>
        <w:t>v -0.154059 0.942871 -0.140882</w:t>
        <w:br/>
        <w:t>v -0.163405 0.999913 -0.141204</w:t>
        <w:br/>
        <w:t>v -0.163211 1.027771 -0.139797</w:t>
        <w:br/>
        <w:t>v -0.160175 1.051806 -0.137134</w:t>
        <w:br/>
        <w:t>v -0.155247 1.075839 -0.134469</w:t>
        <w:br/>
        <w:t>v -0.147222 1.100318 -0.130368</w:t>
        <w:br/>
        <w:t>v -0.139447 1.124799 -0.123640</w:t>
        <w:br/>
        <w:t>v -0.131342 1.148503 -0.116963</w:t>
        <w:br/>
        <w:t>v -0.123237 1.172206 -0.110286</w:t>
        <w:br/>
        <w:t>v -0.116007 1.194482 -0.104232</w:t>
        <w:br/>
        <w:t>v -0.108777 1.216758 -0.098177</w:t>
        <w:br/>
        <w:t>v -0.101685 1.238770 -0.091291</w:t>
        <w:br/>
        <w:t>v -0.087560 1.282421 -0.078542</w:t>
        <w:br/>
        <w:t>v -0.094592 1.260781 -0.084404</w:t>
        <w:br/>
        <w:t>v -0.074998 1.328425 -0.066424</w:t>
        <w:br/>
        <w:t>v -0.069468 1.352791 -0.060168</w:t>
        <w:br/>
        <w:t>v -0.043990 1.350377 -0.041214</w:t>
        <w:br/>
        <w:t>v -0.045857 1.325960 -0.051025</w:t>
        <w:br/>
        <w:t>v -0.062648 1.377142 -0.055067</w:t>
        <w:br/>
        <w:t>v -0.044771 1.376985 -0.031498</w:t>
        <w:br/>
        <w:t>v -0.096248 0.833111 -0.129976</w:t>
        <w:br/>
        <w:t>v -0.038646 1.376610 -0.026186</w:t>
        <w:br/>
        <w:t>v -0.032997 1.425919 0.008038</w:t>
        <w:br/>
        <w:t>v -0.033848 1.402842 -0.006733</w:t>
        <w:br/>
        <w:t>v -0.046183 1.403592 -0.012036</w:t>
        <w:br/>
        <w:t>v -0.039116 1.426294 0.001677</w:t>
        <w:br/>
        <w:t>v 0.060433 1.377632 -0.026396</w:t>
        <w:br/>
        <w:t>v 0.046183 1.403592 -0.012036</w:t>
        <w:br/>
        <w:t>v 0.069726 1.403038 -0.018680</w:t>
        <w:br/>
        <w:t>v -0.030906 1.462025 0.024665</w:t>
        <w:br/>
        <w:t>v -0.019925 1.535813 0.037680</w:t>
        <w:br/>
        <w:t>v -0.083793 1.378342 -0.030560</w:t>
        <w:br/>
        <w:t>v -0.072122 1.377354 -0.028254</w:t>
        <w:br/>
        <w:t>v -0.075535 1.351670 -0.037827</w:t>
        <w:br/>
        <w:t>v -0.099040 1.353647 -0.042441</w:t>
        <w:br/>
        <w:t>v -0.090984 1.378225 -0.033282</w:t>
        <w:br/>
        <w:t>v -0.187502 0.921371 -0.077296</w:t>
        <w:br/>
        <w:t>v -0.038646 1.376610 -0.026186</w:t>
        <w:br/>
        <w:t>v -0.003527 1.350688 -0.059985</w:t>
        <w:br/>
        <w:t>v -0.043990 1.350377 -0.041214</w:t>
        <w:br/>
        <w:t>v -0.025934 1.506084 0.036756</w:t>
        <w:br/>
        <w:t>v -0.029599 1.475052 0.029158</w:t>
        <w:br/>
        <w:t>v -0.019925 1.535813 0.037680</w:t>
        <w:br/>
        <w:t>v -0.024067 1.400631 -0.062511</w:t>
        <w:br/>
        <w:t>v 0.000000 1.375172 -0.044780</w:t>
        <w:br/>
        <w:t>v -0.000000 1.400528 -0.042006</w:t>
        <w:br/>
        <w:t>v -0.000000 1.425049 -0.035578</w:t>
        <w:br/>
        <w:t>v 0.000000 1.462312 -0.025176</w:t>
        <w:br/>
        <w:t>v 0.000000 1.449571 -0.029152</w:t>
        <w:br/>
        <w:t>v 0.000000 1.535606 -0.005406</w:t>
        <w:br/>
        <w:t>v -0.011377 1.535769 -0.022928</w:t>
        <w:br/>
        <w:t>v 0.003527 1.350687 -0.059985</w:t>
        <w:br/>
        <w:t>v 0.033814 1.351097 -0.080733</w:t>
        <w:br/>
        <w:t>v -0.028738 1.375864 -0.071622</w:t>
        <w:br/>
        <w:t>v 0.038646 1.376610 -0.026186</w:t>
        <w:br/>
        <w:t>v 0.112415 0.988376 -0.204933</w:t>
        <w:br/>
        <w:t>v 0.110856 1.013746 -0.204797</w:t>
        <w:br/>
        <w:t>v 0.086673 1.013790 -0.201200</w:t>
        <w:br/>
        <w:t>v 0.087918 0.989958 -0.201382</w:t>
        <w:br/>
        <w:t>v 0.085388 0.944938 -0.199236</w:t>
        <w:br/>
        <w:t>v 0.107986 0.941189 -0.202549</w:t>
        <w:br/>
        <w:t>v 0.110433 0.963006 -0.205069</w:t>
        <w:br/>
        <w:t>v 0.086394 0.966125 -0.201564</w:t>
        <w:br/>
        <w:t>v 0.108712 1.041873 -0.201399</w:t>
        <w:br/>
        <w:t>v 0.084348 1.041850 -0.197129</w:t>
        <w:br/>
        <w:t>v 0.088885 1.114836 -0.186747</w:t>
        <w:br/>
        <w:t>v 0.065565 1.114791 -0.181548</w:t>
        <w:br/>
        <w:t>v 0.073182 1.092351 -0.188235</w:t>
        <w:br/>
        <w:t>v 0.096987 1.092419 -0.193306</w:t>
        <w:br/>
        <w:t>v 0.035186 1.300664 -0.123163</w:t>
        <w:br/>
        <w:t>v 0.015100 1.300688 -0.116533</w:t>
        <w:br/>
        <w:t>v 0.024931 1.253180 -0.132648</w:t>
        <w:br/>
        <w:t>v 0.047422 1.253186 -0.138673</w:t>
        <w:br/>
        <w:t>v 0.027217 1.348860 -0.108569</w:t>
        <w:br/>
        <w:t>v 0.007879 1.348984 -0.100179</w:t>
        <w:br/>
        <w:t>v 0.028288 1.446918 -0.066221</w:t>
        <w:br/>
        <w:t>v 0.021484 1.447212 -0.081664</w:t>
        <w:br/>
        <w:t>v 0.021952 1.399467 -0.095230</w:t>
        <w:br/>
        <w:t>v 0.027273 1.399002 -0.078837</w:t>
        <w:br/>
        <w:t>v 0.075065 0.860864 -0.178301</w:t>
        <w:br/>
        <w:t>v 0.066188 0.866953 -0.176761</w:t>
        <w:br/>
        <w:t>v 0.059994 0.854286 -0.165785</w:t>
        <w:br/>
        <w:t>v 0.064476 0.851242 -0.166555</w:t>
        <w:br/>
        <w:t>v 0.084308 0.873469 -0.185381</w:t>
        <w:br/>
        <w:t>v 0.092198 0.886076 -0.190984</w:t>
        <w:br/>
        <w:t>v 0.075864 0.890773 -0.186940</w:t>
        <w:br/>
        <w:t>v 0.071622 0.878863 -0.182588</w:t>
        <w:br/>
        <w:t>v 0.098235 0.902724 -0.196427</w:t>
        <w:br/>
        <w:t>v 0.103189 0.919372 -0.200029</w:t>
        <w:br/>
        <w:t>v 0.082524 0.923751 -0.196910</w:t>
        <w:br/>
        <w:t>v 0.079623 0.907263 -0.192845</w:t>
        <w:br/>
        <w:t>v 0.002486 1.399931 -0.085872</w:t>
        <w:br/>
        <w:t>v 0.021952 1.399467 -0.095230</w:t>
        <w:br/>
        <w:t>v 0.097093 0.966116 -0.185417</w:t>
        <w:br/>
        <w:t>v 0.086394 0.966125 -0.201564</w:t>
        <w:br/>
        <w:t>v 0.087918 0.989958 -0.201382</w:t>
        <w:br/>
        <w:t>v 0.098820 0.990027 -0.184120</w:t>
        <w:br/>
        <w:t>v 0.082524 0.923751 -0.196910</w:t>
        <w:br/>
        <w:t>v 0.085388 0.944938 -0.199236</w:t>
        <w:br/>
        <w:t>v 0.095993 0.944966 -0.183783</w:t>
        <w:br/>
        <w:t>v 0.092805 0.923817 -0.182149</w:t>
        <w:br/>
        <w:t>v 0.083187 0.890769 -0.174805</w:t>
        <w:br/>
        <w:t>v 0.075864 0.890773 -0.186940</w:t>
        <w:br/>
        <w:t>v 0.079623 0.907263 -0.192845</w:t>
        <w:br/>
        <w:t>v 0.088482 0.907293 -0.179397</w:t>
        <w:br/>
        <w:t>v 0.071622 0.878863 -0.182588</w:t>
        <w:br/>
        <w:t>v 0.077138 0.878708 -0.172107</w:t>
        <w:br/>
        <w:t>v 0.069832 0.866646 -0.167934</w:t>
        <w:br/>
        <w:t>v 0.066188 0.866953 -0.176761</w:t>
        <w:br/>
        <w:t>v 0.061834 0.854133 -0.161371</w:t>
        <w:br/>
        <w:t>v 0.059994 0.854286 -0.165785</w:t>
        <w:br/>
        <w:t>v 0.120893 1.013702 -0.182642</w:t>
        <w:br/>
        <w:t>v 0.123066 0.989911 -0.183093</w:t>
        <w:br/>
        <w:t>v 0.097435 1.013938 -0.182825</w:t>
        <w:br/>
        <w:t>v 0.121361 0.966120 -0.183544</w:t>
        <w:br/>
        <w:t>v 0.118516 0.945018 -0.181682</w:t>
        <w:br/>
        <w:t>v 0.088538 1.069939 -0.172754</w:t>
        <w:br/>
        <w:t>v 0.110729 1.070089 -0.177192</w:t>
        <w:br/>
        <w:t>v 0.118590 1.041895 -0.179917</w:t>
        <w:br/>
        <w:t>v 0.095218 1.041938 -0.177789</w:t>
        <w:br/>
        <w:t>v 0.083162 1.092378 -0.168416</w:t>
        <w:br/>
        <w:t>v 0.106377 1.092486 -0.172624</w:t>
        <w:br/>
        <w:t>v 0.023799 1.300688 -0.101027</w:t>
        <w:br/>
        <w:t>v 0.042336 1.300640 -0.104942</w:t>
        <w:br/>
        <w:t>v 0.055768 1.253193 -0.118946</w:t>
        <w:br/>
        <w:t>v 0.034701 1.253204 -0.115065</w:t>
        <w:br/>
        <w:t>v 0.032407 1.348735 -0.091208</w:t>
        <w:br/>
        <w:t>v 0.016842 1.349045 -0.086059</w:t>
        <w:br/>
        <w:t>v 0.014302 1.399590 -0.071877</w:t>
        <w:br/>
        <w:t>v 0.027273 1.399002 -0.078837</w:t>
        <w:br/>
        <w:t>v 0.017835 1.444857 -0.057612</w:t>
        <w:br/>
        <w:t>v 0.028288 1.446918 -0.066221</w:t>
        <w:br/>
        <w:t>v 0.100041 0.890818 -0.174026</w:t>
        <w:br/>
        <w:t>v 0.092359 0.878530 -0.171796</w:t>
        <w:br/>
        <w:t>v 0.077138 0.878708 -0.172107</w:t>
        <w:br/>
        <w:t>v 0.068573 0.853931 -0.161450</w:t>
        <w:br/>
        <w:t>v 0.083178 0.866242 -0.168092</w:t>
        <w:br/>
        <w:t>v 0.107161 0.907367 -0.177844</w:t>
        <w:br/>
        <w:t>v 0.061049 1.206546 -0.155829</w:t>
        <w:br/>
        <w:t>v 0.037507 1.206542 -0.147473</w:t>
        <w:br/>
        <w:t>v 0.044761 1.183458 -0.156471</w:t>
        <w:br/>
        <w:t>v 0.068262 1.183461 -0.163698</w:t>
        <w:br/>
        <w:t>v 0.053155 1.183484 -0.139651</w:t>
        <w:br/>
        <w:t>v 0.046301 1.206568 -0.131776</w:t>
        <w:br/>
        <w:t>v 0.069407 1.206550 -0.136085</w:t>
        <w:br/>
        <w:t>v 0.077100 1.183463 -0.144000</w:t>
        <w:br/>
        <w:t>v 0.031218 1.229861 -0.140060</w:t>
        <w:br/>
        <w:t>v 0.054236 1.229867 -0.147250</w:t>
        <w:br/>
        <w:t>v 0.062588 1.229872 -0.127516</w:t>
        <w:br/>
        <w:t>v 0.040501 1.229885 -0.123421</w:t>
        <w:br/>
        <w:t>v 0.075476 1.160375 -0.171567</w:t>
        <w:br/>
        <w:t>v 0.052013 1.160373 -0.165469</w:t>
        <w:br/>
        <w:t>v 0.058789 1.137583 -0.173509</w:t>
        <w:br/>
        <w:t>v 0.082180 1.137606 -0.179157</w:t>
        <w:br/>
        <w:t>v 0.091425 1.137629 -0.159054</w:t>
        <w:br/>
        <w:t>v 0.067347 1.137609 -0.154490</w:t>
        <w:br/>
        <w:t>v 0.060009 1.160400 -0.147527</w:t>
        <w:br/>
        <w:t>v 0.084793 1.160376 -0.151914</w:t>
        <w:br/>
        <w:t>v 0.017835 1.444857 -0.057612</w:t>
        <w:br/>
        <w:t>v 0.014302 1.399590 -0.071877</w:t>
        <w:br/>
        <w:t>v 0.002486 1.399931 -0.085872</w:t>
        <w:br/>
        <w:t>v 0.000534 1.447506 -0.071356</w:t>
        <w:br/>
        <w:t>v 0.016842 1.349045 -0.086059</w:t>
        <w:br/>
        <w:t>v 0.007879 1.348984 -0.100179</w:t>
        <w:br/>
        <w:t>v 0.015100 1.300688 -0.116533</w:t>
        <w:br/>
        <w:t>v 0.023799 1.300688 -0.101027</w:t>
        <w:br/>
        <w:t>v 0.024931 1.253180 -0.132648</w:t>
        <w:br/>
        <w:t>v 0.034701 1.253204 -0.115065</w:t>
        <w:br/>
        <w:t>v 0.040501 1.229885 -0.123421</w:t>
        <w:br/>
        <w:t>v 0.031218 1.229861 -0.140060</w:t>
        <w:br/>
        <w:t>v 0.037507 1.206542 -0.147473</w:t>
        <w:br/>
        <w:t>v 0.046301 1.206568 -0.131776</w:t>
        <w:br/>
        <w:t>v 0.053155 1.183484 -0.139651</w:t>
        <w:br/>
        <w:t>v 0.044761 1.183458 -0.156471</w:t>
        <w:br/>
        <w:t>v 0.058789 1.137583 -0.173509</w:t>
        <w:br/>
        <w:t>v 0.052013 1.160373 -0.165469</w:t>
        <w:br/>
        <w:t>v 0.060009 1.160400 -0.147527</w:t>
        <w:br/>
        <w:t>v 0.067347 1.137609 -0.154490</w:t>
        <w:br/>
        <w:t>v 0.073182 1.092351 -0.188235</w:t>
        <w:br/>
        <w:t>v 0.065565 1.114791 -0.181548</w:t>
        <w:br/>
        <w:t>v 0.074684 1.114818 -0.161453</w:t>
        <w:br/>
        <w:t>v 0.083162 1.092378 -0.168416</w:t>
        <w:br/>
        <w:t>v 0.086673 1.013790 -0.201200</w:t>
        <w:br/>
        <w:t>v 0.084348 1.041850 -0.197129</w:t>
        <w:br/>
        <w:t>v 0.095218 1.041938 -0.177789</w:t>
        <w:br/>
        <w:t>v 0.123066 0.989911 -0.183093</w:t>
        <w:br/>
        <w:t>v 0.112415 0.988376 -0.204933</w:t>
        <w:br/>
        <w:t>v 0.110433 0.963006 -0.205069</w:t>
        <w:br/>
        <w:t>v 0.121361 0.966120 -0.183544</w:t>
        <w:br/>
        <w:t>v 0.107986 0.941189 -0.202549</w:t>
        <w:br/>
        <w:t>v 0.118516 0.945018 -0.181682</w:t>
        <w:br/>
        <w:t>v 0.118590 1.041895 -0.179917</w:t>
        <w:br/>
        <w:t>v 0.108712 1.041873 -0.201399</w:t>
        <w:br/>
        <w:t>v 0.110856 1.013746 -0.204797</w:t>
        <w:br/>
        <w:t>v 0.120893 1.013702 -0.182642</w:t>
        <w:br/>
        <w:t>v 0.101473 1.070001 -0.198001</w:t>
        <w:br/>
        <w:t>v 0.110729 1.070089 -0.177192</w:t>
        <w:br/>
        <w:t>v 0.106377 1.092486 -0.172624</w:t>
        <w:br/>
        <w:t>v 0.096987 1.092419 -0.193306</w:t>
        <w:br/>
        <w:t>v 0.042336 1.300640 -0.104942</w:t>
        <w:br/>
        <w:t>v 0.035186 1.300664 -0.123163</w:t>
        <w:br/>
        <w:t>v 0.047422 1.253186 -0.138673</w:t>
        <w:br/>
        <w:t>v 0.055768 1.253193 -0.118946</w:t>
        <w:br/>
        <w:t>v 0.032407 1.348735 -0.091208</w:t>
        <w:br/>
        <w:t>v 0.027217 1.348860 -0.108569</w:t>
        <w:br/>
        <w:t>v 0.021484 1.447212 -0.081664</w:t>
        <w:br/>
        <w:t>v 0.000534 1.447506 -0.071356</w:t>
        <w:br/>
        <w:t>v 0.084308 0.873469 -0.185381</w:t>
        <w:br/>
        <w:t>v 0.092359 0.878530 -0.171796</w:t>
        <w:br/>
        <w:t>v 0.100041 0.890818 -0.174026</w:t>
        <w:br/>
        <w:t>v 0.092198 0.886076 -0.190984</w:t>
        <w:br/>
        <w:t>v 0.098235 0.902724 -0.196427</w:t>
        <w:br/>
        <w:t>v 0.107161 0.907367 -0.177844</w:t>
        <w:br/>
        <w:t>v 0.113090 0.923917 -0.179820</w:t>
        <w:br/>
        <w:t>v 0.103189 0.919372 -0.200029</w:t>
        <w:br/>
        <w:t>v 0.084793 1.160376 -0.151914</w:t>
        <w:br/>
        <w:t>v 0.077100 1.183463 -0.144000</w:t>
        <w:br/>
        <w:t>v 0.068262 1.183461 -0.163698</w:t>
        <w:br/>
        <w:t>v 0.075476 1.160375 -0.171567</w:t>
        <w:br/>
        <w:t>v 0.061049 1.206546 -0.155829</w:t>
        <w:br/>
        <w:t>v 0.069407 1.206550 -0.136085</w:t>
        <w:br/>
        <w:t>v 0.062588 1.229872 -0.127516</w:t>
        <w:br/>
        <w:t>v 0.054236 1.229867 -0.147250</w:t>
        <w:br/>
        <w:t>v 0.088885 1.114836 -0.186747</w:t>
        <w:br/>
        <w:t>v 0.098058 1.114883 -0.166193</w:t>
        <w:br/>
        <w:t>v 0.091425 1.137629 -0.159054</w:t>
        <w:br/>
        <w:t>v 0.082180 1.137606 -0.179157</w:t>
        <w:br/>
        <w:t>v 0.083178 0.866242 -0.168092</w:t>
        <w:br/>
        <w:t>v 0.075065 0.860864 -0.178301</w:t>
        <w:br/>
        <w:t>v 0.064476 0.851242 -0.166555</w:t>
        <w:br/>
        <w:t>v 0.068573 0.853931 -0.161450</w:t>
        <w:br/>
        <w:t>v -0.112415 0.988376 -0.204933</w:t>
        <w:br/>
        <w:t>v -0.087918 0.989958 -0.201382</w:t>
        <w:br/>
        <w:t>v -0.086673 1.013790 -0.201200</w:t>
        <w:br/>
        <w:t>v -0.110856 1.013746 -0.204797</w:t>
        <w:br/>
        <w:t>v -0.110433 0.963006 -0.205069</w:t>
        <w:br/>
        <w:t>v -0.107986 0.941189 -0.202549</w:t>
        <w:br/>
        <w:t>v -0.085388 0.944939 -0.199236</w:t>
        <w:br/>
        <w:t>v -0.086394 0.966125 -0.201564</w:t>
        <w:br/>
        <w:t>v -0.084348 1.041850 -0.197129</w:t>
        <w:br/>
        <w:t>v -0.108712 1.041873 -0.201399</w:t>
        <w:br/>
        <w:t>v -0.088885 1.114837 -0.186747</w:t>
        <w:br/>
        <w:t>v -0.096986 1.092419 -0.193306</w:t>
        <w:br/>
        <w:t>v -0.073182 1.092351 -0.188235</w:t>
        <w:br/>
        <w:t>v -0.065565 1.114791 -0.181548</w:t>
        <w:br/>
        <w:t>v -0.024931 1.253180 -0.132648</w:t>
        <w:br/>
        <w:t>v -0.015100 1.300688 -0.116533</w:t>
        <w:br/>
        <w:t>v -0.035186 1.300664 -0.123163</w:t>
        <w:br/>
        <w:t>v -0.047422 1.253186 -0.138672</w:t>
        <w:br/>
        <w:t>v -0.027217 1.348860 -0.108569</w:t>
        <w:br/>
        <w:t>v -0.007879 1.348985 -0.100179</w:t>
        <w:br/>
        <w:t>v -0.028288 1.446918 -0.066221</w:t>
        <w:br/>
        <w:t>v -0.027273 1.399002 -0.078837</w:t>
        <w:br/>
        <w:t>v -0.021952 1.399467 -0.095230</w:t>
        <w:br/>
        <w:t>v -0.021484 1.447212 -0.081664</w:t>
        <w:br/>
        <w:t>v -0.075065 0.860864 -0.178301</w:t>
        <w:br/>
        <w:t>v -0.064476 0.851242 -0.166555</w:t>
        <w:br/>
        <w:t>v -0.059994 0.854286 -0.165785</w:t>
        <w:br/>
        <w:t>v -0.066188 0.866953 -0.176761</w:t>
        <w:br/>
        <w:t>v -0.071622 0.878863 -0.182588</w:t>
        <w:br/>
        <w:t>v -0.075864 0.890773 -0.186940</w:t>
        <w:br/>
        <w:t>v -0.092198 0.886076 -0.190984</w:t>
        <w:br/>
        <w:t>v -0.084307 0.873469 -0.185381</w:t>
        <w:br/>
        <w:t>v -0.079623 0.907263 -0.192845</w:t>
        <w:br/>
        <w:t>v -0.082524 0.923751 -0.196910</w:t>
        <w:br/>
        <w:t>v -0.103189 0.919373 -0.200029</w:t>
        <w:br/>
        <w:t>v -0.098235 0.902724 -0.196427</w:t>
        <w:br/>
        <w:t>v -0.002486 1.399931 -0.085872</w:t>
        <w:br/>
        <w:t>v -0.021952 1.399467 -0.095230</w:t>
        <w:br/>
        <w:t>v -0.098820 0.990027 -0.184120</w:t>
        <w:br/>
        <w:t>v -0.087918 0.989958 -0.201382</w:t>
        <w:br/>
        <w:t>v -0.086394 0.966125 -0.201564</w:t>
        <w:br/>
        <w:t>v -0.097093 0.966116 -0.185417</w:t>
        <w:br/>
        <w:t>v -0.095993 0.944967 -0.183783</w:t>
        <w:br/>
        <w:t>v -0.085388 0.944939 -0.199236</w:t>
        <w:br/>
        <w:t>v -0.082524 0.923751 -0.196910</w:t>
        <w:br/>
        <w:t>v -0.092805 0.923817 -0.182149</w:t>
        <w:br/>
        <w:t>v -0.075864 0.890773 -0.186940</w:t>
        <w:br/>
        <w:t>v -0.083187 0.890769 -0.174805</w:t>
        <w:br/>
        <w:t>v -0.088482 0.907294 -0.179397</w:t>
        <w:br/>
        <w:t>v -0.079623 0.907263 -0.192845</w:t>
        <w:br/>
        <w:t>v -0.069832 0.866646 -0.167934</w:t>
        <w:br/>
        <w:t>v -0.077138 0.878708 -0.172107</w:t>
        <w:br/>
        <w:t>v -0.071622 0.878863 -0.182588</w:t>
        <w:br/>
        <w:t>v -0.066188 0.866953 -0.176761</w:t>
        <w:br/>
        <w:t>v -0.059994 0.854286 -0.165785</w:t>
        <w:br/>
        <w:t>v -0.061834 0.854133 -0.161371</w:t>
        <w:br/>
        <w:t>v -0.123066 0.989911 -0.183093</w:t>
        <w:br/>
        <w:t>v -0.120893 1.013701 -0.182642</w:t>
        <w:br/>
        <w:t>v -0.097435 1.013938 -0.182825</w:t>
        <w:br/>
        <w:t>v -0.121361 0.966120 -0.183544</w:t>
        <w:br/>
        <w:t>v -0.118516 0.945018 -0.181682</w:t>
        <w:br/>
        <w:t>v -0.118590 1.041895 -0.179917</w:t>
        <w:br/>
        <w:t>v -0.110729 1.070088 -0.177192</w:t>
        <w:br/>
        <w:t>v -0.088538 1.069939 -0.172754</w:t>
        <w:br/>
        <w:t>v -0.095218 1.041938 -0.177789</w:t>
        <w:br/>
        <w:t>v -0.106377 1.092486 -0.172624</w:t>
        <w:br/>
        <w:t>v -0.083162 1.092378 -0.168416</w:t>
        <w:br/>
        <w:t>v -0.042336 1.300641 -0.104942</w:t>
        <w:br/>
        <w:t>v -0.023799 1.300688 -0.101027</w:t>
        <w:br/>
        <w:t>v -0.034701 1.253204 -0.115065</w:t>
        <w:br/>
        <w:t>v -0.055768 1.253193 -0.118946</w:t>
        <w:br/>
        <w:t>v -0.032407 1.348735 -0.091208</w:t>
        <w:br/>
        <w:t>v -0.016842 1.349046 -0.086059</w:t>
        <w:br/>
        <w:t>v -0.027273 1.399002 -0.078837</w:t>
        <w:br/>
        <w:t>v -0.014302 1.399590 -0.071877</w:t>
        <w:br/>
        <w:t>v -0.028288 1.446918 -0.066221</w:t>
        <w:br/>
        <w:t>v -0.017835 1.444858 -0.057612</w:t>
        <w:br/>
        <w:t>v -0.100041 0.890818 -0.174026</w:t>
        <w:br/>
        <w:t>v -0.077138 0.878708 -0.172107</w:t>
        <w:br/>
        <w:t>v -0.092359 0.878530 -0.171796</w:t>
        <w:br/>
        <w:t>v -0.068573 0.853931 -0.161450</w:t>
        <w:br/>
        <w:t>v -0.083178 0.866242 -0.168092</w:t>
        <w:br/>
        <w:t>v -0.107161 0.907367 -0.177844</w:t>
        <w:br/>
        <w:t>v -0.044761 1.183458 -0.156471</w:t>
        <w:br/>
        <w:t>v -0.037507 1.206542 -0.147473</w:t>
        <w:br/>
        <w:t>v -0.061049 1.206546 -0.155829</w:t>
        <w:br/>
        <w:t>v -0.068262 1.183461 -0.163698</w:t>
        <w:br/>
        <w:t>v -0.053155 1.183484 -0.139651</w:t>
        <w:br/>
        <w:t>v -0.077100 1.183463 -0.144000</w:t>
        <w:br/>
        <w:t>v -0.069407 1.206550 -0.136085</w:t>
        <w:br/>
        <w:t>v -0.046301 1.206568 -0.131776</w:t>
        <w:br/>
        <w:t>v -0.054236 1.229867 -0.147250</w:t>
        <w:br/>
        <w:t>v -0.031218 1.229861 -0.140060</w:t>
        <w:br/>
        <w:t>v -0.062588 1.229872 -0.127516</w:t>
        <w:br/>
        <w:t>v -0.040501 1.229885 -0.123421</w:t>
        <w:br/>
        <w:t>v -0.052013 1.160373 -0.165469</w:t>
        <w:br/>
        <w:t>v -0.075476 1.160375 -0.171567</w:t>
        <w:br/>
        <w:t>v -0.082180 1.137606 -0.179157</w:t>
        <w:br/>
        <w:t>v -0.058789 1.137582 -0.173509</w:t>
        <w:br/>
        <w:t>v -0.060009 1.160400 -0.147527</w:t>
        <w:br/>
        <w:t>v -0.067347 1.137609 -0.154490</w:t>
        <w:br/>
        <w:t>v -0.091425 1.137629 -0.159054</w:t>
        <w:br/>
        <w:t>v -0.084793 1.160376 -0.151914</w:t>
        <w:br/>
        <w:t>v -0.017835 1.444858 -0.057612</w:t>
        <w:br/>
        <w:t>v -0.000534 1.447506 -0.071356</w:t>
        <w:br/>
        <w:t>v -0.002486 1.399931 -0.085872</w:t>
        <w:br/>
        <w:t>v -0.014302 1.399590 -0.071877</w:t>
        <w:br/>
        <w:t>v -0.007879 1.348985 -0.100179</w:t>
        <w:br/>
        <w:t>v -0.016842 1.349046 -0.086059</w:t>
        <w:br/>
        <w:t>v -0.015100 1.300688 -0.116533</w:t>
        <w:br/>
        <w:t>v -0.023799 1.300688 -0.101027</w:t>
        <w:br/>
        <w:t>v -0.024931 1.253180 -0.132648</w:t>
        <w:br/>
        <w:t>v -0.034701 1.253204 -0.115065</w:t>
        <w:br/>
        <w:t>v -0.040501 1.229885 -0.123421</w:t>
        <w:br/>
        <w:t>v -0.031218 1.229861 -0.140060</w:t>
        <w:br/>
        <w:t>v -0.037507 1.206542 -0.147473</w:t>
        <w:br/>
        <w:t>v -0.044761 1.183458 -0.156471</w:t>
        <w:br/>
        <w:t>v -0.053155 1.183484 -0.139651</w:t>
        <w:br/>
        <w:t>v -0.046301 1.206568 -0.131776</w:t>
        <w:br/>
        <w:t>v -0.052013 1.160373 -0.165469</w:t>
        <w:br/>
        <w:t>v -0.058789 1.137582 -0.173509</w:t>
        <w:br/>
        <w:t>v -0.067347 1.137609 -0.154490</w:t>
        <w:br/>
        <w:t>v -0.060009 1.160400 -0.147527</w:t>
        <w:br/>
        <w:t>v -0.073182 1.092351 -0.188235</w:t>
        <w:br/>
        <w:t>v -0.083162 1.092378 -0.168416</w:t>
        <w:br/>
        <w:t>v -0.074684 1.114818 -0.161453</w:t>
        <w:br/>
        <w:t>v -0.065565 1.114791 -0.181548</w:t>
        <w:br/>
        <w:t>v -0.084348 1.041850 -0.197129</w:t>
        <w:br/>
        <w:t>v -0.086673 1.013790 -0.201200</w:t>
        <w:br/>
        <w:t>v -0.095218 1.041938 -0.177789</w:t>
        <w:br/>
        <w:t>v -0.123066 0.989911 -0.183093</w:t>
        <w:br/>
        <w:t>v -0.121361 0.966120 -0.183544</w:t>
        <w:br/>
        <w:t>v -0.110433 0.963006 -0.205069</w:t>
        <w:br/>
        <w:t>v -0.112415 0.988376 -0.204933</w:t>
        <w:br/>
        <w:t>v -0.107986 0.941189 -0.202549</w:t>
        <w:br/>
        <w:t>v -0.118516 0.945018 -0.181682</w:t>
        <w:br/>
        <w:t>v -0.108712 1.041873 -0.201399</w:t>
        <w:br/>
        <w:t>v -0.118590 1.041895 -0.179917</w:t>
        <w:br/>
        <w:t>v -0.120893 1.013701 -0.182642</w:t>
        <w:br/>
        <w:t>v -0.110856 1.013746 -0.204797</w:t>
        <w:br/>
        <w:t>v -0.096986 1.092419 -0.193306</w:t>
        <w:br/>
        <w:t>v -0.106377 1.092486 -0.172624</w:t>
        <w:br/>
        <w:t>v -0.110729 1.070088 -0.177192</w:t>
        <w:br/>
        <w:t>v -0.101473 1.070000 -0.198001</w:t>
        <w:br/>
        <w:t>v -0.055768 1.253193 -0.118946</w:t>
        <w:br/>
        <w:t>v -0.047422 1.253186 -0.138672</w:t>
        <w:br/>
        <w:t>v -0.035186 1.300664 -0.123163</w:t>
        <w:br/>
        <w:t>v -0.042336 1.300641 -0.104942</w:t>
        <w:br/>
        <w:t>v -0.027217 1.348860 -0.108569</w:t>
        <w:br/>
        <w:t>v -0.032407 1.348735 -0.091208</w:t>
        <w:br/>
        <w:t>v -0.000534 1.447506 -0.071356</w:t>
        <w:br/>
        <w:t>v -0.021484 1.447212 -0.081664</w:t>
        <w:br/>
        <w:t>v -0.092359 0.878530 -0.171796</w:t>
        <w:br/>
        <w:t>v -0.084307 0.873469 -0.185381</w:t>
        <w:br/>
        <w:t>v -0.092198 0.886076 -0.190984</w:t>
        <w:br/>
        <w:t>v -0.100041 0.890818 -0.174026</w:t>
        <w:br/>
        <w:t>v -0.103189 0.919373 -0.200029</w:t>
        <w:br/>
        <w:t>v -0.113090 0.923918 -0.179820</w:t>
        <w:br/>
        <w:t>v -0.107161 0.907367 -0.177844</w:t>
        <w:br/>
        <w:t>v -0.098235 0.902724 -0.196427</w:t>
        <w:br/>
        <w:t>v -0.077100 1.183463 -0.144000</w:t>
        <w:br/>
        <w:t>v -0.084793 1.160376 -0.151914</w:t>
        <w:br/>
        <w:t>v -0.075476 1.160375 -0.171567</w:t>
        <w:br/>
        <w:t>v -0.068262 1.183461 -0.163698</w:t>
        <w:br/>
        <w:t>v -0.062588 1.229872 -0.127516</w:t>
        <w:br/>
        <w:t>v -0.069407 1.206550 -0.136085</w:t>
        <w:br/>
        <w:t>v -0.061049 1.206546 -0.155829</w:t>
        <w:br/>
        <w:t>v -0.054236 1.229867 -0.147250</w:t>
        <w:br/>
        <w:t>v -0.091425 1.137629 -0.159054</w:t>
        <w:br/>
        <w:t>v -0.098058 1.114883 -0.166193</w:t>
        <w:br/>
        <w:t>v -0.088885 1.114837 -0.186747</w:t>
        <w:br/>
        <w:t>v -0.082180 1.137606 -0.179157</w:t>
        <w:br/>
        <w:t>v -0.075065 0.860864 -0.178301</w:t>
        <w:br/>
        <w:t>v -0.083178 0.866242 -0.168092</w:t>
        <w:br/>
        <w:t>v -0.068573 0.853931 -0.161450</w:t>
        <w:br/>
        <w:t>v -0.064476 0.851242 -0.166555</w:t>
        <w:br/>
        <w:t>v -0.060433 1.377630 -0.026396</w:t>
        <w:br/>
        <w:t>v -0.018089 1.505379 0.130434</w:t>
        <w:br/>
        <w:t>v -0.021030 1.518671 0.139229</w:t>
        <w:br/>
        <w:t>v -0.026920 1.517911 0.132963</w:t>
        <w:br/>
        <w:t>v -0.021030 1.518671 0.139229</w:t>
        <w:br/>
        <w:t>v 0.019207 1.497134 0.125917</w:t>
        <w:br/>
        <w:t>v 0.027403 1.534503 0.132109</w:t>
        <w:br/>
        <w:t>v -0.044060 1.550782 0.135041</w:t>
        <w:br/>
        <w:t>v -0.041794 1.533646 0.132684</w:t>
        <w:br/>
        <w:t>v -0.043649 1.534299 0.125827</w:t>
        <w:br/>
        <w:t>v 0.031435 1.534422 0.130850</w:t>
        <w:br/>
        <w:t>v 0.038636 1.534134 0.125237</w:t>
        <w:br/>
        <w:t>v -0.033022 1.513933 0.122287</w:t>
        <w:br/>
        <w:t>v -0.029791 1.514683 0.125261</w:t>
        <w:br/>
        <w:t>v -0.037062 1.425661 0.099980</w:t>
        <w:br/>
        <w:t>v -0.037062 1.425661 0.099980</w:t>
        <w:br/>
        <w:t>v -0.064539 1.488058 0.085874</w:t>
        <w:br/>
        <w:t>v -0.074232 1.488808 0.079986</w:t>
        <w:br/>
        <w:t>v -0.074232 1.488808 0.079986</w:t>
        <w:br/>
        <w:t>v -0.084129 1.526369 0.070233</w:t>
        <w:br/>
        <w:t>v -0.060466 1.482488 0.097058</w:t>
        <w:br/>
        <w:t>v -0.058217 1.481746 0.093649</w:t>
        <w:br/>
        <w:t>v -0.052522 1.489109 0.103647</w:t>
        <w:br/>
        <w:t>v -0.052522 1.489109 0.103647</w:t>
        <w:br/>
        <w:t>v -0.076375 1.489712 0.058848</w:t>
        <w:br/>
        <w:t>v -0.074385 1.490087 0.054760</w:t>
        <w:br/>
        <w:t>v -0.062938 1.488875 0.079051</w:t>
        <w:br/>
        <w:t>v -0.085144 1.489262 0.045146</w:t>
        <w:br/>
        <w:t>v -0.093000 1.532436 0.042441</w:t>
        <w:br/>
        <w:t>v -0.101588 1.536261 0.043972</w:t>
        <w:br/>
        <w:t>v -0.109817 1.502081 0.037165</w:t>
        <w:br/>
        <w:t>v -0.112530 1.505183 0.034967</w:t>
        <w:br/>
        <w:t>v -0.107376 1.503318 0.029245</w:t>
        <w:br/>
        <w:t>v -0.109817 1.502081 0.037165</w:t>
        <w:br/>
        <w:t>v -0.107376 1.503318 0.029245</w:t>
        <w:br/>
        <w:t>v -0.128241 1.500870 0.016629</w:t>
        <w:br/>
        <w:t>v -0.128241 1.500870 0.016629</w:t>
        <w:br/>
        <w:t>v -0.009452 1.511811 0.130489</w:t>
        <w:br/>
        <w:t>v 0.003849 1.500712 0.121268</w:t>
        <w:br/>
        <w:t>v -0.003168 1.497064 0.121018</w:t>
        <w:br/>
        <w:t>v -0.005486 1.497233 0.121955</w:t>
        <w:br/>
        <w:t>v -0.009921 1.498509 0.122503</w:t>
        <w:br/>
        <w:t>v -0.012515 1.499820 0.122148</w:t>
        <w:br/>
        <w:t>v -0.002381 1.497667 0.119243</w:t>
        <w:br/>
        <w:t>v -0.005801 1.496410 0.118233</w:t>
        <w:br/>
        <w:t>v -0.012515 1.499820 0.122148</w:t>
        <w:br/>
        <w:t>v -0.019706 1.492629 0.114786</w:t>
        <w:br/>
        <w:t>v -0.019706 1.492629 0.114786</w:t>
        <w:br/>
        <w:t>v -0.111994 1.523827 0.014156</w:t>
        <w:br/>
        <w:t>v -0.115078 1.524079 0.015913</w:t>
        <w:br/>
        <w:t>v -0.112006 1.525169 0.023447</w:t>
        <w:br/>
        <w:t>v -0.110449 1.526061 0.012270</w:t>
        <w:br/>
        <w:t>v -0.111764 1.529124 0.011538</w:t>
        <w:br/>
        <w:t>v -0.115078 1.524079 0.015913</w:t>
        <w:br/>
        <w:t>v -0.108062 1.537939 0.020518</w:t>
        <w:br/>
        <w:t>v -0.113942 1.531832 0.011945</w:t>
        <w:br/>
        <w:t>v -0.115943 1.523679 0.008997</w:t>
        <w:br/>
        <w:t>v -0.094130 1.536645 0.035726</w:t>
        <w:br/>
        <w:t>v -0.098091 1.532300 0.029958</w:t>
        <w:br/>
        <w:t>v -0.097824 1.535135 0.039945</w:t>
        <w:br/>
        <w:t>v -0.095527 1.541821 0.030161</w:t>
        <w:br/>
        <w:t>v -0.101953 1.546755 0.028026</w:t>
        <w:br/>
        <w:t>v -0.126689 1.527943 -0.002140</w:t>
        <w:br/>
        <w:t>v -0.126689 1.527943 -0.002140</w:t>
        <w:br/>
        <w:t>v -0.124161 1.526308 0.001253</w:t>
        <w:br/>
        <w:t>v -0.126689 1.527943 -0.002140</w:t>
        <w:br/>
        <w:t>v 0.054209 1.481909 0.095986</w:t>
        <w:br/>
        <w:t>v 0.085312 1.544555 0.073334</w:t>
        <w:br/>
        <w:t>v 0.064148 1.540949 0.107833</w:t>
        <w:br/>
        <w:t>v 0.085312 1.544555 0.073334</w:t>
        <w:br/>
        <w:t>v 0.090328 1.517492 0.045333</w:t>
        <w:br/>
        <w:t>v 0.095921 1.521967 0.035749</w:t>
        <w:br/>
        <w:t>v 0.093906 1.526983 0.039293</w:t>
        <w:br/>
        <w:t>v 0.087700 1.522623 0.048667</w:t>
        <w:br/>
        <w:t>v 0.104354 1.520924 0.034966</w:t>
        <w:br/>
        <w:t>v 0.103024 1.523461 0.047632</w:t>
        <w:br/>
        <w:t>v 0.103344 1.525245 0.037608</w:t>
        <w:br/>
        <w:t>v 0.103344 1.525245 0.037608</w:t>
        <w:br/>
        <w:t>v 0.095921 1.521967 0.035749</w:t>
        <w:br/>
        <w:t>v 0.097856 1.517310 0.032070</w:t>
        <w:br/>
        <w:t>v 0.104354 1.520924 0.034966</w:t>
        <w:br/>
        <w:t>v 0.100375 1.518721 0.057546</w:t>
        <w:br/>
        <w:t>v 0.098851 1.523293 0.061830</w:t>
        <w:br/>
        <w:t>v 0.094742 1.514077 0.063502</w:t>
        <w:br/>
        <w:t>v 0.092724 1.518957 0.068444</w:t>
        <w:br/>
        <w:t>v 0.092724 1.518957 0.068444</w:t>
        <w:br/>
        <w:t>v 0.094742 1.514077 0.063502</w:t>
        <w:br/>
        <w:t>v 0.101942 1.500683 0.042934</w:t>
        <w:br/>
        <w:t>v 0.105739 1.505791 0.040083</w:t>
        <w:br/>
        <w:t>v 0.106850 1.503671 0.036151</w:t>
        <w:br/>
        <w:t>v 0.103492 1.498865 0.038234</w:t>
        <w:br/>
        <w:t>v 0.107076 1.511551 0.028019</w:t>
        <w:br/>
        <w:t>v 0.107844 1.509395 0.026028</w:t>
        <w:br/>
        <w:t>v 0.108277 1.507651 0.030880</w:t>
        <w:br/>
        <w:t>v 0.107395 1.510167 0.033793</w:t>
        <w:br/>
        <w:t>v 0.102625 1.508278 0.024779</w:t>
        <w:br/>
        <w:t>v 0.104005 1.506410 0.023292</w:t>
        <w:br/>
        <w:t>v 0.107844 1.509395 0.026028</w:t>
        <w:br/>
        <w:t>v 0.107076 1.511551 0.028019</w:t>
        <w:br/>
        <w:t>v 0.103492 1.498865 0.038234</w:t>
        <w:br/>
        <w:t>v 0.099631 1.503133 0.031052</w:t>
        <w:br/>
        <w:t>v 0.101942 1.500683 0.042934</w:t>
        <w:br/>
        <w:t>v 0.102625 1.508278 0.024779</w:t>
        <w:br/>
        <w:t>v 0.101175 1.510629 0.026567</w:t>
        <w:br/>
        <w:t>v 0.084979 1.542255 0.085676</w:t>
        <w:br/>
        <w:t>v 0.092158 1.544580 0.078067</w:t>
        <w:br/>
        <w:t>v 0.107687 1.496689 0.020501</w:t>
        <w:br/>
        <w:t>v 0.108758 1.500962 0.018362</w:t>
        <w:br/>
        <w:t>v 0.107151 1.502674 0.019876</w:t>
        <w:br/>
        <w:t>v 0.105812 1.497715 0.022243</w:t>
        <w:br/>
        <w:t>v 0.111686 1.502005 0.022792</w:t>
        <w:br/>
        <w:t>v 0.111099 1.499090 0.025557</w:t>
        <w:br/>
        <w:t>v 0.109639 1.500242 0.028717</w:t>
        <w:br/>
        <w:t>v 0.110894 1.503423 0.020203</w:t>
        <w:br/>
        <w:t>v 0.112261 1.501592 0.018321</w:t>
        <w:br/>
        <w:t>v 0.109778 1.505265 0.022066</w:t>
        <w:br/>
        <w:t>v 0.107151 1.502674 0.019876</w:t>
        <w:br/>
        <w:t>v 0.108758 1.500962 0.018362</w:t>
        <w:br/>
        <w:t>v 0.110894 1.503423 0.020203</w:t>
        <w:br/>
        <w:t>v 0.108821 1.495525 0.026474</w:t>
        <w:br/>
        <w:t>v 0.107016 1.496192 0.029761</w:t>
        <w:br/>
        <w:t>v 0.108821 1.495525 0.026474</w:t>
        <w:br/>
        <w:t>v 0.107016 1.496192 0.029761</w:t>
        <w:br/>
        <w:t>v 0.114255 1.497373 0.014179</w:t>
        <w:br/>
        <w:t>v 0.113842 1.495233 0.015440</w:t>
        <w:br/>
        <w:t>v 0.117327 1.496341 0.014987</w:t>
        <w:br/>
        <w:t>v 0.120782 1.496098 0.010740</w:t>
        <w:br/>
        <w:t>v 0.116678 1.495104 0.015181</w:t>
        <w:br/>
        <w:t>v 0.116385 1.496909 0.012986</w:t>
        <w:br/>
        <w:t>v 0.120782 1.496098 0.010740</w:t>
        <w:br/>
        <w:t>v 0.117023 1.497880 0.013535</w:t>
        <w:br/>
        <w:t>v 0.117023 1.497880 0.013535</w:t>
        <w:br/>
        <w:t>v 0.120782 1.496098 0.010740</w:t>
        <w:br/>
        <w:t>v 0.117283 1.497343 0.014284</w:t>
        <w:br/>
        <w:t>v 0.114708 1.494882 0.017524</w:t>
        <w:br/>
        <w:t>v 0.108375 1.501548 0.031820</w:t>
        <w:br/>
        <w:t>v 0.105448 1.497042 0.033168</w:t>
        <w:br/>
        <w:t>v 0.105718 1.504538 0.021341</w:t>
        <w:br/>
        <w:t>v 0.108821 1.507110 0.023911</w:t>
        <w:br/>
        <w:t>v 0.105448 1.497042 0.033168</w:t>
        <w:br/>
        <w:t>v 0.052011 1.426054 0.082957</w:t>
        <w:br/>
        <w:t>v 0.050104 1.430153 0.088963</w:t>
        <w:br/>
        <w:t>v 0.053318 1.427006 0.086249</w:t>
        <w:br/>
        <w:t>v 0.047151 1.431888 0.089534</w:t>
        <w:br/>
        <w:t>v 0.052011 1.426054 0.082957</w:t>
        <w:br/>
        <w:t>v 0.053318 1.427006 0.086249</w:t>
        <w:br/>
        <w:t>v 0.050925 1.438346 0.087141</w:t>
        <w:br/>
        <w:t>v 0.050543 1.435696 0.083209</w:t>
        <w:br/>
        <w:t>v 0.052647 1.441674 0.086079</w:t>
        <w:br/>
        <w:t>v 0.059541 1.433611 0.082606</w:t>
        <w:br/>
        <w:t>v 0.056517 1.430225 0.084356</w:t>
        <w:br/>
        <w:t>v 0.052519 1.433346 0.087391</w:t>
        <w:br/>
        <w:t>v 0.054798 1.436706 0.086015</w:t>
        <w:br/>
        <w:t>v 0.054980 1.429226 0.080429</w:t>
        <w:br/>
        <w:t>v 0.057886 1.432564 0.078184</w:t>
        <w:br/>
        <w:t>v 0.049107 1.435034 0.088239</w:t>
        <w:br/>
        <w:t>v 0.050925 1.438346 0.087141</w:t>
        <w:br/>
        <w:t>v 0.056517 1.430225 0.084356</w:t>
        <w:br/>
        <w:t>v 0.059541 1.433611 0.082606</w:t>
        <w:br/>
        <w:t>v 0.057886 1.432564 0.078184</w:t>
        <w:br/>
        <w:t>v 0.054980 1.429226 0.080429</w:t>
        <w:br/>
        <w:t>v 0.054043 1.445094 0.085081</w:t>
        <w:br/>
        <w:t>v 0.033093 1.414205 0.099980</w:t>
        <w:br/>
        <w:t>v 0.033093 1.414205 0.099980</w:t>
        <w:br/>
        <w:t>v 0.033093 1.414205 0.099980</w:t>
        <w:br/>
        <w:t>v 0.075564 1.507328 0.052439</w:t>
        <w:br/>
        <w:t>v 0.079468 1.459300 0.063768</w:t>
        <w:br/>
        <w:t>v 0.073216 1.459502 0.061253</w:t>
        <w:br/>
        <w:t>v 0.081408 1.457994 0.053280</w:t>
        <w:br/>
        <w:t>v 0.083850 1.458009 0.057743</w:t>
        <w:br/>
        <w:t>v 0.079468 1.459300 0.063768</w:t>
        <w:br/>
        <w:t>v 0.083850 1.458009 0.057743</w:t>
        <w:br/>
        <w:t>v 0.070438 1.435863 0.067990</w:t>
        <w:br/>
        <w:t>v 0.068123 1.436173 0.067161</w:t>
        <w:br/>
        <w:t>v 0.072554 1.435198 0.065887</w:t>
        <w:br/>
        <w:t>v 0.070438 1.435863 0.067990</w:t>
        <w:br/>
        <w:t>v 0.062409 1.424729 0.072637</w:t>
        <w:br/>
        <w:t>v 0.062409 1.424729 0.072637</w:t>
        <w:br/>
        <w:t>v 0.102076 1.545413 0.023466</w:t>
        <w:br/>
        <w:t>v 0.095910 1.556771 0.029465</w:t>
        <w:br/>
        <w:t>v 0.099003 1.533761 0.037803</w:t>
        <w:br/>
        <w:t>v 0.104068 1.535044 0.043614</w:t>
        <w:br/>
        <w:t>v 0.103619 1.527278 0.019117</w:t>
        <w:br/>
        <w:t>v 0.104772 1.531806 0.016315</w:t>
        <w:br/>
        <w:t>v 0.108024 1.536318 0.014948</w:t>
        <w:br/>
        <w:t>v 0.078919 1.430449 0.028048</w:t>
        <w:br/>
        <w:t>v 0.087332 1.428995 0.027658</w:t>
        <w:br/>
        <w:t>v 0.086801 1.418204 0.009654</w:t>
        <w:br/>
        <w:t>v 0.074068 1.406044 0.039618</w:t>
        <w:br/>
        <w:t>v 0.075678 1.411046 0.046562</w:t>
        <w:br/>
        <w:t>v 0.058380 1.374340 0.077713</w:t>
        <w:br/>
        <w:t>v 0.056377 1.368074 0.072416</w:t>
        <w:br/>
        <w:t>v 0.045752 1.354403 0.092235</w:t>
        <w:br/>
        <w:t>v 0.051949 1.351611 0.093430</w:t>
        <w:br/>
        <w:t>v 0.042627 1.342714 0.116960</w:t>
        <w:br/>
        <w:t>v 0.037497 1.344676 0.116237</w:t>
        <w:br/>
        <w:t>v 0.033884 1.326536 0.135523</w:t>
        <w:br/>
        <w:t>v 0.033012 1.323574 0.132658</w:t>
        <w:br/>
        <w:t>v 0.029882 1.327853 0.135346</w:t>
        <w:br/>
        <w:t>v 0.029014 1.324896 0.132483</w:t>
        <w:br/>
        <w:t>v 0.046561 1.277068 0.173795</w:t>
        <w:br/>
        <w:t>v 0.042068 1.277049 0.175229</w:t>
        <w:br/>
        <w:t>v 0.038083 1.275388 0.172828</w:t>
        <w:br/>
        <w:t>v 0.029833 1.261951 0.174179</w:t>
        <w:br/>
        <w:t>v 0.029833 1.261951 0.174179</w:t>
        <w:br/>
        <w:t>v 0.029833 1.261951 0.174179</w:t>
        <w:br/>
        <w:t>v 0.029833 1.261951 0.174179</w:t>
        <w:br/>
        <w:t>v 0.047398 1.263928 0.178589</w:t>
        <w:br/>
        <w:t>v 0.044232 1.263764 0.179493</w:t>
        <w:br/>
        <w:t>v 0.041409 1.262737 0.177673</w:t>
        <w:br/>
        <w:t>v 0.041409 1.262737 0.177673</w:t>
        <w:br/>
        <w:t>v 0.042507 1.261637 0.173173</w:t>
        <w:br/>
        <w:t>v 0.042507 1.261637 0.173173</w:t>
        <w:br/>
        <w:t>v 0.047398 1.263928 0.178589</w:t>
        <w:br/>
        <w:t>v 0.050392 1.237176 0.181059</w:t>
        <w:br/>
        <w:t>v 0.052514 1.223564 0.179944</w:t>
        <w:br/>
        <w:t>v 0.049471 1.237022 0.181247</w:t>
        <w:br/>
        <w:t>v 0.048794 1.236825 0.180608</w:t>
        <w:br/>
        <w:t>v 0.048794 1.236825 0.180608</w:t>
        <w:br/>
        <w:t>v 0.052514 1.223564 0.179944</w:t>
        <w:br/>
        <w:t>v 0.048579 1.236491 0.178754</w:t>
        <w:br/>
        <w:t>v 0.048579 1.236491 0.178754</w:t>
        <w:br/>
        <w:t>v 0.052514 1.223564 0.179944</w:t>
        <w:br/>
        <w:t>v 0.050392 1.237176 0.181059</w:t>
        <w:br/>
        <w:t>v 0.159421 1.256730 -0.058568</w:t>
        <w:br/>
        <w:t>v 0.169897 1.231348 -0.062148</w:t>
        <w:br/>
        <w:t>v 0.158554 1.229275 -0.059405</w:t>
        <w:br/>
        <w:t>v 0.148863 1.254908 -0.055235</w:t>
        <w:br/>
        <w:t>v 0.017320 1.243141 -0.166578</w:t>
        <w:br/>
        <w:t>v 0.076070 1.248333 -0.123536</w:t>
        <w:br/>
        <w:t>v 0.136338 1.253784 -0.094178</w:t>
        <w:br/>
        <w:t>v 0.111875 1.251107 -0.120674</w:t>
        <w:br/>
        <w:t>v 0.154134 1.199242 -0.100934</w:t>
        <w:br/>
        <w:t>v 0.113847 1.195050 -0.102565</w:t>
        <w:br/>
        <w:t>v -0.017320 1.243141 -0.166578</w:t>
        <w:br/>
        <w:t>v -0.076236 1.248433 -0.123795</w:t>
        <w:br/>
        <w:t>v -0.112328 1.252279 -0.121678</w:t>
        <w:br/>
        <w:t>v -0.137255 1.255156 -0.095885</w:t>
        <w:br/>
        <w:t>v -0.115724 1.195475 -0.105281</w:t>
        <w:br/>
        <w:t>v -0.158903 1.203624 -0.108912</w:t>
        <w:br/>
        <w:t>v 0.169201 1.155744 -0.102221</w:t>
        <w:br/>
        <w:t>v 0.103474 1.148290 -0.167345</w:t>
        <w:br/>
        <w:t>v 0.195247 1.167615 -0.067791</w:t>
        <w:br/>
        <w:t>v 0.184054 1.163174 -0.064669</w:t>
        <w:br/>
        <w:t>v 0.040011 1.142747 -0.209392</w:t>
        <w:br/>
        <w:t>v -0.177687 1.162483 -0.116073</w:t>
        <w:br/>
        <w:t>v -0.104405 1.149054 -0.168874</w:t>
        <w:br/>
        <w:t>v -0.204546 1.173495 -0.082480</w:t>
        <w:br/>
        <w:t>v -0.193858 1.167800 -0.079653</w:t>
        <w:br/>
        <w:t>v -0.204546 1.173495 -0.082480</w:t>
        <w:br/>
        <w:t>v -0.195034 1.191125 -0.078095</w:t>
        <w:br/>
        <w:t>v -0.040011 1.142747 -0.209392</w:t>
        <w:br/>
        <w:t>v 0.051009 1.095039 -0.226839</w:t>
        <w:br/>
        <w:t>v 0.116161 1.101263 -0.182202</w:t>
        <w:br/>
        <w:t>v 0.195247 1.167615 -0.067791</w:t>
        <w:br/>
        <w:t>v -0.051009 1.095039 -0.226839</w:t>
        <w:br/>
        <w:t>v -0.117505 1.102301 -0.184385</w:t>
        <w:br/>
        <w:t>v 0.127008 1.054608 -0.193835</w:t>
        <w:br/>
        <w:t>v 0.197591 1.071500 -0.094908</w:t>
        <w:br/>
        <w:t>v 0.127008 1.054608 -0.193835</w:t>
        <w:br/>
        <w:t>v -0.213107 1.080890 -0.119279</w:t>
        <w:br/>
        <w:t>v -0.128805 1.055888 -0.196722</w:t>
        <w:br/>
        <w:t>v 0.208061 1.014473 -0.088308</w:t>
        <w:br/>
        <w:t>v 0.074981 0.987295 -0.252434</w:t>
        <w:br/>
        <w:t>v -0.228158 1.024479 -0.119173</w:t>
        <w:br/>
        <w:t>v -0.074981 0.987295 -0.252434</w:t>
        <w:br/>
        <w:t>v -0.090047 0.991684 -0.224118</w:t>
        <w:br/>
        <w:t>v 0.140551 0.994972 -0.202895</w:t>
        <w:br/>
        <w:t>v 0.146391 1.000377 -0.150618</w:t>
        <w:br/>
        <w:t>v 0.169326 0.943268 -0.120992</w:t>
        <w:br/>
        <w:t>v 0.207385 0.956615 -0.077855</w:t>
        <w:br/>
        <w:t>v 0.115771 0.993513 -0.211664</w:t>
        <w:br/>
        <w:t>v -0.128071 0.994002 -0.205790</w:t>
        <w:br/>
        <w:t>v -0.138488 0.994490 -0.211362</w:t>
        <w:br/>
        <w:t>v -0.150950 1.002133 -0.157452</w:t>
        <w:br/>
        <w:t>v -0.142697 0.996316 -0.206279</w:t>
        <w:br/>
        <w:t>v -0.192553 0.953166 -0.156121</w:t>
        <w:br/>
        <w:t>v -0.232286 0.965943 -0.115098</w:t>
        <w:br/>
        <w:t>v -0.115771 0.993513 -0.211663</w:t>
        <w:br/>
        <w:t>v 0.078887 0.885550 -0.242210</w:t>
        <w:br/>
        <w:t>v 0.110326 0.885058 -0.227959</w:t>
        <w:br/>
        <w:t>v 0.105422 0.887316 -0.204351</w:t>
        <w:br/>
        <w:t>v 0.146167 0.904518 -0.141476</w:t>
        <w:br/>
        <w:t>v 0.175410 0.897460 -0.150733</w:t>
        <w:br/>
        <w:t>v -0.110326 0.885058 -0.227959</w:t>
        <w:br/>
        <w:t>v -0.078887 0.885550 -0.242210</w:t>
        <w:br/>
        <w:t>v -0.105422 0.887316 -0.204351</w:t>
        <w:br/>
        <w:t>v -0.149202 0.905116 -0.145840</w:t>
        <w:br/>
        <w:t>v -0.178492 0.898399 -0.155272</w:t>
        <w:br/>
        <w:t>v 0.073416 0.850115 -0.228912</w:t>
        <w:br/>
        <w:t>v -0.073416 0.850115 -0.228912</w:t>
        <w:br/>
        <w:t>v 0.084741 0.825058 -0.205289</w:t>
        <w:br/>
        <w:t>v 0.082812 0.827261 -0.186997</w:t>
        <w:br/>
        <w:t>v 0.129439 0.827953 -0.123703</w:t>
        <w:br/>
        <w:t>v 0.120525 0.831680 -0.142375</w:t>
        <w:br/>
        <w:t>v 0.122716 0.836683 -0.116650</w:t>
        <w:br/>
        <w:t>v 0.120525 0.831680 -0.142375</w:t>
        <w:br/>
        <w:t>v 0.122716 0.836683 -0.116650</w:t>
        <w:br/>
        <w:t>v 0.129439 0.827953 -0.123703</w:t>
        <w:br/>
        <w:t>v -0.082812 0.827262 -0.186997</w:t>
        <w:br/>
        <w:t>v -0.084741 0.825058 -0.205289</w:t>
        <w:br/>
        <w:t>v -0.124164 0.832020 -0.147484</w:t>
        <w:br/>
        <w:t>v -0.133156 0.828149 -0.128872</w:t>
        <w:br/>
        <w:t>v -0.124164 0.832020 -0.147484</w:t>
        <w:br/>
        <w:t>v -0.126373 0.836750 -0.121696</w:t>
        <w:br/>
        <w:t>v -0.126373 0.836750 -0.121696</w:t>
        <w:br/>
        <w:t>v -0.133156 0.828149 -0.128872</w:t>
        <w:br/>
        <w:t>v 0.055212 0.803353 -0.191244</w:t>
        <w:br/>
        <w:t>v -0.055212 0.803353 -0.191244</w:t>
        <w:br/>
        <w:t>v 0.067237 0.803117 -0.187080</w:t>
        <w:br/>
        <w:t>v -0.067237 0.803117 -0.187080</w:t>
        <w:br/>
        <w:t>v 0.113090 0.923917 -0.179820</w:t>
        <w:br/>
        <w:t>v -0.113090 0.923918 -0.179820</w:t>
        <w:br/>
        <w:t>v 0.101473 1.070001 -0.198001</w:t>
        <w:br/>
        <w:t>v 0.078069 1.069912 -0.193058</w:t>
        <w:br/>
        <w:t>v 0.088538 1.069939 -0.172754</w:t>
        <w:br/>
        <w:t>v 0.078069 1.069912 -0.193058</w:t>
        <w:br/>
        <w:t>v -0.078069 1.069912 -0.193058</w:t>
        <w:br/>
        <w:t>v -0.101473 1.070000 -0.198001</w:t>
        <w:br/>
        <w:t>v -0.088538 1.069939 -0.172754</w:t>
        <w:br/>
        <w:t>v -0.078069 1.069912 -0.193058</w:t>
        <w:br/>
        <w:t>v 0.074684 1.114818 -0.161453</w:t>
        <w:br/>
        <w:t>v 0.098058 1.114883 -0.166193</w:t>
        <w:br/>
        <w:t>v -0.098058 1.114883 -0.166193</w:t>
        <w:br/>
        <w:t>v -0.074684 1.114818 -0.161453</w:t>
        <w:br/>
        <w:t>v 0.052610 0.841621 -0.154808</w:t>
        <w:br/>
        <w:t>v 0.052610 0.841621 -0.154808</w:t>
        <w:br/>
        <w:t>v 0.052610 0.841621 -0.154808</w:t>
        <w:br/>
        <w:t>v -0.052610 0.841621 -0.154808</w:t>
        <w:br/>
        <w:t>v -0.052610 0.841621 -0.154808</w:t>
        <w:br/>
        <w:t>v -0.052610 0.841621 -0.154808</w:t>
        <w:br/>
        <w:t>v 0.075266 0.817497 -0.123204</w:t>
        <w:br/>
        <w:t>v -0.079056 0.817235 -0.128324</w:t>
        <w:br/>
        <w:t>v 0.123855 0.873979 -0.131867</w:t>
        <w:br/>
        <w:t>v 0.116143 0.875290 -0.155868</w:t>
        <w:br/>
        <w:t>v 0.116143 0.875290 -0.155868</w:t>
        <w:br/>
        <w:t>v 0.097122 0.880462 -0.143170</w:t>
        <w:br/>
        <w:t>v 0.123855 0.873979 -0.131867</w:t>
        <w:br/>
        <w:t>v -0.127163 0.874260 -0.136502</w:t>
        <w:br/>
        <w:t>v -0.119382 0.875785 -0.160478</w:t>
        <w:br/>
        <w:t>v -0.100340 0.880660 -0.147655</w:t>
        <w:br/>
        <w:t>v -0.119382 0.875785 -0.160478</w:t>
        <w:br/>
        <w:t>v -0.127163 0.874260 -0.136502</w:t>
        <w:br/>
        <w:t>v 0.136612 0.972124 -0.177164</w:t>
        <w:br/>
        <w:t>v 0.098972 0.977452 -0.156383</w:t>
        <w:br/>
        <w:t>v -0.139025 0.973125 -0.180806</w:t>
        <w:br/>
        <w:t>v -0.100820 0.977787 -0.159030</w:t>
        <w:br/>
        <w:t>v 0.109181 1.123764 -0.157603</w:t>
        <w:br/>
        <w:t>v 0.064639 1.122777 -0.140087</w:t>
        <w:br/>
        <w:t>v -0.064639 1.122777 -0.140087</w:t>
        <w:br/>
        <w:t>v -0.110327 1.124426 -0.159392</w:t>
        <w:br/>
        <w:t>v 0.158465 1.083135 -0.107325</w:t>
        <w:br/>
        <w:t>v 0.187131 1.081797 -0.083515</w:t>
        <w:br/>
        <w:t>v 0.161483 1.084267 -0.087017</w:t>
        <w:br/>
        <w:t>v 0.187131 1.081797 -0.083515</w:t>
        <w:br/>
        <w:t>v -0.169982 1.088437 -0.124872</w:t>
        <w:br/>
        <w:t>v -0.201279 1.088316 -0.105073</w:t>
        <w:br/>
        <w:t>v -0.174403 1.088597 -0.106174</w:t>
        <w:br/>
        <w:t>v -0.201279 1.088316 -0.105073</w:t>
        <w:br/>
        <w:t>v 0.148682 1.124456 -0.105914</w:t>
        <w:br/>
        <w:t>v 0.150244 1.125966 -0.085489</w:t>
        <w:br/>
        <w:t>v -0.160071 1.128976 -0.099968</w:t>
        <w:br/>
        <w:t>v -0.157433 1.128682 -0.119312</w:t>
        <w:br/>
        <w:t>v 0.135440 1.169666 -0.100055</w:t>
        <w:br/>
        <w:t>v 0.166782 1.170902 -0.077719</w:t>
        <w:br/>
        <w:t>v -0.174132 1.174305 -0.088923</w:t>
        <w:br/>
        <w:t>v -0.141622 1.172452 -0.109453</w:t>
        <w:br/>
        <w:t>v 0.124179 1.217005 -0.075988</w:t>
        <w:br/>
        <w:t>v 0.152820 1.218327 -0.073028</w:t>
        <w:br/>
        <w:t>v -0.156310 1.219592 -0.078235</w:t>
        <w:br/>
        <w:t>v -0.127306 1.216871 -0.080238</w:t>
        <w:br/>
        <w:t>v 0.135616 1.263127 -0.065722</w:t>
        <w:br/>
        <w:t>v 0.104373 1.263132 -0.085307</w:t>
        <w:br/>
        <w:t>v -0.104812 1.262806 -0.085803</w:t>
        <w:br/>
        <w:t>v -0.136452 1.262865 -0.066785</w:t>
        <w:br/>
        <w:t>v 0.138393 1.304785 -0.047912</w:t>
        <w:br/>
        <w:t>v 0.131472 1.303590 -0.069399</w:t>
        <w:br/>
        <w:t>v 0.137680 1.279326 -0.050202</w:t>
        <w:br/>
        <w:t>v 0.149190 1.280976 -0.053700</w:t>
        <w:br/>
        <w:t>v 0.118734 1.302672 -0.083927</w:t>
        <w:br/>
        <w:t>v 0.118734 1.302672 -0.083927</w:t>
        <w:br/>
        <w:t>v 0.125912 1.303160 -0.049672</w:t>
        <w:br/>
        <w:t>v 0.007069 1.292872 -0.143811</w:t>
        <w:br/>
        <w:t>v -0.138091 1.304220 -0.047314</w:t>
        <w:br/>
        <w:t>v -0.131059 1.303496 -0.068800</w:t>
        <w:br/>
        <w:t>v -0.126779 1.302375 -0.043468</w:t>
        <w:br/>
        <w:t>v -0.124103 1.302281 -0.047952</w:t>
        <w:br/>
        <w:t>v -0.118291 1.302728 -0.083337</w:t>
        <w:br/>
        <w:t>v -0.118291 1.302728 -0.083337</w:t>
        <w:br/>
        <w:t>v -0.007069 1.292872 -0.143810</w:t>
        <w:br/>
        <w:t>v 0.080699 1.304408 -0.073028</w:t>
        <w:br/>
        <w:t>v 0.048122 1.303372 -0.101412</w:t>
        <w:br/>
        <w:t>v 0.088515 1.306733 -0.075211</w:t>
        <w:br/>
        <w:t>v 0.091065 1.305215 -0.054264</w:t>
        <w:br/>
        <w:t>v 0.080699 1.304408 -0.073028</w:t>
        <w:br/>
        <w:t>v -0.048122 1.303373 -0.101412</w:t>
        <w:br/>
        <w:t>v -0.080528 1.304061 -0.072680</w:t>
        <w:br/>
        <w:t>v -0.090780 1.304212 -0.053545</w:t>
        <w:br/>
        <w:t>v -0.088110 1.306137 -0.074460</w:t>
        <w:br/>
        <w:t>v -0.080528 1.304061 -0.072680</w:t>
        <w:br/>
        <w:t>v 0.106050 1.354943 -0.027573</w:t>
        <w:br/>
        <w:t>v 0.117039 1.355631 -0.032573</w:t>
        <w:br/>
        <w:t>v -0.117039 1.355631 -0.032573</w:t>
        <w:br/>
        <w:t>v -0.105031 1.354787 -0.027651</w:t>
        <w:br/>
        <w:t>v 0.072795 1.352109 -0.062583</w:t>
        <w:br/>
        <w:t>v 0.099040 1.353647 -0.042441</w:t>
        <w:br/>
        <w:t>v 0.003527 1.350687 -0.059985</w:t>
        <w:br/>
        <w:t>v 0.043990 1.350377 -0.041214</w:t>
        <w:br/>
        <w:t>v -0.099040 1.353647 -0.042441</w:t>
        <w:br/>
        <w:t>v -0.072795 1.352109 -0.062583</w:t>
        <w:br/>
        <w:t>v -0.003527 1.350688 -0.059985</w:t>
        <w:br/>
        <w:t>v -0.033814 1.351097 -0.080733</w:t>
        <w:br/>
        <w:t>v 0.205030 0.952912 -0.024008</w:t>
        <w:br/>
        <w:t>v -0.233157 0.956823 -0.063915</w:t>
        <w:br/>
        <w:t>v -0.022582 1.503520 0.118776</w:t>
        <w:br/>
        <w:t>v -0.053694 1.537563 0.122111</w:t>
        <w:br/>
        <w:t>v -0.053569 1.526855 0.112130</w:t>
        <w:br/>
        <w:t>v -0.057640 1.527601 0.112991</w:t>
        <w:br/>
        <w:t>v -0.049429 1.552224 0.127980</w:t>
        <w:br/>
        <w:t>v -0.040045 1.550919 0.123261</w:t>
        <w:br/>
        <w:t>v -0.056349 1.557172 0.102619</w:t>
        <w:br/>
        <w:t>v -0.091169 1.545222 0.077021</w:t>
        <w:br/>
        <w:t>v -0.084314 1.542853 0.085642</w:t>
        <w:br/>
        <w:t>v -0.100567 1.543190 0.050172</w:t>
        <w:br/>
        <w:t>v -0.103535 1.536272 0.044555</w:t>
        <w:br/>
        <w:t>v -0.077241 1.565333 0.075740</w:t>
        <w:br/>
        <w:t>v -0.078005 1.561444 0.096236</w:t>
        <w:br/>
        <w:t>v -0.075249 1.563157 0.077796</w:t>
        <w:br/>
        <w:t>v -0.097535 1.550436 0.055105</w:t>
        <w:br/>
        <w:t>v -0.084124 1.572163 0.039481</w:t>
        <w:br/>
        <w:t>v 0.091039 1.567145 0.064420</w:t>
        <w:br/>
        <w:t>v 0.078545 1.566433 0.059837</w:t>
        <w:br/>
        <w:t>v 0.078545 1.566433 0.059837</w:t>
        <w:br/>
        <w:t>v 0.079518 1.560933 0.094652</w:t>
        <w:br/>
        <w:t>v 0.070447 1.562718 0.080675</w:t>
        <w:br/>
        <w:t>v 0.053744 1.539428 0.120876</w:t>
        <w:br/>
        <w:t>v 0.048375 1.552316 0.127542</w:t>
        <w:br/>
        <w:t>v 0.046987 1.539007 0.116507</w:t>
        <w:br/>
        <w:t>v 0.061780 1.556332 0.104777</w:t>
        <w:br/>
        <w:t>v 0.057912 1.529804 0.111627</w:t>
        <w:br/>
        <w:t>v 0.063780 1.531753 0.096716</w:t>
        <w:br/>
        <w:t>v 0.093676 1.570565 0.051796</w:t>
        <w:br/>
        <w:t>v 0.091039 1.567145 0.064420</w:t>
        <w:br/>
        <w:t>v 0.093345 1.573421 0.040466</w:t>
        <w:br/>
        <w:t>v 0.032498 1.567585 0.121844</w:t>
        <w:br/>
        <w:t>v 0.042723 1.567811 0.130200</w:t>
        <w:br/>
        <w:t>v 0.042011 1.569307 0.112012</w:t>
        <w:br/>
        <w:t>v 0.032498 1.567585 0.121844</w:t>
        <w:br/>
        <w:t>v 0.056811 1.573614 0.107134</w:t>
        <w:br/>
        <w:t>v 0.056811 1.573614 0.107134</w:t>
        <w:br/>
        <w:t>v 0.056777 1.571445 0.118166</w:t>
        <w:br/>
        <w:t>v -0.034649 1.566878 0.122268</w:t>
        <w:br/>
        <w:t>v -0.047174 1.560077 0.129360</w:t>
        <w:br/>
        <w:t>v -0.051474 1.573449 0.103933</w:t>
        <w:br/>
        <w:t>v -0.057397 1.571732 0.117937</w:t>
        <w:br/>
        <w:t>v -0.051474 1.573449 0.103933</w:t>
        <w:br/>
        <w:t>v -0.055305 1.577929 0.093190</w:t>
        <w:br/>
        <w:t>v -0.070755 1.580973 0.082966</w:t>
        <w:br/>
        <w:t>v -0.070755 1.580973 0.082966</w:t>
        <w:br/>
        <w:t>v 0.100691 1.352846 -0.071870</w:t>
        <w:br/>
        <w:t>v -0.100691 1.352846 -0.071870</w:t>
        <w:br/>
        <w:t>v 0.056711 1.401494 -0.049965</w:t>
        <w:br/>
        <w:t>v 0.046183 1.403592 -0.012036</w:t>
        <w:br/>
        <w:t>v 0.056711 1.401494 -0.049965</w:t>
        <w:br/>
        <w:t>v 0.084211 1.402802 -0.024122</w:t>
        <w:br/>
        <w:t>v -0.046183 1.403592 -0.012036</w:t>
        <w:br/>
        <w:t>v -0.056711 1.401494 -0.049965</w:t>
        <w:br/>
        <w:t>v -0.056711 1.401494 -0.049965</w:t>
        <w:br/>
        <w:t>v -0.069726 1.403038 -0.018680</w:t>
        <w:br/>
        <w:t>v -0.084211 1.402802 -0.024123</w:t>
        <w:br/>
        <w:t>v -0.046183 1.403592 -0.012036</w:t>
        <w:br/>
        <w:t>v 0.070938 1.443797 -0.038575</w:t>
        <w:br/>
        <w:t>v 0.082263 1.445851 -0.000273</w:t>
        <w:br/>
        <w:t>v -0.082263 1.445851 -0.000273</w:t>
        <w:br/>
        <w:t>v -0.070938 1.443797 -0.038575</w:t>
        <w:br/>
        <w:t>v 0.032680 1.448996 0.020184</w:t>
        <w:br/>
        <w:t>v 0.076187 1.477443 0.009053</w:t>
        <w:br/>
        <w:t>v 0.088895 1.479074 -0.002981</w:t>
        <w:br/>
        <w:t>v 0.028003 1.482543 -0.083188</w:t>
        <w:br/>
        <w:t>v 0.000000 1.482749 -0.087432</w:t>
        <w:br/>
        <w:t>v -0.088863 1.479074 -0.002571</w:t>
        <w:br/>
        <w:t>v -0.076187 1.477443 0.009053</w:t>
        <w:br/>
        <w:t>v -0.028003 1.482543 -0.083188</w:t>
        <w:br/>
        <w:t>v 0.089857 1.584630 0.025159</w:t>
        <w:br/>
        <w:t>v 0.091405 1.588109 0.003846</w:t>
        <w:br/>
        <w:t>v -0.089857 1.584630 0.025159</w:t>
        <w:br/>
        <w:t>v -0.091404 1.588109 0.003846</w:t>
        <w:br/>
        <w:t>v 0.067707 1.632252 0.014444</w:t>
        <w:br/>
        <w:t>v 0.061098 1.613627 0.064108</w:t>
        <w:br/>
        <w:t>v -0.067707 1.632252 0.014444</w:t>
        <w:br/>
        <w:t>v -0.046938 1.630844 -0.041707</w:t>
        <w:br/>
        <w:t>v -0.061098 1.613627 0.064108</w:t>
        <w:br/>
        <w:t>v 0.046112 1.640506 0.054380</w:t>
        <w:br/>
        <w:t>v -0.046112 1.640506 0.054380</w:t>
        <w:br/>
        <w:t>v 0.034030 1.645990 -0.025655</w:t>
        <w:br/>
        <w:t>v 0.045686 1.645618 -0.013297</w:t>
        <w:br/>
        <w:t>v -0.063086 1.485178 0.087324</w:t>
        <w:br/>
        <w:t>v -0.069119 1.485493 0.089846</w:t>
        <w:br/>
        <w:t>v -0.071725 1.490141 0.089335</w:t>
        <w:br/>
        <w:t>v -0.064539 1.488058 0.085874</w:t>
        <w:br/>
        <w:t>v -0.070275 1.484062 0.083363</w:t>
        <w:br/>
        <w:t>v -0.063086 1.485178 0.087324</w:t>
        <w:br/>
        <w:t>v -0.070275 1.484062 0.083363</w:t>
        <w:br/>
        <w:t>v -0.069119 1.485493 0.089846</w:t>
        <w:br/>
        <w:t>v -0.120196 1.524498 0.003976</w:t>
        <w:br/>
        <w:t>v -0.123289 1.525758 0.000880</w:t>
        <w:br/>
        <w:t>v -0.081656 1.585999 0.064299</w:t>
        <w:br/>
        <w:t>v 0.100639 1.542248 0.049981</w:t>
        <w:br/>
        <w:t>v 0.078545 1.566433 0.059837</w:t>
        <w:br/>
        <w:t>v 0.082813 1.547208 0.051885</w:t>
        <w:br/>
        <w:t>v 0.091761 1.548862 0.052174</w:t>
        <w:br/>
        <w:t>v 0.083063 1.533931 0.042819</w:t>
        <w:br/>
        <w:t>v 0.103000 1.525527 -0.017146</w:t>
        <w:br/>
        <w:t>v 0.087937 1.535145 -0.012301</w:t>
        <w:br/>
        <w:t>v 0.102469 1.518766 -0.022875</w:t>
        <w:br/>
        <w:t>v 0.089029 1.497889 -0.048823</w:t>
        <w:br/>
        <w:t>v 0.088211 1.491723 -0.056818</w:t>
        <w:br/>
        <w:t>v 0.085620 1.475813 -0.047253</w:t>
        <w:br/>
        <w:t>v 0.077882 1.488848 -0.071023</w:t>
        <w:br/>
        <w:t>v 0.066451 1.460814 -0.085772</w:t>
        <w:br/>
        <w:t>v 0.066451 1.460814 -0.085772</w:t>
        <w:br/>
        <w:t>v 0.049874 1.452986 -0.090327</w:t>
        <w:br/>
        <w:t>v -0.013696 1.454231 -0.104794</w:t>
        <w:br/>
        <w:t>v -0.030576 1.442875 -0.108184</w:t>
        <w:br/>
        <w:t>v -0.041429 1.446345 -0.100032</w:t>
        <w:br/>
        <w:t>v -0.041429 1.446345 -0.100032</w:t>
        <w:br/>
        <w:t>v -0.040119 1.465978 -0.098210</w:t>
        <w:br/>
        <w:t>v -0.065365 1.461134 -0.085494</w:t>
        <w:br/>
        <w:t>v -0.056988 1.474956 -0.087838</w:t>
        <w:br/>
        <w:t>v -0.061427 1.464913 -0.087208</w:t>
        <w:br/>
        <w:t>v -0.077882 1.488849 -0.071023</w:t>
        <w:br/>
        <w:t>v -0.101377 1.493792 -0.033446</w:t>
        <w:br/>
        <w:t>v -0.095535 1.500300 -0.034044</w:t>
        <w:br/>
        <w:t>v -0.099990 1.535011 0.000598</w:t>
        <w:br/>
        <w:t>v -0.088905 1.535298 -0.010733</w:t>
        <w:br/>
        <w:t>v -0.160824 1.257081 -0.060610</w:t>
        <w:br/>
        <w:t>v -0.149458 1.280651 -0.053961</w:t>
        <w:br/>
        <w:t>v -0.138063 1.278505 -0.050383</w:t>
        <w:br/>
        <w:t>v -0.149854 1.254600 -0.057275</w:t>
        <w:br/>
        <w:t>v -0.185521 1.208754 -0.073711</w:t>
        <w:br/>
        <w:t>v -0.173173 1.232918 -0.067160</w:t>
        <w:br/>
        <w:t>v -0.162026 1.229930 -0.064397</w:t>
        <w:br/>
        <w:t>v 0.179862 1.205526 -0.064884</w:t>
        <w:br/>
        <w:t>v 0.187446 1.186520 -0.066173</w:t>
        <w:br/>
        <w:t>v 0.127929 1.303245 -0.044067</w:t>
        <w:br/>
        <w:t>v 0.220277 1.106612 -0.070565</w:t>
        <w:br/>
        <w:t>v -0.053645 1.521471 0.105449</w:t>
        <w:br/>
        <w:t>v -0.050015 1.522673 0.108334</w:t>
        <w:br/>
        <w:t>v -0.049813 1.521890 0.108304</w:t>
        <w:br/>
        <w:t>v -0.053393 1.520860 0.105420</w:t>
        <w:br/>
        <w:t>v -0.059245 1.518244 0.098577</w:t>
        <w:br/>
        <w:t>v -0.059110 1.517999 0.098574</w:t>
        <w:br/>
        <w:t>v -0.061348 1.516724 0.096059</w:t>
        <w:br/>
        <w:t>v -0.042464 1.522952 0.112324</w:t>
        <w:br/>
        <w:t>v -0.046736 1.522480 0.110250</w:t>
        <w:br/>
        <w:t>v -0.046933 1.523293 0.110265</w:t>
        <w:br/>
        <w:t>v -0.042479 1.523700 0.112423</w:t>
        <w:br/>
        <w:t>v -0.030456 1.521377 0.114824</w:t>
        <w:br/>
        <w:t>v -0.030728 1.520463 0.114212</w:t>
        <w:br/>
        <w:t>v -0.034277 1.521669 0.113871</w:t>
        <w:br/>
        <w:t>v -0.034169 1.522582 0.114436</w:t>
        <w:br/>
        <w:t>v -0.025059 1.517031 0.114259</w:t>
        <w:br/>
        <w:t>v -0.024778 1.517482 0.114498</w:t>
        <w:br/>
        <w:t>v -0.022705 1.515351 0.114464</w:t>
        <w:br/>
        <w:t>v -0.037739 1.523305 0.113747</w:t>
        <w:br/>
        <w:t>v -0.037854 1.522462 0.113312</w:t>
        <w:br/>
        <w:t>v 0.053393 1.520859 0.105420</w:t>
        <w:br/>
        <w:t>v 0.053645 1.521471 0.105449</w:t>
        <w:br/>
        <w:t>v 0.057058 1.519624 0.101236</w:t>
        <w:br/>
        <w:t>v 0.056833 1.519199 0.101238</w:t>
        <w:br/>
        <w:t>v -0.028178 1.519019 0.114160</w:t>
        <w:br/>
        <w:t>v -0.027702 1.519775 0.114631</w:t>
        <w:br/>
        <w:t>v -0.049625 1.495472 0.099611</w:t>
        <w:br/>
        <w:t>v -0.048600 1.496265 0.099056</w:t>
        <w:br/>
        <w:t>v -0.047960 1.496013 0.098974</w:t>
        <w:br/>
        <w:t>v -0.049230 1.495282 0.099662</w:t>
        <w:br/>
        <w:t>v -0.048871 1.496245 0.098299</w:t>
        <w:br/>
        <w:t>v -0.048600 1.496265 0.099056</w:t>
        <w:br/>
        <w:t>v -0.049625 1.495472 0.099611</w:t>
        <w:br/>
        <w:t>v -0.049825 1.495484 0.099071</w:t>
        <w:br/>
        <w:t>v -0.050429 1.494243 0.099491</w:t>
        <w:br/>
        <w:t>v -0.050429 1.494243 0.099491</w:t>
        <w:br/>
        <w:t>v -0.047960 1.496013 0.098974</w:t>
        <w:br/>
        <w:t>v -0.045758 1.495000 0.100094</w:t>
        <w:br/>
        <w:t>v -0.046516 1.494803 0.100745</w:t>
        <w:br/>
        <w:t>v -0.046877 1.494918 0.100803</w:t>
        <w:br/>
        <w:t>v -0.046259 1.495281 0.100216</w:t>
        <w:br/>
        <w:t>v -0.046877 1.494918 0.100803</w:t>
        <w:br/>
        <w:t>v -0.047056 1.494905 0.100375</w:t>
        <w:br/>
        <w:t>v -0.046585 1.495281 0.099605</w:t>
        <w:br/>
        <w:t>v -0.046259 1.495281 0.100216</w:t>
        <w:br/>
        <w:t>v -0.047543 1.493936 0.101005</w:t>
        <w:br/>
        <w:t>v -0.047543 1.493936 0.101005</w:t>
        <w:br/>
        <w:t>v 0.046736 1.522480 0.110250</w:t>
        <w:br/>
        <w:t>v 0.042464 1.522952 0.112324</w:t>
        <w:br/>
        <w:t>v 0.042480 1.523700 0.112423</w:t>
        <w:br/>
        <w:t>v 0.046933 1.523292 0.110265</w:t>
        <w:br/>
        <w:t>v 0.059110 1.517999 0.098574</w:t>
        <w:br/>
        <w:t>v 0.059245 1.518244 0.098577</w:t>
        <w:br/>
        <w:t>v 0.061347 1.516723 0.096059</w:t>
        <w:br/>
        <w:t>v 0.034278 1.521669 0.113871</w:t>
        <w:br/>
        <w:t>v 0.030728 1.520463 0.114212</w:t>
        <w:br/>
        <w:t>v 0.030456 1.521377 0.114824</w:t>
        <w:br/>
        <w:t>v 0.034169 1.522582 0.114436</w:t>
        <w:br/>
        <w:t>v 0.049814 1.521890 0.108304</w:t>
        <w:br/>
        <w:t>v 0.050016 1.522672 0.108334</w:t>
        <w:br/>
        <w:t>v 0.024778 1.517482 0.114498</w:t>
        <w:br/>
        <w:t>v 0.025060 1.517031 0.114259</w:t>
        <w:br/>
        <w:t>v 0.022705 1.515351 0.114464</w:t>
        <w:br/>
        <w:t>v 0.037740 1.523305 0.113747</w:t>
        <w:br/>
        <w:t>v 0.037855 1.522461 0.113312</w:t>
        <w:br/>
        <w:t>v 0.028178 1.519019 0.114160</w:t>
        <w:br/>
        <w:t>v 0.027702 1.519775 0.114631</w:t>
        <w:br/>
        <w:t>v 0.048626 1.496265 0.099056</w:t>
        <w:br/>
        <w:t>v 0.049651 1.495472 0.099611</w:t>
        <w:br/>
        <w:t>v 0.049256 1.495282 0.099662</w:t>
        <w:br/>
        <w:t>v 0.047986 1.496013 0.098974</w:t>
        <w:br/>
        <w:t>v 0.048626 1.496265 0.099056</w:t>
        <w:br/>
        <w:t>v 0.048897 1.496245 0.098299</w:t>
        <w:br/>
        <w:t>v 0.049851 1.495484 0.099071</w:t>
        <w:br/>
        <w:t>v 0.049651 1.495472 0.099611</w:t>
        <w:br/>
        <w:t>v 0.050455 1.494243 0.099491</w:t>
        <w:br/>
        <w:t>v 0.050455 1.494243 0.099491</w:t>
        <w:br/>
        <w:t>v 0.047986 1.496013 0.098974</w:t>
        <w:br/>
        <w:t>v 0.046516 1.494803 0.100745</w:t>
        <w:br/>
        <w:t>v 0.045758 1.495000 0.100094</w:t>
        <w:br/>
        <w:t>v 0.046259 1.495283 0.100216</w:t>
        <w:br/>
        <w:t>v 0.046878 1.494918 0.100803</w:t>
        <w:br/>
        <w:t>v 0.046259 1.495283 0.100216</w:t>
        <w:br/>
        <w:t>v 0.046585 1.495281 0.099605</w:t>
        <w:br/>
        <w:t>v 0.047056 1.494905 0.100375</w:t>
        <w:br/>
        <w:t>v 0.046878 1.494918 0.100803</w:t>
        <w:br/>
        <w:t>v 0.047543 1.493936 0.101005</w:t>
        <w:br/>
        <w:t>v 0.047543 1.493936 0.101005</w:t>
        <w:br/>
        <w:t>v 0.045758 1.495000 0.100094</w:t>
        <w:br/>
        <w:t>v 0.018248 1.530227 0.120981</w:t>
        <w:br/>
        <w:t>v 0.015069 1.529504 0.121317</w:t>
        <w:br/>
        <w:t>v 0.018114 1.530614 0.122012</w:t>
        <w:br/>
        <w:t>v 0.018114 1.530614 0.122012</w:t>
        <w:br/>
        <w:t>v 0.017976 1.530967 0.121316</w:t>
        <w:br/>
        <w:t>v 0.022395 1.532804 0.120825</w:t>
        <w:br/>
        <w:t>v 0.022464 1.532157 0.121987</w:t>
        <w:br/>
        <w:t>v 0.022464 1.532157 0.121987</w:t>
        <w:br/>
        <w:t>v 0.022653 1.531332 0.120171</w:t>
        <w:br/>
        <w:t>v 0.028395 1.533562 0.120970</w:t>
        <w:br/>
        <w:t>v 0.028185 1.534532 0.119512</w:t>
        <w:br/>
        <w:t>v 0.028395 1.533562 0.120970</w:t>
        <w:br/>
        <w:t>v 0.028564 1.532488 0.119134</w:t>
        <w:br/>
        <w:t>v 0.034825 1.535603 0.117777</w:t>
        <w:br/>
        <w:t>v 0.034973 1.534561 0.119266</w:t>
        <w:br/>
        <w:t>v 0.035075 1.533426 0.117499</w:t>
        <w:br/>
        <w:t>v 0.034973 1.534561 0.119266</w:t>
        <w:br/>
        <w:t>v 0.041939 1.536385 0.115197</w:t>
        <w:br/>
        <w:t>v 0.041955 1.535236 0.116452</w:t>
        <w:br/>
        <w:t>v 0.041955 1.535236 0.116452</w:t>
        <w:br/>
        <w:t>v 0.041963 1.534183 0.115166</w:t>
        <w:br/>
        <w:t>v 0.048320 1.535356 0.113003</w:t>
        <w:br/>
        <w:t>v 0.048339 1.536323 0.111762</w:t>
        <w:br/>
        <w:t>v 0.054591 1.535086 0.108159</w:t>
        <w:br/>
        <w:t>v 0.054590 1.535809 0.106725</w:t>
        <w:br/>
        <w:t>v 0.054591 1.535086 0.108159</w:t>
        <w:br/>
        <w:t>v 0.059731 1.534677 0.103343</w:t>
        <w:br/>
        <w:t>v 0.059681 1.534266 0.102356</w:t>
        <w:br/>
        <w:t>v 0.054560 1.534528 0.107053</w:t>
        <w:br/>
        <w:t>v 0.059715 1.535006 0.101788</w:t>
        <w:br/>
        <w:t>v 0.059731 1.534677 0.103343</w:t>
        <w:br/>
        <w:t>v 0.063358 1.534164 0.095425</w:t>
        <w:br/>
        <w:t>v 0.063358 1.534164 0.095425</w:t>
        <w:br/>
        <w:t>v 0.048313 1.534592 0.111705</w:t>
        <w:br/>
        <w:t>v 0.048320 1.535356 0.113003</w:t>
        <w:br/>
        <w:t>v 0.015069 1.529504 0.121317</w:t>
        <w:br/>
        <w:t>v -0.015069 1.529504 0.121317</w:t>
        <w:br/>
        <w:t>v -0.018247 1.530227 0.120981</w:t>
        <w:br/>
        <w:t>v -0.018114 1.530614 0.122012</w:t>
        <w:br/>
        <w:t>v -0.022464 1.532157 0.121987</w:t>
        <w:br/>
        <w:t>v -0.022395 1.532804 0.120825</w:t>
        <w:br/>
        <w:t>v -0.017975 1.530967 0.121316</w:t>
        <w:br/>
        <w:t>v -0.018114 1.530614 0.122012</w:t>
        <w:br/>
        <w:t>v -0.022652 1.531332 0.120171</w:t>
        <w:br/>
        <w:t>v -0.022464 1.532157 0.121987</w:t>
        <w:br/>
        <w:t>v -0.028185 1.534532 0.119512</w:t>
        <w:br/>
        <w:t>v -0.028395 1.533562 0.120970</w:t>
        <w:br/>
        <w:t>v -0.028564 1.532488 0.119134</w:t>
        <w:br/>
        <w:t>v -0.028395 1.533562 0.120970</w:t>
        <w:br/>
        <w:t>v -0.034973 1.534562 0.119266</w:t>
        <w:br/>
        <w:t>v -0.034824 1.535603 0.117777</w:t>
        <w:br/>
        <w:t>v -0.035075 1.533426 0.117499</w:t>
        <w:br/>
        <w:t>v -0.034973 1.534562 0.119266</w:t>
        <w:br/>
        <w:t>v -0.041955 1.535236 0.116452</w:t>
        <w:br/>
        <w:t>v -0.041939 1.536385 0.115197</w:t>
        <w:br/>
        <w:t>v -0.041963 1.534183 0.115166</w:t>
        <w:br/>
        <w:t>v -0.041955 1.535236 0.116452</w:t>
        <w:br/>
        <w:t>v -0.048340 1.536323 0.111762</w:t>
        <w:br/>
        <w:t>v -0.048320 1.535356 0.113003</w:t>
        <w:br/>
        <w:t>v -0.054590 1.535809 0.106725</w:t>
        <w:br/>
        <w:t>v -0.054591 1.535086 0.108159</w:t>
        <w:br/>
        <w:t>v -0.054559 1.534528 0.107053</w:t>
        <w:br/>
        <w:t>v -0.059681 1.534266 0.102356</w:t>
        <w:br/>
        <w:t>v -0.059731 1.534677 0.103343</w:t>
        <w:br/>
        <w:t>v -0.054591 1.535086 0.108159</w:t>
        <w:br/>
        <w:t>v -0.059715 1.535006 0.101788</w:t>
        <w:br/>
        <w:t>v -0.059731 1.534677 0.103343</w:t>
        <w:br/>
        <w:t>v -0.063358 1.534164 0.095425</w:t>
        <w:br/>
        <w:t>v -0.063358 1.534164 0.095425</w:t>
        <w:br/>
        <w:t>v -0.048313 1.534592 0.111705</w:t>
        <w:br/>
        <w:t>v -0.048320 1.535356 0.113003</w:t>
        <w:br/>
        <w:t>v -0.015069 1.529504 0.121317</w:t>
        <w:br/>
        <w:t>v 0.027893 1.496383 0.104095</w:t>
        <w:br/>
        <w:t>v 0.031051 1.495731 0.103235</w:t>
        <w:br/>
        <w:t>v 0.031295 1.495745 0.103796</w:t>
        <w:br/>
        <w:t>v 0.031123 1.495322 0.104059</w:t>
        <w:br/>
        <w:t>v 0.031295 1.495745 0.103796</w:t>
        <w:br/>
        <w:t>v 0.036039 1.495358 0.103141</w:t>
        <w:br/>
        <w:t>v 0.035905 1.494816 0.103280</w:t>
        <w:br/>
        <w:t>v 0.035939 1.495431 0.102536</w:t>
        <w:br/>
        <w:t>v 0.040004 1.495316 0.101996</w:t>
        <w:br/>
        <w:t>v 0.040258 1.495180 0.102460</w:t>
        <w:br/>
        <w:t>v 0.036039 1.495358 0.103141</w:t>
        <w:br/>
        <w:t>v 0.040258 1.495180 0.102460</w:t>
        <w:br/>
        <w:t>v 0.040131 1.494755 0.102387</w:t>
        <w:br/>
        <w:t>v 0.043775 1.495067 0.100972</w:t>
        <w:br/>
        <w:t>v 0.043775 1.495067 0.100972</w:t>
        <w:br/>
        <w:t>v 0.027893 1.496383 0.104095</w:t>
        <w:br/>
        <w:t>v -0.031051 1.495731 0.103468</w:t>
        <w:br/>
        <w:t>v -0.027893 1.496383 0.104095</w:t>
        <w:br/>
        <w:t>v -0.031294 1.495745 0.103796</w:t>
        <w:br/>
        <w:t>v -0.031294 1.495745 0.103796</w:t>
        <w:br/>
        <w:t>v -0.031123 1.495322 0.104059</w:t>
        <w:br/>
        <w:t>v -0.035905 1.494816 0.103280</w:t>
        <w:br/>
        <w:t>v -0.036038 1.495358 0.103141</w:t>
        <w:br/>
        <w:t>v -0.040258 1.495180 0.102460</w:t>
        <w:br/>
        <w:t>v -0.040004 1.495316 0.101996</w:t>
        <w:br/>
        <w:t>v -0.035939 1.495431 0.102536</w:t>
        <w:br/>
        <w:t>v -0.036038 1.495358 0.103141</w:t>
        <w:br/>
        <w:t>v -0.040131 1.494755 0.102387</w:t>
        <w:br/>
        <w:t>v -0.040258 1.495180 0.102460</w:t>
        <w:br/>
        <w:t>v -0.043775 1.495067 0.100972</w:t>
        <w:br/>
        <w:t>v -0.043775 1.495067 0.100972</w:t>
        <w:br/>
        <w:t>v -0.027893 1.496383 0.104095</w:t>
        <w:br/>
        <w:t>v -0.030762 1.517880 0.104385</w:t>
        <w:br/>
        <w:t>v -0.028424 1.514767 0.103724</w:t>
        <w:br/>
        <w:t>v -0.028749 1.514605 0.104426</w:t>
        <w:br/>
        <w:t>v -0.031068 1.517697 0.105076</w:t>
        <w:br/>
        <w:t>v -0.034417 1.519820 0.105215</w:t>
        <w:br/>
        <w:t>v -0.038015 1.520754 0.104431</w:t>
        <w:br/>
        <w:t>v -0.037790 1.520985 0.103738</w:t>
        <w:br/>
        <w:t>v -0.034142 1.520040 0.104531</w:t>
        <w:br/>
        <w:t>v -0.027296 1.511301 0.103158</w:t>
        <w:br/>
        <w:t>v -0.027668 1.511171 0.103867</w:t>
        <w:br/>
        <w:t>v -0.031502 1.517209 0.105306</w:t>
        <w:br/>
        <w:t>v -0.034726 1.519172 0.105417</w:t>
        <w:br/>
        <w:t>v -0.029291 1.514238 0.104706</w:t>
        <w:br/>
        <w:t>v -0.038141 1.520057 0.104673</w:t>
        <w:br/>
        <w:t>v -0.041442 1.520569 0.103344</w:t>
        <w:br/>
        <w:t>v -0.041263 1.520803 0.102637</w:t>
        <w:br/>
        <w:t>v -0.028370 1.510933 0.104171</w:t>
        <w:br/>
        <w:t>v -0.044362 1.519209 0.102046</w:t>
        <w:br/>
        <w:t>v -0.044226 1.519430 0.101317</w:t>
        <w:br/>
        <w:t>v -0.041407 1.519866 0.103643</w:t>
        <w:br/>
        <w:t>v -0.044201 1.518555 0.102413</w:t>
        <w:br/>
        <w:t>v -0.046603 1.516970 0.100237</w:t>
        <w:br/>
        <w:t>v -0.046500 1.517169 0.099484</w:t>
        <w:br/>
        <w:t>v -0.046330 1.516415 0.100691</w:t>
        <w:br/>
        <w:t>v -0.048115 1.514031 0.098564</w:t>
        <w:br/>
        <w:t>v -0.048041 1.514203 0.097789</w:t>
        <w:br/>
        <w:t>v -0.047764 1.513624 0.099126</w:t>
        <w:br/>
        <w:t>v -0.044201 1.518555 0.102413</w:t>
        <w:br/>
        <w:t>v -0.043647 1.517774 0.101714</w:t>
        <w:br/>
        <w:t>v -0.045651 1.515773 0.100142</w:t>
        <w:br/>
        <w:t>v -0.046330 1.516415 0.100691</w:t>
        <w:br/>
        <w:t>v -0.038141 1.520057 0.104673</w:t>
        <w:br/>
        <w:t>v -0.037940 1.519209 0.103824</w:t>
        <w:br/>
        <w:t>v -0.041005 1.519014 0.102860</w:t>
        <w:br/>
        <w:t>v -0.041407 1.519866 0.103643</w:t>
        <w:br/>
        <w:t>v -0.027355 1.507400 0.103089</w:t>
        <w:br/>
        <w:t>v -0.028109 1.507363 0.103436</w:t>
        <w:br/>
        <w:t>v -0.034768 1.518386 0.104513</w:t>
        <w:br/>
        <w:t>v -0.034726 1.519172 0.105417</w:t>
        <w:br/>
        <w:t>v -0.036389 1.516392 0.102624</w:t>
        <w:br/>
        <w:t>v -0.041286 1.516064 0.101136</w:t>
        <w:br/>
        <w:t>v -0.031726 1.516652 0.104451</w:t>
        <w:br/>
        <w:t>v -0.031502 1.517209 0.105306</w:t>
        <w:br/>
        <w:t>v -0.029291 1.514238 0.104706</w:t>
        <w:br/>
        <w:t>v -0.029689 1.513863 0.103929</w:t>
        <w:br/>
        <w:t>v -0.042246 1.512787 0.099603</w:t>
        <w:br/>
        <w:t>v -0.047003 1.513191 0.098729</w:t>
        <w:br/>
        <w:t>v -0.034936 1.513230 0.101709</w:t>
        <w:br/>
        <w:t>v -0.042748 1.509766 0.098580</w:t>
        <w:br/>
        <w:t>v -0.033846 1.510095 0.101123</w:t>
        <w:br/>
        <w:t>v -0.028966 1.510726 0.103425</w:t>
        <w:br/>
        <w:t>v -0.028370 1.510933 0.104171</w:t>
        <w:br/>
        <w:t>v -0.028109 1.507363 0.103436</w:t>
        <w:br/>
        <w:t>v -0.028751 1.507411 0.102749</w:t>
        <w:br/>
        <w:t>v -0.047703 1.510202 0.097910</w:t>
        <w:br/>
        <w:t>v -0.026953 1.507467 0.102371</w:t>
        <w:br/>
        <w:t>v -0.027523 1.503629 0.101935</w:t>
        <w:br/>
        <w:t>v -0.027900 1.503631 0.102661</w:t>
        <w:br/>
        <w:t>v -0.028553 1.503789 0.103031</w:t>
        <w:br/>
        <w:t>v -0.029070 1.500173 0.101584</w:t>
        <w:br/>
        <w:t>v -0.029413 1.500233 0.102308</w:t>
        <w:br/>
        <w:t>v -0.033712 1.506903 0.100540</w:t>
        <w:br/>
        <w:t>v -0.042571 1.506667 0.098248</w:t>
        <w:br/>
        <w:t>v -0.032331 1.497252 0.102054</w:t>
        <w:br/>
        <w:t>v -0.032005 1.497169 0.101333</w:t>
        <w:br/>
        <w:t>v -0.035324 1.495689 0.100752</w:t>
        <w:br/>
        <w:t>v -0.035608 1.495764 0.101476</w:t>
        <w:br/>
        <w:t>v -0.029958 1.500569 0.102668</w:t>
        <w:br/>
        <w:t>v -0.032818 1.497669 0.102388</w:t>
        <w:br/>
        <w:t>v -0.035943 1.496170 0.101825</w:t>
        <w:br/>
        <w:t>v -0.045727 1.499729 0.098882</w:t>
        <w:br/>
        <w:t>v -0.045155 1.500279 0.098423</w:t>
        <w:br/>
        <w:t>v -0.042718 1.497663 0.099442</w:t>
        <w:br/>
        <w:t>v -0.043121 1.497123 0.100042</w:t>
        <w:br/>
        <w:t>v -0.032818 1.497669 0.102388</w:t>
        <w:br/>
        <w:t>v -0.033101 1.498278 0.101650</w:t>
        <w:br/>
        <w:t>v -0.030324 1.501054 0.101989</w:t>
        <w:br/>
        <w:t>v -0.029958 1.500569 0.102668</w:t>
        <w:br/>
        <w:t>v -0.029055 1.504063 0.102370</w:t>
        <w:br/>
        <w:t>v -0.028553 1.503789 0.103031</w:t>
        <w:br/>
        <w:t>v -0.035943 1.496170 0.101825</w:t>
        <w:br/>
        <w:t>v -0.036024 1.496795 0.101107</w:t>
        <w:br/>
        <w:t>v -0.035047 1.500031 0.100487</w:t>
        <w:br/>
        <w:t>v -0.034276 1.503737 0.100275</w:t>
        <w:br/>
        <w:t>v -0.041956 1.503584 0.098472</w:t>
        <w:br/>
        <w:t>v -0.047532 1.507057 0.097683</w:t>
        <w:br/>
        <w:t>v -0.041044 1.499720 0.099016</w:t>
        <w:br/>
        <w:t>v -0.039511 1.496714 0.100369</w:t>
        <w:br/>
        <w:t>v -0.046671 1.503326 0.097875</w:t>
        <w:br/>
        <w:t>v -0.039657 1.496140 0.101044</w:t>
        <w:br/>
        <w:t>v -0.039497 1.495786 0.100663</w:t>
        <w:br/>
        <w:t>v -0.039657 1.496140 0.101044</w:t>
        <w:br/>
        <w:t>v -0.043159 1.496787 0.099600</w:t>
        <w:br/>
        <w:t>v -0.043121 1.497123 0.100042</w:t>
        <w:br/>
        <w:t>v -0.045914 1.499355 0.098361</w:t>
        <w:br/>
        <w:t>v -0.045727 1.499729 0.098882</w:t>
        <w:br/>
        <w:t>v -0.047702 1.502826 0.097616</w:t>
        <w:br/>
        <w:t>v -0.047390 1.503021 0.098218</w:t>
        <w:br/>
        <w:t>v -0.047390 1.503021 0.098218</w:t>
        <w:br/>
        <w:t>v -0.048397 1.507008 0.097954</w:t>
        <w:br/>
        <w:t>v -0.048828 1.507029 0.097296</w:t>
        <w:br/>
        <w:t>v -0.048397 1.507008 0.097954</w:t>
        <w:br/>
        <w:t>v -0.048873 1.510625 0.097590</w:t>
        <w:br/>
        <w:t>v -0.048499 1.510401 0.098222</w:t>
        <w:br/>
        <w:t>v -0.048499 1.510401 0.098222</w:t>
        <w:br/>
        <w:t>v -0.047764 1.513624 0.099126</w:t>
        <w:br/>
        <w:t>v 0.028749 1.514606 0.104426</w:t>
        <w:br/>
        <w:t>v 0.028424 1.514767 0.103724</w:t>
        <w:br/>
        <w:t>v 0.030762 1.517880 0.104385</w:t>
        <w:br/>
        <w:t>v 0.031068 1.517697 0.105076</w:t>
        <w:br/>
        <w:t>v 0.037790 1.520985 0.103738</w:t>
        <w:br/>
        <w:t>v 0.038015 1.520754 0.104431</w:t>
        <w:br/>
        <w:t>v 0.034417 1.519820 0.105215</w:t>
        <w:br/>
        <w:t>v 0.034142 1.520041 0.104531</w:t>
        <w:br/>
        <w:t>v 0.027668 1.511172 0.103867</w:t>
        <w:br/>
        <w:t>v 0.027296 1.511301 0.103158</w:t>
        <w:br/>
        <w:t>v 0.034726 1.519172 0.105417</w:t>
        <w:br/>
        <w:t>v 0.031502 1.517209 0.105306</w:t>
        <w:br/>
        <w:t>v 0.029291 1.514239 0.104706</w:t>
        <w:br/>
        <w:t>v 0.038142 1.520057 0.104673</w:t>
        <w:br/>
        <w:t>v 0.041442 1.520569 0.103344</w:t>
        <w:br/>
        <w:t>v 0.041263 1.520803 0.102637</w:t>
        <w:br/>
        <w:t>v 0.028370 1.510933 0.104171</w:t>
        <w:br/>
        <w:t>v 0.044226 1.519431 0.101317</w:t>
        <w:br/>
        <w:t>v 0.044362 1.519209 0.102046</w:t>
        <w:br/>
        <w:t>v 0.041407 1.519867 0.103643</w:t>
        <w:br/>
        <w:t>v 0.044201 1.518555 0.102413</w:t>
        <w:br/>
        <w:t>v 0.046500 1.517170 0.099484</w:t>
        <w:br/>
        <w:t>v 0.046603 1.516970 0.100237</w:t>
        <w:br/>
        <w:t>v 0.046330 1.516415 0.100691</w:t>
        <w:br/>
        <w:t>v 0.048041 1.514203 0.097789</w:t>
        <w:br/>
        <w:t>v 0.048115 1.514031 0.098564</w:t>
        <w:br/>
        <w:t>v 0.047765 1.513624 0.099126</w:t>
        <w:br/>
        <w:t>v 0.045651 1.515773 0.100142</w:t>
        <w:br/>
        <w:t>v 0.043647 1.517774 0.101714</w:t>
        <w:br/>
        <w:t>v 0.044201 1.518555 0.102413</w:t>
        <w:br/>
        <w:t>v 0.046330 1.516415 0.100691</w:t>
        <w:br/>
        <w:t>v 0.041005 1.519015 0.102860</w:t>
        <w:br/>
        <w:t>v 0.037940 1.519209 0.103824</w:t>
        <w:br/>
        <w:t>v 0.038142 1.520057 0.104673</w:t>
        <w:br/>
        <w:t>v 0.041407 1.519867 0.103643</w:t>
        <w:br/>
        <w:t>v 0.027355 1.507400 0.103089</w:t>
        <w:br/>
        <w:t>v 0.028109 1.507364 0.103436</w:t>
        <w:br/>
        <w:t>v 0.034768 1.518386 0.104513</w:t>
        <w:br/>
        <w:t>v 0.034726 1.519172 0.105417</w:t>
        <w:br/>
        <w:t>v 0.036389 1.516392 0.102624</w:t>
        <w:br/>
        <w:t>v 0.041286 1.516064 0.101136</w:t>
        <w:br/>
        <w:t>v 0.031727 1.516652 0.104451</w:t>
        <w:br/>
        <w:t>v 0.031502 1.517209 0.105306</w:t>
        <w:br/>
        <w:t>v 0.029291 1.514239 0.104706</w:t>
        <w:br/>
        <w:t>v 0.029689 1.513863 0.103929</w:t>
        <w:br/>
        <w:t>v 0.047003 1.513191 0.098729</w:t>
        <w:br/>
        <w:t>v 0.042246 1.512787 0.099603</w:t>
        <w:br/>
        <w:t>v 0.034936 1.513230 0.101709</w:t>
        <w:br/>
        <w:t>v 0.042748 1.509766 0.098580</w:t>
        <w:br/>
        <w:t>v 0.033846 1.510095 0.101123</w:t>
        <w:br/>
        <w:t>v 0.028966 1.510726 0.103425</w:t>
        <w:br/>
        <w:t>v 0.028370 1.510933 0.104171</w:t>
        <w:br/>
        <w:t>v 0.028751 1.507411 0.102749</w:t>
        <w:br/>
        <w:t>v 0.028109 1.507364 0.103436</w:t>
        <w:br/>
        <w:t>v 0.047703 1.510202 0.097910</w:t>
        <w:br/>
        <w:t>v 0.026953 1.507467 0.102371</w:t>
        <w:br/>
        <w:t>v 0.027523 1.503629 0.101935</w:t>
        <w:br/>
        <w:t>v 0.027900 1.503632 0.102661</w:t>
        <w:br/>
        <w:t>v 0.028553 1.503789 0.103031</w:t>
        <w:br/>
        <w:t>v 0.029413 1.500233 0.102308</w:t>
        <w:br/>
        <w:t>v 0.029070 1.500173 0.101584</w:t>
        <w:br/>
        <w:t>v 0.042571 1.506667 0.098248</w:t>
        <w:br/>
        <w:t>v 0.033712 1.506903 0.100540</w:t>
        <w:br/>
        <w:t>v 0.032331 1.497252 0.102054</w:t>
        <w:br/>
        <w:t>v 0.032005 1.497169 0.101333</w:t>
        <w:br/>
        <w:t>v 0.035608 1.495764 0.101476</w:t>
        <w:br/>
        <w:t>v 0.035324 1.495689 0.100752</w:t>
        <w:br/>
        <w:t>v 0.029958 1.500569 0.102668</w:t>
        <w:br/>
        <w:t>v 0.032818 1.497669 0.102389</w:t>
        <w:br/>
        <w:t>v 0.035943 1.496170 0.101825</w:t>
        <w:br/>
        <w:t>v 0.042718 1.497663 0.099442</w:t>
        <w:br/>
        <w:t>v 0.045155 1.500279 0.098423</w:t>
        <w:br/>
        <w:t>v 0.045727 1.499729 0.098882</w:t>
        <w:br/>
        <w:t>v 0.043121 1.497124 0.100042</w:t>
        <w:br/>
        <w:t>v 0.030324 1.501054 0.101989</w:t>
        <w:br/>
        <w:t>v 0.033101 1.498278 0.101650</w:t>
        <w:br/>
        <w:t>v 0.032818 1.497669 0.102389</w:t>
        <w:br/>
        <w:t>v 0.029958 1.500569 0.102668</w:t>
        <w:br/>
        <w:t>v 0.029055 1.504063 0.102370</w:t>
        <w:br/>
        <w:t>v 0.028553 1.503789 0.103031</w:t>
        <w:br/>
        <w:t>v 0.036024 1.496795 0.101107</w:t>
        <w:br/>
        <w:t>v 0.035943 1.496170 0.101825</w:t>
        <w:br/>
        <w:t>v 0.034276 1.503738 0.100275</w:t>
        <w:br/>
        <w:t>v 0.035047 1.500031 0.100487</w:t>
        <w:br/>
        <w:t>v 0.041956 1.503584 0.098473</w:t>
        <w:br/>
        <w:t>v 0.047532 1.507057 0.097683</w:t>
        <w:br/>
        <w:t>v 0.041044 1.499720 0.099016</w:t>
        <w:br/>
        <w:t>v 0.039511 1.496714 0.100369</w:t>
        <w:br/>
        <w:t>v 0.046671 1.503326 0.097875</w:t>
        <w:br/>
        <w:t>v 0.039657 1.496140 0.101045</w:t>
        <w:br/>
        <w:t>v 0.039657 1.496140 0.101045</w:t>
        <w:br/>
        <w:t>v 0.039497 1.495786 0.100663</w:t>
        <w:br/>
        <w:t>v 0.043121 1.497124 0.100042</w:t>
        <w:br/>
        <w:t>v 0.043159 1.496787 0.099600</w:t>
        <w:br/>
        <w:t>v 0.045727 1.499729 0.098882</w:t>
        <w:br/>
        <w:t>v 0.045914 1.499355 0.098361</w:t>
        <w:br/>
        <w:t>v 0.047390 1.503021 0.098218</w:t>
        <w:br/>
        <w:t>v 0.047702 1.502826 0.097616</w:t>
        <w:br/>
        <w:t>v 0.047390 1.503021 0.098218</w:t>
        <w:br/>
        <w:t>v 0.048397 1.507008 0.097954</w:t>
        <w:br/>
        <w:t>v 0.048828 1.507029 0.097296</w:t>
        <w:br/>
        <w:t>v 0.048397 1.507008 0.097954</w:t>
        <w:br/>
        <w:t>v 0.048873 1.510625 0.097590</w:t>
        <w:br/>
        <w:t>v 0.048499 1.510401 0.098222</w:t>
        <w:br/>
        <w:t>v 0.048499 1.510401 0.098222</w:t>
        <w:br/>
        <w:t>v 0.047765 1.513624 0.099126</w:t>
        <w:br/>
        <w:t>v -0.047095 1.511856 0.099272</w:t>
        <w:br/>
        <w:t>v -0.046101 1.511700 0.099824</w:t>
        <w:br/>
        <w:t>v -0.047320 1.511155 0.099214</w:t>
        <w:br/>
        <w:t>v -0.047253 1.510522 0.099214</w:t>
        <w:br/>
        <w:t>v -0.046606 1.512529 0.099386</w:t>
        <w:br/>
        <w:t>v -0.046034 1.511104 0.099817</w:t>
        <w:br/>
        <w:t>v -0.046899 1.510045 0.099270</w:t>
        <w:br/>
        <w:t>v -0.046303 1.509781 0.099369</w:t>
        <w:br/>
        <w:t>v -0.045629 1.512346 0.099939</w:t>
        <w:br/>
        <w:t>v -0.045914 1.513090 0.099548</w:t>
        <w:br/>
        <w:t>v -0.045459 1.510854 0.099917</w:t>
        <w:br/>
        <w:t>v -0.045538 1.509774 0.099505</w:t>
        <w:br/>
        <w:t>v -0.044946 1.511862 0.100162</w:t>
        <w:br/>
        <w:t>v -0.044850 1.510961 0.100033</w:t>
        <w:br/>
        <w:t>v -0.044700 1.510009 0.099662</w:t>
        <w:br/>
        <w:t>v -0.045053 1.512694 0.100069</w:t>
        <w:br/>
        <w:t>v -0.045105 1.513489 0.099733</w:t>
        <w:br/>
        <w:t>v -0.044273 1.511333 0.100153</w:t>
        <w:br/>
        <w:t>v -0.043887 1.510466 0.099824</w:t>
        <w:br/>
        <w:t>v -0.043199 1.511079 0.099968</w:t>
        <w:br/>
        <w:t>v -0.044447 1.512796 0.100190</w:t>
        <w:br/>
        <w:t>v -0.044274 1.513694 0.099910</w:t>
        <w:br/>
        <w:t>v -0.043518 1.513684 0.100050</w:t>
        <w:br/>
        <w:t>v -0.043805 1.511992 0.100268</w:t>
        <w:br/>
        <w:t>v -0.042718 1.511776 0.100081</w:t>
        <w:br/>
        <w:t>v -0.042502 1.512459 0.100150</w:t>
        <w:br/>
        <w:t>v -0.043874 1.512565 0.100285</w:t>
        <w:br/>
        <w:t>v -0.042929 1.513466 0.100139</w:t>
        <w:br/>
        <w:t>v -0.042575 1.513043 0.100171</w:t>
        <w:br/>
        <w:t>v 0.030250 1.512002 0.103756</w:t>
        <w:br/>
        <w:t>v 0.031384 1.511797 0.103826</w:t>
        <w:br/>
        <w:t>v 0.030017 1.511306 0.103790</w:t>
        <w:br/>
        <w:t>v 0.030074 1.510674 0.103754</w:t>
        <w:br/>
        <w:t>v 0.030746 1.512664 0.103659</w:t>
        <w:br/>
        <w:t>v 0.031437 1.511202 0.103784</w:t>
        <w:br/>
        <w:t>v 0.030414 1.510192 0.103646</w:t>
        <w:br/>
        <w:t>v 0.030993 1.509920 0.103476</w:t>
        <w:br/>
        <w:t>v 0.031863 1.512433 0.103737</w:t>
        <w:br/>
        <w:t>v 0.031444 1.513211 0.103516</w:t>
        <w:br/>
        <w:t>v 0.031998 1.510943 0.103623</w:t>
        <w:br/>
        <w:t>v 0.031743 1.509901 0.103271</w:t>
        <w:br/>
        <w:t>v 0.032572 1.511929 0.103639</w:t>
        <w:br/>
        <w:t>v 0.032598 1.511040 0.103469</w:t>
        <w:br/>
        <w:t>v 0.032569 1.510122 0.103057</w:t>
        <w:br/>
        <w:t>v 0.032442 1.512769 0.103612</w:t>
        <w:br/>
        <w:t>v 0.032256 1.513593 0.103342</w:t>
        <w:br/>
        <w:t>v 0.033174 1.511401 0.103335</w:t>
        <w:br/>
        <w:t>v 0.033376 1.510564 0.102860</w:t>
        <w:br/>
        <w:t>v 0.034063 1.511164 0.102704</w:t>
        <w:br/>
        <w:t>v 0.033042 1.512861 0.103463</w:t>
        <w:br/>
        <w:t>v 0.033083 1.513782 0.103148</w:t>
        <w:br/>
        <w:t>v 0.033827 1.513760 0.102951</w:t>
        <w:br/>
        <w:t>v 0.033650 1.512050 0.103247</w:t>
        <w:br/>
        <w:t>v 0.034550 1.511851 0.102609</w:t>
        <w:br/>
        <w:t>v 0.034780 1.512527 0.102588</w:t>
        <w:br/>
        <w:t>v 0.033599 1.512621 0.103300</w:t>
        <w:br/>
        <w:t>v 0.034396 1.513534 0.102776</w:t>
        <w:br/>
        <w:t>v 0.034726 1.513108 0.102647</w:t>
        <w:br/>
        <w:t>v -0.010467 1.454932 0.109695</w:t>
        <w:br/>
        <w:t>v -0.009516 1.454117 0.109702</w:t>
        <w:br/>
        <w:t>v -0.010419 1.453504 0.108728</w:t>
        <w:br/>
        <w:t>v -0.011422 1.453932 0.108713</w:t>
        <w:br/>
        <w:t>v -0.010474 1.453964 0.106543</w:t>
        <w:br/>
        <w:t>v -0.010313 1.452802 0.106384</w:t>
        <w:br/>
        <w:t>v -0.009556 1.452948 0.107923</w:t>
        <w:br/>
        <w:t>v -0.009627 1.453283 0.107969</w:t>
        <w:br/>
        <w:t>v -0.009175 1.453040 0.108889</w:t>
        <w:br/>
        <w:t>v -0.009805 1.452933 0.108674</w:t>
        <w:br/>
        <w:t>v -0.009714 1.453194 0.108801</w:t>
        <w:br/>
        <w:t>v -0.009174 1.453021 0.108888</w:t>
        <w:br/>
        <w:t>v 0.000000 1.464285 0.088804</w:t>
        <w:br/>
        <w:t>v 0.000002 1.460961 0.083299</w:t>
        <w:br/>
        <w:t>v -0.005454 1.460719 0.084289</w:t>
        <w:br/>
        <w:t>v -0.005336 1.463508 0.089323</w:t>
        <w:br/>
        <w:t>v -0.009687 1.459677 0.086617</w:t>
        <w:br/>
        <w:t>v -0.009588 1.461740 0.090695</w:t>
        <w:br/>
        <w:t>v -0.012381 1.459506 0.091668</w:t>
        <w:br/>
        <w:t>v -0.011525 1.458143 0.087889</w:t>
        <w:br/>
        <w:t>v -0.010344 1.456447 0.086601</w:t>
        <w:br/>
        <w:t>v -0.011992 1.456452 0.088403</w:t>
        <w:br/>
        <w:t>v -0.013088 1.456410 0.092246</w:t>
        <w:br/>
        <w:t>v -0.009845 1.453322 0.087542</w:t>
        <w:br/>
        <w:t>v -0.011526 1.454857 0.088276</w:t>
        <w:br/>
        <w:t>v -0.012443 1.453629 0.091989</w:t>
        <w:br/>
        <w:t>v -0.010110 1.451183 0.091382</w:t>
        <w:br/>
        <w:t>v -0.005458 1.449763 0.090736</w:t>
        <w:br/>
        <w:t>v -0.005647 1.451806 0.085823</w:t>
        <w:br/>
        <w:t>v 0.000007 1.449468 0.090524</w:t>
        <w:br/>
        <w:t>v 0.000004 1.451412 0.085338</w:t>
        <w:br/>
        <w:t>v -0.009548 1.555443 0.124116</w:t>
        <w:br/>
        <w:t>v -0.009639 1.574152 0.119246</w:t>
        <w:br/>
        <w:t>v 0.000000 1.573430 0.119768</w:t>
        <w:br/>
        <w:t>v 0.000000 1.555058 0.124609</w:t>
        <w:br/>
        <w:t>v 0.000000 1.541251 0.124051</w:t>
        <w:br/>
        <w:t>v -0.009192 1.541338 0.123732</w:t>
        <w:br/>
        <w:t>v 0.000000 1.528775 0.122269</w:t>
        <w:br/>
        <w:t>v -0.008813 1.529055 0.121879</w:t>
        <w:br/>
        <w:t>v -0.008167 1.523377 0.120559</w:t>
        <w:br/>
        <w:t>v 0.000000 1.523755 0.120725</w:t>
        <w:br/>
        <w:t>v -0.017603 1.541419 0.122584</w:t>
        <w:br/>
        <w:t>v -0.017127 1.529124 0.120751</w:t>
        <w:br/>
        <w:t>v -0.015150 1.522942 0.119363</w:t>
        <w:br/>
        <w:t>v 0.000000 1.518347 0.118803</w:t>
        <w:br/>
        <w:t>v -0.006706 1.518301 0.118472</w:t>
        <w:br/>
        <w:t>v -0.018117 1.556176 0.123239</w:t>
        <w:br/>
        <w:t>v 0.000000 1.512910 0.116692</w:t>
        <w:br/>
        <w:t>v -0.005935 1.512635 0.116417</w:t>
        <w:br/>
        <w:t>v 0.000000 1.507315 0.115619</w:t>
        <w:br/>
        <w:t>v -0.005007 1.507124 0.115199</w:t>
        <w:br/>
        <w:t>v -0.004486 1.502239 0.114858</w:t>
        <w:br/>
        <w:t>v 0.000000 1.502338 0.115353</w:t>
        <w:br/>
        <w:t>v -0.008820 1.506393 0.113946</w:t>
        <w:br/>
        <w:t>v -0.010235 1.511634 0.115127</w:t>
        <w:br/>
        <w:t>v -0.012242 1.517496 0.117116</w:t>
        <w:br/>
        <w:t>v -0.008146 1.501666 0.113504</w:t>
        <w:br/>
        <w:t>v -0.014301 1.509676 0.111840</w:t>
        <w:br/>
        <w:t>v -0.018260 1.515242 0.113869</w:t>
        <w:br/>
        <w:t>v -0.013239 1.505095 0.111321</w:t>
        <w:br/>
        <w:t>v -0.025275 1.520681 0.115581</w:t>
        <w:br/>
        <w:t>v -0.012486 1.500394 0.110468</w:t>
        <w:br/>
        <w:t>v -0.017343 1.508032 0.110307</w:t>
        <w:br/>
        <w:t>v -0.021274 1.512987 0.111707</w:t>
        <w:br/>
        <w:t>v -0.026067 1.529149 0.118984</w:t>
        <w:br/>
        <w:t>v -0.026196 1.516213 0.112617</w:t>
        <w:br/>
        <w:t>v -0.017827 1.498674 0.107610</w:t>
        <w:br/>
        <w:t>v -0.016817 1.501433 0.108233</w:t>
        <w:br/>
        <w:t>v -0.026374 1.541587 0.120700</w:t>
        <w:br/>
        <w:t>v -0.019087 1.507078 0.108013</w:t>
        <w:br/>
        <w:t>v -0.022686 1.511436 0.109230</w:t>
        <w:br/>
        <w:t>v -0.026451 1.557152 0.120955</w:t>
        <w:br/>
        <w:t>v -0.026859 1.514737 0.110070</w:t>
        <w:br/>
        <w:t>v -0.017986 1.574530 0.118084</w:t>
        <w:br/>
        <w:t>v -0.009467 1.590556 0.111482</w:t>
        <w:br/>
        <w:t>v 0.000000 1.590273 0.111842</w:t>
        <w:br/>
        <w:t>v -0.009757 1.606051 0.103273</w:t>
        <w:br/>
        <w:t>v 0.000000 1.606141 0.104570</w:t>
        <w:br/>
        <w:t>v -0.019965 1.589956 0.110082</w:t>
        <w:br/>
        <w:t>v -0.020384 1.605508 0.100743</w:t>
        <w:br/>
        <w:t>v -0.032158 1.589557 0.105518</w:t>
        <w:br/>
        <w:t>v -0.032416 1.604696 0.095718</w:t>
        <w:br/>
        <w:t>v -0.025987 1.575005 0.115191</w:t>
        <w:br/>
        <w:t>v -0.042634 1.588291 0.098005</w:t>
        <w:br/>
        <w:t>v -0.041833 1.603160 0.088475</w:t>
        <w:br/>
        <w:t>v -0.034228 1.575286 0.112129</w:t>
        <w:br/>
        <w:t>v -0.035143 1.558333 0.116724</w:t>
        <w:br/>
        <w:t>v -0.042980 1.574494 0.107003</w:t>
        <w:br/>
        <w:t>v -0.050370 1.585783 0.091420</w:t>
        <w:br/>
        <w:t>v -0.049808 1.600313 0.078803</w:t>
        <w:br/>
        <w:t>v -0.050905 1.572362 0.100955</w:t>
        <w:br/>
        <w:t>v -0.042966 1.559270 0.113301</w:t>
        <w:br/>
        <w:t>v -0.050136 1.558702 0.107547</w:t>
        <w:br/>
        <w:t>v -0.056553 1.581761 0.081321</w:t>
        <w:br/>
        <w:t>v -0.056672 1.594226 0.066133</w:t>
        <w:br/>
        <w:t>v -0.056973 1.568602 0.092174</w:t>
        <w:br/>
        <w:t>v -0.064186 1.573943 0.066967</w:t>
        <w:br/>
        <w:t>v -0.063845 1.585998 0.053611</w:t>
        <w:br/>
        <w:t>v -0.063005 1.563134 0.079093</w:t>
        <w:br/>
        <w:t>v -0.068939 1.563530 0.053436</w:t>
        <w:br/>
        <w:t>v -0.069872 1.572334 0.041073</w:t>
        <w:br/>
        <w:t>v -0.067716 1.553865 0.065045</w:t>
        <w:br/>
        <w:t>v -0.072360 1.550102 0.042863</w:t>
        <w:br/>
        <w:t>v -0.074136 1.556306 0.030510</w:t>
        <w:br/>
        <w:t>v -0.070895 1.542853 0.057432</w:t>
        <w:br/>
        <w:t>v -0.074269 1.540101 0.022498</w:t>
        <w:br/>
        <w:t>v -0.072042 1.536085 0.034257</w:t>
        <w:br/>
        <w:t>v -0.069352 1.530232 0.053621</w:t>
        <w:br/>
        <w:t>v -0.070157 1.522508 0.029020</w:t>
        <w:br/>
        <w:t>v -0.071636 1.524627 0.017188</w:t>
        <w:br/>
        <w:t>v -0.068341 1.518211 0.053373</w:t>
        <w:br/>
        <w:t>v -0.066902 1.509067 0.018928</w:t>
        <w:br/>
        <w:t>v -0.065606 1.506284 0.013476</w:t>
        <w:br/>
        <w:t>v -0.066173 1.506981 0.025791</w:t>
        <w:br/>
        <w:t>v -0.068031 1.535197 0.071813</w:t>
        <w:br/>
        <w:t>v -0.065572 1.543133 0.079691</w:t>
        <w:br/>
        <w:t>v -0.065059 1.508470 0.054419</w:t>
        <w:br/>
        <w:t>v -0.066440 1.523021 0.071168</w:t>
        <w:br/>
        <w:t>v -0.060809 1.551510 0.090699</w:t>
        <w:br/>
        <w:t>v -0.064944 1.527063 0.082834</w:t>
        <w:br/>
        <w:t>v -0.063004 1.533227 0.090500</w:t>
        <w:br/>
        <w:t>v -0.056345 1.556451 0.100893</w:t>
        <w:br/>
        <w:t>v -0.058998 1.538220 0.098405</w:t>
        <w:br/>
        <w:t>v -0.054235 1.541138 0.104985</w:t>
        <w:br/>
        <w:t>v -0.049059 1.542608 0.110316</w:t>
        <w:br/>
        <w:t>v -0.042728 1.542887 0.114739</w:t>
        <w:br/>
        <w:t>v -0.035011 1.542246 0.117933</w:t>
        <w:br/>
        <w:t>v -0.047909 1.531759 0.111182</w:t>
        <w:br/>
        <w:t>v -0.052645 1.530431 0.107215</w:t>
        <w:br/>
        <w:t>v -0.042101 1.532054 0.114691</w:t>
        <w:br/>
        <w:t>v -0.056568 1.527946 0.102972</w:t>
        <w:br/>
        <w:t>v -0.059959 1.523600 0.097445</w:t>
        <w:br/>
        <w:t>v -0.034635 1.531086 0.116809</w:t>
        <w:br/>
        <w:t>v -0.040967 1.524835 0.113344</w:t>
        <w:br/>
        <w:t>v -0.046111 1.524355 0.110628</w:t>
        <w:br/>
        <w:t>v -0.033442 1.523411 0.114801</w:t>
        <w:br/>
        <w:t>v -0.032797 1.518367 0.112471</w:t>
        <w:br/>
        <w:t>v -0.039431 1.519415 0.111231</w:t>
        <w:br/>
        <w:t>v -0.044154 1.518856 0.109812</w:t>
        <w:br/>
        <w:t>v -0.050307 1.523368 0.108082</w:t>
        <w:br/>
        <w:t>v -0.048203 1.517867 0.107859</w:t>
        <w:br/>
        <w:t>v -0.053927 1.521071 0.104337</w:t>
        <w:br/>
        <w:t>v -0.051335 1.516417 0.105436</w:t>
        <w:br/>
        <w:t>v -0.043377 1.516965 0.108588</w:t>
        <w:br/>
        <w:t>v -0.047146 1.516104 0.107074</w:t>
        <w:br/>
        <w:t>v -0.056892 1.518351 0.100356</w:t>
        <w:br/>
        <w:t>v -0.050118 1.514900 0.105142</w:t>
        <w:br/>
        <w:t>v -0.038860 1.517334 0.109651</w:t>
        <w:br/>
        <w:t>v -0.032863 1.516787 0.110180</w:t>
        <w:br/>
        <w:t>v -0.022965 1.511071 0.107875</w:t>
        <w:br/>
        <w:t>v -0.027467 1.513448 0.108569</w:t>
        <w:br/>
        <w:t>v -0.019673 1.507222 0.106791</w:t>
        <w:br/>
        <w:t>v -0.020177 1.499182 0.106225</w:t>
        <w:br/>
        <w:t>v -0.020979 1.499461 0.104945</w:t>
        <w:br/>
        <w:t>v -0.019877 1.502117 0.105550</w:t>
        <w:br/>
        <w:t>v -0.019092 1.501967 0.106850</w:t>
        <w:br/>
        <w:t>v -0.016488 1.503160 0.092961</w:t>
        <w:br/>
        <w:t>v -0.018840 1.503339 0.104575</w:t>
        <w:br/>
        <w:t>v -0.019877 1.502117 0.105550</w:t>
        <w:br/>
        <w:t>v -0.020979 1.499461 0.104945</w:t>
        <w:br/>
        <w:t>v -0.020930 1.498605 0.091698</w:t>
        <w:br/>
        <w:t>v -0.024810 1.497249 0.104230</w:t>
        <w:br/>
        <w:t>v -0.023890 1.496838 0.105573</w:t>
        <w:br/>
        <w:t>v -0.023438 1.494929 0.106487</w:t>
        <w:br/>
        <w:t>v -0.029137 1.495330 0.104958</w:t>
        <w:br/>
        <w:t>v -0.029480 1.495928 0.103436</w:t>
        <w:br/>
        <w:t>v -0.019467 1.504739 0.106175</w:t>
        <w:br/>
        <w:t>v -0.016024 1.510149 0.093039</w:t>
        <w:br/>
        <w:t>v -0.019673 1.507222 0.106791</w:t>
        <w:br/>
        <w:t>v -0.033370 1.494586 0.104369</w:t>
        <w:br/>
        <w:t>v -0.033470 1.495179 0.102640</w:t>
        <w:br/>
        <w:t>v -0.037049 1.494489 0.103534</w:t>
        <w:br/>
        <w:t>v -0.036904 1.495289 0.101911</w:t>
        <w:br/>
        <w:t>v -0.028442 1.493540 0.105643</w:t>
        <w:br/>
        <w:t>v -0.032936 1.492745 0.104847</w:t>
        <w:br/>
        <w:t>v -0.036890 1.492297 0.103879</w:t>
        <w:br/>
        <w:t>v -0.041687 1.494450 0.102145</w:t>
        <w:br/>
        <w:t>v -0.041135 1.495109 0.100656</w:t>
        <w:br/>
        <w:t>v -0.046282 1.494626 0.100404</w:t>
        <w:br/>
        <w:t>v -0.045848 1.495226 0.099166</w:t>
        <w:br/>
        <w:t>v -0.041720 1.492207 0.102528</w:t>
        <w:br/>
        <w:t>v -0.048674 1.496180 0.097834</w:t>
        <w:br/>
        <w:t>v -0.049522 1.495715 0.098252</w:t>
        <w:br/>
        <w:t>v -0.046553 1.492501 0.100350</w:t>
        <w:br/>
        <w:t>v -0.050394 1.494105 0.097099</w:t>
        <w:br/>
        <w:t>v -0.049522 1.495715 0.098252</w:t>
        <w:br/>
        <w:t>v -0.053168 1.496263 0.094900</w:t>
        <w:br/>
        <w:t>v -0.052097 1.497499 0.095999</w:t>
        <w:br/>
        <w:t>v -0.054897 1.498416 0.093384</w:t>
        <w:br/>
        <w:t>v -0.053817 1.499360 0.094576</w:t>
        <w:br/>
        <w:t>v -0.056412 1.500649 0.092178</w:t>
        <w:br/>
        <w:t>v -0.055279 1.501258 0.093644</w:t>
        <w:br/>
        <w:t>v -0.058856 1.506243 0.091276</w:t>
        <w:br/>
        <w:t>v -0.059609 1.509364 0.092086</w:t>
        <w:br/>
        <w:t>v -0.058995 1.507887 0.093239</w:t>
        <w:br/>
        <w:t>v -0.058127 1.503993 0.091401</w:t>
        <w:br/>
        <w:t>v -0.057047 1.504125 0.092765</w:t>
        <w:br/>
        <w:t>v -0.056807 1.512259 0.098509</w:t>
        <w:br/>
        <w:t>v -0.055659 1.511072 0.099031</w:t>
        <w:br/>
        <w:t>v -0.059823 1.504266 0.088029</w:t>
        <w:br/>
        <w:t>v -0.060783 1.507758 0.088403</w:t>
        <w:br/>
        <w:t>v -0.058228 1.499961 0.088383</w:t>
        <w:br/>
        <w:t>v -0.056652 1.496647 0.089230</w:t>
        <w:br/>
        <w:t>v -0.054228 1.514575 0.102461</w:t>
        <w:br/>
        <w:t>v -0.052913 1.513176 0.102433</w:t>
        <w:br/>
        <w:t>v -0.059732 1.515056 0.096265</w:t>
        <w:br/>
        <w:t>v -0.061754 1.512116 0.089329</w:t>
        <w:br/>
        <w:t>v -0.061793 1.518723 0.092153</w:t>
        <w:br/>
        <w:t>v -0.064155 1.517001 0.082035</w:t>
        <w:br/>
        <w:t>v -0.063252 1.510838 0.081681</w:t>
        <w:br/>
        <w:t>v -0.066026 1.514763 0.071695</w:t>
        <w:br/>
        <w:t>v -0.061992 1.505128 0.081460</w:t>
        <w:br/>
        <w:t>v -0.060276 1.499783 0.081537</w:t>
        <w:br/>
        <w:t>v -0.064692 1.507127 0.072002</w:t>
        <w:br/>
        <w:t>v -0.062257 1.498864 0.056260</w:t>
        <w:br/>
        <w:t>v -0.062319 1.493877 0.027279</w:t>
        <w:br/>
        <w:t>v -0.062589 1.499671 0.072779</w:t>
        <w:br/>
        <w:t>v -0.058963 1.495169 0.082424</w:t>
        <w:br/>
        <w:t>v -0.053917 1.491434 0.092152</w:t>
        <w:br/>
        <w:t>v -0.060790 1.493677 0.073612</w:t>
        <w:br/>
        <w:t>v -0.057231 1.489223 0.084299</w:t>
        <w:br/>
        <w:t>v -0.051230 1.490105 0.096425</w:t>
        <w:br/>
        <w:t>v -0.060032 1.491064 0.057780</w:t>
        <w:br/>
        <w:t>v -0.058582 1.487074 0.074590</w:t>
        <w:br/>
        <w:t>v -0.046593 1.488553 0.100340</w:t>
        <w:br/>
        <w:t>v -0.058888 1.485206 0.028487</w:t>
        <w:br/>
        <w:t>v -0.041256 1.488266 0.103078</w:t>
        <w:br/>
        <w:t>v -0.051426 1.485768 0.095387</w:t>
        <w:br/>
        <w:t>v -0.054629 1.482261 0.086390</w:t>
        <w:br/>
        <w:t>v -0.036301 1.488509 0.104843</w:t>
        <w:br/>
        <w:t>v -0.049521 1.480033 0.096123</w:t>
        <w:br/>
        <w:t>v -0.045475 1.483082 0.100882</w:t>
        <w:br/>
        <w:t>v -0.039803 1.483377 0.104086</w:t>
        <w:br/>
        <w:t>v -0.031844 1.489469 0.105884</w:t>
        <w:br/>
        <w:t>v -0.034865 1.484026 0.105670</w:t>
        <w:br/>
        <w:t>v -0.027171 1.490742 0.106686</w:t>
        <w:br/>
        <w:t>v -0.030309 1.485001 0.107013</w:t>
        <w:br/>
        <w:t>v -0.037507 1.477218 0.104773</w:t>
        <w:br/>
        <w:t>v -0.042728 1.476014 0.101898</w:t>
        <w:br/>
        <w:t>v -0.032642 1.478644 0.106734</w:t>
        <w:br/>
        <w:t>v -0.047437 1.475056 0.096908</w:t>
        <w:br/>
        <w:t>v -0.025331 1.486246 0.107993</w:t>
        <w:br/>
        <w:t>v -0.052138 1.475800 0.087658</w:t>
        <w:br/>
        <w:t>v -0.022583 1.492176 0.107312</w:t>
        <w:br/>
        <w:t>v -0.056103 1.479777 0.076118</w:t>
        <w:br/>
        <w:t>v -0.057906 1.484219 0.059164</w:t>
        <w:br/>
        <w:t>v -0.016888 1.494328 0.108382</w:t>
        <w:br/>
        <w:t>v -0.054264 1.475170 0.029518</w:t>
        <w:br/>
        <w:t>v -0.011973 1.496062 0.110624</w:t>
        <w:br/>
        <w:t>v -0.055933 1.477853 0.060336</w:t>
        <w:br/>
        <w:t>v -0.052003 1.469323 0.078387</w:t>
        <w:br/>
        <w:t>v -0.052336 1.468094 0.062268</w:t>
        <w:br/>
        <w:t>v -0.051297 1.466932 0.043198</w:t>
        <w:br/>
        <w:t>v -0.045116 1.469608 0.097241</w:t>
        <w:br/>
        <w:t>v -0.049272 1.469157 0.089162</w:t>
        <w:br/>
        <w:t>v -0.040052 1.470301 0.102282</w:t>
        <w:br/>
        <w:t>v -0.034815 1.471595 0.105338</w:t>
        <w:br/>
        <w:t>v -0.046634 1.463920 0.090111</w:t>
        <w:br/>
        <w:t>v -0.041931 1.464046 0.097431</w:t>
        <w:br/>
        <w:t>v -0.036394 1.464442 0.102323</w:t>
        <w:br/>
        <w:t>v -0.049062 1.463789 0.079678</w:t>
        <w:br/>
        <w:t>v -0.049524 1.462620 0.064644</w:t>
        <w:br/>
        <w:t>v -0.043429 1.458958 0.091029</w:t>
        <w:br/>
        <w:t>v -0.045634 1.458236 0.081410</w:t>
        <w:br/>
        <w:t>v -0.047922 1.461648 0.045503</w:t>
        <w:br/>
        <w:t>v -0.045728 1.457030 0.067130</w:t>
        <w:br/>
        <w:t>v -0.050151 1.466687 0.033468</w:t>
        <w:br/>
        <w:t>v -0.043969 1.456272 0.038364</w:t>
        <w:br/>
        <w:t>v -0.049328 1.466704 0.028755</w:t>
        <w:br/>
        <w:t>v -0.052464 1.472603 0.025800</w:t>
        <w:br/>
        <w:t>v -0.047007 1.474926 0.021812</w:t>
        <w:br/>
        <w:t>v -0.043222 1.456744 0.035568</w:t>
        <w:br/>
        <w:t>v -0.034217 1.457455 0.034436</w:t>
        <w:br/>
        <w:t>v -0.041796 1.467809 0.027143</w:t>
        <w:br/>
        <w:t>v -0.044248 1.456004 0.048224</w:t>
        <w:br/>
        <w:t>v -0.035753 1.448147 0.042228</w:t>
        <w:br/>
        <w:t>v -0.025579 1.445776 0.043063</w:t>
        <w:br/>
        <w:t>v -0.037412 1.448634 0.047144</w:t>
        <w:br/>
        <w:t>v -0.026885 1.440667 0.050265</w:t>
        <w:br/>
        <w:t>v -0.020476 1.440364 0.047521</w:t>
        <w:br/>
        <w:t>v -0.029641 1.442002 0.055525</w:t>
        <w:br/>
        <w:t>v -0.019711 1.435858 0.056088</w:t>
        <w:br/>
        <w:t>v -0.014946 1.436268 0.051248</w:t>
        <w:br/>
        <w:t>v -0.019730 1.435313 0.065522</w:t>
        <w:br/>
        <w:t>v -0.038515 1.449297 0.053553</w:t>
        <w:br/>
        <w:t>v -0.010883 1.432483 0.061933</w:t>
        <w:br/>
        <w:t>v -0.007995 1.433919 0.053974</w:t>
        <w:br/>
        <w:t>v -0.040054 1.451867 0.083780</w:t>
        <w:br/>
        <w:t>v -0.039718 1.450266 0.070878</w:t>
        <w:br/>
        <w:t>v -0.030878 1.442944 0.060581</w:t>
        <w:br/>
        <w:t>v -0.032373 1.444042 0.075145</w:t>
        <w:br/>
        <w:t>v -0.023802 1.437879 0.068315</w:t>
        <w:br/>
        <w:t>v -0.025483 1.438929 0.080007</w:t>
        <w:br/>
        <w:t>v -0.018955 1.434810 0.074479</w:t>
        <w:br/>
        <w:t>v -0.020014 1.435404 0.083723</w:t>
        <w:br/>
        <w:t>v -0.012804 1.431394 0.072527</w:t>
        <w:br/>
        <w:t>v 0.000000 1.432787 0.055957</w:t>
        <w:br/>
        <w:t>v -0.004492 1.430946 0.063830</w:t>
        <w:br/>
        <w:t>v -0.004618 1.428235 0.079020</w:t>
        <w:br/>
        <w:t>v -0.014332 1.431979 0.079263</w:t>
        <w:br/>
        <w:t>v 0.000000 1.427719 0.079191</w:t>
        <w:br/>
        <w:t>v 0.000000 1.430621 0.064277</w:t>
        <w:br/>
        <w:t>v -0.008598 1.428854 0.084314</w:t>
        <w:br/>
        <w:t>v -0.008576 1.428640 0.090873</w:t>
        <w:br/>
        <w:t>v -0.014515 1.431871 0.087400</w:t>
        <w:br/>
        <w:t>v -0.003738 1.427036 0.086985</w:t>
        <w:br/>
        <w:t>v -0.003749 1.426468 0.093215</w:t>
        <w:br/>
        <w:t>v -0.013926 1.432438 0.093589</w:t>
        <w:br/>
        <w:t>v -0.008293 1.429261 0.095433</w:t>
        <w:br/>
        <w:t>v -0.025776 1.440395 0.089607</w:t>
        <w:br/>
        <w:t>v -0.020035 1.436441 0.091643</w:t>
        <w:br/>
        <w:t>v -0.032628 1.445516 0.086623</w:t>
        <w:br/>
        <w:t>v -0.018834 1.438736 0.096184</w:t>
        <w:br/>
        <w:t>v -0.024595 1.442460 0.094831</w:t>
        <w:br/>
        <w:t>v -0.031089 1.447495 0.093395</w:t>
        <w:br/>
        <w:t>v -0.037922 1.453235 0.092153</w:t>
        <w:br/>
        <w:t>v -0.038452 1.459448 0.097623</w:t>
        <w:br/>
        <w:t>v -0.033289 1.453961 0.097813</w:t>
        <w:br/>
        <w:t>v -0.027782 1.449009 0.098215</w:t>
        <w:br/>
        <w:t>v -0.032427 1.459632 0.102304</w:t>
        <w:br/>
        <w:t>v -0.021702 1.444474 0.098579</w:t>
        <w:br/>
        <w:t>v -0.030888 1.464842 0.105368</w:t>
        <w:br/>
        <w:t>v -0.026618 1.454317 0.101974</w:t>
        <w:br/>
        <w:t>v -0.021709 1.450178 0.101838</w:t>
        <w:br/>
        <w:t>v -0.024314 1.458577 0.104948</w:t>
        <w:br/>
        <w:t>v -0.029827 1.473097 0.107331</w:t>
        <w:br/>
        <w:t>v -0.028304 1.480057 0.108117</w:t>
        <w:br/>
        <w:t>v -0.024933 1.468802 0.108296</w:t>
        <w:br/>
        <w:t>v -0.025282 1.474764 0.109122</w:t>
        <w:br/>
        <w:t>v -0.023430 1.481796 0.109288</w:t>
        <w:br/>
        <w:t>v -0.021023 1.487748 0.108740</w:t>
        <w:br/>
        <w:t>v -0.020489 1.476619 0.110633</w:t>
        <w:br/>
        <w:t>v -0.019070 1.483397 0.110058</w:t>
        <w:br/>
        <w:t>v -0.015782 1.489491 0.109754</w:t>
        <w:br/>
        <w:t>v -0.014371 1.485039 0.111396</w:t>
        <w:br/>
        <w:t>v -0.016700 1.478276 0.111994</w:t>
        <w:br/>
        <w:t>v -0.020890 1.470926 0.110175</w:t>
        <w:br/>
        <w:t>v -0.016665 1.472675 0.111789</w:t>
        <w:br/>
        <w:t>v -0.019038 1.464880 0.109411</w:t>
        <w:br/>
        <w:t>v -0.022177 1.462119 0.107385</w:t>
        <w:br/>
        <w:t>v -0.016000 1.466892 0.111374</w:t>
        <w:br/>
        <w:t>v -0.014223 1.460929 0.110418</w:t>
        <w:br/>
        <w:t>v -0.016220 1.458929 0.108970</w:t>
        <w:br/>
        <w:t>v -0.016990 1.456501 0.107336</w:t>
        <w:br/>
        <w:t>v -0.020665 1.454102 0.104672</w:t>
        <w:br/>
        <w:t>v -0.011809 1.462837 0.112339</w:t>
        <w:br/>
        <w:t>v -0.012443 1.468621 0.113329</w:t>
        <w:br/>
        <w:t>v -0.016400 1.453797 0.106405</w:t>
        <w:br/>
        <w:t>v -0.013298 1.474163 0.113763</w:t>
        <w:br/>
        <w:t>v -0.012524 1.479909 0.114255</w:t>
        <w:br/>
        <w:t>v -0.009900 1.475730 0.116841</w:t>
        <w:br/>
        <w:t>v -0.009729 1.470436 0.115444</w:t>
        <w:br/>
        <w:t>v -0.009785 1.486755 0.113865</w:t>
        <w:br/>
        <w:t>v -0.010940 1.491297 0.111776</w:t>
        <w:br/>
        <w:t>v -0.009048 1.464775 0.114420</w:t>
        <w:br/>
        <w:t>v -0.008431 1.481708 0.117321</w:t>
        <w:br/>
        <w:t>v -0.006060 1.488688 0.116833</w:t>
        <w:br/>
        <w:t>v -0.006875 1.493446 0.114493</w:t>
        <w:br/>
        <w:t>v -0.005061 1.483889 0.120850</w:t>
        <w:br/>
        <w:t>v -0.007705 1.498133 0.113602</w:t>
        <w:br/>
        <w:t>v -0.003184 1.490039 0.119526</w:t>
        <w:br/>
        <w:t>v -0.003643 1.494672 0.116688</w:t>
        <w:br/>
        <w:t>v -0.004158 1.499185 0.115159</w:t>
        <w:br/>
        <w:t>v 0.000000 1.499468 0.115682</w:t>
        <w:br/>
        <w:t>v -0.002607 1.485496 0.123308</w:t>
        <w:br/>
        <w:t>v 0.000000 1.494975 0.117367</w:t>
        <w:br/>
        <w:t>v 0.000000 1.490460 0.120219</w:t>
        <w:br/>
        <w:t>v 0.000000 1.486103 0.123639</w:t>
        <w:br/>
        <w:t>v 0.000000 1.482515 0.127150</w:t>
        <w:br/>
        <w:t>v -0.002049 1.481938 0.126982</w:t>
        <w:br/>
        <w:t>v -0.004226 1.479928 0.124268</w:t>
        <w:br/>
        <w:t>v -0.006778 1.477708 0.120555</w:t>
        <w:br/>
        <w:t>v -0.003521 1.477663 0.126694</w:t>
        <w:br/>
        <w:t>v -0.001564 1.480026 0.129393</w:t>
        <w:br/>
        <w:t>v -0.005566 1.475007 0.123174</w:t>
        <w:br/>
        <w:t>v -0.007561 1.472829 0.119221</w:t>
        <w:br/>
        <w:t>v -0.005728 1.467255 0.116821</w:t>
        <w:br/>
        <w:t>v -0.003615 1.472621 0.125631</w:t>
        <w:br/>
        <w:t>v -0.004671 1.470211 0.121677</w:t>
        <w:br/>
        <w:t>v -0.004357 1.460601 0.116437</w:t>
        <w:br/>
        <w:t>v -0.006307 1.459911 0.115068</w:t>
        <w:br/>
        <w:t>v -0.002496 1.468868 0.123081</w:t>
        <w:br/>
        <w:t>v -0.002557 1.465924 0.118577</w:t>
        <w:br/>
        <w:t>v -0.002077 1.460966 0.117265</w:t>
        <w:br/>
        <w:t>v -0.008583 1.458827 0.113077</w:t>
        <w:br/>
        <w:t>v -0.001880 1.471428 0.126756</w:t>
        <w:br/>
        <w:t>v -0.002410 1.475489 0.129200</w:t>
        <w:br/>
        <w:t>v -0.001310 1.474214 0.129675</w:t>
        <w:br/>
        <w:t>v -0.001008 1.477858 0.132187</w:t>
        <w:br/>
        <w:t>v 0.000000 1.470896 0.127495</w:t>
        <w:br/>
        <w:t>v 0.000000 1.468439 0.123894</w:t>
        <w:br/>
        <w:t>v 0.000000 1.465437 0.119138</w:t>
        <w:br/>
        <w:t>v -0.000861 1.476938 0.131859</w:t>
        <w:br/>
        <w:t>v 0.000000 1.480297 0.129841</w:t>
        <w:br/>
        <w:t>v 0.000000 1.478044 0.132559</w:t>
        <w:br/>
        <w:t>v 0.000000 1.478044 0.132559</w:t>
        <w:br/>
        <w:t>v 0.000000 1.476725 0.132351</w:t>
        <w:br/>
        <w:t>v 0.000000 1.473789 0.130309</w:t>
        <w:br/>
        <w:t>v 0.000000 1.461074 0.117805</w:t>
        <w:br/>
        <w:t>v -0.003687 1.457439 0.116474</w:t>
        <w:br/>
        <w:t>v -0.001823 1.457666 0.117263</w:t>
        <w:br/>
        <w:t>v -0.005378 1.457062 0.115407</w:t>
        <w:br/>
        <w:t>v 0.000000 1.457785 0.117602</w:t>
        <w:br/>
        <w:t>v -0.001487 1.455526 0.115647</w:t>
        <w:br/>
        <w:t>v 0.000000 1.455622 0.115878</w:t>
        <w:br/>
        <w:t>v -0.003081 1.455431 0.115144</w:t>
        <w:br/>
        <w:t>v 0.000000 1.453947 0.114053</w:t>
        <w:br/>
        <w:t>v -0.001241 1.453931 0.113949</w:t>
        <w:br/>
        <w:t>v -0.002779 1.453894 0.113619</w:t>
        <w:br/>
        <w:t>v -0.001200 1.453142 0.111366</w:t>
        <w:br/>
        <w:t>v 0.000000 1.453135 0.111466</w:t>
        <w:br/>
        <w:t>v -0.002624 1.453140 0.111150</w:t>
        <w:br/>
        <w:t>v -0.004445 1.453849 0.113011</w:t>
        <w:br/>
        <w:t>v -0.004785 1.455220 0.114327</w:t>
        <w:br/>
        <w:t>v -0.004274 1.453134 0.110926</w:t>
        <w:br/>
        <w:t>v -0.005863 1.453114 0.110376</w:t>
        <w:br/>
        <w:t>v -0.006067 1.453751 0.111954</w:t>
        <w:br/>
        <w:t>v -0.007437 1.453082 0.109715</w:t>
        <w:br/>
        <w:t>v -0.007720 1.453627 0.110437</w:t>
        <w:br/>
        <w:t>v -0.008745 1.453040 0.109007</w:t>
        <w:br/>
        <w:t>v -0.008958 1.453355 0.109342</w:t>
        <w:br/>
        <w:t>v -0.008258 1.454566 0.111074</w:t>
        <w:br/>
        <w:t>v -0.006564 1.454947 0.112937</w:t>
        <w:br/>
        <w:t>v -0.007377 1.456532 0.113501</w:t>
        <w:br/>
        <w:t>v -0.009142 1.455705 0.111296</w:t>
        <w:br/>
        <w:t>v -0.010543 1.457608 0.110970</w:t>
        <w:br/>
        <w:t>v -0.012394 1.456564 0.109410</w:t>
        <w:br/>
        <w:t>v -0.013734 1.455156 0.108167</w:t>
        <w:br/>
        <w:t>v -0.009714 1.453194 0.108801</w:t>
        <w:br/>
        <w:t>v -0.010570 1.452968 0.108496</w:t>
        <w:br/>
        <w:t>v -0.011548 1.453009 0.108027</w:t>
        <w:br/>
        <w:t>v -0.009348 1.452257 0.108701</w:t>
        <w:br/>
        <w:t>v -0.010385 1.451696 0.108188</w:t>
        <w:br/>
        <w:t>v -0.013561 1.453313 0.107365</w:t>
        <w:br/>
        <w:t>v -0.009805 1.452933 0.108674</w:t>
        <w:br/>
        <w:t>v -0.011921 1.451440 0.107162</w:t>
        <w:br/>
        <w:t>v -0.014264 1.451167 0.105984</w:t>
        <w:br/>
        <w:t>v -0.017604 1.450661 0.104254</w:t>
        <w:br/>
        <w:t>v -0.014841 1.448082 0.104265</w:t>
        <w:br/>
        <w:t>v -0.017657 1.446549 0.101852</w:t>
        <w:br/>
        <w:t>v -0.011316 1.445698 0.104401</w:t>
        <w:br/>
        <w:t>v -0.013534 1.443427 0.102043</w:t>
        <w:br/>
        <w:t>v -0.016598 1.440908 0.099018</w:t>
        <w:br/>
        <w:t>v -0.013026 1.434699 0.097745</w:t>
        <w:br/>
        <w:t>v -0.011392 1.437769 0.100015</w:t>
        <w:br/>
        <w:t>v -0.007797 1.431353 0.099348</w:t>
        <w:br/>
        <w:t>v -0.003600 1.426718 0.096919</w:t>
        <w:br/>
        <w:t>v -0.006834 1.435533 0.100962</w:t>
        <w:br/>
        <w:t>v -0.003515 1.429422 0.100274</w:t>
        <w:br/>
        <w:t>v -0.009759 1.440912 0.102357</w:t>
        <w:br/>
        <w:t>v -0.006048 1.439317 0.102773</w:t>
        <w:br/>
        <w:t>v -0.008044 1.444128 0.104599</w:t>
        <w:br/>
        <w:t>v -0.005006 1.443234 0.104958</w:t>
        <w:br/>
        <w:t>v -0.002666 1.438499 0.103675</w:t>
        <w:br/>
        <w:t>v -0.003100 1.434126 0.102008</w:t>
        <w:br/>
        <w:t>v -0.009260 1.447719 0.106655</w:t>
        <w:br/>
        <w:t>v -0.006601 1.446698 0.107109</w:t>
        <w:br/>
        <w:t>v -0.004225 1.446197 0.107451</w:t>
        <w:br/>
        <w:t>v -0.007970 1.448985 0.108413</w:t>
        <w:br/>
        <w:t>v -0.005811 1.448185 0.109023</w:t>
        <w:br/>
        <w:t>v -0.007188 1.450041 0.109512</w:t>
        <w:br/>
        <w:t>v -0.005151 1.449345 0.110326</w:t>
        <w:br/>
        <w:t>v -0.009175 1.453040 0.108889</w:t>
        <w:br/>
        <w:t>v -0.008762 1.453054 0.108908</w:t>
        <w:br/>
        <w:t>v -0.008931 1.452733 0.109149</w:t>
        <w:br/>
        <w:t>v -0.005951 1.452429 0.111077</w:t>
        <w:br/>
        <w:t>v -0.006377 1.451235 0.110539</w:t>
        <w:br/>
        <w:t>v -0.007871 1.451669 0.109714</w:t>
        <w:br/>
        <w:t>v -0.007532 1.452580 0.110305</w:t>
        <w:br/>
        <w:t>v -0.005839 1.453111 0.110380</w:t>
        <w:br/>
        <w:t>v -0.005951 1.452429 0.111077</w:t>
        <w:br/>
        <w:t>v -0.007532 1.452580 0.110305</w:t>
        <w:br/>
        <w:t>v -0.007387 1.453083 0.109720</w:t>
        <w:br/>
        <w:t>v -0.004375 1.452291 0.111558</w:t>
        <w:br/>
        <w:t>v -0.004619 1.450997 0.111127</w:t>
        <w:br/>
        <w:t>v -0.004284 1.453130 0.110926</w:t>
        <w:br/>
        <w:t>v -0.002633 1.453138 0.111147</w:t>
        <w:br/>
        <w:t>v -0.002715 1.452173 0.111834</w:t>
        <w:br/>
        <w:t>v -0.002871 1.450812 0.111700</w:t>
        <w:br/>
        <w:t>v -0.001177 1.453140 0.111365</w:t>
        <w:br/>
        <w:t>v -0.001268 1.452124 0.112103</w:t>
        <w:br/>
        <w:t>v -0.001415 1.450735 0.112053</w:t>
        <w:br/>
        <w:t>v 0.000000 1.452074 0.112181</w:t>
        <w:br/>
        <w:t>v 0.000000 1.453132 0.111463</w:t>
        <w:br/>
        <w:t>v -0.003243 1.449014 0.110853</w:t>
        <w:br/>
        <w:t>v -0.003680 1.447780 0.109349</w:t>
        <w:br/>
        <w:t>v -0.001580 1.448903 0.111204</w:t>
        <w:br/>
        <w:t>v -0.001746 1.447456 0.109620</w:t>
        <w:br/>
        <w:t>v -0.002021 1.445986 0.107739</w:t>
        <w:br/>
        <w:t>v -0.002335 1.442685 0.105548</w:t>
        <w:br/>
        <w:t>v 0.000000 1.448873 0.111224</w:t>
        <w:br/>
        <w:t>v 0.000000 1.447381 0.109674</w:t>
        <w:br/>
        <w:t>v 0.000000 1.450706 0.112086</w:t>
        <w:br/>
        <w:t>v 0.000000 1.445915 0.107883</w:t>
        <w:br/>
        <w:t>v 0.000000 1.442571 0.105708</w:t>
        <w:br/>
        <w:t>v 0.000000 1.438381 0.103998</w:t>
        <w:br/>
        <w:t>v 0.000000 1.425947 0.097108</w:t>
        <w:br/>
        <w:t>v 0.000000 1.425641 0.093825</w:t>
        <w:br/>
        <w:t>v 0.000000 1.428988 0.100494</w:t>
        <w:br/>
        <w:t>v -0.001137 1.455138 0.110575</w:t>
        <w:br/>
        <w:t>v -0.001200 1.453142 0.111366</w:t>
        <w:br/>
        <w:t>v 0.000000 1.453135 0.111466</w:t>
        <w:br/>
        <w:t>v 0.000000 1.455185 0.110814</w:t>
        <w:br/>
        <w:t>v -0.000009 1.458418 0.108630</w:t>
        <w:br/>
        <w:t>v -0.002240 1.457764 0.108790</w:t>
        <w:br/>
        <w:t>v -0.002756 1.455234 0.110331</w:t>
        <w:br/>
        <w:t>v -0.004533 1.455016 0.110029</w:t>
        <w:br/>
        <w:t>v -0.004274 1.453134 0.110926</w:t>
        <w:br/>
        <w:t>v -0.002624 1.453140 0.111150</w:t>
        <w:br/>
        <w:t>v -0.000012 1.460690 0.105596</w:t>
        <w:br/>
        <w:t>v -0.003649 1.459758 0.105964</w:t>
        <w:br/>
        <w:t>v -0.008992 1.453932 0.108388</w:t>
        <w:br/>
        <w:t>v -0.009174 1.453021 0.108888</w:t>
        <w:br/>
        <w:t>v -0.008745 1.453040 0.109007</w:t>
        <w:br/>
        <w:t>v 0.002754 1.455234 0.110330</w:t>
        <w:br/>
        <w:t>v 0.004532 1.455013 0.110028</w:t>
        <w:br/>
        <w:t>v 0.004793 1.457345 0.108195</w:t>
        <w:br/>
        <w:t>v -0.004813 1.457339 0.108195</w:t>
        <w:br/>
        <w:t>v 0.009596 1.455401 0.107033</w:t>
        <w:br/>
        <w:t>v 0.007800 1.457018 0.106950</w:t>
        <w:br/>
        <w:t>v 0.007792 1.454420 0.108942</w:t>
        <w:br/>
        <w:t>v -0.000013 1.462279 0.101358</w:t>
        <w:br/>
        <w:t>v -0.004718 1.461416 0.102017</w:t>
        <w:br/>
        <w:t>v -0.000005 1.464029 0.095481</w:t>
        <w:br/>
        <w:t>v -0.004941 1.463315 0.095753</w:t>
        <w:br/>
        <w:t>v -0.006458 1.459389 0.104894</w:t>
        <w:br/>
        <w:t>v -0.007879 1.457011 0.106951</w:t>
        <w:br/>
        <w:t>v -0.009273 1.462136 0.096217</w:t>
        <w:br/>
        <w:t>v -0.008339 1.460464 0.101920</w:t>
        <w:br/>
        <w:t>v -0.012599 1.459945 0.096873</w:t>
        <w:br/>
        <w:t>v -0.010526 1.457383 0.104923</w:t>
        <w:br/>
        <w:t>v -0.009061 1.458823 0.104199</w:t>
        <w:br/>
        <w:t>v -0.011333 1.458514 0.102236</w:t>
        <w:br/>
        <w:t>v -0.013396 1.455767 0.097654</w:t>
        <w:br/>
        <w:t>v -0.011647 1.455205 0.103813</w:t>
        <w:br/>
        <w:t>v -0.012494 1.455862 0.101289</w:t>
        <w:br/>
        <w:t>v -0.009620 1.455399 0.107034</w:t>
        <w:br/>
        <w:t>v -0.012894 1.452873 0.096775</w:t>
        <w:br/>
        <w:t>v -0.012017 1.453562 0.100950</w:t>
        <w:br/>
        <w:t>v -0.010142 1.450227 0.096238</w:t>
        <w:br/>
        <w:t>v -0.008931 1.450388 0.101108</w:t>
        <w:br/>
        <w:t>v -0.005162 1.448947 0.095849</w:t>
        <w:br/>
        <w:t>v 0.012018 1.453583 0.100974</w:t>
        <w:br/>
        <w:t>v 0.011604 1.455210 0.103825</w:t>
        <w:br/>
        <w:t>v 0.010889 1.452819 0.104703</w:t>
        <w:br/>
        <w:t>v -0.004620 1.448867 0.100985</w:t>
        <w:br/>
        <w:t>v 0.000005 1.448638 0.095709</w:t>
        <w:br/>
        <w:t>v 0.000000 1.448246 0.100639</w:t>
        <w:br/>
        <w:t>v -0.003149 1.449000 0.104360</w:t>
        <w:br/>
        <w:t>v -0.006141 1.449683 0.104360</w:t>
        <w:br/>
        <w:t>v 0.000000 1.448362 0.104344</w:t>
        <w:br/>
        <w:t>v -0.006286 1.451767 0.108807</w:t>
        <w:br/>
        <w:t>v -0.007657 1.452077 0.108429</w:t>
        <w:br/>
        <w:t>v -0.007645 1.451048 0.106561</w:t>
        <w:br/>
        <w:t>v 0.007437 1.453082 0.109715</w:t>
        <w:br/>
        <w:t>v 0.006220 1.454786 0.109623</w:t>
        <w:br/>
        <w:t>v 0.005863 1.453114 0.110376</w:t>
        <w:br/>
        <w:t>v -0.005839 1.453111 0.110380</w:t>
        <w:br/>
        <w:t>v -0.007387 1.453083 0.109720</w:t>
        <w:br/>
        <w:t>v 0.004805 1.451576 0.109174</w:t>
        <w:br/>
        <w:t>v 0.004285 1.453130 0.110926</w:t>
        <w:br/>
        <w:t>v 0.002633 1.453138 0.111147</w:t>
        <w:br/>
        <w:t>v 0.002947 1.451410 0.109550</w:t>
        <w:br/>
        <w:t>v -0.001177 1.453140 0.111365</w:t>
        <w:br/>
        <w:t>v -0.002633 1.453138 0.111147</w:t>
        <w:br/>
        <w:t>v -0.003059 1.451413 0.109553</w:t>
        <w:br/>
        <w:t>v -0.001472 1.451284 0.109918</w:t>
        <w:br/>
        <w:t>v 0.000000 1.451257 0.110301</w:t>
        <w:br/>
        <w:t>v 0.000000 1.453132 0.111463</w:t>
        <w:br/>
        <w:t>v 0.000000 1.449667 0.107449</w:t>
        <w:br/>
        <w:t>v 0.002422 1.449845 0.107015</w:t>
        <w:br/>
        <w:t>v 0.001473 1.451285 0.109919</w:t>
        <w:br/>
        <w:t>v -0.004804 1.451580 0.109177</w:t>
        <w:br/>
        <w:t>v -0.004284 1.453130 0.110926</w:t>
        <w:br/>
        <w:t>v 0.003150 1.448997 0.104358</w:t>
        <w:br/>
        <w:t>v 0.000003 1.455963 0.082142</w:t>
        <w:br/>
        <w:t>v -0.005676 1.456221 0.083538</w:t>
        <w:br/>
        <w:t>v -0.052464 1.472603 0.025800</w:t>
        <w:br/>
        <w:t>v -0.047007 1.474926 0.021812</w:t>
        <w:br/>
        <w:t>v -0.057780 1.475084 0.018733</w:t>
        <w:br/>
        <w:t>v -0.057887 1.473443 0.020299</w:t>
        <w:br/>
        <w:t>v -0.064076 1.480675 0.013647</w:t>
        <w:br/>
        <w:t>v -0.064867 1.477046 0.015911</w:t>
        <w:br/>
        <w:t>v -0.069823 1.480349 0.011789</w:t>
        <w:br/>
        <w:t>v -0.059679 1.493979 0.013722</w:t>
        <w:br/>
        <w:t>v -0.065606 1.506284 0.013476</w:t>
        <w:br/>
        <w:t>v -0.079387 1.504094 0.004874</w:t>
        <w:br/>
        <w:t>v -0.074111 1.493805 0.004758</w:t>
        <w:br/>
        <w:t>v -0.076944 1.485709 0.006714</w:t>
        <w:br/>
        <w:t>v -0.081292 1.494073 0.003597</w:t>
        <w:br/>
        <w:t>v -0.083364 1.503366 0.004775</w:t>
        <w:br/>
        <w:t>v -0.079089 1.508494 0.007136</w:t>
        <w:br/>
        <w:t>v -0.083298 1.508708 0.008051</w:t>
        <w:br/>
        <w:t>v -0.076653 1.511214 0.011604</w:t>
        <w:br/>
        <w:t>v -0.081368 1.511566 0.011846</w:t>
        <w:br/>
        <w:t>v -0.075920 1.512133 0.015091</w:t>
        <w:br/>
        <w:t>v -0.066902 1.509067 0.018928</w:t>
        <w:br/>
        <w:t>v 0.000000 1.433912 0.102289</w:t>
        <w:br/>
        <w:t>v -0.057887 1.473443 0.020299</w:t>
        <w:br/>
        <w:t>v -0.060041 1.474222 0.024268</w:t>
        <w:br/>
        <w:t>v -0.063755 1.481384 0.020847</w:t>
        <w:br/>
        <w:t>v -0.057887 1.473443 0.020299</w:t>
        <w:br/>
        <w:t>v -0.064867 1.477046 0.015911</w:t>
        <w:br/>
        <w:t>v -0.068072 1.477961 0.019729</w:t>
        <w:br/>
        <w:t>v -0.060041 1.474222 0.024268</w:t>
        <w:br/>
        <w:t>v -0.068072 1.477961 0.019729</w:t>
        <w:br/>
        <w:t>v -0.071935 1.480787 0.015425</w:t>
        <w:br/>
        <w:t>v -0.069621 1.489674 0.016830</w:t>
        <w:br/>
        <w:t>v -0.069823 1.480349 0.011789</w:t>
        <w:br/>
        <w:t>v -0.071935 1.480787 0.015425</w:t>
        <w:br/>
        <w:t>v -0.077849 1.486796 0.009289</w:t>
        <w:br/>
        <w:t>v -0.077849 1.486796 0.009289</w:t>
        <w:br/>
        <w:t>v -0.076944 1.485709 0.006714</w:t>
        <w:br/>
        <w:t>v -0.082147 1.494215 0.007039</w:t>
        <w:br/>
        <w:t>v -0.081292 1.494073 0.003597</w:t>
        <w:br/>
        <w:t>v -0.076237 1.498213 0.013682</w:t>
        <w:br/>
        <w:t>v -0.070324 1.502457 0.020663</w:t>
        <w:br/>
        <w:t>v -0.083364 1.503366 0.004775</w:t>
        <w:br/>
        <w:t>v -0.084341 1.502878 0.007283</w:t>
        <w:br/>
        <w:t>v -0.084341 1.502878 0.007283</w:t>
        <w:br/>
        <w:t>v -0.083298 1.508708 0.008051</w:t>
        <w:br/>
        <w:t>v -0.083481 1.507439 0.010586</w:t>
        <w:br/>
        <w:t>v -0.081368 1.511566 0.011846</w:t>
        <w:br/>
        <w:t>v -0.081608 1.509954 0.013883</w:t>
        <w:br/>
        <w:t>v -0.081368 1.511566 0.011846</w:t>
        <w:br/>
        <w:t>v -0.075920 1.512133 0.015091</w:t>
        <w:br/>
        <w:t>v -0.078183 1.510287 0.017653</w:t>
        <w:br/>
        <w:t>v -0.081608 1.509954 0.013883</w:t>
        <w:br/>
        <w:t>v -0.078183 1.510287 0.017653</w:t>
        <w:br/>
        <w:t>v -0.073439 1.510137 0.020417</w:t>
        <w:br/>
        <w:t>v -0.066902 1.509067 0.018928</w:t>
        <w:br/>
        <w:t>v -0.066173 1.506981 0.025791</w:t>
        <w:br/>
        <w:t>v -0.072416 1.511072 0.019418</w:t>
        <w:br/>
        <w:t>v -0.073439 1.510137 0.020417</w:t>
        <w:br/>
        <w:t>v -0.053656 1.484928 0.018209</w:t>
        <w:br/>
        <w:t>v 0.000000 1.426254 0.088015</w:t>
        <w:br/>
        <w:t>v -0.011833 1.449098 0.106260</w:t>
        <w:br/>
        <w:t>v -0.009944 1.450060 0.107732</w:t>
        <w:br/>
        <w:t>v -0.008693 1.450786 0.108820</w:t>
        <w:br/>
        <w:t>v -0.009174 1.453021 0.108888</w:t>
        <w:br/>
        <w:t>v -0.016341 1.504462 0.108964</w:t>
        <w:br/>
        <w:t>v -0.045027 1.513778 0.105433</w:t>
        <w:br/>
        <w:t>v -0.047864 1.513005 0.103885</w:t>
        <w:br/>
        <w:t>v -0.048899 1.513500 0.105945</w:t>
        <w:br/>
        <w:t>v -0.045664 1.514555 0.107824</w:t>
        <w:br/>
        <w:t>v -0.041783 1.515578 0.109438</w:t>
        <w:br/>
        <w:t>v -0.041545 1.514591 0.106578</w:t>
        <w:br/>
        <w:t>v -0.050594 1.511822 0.101805</w:t>
        <w:br/>
        <w:t>v -0.052106 1.512366 0.103345</w:t>
        <w:br/>
        <w:t>v -0.038043 1.515857 0.110477</w:t>
        <w:br/>
        <w:t>v -0.038105 1.514952 0.107470</w:t>
        <w:br/>
        <w:t>v -0.033007 1.515325 0.111015</w:t>
        <w:br/>
        <w:t>v -0.033226 1.514738 0.108323</w:t>
        <w:br/>
        <w:t>v -0.027186 1.513919 0.110612</w:t>
        <w:br/>
        <w:t>v -0.027467 1.513448 0.108569</w:t>
        <w:br/>
        <w:t>v -0.053778 1.510169 0.098146</w:t>
        <w:br/>
        <w:t>v -0.055745 1.510327 0.100027</w:t>
        <w:br/>
        <w:t>v -0.022686 1.511436 0.109230</w:t>
        <w:br/>
        <w:t>v -0.046546 1.516460 0.109325</w:t>
        <w:br/>
        <w:t>v -0.047359 1.519073 0.109140</w:t>
        <w:br/>
        <w:t>v -0.045600 1.519567 0.110170</w:t>
        <w:br/>
        <w:t>v -0.022244 1.511925 0.111399</w:t>
        <w:br/>
        <w:t>v -0.017109 1.507621 0.110628</w:t>
        <w:br/>
        <w:t>v -0.026851 1.514640 0.112567</w:t>
        <w:br/>
        <w:t>v -0.038060 1.517810 0.112861</w:t>
        <w:br/>
        <w:t>v -0.032520 1.516950 0.113823</w:t>
        <w:br/>
        <w:t>v -0.042366 1.517419 0.111424</w:t>
        <w:br/>
        <w:t>v -0.050001 1.514955 0.106667</w:t>
        <w:br/>
        <w:t>v -0.053072 1.513567 0.104332</w:t>
        <w:br/>
        <w:t>v -0.056945 1.511532 0.101564</w:t>
        <w:br/>
        <w:t>v -0.021740 1.512622 0.111366</w:t>
        <w:br/>
        <w:t>v -0.017109 1.507621 0.110628</w:t>
        <w:br/>
        <w:t>v -0.022244 1.511925 0.111399</w:t>
        <w:br/>
        <w:t>v -0.026382 1.515641 0.113143</w:t>
        <w:br/>
        <w:t>v -0.029389 1.516746 0.113493</w:t>
        <w:br/>
        <w:t>v -0.032520 1.516950 0.113823</w:t>
        <w:br/>
        <w:t>v -0.032568 1.519394 0.113386</w:t>
        <w:br/>
        <w:t>v -0.038060 1.517810 0.112861</w:t>
        <w:br/>
        <w:t>v -0.038093 1.520078 0.112526</w:t>
        <w:br/>
        <w:t>v -0.055973 1.514480 0.101622</w:t>
        <w:br/>
        <w:t>v -0.054333 1.515746 0.103314</w:t>
        <w:br/>
        <w:t>v -0.050992 1.517576 0.106308</w:t>
        <w:br/>
        <w:t>v -0.061942 1.507254 0.095638</w:t>
        <w:br/>
        <w:t>v -0.060075 1.508941 0.098127</w:t>
        <w:br/>
        <w:t>v -0.059476 1.506964 0.095683</w:t>
        <w:br/>
        <w:t>v -0.061170 1.506083 0.092894</w:t>
        <w:br/>
        <w:t>v -0.063597 1.504777 0.090445</w:t>
        <w:br/>
        <w:t>v -0.064611 1.505244 0.091994</w:t>
        <w:br/>
        <w:t>v -0.067188 1.503434 0.086171</w:t>
        <w:br/>
        <w:t>v -0.057716 1.503861 0.095186</w:t>
        <w:br/>
        <w:t>v -0.059336 1.503448 0.093014</w:t>
        <w:br/>
        <w:t>v -0.055551 1.501418 0.095559</w:t>
        <w:br/>
        <w:t>v -0.056748 1.500603 0.093797</w:t>
        <w:br/>
        <w:t>v -0.053537 1.499416 0.096147</w:t>
        <w:br/>
        <w:t>v -0.054516 1.498909 0.094908</w:t>
        <w:br/>
        <w:t>v -0.051509 1.497868 0.096726</w:t>
        <w:br/>
        <w:t>v -0.052097 1.497499 0.095999</w:t>
        <w:br/>
        <w:t>v -0.058002 1.512931 0.099292</w:t>
        <w:br/>
        <w:t>v -0.056945 1.511532 0.101564</w:t>
        <w:br/>
        <w:t>v -0.060075 1.508941 0.098127</w:t>
        <w:br/>
        <w:t>v -0.060835 1.510413 0.096143</w:t>
        <w:br/>
        <w:t>v -0.062842 1.508629 0.093892</w:t>
        <w:br/>
        <w:t>v -0.061942 1.507254 0.095638</w:t>
        <w:br/>
        <w:t>v -0.064611 1.505244 0.091994</w:t>
        <w:br/>
        <w:t>v -0.065065 1.505902 0.090230</w:t>
        <w:br/>
        <w:t>v -0.067188 1.503434 0.086171</w:t>
        <w:br/>
        <w:t>v -0.050928 1.498249 0.096107</w:t>
        <w:br/>
        <w:t>v -0.048674 1.496180 0.097834</w:t>
        <w:br/>
        <w:t>v -0.051509 1.497868 0.096726</w:t>
        <w:br/>
        <w:t>v -0.053817 1.499360 0.094576</w:t>
        <w:br/>
        <w:t>v -0.054516 1.498909 0.094908</w:t>
        <w:br/>
        <w:t>v -0.052097 1.497499 0.095999</w:t>
        <w:br/>
        <w:t>v -0.055279 1.501258 0.093644</w:t>
        <w:br/>
        <w:t>v -0.056748 1.500603 0.093797</w:t>
        <w:br/>
        <w:t>v -0.057047 1.504125 0.092765</w:t>
        <w:br/>
        <w:t>v -0.059336 1.503448 0.093014</w:t>
        <w:br/>
        <w:t>v -0.061170 1.506083 0.092894</w:t>
        <w:br/>
        <w:t>v -0.060835 1.510413 0.096143</w:t>
        <w:br/>
        <w:t>v -0.062842 1.508629 0.093892</w:t>
        <w:br/>
        <w:t>v -0.058285 1.508105 0.097068</w:t>
        <w:br/>
        <w:t>v -0.057324 1.507394 0.093058</w:t>
        <w:br/>
        <w:t>v -0.054269 1.501950 0.093751</w:t>
        <w:br/>
        <w:t>v -0.055551 1.501418 0.095559</w:t>
        <w:br/>
        <w:t>v -0.057716 1.503861 0.095186</w:t>
        <w:br/>
        <w:t>v -0.055923 1.504506 0.093062</w:t>
        <w:br/>
        <w:t>v -0.053537 1.499416 0.096147</w:t>
        <w:br/>
        <w:t>v -0.052589 1.499955 0.094932</w:t>
        <w:br/>
        <w:t>v -0.042763 1.520025 0.111610</w:t>
        <w:br/>
        <w:t>v -0.048674 1.496180 0.097834</w:t>
        <w:br/>
        <w:t>v -0.057324 1.507394 0.093058</w:t>
        <w:br/>
        <w:t>v -0.059476 1.506964 0.095683</w:t>
        <w:br/>
        <w:t>v -0.026382 1.515641 0.113143</w:t>
        <w:br/>
        <w:t>v -0.022788 1.514558 0.114473</w:t>
        <w:br/>
        <w:t>v -0.025991 1.516655 0.113633</w:t>
        <w:br/>
        <w:t>v -0.026186 1.515957 0.113800</w:t>
        <w:br/>
        <w:t>v -0.025991 1.516655 0.113633</w:t>
        <w:br/>
        <w:t>v -0.022788 1.514558 0.114473</w:t>
        <w:br/>
        <w:t>v -0.029092 1.518134 0.113545</w:t>
        <w:br/>
        <w:t>v -0.044181 1.519795 0.111155</w:t>
        <w:br/>
        <w:t>v -0.046179 1.521066 0.110857</w:t>
        <w:br/>
        <w:t>v -0.046770 1.520771 0.110157</w:t>
        <w:br/>
        <w:t>v -0.048594 1.523259 0.110454</w:t>
        <w:br/>
        <w:t>v -0.045589 1.521388 0.110894</w:t>
        <w:br/>
        <w:t>v -0.061698 1.514858 0.097665</w:t>
        <w:br/>
        <w:t>v -0.058498 1.514284 0.099468</w:t>
        <w:br/>
        <w:t>v -0.059113 1.513973 0.099366</w:t>
        <w:br/>
        <w:t>v -0.058002 1.512931 0.099292</w:t>
        <w:br/>
        <w:t>v -0.056988 1.513733 0.101304</w:t>
        <w:br/>
        <w:t>v -0.056988 1.513733 0.101304</w:t>
        <w:br/>
        <w:t>v -0.063597 1.504777 0.090445</w:t>
        <w:br/>
        <w:t>v -0.065065 1.505902 0.090230</w:t>
        <w:br/>
        <w:t>v -0.067188 1.503434 0.086171</w:t>
        <w:br/>
        <w:t>v -0.058995 1.507887 0.093239</w:t>
        <w:br/>
        <w:t>v -0.059723 1.513704 0.098442</w:t>
        <w:br/>
        <w:t>v -0.059113 1.513973 0.099366</w:t>
        <w:br/>
        <w:t>v -0.061698 1.514858 0.097665</w:t>
        <w:br/>
        <w:t>v -0.026186 1.515957 0.113800</w:t>
        <w:br/>
        <w:t>v -0.022788 1.514558 0.114473</w:t>
        <w:br/>
        <w:t>v -0.021740 1.512622 0.111366</w:t>
        <w:br/>
        <w:t>v -0.022686 1.511436 0.109230</w:t>
        <w:br/>
        <w:t>v -0.017109 1.507621 0.110628</w:t>
        <w:br/>
        <w:t>v -0.029092 1.518134 0.113545</w:t>
        <w:br/>
        <w:t>v -0.032863 1.516787 0.110180</w:t>
        <w:br/>
        <w:t>v -0.032568 1.519394 0.113386</w:t>
        <w:br/>
        <w:t>v -0.026859 1.514737 0.110070</w:t>
        <w:br/>
        <w:t>v -0.059723 1.513704 0.098442</w:t>
        <w:br/>
        <w:t>v -0.058498 1.514284 0.099468</w:t>
        <w:br/>
        <w:t>v -0.061698 1.514858 0.097665</w:t>
        <w:br/>
        <w:t>v -0.055973 1.514480 0.101622</w:t>
        <w:br/>
        <w:t>v -0.058002 1.512931 0.099292</w:t>
        <w:br/>
        <w:t>v -0.046770 1.520771 0.110157</w:t>
        <w:br/>
        <w:t>v -0.045589 1.521388 0.110894</w:t>
        <w:br/>
        <w:t>v -0.048594 1.523259 0.110454</w:t>
        <w:br/>
        <w:t>v -0.045600 1.519567 0.110170</w:t>
        <w:br/>
        <w:t>v -0.042763 1.520025 0.111610</w:t>
        <w:br/>
        <w:t>v -0.055659 1.511072 0.099031</w:t>
        <w:br/>
        <w:t>v -0.052913 1.513176 0.102433</w:t>
        <w:br/>
        <w:t>v -0.047146 1.516104 0.107074</w:t>
        <w:br/>
        <w:t>v -0.047359 1.519073 0.109140</w:t>
        <w:br/>
        <w:t>v -0.050992 1.517576 0.106308</w:t>
        <w:br/>
        <w:t>v -0.050118 1.514900 0.105142</w:t>
        <w:br/>
        <w:t>v -0.038860 1.517334 0.109651</w:t>
        <w:br/>
        <w:t>v -0.038093 1.520078 0.112526</w:t>
        <w:br/>
        <w:t>v -0.054333 1.515746 0.103314</w:t>
        <w:br/>
        <w:t>v -0.043377 1.516965 0.108588</w:t>
        <w:br/>
        <w:t>v -0.052097 1.497499 0.095999</w:t>
        <w:br/>
        <w:t>v -0.019629 1.514970 0.106355</w:t>
        <w:br/>
        <w:t>v -0.023164 1.520475 0.107665</w:t>
        <w:br/>
        <w:t>v -0.027467 1.513448 0.108569</w:t>
        <w:br/>
        <w:t>v -0.029480 1.495928 0.103436</w:t>
        <w:br/>
        <w:t>v -0.033470 1.495179 0.102640</w:t>
        <w:br/>
        <w:t>v -0.029675 1.495598 0.089656</w:t>
        <w:br/>
        <w:t>v -0.036904 1.495289 0.101911</w:t>
        <w:br/>
        <w:t>v -0.040219 1.494613 0.086980</w:t>
        <w:br/>
        <w:t>v -0.024810 1.497249 0.104230</w:t>
        <w:br/>
        <w:t>v -0.041135 1.495109 0.100656</w:t>
        <w:br/>
        <w:t>v -0.045848 1.495226 0.099166</w:t>
        <w:br/>
        <w:t>v -0.040220 1.499513 0.083248</w:t>
        <w:br/>
        <w:t>v -0.030389 1.500890 0.085204</w:t>
        <w:br/>
        <w:t>v -0.021349 1.503967 0.087762</w:t>
        <w:br/>
        <w:t>v -0.019467 1.504739 0.106175</w:t>
        <w:br/>
        <w:t>v -0.018771 1.504594 0.107445</w:t>
        <w:br/>
        <w:t>v -0.016488 1.503160 0.092961</w:t>
        <w:br/>
        <w:t>v -0.021842 1.514622 0.087141</w:t>
        <w:br/>
        <w:t>v -0.016024 1.510149 0.093039</w:t>
        <w:br/>
        <w:t>v -0.022965 1.511071 0.107875</w:t>
        <w:br/>
        <w:t>v -0.050202 1.512207 0.081458</w:t>
        <w:br/>
        <w:t>v -0.057983 1.511684 0.082586</w:t>
        <w:br/>
        <w:t>v -0.050904 1.517746 0.084429</w:t>
        <w:br/>
        <w:t>v -0.030910 1.516231 0.084795</w:t>
        <w:br/>
        <w:t>v -0.019673 1.507222 0.106791</w:t>
        <w:br/>
        <w:t>v -0.027961 1.523156 0.107817</w:t>
        <w:br/>
        <w:t>v -0.033226 1.514738 0.108323</w:t>
        <w:br/>
        <w:t>v -0.023164 1.520475 0.107665</w:t>
        <w:br/>
        <w:t>v -0.020800 1.520336 0.091418</w:t>
        <w:br/>
        <w:t>v -0.027961 1.523156 0.107817</w:t>
        <w:br/>
        <w:t>v -0.020800 1.520336 0.091418</w:t>
        <w:br/>
        <w:t>v -0.030982 1.523181 0.087774</w:t>
        <w:br/>
        <w:t>v -0.034394 1.525205 0.107088</w:t>
        <w:br/>
        <w:t>v -0.038105 1.514952 0.107470</w:t>
        <w:br/>
        <w:t>v -0.034394 1.525205 0.107088</w:t>
        <w:br/>
        <w:t>v -0.047864 1.513005 0.103885</w:t>
        <w:br/>
        <w:t>v -0.048894 1.522822 0.102343</w:t>
        <w:br/>
        <w:t>v -0.054391 1.519265 0.098148</w:t>
        <w:br/>
        <w:t>v -0.050594 1.511822 0.101805</w:t>
        <w:br/>
        <w:t>v -0.041644 1.524860 0.105565</w:t>
        <w:br/>
        <w:t>v -0.040429 1.522692 0.085873</w:t>
        <w:br/>
        <w:t>v -0.040389 1.515698 0.082923</w:t>
        <w:br/>
        <w:t>v -0.048894 1.522822 0.102343</w:t>
        <w:br/>
        <w:t>v -0.041644 1.524860 0.105565</w:t>
        <w:br/>
        <w:t>v -0.041545 1.514591 0.106578</w:t>
        <w:br/>
        <w:t>v -0.045027 1.513778 0.105433</w:t>
        <w:br/>
        <w:t>v -0.054391 1.519265 0.098148</w:t>
        <w:br/>
        <w:t>v -0.057324 1.507394 0.093058</w:t>
        <w:br/>
        <w:t>v -0.053778 1.510169 0.098146</w:t>
        <w:br/>
        <w:t>v -0.058322 1.505633 0.082548</w:t>
        <w:br/>
        <w:t>v -0.058322 1.505633 0.082548</w:t>
        <w:br/>
        <w:t>v -0.056204 1.498876 0.082948</w:t>
        <w:br/>
        <w:t>v -0.054269 1.501950 0.093751</w:t>
        <w:br/>
        <w:t>v -0.049058 1.498899 0.081911</w:t>
        <w:br/>
        <w:t>v -0.056204 1.498876 0.082948</w:t>
        <w:br/>
        <w:t>v -0.052589 1.499955 0.094932</w:t>
        <w:br/>
        <w:t>v -0.048517 1.494162 0.084607</w:t>
        <w:br/>
        <w:t>v -0.050928 1.498249 0.096107</w:t>
        <w:br/>
        <w:t>v -0.048517 1.494162 0.084607</w:t>
        <w:br/>
        <w:t>v -0.048674 1.496180 0.097834</w:t>
        <w:br/>
        <w:t>v -0.017520 1.516594 0.092653</w:t>
        <w:br/>
        <w:t>v -0.057324 1.507394 0.093058</w:t>
        <w:br/>
        <w:t>v -0.017520 1.516594 0.092653</w:t>
        <w:br/>
        <w:t>v -0.057324 1.507394 0.093058</w:t>
        <w:br/>
        <w:t>v -0.055923 1.504506 0.093062</w:t>
        <w:br/>
        <w:t>v 0.010419 1.453504 0.108728</w:t>
        <w:br/>
        <w:t>v 0.009516 1.454117 0.109702</w:t>
        <w:br/>
        <w:t>v 0.010468 1.454932 0.109695</w:t>
        <w:br/>
        <w:t>v 0.011422 1.453932 0.108713</w:t>
        <w:br/>
        <w:t>v 0.009556 1.452948 0.107923</w:t>
        <w:br/>
        <w:t>v 0.010306 1.452805 0.106389</w:t>
        <w:br/>
        <w:t>v 0.010516 1.453896 0.106430</w:t>
        <w:br/>
        <w:t>v 0.009627 1.453282 0.107969</w:t>
        <w:br/>
        <w:t>v 0.009714 1.453194 0.108801</w:t>
        <w:br/>
        <w:t>v 0.009805 1.452933 0.108674</w:t>
        <w:br/>
        <w:t>v 0.009175 1.453040 0.108889</w:t>
        <w:br/>
        <w:t>v 0.009175 1.453021 0.108888</w:t>
        <w:br/>
        <w:t>v 0.005455 1.460717 0.084298</w:t>
        <w:br/>
        <w:t>v 0.005331 1.463493 0.089325</w:t>
        <w:br/>
        <w:t>v 0.009576 1.461730 0.090703</w:t>
        <w:br/>
        <w:t>v 0.009689 1.459680 0.086623</w:t>
        <w:br/>
        <w:t>v 0.012371 1.459503 0.091676</w:t>
        <w:br/>
        <w:t>v 0.011524 1.458147 0.087900</w:t>
        <w:br/>
        <w:t>v 0.011980 1.456457 0.088430</w:t>
        <w:br/>
        <w:t>v 0.010350 1.456453 0.086610</w:t>
        <w:br/>
        <w:t>v 0.013082 1.456413 0.092256</w:t>
        <w:br/>
        <w:t>v 0.009847 1.453333 0.087551</w:t>
        <w:br/>
        <w:t>v 0.011527 1.454862 0.088289</w:t>
        <w:br/>
        <w:t>v 0.012441 1.453634 0.091996</w:t>
        <w:br/>
        <w:t>v 0.010111 1.451195 0.091386</w:t>
        <w:br/>
        <w:t>v 0.005464 1.449795 0.090742</w:t>
        <w:br/>
        <w:t>v 0.005651 1.451829 0.085831</w:t>
        <w:br/>
        <w:t>v 0.009639 1.574152 0.119246</w:t>
        <w:br/>
        <w:t>v 0.009548 1.555443 0.124116</w:t>
        <w:br/>
        <w:t>v 0.009192 1.541338 0.123732</w:t>
        <w:br/>
        <w:t>v 0.008813 1.529055 0.121879</w:t>
        <w:br/>
        <w:t>v 0.008167 1.523377 0.120559</w:t>
        <w:br/>
        <w:t>v 0.017603 1.541419 0.122584</w:t>
        <w:br/>
        <w:t>v 0.017128 1.529124 0.120751</w:t>
        <w:br/>
        <w:t>v 0.015150 1.522942 0.119363</w:t>
        <w:br/>
        <w:t>v 0.006706 1.518301 0.118472</w:t>
        <w:br/>
        <w:t>v 0.018117 1.556176 0.123239</w:t>
        <w:br/>
        <w:t>v 0.005935 1.512635 0.116417</w:t>
        <w:br/>
        <w:t>v 0.005007 1.507124 0.115199</w:t>
        <w:br/>
        <w:t>v 0.004486 1.502239 0.114858</w:t>
        <w:br/>
        <w:t>v 0.010235 1.511634 0.115127</w:t>
        <w:br/>
        <w:t>v 0.008820 1.506393 0.113946</w:t>
        <w:br/>
        <w:t>v 0.012242 1.517496 0.117116</w:t>
        <w:br/>
        <w:t>v 0.008147 1.501666 0.113504</w:t>
        <w:br/>
        <w:t>v 0.018260 1.515242 0.113869</w:t>
        <w:br/>
        <w:t>v 0.014301 1.509676 0.111840</w:t>
        <w:br/>
        <w:t>v 0.013239 1.505095 0.111321</w:t>
        <w:br/>
        <w:t>v 0.025275 1.520681 0.115581</w:t>
        <w:br/>
        <w:t>v 0.012487 1.500394 0.110468</w:t>
        <w:br/>
        <w:t>v 0.021274 1.512987 0.111707</w:t>
        <w:br/>
        <w:t>v 0.017343 1.508032 0.110307</w:t>
        <w:br/>
        <w:t>v 0.026067 1.529149 0.118984</w:t>
        <w:br/>
        <w:t>v 0.026197 1.516213 0.112617</w:t>
        <w:br/>
        <w:t>v 0.018771 1.504594 0.107445</w:t>
        <w:br/>
        <w:t>v 0.016341 1.504462 0.108964</w:t>
        <w:br/>
        <w:t>v 0.019087 1.507078 0.108013</w:t>
        <w:br/>
        <w:t>v 0.026374 1.541587 0.120700</w:t>
        <w:br/>
        <w:t>v 0.022686 1.511436 0.109230</w:t>
        <w:br/>
        <w:t>v 0.026451 1.557152 0.120955</w:t>
        <w:br/>
        <w:t>v 0.026859 1.514737 0.110070</w:t>
        <w:br/>
        <w:t>v 0.017987 1.574530 0.118084</w:t>
        <w:br/>
        <w:t>v 0.009467 1.590556 0.111482</w:t>
        <w:br/>
        <w:t>v 0.009757 1.606051 0.103273</w:t>
        <w:br/>
        <w:t>v 0.020385 1.605508 0.100743</w:t>
        <w:br/>
        <w:t>v 0.019965 1.589956 0.110082</w:t>
        <w:br/>
        <w:t>v 0.032416 1.604696 0.095718</w:t>
        <w:br/>
        <w:t>v 0.032158 1.589557 0.105518</w:t>
        <w:br/>
        <w:t>v 0.025987 1.575005 0.115191</w:t>
        <w:br/>
        <w:t>v 0.042635 1.588291 0.098005</w:t>
        <w:br/>
        <w:t>v 0.041833 1.603160 0.088475</w:t>
        <w:br/>
        <w:t>v 0.034228 1.575286 0.112129</w:t>
        <w:br/>
        <w:t>v 0.035143 1.558333 0.116724</w:t>
        <w:br/>
        <w:t>v 0.042980 1.574494 0.107003</w:t>
        <w:br/>
        <w:t>v 0.049809 1.600313 0.078803</w:t>
        <w:br/>
        <w:t>v 0.050371 1.585783 0.091420</w:t>
        <w:br/>
        <w:t>v 0.050905 1.572362 0.100955</w:t>
        <w:br/>
        <w:t>v 0.042966 1.559270 0.113301</w:t>
        <w:br/>
        <w:t>v 0.050136 1.558702 0.107547</w:t>
        <w:br/>
        <w:t>v 0.056553 1.581761 0.081321</w:t>
        <w:br/>
        <w:t>v 0.056672 1.594226 0.066133</w:t>
        <w:br/>
        <w:t>v 0.056974 1.568602 0.092174</w:t>
        <w:br/>
        <w:t>v 0.063845 1.585998 0.053611</w:t>
        <w:br/>
        <w:t>v 0.064187 1.573943 0.066967</w:t>
        <w:br/>
        <w:t>v 0.063005 1.563134 0.079093</w:t>
        <w:br/>
        <w:t>v 0.068939 1.563530 0.053436</w:t>
        <w:br/>
        <w:t>v 0.069873 1.572334 0.041073</w:t>
        <w:br/>
        <w:t>v 0.067717 1.553865 0.065045</w:t>
        <w:br/>
        <w:t>v 0.074137 1.556306 0.030510</w:t>
        <w:br/>
        <w:t>v 0.072360 1.550102 0.042863</w:t>
        <w:br/>
        <w:t>v 0.070895 1.542853 0.057432</w:t>
        <w:br/>
        <w:t>v 0.074269 1.540101 0.022498</w:t>
        <w:br/>
        <w:t>v 0.072042 1.536085 0.034257</w:t>
        <w:br/>
        <w:t>v 0.069352 1.530232 0.053621</w:t>
        <w:br/>
        <w:t>v 0.070157 1.522508 0.029020</w:t>
        <w:br/>
        <w:t>v 0.071636 1.524627 0.017188</w:t>
        <w:br/>
        <w:t>v 0.068341 1.518211 0.053373</w:t>
        <w:br/>
        <w:t>v 0.065606 1.506284 0.013476</w:t>
        <w:br/>
        <w:t>v 0.066902 1.509067 0.018928</w:t>
        <w:br/>
        <w:t>v 0.066173 1.506981 0.025791</w:t>
        <w:br/>
        <w:t>v 0.068031 1.535197 0.071813</w:t>
        <w:br/>
        <w:t>v 0.065572 1.543133 0.079691</w:t>
        <w:br/>
        <w:t>v 0.065059 1.508470 0.054419</w:t>
        <w:br/>
        <w:t>v 0.066441 1.523021 0.071168</w:t>
        <w:br/>
        <w:t>v 0.060809 1.551510 0.090699</w:t>
        <w:br/>
        <w:t>v 0.064944 1.527063 0.082834</w:t>
        <w:br/>
        <w:t>v 0.063004 1.533227 0.090500</w:t>
        <w:br/>
        <w:t>v 0.056346 1.556451 0.100893</w:t>
        <w:br/>
        <w:t>v 0.058998 1.538220 0.098405</w:t>
        <w:br/>
        <w:t>v 0.054235 1.541138 0.104985</w:t>
        <w:br/>
        <w:t>v 0.049059 1.542608 0.110316</w:t>
        <w:br/>
        <w:t>v 0.042728 1.542887 0.114739</w:t>
        <w:br/>
        <w:t>v 0.035011 1.542246 0.117933</w:t>
        <w:br/>
        <w:t>v 0.052645 1.530431 0.107215</w:t>
        <w:br/>
        <w:t>v 0.047909 1.531759 0.111182</w:t>
        <w:br/>
        <w:t>v 0.042102 1.532054 0.114691</w:t>
        <w:br/>
        <w:t>v 0.056569 1.527946 0.102972</w:t>
        <w:br/>
        <w:t>v 0.059959 1.523600 0.097445</w:t>
        <w:br/>
        <w:t>v 0.034635 1.531086 0.116809</w:t>
        <w:br/>
        <w:t>v 0.046111 1.524354 0.110628</w:t>
        <w:br/>
        <w:t>v 0.040967 1.524834 0.113344</w:t>
        <w:br/>
        <w:t>v 0.033442 1.523411 0.114801</w:t>
        <w:br/>
        <w:t>v 0.032797 1.518367 0.112471</w:t>
        <w:br/>
        <w:t>v 0.039431 1.519415 0.111231</w:t>
        <w:br/>
        <w:t>v 0.044154 1.518855 0.109812</w:t>
        <w:br/>
        <w:t>v 0.050307 1.523368 0.108082</w:t>
        <w:br/>
        <w:t>v 0.048204 1.517867 0.107859</w:t>
        <w:br/>
        <w:t>v 0.053928 1.521071 0.104337</w:t>
        <w:br/>
        <w:t>v 0.051335 1.516417 0.105436</w:t>
        <w:br/>
        <w:t>v 0.043377 1.516965 0.108588</w:t>
        <w:br/>
        <w:t>v 0.047146 1.516103 0.107074</w:t>
        <w:br/>
        <w:t>v 0.056892 1.518351 0.100356</w:t>
        <w:br/>
        <w:t>v 0.050119 1.514899 0.105142</w:t>
        <w:br/>
        <w:t>v 0.038860 1.517334 0.109651</w:t>
        <w:br/>
        <w:t>v 0.032863 1.516787 0.110180</w:t>
        <w:br/>
        <w:t>v 0.022965 1.511071 0.107875</w:t>
        <w:br/>
        <w:t>v 0.027467 1.513447 0.108569</w:t>
        <w:br/>
        <w:t>v 0.019673 1.507221 0.106791</w:t>
        <w:br/>
        <w:t>v 0.016024 1.510149 0.093039</w:t>
        <w:br/>
        <w:t>v 0.016488 1.503160 0.092961</w:t>
        <w:br/>
        <w:t>v 0.018840 1.503339 0.104575</w:t>
        <w:br/>
        <w:t>v 0.019467 1.504739 0.106175</w:t>
        <w:br/>
        <w:t>v 0.019673 1.507221 0.106791</w:t>
        <w:br/>
        <w:t>v 0.019467 1.504739 0.106175</w:t>
        <w:br/>
        <w:t>v 0.017827 1.498674 0.107610</w:t>
        <w:br/>
        <w:t>v 0.016531 1.501433 0.108233</w:t>
        <w:br/>
        <w:t>v 0.020177 1.499183 0.106225</w:t>
        <w:br/>
        <w:t>v 0.020980 1.499461 0.104945</w:t>
        <w:br/>
        <w:t>v 0.024810 1.497249 0.104230</w:t>
        <w:br/>
        <w:t>v 0.023890 1.496839 0.105573</w:t>
        <w:br/>
        <w:t>v 0.023439 1.494929 0.106487</w:t>
        <w:br/>
        <w:t>v 0.029480 1.495928 0.103436</w:t>
        <w:br/>
        <w:t>v 0.029137 1.495330 0.104958</w:t>
        <w:br/>
        <w:t>v 0.033470 1.495179 0.102640</w:t>
        <w:br/>
        <w:t>v 0.033371 1.494586 0.104369</w:t>
        <w:br/>
        <w:t>v 0.036904 1.495289 0.101911</w:t>
        <w:br/>
        <w:t>v 0.037049 1.494489 0.103534</w:t>
        <w:br/>
        <w:t>v 0.028442 1.493540 0.105643</w:t>
        <w:br/>
        <w:t>v 0.032936 1.492745 0.104847</w:t>
        <w:br/>
        <w:t>v 0.036891 1.492297 0.103879</w:t>
        <w:br/>
        <w:t>v 0.041136 1.495109 0.100656</w:t>
        <w:br/>
        <w:t>v 0.041688 1.494450 0.102145</w:t>
        <w:br/>
        <w:t>v 0.045848 1.495226 0.099166</w:t>
        <w:br/>
        <w:t>v 0.046282 1.494626 0.100404</w:t>
        <w:br/>
        <w:t>v 0.041720 1.492207 0.102528</w:t>
        <w:br/>
        <w:t>v 0.048674 1.496180 0.097834</w:t>
        <w:br/>
        <w:t>v 0.049522 1.495715 0.098252</w:t>
        <w:br/>
        <w:t>v 0.046553 1.492501 0.100350</w:t>
        <w:br/>
        <w:t>v 0.049522 1.495715 0.098252</w:t>
        <w:br/>
        <w:t>v 0.050394 1.494105 0.097099</w:t>
        <w:br/>
        <w:t>v 0.052097 1.497499 0.095999</w:t>
        <w:br/>
        <w:t>v 0.053168 1.496263 0.094900</w:t>
        <w:br/>
        <w:t>v 0.053817 1.499360 0.094576</w:t>
        <w:br/>
        <w:t>v 0.054897 1.498416 0.093384</w:t>
        <w:br/>
        <w:t>v 0.055279 1.501258 0.093644</w:t>
        <w:br/>
        <w:t>v 0.056413 1.500649 0.092178</w:t>
        <w:br/>
        <w:t>v 0.059609 1.509364 0.092086</w:t>
        <w:br/>
        <w:t>v 0.058856 1.506243 0.091276</w:t>
        <w:br/>
        <w:t>v 0.058996 1.507887 0.093239</w:t>
        <w:br/>
        <w:t>v 0.057047 1.504125 0.092765</w:t>
        <w:br/>
        <w:t>v 0.058127 1.503994 0.091401</w:t>
        <w:br/>
        <w:t>v 0.056807 1.512259 0.098509</w:t>
        <w:br/>
        <w:t>v 0.055660 1.511072 0.099031</w:t>
        <w:br/>
        <w:t>v 0.059823 1.504266 0.088029</w:t>
        <w:br/>
        <w:t>v 0.060784 1.507758 0.088403</w:t>
        <w:br/>
        <w:t>v 0.058228 1.499961 0.088383</w:t>
        <w:br/>
        <w:t>v 0.056652 1.496647 0.089230</w:t>
        <w:br/>
        <w:t>v 0.054229 1.514575 0.102461</w:t>
        <w:br/>
        <w:t>v 0.052914 1.513176 0.102433</w:t>
        <w:br/>
        <w:t>v 0.059732 1.515056 0.096265</w:t>
        <w:br/>
        <w:t>v 0.061754 1.512116 0.089329</w:t>
        <w:br/>
        <w:t>v 0.061793 1.518723 0.092153</w:t>
        <w:br/>
        <w:t>v 0.064155 1.517001 0.082035</w:t>
        <w:br/>
        <w:t>v 0.066026 1.514763 0.071695</w:t>
        <w:br/>
        <w:t>v 0.063252 1.510838 0.081681</w:t>
        <w:br/>
        <w:t>v 0.061993 1.505128 0.081460</w:t>
        <w:br/>
        <w:t>v 0.060276 1.499783 0.081537</w:t>
        <w:br/>
        <w:t>v 0.064692 1.507127 0.072002</w:t>
        <w:br/>
        <w:t>v 0.062319 1.493877 0.027279</w:t>
        <w:br/>
        <w:t>v 0.062257 1.498864 0.056260</w:t>
        <w:br/>
        <w:t>v 0.062589 1.499671 0.072779</w:t>
        <w:br/>
        <w:t>v 0.058963 1.495169 0.082424</w:t>
        <w:br/>
        <w:t>v 0.053918 1.491434 0.092152</w:t>
        <w:br/>
        <w:t>v 0.060790 1.493676 0.073612</w:t>
        <w:br/>
        <w:t>v 0.057231 1.489223 0.084299</w:t>
        <w:br/>
        <w:t>v 0.051231 1.490105 0.096425</w:t>
        <w:br/>
        <w:t>v 0.060032 1.491064 0.057780</w:t>
        <w:br/>
        <w:t>v 0.058582 1.487074 0.074590</w:t>
        <w:br/>
        <w:t>v 0.046593 1.488553 0.100340</w:t>
        <w:br/>
        <w:t>v 0.058889 1.485206 0.028487</w:t>
        <w:br/>
        <w:t>v 0.041256 1.488266 0.103078</w:t>
        <w:br/>
        <w:t>v 0.051426 1.485768 0.095387</w:t>
        <w:br/>
        <w:t>v 0.054629 1.482261 0.086390</w:t>
        <w:br/>
        <w:t>v 0.036301 1.488509 0.104843</w:t>
        <w:br/>
        <w:t>v 0.049521 1.480033 0.096123</w:t>
        <w:br/>
        <w:t>v 0.045475 1.483082 0.100882</w:t>
        <w:br/>
        <w:t>v 0.039803 1.483377 0.104086</w:t>
        <w:br/>
        <w:t>v 0.031844 1.489469 0.105884</w:t>
        <w:br/>
        <w:t>v 0.034865 1.484026 0.105670</w:t>
        <w:br/>
        <w:t>v 0.027171 1.490742 0.106686</w:t>
        <w:br/>
        <w:t>v 0.030309 1.485001 0.107013</w:t>
        <w:br/>
        <w:t>v 0.042728 1.476014 0.101898</w:t>
        <w:br/>
        <w:t>v 0.037507 1.477218 0.104773</w:t>
        <w:br/>
        <w:t>v 0.032642 1.478644 0.106734</w:t>
        <w:br/>
        <w:t>v 0.047437 1.475056 0.096908</w:t>
        <w:br/>
        <w:t>v 0.025331 1.486246 0.107993</w:t>
        <w:br/>
        <w:t>v 0.052139 1.475800 0.087658</w:t>
        <w:br/>
        <w:t>v 0.022584 1.492176 0.107312</w:t>
        <w:br/>
        <w:t>v 0.056104 1.479777 0.076118</w:t>
        <w:br/>
        <w:t>v 0.057906 1.484219 0.059164</w:t>
        <w:br/>
        <w:t>v 0.016888 1.494328 0.108382</w:t>
        <w:br/>
        <w:t>v 0.054264 1.475170 0.029518</w:t>
        <w:br/>
        <w:t>v 0.011973 1.496062 0.110624</w:t>
        <w:br/>
        <w:t>v 0.055933 1.477853 0.060336</w:t>
        <w:br/>
        <w:t>v 0.052004 1.469323 0.078387</w:t>
        <w:br/>
        <w:t>v 0.052336 1.468094 0.062268</w:t>
        <w:br/>
        <w:t>v 0.051297 1.466932 0.043198</w:t>
        <w:br/>
        <w:t>v 0.049272 1.469157 0.089162</w:t>
        <w:br/>
        <w:t>v 0.045116 1.469608 0.097241</w:t>
        <w:br/>
        <w:t>v 0.040053 1.470301 0.102282</w:t>
        <w:br/>
        <w:t>v 0.034815 1.471595 0.105338</w:t>
        <w:br/>
        <w:t>v 0.046634 1.463920 0.090111</w:t>
        <w:br/>
        <w:t>v 0.041931 1.464046 0.097431</w:t>
        <w:br/>
        <w:t>v 0.036394 1.464442 0.102323</w:t>
        <w:br/>
        <w:t>v 0.049062 1.463789 0.079678</w:t>
        <w:br/>
        <w:t>v 0.049524 1.462620 0.064644</w:t>
        <w:br/>
        <w:t>v 0.043429 1.458958 0.091029</w:t>
        <w:br/>
        <w:t>v 0.045634 1.458236 0.081410</w:t>
        <w:br/>
        <w:t>v 0.047922 1.461648 0.045503</w:t>
        <w:br/>
        <w:t>v 0.045728 1.457030 0.067130</w:t>
        <w:br/>
        <w:t>v 0.043970 1.456268 0.038364</w:t>
        <w:br/>
        <w:t>v 0.050151 1.466687 0.033468</w:t>
        <w:br/>
        <w:t>v 0.049328 1.466704 0.028755</w:t>
        <w:br/>
        <w:t>v 0.052464 1.472603 0.025800</w:t>
        <w:br/>
        <w:t>v 0.047007 1.474926 0.021812</w:t>
        <w:br/>
        <w:t>v 0.034217 1.457455 0.034436</w:t>
        <w:br/>
        <w:t>v 0.043222 1.456744 0.035568</w:t>
        <w:br/>
        <w:t>v 0.041796 1.467809 0.027143</w:t>
        <w:br/>
        <w:t>v 0.044249 1.456004 0.048224</w:t>
        <w:br/>
        <w:t>v 0.025580 1.445776 0.043063</w:t>
        <w:br/>
        <w:t>v 0.035754 1.448147 0.042228</w:t>
        <w:br/>
        <w:t>v 0.037412 1.448634 0.047144</w:t>
        <w:br/>
        <w:t>v 0.020476 1.440364 0.047521</w:t>
        <w:br/>
        <w:t>v 0.026886 1.440667 0.050265</w:t>
        <w:br/>
        <w:t>v 0.029641 1.442002 0.055525</w:t>
        <w:br/>
        <w:t>v 0.014946 1.436268 0.051248</w:t>
        <w:br/>
        <w:t>v 0.019712 1.435858 0.056088</w:t>
        <w:br/>
        <w:t>v 0.019730 1.435313 0.065522</w:t>
        <w:br/>
        <w:t>v 0.038515 1.449297 0.053553</w:t>
        <w:br/>
        <w:t>v 0.007995 1.433919 0.053974</w:t>
        <w:br/>
        <w:t>v 0.010884 1.432483 0.061933</w:t>
        <w:br/>
        <w:t>v 0.039718 1.450266 0.070878</w:t>
        <w:br/>
        <w:t>v 0.040054 1.451867 0.083780</w:t>
        <w:br/>
        <w:t>v 0.030878 1.442944 0.060581</w:t>
        <w:br/>
        <w:t>v 0.032373 1.444042 0.075145</w:t>
        <w:br/>
        <w:t>v 0.023802 1.437879 0.068315</w:t>
        <w:br/>
        <w:t>v 0.025483 1.438929 0.080007</w:t>
        <w:br/>
        <w:t>v 0.018955 1.434810 0.074479</w:t>
        <w:br/>
        <w:t>v 0.020014 1.435404 0.083723</w:t>
        <w:br/>
        <w:t>v 0.012804 1.431393 0.072527</w:t>
        <w:br/>
        <w:t>v 0.000000 1.432787 0.055957</w:t>
        <w:br/>
        <w:t>v 0.004492 1.430946 0.063830</w:t>
        <w:br/>
        <w:t>v 0.004618 1.428235 0.079020</w:t>
        <w:br/>
        <w:t>v 0.014332 1.431979 0.079263</w:t>
        <w:br/>
        <w:t>v 0.000000 1.430621 0.064277</w:t>
        <w:br/>
        <w:t>v 0.000000 1.427719 0.079191</w:t>
        <w:br/>
        <w:t>v 0.008598 1.428854 0.084314</w:t>
        <w:br/>
        <w:t>v 0.008576 1.428640 0.090873</w:t>
        <w:br/>
        <w:t>v 0.014515 1.431871 0.087400</w:t>
        <w:br/>
        <w:t>v 0.003738 1.427036 0.086985</w:t>
        <w:br/>
        <w:t>v 0.003749 1.426468 0.093215</w:t>
        <w:br/>
        <w:t>v 0.008293 1.429261 0.095433</w:t>
        <w:br/>
        <w:t>v 0.013926 1.432438 0.093589</w:t>
        <w:br/>
        <w:t>v 0.020035 1.436441 0.091643</w:t>
        <w:br/>
        <w:t>v 0.025777 1.440395 0.089607</w:t>
        <w:br/>
        <w:t>v 0.032628 1.445516 0.086623</w:t>
        <w:br/>
        <w:t>v 0.018834 1.438736 0.096184</w:t>
        <w:br/>
        <w:t>v 0.024595 1.442460 0.094831</w:t>
        <w:br/>
        <w:t>v 0.031090 1.447495 0.093395</w:t>
        <w:br/>
        <w:t>v 0.037922 1.453235 0.092153</w:t>
        <w:br/>
        <w:t>v 0.038452 1.459448 0.097623</w:t>
        <w:br/>
        <w:t>v 0.027783 1.449009 0.098215</w:t>
        <w:br/>
        <w:t>v 0.033289 1.453961 0.097813</w:t>
        <w:br/>
        <w:t>v 0.032427 1.459632 0.102304</w:t>
        <w:br/>
        <w:t>v 0.021702 1.444474 0.098579</w:t>
        <w:br/>
        <w:t>v 0.030888 1.464842 0.105368</w:t>
        <w:br/>
        <w:t>v 0.026618 1.454317 0.101974</w:t>
        <w:br/>
        <w:t>v 0.021709 1.450178 0.101838</w:t>
        <w:br/>
        <w:t>v 0.024314 1.458577 0.104948</w:t>
        <w:br/>
        <w:t>v 0.029827 1.473097 0.107331</w:t>
        <w:br/>
        <w:t>v 0.028305 1.480057 0.108117</w:t>
        <w:br/>
        <w:t>v 0.024933 1.468802 0.108296</w:t>
        <w:br/>
        <w:t>v 0.025282 1.474764 0.109122</w:t>
        <w:br/>
        <w:t>v 0.023431 1.481796 0.109288</w:t>
        <w:br/>
        <w:t>v 0.021023 1.487748 0.108740</w:t>
        <w:br/>
        <w:t>v 0.020489 1.476619 0.110633</w:t>
        <w:br/>
        <w:t>v 0.019071 1.483397 0.110058</w:t>
        <w:br/>
        <w:t>v 0.015782 1.489491 0.109754</w:t>
        <w:br/>
        <w:t>v 0.014372 1.485039 0.111396</w:t>
        <w:br/>
        <w:t>v 0.016701 1.478276 0.111994</w:t>
        <w:br/>
        <w:t>v 0.020890 1.470926 0.110174</w:t>
        <w:br/>
        <w:t>v 0.016665 1.472675 0.111789</w:t>
        <w:br/>
        <w:t>v 0.022177 1.462119 0.107385</w:t>
        <w:br/>
        <w:t>v 0.019039 1.464880 0.109411</w:t>
        <w:br/>
        <w:t>v 0.016000 1.466892 0.111374</w:t>
        <w:br/>
        <w:t>v 0.014223 1.460929 0.110418</w:t>
        <w:br/>
        <w:t>v 0.016220 1.458929 0.108970</w:t>
        <w:br/>
        <w:t>v 0.016990 1.456502 0.107336</w:t>
        <w:br/>
        <w:t>v 0.020665 1.454102 0.104672</w:t>
        <w:br/>
        <w:t>v 0.011809 1.462837 0.112339</w:t>
        <w:br/>
        <w:t>v 0.012443 1.468621 0.113329</w:t>
        <w:br/>
        <w:t>v 0.016400 1.453797 0.106405</w:t>
        <w:br/>
        <w:t>v 0.013299 1.474163 0.113763</w:t>
        <w:br/>
        <w:t>v 0.012525 1.479909 0.114255</w:t>
        <w:br/>
        <w:t>v 0.009900 1.475730 0.116841</w:t>
        <w:br/>
        <w:t>v 0.009729 1.470436 0.115444</w:t>
        <w:br/>
        <w:t>v 0.009785 1.486755 0.113865</w:t>
        <w:br/>
        <w:t>v 0.010940 1.491297 0.111776</w:t>
        <w:br/>
        <w:t>v 0.009049 1.464775 0.114420</w:t>
        <w:br/>
        <w:t>v 0.008431 1.481708 0.117321</w:t>
        <w:br/>
        <w:t>v 0.006060 1.488688 0.116833</w:t>
        <w:br/>
        <w:t>v 0.006875 1.493446 0.114493</w:t>
        <w:br/>
        <w:t>v 0.005061 1.483889 0.120850</w:t>
        <w:br/>
        <w:t>v 0.007705 1.498133 0.113602</w:t>
        <w:br/>
        <w:t>v 0.003185 1.490039 0.119526</w:t>
        <w:br/>
        <w:t>v 0.003643 1.494672 0.116688</w:t>
        <w:br/>
        <w:t>v 0.004158 1.499185 0.115159</w:t>
        <w:br/>
        <w:t>v 0.002607 1.485496 0.123308</w:t>
        <w:br/>
        <w:t>v 0.002049 1.481938 0.126982</w:t>
        <w:br/>
        <w:t>v 0.004226 1.479928 0.124268</w:t>
        <w:br/>
        <w:t>v 0.006778 1.477708 0.120555</w:t>
        <w:br/>
        <w:t>v 0.003522 1.477663 0.126694</w:t>
        <w:br/>
        <w:t>v 0.001564 1.480026 0.129393</w:t>
        <w:br/>
        <w:t>v 0.005566 1.475007 0.123174</w:t>
        <w:br/>
        <w:t>v 0.007561 1.472829 0.119221</w:t>
        <w:br/>
        <w:t>v 0.005729 1.467255 0.116821</w:t>
        <w:br/>
        <w:t>v 0.004671 1.470211 0.121677</w:t>
        <w:br/>
        <w:t>v 0.003615 1.472621 0.125631</w:t>
        <w:br/>
        <w:t>v 0.006307 1.459911 0.115068</w:t>
        <w:br/>
        <w:t>v 0.004357 1.460601 0.116437</w:t>
        <w:br/>
        <w:t>v 0.002557 1.465924 0.118577</w:t>
        <w:br/>
        <w:t>v 0.002497 1.468868 0.123081</w:t>
        <w:br/>
        <w:t>v 0.002077 1.460966 0.117265</w:t>
        <w:br/>
        <w:t>v 0.008583 1.458827 0.113076</w:t>
        <w:br/>
        <w:t>v 0.001880 1.471428 0.126756</w:t>
        <w:br/>
        <w:t>v 0.002411 1.475489 0.129200</w:t>
        <w:br/>
        <w:t>v 0.001310 1.474212 0.129678</w:t>
        <w:br/>
        <w:t>v 0.001009 1.477858 0.132187</w:t>
        <w:br/>
        <w:t>v 0.000861 1.476938 0.131859</w:t>
        <w:br/>
        <w:t>v 0.000000 1.473789 0.130309</w:t>
        <w:br/>
        <w:t>v 0.003688 1.457439 0.116474</w:t>
        <w:br/>
        <w:t>v 0.001823 1.457666 0.117263</w:t>
        <w:br/>
        <w:t>v 0.005378 1.457062 0.115407</w:t>
        <w:br/>
        <w:t>v 0.001487 1.455526 0.115647</w:t>
        <w:br/>
        <w:t>v 0.003081 1.455431 0.115144</w:t>
        <w:br/>
        <w:t>v 0.001242 1.453931 0.113949</w:t>
        <w:br/>
        <w:t>v 0.002779 1.453894 0.113619</w:t>
        <w:br/>
        <w:t>v 0.001201 1.453142 0.111366</w:t>
        <w:br/>
        <w:t>v 0.002625 1.453140 0.111150</w:t>
        <w:br/>
        <w:t>v 0.004786 1.455220 0.114327</w:t>
        <w:br/>
        <w:t>v 0.004445 1.453849 0.113011</w:t>
        <w:br/>
        <w:t>v 0.006067 1.453751 0.111954</w:t>
        <w:br/>
        <w:t>v 0.005863 1.453114 0.110376</w:t>
        <w:br/>
        <w:t>v 0.004274 1.453134 0.110926</w:t>
        <w:br/>
        <w:t>v 0.007437 1.453082 0.109715</w:t>
        <w:br/>
        <w:t>v 0.007720 1.453627 0.110437</w:t>
        <w:br/>
        <w:t>v 0.008745 1.453040 0.109007</w:t>
        <w:br/>
        <w:t>v 0.008958 1.453355 0.109342</w:t>
        <w:br/>
        <w:t>v 0.006565 1.454947 0.112936</w:t>
        <w:br/>
        <w:t>v 0.008259 1.454566 0.111074</w:t>
        <w:br/>
        <w:t>v 0.007378 1.456532 0.113501</w:t>
        <w:br/>
        <w:t>v 0.009143 1.455705 0.111296</w:t>
        <w:br/>
        <w:t>v 0.010543 1.457608 0.110970</w:t>
        <w:br/>
        <w:t>v 0.012394 1.456564 0.109410</w:t>
        <w:br/>
        <w:t>v 0.013734 1.455156 0.108167</w:t>
        <w:br/>
        <w:t>v 0.009714 1.453194 0.108801</w:t>
        <w:br/>
        <w:t>v 0.011548 1.453009 0.108027</w:t>
        <w:br/>
        <w:t>v 0.010570 1.452968 0.108496</w:t>
        <w:br/>
        <w:t>v 0.010385 1.451696 0.108188</w:t>
        <w:br/>
        <w:t>v 0.009348 1.452257 0.108701</w:t>
        <w:br/>
        <w:t>v 0.013562 1.453313 0.107365</w:t>
        <w:br/>
        <w:t>v 0.009805 1.452933 0.108674</w:t>
        <w:br/>
        <w:t>v 0.011921 1.451441 0.107161</w:t>
        <w:br/>
        <w:t>v 0.014264 1.451167 0.105984</w:t>
        <w:br/>
        <w:t>v 0.017604 1.450661 0.104254</w:t>
        <w:br/>
        <w:t>v 0.014842 1.448082 0.104265</w:t>
        <w:br/>
        <w:t>v 0.017657 1.446549 0.101852</w:t>
        <w:br/>
        <w:t>v 0.011316 1.445698 0.104401</w:t>
        <w:br/>
        <w:t>v 0.013534 1.443427 0.102043</w:t>
        <w:br/>
        <w:t>v 0.016598 1.440908 0.099018</w:t>
        <w:br/>
        <w:t>v 0.013027 1.434699 0.097745</w:t>
        <w:br/>
        <w:t>v 0.011393 1.437769 0.100015</w:t>
        <w:br/>
        <w:t>v 0.007797 1.431353 0.099348</w:t>
        <w:br/>
        <w:t>v 0.003600 1.426718 0.096919</w:t>
        <w:br/>
        <w:t>v 0.006835 1.435533 0.100962</w:t>
        <w:br/>
        <w:t>v 0.003516 1.429422 0.100274</w:t>
        <w:br/>
        <w:t>v 0.009759 1.440912 0.102357</w:t>
        <w:br/>
        <w:t>v 0.006049 1.439317 0.102773</w:t>
        <w:br/>
        <w:t>v 0.008044 1.444128 0.104599</w:t>
        <w:br/>
        <w:t>v 0.005006 1.443234 0.104958</w:t>
        <w:br/>
        <w:t>v 0.003100 1.434126 0.102008</w:t>
        <w:br/>
        <w:t>v 0.002666 1.438499 0.103675</w:t>
        <w:br/>
        <w:t>v 0.006602 1.446698 0.107109</w:t>
        <w:br/>
        <w:t>v 0.009260 1.447719 0.106655</w:t>
        <w:br/>
        <w:t>v 0.004225 1.446197 0.107451</w:t>
        <w:br/>
        <w:t>v 0.005811 1.448185 0.109023</w:t>
        <w:br/>
        <w:t>v 0.007970 1.448985 0.108414</w:t>
        <w:br/>
        <w:t>v 0.005151 1.449345 0.110326</w:t>
        <w:br/>
        <w:t>v 0.007189 1.450041 0.109512</w:t>
        <w:br/>
        <w:t>v 0.008762 1.453054 0.108908</w:t>
        <w:br/>
        <w:t>v 0.009175 1.453040 0.108889</w:t>
        <w:br/>
        <w:t>v 0.008931 1.452733 0.109149</w:t>
        <w:br/>
        <w:t>v 0.007871 1.451669 0.109714</w:t>
        <w:br/>
        <w:t>v 0.006377 1.451235 0.110539</w:t>
        <w:br/>
        <w:t>v 0.005951 1.452429 0.111077</w:t>
        <w:br/>
        <w:t>v 0.007532 1.452580 0.110305</w:t>
        <w:br/>
        <w:t>v 0.007532 1.452580 0.110305</w:t>
        <w:br/>
        <w:t>v 0.005951 1.452429 0.111077</w:t>
        <w:br/>
        <w:t>v 0.005839 1.453111 0.110380</w:t>
        <w:br/>
        <w:t>v 0.007388 1.453083 0.109720</w:t>
        <w:br/>
        <w:t>v 0.004619 1.450997 0.111127</w:t>
        <w:br/>
        <w:t>v 0.004375 1.452291 0.111558</w:t>
        <w:br/>
        <w:t>v 0.004285 1.453130 0.110926</w:t>
        <w:br/>
        <w:t>v 0.002633 1.453138 0.111147</w:t>
        <w:br/>
        <w:t>v 0.002716 1.452173 0.111834</w:t>
        <w:br/>
        <w:t>v 0.002871 1.450812 0.111700</w:t>
        <w:br/>
        <w:t>v 0.001178 1.453140 0.111365</w:t>
        <w:br/>
        <w:t>v 0.001268 1.452124 0.112103</w:t>
        <w:br/>
        <w:t>v 0.001415 1.450735 0.112053</w:t>
        <w:br/>
        <w:t>v 0.003680 1.447780 0.109349</w:t>
        <w:br/>
        <w:t>v 0.003243 1.449014 0.110853</w:t>
        <w:br/>
        <w:t>v 0.001580 1.448903 0.111204</w:t>
        <w:br/>
        <w:t>v 0.001746 1.447455 0.109620</w:t>
        <w:br/>
        <w:t>v 0.002021 1.445986 0.107739</w:t>
        <w:br/>
        <w:t>v 0.002336 1.442685 0.105548</w:t>
        <w:br/>
        <w:t>v 0.000000 1.425641 0.093825</w:t>
        <w:br/>
        <w:t>v 0.001201 1.453142 0.111366</w:t>
        <w:br/>
        <w:t>v 0.001138 1.455138 0.110575</w:t>
        <w:br/>
        <w:t>v 0.002233 1.457756 0.108786</w:t>
        <w:br/>
        <w:t>v 0.004274 1.453134 0.110926</w:t>
        <w:br/>
        <w:t>v 0.002625 1.453140 0.111150</w:t>
        <w:br/>
        <w:t>v 0.003622 1.459756 0.105962</w:t>
        <w:br/>
        <w:t>v -0.006220 1.454786 0.109622</w:t>
        <w:br/>
        <w:t>v -0.007792 1.454420 0.108942</w:t>
        <w:br/>
        <w:t>v -0.007437 1.453082 0.109715</w:t>
        <w:br/>
        <w:t>v -0.005863 1.453114 0.110376</w:t>
        <w:br/>
        <w:t>v 0.004680 1.461408 0.102016</w:t>
        <w:br/>
        <w:t>v 0.004923 1.463305 0.095753</w:t>
        <w:br/>
        <w:t>v 0.006397 1.459384 0.104893</w:t>
        <w:br/>
        <w:t>v 0.008269 1.460453 0.101921</w:t>
        <w:br/>
        <w:t>v 0.010260 1.457358 0.104941</w:t>
        <w:br/>
        <w:t>v 0.009244 1.462124 0.096219</w:t>
        <w:br/>
        <w:t>v 0.012572 1.459940 0.096874</w:t>
        <w:br/>
        <w:t>v 0.008930 1.458807 0.104202</w:t>
        <w:br/>
        <w:t>v 0.011224 1.458489 0.102238</w:t>
        <w:br/>
        <w:t>v 0.013384 1.455776 0.097656</w:t>
        <w:br/>
        <w:t>v 0.012453 1.455874 0.101290</w:t>
        <w:br/>
        <w:t>v 0.012890 1.452881 0.096776</w:t>
        <w:br/>
        <w:t>v -0.010854 1.452712 0.104491</w:t>
        <w:br/>
        <w:t>v 0.010143 1.450233 0.096239</w:t>
        <w:br/>
        <w:t>v 0.008932 1.450389 0.101109</w:t>
        <w:br/>
        <w:t>v 0.005167 1.448971 0.095852</w:t>
        <w:br/>
        <w:t>v 0.004621 1.448870 0.100983</w:t>
        <w:br/>
        <w:t>v 0.006142 1.449683 0.104360</w:t>
        <w:br/>
        <w:t>v -0.002421 1.449850 0.107016</w:t>
        <w:br/>
        <w:t>v -0.005535 1.450367 0.106751</w:t>
        <w:br/>
        <w:t>v 0.008357 1.450731 0.104483</w:t>
        <w:br/>
        <w:t>v 0.008745 1.453040 0.109007</w:t>
        <w:br/>
        <w:t>v 0.008992 1.453932 0.108388</w:t>
        <w:br/>
        <w:t>v 0.007388 1.453083 0.109720</w:t>
        <w:br/>
        <w:t>v 0.005839 1.453111 0.110380</w:t>
        <w:br/>
        <w:t>v 0.006319 1.451796 0.108804</w:t>
        <w:br/>
        <w:t>v 0.007695 1.452102 0.108415</w:t>
        <w:br/>
        <w:t>v 0.007646 1.451046 0.106558</w:t>
        <w:br/>
        <w:t>v 0.005536 1.450367 0.106751</w:t>
        <w:br/>
        <w:t>v 0.001178 1.453140 0.111365</w:t>
        <w:br/>
        <w:t>v 0.005679 1.456231 0.083551</w:t>
        <w:br/>
        <w:t>v 0.057780 1.475084 0.018733</w:t>
        <w:br/>
        <w:t>v 0.047007 1.474926 0.021812</w:t>
        <w:br/>
        <w:t>v 0.052464 1.472603 0.025800</w:t>
        <w:br/>
        <w:t>v 0.057887 1.473443 0.020299</w:t>
        <w:br/>
        <w:t>v 0.064867 1.477046 0.015911</w:t>
        <w:br/>
        <w:t>v 0.064076 1.480675 0.013647</w:t>
        <w:br/>
        <w:t>v 0.069824 1.480349 0.011789</w:t>
        <w:br/>
        <w:t>v 0.079388 1.504094 0.004874</w:t>
        <w:br/>
        <w:t>v 0.065606 1.506284 0.013476</w:t>
        <w:br/>
        <w:t>v 0.059679 1.493979 0.013722</w:t>
        <w:br/>
        <w:t>v 0.074111 1.493805 0.004758</w:t>
        <w:br/>
        <w:t>v 0.076944 1.485709 0.006714</w:t>
        <w:br/>
        <w:t>v 0.081293 1.494073 0.003597</w:t>
        <w:br/>
        <w:t>v 0.083364 1.503366 0.004775</w:t>
        <w:br/>
        <w:t>v 0.079089 1.508494 0.007136</w:t>
        <w:br/>
        <w:t>v 0.083298 1.508708 0.008051</w:t>
        <w:br/>
        <w:t>v 0.081368 1.511566 0.011846</w:t>
        <w:br/>
        <w:t>v 0.076653 1.511214 0.011604</w:t>
        <w:br/>
        <w:t>v 0.075920 1.512133 0.015091</w:t>
        <w:br/>
        <w:t>v 0.066902 1.509067 0.018928</w:t>
        <w:br/>
        <w:t>v 0.060041 1.474222 0.024268</w:t>
        <w:br/>
        <w:t>v 0.057887 1.473443 0.020299</w:t>
        <w:br/>
        <w:t>v 0.063755 1.481384 0.020847</w:t>
        <w:br/>
        <w:t>v 0.064867 1.477046 0.015911</w:t>
        <w:br/>
        <w:t>v 0.057887 1.473443 0.020299</w:t>
        <w:br/>
        <w:t>v 0.068072 1.477961 0.019729</w:t>
        <w:br/>
        <w:t>v 0.071935 1.480787 0.015425</w:t>
        <w:br/>
        <w:t>v 0.068072 1.477961 0.019729</w:t>
        <w:br/>
        <w:t>v 0.060041 1.474222 0.024268</w:t>
        <w:br/>
        <w:t>v 0.069622 1.489674 0.016830</w:t>
        <w:br/>
        <w:t>v 0.069824 1.480349 0.011789</w:t>
        <w:br/>
        <w:t>v 0.071935 1.480787 0.015425</w:t>
        <w:br/>
        <w:t>v 0.077850 1.486796 0.009289</w:t>
        <w:br/>
        <w:t>v 0.077850 1.486796 0.009289</w:t>
        <w:br/>
        <w:t>v 0.076944 1.485709 0.006714</w:t>
        <w:br/>
        <w:t>v 0.082147 1.494215 0.007039</w:t>
        <w:br/>
        <w:t>v 0.081293 1.494073 0.003597</w:t>
        <w:br/>
        <w:t>v 0.076237 1.498213 0.013682</w:t>
        <w:br/>
        <w:t>v 0.070324 1.502457 0.020663</w:t>
        <w:br/>
        <w:t>v 0.084341 1.502878 0.007283</w:t>
        <w:br/>
        <w:t>v 0.083364 1.503366 0.004775</w:t>
        <w:br/>
        <w:t>v 0.084341 1.502878 0.007283</w:t>
        <w:br/>
        <w:t>v 0.083481 1.507439 0.010586</w:t>
        <w:br/>
        <w:t>v 0.083298 1.508708 0.008051</w:t>
        <w:br/>
        <w:t>v 0.081608 1.509954 0.013883</w:t>
        <w:br/>
        <w:t>v 0.081368 1.511566 0.011846</w:t>
        <w:br/>
        <w:t>v 0.078183 1.510287 0.017653</w:t>
        <w:br/>
        <w:t>v 0.075920 1.512133 0.015091</w:t>
        <w:br/>
        <w:t>v 0.081368 1.511566 0.011846</w:t>
        <w:br/>
        <w:t>v 0.078183 1.510287 0.017653</w:t>
        <w:br/>
        <w:t>v 0.081608 1.509954 0.013883</w:t>
        <w:br/>
        <w:t>v 0.073439 1.510137 0.020417</w:t>
        <w:br/>
        <w:t>v 0.066173 1.506981 0.025791</w:t>
        <w:br/>
        <w:t>v 0.066902 1.509067 0.018928</w:t>
        <w:br/>
        <w:t>v 0.072417 1.511072 0.019418</w:t>
        <w:br/>
        <w:t>v 0.073439 1.510137 0.020417</w:t>
        <w:br/>
        <w:t>v 0.053657 1.484928 0.018209</w:t>
        <w:br/>
        <w:t>v 0.000000 1.426254 0.088015</w:t>
        <w:br/>
        <w:t>v 0.019877 1.502117 0.105550</w:t>
        <w:br/>
        <w:t>v 0.019092 1.501967 0.106850</w:t>
        <w:br/>
        <w:t>v 0.011833 1.449099 0.106259</w:t>
        <w:br/>
        <w:t>v 0.009944 1.450060 0.107732</w:t>
        <w:br/>
        <w:t>v 0.008693 1.450786 0.108820</w:t>
        <w:br/>
        <w:t>v 0.048900 1.513499 0.105945</w:t>
        <w:br/>
        <w:t>v 0.047865 1.513005 0.103885</w:t>
        <w:br/>
        <w:t>v 0.045027 1.513778 0.105433</w:t>
        <w:br/>
        <w:t>v 0.045664 1.514555 0.107824</w:t>
        <w:br/>
        <w:t>v 0.041545 1.514591 0.106578</w:t>
        <w:br/>
        <w:t>v 0.041784 1.515578 0.109438</w:t>
        <w:br/>
        <w:t>v 0.052106 1.512365 0.103345</w:t>
        <w:br/>
        <w:t>v 0.050594 1.511822 0.101805</w:t>
        <w:br/>
        <w:t>v 0.038043 1.515857 0.110477</w:t>
        <w:br/>
        <w:t>v 0.038105 1.514951 0.107470</w:t>
        <w:br/>
        <w:t>v 0.033227 1.514738 0.108323</w:t>
        <w:br/>
        <w:t>v 0.033007 1.515325 0.111015</w:t>
        <w:br/>
        <w:t>v 0.027467 1.513447 0.108569</w:t>
        <w:br/>
        <w:t>v 0.027186 1.513918 0.110612</w:t>
        <w:br/>
        <w:t>v 0.055746 1.510327 0.100027</w:t>
        <w:br/>
        <w:t>v 0.053778 1.510169 0.098146</w:t>
        <w:br/>
        <w:t>v 0.022686 1.511436 0.109230</w:t>
        <w:br/>
        <w:t>v 0.047359 1.519073 0.109140</w:t>
        <w:br/>
        <w:t>v 0.046546 1.516460 0.109325</w:t>
        <w:br/>
        <w:t>v 0.045600 1.519567 0.110170</w:t>
        <w:br/>
        <w:t>v 0.017109 1.507621 0.110628</w:t>
        <w:br/>
        <w:t>v 0.022245 1.511925 0.111399</w:t>
        <w:br/>
        <w:t>v 0.026851 1.514640 0.112567</w:t>
        <w:br/>
        <w:t>v 0.032521 1.516950 0.113823</w:t>
        <w:br/>
        <w:t>v 0.038061 1.517810 0.112861</w:t>
        <w:br/>
        <w:t>v 0.042366 1.517419 0.111424</w:t>
        <w:br/>
        <w:t>v 0.050002 1.514955 0.106667</w:t>
        <w:br/>
        <w:t>v 0.053072 1.513567 0.104332</w:t>
        <w:br/>
        <w:t>v 0.056946 1.511532 0.101564</w:t>
        <w:br/>
        <w:t>v 0.017109 1.507621 0.110628</w:t>
        <w:br/>
        <w:t>v 0.021740 1.512622 0.111366</w:t>
        <w:br/>
        <w:t>v 0.022245 1.511925 0.111399</w:t>
        <w:br/>
        <w:t>v 0.026382 1.515641 0.113143</w:t>
        <w:br/>
        <w:t>v 0.032521 1.516950 0.113823</w:t>
        <w:br/>
        <w:t>v 0.029389 1.516746 0.113493</w:t>
        <w:br/>
        <w:t>v 0.032569 1.519394 0.113386</w:t>
        <w:br/>
        <w:t>v 0.038061 1.517810 0.112861</w:t>
        <w:br/>
        <w:t>v 0.038093 1.520078 0.112526</w:t>
        <w:br/>
        <w:t>v 0.054334 1.515746 0.103314</w:t>
        <w:br/>
        <w:t>v 0.055973 1.514480 0.101622</w:t>
        <w:br/>
        <w:t>v 0.050992 1.517576 0.106308</w:t>
        <w:br/>
        <w:t>v 0.060075 1.508941 0.098127</w:t>
        <w:br/>
        <w:t>v 0.061942 1.507254 0.095638</w:t>
        <w:br/>
        <w:t>v 0.059476 1.506964 0.095683</w:t>
        <w:br/>
        <w:t>v 0.061171 1.506083 0.092894</w:t>
        <w:br/>
        <w:t>v 0.064611 1.505244 0.091994</w:t>
        <w:br/>
        <w:t>v 0.063598 1.504777 0.090445</w:t>
        <w:br/>
        <w:t>v 0.067188 1.503434 0.086171</w:t>
        <w:br/>
        <w:t>v 0.059336 1.503448 0.093014</w:t>
        <w:br/>
        <w:t>v 0.057716 1.503861 0.095186</w:t>
        <w:br/>
        <w:t>v 0.056748 1.500603 0.093797</w:t>
        <w:br/>
        <w:t>v 0.055551 1.501418 0.095559</w:t>
        <w:br/>
        <w:t>v 0.054516 1.498909 0.094908</w:t>
        <w:br/>
        <w:t>v 0.053537 1.499416 0.096147</w:t>
        <w:br/>
        <w:t>v 0.052097 1.497499 0.095999</w:t>
        <w:br/>
        <w:t>v 0.051509 1.497868 0.096726</w:t>
        <w:br/>
        <w:t>v 0.060075 1.508941 0.098127</w:t>
        <w:br/>
        <w:t>v 0.056946 1.511532 0.101564</w:t>
        <w:br/>
        <w:t>v 0.058002 1.512931 0.099292</w:t>
        <w:br/>
        <w:t>v 0.060835 1.510413 0.096143</w:t>
        <w:br/>
        <w:t>v 0.064611 1.505244 0.091994</w:t>
        <w:br/>
        <w:t>v 0.061942 1.507254 0.095638</w:t>
        <w:br/>
        <w:t>v 0.062843 1.508629 0.093892</w:t>
        <w:br/>
        <w:t>v 0.065065 1.505902 0.090230</w:t>
        <w:br/>
        <w:t>v 0.067188 1.503434 0.086171</w:t>
        <w:br/>
        <w:t>v 0.048674 1.496180 0.097834</w:t>
        <w:br/>
        <w:t>v 0.050928 1.498249 0.096107</w:t>
        <w:br/>
        <w:t>v 0.051509 1.497868 0.096726</w:t>
        <w:br/>
        <w:t>v 0.054516 1.498909 0.094908</w:t>
        <w:br/>
        <w:t>v 0.053817 1.499360 0.094576</w:t>
        <w:br/>
        <w:t>v 0.052097 1.497499 0.095999</w:t>
        <w:br/>
        <w:t>v 0.055279 1.501258 0.093644</w:t>
        <w:br/>
        <w:t>v 0.056748 1.500603 0.093797</w:t>
        <w:br/>
        <w:t>v 0.059336 1.503448 0.093014</w:t>
        <w:br/>
        <w:t>v 0.057047 1.504125 0.092765</w:t>
        <w:br/>
        <w:t>v 0.060835 1.510413 0.096143</w:t>
        <w:br/>
        <w:t>v 0.061171 1.506083 0.092894</w:t>
        <w:br/>
        <w:t>v 0.062843 1.508629 0.093892</w:t>
        <w:br/>
        <w:t>v 0.057324 1.507394 0.093058</w:t>
        <w:br/>
        <w:t>v 0.058285 1.508105 0.097068</w:t>
        <w:br/>
        <w:t>v 0.057716 1.503861 0.095186</w:t>
        <w:br/>
        <w:t>v 0.055551 1.501418 0.095559</w:t>
        <w:br/>
        <w:t>v 0.054269 1.501950 0.093751</w:t>
        <w:br/>
        <w:t>v 0.055923 1.504506 0.093062</w:t>
        <w:br/>
        <w:t>v 0.053537 1.499416 0.096147</w:t>
        <w:br/>
        <w:t>v 0.052589 1.499955 0.094932</w:t>
        <w:br/>
        <w:t>v 0.042763 1.520024 0.111610</w:t>
        <w:br/>
        <w:t>v 0.048674 1.496180 0.097834</w:t>
        <w:br/>
        <w:t>v 0.057324 1.507394 0.093058</w:t>
        <w:br/>
        <w:t>v 0.059476 1.506964 0.095683</w:t>
        <w:br/>
        <w:t>v 0.022789 1.514558 0.114473</w:t>
        <w:br/>
        <w:t>v 0.026382 1.515641 0.113143</w:t>
        <w:br/>
        <w:t>v 0.025991 1.516655 0.113633</w:t>
        <w:br/>
        <w:t>v 0.025991 1.516655 0.113633</w:t>
        <w:br/>
        <w:t>v 0.026187 1.515957 0.113800</w:t>
        <w:br/>
        <w:t>v 0.022789 1.514558 0.114473</w:t>
        <w:br/>
        <w:t>v 0.029092 1.518134 0.113545</w:t>
        <w:br/>
        <w:t>v 0.044182 1.519795 0.111155</w:t>
        <w:br/>
        <w:t>v 0.046770 1.520771 0.110157</w:t>
        <w:br/>
        <w:t>v 0.046179 1.521066 0.110857</w:t>
        <w:br/>
        <w:t>v 0.048594 1.523259 0.110454</w:t>
        <w:br/>
        <w:t>v 0.045589 1.521388 0.110894</w:t>
        <w:br/>
        <w:t>v 0.058498 1.514284 0.099468</w:t>
        <w:br/>
        <w:t>v 0.061698 1.514858 0.097665</w:t>
        <w:br/>
        <w:t>v 0.059113 1.513973 0.099366</w:t>
        <w:br/>
        <w:t>v 0.058002 1.512931 0.099292</w:t>
        <w:br/>
        <w:t>v 0.056988 1.513733 0.101304</w:t>
        <w:br/>
        <w:t>v 0.056988 1.513733 0.101304</w:t>
        <w:br/>
        <w:t>v 0.065065 1.505902 0.090230</w:t>
        <w:br/>
        <w:t>v 0.063598 1.504777 0.090445</w:t>
        <w:br/>
        <w:t>v 0.067188 1.503434 0.086171</w:t>
        <w:br/>
        <w:t>v 0.058996 1.507887 0.093239</w:t>
        <w:br/>
        <w:t>v 0.059723 1.513704 0.098442</w:t>
        <w:br/>
        <w:t>v 0.059113 1.513973 0.099366</w:t>
        <w:br/>
        <w:t>v 0.061698 1.514858 0.097665</w:t>
        <w:br/>
        <w:t>v 0.022789 1.514558 0.114473</w:t>
        <w:br/>
        <w:t>v 0.026187 1.515957 0.113800</w:t>
        <w:br/>
        <w:t>v 0.022686 1.511436 0.109230</w:t>
        <w:br/>
        <w:t>v 0.021740 1.512622 0.111366</w:t>
        <w:br/>
        <w:t>v 0.017109 1.507621 0.110628</w:t>
        <w:br/>
        <w:t>v 0.029092 1.518134 0.113545</w:t>
        <w:br/>
        <w:t>v 0.032863 1.516787 0.110180</w:t>
        <w:br/>
        <w:t>v 0.032569 1.519394 0.113386</w:t>
        <w:br/>
        <w:t>v 0.026859 1.514737 0.110070</w:t>
        <w:br/>
        <w:t>v 0.058498 1.514284 0.099468</w:t>
        <w:br/>
        <w:t>v 0.059723 1.513704 0.098442</w:t>
        <w:br/>
        <w:t>v 0.061698 1.514858 0.097665</w:t>
        <w:br/>
        <w:t>v 0.055973 1.514480 0.101622</w:t>
        <w:br/>
        <w:t>v 0.058002 1.512931 0.099292</w:t>
        <w:br/>
        <w:t>v 0.045589 1.521388 0.110894</w:t>
        <w:br/>
        <w:t>v 0.046770 1.520771 0.110157</w:t>
        <w:br/>
        <w:t>v 0.048594 1.523259 0.110454</w:t>
        <w:br/>
        <w:t>v 0.045600 1.519567 0.110170</w:t>
        <w:br/>
        <w:t>v 0.042763 1.520024 0.111610</w:t>
        <w:br/>
        <w:t>v 0.055660 1.511072 0.099031</w:t>
        <w:br/>
        <w:t>v 0.052914 1.513176 0.102433</w:t>
        <w:br/>
        <w:t>v 0.047146 1.516103 0.107074</w:t>
        <w:br/>
        <w:t>v 0.047359 1.519073 0.109140</w:t>
        <w:br/>
        <w:t>v 0.050119 1.514899 0.105142</w:t>
        <w:br/>
        <w:t>v 0.050992 1.517576 0.106308</w:t>
        <w:br/>
        <w:t>v 0.038093 1.520078 0.112526</w:t>
        <w:br/>
        <w:t>v 0.038860 1.517334 0.109651</w:t>
        <w:br/>
        <w:t>v 0.054334 1.515746 0.103314</w:t>
        <w:br/>
        <w:t>v 0.043377 1.516965 0.108588</w:t>
        <w:br/>
        <w:t>v 0.052097 1.497499 0.095999</w:t>
        <w:br/>
        <w:t>v 0.023164 1.520475 0.107665</w:t>
        <w:br/>
        <w:t>v 0.019629 1.514970 0.106355</w:t>
        <w:br/>
        <w:t>v 0.027467 1.513447 0.108569</w:t>
        <w:br/>
        <w:t>v 0.033470 1.495179 0.102640</w:t>
        <w:br/>
        <w:t>v 0.029480 1.495928 0.103436</w:t>
        <w:br/>
        <w:t>v 0.029676 1.495598 0.089656</w:t>
        <w:br/>
        <w:t>v 0.040219 1.494613 0.086980</w:t>
        <w:br/>
        <w:t>v 0.036904 1.495289 0.101911</w:t>
        <w:br/>
        <w:t>v 0.020930 1.498605 0.091698</w:t>
        <w:br/>
        <w:t>v 0.024810 1.497249 0.104230</w:t>
        <w:br/>
        <w:t>v 0.045848 1.495226 0.099166</w:t>
        <w:br/>
        <w:t>v 0.041136 1.495109 0.100656</w:t>
        <w:br/>
        <w:t>v 0.020980 1.499461 0.104945</w:t>
        <w:br/>
        <w:t>v 0.030389 1.500890 0.085204</w:t>
        <w:br/>
        <w:t>v 0.040220 1.499513 0.083248</w:t>
        <w:br/>
        <w:t>v 0.021349 1.503967 0.087762</w:t>
        <w:br/>
        <w:t>v 0.019877 1.502117 0.105550</w:t>
        <w:br/>
        <w:t>v 0.016488 1.503160 0.092961</w:t>
        <w:br/>
        <w:t>v 0.016024 1.510149 0.093039</w:t>
        <w:br/>
        <w:t>v 0.021842 1.514622 0.087141</w:t>
        <w:br/>
        <w:t>v 0.022965 1.511071 0.107875</w:t>
        <w:br/>
        <w:t>v 0.057983 1.511684 0.082586</w:t>
        <w:br/>
        <w:t>v 0.050202 1.512207 0.081458</w:t>
        <w:br/>
        <w:t>v 0.050904 1.517746 0.084429</w:t>
        <w:br/>
        <w:t>v 0.030910 1.516231 0.084795</w:t>
        <w:br/>
        <w:t>v 0.019673 1.507221 0.106791</w:t>
        <w:br/>
        <w:t>v 0.033227 1.514738 0.108323</w:t>
        <w:br/>
        <w:t>v 0.027961 1.523156 0.107817</w:t>
        <w:br/>
        <w:t>v 0.020801 1.520336 0.091418</w:t>
        <w:br/>
        <w:t>v 0.023164 1.520475 0.107665</w:t>
        <w:br/>
        <w:t>v 0.027961 1.523156 0.107817</w:t>
        <w:br/>
        <w:t>v 0.020801 1.520336 0.091418</w:t>
        <w:br/>
        <w:t>v 0.030983 1.523181 0.087774</w:t>
        <w:br/>
        <w:t>v 0.038105 1.514951 0.107470</w:t>
        <w:br/>
        <w:t>v 0.034394 1.525205 0.107088</w:t>
        <w:br/>
        <w:t>v 0.034394 1.525205 0.107088</w:t>
        <w:br/>
        <w:t>v 0.054392 1.519265 0.098148</w:t>
        <w:br/>
        <w:t>v 0.048894 1.522822 0.102343</w:t>
        <w:br/>
        <w:t>v 0.047865 1.513005 0.103885</w:t>
        <w:br/>
        <w:t>v 0.050594 1.511822 0.101805</w:t>
        <w:br/>
        <w:t>v 0.041644 1.524860 0.105565</w:t>
        <w:br/>
        <w:t>v 0.040430 1.522692 0.085873</w:t>
        <w:br/>
        <w:t>v 0.040389 1.515698 0.082923</w:t>
        <w:br/>
        <w:t>v 0.048894 1.522822 0.102343</w:t>
        <w:br/>
        <w:t>v 0.041545 1.514591 0.106578</w:t>
        <w:br/>
        <w:t>v 0.041644 1.524860 0.105565</w:t>
        <w:br/>
        <w:t>v 0.045027 1.513778 0.105433</w:t>
        <w:br/>
        <w:t>v 0.054392 1.519265 0.098148</w:t>
        <w:br/>
        <w:t>v 0.057324 1.507394 0.093058</w:t>
        <w:br/>
        <w:t>v 0.053778 1.510169 0.098146</w:t>
        <w:br/>
        <w:t>v 0.058322 1.505633 0.082548</w:t>
        <w:br/>
        <w:t>v 0.056204 1.498876 0.082948</w:t>
        <w:br/>
        <w:t>v 0.058322 1.505633 0.082548</w:t>
        <w:br/>
        <w:t>v 0.054269 1.501950 0.093751</w:t>
        <w:br/>
        <w:t>v 0.049058 1.498899 0.081911</w:t>
        <w:br/>
        <w:t>v 0.056204 1.498876 0.082948</w:t>
        <w:br/>
        <w:t>v 0.052589 1.499955 0.094932</w:t>
        <w:br/>
        <w:t>v 0.050928 1.498249 0.096107</w:t>
        <w:br/>
        <w:t>v 0.048517 1.494162 0.084607</w:t>
        <w:br/>
        <w:t>v 0.048517 1.494162 0.084607</w:t>
        <w:br/>
        <w:t>v 0.048674 1.496180 0.097834</w:t>
        <w:br/>
        <w:t>v 0.017520 1.516594 0.092653</w:t>
        <w:br/>
        <w:t>v 0.057324 1.507394 0.093058</w:t>
        <w:br/>
        <w:t>v 0.017520 1.516594 0.092653</w:t>
        <w:br/>
        <w:t>v 0.057324 1.507394 0.093058</w:t>
        <w:br/>
        <w:t>v 0.055923 1.504506 0.093062</w:t>
        <w:br/>
        <w:t>v -0.011587 1.460260 0.097678</w:t>
        <w:br/>
        <w:t>v -0.009739 1.458771 0.102924</w:t>
        <w:br/>
        <w:t>v -0.010414 1.454736 0.101875</w:t>
        <w:br/>
        <w:t>v -0.012194 1.456148 0.096631</w:t>
        <w:br/>
        <w:t>v -0.009196 1.454215 0.104043</w:t>
        <w:br/>
        <w:t>v -0.008514 1.458074 0.105114</w:t>
        <w:br/>
        <w:t>v -0.007303 1.457675 0.106388</w:t>
        <w:br/>
        <w:t>v -0.007981 1.453894 0.105361</w:t>
        <w:br/>
        <w:t>v -0.005449 1.457252 0.107646</w:t>
        <w:br/>
        <w:t>v -0.006074 1.453516 0.106702</w:t>
        <w:br/>
        <w:t>v -0.003748 1.457019 0.108293</w:t>
        <w:br/>
        <w:t>v -0.004111 1.453346 0.107426</w:t>
        <w:br/>
        <w:t>v 0.000000 1.456961 0.108464</w:t>
        <w:br/>
        <w:t>v 0.000000 1.453247 0.107659</w:t>
        <w:br/>
        <w:t>v -0.001804 1.453275 0.107618</w:t>
        <w:br/>
        <w:t>v -0.001662 1.456953 0.108449</w:t>
        <w:br/>
        <w:t>v 0.000000 1.453713 0.105849</w:t>
        <w:br/>
        <w:t>v -0.001452 1.453745 0.105819</w:t>
        <w:br/>
        <w:t>v -0.001804 1.453275 0.107618</w:t>
        <w:br/>
        <w:t>v 0.000000 1.453247 0.107659</w:t>
        <w:br/>
        <w:t>v -0.003408 1.453817 0.105500</w:t>
        <w:br/>
        <w:t>v -0.004111 1.453346 0.107426</w:t>
        <w:br/>
        <w:t>v -0.006074 1.453516 0.106702</w:t>
        <w:br/>
        <w:t>v -0.005219 1.453900 0.105089</w:t>
        <w:br/>
        <w:t>v -0.006678 1.454086 0.104402</w:t>
        <w:br/>
        <w:t>v -0.007981 1.453894 0.105361</w:t>
        <w:br/>
        <w:t>v -0.009196 1.454215 0.104043</w:t>
        <w:br/>
        <w:t>v -0.007718 1.454401 0.103058</w:t>
        <w:br/>
        <w:t>v -0.010414 1.454736 0.101875</w:t>
        <w:br/>
        <w:t>v -0.008626 1.454942 0.100991</w:t>
        <w:br/>
        <w:t>v -0.012194 1.456148 0.096631</w:t>
        <w:br/>
        <w:t>v -0.009534 1.456097 0.096808</w:t>
        <w:br/>
        <w:t>v -0.008832 1.460191 0.097910</w:t>
        <w:br/>
        <w:t>v -0.009534 1.456097 0.096808</w:t>
        <w:br/>
        <w:t>v -0.008626 1.454942 0.100991</w:t>
        <w:br/>
        <w:t>v -0.007626 1.459012 0.102055</w:t>
        <w:br/>
        <w:t>v -0.006652 1.458350 0.104158</w:t>
        <w:br/>
        <w:t>v -0.007718 1.454401 0.103058</w:t>
        <w:br/>
        <w:t>v -0.006678 1.454086 0.104402</w:t>
        <w:br/>
        <w:t>v -0.005758 1.457976 0.105383</w:t>
        <w:br/>
        <w:t>v -0.005219 1.453900 0.105089</w:t>
        <w:br/>
        <w:t>v -0.004380 1.457743 0.106134</w:t>
        <w:br/>
        <w:t>v -0.003408 1.453817 0.105500</w:t>
        <w:br/>
        <w:t>v -0.002868 1.457598 0.106589</w:t>
        <w:br/>
        <w:t>v 0.000000 1.457496 0.106831</w:t>
        <w:br/>
        <w:t>v -0.001188 1.457502 0.106842</w:t>
        <w:br/>
        <w:t>v -0.001452 1.453745 0.105819</w:t>
        <w:br/>
        <w:t>v 0.000000 1.453713 0.105849</w:t>
        <w:br/>
        <w:t>v 0.011588 1.460260 0.097678</w:t>
        <w:br/>
        <w:t>v 0.012195 1.456148 0.096631</w:t>
        <w:br/>
        <w:t>v 0.010414 1.454736 0.101875</w:t>
        <w:br/>
        <w:t>v 0.009739 1.458771 0.102924</w:t>
        <w:br/>
        <w:t>v 0.009197 1.454215 0.104043</w:t>
        <w:br/>
        <w:t>v 0.008515 1.458074 0.105114</w:t>
        <w:br/>
        <w:t>v 0.007304 1.457675 0.106388</w:t>
        <w:br/>
        <w:t>v 0.007982 1.453894 0.105361</w:t>
        <w:br/>
        <w:t>v 0.006075 1.453516 0.106702</w:t>
        <w:br/>
        <w:t>v 0.005449 1.457252 0.107646</w:t>
        <w:br/>
        <w:t>v 0.004111 1.453346 0.107426</w:t>
        <w:br/>
        <w:t>v 0.003749 1.457019 0.108293</w:t>
        <w:br/>
        <w:t>v 0.001663 1.456953 0.108449</w:t>
        <w:br/>
        <w:t>v 0.001805 1.453275 0.107618</w:t>
        <w:br/>
        <w:t>v 0.001805 1.453275 0.107618</w:t>
        <w:br/>
        <w:t>v 0.001453 1.453745 0.105819</w:t>
        <w:br/>
        <w:t>v 0.004111 1.453346 0.107426</w:t>
        <w:br/>
        <w:t>v 0.003408 1.453817 0.105500</w:t>
        <w:br/>
        <w:t>v 0.006075 1.453516 0.106702</w:t>
        <w:br/>
        <w:t>v 0.005220 1.453900 0.105089</w:t>
        <w:br/>
        <w:t>v 0.007982 1.453894 0.105361</w:t>
        <w:br/>
        <w:t>v 0.006678 1.454086 0.104402</w:t>
        <w:br/>
        <w:t>v 0.009197 1.454215 0.104043</w:t>
        <w:br/>
        <w:t>v 0.007718 1.454401 0.103058</w:t>
        <w:br/>
        <w:t>v 0.010414 1.454736 0.101875</w:t>
        <w:br/>
        <w:t>v 0.008627 1.454942 0.100991</w:t>
        <w:br/>
        <w:t>v 0.012195 1.456148 0.096631</w:t>
        <w:br/>
        <w:t>v 0.009535 1.456097 0.096808</w:t>
        <w:br/>
        <w:t>v 0.007626 1.459012 0.102055</w:t>
        <w:br/>
        <w:t>v 0.008627 1.454942 0.100991</w:t>
        <w:br/>
        <w:t>v 0.009535 1.456097 0.096808</w:t>
        <w:br/>
        <w:t>v 0.008832 1.460191 0.097910</w:t>
        <w:br/>
        <w:t>v 0.006652 1.458350 0.104158</w:t>
        <w:br/>
        <w:t>v 0.007718 1.454401 0.103058</w:t>
        <w:br/>
        <w:t>v 0.005759 1.457976 0.105383</w:t>
        <w:br/>
        <w:t>v 0.006678 1.454086 0.104402</w:t>
        <w:br/>
        <w:t>v 0.004380 1.457743 0.106134</w:t>
        <w:br/>
        <w:t>v 0.005220 1.453900 0.105089</w:t>
        <w:br/>
        <w:t>v 0.003408 1.453817 0.105500</w:t>
        <w:br/>
        <w:t>v 0.002869 1.457598 0.106589</w:t>
        <w:br/>
        <w:t>v 0.001453 1.453745 0.105819</w:t>
        <w:br/>
        <w:t>v 0.001188 1.457502 0.106842</w:t>
        <w:br/>
        <w:t>v 0.000000 1.449801 0.104824</w:t>
        <w:br/>
        <w:t>v 0.000000 1.453718 0.105831</w:t>
        <w:br/>
        <w:t>v -0.001437 1.453731 0.105822</w:t>
        <w:br/>
        <w:t>v -0.001416 1.449810 0.104777</w:t>
        <w:br/>
        <w:t>v -0.012171 1.456135 0.096614</w:t>
        <w:br/>
        <w:t>v -0.010420 1.454722 0.101867</w:t>
        <w:br/>
        <w:t>v -0.010447 1.450847 0.100913</w:t>
        <w:br/>
        <w:t>v -0.011743 1.452245 0.095633</w:t>
        <w:br/>
        <w:t>v -0.009187 1.454195 0.104041</w:t>
        <w:br/>
        <w:t>v -0.008958 1.450290 0.102932</w:t>
        <w:br/>
        <w:t>v -0.007998 1.453871 0.105361</w:t>
        <w:br/>
        <w:t>v -0.007553 1.449920 0.104330</w:t>
        <w:br/>
        <w:t>v -0.006023 1.453500 0.106728</w:t>
        <w:br/>
        <w:t>v -0.005881 1.449548 0.105799</w:t>
        <w:br/>
        <w:t>v -0.004115 1.453336 0.107436</w:t>
        <w:br/>
        <w:t>v -0.003856 1.449385 0.106488</w:t>
        <w:br/>
        <w:t>v -0.001771 1.453274 0.107621</w:t>
        <w:br/>
        <w:t>v 0.000000 1.453248 0.107658</w:t>
        <w:br/>
        <w:t>v 0.000001 1.449333 0.106798</w:t>
        <w:br/>
        <w:t>v -0.001768 1.449346 0.106701</w:t>
        <w:br/>
        <w:t>v -0.008912 1.452210 0.095788</w:t>
        <w:br/>
        <w:t>v -0.008293 1.451076 0.100071</w:t>
        <w:br/>
        <w:t>v -0.008623 1.454969 0.101053</w:t>
        <w:br/>
        <w:t>v -0.009523 1.456095 0.096856</w:t>
        <w:br/>
        <w:t>v -0.007361 1.450509 0.102152</w:t>
        <w:br/>
        <w:t>v -0.007711 1.454377 0.103115</w:t>
        <w:br/>
        <w:t>v -0.006250 1.450187 0.103273</w:t>
        <w:br/>
        <w:t>v -0.006730 1.454080 0.104403</w:t>
        <w:br/>
        <w:t>v -0.005202 1.453881 0.105090</w:t>
        <w:br/>
        <w:t>v -0.004843 1.450010 0.104000</w:t>
        <w:br/>
        <w:t>v -0.003192 1.449867 0.104532</w:t>
        <w:br/>
        <w:t>v -0.003405 1.453800 0.105531</w:t>
        <w:br/>
        <w:t>v -0.012171 1.456135 0.096614</w:t>
        <w:br/>
        <w:t>v -0.009523 1.456095 0.096856</w:t>
        <w:br/>
        <w:t>v -0.008623 1.454969 0.101053</w:t>
        <w:br/>
        <w:t>v -0.010420 1.454722 0.101867</w:t>
        <w:br/>
        <w:t>v -0.009187 1.454195 0.104041</w:t>
        <w:br/>
        <w:t>v -0.007711 1.454377 0.103115</w:t>
        <w:br/>
        <w:t>v -0.007998 1.453871 0.105361</w:t>
        <w:br/>
        <w:t>v -0.006730 1.454080 0.104403</w:t>
        <w:br/>
        <w:t>v -0.005202 1.453881 0.105090</w:t>
        <w:br/>
        <w:t>v -0.006023 1.453500 0.106728</w:t>
        <w:br/>
        <w:t>v -0.003405 1.453800 0.105531</w:t>
        <w:br/>
        <w:t>v -0.004115 1.453336 0.107436</w:t>
        <w:br/>
        <w:t>v -0.001437 1.453731 0.105822</w:t>
        <w:br/>
        <w:t>v -0.001771 1.453274 0.107621</w:t>
        <w:br/>
        <w:t>v 0.000000 1.453718 0.105831</w:t>
        <w:br/>
        <w:t>v 0.000000 1.453248 0.107658</w:t>
        <w:br/>
        <w:t>v 0.001437 1.453731 0.105822</w:t>
        <w:br/>
        <w:t>v 0.001417 1.449810 0.104777</w:t>
        <w:br/>
        <w:t>v 0.010421 1.454722 0.101867</w:t>
        <w:br/>
        <w:t>v 0.012172 1.456135 0.096614</w:t>
        <w:br/>
        <w:t>v 0.011743 1.452245 0.095633</w:t>
        <w:br/>
        <w:t>v 0.010447 1.450848 0.100912</w:t>
        <w:br/>
        <w:t>v 0.008957 1.450290 0.102938</w:t>
        <w:br/>
        <w:t>v 0.009187 1.454194 0.104041</w:t>
        <w:br/>
        <w:t>v 0.007553 1.449919 0.104334</w:t>
        <w:br/>
        <w:t>v 0.007998 1.453871 0.105361</w:t>
        <w:br/>
        <w:t>v 0.005884 1.449544 0.105807</w:t>
        <w:br/>
        <w:t>v 0.006024 1.453498 0.106728</w:t>
        <w:br/>
        <w:t>v 0.003858 1.449384 0.106491</w:t>
        <w:br/>
        <w:t>v 0.004116 1.453336 0.107436</w:t>
        <w:br/>
        <w:t>v 0.001772 1.453274 0.107621</w:t>
        <w:br/>
        <w:t>v 0.001768 1.449346 0.106701</w:t>
        <w:br/>
        <w:t>v 0.008294 1.451076 0.100071</w:t>
        <w:br/>
        <w:t>v 0.008913 1.452210 0.095788</w:t>
        <w:br/>
        <w:t>v 0.009524 1.456095 0.096856</w:t>
        <w:br/>
        <w:t>v 0.008623 1.454969 0.101053</w:t>
        <w:br/>
        <w:t>v 0.007361 1.450509 0.102152</w:t>
        <w:br/>
        <w:t>v 0.007712 1.454377 0.103115</w:t>
        <w:br/>
        <w:t>v 0.006731 1.454080 0.104403</w:t>
        <w:br/>
        <w:t>v 0.006251 1.450188 0.103273</w:t>
        <w:br/>
        <w:t>v 0.005202 1.453881 0.105090</w:t>
        <w:br/>
        <w:t>v 0.004844 1.450010 0.104000</w:t>
        <w:br/>
        <w:t>v 0.003406 1.453800 0.105530</w:t>
        <w:br/>
        <w:t>v 0.003192 1.449867 0.104532</w:t>
        <w:br/>
        <w:t>v 0.010421 1.454722 0.101867</w:t>
        <w:br/>
        <w:t>v 0.008623 1.454969 0.101053</w:t>
        <w:br/>
        <w:t>v 0.009524 1.456095 0.096856</w:t>
        <w:br/>
        <w:t>v 0.012172 1.456135 0.096614</w:t>
        <w:br/>
        <w:t>v 0.009187 1.454194 0.104041</w:t>
        <w:br/>
        <w:t>v 0.007712 1.454377 0.103115</w:t>
        <w:br/>
        <w:t>v 0.007998 1.453871 0.105361</w:t>
        <w:br/>
        <w:t>v 0.006731 1.454080 0.104403</w:t>
        <w:br/>
        <w:t>v 0.006024 1.453498 0.106728</w:t>
        <w:br/>
        <w:t>v 0.005202 1.453881 0.105090</w:t>
        <w:br/>
        <w:t>v 0.004116 1.453336 0.107436</w:t>
        <w:br/>
        <w:t>v 0.003406 1.453800 0.105530</w:t>
        <w:br/>
        <w:t>v 0.001772 1.453274 0.107621</w:t>
        <w:br/>
        <w:t>v 0.001437 1.453731 0.105822</w:t>
        <w:br/>
        <w:t>v -0.009149 1.455586 0.086670</w:t>
        <w:br/>
        <w:t>v -0.008682 1.457549 0.086395</w:t>
        <w:br/>
        <w:t>v -0.009429 1.457781 0.089144</w:t>
        <w:br/>
        <w:t>v -0.009855 1.455737 0.089052</w:t>
        <w:br/>
        <w:t>v -0.010161 1.455675 0.091171</w:t>
        <w:br/>
        <w:t>v -0.009667 1.457907 0.091278</w:t>
        <w:br/>
        <w:t>v -0.010037 1.455496 0.093479</w:t>
        <w:br/>
        <w:t>v -0.009568 1.457677 0.093587</w:t>
        <w:br/>
        <w:t>v -0.009417 1.457551 0.095307</w:t>
        <w:br/>
        <w:t>v -0.009856 1.455243 0.095191</w:t>
        <w:br/>
        <w:t>v -0.009065 1.457188 0.097378</w:t>
        <w:br/>
        <w:t>v -0.009396 1.454781 0.097285</w:t>
        <w:br/>
        <w:t>v -0.008446 1.456395 0.099788</w:t>
        <w:br/>
        <w:t>v -0.008752 1.453880 0.099796</w:t>
        <w:br/>
        <w:t>v -0.008042 1.452905 0.101961</w:t>
        <w:br/>
        <w:t>v -0.007901 1.455312 0.101916</w:t>
        <w:br/>
        <w:t>v -0.007218 1.454185 0.103546</w:t>
        <w:br/>
        <w:t>v -0.006952 1.452104 0.103489</w:t>
        <w:br/>
        <w:t>v -0.005870 1.453276 0.105029</w:t>
        <w:br/>
        <w:t>v -0.005473 1.451655 0.104578</w:t>
        <w:br/>
        <w:t>v -0.004357 1.453221 0.105768</w:t>
        <w:br/>
        <w:t>v -0.003696 1.451403 0.105209</w:t>
        <w:br/>
        <w:t>v -0.001587 1.453300 0.106191</w:t>
        <w:br/>
        <w:t>v 0.000000 1.453165 0.106252</w:t>
        <w:br/>
        <w:t>v 0.000000 1.451393 0.105433</w:t>
        <w:br/>
        <w:t>v 0.000000 1.453165 0.106252</w:t>
        <w:br/>
        <w:t>v -0.001587 1.453300 0.106191</w:t>
        <w:br/>
        <w:t>v -0.001653 1.454797 0.104944</w:t>
        <w:br/>
        <w:t>v 0.000000 1.454736 0.104810</w:t>
        <w:br/>
        <w:t>v -0.001722 1.456204 0.103404</w:t>
        <w:br/>
        <w:t>v 0.000000 1.455968 0.103259</w:t>
        <w:br/>
        <w:t>v -0.004677 1.453996 0.104930</w:t>
        <w:br/>
        <w:t>v -0.005020 1.455213 0.103508</w:t>
        <w:br/>
        <w:t>v -0.001685 1.457138 0.101877</w:t>
        <w:br/>
        <w:t>v 0.000000 1.456693 0.101883</w:t>
        <w:br/>
        <w:t>v 0.000000 1.452305 0.103312</w:t>
        <w:br/>
        <w:t>v -0.004477 1.451943 0.103460</w:t>
        <w:br/>
        <w:t>v -0.004068 1.451520 0.104466</w:t>
        <w:br/>
        <w:t>v 0.000000 1.451941 0.104281</w:t>
        <w:br/>
        <w:t>v -0.004357 1.453221 0.105768</w:t>
        <w:br/>
        <w:t>v -0.001752 1.458266 0.099877</w:t>
        <w:br/>
        <w:t>v 0.000000 1.457485 0.099877</w:t>
        <w:br/>
        <w:t>v -0.005109 1.456264 0.101918</w:t>
        <w:br/>
        <w:t>v -0.001920 1.459124 0.097716</w:t>
        <w:br/>
        <w:t>v 0.000000 1.458170 0.097753</w:t>
        <w:br/>
        <w:t>v -0.005158 1.457478 0.099853</w:t>
        <w:br/>
        <w:t>v -0.008446 1.456395 0.099788</w:t>
        <w:br/>
        <w:t>v -0.005364 1.458446 0.097553</w:t>
        <w:br/>
        <w:t>v -0.001994 1.459660 0.095501</w:t>
        <w:br/>
        <w:t>v 0.000000 1.458758 0.095462</w:t>
        <w:br/>
        <w:t>v -0.009065 1.457188 0.097378</w:t>
        <w:br/>
        <w:t>v -0.005408 1.458918 0.095399</w:t>
        <w:br/>
        <w:t>v -0.009417 1.457551 0.095307</w:t>
        <w:br/>
        <w:t>v -0.002002 1.459938 0.093625</w:t>
        <w:br/>
        <w:t>v 0.000000 1.459177 0.093525</w:t>
        <w:br/>
        <w:t>v -0.005333 1.459069 0.093599</w:t>
        <w:br/>
        <w:t>v -0.009568 1.457677 0.093587</w:t>
        <w:br/>
        <w:t>v -0.005289 1.459237 0.091186</w:t>
        <w:br/>
        <w:t>v -0.009667 1.457907 0.091278</w:t>
        <w:br/>
        <w:t>v -0.001965 1.460112 0.091097</w:t>
        <w:br/>
        <w:t>v -0.009429 1.457781 0.089144</w:t>
        <w:br/>
        <w:t>v -0.005269 1.459257 0.089010</w:t>
        <w:br/>
        <w:t>v 0.000000 1.459601 0.090940</w:t>
        <w:br/>
        <w:t>v -0.001866 1.459977 0.088775</w:t>
        <w:br/>
        <w:t>v -0.005394 1.458954 0.086247</w:t>
        <w:br/>
        <w:t>v 0.000000 1.459464 0.088572</w:t>
        <w:br/>
        <w:t>v 0.000000 1.459594 0.086212</w:t>
        <w:br/>
        <w:t>v -0.006064 1.453239 0.085991</w:t>
        <w:br/>
        <w:t>v -0.006144 1.453583 0.088701</w:t>
        <w:br/>
        <w:t>v 0.000000 1.452248 0.088224</w:t>
        <w:br/>
        <w:t>v 0.000000 1.451267 0.084952</w:t>
        <w:br/>
        <w:t>v -0.010161 1.455675 0.091171</w:t>
        <w:br/>
        <w:t>v -0.006284 1.453806 0.090898</w:t>
        <w:br/>
        <w:t>v -0.009855 1.455737 0.089052</w:t>
        <w:br/>
        <w:t>v 0.000000 1.452847 0.090567</w:t>
        <w:br/>
        <w:t>v -0.006339 1.453940 0.093263</w:t>
        <w:br/>
        <w:t>v 0.000000 1.452996 0.092994</w:t>
        <w:br/>
        <w:t>v -0.010037 1.455496 0.093479</w:t>
        <w:br/>
        <w:t>v -0.009856 1.455243 0.095191</w:t>
        <w:br/>
        <w:t>v -0.006248 1.453981 0.095125</w:t>
        <w:br/>
        <w:t>v 0.000000 1.453038 0.095099</w:t>
        <w:br/>
        <w:t>v -0.009396 1.454781 0.097285</w:t>
        <w:br/>
        <w:t>v -0.005930 1.453715 0.097373</w:t>
        <w:br/>
        <w:t>v 0.000000 1.452991 0.097459</w:t>
        <w:br/>
        <w:t>v -0.008752 1.453880 0.099796</w:t>
        <w:br/>
        <w:t>v -0.005421 1.453128 0.099775</w:t>
        <w:br/>
        <w:t>v 0.000000 1.452753 0.099546</w:t>
        <w:br/>
        <w:t>v -0.004973 1.452433 0.101962</w:t>
        <w:br/>
        <w:t>v -0.008042 1.452905 0.101961</w:t>
        <w:br/>
        <w:t>v -0.006952 1.452104 0.103489</w:t>
        <w:br/>
        <w:t>v -0.005473 1.451655 0.104578</w:t>
        <w:br/>
        <w:t>v -0.003696 1.451403 0.105209</w:t>
        <w:br/>
        <w:t>v -0.009149 1.455586 0.086670</w:t>
        <w:br/>
        <w:t>v 0.000000 1.451393 0.105433</w:t>
        <w:br/>
        <w:t>v 0.000000 1.452550 0.101778</w:t>
        <w:br/>
        <w:t>v 0.009149 1.455586 0.086670</w:t>
        <w:br/>
        <w:t>v 0.009856 1.455737 0.089052</w:t>
        <w:br/>
        <w:t>v 0.009430 1.457781 0.089144</w:t>
        <w:br/>
        <w:t>v 0.008683 1.457549 0.086395</w:t>
        <w:br/>
        <w:t>v 0.010162 1.455675 0.091171</w:t>
        <w:br/>
        <w:t>v 0.009667 1.457907 0.091278</w:t>
        <w:br/>
        <w:t>v 0.010038 1.455496 0.093479</w:t>
        <w:br/>
        <w:t>v 0.009568 1.457677 0.093587</w:t>
        <w:br/>
        <w:t>v 0.009856 1.455243 0.095191</w:t>
        <w:br/>
        <w:t>v 0.009417 1.457551 0.095307</w:t>
        <w:br/>
        <w:t>v 0.009066 1.457188 0.097378</w:t>
        <w:br/>
        <w:t>v 0.009396 1.454781 0.097285</w:t>
        <w:br/>
        <w:t>v 0.008753 1.453880 0.099796</w:t>
        <w:br/>
        <w:t>v 0.008446 1.456395 0.099788</w:t>
        <w:br/>
        <w:t>v 0.008042 1.452905 0.101961</w:t>
        <w:br/>
        <w:t>v 0.007902 1.455312 0.101916</w:t>
        <w:br/>
        <w:t>v 0.006952 1.452104 0.103489</w:t>
        <w:br/>
        <w:t>v 0.007219 1.454185 0.103546</w:t>
        <w:br/>
        <w:t>v 0.005474 1.451655 0.104578</w:t>
        <w:br/>
        <w:t>v 0.005871 1.453276 0.105029</w:t>
        <w:br/>
        <w:t>v 0.004358 1.453221 0.105768</w:t>
        <w:br/>
        <w:t>v 0.003697 1.451403 0.105209</w:t>
        <w:br/>
        <w:t>v 0.001588 1.453300 0.106191</w:t>
        <w:br/>
        <w:t>v 0.001653 1.454797 0.104944</w:t>
        <w:br/>
        <w:t>v 0.001588 1.453300 0.106191</w:t>
        <w:br/>
        <w:t>v 0.001723 1.456204 0.103404</w:t>
        <w:br/>
        <w:t>v 0.005020 1.455213 0.103508</w:t>
        <w:br/>
        <w:t>v 0.004678 1.453996 0.104930</w:t>
        <w:br/>
        <w:t>v 0.001686 1.457138 0.101877</w:t>
        <w:br/>
        <w:t>v 0.004068 1.451520 0.104466</w:t>
        <w:br/>
        <w:t>v 0.004478 1.451943 0.103459</w:t>
        <w:br/>
        <w:t>v 0.004358 1.453221 0.105768</w:t>
        <w:br/>
        <w:t>v 0.001753 1.458266 0.099877</w:t>
        <w:br/>
        <w:t>v 0.005110 1.456264 0.101918</w:t>
        <w:br/>
        <w:t>v 0.001920 1.459124 0.097716</w:t>
        <w:br/>
        <w:t>v 0.005158 1.457478 0.099853</w:t>
        <w:br/>
        <w:t>v 0.008446 1.456395 0.099788</w:t>
        <w:br/>
        <w:t>v 0.005364 1.458445 0.097553</w:t>
        <w:br/>
        <w:t>v 0.001995 1.459660 0.095501</w:t>
        <w:br/>
        <w:t>v 0.009066 1.457188 0.097378</w:t>
        <w:br/>
        <w:t>v 0.005408 1.458918 0.095399</w:t>
        <w:br/>
        <w:t>v 0.009417 1.457551 0.095307</w:t>
        <w:br/>
        <w:t>v 0.002003 1.459938 0.093625</w:t>
        <w:br/>
        <w:t>v 0.005334 1.459069 0.093599</w:t>
        <w:br/>
        <w:t>v 0.009568 1.457677 0.093587</w:t>
        <w:br/>
        <w:t>v 0.005289 1.459237 0.091186</w:t>
        <w:br/>
        <w:t>v 0.009667 1.457907 0.091278</w:t>
        <w:br/>
        <w:t>v 0.001966 1.460112 0.091097</w:t>
        <w:br/>
        <w:t>v 0.005269 1.459257 0.089010</w:t>
        <w:br/>
        <w:t>v 0.009430 1.457781 0.089144</w:t>
        <w:br/>
        <w:t>v 0.001867 1.459977 0.088775</w:t>
        <w:br/>
        <w:t>v 0.005394 1.458954 0.086247</w:t>
        <w:br/>
        <w:t>v 0.006144 1.453583 0.088701</w:t>
        <w:br/>
        <w:t>v 0.006064 1.453239 0.085991</w:t>
        <w:br/>
        <w:t>v 0.006284 1.453806 0.090898</w:t>
        <w:br/>
        <w:t>v 0.010162 1.455675 0.091171</w:t>
        <w:br/>
        <w:t>v 0.009856 1.455737 0.089052</w:t>
        <w:br/>
        <w:t>v 0.006339 1.453940 0.093263</w:t>
        <w:br/>
        <w:t>v 0.010038 1.455496 0.093479</w:t>
        <w:br/>
        <w:t>v 0.006249 1.453981 0.095125</w:t>
        <w:br/>
        <w:t>v 0.009856 1.455243 0.095191</w:t>
        <w:br/>
        <w:t>v 0.005930 1.453715 0.097373</w:t>
        <w:br/>
        <w:t>v 0.009396 1.454781 0.097285</w:t>
        <w:br/>
        <w:t>v 0.005421 1.453128 0.099775</w:t>
        <w:br/>
        <w:t>v 0.008753 1.453880 0.099796</w:t>
        <w:br/>
        <w:t>v 0.008042 1.452905 0.101961</w:t>
        <w:br/>
        <w:t>v 0.004974 1.452433 0.101962</w:t>
        <w:br/>
        <w:t>v 0.006952 1.452104 0.103489</w:t>
        <w:br/>
        <w:t>v 0.005474 1.451655 0.104578</w:t>
        <w:br/>
        <w:t>v 0.003697 1.451403 0.105209</w:t>
        <w:br/>
        <w:t>v 0.009149 1.455586 0.086670</w:t>
        <w:br/>
        <w:t>v -0.008898 1.452465 0.108121</w:t>
        <w:br/>
        <w:t>v -0.008762 1.453054 0.108908</w:t>
        <w:br/>
        <w:t>v -0.008356 1.450729 0.104480</w:t>
        <w:br/>
        <w:t>v 0.009175 1.453021 0.108888</w:t>
        <w:br/>
        <w:t>v -0.009382 1.451853 0.106376</w:t>
        <w:br/>
        <w:t>v 0.009383 1.451854 0.106379</w:t>
        <w:br/>
        <w:t>v 0.008898 1.452465 0.108120</w:t>
        <w:br/>
        <w:t>v 0.009175 1.453040 0.108889</w:t>
        <w:br/>
        <w:t>v 0.009556 1.452948 0.107923</w:t>
        <w:br/>
        <w:t>v 0.009627 1.453282 0.107969</w:t>
        <w:br/>
        <w:t>v 0.009175 1.453021 0.108888</w:t>
        <w:br/>
        <w:t>v -0.009627 1.453283 0.107969</w:t>
        <w:br/>
        <w:t>v -0.009556 1.452948 0.107923</w:t>
        <w:br/>
        <w:t>v -0.009175 1.453040 0.108889</w:t>
        <w:br/>
        <w:t>v -0.009174 1.453021 0.108888</w:t>
        <w:br/>
        <w:t>v -0.009175 1.453040 0.108889</w:t>
        <w:br/>
        <w:t>v 0.008762 1.453054 0.108908</w:t>
        <w:br/>
        <w:t>v 0.009175 1.453040 0.108889</w:t>
        <w:br/>
        <w:t>v 0.048828 1.507083 0.096493</w:t>
        <w:br/>
        <w:t>v 0.047702 1.502880 0.096813</w:t>
        <w:br/>
        <w:t>v -0.048828 1.507082 0.096493</w:t>
        <w:br/>
        <w:t>v -0.048873 1.510678 0.096787</w:t>
        <w:br/>
        <w:t>v 0.045914 1.499409 0.097558</w:t>
        <w:br/>
        <w:t>v -0.047702 1.502880 0.096813</w:t>
        <w:br/>
        <w:t>v 0.039497 1.495840 0.099860</w:t>
        <w:br/>
        <w:t>v -0.039497 1.495840 0.099860</w:t>
        <w:br/>
        <w:t>v -0.043159 1.496840 0.098797</w:t>
        <w:br/>
        <w:t>v 0.048873 1.510679 0.096787</w:t>
        <w:br/>
        <w:t>v -0.045914 1.499409 0.097558</w:t>
        <w:br/>
        <w:t>v 0.043159 1.496840 0.098797</w:t>
        <w:br/>
        <w:t>v -0.056832 1.519199 0.101238</w:t>
        <w:br/>
        <w:t>v -0.057058 1.519624 0.101236</w:t>
        <w:br/>
        <w:t>v 0.064855 1.135071 0.117176</w:t>
        <w:br/>
        <w:t>v 0.066089 1.128861 0.117904</w:t>
        <w:br/>
        <w:t>v 0.068744 1.129246 0.111167</w:t>
        <w:br/>
        <w:t>v 0.068386 1.135924 0.109944</w:t>
        <w:br/>
        <w:t>v 0.074167 1.128160 0.123315</w:t>
        <w:br/>
        <w:t>v 0.077197 1.136001 0.116576</w:t>
        <w:br/>
        <w:t>v 0.077320 1.128600 0.117148</w:t>
        <w:br/>
        <w:t>v 0.067852 1.126663 0.119088</w:t>
        <w:br/>
        <w:t>v 0.070641 1.126204 0.112391</w:t>
        <w:br/>
        <w:t>v 0.058155 1.162159 0.126147</w:t>
        <w:br/>
        <w:t>v 0.063693 1.162066 0.118020</w:t>
        <w:br/>
        <w:t>v 0.065582 1.164382 0.119415</w:t>
        <w:br/>
        <w:t>v 0.059755 1.165411 0.127886</w:t>
        <w:br/>
        <w:t>v 0.071118 1.125391 0.120637</w:t>
        <w:br/>
        <w:t>v 0.067276 1.124671 0.127727</w:t>
        <w:br/>
        <w:t>v 0.070171 1.127657 0.130340</w:t>
        <w:br/>
        <w:t>v 0.074628 1.166313 0.113066</w:t>
        <w:br/>
        <w:t>v 0.069694 1.164274 0.122299</w:t>
        <w:br/>
        <w:t>v 0.067850 1.165069 0.121261</w:t>
        <w:br/>
        <w:t>v 0.072451 1.167320 0.111831</w:t>
        <w:br/>
        <w:t>v 0.067821 1.156531 0.108965</w:t>
        <w:br/>
        <w:t>v 0.068299 1.163296 0.109235</w:t>
        <w:br/>
        <w:t>v 0.063305 1.155650 0.117045</w:t>
        <w:br/>
        <w:t>v 0.066028 1.162964 0.131616</w:t>
        <w:br/>
        <w:t>v 0.071172 1.161855 0.123213</w:t>
        <w:br/>
        <w:t>v 0.067374 1.155575 0.131231</w:t>
        <w:br/>
        <w:t>v 0.061022 1.135137 0.123997</w:t>
        <w:br/>
        <w:t>v 0.062334 1.128381 0.124327</w:t>
        <w:br/>
        <w:t>v 0.070380 1.135139 0.130670</w:t>
        <w:br/>
        <w:t>v 0.064672 1.125513 0.125837</w:t>
        <w:br/>
        <w:t>v 0.070064 1.165975 0.110143</w:t>
        <w:br/>
        <w:t>v 0.074002 1.124856 0.114868</w:t>
        <w:br/>
        <w:t>v 0.063992 1.165654 0.130912</w:t>
        <w:br/>
        <w:t>v 0.058345 1.155557 0.125109</w:t>
        <w:br/>
        <w:t>v 0.076334 1.156520 0.114456</w:t>
        <w:br/>
        <w:t>v 0.071046 1.130938 0.112097</w:t>
        <w:br/>
        <w:t>v 0.064036 1.129419 0.126242</w:t>
        <w:br/>
        <w:t>v 0.063280 1.135265 0.125870</w:t>
        <w:br/>
        <w:t>v 0.070664 1.136112 0.111438</w:t>
        <w:br/>
        <w:t>v 0.067879 1.134902 0.129058</w:t>
        <w:br/>
        <w:t>v 0.068066 1.128681 0.129169</w:t>
        <w:br/>
        <w:t>v 0.075667 1.129383 0.115510</w:t>
        <w:br/>
        <w:t>v 0.075181 1.135327 0.114755</w:t>
        <w:br/>
        <w:t>v 0.065564 1.127795 0.127097</w:t>
        <w:br/>
        <w:t>v 0.071907 1.128544 0.112729</w:t>
        <w:br/>
        <w:t>v 0.073799 1.127221 0.113999</w:t>
        <w:br/>
        <w:t>v 0.066684 1.127107 0.128000</w:t>
        <w:br/>
        <w:t>v 0.072991 1.164418 0.111751</w:t>
        <w:br/>
        <w:t>v 0.071020 1.163946 0.110641</w:t>
        <w:br/>
        <w:t>v 0.060317 1.163315 0.128888</w:t>
        <w:br/>
        <w:t>v 0.062066 1.163733 0.130111</w:t>
        <w:br/>
        <w:t>v 0.066684 1.127107 0.128000</w:t>
        <w:br/>
        <w:t>v 0.073799 1.127221 0.113999</w:t>
        <w:br/>
        <w:t>v 0.074346 1.162327 0.113000</w:t>
        <w:br/>
        <w:t>v 0.072991 1.164418 0.111751</w:t>
        <w:br/>
        <w:t>v 0.062066 1.163733 0.130111</w:t>
        <w:br/>
        <w:t>v 0.063711 1.161627 0.130533</w:t>
        <w:br/>
        <w:t>v 0.070306 1.161986 0.109922</w:t>
        <w:br/>
        <w:t>v 0.070178 1.156770 0.110224</w:t>
        <w:br/>
        <w:t>v 0.060580 1.155742 0.126926</w:t>
        <w:br/>
        <w:t>v 0.059676 1.161212 0.127937</w:t>
        <w:br/>
        <w:t>v 0.064871 1.155329 0.129847</w:t>
        <w:br/>
        <w:t>v 0.073963 1.156274 0.113029</w:t>
        <w:br/>
        <w:t>v 0.068386 1.135924 0.109944</w:t>
        <w:br/>
        <w:t>v 0.068744 1.129246 0.111167</w:t>
        <w:br/>
        <w:t>v 0.071046 1.130938 0.112097</w:t>
        <w:br/>
        <w:t>v 0.070664 1.136112 0.111438</w:t>
        <w:br/>
        <w:t>v 0.077197 1.136001 0.116576</w:t>
        <w:br/>
        <w:t>v 0.075181 1.135327 0.114755</w:t>
        <w:br/>
        <w:t>v 0.075667 1.129383 0.115510</w:t>
        <w:br/>
        <w:t>v 0.077320 1.128600 0.117148</w:t>
        <w:br/>
        <w:t>v 0.070641 1.126204 0.112391</w:t>
        <w:br/>
        <w:t>v 0.071907 1.128544 0.112729</w:t>
        <w:br/>
        <w:t>v 0.060317 1.163315 0.128888</w:t>
        <w:br/>
        <w:t>v 0.059676 1.161212 0.127937</w:t>
        <w:br/>
        <w:t>v 0.058155 1.162159 0.126147</w:t>
        <w:br/>
        <w:t>v 0.059755 1.165411 0.127886</w:t>
        <w:br/>
        <w:t>v 0.066684 1.127107 0.128000</w:t>
        <w:br/>
        <w:t>v 0.068066 1.128681 0.129169</w:t>
        <w:br/>
        <w:t>v 0.070171 1.127657 0.130340</w:t>
        <w:br/>
        <w:t>v 0.067276 1.124671 0.127727</w:t>
        <w:br/>
        <w:t>v 0.074628 1.166313 0.113066</w:t>
        <w:br/>
        <w:t>v 0.072991 1.164418 0.111751</w:t>
        <w:br/>
        <w:t>v 0.074346 1.162327 0.113000</w:t>
        <w:br/>
        <w:t>v 0.076234 1.163494 0.114515</w:t>
        <w:br/>
        <w:t>v 0.070306 1.161986 0.109922</w:t>
        <w:br/>
        <w:t>v 0.068299 1.163296 0.109235</w:t>
        <w:br/>
        <w:t>v 0.067821 1.156531 0.108965</w:t>
        <w:br/>
        <w:t>v 0.070178 1.156770 0.110224</w:t>
        <w:br/>
        <w:t>v 0.067374 1.155575 0.131231</w:t>
        <w:br/>
        <w:t>v 0.064871 1.155329 0.129847</w:t>
        <w:br/>
        <w:t>v 0.063711 1.161627 0.130533</w:t>
        <w:br/>
        <w:t>v 0.066028 1.162964 0.131616</w:t>
        <w:br/>
        <w:t>v 0.064036 1.129419 0.126242</w:t>
        <w:br/>
        <w:t>v 0.062334 1.128381 0.124327</w:t>
        <w:br/>
        <w:t>v 0.061022 1.135137 0.123997</w:t>
        <w:br/>
        <w:t>v 0.063280 1.135265 0.125870</w:t>
        <w:br/>
        <w:t>v 0.070380 1.135139 0.130670</w:t>
        <w:br/>
        <w:t>v 0.067879 1.134902 0.129058</w:t>
        <w:br/>
        <w:t>v 0.064672 1.125513 0.125837</w:t>
        <w:br/>
        <w:t>v 0.065564 1.127795 0.127097</w:t>
        <w:br/>
        <w:t>v 0.066684 1.127107 0.128000</w:t>
        <w:br/>
        <w:t>v 0.067276 1.124671 0.127727</w:t>
        <w:br/>
        <w:t>v 0.072451 1.167320 0.111831</w:t>
        <w:br/>
        <w:t>v 0.070064 1.165975 0.110143</w:t>
        <w:br/>
        <w:t>v 0.071020 1.163946 0.110641</w:t>
        <w:br/>
        <w:t>v 0.074002 1.124856 0.114868</w:t>
        <w:br/>
        <w:t>v 0.073799 1.127221 0.113999</w:t>
        <w:br/>
        <w:t>v 0.062013 1.166588 0.129613</w:t>
        <w:br/>
        <w:t>v 0.063992 1.165654 0.130912</w:t>
        <w:br/>
        <w:t>v 0.062066 1.163733 0.130111</w:t>
        <w:br/>
        <w:t>v 0.058345 1.155557 0.125109</w:t>
        <w:br/>
        <w:t>v 0.060580 1.155742 0.126926</w:t>
        <w:br/>
        <w:t>v 0.076334 1.156520 0.114456</w:t>
        <w:br/>
        <w:t>v 0.073963 1.156274 0.113029</w:t>
        <w:br/>
        <w:t>v 0.063958 1.145322 0.116666</w:t>
        <w:br/>
        <w:t>v 0.067910 1.146211 0.109258</w:t>
        <w:br/>
        <w:t>v 0.068684 1.145353 0.130388</w:t>
        <w:br/>
        <w:t>v 0.076435 1.146262 0.114983</w:t>
        <w:br/>
        <w:t>v 0.059548 1.145352 0.124216</w:t>
        <w:br/>
        <w:t>v 0.061965 1.145553 0.125932</w:t>
        <w:br/>
        <w:t>v 0.070030 1.146425 0.110725</w:t>
        <w:br/>
        <w:t>v 0.073977 1.146011 0.113402</w:t>
        <w:br/>
        <w:t>v 0.066369 1.145027 0.129080</w:t>
        <w:br/>
        <w:t>v 0.070030 1.146425 0.110725</w:t>
        <w:br/>
        <w:t>v 0.067910 1.146211 0.109258</w:t>
        <w:br/>
        <w:t>v 0.076435 1.146262 0.114983</w:t>
        <w:br/>
        <w:t>v 0.073977 1.146011 0.113402</w:t>
        <w:br/>
        <w:t>v 0.068684 1.145353 0.130388</w:t>
        <w:br/>
        <w:t>v 0.066369 1.145027 0.129080</w:t>
        <w:br/>
        <w:t>v 0.059548 1.145352 0.124216</w:t>
        <w:br/>
        <w:t>v 0.061965 1.145553 0.125932</w:t>
        <w:br/>
        <w:t>v 0.076234 1.163494 0.114515</w:t>
        <w:br/>
        <w:t>v 0.062013 1.166588 0.129613</w:t>
        <w:br/>
        <w:t>v 0.074002 1.124856 0.114868</w:t>
        <w:br/>
        <w:t>v 0.071118 1.125391 0.120637</w:t>
        <w:br/>
        <w:t>v 0.067276 1.124671 0.127727</w:t>
        <w:br/>
        <w:t>v 0.074002 1.124856 0.114868</w:t>
        <w:br/>
        <w:t>v 0.073799 1.127221 0.113999</w:t>
        <w:br/>
        <w:t>v -0.059650 1.133717 0.124048</w:t>
        <w:br/>
        <w:t>v -0.060960 1.125650 0.125582</w:t>
        <w:br/>
        <w:t>v -0.054966 1.125314 0.129945</w:t>
        <w:br/>
        <w:t>v -0.052651 1.133091 0.128660</w:t>
        <w:br/>
        <w:t>v -0.060893 1.127149 0.138167</w:t>
        <w:br/>
        <w:t>v -0.066754 1.126876 0.134300</w:t>
        <w:br/>
        <w:t>v -0.065797 1.134307 0.133206</w:t>
        <w:br/>
        <w:t>v -0.063724 1.122263 0.129274</w:t>
        <w:br/>
        <w:t>v -0.057996 1.122475 0.133638</w:t>
        <w:br/>
        <w:t>v -0.042305 1.160581 0.136670</w:t>
        <w:br/>
        <w:t>v -0.043111 1.163439 0.138192</w:t>
        <w:br/>
        <w:t>v -0.050908 1.163041 0.131540</w:t>
        <w:br/>
        <w:t>v -0.049781 1.160165 0.129838</w:t>
        <w:br/>
        <w:t>v -0.052336 1.121689 0.138537</w:t>
        <w:br/>
        <w:t>v -0.060451 1.124015 0.137215</w:t>
        <w:br/>
        <w:t>v -0.054711 1.123568 0.142570</w:t>
        <w:br/>
        <w:t>v -0.052595 1.163891 0.133791</w:t>
        <w:br/>
        <w:t>v -0.054117 1.162573 0.135513</w:t>
        <w:br/>
        <w:t>v -0.061680 1.164770 0.130316</w:t>
        <w:br/>
        <w:t>v -0.060126 1.165918 0.128091</w:t>
        <w:br/>
        <w:t>v -0.050029 1.153504 0.128514</w:t>
        <w:br/>
        <w:t>v -0.057474 1.161372 0.124040</w:t>
        <w:br/>
        <w:t>v -0.057711 1.154142 0.123295</w:t>
        <w:br/>
        <w:t>v -0.063468 1.154668 0.131917</w:t>
        <w:br/>
        <w:t>v -0.055469 1.160274 0.136628</w:t>
        <w:br/>
        <w:t>v -0.049177 1.153455 0.143062</w:t>
        <w:br/>
        <w:t>v -0.049078 1.124623 0.134928</w:t>
        <w:br/>
        <w:t>v -0.046497 1.132731 0.133546</w:t>
        <w:br/>
        <w:t>v -0.053105 1.133552 0.142764</w:t>
        <w:br/>
        <w:t>v -0.054984 1.126732 0.143177</w:t>
        <w:br/>
        <w:t>v -0.058578 1.164493 0.125619</w:t>
        <w:br/>
        <w:t>v -0.066198 1.123354 0.133212</w:t>
        <w:br/>
        <w:t>v -0.047511 1.161150 0.143604</w:t>
        <w:br/>
        <w:t>v -0.046583 1.163158 0.142699</w:t>
        <w:br/>
        <w:t>v -0.042725 1.152765 0.134613</w:t>
        <w:br/>
        <w:t>v -0.062675 1.162332 0.131927</w:t>
        <w:br/>
        <w:t>v -0.061229 1.134052 0.126240</w:t>
        <w:br/>
        <w:t>v -0.048072 1.133065 0.136153</w:t>
        <w:br/>
        <w:t>v -0.050365 1.126427 0.137031</w:t>
        <w:br/>
        <w:t>v -0.062365 1.127280 0.127147</w:t>
        <w:br/>
        <w:t>v -0.064282 1.134010 0.130943</w:t>
        <w:br/>
        <w:t>v -0.065880 1.126040 0.132091</w:t>
        <w:br/>
        <w:t>v -0.052894 1.125198 0.141202</w:t>
        <w:br/>
        <w:t>v -0.051115 1.133054 0.140334</w:t>
        <w:br/>
        <w:t>v -0.043919 1.160805 0.138937</w:t>
        <w:br/>
        <w:t>v -0.059472 1.162678 0.126817</w:t>
        <w:br/>
        <w:t>v -0.060655 1.163004 0.128527</w:t>
        <w:br/>
        <w:t>v -0.045037 1.161418 0.141010</w:t>
        <w:br/>
        <w:t>v -0.046216 1.159230 0.141987</w:t>
        <w:br/>
        <w:t>v -0.045037 1.161418 0.141010</w:t>
        <w:br/>
        <w:t>v -0.060655 1.163004 0.128527</w:t>
        <w:br/>
        <w:t>v -0.061759 1.161044 0.129689</w:t>
        <w:br/>
        <w:t>v -0.043867 1.153124 0.136484</w:t>
        <w:br/>
        <w:t>v -0.058907 1.154492 0.125340</w:t>
        <w:br/>
        <w:t>v -0.059214 1.160240 0.125981</w:t>
        <w:br/>
        <w:t>v -0.043678 1.158939 0.138047</w:t>
        <w:br/>
        <w:t>v -0.047027 1.153162 0.141101</w:t>
        <w:br/>
        <w:t>v -0.061577 1.154252 0.129738</w:t>
        <w:br/>
        <w:t>v -0.065880 1.126040 0.132091</w:t>
        <w:br/>
        <w:t>v -0.064198 1.124703 0.129716</w:t>
        <w:br/>
        <w:t>v -0.052083 1.124430 0.139238</w:t>
        <w:br/>
        <w:t>v -0.052894 1.125198 0.141202</w:t>
        <w:br/>
        <w:t>v -0.062365 1.127280 0.127147</w:t>
        <w:br/>
        <w:t>v -0.060960 1.125650 0.125582</w:t>
        <w:br/>
        <w:t>v -0.059650 1.133717 0.124048</w:t>
        <w:br/>
        <w:t>v -0.061229 1.134052 0.126240</w:t>
        <w:br/>
        <w:t>v -0.064282 1.134010 0.130943</w:t>
        <w:br/>
        <w:t>v -0.065797 1.134307 0.133206</w:t>
        <w:br/>
        <w:t>v -0.066754 1.126876 0.134300</w:t>
        <w:br/>
        <w:t>v -0.065880 1.126040 0.132091</w:t>
        <w:br/>
        <w:t>v -0.064198 1.124703 0.129716</w:t>
        <w:br/>
        <w:t>v -0.063724 1.122263 0.129274</w:t>
        <w:br/>
        <w:t>v -0.042305 1.160581 0.136670</w:t>
        <w:br/>
        <w:t>v -0.043678 1.158939 0.138047</w:t>
        <w:br/>
        <w:t>v -0.043919 1.160805 0.138937</w:t>
        <w:br/>
        <w:t>v -0.043111 1.163439 0.138192</w:t>
        <w:br/>
        <w:t>v -0.052894 1.125198 0.141202</w:t>
        <w:br/>
        <w:t>v -0.054711 1.123568 0.142570</w:t>
        <w:br/>
        <w:t>v -0.054984 1.126732 0.143177</w:t>
        <w:br/>
        <w:t>v -0.061680 1.164770 0.130316</w:t>
        <w:br/>
        <w:t>v -0.062675 1.162332 0.131927</w:t>
        <w:br/>
        <w:t>v -0.061759 1.161044 0.129689</w:t>
        <w:br/>
        <w:t>v -0.060655 1.163004 0.128527</w:t>
        <w:br/>
        <w:t>v -0.059214 1.160240 0.125981</w:t>
        <w:br/>
        <w:t>v -0.058907 1.154492 0.125340</w:t>
        <w:br/>
        <w:t>v -0.057711 1.154142 0.123295</w:t>
        <w:br/>
        <w:t>v -0.057474 1.161372 0.124040</w:t>
        <w:br/>
        <w:t>v -0.049177 1.153455 0.143062</w:t>
        <w:br/>
        <w:t>v -0.047511 1.161150 0.143604</w:t>
        <w:br/>
        <w:t>v -0.046216 1.159230 0.141987</w:t>
        <w:br/>
        <w:t>v -0.047027 1.153162 0.141101</w:t>
        <w:br/>
        <w:t>v -0.050365 1.126427 0.137031</w:t>
        <w:br/>
        <w:t>v -0.048072 1.133065 0.136153</w:t>
        <w:br/>
        <w:t>v -0.046497 1.132731 0.133546</w:t>
        <w:br/>
        <w:t>v -0.049078 1.124623 0.134928</w:t>
        <w:br/>
        <w:t>v -0.053105 1.133552 0.142764</w:t>
        <w:br/>
        <w:t>v -0.051115 1.133054 0.140334</w:t>
        <w:br/>
        <w:t>v -0.059472 1.162678 0.126817</w:t>
        <w:br/>
        <w:t>v -0.058578 1.164493 0.125619</w:t>
        <w:br/>
        <w:t>v -0.060126 1.165918 0.128091</w:t>
        <w:br/>
        <w:t>v -0.066198 1.123354 0.133212</w:t>
        <w:br/>
        <w:t>v -0.045037 1.161418 0.141010</w:t>
        <w:br/>
        <w:t>v -0.046583 1.163158 0.142699</w:t>
        <w:br/>
        <w:t>v -0.044394 1.164583 0.140142</w:t>
        <w:br/>
        <w:t>v -0.042725 1.152765 0.134613</w:t>
        <w:br/>
        <w:t>v -0.043867 1.153124 0.136484</w:t>
        <w:br/>
        <w:t>v -0.063468 1.154668 0.131917</w:t>
        <w:br/>
        <w:t>v -0.061577 1.154252 0.129738</w:t>
        <w:br/>
        <w:t>v -0.050607 1.143335 0.142271</w:t>
        <w:br/>
        <w:t>v -0.064351 1.144393 0.132037</w:t>
        <w:br/>
        <w:t>v -0.048836 1.142905 0.139916</w:t>
        <w:br/>
        <w:t>v -0.062798 1.144047 0.129861</w:t>
        <w:br/>
        <w:t>v -0.064351 1.144393 0.132037</w:t>
        <w:br/>
        <w:t>v -0.062798 1.144047 0.129861</w:t>
        <w:br/>
        <w:t>v -0.048836 1.142905 0.139916</w:t>
        <w:br/>
        <w:t>v -0.050607 1.143335 0.142271</w:t>
        <w:br/>
        <w:t>v -0.064198 1.124703 0.129716</w:t>
        <w:br/>
        <w:t>v -0.052083 1.124430 0.139238</w:t>
        <w:br/>
        <w:t>v -0.052336 1.121689 0.138537</w:t>
        <w:br/>
        <w:t>v -0.052083 1.124430 0.139238</w:t>
        <w:br/>
        <w:t>v -0.044394 1.164583 0.140142</w:t>
        <w:br/>
        <w:t>v 0.052850 1.132545 0.015383</w:t>
        <w:br/>
        <w:t>v 0.051214 1.140542 0.017256</w:t>
        <w:br/>
        <w:t>v 0.057044 1.140468 0.020343</w:t>
        <w:br/>
        <w:t>v 0.058133 1.132740 0.018588</w:t>
        <w:br/>
        <w:t>v 0.062658 1.140613 0.011079</w:t>
        <w:br/>
        <w:t>v 0.050687 1.140544 0.003920</w:t>
        <w:br/>
        <w:t>v 0.057600 1.133482 0.006591</w:t>
        <w:br/>
        <w:t>v 0.059235 1.130151 0.016630</w:t>
        <w:br/>
        <w:t>v 0.054144 1.130408 0.013272</w:t>
        <w:br/>
        <w:t>v 0.051896 1.168197 0.013561</w:t>
        <w:br/>
        <w:t>v 0.050594 1.165519 0.016140</w:t>
        <w:br/>
        <w:t>v 0.043746 1.166788 0.012956</w:t>
        <w:br/>
        <w:t>v 0.044688 1.169039 0.010720</w:t>
        <w:br/>
        <w:t>v 0.057053 1.130265 0.008140</w:t>
        <w:br/>
        <w:t>v 0.052267 1.130103 0.004195</w:t>
        <w:br/>
        <w:t>v 0.050297 1.128900 0.007571</w:t>
        <w:br/>
        <w:t>v 0.055767 1.129401 0.010670</w:t>
        <w:br/>
        <w:t>v 0.062641 1.168238 0.013448</w:t>
        <w:br/>
        <w:t>v 0.061699 1.169220 0.015234</w:t>
        <w:br/>
        <w:t>v 0.053386 1.168513 0.010661</w:t>
        <w:br/>
        <w:t>v 0.054406 1.167302 0.009176</w:t>
        <w:br/>
        <w:t>v 0.058615 1.166179 0.020195</w:t>
        <w:br/>
        <w:t>v 0.057482 1.158143 0.021272</w:t>
        <w:br/>
        <w:t>v 0.050082 1.158159 0.017705</w:t>
        <w:br/>
        <w:t>v 0.048052 1.164468 0.004820</w:t>
        <w:br/>
        <w:t>v 0.048210 1.158173 0.005144</w:t>
        <w:br/>
        <w:t>v 0.055120 1.164490 0.008267</w:t>
        <w:br/>
        <w:t>v 0.047060 1.132722 0.012202</w:t>
        <w:br/>
        <w:t>v 0.045370 1.140606 0.013883</w:t>
        <w:br/>
        <w:t>v 0.052452 1.133609 0.002812</w:t>
        <w:br/>
        <w:t>v 0.048623 1.129966 0.010377</w:t>
        <w:br/>
        <w:t>v 0.060100 1.168680 0.017867</w:t>
        <w:br/>
        <w:t>v 0.062323 1.129606 0.011441</w:t>
        <w:br/>
        <w:t>v 0.063245 1.133307 0.009492</w:t>
        <w:br/>
        <w:t>v 0.047158 1.167520 0.005602</w:t>
        <w:br/>
        <w:t>v 0.043281 1.158172 0.014046</w:t>
        <w:br/>
        <w:t>v 0.062815 1.158126 0.012303</w:t>
        <w:br/>
        <w:t>v 0.063396 1.165532 0.012295</w:t>
        <w:br/>
        <w:t>v 0.051041 1.133968 0.005238</w:t>
        <w:br/>
        <w:t>v 0.049696 1.140622 0.006544</w:t>
        <w:br/>
        <w:t>v 0.061450 1.140469 0.013193</w:t>
        <w:br/>
        <w:t>v 0.062079 1.134092 0.011817</w:t>
        <w:br/>
        <w:t>v 0.060106 1.132179 0.015605</w:t>
        <w:br/>
        <w:t>v 0.048601 1.132030 0.009272</w:t>
        <w:br/>
        <w:t>v 0.050331 1.131620 0.006623</w:t>
        <w:br/>
        <w:t>v 0.061486 1.131857 0.012927</w:t>
        <w:br/>
        <w:t>v 0.061219 1.166962 0.017318</w:t>
        <w:br/>
        <w:t>v 0.062212 1.166806 0.015360</w:t>
        <w:br/>
        <w:t>v 0.045781 1.166785 0.007771</w:t>
        <w:br/>
        <w:t>v 0.044694 1.166823 0.009897</w:t>
        <w:br/>
        <w:t>v 0.061486 1.131857 0.012927</w:t>
        <w:br/>
        <w:t>v 0.050331 1.131620 0.006623</w:t>
        <w:br/>
        <w:t>v 0.062212 1.166806 0.015360</w:t>
        <w:br/>
        <w:t>v 0.062531 1.164715 0.014542</w:t>
        <w:br/>
        <w:t>v 0.046586 1.164051 0.006985</w:t>
        <w:br/>
        <w:t>v 0.045781 1.166785 0.007771</w:t>
        <w:br/>
        <w:t>v 0.061231 1.157913 0.014577</w:t>
        <w:br/>
        <w:t>v 0.047056 1.157996 0.007409</w:t>
        <w:br/>
        <w:t>v 0.058602 1.140729 0.018204</w:t>
        <w:br/>
        <w:t>v 0.059535 1.133710 0.016579</w:t>
        <w:br/>
        <w:t>v 0.058133 1.132740 0.018588</w:t>
        <w:br/>
        <w:t>v 0.057044 1.140468 0.020343</w:t>
        <w:br/>
        <w:t>v 0.062079 1.134092 0.011817</w:t>
        <w:br/>
        <w:t>v 0.061450 1.140469 0.013193</w:t>
        <w:br/>
        <w:t>v 0.062658 1.140613 0.011079</w:t>
        <w:br/>
        <w:t>v 0.063245 1.133307 0.009492</w:t>
        <w:br/>
        <w:t>v 0.060106 1.132179 0.015605</w:t>
        <w:br/>
        <w:t>v 0.059235 1.130151 0.016630</w:t>
        <w:br/>
        <w:t>v 0.043746 1.166788 0.012956</w:t>
        <w:br/>
        <w:t>v 0.044153 1.165185 0.010994</w:t>
        <w:br/>
        <w:t>v 0.044694 1.166823 0.009897</w:t>
        <w:br/>
        <w:t>v 0.044688 1.169039 0.010720</w:t>
        <w:br/>
        <w:t>v 0.051041 1.133968 0.005238</w:t>
        <w:br/>
        <w:t>v 0.050331 1.131620 0.006623</w:t>
        <w:br/>
        <w:t>v 0.052267 1.130103 0.004195</w:t>
        <w:br/>
        <w:t>v 0.052452 1.133609 0.002812</w:t>
        <w:br/>
        <w:t>v 0.063396 1.165532 0.012295</w:t>
        <w:br/>
        <w:t>v 0.062531 1.164715 0.014542</w:t>
        <w:br/>
        <w:t>v 0.062212 1.166806 0.015360</w:t>
        <w:br/>
        <w:t>v 0.062641 1.168238 0.013448</w:t>
        <w:br/>
        <w:t>v 0.060371 1.165100 0.018660</w:t>
        <w:br/>
        <w:t>v 0.059126 1.158337 0.018953</w:t>
        <w:br/>
        <w:t>v 0.057482 1.158143 0.021272</w:t>
        <w:br/>
        <w:t>v 0.058615 1.166179 0.020195</w:t>
        <w:br/>
        <w:t>v 0.048210 1.158173 0.005144</w:t>
        <w:br/>
        <w:t>v 0.048052 1.164468 0.004820</w:t>
        <w:br/>
        <w:t>v 0.046586 1.164051 0.006985</w:t>
        <w:br/>
        <w:t>v 0.047056 1.157996 0.007409</w:t>
        <w:br/>
        <w:t>v 0.045370 1.140606 0.013883</w:t>
        <w:br/>
        <w:t>v 0.047060 1.132722 0.012202</w:t>
        <w:br/>
        <w:t>v 0.048077 1.133917 0.010137</w:t>
        <w:br/>
        <w:t>v 0.046649 1.140748 0.011288</w:t>
        <w:br/>
        <w:t>v 0.050687 1.140544 0.003920</w:t>
        <w:br/>
        <w:t>v 0.049696 1.140622 0.006544</w:t>
        <w:br/>
        <w:t>v 0.050297 1.128900 0.007571</w:t>
        <w:br/>
        <w:t>v 0.048601 1.132030 0.009272</w:t>
        <w:br/>
        <w:t>v 0.048623 1.129966 0.010377</w:t>
        <w:br/>
        <w:t>v 0.061219 1.166962 0.017318</w:t>
        <w:br/>
        <w:t>v 0.060100 1.168680 0.017867</w:t>
        <w:br/>
        <w:t>v 0.061699 1.169220 0.015234</w:t>
        <w:br/>
        <w:t>v 0.062323 1.129606 0.011441</w:t>
        <w:br/>
        <w:t>v 0.060905 1.129011 0.013925</w:t>
        <w:br/>
        <w:t>v 0.061486 1.131857 0.012927</w:t>
        <w:br/>
        <w:t>v 0.047158 1.167520 0.005602</w:t>
        <w:br/>
        <w:t>v 0.045896 1.169480 0.008294</w:t>
        <w:br/>
        <w:t>v 0.045781 1.166785 0.007771</w:t>
        <w:br/>
        <w:t>v 0.043281 1.158172 0.014046</w:t>
        <w:br/>
        <w:t>v 0.044573 1.158379 0.011847</w:t>
        <w:br/>
        <w:t>v 0.062815 1.158126 0.012303</w:t>
        <w:br/>
        <w:t>v 0.061231 1.157913 0.014577</w:t>
        <w:br/>
        <w:t>v 0.062257 1.149329 0.012126</w:t>
        <w:br/>
        <w:t>v 0.049039 1.149346 0.005150</w:t>
        <w:br/>
        <w:t>v 0.060494 1.149132 0.014516</w:t>
        <w:br/>
        <w:t>v 0.047904 1.149213 0.007607</w:t>
        <w:br/>
        <w:t>v 0.062257 1.149329 0.012126</w:t>
        <w:br/>
        <w:t>v 0.060494 1.149132 0.014516</w:t>
        <w:br/>
        <w:t>v 0.047904 1.149213 0.007607</w:t>
        <w:br/>
        <w:t>v 0.049039 1.149346 0.005150</w:t>
        <w:br/>
        <w:t>v 0.060905 1.129011 0.013925</w:t>
        <w:br/>
        <w:t>v 0.045896 1.169480 0.008294</w:t>
        <w:br/>
        <w:t>v 0.060371 1.165100 0.018660</w:t>
        <w:br/>
        <w:t>v 0.044153 1.165185 0.010994</w:t>
        <w:br/>
        <w:t>v -0.052850 1.132545 0.015383</w:t>
        <w:br/>
        <w:t>v -0.058133 1.132740 0.018588</w:t>
        <w:br/>
        <w:t>v -0.057044 1.140468 0.020343</w:t>
        <w:br/>
        <w:t>v -0.051214 1.140542 0.017256</w:t>
        <w:br/>
        <w:t>v -0.050687 1.140544 0.003920</w:t>
        <w:br/>
        <w:t>v -0.062658 1.140613 0.011079</w:t>
        <w:br/>
        <w:t>v -0.057600 1.133482 0.006591</w:t>
        <w:br/>
        <w:t>v -0.059235 1.130151 0.016630</w:t>
        <w:br/>
        <w:t>v -0.054144 1.130408 0.013272</w:t>
        <w:br/>
        <w:t>v -0.051896 1.168197 0.013561</w:t>
        <w:br/>
        <w:t>v -0.044688 1.169039 0.010720</w:t>
        <w:br/>
        <w:t>v -0.043746 1.166788 0.012956</w:t>
        <w:br/>
        <w:t>v -0.050594 1.165519 0.016140</w:t>
        <w:br/>
        <w:t>v -0.057053 1.130265 0.008140</w:t>
        <w:br/>
        <w:t>v -0.055767 1.129401 0.010670</w:t>
        <w:br/>
        <w:t>v -0.050297 1.128900 0.007571</w:t>
        <w:br/>
        <w:t>v -0.052267 1.130103 0.004195</w:t>
        <w:br/>
        <w:t>v -0.053386 1.168513 0.010661</w:t>
        <w:br/>
        <w:t>v -0.061699 1.169220 0.015234</w:t>
        <w:br/>
        <w:t>v -0.062641 1.168238 0.013448</w:t>
        <w:br/>
        <w:t>v -0.054406 1.167302 0.009176</w:t>
        <w:br/>
        <w:t>v -0.050082 1.158159 0.017705</w:t>
        <w:br/>
        <w:t>v -0.057482 1.158143 0.021272</w:t>
        <w:br/>
        <w:t>v -0.058615 1.166179 0.020195</w:t>
        <w:br/>
        <w:t>v -0.048210 1.158173 0.005144</w:t>
        <w:br/>
        <w:t>v -0.048052 1.164468 0.004820</w:t>
        <w:br/>
        <w:t>v -0.055120 1.164490 0.008267</w:t>
        <w:br/>
        <w:t>v -0.047060 1.132722 0.012202</w:t>
        <w:br/>
        <w:t>v -0.045370 1.140606 0.013883</w:t>
        <w:br/>
        <w:t>v -0.052452 1.133609 0.002812</w:t>
        <w:br/>
        <w:t>v -0.048623 1.129966 0.010377</w:t>
        <w:br/>
        <w:t>v -0.060100 1.168680 0.017867</w:t>
        <w:br/>
        <w:t>v -0.063245 1.133307 0.009492</w:t>
        <w:br/>
        <w:t>v -0.062323 1.129606 0.011441</w:t>
        <w:br/>
        <w:t>v -0.047158 1.167520 0.005603</w:t>
        <w:br/>
        <w:t>v -0.043281 1.158172 0.014046</w:t>
        <w:br/>
        <w:t>v -0.063396 1.165532 0.012295</w:t>
        <w:br/>
        <w:t>v -0.062815 1.158126 0.012303</w:t>
        <w:br/>
        <w:t>v -0.051041 1.133968 0.005238</w:t>
        <w:br/>
        <w:t>v -0.062079 1.134092 0.011817</w:t>
        <w:br/>
        <w:t>v -0.061450 1.140469 0.013193</w:t>
        <w:br/>
        <w:t>v -0.049696 1.140622 0.006544</w:t>
        <w:br/>
        <w:t>v -0.050331 1.131620 0.006623</w:t>
        <w:br/>
        <w:t>v -0.048601 1.132030 0.009272</w:t>
        <w:br/>
        <w:t>v -0.060106 1.132179 0.015605</w:t>
        <w:br/>
        <w:t>v -0.061486 1.131857 0.012927</w:t>
        <w:br/>
        <w:t>v -0.045781 1.166785 0.007771</w:t>
        <w:br/>
        <w:t>v -0.062212 1.166806 0.015360</w:t>
        <w:br/>
        <w:t>v -0.061219 1.166962 0.017318</w:t>
        <w:br/>
        <w:t>v -0.044694 1.166823 0.009897</w:t>
        <w:br/>
        <w:t>v -0.050331 1.131620 0.006623</w:t>
        <w:br/>
        <w:t>v -0.061486 1.131857 0.012927</w:t>
        <w:br/>
        <w:t>v -0.046586 1.164051 0.006985</w:t>
        <w:br/>
        <w:t>v -0.062531 1.164715 0.014542</w:t>
        <w:br/>
        <w:t>v -0.062212 1.166806 0.015360</w:t>
        <w:br/>
        <w:t>v -0.045781 1.166785 0.007771</w:t>
        <w:br/>
        <w:t>v -0.047056 1.157996 0.007409</w:t>
        <w:br/>
        <w:t>v -0.061231 1.157913 0.014577</w:t>
        <w:br/>
        <w:t>v -0.058133 1.132740 0.018588</w:t>
        <w:br/>
        <w:t>v -0.059535 1.133710 0.016579</w:t>
        <w:br/>
        <w:t>v -0.058602 1.140729 0.018204</w:t>
        <w:br/>
        <w:t>v -0.057044 1.140468 0.020343</w:t>
        <w:br/>
        <w:t>v -0.062658 1.140613 0.011079</w:t>
        <w:br/>
        <w:t>v -0.061450 1.140469 0.013193</w:t>
        <w:br/>
        <w:t>v -0.062079 1.134092 0.011817</w:t>
        <w:br/>
        <w:t>v -0.063245 1.133307 0.009492</w:t>
        <w:br/>
        <w:t>v -0.060106 1.132179 0.015605</w:t>
        <w:br/>
        <w:t>v -0.059235 1.130151 0.016630</w:t>
        <w:br/>
        <w:t>v -0.043746 1.166788 0.012956</w:t>
        <w:br/>
        <w:t>v -0.044688 1.169039 0.010720</w:t>
        <w:br/>
        <w:t>v -0.044694 1.166823 0.009897</w:t>
        <w:br/>
        <w:t>v -0.044153 1.165185 0.010994</w:t>
        <w:br/>
        <w:t>v -0.052267 1.130103 0.004195</w:t>
        <w:br/>
        <w:t>v -0.050331 1.131620 0.006623</w:t>
        <w:br/>
        <w:t>v -0.051041 1.133968 0.005238</w:t>
        <w:br/>
        <w:t>v -0.052452 1.133609 0.002812</w:t>
        <w:br/>
        <w:t>v -0.063396 1.165532 0.012295</w:t>
        <w:br/>
        <w:t>v -0.062641 1.168238 0.013448</w:t>
        <w:br/>
        <w:t>v -0.062212 1.166806 0.015360</w:t>
        <w:br/>
        <w:t>v -0.062531 1.164715 0.014542</w:t>
        <w:br/>
        <w:t>v -0.060371 1.165100 0.018660</w:t>
        <w:br/>
        <w:t>v -0.058615 1.166179 0.020195</w:t>
        <w:br/>
        <w:t>v -0.057482 1.158143 0.021272</w:t>
        <w:br/>
        <w:t>v -0.059126 1.158337 0.018953</w:t>
        <w:br/>
        <w:t>v -0.046586 1.164051 0.006985</w:t>
        <w:br/>
        <w:t>v -0.048052 1.164468 0.004820</w:t>
        <w:br/>
        <w:t>v -0.048210 1.158173 0.005144</w:t>
        <w:br/>
        <w:t>v -0.047056 1.157996 0.007409</w:t>
        <w:br/>
        <w:t>v -0.048077 1.133917 0.010137</w:t>
        <w:br/>
        <w:t>v -0.047060 1.132722 0.012202</w:t>
        <w:br/>
        <w:t>v -0.045370 1.140606 0.013883</w:t>
        <w:br/>
        <w:t>v -0.046649 1.140748 0.011288</w:t>
        <w:br/>
        <w:t>v -0.050687 1.140544 0.003920</w:t>
        <w:br/>
        <w:t>v -0.049696 1.140622 0.006544</w:t>
        <w:br/>
        <w:t>v -0.048601 1.132030 0.009272</w:t>
        <w:br/>
        <w:t>v -0.050297 1.128900 0.007571</w:t>
        <w:br/>
        <w:t>v -0.048623 1.129966 0.010377</w:t>
        <w:br/>
        <w:t>v -0.061699 1.169220 0.015234</w:t>
        <w:br/>
        <w:t>v -0.060100 1.168680 0.017867</w:t>
        <w:br/>
        <w:t>v -0.061219 1.166962 0.017318</w:t>
        <w:br/>
        <w:t>v -0.060905 1.129011 0.013925</w:t>
        <w:br/>
        <w:t>v -0.062323 1.129606 0.011441</w:t>
        <w:br/>
        <w:t>v -0.061486 1.131857 0.012927</w:t>
        <w:br/>
        <w:t>v -0.045896 1.169480 0.008294</w:t>
        <w:br/>
        <w:t>v -0.047158 1.167520 0.005603</w:t>
        <w:br/>
        <w:t>v -0.045781 1.166785 0.007771</w:t>
        <w:br/>
        <w:t>v -0.043281 1.158172 0.014046</w:t>
        <w:br/>
        <w:t>v -0.044573 1.158379 0.011847</w:t>
        <w:br/>
        <w:t>v -0.062815 1.158126 0.012303</w:t>
        <w:br/>
        <w:t>v -0.061231 1.157913 0.014577</w:t>
        <w:br/>
        <w:t>v -0.062257 1.149329 0.012126</w:t>
        <w:br/>
        <w:t>v -0.049039 1.149346 0.005150</w:t>
        <w:br/>
        <w:t>v -0.060494 1.149132 0.014516</w:t>
        <w:br/>
        <w:t>v -0.047904 1.149213 0.007607</w:t>
        <w:br/>
        <w:t>v -0.062257 1.149329 0.012126</w:t>
        <w:br/>
        <w:t>v -0.060494 1.149132 0.014516</w:t>
        <w:br/>
        <w:t>v -0.049039 1.149346 0.005150</w:t>
        <w:br/>
        <w:t>v -0.047904 1.149213 0.007607</w:t>
        <w:br/>
        <w:t>v -0.060905 1.129011 0.013925</w:t>
        <w:br/>
        <w:t>v -0.045896 1.169480 0.008294</w:t>
        <w:br/>
        <w:t>v -0.060371 1.165100 0.018660</w:t>
        <w:br/>
        <w:t>v -0.044153 1.165185 0.010994</w:t>
        <w:br/>
        <w:t>v 0.016356 1.168135 0.148660</w:t>
        <w:br/>
        <w:t>v 0.016094 1.153944 0.144985</w:t>
        <w:br/>
        <w:t>v -0.000000 1.153944 0.146607</w:t>
        <w:br/>
        <w:t>v -0.000000 1.168136 0.149835</w:t>
        <w:br/>
        <w:t>v 0.030727 1.168085 0.145316</w:t>
        <w:br/>
        <w:t>v 0.029576 1.153946 0.141815</w:t>
        <w:br/>
        <w:t>v 0.044089 1.168184 0.139319</w:t>
        <w:br/>
        <w:t>v 0.059381 1.168111 0.127840</w:t>
        <w:br/>
        <w:t>v 0.055934 1.153927 0.124262</w:t>
        <w:br/>
        <w:t>v 0.041646 1.153941 0.135587</w:t>
        <w:br/>
        <w:t>v 0.046974 1.180428 0.143887</w:t>
        <w:br/>
        <w:t>v 0.063322 1.180424 0.131136</w:t>
        <w:br/>
        <w:t>v 0.032736 1.180423 0.150046</w:t>
        <w:br/>
        <w:t>v -0.000000 1.180426 0.154859</w:t>
        <w:br/>
        <w:t>v 0.017425 1.180426 0.153606</w:t>
        <w:br/>
        <w:t>v 0.050170 1.193468 0.148569</w:t>
        <w:br/>
        <w:t>v 0.068560 1.193472 0.135617</w:t>
        <w:br/>
        <w:t>v 0.035026 1.193465 0.155402</w:t>
        <w:br/>
        <w:t>v -0.000000 1.193467 0.160553</w:t>
        <w:br/>
        <w:t>v 0.018910 1.193469 0.159903</w:t>
        <w:br/>
        <w:t>v 0.079360 1.168124 0.093912</w:t>
        <w:br/>
        <w:t>v 0.083604 1.168085 0.076496</w:t>
        <w:br/>
        <w:t>v 0.079402 1.153937 0.076730</w:t>
        <w:br/>
        <w:t>v 0.075414 1.153927 0.093205</w:t>
        <w:br/>
        <w:t>v 0.066643 1.153920 0.110879</w:t>
        <w:br/>
        <w:t>v 0.055934 1.153927 0.124262</w:t>
        <w:br/>
        <w:t>v 0.059381 1.168111 0.127840</w:t>
        <w:br/>
        <w:t>v 0.070813 1.168086 0.113277</w:t>
        <w:br/>
        <w:t>v 0.016869 1.168133 0.004548</w:t>
        <w:br/>
        <w:t>v -0.000000 1.168135 0.003304</w:t>
        <w:br/>
        <w:t>v -0.000000 1.153945 0.005203</w:t>
        <w:br/>
        <w:t>v 0.016547 1.153943 0.006854</w:t>
        <w:br/>
        <w:t>v 0.029615 1.153945 0.009529</w:t>
        <w:br/>
        <w:t>v 0.030969 1.168084 0.006871</w:t>
        <w:br/>
        <w:t>v 0.078495 1.153944 0.057141</w:t>
        <w:br/>
        <w:t>v 0.082971 1.167951 0.055955</w:t>
        <w:br/>
        <w:t>v 0.072651 1.168136 0.029375</w:t>
        <w:br/>
        <w:t>v 0.068766 1.153949 0.031329</w:t>
        <w:br/>
        <w:t>v 0.074497 1.153947 0.041635</w:t>
        <w:br/>
        <w:t>v 0.079028 1.168092 0.040109</w:t>
        <w:br/>
        <w:t>v 0.045985 1.153949 0.015318</w:t>
        <w:br/>
        <w:t>v 0.048435 1.168135 0.012907</w:t>
        <w:br/>
        <w:t>v 0.060375 1.153947 0.022954</w:t>
        <w:br/>
        <w:t>v 0.063755 1.168093 0.020411</w:t>
        <w:br/>
        <w:t>v 0.084416 1.180426 0.094997</w:t>
        <w:br/>
        <w:t>v 0.087969 1.180424 0.076727</w:t>
        <w:br/>
        <w:t>v 0.063322 1.180424 0.131136</w:t>
        <w:br/>
        <w:t>v 0.075454 1.180423 0.115925</w:t>
        <w:br/>
        <w:t>v 0.088515 1.180415 0.054425</w:t>
        <w:br/>
        <w:t>v 0.032994 1.180423 0.002550</w:t>
        <w:br/>
        <w:t>v 0.051873 1.180404 0.008449</w:t>
        <w:br/>
        <w:t>v 0.084971 1.180467 0.037663</w:t>
        <w:br/>
        <w:t>v 0.068295 1.180451 0.016680</w:t>
        <w:br/>
        <w:t>v 0.077730 1.180430 0.026151</w:t>
        <w:br/>
        <w:t>v -0.000000 1.180426 -0.001248</w:t>
        <w:br/>
        <w:t>v 0.017971 1.180426 0.000077</w:t>
        <w:br/>
        <w:t>v 0.089963 1.193466 0.096203</w:t>
        <w:br/>
        <w:t>v 0.093465 1.193465 0.076953</w:t>
        <w:br/>
        <w:t>v 0.068560 1.193472 0.135617</w:t>
        <w:br/>
        <w:t>v 0.081064 1.193466 0.119244</w:t>
        <w:br/>
        <w:t>v 0.094290 1.193473 0.053157</w:t>
        <w:br/>
        <w:t>v 0.073719 1.193468 0.012575</w:t>
        <w:br/>
        <w:t>v 0.083176 1.193467 0.023081</w:t>
        <w:br/>
        <w:t>v 0.018995 1.193466 -0.005296</w:t>
        <w:br/>
        <w:t>v 0.035987 1.193465 -0.002635</w:t>
        <w:br/>
        <w:t>v 0.090111 1.193466 0.035204</w:t>
        <w:br/>
        <w:t>v 0.055432 1.193471 0.003512</w:t>
        <w:br/>
        <w:t>v -0.000000 1.193467 -0.006480</w:t>
        <w:br/>
        <w:t>v 0.055962 1.208440 0.157289</w:t>
        <w:br/>
        <w:t>v 0.076672 1.208449 0.143302</w:t>
        <w:br/>
        <w:t>v 0.038858 1.208433 0.164459</w:t>
        <w:br/>
        <w:t>v 0.021053 1.208443 0.169415</w:t>
        <w:br/>
        <w:t>v -0.000000 1.208437 0.173676</w:t>
        <w:br/>
        <w:t>v 0.099630 1.208434 0.098843</w:t>
        <w:br/>
        <w:t>v 0.103131 1.208433 0.077445</w:t>
        <w:br/>
        <w:t>v 0.076672 1.208449 0.143302</w:t>
        <w:br/>
        <w:t>v 0.090300 1.208433 0.124905</w:t>
        <w:br/>
        <w:t>v 0.104254 1.208451 0.052094</w:t>
        <w:br/>
        <w:t>v 0.081564 1.208439 0.006216</w:t>
        <w:br/>
        <w:t>v 0.092028 1.208437 0.017840</w:t>
        <w:br/>
        <w:t>v 0.020990 1.208436 -0.013494</w:t>
        <w:br/>
        <w:t>v -0.000000 1.208437 -0.016341</w:t>
        <w:br/>
        <w:t>v 0.099701 1.208434 0.031254</w:t>
        <w:br/>
        <w:t>v 0.061736 1.208447 -0.004558</w:t>
        <w:br/>
        <w:t>v 0.040542 1.208433 -0.010916</w:t>
        <w:br/>
        <w:t>v -0.016094 1.153944 0.144985</w:t>
        <w:br/>
        <w:t>v -0.016356 1.168135 0.148660</w:t>
        <w:br/>
        <w:t>v -0.029576 1.153946 0.141815</w:t>
        <w:br/>
        <w:t>v -0.030727 1.168085 0.145316</w:t>
        <w:br/>
        <w:t>v -0.055933 1.153927 0.124262</w:t>
        <w:br/>
        <w:t>v -0.059381 1.168111 0.127840</w:t>
        <w:br/>
        <w:t>v -0.044089 1.168184 0.139319</w:t>
        <w:br/>
        <w:t>v -0.041646 1.153941 0.135587</w:t>
        <w:br/>
        <w:t>v -0.063306 1.180424 0.131113</w:t>
        <w:br/>
        <w:t>v -0.046970 1.180428 0.143878</w:t>
        <w:br/>
        <w:t>v -0.032736 1.180423 0.150046</w:t>
        <w:br/>
        <w:t>v -0.017424 1.180425 0.153606</w:t>
        <w:br/>
        <w:t>v -0.069143 1.193472 0.135955</w:t>
        <w:br/>
        <w:t>v -0.050060 1.193468 0.148344</w:t>
        <w:br/>
        <w:t>v -0.035026 1.193465 0.155402</w:t>
        <w:br/>
        <w:t>v -0.018924 1.193469 0.159956</w:t>
        <w:br/>
        <w:t>v -0.077432 1.208449 0.143232</w:t>
        <w:br/>
        <w:t>v -0.055603 1.208440 0.156587</w:t>
        <w:br/>
        <w:t>v -0.038753 1.208433 0.164243</w:t>
        <w:br/>
        <w:t>v -0.020943 1.208442 0.169420</w:t>
        <w:br/>
        <w:t>v -0.079360 1.168124 0.093912</w:t>
        <w:br/>
        <w:t>v -0.075414 1.153927 0.093205</w:t>
        <w:br/>
        <w:t>v -0.079402 1.153937 0.076730</w:t>
        <w:br/>
        <w:t>v -0.083604 1.168085 0.076496</w:t>
        <w:br/>
        <w:t>v -0.059381 1.168111 0.127840</w:t>
        <w:br/>
        <w:t>v -0.055933 1.153927 0.124262</w:t>
        <w:br/>
        <w:t>v -0.066643 1.153920 0.110879</w:t>
        <w:br/>
        <w:t>v -0.070813 1.168086 0.113277</w:t>
        <w:br/>
        <w:t>v -0.016869 1.168133 0.004548</w:t>
        <w:br/>
        <w:t>v -0.016547 1.153943 0.006854</w:t>
        <w:br/>
        <w:t>v -0.029615 1.153945 0.009529</w:t>
        <w:br/>
        <w:t>v -0.030969 1.168084 0.006871</w:t>
        <w:br/>
        <w:t>v -0.078495 1.153944 0.057141</w:t>
        <w:br/>
        <w:t>v -0.082971 1.167951 0.055955</w:t>
        <w:br/>
        <w:t>v -0.072651 1.168136 0.029375</w:t>
        <w:br/>
        <w:t>v -0.079028 1.168092 0.040109</w:t>
        <w:br/>
        <w:t>v -0.074497 1.153947 0.041635</w:t>
        <w:br/>
        <w:t>v -0.068766 1.153949 0.031329</w:t>
        <w:br/>
        <w:t>v -0.048435 1.168135 0.012907</w:t>
        <w:br/>
        <w:t>v -0.045985 1.153949 0.015318</w:t>
        <w:br/>
        <w:t>v -0.063755 1.168093 0.020411</w:t>
        <w:br/>
        <w:t>v -0.060375 1.153947 0.022954</w:t>
        <w:br/>
        <w:t>v -0.084416 1.180426 0.094997</w:t>
        <w:br/>
        <w:t>v -0.087969 1.180424 0.076727</w:t>
        <w:br/>
        <w:t>v -0.063306 1.180424 0.131113</w:t>
        <w:br/>
        <w:t>v -0.075463 1.180423 0.115927</w:t>
        <w:br/>
        <w:t>v -0.088515 1.180415 0.054425</w:t>
        <w:br/>
        <w:t>v -0.032994 1.180423 0.002550</w:t>
        <w:br/>
        <w:t>v -0.051873 1.180404 0.008449</w:t>
        <w:br/>
        <w:t>v -0.084971 1.180467 0.037663</w:t>
        <w:br/>
        <w:t>v -0.068295 1.180451 0.016680</w:t>
        <w:br/>
        <w:t>v -0.077730 1.180430 0.026151</w:t>
        <w:br/>
        <w:t>v -0.017971 1.180426 0.000077</w:t>
        <w:br/>
        <w:t>v -0.089963 1.193466 0.096203</w:t>
        <w:br/>
        <w:t>v -0.093465 1.193465 0.076953</w:t>
        <w:br/>
        <w:t>v -0.069143 1.193472 0.135955</w:t>
        <w:br/>
        <w:t>v -0.081251 1.193466 0.119257</w:t>
        <w:br/>
        <w:t>v -0.094290 1.193473 0.053157</w:t>
        <w:br/>
        <w:t>v -0.073719 1.193468 0.012575</w:t>
        <w:br/>
        <w:t>v -0.083176 1.193467 0.023081</w:t>
        <w:br/>
        <w:t>v -0.018995 1.193466 -0.005296</w:t>
        <w:br/>
        <w:t>v -0.035987 1.193465 -0.002635</w:t>
        <w:br/>
        <w:t>v -0.090111 1.193466 0.035204</w:t>
        <w:br/>
        <w:t>v -0.055432 1.193471 0.003512</w:t>
        <w:br/>
        <w:t>v -0.099684 1.208434 0.098849</w:t>
        <w:br/>
        <w:t>v -0.103132 1.208433 0.077445</w:t>
        <w:br/>
        <w:t>v -0.090406 1.208433 0.124613</w:t>
        <w:br/>
        <w:t>v -0.077432 1.208449 0.143232</w:t>
        <w:br/>
        <w:t>v -0.104254 1.208451 0.052094</w:t>
        <w:br/>
        <w:t>v -0.081564 1.208439 0.006216</w:t>
        <w:br/>
        <w:t>v -0.092029 1.208437 0.017840</w:t>
        <w:br/>
        <w:t>v -0.020990 1.208436 -0.013494</w:t>
        <w:br/>
        <w:t>v -0.099701 1.208434 0.031254</w:t>
        <w:br/>
        <w:t>v -0.061736 1.208447 -0.004558</w:t>
        <w:br/>
        <w:t>v -0.040543 1.208433 -0.010916</w:t>
        <w:br/>
        <w:t>v 0.171834 1.032365 0.074916</w:t>
        <w:br/>
        <w:t>v 0.165921 1.040267 0.075187</w:t>
        <w:br/>
        <w:t>v 0.163655 1.040001 0.052952</w:t>
        <w:br/>
        <w:t>v 0.155657 1.046183 0.037439</w:t>
        <w:br/>
        <w:t>v 0.149378 1.053092 0.040018</w:t>
        <w:br/>
        <w:t>v 0.142459 1.053629 0.021091</w:t>
        <w:br/>
        <w:t>v 0.059533 1.052747 -0.049852</w:t>
        <w:br/>
        <w:t>v 0.038263 1.052741 -0.056223</w:t>
        <w:br/>
        <w:t>v 0.042573 1.047273 -0.060261</w:t>
        <w:br/>
        <w:t>v 0.022936 1.042475 -0.069300</w:t>
        <w:br/>
        <w:t>v -0.000011 1.053092 0.198554</w:t>
        <w:br/>
        <w:t>v 0.038324 1.055199 0.192253</w:t>
        <w:br/>
        <w:t>v 0.023460 1.039454 0.210144</w:t>
        <w:br/>
        <w:t>v 0.049033 1.047907 0.198032</w:t>
        <w:br/>
        <w:t>v 0.072861 1.058488 0.181830</w:t>
        <w:br/>
        <w:t>v 0.142307 1.053847 0.130110</w:t>
        <w:br/>
        <w:t>v 0.149837 1.053092 0.112493</w:t>
        <w:br/>
        <w:t>v 0.154829 1.046853 0.114560</w:t>
        <w:br/>
        <w:t>v 0.164549 1.038944 0.093666</w:t>
        <w:br/>
        <w:t>v 0.118261 1.097858 0.075498</w:t>
        <w:br/>
        <w:t>v 0.113947 1.098027 0.049054</w:t>
        <w:br/>
        <w:t>v 0.133269 1.075557 0.044430</w:t>
        <w:br/>
        <w:t>v 0.138276 1.075394 0.075576</w:t>
        <w:br/>
        <w:t>v 0.117259 1.075557 0.015608</w:t>
        <w:br/>
        <w:t>v 0.100871 1.098027 0.024560</w:t>
        <w:br/>
        <w:t>v 0.081366 1.098027 0.003348</w:t>
        <w:br/>
        <w:t>v 0.094932 1.075557 -0.009303</w:t>
        <w:br/>
        <w:t>v 0.056772 1.098027 -0.011806</w:t>
        <w:br/>
        <w:t>v 0.066612 1.075557 -0.026631</w:t>
        <w:br/>
        <w:t>v 0.029265 1.098027 -0.022443</w:t>
        <w:br/>
        <w:t>v 0.034413 1.075557 -0.039000</w:t>
        <w:br/>
        <w:t>v -0.000011 1.098027 -0.026730</w:t>
        <w:br/>
        <w:t>v 0.028690 1.098027 0.159865</w:t>
        <w:br/>
        <w:t>v 0.034368 1.075557 0.175843</w:t>
        <w:br/>
        <w:t>v -0.000011 1.075557 0.179484</w:t>
        <w:br/>
        <w:t>v -0.000011 1.098027 0.162986</w:t>
        <w:br/>
        <w:t>v 0.056341 1.098027 0.151961</w:t>
        <w:br/>
        <w:t>v 0.067125 1.075557 0.166163</w:t>
        <w:br/>
        <w:t>v 0.079655 1.098027 0.142987</w:t>
        <w:br/>
        <w:t>v 0.095550 1.075557 0.155207</w:t>
        <w:br/>
        <w:t>v 0.099987 1.098027 0.124756</w:t>
        <w:br/>
        <w:t>v 0.118003 1.075557 0.134658</w:t>
        <w:br/>
        <w:t>v 0.113374 1.098027 0.101865</w:t>
        <w:br/>
        <w:t>v 0.133153 1.075557 0.107517</w:t>
        <w:br/>
        <w:t>v 0.087944 1.130100 0.073795</w:t>
        <w:br/>
        <w:t>v 0.086205 1.130100 0.053150</w:t>
        <w:br/>
        <w:t>v 0.099495 1.114877 0.051338</w:t>
        <w:br/>
        <w:t>v 0.102493 1.114877 0.074806</w:t>
        <w:br/>
        <w:t>v 0.088877 1.114877 0.029809</w:t>
        <w:br/>
        <w:t>v 0.077961 1.130100 0.034250</w:t>
        <w:br/>
        <w:t>v 0.062884 1.130100 0.018202</w:t>
        <w:br/>
        <w:t>v 0.071786 1.114877 0.011306</w:t>
        <w:br/>
        <w:t>v 0.049670 1.114877 -0.001304</w:t>
        <w:br/>
        <w:t>v 0.043525 1.130100 0.006475</w:t>
        <w:br/>
        <w:t>v 0.021236 1.130100 -0.000998</w:t>
        <w:br/>
        <w:t>v 0.025306 1.114877 -0.010277</w:t>
        <w:br/>
        <w:t>v -0.000011 1.114877 -0.013827</w:t>
        <w:br/>
        <w:t>v -0.000011 1.130100 -0.003943</w:t>
        <w:br/>
        <w:t>v 0.021910 1.130100 0.146759</w:t>
        <w:br/>
        <w:t>v 0.024465 1.114877 0.150902</w:t>
        <w:br/>
        <w:t>v -0.000011 1.114877 0.154321</w:t>
        <w:br/>
        <w:t>v -0.000011 1.130099 0.149251</w:t>
        <w:br/>
        <w:t>v 0.042325 1.130100 0.139041</w:t>
        <w:br/>
        <w:t>v 0.047339 1.114877 0.143078</w:t>
        <w:br/>
        <w:t>v 0.058424 1.130100 0.127188</w:t>
        <w:br/>
        <w:t>v 0.066750 1.114724 0.133816</w:t>
        <w:br/>
        <w:t>v 0.072420 1.130099 0.111097</w:t>
        <w:br/>
        <w:t>v 0.084366 1.114059 0.116962</w:t>
        <w:br/>
        <w:t>v 0.083137 1.130100 0.093936</w:t>
        <w:br/>
        <w:t>v 0.097522 1.114877 0.097495</w:t>
        <w:br/>
        <w:t>v 0.156323 1.053092 0.075627</w:t>
        <w:br/>
        <w:t>v 0.129331 1.060564 0.008285</w:t>
        <w:br/>
        <w:t>v 0.100864 1.066953 -0.013679</w:t>
        <w:br/>
        <w:t>v 0.114984 1.066482 -0.001521</w:t>
        <w:br/>
        <w:t>v -0.000011 1.053092 -0.063094</w:t>
        <w:br/>
        <w:t>v -0.000011 1.075557 -0.044266</w:t>
        <w:br/>
        <w:t>v 0.088316 1.066602 0.168343</w:t>
        <w:br/>
        <w:t>v 0.129516 1.060352 0.141607</w:t>
        <w:br/>
        <w:t>v 0.076551 1.147119 0.074307</w:t>
        <w:br/>
        <w:t>v 0.074932 1.147119 0.055992</w:t>
        <w:br/>
        <w:t>v 0.067305 1.147119 0.039506</w:t>
        <w:br/>
        <w:t>v 0.054091 1.147119 0.025569</w:t>
        <w:br/>
        <w:t>v 0.037367 1.147119 0.015289</w:t>
        <w:br/>
        <w:t>v 0.018980 1.147119 0.008219</w:t>
        <w:br/>
        <w:t>v -0.000009 1.147119 0.005561</w:t>
        <w:br/>
        <w:t>v 0.019235 1.147119 0.143744</w:t>
        <w:br/>
        <w:t>v -0.000009 1.147119 0.146014</w:t>
        <w:br/>
        <w:t>v 0.037961 1.147119 0.133978</w:t>
        <w:br/>
        <w:t>v 0.050438 1.147119 0.122368</w:t>
        <w:br/>
        <w:t>v 0.062294 1.147119 0.107009</w:t>
        <w:br/>
        <w:t>v 0.072340 1.147119 0.092523</w:t>
        <w:br/>
        <w:t>v 0.115082 1.066387 0.150061</w:t>
        <w:br/>
        <w:t>v 0.088074 1.066586 -0.023306</w:t>
        <w:br/>
        <w:t>v 0.075346 1.059566 -0.037096</w:t>
        <w:br/>
        <w:t>v -0.000011 1.040407 0.211128</w:t>
        <w:br/>
        <w:t>v 0.101383 1.066820 0.160023</w:t>
        <w:br/>
        <w:t>v -0.000011 1.044050 -0.071617</w:t>
        <w:br/>
        <w:t>v 0.172066 1.030459 0.074920</w:t>
        <w:br/>
        <w:t>v 0.163789 1.038110 0.052524</w:t>
        <w:br/>
        <w:t>v 0.162691 1.036861 0.053245</w:t>
        <w:br/>
        <w:t>v 0.170800 1.029277 0.074935</w:t>
        <w:br/>
        <w:t>v 0.142479 1.051731 0.020545</w:t>
        <w:br/>
        <w:t>v 0.155739 1.044291 0.036926</w:t>
        <w:br/>
        <w:t>v 0.042941 1.045369 -0.060392</w:t>
        <w:br/>
        <w:t>v 0.042205 1.044157 -0.059206</w:t>
        <w:br/>
        <w:t>v 0.059117 1.049656 -0.048800</w:t>
        <w:br/>
        <w:t>v 0.059973 1.050854 -0.049907</w:t>
        <w:br/>
        <w:t>v 0.023281 1.040554 -0.069512</w:t>
        <w:br/>
        <w:t>v 0.022663 1.039268 -0.068286</w:t>
        <w:br/>
        <w:t>v 0.049528 1.045995 0.198194</w:t>
        <w:br/>
        <w:t>v 0.073434 1.056593 0.181893</w:t>
        <w:br/>
        <w:t>v 0.072640 1.055287 0.180825</w:t>
        <w:br/>
        <w:t>v 0.048831 1.044653 0.197061</w:t>
        <w:br/>
        <w:t>v 0.154872 1.044977 0.115030</w:t>
        <w:br/>
        <w:t>v 0.142276 1.051960 0.130599</w:t>
        <w:br/>
        <w:t>v 0.163547 1.035861 0.093417</w:t>
        <w:br/>
        <w:t>v 0.164658 1.037064 0.094084</w:t>
        <w:br/>
        <w:t>v 0.142479 1.051731 0.020545</w:t>
        <w:br/>
        <w:t>v 0.129257 1.058671 0.007746</w:t>
        <w:br/>
        <w:t>v 0.128536 1.057411 0.008929</w:t>
        <w:br/>
        <w:t>v 0.141624 1.050423 0.021583</w:t>
        <w:br/>
        <w:t>v 0.112733 1.048146 -0.022436</w:t>
        <w:br/>
        <w:t>v 0.111892 1.046962 -0.021350</w:t>
        <w:br/>
        <w:t>v 0.114233 1.063354 -0.000766</w:t>
        <w:br/>
        <w:t>v 0.115377 1.064556 -0.001526</w:t>
        <w:br/>
        <w:t>v 0.088326 1.064667 0.168681</w:t>
        <w:br/>
        <w:t>v 0.088047 1.063478 0.167273</w:t>
        <w:br/>
        <w:t>v 0.142276 1.051960 0.130599</w:t>
        <w:br/>
        <w:t>v 0.141449 1.050745 0.129545</w:t>
        <w:br/>
        <w:t>v 0.128748 1.057246 0.140919</w:t>
        <w:br/>
        <w:t>v 0.129389 1.058468 0.142125</w:t>
        <w:br/>
        <w:t>v 0.114405 1.063288 0.149246</w:t>
        <w:br/>
        <w:t>v 0.115488 1.064470 0.150048</w:t>
        <w:br/>
        <w:t>v 0.087581 1.063537 -0.022248</w:t>
        <w:br/>
        <w:t>v 0.088066 1.064666 -0.023626</w:t>
        <w:br/>
        <w:t>v 0.075827 1.057683 -0.037062</w:t>
        <w:br/>
        <w:t>v 0.074835 1.056508 -0.036072</w:t>
        <w:br/>
        <w:t>v -0.000011 1.030180 0.219683</w:t>
        <w:br/>
        <w:t>v 0.023905 1.037537 0.210367</w:t>
        <w:br/>
        <w:t>v 0.023296 1.036168 0.209189</w:t>
        <w:br/>
        <w:t>v -0.000011 1.028818 0.218381</w:t>
        <w:br/>
        <w:t>v 0.112850 1.048080 0.169457</w:t>
        <w:br/>
        <w:t>v 0.112096 1.046892 0.168347</w:t>
        <w:br/>
        <w:t>v 0.088047 1.063478 0.167273</w:t>
        <w:br/>
        <w:t>v 0.088326 1.064667 0.168681</w:t>
        <w:br/>
        <w:t>v 0.049528 1.045995 0.198194</w:t>
        <w:br/>
        <w:t>v 0.115377 1.064556 -0.001526</w:t>
        <w:br/>
        <w:t>v 0.112733 1.048146 -0.022436</w:t>
        <w:br/>
        <w:t>v 0.088066 1.064666 -0.023626</w:t>
        <w:br/>
        <w:t>v 0.087581 1.063537 -0.022248</w:t>
        <w:br/>
        <w:t>v 0.111892 1.046962 -0.021350</w:t>
        <w:br/>
        <w:t>v -0.000011 1.035641 -0.078035</w:t>
        <w:br/>
        <w:t>v -0.000011 1.034343 -0.076697</w:t>
        <w:br/>
        <w:t>v 0.154748 1.043001 0.037798</w:t>
        <w:br/>
        <w:t>v 0.112850 1.048080 0.169457</w:t>
        <w:br/>
        <w:t>v 0.115488 1.064470 0.150048</w:t>
        <w:br/>
        <w:t>v 0.114405 1.063288 0.149246</w:t>
        <w:br/>
        <w:t>v 0.112096 1.046892 0.168347</w:t>
        <w:br/>
        <w:t>v -0.156345 1.053092 0.075627</w:t>
        <w:br/>
        <w:t>v -0.165570 1.040764 0.075204</w:t>
        <w:br/>
        <w:t>v -0.163677 1.040001 0.052952</w:t>
        <w:br/>
        <w:t>v -0.149400 1.053092 0.040018</w:t>
        <w:br/>
        <w:t>v -0.155679 1.046184 0.037439</w:t>
        <w:br/>
        <w:t>v -0.142481 1.053629 0.021091</w:t>
        <w:br/>
        <w:t>v -0.038285 1.052741 -0.056223</w:t>
        <w:br/>
        <w:t>v -0.059555 1.052747 -0.049852</w:t>
        <w:br/>
        <w:t>v -0.042595 1.047273 -0.060261</w:t>
        <w:br/>
        <w:t>v -0.022958 1.042475 -0.069300</w:t>
        <w:br/>
        <w:t>v -0.038346 1.055199 0.192253</w:t>
        <w:br/>
        <w:t>v -0.023481 1.039454 0.210144</w:t>
        <w:br/>
        <w:t>v -0.049055 1.047906 0.198032</w:t>
        <w:br/>
        <w:t>v -0.072883 1.058488 0.181830</w:t>
        <w:br/>
        <w:t>v -0.149859 1.053092 0.112493</w:t>
        <w:br/>
        <w:t>v -0.142329 1.053847 0.130110</w:t>
        <w:br/>
        <w:t>v -0.154851 1.046853 0.114560</w:t>
        <w:br/>
        <w:t>v -0.164571 1.038944 0.093666</w:t>
        <w:br/>
        <w:t>v -0.118283 1.097858 0.075498</w:t>
        <w:br/>
        <w:t>v -0.138299 1.075394 0.075576</w:t>
        <w:br/>
        <w:t>v -0.133291 1.075557 0.044430</w:t>
        <w:br/>
        <w:t>v -0.113969 1.098027 0.049054</w:t>
        <w:br/>
        <w:t>v -0.117281 1.075557 0.015608</w:t>
        <w:br/>
        <w:t>v -0.100893 1.098027 0.024560</w:t>
        <w:br/>
        <w:t>v -0.094954 1.075557 -0.009303</w:t>
        <w:br/>
        <w:t>v -0.081388 1.098027 0.003348</w:t>
        <w:br/>
        <w:t>v -0.066634 1.075557 -0.026631</w:t>
        <w:br/>
        <w:t>v -0.056794 1.098027 -0.011806</w:t>
        <w:br/>
        <w:t>v -0.034435 1.075557 -0.039000</w:t>
        <w:br/>
        <w:t>v -0.029287 1.098027 -0.022443</w:t>
        <w:br/>
        <w:t>v -0.028712 1.098027 0.159865</w:t>
        <w:br/>
        <w:t>v -0.034390 1.075557 0.175843</w:t>
        <w:br/>
        <w:t>v -0.056363 1.098027 0.151961</w:t>
        <w:br/>
        <w:t>v -0.067147 1.075557 0.166163</w:t>
        <w:br/>
        <w:t>v -0.079677 1.098027 0.142987</w:t>
        <w:br/>
        <w:t>v -0.095572 1.075557 0.155207</w:t>
        <w:br/>
        <w:t>v -0.118025 1.075557 0.134658</w:t>
        <w:br/>
        <w:t>v -0.099190 1.098027 0.124386</w:t>
        <w:br/>
        <w:t>v -0.133175 1.075557 0.107517</w:t>
        <w:br/>
        <w:t>v -0.113396 1.098027 0.101865</w:t>
        <w:br/>
        <w:t>v -0.099517 1.114877 0.051338</w:t>
        <w:br/>
        <w:t>v -0.085541 1.130100 0.053150</w:t>
        <w:br/>
        <w:t>v -0.087280 1.130100 0.073795</w:t>
        <w:br/>
        <w:t>v -0.102515 1.114877 0.074806</w:t>
        <w:br/>
        <w:t>v -0.088899 1.114877 0.029809</w:t>
        <w:br/>
        <w:t>v -0.077983 1.130100 0.034250</w:t>
        <w:br/>
        <w:t>v -0.071808 1.114877 0.011306</w:t>
        <w:br/>
        <w:t>v -0.062906 1.130100 0.018202</w:t>
        <w:br/>
        <w:t>v -0.049692 1.114877 -0.001304</w:t>
        <w:br/>
        <w:t>v -0.043547 1.130100 0.006475</w:t>
        <w:br/>
        <w:t>v -0.025328 1.114877 -0.010277</w:t>
        <w:br/>
        <w:t>v -0.021258 1.130100 -0.000998</w:t>
        <w:br/>
        <w:t>v -0.024752 1.114877 0.151797</w:t>
        <w:br/>
        <w:t>v -0.022197 1.130100 0.147653</w:t>
        <w:br/>
        <w:t>v -0.042528 1.130099 0.139766</w:t>
        <w:br/>
        <w:t>v -0.047541 1.114877 0.143803</w:t>
        <w:br/>
        <w:t>v -0.066773 1.114724 0.133816</w:t>
        <w:br/>
        <w:t>v -0.085646 1.114059 0.117590</w:t>
        <w:br/>
        <w:t>v -0.072443 1.130100 0.111097</w:t>
        <w:br/>
        <w:t>v -0.058446 1.130100 0.127188</w:t>
        <w:br/>
        <w:t>v -0.082474 1.130100 0.093936</w:t>
        <w:br/>
        <w:t>v -0.097544 1.114877 0.097495</w:t>
        <w:br/>
        <w:t>v -0.129353 1.060564 0.008285</w:t>
        <w:br/>
        <w:t>v -0.115006 1.066482 -0.001521</w:t>
        <w:br/>
        <w:t>v -0.100959 1.066849 -0.013733</w:t>
        <w:br/>
        <w:t>v -0.088338 1.066602 0.168343</w:t>
        <w:br/>
        <w:t>v -0.129538 1.060352 0.141607</w:t>
        <w:br/>
        <w:t>v -0.074950 1.147119 0.055992</w:t>
        <w:br/>
        <w:t>v -0.076569 1.147119 0.074307</w:t>
        <w:br/>
        <w:t>v -0.067323 1.147119 0.039506</w:t>
        <w:br/>
        <w:t>v -0.054108 1.147119 0.025569</w:t>
        <w:br/>
        <w:t>v -0.037385 1.147119 0.015289</w:t>
        <w:br/>
        <w:t>v -0.018997 1.147119 0.008219</w:t>
        <w:br/>
        <w:t>v -0.019252 1.147119 0.143744</w:t>
        <w:br/>
        <w:t>v -0.037046 1.147119 0.132433</w:t>
        <w:br/>
        <w:t>v -0.050456 1.147119 0.122368</w:t>
        <w:br/>
        <w:t>v -0.062311 1.147119 0.107009</w:t>
        <w:br/>
        <w:t>v -0.072357 1.147119 0.092523</w:t>
        <w:br/>
        <w:t>v -0.115104 1.066387 0.150061</w:t>
        <w:br/>
        <w:t>v -0.088096 1.066586 -0.023306</w:t>
        <w:br/>
        <w:t>v -0.075368 1.059566 -0.037096</w:t>
        <w:br/>
        <w:t>v -0.112631 1.050002 0.169292</w:t>
        <w:br/>
        <w:t>v -0.101366 1.066878 0.159991</w:t>
        <w:br/>
        <w:t>v -0.172088 1.030459 0.074920</w:t>
        <w:br/>
        <w:t>v -0.170822 1.029277 0.074935</w:t>
        <w:br/>
        <w:t>v -0.162713 1.036861 0.053245</w:t>
        <w:br/>
        <w:t>v -0.163811 1.038110 0.052524</w:t>
        <w:br/>
        <w:t>v -0.142501 1.051731 0.020545</w:t>
        <w:br/>
        <w:t>v -0.155761 1.044291 0.036926</w:t>
        <w:br/>
        <w:t>v -0.042963 1.045369 -0.060392</w:t>
        <w:br/>
        <w:t>v -0.059995 1.050854 -0.049906</w:t>
        <w:br/>
        <w:t>v -0.059139 1.049657 -0.048800</w:t>
        <w:br/>
        <w:t>v -0.042227 1.044157 -0.059205</w:t>
        <w:br/>
        <w:t>v -0.023303 1.040555 -0.069512</w:t>
        <w:br/>
        <w:t>v -0.022685 1.039268 -0.068286</w:t>
        <w:br/>
        <w:t>v -0.072662 1.055287 0.180825</w:t>
        <w:br/>
        <w:t>v -0.073456 1.056593 0.181893</w:t>
        <w:br/>
        <w:t>v -0.049550 1.045995 0.198194</w:t>
        <w:br/>
        <w:t>v -0.048853 1.044653 0.197061</w:t>
        <w:br/>
        <w:t>v -0.142298 1.051960 0.130599</w:t>
        <w:br/>
        <w:t>v -0.154894 1.044977 0.115030</w:t>
        <w:br/>
        <w:t>v -0.164680 1.037064 0.094084</w:t>
        <w:br/>
        <w:t>v -0.163569 1.035861 0.093417</w:t>
        <w:br/>
        <w:t>v -0.142501 1.051731 0.020545</w:t>
        <w:br/>
        <w:t>v -0.141646 1.050423 0.021583</w:t>
        <w:br/>
        <w:t>v -0.128558 1.057411 0.008929</w:t>
        <w:br/>
        <w:t>v -0.129279 1.058671 0.007746</w:t>
        <w:br/>
        <w:t>v -0.112755 1.048146 -0.022436</w:t>
        <w:br/>
        <w:t>v -0.115399 1.064556 -0.001526</w:t>
        <w:br/>
        <w:t>v -0.114255 1.063354 -0.000766</w:t>
        <w:br/>
        <w:t>v -0.111914 1.046962 -0.021350</w:t>
        <w:br/>
        <w:t>v -0.088069 1.063478 0.167273</w:t>
        <w:br/>
        <w:t>v -0.088348 1.064667 0.168681</w:t>
        <w:br/>
        <w:t>v -0.142298 1.051960 0.130599</w:t>
        <w:br/>
        <w:t>v -0.129411 1.058468 0.142125</w:t>
        <w:br/>
        <w:t>v -0.128770 1.057246 0.140919</w:t>
        <w:br/>
        <w:t>v -0.141471 1.050745 0.129545</w:t>
        <w:br/>
        <w:t>v -0.115510 1.064470 0.150048</w:t>
        <w:br/>
        <w:t>v -0.114427 1.063288 0.149246</w:t>
        <w:br/>
        <w:t>v -0.075850 1.057683 -0.037062</w:t>
        <w:br/>
        <w:t>v -0.088088 1.064667 -0.023626</w:t>
        <w:br/>
        <w:t>v -0.087603 1.063537 -0.022248</w:t>
        <w:br/>
        <w:t>v -0.074857 1.056508 -0.036072</w:t>
        <w:br/>
        <w:t>v -0.023318 1.036168 0.209189</w:t>
        <w:br/>
        <w:t>v -0.023927 1.037537 0.210367</w:t>
        <w:br/>
        <w:t>v -0.112872 1.048080 0.169457</w:t>
        <w:br/>
        <w:t>v -0.088348 1.064667 0.168681</w:t>
        <w:br/>
        <w:t>v -0.088069 1.063478 0.167273</w:t>
        <w:br/>
        <w:t>v -0.112118 1.046892 0.168347</w:t>
        <w:br/>
        <w:t>v -0.049550 1.045995 0.198194</w:t>
        <w:br/>
        <w:t>v -0.115399 1.064556 -0.001526</w:t>
        <w:br/>
        <w:t>v -0.087603 1.063537 -0.022248</w:t>
        <w:br/>
        <w:t>v -0.088088 1.064667 -0.023626</w:t>
        <w:br/>
        <w:t>v -0.112755 1.048146 -0.022436</w:t>
        <w:br/>
        <w:t>v -0.111914 1.046962 -0.021350</w:t>
        <w:br/>
        <w:t>v -0.154770 1.043002 0.037798</w:t>
        <w:br/>
        <w:t>v -0.112872 1.048080 0.169457</w:t>
        <w:br/>
        <w:t>v -0.112118 1.046892 0.168347</w:t>
        <w:br/>
        <w:t>v -0.114427 1.063288 0.149246</w:t>
        <w:br/>
        <w:t>v -0.115510 1.064470 0.150048</w:t>
        <w:br/>
        <w:t>v 0.172066 1.030459 0.074920</w:t>
        <w:br/>
        <w:t>v 0.059973 1.050854 -0.049907</w:t>
        <w:br/>
        <w:t>v 0.154872 1.044977 0.115030</w:t>
        <w:br/>
        <w:t>v 0.153850 1.043783 0.114217</w:t>
        <w:br/>
        <w:t>v 0.112507 1.050069 -0.022267</w:t>
        <w:br/>
        <w:t>v 0.129389 1.058468 0.142125</w:t>
        <w:br/>
        <w:t>v -0.000011 1.032126 0.219337</w:t>
        <w:br/>
        <w:t>v 0.112609 1.050002 0.169292</w:t>
        <w:br/>
        <w:t>v 0.114233 1.063354 -0.000766</w:t>
        <w:br/>
        <w:t>v 0.112507 1.050069 -0.022267</w:t>
        <w:br/>
        <w:t>v -0.000011 1.037579 -0.077716</w:t>
        <w:br/>
        <w:t>v -0.000011 1.035641 -0.078035</w:t>
        <w:br/>
        <w:t>v 0.112609 1.050002 0.169292</w:t>
        <w:br/>
        <w:t>v -0.171856 1.032365 0.074916</w:t>
        <w:br/>
        <w:t>v -0.172088 1.030459 0.074920</w:t>
        <w:br/>
        <w:t>v -0.059995 1.050854 -0.049906</w:t>
        <w:br/>
        <w:t>v -0.153872 1.043783 0.114217</w:t>
        <w:br/>
        <w:t>v -0.154894 1.044977 0.115030</w:t>
        <w:br/>
        <w:t>v -0.112529 1.050070 -0.022267</w:t>
        <w:br/>
        <w:t>v -0.129411 1.058468 0.142125</w:t>
        <w:br/>
        <w:t>v -0.114255 1.063354 -0.000766</w:t>
        <w:br/>
        <w:t>v -0.112529 1.050070 -0.022267</w:t>
        <w:br/>
        <w:t>v 0.185874 0.827636 0.237868</w:t>
        <w:br/>
        <w:t>v 0.197154 0.816752 0.225534</w:t>
        <w:br/>
        <w:t>v 0.183542 0.862917 0.207705</w:t>
        <w:br/>
        <w:t>v 0.170655 0.872416 0.221095</w:t>
        <w:br/>
        <w:t>v 0.186325 0.796526 0.206364</w:t>
        <w:br/>
        <w:t>v 0.165480 0.790360 0.212270</w:t>
        <w:br/>
        <w:t>v 0.156518 0.838355 0.194188</w:t>
        <w:br/>
        <w:t>v 0.175490 0.851112 0.187883</w:t>
        <w:br/>
        <w:t>v 0.247477 0.772108 0.152320</w:t>
        <w:br/>
        <w:t>v 0.276706 0.763169 0.133415</w:t>
        <w:br/>
        <w:t>v 0.265885 0.802279 0.124351</w:t>
        <w:br/>
        <w:t>v 0.237509 0.809324 0.141605</w:t>
        <w:br/>
        <w:t>v 0.300181 0.773769 0.032428</w:t>
        <w:br/>
        <w:t>v 0.298925 0.783080 0.062036</w:t>
        <w:br/>
        <w:t>v 0.306859 0.739084 0.063033</w:t>
        <w:br/>
        <w:t>v 0.308969 0.729169 0.029989</w:t>
        <w:br/>
        <w:t>v 0.179175 0.907178 0.174498</w:t>
        <w:br/>
        <w:t>v 0.172222 0.909923 0.189939</w:t>
        <w:br/>
        <w:t>v 0.187086 0.856367 0.194601</w:t>
        <w:br/>
        <w:t>v 0.221940 0.851989 0.136709</w:t>
        <w:br/>
        <w:t>v 0.173079 0.857760 0.152132</w:t>
        <w:br/>
        <w:t>v 0.188121 0.814686 0.159185</w:t>
        <w:br/>
        <w:t>v 0.285267 0.828821 0.064082</w:t>
        <w:br/>
        <w:t>v 0.277686 0.835595 0.079247</w:t>
        <w:br/>
        <w:t>v 0.294079 0.788901 0.083613</w:t>
        <w:br/>
        <w:t>v 0.284682 0.795363 0.103053</w:t>
        <w:br/>
        <w:t>v 0.293125 0.755140 0.110379</w:t>
        <w:br/>
        <w:t>v 0.301841 0.746664 0.085524</w:t>
        <w:br/>
        <w:t>v 0.272335 0.839393 0.094610</w:t>
        <w:br/>
        <w:t>v 0.251318 0.842726 0.114878</w:t>
        <w:br/>
        <w:t>v 0.289154 0.815675 0.036190</w:t>
        <w:br/>
        <w:t>v 0.201893 0.808999 0.215394</w:t>
        <w:br/>
        <w:t>v 0.159362 0.914520 0.201906</w:t>
        <w:br/>
        <w:t>v 0.143257 0.887612 0.236517</w:t>
        <w:br/>
        <w:t>v 0.151244 0.855669 0.257854</w:t>
        <w:br/>
        <w:t>v -0.211666 0.852885 0.191779</w:t>
        <w:br/>
        <w:t>v -0.200280 0.886046 0.177454</w:t>
        <w:br/>
        <w:t>v -0.193138 0.881431 0.178557</w:t>
        <w:br/>
        <w:t>v -0.202500 0.846824 0.193862</w:t>
        <w:br/>
        <w:t>v -0.213467 0.827470 0.164956</w:t>
        <w:br/>
        <w:t>v -0.203815 0.863015 0.155287</w:t>
        <w:br/>
        <w:t>v -0.223633 0.858329 0.145099</w:t>
        <w:br/>
        <w:t>v -0.236739 0.821651 0.150070</w:t>
        <w:br/>
        <w:t>v -0.294902 0.799040 0.092564</w:t>
        <w:br/>
        <w:t>v -0.285690 0.836319 0.092130</w:t>
        <w:br/>
        <w:t>v -0.297882 0.828698 0.068079</w:t>
        <w:br/>
        <w:t>v -0.306010 0.792564 0.068340</w:t>
        <w:br/>
        <w:t>v -0.182357 0.914665 0.203214</w:t>
        <w:br/>
        <w:t>v -0.152494 0.926465 0.218872</w:t>
        <w:br/>
        <w:t>v -0.146779 0.956487 0.201350</w:t>
        <w:br/>
        <w:t>v -0.180494 0.927410 0.159790</w:t>
        <w:br/>
        <w:t>v -0.177642 0.921794 0.159284</w:t>
        <w:br/>
        <w:t>v -0.188035 0.876923 0.176482</w:t>
        <w:br/>
        <w:t>v -0.249804 0.851675 0.130621</w:t>
        <w:br/>
        <w:t>v -0.253091 0.881904 0.110804</w:t>
        <w:br/>
        <w:t>v -0.271543 0.844304 0.111241</w:t>
        <w:br/>
        <w:t>v -0.282917 0.862980 0.065807</w:t>
        <w:br/>
        <w:t>v -0.286572 0.854256 0.048756</w:t>
        <w:br/>
        <w:t>v -0.304718 0.820750 0.047140</w:t>
        <w:br/>
        <w:t>v 0.039166 0.916875 0.273518</w:t>
        <w:br/>
        <w:t>v 0.075620 0.902315 0.269739</w:t>
        <w:br/>
        <w:t>v 0.072421 0.925182 0.252820</w:t>
        <w:br/>
        <w:t>v 0.032823 0.942055 0.256087</w:t>
        <w:br/>
        <w:t>v -0.224753 0.893523 0.128523</w:t>
        <w:br/>
        <w:t>v -0.237176 0.889457 0.121880</w:t>
        <w:br/>
        <w:t>v 0.070174 0.951582 0.235075</w:t>
        <w:br/>
        <w:t>v 0.037477 0.960914 0.240535</w:t>
        <w:br/>
        <w:t>v -0.139426 0.909236 0.241811</w:t>
        <w:br/>
        <w:t>v -0.125765 0.936893 0.227097</w:t>
        <w:br/>
        <w:t>v -0.169394 0.893888 0.235109</w:t>
        <w:br/>
        <w:t>v -0.281806 0.806195 0.114864</w:t>
        <w:br/>
        <w:t>v 0.256695 0.729787 -0.059088</w:t>
        <w:br/>
        <w:t>v 0.267916 0.741044 -0.046776</w:t>
        <w:br/>
        <w:t>v 0.275865 0.697460 -0.053204</w:t>
        <w:br/>
        <w:t>v 0.266253 0.689556 -0.065533</w:t>
        <w:br/>
        <w:t>v 0.230426 0.780386 -0.054808</w:t>
        <w:br/>
        <w:t>v 0.243384 0.783220 -0.049831</w:t>
        <w:br/>
        <w:t>v 0.244671 0.720799 -0.064573</w:t>
        <w:br/>
        <w:t>v 0.189256 0.758081 -0.090071</w:t>
        <w:br/>
        <w:t>v 0.189499 0.757204 -0.074609</w:t>
        <w:br/>
        <w:t>v 0.192352 0.702864 -0.080323</w:t>
        <w:br/>
        <w:t>v 0.194799 0.696600 -0.097973</w:t>
        <w:br/>
        <w:t>v 0.169219 0.674372 -0.163521</w:t>
        <w:br/>
        <w:t>v 0.118371 0.655650 -0.201920</w:t>
        <w:br/>
        <w:t>v 0.122433 0.731319 -0.167488</w:t>
        <w:br/>
        <w:t>v 0.155062 0.745986 -0.143917</w:t>
        <w:br/>
        <w:t>v 0.093421 0.725736 -0.180236</w:t>
        <w:br/>
        <w:t>v 0.046615 0.643207 -0.223838</w:t>
        <w:br/>
        <w:t>v 0.044761 0.720871 -0.188048</w:t>
        <w:br/>
        <w:t>v 0.127165 0.591331 -0.233001</w:t>
        <w:br/>
        <w:t>v 0.051528 0.580851 -0.255184</w:t>
        <w:br/>
        <w:t>v 0.188714 0.686495 -0.129613</w:t>
        <w:br/>
        <w:t>v 0.181322 0.747677 -0.112316</w:t>
        <w:br/>
        <w:t>v 0.200630 0.626581 -0.143943</w:t>
        <w:br/>
        <w:t>v 0.181803 0.611680 -0.185723</w:t>
        <w:br/>
        <w:t>v -0.305802 0.760803 -0.010482</w:t>
        <w:br/>
        <w:t>v -0.294220 0.797410 -0.004477</w:t>
        <w:br/>
        <w:t>v -0.284035 0.786998 -0.027033</w:t>
        <w:br/>
        <w:t>v -0.295914 0.745003 -0.037373</w:t>
        <w:br/>
        <w:t>v -0.180768 0.709032 -0.074763</w:t>
        <w:br/>
        <w:t>v -0.182913 0.653278 -0.085836</w:t>
        <w:br/>
        <w:t>v -0.157645 0.673695 -0.058759</w:t>
        <w:br/>
        <w:t>v -0.159894 0.724615 -0.054490</w:t>
        <w:br/>
        <w:t>v -0.141320 0.595495 -0.225186</w:t>
        <w:br/>
        <w:t>v -0.127842 0.656453 -0.198790</w:t>
        <w:br/>
        <w:t>v -0.070261 0.647788 -0.220217</w:t>
        <w:br/>
        <w:t>v -0.079565 0.584146 -0.253722</w:t>
        <w:br/>
        <w:t>v -0.187234 0.762450 -0.084892</w:t>
        <w:br/>
        <w:t>v -0.192767 0.696704 -0.099361</w:t>
        <w:br/>
        <w:t>v -0.178626 0.769983 -0.065363</w:t>
        <w:br/>
        <w:t>v -0.136346 0.731638 -0.162916</w:t>
        <w:br/>
        <w:t>v -0.114432 0.731771 -0.171256</w:t>
        <w:br/>
        <w:t>v -0.086273 0.720842 -0.182700</w:t>
        <w:br/>
        <w:t>v -0.000093 0.640941 -0.228392</w:t>
        <w:br/>
        <w:t>v -0.053131 0.723425 -0.186388</w:t>
        <w:br/>
        <w:t>v -0.001495 0.718583 -0.192038</w:t>
        <w:br/>
        <w:t>v -0.305198 0.810569 0.018301</w:t>
        <w:br/>
        <w:t>v -0.280802 0.839923 0.005473</w:t>
        <w:br/>
        <w:t>v -0.313237 0.785950 0.044092</w:t>
        <w:br/>
        <w:t>v -0.313147 0.774346 0.014407</w:t>
        <w:br/>
        <w:t>v -0.280024 0.731045 -0.054699</w:t>
        <w:br/>
        <w:t>v -0.267135 0.773019 -0.043931</w:t>
        <w:br/>
        <w:t>v -0.242681 0.757891 -0.056288</w:t>
        <w:br/>
        <w:t>v -0.254891 0.714981 -0.070390</w:t>
        <w:br/>
        <w:t>v -0.274886 0.833499 -0.005959</w:t>
        <w:br/>
        <w:t>v -0.170104 0.672272 -0.163798</w:t>
        <w:br/>
        <w:t>v -0.189335 0.686663 -0.129182</w:t>
        <w:br/>
        <w:t>v -0.167326 0.741324 -0.132761</w:t>
        <w:br/>
        <w:t>v -0.198546 0.623328 -0.145679</w:t>
        <w:br/>
        <w:t>v -0.180747 0.610662 -0.184952</w:t>
        <w:br/>
        <w:t>v 0.282113 0.752510 -0.024409</w:t>
        <w:br/>
        <w:t>v 0.261766 0.793011 -0.035222</w:t>
        <w:br/>
        <w:t>v 0.272943 0.802704 -0.015493</w:t>
        <w:br/>
        <w:t>v 0.301894 0.718450 -0.001082</w:t>
        <w:br/>
        <w:t>v 0.289341 0.707449 -0.030483</w:t>
        <w:br/>
        <w:t>v 0.294041 0.764371 0.002810</w:t>
        <w:br/>
        <w:t>v -0.261047 0.814796 0.135970</w:t>
        <w:br/>
        <w:t>v -0.188621 0.906338 0.146190</w:t>
        <w:br/>
        <w:t>v -0.211000 0.892097 0.136888</w:t>
        <w:br/>
        <w:t>v 0.140153 0.871646 0.174559</w:t>
        <w:br/>
        <w:t>v 0.148408 0.879221 0.178516</w:t>
        <w:br/>
        <w:t>v 0.144072 0.827606 0.191594</w:t>
        <w:br/>
        <w:t>v 0.146034 0.821798 0.182011</w:t>
        <w:br/>
        <w:t>v 0.144072 0.827606 0.191594</w:t>
        <w:br/>
        <w:t>v 0.149830 0.784677 0.205312</w:t>
        <w:br/>
        <w:t>v 0.150231 0.782315 0.194660</w:t>
        <w:br/>
        <w:t>v 0.156806 0.820067 0.173260</w:t>
        <w:br/>
        <w:t>v 0.142544 0.867747 0.165727</w:t>
        <w:br/>
        <w:t>v 0.197864 0.777043 0.169704</w:t>
        <w:br/>
        <w:t>v 0.201397 0.804697 0.207891</w:t>
        <w:br/>
        <w:t>v 0.186760 0.854690 0.186976</w:t>
        <w:br/>
        <w:t>v 0.182139 0.906471 0.167156</w:t>
        <w:br/>
        <w:t>v 0.180022 0.905423 0.159291</w:t>
        <w:br/>
        <w:t>v 0.194751 0.800924 0.206016</w:t>
        <w:br/>
        <w:t>v 0.182707 0.853335 0.186920</w:t>
        <w:br/>
        <w:t>v 0.165383 0.895463 0.165303</w:t>
        <w:br/>
        <w:t>v 0.173857 0.900617 0.159793</w:t>
        <w:br/>
        <w:t>v 0.163150 0.779281 0.181883</w:t>
        <w:br/>
        <w:t>v 0.140153 0.871646 0.174559</w:t>
        <w:br/>
        <w:t>v 0.149830 0.784677 0.205312</w:t>
        <w:br/>
        <w:t>v 0.181146 0.660691 -0.054680</w:t>
        <w:br/>
        <w:t>v 0.189158 0.657100 -0.068800</w:t>
        <w:br/>
        <w:t>v 0.186845 0.706920 -0.064228</w:t>
        <w:br/>
        <w:t>v 0.179918 0.708959 -0.047435</w:t>
        <w:br/>
        <w:t>v 0.194821 0.711153 -0.043201</w:t>
        <w:br/>
        <w:t>v 0.179918 0.708959 -0.047435</w:t>
        <w:br/>
        <w:t>v 0.179702 0.761890 -0.040893</w:t>
        <w:br/>
        <w:t>v 0.189767 0.763701 -0.037819</w:t>
        <w:br/>
        <w:t>v 0.250918 0.682562 -0.069228</w:t>
        <w:br/>
        <w:t>v 0.233615 0.675102 -0.065416</w:t>
        <w:br/>
        <w:t>v 0.227569 0.717056 -0.062374</w:t>
        <w:br/>
        <w:t>v 0.216858 0.772909 -0.051615</w:t>
        <w:br/>
        <w:t>v -0.175998 0.917674 0.156703</w:t>
        <w:br/>
        <w:t>v -0.187764 0.872274 0.171831</w:t>
        <w:br/>
        <w:t>v -0.196385 0.841750 0.191096</w:t>
        <w:br/>
        <w:t>v -0.195181 0.837247 0.185016</w:t>
        <w:br/>
        <w:t>v -0.203658 0.904737 0.185354</w:t>
        <w:br/>
        <w:t>v -0.190055 0.941628 0.165871</w:t>
        <w:br/>
        <w:t>v -0.189867 0.938090 0.160065</w:t>
        <w:br/>
        <w:t>v -0.206279 0.893061 0.179848</w:t>
        <w:br/>
        <w:t>v -0.180109 0.914497 0.150806</w:t>
        <w:br/>
        <w:t>v -0.191080 0.867617 0.166431</w:t>
        <w:br/>
        <w:t>v -0.198211 0.833858 0.179097</w:t>
        <w:br/>
        <w:t>v -0.218747 0.869434 0.200352</w:t>
        <w:br/>
        <w:t>v -0.218869 0.861243 0.192842</w:t>
        <w:br/>
        <w:t>v -0.173680 0.690822 -0.039992</w:t>
        <w:br/>
        <w:t>v -0.174554 0.735691 -0.035962</w:t>
        <w:br/>
        <w:t>v -0.157915 0.733516 -0.036569</w:t>
        <w:br/>
        <w:t>v -0.154036 0.685945 -0.040302</w:t>
        <w:br/>
        <w:t>v -0.177115 0.793315 -0.035414</w:t>
        <w:br/>
        <w:t>v -0.169281 0.790352 -0.032933</w:t>
        <w:br/>
        <w:t>v -0.154036 0.685945 -0.040302</w:t>
        <w:br/>
        <w:t>v -0.157915 0.733516 -0.036569</w:t>
        <w:br/>
        <w:t>v -0.161403 0.780382 -0.044556</w:t>
        <w:br/>
        <w:t>v -0.162217 0.788098 -0.034108</w:t>
        <w:br/>
        <w:t>v -0.219855 0.744593 -0.057504</w:t>
        <w:br/>
        <w:t>v -0.191526 0.741778 -0.043573</w:t>
        <w:br/>
        <w:t>v -0.195658 0.695978 -0.049821</w:t>
        <w:br/>
        <w:t>v -0.231171 0.705231 -0.070184</w:t>
        <w:br/>
        <w:t>v -0.187197 0.793247 -0.039481</w:t>
        <w:br/>
        <w:t>v -0.206450 0.802888 -0.047575</w:t>
        <w:br/>
        <w:t>v -0.180932 0.750938 -0.113958</w:t>
        <w:br/>
        <w:t>v -0.199305 0.636890 -0.113594</w:t>
        <w:br/>
        <w:t>v 0.181935 0.761258 -0.056674</w:t>
        <w:br/>
        <w:t>v 0.199101 0.647789 -0.087151</w:t>
        <w:br/>
        <w:t>v 0.205008 0.637829 -0.110075</w:t>
        <w:br/>
        <w:t>v 0.219151 0.667690 -0.055943</w:t>
        <w:br/>
        <w:t>v 0.215938 0.713856 -0.054213</w:t>
        <w:br/>
        <w:t>v 0.195562 0.663556 -0.045589</w:t>
        <w:br/>
        <w:t>v 0.199092 0.766506 -0.040904</w:t>
        <w:br/>
        <w:t>v 0.181146 0.660691 -0.054680</w:t>
        <w:br/>
        <w:t>v 0.179702 0.761890 -0.040893</w:t>
        <w:br/>
        <w:t>v -0.117318 0.963911 0.211661</w:t>
        <w:br/>
        <w:t>v -0.133128 0.960640 0.205784</w:t>
        <w:br/>
        <w:t>v -0.200486 0.880143 0.221140</w:t>
        <w:br/>
        <w:t>v -0.176289 0.949305 0.180854</w:t>
        <w:br/>
        <w:t>v 0.109048 0.907002 0.247733</w:t>
        <w:br/>
        <w:t>v 0.109812 0.883637 0.266373</w:t>
        <w:br/>
        <w:t>v 0.280020 0.813967 0.006734</w:t>
        <w:br/>
        <w:t>v -0.286081 0.849625 0.026619</w:t>
        <w:br/>
        <w:t>v -0.259068 0.819155 -0.031376</w:t>
        <w:br/>
        <w:t>v -0.267263 0.831040 -0.015932</w:t>
        <w:br/>
        <w:t>v -0.273069 0.873329 0.086166</w:t>
        <w:br/>
        <w:t>v -0.261444 0.876478 0.101278</w:t>
        <w:br/>
        <w:t>v -0.000346 0.578133 -0.259114</w:t>
        <w:br/>
        <w:t>v -0.099223 0.948968 0.229121</w:t>
        <w:br/>
        <w:t>v -0.088051 0.973001 0.217848</w:t>
        <w:br/>
        <w:t>v -0.108977 0.964636 0.215443</w:t>
        <w:br/>
        <w:t>v -0.004173 0.948709 0.259529</w:t>
        <w:br/>
        <w:t>v 0.018715 0.966482 0.241468</w:t>
        <w:br/>
        <w:t>v -0.004499 0.966257 0.246422</w:t>
        <w:br/>
        <w:t>v 0.006961 0.925950 0.275877</w:t>
        <w:br/>
        <w:t>v -0.109273 0.929498 0.240562</w:t>
        <w:br/>
        <w:t>v 0.001152 0.929968 0.273990</w:t>
        <w:br/>
        <w:t>v 0.103264 0.936952 0.227756</w:t>
        <w:br/>
        <w:t>v 0.137557 0.923239 0.214033</w:t>
        <w:br/>
        <w:t>v -0.152198 0.739791 -0.148112</w:t>
        <w:br/>
        <w:t>v -0.237252 0.815004 -0.042505</w:t>
        <w:br/>
        <w:t>v -0.216795 0.806484 -0.047540</w:t>
        <w:br/>
        <w:t>v -0.185287 0.933210 0.156972</w:t>
        <w:br/>
        <w:t>v -0.120311 0.918802 0.243507</w:t>
        <w:br/>
        <w:t>v -0.112539 0.923924 0.244097</w:t>
        <w:br/>
        <w:t>v -0.164985 0.948922 0.191241</w:t>
        <w:br/>
        <w:t>v 0.186760 0.854690 0.186976</w:t>
        <w:br/>
        <w:t>v 0.201397 0.804697 0.207891</w:t>
        <w:br/>
        <w:t>v 0.180022 0.905423 0.159291</w:t>
        <w:br/>
        <w:t>v -0.162217 0.788098 -0.034108</w:t>
        <w:br/>
        <w:t>vt 0.889000 0.923700</w:t>
        <w:br/>
        <w:t>vt 0.900600 0.923700</w:t>
        <w:br/>
        <w:t>vt 0.898800 0.944300</w:t>
        <w:br/>
        <w:t>vt 0.887600 0.944300</w:t>
        <w:br/>
        <w:t>vt 0.910700 0.923700</w:t>
        <w:br/>
        <w:t>vt 0.911100 0.944300</w:t>
        <w:br/>
        <w:t>vt 0.923300 0.923700</w:t>
        <w:br/>
        <w:t>vt 0.937100 0.923700</w:t>
        <w:br/>
        <w:t>vt 0.937400 0.944300</w:t>
        <w:br/>
        <w:t>vt 0.925300 0.944300</w:t>
        <w:br/>
        <w:t>vt 0.813700 0.914300</w:t>
        <w:br/>
        <w:t>vt 0.808200 0.914300</w:t>
        <w:br/>
        <w:t>vt 0.808200 0.898200</w:t>
        <w:br/>
        <w:t>vt 0.813700 0.898200</w:t>
        <w:br/>
        <w:t>vt 0.871700 0.898200</w:t>
        <w:br/>
        <w:t>vt 0.871700 0.914300</w:t>
        <w:br/>
        <w:t>vt 0.867700 0.914300</w:t>
        <w:br/>
        <w:t>vt 0.867700 0.898200</w:t>
        <w:br/>
        <w:t>vt 0.832000 0.914300</w:t>
        <w:br/>
        <w:t>vt 0.832000 0.898200</w:t>
        <w:br/>
        <w:t>vt 0.834900 0.898200</w:t>
        <w:br/>
        <w:t>vt 0.834900 0.914300</w:t>
        <w:br/>
        <w:t>vt 0.843800 0.914300</w:t>
        <w:br/>
        <w:t>vt 0.843800 0.898200</w:t>
        <w:br/>
        <w:t>vt 0.849500 0.898200</w:t>
        <w:br/>
        <w:t>vt 0.849500 0.914300</w:t>
        <w:br/>
        <w:t>vt 0.854800 0.914300</w:t>
        <w:br/>
        <w:t>vt 0.854800 0.898200</w:t>
        <w:br/>
        <w:t>vt 0.859800 0.898200</w:t>
        <w:br/>
        <w:t>vt 0.859800 0.914300</w:t>
        <w:br/>
        <w:t>vt 0.827500 0.914300</w:t>
        <w:br/>
        <w:t>vt 0.823600 0.914300</w:t>
        <w:br/>
        <w:t>vt 0.823600 0.898200</w:t>
        <w:br/>
        <w:t>vt 0.827500 0.898200</w:t>
        <w:br/>
        <w:t>vt 0.863500 0.898200</w:t>
        <w:br/>
        <w:t>vt 0.863500 0.914300</w:t>
        <w:br/>
        <w:t>vt 0.839200 0.898200</w:t>
        <w:br/>
        <w:t>vt 0.839200 0.914300</w:t>
        <w:br/>
        <w:t>vt 0.819700 0.914300</w:t>
        <w:br/>
        <w:t>vt 0.819700 0.898200</w:t>
        <w:br/>
        <w:t>vt 0.820000 0.944300</w:t>
        <w:br/>
        <w:t>vt 0.834000 0.944300</w:t>
        <w:br/>
        <w:t>vt 0.834000 0.946700</w:t>
        <w:br/>
        <w:t>vt 0.819400 0.946700</w:t>
        <w:br/>
        <w:t>vt 0.835000 0.923700</w:t>
        <w:br/>
        <w:t>vt 0.822400 0.923700</w:t>
        <w:br/>
        <w:t>vt 0.822500 0.921900</w:t>
        <w:br/>
        <w:t>vt 0.835100 0.921900</w:t>
        <w:br/>
        <w:t>vt 0.981200 0.944300</w:t>
        <w:br/>
        <w:t>vt 0.981600 0.946700</w:t>
        <w:br/>
        <w:t>vt 0.971500 0.946700</w:t>
        <w:br/>
        <w:t>vt 0.971800 0.944300</w:t>
        <w:br/>
        <w:t>vt 0.982300 0.921900</w:t>
        <w:br/>
        <w:t>vt 0.982300 0.923700</w:t>
        <w:br/>
        <w:t>vt 0.973200 0.923700</w:t>
        <w:br/>
        <w:t>vt 0.972500 0.921900</w:t>
        <w:br/>
        <w:t>vt 0.879400 0.923700</w:t>
        <w:br/>
        <w:t>vt 0.879800 0.921900</w:t>
        <w:br/>
        <w:t>vt 0.888900 0.921900</w:t>
        <w:br/>
        <w:t>vt 0.887600 0.946700</w:t>
        <w:br/>
        <w:t>vt 0.879800 0.946700</w:t>
        <w:br/>
        <w:t>vt 0.879700 0.944300</w:t>
        <w:br/>
        <w:t>vt 0.911200 0.946700</w:t>
        <w:br/>
        <w:t>vt 0.911100 0.944300</w:t>
        <w:br/>
        <w:t>vt 0.925300 0.944300</w:t>
        <w:br/>
        <w:t>vt 0.925800 0.946700</w:t>
        <w:br/>
        <w:t>vt 0.910500 0.921900</w:t>
        <w:br/>
        <w:t>vt 0.923800 0.921900</w:t>
        <w:br/>
        <w:t>vt 0.923300 0.923700</w:t>
        <w:br/>
        <w:t>vt 0.910700 0.923700</w:t>
        <w:br/>
        <w:t>vt 0.951300 0.923700</w:t>
        <w:br/>
        <w:t>vt 0.937100 0.923700</w:t>
        <w:br/>
        <w:t>vt 0.937800 0.921900</w:t>
        <w:br/>
        <w:t>vt 0.951200 0.921900</w:t>
        <w:br/>
        <w:t>vt 0.951100 0.944300</w:t>
        <w:br/>
        <w:t>vt 0.951000 0.946700</w:t>
        <w:br/>
        <w:t>vt 0.937700 0.946700</w:t>
        <w:br/>
        <w:t>vt 0.858700 0.921900</w:t>
        <w:br/>
        <w:t>vt 0.868600 0.921900</w:t>
        <w:br/>
        <w:t>vt 0.868300 0.923700</w:t>
        <w:br/>
        <w:t>vt 0.858600 0.923700</w:t>
        <w:br/>
        <w:t>vt 0.860000 0.944300</w:t>
        <w:br/>
        <w:t>vt 0.869200 0.944300</w:t>
        <w:br/>
        <w:t>vt 0.869100 0.946700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0.849100 0.946700</w:t>
        <w:br/>
        <w:t>vt 0.849500 0.944300</w:t>
        <w:br/>
        <w:t>vt 0.848400 0.923700</w:t>
        <w:br/>
        <w:t>vt 0.848400 0.921900</w:t>
        <w:br/>
        <w:t>vt 0.808900 0.923700</w:t>
        <w:br/>
        <w:t>vt 0.808100 0.921900</w:t>
        <w:br/>
        <w:t>vt 0.808900 0.944300</w:t>
        <w:br/>
        <w:t>vt 0.807500 0.946700</w:t>
        <w:br/>
        <w:t>vt 0.805200 0.943100</w:t>
        <w:br/>
        <w:t>vt 0.806800 0.942000</w:t>
        <w:br/>
        <w:t>vt 0.808900 0.944300</w:t>
        <w:br/>
        <w:t>vt 0.807500 0.946700</w:t>
        <w:br/>
        <w:t>vt 0.994300 0.944300</w:t>
        <w:br/>
        <w:t>vt 0.981200 0.944300</w:t>
        <w:br/>
        <w:t>vt 0.982300 0.923700</w:t>
        <w:br/>
        <w:t>vt 0.994300 0.923700</w:t>
        <w:br/>
        <w:t>vt 0.835000 0.923700</w:t>
        <w:br/>
        <w:t>vt 0.820000 0.944300</w:t>
        <w:br/>
        <w:t>vt 0.951300 0.923700</w:t>
        <w:br/>
        <w:t>vt 0.951100 0.944300</w:t>
        <w:br/>
        <w:t>vt 0.868300 0.923700</w:t>
        <w:br/>
        <w:t>vt 0.869200 0.944300</w:t>
        <w:br/>
        <w:t>vt 0.860000 0.944300</w:t>
        <w:br/>
        <w:t>vt 0.858600 0.923700</w:t>
        <w:br/>
        <w:t>vt 0.849500 0.944300</w:t>
        <w:br/>
        <w:t>vt 0.848400 0.923700</w:t>
        <w:br/>
        <w:t>vt 0.806000 0.933500</w:t>
        <w:br/>
        <w:t>vt 0.807700 0.925900</w:t>
        <w:br/>
        <w:t>vt 0.805900 0.925300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0.801300 0.906600</w:t>
        <w:br/>
        <w:t>vt 0.802000 0.900800</w:t>
        <w:br/>
        <w:t>vt 0.994300 0.944300</w:t>
        <w:br/>
        <w:t>vt 0.994300 0.923700</w:t>
        <w:br/>
        <w:t>vt 0.996000 0.923700</w:t>
        <w:br/>
        <w:t>vt 0.996000 0.944300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0.880600 0.919800</w:t>
        <w:br/>
        <w:t>vt 0.888600 0.919800</w:t>
        <w:br/>
        <w:t>vt 0.887700 0.949000</w:t>
        <w:br/>
        <w:t>vt 0.880600 0.949000</w:t>
        <w:br/>
        <w:t>vt 0.879800 0.946700</w:t>
        <w:br/>
        <w:t>vt 0.911400 0.949000</w:t>
        <w:br/>
        <w:t>vt 0.926400 0.949000</w:t>
        <w:br/>
        <w:t>vt 0.910300 0.919800</w:t>
        <w:br/>
        <w:t>vt 0.924300 0.919800</w:t>
        <w:br/>
        <w:t>vt 0.938500 0.919800</w:t>
        <w:br/>
        <w:t>vt 0.951400 0.919800</w:t>
        <w:br/>
        <w:t>vt 0.950900 0.949000</w:t>
        <w:br/>
        <w:t>vt 0.938800 0.949000</w:t>
        <w:br/>
        <w:t>vt 0.868700 0.919800</w:t>
        <w:br/>
        <w:t>vt 0.869300 0.949000</w:t>
        <w:br/>
        <w:t>vt 0.859400 0.949000</w:t>
        <w:br/>
        <w:t>vt 0.960800 0.919800</w:t>
        <w:br/>
        <w:t>vt 0.899700 0.919800</w:t>
        <w:br/>
        <w:t>vt 0.898700 0.949000</w:t>
        <w:br/>
        <w:t>vt 0.849200 0.949000</w:t>
        <w:br/>
        <w:t>vt 0.848700 0.919800</w:t>
        <w:br/>
        <w:t>vt 0.858300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0.944300</w:t>
        <w:br/>
        <w:t>vt 0.994300 0.946700</w:t>
        <w:br/>
        <w:t>vt 0.876800 0.898200</w:t>
        <w:br/>
        <w:t>vt 0.876800 0.914300</w:t>
        <w:br/>
        <w:t>vt 0.992700 0.919800</w:t>
        <w:br/>
        <w:t>vt 0.994000 0.921900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0.752800 0.994200</w:t>
        <w:br/>
        <w:t>vt 0.752800 0.980400</w:t>
        <w:br/>
        <w:t>vt 0.775200 0.980400</w:t>
        <w:br/>
        <w:t>vt 0.775200 0.994200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0.826000 0.994200</w:t>
        <w:br/>
        <w:t>vt 0.826000 0.980400</w:t>
        <w:br/>
        <w:t>vt 0.839400 0.980400</w:t>
        <w:br/>
        <w:t>vt 0.871800 0.994200</w:t>
        <w:br/>
        <w:t>vt 0.852700 0.994200</w:t>
        <w:br/>
        <w:t>vt 0.852700 0.980400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0.931900 0.980400</w:t>
        <w:br/>
        <w:t>vt 0.958500 0.980400</w:t>
        <w:br/>
        <w:t>vt 0.958500 0.994200</w:t>
        <w:br/>
        <w:t>vt 0.731500 0.994200</w:t>
        <w:br/>
        <w:t>vt 0.731500 0.980400</w:t>
        <w:br/>
        <w:t>vt 0.709200 0.980400</w:t>
        <w:br/>
        <w:t>vt 0.709200 0.994200</w:t>
        <w:br/>
        <w:t>vt 0.705800 0.994200</w:t>
        <w:br/>
        <w:t>vt 0.705800 0.980400</w:t>
        <w:br/>
        <w:t>vt 0.722200 0.994200</w:t>
        <w:br/>
        <w:t>vt 0.722200 0.980400</w:t>
        <w:br/>
        <w:t>vt 0.725900 0.980400</w:t>
        <w:br/>
        <w:t>vt 0.725900 0.994200</w:t>
        <w:br/>
        <w:t>vt 0.712000 0.980400</w:t>
        <w:br/>
        <w:t>vt 0.712000 0.994200</w:t>
        <w:br/>
        <w:t>vt 0.718700 0.980400</w:t>
        <w:br/>
        <w:t>vt 0.718700 0.994200</w:t>
        <w:br/>
        <w:t>vt 0.702100 0.994200</w:t>
        <w:br/>
        <w:t>vt 0.702100 0.980400</w:t>
        <w:br/>
        <w:t>vt 0.695500 0.994200</w:t>
        <w:br/>
        <w:t>vt 0.695500 0.980400</w:t>
        <w:br/>
        <w:t>vt 0.715200 0.994200</w:t>
        <w:br/>
        <w:t>vt 0.715200 0.980400</w:t>
        <w:br/>
        <w:t>vt 0.723800 0.958400</w:t>
        <w:br/>
        <w:t>vt 0.742900 0.958400</w:t>
        <w:br/>
        <w:t>vt 0.742900 0.970300</w:t>
        <w:br/>
        <w:t>vt 0.723800 0.970300</w:t>
        <w:br/>
        <w:t>vt 0.705500 0.970300</w:t>
        <w:br/>
        <w:t>vt 0.705500 0.958400</w:t>
        <w:br/>
        <w:t>vt 0.692600 0.970300</w:t>
        <w:br/>
        <w:t>vt 0.690300 0.970300</w:t>
        <w:br/>
        <w:t>vt 0.690300 0.958400</w:t>
        <w:br/>
        <w:t>vt 0.692600 0.958400</w:t>
        <w:br/>
        <w:t>vt 0.700700 0.970300</w:t>
        <w:br/>
        <w:t>vt 0.698100 0.970300</w:t>
        <w:br/>
        <w:t>vt 0.698100 0.958400</w:t>
        <w:br/>
        <w:t>vt 0.700700 0.958400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0.970300</w:t>
        <w:br/>
        <w:t>vt 0.695100 0.958400</w:t>
        <w:br/>
        <w:t>vt 0.752800 0.994200</w:t>
        <w:br/>
        <w:t>vt 0.775200 0.994200</w:t>
        <w:br/>
        <w:t>vt 0.775200 0.997700</w:t>
        <w:br/>
        <w:t>vt 0.752800 0.997700</w:t>
        <w:br/>
        <w:t>vt 0.752800 0.980400</w:t>
        <w:br/>
        <w:t>vt 0.752800 0.976900</w:t>
        <w:br/>
        <w:t>vt 0.775200 0.976900</w:t>
        <w:br/>
        <w:t>vt 0.775200 0.980400</w:t>
        <w:br/>
        <w:t>vt 0.798900 0.994200</w:t>
        <w:br/>
        <w:t>vt 0.798900 0.997700</w:t>
        <w:br/>
        <w:t>vt 0.798900 0.976900</w:t>
        <w:br/>
        <w:t>vt 0.798900 0.980400</w:t>
        <w:br/>
        <w:t>vt 0.826000 0.997700</w:t>
        <w:br/>
        <w:t>vt 0.812900 0.997700</w:t>
        <w:br/>
        <w:t>vt 0.812900 0.994200</w:t>
        <w:br/>
        <w:t>vt 0.826000 0.994200</w:t>
        <w:br/>
        <w:t>vt 0.812900 0.976900</w:t>
        <w:br/>
        <w:t>vt 0.812900 0.980400</w:t>
        <w:br/>
        <w:t>vt 0.839400 0.997700</w:t>
        <w:br/>
        <w:t>vt 0.839400 0.994200</w:t>
        <w:br/>
        <w:t>vt 0.852700 0.994200</w:t>
        <w:br/>
        <w:t>vt 0.852700 0.997700</w:t>
        <w:br/>
        <w:t>vt 0.826000 0.976900</w:t>
        <w:br/>
        <w:t>vt 0.839400 0.976900</w:t>
        <w:br/>
        <w:t>vt 0.839400 0.980400</w:t>
        <w:br/>
        <w:t>vt 0.826000 0.980400</w:t>
        <w:br/>
        <w:t>vt 0.871800 0.994200</w:t>
        <w:br/>
        <w:t>vt 0.871800 0.997700</w:t>
        <w:br/>
        <w:t>vt 0.852700 0.976900</w:t>
        <w:br/>
        <w:t>vt 0.871800 0.976900</w:t>
        <w:br/>
        <w:t>vt 0.871800 0.980400</w:t>
        <w:br/>
        <w:t>vt 0.852700 0.980400</w:t>
        <w:br/>
        <w:t>vt 0.897000 0.994200</w:t>
        <w:br/>
        <w:t>vt 0.897000 0.997700</w:t>
        <w:br/>
        <w:t>vt 0.897000 0.976900</w:t>
        <w:br/>
        <w:t>vt 0.897000 0.980400</w:t>
        <w:br/>
        <w:t>vt 0.931900 0.997700</w:t>
        <w:br/>
        <w:t>vt 0.914400 0.997700</w:t>
        <w:br/>
        <w:t>vt 0.914400 0.994200</w:t>
        <w:br/>
        <w:t>vt 0.931900 0.994200</w:t>
        <w:br/>
        <w:t>vt 0.914400 0.976900</w:t>
        <w:br/>
        <w:t>vt 0.914400 0.980400</w:t>
        <w:br/>
        <w:t>vt 0.958500 0.997700</w:t>
        <w:br/>
        <w:t>vt 0.958500 0.994200</w:t>
        <w:br/>
        <w:t>vt 0.931900 0.976900</w:t>
        <w:br/>
        <w:t>vt 0.958500 0.976900</w:t>
        <w:br/>
        <w:t>vt 0.958500 0.980400</w:t>
        <w:br/>
        <w:t>vt 0.931900 0.980400</w:t>
        <w:br/>
        <w:t>vt 0.731500 0.980400</w:t>
        <w:br/>
        <w:t>vt 0.731500 0.976900</w:t>
        <w:br/>
        <w:t>vt 0.731500 0.997700</w:t>
        <w:br/>
        <w:t>vt 0.731500 0.994200</w:t>
        <w:br/>
        <w:t>vt 0.705800 0.994200</w:t>
        <w:br/>
        <w:t>vt 0.709200 0.994200</w:t>
        <w:br/>
        <w:t>vt 0.709200 0.997700</w:t>
        <w:br/>
        <w:t>vt 0.705800 0.997700</w:t>
        <w:br/>
        <w:t>vt 0.705800 0.980400</w:t>
        <w:br/>
        <w:t>vt 0.705800 0.976900</w:t>
        <w:br/>
        <w:t>vt 0.709200 0.976900</w:t>
        <w:br/>
        <w:t>vt 0.709200 0.980400</w:t>
        <w:br/>
        <w:t>vt 0.722200 0.976900</w:t>
        <w:br/>
        <w:t>vt 0.725900 0.976900</w:t>
        <w:br/>
        <w:t>vt 0.725900 0.980400</w:t>
        <w:br/>
        <w:t>vt 0.722200 0.980400</w:t>
        <w:br/>
        <w:t>vt 0.725900 0.994200</w:t>
        <w:br/>
        <w:t>vt 0.725900 0.997700</w:t>
        <w:br/>
        <w:t>vt 0.722200 0.997700</w:t>
        <w:br/>
        <w:t>vt 0.722200 0.994200</w:t>
        <w:br/>
        <w:t>vt 0.712000 0.976900</w:t>
        <w:br/>
        <w:t>vt 0.712000 0.980400</w:t>
        <w:br/>
        <w:t>vt 0.712000 0.997700</w:t>
        <w:br/>
        <w:t>vt 0.712000 0.994200</w:t>
        <w:br/>
        <w:t>vt 0.718700 0.980400</w:t>
        <w:br/>
        <w:t>vt 0.718700 0.976900</w:t>
        <w:br/>
        <w:t>vt 0.718700 0.997700</w:t>
        <w:br/>
        <w:t>vt 0.718700 0.994200</w:t>
        <w:br/>
        <w:t>vt 0.702100 0.997700</w:t>
        <w:br/>
        <w:t>vt 0.702100 0.994200</w:t>
        <w:br/>
        <w:t>vt 0.702100 0.980400</w:t>
        <w:br/>
        <w:t>vt 0.702100 0.976900</w:t>
        <w:br/>
        <w:t>vt 0.695500 0.980400</w:t>
        <w:br/>
        <w:t>vt 0.695500 0.976900</w:t>
        <w:br/>
        <w:t>vt 0.695500 0.997700</w:t>
        <w:br/>
        <w:t>vt 0.695500 0.994200</w:t>
        <w:br/>
        <w:t>vt 0.715200 0.976900</w:t>
        <w:br/>
        <w:t>vt 0.715200 0.980400</w:t>
        <w:br/>
        <w:t>vt 0.715200 0.997700</w:t>
        <w:br/>
        <w:t>vt 0.715200 0.994200</w:t>
        <w:br/>
        <w:t>vt 0.997600 0.980400</w:t>
        <w:br/>
        <w:t>vt 0.997600 0.994200</w:t>
        <w:br/>
        <w:t>vt 0.689800 0.994200</w:t>
        <w:br/>
        <w:t>vt 0.689800 0.980400</w:t>
        <w:br/>
        <w:t>vt 0.676100 0.970300</w:t>
        <w:br/>
        <w:t>vt 0.676100 0.958400</w:t>
        <w:br/>
        <w:t>vt 0.997600 0.994200</w:t>
        <w:br/>
        <w:t>vt 0.997600 0.997700</w:t>
        <w:br/>
        <w:t>vt 0.997600 0.976900</w:t>
        <w:br/>
        <w:t>vt 0.997600 0.980400</w:t>
        <w:br/>
        <w:t>vt 0.689800 0.976900</w:t>
        <w:br/>
        <w:t>vt 0.689800 0.980400</w:t>
        <w:br/>
        <w:t>vt 0.689800 0.994200</w:t>
        <w:br/>
        <w:t>vt 0.686200 0.994200</w:t>
        <w:br/>
        <w:t>vt 0.686200 0.980400</w:t>
        <w:br/>
        <w:t>vt 0.689800 0.980400</w:t>
        <w:br/>
        <w:t>vt 0.689800 0.997700</w:t>
        <w:br/>
        <w:t>vt 0.689800 0.994200</w:t>
        <w:br/>
        <w:t>vt 0.977100 0.899300</w:t>
        <w:br/>
        <w:t>vt 0.977100 0.913600</w:t>
        <w:br/>
        <w:t>vt 0.970500 0.913600</w:t>
        <w:br/>
        <w:t>vt 0.970500 0.899300</w:t>
        <w:br/>
        <w:t>vt 0.962500 0.913600</w:t>
        <w:br/>
        <w:t>vt 0.962500 0.899300</w:t>
        <w:br/>
        <w:t>vt 0.966600 0.899300</w:t>
        <w:br/>
        <w:t>vt 0.966600 0.913600</w:t>
        <w:br/>
        <w:t>vt 0.957400 0.899300</w:t>
        <w:br/>
        <w:t>vt 0.959900 0.899300</w:t>
        <w:br/>
        <w:t>vt 0.959900 0.913600</w:t>
        <w:br/>
        <w:t>vt 0.957400 0.913600</w:t>
        <w:br/>
        <w:t>vt 0.950000 0.899300</w:t>
        <w:br/>
        <w:t>vt 0.954400 0.899300</w:t>
        <w:br/>
        <w:t>vt 0.954400 0.913600</w:t>
        <w:br/>
        <w:t>vt 0.950000 0.913600</w:t>
        <w:br/>
        <w:t>vt 0.941800 0.899300</w:t>
        <w:br/>
        <w:t>vt 0.941800 0.913600</w:t>
        <w:br/>
        <w:t>vt 0.928700 0.899300</w:t>
        <w:br/>
        <w:t>vt 0.928700 0.913600</w:t>
        <w:br/>
        <w:t>vt 0.900700 0.913600</w:t>
        <w:br/>
        <w:t>vt 0.900700 0.899300</w:t>
        <w:br/>
        <w:t>vt 0.916800 0.899300</w:t>
        <w:br/>
        <w:t>vt 0.916800 0.913600</w:t>
        <w:br/>
        <w:t>vt 0.734200 0.917800</w:t>
        <w:br/>
        <w:t>vt 0.734200 0.908600</w:t>
        <w:br/>
        <w:t>vt 0.746200 0.908600</w:t>
        <w:br/>
        <w:t>vt 0.746200 0.917800</w:t>
        <w:br/>
        <w:t>vt 0.746200 0.923300</w:t>
        <w:br/>
        <w:t>vt 0.734200 0.923300</w:t>
        <w:br/>
        <w:t>vt 0.734200 0.929000</w:t>
        <w:br/>
        <w:t>vt 0.734200 0.926300</w:t>
        <w:br/>
        <w:t>vt 0.746200 0.926300</w:t>
        <w:br/>
        <w:t>vt 0.746200 0.929000</w:t>
        <w:br/>
        <w:t>vt 0.746200 0.930900</w:t>
        <w:br/>
        <w:t>vt 0.734200 0.930900</w:t>
        <w:br/>
        <w:t>vt 0.734200 0.930000</w:t>
        <w:br/>
        <w:t>vt 0.746200 0.930000</w:t>
        <w:br/>
        <w:t>vt 0.734200 0.932400</w:t>
        <w:br/>
        <w:t>vt 0.746200 0.932400</w:t>
        <w:br/>
        <w:t>vt 0.746200 0.935600</w:t>
        <w:br/>
        <w:t>vt 0.734200 0.935600</w:t>
        <w:br/>
        <w:t>vt 0.746200 0.942500</w:t>
        <w:br/>
        <w:t>vt 0.734200 0.942500</w:t>
        <w:br/>
        <w:t>vt 0.746200 0.953500</w:t>
        <w:br/>
        <w:t>vt 0.734200 0.953500</w:t>
        <w:br/>
        <w:t>vt 0.977100 0.899300</w:t>
        <w:br/>
        <w:t>vt 0.977100 0.896500</w:t>
        <w:br/>
        <w:t>vt 0.987900 0.896500</w:t>
        <w:br/>
        <w:t>vt 0.987900 0.899300</w:t>
        <w:br/>
        <w:t>vt 0.970500 0.899300</w:t>
        <w:br/>
        <w:t>vt 0.970500 0.896500</w:t>
        <w:br/>
        <w:t>vt 0.977100 0.913600</w:t>
        <w:br/>
        <w:t>vt 0.977100 0.916500</w:t>
        <w:br/>
        <w:t>vt 0.970500 0.916500</w:t>
        <w:br/>
        <w:t>vt 0.970500 0.913600</w:t>
        <w:br/>
        <w:t>vt 0.962500 0.916500</w:t>
        <w:br/>
        <w:t>vt 0.962500 0.913600</w:t>
        <w:br/>
        <w:t>vt 0.966600 0.913600</w:t>
        <w:br/>
        <w:t>vt 0.966600 0.916500</w:t>
        <w:br/>
        <w:t>vt 0.962500 0.896500</w:t>
        <w:br/>
        <w:t>vt 0.966600 0.896500</w:t>
        <w:br/>
        <w:t>vt 0.966600 0.899300</w:t>
        <w:br/>
        <w:t>vt 0.962500 0.899300</w:t>
        <w:br/>
        <w:t>vt 0.959900 0.916500</w:t>
        <w:br/>
        <w:t>vt 0.957400 0.916500</w:t>
        <w:br/>
        <w:t>vt 0.957400 0.913600</w:t>
        <w:br/>
        <w:t>vt 0.959900 0.913600</w:t>
        <w:br/>
        <w:t>vt 0.957400 0.899300</w:t>
        <w:br/>
        <w:t>vt 0.957400 0.896500</w:t>
        <w:br/>
        <w:t>vt 0.959900 0.896500</w:t>
        <w:br/>
        <w:t>vt 0.959900 0.899300</w:t>
        <w:br/>
        <w:t>vt 0.950000 0.913600</w:t>
        <w:br/>
        <w:t>vt 0.954400 0.913600</w:t>
        <w:br/>
        <w:t>vt 0.954400 0.916500</w:t>
        <w:br/>
        <w:t>vt 0.950000 0.916500</w:t>
        <w:br/>
        <w:t>vt 0.950000 0.899300</w:t>
        <w:br/>
        <w:t>vt 0.950000 0.896500</w:t>
        <w:br/>
        <w:t>vt 0.954400 0.896500</w:t>
        <w:br/>
        <w:t>vt 0.954400 0.899300</w:t>
        <w:br/>
        <w:t>vt 0.941800 0.899300</w:t>
        <w:br/>
        <w:t>vt 0.941800 0.896500</w:t>
        <w:br/>
        <w:t>vt 0.941800 0.916500</w:t>
        <w:br/>
        <w:t>vt 0.941800 0.913600</w:t>
        <w:br/>
        <w:t>vt 0.928700 0.899300</w:t>
        <w:br/>
        <w:t>vt 0.928700 0.896500</w:t>
        <w:br/>
        <w:t>vt 0.928700 0.916500</w:t>
        <w:br/>
        <w:t>vt 0.928700 0.913600</w:t>
        <w:br/>
        <w:t>vt 0.900700 0.913600</w:t>
        <w:br/>
        <w:t>vt 0.916800 0.913600</w:t>
        <w:br/>
        <w:t>vt 0.916800 0.916500</w:t>
        <w:br/>
        <w:t>vt 0.900700 0.916500</w:t>
        <w:br/>
        <w:t>vt 0.916800 0.899300</w:t>
        <w:br/>
        <w:t>vt 0.900700 0.899300</w:t>
        <w:br/>
        <w:t>vt 0.900700 0.896500</w:t>
        <w:br/>
        <w:t>vt 0.916800 0.896500</w:t>
        <w:br/>
        <w:t>vt 0.994900 0.913600</w:t>
        <w:br/>
        <w:t>vt 0.987900 0.913600</w:t>
        <w:br/>
        <w:t>vt 0.987900 0.899300</w:t>
        <w:br/>
        <w:t>vt 0.994900 0.899300</w:t>
        <w:br/>
        <w:t>vt 0.884200 0.913600</w:t>
        <w:br/>
        <w:t>vt 0.884200 0.899300</w:t>
        <w:br/>
        <w:t>vt 0.734200 0.902600</w:t>
        <w:br/>
        <w:t>vt 0.746200 0.902600</w:t>
        <w:br/>
        <w:t>vt 0.994900 0.896500</w:t>
        <w:br/>
        <w:t>vt 0.994900 0.899300</w:t>
        <w:br/>
        <w:t>vt 0.994900 0.916500</w:t>
        <w:br/>
        <w:t>vt 0.987900 0.916500</w:t>
        <w:br/>
        <w:t>vt 0.987900 0.913600</w:t>
        <w:br/>
        <w:t>vt 0.994900 0.913600</w:t>
        <w:br/>
        <w:t>vt 0.997800 0.899300</w:t>
        <w:br/>
        <w:t>vt 0.997800 0.913600</w:t>
        <w:br/>
        <w:t>vt 0.994900 0.913600</w:t>
        <w:br/>
        <w:t>vt 0.994900 0.899300</w:t>
        <w:br/>
        <w:t>vt 0.884200 0.913600</w:t>
        <w:br/>
        <w:t>vt 0.881300 0.913600</w:t>
        <w:br/>
        <w:t>vt 0.881300 0.899300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0.198700 0.700200</w:t>
        <w:br/>
        <w:t>vt 0.198700 0.701300</w:t>
        <w:br/>
        <w:t>vt 0.211200 0.701300</w:t>
        <w:br/>
        <w:t>vt 0.211200 0.700200</w:t>
        <w:br/>
        <w:t>vt 0.198700 0.697700</w:t>
        <w:br/>
        <w:t>vt 0.198700 0.700200</w:t>
        <w:br/>
        <w:t>vt 0.211200 0.700200</w:t>
        <w:br/>
        <w:t>vt 0.211200 0.697700</w:t>
        <w:br/>
        <w:t>vt 0.211200 0.696600</w:t>
        <w:br/>
        <w:t>vt 0.198700 0.696600</w:t>
        <w:br/>
        <w:t>vt 0.198700 0.697700</w:t>
        <w:br/>
        <w:t>vt 0.211200 0.697700</w:t>
        <w:br/>
        <w:t>vt 0.227600 0.701300</w:t>
        <w:br/>
        <w:t>vt 0.227600 0.700200</w:t>
        <w:br/>
        <w:t>vt 0.227600 0.700200</w:t>
        <w:br/>
        <w:t>vt 0.227600 0.697700</w:t>
        <w:br/>
        <w:t>vt 0.227600 0.697700</w:t>
        <w:br/>
        <w:t>vt 0.227600 0.696600</w:t>
        <w:br/>
        <w:t>vt 0.244900 0.701300</w:t>
        <w:br/>
        <w:t>vt 0.244900 0.700200</w:t>
        <w:br/>
        <w:t>vt 0.244900 0.700200</w:t>
        <w:br/>
        <w:t>vt 0.244900 0.697700</w:t>
        <w:br/>
        <w:t>vt 0.244900 0.696600</w:t>
        <w:br/>
        <w:t>vt 0.244900 0.697700</w:t>
        <w:br/>
        <w:t>vt 0.260200 0.701300</w:t>
        <w:br/>
        <w:t>vt 0.260200 0.700200</w:t>
        <w:br/>
        <w:t>vt 0.260200 0.700200</w:t>
        <w:br/>
        <w:t>vt 0.260200 0.697700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0.697700</w:t>
        <w:br/>
        <w:t>vt 0.273800 0.696600</w:t>
        <w:br/>
        <w:t>vt 0.285200 0.700200</w:t>
        <w:br/>
        <w:t>vt 0.285200 0.701300</w:t>
        <w:br/>
        <w:t>vt 0.285200 0.700200</w:t>
        <w:br/>
        <w:t>vt 0.285200 0.697700</w:t>
        <w:br/>
        <w:t>vt 0.285200 0.697700</w:t>
        <w:br/>
        <w:t>vt 0.285200 0.696600</w:t>
        <w:br/>
        <w:t>vt 0.296000 0.700200</w:t>
        <w:br/>
        <w:t>vt 0.296000 0.701300</w:t>
        <w:br/>
        <w:t>vt 0.296000 0.700200</w:t>
        <w:br/>
        <w:t>vt 0.296000 0.697700</w:t>
        <w:br/>
        <w:t>vt 0.296000 0.697700</w:t>
        <w:br/>
        <w:t>vt 0.296000 0.696600</w:t>
        <w:br/>
        <w:t>vt 0.306700 0.701300</w:t>
        <w:br/>
        <w:t>vt 0.306700 0.700200</w:t>
        <w:br/>
        <w:t>vt 0.306700 0.700200</w:t>
        <w:br/>
        <w:t>vt 0.306700 0.697700</w:t>
        <w:br/>
        <w:t>vt 0.306700 0.697700</w:t>
        <w:br/>
        <w:t>vt 0.306700 0.696600</w:t>
        <w:br/>
        <w:t>vt 0.355400 0.714900</w:t>
        <w:br/>
        <w:t>vt 0.354000 0.715800</w:t>
        <w:br/>
        <w:t>vt 0.351100 0.707100</w:t>
        <w:br/>
        <w:t>vt 0.352700 0.706100</w:t>
        <w:br/>
        <w:t>vt 0.349000 0.708700</w:t>
        <w:br/>
        <w:t>vt 0.352000 0.717300</w:t>
        <w:br/>
        <w:t>vt 0.349200 0.719500</w:t>
        <w:br/>
        <w:t>vt 0.345300 0.722500</w:t>
        <w:br/>
        <w:t>vt 0.341400 0.714700</w:t>
        <w:br/>
        <w:t>vt 0.346000 0.711200</w:t>
        <w:br/>
        <w:t>vt 0.335300 0.719100</w:t>
        <w:br/>
        <w:t>vt 0.339900 0.726300</w:t>
        <w:br/>
        <w:t>vt 0.377500 0.705800</w:t>
        <w:br/>
        <w:t>vt 0.377500 0.714500</w:t>
        <w:br/>
        <w:t>vt 0.370400 0.714500</w:t>
        <w:br/>
        <w:t>vt 0.369500 0.705800</w:t>
        <w:br/>
        <w:t>vt 0.364000 0.714500</w:t>
        <w:br/>
        <w:t>vt 0.362300 0.705800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0.337400 0.707000</w:t>
        <w:br/>
        <w:t>vt 0.342500 0.703000</w:t>
        <w:br/>
        <w:t>vt 0.330500 0.711800</w:t>
        <w:br/>
        <w:t>vt 0.377500 0.697100</w:t>
        <w:br/>
        <w:t>vt 0.368300 0.697100</w:t>
        <w:br/>
        <w:t>vt 0.360300 0.697100</w:t>
        <w:br/>
        <w:t>vt 0.356200 0.697100</w:t>
        <w:br/>
        <w:t>vt 0.352400 0.697200</w:t>
        <w:br/>
        <w:t>vt 0.851700 0.143400</w:t>
        <w:br/>
        <w:t>vt 0.861700 0.137700</w:t>
        <w:br/>
        <w:t>vt 0.860700 0.136800</w:t>
        <w:br/>
        <w:t>vt 0.850600 0.142200</w:t>
        <w:br/>
        <w:t>vt 0.853900 0.145200</w:t>
        <w:br/>
        <w:t>vt 0.863800 0.139400</w:t>
        <w:br/>
        <w:t>vt 0.862900 0.153000</w:t>
        <w:br/>
        <w:t>vt 0.871700 0.146300</w:t>
        <w:br/>
        <w:t>vt 0.867100 0.142200</w:t>
        <w:br/>
        <w:t>vt 0.857500 0.148200</w:t>
        <w:br/>
        <w:t>vt 0.869600 0.159600</w:t>
        <w:br/>
        <w:t>vt 0.877600 0.152100</w:t>
        <w:br/>
        <w:t>vt 0.846600 0.113700</w:t>
        <w:br/>
        <w:t>vt 0.847600 0.123500</w:t>
        <w:br/>
        <w:t>vt 0.858200 0.120200</w:t>
        <w:br/>
        <w:t>vt 0.857400 0.112600</w:t>
        <w:br/>
        <w:t>vt 0.848600 0.132200</w:t>
        <w:br/>
        <w:t>vt 0.859000 0.128000</w:t>
        <w:br/>
        <w:t>vt 0.859400 0.131700</w:t>
        <w:br/>
        <w:t>vt 0.849000 0.136400</w:t>
        <w:br/>
        <w:t>vt 0.859800 0.134900</w:t>
        <w:br/>
        <w:t>vt 0.849400 0.140200</w:t>
        <w:br/>
        <w:t>vt 0.840800 0.147400</w:t>
        <w:br/>
        <w:t>vt 0.842100 0.148900</w:t>
        <w:br/>
        <w:t>vt 0.844400 0.150900</w:t>
        <w:br/>
        <w:t>vt 0.848300 0.154300</w:t>
        <w:br/>
        <w:t>vt 0.854300 0.159700</w:t>
        <w:br/>
        <w:t>vt 0.861600 0.167100</w:t>
        <w:br/>
        <w:t>vt 0.835900 0.114800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0.354600 0.716500</w:t>
        <w:br/>
        <w:t>vt 0.354000 0.715800</w:t>
        <w:br/>
        <w:t>vt 0.352000 0.717300</w:t>
        <w:br/>
        <w:t>vt 0.352700 0.718000</w:t>
        <w:br/>
        <w:t>vt 0.349800 0.720300</w:t>
        <w:br/>
        <w:t>vt 0.345900 0.723300</w:t>
        <w:br/>
        <w:t>vt 0.345300 0.722500</w:t>
        <w:br/>
        <w:t>vt 0.349200 0.719500</w:t>
        <w:br/>
        <w:t>vt 0.340400 0.727100</w:t>
        <w:br/>
        <w:t>vt 0.339900 0.726300</w:t>
        <w:br/>
        <w:t>vt 0.370400 0.714500</w:t>
        <w:br/>
        <w:t>vt 0.377500 0.714500</w:t>
        <w:br/>
        <w:t>vt 0.377500 0.715300</w:t>
        <w:br/>
        <w:t>vt 0.370300 0.715300</w:t>
        <w:br/>
        <w:t>vt 0.364000 0.714500</w:t>
        <w:br/>
        <w:t>vt 0.363900 0.715300</w:t>
        <w:br/>
        <w:t>vt 0.360700 0.715300</w:t>
        <w:br/>
        <w:t>vt 0.360800 0.714500</w:t>
        <w:br/>
        <w:t>vt 0.357700 0.715300</w:t>
        <w:br/>
        <w:t>vt 0.357700 0.714500</w:t>
        <w:br/>
        <w:t>vt 0.349600 0.697100</w:t>
        <w:br/>
        <w:t>vt 0.349900 0.697700</w:t>
        <w:br/>
        <w:t>vt 0.348100 0.698700</w:t>
        <w:br/>
        <w:t>vt 0.347600 0.698000</w:t>
        <w:br/>
        <w:t>vt 0.345800 0.700400</w:t>
        <w:br/>
        <w:t>vt 0.345300 0.699600</w:t>
        <w:br/>
        <w:t>vt 0.336800 0.706200</w:t>
        <w:br/>
        <w:t>vt 0.342000 0.702200</w:t>
        <w:br/>
        <w:t>vt 0.342500 0.703000</w:t>
        <w:br/>
        <w:t>vt 0.337400 0.707000</w:t>
        <w:br/>
        <w:t>vt 0.330500 0.711800</w:t>
        <w:br/>
        <w:t>vt 0.329900 0.711000</w:t>
        <w:br/>
        <w:t>vt 0.377500 0.696200</w:t>
        <w:br/>
        <w:t>vt 0.377500 0.697100</w:t>
        <w:br/>
        <w:t>vt 0.368300 0.697100</w:t>
        <w:br/>
        <w:t>vt 0.368200 0.696200</w:t>
        <w:br/>
        <w:t>vt 0.360300 0.697100</w:t>
        <w:br/>
        <w:t>vt 0.360200 0.696200</w:t>
        <w:br/>
        <w:t>vt 0.356200 0.697100</w:t>
        <w:br/>
        <w:t>vt 0.356000 0.696200</w:t>
        <w:br/>
        <w:t>vt 0.352200 0.696200</w:t>
        <w:br/>
        <w:t>vt 0.352400 0.697200</w:t>
        <w:br/>
        <w:t>vt 0.246300 0.679100</w:t>
        <w:br/>
        <w:t>vt 0.247000 0.674200</w:t>
        <w:br/>
        <w:t>vt 0.232700 0.674300</w:t>
        <w:br/>
        <w:t>vt 0.232100 0.679200</w:t>
        <w:br/>
        <w:t>vt 0.260700 0.679300</w:t>
        <w:br/>
        <w:t>vt 0.261400 0.673200</w:t>
        <w:br/>
        <w:t>vt 0.269900 0.678800</w:t>
        <w:br/>
        <w:t>vt 0.270700 0.671800</w:t>
        <w:br/>
        <w:t>vt 0.230800 0.689700</w:t>
        <w:br/>
        <w:t>vt 0.231100 0.687500</w:t>
        <w:br/>
        <w:t>vt 0.217100 0.687900</w:t>
        <w:br/>
        <w:t>vt 0.217100 0.689700</w:t>
        <w:br/>
        <w:t>vt 0.206200 0.687900</w:t>
        <w:br/>
        <w:t>vt 0.206300 0.689700</w:t>
        <w:br/>
        <w:t>vt 0.244400 0.689700</w:t>
        <w:br/>
        <w:t>vt 0.244800 0.687300</w:t>
        <w:br/>
        <w:t>vt 0.216900 0.672600</w:t>
        <w:br/>
        <w:t>vt 0.216900 0.679500</w:t>
        <w:br/>
        <w:t>vt 0.259200 0.689700</w:t>
        <w:br/>
        <w:t>vt 0.259600 0.687000</w:t>
        <w:br/>
        <w:t>vt 0.268300 0.689700</w:t>
        <w:br/>
        <w:t>vt 0.268900 0.685200</w:t>
        <w:br/>
        <w:t>vt 0.283400 0.685500</w:t>
        <w:br/>
        <w:t>vt 0.285400 0.687800</w:t>
        <w:br/>
        <w:t>vt 0.291000 0.685400</w:t>
        <w:br/>
        <w:t>vt 0.282000 0.688700</w:t>
        <w:br/>
        <w:t>vt 0.277700 0.685500</w:t>
        <w:br/>
        <w:t>vt 0.276800 0.689700</w:t>
        <w:br/>
        <w:t>vt 0.279300 0.677800</w:t>
        <w:br/>
        <w:t>vt 0.283800 0.672100</w:t>
        <w:br/>
        <w:t>vt 0.279300 0.672000</w:t>
        <w:br/>
        <w:t>vt 0.286600 0.677800</w:t>
        <w:br/>
        <w:t>vt 0.292900 0.678900</w:t>
        <w:br/>
        <w:t>vt 0.294900 0.673600</w:t>
        <w:br/>
        <w:t>vt 0.288600 0.672300</w:t>
        <w:br/>
        <w:t>vt 0.191800 0.681300</w:t>
        <w:br/>
        <w:t>vt 0.205400 0.680100</w:t>
        <w:br/>
        <w:t>vt 0.205000 0.671000</w:t>
        <w:br/>
        <w:t>vt 0.191800 0.669200</w:t>
        <w:br/>
        <w:t>vt 0.191800 0.689700</w:t>
        <w:br/>
        <w:t>vt 0.191800 0.688300</w:t>
        <w:br/>
        <w:t>vt 0.300200 0.652700</w:t>
        <w:br/>
        <w:t>vt 0.303500 0.644800</w:t>
        <w:br/>
        <w:t>vt 0.300100 0.643200</w:t>
        <w:br/>
        <w:t>vt 0.295700 0.651200</w:t>
        <w:br/>
        <w:t>vt 0.312800 0.625200</w:t>
        <w:br/>
        <w:t>vt 0.311400 0.621500</w:t>
        <w:br/>
        <w:t>vt 0.309400 0.622600</w:t>
        <w:br/>
        <w:t>vt 0.311700 0.625900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0.284200 0.666200</w:t>
        <w:br/>
        <w:t>vt 0.290600 0.667100</w:t>
        <w:br/>
        <w:t>vt 0.293800 0.661000</w:t>
        <w:br/>
        <w:t>vt 0.296600 0.669000</w:t>
        <w:br/>
        <w:t>vt 0.299700 0.662100</w:t>
        <w:br/>
        <w:t>vt 0.292300 0.656700</w:t>
        <w:br/>
        <w:t>vt 0.298800 0.660600</w:t>
        <w:br/>
        <w:t>vt 0.308900 0.631700</w:t>
        <w:br/>
        <w:t>vt 0.298600 0.658900</w:t>
        <w:br/>
        <w:t>vt 0.316500 0.623700</w:t>
        <w:br/>
        <w:t>vt 0.316000 0.619700</w:t>
        <w:br/>
        <w:t>vt 0.306600 0.627900</w:t>
        <w:br/>
        <w:t>vt 0.310800 0.627200</w:t>
        <w:br/>
        <w:t>vt 0.308000 0.624500</w:t>
        <w:br/>
        <w:t>vt 0.233200 0.666900</w:t>
        <w:br/>
        <w:t>vt 0.233200 0.669200</w:t>
        <w:br/>
        <w:t>vt 0.247700 0.669200</w:t>
        <w:br/>
        <w:t>vt 0.247700 0.666900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0.217300 0.692100</w:t>
        <w:br/>
        <w:t>vt 0.230700 0.692100</w:t>
        <w:br/>
        <w:t>vt 0.230800 0.689700</w:t>
        <w:br/>
        <w:t>vt 0.206300 0.689700</w:t>
        <w:br/>
        <w:t>vt 0.206600 0.692100</w:t>
        <w:br/>
        <w:t>vt 0.217000 0.666900</w:t>
        <w:br/>
        <w:t>vt 0.216800 0.669200</w:t>
        <w:br/>
        <w:t>vt 0.244200 0.692100</w:t>
        <w:br/>
        <w:t>vt 0.244400 0.689700</w:t>
        <w:br/>
        <w:t>vt 0.259000 0.692100</w:t>
        <w:br/>
        <w:t>vt 0.259200 0.689700</w:t>
        <w:br/>
        <w:t>vt 0.268100 0.692100</w:t>
        <w:br/>
        <w:t>vt 0.268300 0.689700</w:t>
        <w:br/>
        <w:t>vt 0.281900 0.690600</w:t>
        <w:br/>
        <w:t>vt 0.282000 0.688700</w:t>
        <w:br/>
        <w:t>vt 0.276800 0.689700</w:t>
        <w:br/>
        <w:t>vt 0.276600 0.692100</w:t>
        <w:br/>
        <w:t>vt 0.279300 0.669200</w:t>
        <w:br/>
        <w:t>vt 0.284200 0.666200</w:t>
        <w:br/>
        <w:t>vt 0.282600 0.665200</w:t>
        <w:br/>
        <w:t>vt 0.278600 0.666900</w:t>
        <w:br/>
        <w:t>vt 0.204900 0.666900</w:t>
        <w:br/>
        <w:t>vt 0.191800 0.666900</w:t>
        <w:br/>
        <w:t>vt 0.191800 0.669200</w:t>
        <w:br/>
        <w:t>vt 0.204900 0.669200</w:t>
        <w:br/>
        <w:t>vt 0.191800 0.689700</w:t>
        <w:br/>
        <w:t>vt 0.191800 0.692100</w:t>
        <w:br/>
        <w:t>vt 0.298400 0.642500</w:t>
        <w:br/>
        <w:t>vt 0.294100 0.650400</w:t>
        <w:br/>
        <w:t>vt 0.295700 0.651200</w:t>
        <w:br/>
        <w:t>vt 0.300100 0.643200</w:t>
        <w:br/>
        <w:t>vt 0.305100 0.645500</w:t>
        <w:br/>
        <w:t>vt 0.303500 0.644800</w:t>
        <w:br/>
        <w:t>vt 0.300200 0.652700</w:t>
        <w:br/>
        <w:t>vt 0.302000 0.653400</w:t>
        <w:br/>
        <w:t>vt 0.308500 0.621300</w:t>
        <w:br/>
        <w:t>vt 0.309400 0.622600</w:t>
        <w:br/>
        <w:t>vt 0.311400 0.621500</w:t>
        <w:br/>
        <w:t>vt 0.310600 0.620000</w:t>
        <w:br/>
        <w:t>vt 0.313600 0.626900</w:t>
        <w:br/>
        <w:t>vt 0.312800 0.625200</w:t>
        <w:br/>
        <w:t>vt 0.311700 0.625900</w:t>
        <w:br/>
        <w:t>vt 0.312800 0.627400</w:t>
        <w:br/>
        <w:t>vt 0.313700 0.620400</w:t>
        <w:br/>
        <w:t>vt 0.313200 0.618800</w:t>
        <w:br/>
        <w:t>vt 0.315000 0.626200</w:t>
        <w:br/>
        <w:t>vt 0.314300 0.624500</w:t>
        <w:br/>
        <w:t>vt 0.306600 0.637600</w:t>
        <w:br/>
        <w:t>vt 0.308200 0.638300</w:t>
        <w:br/>
        <w:t>vt 0.304300 0.634000</w:t>
        <w:br/>
        <w:t>vt 0.302600 0.633100</w:t>
        <w:br/>
        <w:t>vt 0.289200 0.660300</w:t>
        <w:br/>
        <w:t>vt 0.287800 0.659400</w:t>
        <w:br/>
        <w:t>vt 0.292300 0.656700</w:t>
        <w:br/>
        <w:t>vt 0.290800 0.655900</w:t>
        <w:br/>
        <w:t>vt 0.298800 0.660600</w:t>
        <w:br/>
        <w:t>vt 0.299700 0.662100</w:t>
        <w:br/>
        <w:t>vt 0.301200 0.661300</w:t>
        <w:br/>
        <w:t>vt 0.300700 0.659900</w:t>
        <w:br/>
        <w:t>vt 0.306600 0.627900</w:t>
        <w:br/>
        <w:t>vt 0.304900 0.627200</w:t>
        <w:br/>
        <w:t>vt 0.310600 0.632400</w:t>
        <w:br/>
        <w:t>vt 0.308900 0.631700</w:t>
        <w:br/>
        <w:t>vt 0.298600 0.658900</w:t>
        <w:br/>
        <w:t>vt 0.300600 0.659000</w:t>
        <w:br/>
        <w:t>vt 0.317100 0.625400</w:t>
        <w:br/>
        <w:t>vt 0.316500 0.623700</w:t>
        <w:br/>
        <w:t>vt 0.316000 0.619700</w:t>
        <w:br/>
        <w:t>vt 0.315600 0.618100</w:t>
        <w:br/>
        <w:t>vt 0.308000 0.624500</w:t>
        <w:br/>
        <w:t>vt 0.306600 0.623700</w:t>
        <w:br/>
        <w:t>vt 0.312300 0.628000</w:t>
        <w:br/>
        <w:t>vt 0.310800 0.627200</w:t>
        <w:br/>
        <w:t>vt 0.285500 0.689600</w:t>
        <w:br/>
        <w:t>vt 0.285400 0.687800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0.898800 0.944300</w:t>
        <w:br/>
        <w:t>vt 0.900600 0.923700</w:t>
        <w:br/>
        <w:t>vt 0.889000 0.923700</w:t>
        <w:br/>
        <w:t>vt 0.887600 0.944300</w:t>
        <w:br/>
        <w:t>vt 0.911100 0.944300</w:t>
        <w:br/>
        <w:t>vt 0.910700 0.923700</w:t>
        <w:br/>
        <w:t>vt 0.923300 0.923700</w:t>
        <w:br/>
        <w:t>vt 0.925300 0.944300</w:t>
        <w:br/>
        <w:t>vt 0.937400 0.944300</w:t>
        <w:br/>
        <w:t>vt 0.937100 0.923700</w:t>
        <w:br/>
        <w:t>vt 0.808200 0.898200</w:t>
        <w:br/>
        <w:t>vt 0.808200 0.914300</w:t>
        <w:br/>
        <w:t>vt 0.813700 0.914300</w:t>
        <w:br/>
        <w:t>vt 0.813700 0.898200</w:t>
        <w:br/>
        <w:t>vt 0.867700 0.914300</w:t>
        <w:br/>
        <w:t>vt 0.871700 0.914300</w:t>
        <w:br/>
        <w:t>vt 0.871700 0.898200</w:t>
        <w:br/>
        <w:t>vt 0.867700 0.898200</w:t>
        <w:br/>
        <w:t>vt 0.832000 0.914300</w:t>
        <w:br/>
        <w:t>vt 0.834900 0.914300</w:t>
        <w:br/>
        <w:t>vt 0.834900 0.898200</w:t>
        <w:br/>
        <w:t>vt 0.832000 0.898200</w:t>
        <w:br/>
        <w:t>vt 0.843800 0.914300</w:t>
        <w:br/>
        <w:t>vt 0.849500 0.914300</w:t>
        <w:br/>
        <w:t>vt 0.849500 0.898200</w:t>
        <w:br/>
        <w:t>vt 0.843800 0.898200</w:t>
        <w:br/>
        <w:t>vt 0.854800 0.914300</w:t>
        <w:br/>
        <w:t>vt 0.859800 0.914300</w:t>
        <w:br/>
        <w:t>vt 0.859800 0.898200</w:t>
        <w:br/>
        <w:t>vt 0.854800 0.898200</w:t>
        <w:br/>
        <w:t>vt 0.827500 0.914300</w:t>
        <w:br/>
        <w:t>vt 0.827500 0.898200</w:t>
        <w:br/>
        <w:t>vt 0.823600 0.898200</w:t>
        <w:br/>
        <w:t>vt 0.823600 0.914300</w:t>
        <w:br/>
        <w:t>vt 0.863500 0.914300</w:t>
        <w:br/>
        <w:t>vt 0.863500 0.898200</w:t>
        <w:br/>
        <w:t>vt 0.839200 0.914300</w:t>
        <w:br/>
        <w:t>vt 0.839200 0.898200</w:t>
        <w:br/>
        <w:t>vt 0.819700 0.898200</w:t>
        <w:br/>
        <w:t>vt 0.819700 0.914300</w:t>
        <w:br/>
        <w:t>vt 0.834000 0.946700</w:t>
        <w:br/>
        <w:t>vt 0.834000 0.944300</w:t>
        <w:br/>
        <w:t>vt 0.820000 0.944300</w:t>
        <w:br/>
        <w:t>vt 0.819400 0.946700</w:t>
        <w:br/>
        <w:t>vt 0.835000 0.923700</w:t>
        <w:br/>
        <w:t>vt 0.835100 0.921900</w:t>
        <w:br/>
        <w:t>vt 0.822500 0.921900</w:t>
        <w:br/>
        <w:t>vt 0.822400 0.923700</w:t>
        <w:br/>
        <w:t>vt 0.971500 0.946700</w:t>
        <w:br/>
        <w:t>vt 0.981600 0.946700</w:t>
        <w:br/>
        <w:t>vt 0.981200 0.944300</w:t>
        <w:br/>
        <w:t>vt 0.971800 0.944300</w:t>
        <w:br/>
        <w:t>vt 0.982300 0.921900</w:t>
        <w:br/>
        <w:t>vt 0.972500 0.921900</w:t>
        <w:br/>
        <w:t>vt 0.973200 0.923700</w:t>
        <w:br/>
        <w:t>vt 0.982300 0.923700</w:t>
        <w:br/>
        <w:t>vt 0.879800 0.921900</w:t>
        <w:br/>
        <w:t>vt 0.879400 0.923700</w:t>
        <w:br/>
        <w:t>vt 0.888900 0.921900</w:t>
        <w:br/>
        <w:t>vt 0.879700 0.944300</w:t>
        <w:br/>
        <w:t>vt 0.879800 0.946700</w:t>
        <w:br/>
        <w:t>vt 0.887600 0.946700</w:t>
        <w:br/>
        <w:t>vt 0.911200 0.946700</w:t>
        <w:br/>
        <w:t>vt 0.925800 0.946700</w:t>
        <w:br/>
        <w:t>vt 0.925300 0.944300</w:t>
        <w:br/>
        <w:t>vt 0.911100 0.944300</w:t>
        <w:br/>
        <w:t>vt 0.923300 0.923700</w:t>
        <w:br/>
        <w:t>vt 0.923800 0.921900</w:t>
        <w:br/>
        <w:t>vt 0.910500 0.921900</w:t>
        <w:br/>
        <w:t>vt 0.910700 0.923700</w:t>
        <w:br/>
        <w:t>vt 0.951300 0.923700</w:t>
        <w:br/>
        <w:t>vt 0.951200 0.921900</w:t>
        <w:br/>
        <w:t>vt 0.937800 0.921900</w:t>
        <w:br/>
        <w:t>vt 0.937100 0.923700</w:t>
        <w:br/>
        <w:t>vt 0.937700 0.946700</w:t>
        <w:br/>
        <w:t>vt 0.951000 0.946700</w:t>
        <w:br/>
        <w:t>vt 0.951100 0.944300</w:t>
        <w:br/>
        <w:t>vt 0.858700 0.921900</w:t>
        <w:br/>
        <w:t>vt 0.858600 0.923700</w:t>
        <w:br/>
        <w:t>vt 0.868300 0.923700</w:t>
        <w:br/>
        <w:t>vt 0.868600 0.921900</w:t>
        <w:br/>
        <w:t>vt 0.869100 0.946700</w:t>
        <w:br/>
        <w:t>vt 0.869200 0.944300</w:t>
        <w:br/>
        <w:t>vt 0.860000 0.944300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0.849500 0.944300</w:t>
        <w:br/>
        <w:t>vt 0.849100 0.946700</w:t>
        <w:br/>
        <w:t>vt 0.848400 0.921900</w:t>
        <w:br/>
        <w:t>vt 0.848400 0.923700</w:t>
        <w:br/>
        <w:t>vt 0.808900 0.923700</w:t>
        <w:br/>
        <w:t>vt 0.808100 0.921900</w:t>
        <w:br/>
        <w:t>vt 0.808900 0.944300</w:t>
        <w:br/>
        <w:t>vt 0.806800 0.942000</w:t>
        <w:br/>
        <w:t>vt 0.805200 0.943100</w:t>
        <w:br/>
        <w:t>vt 0.807500 0.946700</w:t>
        <w:br/>
        <w:t>vt 0.808900 0.944300</w:t>
        <w:br/>
        <w:t>vt 0.807500 0.946700</w:t>
        <w:br/>
        <w:t>vt 0.994300 0.944300</w:t>
        <w:br/>
        <w:t>vt 0.994300 0.923700</w:t>
        <w:br/>
        <w:t>vt 0.982300 0.923700</w:t>
        <w:br/>
        <w:t>vt 0.981200 0.944300</w:t>
        <w:br/>
        <w:t>vt 0.835000 0.923700</w:t>
        <w:br/>
        <w:t>vt 0.820000 0.944300</w:t>
        <w:br/>
        <w:t>vt 0.951100 0.944300</w:t>
        <w:br/>
        <w:t>vt 0.951300 0.923700</w:t>
        <w:br/>
        <w:t>vt 0.868300 0.923700</w:t>
        <w:br/>
        <w:t>vt 0.858600 0.923700</w:t>
        <w:br/>
        <w:t>vt 0.860000 0.944300</w:t>
        <w:br/>
        <w:t>vt 0.869200 0.944300</w:t>
        <w:br/>
        <w:t>vt 0.848400 0.923700</w:t>
        <w:br/>
        <w:t>vt 0.849500 0.944300</w:t>
        <w:br/>
        <w:t>vt 0.806000 0.933500</w:t>
        <w:br/>
        <w:t>vt 0.805900 0.925300</w:t>
        <w:br/>
        <w:t>vt 0.807700 0.925900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0.802000 0.900800</w:t>
        <w:br/>
        <w:t>vt 0.801300 0.906600</w:t>
        <w:br/>
        <w:t>vt 0.994300 0.944300</w:t>
        <w:br/>
        <w:t>vt 0.996000 0.944300</w:t>
        <w:br/>
        <w:t>vt 0.996000 0.923700</w:t>
        <w:br/>
        <w:t>vt 0.994300 0.923700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0.888600 0.919800</w:t>
        <w:br/>
        <w:t>vt 0.880600 0.919800</w:t>
        <w:br/>
        <w:t>vt 0.879800 0.946700</w:t>
        <w:br/>
        <w:t>vt 0.880600 0.949000</w:t>
        <w:br/>
        <w:t>vt 0.887700 0.949000</w:t>
        <w:br/>
        <w:t>vt 0.911400 0.949000</w:t>
        <w:br/>
        <w:t>vt 0.926400 0.949000</w:t>
        <w:br/>
        <w:t>vt 0.924300 0.919800</w:t>
        <w:br/>
        <w:t>vt 0.910300 0.919800</w:t>
        <w:br/>
        <w:t>vt 0.951400 0.919800</w:t>
        <w:br/>
        <w:t>vt 0.938500 0.919800</w:t>
        <w:br/>
        <w:t>vt 0.938800 0.949000</w:t>
        <w:br/>
        <w:t>vt 0.950900 0.949000</w:t>
        <w:br/>
        <w:t>vt 0.868700 0.919800</w:t>
        <w:br/>
        <w:t>vt 0.859400 0.949000</w:t>
        <w:br/>
        <w:t>vt 0.869300 0.949000</w:t>
        <w:br/>
        <w:t>vt 0.960800 0.919800</w:t>
        <w:br/>
        <w:t>vt 0.899700 0.919800</w:t>
        <w:br/>
        <w:t>vt 0.898700 0.949000</w:t>
        <w:br/>
        <w:t>vt 0.849200 0.949000</w:t>
        <w:br/>
        <w:t>vt 0.858300 0.919800</w:t>
        <w:br/>
        <w:t>vt 0.848700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0.946700</w:t>
        <w:br/>
        <w:t>vt 0.994300 0.944300</w:t>
        <w:br/>
        <w:t>vt 0.876800 0.914300</w:t>
        <w:br/>
        <w:t>vt 0.876800 0.898200</w:t>
        <w:br/>
        <w:t>vt 0.994000 0.921900</w:t>
        <w:br/>
        <w:t>vt 0.992700 0.919800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0.474200 0.898000</w:t>
        <w:br/>
        <w:t>vt 0.473600 0.893900</w:t>
        <w:br/>
        <w:t>vt 0.471000 0.894800</w:t>
        <w:br/>
        <w:t>vt 0.471800 0.898800</w:t>
        <w:br/>
        <w:t>vt 0.488900 0.892500</w:t>
        <w:br/>
        <w:t>vt 0.488200 0.889100</w:t>
        <w:br/>
        <w:t>vt 0.483400 0.890900</w:t>
        <w:br/>
        <w:t>vt 0.484900 0.894000</w:t>
        <w:br/>
        <w:t>vt 0.503800 0.888700</w:t>
        <w:br/>
        <w:t>vt 0.504100 0.889200</w:t>
        <w:br/>
        <w:t>vt 0.504400 0.889100</w:t>
        <w:br/>
        <w:t>vt 0.486400 0.897000</w:t>
        <w:br/>
        <w:t>vt 0.490200 0.895300</w:t>
        <w:br/>
        <w:t>vt 0.496900 0.892400</w:t>
        <w:br/>
        <w:t>vt 0.496600 0.889800</w:t>
        <w:br/>
        <w:t>vt 0.490800 0.891800</w:t>
        <w:br/>
        <w:t>vt 0.492200 0.894400</w:t>
        <w:br/>
        <w:t>vt 0.477100 0.905000</w:t>
        <w:br/>
        <w:t>vt 0.475000 0.905900</w:t>
        <w:br/>
        <w:t>vt 0.477300 0.909400</w:t>
        <w:br/>
        <w:t>vt 0.479700 0.908300</w:t>
        <w:br/>
        <w:t>vt 0.487600 0.900200</w:t>
        <w:br/>
        <w:t>vt 0.489000 0.903600</w:t>
        <w:br/>
        <w:t>vt 0.493300 0.901000</w:t>
        <w:br/>
        <w:t>vt 0.491300 0.898200</w:t>
        <w:br/>
        <w:t>vt 0.483800 0.906400</w:t>
        <w:br/>
        <w:t>vt 0.482400 0.902700</w:t>
        <w:br/>
        <w:t>vt 0.479600 0.903900</w:t>
        <w:br/>
        <w:t>vt 0.478300 0.900300</w:t>
        <w:br/>
        <w:t>vt 0.481200 0.899200</w:t>
        <w:br/>
        <w:t>vt 0.493300 0.897200</w:t>
        <w:br/>
        <w:t>vt 0.498500 0.894400</w:t>
        <w:br/>
        <w:t>vt 0.479500 0.896100</w:t>
        <w:br/>
        <w:t>vt 0.476800 0.897200</w:t>
        <w:br/>
        <w:t>vt 0.477700 0.892800</w:t>
        <w:br/>
        <w:t>vt 0.500200 0.897000</w:t>
        <w:br/>
        <w:t>vt 0.495900 0.887000</w:t>
        <w:br/>
        <w:t>vt 0.497200 0.890200</w:t>
        <w:br/>
        <w:t>vt 0.501600 0.890300</w:t>
        <w:br/>
        <w:t>vt 0.498700 0.893600</w:t>
        <w:br/>
        <w:t>vt 0.503000 0.891900</w:t>
        <w:br/>
        <w:t>vt 0.501400 0.888200</w:t>
        <w:br/>
        <w:t>vt 0.503600 0.888200</w:t>
        <w:br/>
        <w:t>vt 0.503800 0.886500</w:t>
        <w:br/>
        <w:t>vt 0.501200 0.886000</w:t>
        <w:br/>
        <w:t>vt 0.504500 0.893800</w:t>
        <w:br/>
        <w:t>vt 0.503800 0.888700</w:t>
        <w:br/>
        <w:t>vt 0.504400 0.889800</w:t>
        <w:br/>
        <w:t>vt 0.504100 0.889200</w:t>
        <w:br/>
        <w:t>vt 0.506000 0.891400</w:t>
        <w:br/>
        <w:t>vt 0.504700 0.890300</w:t>
        <w:br/>
        <w:t>vt 0.475600 0.901400</w:t>
        <w:br/>
        <w:t>vt 0.473200 0.902500</w:t>
        <w:br/>
        <w:t>vt 0.503600 0.888200</w:t>
        <w:br/>
        <w:t>vt 0.506200 0.888400</w:t>
        <w:br/>
        <w:t>vt 0.504700 0.890300</w:t>
        <w:br/>
        <w:t>vt 0.506000 0.891400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0.497400 0.892100</w:t>
        <w:br/>
        <w:t>vt 0.504400 0.889800</w:t>
        <w:br/>
        <w:t>vt 0.752800 0.994200</w:t>
        <w:br/>
        <w:t>vt 0.775200 0.994200</w:t>
        <w:br/>
        <w:t>vt 0.775200 0.980400</w:t>
        <w:br/>
        <w:t>vt 0.752800 0.980400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0.839400 0.980400</w:t>
        <w:br/>
        <w:t>vt 0.826000 0.980400</w:t>
        <w:br/>
        <w:t>vt 0.826000 0.994200</w:t>
        <w:br/>
        <w:t>vt 0.852700 0.980400</w:t>
        <w:br/>
        <w:t>vt 0.852700 0.994200</w:t>
        <w:br/>
        <w:t>vt 0.871800 0.994200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0.958500 0.994200</w:t>
        <w:br/>
        <w:t>vt 0.958500 0.980400</w:t>
        <w:br/>
        <w:t>vt 0.931900 0.980400</w:t>
        <w:br/>
        <w:t>vt 0.731500 0.994200</w:t>
        <w:br/>
        <w:t>vt 0.731500 0.980400</w:t>
        <w:br/>
        <w:t>vt 0.705800 0.994200</w:t>
        <w:br/>
        <w:t>vt 0.709200 0.994200</w:t>
        <w:br/>
        <w:t>vt 0.709200 0.980400</w:t>
        <w:br/>
        <w:t>vt 0.705800 0.980400</w:t>
        <w:br/>
        <w:t>vt 0.722200 0.994200</w:t>
        <w:br/>
        <w:t>vt 0.725900 0.994200</w:t>
        <w:br/>
        <w:t>vt 0.725900 0.980400</w:t>
        <w:br/>
        <w:t>vt 0.722200 0.980400</w:t>
        <w:br/>
        <w:t>vt 0.712000 0.994200</w:t>
        <w:br/>
        <w:t>vt 0.712000 0.980400</w:t>
        <w:br/>
        <w:t>vt 0.718700 0.980400</w:t>
        <w:br/>
        <w:t>vt 0.718700 0.994200</w:t>
        <w:br/>
        <w:t>vt 0.702100 0.994200</w:t>
        <w:br/>
        <w:t>vt 0.702100 0.980400</w:t>
        <w:br/>
        <w:t>vt 0.695500 0.980400</w:t>
        <w:br/>
        <w:t>vt 0.695500 0.994200</w:t>
        <w:br/>
        <w:t>vt 0.715200 0.980400</w:t>
        <w:br/>
        <w:t>vt 0.715200 0.994200</w:t>
        <w:br/>
        <w:t>vt 0.742900 0.970300</w:t>
        <w:br/>
        <w:t>vt 0.742900 0.958400</w:t>
        <w:br/>
        <w:t>vt 0.723800 0.958400</w:t>
        <w:br/>
        <w:t>vt 0.723800 0.970300</w:t>
        <w:br/>
        <w:t>vt 0.705500 0.958400</w:t>
        <w:br/>
        <w:t>vt 0.705500 0.970300</w:t>
        <w:br/>
        <w:t>vt 0.692600 0.970300</w:t>
        <w:br/>
        <w:t>vt 0.692600 0.958400</w:t>
        <w:br/>
        <w:t>vt 0.690300 0.958400</w:t>
        <w:br/>
        <w:t>vt 0.690300 0.970300</w:t>
        <w:br/>
        <w:t>vt 0.700700 0.970300</w:t>
        <w:br/>
        <w:t>vt 0.700700 0.958400</w:t>
        <w:br/>
        <w:t>vt 0.698100 0.958400</w:t>
        <w:br/>
        <w:t>vt 0.698100 0.970300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0.958400</w:t>
        <w:br/>
        <w:t>vt 0.695100 0.970300</w:t>
        <w:br/>
        <w:t>vt 0.775200 0.997700</w:t>
        <w:br/>
        <w:t>vt 0.775200 0.994200</w:t>
        <w:br/>
        <w:t>vt 0.752800 0.994200</w:t>
        <w:br/>
        <w:t>vt 0.752800 0.997700</w:t>
        <w:br/>
        <w:t>vt 0.752800 0.980400</w:t>
        <w:br/>
        <w:t>vt 0.775200 0.980400</w:t>
        <w:br/>
        <w:t>vt 0.775200 0.976900</w:t>
        <w:br/>
        <w:t>vt 0.752800 0.976900</w:t>
        <w:br/>
        <w:t>vt 0.798900 0.997700</w:t>
        <w:br/>
        <w:t>vt 0.798900 0.994200</w:t>
        <w:br/>
        <w:t>vt 0.798900 0.980400</w:t>
        <w:br/>
        <w:t>vt 0.798900 0.976900</w:t>
        <w:br/>
        <w:t>vt 0.812900 0.994200</w:t>
        <w:br/>
        <w:t>vt 0.812900 0.997700</w:t>
        <w:br/>
        <w:t>vt 0.826000 0.997700</w:t>
        <w:br/>
        <w:t>vt 0.826000 0.994200</w:t>
        <w:br/>
        <w:t>vt 0.812900 0.980400</w:t>
        <w:br/>
        <w:t>vt 0.812900 0.976900</w:t>
        <w:br/>
        <w:t>vt 0.852700 0.994200</w:t>
        <w:br/>
        <w:t>vt 0.839400 0.994200</w:t>
        <w:br/>
        <w:t>vt 0.839400 0.997700</w:t>
        <w:br/>
        <w:t>vt 0.852700 0.997700</w:t>
        <w:br/>
        <w:t>vt 0.839400 0.980400</w:t>
        <w:br/>
        <w:t>vt 0.839400 0.976900</w:t>
        <w:br/>
        <w:t>vt 0.826000 0.976900</w:t>
        <w:br/>
        <w:t>vt 0.826000 0.980400</w:t>
        <w:br/>
        <w:t>vt 0.871800 0.994200</w:t>
        <w:br/>
        <w:t>vt 0.871800 0.997700</w:t>
        <w:br/>
        <w:t>vt 0.871800 0.980400</w:t>
        <w:br/>
        <w:t>vt 0.871800 0.976900</w:t>
        <w:br/>
        <w:t>vt 0.852700 0.976900</w:t>
        <w:br/>
        <w:t>vt 0.852700 0.980400</w:t>
        <w:br/>
        <w:t>vt 0.897000 0.997700</w:t>
        <w:br/>
        <w:t>vt 0.897000 0.994200</w:t>
        <w:br/>
        <w:t>vt 0.897000 0.980400</w:t>
        <w:br/>
        <w:t>vt 0.897000 0.976900</w:t>
        <w:br/>
        <w:t>vt 0.914400 0.994200</w:t>
        <w:br/>
        <w:t>vt 0.914400 0.997700</w:t>
        <w:br/>
        <w:t>vt 0.931900 0.997700</w:t>
        <w:br/>
        <w:t>vt 0.931900 0.994200</w:t>
        <w:br/>
        <w:t>vt 0.914400 0.980400</w:t>
        <w:br/>
        <w:t>vt 0.914400 0.976900</w:t>
        <w:br/>
        <w:t>vt 0.958500 0.997700</w:t>
        <w:br/>
        <w:t>vt 0.958500 0.994200</w:t>
        <w:br/>
        <w:t>vt 0.931900 0.976900</w:t>
        <w:br/>
        <w:t>vt 0.931900 0.980400</w:t>
        <w:br/>
        <w:t>vt 0.958500 0.980400</w:t>
        <w:br/>
        <w:t>vt 0.958500 0.976900</w:t>
        <w:br/>
        <w:t>vt 0.731500 0.976900</w:t>
        <w:br/>
        <w:t>vt 0.731500 0.980400</w:t>
        <w:br/>
        <w:t>vt 0.731500 0.997700</w:t>
        <w:br/>
        <w:t>vt 0.731500 0.994200</w:t>
        <w:br/>
        <w:t>vt 0.709200 0.997700</w:t>
        <w:br/>
        <w:t>vt 0.709200 0.994200</w:t>
        <w:br/>
        <w:t>vt 0.705800 0.994200</w:t>
        <w:br/>
        <w:t>vt 0.705800 0.997700</w:t>
        <w:br/>
        <w:t>vt 0.705800 0.980400</w:t>
        <w:br/>
        <w:t>vt 0.709200 0.980400</w:t>
        <w:br/>
        <w:t>vt 0.709200 0.976900</w:t>
        <w:br/>
        <w:t>vt 0.705800 0.976900</w:t>
        <w:br/>
        <w:t>vt 0.725900 0.980400</w:t>
        <w:br/>
        <w:t>vt 0.725900 0.976900</w:t>
        <w:br/>
        <w:t>vt 0.722200 0.976900</w:t>
        <w:br/>
        <w:t>vt 0.722200 0.980400</w:t>
        <w:br/>
        <w:t>vt 0.725900 0.994200</w:t>
        <w:br/>
        <w:t>vt 0.722200 0.994200</w:t>
        <w:br/>
        <w:t>vt 0.722200 0.997700</w:t>
        <w:br/>
        <w:t>vt 0.725900 0.997700</w:t>
        <w:br/>
        <w:t>vt 0.712000 0.976900</w:t>
        <w:br/>
        <w:t>vt 0.712000 0.980400</w:t>
        <w:br/>
        <w:t>vt 0.712000 0.997700</w:t>
        <w:br/>
        <w:t>vt 0.712000 0.994200</w:t>
        <w:br/>
        <w:t>vt 0.718700 0.976900</w:t>
        <w:br/>
        <w:t>vt 0.718700 0.980400</w:t>
        <w:br/>
        <w:t>vt 0.718700 0.994200</w:t>
        <w:br/>
        <w:t>vt 0.718700 0.997700</w:t>
        <w:br/>
        <w:t>vt 0.702100 0.994200</w:t>
        <w:br/>
        <w:t>vt 0.702100 0.997700</w:t>
        <w:br/>
        <w:t>vt 0.702100 0.976900</w:t>
        <w:br/>
        <w:t>vt 0.702100 0.980400</w:t>
        <w:br/>
        <w:t>vt 0.695500 0.980400</w:t>
        <w:br/>
        <w:t>vt 0.695500 0.976900</w:t>
        <w:br/>
        <w:t>vt 0.695500 0.994200</w:t>
        <w:br/>
        <w:t>vt 0.695500 0.997700</w:t>
        <w:br/>
        <w:t>vt 0.715200 0.976900</w:t>
        <w:br/>
        <w:t>vt 0.715200 0.980400</w:t>
        <w:br/>
        <w:t>vt 0.715200 0.997700</w:t>
        <w:br/>
        <w:t>vt 0.715200 0.994200</w:t>
        <w:br/>
        <w:t>vt 0.997600 0.994200</w:t>
        <w:br/>
        <w:t>vt 0.997600 0.980400</w:t>
        <w:br/>
        <w:t>vt 0.689800 0.994200</w:t>
        <w:br/>
        <w:t>vt 0.689800 0.980400</w:t>
        <w:br/>
        <w:t>vt 0.676100 0.958400</w:t>
        <w:br/>
        <w:t>vt 0.676100 0.970300</w:t>
        <w:br/>
        <w:t>vt 0.997600 0.994200</w:t>
        <w:br/>
        <w:t>vt 0.997600 0.997700</w:t>
        <w:br/>
        <w:t>vt 0.997600 0.980400</w:t>
        <w:br/>
        <w:t>vt 0.997600 0.976900</w:t>
        <w:br/>
        <w:t>vt 0.689800 0.976900</w:t>
        <w:br/>
        <w:t>vt 0.689800 0.980400</w:t>
        <w:br/>
        <w:t>vt 0.689800 0.994200</w:t>
        <w:br/>
        <w:t>vt 0.689800 0.980400</w:t>
        <w:br/>
        <w:t>vt 0.686200 0.980400</w:t>
        <w:br/>
        <w:t>vt 0.686200 0.994200</w:t>
        <w:br/>
        <w:t>vt 0.689800 0.997700</w:t>
        <w:br/>
        <w:t>vt 0.689800 0.994200</w:t>
        <w:br/>
        <w:t>vt 0.977100 0.899300</w:t>
        <w:br/>
        <w:t>vt 0.970500 0.899300</w:t>
        <w:br/>
        <w:t>vt 0.970500 0.913600</w:t>
        <w:br/>
        <w:t>vt 0.977100 0.913600</w:t>
        <w:br/>
        <w:t>vt 0.966600 0.899300</w:t>
        <w:br/>
        <w:t>vt 0.962500 0.899300</w:t>
        <w:br/>
        <w:t>vt 0.962500 0.913600</w:t>
        <w:br/>
        <w:t>vt 0.966600 0.913600</w:t>
        <w:br/>
        <w:t>vt 0.957400 0.899300</w:t>
        <w:br/>
        <w:t>vt 0.957400 0.913600</w:t>
        <w:br/>
        <w:t>vt 0.959900 0.913600</w:t>
        <w:br/>
        <w:t>vt 0.959900 0.899300</w:t>
        <w:br/>
        <w:t>vt 0.950000 0.899300</w:t>
        <w:br/>
        <w:t>vt 0.950000 0.913600</w:t>
        <w:br/>
        <w:t>vt 0.954400 0.913600</w:t>
        <w:br/>
        <w:t>vt 0.954400 0.899300</w:t>
        <w:br/>
        <w:t>vt 0.941800 0.899300</w:t>
        <w:br/>
        <w:t>vt 0.941800 0.913600</w:t>
        <w:br/>
        <w:t>vt 0.928700 0.899300</w:t>
        <w:br/>
        <w:t>vt 0.928700 0.913600</w:t>
        <w:br/>
        <w:t>vt 0.916800 0.899300</w:t>
        <w:br/>
        <w:t>vt 0.900700 0.899300</w:t>
        <w:br/>
        <w:t>vt 0.900700 0.913600</w:t>
        <w:br/>
        <w:t>vt 0.916800 0.913600</w:t>
        <w:br/>
        <w:t>vt 0.746200 0.908600</w:t>
        <w:br/>
        <w:t>vt 0.734200 0.908600</w:t>
        <w:br/>
        <w:t>vt 0.734200 0.917800</w:t>
        <w:br/>
        <w:t>vt 0.746200 0.917800</w:t>
        <w:br/>
        <w:t>vt 0.734200 0.923300</w:t>
        <w:br/>
        <w:t>vt 0.746200 0.923300</w:t>
        <w:br/>
        <w:t>vt 0.746200 0.926300</w:t>
        <w:br/>
        <w:t>vt 0.734200 0.926300</w:t>
        <w:br/>
        <w:t>vt 0.734200 0.929000</w:t>
        <w:br/>
        <w:t>vt 0.746200 0.929000</w:t>
        <w:br/>
        <w:t>vt 0.746200 0.930900</w:t>
        <w:br/>
        <w:t>vt 0.746200 0.930000</w:t>
        <w:br/>
        <w:t>vt 0.734200 0.930000</w:t>
        <w:br/>
        <w:t>vt 0.734200 0.930900</w:t>
        <w:br/>
        <w:t>vt 0.734200 0.932400</w:t>
        <w:br/>
        <w:t>vt 0.734200 0.935600</w:t>
        <w:br/>
        <w:t>vt 0.746200 0.935600</w:t>
        <w:br/>
        <w:t>vt 0.746200 0.932400</w:t>
        <w:br/>
        <w:t>vt 0.746200 0.942500</w:t>
        <w:br/>
        <w:t>vt 0.734200 0.942500</w:t>
        <w:br/>
        <w:t>vt 0.746200 0.953500</w:t>
        <w:br/>
        <w:t>vt 0.734200 0.953500</w:t>
        <w:br/>
        <w:t>vt 0.987900 0.896500</w:t>
        <w:br/>
        <w:t>vt 0.977100 0.896500</w:t>
        <w:br/>
        <w:t>vt 0.977100 0.899300</w:t>
        <w:br/>
        <w:t>vt 0.987900 0.899300</w:t>
        <w:br/>
        <w:t>vt 0.970500 0.899300</w:t>
        <w:br/>
        <w:t>vt 0.970500 0.896500</w:t>
        <w:br/>
        <w:t>vt 0.970500 0.916500</w:t>
        <w:br/>
        <w:t>vt 0.977100 0.916500</w:t>
        <w:br/>
        <w:t>vt 0.977100 0.913600</w:t>
        <w:br/>
        <w:t>vt 0.970500 0.913600</w:t>
        <w:br/>
        <w:t>vt 0.966600 0.913600</w:t>
        <w:br/>
        <w:t>vt 0.962500 0.913600</w:t>
        <w:br/>
        <w:t>vt 0.962500 0.916500</w:t>
        <w:br/>
        <w:t>vt 0.966600 0.916500</w:t>
        <w:br/>
        <w:t>vt 0.962500 0.896500</w:t>
        <w:br/>
        <w:t>vt 0.962500 0.899300</w:t>
        <w:br/>
        <w:t>vt 0.966600 0.899300</w:t>
        <w:br/>
        <w:t>vt 0.966600 0.896500</w:t>
        <w:br/>
        <w:t>vt 0.959900 0.916500</w:t>
        <w:br/>
        <w:t>vt 0.959900 0.913600</w:t>
        <w:br/>
        <w:t>vt 0.957400 0.913600</w:t>
        <w:br/>
        <w:t>vt 0.957400 0.916500</w:t>
        <w:br/>
        <w:t>vt 0.957400 0.899300</w:t>
        <w:br/>
        <w:t>vt 0.959900 0.899300</w:t>
        <w:br/>
        <w:t>vt 0.959900 0.896500</w:t>
        <w:br/>
        <w:t>vt 0.957400 0.896500</w:t>
        <w:br/>
        <w:t>vt 0.950000 0.913600</w:t>
        <w:br/>
        <w:t>vt 0.950000 0.916500</w:t>
        <w:br/>
        <w:t>vt 0.954400 0.916500</w:t>
        <w:br/>
        <w:t>vt 0.954400 0.913600</w:t>
        <w:br/>
        <w:t>vt 0.950000 0.899300</w:t>
        <w:br/>
        <w:t>vt 0.954400 0.899300</w:t>
        <w:br/>
        <w:t>vt 0.954400 0.896500</w:t>
        <w:br/>
        <w:t>vt 0.950000 0.896500</w:t>
        <w:br/>
        <w:t>vt 0.941800 0.896500</w:t>
        <w:br/>
        <w:t>vt 0.941800 0.899300</w:t>
        <w:br/>
        <w:t>vt 0.941800 0.913600</w:t>
        <w:br/>
        <w:t>vt 0.941800 0.916500</w:t>
        <w:br/>
        <w:t>vt 0.928700 0.896500</w:t>
        <w:br/>
        <w:t>vt 0.928700 0.899300</w:t>
        <w:br/>
        <w:t>vt 0.928700 0.913600</w:t>
        <w:br/>
        <w:t>vt 0.928700 0.916500</w:t>
        <w:br/>
        <w:t>vt 0.900700 0.913600</w:t>
        <w:br/>
        <w:t>vt 0.900700 0.916500</w:t>
        <w:br/>
        <w:t>vt 0.916800 0.916500</w:t>
        <w:br/>
        <w:t>vt 0.916800 0.913600</w:t>
        <w:br/>
        <w:t>vt 0.900700 0.896500</w:t>
        <w:br/>
        <w:t>vt 0.900700 0.899300</w:t>
        <w:br/>
        <w:t>vt 0.916800 0.899300</w:t>
        <w:br/>
        <w:t>vt 0.916800 0.896500</w:t>
        <w:br/>
        <w:t>vt 0.994900 0.913600</w:t>
        <w:br/>
        <w:t>vt 0.994900 0.899300</w:t>
        <w:br/>
        <w:t>vt 0.987900 0.899300</w:t>
        <w:br/>
        <w:t>vt 0.987900 0.913600</w:t>
        <w:br/>
        <w:t>vt 0.884200 0.899300</w:t>
        <w:br/>
        <w:t>vt 0.884200 0.913600</w:t>
        <w:br/>
        <w:t>vt 0.746200 0.902600</w:t>
        <w:br/>
        <w:t>vt 0.734200 0.902600</w:t>
        <w:br/>
        <w:t>vt 0.994900 0.899300</w:t>
        <w:br/>
        <w:t>vt 0.994900 0.896500</w:t>
        <w:br/>
        <w:t>vt 0.994900 0.916500</w:t>
        <w:br/>
        <w:t>vt 0.994900 0.913600</w:t>
        <w:br/>
        <w:t>vt 0.987900 0.913600</w:t>
        <w:br/>
        <w:t>vt 0.987900 0.916500</w:t>
        <w:br/>
        <w:t>vt 0.997800 0.899300</w:t>
        <w:br/>
        <w:t>vt 0.994900 0.899300</w:t>
        <w:br/>
        <w:t>vt 0.994900 0.913600</w:t>
        <w:br/>
        <w:t>vt 0.997800 0.913600</w:t>
        <w:br/>
        <w:t>vt 0.881300 0.899300</w:t>
        <w:br/>
        <w:t>vt 0.881300 0.913600</w:t>
        <w:br/>
        <w:t>vt 0.884200 0.913600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0.211200 0.700200</w:t>
        <w:br/>
        <w:t>vt 0.211200 0.701300</w:t>
        <w:br/>
        <w:t>vt 0.211200 0.700200</w:t>
        <w:br/>
        <w:t>vt 0.211200 0.697700</w:t>
        <w:br/>
        <w:t>vt 0.211200 0.696600</w:t>
        <w:br/>
        <w:t>vt 0.211200 0.697700</w:t>
        <w:br/>
        <w:t>vt 0.198700 0.696600</w:t>
        <w:br/>
        <w:t>vt 0.227600 0.701300</w:t>
        <w:br/>
        <w:t>vt 0.227600 0.700200</w:t>
        <w:br/>
        <w:t>vt 0.227600 0.700200</w:t>
        <w:br/>
        <w:t>vt 0.227600 0.697700</w:t>
        <w:br/>
        <w:t>vt 0.227600 0.696600</w:t>
        <w:br/>
        <w:t>vt 0.227600 0.697700</w:t>
        <w:br/>
        <w:t>vt 0.244900 0.700200</w:t>
        <w:br/>
        <w:t>vt 0.244900 0.701300</w:t>
        <w:br/>
        <w:t>vt 0.244900 0.700200</w:t>
        <w:br/>
        <w:t>vt 0.244900 0.697700</w:t>
        <w:br/>
        <w:t>vt 0.244900 0.696600</w:t>
        <w:br/>
        <w:t>vt 0.244900 0.697700</w:t>
        <w:br/>
        <w:t>vt 0.260200 0.700200</w:t>
        <w:br/>
        <w:t>vt 0.260200 0.701300</w:t>
        <w:br/>
        <w:t>vt 0.260200 0.697700</w:t>
        <w:br/>
        <w:t>vt 0.260200 0.700200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0.696600</w:t>
        <w:br/>
        <w:t>vt 0.273800 0.697700</w:t>
        <w:br/>
        <w:t>vt 0.285200 0.700200</w:t>
        <w:br/>
        <w:t>vt 0.285200 0.701300</w:t>
        <w:br/>
        <w:t>vt 0.285200 0.697700</w:t>
        <w:br/>
        <w:t>vt 0.285200 0.700200</w:t>
        <w:br/>
        <w:t>vt 0.285200 0.696600</w:t>
        <w:br/>
        <w:t>vt 0.285200 0.697700</w:t>
        <w:br/>
        <w:t>vt 0.296000 0.700200</w:t>
        <w:br/>
        <w:t>vt 0.296000 0.701300</w:t>
        <w:br/>
        <w:t>vt 0.296000 0.700200</w:t>
        <w:br/>
        <w:t>vt 0.296000 0.697700</w:t>
        <w:br/>
        <w:t>vt 0.296000 0.696600</w:t>
        <w:br/>
        <w:t>vt 0.296000 0.697700</w:t>
        <w:br/>
        <w:t>vt 0.306700 0.700200</w:t>
        <w:br/>
        <w:t>vt 0.306700 0.701300</w:t>
        <w:br/>
        <w:t>vt 0.306700 0.700200</w:t>
        <w:br/>
        <w:t>vt 0.306700 0.697700</w:t>
        <w:br/>
        <w:t>vt 0.306700 0.697700</w:t>
        <w:br/>
        <w:t>vt 0.306700 0.696600</w:t>
        <w:br/>
        <w:t>vt 0.351100 0.707100</w:t>
        <w:br/>
        <w:t>vt 0.354000 0.715800</w:t>
        <w:br/>
        <w:t>vt 0.355400 0.714900</w:t>
        <w:br/>
        <w:t>vt 0.352700 0.706100</w:t>
        <w:br/>
        <w:t>vt 0.349000 0.708700</w:t>
        <w:br/>
        <w:t>vt 0.352000 0.717300</w:t>
        <w:br/>
        <w:t>vt 0.341400 0.714700</w:t>
        <w:br/>
        <w:t>vt 0.345300 0.722500</w:t>
        <w:br/>
        <w:t>vt 0.349200 0.719500</w:t>
        <w:br/>
        <w:t>vt 0.346000 0.711200</w:t>
        <w:br/>
        <w:t>vt 0.370400 0.714500</w:t>
        <w:br/>
        <w:t>vt 0.369500 0.705800</w:t>
        <w:br/>
        <w:t>vt 0.362300 0.705800</w:t>
        <w:br/>
        <w:t>vt 0.364000 0.714500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0.342500 0.703000</w:t>
        <w:br/>
        <w:t>vt 0.337400 0.707000</w:t>
        <w:br/>
        <w:t>vt 0.368300 0.697100</w:t>
        <w:br/>
        <w:t>vt 0.360300 0.697100</w:t>
        <w:br/>
        <w:t>vt 0.356200 0.697100</w:t>
        <w:br/>
        <w:t>vt 0.352400 0.697200</w:t>
        <w:br/>
        <w:t>vt 0.860700 0.136800</w:t>
        <w:br/>
        <w:t>vt 0.861700 0.137700</w:t>
        <w:br/>
        <w:t>vt 0.851700 0.143400</w:t>
        <w:br/>
        <w:t>vt 0.850600 0.142200</w:t>
        <w:br/>
        <w:t>vt 0.863800 0.139400</w:t>
        <w:br/>
        <w:t>vt 0.853900 0.145200</w:t>
        <w:br/>
        <w:t>vt 0.862900 0.153000</w:t>
        <w:br/>
        <w:t>vt 0.857500 0.148200</w:t>
        <w:br/>
        <w:t>vt 0.867100 0.142200</w:t>
        <w:br/>
        <w:t>vt 0.871700 0.146300</w:t>
        <w:br/>
        <w:t>vt 0.858200 0.120200</w:t>
        <w:br/>
        <w:t>vt 0.847600 0.123500</w:t>
        <w:br/>
        <w:t>vt 0.859000 0.128000</w:t>
        <w:br/>
        <w:t>vt 0.848600 0.132200</w:t>
        <w:br/>
        <w:t>vt 0.859400 0.131700</w:t>
        <w:br/>
        <w:t>vt 0.849000 0.136400</w:t>
        <w:br/>
        <w:t>vt 0.859800 0.134900</w:t>
        <w:br/>
        <w:t>vt 0.849400 0.140200</w:t>
        <w:br/>
        <w:t>vt 0.842100 0.148900</w:t>
        <w:br/>
        <w:t>vt 0.840800 0.147400</w:t>
        <w:br/>
        <w:t>vt 0.844400 0.150900</w:t>
        <w:br/>
        <w:t>vt 0.854300 0.159700</w:t>
        <w:br/>
        <w:t>vt 0.848300 0.154300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0.354000 0.715800</w:t>
        <w:br/>
        <w:t>vt 0.354600 0.716500</w:t>
        <w:br/>
        <w:t>vt 0.352000 0.717300</w:t>
        <w:br/>
        <w:t>vt 0.352700 0.718000</w:t>
        <w:br/>
        <w:t>vt 0.345300 0.722500</w:t>
        <w:br/>
        <w:t>vt 0.345900 0.723300</w:t>
        <w:br/>
        <w:t>vt 0.349800 0.720300</w:t>
        <w:br/>
        <w:t>vt 0.349200 0.719500</w:t>
        <w:br/>
        <w:t>vt 0.370400 0.714500</w:t>
        <w:br/>
        <w:t>vt 0.370300 0.715300</w:t>
        <w:br/>
        <w:t>vt 0.364000 0.714500</w:t>
        <w:br/>
        <w:t>vt 0.363900 0.715300</w:t>
        <w:br/>
        <w:t>vt 0.360800 0.714500</w:t>
        <w:br/>
        <w:t>vt 0.360700 0.715300</w:t>
        <w:br/>
        <w:t>vt 0.357700 0.715300</w:t>
        <w:br/>
        <w:t>vt 0.357700 0.714500</w:t>
        <w:br/>
        <w:t>vt 0.348100 0.698700</w:t>
        <w:br/>
        <w:t>vt 0.349900 0.697700</w:t>
        <w:br/>
        <w:t>vt 0.349600 0.697100</w:t>
        <w:br/>
        <w:t>vt 0.347600 0.698000</w:t>
        <w:br/>
        <w:t>vt 0.345800 0.700400</w:t>
        <w:br/>
        <w:t>vt 0.345300 0.699600</w:t>
        <w:br/>
        <w:t>vt 0.342500 0.703000</w:t>
        <w:br/>
        <w:t>vt 0.342000 0.702200</w:t>
        <w:br/>
        <w:t>vt 0.336800 0.706200</w:t>
        <w:br/>
        <w:t>vt 0.337400 0.707000</w:t>
        <w:br/>
        <w:t>vt 0.368200 0.696200</w:t>
        <w:br/>
        <w:t>vt 0.368300 0.697100</w:t>
        <w:br/>
        <w:t>vt 0.360300 0.697100</w:t>
        <w:br/>
        <w:t>vt 0.360200 0.696200</w:t>
        <w:br/>
        <w:t>vt 0.356000 0.696200</w:t>
        <w:br/>
        <w:t>vt 0.356200 0.697100</w:t>
        <w:br/>
        <w:t>vt 0.352200 0.696200</w:t>
        <w:br/>
        <w:t>vt 0.352400 0.697200</w:t>
        <w:br/>
        <w:t>vt 0.232700 0.674300</w:t>
        <w:br/>
        <w:t>vt 0.247000 0.674200</w:t>
        <w:br/>
        <w:t>vt 0.246300 0.679100</w:t>
        <w:br/>
        <w:t>vt 0.232100 0.679200</w:t>
        <w:br/>
        <w:t>vt 0.261400 0.673200</w:t>
        <w:br/>
        <w:t>vt 0.260700 0.679300</w:t>
        <w:br/>
        <w:t>vt 0.270700 0.671800</w:t>
        <w:br/>
        <w:t>vt 0.269900 0.678800</w:t>
        <w:br/>
        <w:t>vt 0.230800 0.689700</w:t>
        <w:br/>
        <w:t>vt 0.217100 0.689700</w:t>
        <w:br/>
        <w:t>vt 0.217100 0.687900</w:t>
        <w:br/>
        <w:t>vt 0.231100 0.687500</w:t>
        <w:br/>
        <w:t>vt 0.206300 0.689700</w:t>
        <w:br/>
        <w:t>vt 0.206200 0.687900</w:t>
        <w:br/>
        <w:t>vt 0.244400 0.689700</w:t>
        <w:br/>
        <w:t>vt 0.244800 0.687300</w:t>
        <w:br/>
        <w:t>vt 0.216900 0.679500</w:t>
        <w:br/>
        <w:t>vt 0.216900 0.672600</w:t>
        <w:br/>
        <w:t>vt 0.259600 0.687000</w:t>
        <w:br/>
        <w:t>vt 0.259200 0.689700</w:t>
        <w:br/>
        <w:t>vt 0.268300 0.689700</w:t>
        <w:br/>
        <w:t>vt 0.268900 0.685200</w:t>
        <w:br/>
        <w:t>vt 0.283400 0.685500</w:t>
        <w:br/>
        <w:t>vt 0.285400 0.687800</w:t>
        <w:br/>
        <w:t>vt 0.282000 0.688700</w:t>
        <w:br/>
        <w:t>vt 0.276800 0.689700</w:t>
        <w:br/>
        <w:t>vt 0.277700 0.685500</w:t>
        <w:br/>
        <w:t>vt 0.279300 0.677800</w:t>
        <w:br/>
        <w:t>vt 0.279300 0.672000</w:t>
        <w:br/>
        <w:t>vt 0.283800 0.672100</w:t>
        <w:br/>
        <w:t>vt 0.286600 0.677800</w:t>
        <w:br/>
        <w:t>vt 0.288600 0.672300</w:t>
        <w:br/>
        <w:t>vt 0.205000 0.671000</w:t>
        <w:br/>
        <w:t>vt 0.205400 0.680100</w:t>
        <w:br/>
        <w:t>vt 0.300100 0.643200</w:t>
        <w:br/>
        <w:t>vt 0.303500 0.644800</w:t>
        <w:br/>
        <w:t>vt 0.300200 0.652700</w:t>
        <w:br/>
        <w:t>vt 0.295700 0.651200</w:t>
        <w:br/>
        <w:t>vt 0.312800 0.625200</w:t>
        <w:br/>
        <w:t>vt 0.311700 0.625900</w:t>
        <w:br/>
        <w:t>vt 0.309400 0.622600</w:t>
        <w:br/>
        <w:t>vt 0.311400 0.621500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0.293800 0.661000</w:t>
        <w:br/>
        <w:t>vt 0.290600 0.667100</w:t>
        <w:br/>
        <w:t>vt 0.284200 0.666200</w:t>
        <w:br/>
        <w:t>vt 0.292300 0.656700</w:t>
        <w:br/>
        <w:t>vt 0.298800 0.660600</w:t>
        <w:br/>
        <w:t>vt 0.308900 0.631700</w:t>
        <w:br/>
        <w:t>vt 0.298600 0.658900</w:t>
        <w:br/>
        <w:t>vt 0.306600 0.627900</w:t>
        <w:br/>
        <w:t>vt 0.310800 0.627200</w:t>
        <w:br/>
        <w:t>vt 0.308000 0.624500</w:t>
        <w:br/>
        <w:t>vt 0.233200 0.666900</w:t>
        <w:br/>
        <w:t>vt 0.247700 0.666900</w:t>
        <w:br/>
        <w:t>vt 0.247700 0.669200</w:t>
        <w:br/>
        <w:t>vt 0.233200 0.669200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0.230800 0.689700</w:t>
        <w:br/>
        <w:t>vt 0.230700 0.692100</w:t>
        <w:br/>
        <w:t>vt 0.217300 0.692100</w:t>
        <w:br/>
        <w:t>vt 0.206300 0.689700</w:t>
        <w:br/>
        <w:t>vt 0.206600 0.692100</w:t>
        <w:br/>
        <w:t>vt 0.217000 0.666900</w:t>
        <w:br/>
        <w:t>vt 0.216800 0.669200</w:t>
        <w:br/>
        <w:t>vt 0.244400 0.689700</w:t>
        <w:br/>
        <w:t>vt 0.244200 0.692100</w:t>
        <w:br/>
        <w:t>vt 0.259200 0.689700</w:t>
        <w:br/>
        <w:t>vt 0.259000 0.692100</w:t>
        <w:br/>
        <w:t>vt 0.268300 0.689700</w:t>
        <w:br/>
        <w:t>vt 0.268100 0.692100</w:t>
        <w:br/>
        <w:t>vt 0.276800 0.689700</w:t>
        <w:br/>
        <w:t>vt 0.282000 0.688700</w:t>
        <w:br/>
        <w:t>vt 0.281900 0.690600</w:t>
        <w:br/>
        <w:t>vt 0.276600 0.692100</w:t>
        <w:br/>
        <w:t>vt 0.279300 0.669200</w:t>
        <w:br/>
        <w:t>vt 0.278600 0.666900</w:t>
        <w:br/>
        <w:t>vt 0.282600 0.665200</w:t>
        <w:br/>
        <w:t>vt 0.284200 0.666200</w:t>
        <w:br/>
        <w:t>vt 0.204900 0.666900</w:t>
        <w:br/>
        <w:t>vt 0.204900 0.669200</w:t>
        <w:br/>
        <w:t>vt 0.295700 0.651200</w:t>
        <w:br/>
        <w:t>vt 0.294100 0.650400</w:t>
        <w:br/>
        <w:t>vt 0.298400 0.642500</w:t>
        <w:br/>
        <w:t>vt 0.300100 0.643200</w:t>
        <w:br/>
        <w:t>vt 0.300200 0.652700</w:t>
        <w:br/>
        <w:t>vt 0.303500 0.644800</w:t>
        <w:br/>
        <w:t>vt 0.305100 0.645500</w:t>
        <w:br/>
        <w:t>vt 0.302000 0.653400</w:t>
        <w:br/>
        <w:t>vt 0.308500 0.621300</w:t>
        <w:br/>
        <w:t>vt 0.310600 0.620000</w:t>
        <w:br/>
        <w:t>vt 0.311400 0.621500</w:t>
        <w:br/>
        <w:t>vt 0.309400 0.622600</w:t>
        <w:br/>
        <w:t>vt 0.311700 0.625900</w:t>
        <w:br/>
        <w:t>vt 0.312800 0.625200</w:t>
        <w:br/>
        <w:t>vt 0.313600 0.626900</w:t>
        <w:br/>
        <w:t>vt 0.312800 0.627400</w:t>
        <w:br/>
        <w:t>vt 0.313200 0.618800</w:t>
        <w:br/>
        <w:t>vt 0.313700 0.620400</w:t>
        <w:br/>
        <w:t>vt 0.314300 0.624500</w:t>
        <w:br/>
        <w:t>vt 0.315000 0.626200</w:t>
        <w:br/>
        <w:t>vt 0.306600 0.637600</w:t>
        <w:br/>
        <w:t>vt 0.308200 0.638300</w:t>
        <w:br/>
        <w:t>vt 0.302600 0.633100</w:t>
        <w:br/>
        <w:t>vt 0.304300 0.634000</w:t>
        <w:br/>
        <w:t>vt 0.287800 0.659400</w:t>
        <w:br/>
        <w:t>vt 0.289200 0.660300</w:t>
        <w:br/>
        <w:t>vt 0.290800 0.655900</w:t>
        <w:br/>
        <w:t>vt 0.292300 0.656700</w:t>
        <w:br/>
        <w:t>vt 0.301200 0.661300</w:t>
        <w:br/>
        <w:t>vt 0.299700 0.662100</w:t>
        <w:br/>
        <w:t>vt 0.298800 0.660600</w:t>
        <w:br/>
        <w:t>vt 0.300700 0.659900</w:t>
        <w:br/>
        <w:t>vt 0.304900 0.627200</w:t>
        <w:br/>
        <w:t>vt 0.306600 0.627900</w:t>
        <w:br/>
        <w:t>vt 0.308900 0.631700</w:t>
        <w:br/>
        <w:t>vt 0.310600 0.632400</w:t>
        <w:br/>
        <w:t>vt 0.298600 0.658900</w:t>
        <w:br/>
        <w:t>vt 0.300600 0.659000</w:t>
        <w:br/>
        <w:t>vt 0.306600 0.623700</w:t>
        <w:br/>
        <w:t>vt 0.308000 0.624500</w:t>
        <w:br/>
        <w:t>vt 0.312300 0.628000</w:t>
        <w:br/>
        <w:t>vt 0.310800 0.627200</w:t>
        <w:br/>
        <w:t>vt 0.285400 0.687800</w:t>
        <w:br/>
        <w:t>vt 0.285500 0.689600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0.031800 0.479200</w:t>
        <w:br/>
        <w:t>vt 0.023200 0.479200</w:t>
        <w:br/>
        <w:t>vt 0.023200 0.505700</w:t>
        <w:br/>
        <w:t>vt 0.031800 0.505700</w:t>
        <w:br/>
        <w:t>vt 0.023200 0.532500</w:t>
        <w:br/>
        <w:t>vt 0.031800 0.532500</w:t>
        <w:br/>
        <w:t>vt 0.023200 0.556800</w:t>
        <w:br/>
        <w:t>vt 0.031800 0.556800</w:t>
        <w:br/>
        <w:t>vt 0.031800 0.580300</w:t>
        <w:br/>
        <w:t>vt 0.040900 0.580300</w:t>
        <w:br/>
        <w:t>vt 0.040900 0.556800</w:t>
        <w:br/>
        <w:t>vt 0.040900 0.604900</w:t>
        <w:br/>
        <w:t>vt 0.031800 0.604900</w:t>
        <w:br/>
        <w:t>vt 0.031800 0.630300</w:t>
        <w:br/>
        <w:t>vt 0.040900 0.630300</w:t>
        <w:br/>
        <w:t>vt 0.040900 0.659400</w:t>
        <w:br/>
        <w:t>vt 0.023200 0.659400</w:t>
        <w:br/>
        <w:t>vt 0.016400 0.479200</w:t>
        <w:br/>
        <w:t>vt 0.008100 0.479200</w:t>
        <w:br/>
        <w:t>vt 0.008100 0.505700</w:t>
        <w:br/>
        <w:t>vt 0.016400 0.505700</w:t>
        <w:br/>
        <w:t>vt 0.016400 0.532500</w:t>
        <w:br/>
        <w:t>vt 0.008100 0.532500</w:t>
        <w:br/>
        <w:t>vt 0.008100 0.556800</w:t>
        <w:br/>
        <w:t>vt 0.016400 0.556800</w:t>
        <w:br/>
        <w:t>vt 0.016400 0.580300</w:t>
        <w:br/>
        <w:t>vt 0.008100 0.580300</w:t>
        <w:br/>
        <w:t>vt 0.023200 0.604900</w:t>
        <w:br/>
        <w:t>vt 0.023200 0.580300</w:t>
        <w:br/>
        <w:t>vt 0.016400 0.604900</w:t>
        <w:br/>
        <w:t>vt 0.016400 0.630300</w:t>
        <w:br/>
        <w:t>vt 0.023200 0.630300</w:t>
        <w:br/>
        <w:t>vt 0.008100 0.659400</w:t>
        <w:br/>
        <w:t>vt 0.008100 0.604900</w:t>
        <w:br/>
        <w:t>vt 0.008100 0.630300</w:t>
        <w:br/>
        <w:t>vt 0.040900 0.479200</w:t>
        <w:br/>
        <w:t>vt 0.040900 0.452800</w:t>
        <w:br/>
        <w:t>vt 0.031800 0.452800</w:t>
        <w:br/>
        <w:t>vt 0.040900 0.426200</w:t>
        <w:br/>
        <w:t>vt 0.031800 0.426200</w:t>
        <w:br/>
        <w:t>vt 0.031800 0.402200</w:t>
        <w:br/>
        <w:t>vt 0.023200 0.402200</w:t>
        <w:br/>
        <w:t>vt 0.023200 0.426200</w:t>
        <w:br/>
        <w:t>vt 0.040900 0.378400</w:t>
        <w:br/>
        <w:t>vt 0.031800 0.378400</w:t>
        <w:br/>
        <w:t>vt 0.040900 0.402200</w:t>
        <w:br/>
        <w:t>vt 0.040900 0.354000</w:t>
        <w:br/>
        <w:t>vt 0.031800 0.354000</w:t>
        <w:br/>
        <w:t>vt 0.031800 0.328600</w:t>
        <w:br/>
        <w:t>vt 0.040900 0.328600</w:t>
        <w:br/>
        <w:t>vt 0.040900 0.300800</w:t>
        <w:br/>
        <w:t>vt 0.023200 0.300800</w:t>
        <w:br/>
        <w:t>vt 0.023200 0.274800</w:t>
        <w:br/>
        <w:t>vt 0.040900 0.274800</w:t>
        <w:br/>
        <w:t>vt 0.040900 0.247900</w:t>
        <w:br/>
        <w:t>vt 0.023200 0.247900</w:t>
        <w:br/>
        <w:t>vt 0.040900 0.220800</w:t>
        <w:br/>
        <w:t>vt 0.023200 0.220800</w:t>
        <w:br/>
        <w:t>vt 0.023200 0.452800</w:t>
        <w:br/>
        <w:t>vt 0.016400 0.452800</w:t>
        <w:br/>
        <w:t>vt 0.016400 0.426200</w:t>
        <w:br/>
        <w:t>vt 0.008100 0.426200</w:t>
        <w:br/>
        <w:t>vt 0.016400 0.402200</w:t>
        <w:br/>
        <w:t>vt 0.008100 0.402200</w:t>
        <w:br/>
        <w:t>vt 0.016400 0.378400</w:t>
        <w:br/>
        <w:t>vt 0.008100 0.378400</w:t>
        <w:br/>
        <w:t>vt 0.023200 0.354000</w:t>
        <w:br/>
        <w:t>vt 0.016400 0.354000</w:t>
        <w:br/>
        <w:t>vt 0.023200 0.378400</w:t>
        <w:br/>
        <w:t>vt 0.023200 0.328600</w:t>
        <w:br/>
        <w:t>vt 0.016400 0.328600</w:t>
        <w:br/>
        <w:t>vt 0.008100 0.300800</w:t>
        <w:br/>
        <w:t>vt 0.008100 0.274800</w:t>
        <w:br/>
        <w:t>vt 0.008100 0.247900</w:t>
        <w:br/>
        <w:t>vt 0.008100 0.220800</w:t>
        <w:br/>
        <w:t>vt 0.008100 0.354000</w:t>
        <w:br/>
        <w:t>vt 0.008100 0.328600</w:t>
        <w:br/>
        <w:t>vt 0.023200 0.192900</w:t>
        <w:br/>
        <w:t>vt 0.040900 0.192900</w:t>
        <w:br/>
        <w:t>vt 0.040900 0.189800</w:t>
        <w:br/>
        <w:t>vt 0.023200 0.189800</w:t>
        <w:br/>
        <w:t>vt 0.008100 0.192900</w:t>
        <w:br/>
        <w:t>vt 0.008100 0.189800</w:t>
        <w:br/>
        <w:t>vt 0.040900 0.187400</w:t>
        <w:br/>
        <w:t>vt 0.023200 0.187400</w:t>
        <w:br/>
        <w:t>vt 0.008100 0.187400</w:t>
        <w:br/>
        <w:t>vt 0.040900 0.184600</w:t>
        <w:br/>
        <w:t>vt 0.023200 0.184600</w:t>
        <w:br/>
        <w:t>vt 0.008100 0.184600</w:t>
        <w:br/>
        <w:t>vt 0.040900 0.181800</w:t>
        <w:br/>
        <w:t>vt 0.023200 0.181800</w:t>
        <w:br/>
        <w:t>vt 0.008100 0.181800</w:t>
        <w:br/>
        <w:t>vt 0.040900 0.170500</w:t>
        <w:br/>
        <w:t>vt 0.023200 0.170500</w:t>
        <w:br/>
        <w:t>vt 0.008100 0.170500</w:t>
        <w:br/>
        <w:t>vt 0.043400 0.758300</w:t>
        <w:br/>
        <w:t>vt 0.050300 0.746200</w:t>
        <w:br/>
        <w:t>vt 0.045000 0.744900</w:t>
        <w:br/>
        <w:t>vt 0.039300 0.755300</w:t>
        <w:br/>
        <w:t>vt 0.021300 0.736300</w:t>
        <w:br/>
        <w:t>vt 0.027000 0.745200</w:t>
        <w:br/>
        <w:t>vt 0.036100 0.737500</w:t>
        <w:br/>
        <w:t>vt 0.030800 0.725400</w:t>
        <w:br/>
        <w:t>vt 0.016100 0.724300</w:t>
        <w:br/>
        <w:t>vt 0.027900 0.711100</w:t>
        <w:br/>
        <w:t>vt 0.013400 0.714100</w:t>
        <w:br/>
        <w:t>vt 0.052400 0.728000</w:t>
        <w:br/>
        <w:t>vt 0.040900 0.742000</w:t>
        <w:br/>
        <w:t>vt 0.054800 0.730600</w:t>
        <w:br/>
        <w:t>vt 0.027200 0.687900</w:t>
        <w:br/>
        <w:t>vt 0.025700 0.675400</w:t>
        <w:br/>
        <w:t>vt 0.009100 0.675400</w:t>
        <w:br/>
        <w:t>vt 0.054500 0.750100</w:t>
        <w:br/>
        <w:t>vt 0.061600 0.737100</w:t>
        <w:br/>
        <w:t>vt 0.058300 0.733800</w:t>
        <w:br/>
        <w:t>vt 0.042800 0.703000</w:t>
        <w:br/>
        <w:t>vt 0.031800 0.700400</w:t>
        <w:br/>
        <w:t>vt 0.043800 0.708100</w:t>
        <w:br/>
        <w:t>vt 0.048500 0.720600</w:t>
        <w:br/>
        <w:t>vt 0.045800 0.714300</w:t>
        <w:br/>
        <w:t>vt 0.050600 0.724900</w:t>
        <w:br/>
        <w:t>vt 0.033100 0.690200</w:t>
        <w:br/>
        <w:t>vt 0.041700 0.688700</w:t>
        <w:br/>
        <w:t>vt 0.059300 0.755200</w:t>
        <w:br/>
        <w:t>vt 0.046700 0.762000</w:t>
        <w:br/>
        <w:t>vt 0.049200 0.765000</w:t>
        <w:br/>
        <w:t>vt 0.041100 0.675400</w:t>
        <w:br/>
        <w:t>vt 0.042500 0.696000</w:t>
        <w:br/>
        <w:t>vt 0.034600 0.696400</w:t>
        <w:br/>
        <w:t>vt 0.011000 0.698100</w:t>
        <w:br/>
        <w:t>vt 0.012000 0.706900</w:t>
        <w:br/>
        <w:t>vt 0.021300 0.697100</w:t>
        <w:br/>
        <w:t>vt 0.034200 0.751800</w:t>
        <w:br/>
        <w:t>vt 0.027400 0.702200</w:t>
        <w:br/>
        <w:t>vt 0.068800 0.745600</w:t>
        <w:br/>
        <w:t>vt 0.194800 0.779900</w:t>
        <w:br/>
        <w:t>vt 0.191800 0.774100</w:t>
        <w:br/>
        <w:t>vt 0.193300 0.773600</w:t>
        <w:br/>
        <w:t>vt 0.196300 0.779600</w:t>
        <w:br/>
        <w:t>vt 0.186700 0.775400</w:t>
        <w:br/>
        <w:t>vt 0.187400 0.781800</w:t>
        <w:br/>
        <w:t>vt 0.182100 0.782100</w:t>
        <w:br/>
        <w:t>vt 0.180000 0.774800</w:t>
        <w:br/>
        <w:t>vt 0.173100 0.772800</w:t>
        <w:br/>
        <w:t>vt 0.175400 0.781600</w:t>
        <w:br/>
        <w:t>vt 0.170200 0.780600</w:t>
        <w:br/>
        <w:t>vt 0.188000 0.765400</w:t>
        <w:br/>
        <w:t>vt 0.189900 0.774600</w:t>
        <w:br/>
        <w:t>vt 0.186500 0.765600</w:t>
        <w:br/>
        <w:t>vt 0.162600 0.767700</w:t>
        <w:br/>
        <w:t>vt 0.151700 0.773400</w:t>
        <w:br/>
        <w:t>vt 0.156400 0.765200</w:t>
        <w:br/>
        <w:t>vt 0.191000 0.764900</w:t>
        <w:br/>
        <w:t>vt 0.194900 0.773100</w:t>
        <w:br/>
        <w:t>vt 0.189600 0.765200</w:t>
        <w:br/>
        <w:t>vt 0.170900 0.768900</w:t>
        <w:br/>
        <w:t>vt 0.176200 0.764700</w:t>
        <w:br/>
        <w:t>vt 0.179500 0.765500</w:t>
        <w:br/>
        <w:t>vt 0.183000 0.765700</w:t>
        <w:br/>
        <w:t>vt 0.185100 0.765600</w:t>
        <w:br/>
        <w:t>vt 0.165900 0.764600</w:t>
        <w:br/>
        <w:t>vt 0.160500 0.757600</w:t>
        <w:br/>
        <w:t>vt 0.167000 0.760900</w:t>
        <w:br/>
        <w:t>vt 0.197500 0.772600</w:t>
        <w:br/>
        <w:t>vt 0.199700 0.779200</w:t>
        <w:br/>
        <w:t>vt 0.198200 0.779300</w:t>
        <w:br/>
        <w:t>vt 0.148800 0.762100</w:t>
        <w:br/>
        <w:t>vt 0.152700 0.754800</w:t>
        <w:br/>
        <w:t>vt 0.170900 0.762700</w:t>
        <w:br/>
        <w:t>vt 0.174100 0.764200</w:t>
        <w:br/>
        <w:t>vt 0.168900 0.765700</w:t>
        <w:br/>
        <w:t>vt 0.192100 0.780700</w:t>
        <w:br/>
        <w:t>vt 0.169800 0.771300</w:t>
        <w:br/>
        <w:t>vt 0.166700 0.779600</w:t>
        <w:br/>
        <w:t>vt 0.165300 0.772800</w:t>
        <w:br/>
        <w:t>vt 0.196200 0.765200</w:t>
        <w:br/>
        <w:t>vt 0.144100 0.769800</w:t>
        <w:br/>
        <w:t>vt 0.162500 0.778100</w:t>
        <w:br/>
        <w:t>vt 0.044300 0.505700</w:t>
        <w:br/>
        <w:t>vt 0.044300 0.479200</w:t>
        <w:br/>
        <w:t>vt 0.040900 0.479200</w:t>
        <w:br/>
        <w:t>vt 0.040900 0.505700</w:t>
        <w:br/>
        <w:t>vt 0.040900 0.532500</w:t>
        <w:br/>
        <w:t>vt 0.044300 0.532500</w:t>
        <w:br/>
        <w:t>vt 0.040900 0.556800</w:t>
        <w:br/>
        <w:t>vt 0.044300 0.556800</w:t>
        <w:br/>
        <w:t>vt 0.040900 0.580300</w:t>
        <w:br/>
        <w:t>vt 0.044300 0.580300</w:t>
        <w:br/>
        <w:t>vt 0.040900 0.604900</w:t>
        <w:br/>
        <w:t>vt 0.044300 0.604900</w:t>
        <w:br/>
        <w:t>vt 0.040900 0.630300</w:t>
        <w:br/>
        <w:t>vt 0.044300 0.630300</w:t>
        <w:br/>
        <w:t>vt 0.040900 0.659400</w:t>
        <w:br/>
        <w:t>vt 0.044300 0.659400</w:t>
        <w:br/>
        <w:t>vt 0.008100 0.479200</w:t>
        <w:br/>
        <w:t>vt 0.004900 0.479200</w:t>
        <w:br/>
        <w:t>vt 0.004900 0.505700</w:t>
        <w:br/>
        <w:t>vt 0.008100 0.505700</w:t>
        <w:br/>
        <w:t>vt 0.004900 0.532500</w:t>
        <w:br/>
        <w:t>vt 0.008100 0.532500</w:t>
        <w:br/>
        <w:t>vt 0.004900 0.556800</w:t>
        <w:br/>
        <w:t>vt 0.008100 0.556800</w:t>
        <w:br/>
        <w:t>vt 0.008100 0.580300</w:t>
        <w:br/>
        <w:t>vt 0.004900 0.580300</w:t>
        <w:br/>
        <w:t>vt 0.004900 0.604900</w:t>
        <w:br/>
        <w:t>vt 0.008100 0.604900</w:t>
        <w:br/>
        <w:t>vt 0.004900 0.630300</w:t>
        <w:br/>
        <w:t>vt 0.008100 0.630300</w:t>
        <w:br/>
        <w:t>vt 0.004900 0.659400</w:t>
        <w:br/>
        <w:t>vt 0.008100 0.659400</w:t>
        <w:br/>
        <w:t>vt 0.044300 0.452800</w:t>
        <w:br/>
        <w:t>vt 0.040900 0.452800</w:t>
        <w:br/>
        <w:t>vt 0.044300 0.426200</w:t>
        <w:br/>
        <w:t>vt 0.040900 0.426200</w:t>
        <w:br/>
        <w:t>vt 0.040900 0.402200</w:t>
        <w:br/>
        <w:t>vt 0.044300 0.402200</w:t>
        <w:br/>
        <w:t>vt 0.044300 0.378400</w:t>
        <w:br/>
        <w:t>vt 0.040900 0.378400</w:t>
        <w:br/>
        <w:t>vt 0.044300 0.354000</w:t>
        <w:br/>
        <w:t>vt 0.040900 0.354000</w:t>
        <w:br/>
        <w:t>vt 0.044300 0.328600</w:t>
        <w:br/>
        <w:t>vt 0.040900 0.328600</w:t>
        <w:br/>
        <w:t>vt 0.044300 0.300800</w:t>
        <w:br/>
        <w:t>vt 0.040900 0.300800</w:t>
        <w:br/>
        <w:t>vt 0.040900 0.274800</w:t>
        <w:br/>
        <w:t>vt 0.044300 0.274800</w:t>
        <w:br/>
        <w:t>vt 0.040900 0.247900</w:t>
        <w:br/>
        <w:t>vt 0.044300 0.247900</w:t>
        <w:br/>
        <w:t>vt 0.044300 0.220800</w:t>
        <w:br/>
        <w:t>vt 0.040900 0.220800</w:t>
        <w:br/>
        <w:t>vt 0.008100 0.452800</w:t>
        <w:br/>
        <w:t>vt 0.004900 0.452800</w:t>
        <w:br/>
        <w:t>vt 0.008100 0.426200</w:t>
        <w:br/>
        <w:t>vt 0.004900 0.426200</w:t>
        <w:br/>
        <w:t>vt 0.008100 0.402200</w:t>
        <w:br/>
        <w:t>vt 0.004900 0.402200</w:t>
        <w:br/>
        <w:t>vt 0.008100 0.378400</w:t>
        <w:br/>
        <w:t>vt 0.004900 0.378400</w:t>
        <w:br/>
        <w:t>vt 0.008100 0.354000</w:t>
        <w:br/>
        <w:t>vt 0.004900 0.354000</w:t>
        <w:br/>
        <w:t>vt 0.008100 0.328600</w:t>
        <w:br/>
        <w:t>vt 0.004900 0.328600</w:t>
        <w:br/>
        <w:t>vt 0.008100 0.300800</w:t>
        <w:br/>
        <w:t>vt 0.004900 0.300800</w:t>
        <w:br/>
        <w:t>vt 0.008100 0.274800</w:t>
        <w:br/>
        <w:t>vt 0.004900 0.274800</w:t>
        <w:br/>
        <w:t>vt 0.008100 0.247900</w:t>
        <w:br/>
        <w:t>vt 0.004900 0.247900</w:t>
        <w:br/>
        <w:t>vt 0.004900 0.220800</w:t>
        <w:br/>
        <w:t>vt 0.008100 0.220800</w:t>
        <w:br/>
        <w:t>vt 0.044300 0.189800</w:t>
        <w:br/>
        <w:t>vt 0.040900 0.189800</w:t>
        <w:br/>
        <w:t>vt 0.040900 0.192900</w:t>
        <w:br/>
        <w:t>vt 0.044300 0.192900</w:t>
        <w:br/>
        <w:t>vt 0.004900 0.192900</w:t>
        <w:br/>
        <w:t>vt 0.008100 0.192900</w:t>
        <w:br/>
        <w:t>vt 0.008100 0.189800</w:t>
        <w:br/>
        <w:t>vt 0.004900 0.189800</w:t>
        <w:br/>
        <w:t>vt 0.044300 0.184700</w:t>
        <w:br/>
        <w:t>vt 0.040900 0.187400</w:t>
        <w:br/>
        <w:t>vt 0.008100 0.187400</w:t>
        <w:br/>
        <w:t>vt 0.004900 0.185000</w:t>
        <w:br/>
        <w:t>vt 0.040900 0.184600</w:t>
        <w:br/>
        <w:t>vt 0.008100 0.184600</w:t>
        <w:br/>
        <w:t>vt 0.040900 0.181800</w:t>
        <w:br/>
        <w:t>vt 0.008100 0.181800</w:t>
        <w:br/>
        <w:t>vt 0.044300 0.170500</w:t>
        <w:br/>
        <w:t>vt 0.040900 0.170500</w:t>
        <w:br/>
        <w:t>vt 0.008100 0.170500</w:t>
        <w:br/>
        <w:t>vt 0.004900 0.170500</w:t>
        <w:br/>
        <w:t>vt 0.050200 0.772900</w:t>
        <w:br/>
        <w:t>vt 0.049200 0.765000</w:t>
        <w:br/>
        <w:t>vt 0.046600 0.766200</w:t>
        <w:br/>
        <w:t>vt 0.047200 0.773500</w:t>
        <w:br/>
        <w:t>vt 0.057600 0.729200</w:t>
        <w:br/>
        <w:t>vt 0.054800 0.730600</w:t>
        <w:br/>
        <w:t>vt 0.058300 0.733800</w:t>
        <w:br/>
        <w:t>vt 0.061400 0.731300</w:t>
        <w:br/>
        <w:t>vt 0.039300 0.755300</w:t>
        <w:br/>
        <w:t>vt 0.038000 0.757400</w:t>
        <w:br/>
        <w:t>vt 0.041200 0.760300</w:t>
        <w:br/>
        <w:t>vt 0.043400 0.758300</w:t>
        <w:br/>
        <w:t>vt 0.052400 0.719600</w:t>
        <w:br/>
        <w:t>vt 0.048500 0.720600</w:t>
        <w:br/>
        <w:t>vt 0.050600 0.724900</w:t>
        <w:br/>
        <w:t>vt 0.053500 0.723800</w:t>
        <w:br/>
        <w:t>vt 0.024700 0.747400</w:t>
        <w:br/>
        <w:t>vt 0.027000 0.745200</w:t>
        <w:br/>
        <w:t>vt 0.021300 0.736300</w:t>
        <w:br/>
        <w:t>vt 0.018500 0.738000</w:t>
        <w:br/>
        <w:t>vt 0.047300 0.707000</w:t>
        <w:br/>
        <w:t>vt 0.043800 0.708100</w:t>
        <w:br/>
        <w:t>vt 0.045800 0.714300</w:t>
        <w:br/>
        <w:t>vt 0.049400 0.713500</w:t>
        <w:br/>
        <w:t>vt 0.016100 0.724300</w:t>
        <w:br/>
        <w:t>vt 0.013400 0.714100</w:t>
        <w:br/>
        <w:t>vt 0.010400 0.715000</w:t>
        <w:br/>
        <w:t>vt 0.013100 0.725400</w:t>
        <w:br/>
        <w:t>vt 0.042500 0.696000</w:t>
        <w:br/>
        <w:t>vt 0.042800 0.703000</w:t>
        <w:br/>
        <w:t>vt 0.046100 0.702800</w:t>
        <w:br/>
        <w:t>vt 0.045700 0.695600</w:t>
        <w:br/>
        <w:t>vt 0.012000 0.706900</w:t>
        <w:br/>
        <w:t>vt 0.011000 0.698100</w:t>
        <w:br/>
        <w:t>vt 0.007800 0.698700</w:t>
        <w:br/>
        <w:t>vt 0.008800 0.707700</w:t>
        <w:br/>
        <w:t>vt 0.034200 0.751800</w:t>
        <w:br/>
        <w:t>vt 0.032200 0.754400</w:t>
        <w:br/>
        <w:t>vt 0.055500 0.726400</w:t>
        <w:br/>
        <w:t>vt 0.052400 0.728000</w:t>
        <w:br/>
        <w:t>vt 0.041700 0.688700</w:t>
        <w:br/>
        <w:t>vt 0.045300 0.688200</w:t>
        <w:br/>
        <w:t>vt 0.044000 0.674600</w:t>
        <w:br/>
        <w:t>vt 0.041100 0.675400</w:t>
        <w:br/>
        <w:t>vt 0.044200 0.764000</w:t>
        <w:br/>
        <w:t>vt 0.046700 0.762000</w:t>
        <w:br/>
        <w:t>vt 0.061600 0.737100</w:t>
        <w:br/>
        <w:t>vt 0.063900 0.734900</w:t>
        <w:br/>
        <w:t>vt 0.005700 0.675900</w:t>
        <w:br/>
        <w:t>vt 0.009100 0.675400</w:t>
        <w:br/>
        <w:t>vt 0.068800 0.745600</w:t>
        <w:br/>
        <w:t>vt 0.071300 0.742900</w:t>
        <w:br/>
        <w:t>vt 0.040900 0.505700</w:t>
        <w:br/>
        <w:t>vt 0.040900 0.532500</w:t>
        <w:br/>
        <w:t>vt 0.008100 0.452800</w:t>
        <w:br/>
        <w:t>vt 0.201800 0.771500</w:t>
        <w:br/>
        <w:t>vt 0.203500 0.778500</w:t>
        <w:br/>
        <w:t>vt 0.201100 0.765400</w:t>
        <w:br/>
        <w:t>vt 0.076900 0.750600</w:t>
        <w:br/>
        <w:t>vt 0.078900 0.747800</w:t>
        <w:br/>
        <w:t>vt 0.274500 0.707700</w:t>
        <w:br/>
        <w:t>vt 0.277400 0.707700</w:t>
        <w:br/>
        <w:t>vt 0.277400 0.725300</w:t>
        <w:br/>
        <w:t>vt 0.274500 0.725300</w:t>
        <w:br/>
        <w:t>vt 0.271600 0.725300</w:t>
        <w:br/>
        <w:t>vt 0.271600 0.707700</w:t>
        <w:br/>
        <w:t>vt 0.266900 0.707700</w:t>
        <w:br/>
        <w:t>vt 0.266900 0.725300</w:t>
        <w:br/>
        <w:t>vt 0.280100 0.707700</w:t>
        <w:br/>
        <w:t>vt 0.292500 0.707700</w:t>
        <w:br/>
        <w:t>vt 0.292500 0.725300</w:t>
        <w:br/>
        <w:t>vt 0.280100 0.725300</w:t>
        <w:br/>
        <w:t>vt 0.260100 0.725300</w:t>
        <w:br/>
        <w:t>vt 0.260100 0.707700</w:t>
        <w:br/>
        <w:t>vt 0.250700 0.725300</w:t>
        <w:br/>
        <w:t>vt 0.250700 0.707700</w:t>
        <w:br/>
        <w:t>vt 0.301600 0.707700</w:t>
        <w:br/>
        <w:t>vt 0.312900 0.707700</w:t>
        <w:br/>
        <w:t>vt 0.312900 0.725300</w:t>
        <w:br/>
        <w:t>vt 0.301600 0.725300</w:t>
        <w:br/>
        <w:t>vt 0.321400 0.712400</w:t>
        <w:br/>
        <w:t>vt 0.326800 0.716500</w:t>
        <w:br/>
        <w:t>vt 0.321400 0.720700</w:t>
        <w:br/>
        <w:t>vt 0.294700 0.746100</w:t>
        <w:br/>
        <w:t>vt 0.294700 0.732500</w:t>
        <w:br/>
        <w:t>vt 0.296400 0.732500</w:t>
        <w:br/>
        <w:t>vt 0.296400 0.746100</w:t>
        <w:br/>
        <w:t>vt 0.298100 0.732500</w:t>
        <w:br/>
        <w:t>vt 0.298100 0.746100</w:t>
        <w:br/>
        <w:t>vt 0.301300 0.732500</w:t>
        <w:br/>
        <w:t>vt 0.301300 0.746100</w:t>
        <w:br/>
        <w:t>vt 0.285000 0.746100</w:t>
        <w:br/>
        <w:t>vt 0.285000 0.732500</w:t>
        <w:br/>
        <w:t>vt 0.293000 0.732500</w:t>
        <w:br/>
        <w:t>vt 0.293000 0.746100</w:t>
        <w:br/>
        <w:t>vt 0.306500 0.732500</w:t>
        <w:br/>
        <w:t>vt 0.306500 0.746100</w:t>
        <w:br/>
        <w:t>vt 0.315200 0.732500</w:t>
        <w:br/>
        <w:t>vt 0.315200 0.746100</w:t>
        <w:br/>
        <w:t>vt 0.279000 0.746100</w:t>
        <w:br/>
        <w:t>vt 0.271200 0.746100</w:t>
        <w:br/>
        <w:t>vt 0.271200 0.732500</w:t>
        <w:br/>
        <w:t>vt 0.279000 0.732500</w:t>
        <w:br/>
        <w:t>vt 0.264500 0.742900</w:t>
        <w:br/>
        <w:t>vt 0.260000 0.739300</w:t>
        <w:br/>
        <w:t>vt 0.264500 0.735700</w:t>
        <w:br/>
        <w:t>vt 0.274500 0.705500</w:t>
        <w:br/>
        <w:t>vt 0.277400 0.705500</w:t>
        <w:br/>
        <w:t>vt 0.274500 0.707700</w:t>
        <w:br/>
        <w:t>vt 0.277400 0.727500</w:t>
        <w:br/>
        <w:t>vt 0.274500 0.727500</w:t>
        <w:br/>
        <w:t>vt 0.274500 0.725300</w:t>
        <w:br/>
        <w:t>vt 0.271600 0.725300</w:t>
        <w:br/>
        <w:t>vt 0.271600 0.727500</w:t>
        <w:br/>
        <w:t>vt 0.271600 0.707700</w:t>
        <w:br/>
        <w:t>vt 0.271600 0.705500</w:t>
        <w:br/>
        <w:t>vt 0.266900 0.705500</w:t>
        <w:br/>
        <w:t>vt 0.266900 0.727500</w:t>
        <w:br/>
        <w:t>vt 0.292500 0.727500</w:t>
        <w:br/>
        <w:t>vt 0.280100 0.727500</w:t>
        <w:br/>
        <w:t>vt 0.280100 0.705500</w:t>
        <w:br/>
        <w:t>vt 0.292500 0.705500</w:t>
        <w:br/>
        <w:t>vt 0.260100 0.705500</w:t>
        <w:br/>
        <w:t>vt 0.260100 0.727500</w:t>
        <w:br/>
        <w:t>vt 0.248900 0.705500</w:t>
        <w:br/>
        <w:t>vt 0.248900 0.727500</w:t>
        <w:br/>
        <w:t>vt 0.312900 0.727500</w:t>
        <w:br/>
        <w:t>vt 0.301600 0.727500</w:t>
        <w:br/>
        <w:t>vt 0.301600 0.705500</w:t>
        <w:br/>
        <w:t>vt 0.312900 0.705500</w:t>
        <w:br/>
        <w:t>vt 0.326800 0.716500</w:t>
        <w:br/>
        <w:t>vt 0.328000 0.716500</w:t>
        <w:br/>
        <w:t>vt 0.322200 0.722200</w:t>
        <w:br/>
        <w:t>vt 0.321400 0.720700</w:t>
        <w:br/>
        <w:t>vt 0.316600 0.723300</w:t>
        <w:br/>
        <w:t>vt 0.317200 0.725200</w:t>
        <w:br/>
        <w:t>vt 0.316600 0.709700</w:t>
        <w:br/>
        <w:t>vt 0.317000 0.707700</w:t>
        <w:br/>
        <w:t>vt 0.321900 0.710600</w:t>
        <w:br/>
        <w:t>vt 0.321400 0.712400</w:t>
        <w:br/>
        <w:t>vt 0.328000 0.716500</w:t>
        <w:br/>
        <w:t>vt 0.326800 0.716500</w:t>
        <w:br/>
        <w:t>vt 0.268200 0.733600</w:t>
        <w:br/>
        <w:t>vt 0.268200 0.745000</w:t>
        <w:br/>
        <w:t>vt 0.316600 0.723300</w:t>
        <w:br/>
        <w:t>vt 0.316600 0.709700</w:t>
        <w:br/>
        <w:t>vt 0.250700 0.725300</w:t>
        <w:br/>
        <w:t>vt 0.248900 0.727500</w:t>
        <w:br/>
        <w:t>vt 0.248900 0.705500</w:t>
        <w:br/>
        <w:t>vt 0.250700 0.707700</w:t>
        <w:br/>
        <w:t>vt 0.840700 0.955300</w:t>
        <w:br/>
        <w:t>vt 0.840700 0.970600</w:t>
        <w:br/>
        <w:t>vt 0.855400 0.970600</w:t>
        <w:br/>
        <w:t>vt 0.855400 0.955300</w:t>
        <w:br/>
        <w:t>vt 0.869200 0.970600</w:t>
        <w:br/>
        <w:t>vt 0.869200 0.955300</w:t>
        <w:br/>
        <w:t>vt 0.883400 0.970600</w:t>
        <w:br/>
        <w:t>vt 0.883400 0.955300</w:t>
        <w:br/>
        <w:t>vt 0.897500 0.955300</w:t>
        <w:br/>
        <w:t>vt 0.897500 0.970600</w:t>
        <w:br/>
        <w:t>vt 0.911900 0.970600</w:t>
        <w:br/>
        <w:t>vt 0.911900 0.955300</w:t>
        <w:br/>
        <w:t>vt 0.926100 0.970600</w:t>
        <w:br/>
        <w:t>vt 0.926100 0.955300</w:t>
        <w:br/>
        <w:t>vt 0.940100 0.955300</w:t>
        <w:br/>
        <w:t>vt 0.940100 0.970600</w:t>
        <w:br/>
        <w:t>vt 0.954800 0.970600</w:t>
        <w:br/>
        <w:t>vt 0.954800 0.955300</w:t>
        <w:br/>
        <w:t>vt 0.970000 0.955300</w:t>
        <w:br/>
        <w:t>vt 0.970000 0.970600</w:t>
        <w:br/>
        <w:t>vt 0.984200 0.970600</w:t>
        <w:br/>
        <w:t>vt 0.984200 0.955300</w:t>
        <w:br/>
        <w:t>vt 0.769100 0.955300</w:t>
        <w:br/>
        <w:t>vt 0.769100 0.970600</w:t>
        <w:br/>
        <w:t>vt 0.783800 0.970600</w:t>
        <w:br/>
        <w:t>vt 0.783800 0.955300</w:t>
        <w:br/>
        <w:t>vt 0.798300 0.970600</w:t>
        <w:br/>
        <w:t>vt 0.798300 0.955300</w:t>
        <w:br/>
        <w:t>vt 0.812100 0.970600</w:t>
        <w:br/>
        <w:t>vt 0.812100 0.955300</w:t>
        <w:br/>
        <w:t>vt 0.826200 0.970600</w:t>
        <w:br/>
        <w:t>vt 0.826200 0.955300</w:t>
        <w:br/>
        <w:t>vt 0.840700 0.955300</w:t>
        <w:br/>
        <w:t>vt 0.855400 0.955300</w:t>
        <w:br/>
        <w:t>vt 0.855400 0.951800</w:t>
        <w:br/>
        <w:t>vt 0.840700 0.951800</w:t>
        <w:br/>
        <w:t>vt 0.855400 0.974100</w:t>
        <w:br/>
        <w:t>vt 0.855400 0.970600</w:t>
        <w:br/>
        <w:t>vt 0.840700 0.970600</w:t>
        <w:br/>
        <w:t>vt 0.840700 0.974100</w:t>
        <w:br/>
        <w:t>vt 0.869200 0.955300</w:t>
        <w:br/>
        <w:t>vt 0.869200 0.951800</w:t>
        <w:br/>
        <w:t>vt 0.869200 0.974100</w:t>
        <w:br/>
        <w:t>vt 0.869200 0.970600</w:t>
        <w:br/>
        <w:t>vt 0.883400 0.955300</w:t>
        <w:br/>
        <w:t>vt 0.883400 0.951800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0.955300</w:t>
        <w:br/>
        <w:t>vt 0.911900 0.951800</w:t>
        <w:br/>
        <w:t>vt 0.911900 0.974100</w:t>
        <w:br/>
        <w:t>vt 0.911900 0.970600</w:t>
        <w:br/>
        <w:t>vt 0.926100 0.955300</w:t>
        <w:br/>
        <w:t>vt 0.926100 0.951800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0.974100</w:t>
        <w:br/>
        <w:t>vt 0.954800 0.970600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0.769100 0.955300</w:t>
        <w:br/>
        <w:t>vt 0.783800 0.955300</w:t>
        <w:br/>
        <w:t>vt 0.783800 0.951800</w:t>
        <w:br/>
        <w:t>vt 0.769100 0.974100</w:t>
        <w:br/>
        <w:t>vt 0.783800 0.974100</w:t>
        <w:br/>
        <w:t>vt 0.783800 0.970600</w:t>
        <w:br/>
        <w:t>vt 0.769100 0.970600</w:t>
        <w:br/>
        <w:t>vt 0.798300 0.955300</w:t>
        <w:br/>
        <w:t>vt 0.798300 0.951800</w:t>
        <w:br/>
        <w:t>vt 0.798300 0.970600</w:t>
        <w:br/>
        <w:t>vt 0.798300 0.974100</w:t>
        <w:br/>
        <w:t>vt 0.812100 0.955300</w:t>
        <w:br/>
        <w:t>vt 0.812100 0.951800</w:t>
        <w:br/>
        <w:t>vt 0.812100 0.974100</w:t>
        <w:br/>
        <w:t>vt 0.812100 0.970600</w:t>
        <w:br/>
        <w:t>vt 0.826200 0.955300</w:t>
        <w:br/>
        <w:t>vt 0.826200 0.951800</w:t>
        <w:br/>
        <w:t>vt 0.826200 0.970600</w:t>
        <w:br/>
        <w:t>vt 0.826200 0.974100</w:t>
        <w:br/>
        <w:t>vt 0.755800 0.955300</w:t>
        <w:br/>
        <w:t>vt 0.755800 0.970600</w:t>
        <w:br/>
        <w:t>vt 0.997600 0.970600</w:t>
        <w:br/>
        <w:t>vt 0.997600 0.955300</w:t>
        <w:br/>
        <w:t>vt 0.755800 0.951800</w:t>
        <w:br/>
        <w:t>vt 0.755800 0.955300</w:t>
        <w:br/>
        <w:t>vt 0.755800 0.970600</w:t>
        <w:br/>
        <w:t>vt 0.755800 0.974100</w:t>
        <w:br/>
        <w:t>vt 0.755800 0.970600</w:t>
        <w:br/>
        <w:t>vt 0.755800 0.955300</w:t>
        <w:br/>
        <w:t>vt 0.751700 0.955300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0.840700 0.955300</w:t>
        <w:br/>
        <w:t>vt 0.855400 0.955300</w:t>
        <w:br/>
        <w:t>vt 0.855400 0.970600</w:t>
        <w:br/>
        <w:t>vt 0.840700 0.970600</w:t>
        <w:br/>
        <w:t>vt 0.869200 0.955300</w:t>
        <w:br/>
        <w:t>vt 0.869200 0.970600</w:t>
        <w:br/>
        <w:t>vt 0.883400 0.970600</w:t>
        <w:br/>
        <w:t>vt 0.883400 0.955300</w:t>
        <w:br/>
        <w:t>vt 0.897500 0.955300</w:t>
        <w:br/>
        <w:t>vt 0.897500 0.970600</w:t>
        <w:br/>
        <w:t>vt 0.911900 0.955300</w:t>
        <w:br/>
        <w:t>vt 0.911900 0.970600</w:t>
        <w:br/>
        <w:t>vt 0.926100 0.955300</w:t>
        <w:br/>
        <w:t>vt 0.926100 0.970600</w:t>
        <w:br/>
        <w:t>vt 0.940100 0.955300</w:t>
        <w:br/>
        <w:t>vt 0.940100 0.970600</w:t>
        <w:br/>
        <w:t>vt 0.954800 0.955300</w:t>
        <w:br/>
        <w:t>vt 0.954800 0.970600</w:t>
        <w:br/>
        <w:t>vt 0.970000 0.955300</w:t>
        <w:br/>
        <w:t>vt 0.970000 0.970600</w:t>
        <w:br/>
        <w:t>vt 0.984200 0.955300</w:t>
        <w:br/>
        <w:t>vt 0.984200 0.970600</w:t>
        <w:br/>
        <w:t>vt 0.769100 0.955300</w:t>
        <w:br/>
        <w:t>vt 0.783800 0.955300</w:t>
        <w:br/>
        <w:t>vt 0.783800 0.970600</w:t>
        <w:br/>
        <w:t>vt 0.769100 0.970600</w:t>
        <w:br/>
        <w:t>vt 0.798300 0.955300</w:t>
        <w:br/>
        <w:t>vt 0.798300 0.970600</w:t>
        <w:br/>
        <w:t>vt 0.812100 0.955300</w:t>
        <w:br/>
        <w:t>vt 0.812100 0.970600</w:t>
        <w:br/>
        <w:t>vt 0.826200 0.955300</w:t>
        <w:br/>
        <w:t>vt 0.826200 0.970600</w:t>
        <w:br/>
        <w:t>vt 0.855400 0.951800</w:t>
        <w:br/>
        <w:t>vt 0.855400 0.955300</w:t>
        <w:br/>
        <w:t>vt 0.840700 0.955300</w:t>
        <w:br/>
        <w:t>vt 0.840700 0.951800</w:t>
        <w:br/>
        <w:t>vt 0.840700 0.970600</w:t>
        <w:br/>
        <w:t>vt 0.855400 0.970600</w:t>
        <w:br/>
        <w:t>vt 0.855400 0.974100</w:t>
        <w:br/>
        <w:t>vt 0.840700 0.974100</w:t>
        <w:br/>
        <w:t>vt 0.869200 0.951800</w:t>
        <w:br/>
        <w:t>vt 0.869200 0.955300</w:t>
        <w:br/>
        <w:t>vt 0.869200 0.974100</w:t>
        <w:br/>
        <w:t>vt 0.869200 0.970600</w:t>
        <w:br/>
        <w:t>vt 0.883400 0.951800</w:t>
        <w:br/>
        <w:t>vt 0.883400 0.955300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0.951800</w:t>
        <w:br/>
        <w:t>vt 0.911900 0.955300</w:t>
        <w:br/>
        <w:t>vt 0.911900 0.974100</w:t>
        <w:br/>
        <w:t>vt 0.911900 0.970600</w:t>
        <w:br/>
        <w:t>vt 0.926100 0.951800</w:t>
        <w:br/>
        <w:t>vt 0.926100 0.955300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0.970600</w:t>
        <w:br/>
        <w:t>vt 0.954800 0.974100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0.783800 0.951800</w:t>
        <w:br/>
        <w:t>vt 0.783800 0.955300</w:t>
        <w:br/>
        <w:t>vt 0.769100 0.955300</w:t>
        <w:br/>
        <w:t>vt 0.769100 0.974100</w:t>
        <w:br/>
        <w:t>vt 0.769100 0.970600</w:t>
        <w:br/>
        <w:t>vt 0.783800 0.970600</w:t>
        <w:br/>
        <w:t>vt 0.783800 0.974100</w:t>
        <w:br/>
        <w:t>vt 0.798300 0.955300</w:t>
        <w:br/>
        <w:t>vt 0.798300 0.951800</w:t>
        <w:br/>
        <w:t>vt 0.798300 0.970600</w:t>
        <w:br/>
        <w:t>vt 0.798300 0.974100</w:t>
        <w:br/>
        <w:t>vt 0.812100 0.951800</w:t>
        <w:br/>
        <w:t>vt 0.812100 0.955300</w:t>
        <w:br/>
        <w:t>vt 0.812100 0.970600</w:t>
        <w:br/>
        <w:t>vt 0.812100 0.974100</w:t>
        <w:br/>
        <w:t>vt 0.826200 0.951800</w:t>
        <w:br/>
        <w:t>vt 0.826200 0.955300</w:t>
        <w:br/>
        <w:t>vt 0.826200 0.970600</w:t>
        <w:br/>
        <w:t>vt 0.826200 0.974100</w:t>
        <w:br/>
        <w:t>vt 0.755800 0.970600</w:t>
        <w:br/>
        <w:t>vt 0.755800 0.955300</w:t>
        <w:br/>
        <w:t>vt 0.997600 0.970600</w:t>
        <w:br/>
        <w:t>vt 0.997600 0.955300</w:t>
        <w:br/>
        <w:t>vt 0.755800 0.955300</w:t>
        <w:br/>
        <w:t>vt 0.755800 0.951800</w:t>
        <w:br/>
        <w:t>vt 0.755800 0.974100</w:t>
        <w:br/>
        <w:t>vt 0.755800 0.970600</w:t>
        <w:br/>
        <w:t>vt 0.751700 0.955300</w:t>
        <w:br/>
        <w:t>vt 0.755800 0.955300</w:t>
        <w:br/>
        <w:t>vt 0.755800 0.970600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0.887900 0.649500</w:t>
        <w:br/>
        <w:t>vt 0.887900 0.658100</w:t>
        <w:br/>
        <w:t>vt 0.884800 0.658100</w:t>
        <w:br/>
        <w:t>vt 0.884800 0.649500</w:t>
        <w:br/>
        <w:t>vt 0.875900 0.658100</w:t>
        <w:br/>
        <w:t>vt 0.873000 0.658100</w:t>
        <w:br/>
        <w:t>vt 0.873000 0.649500</w:t>
        <w:br/>
        <w:t>vt 0.875900 0.649500</w:t>
        <w:br/>
        <w:t>vt 0.878700 0.649500</w:t>
        <w:br/>
        <w:t>vt 0.881900 0.649500</w:t>
        <w:br/>
        <w:t>vt 0.881900 0.658100</w:t>
        <w:br/>
        <w:t>vt 0.878700 0.658100</w:t>
        <w:br/>
        <w:t>vt 0.881900 0.640900</w:t>
        <w:br/>
        <w:t>vt 0.884800 0.640900</w:t>
        <w:br/>
        <w:t>vt 0.834800 0.649500</w:t>
        <w:br/>
        <w:t>vt 0.830100 0.649500</w:t>
        <w:br/>
        <w:t>vt 0.831400 0.644900</w:t>
        <w:br/>
        <w:t>vt 0.875900 0.640900</w:t>
        <w:br/>
        <w:t>vt 0.878700 0.640900</w:t>
        <w:br/>
        <w:t>vt 0.831400 0.654000</w:t>
        <w:br/>
        <w:t>vt 0.854100 0.640900</w:t>
        <w:br/>
        <w:t>vt 0.854100 0.649500</w:t>
        <w:br/>
        <w:t>vt 0.840500 0.649500</w:t>
        <w:br/>
        <w:t>vt 0.840500 0.640900</w:t>
        <w:br/>
        <w:t>vt 0.890800 0.649500</w:t>
        <w:br/>
        <w:t>vt 0.887900 0.640900</w:t>
        <w:br/>
        <w:t>vt 0.890800 0.640900</w:t>
        <w:br/>
        <w:t>vt 0.854100 0.658100</w:t>
        <w:br/>
        <w:t>vt 0.840500 0.658100</w:t>
        <w:br/>
        <w:t>vt 0.863600 0.649500</w:t>
        <w:br/>
        <w:t>vt 0.863600 0.658100</w:t>
        <w:br/>
        <w:t>vt 0.873000 0.640900</w:t>
        <w:br/>
        <w:t>vt 0.890800 0.658100</w:t>
        <w:br/>
        <w:t>vt 0.863600 0.640900</w:t>
        <w:br/>
        <w:t>vt 0.992700 0.637700</w:t>
        <w:br/>
        <w:t>vt 0.992700 0.647700</w:t>
        <w:br/>
        <w:t>vt 0.974200 0.647700</w:t>
        <w:br/>
        <w:t>vt 0.974200 0.637700</w:t>
        <w:br/>
        <w:t>vt 0.942600 0.647700</w:t>
        <w:br/>
        <w:t>vt 0.942600 0.637700</w:t>
        <w:br/>
        <w:t>vt 0.944300 0.637700</w:t>
        <w:br/>
        <w:t>vt 0.944300 0.647700</w:t>
        <w:br/>
        <w:t>vt 0.937500 0.647700</w:t>
        <w:br/>
        <w:t>vt 0.935800 0.647700</w:t>
        <w:br/>
        <w:t>vt 0.935800 0.637700</w:t>
        <w:br/>
        <w:t>vt 0.937500 0.637700</w:t>
        <w:br/>
        <w:t>vt 0.939100 0.637700</w:t>
        <w:br/>
        <w:t>vt 0.940900 0.637700</w:t>
        <w:br/>
        <w:t>vt 0.940900 0.647700</w:t>
        <w:br/>
        <w:t>vt 0.939100 0.647700</w:t>
        <w:br/>
        <w:t>vt 0.942600 0.657800</w:t>
        <w:br/>
        <w:t>vt 0.940900 0.657800</w:t>
        <w:br/>
        <w:t>vt 0.899500 0.653000</w:t>
        <w:br/>
        <w:t>vt 0.898300 0.647700</w:t>
        <w:br/>
        <w:t>vt 0.902600 0.647700</w:t>
        <w:br/>
        <w:t>vt 0.939100 0.657800</w:t>
        <w:br/>
        <w:t>vt 0.937500 0.657800</w:t>
        <w:br/>
        <w:t>vt 0.899500 0.643200</w:t>
        <w:br/>
        <w:t>vt 0.928100 0.657800</w:t>
        <w:br/>
        <w:t>vt 0.919700 0.657800</w:t>
        <w:br/>
        <w:t>vt 0.919700 0.647700</w:t>
        <w:br/>
        <w:t>vt 0.928100 0.647700</w:t>
        <w:br/>
        <w:t>vt 0.946100 0.647700</w:t>
        <w:br/>
        <w:t>vt 0.946100 0.657800</w:t>
        <w:br/>
        <w:t>vt 0.944300 0.657800</w:t>
        <w:br/>
        <w:t>vt 0.957100 0.647700</w:t>
        <w:br/>
        <w:t>vt 0.957100 0.637700</w:t>
        <w:br/>
        <w:t>vt 0.992700 0.657800</w:t>
        <w:br/>
        <w:t>vt 0.974200 0.657800</w:t>
        <w:br/>
        <w:t>vt 0.919700 0.637700</w:t>
        <w:br/>
        <w:t>vt 0.928100 0.637700</w:t>
        <w:br/>
        <w:t>vt 0.957100 0.657800</w:t>
        <w:br/>
        <w:t>vt 0.946100 0.637700</w:t>
        <w:br/>
        <w:t>vt 0.995200 0.654500</w:t>
        <w:br/>
        <w:t>vt 0.995100 0.639400</w:t>
        <w:br/>
        <w:t>vt 0.935800 0.657800</w:t>
        <w:br/>
        <w:t>vt 0.993300 0.634300</w:t>
        <w:br/>
        <w:t>vt 0.993100 0.636000</w:t>
        <w:br/>
        <w:t>vt 0.974200 0.636000</w:t>
        <w:br/>
        <w:t>vt 0.974200 0.634300</w:t>
        <w:br/>
        <w:t>vt 0.942600 0.636000</w:t>
        <w:br/>
        <w:t>vt 0.942600 0.634300</w:t>
        <w:br/>
        <w:t>vt 0.944300 0.634300</w:t>
        <w:br/>
        <w:t>vt 0.944300 0.636000</w:t>
        <w:br/>
        <w:t>vt 0.937500 0.636000</w:t>
        <w:br/>
        <w:t>vt 0.935800 0.636000</w:t>
        <w:br/>
        <w:t>vt 0.935800 0.634300</w:t>
        <w:br/>
        <w:t>vt 0.937500 0.634300</w:t>
        <w:br/>
        <w:t>vt 0.940900 0.634300</w:t>
        <w:br/>
        <w:t>vt 0.940900 0.636000</w:t>
        <w:br/>
        <w:t>vt 0.939100 0.636000</w:t>
        <w:br/>
        <w:t>vt 0.939100 0.634300</w:t>
        <w:br/>
        <w:t>vt 0.942600 0.661300</w:t>
        <w:br/>
        <w:t>vt 0.940900 0.661300</w:t>
        <w:br/>
        <w:t>vt 0.940900 0.659600</w:t>
        <w:br/>
        <w:t>vt 0.942600 0.659600</w:t>
        <w:br/>
        <w:t>vt 0.901300 0.661300</w:t>
        <w:br/>
        <w:t>vt 0.901900 0.659600</w:t>
        <w:br/>
        <w:t>vt 0.907600 0.659600</w:t>
        <w:br/>
        <w:t>vt 0.907600 0.661300</w:t>
        <w:br/>
        <w:t>vt 0.897200 0.654500</w:t>
        <w:br/>
        <w:t>vt 0.898400 0.653800</w:t>
        <w:br/>
        <w:t>vt 0.939100 0.659600</w:t>
        <w:br/>
        <w:t>vt 0.939100 0.661300</w:t>
        <w:br/>
        <w:t>vt 0.937500 0.661300</w:t>
        <w:br/>
        <w:t>vt 0.937500 0.659600</w:t>
        <w:br/>
        <w:t>vt 0.897100 0.641800</w:t>
        <w:br/>
        <w:t>vt 0.898300 0.642400</w:t>
        <w:br/>
        <w:t>vt 0.897000 0.647700</w:t>
        <w:br/>
        <w:t>vt 0.895700 0.647700</w:t>
        <w:br/>
        <w:t>vt 0.907600 0.636000</w:t>
        <w:br/>
        <w:t>vt 0.901800 0.636000</w:t>
        <w:br/>
        <w:t>vt 0.901200 0.634300</w:t>
        <w:br/>
        <w:t>vt 0.907600 0.634300</w:t>
        <w:br/>
        <w:t>vt 0.928100 0.659600</w:t>
        <w:br/>
        <w:t>vt 0.928100 0.661300</w:t>
        <w:br/>
        <w:t>vt 0.919700 0.661300</w:t>
        <w:br/>
        <w:t>vt 0.919700 0.659600</w:t>
        <w:br/>
        <w:t>vt 0.946100 0.661300</w:t>
        <w:br/>
        <w:t>vt 0.944300 0.661300</w:t>
        <w:br/>
        <w:t>vt 0.944300 0.659600</w:t>
        <w:br/>
        <w:t>vt 0.946100 0.659600</w:t>
        <w:br/>
        <w:t>vt 0.957100 0.636000</w:t>
        <w:br/>
        <w:t>vt 0.957100 0.634300</w:t>
        <w:br/>
        <w:t>vt 0.974200 0.659600</w:t>
        <w:br/>
        <w:t>vt 0.993400 0.659600</w:t>
        <w:br/>
        <w:t>vt 0.993600 0.661300</w:t>
        <w:br/>
        <w:t>vt 0.974200 0.661300</w:t>
        <w:br/>
        <w:t>vt 0.919700 0.634300</w:t>
        <w:br/>
        <w:t>vt 0.919700 0.636000</w:t>
        <w:br/>
        <w:t>vt 0.957100 0.661300</w:t>
        <w:br/>
        <w:t>vt 0.957100 0.659600</w:t>
        <w:br/>
        <w:t>vt 0.946100 0.636000</w:t>
        <w:br/>
        <w:t>vt 0.946100 0.634300</w:t>
        <w:br/>
        <w:t>vt 0.998900 0.647700</w:t>
        <w:br/>
        <w:t>vt 0.997400 0.656200</w:t>
        <w:br/>
        <w:t>vt 0.996600 0.655400</w:t>
        <w:br/>
        <w:t>vt 0.997600 0.647700</w:t>
        <w:br/>
        <w:t>vt 0.996000 0.638700</w:t>
        <w:br/>
        <w:t>vt 0.996800 0.637900</w:t>
        <w:br/>
        <w:t>vt 0.937500 0.634300</w:t>
        <w:br/>
        <w:t>vt 0.928100 0.634300</w:t>
        <w:br/>
        <w:t>vt 0.928100 0.636000</w:t>
        <w:br/>
        <w:t>vt 0.935800 0.661300</w:t>
        <w:br/>
        <w:t>vt 0.935800 0.659600</w:t>
        <w:br/>
        <w:t>vt 0.928100 0.661300</w:t>
        <w:br/>
        <w:t>vt 0.942600 0.637700</w:t>
        <w:br/>
        <w:t>vt 0.942600 0.636000</w:t>
        <w:br/>
        <w:t>vt 0.944300 0.637700</w:t>
        <w:br/>
        <w:t>vt 0.937500 0.637700</w:t>
        <w:br/>
        <w:t>vt 0.935800 0.637700</w:t>
        <w:br/>
        <w:t>vt 0.939100 0.637700</w:t>
        <w:br/>
        <w:t>vt 0.940900 0.637700</w:t>
        <w:br/>
        <w:t>vt 0.940900 0.657800</w:t>
        <w:br/>
        <w:t>vt 0.902600 0.657800</w:t>
        <w:br/>
        <w:t>vt 0.907600 0.657800</w:t>
        <w:br/>
        <w:t>vt 0.898400 0.653800</w:t>
        <w:br/>
        <w:t>vt 0.897000 0.647700</w:t>
        <w:br/>
        <w:t>vt 0.939100 0.657800</w:t>
        <w:br/>
        <w:t>vt 0.937500 0.657800</w:t>
        <w:br/>
        <w:t>vt 0.901800 0.636000</w:t>
        <w:br/>
        <w:t>vt 0.902600 0.637700</w:t>
        <w:br/>
        <w:t>vt 0.899500 0.643200</w:t>
        <w:br/>
        <w:t>vt 0.907600 0.637700</w:t>
        <w:br/>
        <w:t>vt 0.919700 0.657800</w:t>
        <w:br/>
        <w:t>vt 0.928100 0.637700</w:t>
        <w:br/>
        <w:t>vt 0.919700 0.637700</w:t>
        <w:br/>
        <w:t>vt 0.946100 0.636000</w:t>
        <w:br/>
        <w:t>vt 0.995200 0.654500</w:t>
        <w:br/>
        <w:t>vt 0.996100 0.647700</w:t>
        <w:br/>
        <w:t>vt 0.996600 0.655400</w:t>
        <w:br/>
        <w:t>vt 0.995100 0.639400</w:t>
        <w:br/>
        <w:t>vt 0.935800 0.657800</w:t>
        <w:br/>
        <w:t>vt 0.928100 0.657800</w:t>
        <w:br/>
        <w:t>vt 0.907600 0.647700</w:t>
        <w:br/>
        <w:t>vt 0.907600 0.657800</w:t>
        <w:br/>
        <w:t>vt 0.907600 0.637700</w:t>
        <w:br/>
        <w:t>vt 0.902600 0.637700</w:t>
        <w:br/>
        <w:t>vt 0.902600 0.657800</w:t>
        <w:br/>
        <w:t>vt 0.834800 0.640900</w:t>
        <w:br/>
        <w:t>vt 0.834800 0.658100</w:t>
        <w:br/>
        <w:t>vt 0.996100 0.647700</w:t>
        <w:br/>
        <w:t>vt 0.930800 0.886500</w:t>
        <w:br/>
        <w:t>vt 0.917500 0.886500</w:t>
        <w:br/>
        <w:t>vt 0.917500 0.854300</w:t>
        <w:br/>
        <w:t>vt 0.930800 0.854300</w:t>
        <w:br/>
        <w:t>vt 0.904100 0.886500</w:t>
        <w:br/>
        <w:t>vt 0.904100 0.854300</w:t>
        <w:br/>
        <w:t>vt 0.930800 0.854300</w:t>
        <w:br/>
        <w:t>vt 0.917500 0.854300</w:t>
        <w:br/>
        <w:t>vt 0.917500 0.851300</w:t>
        <w:br/>
        <w:t>vt 0.930800 0.851300</w:t>
        <w:br/>
        <w:t>vt 0.944200 0.851300</w:t>
        <w:br/>
        <w:t>vt 0.944200 0.854300</w:t>
        <w:br/>
        <w:t>vt 0.957500 0.851300</w:t>
        <w:br/>
        <w:t>vt 0.957500 0.854300</w:t>
        <w:br/>
        <w:t>vt 0.970800 0.854300</w:t>
        <w:br/>
        <w:t>vt 0.970800 0.851300</w:t>
        <w:br/>
        <w:t>vt 0.984200 0.854300</w:t>
        <w:br/>
        <w:t>vt 0.984200 0.851300</w:t>
        <w:br/>
        <w:t>vt 0.997500 0.851300</w:t>
        <w:br/>
        <w:t>vt 0.997500 0.854300</w:t>
        <w:br/>
        <w:t>vt 0.837400 0.851300</w:t>
        <w:br/>
        <w:t>vt 0.850800 0.851300</w:t>
        <w:br/>
        <w:t>vt 0.850800 0.854300</w:t>
        <w:br/>
        <w:t>vt 0.837400 0.854300</w:t>
        <w:br/>
        <w:t>vt 0.864100 0.851300</w:t>
        <w:br/>
        <w:t>vt 0.864100 0.854300</w:t>
        <w:br/>
        <w:t>vt 0.877500 0.854300</w:t>
        <w:br/>
        <w:t>vt 0.877500 0.851300</w:t>
        <w:br/>
        <w:t>vt 0.890800 0.851300</w:t>
        <w:br/>
        <w:t>vt 0.890800 0.854300</w:t>
        <w:br/>
        <w:t>vt 0.904100 0.851300</w:t>
        <w:br/>
        <w:t>vt 0.904100 0.854300</w:t>
        <w:br/>
        <w:t>vt 0.917500 0.889500</w:t>
        <w:br/>
        <w:t>vt 0.917500 0.886500</w:t>
        <w:br/>
        <w:t>vt 0.930800 0.886500</w:t>
        <w:br/>
        <w:t>vt 0.930800 0.889500</w:t>
        <w:br/>
        <w:t>vt 0.944200 0.886500</w:t>
        <w:br/>
        <w:t>vt 0.944200 0.889500</w:t>
        <w:br/>
        <w:t>vt 0.957500 0.886500</w:t>
        <w:br/>
        <w:t>vt 0.957500 0.889500</w:t>
        <w:br/>
        <w:t>vt 0.970800 0.886500</w:t>
        <w:br/>
        <w:t>vt 0.970800 0.889500</w:t>
        <w:br/>
        <w:t>vt 0.984200 0.886500</w:t>
        <w:br/>
        <w:t>vt 0.984200 0.889500</w:t>
        <w:br/>
        <w:t>vt 0.997500 0.886500</w:t>
        <w:br/>
        <w:t>vt 0.997500 0.889500</w:t>
        <w:br/>
        <w:t>vt 0.850800 0.886500</w:t>
        <w:br/>
        <w:t>vt 0.850800 0.889500</w:t>
        <w:br/>
        <w:t>vt 0.837400 0.889500</w:t>
        <w:br/>
        <w:t>vt 0.837400 0.886500</w:t>
        <w:br/>
        <w:t>vt 0.864100 0.886500</w:t>
        <w:br/>
        <w:t>vt 0.864100 0.889500</w:t>
        <w:br/>
        <w:t>vt 0.877500 0.886500</w:t>
        <w:br/>
        <w:t>vt 0.877500 0.889500</w:t>
        <w:br/>
        <w:t>vt 0.890800 0.886500</w:t>
        <w:br/>
        <w:t>vt 0.890800 0.889500</w:t>
        <w:br/>
        <w:t>vt 0.904100 0.886500</w:t>
        <w:br/>
        <w:t>vt 0.904100 0.889500</w:t>
        <w:br/>
        <w:t>vt 0.944200 0.886500</w:t>
        <w:br/>
        <w:t>vt 0.944200 0.854300</w:t>
        <w:br/>
        <w:t>vt 0.957500 0.886500</w:t>
        <w:br/>
        <w:t>vt 0.957500 0.854300</w:t>
        <w:br/>
        <w:t>vt 0.970800 0.854300</w:t>
        <w:br/>
        <w:t>vt 0.970800 0.886500</w:t>
        <w:br/>
        <w:t>vt 0.984200 0.886500</w:t>
        <w:br/>
        <w:t>vt 0.984200 0.854300</w:t>
        <w:br/>
        <w:t>vt 0.997500 0.854300</w:t>
        <w:br/>
        <w:t>vt 0.997500 0.886500</w:t>
        <w:br/>
        <w:t>vt 0.850800 0.854300</w:t>
        <w:br/>
        <w:t>vt 0.850800 0.886500</w:t>
        <w:br/>
        <w:t>vt 0.837400 0.886500</w:t>
        <w:br/>
        <w:t>vt 0.837400 0.854300</w:t>
        <w:br/>
        <w:t>vt 0.864100 0.854300</w:t>
        <w:br/>
        <w:t>vt 0.864100 0.886500</w:t>
        <w:br/>
        <w:t>vt 0.877500 0.854300</w:t>
        <w:br/>
        <w:t>vt 0.877500 0.886500</w:t>
        <w:br/>
        <w:t>vt 0.890800 0.854300</w:t>
        <w:br/>
        <w:t>vt 0.890800 0.886500</w:t>
        <w:br/>
        <w:t>vt 0.930800 0.851300</w:t>
        <w:br/>
        <w:t>vt 0.917500 0.851300</w:t>
        <w:br/>
        <w:t>vt 0.917500 0.848800</w:t>
        <w:br/>
        <w:t>vt 0.930800 0.848800</w:t>
        <w:br/>
        <w:t>vt 0.944200 0.851300</w:t>
        <w:br/>
        <w:t>vt 0.944200 0.848800</w:t>
        <w:br/>
        <w:t>vt 0.957500 0.851300</w:t>
        <w:br/>
        <w:t>vt 0.957500 0.848800</w:t>
        <w:br/>
        <w:t>vt 0.970800 0.851300</w:t>
        <w:br/>
        <w:t>vt 0.970800 0.848800</w:t>
        <w:br/>
        <w:t>vt 0.984200 0.851300</w:t>
        <w:br/>
        <w:t>vt 0.984200 0.848800</w:t>
        <w:br/>
        <w:t>vt 0.997500 0.848800</w:t>
        <w:br/>
        <w:t>vt 0.997500 0.851300</w:t>
        <w:br/>
        <w:t>vt 0.837400 0.851300</w:t>
        <w:br/>
        <w:t>vt 0.837400 0.848800</w:t>
        <w:br/>
        <w:t>vt 0.850800 0.848800</w:t>
        <w:br/>
        <w:t>vt 0.850800 0.851300</w:t>
        <w:br/>
        <w:t>vt 0.864100 0.851300</w:t>
        <w:br/>
        <w:t>vt 0.864100 0.848800</w:t>
        <w:br/>
        <w:t>vt 0.877500 0.848800</w:t>
        <w:br/>
        <w:t>vt 0.877500 0.851300</w:t>
        <w:br/>
        <w:t>vt 0.890800 0.848800</w:t>
        <w:br/>
        <w:t>vt 0.890800 0.851300</w:t>
        <w:br/>
        <w:t>vt 0.904100 0.848800</w:t>
        <w:br/>
        <w:t>vt 0.904100 0.851300</w:t>
        <w:br/>
        <w:t>vt 0.917500 0.892100</w:t>
        <w:br/>
        <w:t>vt 0.930800 0.892100</w:t>
        <w:br/>
        <w:t>vt 0.944200 0.892100</w:t>
        <w:br/>
        <w:t>vt 0.957500 0.892100</w:t>
        <w:br/>
        <w:t>vt 0.970800 0.892100</w:t>
        <w:br/>
        <w:t>vt 0.984200 0.892100</w:t>
        <w:br/>
        <w:t>vt 0.997500 0.892100</w:t>
        <w:br/>
        <w:t>vt 0.850800 0.892100</w:t>
        <w:br/>
        <w:t>vt 0.837400 0.892100</w:t>
        <w:br/>
        <w:t>vt 0.864100 0.892100</w:t>
        <w:br/>
        <w:t>vt 0.877500 0.892100</w:t>
        <w:br/>
        <w:t>vt 0.890800 0.892100</w:t>
        <w:br/>
        <w:t>vt 0.904100 0.892100</w:t>
        <w:br/>
        <w:t>vt 0.918000 0.840900</w:t>
        <w:br/>
        <w:t>vt 0.904600 0.840900</w:t>
        <w:br/>
        <w:t>vt 0.904600 0.828500</w:t>
        <w:br/>
        <w:t>vt 0.918000 0.828500</w:t>
        <w:br/>
        <w:t>vt 0.891100 0.828500</w:t>
        <w:br/>
        <w:t>vt 0.891100 0.840900</w:t>
        <w:br/>
        <w:t>vt 0.877700 0.840900</w:t>
        <w:br/>
        <w:t>vt 0.877700 0.828500</w:t>
        <w:br/>
        <w:t>vt 0.864300 0.840900</w:t>
        <w:br/>
        <w:t>vt 0.864300 0.828500</w:t>
        <w:br/>
        <w:t>vt 0.850900 0.840900</w:t>
        <w:br/>
        <w:t>vt 0.850900 0.828500</w:t>
        <w:br/>
        <w:t>vt 0.837500 0.828500</w:t>
        <w:br/>
        <w:t>vt 0.837500 0.840900</w:t>
        <w:br/>
        <w:t>vt 0.985100 0.840900</w:t>
        <w:br/>
        <w:t>vt 0.985100 0.828500</w:t>
        <w:br/>
        <w:t>vt 0.998500 0.828500</w:t>
        <w:br/>
        <w:t>vt 0.998500 0.840900</w:t>
        <w:br/>
        <w:t>vt 0.971600 0.840900</w:t>
        <w:br/>
        <w:t>vt 0.971600 0.828500</w:t>
        <w:br/>
        <w:t>vt 0.958200 0.840900</w:t>
        <w:br/>
        <w:t>vt 0.958200 0.828500</w:t>
        <w:br/>
        <w:t>vt 0.944800 0.840900</w:t>
        <w:br/>
        <w:t>vt 0.944800 0.828500</w:t>
        <w:br/>
        <w:t>vt 0.931400 0.840900</w:t>
        <w:br/>
        <w:t>vt 0.931400 0.828500</w:t>
        <w:br/>
        <w:t>vt 0.904600 0.843500</w:t>
        <w:br/>
        <w:t>vt 0.904600 0.840900</w:t>
        <w:br/>
        <w:t>vt 0.918000 0.840900</w:t>
        <w:br/>
        <w:t>vt 0.918000 0.843500</w:t>
        <w:br/>
        <w:t>vt 0.918000 0.828500</w:t>
        <w:br/>
        <w:t>vt 0.904600 0.828500</w:t>
        <w:br/>
        <w:t>vt 0.904600 0.825900</w:t>
        <w:br/>
        <w:t>vt 0.918000 0.825900</w:t>
        <w:br/>
        <w:t>vt 0.891100 0.843500</w:t>
        <w:br/>
        <w:t>vt 0.891100 0.840900</w:t>
        <w:br/>
        <w:t>vt 0.891100 0.828500</w:t>
        <w:br/>
        <w:t>vt 0.891100 0.825900</w:t>
        <w:br/>
        <w:t>vt 0.877700 0.843500</w:t>
        <w:br/>
        <w:t>vt 0.877700 0.840900</w:t>
        <w:br/>
        <w:t>vt 0.877700 0.828500</w:t>
        <w:br/>
        <w:t>vt 0.877700 0.825900</w:t>
        <w:br/>
        <w:t>vt 0.864300 0.843500</w:t>
        <w:br/>
        <w:t>vt 0.864300 0.840900</w:t>
        <w:br/>
        <w:t>vt 0.864300 0.828500</w:t>
        <w:br/>
        <w:t>vt 0.864300 0.825900</w:t>
        <w:br/>
        <w:t>vt 0.850900 0.843500</w:t>
        <w:br/>
        <w:t>vt 0.850900 0.840900</w:t>
        <w:br/>
        <w:t>vt 0.850900 0.828500</w:t>
        <w:br/>
        <w:t>vt 0.850900 0.825900</w:t>
        <w:br/>
        <w:t>vt 0.837500 0.843500</w:t>
        <w:br/>
        <w:t>vt 0.837500 0.840900</w:t>
        <w:br/>
        <w:t>vt 0.837500 0.828500</w:t>
        <w:br/>
        <w:t>vt 0.837500 0.825900</w:t>
        <w:br/>
        <w:t>vt 0.985100 0.840900</w:t>
        <w:br/>
        <w:t>vt 0.998500 0.840900</w:t>
        <w:br/>
        <w:t>vt 0.998500 0.843500</w:t>
        <w:br/>
        <w:t>vt 0.985100 0.843500</w:t>
        <w:br/>
        <w:t>vt 0.998500 0.828500</w:t>
        <w:br/>
        <w:t>vt 0.985100 0.828500</w:t>
        <w:br/>
        <w:t>vt 0.985100 0.825900</w:t>
        <w:br/>
        <w:t>vt 0.998500 0.825900</w:t>
        <w:br/>
        <w:t>vt 0.971600 0.843500</w:t>
        <w:br/>
        <w:t>vt 0.971600 0.840900</w:t>
        <w:br/>
        <w:t>vt 0.971600 0.825900</w:t>
        <w:br/>
        <w:t>vt 0.971600 0.828500</w:t>
        <w:br/>
        <w:t>vt 0.958200 0.840900</w:t>
        <w:br/>
        <w:t>vt 0.958200 0.843500</w:t>
        <w:br/>
        <w:t>vt 0.958200 0.828500</w:t>
        <w:br/>
        <w:t>vt 0.958200 0.825900</w:t>
        <w:br/>
        <w:t>vt 0.944800 0.843500</w:t>
        <w:br/>
        <w:t>vt 0.944800 0.840900</w:t>
        <w:br/>
        <w:t>vt 0.944800 0.825900</w:t>
        <w:br/>
        <w:t>vt 0.944800 0.828500</w:t>
        <w:br/>
        <w:t>vt 0.931400 0.843500</w:t>
        <w:br/>
        <w:t>vt 0.931400 0.840900</w:t>
        <w:br/>
        <w:t>vt 0.931400 0.828500</w:t>
        <w:br/>
        <w:t>vt 0.931400 0.825900</w:t>
        <w:br/>
        <w:t>vt 0.904600 0.845600</w:t>
        <w:br/>
        <w:t>vt 0.918000 0.845600</w:t>
        <w:br/>
        <w:t>vt 0.918000 0.823800</w:t>
        <w:br/>
        <w:t>vt 0.904600 0.823800</w:t>
        <w:br/>
        <w:t>vt 0.891100 0.845600</w:t>
        <w:br/>
        <w:t>vt 0.891100 0.823800</w:t>
        <w:br/>
        <w:t>vt 0.877700 0.845600</w:t>
        <w:br/>
        <w:t>vt 0.877700 0.823800</w:t>
        <w:br/>
        <w:t>vt 0.864300 0.845600</w:t>
        <w:br/>
        <w:t>vt 0.864300 0.823800</w:t>
        <w:br/>
        <w:t>vt 0.850900 0.845600</w:t>
        <w:br/>
        <w:t>vt 0.850900 0.823800</w:t>
        <w:br/>
        <w:t>vt 0.837500 0.845600</w:t>
        <w:br/>
        <w:t>vt 0.837500 0.823800</w:t>
        <w:br/>
        <w:t>vt 0.998500 0.845600</w:t>
        <w:br/>
        <w:t>vt 0.985100 0.845600</w:t>
        <w:br/>
        <w:t>vt 0.985100 0.823800</w:t>
        <w:br/>
        <w:t>vt 0.998500 0.823800</w:t>
        <w:br/>
        <w:t>vt 0.971600 0.845600</w:t>
        <w:br/>
        <w:t>vt 0.971600 0.823800</w:t>
        <w:br/>
        <w:t>vt 0.958200 0.845600</w:t>
        <w:br/>
        <w:t>vt 0.958200 0.823800</w:t>
        <w:br/>
        <w:t>vt 0.944800 0.845600</w:t>
        <w:br/>
        <w:t>vt 0.944800 0.823800</w:t>
        <w:br/>
        <w:t>vt 0.931400 0.845600</w:t>
        <w:br/>
        <w:t>vt 0.931400 0.823800</w:t>
        <w:br/>
        <w:t>vt 0.077300 0.642300</w:t>
        <w:br/>
        <w:t>vt 0.076900 0.628600</w:t>
        <w:br/>
        <w:t>vt 0.097000 0.630000</w:t>
        <w:br/>
        <w:t>vt 0.100400 0.643000</w:t>
        <w:br/>
        <w:t>vt 0.088300 0.726000</w:t>
        <w:br/>
        <w:t>vt 0.084500 0.703000</w:t>
        <w:br/>
        <w:t>vt 0.108800 0.702200</w:t>
        <w:br/>
        <w:t>vt 0.109800 0.724600</w:t>
        <w:br/>
        <w:t>vt 0.159100 0.664400</w:t>
        <w:br/>
        <w:t>vt 0.146500 0.665100</w:t>
        <w:br/>
        <w:t>vt 0.147800 0.677600</w:t>
        <w:br/>
        <w:t>vt 0.161900 0.676600</w:t>
        <w:br/>
        <w:t>vt 0.102900 0.657900</w:t>
        <w:br/>
        <w:t>vt 0.106300 0.679700</w:t>
        <w:br/>
        <w:t>vt 0.081500 0.679400</w:t>
        <w:br/>
        <w:t>vt 0.078700 0.657600</w:t>
        <w:br/>
        <w:t>vt 0.158400 0.649800</w:t>
        <w:br/>
        <w:t>vt 0.146200 0.629000</w:t>
        <w:br/>
        <w:t>vt 0.145900 0.649700</w:t>
        <w:br/>
        <w:t>vt 0.172100 0.684400</w:t>
        <w:br/>
        <w:t>vt 0.176800 0.677200</w:t>
        <w:br/>
        <w:t>vt 0.076900 0.623600</w:t>
        <w:br/>
        <w:t>vt 0.095700 0.624800</w:t>
        <w:br/>
        <w:t>vt 0.093700 0.610300</w:t>
        <w:br/>
        <w:t>vt 0.094000 0.614700</w:t>
        <w:br/>
        <w:t>vt 0.077600 0.612900</w:t>
        <w:br/>
        <w:t>vt 0.075200 0.608400</w:t>
        <w:br/>
        <w:t>vt 0.072600 0.585400</w:t>
        <w:br/>
        <w:t>vt 0.094300 0.583400</w:t>
        <w:br/>
        <w:t>vt 0.092100 0.595600</w:t>
        <w:br/>
        <w:t>vt 0.071900 0.595200</w:t>
        <w:br/>
        <w:t>vt 0.101000 0.533300</w:t>
        <w:br/>
        <w:t>vt 0.081100 0.533700</w:t>
        <w:br/>
        <w:t>vt 0.084100 0.511900</w:t>
        <w:br/>
        <w:t>vt 0.103500 0.513000</w:t>
        <w:br/>
        <w:t>vt 0.096200 0.570800</w:t>
        <w:br/>
        <w:t>vt 0.074200 0.573500</w:t>
        <w:br/>
        <w:t>vt 0.077100 0.554000</w:t>
        <w:br/>
        <w:t>vt 0.098600 0.552000</w:t>
        <w:br/>
        <w:t>vt 0.104400 0.491600</w:t>
        <w:br/>
        <w:t>vt 0.085000 0.493900</w:t>
        <w:br/>
        <w:t>vt 0.083600 0.483400</w:t>
        <w:br/>
        <w:t>vt 0.105600 0.478200</w:t>
        <w:br/>
        <w:t>vt 0.175400 0.696200</w:t>
        <w:br/>
        <w:t>vt 0.184000 0.695900</w:t>
        <w:br/>
        <w:t>vt 0.180100 0.690100</w:t>
        <w:br/>
        <w:t>vt 0.174200 0.689500</w:t>
        <w:br/>
        <w:t>vt 0.109600 0.745300</w:t>
        <w:br/>
        <w:t>vt 0.091100 0.741500</w:t>
        <w:br/>
        <w:t>vt 0.092800 0.605200</w:t>
        <w:br/>
        <w:t>vt 0.073600 0.603200</w:t>
        <w:br/>
        <w:t>vt 0.094400 0.617600</w:t>
        <w:br/>
        <w:t>vt 0.077200 0.616100</w:t>
        <w:br/>
        <w:t>vt 0.300286 0.913725</w:t>
        <w:br/>
        <w:t>vt 0.293686 0.928325</w:t>
        <w:br/>
        <w:t>vt 0.268486 0.911925</w:t>
        <w:br/>
        <w:t>vt 0.273286 0.901825</w:t>
        <w:br/>
        <w:t>vt 0.282686 0.875725</w:t>
        <w:br/>
        <w:t>vt 0.292386 0.867625</w:t>
        <w:br/>
        <w:t>vt 0.302086 0.878825</w:t>
        <w:br/>
        <w:t>vt 0.282886 0.935625</w:t>
        <w:br/>
        <w:t>vt 0.079800 0.475400</w:t>
        <w:br/>
        <w:t>vt 0.106300 0.466200</w:t>
        <w:br/>
        <w:t>vt 0.149900 0.686700</w:t>
        <w:br/>
        <w:t>vt 0.155600 0.687500</w:t>
        <w:br/>
        <w:t>vt 0.154100 0.682900</w:t>
        <w:br/>
        <w:t>vt 0.149000 0.683700</w:t>
        <w:br/>
        <w:t>vt 0.170800 0.704800</w:t>
        <w:br/>
        <w:t>vt 0.158400 0.693700</w:t>
        <w:br/>
        <w:t>vt 0.154300 0.701200</w:t>
        <w:br/>
        <w:t>vt 0.163700 0.682700</w:t>
        <w:br/>
        <w:t>vt 0.095000 0.620900</w:t>
        <w:br/>
        <w:t>vt 0.076900 0.619600</w:t>
        <w:br/>
        <w:t>vt 0.158400 0.693700</w:t>
        <w:br/>
        <w:t>vt 0.166100 0.695600</w:t>
        <w:br/>
        <w:t>vt 0.165200 0.688000</w:t>
        <w:br/>
        <w:t>vt 0.275186 0.892825</w:t>
        <w:br/>
        <w:t>vt 0.275486 0.883225</w:t>
        <w:br/>
        <w:t>vt 0.306986 0.888125</w:t>
        <w:br/>
        <w:t>vt 0.303986 0.901825</w:t>
        <w:br/>
        <w:t>vt 0.191400 0.702800</w:t>
        <w:br/>
        <w:t>vt 0.175400 0.696200</w:t>
        <w:br/>
        <w:t>vt 0.127700 0.580900</w:t>
        <w:br/>
        <w:t>vt 0.107300 0.581700</w:t>
        <w:br/>
        <w:t>vt 0.108900 0.569000</w:t>
        <w:br/>
        <w:t>vt 0.129900 0.568900</w:t>
        <w:br/>
        <w:t>vt 0.117000 0.495900</w:t>
        <w:br/>
        <w:t>vt 0.134000 0.495600</w:t>
        <w:br/>
        <w:t>vt 0.134300 0.515100</w:t>
        <w:br/>
        <w:t>vt 0.116000 0.515900</w:t>
        <w:br/>
        <w:t>vt 0.766500 0.459900</w:t>
        <w:br/>
        <w:t>vt 0.744500 0.466500</w:t>
        <w:br/>
        <w:t>vt 0.743600 0.456000</w:t>
        <w:br/>
        <w:t>vt 0.762300 0.450900</w:t>
        <w:br/>
        <w:t>vt 0.113300 0.536200</w:t>
        <w:br/>
        <w:t>vt 0.133700 0.535200</w:t>
        <w:br/>
        <w:t>vt 0.131900 0.555100</w:t>
        <w:br/>
        <w:t>vt 0.111100 0.555400</w:t>
        <w:br/>
        <w:t>vt 0.129200 0.467500</w:t>
        <w:br/>
        <w:t>vt 0.132100 0.477400</w:t>
        <w:br/>
        <w:t>vt 0.117300 0.482500</w:t>
        <w:br/>
        <w:t>vt 0.115400 0.468400</w:t>
        <w:br/>
        <w:t>vt 0.746100 0.481900</w:t>
        <w:br/>
        <w:t>vt 0.745200 0.477000</w:t>
        <w:br/>
        <w:t>vt 0.770800 0.468800</w:t>
        <w:br/>
        <w:t>vt 0.774000 0.473600</w:t>
        <w:br/>
        <w:t>vt 0.127100 0.585200</w:t>
        <w:br/>
        <w:t>vt 0.106300 0.585800</w:t>
        <w:br/>
        <w:t>vt 0.105900 0.593200</w:t>
        <w:br/>
        <w:t>vt 0.125600 0.592800</w:t>
        <w:br/>
        <w:t>vt 0.123700 0.595700</w:t>
        <w:br/>
        <w:t>vt 0.104200 0.596200</w:t>
        <w:br/>
        <w:t>vt 0.104600 0.618400</w:t>
        <w:br/>
        <w:t>vt 0.101900 0.609000</w:t>
        <w:br/>
        <w:t>vt 0.120900 0.607600</w:t>
        <w:br/>
        <w:t>vt 0.123400 0.618100</w:t>
        <w:br/>
        <w:t>vt 0.136500 0.663100</w:t>
        <w:br/>
        <w:t>vt 0.140300 0.682200</w:t>
        <w:br/>
        <w:t>vt 0.122100 0.684400</w:t>
        <w:br/>
        <w:t>vt 0.118100 0.664900</w:t>
        <w:br/>
        <w:t>vt 0.113300 0.646700</w:t>
        <w:br/>
        <w:t>vt 0.107900 0.629300</w:t>
        <w:br/>
        <w:t>vt 0.127000 0.629200</w:t>
        <w:br/>
        <w:t>vt 0.131900 0.646100</w:t>
        <w:br/>
        <w:t>vt 0.123500 0.707800</w:t>
        <w:br/>
        <w:t>vt 0.124200 0.699800</w:t>
        <w:br/>
        <w:t>vt 0.140300 0.702500</w:t>
        <w:br/>
        <w:t>vt 0.139400 0.714900</w:t>
        <w:br/>
        <w:t>vt 0.753200 0.484300</w:t>
        <w:br/>
        <w:t>vt 0.748000 0.483200</w:t>
        <w:br/>
        <w:t>vt 0.776300 0.475200</w:t>
        <w:br/>
        <w:t>vt 0.779700 0.477400</w:t>
        <w:br/>
        <w:t>vt 0.102800 0.600800</w:t>
        <w:br/>
        <w:t>vt 0.122400 0.599800</w:t>
        <w:br/>
        <w:t>vt 0.125600 0.592800</w:t>
        <w:br/>
        <w:t>vt 0.105900 0.593200</w:t>
        <w:br/>
        <w:t>vt 0.105800 0.591800</w:t>
        <w:br/>
        <w:t>vt 0.125700 0.590900</w:t>
        <w:br/>
        <w:t>vt 0.242500 0.953500</w:t>
        <w:br/>
        <w:t>vt 0.232200 0.919900</w:t>
        <w:br/>
        <w:t>vt 0.245100 0.916700</w:t>
        <w:br/>
        <w:t>vt 0.258800 0.947200</w:t>
        <w:br/>
        <w:t>vt 0.204100 0.952300</w:t>
        <w:br/>
        <w:t>vt 0.192900 0.940800</w:t>
        <w:br/>
        <w:t>vt 0.201400 0.929500</w:t>
        <w:br/>
        <w:t>vt 0.270700 0.938600</w:t>
        <w:br/>
        <w:t>vt 0.137600 0.723300</w:t>
        <w:br/>
        <w:t>vt 0.118600 0.712500</w:t>
        <w:br/>
        <w:t>vt 0.779700 0.477400</w:t>
        <w:br/>
        <w:t>vt 0.784900 0.481500</w:t>
        <w:br/>
        <w:t>vt 0.756100 0.487600</w:t>
        <w:br/>
        <w:t>vt 0.753200 0.484300</w:t>
        <w:br/>
        <w:t>vt 0.126500 0.588400</w:t>
        <w:br/>
        <w:t>vt 0.105900 0.589100</w:t>
        <w:br/>
        <w:t>vt 0.221600 0.921000</w:t>
        <w:br/>
        <w:t>vt 0.229100 0.956600</w:t>
        <w:br/>
        <w:t>vt 0.214000 0.957400</w:t>
        <w:br/>
        <w:t>vt 0.210500 0.922000</w:t>
        <w:br/>
        <w:t>vt 0.208600 0.918700</w:t>
        <w:br/>
        <w:t>vt 0.210500 0.922000</w:t>
        <w:br/>
        <w:t>vt 0.201400 0.929500</w:t>
        <w:br/>
        <w:t>vt 0.198200 0.927200</w:t>
        <w:br/>
        <w:t>vt 0.192900 0.940800</w:t>
        <w:br/>
        <w:t>vt 0.189700 0.941300</w:t>
        <w:br/>
        <w:t>vt 0.099700 0.629200</w:t>
        <w:br/>
        <w:t>vt 0.103300 0.642400</w:t>
        <w:br/>
        <w:t>vt 0.100400 0.643000</w:t>
        <w:br/>
        <w:t>vt 0.097000 0.630000</w:t>
        <w:br/>
        <w:t>vt 0.077300 0.642300</w:t>
        <w:br/>
        <w:t>vt 0.074300 0.642500</w:t>
        <w:br/>
        <w:t>vt 0.074100 0.628600</w:t>
        <w:br/>
        <w:t>vt 0.076900 0.628600</w:t>
        <w:br/>
        <w:t>vt 0.081200 0.703400</w:t>
        <w:br/>
        <w:t>vt 0.088300 0.726000</w:t>
        <w:br/>
        <w:t>vt 0.084800 0.726600</w:t>
        <w:br/>
        <w:t>vt 0.112900 0.724600</w:t>
        <w:br/>
        <w:t>vt 0.109800 0.724600</w:t>
        <w:br/>
        <w:t>vt 0.111500 0.702100</w:t>
        <w:br/>
        <w:t>vt 0.176100 0.664100</w:t>
        <w:br/>
        <w:t>vt 0.176800 0.677200</w:t>
        <w:br/>
        <w:t>vt 0.181900 0.676600</w:t>
        <w:br/>
        <w:t>vt 0.180900 0.663300</w:t>
        <w:br/>
        <w:t>vt 0.142100 0.664400</w:t>
        <w:br/>
        <w:t>vt 0.146500 0.665100</w:t>
        <w:br/>
        <w:t>vt 0.145900 0.649700</w:t>
        <w:br/>
        <w:t>vt 0.140800 0.649600</w:t>
        <w:br/>
        <w:t>vt 0.078700 0.657600</w:t>
        <w:br/>
        <w:t>vt 0.081500 0.679400</w:t>
        <w:br/>
        <w:t>vt 0.078300 0.679700</w:t>
        <w:br/>
        <w:t>vt 0.075700 0.657900</w:t>
        <w:br/>
        <w:t>vt 0.105900 0.657500</w:t>
        <w:br/>
        <w:t>vt 0.109200 0.679400</w:t>
        <w:br/>
        <w:t>vt 0.106300 0.679700</w:t>
        <w:br/>
        <w:t>vt 0.102900 0.657900</w:t>
        <w:br/>
        <w:t>vt 0.174600 0.649800</w:t>
        <w:br/>
        <w:t>vt 0.179900 0.649500</w:t>
        <w:br/>
        <w:t>vt 0.177900 0.630900</w:t>
        <w:br/>
        <w:t>vt 0.173100 0.631300</w:t>
        <w:br/>
        <w:t>vt 0.109600 0.745300</w:t>
        <w:br/>
        <w:t>vt 0.112600 0.745600</w:t>
        <w:br/>
        <w:t>vt 0.110900 0.755100</w:t>
        <w:br/>
        <w:t>vt 0.108000 0.754600</w:t>
        <w:br/>
        <w:t>vt 0.144700 0.685100</w:t>
        <w:br/>
        <w:t>vt 0.149000 0.683700</w:t>
        <w:br/>
        <w:t>vt 0.147800 0.677600</w:t>
        <w:br/>
        <w:t>vt 0.143700 0.678000</w:t>
        <w:br/>
        <w:t>vt 0.183100 0.684300</w:t>
        <w:br/>
        <w:t>vt 0.178500 0.685300</w:t>
        <w:br/>
        <w:t>vt 0.073900 0.623600</w:t>
        <w:br/>
        <w:t>vt 0.076900 0.623600</w:t>
        <w:br/>
        <w:t>vt 0.095000 0.620900</w:t>
        <w:br/>
        <w:t>vt 0.097900 0.620300</w:t>
        <w:br/>
        <w:t>vt 0.098700 0.624200</w:t>
        <w:br/>
        <w:t>vt 0.095700 0.624800</w:t>
        <w:br/>
        <w:t>vt 0.074400 0.613700</w:t>
        <w:br/>
        <w:t>vt 0.072200 0.609400</w:t>
        <w:br/>
        <w:t>vt 0.075200 0.608400</w:t>
        <w:br/>
        <w:t>vt 0.077600 0.612900</w:t>
        <w:br/>
        <w:t>vt 0.096700 0.609800</w:t>
        <w:br/>
        <w:t>vt 0.093700 0.610300</w:t>
        <w:br/>
        <w:t>vt 0.092800 0.605200</w:t>
        <w:br/>
        <w:t>vt 0.095900 0.604800</w:t>
        <w:br/>
        <w:t>vt 0.072600 0.585400</w:t>
        <w:br/>
        <w:t>vt 0.071900 0.595200</w:t>
        <w:br/>
        <w:t>vt 0.069700 0.595300</w:t>
        <w:br/>
        <w:t>vt 0.069600 0.585100</w:t>
        <w:br/>
        <w:t>vt 0.095800 0.595800</w:t>
        <w:br/>
        <w:t>vt 0.092100 0.595600</w:t>
        <w:br/>
        <w:t>vt 0.094300 0.583400</w:t>
        <w:br/>
        <w:t>vt 0.097400 0.583900</w:t>
        <w:br/>
        <w:t>vt 0.106300 0.513300</w:t>
        <w:br/>
        <w:t>vt 0.103800 0.533600</w:t>
        <w:br/>
        <w:t>vt 0.101000 0.533300</w:t>
        <w:br/>
        <w:t>vt 0.103500 0.513000</w:t>
        <w:br/>
        <w:t>vt 0.081100 0.533700</w:t>
        <w:br/>
        <w:t>vt 0.077900 0.533200</w:t>
        <w:br/>
        <w:t>vt 0.080800 0.511700</w:t>
        <w:br/>
        <w:t>vt 0.084100 0.511900</w:t>
        <w:br/>
        <w:t>vt 0.096200 0.570800</w:t>
        <w:br/>
        <w:t>vt 0.098600 0.552000</w:t>
        <w:br/>
        <w:t>vt 0.101700 0.552300</w:t>
        <w:br/>
        <w:t>vt 0.099200 0.571100</w:t>
        <w:br/>
        <w:t>vt 0.071200 0.573100</w:t>
        <w:br/>
        <w:t>vt 0.074000 0.553500</w:t>
        <w:br/>
        <w:t>vt 0.077100 0.554000</w:t>
        <w:br/>
        <w:t>vt 0.074200 0.573500</w:t>
        <w:br/>
        <w:t>vt 0.105600 0.478200</w:t>
        <w:br/>
        <w:t>vt 0.108500 0.478300</w:t>
        <w:br/>
        <w:t>vt 0.107300 0.491800</w:t>
        <w:br/>
        <w:t>vt 0.104400 0.491600</w:t>
        <w:br/>
        <w:t>vt 0.081800 0.494000</w:t>
        <w:br/>
        <w:t>vt 0.080200 0.484200</w:t>
        <w:br/>
        <w:t>vt 0.083600 0.483400</w:t>
        <w:br/>
        <w:t>vt 0.085000 0.493900</w:t>
        <w:br/>
        <w:t>vt 0.152300 0.692200</w:t>
        <w:br/>
        <w:t>vt 0.149900 0.686700</w:t>
        <w:br/>
        <w:t>vt 0.145900 0.688300</w:t>
        <w:br/>
        <w:t>vt 0.148100 0.694900</w:t>
        <w:br/>
        <w:t>vt 0.180100 0.690100</w:t>
        <w:br/>
        <w:t>vt 0.184000 0.695900</w:t>
        <w:br/>
        <w:t>vt 0.186500 0.693500</w:t>
        <w:br/>
        <w:t>vt 0.184000 0.688200</w:t>
        <w:br/>
        <w:t>vt 0.091100 0.741500</w:t>
        <w:br/>
        <w:t>vt 0.087700 0.742200</w:t>
        <w:br/>
        <w:t>vt 0.084500 0.703000</w:t>
        <w:br/>
        <w:t>vt 0.108800 0.702200</w:t>
        <w:br/>
        <w:t>vt 0.073600 0.603200</w:t>
        <w:br/>
        <w:t>vt 0.070800 0.603900</w:t>
        <w:br/>
        <w:t>vt 0.097000 0.614300</w:t>
        <w:br/>
        <w:t>vt 0.097300 0.617000</w:t>
        <w:br/>
        <w:t>vt 0.094400 0.617600</w:t>
        <w:br/>
        <w:t>vt 0.094000 0.614700</w:t>
        <w:br/>
        <w:t>vt 0.076900 0.619600</w:t>
        <w:br/>
        <w:t>vt 0.073700 0.619600</w:t>
        <w:br/>
        <w:t>vt 0.074000 0.615900</w:t>
        <w:br/>
        <w:t>vt 0.077200 0.616100</w:t>
        <w:br/>
        <w:t>vt 0.213000 0.961100</w:t>
        <w:br/>
        <w:t>vt 0.214000 0.957400</w:t>
        <w:br/>
        <w:t>vt 0.229100 0.956600</w:t>
        <w:br/>
        <w:t>vt 0.229500 0.960200</w:t>
        <w:br/>
        <w:t>vt 0.220800 0.916900</w:t>
        <w:br/>
        <w:t>vt 0.221600 0.921000</w:t>
        <w:br/>
        <w:t>vt 0.243500 0.957000</w:t>
        <w:br/>
        <w:t>vt 0.242500 0.953500</w:t>
        <w:br/>
        <w:t>vt 0.258800 0.947200</w:t>
        <w:br/>
        <w:t>vt 0.260400 0.950400</w:t>
        <w:br/>
        <w:t>vt 0.231600 0.916300</w:t>
        <w:br/>
        <w:t>vt 0.244300 0.913200</w:t>
        <w:br/>
        <w:t>vt 0.245100 0.916700</w:t>
        <w:br/>
        <w:t>vt 0.232200 0.919900</w:t>
        <w:br/>
        <w:t>vt 0.272900 0.941600</w:t>
        <w:br/>
        <w:t>vt 0.270700 0.938600</w:t>
        <w:br/>
        <w:t>vt 0.106300 0.466200</w:t>
        <w:br/>
        <w:t>vt 0.109400 0.466400</w:t>
        <w:br/>
        <w:t>vt 0.077400 0.476700</w:t>
        <w:br/>
        <w:t>vt 0.079800 0.475400</w:t>
        <w:br/>
        <w:t>vt 0.191400 0.702800</w:t>
        <w:br/>
        <w:t>vt 0.194000 0.698800</w:t>
        <w:br/>
        <w:t>vt 0.148100 0.701100</w:t>
        <w:br/>
        <w:t>vt 0.201800 0.954900</w:t>
        <w:br/>
        <w:t>vt 0.189700 0.941300</w:t>
        <w:br/>
        <w:t>vt 0.192900 0.940800</w:t>
        <w:br/>
        <w:t>vt 0.204100 0.952300</w:t>
        <w:br/>
        <w:t>vt 0.108000 0.754600</w:t>
        <w:br/>
        <w:t>vt 0.091400 0.755700</w:t>
        <w:br/>
        <w:t>vt 0.758200 0.438200</w:t>
        <w:br/>
        <w:t>vt 0.739400 0.442100</w:t>
        <w:br/>
        <w:t>vt 0.091400 0.755700</w:t>
        <w:br/>
        <w:t>vt 0.088400 0.756100</w:t>
        <w:br/>
        <w:t>vt 0.141500 0.628900</w:t>
        <w:br/>
        <w:t>vt 0.146200 0.629000</w:t>
        <w:br/>
        <w:t>vt 0.152300 0.692200</w:t>
        <w:br/>
        <w:t>vt 0.178500 0.685300</w:t>
        <w:br/>
        <w:t>vt 0.166100 0.695600</w:t>
        <w:br/>
        <w:t>vt 0.184000 0.695900</w:t>
        <w:br/>
        <w:t>vt 0.176100 0.664100</w:t>
        <w:br/>
        <w:t>vt 0.174600 0.649800</w:t>
        <w:br/>
        <w:t>vt 0.173100 0.631300</w:t>
        <w:br/>
        <w:t>vt 0.094800 0.397900</w:t>
        <w:br/>
        <w:t>vt 0.079000 0.399500</w:t>
        <w:br/>
        <w:t>vt 0.078200 0.368200</w:t>
        <w:br/>
        <w:t>vt 0.094700 0.366000</w:t>
        <w:br/>
        <w:t>vt 0.064300 0.370000</w:t>
        <w:br/>
        <w:t>vt 0.065200 0.401500</w:t>
        <w:br/>
        <w:t>vt 0.048200 0.372200</w:t>
        <w:br/>
        <w:t>vt 0.048200 0.404900</w:t>
        <w:br/>
        <w:t>vt 0.204100 0.404900</w:t>
        <w:br/>
        <w:t>vt 0.183000 0.402400</w:t>
        <w:br/>
        <w:t>vt 0.184900 0.369700</w:t>
        <w:br/>
        <w:t>vt 0.204100 0.372200</w:t>
        <w:br/>
        <w:t>vt 0.108000 0.396000</w:t>
        <w:br/>
        <w:t>vt 0.106900 0.364100</w:t>
        <w:br/>
        <w:t>vt 0.122900 0.395300</w:t>
        <w:br/>
        <w:t>vt 0.121700 0.363500</w:t>
        <w:br/>
        <w:t>vt 0.095800 0.431600</w:t>
        <w:br/>
        <w:t>vt 0.079200 0.432200</w:t>
        <w:br/>
        <w:t>vt 0.108900 0.430800</w:t>
        <w:br/>
        <w:t>vt 0.066100 0.433000</w:t>
        <w:br/>
        <w:t>vt 0.048200 0.434200</w:t>
        <w:br/>
        <w:t>vt 0.123400 0.430200</w:t>
        <w:br/>
        <w:t>vt 0.183000 0.432000</w:t>
        <w:br/>
        <w:t>vt 0.204100 0.434200</w:t>
        <w:br/>
        <w:t>vt 0.169000 0.401000</w:t>
        <w:br/>
        <w:t>vt 0.168600 0.431500</w:t>
        <w:br/>
        <w:t>vt 0.151100 0.430600</w:t>
        <w:br/>
        <w:t>vt 0.151500 0.397600</w:t>
        <w:br/>
        <w:t>vt 0.138500 0.430000</w:t>
        <w:br/>
        <w:t>vt 0.138600 0.395700</w:t>
        <w:br/>
        <w:t>vt 0.137100 0.364000</w:t>
        <w:br/>
        <w:t>vt 0.170500 0.367800</w:t>
        <w:br/>
        <w:t>vt 0.152100 0.366300</w:t>
        <w:br/>
        <w:t>vt 0.173000 0.298000</w:t>
        <w:br/>
        <w:t>vt 0.153700 0.304700</w:t>
        <w:br/>
        <w:t>vt 0.154500 0.296700</w:t>
        <w:br/>
        <w:t>vt 0.093600 0.282300</w:t>
        <w:br/>
        <w:t>vt 0.076700 0.286600</w:t>
        <w:br/>
        <w:t>vt 0.076700 0.280000</w:t>
        <w:br/>
        <w:t>vt 0.204100 0.262300</w:t>
        <w:br/>
        <w:t>vt 0.190500 0.262500</w:t>
        <w:br/>
        <w:t>vt 0.191000 0.243500</w:t>
        <w:br/>
        <w:t>vt 0.204100 0.243200</w:t>
        <w:br/>
        <w:t>vt 0.190400 0.299200</w:t>
        <w:br/>
        <w:t>vt 0.204100 0.293500</w:t>
        <w:br/>
        <w:t>vt 0.204100 0.312800</w:t>
        <w:br/>
        <w:t>vt 0.189500 0.311700</w:t>
        <w:br/>
        <w:t>vt 0.048200 0.312800</w:t>
        <w:br/>
        <w:t>vt 0.048200 0.293500</w:t>
        <w:br/>
        <w:t>vt 0.062500 0.294200</w:t>
        <w:br/>
        <w:t>vt 0.063000 0.313700</w:t>
        <w:br/>
        <w:t>vt 0.137600 0.294500</w:t>
        <w:br/>
        <w:t>vt 0.119600 0.294300</w:t>
        <w:br/>
        <w:t>vt 0.137700 0.289900</w:t>
        <w:br/>
        <w:t>vt 0.062800 0.242500</w:t>
        <w:br/>
        <w:t>vt 0.078000 0.241500</w:t>
        <w:br/>
        <w:t>vt 0.077500 0.261200</w:t>
        <w:br/>
        <w:t>vt 0.062600 0.262000</w:t>
        <w:br/>
        <w:t>vt 0.172700 0.309800</w:t>
        <w:br/>
        <w:t>vt 0.107800 0.239000</w:t>
        <w:br/>
        <w:t>vt 0.120400 0.238600</w:t>
        <w:br/>
        <w:t>vt 0.120200 0.257800</w:t>
        <w:br/>
        <w:t>vt 0.107800 0.258600</w:t>
        <w:br/>
        <w:t>vt 0.107800 0.204900</w:t>
        <w:br/>
        <w:t>vt 0.093400 0.205000</w:t>
        <w:br/>
        <w:t>vt 0.094200 0.173600</w:t>
        <w:br/>
        <w:t>vt 0.107600 0.173600</w:t>
        <w:br/>
        <w:t>vt 0.190400 0.173600</w:t>
        <w:br/>
        <w:t>vt 0.204100 0.173600</w:t>
        <w:br/>
        <w:t>vt 0.204100 0.206800</w:t>
        <w:br/>
        <w:t>vt 0.190400 0.206800</w:t>
        <w:br/>
        <w:t>vt 0.048200 0.173600</w:t>
        <w:br/>
        <w:t>vt 0.063200 0.173600</w:t>
        <w:br/>
        <w:t>vt 0.062700 0.206200</w:t>
        <w:br/>
        <w:t>vt 0.048200 0.206800</w:t>
        <w:br/>
        <w:t>vt 0.138000 0.204300</w:t>
        <w:br/>
        <w:t>vt 0.121000 0.204400</w:t>
        <w:br/>
        <w:t>vt 0.122500 0.173600</w:t>
        <w:br/>
        <w:t>vt 0.139500 0.173600</w:t>
        <w:br/>
        <w:t>vt 0.078600 0.173600</w:t>
        <w:br/>
        <w:t>vt 0.078800 0.205600</w:t>
        <w:br/>
        <w:t>vt 0.137600 0.238700</w:t>
        <w:br/>
        <w:t>vt 0.152200 0.205600</w:t>
        <w:br/>
        <w:t>vt 0.152800 0.240300</w:t>
        <w:br/>
        <w:t>vt 0.094000 0.239800</w:t>
        <w:br/>
        <w:t>vt 0.172300 0.241800</w:t>
        <w:br/>
        <w:t>vt 0.170200 0.206300</w:t>
        <w:br/>
        <w:t>vt 0.048200 0.243200</w:t>
        <w:br/>
        <w:t>vt 0.094100 0.259300</w:t>
        <w:br/>
        <w:t>vt 0.136400 0.307400</w:t>
        <w:br/>
        <w:t>vt 0.151700 0.335800</w:t>
        <w:br/>
        <w:t>vt 0.135900 0.333800</w:t>
        <w:br/>
        <w:t>vt 0.107100 0.334800</w:t>
        <w:br/>
        <w:t>vt 0.093900 0.336900</w:t>
        <w:br/>
        <w:t>vt 0.092700 0.310900</w:t>
        <w:br/>
        <w:t>vt 0.107800 0.308700</w:t>
        <w:br/>
        <w:t>vt 0.187800 0.341300</w:t>
        <w:br/>
        <w:t>vt 0.170900 0.339100</w:t>
        <w:br/>
        <w:t>vt 0.204100 0.342600</w:t>
        <w:br/>
        <w:t>vt 0.048200 0.342600</w:t>
        <w:br/>
        <w:t>vt 0.062900 0.341700</w:t>
        <w:br/>
        <w:t>vt 0.121400 0.333500</w:t>
        <w:br/>
        <w:t>vt 0.120800 0.307100</w:t>
        <w:br/>
        <w:t>vt 0.076100 0.313100</w:t>
        <w:br/>
        <w:t>vt 0.077600 0.339600</w:t>
        <w:br/>
        <w:t>vt 0.093900 0.274900</w:t>
        <w:br/>
        <w:t>vt 0.107700 0.274000</w:t>
        <w:br/>
        <w:t>vt 0.204100 0.276000</w:t>
        <w:br/>
        <w:t>vt 0.204100 0.281200</w:t>
        <w:br/>
        <w:t>vt 0.189800 0.277900</w:t>
        <w:br/>
        <w:t>vt 0.076500 0.292100</w:t>
        <w:br/>
        <w:t>vt 0.062800 0.286400</w:t>
        <w:br/>
        <w:t>vt 0.138400 0.273000</w:t>
        <w:br/>
        <w:t>vt 0.120500 0.288000</w:t>
        <w:br/>
        <w:t>vt 0.120100 0.273100</w:t>
        <w:br/>
        <w:t>vt 0.048200 0.286500</w:t>
        <w:br/>
        <w:t>vt 0.190500 0.283900</w:t>
        <w:br/>
        <w:t>vt 0.173300 0.276800</w:t>
        <w:br/>
        <w:t>vt 0.107000 0.287900</w:t>
        <w:br/>
        <w:t>vt 0.138300 0.257900</w:t>
        <w:br/>
        <w:t>vt 0.093100 0.289500</w:t>
        <w:br/>
        <w:t>vt 0.107300 0.296200</w:t>
        <w:br/>
        <w:t>vt 0.093700 0.298900</w:t>
        <w:br/>
        <w:t>vt 0.173100 0.260900</w:t>
        <w:br/>
        <w:t>vt 0.048200 0.262300</w:t>
        <w:br/>
        <w:t>vt 0.153000 0.259200</w:t>
        <w:br/>
        <w:t>vt 0.076500 0.302800</w:t>
        <w:br/>
        <w:t>vt 0.153300 0.274500</w:t>
        <w:br/>
        <w:t>vt 0.153600 0.284600</w:t>
        <w:br/>
        <w:t>vt 0.173100 0.286100</w:t>
        <w:br/>
        <w:t>vt 0.154100 0.290800</w:t>
        <w:br/>
        <w:t>vt 0.173300 0.292100</w:t>
        <w:br/>
        <w:t>vt 0.190500 0.288300</w:t>
        <w:br/>
        <w:t>vt 0.137100 0.301600</w:t>
        <w:br/>
        <w:t>vt 0.062700 0.275100</w:t>
        <w:br/>
        <w:t>vt 0.048200 0.276000</w:t>
        <w:br/>
        <w:t>vt 0.076900 0.273600</w:t>
        <w:br/>
        <w:t>vt 0.151500 0.173600</w:t>
        <w:br/>
        <w:t>vt 0.169600 0.173600</w:t>
        <w:br/>
        <w:t>vt 0.151800 0.170400</w:t>
        <w:br/>
        <w:t>vt 0.151500 0.173600</w:t>
        <w:br/>
        <w:t>vt 0.139500 0.173600</w:t>
        <w:br/>
        <w:t>vt 0.139400 0.170400</w:t>
        <w:br/>
        <w:t>vt 0.094000 0.170400</w:t>
        <w:br/>
        <w:t>vt 0.107600 0.170400</w:t>
        <w:br/>
        <w:t>vt 0.107600 0.173600</w:t>
        <w:br/>
        <w:t>vt 0.094200 0.173600</w:t>
        <w:br/>
        <w:t>vt 0.190400 0.173600</w:t>
        <w:br/>
        <w:t>vt 0.169600 0.173600</w:t>
        <w:br/>
        <w:t>vt 0.169800 0.170400</w:t>
        <w:br/>
        <w:t>vt 0.190400 0.170400</w:t>
        <w:br/>
        <w:t>vt 0.204100 0.170400</w:t>
        <w:br/>
        <w:t>vt 0.204100 0.173600</w:t>
        <w:br/>
        <w:t>vt 0.048200 0.173600</w:t>
        <w:br/>
        <w:t>vt 0.048200 0.170400</w:t>
        <w:br/>
        <w:t>vt 0.063000 0.170400</w:t>
        <w:br/>
        <w:t>vt 0.063200 0.173600</w:t>
        <w:br/>
        <w:t>vt 0.122500 0.173600</w:t>
        <w:br/>
        <w:t>vt 0.122400 0.170400</w:t>
        <w:br/>
        <w:t>vt 0.078400 0.170400</w:t>
        <w:br/>
        <w:t>vt 0.078600 0.173600</w:t>
        <w:br/>
        <w:t>vt 0.107500 0.303700</w:t>
        <w:br/>
        <w:t>vt 0.120600 0.301200</w:t>
        <w:br/>
        <w:t>vt 0.048200 0.281200</w:t>
        <w:br/>
        <w:t>vt 0.062800 0.281600</w:t>
        <w:br/>
        <w:t>vt 0.204100 0.286500</w:t>
        <w:br/>
        <w:t>vt 0.078900 0.461600</w:t>
        <w:br/>
        <w:t>vt 0.094900 0.461600</w:t>
        <w:br/>
        <w:t>vt 0.065500 0.461600</w:t>
        <w:br/>
        <w:t>vt 0.048200 0.461600</w:t>
        <w:br/>
        <w:t>vt 0.183500 0.461600</w:t>
        <w:br/>
        <w:t>vt 0.204100 0.461600</w:t>
        <w:br/>
        <w:t>vt 0.169100 0.461600</w:t>
        <w:br/>
        <w:t>vt 0.152300 0.461600</w:t>
        <w:br/>
        <w:t>vt 0.138900 0.461600</w:t>
        <w:br/>
        <w:t>vt 0.123600 0.461600</w:t>
        <w:br/>
        <w:t>vt 0.108800 0.461600</w:t>
        <w:br/>
        <w:t>vt 0.240055 0.976025</w:t>
        <w:br/>
        <w:t>vt 0.238419 0.990170</w:t>
        <w:br/>
        <w:t>vt 0.254059 0.990170</w:t>
        <w:br/>
        <w:t>vt 0.257796 0.977469</w:t>
        <w:br/>
        <w:t>vt 0.260391 0.964493</w:t>
        <w:br/>
        <w:t>vt 0.273888 0.976891</w:t>
        <w:br/>
        <w:t>vt 0.275620 0.966574</w:t>
        <w:br/>
        <w:t>vt 0.296224 0.943485</w:t>
        <w:br/>
        <w:t>vt 0.277572 0.954209</w:t>
        <w:br/>
        <w:t>vt 0.293890 0.954803</w:t>
        <w:br/>
        <w:t>vt 0.184098 0.990170</w:t>
        <w:br/>
        <w:t>vt 0.198683 0.990170</w:t>
        <w:br/>
        <w:t>vt 0.196986 0.977588</w:t>
        <w:br/>
        <w:t>vt 0.183972 0.979406</w:t>
        <w:br/>
        <w:t>vt 0.172332 0.990067</w:t>
        <w:br/>
        <w:t>vt 0.280888 0.942409</w:t>
        <w:br/>
        <w:t>vt 0.262577 0.951326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0.254687 0.994288</w:t>
        <w:br/>
        <w:t>vt 0.254059 0.990170</w:t>
        <w:br/>
        <w:t>vt 0.238419 0.990170</w:t>
        <w:br/>
        <w:t>vt 0.185066 0.994288</w:t>
        <w:br/>
        <w:t>vt 0.202104 0.994288</w:t>
        <w:br/>
        <w:t>vt 0.198683 0.990170</w:t>
        <w:br/>
        <w:t>vt 0.184098 0.990170</w:t>
        <w:br/>
        <w:t>vt 0.172332 0.990067</w:t>
        <w:br/>
        <w:t>vt 0.224018 0.990170</w:t>
        <w:br/>
        <w:t>vt 0.223039 0.994288</w:t>
        <w:br/>
        <w:t>vt 0.223039 0.994288</w:t>
        <w:br/>
        <w:t>vt 0.211731 0.990170</w:t>
        <w:br/>
        <w:t>vt 0.212297 0.994288</w:t>
        <w:br/>
        <w:t>vt 0.313106 0.894085</w:t>
        <w:br/>
        <w:t>vt 0.311909 0.904674</w:t>
        <w:br/>
        <w:t>vt 0.325828 0.905232</w:t>
        <w:br/>
        <w:t>vt 0.326569 0.894250</w:t>
        <w:br/>
        <w:t>vt 0.318314 0.930345</w:t>
        <w:br/>
        <w:t>vt 0.324511 0.916987</w:t>
        <w:br/>
        <w:t>vt 0.309878 0.916123</w:t>
        <w:br/>
        <w:t>vt 0.306052 0.924248</w:t>
        <w:br/>
        <w:t>vt 0.337474 0.905678</w:t>
        <w:br/>
        <w:t>vt 0.337474 0.893958</w:t>
        <w:br/>
        <w:t>vt 0.329056 0.935467</w:t>
        <w:br/>
        <w:t>vt 0.337474 0.918139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0.320090 0.952128</w:t>
        <w:br/>
        <w:t>vt 0.330189 0.937368</w:t>
        <w:br/>
        <w:t>vt 0.329056 0.935467</w:t>
        <w:br/>
        <w:t>vt 0.319797 0.950297</w:t>
        <w:br/>
        <w:t>vt 0.310324 0.944289</w:t>
        <w:br/>
        <w:t>vt 0.320090 0.952128</w:t>
        <w:br/>
        <w:t>vt 0.319797 0.950297</w:t>
        <w:br/>
        <w:t>vt 0.311403 0.942854</w:t>
        <w:br/>
        <w:t>vt 0.300718 0.933864</w:t>
        <w:br/>
        <w:t>vt 0.299317 0.935101</w:t>
        <w:br/>
        <w:t>vt 0.337469 0.921006</w:t>
        <w:br/>
        <w:t>vt 0.337474 0.918139</w:t>
        <w:br/>
        <w:t>vt 0.298127 0.936291</w:t>
        <w:br/>
        <w:t>vt 0.309134 0.945478</w:t>
        <w:br/>
        <w:t>vt 0.337474 0.883901</w:t>
        <w:br/>
        <w:t>vt 0.240055 0.976025</w:t>
        <w:br/>
        <w:t>vt 0.257796 0.977469</w:t>
        <w:br/>
        <w:t>vt 0.254059 0.990170</w:t>
        <w:br/>
        <w:t>vt 0.238419 0.990170</w:t>
        <w:br/>
        <w:t>vt 0.260391 0.964493</w:t>
        <w:br/>
        <w:t>vt 0.275620 0.966574</w:t>
        <w:br/>
        <w:t>vt 0.273888 0.976891</w:t>
        <w:br/>
        <w:t>vt 0.296224 0.943485</w:t>
        <w:br/>
        <w:t>vt 0.293890 0.954803</w:t>
        <w:br/>
        <w:t>vt 0.277572 0.954209</w:t>
        <w:br/>
        <w:t>vt 0.184098 0.990170</w:t>
        <w:br/>
        <w:t>vt 0.183972 0.979406</w:t>
        <w:br/>
        <w:t>vt 0.196986 0.977588</w:t>
        <w:br/>
        <w:t>vt 0.198683 0.990170</w:t>
        <w:br/>
        <w:t>vt 0.172332 0.990067</w:t>
        <w:br/>
        <w:t>vt 0.262577 0.951326</w:t>
        <w:br/>
        <w:t>vt 0.280888 0.942409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0.238419 0.990170</w:t>
        <w:br/>
        <w:t>vt 0.254059 0.990170</w:t>
        <w:br/>
        <w:t>vt 0.254687 0.994288</w:t>
        <w:br/>
        <w:t>vt 0.185066 0.994288</w:t>
        <w:br/>
        <w:t>vt 0.184098 0.990170</w:t>
        <w:br/>
        <w:t>vt 0.198683 0.990170</w:t>
        <w:br/>
        <w:t>vt 0.202104 0.994288</w:t>
        <w:br/>
        <w:t>vt 0.172332 0.990067</w:t>
        <w:br/>
        <w:t>vt 0.223039 0.994288</w:t>
        <w:br/>
        <w:t>vt 0.224018 0.990170</w:t>
        <w:br/>
        <w:t>vt 0.223039 0.994288</w:t>
        <w:br/>
        <w:t>vt 0.212297 0.994288</w:t>
        <w:br/>
        <w:t>vt 0.211731 0.990170</w:t>
        <w:br/>
        <w:t>vt 0.313106 0.894085</w:t>
        <w:br/>
        <w:t>vt 0.326569 0.894250</w:t>
        <w:br/>
        <w:t>vt 0.325828 0.905232</w:t>
        <w:br/>
        <w:t>vt 0.311909 0.904674</w:t>
        <w:br/>
        <w:t>vt 0.318314 0.930345</w:t>
        <w:br/>
        <w:t>vt 0.306052 0.924248</w:t>
        <w:br/>
        <w:t>vt 0.309878 0.916123</w:t>
        <w:br/>
        <w:t>vt 0.324511 0.916987</w:t>
        <w:br/>
        <w:t>vt 0.329056 0.935467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0.329056 0.935467</w:t>
        <w:br/>
        <w:t>vt 0.330189 0.937368</w:t>
        <w:br/>
        <w:t>vt 0.320090 0.952128</w:t>
        <w:br/>
        <w:t>vt 0.319797 0.950297</w:t>
        <w:br/>
        <w:t>vt 0.310324 0.944289</w:t>
        <w:br/>
        <w:t>vt 0.311403 0.942854</w:t>
        <w:br/>
        <w:t>vt 0.319797 0.950297</w:t>
        <w:br/>
        <w:t>vt 0.320090 0.952128</w:t>
        <w:br/>
        <w:t>vt 0.300718 0.933864</w:t>
        <w:br/>
        <w:t>vt 0.299317 0.935101</w:t>
        <w:br/>
        <w:t>vt 0.337474 0.918139</w:t>
        <w:br/>
        <w:t>vt 0.337469 0.921006</w:t>
        <w:br/>
        <w:t>vt 0.298127 0.936291</w:t>
        <w:br/>
        <w:t>vt 0.309134 0.945478</w:t>
        <w:br/>
        <w:t>vt 0.459900 0.835100</w:t>
        <w:br/>
        <w:t>vt 0.450800 0.836400</w:t>
        <w:br/>
        <w:t>vt 0.450400 0.821200</w:t>
        <w:br/>
        <w:t>vt 0.459000 0.820000</w:t>
        <w:br/>
        <w:t>vt 0.461200 0.850200</w:t>
        <w:br/>
        <w:t>vt 0.452000 0.851100</w:t>
        <w:br/>
        <w:t>vt 0.435800 0.837700</w:t>
        <w:br/>
        <w:t>vt 0.434900 0.821600</w:t>
        <w:br/>
        <w:t>vt 0.450400 0.805500</w:t>
        <w:br/>
        <w:t>vt 0.434400 0.805500</w:t>
        <w:br/>
        <w:t>vt 0.478000 0.784500</w:t>
        <w:br/>
        <w:t>vt 0.484800 0.777200</w:t>
        <w:br/>
        <w:t>vt 0.486600 0.789200</w:t>
        <w:br/>
        <w:t>vt 0.436700 0.851600</w:t>
        <w:br/>
        <w:t>vt 0.433900 0.796300</w:t>
        <w:br/>
        <w:t>vt 0.449500 0.795800</w:t>
        <w:br/>
        <w:t>vt 0.361600 0.846900</w:t>
        <w:br/>
        <w:t>vt 0.363500 0.848000</w:t>
        <w:br/>
        <w:t>vt 0.357900 0.852100</w:t>
        <w:br/>
        <w:t>vt 0.357100 0.851900</w:t>
        <w:br/>
        <w:t>vt 0.548800 0.745600</w:t>
        <w:br/>
        <w:t>vt 0.554100 0.745000</w:t>
        <w:br/>
        <w:t>vt 0.556300 0.752900</w:t>
        <w:br/>
        <w:t>vt 0.550800 0.755500</w:t>
        <w:br/>
        <w:t>vt 0.563100 0.760600</w:t>
        <w:br/>
        <w:t>vt 0.550800 0.755500</w:t>
        <w:br/>
        <w:t>vt 0.556300 0.752900</w:t>
        <w:br/>
        <w:t>vt 0.563700 0.760100</w:t>
        <w:br/>
        <w:t>vt 0.376200 0.838300</w:t>
        <w:br/>
        <w:t>vt 0.380400 0.843500</w:t>
        <w:br/>
        <w:t>vt 0.377700 0.849400</w:t>
        <w:br/>
        <w:t>vt 0.365600 0.838900</w:t>
        <w:br/>
        <w:t>vt 0.361500 0.831300</w:t>
        <w:br/>
        <w:t>vt 0.363400 0.829800</w:t>
        <w:br/>
        <w:t>vt 0.358300 0.824500</w:t>
        <w:br/>
        <w:t>vt 0.365800 0.825300</w:t>
        <w:br/>
        <w:t>vt 0.357800 0.824800</w:t>
        <w:br/>
        <w:t>vt 0.548000 0.737900</w:t>
        <w:br/>
        <w:t>vt 0.546200 0.735000</w:t>
        <w:br/>
        <w:t>vt 0.558300 0.728500</w:t>
        <w:br/>
        <w:t>vt 0.559200 0.729200</w:t>
        <w:br/>
        <w:t>vt 0.381300 0.838700</w:t>
        <w:br/>
        <w:t>vt 0.380400 0.834800</w:t>
        <w:br/>
        <w:t>vt 0.545800 0.775800</w:t>
        <w:br/>
        <w:t>vt 0.537300 0.775500</w:t>
        <w:br/>
        <w:t>vt 0.539300 0.765500</w:t>
        <w:br/>
        <w:t>vt 0.547600 0.767300</w:t>
        <w:br/>
        <w:t>vt 0.549300 0.776700</w:t>
        <w:br/>
        <w:t>vt 0.551700 0.769600</w:t>
        <w:br/>
        <w:t>vt 0.550300 0.760800</w:t>
        <w:br/>
        <w:t>vt 0.543100 0.757600</w:t>
        <w:br/>
        <w:t>vt 0.550600 0.758300</w:t>
        <w:br/>
        <w:t>vt 0.363400 0.854400</w:t>
        <w:br/>
        <w:t>vt 0.365200 0.850700</w:t>
        <w:br/>
        <w:t>vt 0.369000 0.860200</w:t>
        <w:br/>
        <w:t>vt 0.551400 0.720300</w:t>
        <w:br/>
        <w:t>vt 0.560000 0.721100</w:t>
        <w:br/>
        <w:t>vt 0.558800 0.725300</w:t>
        <w:br/>
        <w:t>vt 0.548200 0.725600</w:t>
        <w:br/>
        <w:t>vt 0.356500 0.823300</w:t>
        <w:br/>
        <w:t>vt 0.351900 0.821000</w:t>
        <w:br/>
        <w:t>vt 0.354900 0.815500</w:t>
        <w:br/>
        <w:t>vt 0.360900 0.817900</w:t>
        <w:br/>
        <w:t>vt 0.546100 0.717500</w:t>
        <w:br/>
        <w:t>vt 0.542500 0.722400</w:t>
        <w:br/>
        <w:t>vt 0.357300 0.809800</w:t>
        <w:br/>
        <w:t>vt 0.363700 0.811900</w:t>
        <w:br/>
        <w:t>vt 0.546200 0.735000</w:t>
        <w:br/>
        <w:t>vt 0.544100 0.733400</w:t>
        <w:br/>
        <w:t>vt 0.558800 0.727200</w:t>
        <w:br/>
        <w:t>vt 0.558300 0.728500</w:t>
        <w:br/>
        <w:t>vt 0.364600 0.820900</w:t>
        <w:br/>
        <w:t>vt 0.365800 0.825300</w:t>
        <w:br/>
        <w:t>vt 0.358300 0.824500</w:t>
        <w:br/>
        <w:t>vt 0.358000 0.824000</w:t>
        <w:br/>
        <w:t>vt 0.541600 0.711800</w:t>
        <w:br/>
        <w:t>vt 0.537100 0.716400</w:t>
        <w:br/>
        <w:t>vt 0.534900 0.707900</w:t>
        <w:br/>
        <w:t>vt 0.538300 0.705000</w:t>
        <w:br/>
        <w:t>vt 0.360000 0.797600</w:t>
        <w:br/>
        <w:t>vt 0.364200 0.799500</w:t>
        <w:br/>
        <w:t>vt 0.364700 0.805400</w:t>
        <w:br/>
        <w:t>vt 0.358500 0.804200</w:t>
        <w:br/>
        <w:t>vt 0.382400 0.814000</w:t>
        <w:br/>
        <w:t>vt 0.378800 0.815500</w:t>
        <w:br/>
        <w:t>vt 0.381300 0.808300</w:t>
        <w:br/>
        <w:t>vt 0.526100 0.697200</w:t>
        <w:br/>
        <w:t>vt 0.519700 0.698200</w:t>
        <w:br/>
        <w:t>vt 0.519500 0.695500</w:t>
        <w:br/>
        <w:t>vt 0.525800 0.694800</w:t>
        <w:br/>
        <w:t>vt 0.372400 0.788800</w:t>
        <w:br/>
        <w:t>vt 0.375400 0.792500</w:t>
        <w:br/>
        <w:t>vt 0.370300 0.795800</w:t>
        <w:br/>
        <w:t>vt 0.367800 0.792200</w:t>
        <w:br/>
        <w:t>vt 0.376600 0.804900</w:t>
        <w:br/>
        <w:t>vt 0.384100 0.799400</w:t>
        <w:br/>
        <w:t>vt 0.380100 0.806200</w:t>
        <w:br/>
        <w:t>vt 0.376100 0.784500</w:t>
        <w:br/>
        <w:t>vt 0.379100 0.780700</w:t>
        <w:br/>
        <w:t>vt 0.381100 0.783100</w:t>
        <w:br/>
        <w:t>vt 0.378700 0.787700</w:t>
        <w:br/>
        <w:t>vt 0.514000 0.695000</w:t>
        <w:br/>
        <w:t>vt 0.513700 0.697500</w:t>
        <w:br/>
        <w:t>vt 0.509100 0.693600</w:t>
        <w:br/>
        <w:t>vt 0.371400 0.778600</w:t>
        <w:br/>
        <w:t>vt 0.367500 0.782200</w:t>
        <w:br/>
        <w:t>vt 0.366300 0.780400</w:t>
        <w:br/>
        <w:t>vt 0.370000 0.777000</w:t>
        <w:br/>
        <w:t>vt 0.521100 0.714400</w:t>
        <w:br/>
        <w:t>vt 0.518400 0.721100</w:t>
        <w:br/>
        <w:t>vt 0.512400 0.711000</w:t>
        <w:br/>
        <w:t>vt 0.516700 0.734200</w:t>
        <w:br/>
        <w:t>vt 0.506000 0.723100</w:t>
        <w:br/>
        <w:t>vt 0.495900 0.794600</w:t>
        <w:br/>
        <w:t>vt 0.498200 0.786100</w:t>
        <w:br/>
        <w:t>vt 0.501700 0.789500</w:t>
        <w:br/>
        <w:t>vt 0.507400 0.781800</w:t>
        <w:br/>
        <w:t>vt 0.508900 0.785500</w:t>
        <w:br/>
        <w:t>vt 0.413800 0.904200</w:t>
        <w:br/>
        <w:t>vt 0.409400 0.898100</w:t>
        <w:br/>
        <w:t>vt 0.413900 0.894600</w:t>
        <w:br/>
        <w:t>vt 0.418700 0.901300</w:t>
        <w:br/>
        <w:t>vt 0.520100 0.787200</w:t>
        <w:br/>
        <w:t>vt 0.519600 0.783500</w:t>
        <w:br/>
        <w:t>vt 0.526000 0.788100</w:t>
        <w:br/>
        <w:t>vt 0.525700 0.789600</w:t>
        <w:br/>
        <w:t>vt 0.402100 0.884500</w:t>
        <w:br/>
        <w:t>vt 0.408100 0.889200</w:t>
        <w:br/>
        <w:t>vt 0.404600 0.892800</w:t>
        <w:br/>
        <w:t>vt 0.399400 0.888600</w:t>
        <w:br/>
        <w:t>vt 0.541000 0.747100</w:t>
        <w:br/>
        <w:t>vt 0.529500 0.762000</w:t>
        <w:br/>
        <w:t>vt 0.525600 0.747900</w:t>
        <w:br/>
        <w:t>vt 0.390800 0.877900</w:t>
        <w:br/>
        <w:t>vt 0.398900 0.874600</w:t>
        <w:br/>
        <w:t>vt 0.396600 0.881600</w:t>
        <w:br/>
        <w:t>vt 0.527400 0.787000</w:t>
        <w:br/>
        <w:t>vt 0.522000 0.781500</w:t>
        <w:br/>
        <w:t>vt 0.528400 0.778100</w:t>
        <w:br/>
        <w:t>vt 0.531000 0.785600</w:t>
        <w:br/>
        <w:t>vt 0.526100 0.724200</w:t>
        <w:br/>
        <w:t>vt 0.533000 0.731500</w:t>
        <w:br/>
        <w:t>vt 0.470700 0.749800</w:t>
        <w:br/>
        <w:t>vt 0.483900 0.763500</w:t>
        <w:br/>
        <w:t>vt 0.470900 0.762100</w:t>
        <w:br/>
        <w:t>vt 0.478000 0.733300</w:t>
        <w:br/>
        <w:t>vt 0.482900 0.748500</w:t>
        <w:br/>
        <w:t>vt 0.482300 0.725300</w:t>
        <w:br/>
        <w:t>vt 0.475500 0.718900</w:t>
        <w:br/>
        <w:t>vt 0.485400 0.732400</w:t>
        <w:br/>
        <w:t>vt 0.495200 0.728700</w:t>
        <w:br/>
        <w:t>vt 0.490700 0.747000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0.416400 0.872900</w:t>
        <w:br/>
        <w:t>vt 0.414000 0.875300</w:t>
        <w:br/>
        <w:t>vt 0.468000 0.773000</w:t>
        <w:br/>
        <w:t>vt 0.477300 0.774700</w:t>
        <w:br/>
        <w:t>vt 0.539400 0.739800</w:t>
        <w:br/>
        <w:t>vt 0.371000 0.838600</w:t>
        <w:br/>
        <w:t>vt 0.376300 0.826100</w:t>
        <w:br/>
        <w:t>vt 0.368800 0.813200</w:t>
        <w:br/>
        <w:t>vt 0.371800 0.802700</w:t>
        <w:br/>
        <w:t>vt 0.493300 0.765000</w:t>
        <w:br/>
        <w:t>vt 0.381400 0.877600</w:t>
        <w:br/>
        <w:t>vt 0.382400 0.873100</w:t>
        <w:br/>
        <w:t>vt 0.537600 0.784700</w:t>
        <w:br/>
        <w:t>vt 0.370800 0.866800</w:t>
        <w:br/>
        <w:t>vt 0.375800 0.866400</w:t>
        <w:br/>
        <w:t>vt 0.375100 0.875000</w:t>
        <w:br/>
        <w:t>vt 0.371900 0.874500</w:t>
        <w:br/>
        <w:t>vt 0.382700 0.868400</w:t>
        <w:br/>
        <w:t>vt 0.391900 0.871300</w:t>
        <w:br/>
        <w:t>vt 0.390600 0.786500</w:t>
        <w:br/>
        <w:t>vt 0.385200 0.791400</w:t>
        <w:br/>
        <w:t>vt 0.383200 0.784600</w:t>
        <w:br/>
        <w:t>vt 0.507000 0.708300</w:t>
        <w:br/>
        <w:t>vt 0.508400 0.716000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0.409900 0.906700</w:t>
        <w:br/>
        <w:t>vt 0.406300 0.908900</w:t>
        <w:br/>
        <w:t>vt 0.402900 0.903800</w:t>
        <w:br/>
        <w:t>vt 0.422500 0.911000</w:t>
        <w:br/>
        <w:t>vt 0.417100 0.912900</w:t>
        <w:br/>
        <w:t>vt 0.525200 0.792900</w:t>
        <w:br/>
        <w:t>vt 0.520000 0.792600</w:t>
        <w:br/>
        <w:t>vt 0.398800 0.899500</w:t>
        <w:br/>
        <w:t>vt 0.401700 0.896200</w:t>
        <w:br/>
        <w:t>vt 0.389100 0.902500</w:t>
        <w:br/>
        <w:t>vt 0.392600 0.905100</w:t>
        <w:br/>
        <w:t>vt 0.390800 0.907000</w:t>
        <w:br/>
        <w:t>vt 0.387700 0.904300</w:t>
        <w:br/>
        <w:t>vt 0.507100 0.796100</w:t>
        <w:br/>
        <w:t>vt 0.505000 0.792200</w:t>
        <w:br/>
        <w:t>vt 0.511800 0.788700</w:t>
        <w:br/>
        <w:t>vt 0.513200 0.793500</w:t>
        <w:br/>
        <w:t>vt 0.399800 0.914300</w:t>
        <w:br/>
        <w:t>vt 0.399600 0.920900</w:t>
        <w:br/>
        <w:t>vt 0.397600 0.915800</w:t>
        <w:br/>
        <w:t>vt 0.369700 0.874700</w:t>
        <w:br/>
        <w:t>vt 0.367600 0.867700</w:t>
        <w:br/>
        <w:t>vt 0.558200 0.791300</w:t>
        <w:br/>
        <w:t>vt 0.560500 0.784900</w:t>
        <w:br/>
        <w:t>vt 0.563000 0.786700</w:t>
        <w:br/>
        <w:t>vt 0.561100 0.792800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0.360800 0.857400</w:t>
        <w:br/>
        <w:t>vt 0.356700 0.854100</w:t>
        <w:br/>
        <w:t>vt 0.574200 0.771700</w:t>
        <w:br/>
        <w:t>vt 0.575900 0.773800</w:t>
        <w:br/>
        <w:t>vt 0.569600 0.776900</w:t>
        <w:br/>
        <w:t>vt 0.567800 0.775200</w:t>
        <w:br/>
        <w:t>vt 0.555600 0.765400</w:t>
        <w:br/>
        <w:t>vt 0.560700 0.769500</w:t>
        <w:br/>
        <w:t>vt 0.564600 0.772400</w:t>
        <w:br/>
        <w:t>vt 0.560400 0.776700</w:t>
        <w:br/>
        <w:t>vt 0.566400 0.750800</w:t>
        <w:br/>
        <w:t>vt 0.571000 0.758000</w:t>
        <w:br/>
        <w:t>vt 0.567200 0.758700</w:t>
        <w:br/>
        <w:t>vt 0.561800 0.751300</w:t>
        <w:br/>
        <w:t>vt 0.571400 0.750400</w:t>
        <w:br/>
        <w:t>vt 0.570300 0.744400</w:t>
        <w:br/>
        <w:t>vt 0.572900 0.744300</w:t>
        <w:br/>
        <w:t>vt 0.574000 0.750100</w:t>
        <w:br/>
        <w:t>vt 0.349200 0.839600</w:t>
        <w:br/>
        <w:t>vt 0.354600 0.839500</w:t>
        <w:br/>
        <w:t>vt 0.354400 0.845700</w:t>
        <w:br/>
        <w:t>vt 0.349200 0.845800</w:t>
        <w:br/>
        <w:t>vt 0.565900 0.730500</w:t>
        <w:br/>
        <w:t>vt 0.570100 0.731100</w:t>
        <w:br/>
        <w:t>vt 0.566400 0.738500</w:t>
        <w:br/>
        <w:t>vt 0.561500 0.738700</w:t>
        <w:br/>
        <w:t>vt 0.341700 0.839800</w:t>
        <w:br/>
        <w:t>vt 0.341400 0.834000</w:t>
        <w:br/>
        <w:t>vt 0.343800 0.833900</w:t>
        <w:br/>
        <w:t>vt 0.344100 0.839700</w:t>
        <w:br/>
        <w:t>vt 0.564700 0.713700</w:t>
        <w:br/>
        <w:t>vt 0.556800 0.712400</w:t>
        <w:br/>
        <w:t>vt 0.558500 0.709900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0.546000 0.696700</w:t>
        <w:br/>
        <w:t>vt 0.548800 0.702000</w:t>
        <w:br/>
        <w:t>vt 0.547000 0.704200</w:t>
        <w:br/>
        <w:t>vt 0.350300 0.800700</w:t>
        <w:br/>
        <w:t>vt 0.348500 0.806400</w:t>
        <w:br/>
        <w:t>vt 0.346000 0.805400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0.442000 0.886100</w:t>
        <w:br/>
        <w:t>vt 0.448100 0.882300</w:t>
        <w:br/>
        <w:t>vt 0.452000 0.895200</w:t>
        <w:br/>
        <w:t>vt 0.445100 0.900300</w:t>
        <w:br/>
        <w:t>vt 0.509400 0.756500</w:t>
        <w:br/>
        <w:t>vt 0.502500 0.743400</w:t>
        <w:br/>
        <w:t>vt 0.436500 0.890000</w:t>
        <w:br/>
        <w:t>vt 0.439900 0.903700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0.355900 0.875700</w:t>
        <w:br/>
        <w:t>vt 0.353900 0.877100</w:t>
        <w:br/>
        <w:t>vt 0.350900 0.871700</w:t>
        <w:br/>
        <w:t>vt 0.352800 0.870400</w:t>
        <w:br/>
        <w:t>vt 0.360100 0.865500</w:t>
        <w:br/>
        <w:t>vt 0.355700 0.868400</w:t>
        <w:br/>
        <w:t>vt 0.352600 0.863600</w:t>
        <w:br/>
        <w:t>vt 0.356800 0.860400</w:t>
        <w:br/>
        <w:t>vt 0.341600 0.849700</w:t>
        <w:br/>
        <w:t>vt 0.344300 0.853000</w:t>
        <w:br/>
        <w:t>vt 0.341300 0.852800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0.378100 0.795700</w:t>
        <w:br/>
        <w:t>vt 0.381600 0.789900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0.567700 0.765800</w:t>
        <w:br/>
        <w:t>vt 0.560700 0.769500</w:t>
        <w:br/>
        <w:t>vt 0.555600 0.765400</w:t>
        <w:br/>
        <w:t>vt 0.358400 0.846000</w:t>
        <w:br/>
        <w:t>vt 0.359400 0.839200</w:t>
        <w:br/>
        <w:t>vt 0.358200 0.832600</w:t>
        <w:br/>
        <w:t>vt 0.563400 0.729800</w:t>
        <w:br/>
        <w:t>vt 0.558100 0.738700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0.364400 0.797100</w:t>
        <w:br/>
        <w:t>vt 0.371900 0.799200</w:t>
        <w:br/>
        <w:t>vt 0.365300 0.876300</w:t>
        <w:br/>
        <w:t>vt 0.362600 0.870200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0.451100 0.762300</w:t>
        <w:br/>
        <w:t>vt 0.450700 0.751200</w:t>
        <w:br/>
        <w:t>vt 0.458700 0.750600</w:t>
        <w:br/>
        <w:t>vt 0.459500 0.762000</w:t>
        <w:br/>
        <w:t>vt 0.458000 0.772700</w:t>
        <w:br/>
        <w:t>vt 0.449800 0.773200</w:t>
        <w:br/>
        <w:t>vt 0.452400 0.722800</w:t>
        <w:br/>
        <w:t>vt 0.455900 0.736100</w:t>
        <w:br/>
        <w:t>vt 0.448500 0.736700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0.424700 0.795900</w:t>
        <w:br/>
        <w:t>vt 0.424200 0.789100</w:t>
        <w:br/>
        <w:t>vt 0.463500 0.865000</w:t>
        <w:br/>
        <w:t>vt 0.453400 0.866300</w:t>
        <w:br/>
        <w:t>vt 0.562800 0.761100</w:t>
        <w:br/>
        <w:t>vt 0.563300 0.761600</w:t>
        <w:br/>
        <w:t>vt 0.563300 0.761600</w:t>
        <w:br/>
        <w:t>vt 0.550300 0.760800</w:t>
        <w:br/>
        <w:t>vt 0.471100 0.819200</w:t>
        <w:br/>
        <w:t>vt 0.470900 0.833600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0.485700 0.870700</w:t>
        <w:br/>
        <w:t>vt 0.492900 0.880200</w:t>
        <w:br/>
        <w:t>vt 0.482300 0.872600</w:t>
        <w:br/>
        <w:t>vt 0.425700 0.751600</w:t>
        <w:br/>
        <w:t>vt 0.425700 0.737300</w:t>
        <w:br/>
        <w:t>vt 0.421800 0.723200</w:t>
        <w:br/>
        <w:t>vt 0.426000 0.720400</w:t>
        <w:br/>
        <w:t>vt 0.479300 0.797000</w:t>
        <w:br/>
        <w:t>vt 0.474600 0.795100</w:t>
        <w:br/>
        <w:t>vt 0.476500 0.789100</w:t>
        <w:br/>
        <w:t>vt 0.482600 0.791700</w:t>
        <w:br/>
        <w:t>vt 0.427300 0.774900</w:t>
        <w:br/>
        <w:t>vt 0.425100 0.784500</w:t>
        <w:br/>
        <w:t>vt 0.421300 0.783400</w:t>
        <w:br/>
        <w:t>vt 0.423800 0.773900</w:t>
        <w:br/>
        <w:t>vt 0.425400 0.761700</w:t>
        <w:br/>
        <w:t>vt 0.477000 0.847500</w:t>
        <w:br/>
        <w:t>vt 0.479993 0.821724</w:t>
        <w:br/>
        <w:t>vt 0.489446 0.821919</w:t>
        <w:br/>
        <w:t>vt 0.487302 0.833906</w:t>
        <w:br/>
        <w:t>vt 0.479311 0.834101</w:t>
        <w:br/>
        <w:t>vt 0.497048 0.813245</w:t>
        <w:br/>
        <w:t>vt 0.483696 0.808080</w:t>
        <w:br/>
        <w:t>vt 0.504454 0.862363</w:t>
        <w:br/>
        <w:t>vt 0.499679 0.874447</w:t>
        <w:br/>
        <w:t>vt 0.492370 0.867333</w:t>
        <w:br/>
        <w:t>vt 0.407890 0.758300</w:t>
        <w:br/>
        <w:t>vt 0.408490 0.745300</w:t>
        <w:br/>
        <w:t>vt 0.420590 0.752000</w:t>
        <w:br/>
        <w:t>vt 0.407477 0.736624</w:t>
        <w:br/>
        <w:t>vt 0.416990 0.725800</w:t>
        <w:br/>
        <w:t>vt 0.420290 0.738900</w:t>
        <w:br/>
        <w:t>vt 0.486717 0.800771</w:t>
        <w:br/>
        <w:t>vt 0.500287 0.805730</w:t>
        <w:br/>
        <w:t>vt 0.418890 0.772400</w:t>
        <w:br/>
        <w:t>vt 0.416390 0.780900</w:t>
        <w:br/>
        <w:t>vt 0.408090 0.771000</w:t>
        <w:br/>
        <w:t>vt 0.420490 0.761300</w:t>
        <w:br/>
        <w:t>vt 0.500459 0.853884</w:t>
        <w:br/>
        <w:t>vt 0.488082 0.858270</w:t>
        <w:br/>
        <w:t>vt 0.490908 0.846283</w:t>
        <w:br/>
        <w:t>vt 0.483404 0.846575</w:t>
        <w:br/>
        <w:t>vt 0.476400 0.821200</w:t>
        <w:br/>
        <w:t>vt 0.475700 0.833900</w:t>
        <w:br/>
        <w:t>vt 0.480200 0.807200</w:t>
        <w:br/>
        <w:t>vt 0.489100 0.868000</w:t>
        <w:br/>
        <w:t>vt 0.496600 0.875300</w:t>
        <w:br/>
        <w:t>vt 0.422500 0.752000</w:t>
        <w:br/>
        <w:t>vt 0.422200 0.738900</w:t>
        <w:br/>
        <w:t>vt 0.418900 0.725800</w:t>
        <w:br/>
        <w:t>vt 0.483300 0.799700</w:t>
        <w:br/>
        <w:t>vt 0.418300 0.780900</w:t>
        <w:br/>
        <w:t>vt 0.420800 0.772400</w:t>
        <w:br/>
        <w:t>vt 0.423800 0.773900</w:t>
        <w:br/>
        <w:t>vt 0.425400 0.761700</w:t>
        <w:br/>
        <w:t>vt 0.422400 0.761300</w:t>
        <w:br/>
        <w:t>vt 0.479900 0.846700</w:t>
        <w:br/>
        <w:t>vt 0.484700 0.858700</w:t>
        <w:br/>
        <w:t>vt 0.477000 0.847500</w:t>
        <w:br/>
        <w:t>vt 0.491900 0.792500</w:t>
        <w:br/>
        <w:t>vt 0.506300 0.808000</w:t>
        <w:br/>
        <w:t>vt 0.504100 0.806100</w:t>
        <w:br/>
        <w:t>vt 0.509500 0.803100</w:t>
        <w:br/>
        <w:t>vt 0.510400 0.805200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0.349400 0.865300</w:t>
        <w:br/>
        <w:t>vt 0.347400 0.866800</w:t>
        <w:br/>
        <w:t>vt 0.353400 0.852400</w:t>
        <w:br/>
        <w:t>vt 0.349400 0.852600</w:t>
        <w:br/>
        <w:t>vt 0.355600 0.852200</w:t>
        <w:br/>
        <w:t>vt 0.340500 0.830300</w:t>
        <w:br/>
        <w:t>vt 0.342300 0.814400</w:t>
        <w:br/>
        <w:t>vt 0.343100 0.818400</w:t>
        <w:br/>
        <w:t>vt 0.340300 0.816800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0.407000 0.789100</w:t>
        <w:br/>
        <w:t>vt 0.411800 0.789100</w:t>
        <w:br/>
        <w:t>vt 0.398600 0.786600</w:t>
        <w:br/>
        <w:t>vt 0.400700 0.792500</w:t>
        <w:br/>
        <w:t>vt 0.474600 0.795100</w:t>
        <w:br/>
        <w:t>vt 0.486500 0.795400</w:t>
        <w:br/>
        <w:t>vt 0.394700 0.896300</w:t>
        <w:br/>
        <w:t>vt 0.392100 0.894700</w:t>
        <w:br/>
        <w:t>vt 0.358500 0.785100</w:t>
        <w:br/>
        <w:t>vt 0.357700 0.788500</w:t>
        <w:br/>
        <w:t>vt 0.356500 0.786400</w:t>
        <w:br/>
        <w:t>vt 0.527500 0.708700</w:t>
        <w:br/>
        <w:t>vt 0.520800 0.710000</w:t>
        <w:br/>
        <w:t>vt 0.520300 0.705800</w:t>
        <w:br/>
        <w:t>vt 0.527000 0.704700</w:t>
        <w:br/>
        <w:t>vt 0.362700 0.785800</w:t>
        <w:br/>
        <w:t>vt 0.361600 0.783700</w:t>
        <w:br/>
        <w:t>vt 0.373100 0.781000</w:t>
        <w:br/>
        <w:t>vt 0.377100 0.777400</w:t>
        <w:br/>
        <w:t>vt 0.513300 0.707900</w:t>
        <w:br/>
        <w:t>vt 0.508100 0.706100</w:t>
        <w:br/>
        <w:t>vt 0.508500 0.703200</w:t>
        <w:br/>
        <w:t>vt 0.513700 0.704500</w:t>
        <w:br/>
        <w:t>vt 0.394700 0.911100</w:t>
        <w:br/>
        <w:t>vt 0.396600 0.909500</w:t>
        <w:br/>
        <w:t>vt 0.525500 0.795900</w:t>
        <w:br/>
        <w:t>vt 0.520400 0.795700</w:t>
        <w:br/>
        <w:t>vt 0.514900 0.801100</w:t>
        <w:br/>
        <w:t>vt 0.515400 0.803700</w:t>
        <w:br/>
        <w:t>vt 0.408600 0.916800</w:t>
        <w:br/>
        <w:t>vt 0.521000 0.800600</w:t>
        <w:br/>
        <w:t>vt 0.521200 0.803300</w:t>
        <w:br/>
        <w:t>vt 0.501200 0.799800</w:t>
        <w:br/>
        <w:t>vt 0.384900 0.902700</w:t>
        <w:br/>
        <w:t>vt 0.386700 0.900600</w:t>
        <w:br/>
        <w:t>vt 0.415000 0.877700</w:t>
        <w:br/>
        <w:t>vt 0.408600 0.878300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0.435300 0.866300</w:t>
        <w:br/>
        <w:t>vt 0.453400 0.866300</w:t>
        <w:br/>
        <w:t>vt 0.451500 0.866900</w:t>
        <w:br/>
        <w:t>vt 0.436000 0.868800</w:t>
        <w:br/>
        <w:t>vt 0.437900 0.878800</w:t>
        <w:br/>
        <w:t>vt 0.431900 0.881400</w:t>
        <w:br/>
        <w:t>vt 0.431700 0.878600</w:t>
        <w:br/>
        <w:t>vt 0.437300 0.876200</w:t>
        <w:br/>
        <w:t>vt 0.419600 0.876800</w:t>
        <w:br/>
        <w:t>vt 0.426000 0.878400</w:t>
        <w:br/>
        <w:t>vt 0.424600 0.881300</w:t>
        <w:br/>
        <w:t>vt 0.417500 0.879300</w:t>
        <w:br/>
        <w:t>vt 0.419600 0.874000</w:t>
        <w:br/>
        <w:t>vt 0.416400 0.872900</w:t>
        <w:br/>
        <w:t>vt 0.426300 0.868900</w:t>
        <w:br/>
        <w:t>vt 0.428200 0.870900</w:t>
        <w:br/>
        <w:t>vt 0.451500 0.866900</w:t>
        <w:br/>
        <w:t>vt 0.453400 0.866300</w:t>
        <w:br/>
        <w:t>vt 0.445000 0.874500</w:t>
        <w:br/>
        <w:t>vt 0.443700 0.872100</w:t>
        <w:br/>
        <w:t>vt 0.533100 0.797500</w:t>
        <w:br/>
        <w:t>vt 0.537600 0.800300</w:t>
        <w:br/>
        <w:t>vt 0.529400 0.802700</w:t>
        <w:br/>
        <w:t>vt 0.548600 0.802000</w:t>
        <w:br/>
        <w:t>vt 0.550600 0.804400</w:t>
        <w:br/>
        <w:t>vt 0.543400 0.805700</w:t>
        <w:br/>
        <w:t>vt 0.545200 0.789000</w:t>
        <w:br/>
        <w:t>vt 0.550700 0.790300</w:t>
        <w:br/>
        <w:t>vt 0.550000 0.792200</w:t>
        <w:br/>
        <w:t>vt 0.545000 0.792100</w:t>
        <w:br/>
        <w:t>vt 0.555000 0.793100</w:t>
        <w:br/>
        <w:t>vt 0.553800 0.793900</w:t>
        <w:br/>
        <w:t>vt 0.559500 0.796700</w:t>
        <w:br/>
        <w:t>vt 0.557900 0.797300</w:t>
        <w:br/>
        <w:t>vt 0.559100 0.798900</w:t>
        <w:br/>
        <w:t>vt 0.560400 0.798900</w:t>
        <w:br/>
        <w:t>vt 0.560000 0.800800</w:t>
        <w:br/>
        <w:t>vt 0.559200 0.800300</w:t>
        <w:br/>
        <w:t>vt 0.530100 0.792600</w:t>
        <w:br/>
        <w:t>vt 0.539200 0.793200</w:t>
        <w:br/>
        <w:t>vt 0.533100 0.797500</w:t>
        <w:br/>
        <w:t>vt 0.418000 0.875800</w:t>
        <w:br/>
        <w:t>vt 0.418000 0.874800</w:t>
        <w:br/>
        <w:t>vt 0.414000 0.875300</w:t>
        <w:br/>
        <w:t>vt 0.410500 0.802400</w:t>
        <w:br/>
        <w:t>vt 0.416300 0.803300</w:t>
        <w:br/>
        <w:t>vt 0.410700 0.806600</w:t>
        <w:br/>
        <w:t>vt 0.409700 0.820500</w:t>
        <w:br/>
        <w:t>vt 0.417800 0.820600</w:t>
        <w:br/>
        <w:t>vt 0.410500 0.829500</w:t>
        <w:br/>
        <w:t>vt 0.425800 0.805000</w:t>
        <w:br/>
        <w:t>vt 0.417005 0.811428</w:t>
        <w:br/>
        <w:t>vt 0.426900 0.838000</w:t>
        <w:br/>
        <w:t>vt 0.412700 0.837500</w:t>
        <w:br/>
        <w:t>vt 0.416000 0.846700</w:t>
        <w:br/>
        <w:t>vt 0.426900 0.821300</w:t>
        <w:br/>
        <w:t>vt 0.425900 0.852100</w:t>
        <w:br/>
        <w:t>vt 0.487200 0.716300</w:t>
        <w:br/>
        <w:t>vt 0.491600 0.723000</w:t>
        <w:br/>
        <w:t>vt 0.467300 0.720600</w:t>
        <w:br/>
        <w:t>vt 0.471600 0.784500</w:t>
        <w:br/>
        <w:t>vt 0.463500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0.565100 0.744600</w:t>
        <w:br/>
        <w:t>vt 0.566400 0.750800</w:t>
        <w:br/>
        <w:t>vt 0.561800 0.751300</w:t>
        <w:br/>
        <w:t>vt 0.348700 0.834000</w:t>
        <w:br/>
        <w:t>vt 0.347900 0.826600</w:t>
        <w:br/>
        <w:t>vt 0.352400 0.826500</w:t>
        <w:br/>
        <w:t>vt 0.354000 0.833600</w:t>
        <w:br/>
        <w:t>vt 0.519900 0.701300</w:t>
        <w:br/>
        <w:t>vt 0.526600 0.700400</w:t>
        <w:br/>
        <w:t>vt 0.508700 0.699200</w:t>
        <w:br/>
        <w:t>vt 0.513800 0.700500</w:t>
        <w:br/>
        <w:t>vt 0.508100 0.798600</w:t>
        <w:br/>
        <w:t>vt 0.502300 0.802100</w:t>
        <w:br/>
        <w:t>vt 0.554500 0.715600</w:t>
        <w:br/>
        <w:t>vt 0.562700 0.717000</w:t>
        <w:br/>
        <w:t>vt 0.541400 0.701300</w:t>
        <w:br/>
        <w:t>vt 0.513800 0.796500</w:t>
        <w:br/>
        <w:t>vt 0.418000 0.874800</w:t>
        <w:br/>
        <w:t>vt 0.560000 0.800800</w:t>
        <w:br/>
        <w:t>vt 0.558200 0.802500</w:t>
        <w:br/>
        <w:t>vt 0.557600 0.801300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0.361700 0.879100</w:t>
        <w:br/>
        <w:t>vt 0.358500 0.873200</w:t>
        <w:br/>
        <w:t>vt 0.362200 0.794600</w:t>
        <w:br/>
        <w:t>vt 0.359700 0.791300</w:t>
        <w:br/>
        <w:t>vt 0.364600 0.788200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0.353600 0.802200</w:t>
        <w:br/>
        <w:t>vt 0.355400 0.795800</w:t>
        <w:br/>
        <w:t>vt 0.400100 0.906300</w:t>
        <w:br/>
        <w:t>vt 0.390200 0.896900</w:t>
        <w:br/>
        <w:t>vt 0.359000 0.881800</w:t>
        <w:br/>
        <w:t>vt 0.571400 0.750400</w:t>
        <w:br/>
        <w:t>vt 0.575900 0.757000</w:t>
        <w:br/>
        <w:t>vt 0.344300 0.845900</w:t>
        <w:br/>
        <w:t>vt 0.575100 0.731700</w:t>
        <w:br/>
        <w:t>vt 0.346200 0.812300</w:t>
        <w:br/>
        <w:t>vt 0.531600 0.697900</w:t>
        <w:br/>
        <w:t>vt 0.531700 0.702000</w:t>
        <w:br/>
        <w:t>vt 0.531300 0.694500</w:t>
        <w:br/>
        <w:t>vt 0.530900 0.692200</w:t>
        <w:br/>
        <w:t>vt 0.532100 0.705100</w:t>
        <w:br/>
        <w:t>vt 0.532200 0.707600</w:t>
        <w:br/>
        <w:t>vt 0.528700 0.714900</w:t>
        <w:br/>
        <w:t>vt 0.563000 0.792900</w:t>
        <w:br/>
        <w:t>vt 0.564400 0.787100</w:t>
        <w:br/>
        <w:t>vt 0.567100 0.782100</w:t>
        <w:br/>
        <w:t>vt 0.576700 0.776100</w:t>
        <w:br/>
        <w:t>vt 0.570600 0.778200</w:t>
        <w:br/>
        <w:t>vt 0.343700 0.865600</w:t>
        <w:br/>
        <w:t>vt 0.341800 0.864000</w:t>
        <w:br/>
        <w:t>vt 0.343200 0.862000</w:t>
        <w:br/>
        <w:t>vt 0.355900 0.881400</w:t>
        <w:br/>
        <w:t>vt 0.354200 0.883500</w:t>
        <w:br/>
        <w:t>vt 0.353700 0.881700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0.580200 0.754500</w:t>
        <w:br/>
        <w:t>vt 0.578600 0.756000</w:t>
        <w:br/>
        <w:t>vt 0.577700 0.732100</w:t>
        <w:br/>
        <w:t>vt 0.579100 0.733000</w:t>
        <w:br/>
        <w:t>vt 0.566000 0.709100</w:t>
        <w:br/>
        <w:t>vt 0.559200 0.707900</w:t>
        <w:br/>
        <w:t>vt 0.554400 0.705700</w:t>
        <w:br/>
        <w:t>vt 0.547800 0.695900</w:t>
        <w:br/>
        <w:t>vt 0.550500 0.700900</w:t>
        <w:br/>
        <w:t>vt 0.347400 0.793200</w:t>
        <w:br/>
        <w:t>vt 0.349500 0.793100</w:t>
        <w:br/>
        <w:t>vt 0.347000 0.795700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0.374100 0.772400</w:t>
        <w:br/>
        <w:t>vt 0.371300 0.773100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0.370900 0.773800</w:t>
        <w:br/>
        <w:t>vt 0.371300 0.773100</w:t>
        <w:br/>
        <w:t>vt 0.345100 0.804900</w:t>
        <w:br/>
        <w:t>vt 0.346800 0.799700</w:t>
        <w:br/>
        <w:t>vt 0.347300 0.796400</w:t>
        <w:br/>
        <w:t>vt 0.340900 0.812800</w:t>
        <w:br/>
        <w:t>vt 0.342600 0.810100</w:t>
        <w:br/>
        <w:t>vt 0.343800 0.811200</w:t>
        <w:br/>
        <w:t>vt 0.340400 0.813200</w:t>
        <w:br/>
        <w:t>vt 0.340900 0.812800</w:t>
        <w:br/>
        <w:t>vt 0.342300 0.814400</w:t>
        <w:br/>
        <w:t>vt 0.339900 0.834500</w:t>
        <w:br/>
        <w:t>vt 0.341400 0.834000</w:t>
        <w:br/>
        <w:t>vt 0.340600 0.839800</w:t>
        <w:br/>
        <w:t>vt 0.339100 0.831300</w:t>
        <w:br/>
        <w:t>vt 0.341900 0.845900</w:t>
        <w:br/>
        <w:t>vt 0.340400 0.845500</w:t>
        <w:br/>
        <w:t>vt 0.339900 0.848600</w:t>
        <w:br/>
        <w:t>vt 0.339200 0.849300</w:t>
        <w:br/>
        <w:t>vt 0.339900 0.848600</w:t>
        <w:br/>
        <w:t>vt 0.341600 0.849700</w:t>
        <w:br/>
        <w:t>vt 0.338500 0.830700</w:t>
        <w:br/>
        <w:t>vt 0.352200 0.877200</w:t>
        <w:br/>
        <w:t>vt 0.349800 0.872300</w:t>
        <w:br/>
        <w:t>vt 0.344500 0.865700</w:t>
        <w:br/>
        <w:t>vt 0.347400 0.866800</w:t>
        <w:br/>
        <w:t>vt 0.346600 0.867800</w:t>
        <w:br/>
        <w:t>vt 0.353700 0.881000</w:t>
        <w:br/>
        <w:t>vt 0.353700 0.881700</w:t>
        <w:br/>
        <w:t>vt 0.353700 0.881000</w:t>
        <w:br/>
        <w:t>vt 0.355900 0.881400</w:t>
        <w:br/>
        <w:t>vt 0.343700 0.865600</w:t>
        <w:br/>
        <w:t>vt 0.511100 0.807000</w:t>
        <w:br/>
        <w:t>vt 0.507300 0.809600</w:t>
        <w:br/>
        <w:t>vt 0.525500 0.805800</w:t>
        <w:br/>
        <w:t>vt 0.520900 0.804900</w:t>
        <w:br/>
        <w:t>vt 0.525900 0.803700</w:t>
        <w:br/>
        <w:t>vt 0.515500 0.805100</w:t>
        <w:br/>
        <w:t>vt 0.386100 0.905900</w:t>
        <w:br/>
        <w:t>vt 0.526000 0.801000</w:t>
        <w:br/>
        <w:t>vt 0.390400 0.907800</w:t>
        <w:br/>
        <w:t>vt 0.387200 0.905400</w:t>
        <w:br/>
        <w:t>vt 0.398700 0.921000</w:t>
        <w:br/>
        <w:t>vt 0.396800 0.916400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0.387200 0.905400</w:t>
        <w:br/>
        <w:t>vt 0.386100 0.905900</w:t>
        <w:br/>
        <w:t>vt 0.389900 0.908400</w:t>
        <w:br/>
        <w:t>vt 0.387200 0.906000</w:t>
        <w:br/>
        <w:t>vt 0.398100 0.921100</w:t>
        <w:br/>
        <w:t>vt 0.396300 0.916700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0.507900 0.810300</w:t>
        <w:br/>
        <w:t>vt 0.507300 0.809600</w:t>
        <w:br/>
        <w:t>vt 0.511100 0.807000</w:t>
        <w:br/>
        <w:t>vt 0.525000 0.806700</w:t>
        <w:br/>
        <w:t>vt 0.520800 0.805900</w:t>
        <w:br/>
        <w:t>vt 0.520900 0.804900</w:t>
        <w:br/>
        <w:t>vt 0.516000 0.806100</w:t>
        <w:br/>
        <w:t>vt 0.515500 0.805100</w:t>
        <w:br/>
        <w:t>vt 0.384000 0.905900</w:t>
        <w:br/>
        <w:t>vt 0.384200 0.904800</w:t>
        <w:br/>
        <w:t>vt 0.386100 0.905900</w:t>
        <w:br/>
        <w:t>vt 0.386200 0.906800</w:t>
        <w:br/>
        <w:t>vt 0.351500 0.877300</w:t>
        <w:br/>
        <w:t>vt 0.349000 0.872600</w:t>
        <w:br/>
        <w:t>vt 0.345900 0.868500</w:t>
        <w:br/>
        <w:t>vt 0.344200 0.866500</w:t>
        <w:br/>
        <w:t>vt 0.352900 0.880800</w:t>
        <w:br/>
        <w:t>vt 0.352700 0.881300</w:t>
        <w:br/>
        <w:t>vt 0.352900 0.880800</w:t>
        <w:br/>
        <w:t>vt 0.344200 0.866500</w:t>
        <w:br/>
        <w:t>vt 0.343400 0.866600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0.339900 0.839800</w:t>
        <w:br/>
        <w:t>vt 0.339200 0.834500</w:t>
        <w:br/>
        <w:t>vt 0.338600 0.831800</w:t>
        <w:br/>
        <w:t>vt 0.339600 0.845300</w:t>
        <w:br/>
        <w:t>vt 0.339200 0.848200</w:t>
        <w:br/>
        <w:t>vt 0.338500 0.848600</w:t>
        <w:br/>
        <w:t>vt 0.339200 0.848200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0.338500 0.830700</w:t>
        <w:br/>
        <w:t>vt 0.337700 0.831400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0.339500 0.812200</w:t>
        <w:br/>
        <w:t>vt 0.340200 0.812000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0.551600 0.700400</w:t>
        <w:br/>
        <w:t>vt 0.550500 0.700900</w:t>
        <w:br/>
        <w:t>vt 0.547800 0.695900</w:t>
        <w:br/>
        <w:t>vt 0.345800 0.795900</w:t>
        <w:br/>
        <w:t>vt 0.346000 0.793200</w:t>
        <w:br/>
        <w:t>vt 0.337800 0.813800</w:t>
        <w:br/>
        <w:t>vt 0.339500 0.812200</w:t>
        <w:br/>
        <w:t>vt 0.365300 0.778700</w:t>
        <w:br/>
        <w:t>vt 0.368600 0.775500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0.358100 0.782200</w:t>
        <w:br/>
        <w:t>vt 0.358800 0.782600</w:t>
        <w:br/>
        <w:t>vt 0.519500 0.693900</w:t>
        <w:br/>
        <w:t>vt 0.519500 0.693000</w:t>
        <w:br/>
        <w:t>vt 0.524600 0.692100</w:t>
        <w:br/>
        <w:t>vt 0.510900 0.691000</w:t>
        <w:br/>
        <w:t>vt 0.514800 0.692500</w:t>
        <w:br/>
        <w:t>vt 0.514400 0.693600</w:t>
        <w:br/>
        <w:t>vt 0.371300 0.773100</w:t>
        <w:br/>
        <w:t>vt 0.369900 0.772800</w:t>
        <w:br/>
        <w:t>vt 0.371100 0.770700</w:t>
        <w:br/>
        <w:t>vt 0.356000 0.782800</w:t>
        <w:br/>
        <w:t>vt 0.358100 0.782200</w:t>
        <w:br/>
        <w:t>vt 0.357800 0.783300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0.387300 0.911500</w:t>
        <w:br/>
        <w:t>vt 0.384000 0.908400</w:t>
        <w:br/>
        <w:t>vt 0.398100 0.921100</w:t>
        <w:br/>
        <w:t>vt 0.395200 0.923100</w:t>
        <w:br/>
        <w:t>vt 0.393200 0.918600</w:t>
        <w:br/>
        <w:t>vt 0.396300 0.916700</w:t>
        <w:br/>
        <w:t>vt 0.512000 0.809400</w:t>
        <w:br/>
        <w:t>vt 0.507900 0.810300</w:t>
        <w:br/>
        <w:t>vt 0.511100 0.808000</w:t>
        <w:br/>
        <w:t>vt 0.508100 0.812900</w:t>
        <w:br/>
        <w:t>vt 0.512700 0.810900</w:t>
        <w:br/>
        <w:t>vt 0.509600 0.814400</w:t>
        <w:br/>
        <w:t>vt 0.516200 0.807800</w:t>
        <w:br/>
        <w:t>vt 0.516400 0.809500</w:t>
        <w:br/>
        <w:t>vt 0.390300 0.914900</w:t>
        <w:br/>
        <w:t>vt 0.391900 0.919000</w:t>
        <w:br/>
        <w:t>vt 0.389400 0.915700</w:t>
        <w:br/>
        <w:t>vt 0.520700 0.808200</w:t>
        <w:br/>
        <w:t>vt 0.525300 0.809500</w:t>
        <w:br/>
        <w:t>vt 0.523000 0.810900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0.398600 0.923000</w:t>
        <w:br/>
        <w:t>vt 0.397800 0.923600</w:t>
        <w:br/>
        <w:t>vt 0.387200 0.906000</w:t>
        <w:br/>
        <w:t>vt 0.384000 0.905900</w:t>
        <w:br/>
        <w:t>vt 0.352700 0.881300</w:t>
        <w:br/>
        <w:t>vt 0.349900 0.883800</w:t>
        <w:br/>
        <w:t>vt 0.347500 0.879500</w:t>
        <w:br/>
        <w:t>vt 0.341900 0.871800</w:t>
        <w:br/>
        <w:t>vt 0.345900 0.868500</w:t>
        <w:br/>
        <w:t>vt 0.349000 0.872600</w:t>
        <w:br/>
        <w:t>vt 0.344600 0.875500</w:t>
        <w:br/>
        <w:t>vt 0.351500 0.877300</w:t>
        <w:br/>
        <w:t>vt 0.574700 0.783500</w:t>
        <w:br/>
        <w:t>vt 0.573900 0.782200</w:t>
        <w:br/>
        <w:t>vt 0.578600 0.780800</w:t>
        <w:br/>
        <w:t>vt 0.578900 0.782200</w:t>
        <w:br/>
        <w:t>vt 0.571400 0.785800</w:t>
        <w:br/>
        <w:t>vt 0.570100 0.784600</w:t>
        <w:br/>
        <w:t>vt 0.567600 0.794100</w:t>
        <w:br/>
        <w:t>vt 0.568000 0.788600</w:t>
        <w:br/>
        <w:t>vt 0.569500 0.789200</w:t>
        <w:br/>
        <w:t>vt 0.568900 0.793800</w:t>
        <w:br/>
        <w:t>vt 0.347500 0.879500</w:t>
        <w:br/>
        <w:t>vt 0.348500 0.883600</w:t>
        <w:br/>
        <w:t>vt 0.346400 0.879700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0.571400 0.779200</w:t>
        <w:br/>
        <w:t>vt 0.576400 0.777200</w:t>
        <w:br/>
        <w:t>vt 0.578600 0.780800</w:t>
        <w:br/>
        <w:t>vt 0.570100 0.784600</w:t>
        <w:br/>
        <w:t>vt 0.567800 0.782600</w:t>
        <w:br/>
        <w:t>vt 0.564300 0.792700</w:t>
        <w:br/>
        <w:t>vt 0.565300 0.787500</w:t>
        <w:br/>
        <w:t>vt 0.568000 0.788600</w:t>
        <w:br/>
        <w:t>vt 0.567600 0.794100</w:t>
        <w:br/>
        <w:t>vt 0.343400 0.866600</w:t>
        <w:br/>
        <w:t>vt 0.344200 0.866500</w:t>
        <w:br/>
        <w:t>vt 0.352800 0.883200</w:t>
        <w:br/>
        <w:t>vt 0.341000 0.864900</w:t>
        <w:br/>
        <w:t>vt 0.334300 0.850400</w:t>
        <w:br/>
        <w:t>vt 0.338500 0.848600</w:t>
        <w:br/>
        <w:t>vt 0.337400 0.851400</w:t>
        <w:br/>
        <w:t>vt 0.580100 0.748200</w:t>
        <w:br/>
        <w:t>vt 0.577200 0.749400</w:t>
        <w:br/>
        <w:t>vt 0.575800 0.744000</w:t>
        <w:br/>
        <w:t>vt 0.578700 0.743800</w:t>
        <w:br/>
        <w:t>vt 0.339600 0.845300</w:t>
        <w:br/>
        <w:t>vt 0.334500 0.845000</w:t>
        <w:br/>
        <w:t>vt 0.334400 0.840100</w:t>
        <w:br/>
        <w:t>vt 0.339900 0.839800</w:t>
        <w:br/>
        <w:t>vt 0.581600 0.740400</w:t>
        <w:br/>
        <w:t>vt 0.579800 0.739700</w:t>
        <w:br/>
        <w:t>vt 0.583300 0.735600</w:t>
        <w:br/>
        <w:t>vt 0.584600 0.737100</w:t>
        <w:br/>
        <w:t>vt 0.580700 0.744000</w:t>
        <w:br/>
        <w:t>vt 0.578700 0.743800</w:t>
        <w:br/>
        <w:t>vt 0.581800 0.747700</w:t>
        <w:br/>
        <w:t>vt 0.580100 0.748200</w:t>
        <w:br/>
        <w:t>vt 0.584900 0.750900</w:t>
        <w:br/>
        <w:t>vt 0.583900 0.752100</w:t>
        <w:br/>
        <w:t>vt 0.333100 0.849300</w:t>
        <w:br/>
        <w:t>vt 0.333100 0.844900</w:t>
        <w:br/>
        <w:t>vt 0.334500 0.845000</w:t>
        <w:br/>
        <w:t>vt 0.334300 0.850400</w:t>
        <w:br/>
        <w:t>vt 0.333000 0.840300</w:t>
        <w:br/>
        <w:t>vt 0.334400 0.840100</w:t>
        <w:br/>
        <w:t>vt 0.332600 0.835700</w:t>
        <w:br/>
        <w:t>vt 0.334100 0.835200</w:t>
        <w:br/>
        <w:t>vt 0.331500 0.831300</w:t>
        <w:br/>
        <w:t>vt 0.333000 0.829800</w:t>
        <w:br/>
        <w:t>vt 0.334100 0.835200</w:t>
        <w:br/>
        <w:t>vt 0.339200 0.834500</w:t>
        <w:br/>
        <w:t>vt 0.579800 0.739700</w:t>
        <w:br/>
        <w:t>vt 0.576800 0.738700</w:t>
        <w:br/>
        <w:t>vt 0.579600 0.734300</w:t>
        <w:br/>
        <w:t>vt 0.583300 0.735600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0.333500 0.810300</w:t>
        <w:br/>
        <w:t>vt 0.336500 0.806300</w:t>
        <w:br/>
        <w:t>vt 0.559700 0.707200</w:t>
        <w:br/>
        <w:t>vt 0.555100 0.705000</w:t>
        <w:br/>
        <w:t>vt 0.557700 0.701300</w:t>
        <w:br/>
        <w:t>vt 0.561800 0.702700</w:t>
        <w:br/>
        <w:t>vt 0.567200 0.702900</w:t>
        <w:br/>
        <w:t>vt 0.561800 0.702700</w:t>
        <w:br/>
        <w:t>vt 0.562600 0.701000</w:t>
        <w:br/>
        <w:t>vt 0.566800 0.701200</w:t>
        <w:br/>
        <w:t>vt 0.557700 0.701300</w:t>
        <w:br/>
        <w:t>vt 0.559100 0.699700</w:t>
        <w:br/>
        <w:t>vt 0.556600 0.696700</w:t>
        <w:br/>
        <w:t>vt 0.555100 0.697900</w:t>
        <w:br/>
        <w:t>vt 0.553300 0.693100</w:t>
        <w:br/>
        <w:t>vt 0.555200 0.692900</w:t>
        <w:br/>
        <w:t>vt 0.336500 0.806300</w:t>
        <w:br/>
        <w:t>vt 0.333500 0.810300</w:t>
        <w:br/>
        <w:t>vt 0.332700 0.808700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0.345800 0.795900</w:t>
        <w:br/>
        <w:t>vt 0.346300 0.796700</w:t>
        <w:br/>
        <w:t>vt 0.344400 0.804500</w:t>
        <w:br/>
        <w:t>vt 0.338800 0.802300</w:t>
        <w:br/>
        <w:t>vt 0.340600 0.798000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0.551600 0.700400</w:t>
        <w:br/>
        <w:t>vt 0.549300 0.695800</w:t>
        <w:br/>
        <w:t>vt 0.553300 0.693100</w:t>
        <w:br/>
        <w:t>vt 0.567200 0.702900</w:t>
        <w:br/>
        <w:t>vt 0.565800 0.707800</w:t>
        <w:br/>
        <w:t>vt 0.356000 0.782800</w:t>
        <w:br/>
        <w:t>vt 0.354600 0.779100</w:t>
        <w:br/>
        <w:t>vt 0.358100 0.782200</w:t>
        <w:br/>
        <w:t>vt 0.519500 0.693000</w:t>
        <w:br/>
        <w:t>vt 0.519500 0.688600</w:t>
        <w:br/>
        <w:t>vt 0.524600 0.692100</w:t>
        <w:br/>
        <w:t>vt 0.362300 0.775500</w:t>
        <w:br/>
        <w:t>vt 0.365300 0.778700</w:t>
        <w:br/>
        <w:t>vt 0.361200 0.781600</w:t>
        <w:br/>
        <w:t>vt 0.358900 0.777400</w:t>
        <w:br/>
        <w:t>vt 0.358900 0.777400</w:t>
        <w:br/>
        <w:t>vt 0.354600 0.779100</w:t>
        <w:br/>
        <w:t>vt 0.354900 0.777400</w:t>
        <w:br/>
        <w:t>vt 0.358400 0.776100</w:t>
        <w:br/>
        <w:t>vt 0.365400 0.772100</w:t>
        <w:br/>
        <w:t>vt 0.364000 0.771400</w:t>
        <w:br/>
        <w:t>vt 0.365800 0.768300</w:t>
        <w:br/>
        <w:t>vt 0.367500 0.768300</w:t>
        <w:br/>
        <w:t>vt 0.515800 0.687900</w:t>
        <w:br/>
        <w:t>vt 0.512400 0.686700</w:t>
        <w:br/>
        <w:t>vt 0.513400 0.685300</w:t>
        <w:br/>
        <w:t>vt 0.516700 0.686700</w:t>
        <w:br/>
        <w:t>vt 0.519500 0.688600</w:t>
        <w:br/>
        <w:t>vt 0.520000 0.687000</w:t>
        <w:br/>
        <w:t>vt 0.527200 0.685800</w:t>
        <w:br/>
        <w:t>vt 0.523500 0.688100</w:t>
        <w:br/>
        <w:t>vt 0.523100 0.686400</w:t>
        <w:br/>
        <w:t>vt 0.526000 0.684600</w:t>
        <w:br/>
        <w:t>vt 0.362300 0.775500</w:t>
        <w:br/>
        <w:t>vt 0.361300 0.774100</w:t>
        <w:br/>
        <w:t>vt 0.368600 0.775500</w:t>
        <w:br/>
        <w:t>vt 0.369900 0.772800</w:t>
        <w:br/>
        <w:t>vt 0.371100 0.770700</w:t>
        <w:br/>
        <w:t>vt 0.515800 0.687900</w:t>
        <w:br/>
        <w:t>vt 0.514800 0.692500</w:t>
        <w:br/>
        <w:t>vt 0.510900 0.691000</w:t>
        <w:br/>
        <w:t>vt 0.523500 0.688100</w:t>
        <w:br/>
        <w:t>vt 0.527200 0.685800</w:t>
        <w:br/>
        <w:t>vt 0.528800 0.689500</w:t>
        <w:br/>
        <w:t>vt 0.370100 0.773500</w:t>
        <w:br/>
        <w:t>vt 0.368900 0.731200</w:t>
        <w:br/>
        <w:t>vt 0.368900 0.744300</w:t>
        <w:br/>
        <w:t>vt 0.361100 0.744300</w:t>
        <w:br/>
        <w:t>vt 0.361100 0.730700</w:t>
        <w:br/>
        <w:t>vt 0.347000 0.761600</w:t>
        <w:br/>
        <w:t>vt 0.339300 0.761600</w:t>
        <w:br/>
        <w:t>vt 0.339300 0.744300</w:t>
        <w:br/>
        <w:t>vt 0.347000 0.744300</w:t>
        <w:br/>
        <w:t>vt 0.332700 0.744300</w:t>
        <w:br/>
        <w:t>vt 0.332700 0.761600</w:t>
        <w:br/>
        <w:t>vt 0.368900 0.761600</w:t>
        <w:br/>
        <w:t>vt 0.375600 0.744300</w:t>
        <w:br/>
        <w:t>vt 0.375600 0.761600</w:t>
        <w:br/>
        <w:t>vt 0.322100 0.761600</w:t>
        <w:br/>
        <w:t>vt 0.322100 0.744300</w:t>
        <w:br/>
        <w:t>vt 0.403400 0.761600</w:t>
        <w:br/>
        <w:t>vt 0.391200 0.761600</w:t>
        <w:br/>
        <w:t>vt 0.391200 0.744300</w:t>
        <w:br/>
        <w:t>vt 0.403400 0.744300</w:t>
        <w:br/>
        <w:t>vt 0.383900 0.761600</w:t>
        <w:br/>
        <w:t>vt 0.383900 0.744300</w:t>
        <w:br/>
        <w:t>vt 0.332700 0.734200</w:t>
        <w:br/>
        <w:t>vt 0.339300 0.733200</w:t>
        <w:br/>
        <w:t>vt 0.347000 0.732500</w:t>
        <w:br/>
        <w:t>vt 0.353800 0.731400</w:t>
        <w:br/>
        <w:t>vt 0.353800 0.744300</w:t>
        <w:br/>
        <w:t>vt 0.353800 0.761600</w:t>
        <w:br/>
        <w:t>vt 0.361100 0.761600</w:t>
        <w:br/>
        <w:t>vt 0.347000 0.763100</w:t>
        <w:br/>
        <w:t>vt 0.339300 0.763100</w:t>
        <w:br/>
        <w:t>vt 0.339300 0.761600</w:t>
        <w:br/>
        <w:t>vt 0.347000 0.761600</w:t>
        <w:br/>
        <w:t>vt 0.332700 0.763100</w:t>
        <w:br/>
        <w:t>vt 0.332700 0.761600</w:t>
        <w:br/>
        <w:t>vt 0.368900 0.761600</w:t>
        <w:br/>
        <w:t>vt 0.375600 0.761600</w:t>
        <w:br/>
        <w:t>vt 0.375600 0.763100</w:t>
        <w:br/>
        <w:t>vt 0.368900 0.763100</w:t>
        <w:br/>
        <w:t>vt 0.322100 0.763100</w:t>
        <w:br/>
        <w:t>vt 0.322100 0.761600</w:t>
        <w:br/>
        <w:t>vt 0.391200 0.763100</w:t>
        <w:br/>
        <w:t>vt 0.391200 0.761600</w:t>
        <w:br/>
        <w:t>vt 0.403400 0.761600</w:t>
        <w:br/>
        <w:t>vt 0.403400 0.763100</w:t>
        <w:br/>
        <w:t>vt 0.383900 0.763100</w:t>
        <w:br/>
        <w:t>vt 0.383900 0.761600</w:t>
        <w:br/>
        <w:t>vt 0.353800 0.763100</w:t>
        <w:br/>
        <w:t>vt 0.361100 0.761600</w:t>
        <w:br/>
        <w:t>vt 0.361100 0.763100</w:t>
        <w:br/>
        <w:t>vt 0.322100 0.732900</w:t>
        <w:br/>
        <w:t>vt 0.391200 0.732600</w:t>
        <w:br/>
        <w:t>vt 0.403400 0.732800</w:t>
        <w:br/>
        <w:t>vt 0.383900 0.732200</w:t>
        <w:br/>
        <w:t>vt 0.375600 0.732000</w:t>
        <w:br/>
        <w:t>vt 0.548600 0.802000</w:t>
        <w:br/>
        <w:t>vt 0.537600 0.800300</w:t>
        <w:br/>
        <w:t>vt 0.547800 0.797000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0.383900 0.844400</w:t>
        <w:br/>
        <w:t>vt 0.391600 0.848600</w:t>
        <w:br/>
        <w:t>vt 0.381600 0.829400</w:t>
        <w:br/>
        <w:t>vt 0.383800 0.824700</w:t>
        <w:br/>
        <w:t>vt 0.388900 0.830300</w:t>
        <w:br/>
        <w:t>vt 0.391800 0.857800</w:t>
        <w:br/>
        <w:t>vt 0.382800 0.853600</w:t>
        <w:br/>
        <w:t>vt 0.394700 0.793900</w:t>
        <w:br/>
        <w:t>vt 0.389400 0.797000</w:t>
        <w:br/>
        <w:t>vt 0.388900 0.792900</w:t>
        <w:br/>
        <w:t>vt 0.396500 0.812400</w:t>
        <w:br/>
        <w:t>vt 0.399400 0.805000</w:t>
        <w:br/>
        <w:t>vt 0.402200 0.805900</w:t>
        <w:br/>
        <w:t>vt 0.401500 0.813200</w:t>
        <w:br/>
        <w:t>vt 0.406900 0.806900</w:t>
        <w:br/>
        <w:t>vt 0.407200 0.802900</w:t>
        <w:br/>
        <w:t>vt 0.395400 0.830400</w:t>
        <w:br/>
        <w:t>vt 0.397700 0.838900</w:t>
        <w:br/>
        <w:t>vt 0.391400 0.839000</w:t>
        <w:br/>
        <w:t>vt 0.397000 0.821000</w:t>
        <w:br/>
        <w:t>vt 0.401300 0.821400</w:t>
        <w:br/>
        <w:t>vt 0.400700 0.830600</w:t>
        <w:br/>
        <w:t>vt 0.400300 0.857500</w:t>
        <w:br/>
        <w:t>vt 0.400100 0.869100</w:t>
        <w:br/>
        <w:t>vt 0.392000 0.868600</w:t>
        <w:br/>
        <w:t>vt 0.405400 0.821400</w:t>
        <w:br/>
        <w:t>vt 0.406500 0.830700</w:t>
        <w:br/>
        <w:t>vt 0.403600 0.838900</w:t>
        <w:br/>
        <w:t>vt 0.412200 0.847700</w:t>
        <w:br/>
        <w:t>vt 0.406200 0.847800</w:t>
        <w:br/>
        <w:t>vt 0.408500 0.868200</w:t>
        <w:br/>
        <w:t>vt 0.407600 0.857400</w:t>
        <w:br/>
        <w:t>vt 0.415000 0.862400</w:t>
        <w:br/>
        <w:t>vt 0.414000 0.867000</w:t>
        <w:br/>
        <w:t>vt 0.406300 0.810900</w:t>
        <w:br/>
        <w:t>vt 0.405400 0.814200</w:t>
        <w:br/>
        <w:t>vt 0.383700 0.858100</w:t>
        <w:br/>
        <w:t>vt 0.382300 0.862900</w:t>
        <w:br/>
        <w:t>vt 0.415100 0.856600</w:t>
        <w:br/>
        <w:t>vt 0.413800 0.852000</w:t>
        <w:br/>
        <w:t>vt 0.384800 0.838800</w:t>
        <w:br/>
        <w:t>vt 0.383900 0.833900</w:t>
        <w:br/>
        <w:t>vt 0.391200 0.820300</w:t>
        <w:br/>
        <w:t>vt 0.385200 0.819000</w:t>
        <w:br/>
        <w:t>vt 0.385300 0.814100</w:t>
        <w:br/>
        <w:t>vt 0.398900 0.848200</w:t>
        <w:br/>
        <w:t>vt 0.408900 0.839000</w:t>
        <w:br/>
        <w:t>vt 0.387000 0.805700</w:t>
        <w:br/>
        <w:t>vt 0.388900 0.801900</w:t>
        <w:br/>
        <w:t>vt 0.395700 0.804000</w:t>
        <w:br/>
        <w:t>vt 0.399600 0.795200</w:t>
        <w:br/>
        <w:t>vt 0.405900 0.798300</w:t>
        <w:br/>
        <w:t>vt 0.403100 0.796500</w:t>
        <w:br/>
        <w:t>vt 0.380400 0.843500</w:t>
        <w:br/>
        <w:t>vt 0.383900 0.844400</w:t>
        <w:br/>
        <w:t>vt 0.380600 0.849400</w:t>
        <w:br/>
        <w:t>vt 0.377700 0.849400</w:t>
        <w:br/>
        <w:t>vt 0.380700 0.823400</w:t>
        <w:br/>
        <w:t>vt 0.381600 0.829400</w:t>
        <w:br/>
        <w:t>vt 0.378100 0.829300</w:t>
        <w:br/>
        <w:t>vt 0.383600 0.809200</w:t>
        <w:br/>
        <w:t>vt 0.381300 0.808300</w:t>
        <w:br/>
        <w:t>vt 0.384500 0.804300</w:t>
        <w:br/>
        <w:t>vt 0.388000 0.791700</w:t>
        <w:br/>
        <w:t>vt 0.394700 0.793900</w:t>
        <w:br/>
        <w:t>vt 0.388900 0.792900</w:t>
        <w:br/>
        <w:t>vt 0.407200 0.802900</w:t>
        <w:br/>
        <w:t>vt 0.410500 0.802400</w:t>
        <w:br/>
        <w:t>vt 0.410700 0.806600</w:t>
        <w:br/>
        <w:t>vt 0.406900 0.806900</w:t>
        <w:br/>
        <w:t>vt 0.400100 0.869100</w:t>
        <w:br/>
        <w:t>vt 0.409000 0.870900</w:t>
        <w:br/>
        <w:t>vt 0.399700 0.871800</w:t>
        <w:br/>
        <w:t>vt 0.409700 0.820500</w:t>
        <w:br/>
        <w:t>vt 0.410500 0.829500</w:t>
        <w:br/>
        <w:t>vt 0.412200 0.847700</w:t>
        <w:br/>
        <w:t>vt 0.412700 0.837500</w:t>
        <w:br/>
        <w:t>vt 0.416000 0.846700</w:t>
        <w:br/>
        <w:t>vt 0.399600 0.795200</w:t>
        <w:br/>
        <w:t>vt 0.415500 0.869000</w:t>
        <w:br/>
        <w:t>vt 0.382300 0.862900</w:t>
        <w:br/>
        <w:t>vt 0.380400 0.863200</w:t>
        <w:br/>
        <w:t>vt 0.381000 0.858600</w:t>
        <w:br/>
        <w:t>vt 0.383700 0.858100</w:t>
        <w:br/>
        <w:t>vt 0.417700 0.851300</w:t>
        <w:br/>
        <w:t>vt 0.419000 0.856600</w:t>
        <w:br/>
        <w:t>vt 0.415100 0.856600</w:t>
        <w:br/>
        <w:t>vt 0.413800 0.852000</w:t>
        <w:br/>
        <w:t>vt 0.379800 0.854100</w:t>
        <w:br/>
        <w:t>vt 0.418400 0.863800</w:t>
        <w:br/>
        <w:t>vt 0.415000 0.862400</w:t>
        <w:br/>
        <w:t>vt 0.405400 0.814200</w:t>
        <w:br/>
        <w:t>vt 0.409200 0.813800</w:t>
        <w:br/>
        <w:t>vt 0.409900 0.810500</w:t>
        <w:br/>
        <w:t>vt 0.406300 0.810900</w:t>
        <w:br/>
        <w:t>vt 0.386400 0.801000</w:t>
        <w:br/>
        <w:t>vt 0.387100 0.796900</w:t>
        <w:br/>
        <w:t>vt 0.389400 0.797000</w:t>
        <w:br/>
        <w:t>vt 0.388900 0.801900</w:t>
        <w:br/>
        <w:t>vt 0.405900 0.798300</w:t>
        <w:br/>
        <w:t>vt 0.408200 0.796300</w:t>
        <w:br/>
        <w:t>vt 0.388900 0.792900</w:t>
        <w:br/>
        <w:t>vt 0.388000 0.791700</w:t>
        <w:br/>
        <w:t>vt 0.380400 0.834800</w:t>
        <w:br/>
        <w:t>vt 0.383900 0.833900</w:t>
        <w:br/>
        <w:t>vt 0.381300 0.838700</w:t>
        <w:br/>
        <w:t>vt 0.382300 0.818900</w:t>
        <w:br/>
        <w:t>vt 0.382400 0.814000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0.450400 0.821200</w:t>
        <w:br/>
        <w:t>vt 0.450800 0.836400</w:t>
        <w:br/>
        <w:t>vt 0.459900 0.835100</w:t>
        <w:br/>
        <w:t>vt 0.459000 0.820000</w:t>
        <w:br/>
        <w:t>vt 0.452000 0.851100</w:t>
        <w:br/>
        <w:t>vt 0.461200 0.850200</w:t>
        <w:br/>
        <w:t>vt 0.434900 0.821600</w:t>
        <w:br/>
        <w:t>vt 0.435800 0.837700</w:t>
        <w:br/>
        <w:t>vt 0.450400 0.805500</w:t>
        <w:br/>
        <w:t>vt 0.434400 0.805500</w:t>
        <w:br/>
        <w:t>vt 0.478000 0.784500</w:t>
        <w:br/>
        <w:t>vt 0.486600 0.789200</w:t>
        <w:br/>
        <w:t>vt 0.484800 0.777200</w:t>
        <w:br/>
        <w:t>vt 0.436700 0.851600</w:t>
        <w:br/>
        <w:t>vt 0.449500 0.795800</w:t>
        <w:br/>
        <w:t>vt 0.433900 0.796300</w:t>
        <w:br/>
        <w:t>vt 0.361600 0.846900</w:t>
        <w:br/>
        <w:t>vt 0.357100 0.851900</w:t>
        <w:br/>
        <w:t>vt 0.357900 0.852100</w:t>
        <w:br/>
        <w:t>vt 0.363500 0.848000</w:t>
        <w:br/>
        <w:t>vt 0.556300 0.752900</w:t>
        <w:br/>
        <w:t>vt 0.554100 0.745000</w:t>
        <w:br/>
        <w:t>vt 0.548800 0.745600</w:t>
        <w:br/>
        <w:t>vt 0.550800 0.755500</w:t>
        <w:br/>
        <w:t>vt 0.563100 0.760600</w:t>
        <w:br/>
        <w:t>vt 0.563700 0.760100</w:t>
        <w:br/>
        <w:t>vt 0.556300 0.752900</w:t>
        <w:br/>
        <w:t>vt 0.550800 0.755500</w:t>
        <w:br/>
        <w:t>vt 0.376200 0.838300</w:t>
        <w:br/>
        <w:t>vt 0.377700 0.849400</w:t>
        <w:br/>
        <w:t>vt 0.380400 0.843500</w:t>
        <w:br/>
        <w:t>vt 0.365600 0.838900</w:t>
        <w:br/>
        <w:t>vt 0.363400 0.829800</w:t>
        <w:br/>
        <w:t>vt 0.361500 0.831300</w:t>
        <w:br/>
        <w:t>vt 0.365800 0.825300</w:t>
        <w:br/>
        <w:t>vt 0.358300 0.824500</w:t>
        <w:br/>
        <w:t>vt 0.357800 0.824800</w:t>
        <w:br/>
        <w:t>vt 0.558300 0.728500</w:t>
        <w:br/>
        <w:t>vt 0.546200 0.735000</w:t>
        <w:br/>
        <w:t>vt 0.548000 0.737900</w:t>
        <w:br/>
        <w:t>vt 0.559200 0.729200</w:t>
        <w:br/>
        <w:t>vt 0.381300 0.838700</w:t>
        <w:br/>
        <w:t>vt 0.380400 0.834800</w:t>
        <w:br/>
        <w:t>vt 0.545800 0.775800</w:t>
        <w:br/>
        <w:t>vt 0.547600 0.767300</w:t>
        <w:br/>
        <w:t>vt 0.539300 0.765500</w:t>
        <w:br/>
        <w:t>vt 0.537300 0.775500</w:t>
        <w:br/>
        <w:t>vt 0.549300 0.776700</w:t>
        <w:br/>
        <w:t>vt 0.551700 0.769600</w:t>
        <w:br/>
        <w:t>vt 0.550300 0.760800</w:t>
        <w:br/>
        <w:t>vt 0.550600 0.758300</w:t>
        <w:br/>
        <w:t>vt 0.543100 0.757600</w:t>
        <w:br/>
        <w:t>vt 0.363400 0.854400</w:t>
        <w:br/>
        <w:t>vt 0.369000 0.860200</w:t>
        <w:br/>
        <w:t>vt 0.365200 0.850700</w:t>
        <w:br/>
        <w:t>vt 0.551400 0.720300</w:t>
        <w:br/>
        <w:t>vt 0.548200 0.725600</w:t>
        <w:br/>
        <w:t>vt 0.558800 0.725300</w:t>
        <w:br/>
        <w:t>vt 0.560000 0.721100</w:t>
        <w:br/>
        <w:t>vt 0.356500 0.823300</w:t>
        <w:br/>
        <w:t>vt 0.360900 0.817900</w:t>
        <w:br/>
        <w:t>vt 0.354900 0.815500</w:t>
        <w:br/>
        <w:t>vt 0.351900 0.821000</w:t>
        <w:br/>
        <w:t>vt 0.546100 0.717500</w:t>
        <w:br/>
        <w:t>vt 0.542500 0.722400</w:t>
        <w:br/>
        <w:t>vt 0.357300 0.809800</w:t>
        <w:br/>
        <w:t>vt 0.363700 0.811900</w:t>
        <w:br/>
        <w:t>vt 0.558800 0.727200</w:t>
        <w:br/>
        <w:t>vt 0.544100 0.733400</w:t>
        <w:br/>
        <w:t>vt 0.546200 0.735000</w:t>
        <w:br/>
        <w:t>vt 0.558300 0.728500</w:t>
        <w:br/>
        <w:t>vt 0.364600 0.820900</w:t>
        <w:br/>
        <w:t>vt 0.358000 0.824000</w:t>
        <w:br/>
        <w:t>vt 0.358300 0.824500</w:t>
        <w:br/>
        <w:t>vt 0.365800 0.825300</w:t>
        <w:br/>
        <w:t>vt 0.534900 0.707900</w:t>
        <w:br/>
        <w:t>vt 0.537100 0.716400</w:t>
        <w:br/>
        <w:t>vt 0.541600 0.711800</w:t>
        <w:br/>
        <w:t>vt 0.538300 0.705000</w:t>
        <w:br/>
        <w:t>vt 0.360000 0.797600</w:t>
        <w:br/>
        <w:t>vt 0.358500 0.804200</w:t>
        <w:br/>
        <w:t>vt 0.364700 0.805400</w:t>
        <w:br/>
        <w:t>vt 0.364200 0.799500</w:t>
        <w:br/>
        <w:t>vt 0.382400 0.814000</w:t>
        <w:br/>
        <w:t>vt 0.381300 0.808300</w:t>
        <w:br/>
        <w:t>vt 0.378800 0.815500</w:t>
        <w:br/>
        <w:t>vt 0.519500 0.695500</w:t>
        <w:br/>
        <w:t>vt 0.519700 0.698200</w:t>
        <w:br/>
        <w:t>vt 0.526100 0.697200</w:t>
        <w:br/>
        <w:t>vt 0.525800 0.694800</w:t>
        <w:br/>
        <w:t>vt 0.370300 0.795800</w:t>
        <w:br/>
        <w:t>vt 0.375400 0.792500</w:t>
        <w:br/>
        <w:t>vt 0.372400 0.788800</w:t>
        <w:br/>
        <w:t>vt 0.367800 0.792200</w:t>
        <w:br/>
        <w:t>vt 0.376600 0.804900</w:t>
        <w:br/>
        <w:t>vt 0.380100 0.806200</w:t>
        <w:br/>
        <w:t>vt 0.384100 0.799400</w:t>
        <w:br/>
        <w:t>vt 0.376100 0.784500</w:t>
        <w:br/>
        <w:t>vt 0.378700 0.787700</w:t>
        <w:br/>
        <w:t>vt 0.381100 0.783100</w:t>
        <w:br/>
        <w:t>vt 0.379100 0.780700</w:t>
        <w:br/>
        <w:t>vt 0.514000 0.695000</w:t>
        <w:br/>
        <w:t>vt 0.509100 0.693600</w:t>
        <w:br/>
        <w:t>vt 0.513700 0.697500</w:t>
        <w:br/>
        <w:t>vt 0.371400 0.778600</w:t>
        <w:br/>
        <w:t>vt 0.370000 0.777000</w:t>
        <w:br/>
        <w:t>vt 0.366300 0.780400</w:t>
        <w:br/>
        <w:t>vt 0.367500 0.782200</w:t>
        <w:br/>
        <w:t>vt 0.521100 0.714400</w:t>
        <w:br/>
        <w:t>vt 0.512400 0.711000</w:t>
        <w:br/>
        <w:t>vt 0.518400 0.721100</w:t>
        <w:br/>
        <w:t>vt 0.516700 0.734200</w:t>
        <w:br/>
        <w:t>vt 0.506000 0.723100</w:t>
        <w:br/>
        <w:t>vt 0.495900 0.794600</w:t>
        <w:br/>
        <w:t>vt 0.501700 0.789500</w:t>
        <w:br/>
        <w:t>vt 0.498200 0.786100</w:t>
        <w:br/>
        <w:t>vt 0.507400 0.781800</w:t>
        <w:br/>
        <w:t>vt 0.508900 0.785500</w:t>
        <w:br/>
        <w:t>vt 0.413900 0.894600</w:t>
        <w:br/>
        <w:t>vt 0.409400 0.898100</w:t>
        <w:br/>
        <w:t>vt 0.413800 0.904200</w:t>
        <w:br/>
        <w:t>vt 0.418700 0.901300</w:t>
        <w:br/>
        <w:t>vt 0.526000 0.788100</w:t>
        <w:br/>
        <w:t>vt 0.519600 0.783500</w:t>
        <w:br/>
        <w:t>vt 0.520100 0.787200</w:t>
        <w:br/>
        <w:t>vt 0.525700 0.789600</w:t>
        <w:br/>
        <w:t>vt 0.404600 0.892800</w:t>
        <w:br/>
        <w:t>vt 0.408100 0.889200</w:t>
        <w:br/>
        <w:t>vt 0.402100 0.884500</w:t>
        <w:br/>
        <w:t>vt 0.399400 0.888600</w:t>
        <w:br/>
        <w:t>vt 0.541000 0.747100</w:t>
        <w:br/>
        <w:t>vt 0.525600 0.747900</w:t>
        <w:br/>
        <w:t>vt 0.529500 0.762000</w:t>
        <w:br/>
        <w:t>vt 0.390800 0.877900</w:t>
        <w:br/>
        <w:t>vt 0.396600 0.881600</w:t>
        <w:br/>
        <w:t>vt 0.398900 0.874600</w:t>
        <w:br/>
        <w:t>vt 0.528400 0.778100</w:t>
        <w:br/>
        <w:t>vt 0.522000 0.781500</w:t>
        <w:br/>
        <w:t>vt 0.527400 0.787000</w:t>
        <w:br/>
        <w:t>vt 0.531000 0.785600</w:t>
        <w:br/>
        <w:t>vt 0.526100 0.724200</w:t>
        <w:br/>
        <w:t>vt 0.533000 0.731500</w:t>
        <w:br/>
        <w:t>vt 0.470700 0.749800</w:t>
        <w:br/>
        <w:t>vt 0.470900 0.762100</w:t>
        <w:br/>
        <w:t>vt 0.483900 0.763500</w:t>
        <w:br/>
        <w:t>vt 0.482900 0.748500</w:t>
        <w:br/>
        <w:t>vt 0.478000 0.733300</w:t>
        <w:br/>
        <w:t>vt 0.482300 0.725300</w:t>
        <w:br/>
        <w:t>vt 0.475500 0.718900</w:t>
        <w:br/>
        <w:t>vt 0.485400 0.732400</w:t>
        <w:br/>
        <w:t>vt 0.490700 0.747000</w:t>
        <w:br/>
        <w:t>vt 0.495200 0.728700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0.414000 0.875300</w:t>
        <w:br/>
        <w:t>vt 0.416400 0.872900</w:t>
        <w:br/>
        <w:t>vt 0.468000 0.773000</w:t>
        <w:br/>
        <w:t>vt 0.477300 0.774700</w:t>
        <w:br/>
        <w:t>vt 0.539400 0.739800</w:t>
        <w:br/>
        <w:t>vt 0.376300 0.826100</w:t>
        <w:br/>
        <w:t>vt 0.371000 0.838600</w:t>
        <w:br/>
        <w:t>vt 0.371800 0.802700</w:t>
        <w:br/>
        <w:t>vt 0.368800 0.813200</w:t>
        <w:br/>
        <w:t>vt 0.493300 0.765000</w:t>
        <w:br/>
        <w:t>vt 0.382400 0.873100</w:t>
        <w:br/>
        <w:t>vt 0.381400 0.877600</w:t>
        <w:br/>
        <w:t>vt 0.537600 0.784700</w:t>
        <w:br/>
        <w:t>vt 0.370800 0.866800</w:t>
        <w:br/>
        <w:t>vt 0.371900 0.874500</w:t>
        <w:br/>
        <w:t>vt 0.375100 0.875000</w:t>
        <w:br/>
        <w:t>vt 0.375800 0.866400</w:t>
        <w:br/>
        <w:t>vt 0.391900 0.871300</w:t>
        <w:br/>
        <w:t>vt 0.382700 0.868400</w:t>
        <w:br/>
        <w:t>vt 0.390600 0.786500</w:t>
        <w:br/>
        <w:t>vt 0.383200 0.784600</w:t>
        <w:br/>
        <w:t>vt 0.385200 0.791400</w:t>
        <w:br/>
        <w:t>vt 0.508400 0.716000</w:t>
        <w:br/>
        <w:t>vt 0.507000 0.708300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0.402900 0.903800</w:t>
        <w:br/>
        <w:t>vt 0.406300 0.908900</w:t>
        <w:br/>
        <w:t>vt 0.409900 0.906700</w:t>
        <w:br/>
        <w:t>vt 0.417100 0.912900</w:t>
        <w:br/>
        <w:t>vt 0.422500 0.911000</w:t>
        <w:br/>
        <w:t>vt 0.520000 0.792600</w:t>
        <w:br/>
        <w:t>vt 0.525200 0.792900</w:t>
        <w:br/>
        <w:t>vt 0.401700 0.896200</w:t>
        <w:br/>
        <w:t>vt 0.398800 0.899500</w:t>
        <w:br/>
        <w:t>vt 0.389100 0.902500</w:t>
        <w:br/>
        <w:t>vt 0.387700 0.904300</w:t>
        <w:br/>
        <w:t>vt 0.390800 0.907000</w:t>
        <w:br/>
        <w:t>vt 0.392600 0.905100</w:t>
        <w:br/>
        <w:t>vt 0.511800 0.788700</w:t>
        <w:br/>
        <w:t>vt 0.505000 0.792200</w:t>
        <w:br/>
        <w:t>vt 0.507100 0.796100</w:t>
        <w:br/>
        <w:t>vt 0.513200 0.793500</w:t>
        <w:br/>
        <w:t>vt 0.399800 0.914300</w:t>
        <w:br/>
        <w:t>vt 0.397600 0.915800</w:t>
        <w:br/>
        <w:t>vt 0.399600 0.920900</w:t>
        <w:br/>
        <w:t>vt 0.369700 0.874700</w:t>
        <w:br/>
        <w:t>vt 0.367600 0.867700</w:t>
        <w:br/>
        <w:t>vt 0.558200 0.791300</w:t>
        <w:br/>
        <w:t>vt 0.561100 0.792800</w:t>
        <w:br/>
        <w:t>vt 0.563000 0.786700</w:t>
        <w:br/>
        <w:t>vt 0.560500 0.784900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0.356700 0.854100</w:t>
        <w:br/>
        <w:t>vt 0.360800 0.857400</w:t>
        <w:br/>
        <w:t>vt 0.574200 0.771700</w:t>
        <w:br/>
        <w:t>vt 0.567800 0.775200</w:t>
        <w:br/>
        <w:t>vt 0.569600 0.776900</w:t>
        <w:br/>
        <w:t>vt 0.575900 0.773800</w:t>
        <w:br/>
        <w:t>vt 0.560700 0.769500</w:t>
        <w:br/>
        <w:t>vt 0.555600 0.765400</w:t>
        <w:br/>
        <w:t>vt 0.560400 0.776700</w:t>
        <w:br/>
        <w:t>vt 0.564600 0.772400</w:t>
        <w:br/>
        <w:t>vt 0.566400 0.750800</w:t>
        <w:br/>
        <w:t>vt 0.561800 0.751300</w:t>
        <w:br/>
        <w:t>vt 0.567200 0.758700</w:t>
        <w:br/>
        <w:t>vt 0.571000 0.758000</w:t>
        <w:br/>
        <w:t>vt 0.572900 0.744300</w:t>
        <w:br/>
        <w:t>vt 0.570300 0.744400</w:t>
        <w:br/>
        <w:t>vt 0.571400 0.750400</w:t>
        <w:br/>
        <w:t>vt 0.574000 0.750100</w:t>
        <w:br/>
        <w:t>vt 0.349200 0.839600</w:t>
        <w:br/>
        <w:t>vt 0.349200 0.845800</w:t>
        <w:br/>
        <w:t>vt 0.354400 0.845700</w:t>
        <w:br/>
        <w:t>vt 0.354600 0.839500</w:t>
        <w:br/>
        <w:t>vt 0.565900 0.730500</w:t>
        <w:br/>
        <w:t>vt 0.561500 0.738700</w:t>
        <w:br/>
        <w:t>vt 0.566400 0.738500</w:t>
        <w:br/>
        <w:t>vt 0.570100 0.731100</w:t>
        <w:br/>
        <w:t>vt 0.343800 0.833900</w:t>
        <w:br/>
        <w:t>vt 0.341400 0.834000</w:t>
        <w:br/>
        <w:t>vt 0.341700 0.839800</w:t>
        <w:br/>
        <w:t>vt 0.344100 0.839700</w:t>
        <w:br/>
        <w:t>vt 0.558500 0.709900</w:t>
        <w:br/>
        <w:t>vt 0.556800 0.712400</w:t>
        <w:br/>
        <w:t>vt 0.564700 0.713700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0.547000 0.704200</w:t>
        <w:br/>
        <w:t>vt 0.548800 0.702000</w:t>
        <w:br/>
        <w:t>vt 0.546000 0.696700</w:t>
        <w:br/>
        <w:t>vt 0.346000 0.805400</w:t>
        <w:br/>
        <w:t>vt 0.348500 0.806400</w:t>
        <w:br/>
        <w:t>vt 0.350300 0.800700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0.452000 0.895200</w:t>
        <w:br/>
        <w:t>vt 0.448100 0.882300</w:t>
        <w:br/>
        <w:t>vt 0.442000 0.886100</w:t>
        <w:br/>
        <w:t>vt 0.445100 0.900300</w:t>
        <w:br/>
        <w:t>vt 0.509400 0.756500</w:t>
        <w:br/>
        <w:t>vt 0.502500 0.743400</w:t>
        <w:br/>
        <w:t>vt 0.439900 0.903700</w:t>
        <w:br/>
        <w:t>vt 0.436500 0.890000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0.350900 0.871700</w:t>
        <w:br/>
        <w:t>vt 0.353900 0.877100</w:t>
        <w:br/>
        <w:t>vt 0.355900 0.875700</w:t>
        <w:br/>
        <w:t>vt 0.352800 0.870400</w:t>
        <w:br/>
        <w:t>vt 0.352600 0.863600</w:t>
        <w:br/>
        <w:t>vt 0.355700 0.868400</w:t>
        <w:br/>
        <w:t>vt 0.360100 0.865500</w:t>
        <w:br/>
        <w:t>vt 0.356800 0.860400</w:t>
        <w:br/>
        <w:t>vt 0.341600 0.849700</w:t>
        <w:br/>
        <w:t>vt 0.341300 0.852800</w:t>
        <w:br/>
        <w:t>vt 0.344300 0.853000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0.381600 0.789900</w:t>
        <w:br/>
        <w:t>vt 0.378100 0.795700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0.555600 0.765400</w:t>
        <w:br/>
        <w:t>vt 0.560700 0.769500</w:t>
        <w:br/>
        <w:t>vt 0.567700 0.765800</w:t>
        <w:br/>
        <w:t>vt 0.358400 0.846000</w:t>
        <w:br/>
        <w:t>vt 0.359400 0.839200</w:t>
        <w:br/>
        <w:t>vt 0.358200 0.832600</w:t>
        <w:br/>
        <w:t>vt 0.558100 0.738700</w:t>
        <w:br/>
        <w:t>vt 0.563400 0.729800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0.371900 0.799200</w:t>
        <w:br/>
        <w:t>vt 0.364400 0.797100</w:t>
        <w:br/>
        <w:t>vt 0.362600 0.870200</w:t>
        <w:br/>
        <w:t>vt 0.365300 0.876300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0.458700 0.750600</w:t>
        <w:br/>
        <w:t>vt 0.450700 0.751200</w:t>
        <w:br/>
        <w:t>vt 0.451100 0.762300</w:t>
        <w:br/>
        <w:t>vt 0.459500 0.762000</w:t>
        <w:br/>
        <w:t>vt 0.458000 0.772700</w:t>
        <w:br/>
        <w:t>vt 0.449800 0.773200</w:t>
        <w:br/>
        <w:t>vt 0.448500 0.736700</w:t>
        <w:br/>
        <w:t>vt 0.455900 0.736100</w:t>
        <w:br/>
        <w:t>vt 0.452400 0.722800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0.424200 0.789100</w:t>
        <w:br/>
        <w:t>vt 0.424700 0.795900</w:t>
        <w:br/>
        <w:t>vt 0.453400 0.866300</w:t>
        <w:br/>
        <w:t>vt 0.463500 0.865000</w:t>
        <w:br/>
        <w:t>vt 0.563300 0.761600</w:t>
        <w:br/>
        <w:t>vt 0.562800 0.761100</w:t>
        <w:br/>
        <w:t>vt 0.563300 0.761600</w:t>
        <w:br/>
        <w:t>vt 0.550300 0.760800</w:t>
        <w:br/>
        <w:t>vt 0.470900 0.833600</w:t>
        <w:br/>
        <w:t>vt 0.471100 0.819200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0.492900 0.880200</w:t>
        <w:br/>
        <w:t>vt 0.485700 0.870700</w:t>
        <w:br/>
        <w:t>vt 0.482300 0.872600</w:t>
        <w:br/>
        <w:t>vt 0.425700 0.737300</w:t>
        <w:br/>
        <w:t>vt 0.425700 0.751600</w:t>
        <w:br/>
        <w:t>vt 0.421800 0.723200</w:t>
        <w:br/>
        <w:t>vt 0.426000 0.720400</w:t>
        <w:br/>
        <w:t>vt 0.476500 0.789100</w:t>
        <w:br/>
        <w:t>vt 0.474600 0.795100</w:t>
        <w:br/>
        <w:t>vt 0.479300 0.797000</w:t>
        <w:br/>
        <w:t>vt 0.482600 0.791700</w:t>
        <w:br/>
        <w:t>vt 0.421300 0.783400</w:t>
        <w:br/>
        <w:t>vt 0.425100 0.784500</w:t>
        <w:br/>
        <w:t>vt 0.427300 0.774900</w:t>
        <w:br/>
        <w:t>vt 0.423800 0.773900</w:t>
        <w:br/>
        <w:t>vt 0.425400 0.761700</w:t>
        <w:br/>
        <w:t>vt 0.477000 0.847500</w:t>
        <w:br/>
        <w:t>vt 0.487302 0.833906</w:t>
        <w:br/>
        <w:t>vt 0.489446 0.821919</w:t>
        <w:br/>
        <w:t>vt 0.479993 0.821724</w:t>
        <w:br/>
        <w:t>vt 0.479311 0.834101</w:t>
        <w:br/>
        <w:t>vt 0.497048 0.813245</w:t>
        <w:br/>
        <w:t>vt 0.483696 0.808080</w:t>
        <w:br/>
        <w:t>vt 0.504454 0.862363</w:t>
        <w:br/>
        <w:t>vt 0.492370 0.867333</w:t>
        <w:br/>
        <w:t>vt 0.499679 0.874447</w:t>
        <w:br/>
        <w:t>vt 0.407890 0.758300</w:t>
        <w:br/>
        <w:t>vt 0.420590 0.752000</w:t>
        <w:br/>
        <w:t>vt 0.408490 0.745300</w:t>
        <w:br/>
        <w:t>vt 0.407477 0.736624</w:t>
        <w:br/>
        <w:t>vt 0.420290 0.738900</w:t>
        <w:br/>
        <w:t>vt 0.416990 0.725800</w:t>
        <w:br/>
        <w:t>vt 0.500287 0.805730</w:t>
        <w:br/>
        <w:t>vt 0.486717 0.800771</w:t>
        <w:br/>
        <w:t>vt 0.418890 0.772400</w:t>
        <w:br/>
        <w:t>vt 0.408090 0.771000</w:t>
        <w:br/>
        <w:t>vt 0.416390 0.780900</w:t>
        <w:br/>
        <w:t>vt 0.420490 0.761300</w:t>
        <w:br/>
        <w:t>vt 0.500459 0.853884</w:t>
        <w:br/>
        <w:t>vt 0.490908 0.846283</w:t>
        <w:br/>
        <w:t>vt 0.488082 0.858270</w:t>
        <w:br/>
        <w:t>vt 0.483404 0.846575</w:t>
        <w:br/>
        <w:t>vt 0.476400 0.821200</w:t>
        <w:br/>
        <w:t>vt 0.475700 0.833900</w:t>
        <w:br/>
        <w:t>vt 0.480200 0.807200</w:t>
        <w:br/>
        <w:t>vt 0.496600 0.875300</w:t>
        <w:br/>
        <w:t>vt 0.489100 0.868000</w:t>
        <w:br/>
        <w:t>vt 0.422200 0.738900</w:t>
        <w:br/>
        <w:t>vt 0.422500 0.752000</w:t>
        <w:br/>
        <w:t>vt 0.418900 0.725800</w:t>
        <w:br/>
        <w:t>vt 0.483300 0.799700</w:t>
        <w:br/>
        <w:t>vt 0.423800 0.773900</w:t>
        <w:br/>
        <w:t>vt 0.420800 0.772400</w:t>
        <w:br/>
        <w:t>vt 0.418300 0.780900</w:t>
        <w:br/>
        <w:t>vt 0.425400 0.761700</w:t>
        <w:br/>
        <w:t>vt 0.422400 0.761300</w:t>
        <w:br/>
        <w:t>vt 0.479900 0.846700</w:t>
        <w:br/>
        <w:t>vt 0.477000 0.847500</w:t>
        <w:br/>
        <w:t>vt 0.484700 0.858700</w:t>
        <w:br/>
        <w:t>vt 0.491900 0.792500</w:t>
        <w:br/>
        <w:t>vt 0.506300 0.808000</w:t>
        <w:br/>
        <w:t>vt 0.510400 0.805200</w:t>
        <w:br/>
        <w:t>vt 0.509500 0.803100</w:t>
        <w:br/>
        <w:t>vt 0.504100 0.806100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0.347400 0.866800</w:t>
        <w:br/>
        <w:t>vt 0.349400 0.865300</w:t>
        <w:br/>
        <w:t>vt 0.349400 0.852600</w:t>
        <w:br/>
        <w:t>vt 0.353400 0.852400</w:t>
        <w:br/>
        <w:t>vt 0.355600 0.852200</w:t>
        <w:br/>
        <w:t>vt 0.340500 0.830300</w:t>
        <w:br/>
        <w:t>vt 0.342300 0.814400</w:t>
        <w:br/>
        <w:t>vt 0.340300 0.816800</w:t>
        <w:br/>
        <w:t>vt 0.343100 0.818400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0.411800 0.789100</w:t>
        <w:br/>
        <w:t>vt 0.407000 0.789100</w:t>
        <w:br/>
        <w:t>vt 0.400700 0.792500</w:t>
        <w:br/>
        <w:t>vt 0.398600 0.786600</w:t>
        <w:br/>
        <w:t>vt 0.474600 0.795100</w:t>
        <w:br/>
        <w:t>vt 0.486500 0.795400</w:t>
        <w:br/>
        <w:t>vt 0.392100 0.894700</w:t>
        <w:br/>
        <w:t>vt 0.394700 0.896300</w:t>
        <w:br/>
        <w:t>vt 0.358500 0.785100</w:t>
        <w:br/>
        <w:t>vt 0.356500 0.786400</w:t>
        <w:br/>
        <w:t>vt 0.357700 0.788500</w:t>
        <w:br/>
        <w:t>vt 0.527500 0.708700</w:t>
        <w:br/>
        <w:t>vt 0.527000 0.704700</w:t>
        <w:br/>
        <w:t>vt 0.520300 0.705800</w:t>
        <w:br/>
        <w:t>vt 0.520800 0.710000</w:t>
        <w:br/>
        <w:t>vt 0.361600 0.783700</w:t>
        <w:br/>
        <w:t>vt 0.362700 0.785800</w:t>
        <w:br/>
        <w:t>vt 0.373100 0.781000</w:t>
        <w:br/>
        <w:t>vt 0.377100 0.777400</w:t>
        <w:br/>
        <w:t>vt 0.508500 0.703200</w:t>
        <w:br/>
        <w:t>vt 0.508100 0.706100</w:t>
        <w:br/>
        <w:t>vt 0.513300 0.707900</w:t>
        <w:br/>
        <w:t>vt 0.513700 0.704500</w:t>
        <w:br/>
        <w:t>vt 0.396600 0.909500</w:t>
        <w:br/>
        <w:t>vt 0.394700 0.911100</w:t>
        <w:br/>
        <w:t>vt 0.520400 0.795700</w:t>
        <w:br/>
        <w:t>vt 0.525500 0.795900</w:t>
        <w:br/>
        <w:t>vt 0.514900 0.801100</w:t>
        <w:br/>
        <w:t>vt 0.515400 0.803700</w:t>
        <w:br/>
        <w:t>vt 0.408600 0.916800</w:t>
        <w:br/>
        <w:t>vt 0.521200 0.803300</w:t>
        <w:br/>
        <w:t>vt 0.521000 0.800600</w:t>
        <w:br/>
        <w:t>vt 0.501200 0.799800</w:t>
        <w:br/>
        <w:t>vt 0.386700 0.900600</w:t>
        <w:br/>
        <w:t>vt 0.384900 0.902700</w:t>
        <w:br/>
        <w:t>vt 0.408600 0.878300</w:t>
        <w:br/>
        <w:t>vt 0.415000 0.877700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0.451500 0.866900</w:t>
        <w:br/>
        <w:t>vt 0.453400 0.866300</w:t>
        <w:br/>
        <w:t>vt 0.435300 0.866300</w:t>
        <w:br/>
        <w:t>vt 0.436000 0.868800</w:t>
        <w:br/>
        <w:t>vt 0.437900 0.878800</w:t>
        <w:br/>
        <w:t>vt 0.437300 0.876200</w:t>
        <w:br/>
        <w:t>vt 0.431700 0.878600</w:t>
        <w:br/>
        <w:t>vt 0.431900 0.881400</w:t>
        <w:br/>
        <w:t>vt 0.424600 0.881300</w:t>
        <w:br/>
        <w:t>vt 0.426000 0.878400</w:t>
        <w:br/>
        <w:t>vt 0.419600 0.876800</w:t>
        <w:br/>
        <w:t>vt 0.417500 0.879300</w:t>
        <w:br/>
        <w:t>vt 0.419600 0.874000</w:t>
        <w:br/>
        <w:t>vt 0.428200 0.870900</w:t>
        <w:br/>
        <w:t>vt 0.426300 0.868900</w:t>
        <w:br/>
        <w:t>vt 0.416400 0.872900</w:t>
        <w:br/>
        <w:t>vt 0.451500 0.866900</w:t>
        <w:br/>
        <w:t>vt 0.443700 0.872100</w:t>
        <w:br/>
        <w:t>vt 0.445000 0.874500</w:t>
        <w:br/>
        <w:t>vt 0.453400 0.866300</w:t>
        <w:br/>
        <w:t>vt 0.533100 0.797500</w:t>
        <w:br/>
        <w:t>vt 0.529400 0.802700</w:t>
        <w:br/>
        <w:t>vt 0.537600 0.800300</w:t>
        <w:br/>
        <w:t>vt 0.543400 0.805700</w:t>
        <w:br/>
        <w:t>vt 0.550600 0.804400</w:t>
        <w:br/>
        <w:t>vt 0.548600 0.802000</w:t>
        <w:br/>
        <w:t>vt 0.545200 0.789000</w:t>
        <w:br/>
        <w:t>vt 0.545000 0.792100</w:t>
        <w:br/>
        <w:t>vt 0.550000 0.792200</w:t>
        <w:br/>
        <w:t>vt 0.550700 0.790300</w:t>
        <w:br/>
        <w:t>vt 0.553800 0.793900</w:t>
        <w:br/>
        <w:t>vt 0.555000 0.793100</w:t>
        <w:br/>
        <w:t>vt 0.557900 0.797300</w:t>
        <w:br/>
        <w:t>vt 0.559500 0.796700</w:t>
        <w:br/>
        <w:t>vt 0.559100 0.798900</w:t>
        <w:br/>
        <w:t>vt 0.559200 0.800300</w:t>
        <w:br/>
        <w:t>vt 0.560000 0.800800</w:t>
        <w:br/>
        <w:t>vt 0.560400 0.798900</w:t>
        <w:br/>
        <w:t>vt 0.530100 0.792600</w:t>
        <w:br/>
        <w:t>vt 0.533100 0.797500</w:t>
        <w:br/>
        <w:t>vt 0.539200 0.793200</w:t>
        <w:br/>
        <w:t>vt 0.418000 0.875800</w:t>
        <w:br/>
        <w:t>vt 0.414000 0.875300</w:t>
        <w:br/>
        <w:t>vt 0.418000 0.874800</w:t>
        <w:br/>
        <w:t>vt 0.410500 0.802400</w:t>
        <w:br/>
        <w:t>vt 0.410700 0.806600</w:t>
        <w:br/>
        <w:t>vt 0.416300 0.803300</w:t>
        <w:br/>
        <w:t>vt 0.409700 0.820500</w:t>
        <w:br/>
        <w:t>vt 0.410500 0.829500</w:t>
        <w:br/>
        <w:t>vt 0.417800 0.820600</w:t>
        <w:br/>
        <w:t>vt 0.417005 0.811428</w:t>
        <w:br/>
        <w:t>vt 0.425800 0.805000</w:t>
        <w:br/>
        <w:t>vt 0.412700 0.837500</w:t>
        <w:br/>
        <w:t>vt 0.426900 0.838000</w:t>
        <w:br/>
        <w:t>vt 0.416000 0.846700</w:t>
        <w:br/>
        <w:t>vt 0.426900 0.821300</w:t>
        <w:br/>
        <w:t>vt 0.425900 0.852100</w:t>
        <w:br/>
        <w:t>vt 0.491600 0.723000</w:t>
        <w:br/>
        <w:t>vt 0.487200 0.716300</w:t>
        <w:br/>
        <w:t>vt 0.467300 0.720600</w:t>
        <w:br/>
        <w:t>vt 0.463500 0.784500</w:t>
        <w:br/>
        <w:t>vt 0.471600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0.561800 0.751300</w:t>
        <w:br/>
        <w:t>vt 0.566400 0.750800</w:t>
        <w:br/>
        <w:t>vt 0.565100 0.744600</w:t>
        <w:br/>
        <w:t>vt 0.348700 0.834000</w:t>
        <w:br/>
        <w:t>vt 0.354000 0.833600</w:t>
        <w:br/>
        <w:t>vt 0.352400 0.826500</w:t>
        <w:br/>
        <w:t>vt 0.347900 0.826600</w:t>
        <w:br/>
        <w:t>vt 0.526600 0.700400</w:t>
        <w:br/>
        <w:t>vt 0.519900 0.701300</w:t>
        <w:br/>
        <w:t>vt 0.513800 0.700500</w:t>
        <w:br/>
        <w:t>vt 0.508700 0.699200</w:t>
        <w:br/>
        <w:t>vt 0.502300 0.802100</w:t>
        <w:br/>
        <w:t>vt 0.508100 0.798600</w:t>
        <w:br/>
        <w:t>vt 0.562700 0.717000</w:t>
        <w:br/>
        <w:t>vt 0.554500 0.715600</w:t>
        <w:br/>
        <w:t>vt 0.541400 0.701300</w:t>
        <w:br/>
        <w:t>vt 0.513800 0.796500</w:t>
        <w:br/>
        <w:t>vt 0.418000 0.874800</w:t>
        <w:br/>
        <w:t>vt 0.557600 0.801300</w:t>
        <w:br/>
        <w:t>vt 0.558200 0.802500</w:t>
        <w:br/>
        <w:t>vt 0.560000 0.800800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0.358500 0.873200</w:t>
        <w:br/>
        <w:t>vt 0.361700 0.879100</w:t>
        <w:br/>
        <w:t>vt 0.362200 0.794600</w:t>
        <w:br/>
        <w:t>vt 0.364600 0.788200</w:t>
        <w:br/>
        <w:t>vt 0.359700 0.791300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0.355400 0.795800</w:t>
        <w:br/>
        <w:t>vt 0.353600 0.802200</w:t>
        <w:br/>
        <w:t>vt 0.400100 0.906300</w:t>
        <w:br/>
        <w:t>vt 0.390200 0.896900</w:t>
        <w:br/>
        <w:t>vt 0.359000 0.881800</w:t>
        <w:br/>
        <w:t>vt 0.575900 0.757000</w:t>
        <w:br/>
        <w:t>vt 0.571400 0.750400</w:t>
        <w:br/>
        <w:t>vt 0.344300 0.845900</w:t>
        <w:br/>
        <w:t>vt 0.575100 0.731700</w:t>
        <w:br/>
        <w:t>vt 0.346200 0.812300</w:t>
        <w:br/>
        <w:t>vt 0.531700 0.702000</w:t>
        <w:br/>
        <w:t>vt 0.531600 0.697900</w:t>
        <w:br/>
        <w:t>vt 0.531300 0.694500</w:t>
        <w:br/>
        <w:t>vt 0.530900 0.692200</w:t>
        <w:br/>
        <w:t>vt 0.528700 0.714900</w:t>
        <w:br/>
        <w:t>vt 0.532200 0.707600</w:t>
        <w:br/>
        <w:t>vt 0.532100 0.705100</w:t>
        <w:br/>
        <w:t>vt 0.563000 0.792900</w:t>
        <w:br/>
        <w:t>vt 0.564400 0.787100</w:t>
        <w:br/>
        <w:t>vt 0.567100 0.782100</w:t>
        <w:br/>
        <w:t>vt 0.570600 0.778200</w:t>
        <w:br/>
        <w:t>vt 0.576700 0.776100</w:t>
        <w:br/>
        <w:t>vt 0.341800 0.864000</w:t>
        <w:br/>
        <w:t>vt 0.343700 0.865600</w:t>
        <w:br/>
        <w:t>vt 0.343200 0.862000</w:t>
        <w:br/>
        <w:t>vt 0.355900 0.881400</w:t>
        <w:br/>
        <w:t>vt 0.353700 0.881700</w:t>
        <w:br/>
        <w:t>vt 0.354200 0.883500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0.578600 0.756000</w:t>
        <w:br/>
        <w:t>vt 0.580200 0.754500</w:t>
        <w:br/>
        <w:t>vt 0.579100 0.733000</w:t>
        <w:br/>
        <w:t>vt 0.577700 0.732100</w:t>
        <w:br/>
        <w:t>vt 0.566000 0.709100</w:t>
        <w:br/>
        <w:t>vt 0.559200 0.707900</w:t>
        <w:br/>
        <w:t>vt 0.554400 0.705700</w:t>
        <w:br/>
        <w:t>vt 0.550500 0.700900</w:t>
        <w:br/>
        <w:t>vt 0.547800 0.695900</w:t>
        <w:br/>
        <w:t>vt 0.347400 0.793200</w:t>
        <w:br/>
        <w:t>vt 0.347000 0.795700</w:t>
        <w:br/>
        <w:t>vt 0.349500 0.793100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0.371300 0.773100</w:t>
        <w:br/>
        <w:t>vt 0.374100 0.772400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0.371300 0.773100</w:t>
        <w:br/>
        <w:t>vt 0.370900 0.773800</w:t>
        <w:br/>
        <w:t>vt 0.346800 0.799700</w:t>
        <w:br/>
        <w:t>vt 0.345100 0.804900</w:t>
        <w:br/>
        <w:t>vt 0.347300 0.796400</w:t>
        <w:br/>
        <w:t>vt 0.340900 0.812800</w:t>
        <w:br/>
        <w:t>vt 0.343800 0.811200</w:t>
        <w:br/>
        <w:t>vt 0.342600 0.810100</w:t>
        <w:br/>
        <w:t>vt 0.340400 0.813200</w:t>
        <w:br/>
        <w:t>vt 0.342300 0.814400</w:t>
        <w:br/>
        <w:t>vt 0.340900 0.812800</w:t>
        <w:br/>
        <w:t>vt 0.341400 0.834000</w:t>
        <w:br/>
        <w:t>vt 0.339900 0.834500</w:t>
        <w:br/>
        <w:t>vt 0.340600 0.839800</w:t>
        <w:br/>
        <w:t>vt 0.339100 0.831300</w:t>
        <w:br/>
        <w:t>vt 0.340400 0.845500</w:t>
        <w:br/>
        <w:t>vt 0.341900 0.845900</w:t>
        <w:br/>
        <w:t>vt 0.339900 0.848600</w:t>
        <w:br/>
        <w:t>vt 0.339200 0.849300</w:t>
        <w:br/>
        <w:t>vt 0.341600 0.849700</w:t>
        <w:br/>
        <w:t>vt 0.339900 0.848600</w:t>
        <w:br/>
        <w:t>vt 0.338500 0.830700</w:t>
        <w:br/>
        <w:t>vt 0.349800 0.872300</w:t>
        <w:br/>
        <w:t>vt 0.352200 0.877200</w:t>
        <w:br/>
        <w:t>vt 0.344500 0.865700</w:t>
        <w:br/>
        <w:t>vt 0.346600 0.867800</w:t>
        <w:br/>
        <w:t>vt 0.347400 0.866800</w:t>
        <w:br/>
        <w:t>vt 0.353700 0.881000</w:t>
        <w:br/>
        <w:t>vt 0.353700 0.881700</w:t>
        <w:br/>
        <w:t>vt 0.355900 0.881400</w:t>
        <w:br/>
        <w:t>vt 0.353700 0.881000</w:t>
        <w:br/>
        <w:t>vt 0.343700 0.865600</w:t>
        <w:br/>
        <w:t>vt 0.511100 0.807000</w:t>
        <w:br/>
        <w:t>vt 0.507300 0.809600</w:t>
        <w:br/>
        <w:t>vt 0.525500 0.805800</w:t>
        <w:br/>
        <w:t>vt 0.525900 0.803700</w:t>
        <w:br/>
        <w:t>vt 0.520900 0.804900</w:t>
        <w:br/>
        <w:t>vt 0.515500 0.805100</w:t>
        <w:br/>
        <w:t>vt 0.386100 0.905900</w:t>
        <w:br/>
        <w:t>vt 0.526000 0.801000</w:t>
        <w:br/>
        <w:t>vt 0.387200 0.905400</w:t>
        <w:br/>
        <w:t>vt 0.390400 0.907800</w:t>
        <w:br/>
        <w:t>vt 0.396800 0.916400</w:t>
        <w:br/>
        <w:t>vt 0.398700 0.921000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0.386100 0.905900</w:t>
        <w:br/>
        <w:t>vt 0.387200 0.905400</w:t>
        <w:br/>
        <w:t>vt 0.387200 0.906000</w:t>
        <w:br/>
        <w:t>vt 0.389900 0.908400</w:t>
        <w:br/>
        <w:t>vt 0.396300 0.916700</w:t>
        <w:br/>
        <w:t>vt 0.398100 0.921100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0.511100 0.807000</w:t>
        <w:br/>
        <w:t>vt 0.507300 0.809600</w:t>
        <w:br/>
        <w:t>vt 0.507900 0.810300</w:t>
        <w:br/>
        <w:t>vt 0.525000 0.806700</w:t>
        <w:br/>
        <w:t>vt 0.520900 0.804900</w:t>
        <w:br/>
        <w:t>vt 0.520800 0.805900</w:t>
        <w:br/>
        <w:t>vt 0.516000 0.806100</w:t>
        <w:br/>
        <w:t>vt 0.515500 0.805100</w:t>
        <w:br/>
        <w:t>vt 0.386100 0.905900</w:t>
        <w:br/>
        <w:t>vt 0.384200 0.904800</w:t>
        <w:br/>
        <w:t>vt 0.384000 0.905900</w:t>
        <w:br/>
        <w:t>vt 0.386200 0.906800</w:t>
        <w:br/>
        <w:t>vt 0.349000 0.872600</w:t>
        <w:br/>
        <w:t>vt 0.351500 0.877300</w:t>
        <w:br/>
        <w:t>vt 0.344200 0.866500</w:t>
        <w:br/>
        <w:t>vt 0.345900 0.868500</w:t>
        <w:br/>
        <w:t>vt 0.352900 0.880800</w:t>
        <w:br/>
        <w:t>vt 0.352900 0.880800</w:t>
        <w:br/>
        <w:t>vt 0.352700 0.881300</w:t>
        <w:br/>
        <w:t>vt 0.343400 0.866600</w:t>
        <w:br/>
        <w:t>vt 0.344200 0.866500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0.339200 0.834500</w:t>
        <w:br/>
        <w:t>vt 0.339900 0.839800</w:t>
        <w:br/>
        <w:t>vt 0.338600 0.831800</w:t>
        <w:br/>
        <w:t>vt 0.339600 0.845300</w:t>
        <w:br/>
        <w:t>vt 0.339200 0.848200</w:t>
        <w:br/>
        <w:t>vt 0.339200 0.848200</w:t>
        <w:br/>
        <w:t>vt 0.338500 0.848600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0.337700 0.831400</w:t>
        <w:br/>
        <w:t>vt 0.338500 0.830700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0.340200 0.812000</w:t>
        <w:br/>
        <w:t>vt 0.339500 0.812200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0.547800 0.695900</w:t>
        <w:br/>
        <w:t>vt 0.550500 0.700900</w:t>
        <w:br/>
        <w:t>vt 0.551600 0.700400</w:t>
        <w:br/>
        <w:t>vt 0.346000 0.793200</w:t>
        <w:br/>
        <w:t>vt 0.345800 0.795900</w:t>
        <w:br/>
        <w:t>vt 0.339500 0.812200</w:t>
        <w:br/>
        <w:t>vt 0.337800 0.813800</w:t>
        <w:br/>
        <w:t>vt 0.368600 0.775500</w:t>
        <w:br/>
        <w:t>vt 0.365300 0.778700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0.358800 0.782600</w:t>
        <w:br/>
        <w:t>vt 0.358100 0.782200</w:t>
        <w:br/>
        <w:t>vt 0.519500 0.693900</w:t>
        <w:br/>
        <w:t>vt 0.524600 0.692100</w:t>
        <w:br/>
        <w:t>vt 0.519500 0.693000</w:t>
        <w:br/>
        <w:t>vt 0.514400 0.693600</w:t>
        <w:br/>
        <w:t>vt 0.514800 0.692500</w:t>
        <w:br/>
        <w:t>vt 0.510900 0.691000</w:t>
        <w:br/>
        <w:t>vt 0.371100 0.770700</w:t>
        <w:br/>
        <w:t>vt 0.369900 0.772800</w:t>
        <w:br/>
        <w:t>vt 0.371300 0.773100</w:t>
        <w:br/>
        <w:t>vt 0.356000 0.782800</w:t>
        <w:br/>
        <w:t>vt 0.357800 0.783300</w:t>
        <w:br/>
        <w:t>vt 0.358100 0.782200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0.384000 0.908400</w:t>
        <w:br/>
        <w:t>vt 0.387300 0.911500</w:t>
        <w:br/>
        <w:t>vt 0.398100 0.921100</w:t>
        <w:br/>
        <w:t>vt 0.396300 0.916700</w:t>
        <w:br/>
        <w:t>vt 0.393200 0.918600</w:t>
        <w:br/>
        <w:t>vt 0.395200 0.923100</w:t>
        <w:br/>
        <w:t>vt 0.512000 0.809400</w:t>
        <w:br/>
        <w:t>vt 0.511100 0.808000</w:t>
        <w:br/>
        <w:t>vt 0.507900 0.810300</w:t>
        <w:br/>
        <w:t>vt 0.508100 0.812900</w:t>
        <w:br/>
        <w:t>vt 0.509600 0.814400</w:t>
        <w:br/>
        <w:t>vt 0.512700 0.810900</w:t>
        <w:br/>
        <w:t>vt 0.516400 0.809500</w:t>
        <w:br/>
        <w:t>vt 0.516200 0.807800</w:t>
        <w:br/>
        <w:t>vt 0.391900 0.919000</w:t>
        <w:br/>
        <w:t>vt 0.390300 0.914900</w:t>
        <w:br/>
        <w:t>vt 0.389400 0.915700</w:t>
        <w:br/>
        <w:t>vt 0.523000 0.810900</w:t>
        <w:br/>
        <w:t>vt 0.525300 0.809500</w:t>
        <w:br/>
        <w:t>vt 0.520700 0.808200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0.397800 0.923600</w:t>
        <w:br/>
        <w:t>vt 0.398600 0.923000</w:t>
        <w:br/>
        <w:t>vt 0.387200 0.906000</w:t>
        <w:br/>
        <w:t>vt 0.384000 0.905900</w:t>
        <w:br/>
        <w:t>vt 0.352700 0.881300</w:t>
        <w:br/>
        <w:t>vt 0.347500 0.879500</w:t>
        <w:br/>
        <w:t>vt 0.349900 0.883800</w:t>
        <w:br/>
        <w:t>vt 0.341900 0.871800</w:t>
        <w:br/>
        <w:t>vt 0.344600 0.875500</w:t>
        <w:br/>
        <w:t>vt 0.349000 0.872600</w:t>
        <w:br/>
        <w:t>vt 0.345900 0.868500</w:t>
        <w:br/>
        <w:t>vt 0.351500 0.877300</w:t>
        <w:br/>
        <w:t>vt 0.578600 0.780800</w:t>
        <w:br/>
        <w:t>vt 0.573900 0.782200</w:t>
        <w:br/>
        <w:t>vt 0.574700 0.783500</w:t>
        <w:br/>
        <w:t>vt 0.578900 0.782200</w:t>
        <w:br/>
        <w:t>vt 0.571400 0.785800</w:t>
        <w:br/>
        <w:t>vt 0.570100 0.784600</w:t>
        <w:br/>
        <w:t>vt 0.567600 0.794100</w:t>
        <w:br/>
        <w:t>vt 0.568900 0.793800</w:t>
        <w:br/>
        <w:t>vt 0.569500 0.789200</w:t>
        <w:br/>
        <w:t>vt 0.568000 0.788600</w:t>
        <w:br/>
        <w:t>vt 0.347500 0.879500</w:t>
        <w:br/>
        <w:t>vt 0.346400 0.879700</w:t>
        <w:br/>
        <w:t>vt 0.348500 0.883600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0.578600 0.780800</w:t>
        <w:br/>
        <w:t>vt 0.576400 0.777200</w:t>
        <w:br/>
        <w:t>vt 0.571400 0.779200</w:t>
        <w:br/>
        <w:t>vt 0.567800 0.782600</w:t>
        <w:br/>
        <w:t>vt 0.570100 0.784600</w:t>
        <w:br/>
        <w:t>vt 0.564300 0.792700</w:t>
        <w:br/>
        <w:t>vt 0.567600 0.794100</w:t>
        <w:br/>
        <w:t>vt 0.568000 0.788600</w:t>
        <w:br/>
        <w:t>vt 0.565300 0.787500</w:t>
        <w:br/>
        <w:t>vt 0.344200 0.866500</w:t>
        <w:br/>
        <w:t>vt 0.343400 0.866600</w:t>
        <w:br/>
        <w:t>vt 0.352800 0.883200</w:t>
        <w:br/>
        <w:t>vt 0.341000 0.864900</w:t>
        <w:br/>
        <w:t>vt 0.334300 0.850400</w:t>
        <w:br/>
        <w:t>vt 0.337400 0.851400</w:t>
        <w:br/>
        <w:t>vt 0.338500 0.848600</w:t>
        <w:br/>
        <w:t>vt 0.580100 0.748200</w:t>
        <w:br/>
        <w:t>vt 0.578700 0.743800</w:t>
        <w:br/>
        <w:t>vt 0.575800 0.744000</w:t>
        <w:br/>
        <w:t>vt 0.577200 0.749400</w:t>
        <w:br/>
        <w:t>vt 0.339600 0.845300</w:t>
        <w:br/>
        <w:t>vt 0.339900 0.839800</w:t>
        <w:br/>
        <w:t>vt 0.334400 0.840100</w:t>
        <w:br/>
        <w:t>vt 0.334500 0.845000</w:t>
        <w:br/>
        <w:t>vt 0.583300 0.735600</w:t>
        <w:br/>
        <w:t>vt 0.579800 0.739700</w:t>
        <w:br/>
        <w:t>vt 0.581600 0.740400</w:t>
        <w:br/>
        <w:t>vt 0.584600 0.737100</w:t>
        <w:br/>
        <w:t>vt 0.578700 0.743800</w:t>
        <w:br/>
        <w:t>vt 0.580700 0.744000</w:t>
        <w:br/>
        <w:t>vt 0.580100 0.748200</w:t>
        <w:br/>
        <w:t>vt 0.581800 0.747700</w:t>
        <w:br/>
        <w:t>vt 0.583900 0.752100</w:t>
        <w:br/>
        <w:t>vt 0.584900 0.750900</w:t>
        <w:br/>
        <w:t>vt 0.333100 0.849300</w:t>
        <w:br/>
        <w:t>vt 0.334300 0.850400</w:t>
        <w:br/>
        <w:t>vt 0.334500 0.845000</w:t>
        <w:br/>
        <w:t>vt 0.333100 0.844900</w:t>
        <w:br/>
        <w:t>vt 0.333000 0.840300</w:t>
        <w:br/>
        <w:t>vt 0.334400 0.840100</w:t>
        <w:br/>
        <w:t>vt 0.334100 0.835200</w:t>
        <w:br/>
        <w:t>vt 0.332600 0.835700</w:t>
        <w:br/>
        <w:t>vt 0.333000 0.829800</w:t>
        <w:br/>
        <w:t>vt 0.331500 0.831300</w:t>
        <w:br/>
        <w:t>vt 0.339200 0.834500</w:t>
        <w:br/>
        <w:t>vt 0.334100 0.835200</w:t>
        <w:br/>
        <w:t>vt 0.579800 0.739700</w:t>
        <w:br/>
        <w:t>vt 0.583300 0.735600</w:t>
        <w:br/>
        <w:t>vt 0.579600 0.734300</w:t>
        <w:br/>
        <w:t>vt 0.576800 0.738700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0.336500 0.806300</w:t>
        <w:br/>
        <w:t>vt 0.333500 0.810300</w:t>
        <w:br/>
        <w:t>vt 0.559700 0.707200</w:t>
        <w:br/>
        <w:t>vt 0.561800 0.702700</w:t>
        <w:br/>
        <w:t>vt 0.557700 0.701300</w:t>
        <w:br/>
        <w:t>vt 0.555100 0.705000</w:t>
        <w:br/>
        <w:t>vt 0.562600 0.701000</w:t>
        <w:br/>
        <w:t>vt 0.561800 0.702700</w:t>
        <w:br/>
        <w:t>vt 0.567200 0.702900</w:t>
        <w:br/>
        <w:t>vt 0.566800 0.701200</w:t>
        <w:br/>
        <w:t>vt 0.559100 0.699700</w:t>
        <w:br/>
        <w:t>vt 0.557700 0.701300</w:t>
        <w:br/>
        <w:t>vt 0.556600 0.696700</w:t>
        <w:br/>
        <w:t>vt 0.555200 0.692900</w:t>
        <w:br/>
        <w:t>vt 0.553300 0.693100</w:t>
        <w:br/>
        <w:t>vt 0.555100 0.697900</w:t>
        <w:br/>
        <w:t>vt 0.332700 0.808700</w:t>
        <w:br/>
        <w:t>vt 0.333500 0.810300</w:t>
        <w:br/>
        <w:t>vt 0.336500 0.806300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0.346300 0.796700</w:t>
        <w:br/>
        <w:t>vt 0.345800 0.795900</w:t>
        <w:br/>
        <w:t>vt 0.344400 0.804500</w:t>
        <w:br/>
        <w:t>vt 0.340600 0.798000</w:t>
        <w:br/>
        <w:t>vt 0.338800 0.802300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0.553300 0.693100</w:t>
        <w:br/>
        <w:t>vt 0.549300 0.695800</w:t>
        <w:br/>
        <w:t>vt 0.551600 0.700400</w:t>
        <w:br/>
        <w:t>vt 0.565800 0.707800</w:t>
        <w:br/>
        <w:t>vt 0.567200 0.702900</w:t>
        <w:br/>
        <w:t>vt 0.356000 0.782800</w:t>
        <w:br/>
        <w:t>vt 0.358100 0.782200</w:t>
        <w:br/>
        <w:t>vt 0.354600 0.779100</w:t>
        <w:br/>
        <w:t>vt 0.519500 0.693000</w:t>
        <w:br/>
        <w:t>vt 0.524600 0.692100</w:t>
        <w:br/>
        <w:t>vt 0.519500 0.688600</w:t>
        <w:br/>
        <w:t>vt 0.362300 0.775500</w:t>
        <w:br/>
        <w:t>vt 0.358900 0.777400</w:t>
        <w:br/>
        <w:t>vt 0.361200 0.781600</w:t>
        <w:br/>
        <w:t>vt 0.365300 0.778700</w:t>
        <w:br/>
        <w:t>vt 0.354900 0.777400</w:t>
        <w:br/>
        <w:t>vt 0.354600 0.779100</w:t>
        <w:br/>
        <w:t>vt 0.358900 0.777400</w:t>
        <w:br/>
        <w:t>vt 0.358400 0.776100</w:t>
        <w:br/>
        <w:t>vt 0.365800 0.768300</w:t>
        <w:br/>
        <w:t>vt 0.364000 0.771400</w:t>
        <w:br/>
        <w:t>vt 0.365400 0.772100</w:t>
        <w:br/>
        <w:t>vt 0.367500 0.768300</w:t>
        <w:br/>
        <w:t>vt 0.515800 0.687900</w:t>
        <w:br/>
        <w:t>vt 0.516700 0.686700</w:t>
        <w:br/>
        <w:t>vt 0.513400 0.685300</w:t>
        <w:br/>
        <w:t>vt 0.512400 0.686700</w:t>
        <w:br/>
        <w:t>vt 0.519500 0.688600</w:t>
        <w:br/>
        <w:t>vt 0.520000 0.687000</w:t>
        <w:br/>
        <w:t>vt 0.523100 0.686400</w:t>
        <w:br/>
        <w:t>vt 0.523500 0.688100</w:t>
        <w:br/>
        <w:t>vt 0.527200 0.685800</w:t>
        <w:br/>
        <w:t>vt 0.526000 0.684600</w:t>
        <w:br/>
        <w:t>vt 0.361300 0.774100</w:t>
        <w:br/>
        <w:t>vt 0.362300 0.775500</w:t>
        <w:br/>
        <w:t>vt 0.368600 0.775500</w:t>
        <w:br/>
        <w:t>vt 0.369900 0.772800</w:t>
        <w:br/>
        <w:t>vt 0.371100 0.770700</w:t>
        <w:br/>
        <w:t>vt 0.510900 0.691000</w:t>
        <w:br/>
        <w:t>vt 0.514800 0.692500</w:t>
        <w:br/>
        <w:t>vt 0.515800 0.687900</w:t>
        <w:br/>
        <w:t>vt 0.528800 0.689500</w:t>
        <w:br/>
        <w:t>vt 0.527200 0.685800</w:t>
        <w:br/>
        <w:t>vt 0.523500 0.688100</w:t>
        <w:br/>
        <w:t>vt 0.370100 0.773500</w:t>
        <w:br/>
        <w:t>vt 0.361100 0.744300</w:t>
        <w:br/>
        <w:t>vt 0.368900 0.744300</w:t>
        <w:br/>
        <w:t>vt 0.368900 0.731200</w:t>
        <w:br/>
        <w:t>vt 0.361100 0.730700</w:t>
        <w:br/>
        <w:t>vt 0.339300 0.744300</w:t>
        <w:br/>
        <w:t>vt 0.339300 0.761600</w:t>
        <w:br/>
        <w:t>vt 0.347000 0.761600</w:t>
        <w:br/>
        <w:t>vt 0.347000 0.744300</w:t>
        <w:br/>
        <w:t>vt 0.332700 0.744300</w:t>
        <w:br/>
        <w:t>vt 0.332700 0.761600</w:t>
        <w:br/>
        <w:t>vt 0.375600 0.744300</w:t>
        <w:br/>
        <w:t>vt 0.368900 0.761600</w:t>
        <w:br/>
        <w:t>vt 0.375600 0.761600</w:t>
        <w:br/>
        <w:t>vt 0.322100 0.744300</w:t>
        <w:br/>
        <w:t>vt 0.322100 0.761600</w:t>
        <w:br/>
        <w:t>vt 0.391200 0.744300</w:t>
        <w:br/>
        <w:t>vt 0.391200 0.761600</w:t>
        <w:br/>
        <w:t>vt 0.403400 0.761600</w:t>
        <w:br/>
        <w:t>vt 0.403400 0.744300</w:t>
        <w:br/>
        <w:t>vt 0.383900 0.744300</w:t>
        <w:br/>
        <w:t>vt 0.383900 0.761600</w:t>
        <w:br/>
        <w:t>vt 0.332700 0.734200</w:t>
        <w:br/>
        <w:t>vt 0.339300 0.733200</w:t>
        <w:br/>
        <w:t>vt 0.347000 0.732500</w:t>
        <w:br/>
        <w:t>vt 0.353800 0.744300</w:t>
        <w:br/>
        <w:t>vt 0.353800 0.731400</w:t>
        <w:br/>
        <w:t>vt 0.353800 0.761600</w:t>
        <w:br/>
        <w:t>vt 0.361100 0.761600</w:t>
        <w:br/>
        <w:t>vt 0.347000 0.763100</w:t>
        <w:br/>
        <w:t>vt 0.347000 0.761600</w:t>
        <w:br/>
        <w:t>vt 0.339300 0.761600</w:t>
        <w:br/>
        <w:t>vt 0.339300 0.763100</w:t>
        <w:br/>
        <w:t>vt 0.332700 0.763100</w:t>
        <w:br/>
        <w:t>vt 0.332700 0.761600</w:t>
        <w:br/>
        <w:t>vt 0.368900 0.761600</w:t>
        <w:br/>
        <w:t>vt 0.368900 0.763100</w:t>
        <w:br/>
        <w:t>vt 0.375600 0.763100</w:t>
        <w:br/>
        <w:t>vt 0.375600 0.761600</w:t>
        <w:br/>
        <w:t>vt 0.322100 0.761600</w:t>
        <w:br/>
        <w:t>vt 0.322100 0.763100</w:t>
        <w:br/>
        <w:t>vt 0.391200 0.763100</w:t>
        <w:br/>
        <w:t>vt 0.403400 0.763100</w:t>
        <w:br/>
        <w:t>vt 0.403400 0.761600</w:t>
        <w:br/>
        <w:t>vt 0.391200 0.761600</w:t>
        <w:br/>
        <w:t>vt 0.383900 0.761600</w:t>
        <w:br/>
        <w:t>vt 0.383900 0.763100</w:t>
        <w:br/>
        <w:t>vt 0.353800 0.763100</w:t>
        <w:br/>
        <w:t>vt 0.361100 0.763100</w:t>
        <w:br/>
        <w:t>vt 0.361100 0.761600</w:t>
        <w:br/>
        <w:t>vt 0.361100 0.763100</w:t>
        <w:br/>
        <w:t>vt 0.322100 0.732900</w:t>
        <w:br/>
        <w:t>vt 0.403400 0.732800</w:t>
        <w:br/>
        <w:t>vt 0.391200 0.732600</w:t>
        <w:br/>
        <w:t>vt 0.383900 0.732200</w:t>
        <w:br/>
        <w:t>vt 0.375600 0.732000</w:t>
        <w:br/>
        <w:t>vt 0.548600 0.802000</w:t>
        <w:br/>
        <w:t>vt 0.547800 0.797000</w:t>
        <w:br/>
        <w:t>vt 0.537600 0.800300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0.391600 0.848600</w:t>
        <w:br/>
        <w:t>vt 0.383900 0.844400</w:t>
        <w:br/>
        <w:t>vt 0.381600 0.829400</w:t>
        <w:br/>
        <w:t>vt 0.388900 0.830300</w:t>
        <w:br/>
        <w:t>vt 0.383800 0.824700</w:t>
        <w:br/>
        <w:t>vt 0.391800 0.857800</w:t>
        <w:br/>
        <w:t>vt 0.382800 0.853600</w:t>
        <w:br/>
        <w:t>vt 0.394700 0.793900</w:t>
        <w:br/>
        <w:t>vt 0.388900 0.792900</w:t>
        <w:br/>
        <w:t>vt 0.389400 0.797000</w:t>
        <w:br/>
        <w:t>vt 0.396500 0.812400</w:t>
        <w:br/>
        <w:t>vt 0.401500 0.813200</w:t>
        <w:br/>
        <w:t>vt 0.402200 0.805900</w:t>
        <w:br/>
        <w:t>vt 0.399400 0.805000</w:t>
        <w:br/>
        <w:t>vt 0.406900 0.806900</w:t>
        <w:br/>
        <w:t>vt 0.407200 0.802900</w:t>
        <w:br/>
        <w:t>vt 0.395400 0.830400</w:t>
        <w:br/>
        <w:t>vt 0.391400 0.839000</w:t>
        <w:br/>
        <w:t>vt 0.397700 0.838900</w:t>
        <w:br/>
        <w:t>vt 0.400700 0.830600</w:t>
        <w:br/>
        <w:t>vt 0.401300 0.821400</w:t>
        <w:br/>
        <w:t>vt 0.397000 0.821000</w:t>
        <w:br/>
        <w:t>vt 0.392000 0.868600</w:t>
        <w:br/>
        <w:t>vt 0.400100 0.869100</w:t>
        <w:br/>
        <w:t>vt 0.400300 0.857500</w:t>
        <w:br/>
        <w:t>vt 0.405400 0.821400</w:t>
        <w:br/>
        <w:t>vt 0.406500 0.830700</w:t>
        <w:br/>
        <w:t>vt 0.403600 0.838900</w:t>
        <w:br/>
        <w:t>vt 0.406200 0.847800</w:t>
        <w:br/>
        <w:t>vt 0.412200 0.847700</w:t>
        <w:br/>
        <w:t>vt 0.415000 0.862400</w:t>
        <w:br/>
        <w:t>vt 0.407600 0.857400</w:t>
        <w:br/>
        <w:t>vt 0.408500 0.868200</w:t>
        <w:br/>
        <w:t>vt 0.414000 0.867000</w:t>
        <w:br/>
        <w:t>vt 0.405400 0.814200</w:t>
        <w:br/>
        <w:t>vt 0.406300 0.810900</w:t>
        <w:br/>
        <w:t>vt 0.383700 0.858100</w:t>
        <w:br/>
        <w:t>vt 0.382300 0.862900</w:t>
        <w:br/>
        <w:t>vt 0.415100 0.856600</w:t>
        <w:br/>
        <w:t>vt 0.413800 0.852000</w:t>
        <w:br/>
        <w:t>vt 0.383900 0.833900</w:t>
        <w:br/>
        <w:t>vt 0.384800 0.838800</w:t>
        <w:br/>
        <w:t>vt 0.391200 0.820300</w:t>
        <w:br/>
        <w:t>vt 0.385300 0.814100</w:t>
        <w:br/>
        <w:t>vt 0.385200 0.819000</w:t>
        <w:br/>
        <w:t>vt 0.398900 0.848200</w:t>
        <w:br/>
        <w:t>vt 0.408900 0.839000</w:t>
        <w:br/>
        <w:t>vt 0.387000 0.805700</w:t>
        <w:br/>
        <w:t>vt 0.395700 0.804000</w:t>
        <w:br/>
        <w:t>vt 0.388900 0.801900</w:t>
        <w:br/>
        <w:t>vt 0.399600 0.795200</w:t>
        <w:br/>
        <w:t>vt 0.405900 0.798300</w:t>
        <w:br/>
        <w:t>vt 0.403100 0.796500</w:t>
        <w:br/>
        <w:t>vt 0.380400 0.843500</w:t>
        <w:br/>
        <w:t>vt 0.377700 0.849400</w:t>
        <w:br/>
        <w:t>vt 0.380600 0.849400</w:t>
        <w:br/>
        <w:t>vt 0.383900 0.844400</w:t>
        <w:br/>
        <w:t>vt 0.380700 0.823400</w:t>
        <w:br/>
        <w:t>vt 0.378100 0.829300</w:t>
        <w:br/>
        <w:t>vt 0.381600 0.829400</w:t>
        <w:br/>
        <w:t>vt 0.384500 0.804300</w:t>
        <w:br/>
        <w:t>vt 0.381300 0.808300</w:t>
        <w:br/>
        <w:t>vt 0.383600 0.809200</w:t>
        <w:br/>
        <w:t>vt 0.388000 0.791700</w:t>
        <w:br/>
        <w:t>vt 0.388900 0.792900</w:t>
        <w:br/>
        <w:t>vt 0.394700 0.793900</w:t>
        <w:br/>
        <w:t>vt 0.410700 0.806600</w:t>
        <w:br/>
        <w:t>vt 0.410500 0.802400</w:t>
        <w:br/>
        <w:t>vt 0.407200 0.802900</w:t>
        <w:br/>
        <w:t>vt 0.406900 0.806900</w:t>
        <w:br/>
        <w:t>vt 0.400100 0.869100</w:t>
        <w:br/>
        <w:t>vt 0.399700 0.871800</w:t>
        <w:br/>
        <w:t>vt 0.409000 0.870900</w:t>
        <w:br/>
        <w:t>vt 0.410500 0.829500</w:t>
        <w:br/>
        <w:t>vt 0.409700 0.820500</w:t>
        <w:br/>
        <w:t>vt 0.412700 0.837500</w:t>
        <w:br/>
        <w:t>vt 0.412200 0.847700</w:t>
        <w:br/>
        <w:t>vt 0.416000 0.846700</w:t>
        <w:br/>
        <w:t>vt 0.399600 0.795200</w:t>
        <w:br/>
        <w:t>vt 0.415500 0.869000</w:t>
        <w:br/>
        <w:t>vt 0.382300 0.862900</w:t>
        <w:br/>
        <w:t>vt 0.383700 0.858100</w:t>
        <w:br/>
        <w:t>vt 0.381000 0.858600</w:t>
        <w:br/>
        <w:t>vt 0.380400 0.863200</w:t>
        <w:br/>
        <w:t>vt 0.417700 0.851300</w:t>
        <w:br/>
        <w:t>vt 0.413800 0.852000</w:t>
        <w:br/>
        <w:t>vt 0.415100 0.856600</w:t>
        <w:br/>
        <w:t>vt 0.419000 0.856600</w:t>
        <w:br/>
        <w:t>vt 0.379800 0.854100</w:t>
        <w:br/>
        <w:t>vt 0.415000 0.862400</w:t>
        <w:br/>
        <w:t>vt 0.418400 0.863800</w:t>
        <w:br/>
        <w:t>vt 0.409200 0.813800</w:t>
        <w:br/>
        <w:t>vt 0.405400 0.814200</w:t>
        <w:br/>
        <w:t>vt 0.406300 0.810900</w:t>
        <w:br/>
        <w:t>vt 0.409900 0.810500</w:t>
        <w:br/>
        <w:t>vt 0.386400 0.801000</w:t>
        <w:br/>
        <w:t>vt 0.388900 0.801900</w:t>
        <w:br/>
        <w:t>vt 0.389400 0.797000</w:t>
        <w:br/>
        <w:t>vt 0.387100 0.796900</w:t>
        <w:br/>
        <w:t>vt 0.408200 0.796300</w:t>
        <w:br/>
        <w:t>vt 0.405900 0.798300</w:t>
        <w:br/>
        <w:t>vt 0.388900 0.792900</w:t>
        <w:br/>
        <w:t>vt 0.388000 0.791700</w:t>
        <w:br/>
        <w:t>vt 0.380400 0.834800</w:t>
        <w:br/>
        <w:t>vt 0.381300 0.838700</w:t>
        <w:br/>
        <w:t>vt 0.383900 0.833900</w:t>
        <w:br/>
        <w:t>vt 0.382400 0.814000</w:t>
        <w:br/>
        <w:t>vt 0.382300 0.818900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0.649200 0.403400</w:t>
        <w:br/>
        <w:t>vt 0.660600 0.397000</w:t>
        <w:br/>
        <w:t>vt 0.640000 0.396700</w:t>
        <w:br/>
        <w:t>vt 0.663800 0.336300</w:t>
        <w:br/>
        <w:t>vt 0.645000 0.339900</w:t>
        <w:br/>
        <w:t>vt 0.644900 0.352200</w:t>
        <w:br/>
        <w:t>vt 0.668800 0.347200</w:t>
        <w:br/>
        <w:t>vt 0.660500 0.364600</w:t>
        <w:br/>
        <w:t>vt 0.647500 0.407600</w:t>
        <w:br/>
        <w:t>vt 0.639100 0.402700</w:t>
        <w:br/>
        <w:t>vt 0.637900 0.407100</w:t>
        <w:br/>
        <w:t>vt 0.662100 0.391500</w:t>
        <w:br/>
        <w:t>vt 0.681900 0.394500</w:t>
        <w:br/>
        <w:t>vt 0.680300 0.379800</w:t>
        <w:br/>
        <w:t>vt 0.661500 0.378300</w:t>
        <w:br/>
        <w:t>vt 0.675500 0.421700</w:t>
        <w:br/>
        <w:t>vt 0.677500 0.415900</w:t>
        <w:br/>
        <w:t>vt 0.666800 0.414500</w:t>
        <w:br/>
        <w:t>vt 0.664400 0.420600</w:t>
        <w:br/>
        <w:t>vt 0.676400 0.364400</w:t>
        <w:br/>
        <w:t>vt 0.658900 0.403600</w:t>
        <w:br/>
        <w:t>vt 0.670600 0.405400</w:t>
        <w:br/>
        <w:t>vt 0.666800 0.414500</w:t>
        <w:br/>
        <w:t>vt 0.669100 0.410200</w:t>
        <w:br/>
        <w:t>vt 0.657700 0.408500</w:t>
        <w:br/>
        <w:t>vt 0.655300 0.413200</w:t>
        <w:br/>
        <w:t>vt 0.644800 0.411700</w:t>
        <w:br/>
        <w:t>vt 0.642100 0.417100</w:t>
        <w:br/>
        <w:t>vt 0.652800 0.419400</w:t>
        <w:br/>
        <w:t>vt 0.655300 0.413200</w:t>
        <w:br/>
        <w:t>vt 0.680700 0.406500</w:t>
        <w:br/>
        <w:t>vt 0.681800 0.400000</w:t>
        <w:br/>
        <w:t>vt 0.679500 0.411100</w:t>
        <w:br/>
        <w:t>vt 0.644800 0.411700</w:t>
        <w:br/>
        <w:t>vt 0.641900 0.378500</w:t>
        <w:br/>
        <w:t>vt 0.640500 0.391000</w:t>
        <w:br/>
        <w:t>vt 0.636100 0.410700</w:t>
        <w:br/>
        <w:t>vt 0.632000 0.415300</w:t>
        <w:br/>
        <w:t>vt 0.643100 0.435400</w:t>
        <w:br/>
        <w:t>vt 0.649200 0.424600</w:t>
        <w:br/>
        <w:t>vt 0.628500 0.419700</w:t>
        <w:br/>
        <w:t>vt 0.623800 0.428900</w:t>
        <w:br/>
        <w:t>vt 0.643800 0.366200</w:t>
        <w:br/>
        <w:t>vt 0.653500 0.027500</w:t>
        <w:br/>
        <w:t>vt 0.651400 0.014500</w:t>
        <w:br/>
        <w:t>vt 0.648300 0.015700</w:t>
        <w:br/>
        <w:t>vt 0.650600 0.028700</w:t>
        <w:br/>
        <w:t>vt 0.667100 0.014700</w:t>
        <w:br/>
        <w:t>vt 0.666700 0.023900</w:t>
        <w:br/>
        <w:t>vt 0.673900 0.022600</w:t>
        <w:br/>
        <w:t>vt 0.641800 0.027000</w:t>
        <w:br/>
        <w:t>vt 0.643500 0.032700</w:t>
        <w:br/>
        <w:t>vt 0.645000 0.031100</w:t>
        <w:br/>
        <w:t>vt 0.643600 0.025000</w:t>
        <w:br/>
        <w:t>vt 0.659200 0.014400</w:t>
        <w:br/>
        <w:t>vt 0.658000 0.003200</w:t>
        <w:br/>
        <w:t>vt 0.649100 0.001600</w:t>
        <w:br/>
        <w:t>vt 0.629500 0.009500</w:t>
        <w:br/>
        <w:t>vt 0.634100 0.024700</w:t>
        <w:br/>
        <w:t>vt 0.634700 0.014500</w:t>
        <w:br/>
        <w:t>vt 0.622900 0.015900</w:t>
        <w:br/>
        <w:t>vt 0.628100 0.029000</w:t>
        <w:br/>
        <w:t>vt 0.615600 0.022700</w:t>
        <w:br/>
        <w:t>vt 0.619700 0.032500</w:t>
        <w:br/>
        <w:t>vt 0.608500 0.029100</w:t>
        <w:br/>
        <w:t>vt 0.611500 0.035100</w:t>
        <w:br/>
        <w:t>vt 0.667300 0.005600</w:t>
        <w:br/>
        <w:t>vt 0.644600 0.017200</w:t>
        <w:br/>
        <w:t>vt 0.642600 0.009600</w:t>
        <w:br/>
        <w:t>vt 0.640100 0.010900</w:t>
        <w:br/>
        <w:t>vt 0.642000 0.018200</w:t>
        <w:br/>
        <w:t>vt 0.636600 0.022100</w:t>
        <w:br/>
        <w:t>vt 0.639100 0.029100</w:t>
        <w:br/>
        <w:t>vt 0.645600 0.001800</w:t>
        <w:br/>
        <w:t>vt 0.641500 0.002400</w:t>
        <w:br/>
        <w:t>vt 0.638500 0.003300</w:t>
        <w:br/>
        <w:t>vt 0.645500 0.023500</w:t>
        <w:br/>
        <w:t>vt 0.660200 0.025700</w:t>
        <w:br/>
        <w:t>vt 0.623600 0.042100</w:t>
        <w:br/>
        <w:t>vt 0.632300 0.041100</w:t>
        <w:br/>
        <w:t>vt 0.614400 0.041000</w:t>
        <w:br/>
        <w:t>vt 0.640000 0.396700</w:t>
        <w:br/>
        <w:t>vt 0.638600 0.396000</w:t>
        <w:br/>
        <w:t>vt 0.637700 0.402100</w:t>
        <w:br/>
        <w:t>vt 0.639100 0.402700</w:t>
        <w:br/>
        <w:t>vt 0.665500 0.335200</w:t>
        <w:br/>
        <w:t>vt 0.663800 0.336300</w:t>
        <w:br/>
        <w:t>vt 0.668800 0.347200</w:t>
        <w:br/>
        <w:t>vt 0.670500 0.346600</w:t>
        <w:br/>
        <w:t>vt 0.676400 0.364400</w:t>
        <w:br/>
        <w:t>vt 0.677900 0.363800</w:t>
        <w:br/>
        <w:t>vt 0.635100 0.409500</w:t>
        <w:br/>
        <w:t>vt 0.636100 0.410700</w:t>
        <w:br/>
        <w:t>vt 0.637000 0.406300</w:t>
        <w:br/>
        <w:t>vt 0.683300 0.394200</w:t>
        <w:br/>
        <w:t>vt 0.681800 0.379400</w:t>
        <w:br/>
        <w:t>vt 0.680300 0.379800</w:t>
        <w:br/>
        <w:t>vt 0.681900 0.394500</w:t>
        <w:br/>
        <w:t>vt 0.679100 0.416500</w:t>
        <w:br/>
        <w:t>vt 0.677500 0.415900</w:t>
        <w:br/>
        <w:t>vt 0.675500 0.421700</w:t>
        <w:br/>
        <w:t>vt 0.676900 0.422400</w:t>
        <w:br/>
        <w:t>vt 0.665200 0.440500</w:t>
        <w:br/>
        <w:t>vt 0.666800 0.441400</w:t>
        <w:br/>
        <w:t>vt 0.674200 0.428400</w:t>
        <w:br/>
        <w:t>vt 0.672700 0.427500</w:t>
        <w:br/>
        <w:t>vt 0.656100 0.455100</w:t>
        <w:br/>
        <w:t>vt 0.657600 0.456100</w:t>
        <w:br/>
        <w:t>vt 0.647400 0.470000</w:t>
        <w:br/>
        <w:t>vt 0.645800 0.469100</w:t>
        <w:br/>
        <w:t>vt 0.637500 0.482600</w:t>
        <w:br/>
        <w:t>vt 0.636200 0.481600</w:t>
        <w:br/>
        <w:t>vt 0.681800 0.400000</w:t>
        <w:br/>
        <w:t>vt 0.683300 0.399900</w:t>
        <w:br/>
        <w:t>vt 0.680800 0.411400</w:t>
        <w:br/>
        <w:t>vt 0.682100 0.406600</w:t>
        <w:br/>
        <w:t>vt 0.680700 0.406500</w:t>
        <w:br/>
        <w:t>vt 0.679500 0.411100</w:t>
        <w:br/>
        <w:t>vt 0.643300 0.339800</w:t>
        <w:br/>
        <w:t>vt 0.643000 0.352300</w:t>
        <w:br/>
        <w:t>vt 0.644900 0.352200</w:t>
        <w:br/>
        <w:t>vt 0.645000 0.339900</w:t>
        <w:br/>
        <w:t>vt 0.641900 0.366100</w:t>
        <w:br/>
        <w:t>vt 0.643800 0.366200</w:t>
        <w:br/>
        <w:t>vt 0.641900 0.378500</w:t>
        <w:br/>
        <w:t>vt 0.640200 0.378200</w:t>
        <w:br/>
        <w:t>vt 0.639000 0.390500</w:t>
        <w:br/>
        <w:t>vt 0.640500 0.391000</w:t>
        <w:br/>
        <w:t>vt 0.630900 0.414300</w:t>
        <w:br/>
        <w:t>vt 0.627200 0.419100</w:t>
        <w:br/>
        <w:t>vt 0.628500 0.419700</w:t>
        <w:br/>
        <w:t>vt 0.632000 0.415300</w:t>
        <w:br/>
        <w:t>vt 0.623800 0.428900</w:t>
        <w:br/>
        <w:t>vt 0.622200 0.428600</w:t>
        <w:br/>
        <w:t>vt 0.620200 0.443400</w:t>
        <w:br/>
        <w:t>vt 0.622000 0.443400</w:t>
        <w:br/>
        <w:t>vt 0.621900 0.459400</w:t>
        <w:br/>
        <w:t>vt 0.623700 0.459400</w:t>
        <w:br/>
        <w:t>vt 0.637900 0.012600</w:t>
        <w:br/>
        <w:t>vt 0.635800 0.005000</w:t>
        <w:br/>
        <w:t>vt 0.632500 0.007000</w:t>
        <w:br/>
        <w:t>vt 0.641800 0.027000</w:t>
        <w:br/>
        <w:t>vt 0.639900 0.020000</w:t>
        <w:br/>
        <w:t>vt 0.643500 0.032700</w:t>
        <w:br/>
        <w:t>vt 0.641300 0.035900</w:t>
        <w:br/>
        <w:t>vt 0.665200 0.440500</w:t>
        <w:br/>
        <w:t>vt 0.672700 0.427500</w:t>
        <w:br/>
        <w:t>vt 0.656100 0.455100</w:t>
        <w:br/>
        <w:t>vt 0.638400 0.449600</w:t>
        <w:br/>
        <w:t>vt 0.634900 0.464200</w:t>
        <w:br/>
        <w:t>vt 0.645800 0.469100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0.626100 0.473800</w:t>
        <w:br/>
        <w:t>vt 0.636200 0.481600</w:t>
        <w:br/>
        <w:t>vt 0.624200 0.474100</w:t>
        <w:br/>
        <w:t>vt 0.626100 0.473800</w:t>
        <w:br/>
        <w:t>vt 0.683100 0.013200</w:t>
        <w:br/>
        <w:t>vt 0.676700 0.010500</w:t>
        <w:br/>
        <w:t>vt 0.680500 0.022500</w:t>
        <w:br/>
        <w:t>vt 0.601600 0.034700</w:t>
        <w:br/>
        <w:t>vt 0.606200 0.040200</w:t>
        <w:br/>
        <w:t>vt 0.665200 0.260600</w:t>
        <w:br/>
        <w:t>vt 0.653700 0.260100</w:t>
        <w:br/>
        <w:t>vt 0.655400 0.279500</w:t>
        <w:br/>
        <w:t>vt 0.665900 0.281800</w:t>
        <w:br/>
        <w:t>vt 0.646300 0.278400</w:t>
        <w:br/>
        <w:t>vt 0.642900 0.261300</w:t>
        <w:br/>
        <w:t>vt 0.621100 0.269800</w:t>
        <w:br/>
        <w:t>vt 0.628700 0.290500</w:t>
        <w:br/>
        <w:t>vt 0.637200 0.283700</w:t>
        <w:br/>
        <w:t>vt 0.631100 0.264300</w:t>
        <w:br/>
        <w:t>vt 0.645000 0.278800</w:t>
        <w:br/>
        <w:t>vt 0.641600 0.261300</w:t>
        <w:br/>
        <w:t>vt 0.665900 0.281800</w:t>
        <w:br/>
        <w:t>vt 0.667400 0.282100</w:t>
        <w:br/>
        <w:t>vt 0.666700 0.260300</w:t>
        <w:br/>
        <w:t>vt 0.665200 0.260600</w:t>
        <w:br/>
        <w:t>vt 0.642900 0.261300</w:t>
        <w:br/>
        <w:t>vt 0.641600 0.261300</w:t>
        <w:br/>
        <w:t>vt 0.645000 0.278800</w:t>
        <w:br/>
        <w:t>vt 0.646300 0.278400</w:t>
        <w:br/>
        <w:t>vt 0.661200 0.306700</w:t>
        <w:br/>
        <w:t>vt 0.651400 0.302100</w:t>
        <w:br/>
        <w:t>vt 0.642300 0.249600</w:t>
        <w:br/>
        <w:t>vt 0.651500 0.245400</w:t>
        <w:br/>
        <w:t>vt 0.660200 0.246700</w:t>
        <w:br/>
        <w:t>vt 0.643200 0.310700</w:t>
        <w:br/>
        <w:t>vt 0.650000 0.302400</w:t>
        <w:br/>
        <w:t>vt 0.641200 0.248700</w:t>
        <w:br/>
        <w:t>vt 0.629100 0.248900</w:t>
        <w:br/>
        <w:t>vt 0.618600 0.251900</w:t>
        <w:br/>
        <w:t>vt 0.661200 0.306700</w:t>
        <w:br/>
        <w:t>vt 0.662800 0.306800</w:t>
        <w:br/>
        <w:t>vt 0.650000 0.302400</w:t>
        <w:br/>
        <w:t>vt 0.651400 0.302100</w:t>
        <w:br/>
        <w:t>vt 0.642300 0.249600</w:t>
        <w:br/>
        <w:t>vt 0.641200 0.248700</w:t>
        <w:br/>
        <w:t>vt 0.641200 0.248700</w:t>
        <w:br/>
        <w:t>vt 0.642300 0.249600</w:t>
        <w:br/>
        <w:t>vt 0.651500 0.245400</w:t>
        <w:br/>
        <w:t>vt 0.651300 0.244100</w:t>
        <w:br/>
        <w:t>vt 0.660200 0.246700</w:t>
        <w:br/>
        <w:t>vt 0.660900 0.245500</w:t>
        <w:br/>
        <w:t>vt 0.660900 0.245500</w:t>
        <w:br/>
        <w:t>vt 0.660200 0.246700</w:t>
        <w:br/>
        <w:t>vt 0.780500 0.551100</w:t>
        <w:br/>
        <w:t>vt 0.786700 0.552300</w:t>
        <w:br/>
        <w:t>vt 0.778100 0.566200</w:t>
        <w:br/>
        <w:t>vt 0.771300 0.565700</w:t>
        <w:br/>
        <w:t>vt 0.763300 0.563900</w:t>
        <w:br/>
        <w:t>vt 0.774000 0.549900</w:t>
        <w:br/>
        <w:t>vt 0.794400 0.553000</w:t>
        <w:br/>
        <w:t>vt 0.799900 0.540000</w:t>
        <w:br/>
        <w:t>vt 0.811900 0.544100</w:t>
        <w:br/>
        <w:t>vt 0.809900 0.556100</w:t>
        <w:br/>
        <w:t>vt 0.780800 0.531900</w:t>
        <w:br/>
        <w:t>vt 0.785700 0.534900</w:t>
        <w:br/>
        <w:t>vt 0.774000 0.549900</w:t>
        <w:br/>
        <w:t>vt 0.768200 0.547700</w:t>
        <w:br/>
        <w:t>vt 0.760500 0.543200</w:t>
        <w:br/>
        <w:t>vt 0.755500 0.518200</w:t>
        <w:br/>
        <w:t>vt 0.770200 0.525900</w:t>
        <w:br/>
        <w:t>vt 0.790400 0.537200</w:t>
        <w:br/>
        <w:t>vt 0.794700 0.538600</w:t>
        <w:br/>
        <w:t>vt 0.821700 0.570100</w:t>
        <w:br/>
        <w:t>vt 0.825300 0.549100</w:t>
        <w:br/>
        <w:t>vt 0.833700 0.552800</w:t>
        <w:br/>
        <w:t>vt 0.832000 0.569900</w:t>
        <w:br/>
        <w:t>vt 0.785700 0.534900</w:t>
        <w:br/>
        <w:t>vt 0.804300 0.568900</w:t>
        <w:br/>
        <w:t>vt 0.786200 0.566900</w:t>
        <w:br/>
        <w:t>vt 0.763300 0.563900</w:t>
        <w:br/>
        <w:t>vt 0.759400 0.562700</w:t>
        <w:br/>
        <w:t>vt 0.745700 0.544000</w:t>
        <w:br/>
        <w:t>vt 0.738400 0.529600</w:t>
        <w:br/>
        <w:t>vt 0.744500 0.512700</w:t>
        <w:br/>
        <w:t>vt 0.728900 0.518300</w:t>
        <w:br/>
        <w:t>vt 0.736900 0.508500</w:t>
        <w:br/>
        <w:t>vt 0.753800 0.558100</w:t>
        <w:br/>
        <w:t>vt 0.808500 0.499700</w:t>
        <w:br/>
        <w:t>vt 0.800600 0.518400</w:t>
        <w:br/>
        <w:t>vt 0.796800 0.514000</w:t>
        <w:br/>
        <w:t>vt 0.803800 0.494000</w:t>
        <w:br/>
        <w:t>vt 0.819100 0.532200</w:t>
        <w:br/>
        <w:t>vt 0.825900 0.547500</w:t>
        <w:br/>
        <w:t>vt 0.812400 0.542700</w:t>
        <w:br/>
        <w:t>vt 0.792800 0.509700</w:t>
        <w:br/>
        <w:t>vt 0.798000 0.488400</w:t>
        <w:br/>
        <w:t>vt 0.800300 0.538700</w:t>
        <w:br/>
        <w:t>vt 0.805500 0.523100</w:t>
        <w:br/>
        <w:t>vt 0.792800 0.509700</w:t>
        <w:br/>
        <w:t>vt 0.786300 0.533300</w:t>
        <w:br/>
        <w:t>vt 0.781700 0.530300</w:t>
        <w:br/>
        <w:t>vt 0.788100 0.506700</w:t>
        <w:br/>
        <w:t>vt 0.790900 0.535600</w:t>
        <w:br/>
        <w:t>vt 0.795100 0.537200</w:t>
        <w:br/>
        <w:t>vt 0.835000 0.551700</w:t>
        <w:br/>
        <w:t>vt 0.836700 0.531600</w:t>
        <w:br/>
        <w:t>vt 0.844900 0.538100</w:t>
        <w:br/>
        <w:t>vt 0.786300 0.533300</w:t>
        <w:br/>
        <w:t>vt 0.813200 0.506700</w:t>
        <w:br/>
        <w:t>vt 0.824700 0.519900</w:t>
        <w:br/>
        <w:t>vt 0.794100 0.486200</w:t>
        <w:br/>
        <w:t>vt 0.798000 0.488400</w:t>
        <w:br/>
        <w:t>vt 0.770200 0.493300</w:t>
        <w:br/>
        <w:t>vt 0.779900 0.504200</w:t>
        <w:br/>
        <w:t>vt 0.756300 0.516700</w:t>
        <w:br/>
        <w:t>vt 0.745200 0.511200</w:t>
        <w:br/>
        <w:t>vt 0.754900 0.496800</w:t>
        <w:br/>
        <w:t>vt 0.741400 0.495600</w:t>
        <w:br/>
        <w:t>vt 0.737900 0.507200</w:t>
        <w:br/>
        <w:t>vt 0.771100 0.524400</w:t>
        <w:br/>
        <w:t>vt 0.786000 0.486400</w:t>
        <w:br/>
        <w:t>vt 0.771200 0.567100</w:t>
        <w:br/>
        <w:t>vt 0.771300 0.565700</w:t>
        <w:br/>
        <w:t>vt 0.778100 0.566200</w:t>
        <w:br/>
        <w:t>vt 0.778100 0.567600</w:t>
        <w:br/>
        <w:t>vt 0.811900 0.544100</w:t>
        <w:br/>
        <w:t>vt 0.812400 0.542700</w:t>
        <w:br/>
        <w:t>vt 0.825900 0.547500</w:t>
        <w:br/>
        <w:t>vt 0.825300 0.549100</w:t>
        <w:br/>
        <w:t>vt 0.763100 0.565400</w:t>
        <w:br/>
        <w:t>vt 0.763300 0.563900</w:t>
        <w:br/>
        <w:t>vt 0.799900 0.540000</w:t>
        <w:br/>
        <w:t>vt 0.800300 0.538700</w:t>
        <w:br/>
        <w:t>vt 0.780800 0.531900</w:t>
        <w:br/>
        <w:t>vt 0.781700 0.530300</w:t>
        <w:br/>
        <w:t>vt 0.786300 0.533300</w:t>
        <w:br/>
        <w:t>vt 0.785700 0.534900</w:t>
        <w:br/>
        <w:t>vt 0.755500 0.518200</w:t>
        <w:br/>
        <w:t>vt 0.756300 0.516700</w:t>
        <w:br/>
        <w:t>vt 0.771100 0.524400</w:t>
        <w:br/>
        <w:t>vt 0.770200 0.525900</w:t>
        <w:br/>
        <w:t>vt 0.744500 0.512700</w:t>
        <w:br/>
        <w:t>vt 0.745200 0.511200</w:t>
        <w:br/>
        <w:t>vt 0.736900 0.508500</w:t>
        <w:br/>
        <w:t>vt 0.737900 0.507200</w:t>
        <w:br/>
        <w:t>vt 0.794700 0.538600</w:t>
        <w:br/>
        <w:t>vt 0.790400 0.537200</w:t>
        <w:br/>
        <w:t>vt 0.790900 0.535600</w:t>
        <w:br/>
        <w:t>vt 0.795100 0.537200</w:t>
        <w:br/>
        <w:t>vt 0.832600 0.571600</w:t>
        <w:br/>
        <w:t>vt 0.821500 0.572000</w:t>
        <w:br/>
        <w:t>vt 0.821700 0.570100</w:t>
        <w:br/>
        <w:t>vt 0.832000 0.569900</w:t>
        <w:br/>
        <w:t>vt 0.804000 0.570600</w:t>
        <w:br/>
        <w:t>vt 0.804300 0.568900</w:t>
        <w:br/>
        <w:t>vt 0.786200 0.566900</w:t>
        <w:br/>
        <w:t>vt 0.786200 0.568300</w:t>
        <w:br/>
        <w:t>vt 0.758700 0.563900</w:t>
        <w:br/>
        <w:t>vt 0.759400 0.562700</w:t>
        <w:br/>
        <w:t>vt 0.745700 0.544000</w:t>
        <w:br/>
        <w:t>vt 0.753800 0.558100</w:t>
        <w:br/>
        <w:t>vt 0.752800 0.559000</w:t>
        <w:br/>
        <w:t>vt 0.744500 0.544600</w:t>
        <w:br/>
        <w:t>vt 0.738400 0.529600</w:t>
        <w:br/>
        <w:t>vt 0.737000 0.530400</w:t>
        <w:br/>
        <w:t>vt 0.728900 0.518300</w:t>
        <w:br/>
        <w:t>vt 0.727800 0.519400</w:t>
        <w:br/>
        <w:t>vt 0.835000 0.551700</w:t>
        <w:br/>
        <w:t>vt 0.833700 0.552800</w:t>
        <w:br/>
        <w:t>vt 0.934400 0.016000</w:t>
        <w:br/>
        <w:t>vt 0.950600 0.029400</w:t>
        <w:br/>
        <w:t>vt 0.919800 0.039900</w:t>
        <w:br/>
        <w:t>vt 0.915500 0.023700</w:t>
        <w:br/>
        <w:t>vt 0.965400 0.042800</w:t>
        <w:br/>
        <w:t>vt 0.912500 0.014700</w:t>
        <w:br/>
        <w:t>vt 0.925200 0.009000</w:t>
        <w:br/>
        <w:t>vt 0.932800 0.078500</w:t>
        <w:br/>
        <w:t>vt 0.925700 0.058900</w:t>
        <w:br/>
        <w:t>vt 0.958600 0.073700</w:t>
        <w:br/>
        <w:t>vt 0.977500 0.056800</w:t>
        <w:br/>
        <w:t>vt 0.909900 0.004900</w:t>
        <w:br/>
        <w:t>vt 0.921800 0.005600</w:t>
        <w:br/>
        <w:t>vt 0.978000 0.088800</w:t>
        <w:br/>
        <w:t>vt 0.948300 0.084800</w:t>
        <w:br/>
        <w:t>vt 0.893500 0.114600</w:t>
        <w:br/>
        <w:t>vt 0.875000 0.112700</w:t>
        <w:br/>
        <w:t>vt 0.902100 0.091200</w:t>
        <w:br/>
        <w:t>vt 0.917000 0.040800</w:t>
        <w:br/>
        <w:t>vt 0.885700 0.048400</w:t>
        <w:br/>
        <w:t>vt 0.892800 0.028300</w:t>
        <w:br/>
        <w:t>vt 0.912900 0.024300</w:t>
        <w:br/>
        <w:t>vt 0.880300 0.068200</w:t>
        <w:br/>
        <w:t>vt 0.897100 0.017800</w:t>
        <w:br/>
        <w:t>vt 0.910000 0.015500</w:t>
        <w:br/>
        <w:t>vt 0.876200 0.086700</w:t>
        <w:br/>
        <w:t>vt 0.922700 0.060100</w:t>
        <w:br/>
        <w:t>vt 0.898000 0.014100</w:t>
        <w:br/>
        <w:t>vt 0.907100 0.006600</w:t>
        <w:br/>
        <w:t>vt 0.916900 0.095700</w:t>
        <w:br/>
        <w:t>vt 0.915500 0.023700</w:t>
        <w:br/>
        <w:t>vt 0.919800 0.039900</w:t>
        <w:br/>
        <w:t>vt 0.917000 0.040800</w:t>
        <w:br/>
        <w:t>vt 0.912900 0.024300</w:t>
        <w:br/>
        <w:t>vt 0.936400 0.013400</w:t>
        <w:br/>
        <w:t>vt 0.952800 0.027000</w:t>
        <w:br/>
        <w:t>vt 0.950600 0.029400</w:t>
        <w:br/>
        <w:t>vt 0.934400 0.016000</w:t>
        <w:br/>
        <w:t>vt 0.965400 0.042800</w:t>
        <w:br/>
        <w:t>vt 0.967700 0.040700</w:t>
        <w:br/>
        <w:t>vt 0.910000 0.015500</w:t>
        <w:br/>
        <w:t>vt 0.912500 0.014700</w:t>
        <w:br/>
        <w:t>vt 0.925200 0.009000</w:t>
        <w:br/>
        <w:t>vt 0.927200 0.006100</w:t>
        <w:br/>
        <w:t>vt 0.980000 0.054900</w:t>
        <w:br/>
        <w:t>vt 0.993300 0.076400</w:t>
        <w:br/>
        <w:t>vt 0.990200 0.077600</w:t>
        <w:br/>
        <w:t>vt 0.977500 0.056800</w:t>
        <w:br/>
        <w:t>vt 0.932800 0.078500</w:t>
        <w:br/>
        <w:t>vt 0.930600 0.080500</w:t>
        <w:br/>
        <w:t>vt 0.922700 0.060100</w:t>
        <w:br/>
        <w:t>vt 0.925700 0.058900</w:t>
        <w:br/>
        <w:t>vt 0.907100 0.006600</w:t>
        <w:br/>
        <w:t>vt 0.909900 0.004900</w:t>
        <w:br/>
        <w:t>vt 0.921800 0.005600</w:t>
        <w:br/>
        <w:t>vt 0.924400 0.003300</w:t>
        <w:br/>
        <w:t>vt 0.990200 0.077600</w:t>
        <w:br/>
        <w:t>vt 0.992700 0.088700</w:t>
        <w:br/>
        <w:t>vt 0.994900 0.090500</w:t>
        <w:br/>
        <w:t>vt 0.992700 0.088700</w:t>
        <w:br/>
        <w:t>vt 0.977900 0.092200</w:t>
        <w:br/>
        <w:t>vt 0.978000 0.088800</w:t>
        <w:br/>
        <w:t>vt 0.992700 0.088700</w:t>
        <w:br/>
        <w:t>vt 0.994900 0.090500</w:t>
        <w:br/>
        <w:t>vt 0.948300 0.084800</w:t>
        <w:br/>
        <w:t>vt 0.947500 0.088000</w:t>
        <w:br/>
        <w:t>vt 0.930600 0.080500</w:t>
        <w:br/>
        <w:t>vt 0.877800 0.132000</w:t>
        <w:br/>
        <w:t>vt 0.649200 0.403400</w:t>
        <w:br/>
        <w:t>vt 0.640000 0.396700</w:t>
        <w:br/>
        <w:t>vt 0.660600 0.397000</w:t>
        <w:br/>
        <w:t>vt 0.668800 0.347200</w:t>
        <w:br/>
        <w:t>vt 0.644900 0.352200</w:t>
        <w:br/>
        <w:t>vt 0.660500 0.364600</w:t>
        <w:br/>
        <w:t>vt 0.647500 0.407600</w:t>
        <w:br/>
        <w:t>vt 0.637900 0.407100</w:t>
        <w:br/>
        <w:t>vt 0.639100 0.402700</w:t>
        <w:br/>
        <w:t>vt 0.662100 0.391500</w:t>
        <w:br/>
        <w:t>vt 0.661500 0.378300</w:t>
        <w:br/>
        <w:t>vt 0.680300 0.379800</w:t>
        <w:br/>
        <w:t>vt 0.681900 0.394500</w:t>
        <w:br/>
        <w:t>vt 0.666800 0.414500</w:t>
        <w:br/>
        <w:t>vt 0.677500 0.415900</w:t>
        <w:br/>
        <w:t>vt 0.675500 0.421700</w:t>
        <w:br/>
        <w:t>vt 0.664400 0.420600</w:t>
        <w:br/>
        <w:t>vt 0.676400 0.364400</w:t>
        <w:br/>
        <w:t>vt 0.658900 0.403600</w:t>
        <w:br/>
        <w:t>vt 0.670600 0.405400</w:t>
        <w:br/>
        <w:t>vt 0.657700 0.408500</w:t>
        <w:br/>
        <w:t>vt 0.669100 0.410200</w:t>
        <w:br/>
        <w:t>vt 0.666800 0.414500</w:t>
        <w:br/>
        <w:t>vt 0.655300 0.413200</w:t>
        <w:br/>
        <w:t>vt 0.644800 0.411700</w:t>
        <w:br/>
        <w:t>vt 0.655300 0.413200</w:t>
        <w:br/>
        <w:t>vt 0.652800 0.419400</w:t>
        <w:br/>
        <w:t>vt 0.642100 0.417100</w:t>
        <w:br/>
        <w:t>vt 0.681800 0.400000</w:t>
        <w:br/>
        <w:t>vt 0.680700 0.406500</w:t>
        <w:br/>
        <w:t>vt 0.679500 0.411100</w:t>
        <w:br/>
        <w:t>vt 0.644800 0.411700</w:t>
        <w:br/>
        <w:t>vt 0.641900 0.378500</w:t>
        <w:br/>
        <w:t>vt 0.640500 0.391000</w:t>
        <w:br/>
        <w:t>vt 0.632000 0.415300</w:t>
        <w:br/>
        <w:t>vt 0.636100 0.410700</w:t>
        <w:br/>
        <w:t>vt 0.643100 0.435400</w:t>
        <w:br/>
        <w:t>vt 0.623800 0.428900</w:t>
        <w:br/>
        <w:t>vt 0.628500 0.419700</w:t>
        <w:br/>
        <w:t>vt 0.649200 0.424600</w:t>
        <w:br/>
        <w:t>vt 0.643800 0.366200</w:t>
        <w:br/>
        <w:t>vt 0.653500 0.027500</w:t>
        <w:br/>
        <w:t>vt 0.650600 0.028700</w:t>
        <w:br/>
        <w:t>vt 0.648300 0.015700</w:t>
        <w:br/>
        <w:t>vt 0.651400 0.014500</w:t>
        <w:br/>
        <w:t>vt 0.667100 0.014700</w:t>
        <w:br/>
        <w:t>vt 0.673900 0.022600</w:t>
        <w:br/>
        <w:t>vt 0.666700 0.023900</w:t>
        <w:br/>
        <w:t>vt 0.641800 0.027000</w:t>
        <w:br/>
        <w:t>vt 0.643600 0.025000</w:t>
        <w:br/>
        <w:t>vt 0.645000 0.031100</w:t>
        <w:br/>
        <w:t>vt 0.643500 0.032700</w:t>
        <w:br/>
        <w:t>vt 0.658000 0.003200</w:t>
        <w:br/>
        <w:t>vt 0.659200 0.014400</w:t>
        <w:br/>
        <w:t>vt 0.649100 0.001600</w:t>
        <w:br/>
        <w:t>vt 0.629500 0.009500</w:t>
        <w:br/>
        <w:t>vt 0.634700 0.014500</w:t>
        <w:br/>
        <w:t>vt 0.634100 0.024700</w:t>
        <w:br/>
        <w:t>vt 0.628100 0.029000</w:t>
        <w:br/>
        <w:t>vt 0.622900 0.015900</w:t>
        <w:br/>
        <w:t>vt 0.615600 0.022700</w:t>
        <w:br/>
        <w:t>vt 0.619700 0.032500</w:t>
        <w:br/>
        <w:t>vt 0.611500 0.035100</w:t>
        <w:br/>
        <w:t>vt 0.608500 0.029100</w:t>
        <w:br/>
        <w:t>vt 0.667300 0.005600</w:t>
        <w:br/>
        <w:t>vt 0.644600 0.017200</w:t>
        <w:br/>
        <w:t>vt 0.642000 0.018200</w:t>
        <w:br/>
        <w:t>vt 0.640100 0.010900</w:t>
        <w:br/>
        <w:t>vt 0.642600 0.009600</w:t>
        <w:br/>
        <w:t>vt 0.636600 0.022100</w:t>
        <w:br/>
        <w:t>vt 0.639100 0.029100</w:t>
        <w:br/>
        <w:t>vt 0.645600 0.001800</w:t>
        <w:br/>
        <w:t>vt 0.638500 0.003300</w:t>
        <w:br/>
        <w:t>vt 0.641500 0.002400</w:t>
        <w:br/>
        <w:t>vt 0.645500 0.023500</w:t>
        <w:br/>
        <w:t>vt 0.660200 0.025700</w:t>
        <w:br/>
        <w:t>vt 0.632300 0.041100</w:t>
        <w:br/>
        <w:t>vt 0.623600 0.042100</w:t>
        <w:br/>
        <w:t>vt 0.614400 0.041000</w:t>
        <w:br/>
        <w:t>vt 0.640000 0.396700</w:t>
        <w:br/>
        <w:t>vt 0.639100 0.402700</w:t>
        <w:br/>
        <w:t>vt 0.637700 0.402100</w:t>
        <w:br/>
        <w:t>vt 0.638600 0.396000</w:t>
        <w:br/>
        <w:t>vt 0.668800 0.347200</w:t>
        <w:br/>
        <w:t>vt 0.670500 0.346600</w:t>
        <w:br/>
        <w:t>vt 0.677900 0.363800</w:t>
        <w:br/>
        <w:t>vt 0.676400 0.364400</w:t>
        <w:br/>
        <w:t>vt 0.636100 0.410700</w:t>
        <w:br/>
        <w:t>vt 0.635100 0.409500</w:t>
        <w:br/>
        <w:t>vt 0.637000 0.406300</w:t>
        <w:br/>
        <w:t>vt 0.683300 0.394200</w:t>
        <w:br/>
        <w:t>vt 0.681900 0.394500</w:t>
        <w:br/>
        <w:t>vt 0.680300 0.379800</w:t>
        <w:br/>
        <w:t>vt 0.681800 0.379400</w:t>
        <w:br/>
        <w:t>vt 0.675500 0.421700</w:t>
        <w:br/>
        <w:t>vt 0.677500 0.415900</w:t>
        <w:br/>
        <w:t>vt 0.679100 0.416500</w:t>
        <w:br/>
        <w:t>vt 0.676900 0.422400</w:t>
        <w:br/>
        <w:t>vt 0.674200 0.428400</w:t>
        <w:br/>
        <w:t>vt 0.666800 0.441400</w:t>
        <w:br/>
        <w:t>vt 0.665200 0.440500</w:t>
        <w:br/>
        <w:t>vt 0.672700 0.427500</w:t>
        <w:br/>
        <w:t>vt 0.657600 0.456100</w:t>
        <w:br/>
        <w:t>vt 0.656100 0.455100</w:t>
        <w:br/>
        <w:t>vt 0.647400 0.470000</w:t>
        <w:br/>
        <w:t>vt 0.645800 0.469100</w:t>
        <w:br/>
        <w:t>vt 0.683300 0.399900</w:t>
        <w:br/>
        <w:t>vt 0.681800 0.400000</w:t>
        <w:br/>
        <w:t>vt 0.680800 0.411400</w:t>
        <w:br/>
        <w:t>vt 0.679500 0.411100</w:t>
        <w:br/>
        <w:t>vt 0.680700 0.406500</w:t>
        <w:br/>
        <w:t>vt 0.682100 0.406600</w:t>
        <w:br/>
        <w:t>vt 0.644900 0.352200</w:t>
        <w:br/>
        <w:t>vt 0.643000 0.352300</w:t>
        <w:br/>
        <w:t>vt 0.643800 0.366200</w:t>
        <w:br/>
        <w:t>vt 0.641900 0.366100</w:t>
        <w:br/>
        <w:t>vt 0.641900 0.378500</w:t>
        <w:br/>
        <w:t>vt 0.640500 0.391000</w:t>
        <w:br/>
        <w:t>vt 0.639000 0.390500</w:t>
        <w:br/>
        <w:t>vt 0.640200 0.378200</w:t>
        <w:br/>
        <w:t>vt 0.628500 0.419700</w:t>
        <w:br/>
        <w:t>vt 0.627200 0.419100</w:t>
        <w:br/>
        <w:t>vt 0.630900 0.414300</w:t>
        <w:br/>
        <w:t>vt 0.632000 0.415300</w:t>
        <w:br/>
        <w:t>vt 0.623800 0.428900</w:t>
        <w:br/>
        <w:t>vt 0.622200 0.428600</w:t>
        <w:br/>
        <w:t>vt 0.622000 0.443400</w:t>
        <w:br/>
        <w:t>vt 0.620200 0.443400</w:t>
        <w:br/>
        <w:t>vt 0.623700 0.459400</w:t>
        <w:br/>
        <w:t>vt 0.621900 0.459400</w:t>
        <w:br/>
        <w:t>vt 0.637900 0.012600</w:t>
        <w:br/>
        <w:t>vt 0.632500 0.007000</w:t>
        <w:br/>
        <w:t>vt 0.635800 0.005000</w:t>
        <w:br/>
        <w:t>vt 0.639900 0.020000</w:t>
        <w:br/>
        <w:t>vt 0.641800 0.027000</w:t>
        <w:br/>
        <w:t>vt 0.643500 0.032700</w:t>
        <w:br/>
        <w:t>vt 0.641300 0.035900</w:t>
        <w:br/>
        <w:t>vt 0.672700 0.427500</w:t>
        <w:br/>
        <w:t>vt 0.665200 0.440500</w:t>
        <w:br/>
        <w:t>vt 0.656100 0.455100</w:t>
        <w:br/>
        <w:t>vt 0.638400 0.449600</w:t>
        <w:br/>
        <w:t>vt 0.645800 0.469100</w:t>
        <w:br/>
        <w:t>vt 0.634900 0.464200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0.624200 0.474100</w:t>
        <w:br/>
        <w:t>vt 0.626100 0.473800</w:t>
        <w:br/>
        <w:t>vt 0.676700 0.010500</w:t>
        <w:br/>
        <w:t>vt 0.655400 0.279500</w:t>
        <w:br/>
        <w:t>vt 0.653700 0.260100</w:t>
        <w:br/>
        <w:t>vt 0.665200 0.260600</w:t>
        <w:br/>
        <w:t>vt 0.665900 0.281800</w:t>
        <w:br/>
        <w:t>vt 0.646300 0.278400</w:t>
        <w:br/>
        <w:t>vt 0.642900 0.261300</w:t>
        <w:br/>
        <w:t>vt 0.621100 0.269800</w:t>
        <w:br/>
        <w:t>vt 0.631100 0.264300</w:t>
        <w:br/>
        <w:t>vt 0.637200 0.283700</w:t>
        <w:br/>
        <w:t>vt 0.628700 0.290500</w:t>
        <w:br/>
        <w:t>vt 0.645000 0.278800</w:t>
        <w:br/>
        <w:t>vt 0.641600 0.261300</w:t>
        <w:br/>
        <w:t>vt 0.666700 0.260300</w:t>
        <w:br/>
        <w:t>vt 0.667400 0.282100</w:t>
        <w:br/>
        <w:t>vt 0.665900 0.281800</w:t>
        <w:br/>
        <w:t>vt 0.665200 0.260600</w:t>
        <w:br/>
        <w:t>vt 0.642900 0.261300</w:t>
        <w:br/>
        <w:t>vt 0.646300 0.278400</w:t>
        <w:br/>
        <w:t>vt 0.645000 0.278800</w:t>
        <w:br/>
        <w:t>vt 0.641600 0.261300</w:t>
        <w:br/>
        <w:t>vt 0.642300 0.249600</w:t>
        <w:br/>
        <w:t>vt 0.651500 0.245400</w:t>
        <w:br/>
        <w:t>vt 0.660200 0.246700</w:t>
        <w:br/>
        <w:t>vt 0.629100 0.248900</w:t>
        <w:br/>
        <w:t>vt 0.641200 0.248700</w:t>
        <w:br/>
        <w:t>vt 0.618600 0.251900</w:t>
        <w:br/>
        <w:t>vt 0.651400 0.302100</w:t>
        <w:br/>
        <w:t>vt 0.650000 0.302400</w:t>
        <w:br/>
        <w:t>vt 0.642300 0.249600</w:t>
        <w:br/>
        <w:t>vt 0.641200 0.248700</w:t>
        <w:br/>
        <w:t>vt 0.651500 0.245400</w:t>
        <w:br/>
        <w:t>vt 0.642300 0.249600</w:t>
        <w:br/>
        <w:t>vt 0.641200 0.248700</w:t>
        <w:br/>
        <w:t>vt 0.651300 0.244100</w:t>
        <w:br/>
        <w:t>vt 0.660900 0.245500</w:t>
        <w:br/>
        <w:t>vt 0.660200 0.246700</w:t>
        <w:br/>
        <w:t>vt 0.660200 0.246700</w:t>
        <w:br/>
        <w:t>vt 0.660900 0.245500</w:t>
        <w:br/>
        <w:t>vt 0.778100 0.566200</w:t>
        <w:br/>
        <w:t>vt 0.786700 0.552300</w:t>
        <w:br/>
        <w:t>vt 0.780500 0.551100</w:t>
        <w:br/>
        <w:t>vt 0.771300 0.565700</w:t>
        <w:br/>
        <w:t>vt 0.774000 0.549900</w:t>
        <w:br/>
        <w:t>vt 0.763300 0.563900</w:t>
        <w:br/>
        <w:t>vt 0.811900 0.544100</w:t>
        <w:br/>
        <w:t>vt 0.799900 0.540000</w:t>
        <w:br/>
        <w:t>vt 0.794400 0.553000</w:t>
        <w:br/>
        <w:t>vt 0.809900 0.556100</w:t>
        <w:br/>
        <w:t>vt 0.774000 0.549900</w:t>
        <w:br/>
        <w:t>vt 0.785700 0.534900</w:t>
        <w:br/>
        <w:t>vt 0.780800 0.531900</w:t>
        <w:br/>
        <w:t>vt 0.768200 0.547700</w:t>
        <w:br/>
        <w:t>vt 0.760500 0.543200</w:t>
        <w:br/>
        <w:t>vt 0.770200 0.525900</w:t>
        <w:br/>
        <w:t>vt 0.755500 0.518200</w:t>
        <w:br/>
        <w:t>vt 0.794700 0.538600</w:t>
        <w:br/>
        <w:t>vt 0.790400 0.537200</w:t>
        <w:br/>
        <w:t>vt 0.825300 0.549100</w:t>
        <w:br/>
        <w:t>vt 0.821700 0.570100</w:t>
        <w:br/>
        <w:t>vt 0.785700 0.534900</w:t>
        <w:br/>
        <w:t>vt 0.786200 0.566900</w:t>
        <w:br/>
        <w:t>vt 0.804300 0.568900</w:t>
        <w:br/>
        <w:t>vt 0.763300 0.563900</w:t>
        <w:br/>
        <w:t>vt 0.759400 0.562700</w:t>
        <w:br/>
        <w:t>vt 0.745700 0.544000</w:t>
        <w:br/>
        <w:t>vt 0.744500 0.512700</w:t>
        <w:br/>
        <w:t>vt 0.738400 0.529600</w:t>
        <w:br/>
        <w:t>vt 0.753800 0.558100</w:t>
        <w:br/>
        <w:t>vt 0.808500 0.499700</w:t>
        <w:br/>
        <w:t>vt 0.803800 0.494000</w:t>
        <w:br/>
        <w:t>vt 0.796800 0.514000</w:t>
        <w:br/>
        <w:t>vt 0.800600 0.518400</w:t>
        <w:br/>
        <w:t>vt 0.819100 0.532200</w:t>
        <w:br/>
        <w:t>vt 0.812400 0.542700</w:t>
        <w:br/>
        <w:t>vt 0.825900 0.547500</w:t>
        <w:br/>
        <w:t>vt 0.792800 0.509700</w:t>
        <w:br/>
        <w:t>vt 0.798000 0.488400</w:t>
        <w:br/>
        <w:t>vt 0.805500 0.523100</w:t>
        <w:br/>
        <w:t>vt 0.800300 0.538700</w:t>
        <w:br/>
        <w:t>vt 0.781700 0.530300</w:t>
        <w:br/>
        <w:t>vt 0.786300 0.533300</w:t>
        <w:br/>
        <w:t>vt 0.792800 0.509700</w:t>
        <w:br/>
        <w:t>vt 0.788100 0.506700</w:t>
        <w:br/>
        <w:t>vt 0.790900 0.535600</w:t>
        <w:br/>
        <w:t>vt 0.795100 0.537200</w:t>
        <w:br/>
        <w:t>vt 0.836700 0.531600</w:t>
        <w:br/>
        <w:t>vt 0.786300 0.533300</w:t>
        <w:br/>
        <w:t>vt 0.824700 0.519900</w:t>
        <w:br/>
        <w:t>vt 0.813200 0.506700</w:t>
        <w:br/>
        <w:t>vt 0.798000 0.488400</w:t>
        <w:br/>
        <w:t>vt 0.794100 0.486200</w:t>
        <w:br/>
        <w:t>vt 0.770200 0.493300</w:t>
        <w:br/>
        <w:t>vt 0.756300 0.516700</w:t>
        <w:br/>
        <w:t>vt 0.779900 0.504200</w:t>
        <w:br/>
        <w:t>vt 0.754900 0.496800</w:t>
        <w:br/>
        <w:t>vt 0.745200 0.511200</w:t>
        <w:br/>
        <w:t>vt 0.771100 0.524400</w:t>
        <w:br/>
        <w:t>vt 0.786000 0.486400</w:t>
        <w:br/>
        <w:t>vt 0.771200 0.567100</w:t>
        <w:br/>
        <w:t>vt 0.778100 0.567600</w:t>
        <w:br/>
        <w:t>vt 0.778100 0.566200</w:t>
        <w:br/>
        <w:t>vt 0.771300 0.565700</w:t>
        <w:br/>
        <w:t>vt 0.811900 0.544100</w:t>
        <w:br/>
        <w:t>vt 0.825300 0.549100</w:t>
        <w:br/>
        <w:t>vt 0.825900 0.547500</w:t>
        <w:br/>
        <w:t>vt 0.812400 0.542700</w:t>
        <w:br/>
        <w:t>vt 0.763100 0.565400</w:t>
        <w:br/>
        <w:t>vt 0.763300 0.563900</w:t>
        <w:br/>
        <w:t>vt 0.800300 0.538700</w:t>
        <w:br/>
        <w:t>vt 0.799900 0.540000</w:t>
        <w:br/>
        <w:t>vt 0.786300 0.533300</w:t>
        <w:br/>
        <w:t>vt 0.781700 0.530300</w:t>
        <w:br/>
        <w:t>vt 0.780800 0.531900</w:t>
        <w:br/>
        <w:t>vt 0.785700 0.534900</w:t>
        <w:br/>
        <w:t>vt 0.771100 0.524400</w:t>
        <w:br/>
        <w:t>vt 0.756300 0.516700</w:t>
        <w:br/>
        <w:t>vt 0.755500 0.518200</w:t>
        <w:br/>
        <w:t>vt 0.770200 0.525900</w:t>
        <w:br/>
        <w:t>vt 0.744500 0.512700</w:t>
        <w:br/>
        <w:t>vt 0.745200 0.511200</w:t>
        <w:br/>
        <w:t>vt 0.794700 0.538600</w:t>
        <w:br/>
        <w:t>vt 0.795100 0.537200</w:t>
        <w:br/>
        <w:t>vt 0.790900 0.535600</w:t>
        <w:br/>
        <w:t>vt 0.790400 0.537200</w:t>
        <w:br/>
        <w:t>vt 0.821700 0.570100</w:t>
        <w:br/>
        <w:t>vt 0.821500 0.572000</w:t>
        <w:br/>
        <w:t>vt 0.804300 0.568900</w:t>
        <w:br/>
        <w:t>vt 0.804000 0.570600</w:t>
        <w:br/>
        <w:t>vt 0.786200 0.566900</w:t>
        <w:br/>
        <w:t>vt 0.786200 0.568300</w:t>
        <w:br/>
        <w:t>vt 0.759400 0.562700</w:t>
        <w:br/>
        <w:t>vt 0.758700 0.563900</w:t>
        <w:br/>
        <w:t>vt 0.752800 0.559000</w:t>
        <w:br/>
        <w:t>vt 0.753800 0.558100</w:t>
        <w:br/>
        <w:t>vt 0.745700 0.544000</w:t>
        <w:br/>
        <w:t>vt 0.744500 0.544600</w:t>
        <w:br/>
        <w:t>vt 0.738400 0.529600</w:t>
        <w:br/>
        <w:t>vt 0.737000 0.530400</w:t>
        <w:br/>
        <w:t>vt 0.934400 0.016000</w:t>
        <w:br/>
        <w:t>vt 0.915500 0.023700</w:t>
        <w:br/>
        <w:t>vt 0.919800 0.039900</w:t>
        <w:br/>
        <w:t>vt 0.950600 0.029400</w:t>
        <w:br/>
        <w:t>vt 0.965400 0.042800</w:t>
        <w:br/>
        <w:t>vt 0.925200 0.009000</w:t>
        <w:br/>
        <w:t>vt 0.912500 0.014700</w:t>
        <w:br/>
        <w:t>vt 0.932800 0.078500</w:t>
        <w:br/>
        <w:t>vt 0.958600 0.073700</w:t>
        <w:br/>
        <w:t>vt 0.925700 0.058900</w:t>
        <w:br/>
        <w:t>vt 0.977500 0.056800</w:t>
        <w:br/>
        <w:t>vt 0.948300 0.084800</w:t>
        <w:br/>
        <w:t>vt 0.978000 0.088800</w:t>
        <w:br/>
        <w:t>vt 0.893500 0.114600</w:t>
        <w:br/>
        <w:t>vt 0.902100 0.091200</w:t>
        <w:br/>
        <w:t>vt 0.875000 0.112700</w:t>
        <w:br/>
        <w:t>vt 0.917000 0.040800</w:t>
        <w:br/>
        <w:t>vt 0.912900 0.024300</w:t>
        <w:br/>
        <w:t>vt 0.892800 0.028300</w:t>
        <w:br/>
        <w:t>vt 0.885700 0.048400</w:t>
        <w:br/>
        <w:t>vt 0.880300 0.068200</w:t>
        <w:br/>
        <w:t>vt 0.897100 0.017800</w:t>
        <w:br/>
        <w:t>vt 0.910000 0.015500</w:t>
        <w:br/>
        <w:t>vt 0.922700 0.060100</w:t>
        <w:br/>
        <w:t>vt 0.876200 0.086700</w:t>
        <w:br/>
        <w:t>vt 0.916900 0.095700</w:t>
        <w:br/>
        <w:t>vt 0.915500 0.023700</w:t>
        <w:br/>
        <w:t>vt 0.912900 0.024300</w:t>
        <w:br/>
        <w:t>vt 0.917000 0.040800</w:t>
        <w:br/>
        <w:t>vt 0.919800 0.039900</w:t>
        <w:br/>
        <w:t>vt 0.936400 0.013400</w:t>
        <w:br/>
        <w:t>vt 0.934400 0.016000</w:t>
        <w:br/>
        <w:t>vt 0.950600 0.029400</w:t>
        <w:br/>
        <w:t>vt 0.952800 0.027000</w:t>
        <w:br/>
        <w:t>vt 0.965400 0.042800</w:t>
        <w:br/>
        <w:t>vt 0.967700 0.040700</w:t>
        <w:br/>
        <w:t>vt 0.912500 0.014700</w:t>
        <w:br/>
        <w:t>vt 0.910000 0.015500</w:t>
        <w:br/>
        <w:t>vt 0.927200 0.006100</w:t>
        <w:br/>
        <w:t>vt 0.925200 0.009000</w:t>
        <w:br/>
        <w:t>vt 0.980000 0.054900</w:t>
        <w:br/>
        <w:t>vt 0.977500 0.056800</w:t>
        <w:br/>
        <w:t>vt 0.990200 0.077600</w:t>
        <w:br/>
        <w:t>vt 0.993300 0.076400</w:t>
        <w:br/>
        <w:t>vt 0.932800 0.078500</w:t>
        <w:br/>
        <w:t>vt 0.925700 0.058900</w:t>
        <w:br/>
        <w:t>vt 0.922700 0.060100</w:t>
        <w:br/>
        <w:t>vt 0.930600 0.080500</w:t>
        <w:br/>
        <w:t>vt 0.921800 0.005600</w:t>
        <w:br/>
        <w:t>vt 0.924400 0.003300</w:t>
        <w:br/>
        <w:t>vt 0.992700 0.088700</w:t>
        <w:br/>
        <w:t>vt 0.990200 0.077600</w:t>
        <w:br/>
        <w:t>vt 0.992700 0.088700</w:t>
        <w:br/>
        <w:t>vt 0.994900 0.090500</w:t>
        <w:br/>
        <w:t>vt 0.977900 0.092200</w:t>
        <w:br/>
        <w:t>vt 0.994900 0.090500</w:t>
        <w:br/>
        <w:t>vt 0.992700 0.088700</w:t>
        <w:br/>
        <w:t>vt 0.978000 0.088800</w:t>
        <w:br/>
        <w:t>vt 0.947500 0.088000</w:t>
        <w:br/>
        <w:t>vt 0.948300 0.084800</w:t>
        <w:br/>
        <w:t>vt 0.930600 0.080500</w:t>
        <w:br/>
        <w:t>vt 0.877800 0.132000</w:t>
        <w:br/>
        <w:t>vt 0.231400 0.142500</w:t>
        <w:br/>
        <w:t>vt 0.227700 0.142500</w:t>
        <w:br/>
        <w:t>vt 0.227700 0.138000</w:t>
        <w:br/>
        <w:t>vt 0.231400 0.138000</w:t>
        <w:br/>
        <w:t>vt 0.234800 0.142500</w:t>
        <w:br/>
        <w:t>vt 0.234800 0.138000</w:t>
        <w:br/>
        <w:t>vt 0.238000 0.142500</w:t>
        <w:br/>
        <w:t>vt 0.238000 0.138000</w:t>
        <w:br/>
        <w:t>vt 0.244500 0.142500</w:t>
        <w:br/>
        <w:t>vt 0.241300 0.142500</w:t>
        <w:br/>
        <w:t>vt 0.241300 0.138000</w:t>
        <w:br/>
        <w:t>vt 0.244500 0.138000</w:t>
        <w:br/>
        <w:t>vt 0.247400 0.142500</w:t>
        <w:br/>
        <w:t>vt 0.247400 0.138000</w:t>
        <w:br/>
        <w:t>vt 0.251000 0.142500</w:t>
        <w:br/>
        <w:t>vt 0.251000 0.138000</w:t>
        <w:br/>
        <w:t>vt 0.254900 0.142500</w:t>
        <w:br/>
        <w:t>vt 0.254900 0.138000</w:t>
        <w:br/>
        <w:t>vt 0.258300 0.142500</w:t>
        <w:br/>
        <w:t>vt 0.258300 0.138000</w:t>
        <w:br/>
        <w:t>vt 0.262300 0.142500</w:t>
        <w:br/>
        <w:t>vt 0.262300 0.138000</w:t>
        <w:br/>
        <w:t>vt 0.266700 0.142500</w:t>
        <w:br/>
        <w:t>vt 0.266700 0.138000</w:t>
        <w:br/>
        <w:t>vt 0.214700 0.138000</w:t>
        <w:br/>
        <w:t>vt 0.218000 0.138000</w:t>
        <w:br/>
        <w:t>vt 0.218000 0.142500</w:t>
        <w:br/>
        <w:t>vt 0.214700 0.142500</w:t>
        <w:br/>
        <w:t>vt 0.221500 0.138000</w:t>
        <w:br/>
        <w:t>vt 0.221500 0.142500</w:t>
        <w:br/>
        <w:t>vt 0.224500 0.138000</w:t>
        <w:br/>
        <w:t>vt 0.224500 0.142500</w:t>
        <w:br/>
        <w:t>vt 0.231400 0.144300</w:t>
        <w:br/>
        <w:t>vt 0.231400 0.150200</w:t>
        <w:br/>
        <w:t>vt 0.227700 0.150200</w:t>
        <w:br/>
        <w:t>vt 0.227700 0.144300</w:t>
        <w:br/>
        <w:t>vt 0.234800 0.144300</w:t>
        <w:br/>
        <w:t>vt 0.234800 0.150200</w:t>
        <w:br/>
        <w:t>vt 0.238000 0.144300</w:t>
        <w:br/>
        <w:t>vt 0.238000 0.150200</w:t>
        <w:br/>
        <w:t>vt 0.241300 0.144300</w:t>
        <w:br/>
        <w:t>vt 0.241300 0.150200</w:t>
        <w:br/>
        <w:t>vt 0.244500 0.144300</w:t>
        <w:br/>
        <w:t>vt 0.247400 0.144300</w:t>
        <w:br/>
        <w:t>vt 0.247400 0.150200</w:t>
        <w:br/>
        <w:t>vt 0.244500 0.150200</w:t>
        <w:br/>
        <w:t>vt 0.251000 0.144300</w:t>
        <w:br/>
        <w:t>vt 0.251000 0.150200</w:t>
        <w:br/>
        <w:t>vt 0.254900 0.144300</w:t>
        <w:br/>
        <w:t>vt 0.254900 0.150200</w:t>
        <w:br/>
        <w:t>vt 0.258300 0.144300</w:t>
        <w:br/>
        <w:t>vt 0.258300 0.150200</w:t>
        <w:br/>
        <w:t>vt 0.262300 0.144300</w:t>
        <w:br/>
        <w:t>vt 0.262300 0.150200</w:t>
        <w:br/>
        <w:t>vt 0.266700 0.144300</w:t>
        <w:br/>
        <w:t>vt 0.266700 0.150200</w:t>
        <w:br/>
        <w:t>vt 0.270300 0.144300</w:t>
        <w:br/>
        <w:t>vt 0.270300 0.150200</w:t>
        <w:br/>
        <w:t>vt 0.218000 0.150200</w:t>
        <w:br/>
        <w:t>vt 0.218000 0.144300</w:t>
        <w:br/>
        <w:t>vt 0.221500 0.144300</w:t>
        <w:br/>
        <w:t>vt 0.221500 0.150200</w:t>
        <w:br/>
        <w:t>vt 0.224500 0.144300</w:t>
        <w:br/>
        <w:t>vt 0.224500 0.150200</w:t>
        <w:br/>
        <w:t>vt 0.227700 0.138000</w:t>
        <w:br/>
        <w:t>vt 0.227700 0.136200</w:t>
        <w:br/>
        <w:t>vt 0.231400 0.136200</w:t>
        <w:br/>
        <w:t>vt 0.231400 0.138000</w:t>
        <w:br/>
        <w:t>vt 0.234800 0.136200</w:t>
        <w:br/>
        <w:t>vt 0.234800 0.138000</w:t>
        <w:br/>
        <w:t>vt 0.238000 0.136200</w:t>
        <w:br/>
        <w:t>vt 0.238000 0.138000</w:t>
        <w:br/>
        <w:t>vt 0.244500 0.136200</w:t>
        <w:br/>
        <w:t>vt 0.244500 0.138000</w:t>
        <w:br/>
        <w:t>vt 0.241300 0.138000</w:t>
        <w:br/>
        <w:t>vt 0.241300 0.136200</w:t>
        <w:br/>
        <w:t>vt 0.247400 0.136200</w:t>
        <w:br/>
        <w:t>vt 0.247400 0.138000</w:t>
        <w:br/>
        <w:t>vt 0.251000 0.138000</w:t>
        <w:br/>
        <w:t>vt 0.251000 0.136200</w:t>
        <w:br/>
        <w:t>vt 0.254900 0.136200</w:t>
        <w:br/>
        <w:t>vt 0.254900 0.138000</w:t>
        <w:br/>
        <w:t>vt 0.258300 0.136200</w:t>
        <w:br/>
        <w:t>vt 0.258300 0.138000</w:t>
        <w:br/>
        <w:t>vt 0.262300 0.136200</w:t>
        <w:br/>
        <w:t>vt 0.262300 0.138000</w:t>
        <w:br/>
        <w:t>vt 0.266700 0.136200</w:t>
        <w:br/>
        <w:t>vt 0.266700 0.138000</w:t>
        <w:br/>
        <w:t>vt 0.214700 0.136200</w:t>
        <w:br/>
        <w:t>vt 0.218000 0.136200</w:t>
        <w:br/>
        <w:t>vt 0.218000 0.138000</w:t>
        <w:br/>
        <w:t>vt 0.214700 0.138000</w:t>
        <w:br/>
        <w:t>vt 0.221500 0.138000</w:t>
        <w:br/>
        <w:t>vt 0.221500 0.136200</w:t>
        <w:br/>
        <w:t>vt 0.224500 0.136200</w:t>
        <w:br/>
        <w:t>vt 0.224500 0.138000</w:t>
        <w:br/>
        <w:t>vt 0.227700 0.142500</w:t>
        <w:br/>
        <w:t>vt 0.231400 0.142500</w:t>
        <w:br/>
        <w:t>vt 0.231400 0.144300</w:t>
        <w:br/>
        <w:t>vt 0.227700 0.144300</w:t>
        <w:br/>
        <w:t>vt 0.234800 0.142500</w:t>
        <w:br/>
        <w:t>vt 0.234800 0.144300</w:t>
        <w:br/>
        <w:t>vt 0.238000 0.142500</w:t>
        <w:br/>
        <w:t>vt 0.238000 0.144300</w:t>
        <w:br/>
        <w:t>vt 0.241300 0.144300</w:t>
        <w:br/>
        <w:t>vt 0.241300 0.142500</w:t>
        <w:br/>
        <w:t>vt 0.244500 0.142500</w:t>
        <w:br/>
        <w:t>vt 0.247400 0.142500</w:t>
        <w:br/>
        <w:t>vt 0.247400 0.144300</w:t>
        <w:br/>
        <w:t>vt 0.244500 0.144300</w:t>
        <w:br/>
        <w:t>vt 0.251000 0.142500</w:t>
        <w:br/>
        <w:t>vt 0.251000 0.144300</w:t>
        <w:br/>
        <w:t>vt 0.254900 0.144300</w:t>
        <w:br/>
        <w:t>vt 0.254900 0.142500</w:t>
        <w:br/>
        <w:t>vt 0.258300 0.144300</w:t>
        <w:br/>
        <w:t>vt 0.258300 0.142500</w:t>
        <w:br/>
        <w:t>vt 0.262300 0.142500</w:t>
        <w:br/>
        <w:t>vt 0.262300 0.144300</w:t>
        <w:br/>
        <w:t>vt 0.266700 0.144300</w:t>
        <w:br/>
        <w:t>vt 0.266700 0.142500</w:t>
        <w:br/>
        <w:t>vt 0.270300 0.142500</w:t>
        <w:br/>
        <w:t>vt 0.270300 0.144300</w:t>
        <w:br/>
        <w:t>vt 0.221500 0.142500</w:t>
        <w:br/>
        <w:t>vt 0.221500 0.144300</w:t>
        <w:br/>
        <w:t>vt 0.218000 0.144300</w:t>
        <w:br/>
        <w:t>vt 0.218000 0.142500</w:t>
        <w:br/>
        <w:t>vt 0.224500 0.142500</w:t>
        <w:br/>
        <w:t>vt 0.224500 0.144300</w:t>
        <w:br/>
        <w:t>vt 0.270300 0.142500</w:t>
        <w:br/>
        <w:t>vt 0.270300 0.138000</w:t>
        <w:br/>
        <w:t>vt 0.214700 0.150200</w:t>
        <w:br/>
        <w:t>vt 0.214700 0.144300</w:t>
        <w:br/>
        <w:t>vt 0.270300 0.136200</w:t>
        <w:br/>
        <w:t>vt 0.270300 0.138000</w:t>
        <w:br/>
        <w:t>vt 0.214700 0.144300</w:t>
        <w:br/>
        <w:t>vt 0.214700 0.142500</w:t>
        <w:br/>
        <w:t>vt 0.056400 0.676900</w:t>
        <w:br/>
        <w:t>vt 0.056400 0.663700</w:t>
        <w:br/>
        <w:t>vt 0.067800 0.665700</w:t>
        <w:br/>
        <w:t>vt 0.067800 0.679200</w:t>
        <w:br/>
        <w:t>vt 0.056400 0.649700</w:t>
        <w:br/>
        <w:t>vt 0.067800 0.651300</w:t>
        <w:br/>
        <w:t>vt 0.056400 0.691200</w:t>
        <w:br/>
        <w:t>vt 0.067800 0.694300</w:t>
        <w:br/>
        <w:t>vt 0.056400 0.707700</w:t>
        <w:br/>
        <w:t>vt 0.067800 0.708900</w:t>
        <w:br/>
        <w:t>vt 0.056400 0.707700</w:t>
        <w:br/>
        <w:t>vt 0.059800 0.713200</w:t>
        <w:br/>
        <w:t>vt 0.057800 0.714400</w:t>
        <w:br/>
        <w:t>vt 0.053700 0.708000</w:t>
        <w:br/>
        <w:t>vt 0.061400 0.717300</w:t>
        <w:br/>
        <w:t>vt 0.062900 0.715300</w:t>
        <w:br/>
        <w:t>vt 0.056400 0.663700</w:t>
        <w:br/>
        <w:t>vt 0.056400 0.676900</w:t>
        <w:br/>
        <w:t>vt 0.053700 0.676600</w:t>
        <w:br/>
        <w:t>vt 0.053700 0.663400</w:t>
        <w:br/>
        <w:t>vt 0.056400 0.649700</w:t>
        <w:br/>
        <w:t>vt 0.053700 0.649300</w:t>
        <w:br/>
        <w:t>vt 0.056400 0.691200</w:t>
        <w:br/>
        <w:t>vt 0.053700 0.690900</w:t>
        <w:br/>
        <w:t>vt 0.059800 0.713200</w:t>
        <w:br/>
        <w:t>vt 0.067800 0.717300</w:t>
        <w:br/>
        <w:t>vt 0.062900 0.715300</w:t>
        <w:br/>
        <w:t>vt 0.056400 0.634900</w:t>
        <w:br/>
        <w:t>vt 0.067800 0.634900</w:t>
        <w:br/>
        <w:t>vt 0.053700 0.634900</w:t>
        <w:br/>
        <w:t>vt 0.056400 0.634900</w:t>
        <w:br/>
        <w:t>vt 0.067800 0.717300</w:t>
        <w:br/>
        <w:t>vt 0.067800 0.719600</w:t>
        <w:br/>
        <w:t>vt 0.638300 0.996500</w:t>
        <w:br/>
        <w:t>vt 0.634900 0.996500</w:t>
        <w:br/>
        <w:t>vt 0.634900 0.975800</w:t>
        <w:br/>
        <w:t>vt 0.638300 0.975800</w:t>
        <w:br/>
        <w:t>vt 0.651700 0.975800</w:t>
        <w:br/>
        <w:t>vt 0.651700 0.996500</w:t>
        <w:br/>
        <w:t>vt 0.648800 0.996500</w:t>
        <w:br/>
        <w:t>vt 0.648800 0.975800</w:t>
        <w:br/>
        <w:t>vt 0.643500 0.975800</w:t>
        <w:br/>
        <w:t>vt 0.643500 0.996500</w:t>
        <w:br/>
        <w:t>vt 0.641500 0.996500</w:t>
        <w:br/>
        <w:t>vt 0.641500 0.975800</w:t>
        <w:br/>
        <w:t>vt 0.646700 0.996500</w:t>
        <w:br/>
        <w:t>vt 0.646700 0.975800</w:t>
        <w:br/>
        <w:t>vt 0.623900 0.996500</w:t>
        <w:br/>
        <w:t>vt 0.614700 0.996500</w:t>
        <w:br/>
        <w:t>vt 0.614700 0.975800</w:t>
        <w:br/>
        <w:t>vt 0.623900 0.975800</w:t>
        <w:br/>
        <w:t>vt 0.666200 0.996500</w:t>
        <w:br/>
        <w:t>vt 0.666200 0.975800</w:t>
        <w:br/>
        <w:t>vt 0.675100 0.975800</w:t>
        <w:br/>
        <w:t>vt 0.675100 0.996500</w:t>
        <w:br/>
        <w:t>vt 0.654900 0.996500</w:t>
        <w:br/>
        <w:t>vt 0.654900 0.975800</w:t>
        <w:br/>
        <w:t>vt 0.640900 0.101500</w:t>
        <w:br/>
        <w:t>vt 0.640900 0.112900</w:t>
        <w:br/>
        <w:t>vt 0.639000 0.112900</w:t>
        <w:br/>
        <w:t>vt 0.639000 0.101500</w:t>
        <w:br/>
        <w:t>vt 0.646300 0.112900</w:t>
        <w:br/>
        <w:t>vt 0.646300 0.101500</w:t>
        <w:br/>
        <w:t>vt 0.648200 0.101500</w:t>
        <w:br/>
        <w:t>vt 0.648200 0.112900</w:t>
        <w:br/>
        <w:t>vt 0.642000 0.112900</w:t>
        <w:br/>
        <w:t>vt 0.642000 0.101500</w:t>
        <w:br/>
        <w:t>vt 0.642700 0.101500</w:t>
        <w:br/>
        <w:t>vt 0.642700 0.112900</w:t>
        <w:br/>
        <w:t>vt 0.643500 0.101500</w:t>
        <w:br/>
        <w:t>vt 0.643500 0.112900</w:t>
        <w:br/>
        <w:t>vt 0.630100 0.101500</w:t>
        <w:br/>
        <w:t>vt 0.630100 0.112900</w:t>
        <w:br/>
        <w:t>vt 0.624500 0.112900</w:t>
        <w:br/>
        <w:t>vt 0.624500 0.101500</w:t>
        <w:br/>
        <w:t>vt 0.661000 0.112900</w:t>
        <w:br/>
        <w:t>vt 0.655400 0.112900</w:t>
        <w:br/>
        <w:t>vt 0.655400 0.101500</w:t>
        <w:br/>
        <w:t>vt 0.661000 0.101500</w:t>
        <w:br/>
        <w:t>vt 0.636900 0.101500</w:t>
        <w:br/>
        <w:t>vt 0.636900 0.112900</w:t>
        <w:br/>
        <w:t>vt 0.620500 0.112900</w:t>
        <w:br/>
        <w:t>vt 0.620500 0.101500</w:t>
        <w:br/>
        <w:t>vt 0.665500 0.112900</w:t>
        <w:br/>
        <w:t>vt 0.665500 0.101500</w:t>
        <w:br/>
        <w:t>vt 0.641500 0.974700</w:t>
        <w:br/>
        <w:t>vt 0.641500 0.975800</w:t>
        <w:br/>
        <w:t>vt 0.638300 0.975800</w:t>
        <w:br/>
        <w:t>vt 0.638300 0.974700</w:t>
        <w:br/>
        <w:t>vt 0.638300 0.997500</w:t>
        <w:br/>
        <w:t>vt 0.634900 0.997500</w:t>
        <w:br/>
        <w:t>vt 0.634900 0.996500</w:t>
        <w:br/>
        <w:t>vt 0.638300 0.996500</w:t>
        <w:br/>
        <w:t>vt 0.651700 0.974700</w:t>
        <w:br/>
        <w:t>vt 0.654900 0.974700</w:t>
        <w:br/>
        <w:t>vt 0.654900 0.975800</w:t>
        <w:br/>
        <w:t>vt 0.651700 0.975800</w:t>
        <w:br/>
        <w:t>vt 0.648800 0.997500</w:t>
        <w:br/>
        <w:t>vt 0.648800 0.996500</w:t>
        <w:br/>
        <w:t>vt 0.651700 0.996500</w:t>
        <w:br/>
        <w:t>vt 0.651700 0.997500</w:t>
        <w:br/>
        <w:t>vt 0.643500 0.975800</w:t>
        <w:br/>
        <w:t>vt 0.643500 0.974700</w:t>
        <w:br/>
        <w:t>vt 0.645100 0.974700</w:t>
        <w:br/>
        <w:t>vt 0.645100 0.975800</w:t>
        <w:br/>
        <w:t>vt 0.643500 0.997500</w:t>
        <w:br/>
        <w:t>vt 0.641500 0.997500</w:t>
        <w:br/>
        <w:t>vt 0.641500 0.996500</w:t>
        <w:br/>
        <w:t>vt 0.643500 0.996500</w:t>
        <w:br/>
        <w:t>vt 0.645100 0.997500</w:t>
        <w:br/>
        <w:t>vt 0.645100 0.996500</w:t>
        <w:br/>
        <w:t>vt 0.646700 0.996500</w:t>
        <w:br/>
        <w:t>vt 0.646700 0.997500</w:t>
        <w:br/>
        <w:t>vt 0.646700 0.974700</w:t>
        <w:br/>
        <w:t>vt 0.648800 0.974700</w:t>
        <w:br/>
        <w:t>vt 0.648800 0.975800</w:t>
        <w:br/>
        <w:t>vt 0.646700 0.975800</w:t>
        <w:br/>
        <w:t>vt 0.614700 0.975800</w:t>
        <w:br/>
        <w:t>vt 0.614700 0.974700</w:t>
        <w:br/>
        <w:t>vt 0.623900 0.974700</w:t>
        <w:br/>
        <w:t>vt 0.623900 0.975800</w:t>
        <w:br/>
        <w:t>vt 0.623900 0.997500</w:t>
        <w:br/>
        <w:t>vt 0.614700 0.997500</w:t>
        <w:br/>
        <w:t>vt 0.614700 0.996500</w:t>
        <w:br/>
        <w:t>vt 0.623900 0.996500</w:t>
        <w:br/>
        <w:t>vt 0.675100 0.996500</w:t>
        <w:br/>
        <w:t>vt 0.675100 0.997500</w:t>
        <w:br/>
        <w:t>vt 0.666200 0.997500</w:t>
        <w:br/>
        <w:t>vt 0.666200 0.996500</w:t>
        <w:br/>
        <w:t>vt 0.675100 0.975800</w:t>
        <w:br/>
        <w:t>vt 0.666200 0.975800</w:t>
        <w:br/>
        <w:t>vt 0.666200 0.974700</w:t>
        <w:br/>
        <w:t>vt 0.675100 0.974700</w:t>
        <w:br/>
        <w:t>vt 0.634900 0.974700</w:t>
        <w:br/>
        <w:t>vt 0.634900 0.975800</w:t>
        <w:br/>
        <w:t>vt 0.654900 0.997500</w:t>
        <w:br/>
        <w:t>vt 0.654900 0.996500</w:t>
        <w:br/>
        <w:t>vt 0.608400 0.975800</w:t>
        <w:br/>
        <w:t>vt 0.608400 0.974700</w:t>
        <w:br/>
        <w:t>vt 0.682400 0.996500</w:t>
        <w:br/>
        <w:t>vt 0.682400 0.997500</w:t>
        <w:br/>
        <w:t>vt 0.608400 0.996500</w:t>
        <w:br/>
        <w:t>vt 0.608400 0.975800</w:t>
        <w:br/>
        <w:t>vt 0.682400 0.996500</w:t>
        <w:br/>
        <w:t>vt 0.682400 0.975800</w:t>
        <w:br/>
        <w:t>vt 0.608400 0.997500</w:t>
        <w:br/>
        <w:t>vt 0.608400 0.996500</w:t>
        <w:br/>
        <w:t>vt 0.682400 0.974700</w:t>
        <w:br/>
        <w:t>vt 0.682400 0.975800</w:t>
        <w:br/>
        <w:t>vt 0.644600 0.112900</w:t>
        <w:br/>
        <w:t>vt 0.644600 0.101500</w:t>
        <w:br/>
        <w:t>vt 0.645100 0.975800</w:t>
        <w:br/>
        <w:t>vt 0.645100 0.996500</w:t>
        <w:br/>
        <w:t>vt 0.969300 0.577900</w:t>
        <w:br/>
        <w:t>vt 0.977300 0.577900</w:t>
        <w:br/>
        <w:t>vt 0.977300 0.605100</w:t>
        <w:br/>
        <w:t>vt 0.969300 0.605100</w:t>
        <w:br/>
        <w:t>vt 0.954900 0.605100</w:t>
        <w:br/>
        <w:t>vt 0.947000 0.605100</w:t>
        <w:br/>
        <w:t>vt 0.947000 0.577900</w:t>
        <w:br/>
        <w:t>vt 0.954900 0.577900</w:t>
        <w:br/>
        <w:t>vt 0.962100 0.605100</w:t>
        <w:br/>
        <w:t>vt 0.962100 0.577900</w:t>
        <w:br/>
        <w:t>vt 0.962100 0.577900</w:t>
        <w:br/>
        <w:t>vt 0.962100 0.605100</w:t>
        <w:br/>
        <w:t>vt 0.994200 0.577900</w:t>
        <w:br/>
        <w:t>vt 0.994200 0.605100</w:t>
        <w:br/>
        <w:t>vt 0.986600 0.605100</w:t>
        <w:br/>
        <w:t>vt 0.986600 0.577900</w:t>
        <w:br/>
        <w:t>vt 0.937500 0.605100</w:t>
        <w:br/>
        <w:t>vt 0.937500 0.577900</w:t>
        <w:br/>
        <w:t>vt 0.772800 0.222200</w:t>
        <w:br/>
        <w:t>vt 0.784100 0.223900</w:t>
        <w:br/>
        <w:t>vt 0.783200 0.221800</w:t>
        <w:br/>
        <w:t>vt 0.773200 0.220200</w:t>
        <w:br/>
        <w:t>vt 0.987900 0.499700</w:t>
        <w:br/>
        <w:t>vt 0.989600 0.501300</w:t>
        <w:br/>
        <w:t>vt 0.978300 0.503800</w:t>
        <w:br/>
        <w:t>vt 0.978000 0.501700</w:t>
        <w:br/>
        <w:t>vt 0.783800 0.209900</w:t>
        <w:br/>
        <w:t>vt 0.785000 0.207900</w:t>
        <w:br/>
        <w:t>vt 0.773600 0.208900</w:t>
        <w:br/>
        <w:t>vt 0.773800 0.211000</w:t>
        <w:br/>
        <w:t>vt 0.984100 0.488500</w:t>
        <w:br/>
        <w:t>vt 0.975200 0.493200</w:t>
        <w:br/>
        <w:t>vt 0.974300 0.491300</w:t>
        <w:br/>
        <w:t>vt 0.984500 0.486200</w:t>
        <w:br/>
        <w:t>vt 0.991200 0.492400</w:t>
        <w:br/>
        <w:t>vt 0.993600 0.491600</w:t>
        <w:br/>
        <w:t>vt 0.791500 0.216300</w:t>
        <w:br/>
        <w:t>vt 0.788900 0.216200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0.605100</w:t>
        <w:br/>
        <w:t>vt 0.929800 0.577900</w:t>
        <w:br/>
        <w:t>vt 0.954200 0.507700</w:t>
        <w:br/>
        <w:t>vt 0.953500 0.505100</w:t>
        <w:br/>
        <w:t>vt 0.748800 0.216900</w:t>
        <w:br/>
        <w:t>vt 0.749200 0.214300</w:t>
        <w:br/>
        <w:t>vt 0.749100 0.211600</w:t>
        <w:br/>
        <w:t>vt 0.952500 0.502700</w:t>
        <w:br/>
        <w:t>vt 0.777300 0.216100</w:t>
        <w:br/>
        <w:t>vt 0.980300 0.495800</w:t>
        <w:br/>
        <w:t>vt 0.441500 0.551400</w:t>
        <w:br/>
        <w:t>vt 0.476100 0.551400</w:t>
        <w:br/>
        <w:t>vt 0.476100 0.553800</w:t>
        <w:br/>
        <w:t>vt 0.441500 0.553800</w:t>
        <w:br/>
        <w:t>vt 0.441500 0.549100</w:t>
        <w:br/>
        <w:t>vt 0.476100 0.549100</w:t>
        <w:br/>
        <w:t>vt 0.441500 0.547700</w:t>
        <w:br/>
        <w:t>vt 0.476100 0.547700</w:t>
        <w:br/>
        <w:t>vt 0.476100 0.543900</w:t>
        <w:br/>
        <w:t>vt 0.476100 0.545900</w:t>
        <w:br/>
        <w:t>vt 0.441500 0.545900</w:t>
        <w:br/>
        <w:t>vt 0.441500 0.543900</w:t>
        <w:br/>
        <w:t>vt 0.441500 0.561800</w:t>
        <w:br/>
        <w:t>vt 0.441500 0.560000</w:t>
        <w:br/>
        <w:t>vt 0.476100 0.560000</w:t>
        <w:br/>
        <w:t>vt 0.476100 0.561800</w:t>
        <w:br/>
        <w:t>vt 0.441500 0.556300</w:t>
        <w:br/>
        <w:t>vt 0.476100 0.556300</w:t>
        <w:br/>
        <w:t>vt 0.476100 0.558600</w:t>
        <w:br/>
        <w:t>vt 0.441500 0.558600</w:t>
        <w:br/>
        <w:t>vt 0.441500 0.563700</w:t>
        <w:br/>
        <w:t>vt 0.476100 0.563700</w:t>
        <w:br/>
        <w:t>vt 0.562500 0.421800</w:t>
        <w:br/>
        <w:t>vt 0.570900 0.420700</w:t>
        <w:br/>
        <w:t>vt 0.571300 0.422900</w:t>
        <w:br/>
        <w:t>vt 0.561800 0.423400</w:t>
        <w:br/>
        <w:t>vt 0.599100 0.487000</w:t>
        <w:br/>
        <w:t>vt 0.598100 0.489100</w:t>
        <w:br/>
        <w:t>vt 0.592500 0.482100</w:t>
        <w:br/>
        <w:t>vt 0.594200 0.481000</w:t>
        <w:br/>
        <w:t>vt 0.577200 0.416700</w:t>
        <w:br/>
        <w:t>vt 0.575500 0.416100</w:t>
        <w:br/>
        <w:t>vt 0.593100 0.474000</w:t>
        <w:br/>
        <w:t>vt 0.594600 0.474800</w:t>
        <w:br/>
        <w:t>vt 0.597300 0.472300</w:t>
        <w:br/>
        <w:t>vt 0.596700 0.470400</w:t>
        <w:br/>
        <w:t>vt 0.575600 0.412200</w:t>
        <w:br/>
        <w:t>vt 0.577500 0.411300</w:t>
        <w:br/>
        <w:t>vt 0.602500 0.467700</w:t>
        <w:br/>
        <w:t>vt 0.607900 0.463300</w:t>
        <w:br/>
        <w:t>vt 0.609200 0.465000</w:t>
        <w:br/>
        <w:t>vt 0.603000 0.469600</w:t>
        <w:br/>
        <w:t>vt 0.573000 0.397600</w:t>
        <w:br/>
        <w:t>vt 0.575100 0.397400</w:t>
        <w:br/>
        <w:t>vt 0.575400 0.404800</w:t>
        <w:br/>
        <w:t>vt 0.573600 0.405800</w:t>
        <w:br/>
        <w:t>vt 0.609700 0.472700</w:t>
        <w:br/>
        <w:t>vt 0.611500 0.471800</w:t>
        <w:br/>
        <w:t>vt 0.613300 0.478000</w:t>
        <w:br/>
        <w:t>vt 0.611500 0.478800</w:t>
        <w:br/>
        <w:t>vt 0.560000 0.403700</w:t>
        <w:br/>
        <w:t>vt 0.566100 0.400800</w:t>
        <w:br/>
        <w:t>vt 0.566700 0.402800</w:t>
        <w:br/>
        <w:t>vt 0.560600 0.405800</w:t>
        <w:br/>
        <w:t>vt 0.557600 0.415000</w:t>
        <w:br/>
        <w:t>vt 0.555700 0.416300</w:t>
        <w:br/>
        <w:t>vt 0.556300 0.407600</w:t>
        <w:br/>
        <w:t>vt 0.557900 0.408400</w:t>
        <w:br/>
        <w:t>vt 0.606700 0.486800</w:t>
        <w:br/>
        <w:t>vt 0.611200 0.482300</w:t>
        <w:br/>
        <w:t>vt 0.612800 0.483000</w:t>
        <w:br/>
        <w:t>vt 0.607000 0.488900</w:t>
        <w:br/>
        <w:t>vt 0.611200 0.464800</w:t>
        <w:br/>
        <w:t>vt 0.571600 0.395900</w:t>
        <w:br/>
        <w:t>vt 0.476100 0.565200</w:t>
        <w:br/>
        <w:t>vt 0.441500 0.565200</w:t>
        <w:br/>
        <w:t>vt 0.476100 0.542500</w:t>
        <w:br/>
        <w:t>vt 0.441500 0.542500</w:t>
        <w:br/>
        <w:t>vt 0.611500 0.459900</w:t>
        <w:br/>
        <w:t>vt 0.612600 0.459800</w:t>
        <w:br/>
        <w:t>vt 0.575300 0.392200</w:t>
        <w:br/>
        <w:t>vt 0.574700 0.391300</w:t>
        <w:br/>
        <w:t>vt 0.610900 0.459000</w:t>
        <w:br/>
        <w:t>vt 0.576400 0.392100</w:t>
        <w:br/>
        <w:t>vt 0.021100 0.764500</w:t>
        <w:br/>
        <w:t>vt 0.024600 0.764500</w:t>
        <w:br/>
        <w:t>vt 0.024600 0.803300</w:t>
        <w:br/>
        <w:t>vt 0.021100 0.803300</w:t>
        <w:br/>
        <w:t>vt 0.027900 0.764500</w:t>
        <w:br/>
        <w:t>vt 0.027900 0.803300</w:t>
        <w:br/>
        <w:t>vt 0.031900 0.764500</w:t>
        <w:br/>
        <w:t>vt 0.031900 0.803300</w:t>
        <w:br/>
        <w:t>vt 0.014400 0.764500</w:t>
        <w:br/>
        <w:t>vt 0.014400 0.803300</w:t>
        <w:br/>
        <w:t>vt 0.010300 0.803300</w:t>
        <w:br/>
        <w:t>vt 0.010300 0.764500</w:t>
        <w:br/>
        <w:t>vt 0.017500 0.764500</w:t>
        <w:br/>
        <w:t>vt 0.017500 0.803300</w:t>
        <w:br/>
        <w:t>vt 0.550500 0.459900</w:t>
        <w:br/>
        <w:t>vt 0.541000 0.459700</w:t>
        <w:br/>
        <w:t>vt 0.542100 0.457600</w:t>
        <w:br/>
        <w:t>vt 0.550300 0.457800</w:t>
        <w:br/>
        <w:t>vt 0.992300 0.025600</w:t>
        <w:br/>
        <w:t>vt 0.995200 0.026600</w:t>
        <w:br/>
        <w:t>vt 0.986300 0.035300</w:t>
        <w:br/>
        <w:t>vt 0.984600 0.033200</w:t>
        <w:br/>
        <w:t>vt 0.556600 0.454000</w:t>
        <w:br/>
        <w:t>vt 0.555200 0.453200</w:t>
        <w:br/>
        <w:t>vt 0.975100 0.035300</w:t>
        <w:br/>
        <w:t>vt 0.975800 0.033200</w:t>
        <w:br/>
        <w:t>vt 0.556400 0.444000</w:t>
        <w:br/>
        <w:t>vt 0.558200 0.443500</w:t>
        <w:br/>
        <w:t>vt 0.966400 0.025600</w:t>
        <w:br/>
        <w:t>vt 0.964200 0.026700</w:t>
        <w:br/>
        <w:t>vt 0.536500 0.443700</w:t>
        <w:br/>
        <w:t>vt 0.544400 0.436200</w:t>
        <w:br/>
        <w:t>vt 0.544900 0.438100</w:t>
        <w:br/>
        <w:t>vt 0.538000 0.444500</w:t>
        <w:br/>
        <w:t>vt 0.972000 0.009400</w:t>
        <w:br/>
        <w:t>vt 0.970900 0.007200</w:t>
        <w:br/>
        <w:t>vt 0.985100 0.007200</w:t>
        <w:br/>
        <w:t>vt 0.984400 0.009300</w:t>
        <w:br/>
        <w:t>vt 0.537400 0.451000</w:t>
        <w:br/>
        <w:t>vt 0.535600 0.452000</w:t>
        <w:br/>
        <w:t>vt 0.993400 0.014300</w:t>
        <w:br/>
        <w:t>vt 0.990800 0.014900</w:t>
        <w:br/>
        <w:t>vt 0.036300 0.764500</w:t>
        <w:br/>
        <w:t>vt 0.036300 0.803300</w:t>
        <w:br/>
        <w:t>vt 0.005900 0.803300</w:t>
        <w:br/>
        <w:t>vt 0.005900 0.764500</w:t>
        <w:br/>
        <w:t>vt 0.554900 0.432800</w:t>
        <w:br/>
        <w:t>vt 0.556900 0.432100</w:t>
        <w:br/>
        <w:t>vt 0.957900 0.013600</w:t>
        <w:br/>
        <w:t>vt 0.955400 0.014600</w:t>
        <w:br/>
        <w:t>vt 0.554500 0.430800</w:t>
        <w:br/>
        <w:t>vt 0.956500 0.011300</w:t>
        <w:br/>
        <w:t>vt 0.603600 0.476800</w:t>
        <w:br/>
        <w:t>vt 0.567300 0.410800</w:t>
        <w:br/>
        <w:t>vt 0.977400 0.021000</w:t>
        <w:br/>
        <w:t>vt 0.546900 0.447300</w:t>
        <w:br/>
        <w:t>vt 0.969300 0.577900</w:t>
        <w:br/>
        <w:t>vt 0.969300 0.605100</w:t>
        <w:br/>
        <w:t>vt 0.977300 0.605100</w:t>
        <w:br/>
        <w:t>vt 0.977300 0.577900</w:t>
        <w:br/>
        <w:t>vt 0.947000 0.577900</w:t>
        <w:br/>
        <w:t>vt 0.947000 0.605100</w:t>
        <w:br/>
        <w:t>vt 0.954900 0.605100</w:t>
        <w:br/>
        <w:t>vt 0.954900 0.577900</w:t>
        <w:br/>
        <w:t>vt 0.962100 0.577900</w:t>
        <w:br/>
        <w:t>vt 0.962100 0.605100</w:t>
        <w:br/>
        <w:t>vt 0.962100 0.605100</w:t>
        <w:br/>
        <w:t>vt 0.962100 0.577900</w:t>
        <w:br/>
        <w:t>vt 0.986600 0.577900</w:t>
        <w:br/>
        <w:t>vt 0.986600 0.605100</w:t>
        <w:br/>
        <w:t>vt 0.994200 0.605100</w:t>
        <w:br/>
        <w:t>vt 0.994200 0.577900</w:t>
        <w:br/>
        <w:t>vt 0.937500 0.605100</w:t>
        <w:br/>
        <w:t>vt 0.937500 0.577900</w:t>
        <w:br/>
        <w:t>vt 0.772800 0.222200</w:t>
        <w:br/>
        <w:t>vt 0.773200 0.220200</w:t>
        <w:br/>
        <w:t>vt 0.783200 0.221800</w:t>
        <w:br/>
        <w:t>vt 0.784100 0.223900</w:t>
        <w:br/>
        <w:t>vt 0.978300 0.503800</w:t>
        <w:br/>
        <w:t>vt 0.989600 0.501300</w:t>
        <w:br/>
        <w:t>vt 0.987900 0.499700</w:t>
        <w:br/>
        <w:t>vt 0.978000 0.501700</w:t>
        <w:br/>
        <w:t>vt 0.783800 0.209900</w:t>
        <w:br/>
        <w:t>vt 0.773800 0.211000</w:t>
        <w:br/>
        <w:t>vt 0.773600 0.208900</w:t>
        <w:br/>
        <w:t>vt 0.785000 0.207900</w:t>
        <w:br/>
        <w:t>vt 0.984100 0.488500</w:t>
        <w:br/>
        <w:t>vt 0.984500 0.486200</w:t>
        <w:br/>
        <w:t>vt 0.974300 0.491300</w:t>
        <w:br/>
        <w:t>vt 0.975200 0.493200</w:t>
        <w:br/>
        <w:t>vt 0.993600 0.491600</w:t>
        <w:br/>
        <w:t>vt 0.991200 0.492400</w:t>
        <w:br/>
        <w:t>vt 0.788900 0.216200</w:t>
        <w:br/>
        <w:t>vt 0.791500 0.216300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0.577900</w:t>
        <w:br/>
        <w:t>vt 0.929800 0.605100</w:t>
        <w:br/>
        <w:t>vt 0.953500 0.505100</w:t>
        <w:br/>
        <w:t>vt 0.954200 0.507700</w:t>
        <w:br/>
        <w:t>vt 0.749200 0.214300</w:t>
        <w:br/>
        <w:t>vt 0.748800 0.216900</w:t>
        <w:br/>
        <w:t>vt 0.749100 0.211600</w:t>
        <w:br/>
        <w:t>vt 0.952500 0.502700</w:t>
        <w:br/>
        <w:t>vt 0.777300 0.216100</w:t>
        <w:br/>
        <w:t>vt 0.980300 0.495800</w:t>
        <w:br/>
        <w:t>vt 0.586200 0.124700</w:t>
        <w:br/>
        <w:t>vt 0.597500 0.119300</w:t>
        <w:br/>
        <w:t>vt 0.597200 0.124800</w:t>
        <w:br/>
        <w:t>vt 0.587100 0.127700</w:t>
        <w:br/>
        <w:t>vt 0.610700 0.112200</w:t>
        <w:br/>
        <w:t>vt 0.597500 0.119300</w:t>
        <w:br/>
        <w:t>vt 0.597300 0.113700</w:t>
        <w:br/>
        <w:t>vt 0.611000 0.107600</w:t>
        <w:br/>
        <w:t>vt 0.609300 0.143200</w:t>
        <w:br/>
        <w:t>vt 0.610300 0.158300</w:t>
        <w:br/>
        <w:t>vt 0.595100 0.158300</w:t>
        <w:br/>
        <w:t>vt 0.591300 0.144300</w:t>
        <w:br/>
        <w:t>vt 0.608500 0.132800</w:t>
        <w:br/>
        <w:t>vt 0.589500 0.137000</w:t>
        <w:br/>
        <w:t>vt 0.608200 0.126100</w:t>
        <w:br/>
        <w:t>vt 0.598300 0.129000</w:t>
        <w:br/>
        <w:t>vt 0.609000 0.120500</w:t>
        <w:br/>
        <w:t>vt 0.600000 0.174400</w:t>
        <w:br/>
        <w:t>vt 0.598500 0.170100</w:t>
        <w:br/>
        <w:t>vt 0.611000 0.168300</w:t>
        <w:br/>
        <w:t>vt 0.610800 0.174600</w:t>
        <w:br/>
        <w:t>vt 0.610100 0.100400</w:t>
        <w:br/>
        <w:t>vt 0.584800 0.121200</w:t>
        <w:br/>
        <w:t>vt 0.592300 0.076200</w:t>
        <w:br/>
        <w:t>vt 0.600400 0.084000</w:t>
        <w:br/>
        <w:t>vt 0.574700 0.094300</w:t>
        <w:br/>
        <w:t>vt 0.572600 0.087800</w:t>
        <w:br/>
        <w:t>vt 0.577500 0.103100</w:t>
        <w:br/>
        <w:t>vt 0.606700 0.092100</w:t>
        <w:br/>
        <w:t>vt 0.568300 0.074500</w:t>
        <w:br/>
        <w:t>vt 0.574900 0.064000</w:t>
        <w:br/>
        <w:t>vt 0.584200 0.070700</w:t>
        <w:br/>
        <w:t>vt 0.570600 0.081000</w:t>
        <w:br/>
        <w:t>vt 0.581600 0.113900</w:t>
        <w:br/>
        <w:t>vt 0.588300 0.131600</w:t>
        <w:br/>
        <w:t>vt 0.608800 0.181600</w:t>
        <w:br/>
        <w:t>vt 0.601600 0.178200</w:t>
        <w:br/>
        <w:t>vt 0.585400 0.124900</w:t>
        <w:br/>
        <w:t>vt 0.586100 0.128000</w:t>
        <w:br/>
        <w:t>vt 0.572800 0.132200</w:t>
        <w:br/>
        <w:t>vt 0.568900 0.128600</w:t>
        <w:br/>
        <w:t>vt 0.563000 0.139800</w:t>
        <w:br/>
        <w:t>vt 0.573800 0.135600</w:t>
        <w:br/>
        <w:t>vt 0.566500 0.144800</w:t>
        <w:br/>
        <w:t>vt 0.551500 0.132200</w:t>
        <w:br/>
        <w:t>vt 0.548700 0.128900</w:t>
        <w:br/>
        <w:t>vt 0.566000 0.124200</w:t>
        <w:br/>
        <w:t>vt 0.568900 0.128600</w:t>
        <w:br/>
        <w:t>vt 0.572100 0.154200</w:t>
        <w:br/>
        <w:t>vt 0.589900 0.144700</w:t>
        <w:br/>
        <w:t>vt 0.593700 0.158600</w:t>
        <w:br/>
        <w:t>vt 0.581100 0.167500</w:t>
        <w:br/>
        <w:t>vt 0.558900 0.136400</w:t>
        <w:br/>
        <w:t>vt 0.598400 0.174900</w:t>
        <w:br/>
        <w:t>vt 0.590400 0.181600</w:t>
        <w:br/>
        <w:t>vt 0.586700 0.176300</w:t>
        <w:br/>
        <w:t>vt 0.596900 0.170500</w:t>
        <w:br/>
        <w:t>vt 0.551500 0.132200</w:t>
        <w:br/>
        <w:t>vt 0.587200 0.131900</w:t>
        <w:br/>
        <w:t>vt 0.588300 0.137300</w:t>
        <w:br/>
        <w:t>vt 0.583800 0.121600</w:t>
        <w:br/>
        <w:t>vt 0.585400 0.124900</w:t>
        <w:br/>
        <w:t>vt 0.547500 0.089900</w:t>
        <w:br/>
        <w:t>vt 0.571100 0.088300</w:t>
        <w:br/>
        <w:t>vt 0.573200 0.094800</w:t>
        <w:br/>
        <w:t>vt 0.545100 0.101500</w:t>
        <w:br/>
        <w:t>vt 0.576200 0.103600</w:t>
        <w:br/>
        <w:t>vt 0.544300 0.112600</w:t>
        <w:br/>
        <w:t>vt 0.551300 0.080200</w:t>
        <w:br/>
        <w:t>vt 0.556000 0.070300</w:t>
        <w:br/>
        <w:t>vt 0.566900 0.075200</w:t>
        <w:br/>
        <w:t>vt 0.568900 0.081500</w:t>
        <w:br/>
        <w:t>vt 0.580400 0.114400</w:t>
        <w:br/>
        <w:t>vt 0.545400 0.122500</w:t>
        <w:br/>
        <w:t>vt 0.600400 0.179300</w:t>
        <w:br/>
        <w:t>vt 0.596600 0.186500</w:t>
        <w:br/>
        <w:t>vt 0.585400 0.124900</w:t>
        <w:br/>
        <w:t>vt 0.586200 0.124700</w:t>
        <w:br/>
        <w:t>vt 0.587100 0.127700</w:t>
        <w:br/>
        <w:t>vt 0.586100 0.128000</w:t>
        <w:br/>
        <w:t>vt 0.609600 0.126400</w:t>
        <w:br/>
        <w:t>vt 0.609900 0.132700</w:t>
        <w:br/>
        <w:t>vt 0.608500 0.132800</w:t>
        <w:br/>
        <w:t>vt 0.608200 0.126100</w:t>
        <w:br/>
        <w:t>vt 0.612100 0.112600</w:t>
        <w:br/>
        <w:t>vt 0.610700 0.112200</w:t>
        <w:br/>
        <w:t>vt 0.611000 0.107600</w:t>
        <w:br/>
        <w:t>vt 0.612600 0.107700</w:t>
        <w:br/>
        <w:t>vt 0.601500 0.083000</w:t>
        <w:br/>
        <w:t>vt 0.600400 0.084000</w:t>
        <w:br/>
        <w:t>vt 0.592300 0.076200</w:t>
        <w:br/>
        <w:t>vt 0.593200 0.075100</w:t>
        <w:br/>
        <w:t>vt 0.611800 0.158100</w:t>
        <w:br/>
        <w:t>vt 0.610300 0.158300</w:t>
        <w:br/>
        <w:t>vt 0.609300 0.143200</w:t>
        <w:br/>
        <w:t>vt 0.610700 0.143000</w:t>
        <w:br/>
        <w:t>vt 0.576200 0.103600</w:t>
        <w:br/>
        <w:t>vt 0.573200 0.094800</w:t>
        <w:br/>
        <w:t>vt 0.574700 0.094300</w:t>
        <w:br/>
        <w:t>vt 0.577500 0.103100</w:t>
        <w:br/>
        <w:t>vt 0.566900 0.075200</w:t>
        <w:br/>
        <w:t>vt 0.568300 0.074500</w:t>
        <w:br/>
        <w:t>vt 0.570600 0.081000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0.610800 0.174600</w:t>
        <w:br/>
        <w:t>vt 0.611000 0.168300</w:t>
        <w:br/>
        <w:t>vt 0.612500 0.168200</w:t>
        <w:br/>
        <w:t>vt 0.610100 0.100400</w:t>
        <w:br/>
        <w:t>vt 0.611500 0.100100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0.574900 0.064000</w:t>
        <w:br/>
        <w:t>vt 0.575800 0.063000</w:t>
        <w:br/>
        <w:t>vt 0.587200 0.131900</w:t>
        <w:br/>
        <w:t>vt 0.588300 0.131600</w:t>
        <w:br/>
        <w:t>vt 0.589500 0.137000</w:t>
        <w:br/>
        <w:t>vt 0.588300 0.137300</w:t>
        <w:br/>
        <w:t>vt 0.583800 0.121600</w:t>
        <w:br/>
        <w:t>vt 0.584800 0.121200</w:t>
        <w:br/>
        <w:t>vt 0.593700 0.158600</w:t>
        <w:br/>
        <w:t>vt 0.589900 0.144700</w:t>
        <w:br/>
        <w:t>vt 0.591300 0.144300</w:t>
        <w:br/>
        <w:t>vt 0.595100 0.158300</w:t>
        <w:br/>
        <w:t>vt 0.596900 0.170500</w:t>
        <w:br/>
        <w:t>vt 0.598500 0.170100</w:t>
        <w:br/>
        <w:t>vt 0.598400 0.174900</w:t>
        <w:br/>
        <w:t>vt 0.600000 0.174400</w:t>
        <w:br/>
        <w:t>vt 0.601600 0.178200</w:t>
        <w:br/>
        <w:t>vt 0.600400 0.179300</w:t>
        <w:br/>
        <w:t>vt 0.610300 0.182200</w:t>
        <w:br/>
        <w:t>vt 0.608800 0.181600</w:t>
        <w:br/>
        <w:t>vt 0.586200 0.124700</w:t>
        <w:br/>
        <w:t>vt 0.587100 0.127700</w:t>
        <w:br/>
        <w:t>vt 0.597200 0.124800</w:t>
        <w:br/>
        <w:t>vt 0.597500 0.119300</w:t>
        <w:br/>
        <w:t>vt 0.610700 0.112200</w:t>
        <w:br/>
        <w:t>vt 0.611000 0.107600</w:t>
        <w:br/>
        <w:t>vt 0.597300 0.113700</w:t>
        <w:br/>
        <w:t>vt 0.597500 0.119300</w:t>
        <w:br/>
        <w:t>vt 0.609300 0.143200</w:t>
        <w:br/>
        <w:t>vt 0.591300 0.144300</w:t>
        <w:br/>
        <w:t>vt 0.595100 0.158300</w:t>
        <w:br/>
        <w:t>vt 0.610300 0.158300</w:t>
        <w:br/>
        <w:t>vt 0.608500 0.132800</w:t>
        <w:br/>
        <w:t>vt 0.589500 0.137000</w:t>
        <w:br/>
        <w:t>vt 0.608200 0.126100</w:t>
        <w:br/>
        <w:t>vt 0.609000 0.120500</w:t>
        <w:br/>
        <w:t>vt 0.598300 0.129000</w:t>
        <w:br/>
        <w:t>vt 0.600000 0.174400</w:t>
        <w:br/>
        <w:t>vt 0.610800 0.174600</w:t>
        <w:br/>
        <w:t>vt 0.611000 0.168300</w:t>
        <w:br/>
        <w:t>vt 0.598500 0.170100</w:t>
        <w:br/>
        <w:t>vt 0.610100 0.100400</w:t>
        <w:br/>
        <w:t>vt 0.584800 0.121200</w:t>
        <w:br/>
        <w:t>vt 0.592300 0.076200</w:t>
        <w:br/>
        <w:t>vt 0.572600 0.087800</w:t>
        <w:br/>
        <w:t>vt 0.574700 0.094300</w:t>
        <w:br/>
        <w:t>vt 0.600400 0.084000</w:t>
        <w:br/>
        <w:t>vt 0.577500 0.103100</w:t>
        <w:br/>
        <w:t>vt 0.606700 0.092100</w:t>
        <w:br/>
        <w:t>vt 0.584200 0.070700</w:t>
        <w:br/>
        <w:t>vt 0.570600 0.081000</w:t>
        <w:br/>
        <w:t>vt 0.581600 0.113900</w:t>
        <w:br/>
        <w:t>vt 0.588300 0.131600</w:t>
        <w:br/>
        <w:t>vt 0.585400 0.124900</w:t>
        <w:br/>
        <w:t>vt 0.568900 0.128600</w:t>
        <w:br/>
        <w:t>vt 0.572800 0.132200</w:t>
        <w:br/>
        <w:t>vt 0.586100 0.128000</w:t>
        <w:br/>
        <w:t>vt 0.563000 0.139800</w:t>
        <w:br/>
        <w:t>vt 0.566500 0.144800</w:t>
        <w:br/>
        <w:t>vt 0.573800 0.135600</w:t>
        <w:br/>
        <w:t>vt 0.551500 0.132200</w:t>
        <w:br/>
        <w:t>vt 0.568900 0.128600</w:t>
        <w:br/>
        <w:t>vt 0.566000 0.124200</w:t>
        <w:br/>
        <w:t>vt 0.548700 0.128900</w:t>
        <w:br/>
        <w:t>vt 0.572100 0.154200</w:t>
        <w:br/>
        <w:t>vt 0.581100 0.167500</w:t>
        <w:br/>
        <w:t>vt 0.593700 0.158600</w:t>
        <w:br/>
        <w:t>vt 0.589900 0.144700</w:t>
        <w:br/>
        <w:t>vt 0.558900 0.136400</w:t>
        <w:br/>
        <w:t>vt 0.598400 0.174900</w:t>
        <w:br/>
        <w:t>vt 0.596900 0.170500</w:t>
        <w:br/>
        <w:t>vt 0.586700 0.176300</w:t>
        <w:br/>
        <w:t>vt 0.590400 0.181600</w:t>
        <w:br/>
        <w:t>vt 0.551500 0.132200</w:t>
        <w:br/>
        <w:t>vt 0.588300 0.137300</w:t>
        <w:br/>
        <w:t>vt 0.587200 0.131900</w:t>
        <w:br/>
        <w:t>vt 0.585400 0.124900</w:t>
        <w:br/>
        <w:t>vt 0.583800 0.121600</w:t>
        <w:br/>
        <w:t>vt 0.547500 0.089900</w:t>
        <w:br/>
        <w:t>vt 0.545100 0.101500</w:t>
        <w:br/>
        <w:t>vt 0.573200 0.094800</w:t>
        <w:br/>
        <w:t>vt 0.571100 0.088300</w:t>
        <w:br/>
        <w:t>vt 0.576200 0.103600</w:t>
        <w:br/>
        <w:t>vt 0.544300 0.112600</w:t>
        <w:br/>
        <w:t>vt 0.551300 0.080200</w:t>
        <w:br/>
        <w:t>vt 0.568900 0.081500</w:t>
        <w:br/>
        <w:t>vt 0.545400 0.122500</w:t>
        <w:br/>
        <w:t>vt 0.580400 0.114400</w:t>
        <w:br/>
        <w:t>vt 0.585400 0.124900</w:t>
        <w:br/>
        <w:t>vt 0.586100 0.128000</w:t>
        <w:br/>
        <w:t>vt 0.587100 0.127700</w:t>
        <w:br/>
        <w:t>vt 0.586200 0.124700</w:t>
        <w:br/>
        <w:t>vt 0.609600 0.126400</w:t>
        <w:br/>
        <w:t>vt 0.608200 0.126100</w:t>
        <w:br/>
        <w:t>vt 0.608500 0.132800</w:t>
        <w:br/>
        <w:t>vt 0.609900 0.132700</w:t>
        <w:br/>
        <w:t>vt 0.612100 0.112600</w:t>
        <w:br/>
        <w:t>vt 0.612600 0.107700</w:t>
        <w:br/>
        <w:t>vt 0.611000 0.107600</w:t>
        <w:br/>
        <w:t>vt 0.610700 0.112200</w:t>
        <w:br/>
        <w:t>vt 0.601500 0.083000</w:t>
        <w:br/>
        <w:t>vt 0.593200 0.075100</w:t>
        <w:br/>
        <w:t>vt 0.592300 0.076200</w:t>
        <w:br/>
        <w:t>vt 0.600400 0.084000</w:t>
        <w:br/>
        <w:t>vt 0.611800 0.158100</w:t>
        <w:br/>
        <w:t>vt 0.610700 0.143000</w:t>
        <w:br/>
        <w:t>vt 0.609300 0.143200</w:t>
        <w:br/>
        <w:t>vt 0.610300 0.158300</w:t>
        <w:br/>
        <w:t>vt 0.576200 0.103600</w:t>
        <w:br/>
        <w:t>vt 0.577500 0.103100</w:t>
        <w:br/>
        <w:t>vt 0.574700 0.094300</w:t>
        <w:br/>
        <w:t>vt 0.573200 0.094800</w:t>
        <w:br/>
        <w:t>vt 0.570600 0.081000</w:t>
        <w:br/>
        <w:t>vt 0.568300 0.074500</w:t>
        <w:br/>
        <w:t>vt 0.566900 0.075200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0.612500 0.168200</w:t>
        <w:br/>
        <w:t>vt 0.611000 0.168300</w:t>
        <w:br/>
        <w:t>vt 0.610800 0.174600</w:t>
        <w:br/>
        <w:t>vt 0.611500 0.100100</w:t>
        <w:br/>
        <w:t>vt 0.610100 0.100400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0.587200 0.131900</w:t>
        <w:br/>
        <w:t>vt 0.588300 0.137300</w:t>
        <w:br/>
        <w:t>vt 0.589500 0.137000</w:t>
        <w:br/>
        <w:t>vt 0.588300 0.131600</w:t>
        <w:br/>
        <w:t>vt 0.584800 0.121200</w:t>
        <w:br/>
        <w:t>vt 0.583800 0.121600</w:t>
        <w:br/>
        <w:t>vt 0.593700 0.158600</w:t>
        <w:br/>
        <w:t>vt 0.595100 0.158300</w:t>
        <w:br/>
        <w:t>vt 0.591300 0.144300</w:t>
        <w:br/>
        <w:t>vt 0.589900 0.144700</w:t>
        <w:br/>
        <w:t>vt 0.596900 0.170500</w:t>
        <w:br/>
        <w:t>vt 0.598500 0.170100</w:t>
        <w:br/>
        <w:t>vt 0.601600 0.178200</w:t>
        <w:br/>
        <w:t>vt 0.600000 0.174400</w:t>
        <w:br/>
        <w:t>vt 0.598400 0.174900</w:t>
        <w:br/>
        <w:t>vt 0.600400 0.179300</w:t>
        <w:br/>
        <w:t>vt 0.697379 0.750796</w:t>
        <w:br/>
        <w:t>vt 0.696777 0.737700</w:t>
        <w:br/>
        <w:t>vt 0.686446 0.737700</w:t>
        <w:br/>
        <w:t>vt 0.685543 0.750697</w:t>
        <w:br/>
        <w:t>vt 0.690257 0.847428</w:t>
        <w:br/>
        <w:t>vt 0.699184 0.847031</w:t>
        <w:br/>
        <w:t>vt 0.696175 0.837606</w:t>
        <w:br/>
        <w:t>vt 0.687850 0.836911</w:t>
        <w:br/>
        <w:t>vt 0.695272 0.791373</w:t>
        <w:br/>
        <w:t>vt 0.686546 0.801295</w:t>
        <w:br/>
        <w:t>vt 0.694069 0.806255</w:t>
        <w:br/>
        <w:t>vt 0.701491 0.798021</w:t>
        <w:br/>
        <w:t>vt 0.688653 0.785718</w:t>
        <w:br/>
        <w:t>vt 0.678021 0.796334</w:t>
        <w:br/>
        <w:t>vt 0.681331 0.812902</w:t>
        <w:br/>
        <w:t>vt 0.672404 0.808140</w:t>
        <w:br/>
        <w:t>vt 0.689054 0.816871</w:t>
        <w:br/>
        <w:t>vt 0.679425 0.824510</w:t>
        <w:br/>
        <w:t>vt 0.687349 0.827089</w:t>
        <w:br/>
        <w:t>vt 0.695373 0.829471</w:t>
        <w:br/>
        <w:t>vt 0.703196 0.824014</w:t>
        <w:br/>
        <w:t>vt 0.696777 0.820740</w:t>
        <w:br/>
        <w:t>vt 0.705603 0.831653</w:t>
        <w:br/>
        <w:t>vt 0.708412 0.837110</w:t>
        <w:br/>
        <w:t>vt 0.712223 0.843856</w:t>
        <w:br/>
        <w:t>vt 0.713326 0.824510</w:t>
        <w:br/>
        <w:t>vt 0.720849 0.816375</w:t>
        <w:br/>
        <w:t>vt 0.714430 0.811017</w:t>
        <w:br/>
        <w:t>vt 0.707810 0.818855</w:t>
        <w:br/>
        <w:t>vt 0.723657 0.835919</w:t>
        <w:br/>
        <w:t>vt 0.732484 0.825701</w:t>
        <w:br/>
        <w:t>vt 0.726867 0.820938</w:t>
        <w:br/>
        <w:t>vt 0.718241 0.830363</w:t>
        <w:br/>
        <w:t>vt 0.738401 0.830463</w:t>
        <w:br/>
        <w:t>vt 0.728271 0.841078</w:t>
        <w:br/>
        <w:t>vt 0.570298 0.864641</w:t>
        <w:br/>
        <w:t>vt 0.584341 0.865286</w:t>
        <w:br/>
        <w:t>vt 0.585845 0.857547</w:t>
        <w:br/>
        <w:t>vt 0.568542 0.853790</w:t>
        <w:br/>
        <w:t>vt 0.606708 0.843559</w:t>
        <w:br/>
        <w:t>vt 0.608011 0.835721</w:t>
        <w:br/>
        <w:t>vt 0.598583 0.834431</w:t>
        <w:br/>
        <w:t>vt 0.599085 0.843459</w:t>
        <w:br/>
        <w:t>vt 0.604929 0.928086</w:t>
        <w:br/>
        <w:t>vt 0.593122 0.927624</w:t>
        <w:br/>
        <w:t>vt 0.593631 0.930116</w:t>
        <w:br/>
        <w:t>vt 0.606252 0.930485</w:t>
        <w:br/>
        <w:t>vt 0.643016 0.873719</w:t>
        <w:br/>
        <w:t>vt 0.642013 0.862012</w:t>
        <w:br/>
        <w:t>vt 0.635092 0.864095</w:t>
        <w:br/>
        <w:t>vt 0.635293 0.875009</w:t>
        <w:br/>
        <w:t>vt 0.576918 0.914991</w:t>
        <w:br/>
        <w:t>vt 0.561600 0.910035</w:t>
        <w:br/>
        <w:t>vt 0.561194 0.915744</w:t>
        <w:br/>
        <w:t>vt 0.576918 0.920745</w:t>
        <w:br/>
        <w:t>vt 0.588954 0.849908</w:t>
        <w:br/>
        <w:t>vt 0.582996 0.849565</w:t>
        <w:br/>
        <w:t>vt 0.590258 0.825701</w:t>
        <w:br/>
        <w:t>vt 0.585143 0.821931</w:t>
        <w:br/>
        <w:t>vt 0.581532 0.825701</w:t>
        <w:br/>
        <w:t>vt 0.587355 0.833658</w:t>
        <w:br/>
        <w:t>vt 0.568661 0.848101</w:t>
        <w:br/>
        <w:t>vt 0.580047 0.841303</w:t>
        <w:br/>
        <w:t>vt 0.570031 0.839144</w:t>
        <w:br/>
        <w:t>vt 0.593669 0.845245</w:t>
        <w:br/>
        <w:t>vt 0.589310 0.837074</w:t>
        <w:br/>
        <w:t>vt 0.620850 0.916677</w:t>
        <w:br/>
        <w:t>vt 0.617841 0.908542</w:t>
        <w:br/>
        <w:t>vt 0.608513 0.912610</w:t>
        <w:br/>
        <w:t>vt 0.610820 0.920944</w:t>
        <w:br/>
        <w:t>vt 0.631682 0.892073</w:t>
        <w:br/>
        <w:t>vt 0.628039 0.901862</w:t>
        <w:br/>
        <w:t>vt 0.639184 0.907496</w:t>
        <w:br/>
        <w:t>vt 0.642916 0.889097</w:t>
        <w:br/>
        <w:t>vt 0.615032 0.845841</w:t>
        <w:br/>
        <w:t>vt 0.618342 0.838201</w:t>
        <w:br/>
        <w:t>vt 0.625564 0.850206</w:t>
        <w:br/>
        <w:t>vt 0.632083 0.857051</w:t>
        <w:br/>
        <w:t>vt 0.638202 0.851892</w:t>
        <w:br/>
        <w:t>vt 0.630980 0.842269</w:t>
        <w:br/>
        <w:t>vt 0.668292 0.791175</w:t>
        <w:br/>
        <w:t>vt 0.663678 0.803973</w:t>
        <w:br/>
        <w:t>vt 0.682133 0.777186</w:t>
        <w:br/>
        <w:t>vt 0.672805 0.858242</w:t>
        <w:br/>
        <w:t>vt 0.683939 0.857448</w:t>
        <w:br/>
        <w:t>vt 0.681230 0.846932</w:t>
        <w:br/>
        <w:t>vt 0.670398 0.846634</w:t>
        <w:br/>
        <w:t>vt 0.694370 0.856357</w:t>
        <w:br/>
        <w:t>vt 0.704199 0.853976</w:t>
        <w:br/>
        <w:t>vt 0.715734 0.849611</w:t>
        <w:br/>
        <w:t>vt 0.660569 0.868262</w:t>
        <w:br/>
        <w:t>vt 0.659164 0.859135</w:t>
        <w:br/>
        <w:t>vt 0.648633 0.860623</w:t>
        <w:br/>
        <w:t>vt 0.650438 0.871338</w:t>
        <w:br/>
        <w:t>vt 0.673909 0.865683</w:t>
        <w:br/>
        <w:t>vt 0.685343 0.862806</w:t>
        <w:br/>
        <w:t>vt 0.651642 0.885525</w:t>
        <w:br/>
        <w:t>vt 0.650438 0.897927</w:t>
        <w:br/>
        <w:t>vt 0.661070 0.889890</w:t>
        <w:br/>
        <w:t>vt 0.661170 0.881557</w:t>
        <w:br/>
        <w:t>vt 0.675915 0.881160</w:t>
        <w:br/>
        <w:t>vt 0.675212 0.876497</w:t>
        <w:br/>
        <w:t>vt 0.540199 0.938415</w:t>
        <w:br/>
        <w:t>vt 0.525332 0.934177</w:t>
        <w:br/>
        <w:t>vt 0.531948 0.954205</w:t>
        <w:br/>
        <w:t>vt 0.545588 0.955313</w:t>
        <w:br/>
        <w:t>vt 0.609611 0.943776</w:t>
        <w:br/>
        <w:t>vt 0.598822 0.945253</w:t>
        <w:br/>
        <w:t>vt 0.601875 0.953190</w:t>
        <w:br/>
        <w:t>vt 0.611443 0.950514</w:t>
        <w:br/>
        <w:t>vt 0.586709 0.945345</w:t>
        <w:br/>
        <w:t>vt 0.569405 0.943407</w:t>
        <w:br/>
        <w:t>vt 0.575920 0.955774</w:t>
        <w:br/>
        <w:t>vt 0.590781 0.954759</w:t>
        <w:br/>
        <w:t>vt 0.613682 0.957897</w:t>
        <w:br/>
        <w:t>vt 0.623454 0.955405</w:t>
        <w:br/>
        <w:t>vt 0.621622 0.947560</w:t>
        <w:br/>
        <w:t>vt 0.651140 0.948575</w:t>
        <w:br/>
        <w:t>vt 0.648798 0.938792</w:t>
        <w:br/>
        <w:t>vt 0.633531 0.943961</w:t>
        <w:br/>
        <w:t>vt 0.634752 0.952729</w:t>
        <w:br/>
        <w:t>vt 0.663761 0.932793</w:t>
        <w:br/>
        <w:t>vt 0.666916 0.943868</w:t>
        <w:br/>
        <w:t>vt 0.684016 0.938238</w:t>
        <w:br/>
        <w:t>vt 0.678724 0.926055</w:t>
        <w:br/>
        <w:t>vt 0.701218 0.931224</w:t>
        <w:br/>
        <w:t>vt 0.693482 0.918579</w:t>
        <w:br/>
        <w:t>vt 0.607881 0.936854</w:t>
        <w:br/>
        <w:t>vt 0.595564 0.937131</w:t>
        <w:br/>
        <w:t>vt 0.584266 0.936485</w:t>
        <w:br/>
        <w:t>vt 0.565639 0.930578</w:t>
        <w:br/>
        <w:t>vt 0.631190 0.936854</w:t>
        <w:br/>
        <w:t>vt 0.629052 0.930485</w:t>
        <w:br/>
        <w:t>vt 0.617957 0.934454</w:t>
        <w:br/>
        <w:t>vt 0.619688 0.940822</w:t>
        <w:br/>
        <w:t>vt 0.646457 0.930116</w:t>
        <w:br/>
        <w:t>vt 0.673940 0.915534</w:t>
        <w:br/>
        <w:t>vt 0.660402 0.922917</w:t>
        <w:br/>
        <w:t>vt 0.687375 0.907412</w:t>
        <w:br/>
        <w:t>vt 0.710317 0.737700</w:t>
        <w:br/>
        <w:t>vt 0.711621 0.750597</w:t>
        <w:br/>
        <w:t>vt 0.609015 0.831554</w:t>
        <w:br/>
        <w:t>vt 0.599586 0.829669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0.738401 0.830463</w:t>
        <w:br/>
        <w:t>vt 0.728271 0.841078</w:t>
        <w:br/>
        <w:t>vt 0.728672 0.842467</w:t>
        <w:br/>
        <w:t>vt 0.753848 0.806354</w:t>
        <w:br/>
        <w:t>vt 0.752744 0.803973</w:t>
        <w:br/>
        <w:t>vt 0.747228 0.817367</w:t>
        <w:br/>
        <w:t>vt 0.748131 0.819847</w:t>
        <w:br/>
        <w:t>vt 0.705403 0.857151</w:t>
        <w:br/>
        <w:t>vt 0.717138 0.851198</w:t>
        <w:br/>
        <w:t>vt 0.715734 0.849611</w:t>
        <w:br/>
        <w:t>vt 0.704199 0.853976</w:t>
        <w:br/>
        <w:t>vt 0.695573 0.860325</w:t>
        <w:br/>
        <w:t>vt 0.696376 0.870544</w:t>
        <w:br/>
        <w:t>vt 0.699886 0.866179</w:t>
        <w:br/>
        <w:t>vt 0.686847 0.872231</w:t>
        <w:br/>
        <w:t>vt 0.687248 0.876298</w:t>
        <w:br/>
        <w:t>vt 0.698266 0.900305</w:t>
        <w:br/>
        <w:t>vt 0.693381 0.890152</w:t>
        <w:br/>
        <w:t>vt 0.682795 0.897351</w:t>
        <w:br/>
        <w:t>vt 0.713331 0.925040</w:t>
        <w:br/>
        <w:t>vt 0.705697 0.912303</w:t>
        <w:br/>
        <w:t>vt 0.570016 0.971557</w:t>
        <w:br/>
        <w:t>vt 0.556173 0.975341</w:t>
        <w:br/>
        <w:t>vt 0.562789 0.987985</w:t>
        <w:br/>
        <w:t>vt 0.576734 0.983371</w:t>
        <w:br/>
        <w:t>vt 0.635973 0.963343</w:t>
        <w:br/>
        <w:t>vt 0.653888 0.960481</w:t>
        <w:br/>
        <w:t>vt 0.669970 0.956882</w:t>
        <w:br/>
        <w:t>vt 0.688902 0.951621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0.553221 0.940453</w:t>
        <w:br/>
        <w:t>vt 0.548234 0.927440</w:t>
        <w:br/>
        <w:t>vt 0.582739 0.968327</w:t>
        <w:br/>
        <w:t>vt 0.560957 0.955774</w:t>
        <w:br/>
        <w:t>vt 0.729876 0.845047</w:t>
        <w:br/>
        <w:t>vt 0.740608 0.835622</w:t>
        <w:br/>
        <w:t>vt 0.756054 0.807743</w:t>
        <w:br/>
        <w:t>vt 0.758361 0.796532</w:t>
        <w:br/>
        <w:t>vt 0.755252 0.794945</w:t>
        <w:br/>
        <w:t>vt 0.750638 0.822724</w:t>
        <w:br/>
        <w:t>vt 0.718141 0.853678</w:t>
        <w:br/>
        <w:t>vt 0.706305 0.861218</w:t>
        <w:br/>
        <w:t>vt 0.532508 0.911032</w:t>
        <w:br/>
        <w:t>vt 0.522149 0.909308</w:t>
        <w:br/>
        <w:t>vt 0.522195 0.918751</w:t>
        <w:br/>
        <w:t>vt 0.536120 0.923686</w:t>
        <w:br/>
        <w:t>vt 0.580195 0.927809</w:t>
        <w:br/>
        <w:t>vt 0.564520 0.921717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0.657450 0.914518</w:t>
        <w:br/>
        <w:t>vt 0.669665 0.906673</w:t>
        <w:br/>
        <w:t>vt 0.666000 0.900305</w:t>
        <w:br/>
        <w:t>vt 0.681472 0.891998</w:t>
        <w:br/>
        <w:t>vt 0.680963 0.888676</w:t>
        <w:br/>
        <w:t>vt 0.665898 0.896798</w:t>
        <w:br/>
        <w:t>vt 0.692668 0.886553</w:t>
        <w:br/>
        <w:t>vt 0.692465 0.884153</w:t>
        <w:br/>
        <w:t>vt 0.589356 0.923027</w:t>
        <w:br/>
        <w:t>vt 0.587550 0.915586</w:t>
        <w:br/>
        <w:t>vt 0.625082 0.921717</w:t>
        <w:br/>
        <w:t>vt 0.643506 0.912672</w:t>
        <w:br/>
        <w:t>vt 0.622254 0.832249</w:t>
        <w:br/>
        <w:t>vt 0.515001 0.915750</w:t>
        <w:br/>
        <w:t>vt 0.513657 0.928567</w:t>
        <w:br/>
        <w:t>vt 0.516770 0.908993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0.503365 0.923621</w:t>
        <w:br/>
        <w:t>vt 0.509316 0.913378</w:t>
        <w:br/>
        <w:t>vt 0.705595 0.895044</w:t>
        <w:br/>
        <w:t>vt 0.699793 0.886091</w:t>
        <w:br/>
        <w:t>vt 0.713941 0.907873</w:t>
        <w:br/>
        <w:t>vt 0.717809 0.933439</w:t>
        <w:br/>
        <w:t>vt 0.711091 0.931501</w:t>
        <w:br/>
        <w:t>vt 0.721066 0.939438</w:t>
        <w:br/>
        <w:t>vt 0.699590 0.883507</w:t>
        <w:br/>
        <w:t>vt 0.701727 0.878800</w:t>
        <w:br/>
        <w:t>vt 0.512300 0.566800</w:t>
        <w:br/>
        <w:t>vt 0.507200 0.557700</w:t>
        <w:br/>
        <w:t>vt 0.494900 0.565900</w:t>
        <w:br/>
        <w:t>vt 0.501500 0.575100</w:t>
        <w:br/>
        <w:t>vt 0.582200 0.605400</w:t>
        <w:br/>
        <w:t>vt 0.582100 0.616400</w:t>
        <w:br/>
        <w:t>vt 0.592100 0.615500</w:t>
        <w:br/>
        <w:t>vt 0.591300 0.603600</w:t>
        <w:br/>
        <w:t>vt 0.588200 0.567500</w:t>
        <w:br/>
        <w:t>vt 0.594400 0.578800</w:t>
        <w:br/>
        <w:t>vt 0.604100 0.573500</w:t>
        <w:br/>
        <w:t>vt 0.598100 0.562200</w:t>
        <w:br/>
        <w:t>vt 0.598100 0.590000</w:t>
        <w:br/>
        <w:t>vt 0.608200 0.586000</w:t>
        <w:br/>
        <w:t>vt 0.585900 0.583400</w:t>
        <w:br/>
        <w:t>vt 0.589500 0.593400</w:t>
        <w:br/>
        <w:t>vt 0.579500 0.572700</w:t>
        <w:br/>
        <w:t>vt 0.572500 0.579400</w:t>
        <w:br/>
        <w:t>vt 0.578400 0.588100</w:t>
        <w:br/>
        <w:t>vt 0.600600 0.601200</w:t>
        <w:br/>
        <w:t>vt 0.602000 0.613800</w:t>
        <w:br/>
        <w:t>vt 0.613900 0.612700</w:t>
        <w:br/>
        <w:t>vt 0.611600 0.598400</w:t>
        <w:br/>
        <w:t>vt 0.572500 0.592200</w:t>
        <w:br/>
        <w:t>vt 0.571600 0.600000</w:t>
        <w:br/>
        <w:t>vt 0.581200 0.596800</w:t>
        <w:br/>
        <w:t>vt 0.569900 0.606400</w:t>
        <w:br/>
        <w:t>vt 0.567600 0.615000</w:t>
        <w:br/>
        <w:t>vt 0.557400 0.580800</w:t>
        <w:br/>
        <w:t>vt 0.551500 0.587700</w:t>
        <w:br/>
        <w:t>vt 0.561900 0.594500</w:t>
        <w:br/>
        <w:t>vt 0.566500 0.587600</w:t>
        <w:br/>
        <w:t>vt 0.541200 0.599900</w:t>
        <w:br/>
        <w:t>vt 0.553800 0.608900</w:t>
        <w:br/>
        <w:t>vt 0.557900 0.601300</w:t>
        <w:br/>
        <w:t>vt 0.546600 0.593300</w:t>
        <w:br/>
        <w:t>vt 0.534800 0.608000</w:t>
        <w:br/>
        <w:t>vt 0.549300 0.617700</w:t>
        <w:br/>
        <w:t>vt 0.526200 0.560100</w:t>
        <w:br/>
        <w:t>vt 0.518200 0.576900</w:t>
        <w:br/>
        <w:t>vt 0.530400 0.571300</w:t>
        <w:br/>
        <w:t>vt 0.555200 0.559300</w:t>
        <w:br/>
        <w:t>vt 0.552700 0.568800</w:t>
        <w:br/>
        <w:t>vt 0.563000 0.572700</w:t>
        <w:br/>
        <w:t>vt 0.568800 0.564200</w:t>
        <w:br/>
        <w:t>vt 0.635300 0.575500</w:t>
        <w:br/>
        <w:t>vt 0.619400 0.581700</w:t>
        <w:br/>
        <w:t>vt 0.624300 0.595000</w:t>
        <w:br/>
        <w:t>vt 0.641800 0.591600</w:t>
        <w:br/>
        <w:t>vt 0.627100 0.611400</w:t>
        <w:br/>
        <w:t>vt 0.639000 0.611400</w:t>
        <w:br/>
        <w:t>vt 0.696000 0.609600</w:t>
        <w:br/>
        <w:t>vt 0.698100 0.617800</w:t>
        <w:br/>
        <w:t>vt 0.704400 0.618000</w:t>
        <w:br/>
        <w:t>vt 0.703400 0.605700</w:t>
        <w:br/>
        <w:t>vt 0.673200 0.596400</w:t>
        <w:br/>
        <w:t>vt 0.678300 0.594800</w:t>
        <w:br/>
        <w:t>vt 0.675600 0.588500</w:t>
        <w:br/>
        <w:t>vt 0.669500 0.591100</w:t>
        <w:br/>
        <w:t>vt 0.716000 0.673500</w:t>
        <w:br/>
        <w:t>vt 0.716800 0.677500</w:t>
        <w:br/>
        <w:t>vt 0.728800 0.672200</w:t>
        <w:br/>
        <w:t>vt 0.727200 0.667700</w:t>
        <w:br/>
        <w:t>vt 0.653900 0.602100</w:t>
        <w:br/>
        <w:t>vt 0.649700 0.613300</w:t>
        <w:br/>
        <w:t>vt 0.702500 0.629400</w:t>
        <w:br/>
        <w:t>vt 0.698700 0.628200</w:t>
        <w:br/>
        <w:t>vt 0.695700 0.637200</w:t>
        <w:br/>
        <w:t>vt 0.699400 0.639700</w:t>
        <w:br/>
        <w:t>vt 0.693100 0.604000</w:t>
        <w:br/>
        <w:t>vt 0.689600 0.591100</w:t>
        <w:br/>
        <w:t>vt 0.694400 0.581200</w:t>
        <w:br/>
        <w:t>vt 0.677000 0.577000</w:t>
        <w:br/>
        <w:t>vt 0.682200 0.589200</w:t>
        <w:br/>
        <w:t>vt 0.683100 0.595200</w:t>
        <w:br/>
        <w:t>vt 0.688300 0.598200</w:t>
        <w:br/>
        <w:t>vt 0.692600 0.650000</w:t>
        <w:br/>
        <w:t>vt 0.689700 0.646000</w:t>
        <w:br/>
        <w:t>vt 0.685800 0.648700</w:t>
        <w:br/>
        <w:t>vt 0.687900 0.653100</w:t>
        <w:br/>
        <w:t>vt 0.792300 0.611100</w:t>
        <w:br/>
        <w:t>vt 0.797600 0.591700</w:t>
        <w:br/>
        <w:t>vt 0.791300 0.591000</w:t>
        <w:br/>
        <w:t>vt 0.786000 0.609400</w:t>
        <w:br/>
        <w:t>vt 0.503100 0.550200</w:t>
        <w:br/>
        <w:t>vt 0.499500 0.543800</w:t>
        <w:br/>
        <w:t>vt 0.484400 0.551900</w:t>
        <w:br/>
        <w:t>vt 0.490300 0.559800</w:t>
        <w:br/>
        <w:t>vt 0.756154 0.759427</w:t>
        <w:br/>
        <w:t>vt 0.770196 0.759824</w:t>
        <w:br/>
        <w:t>vt 0.770096 0.749804</w:t>
        <w:br/>
        <w:t>vt 0.754550 0.749407</w:t>
        <w:br/>
        <w:t>vt 0.629200 0.624000</w:t>
        <w:br/>
        <w:t>vt 0.615600 0.625200</w:t>
        <w:br/>
        <w:t>vt 0.602300 0.626400</w:t>
        <w:br/>
        <w:t>vt 0.590800 0.626900</w:t>
        <w:br/>
        <w:t>vt 0.564700 0.623900</w:t>
        <w:br/>
        <w:t>vt 0.580400 0.626300</w:t>
        <w:br/>
        <w:t>vt 0.655100 0.616700</w:t>
        <w:br/>
        <w:t>vt 0.649100 0.623800</w:t>
        <w:br/>
        <w:t>vt 0.653800 0.624500</w:t>
        <w:br/>
        <w:t>vt 0.640100 0.623200</w:t>
        <w:br/>
        <w:t>vt 0.631300 0.634900</w:t>
        <w:br/>
        <w:t>vt 0.641700 0.634600</w:t>
        <w:br/>
        <w:t>vt 0.617100 0.635900</w:t>
        <w:br/>
        <w:t>vt 0.603300 0.636200</w:t>
        <w:br/>
        <w:t>vt 0.650700 0.634400</w:t>
        <w:br/>
        <w:t>vt 0.639300 0.655400</w:t>
        <w:br/>
        <w:t>vt 0.652600 0.656200</w:t>
        <w:br/>
        <w:t>vt 0.646200 0.648200</w:t>
        <w:br/>
        <w:t>vt 0.635800 0.648400</w:t>
        <w:br/>
        <w:t>vt 0.657900 0.646900</w:t>
        <w:br/>
        <w:t>vt 0.670000 0.654100</w:t>
        <w:br/>
        <w:t>vt 0.759100 0.696700</w:t>
        <w:br/>
        <w:t>vt 0.754700 0.714900</w:t>
        <w:br/>
        <w:t>vt 0.768700 0.715600</w:t>
        <w:br/>
        <w:t>vt 0.774200 0.692900</w:t>
        <w:br/>
        <w:t>vt 0.728500 0.714100</w:t>
        <w:br/>
        <w:t>vt 0.729400 0.703400</w:t>
        <w:br/>
        <w:t>vt 0.717800 0.704800</w:t>
        <w:br/>
        <w:t>vt 0.717400 0.713200</w:t>
        <w:br/>
        <w:t>vt 0.741900 0.714700</w:t>
        <w:br/>
        <w:t>vt 0.744500 0.700300</w:t>
        <w:br/>
        <w:t>vt 0.684300 0.713500</w:t>
        <w:br/>
        <w:t>vt 0.696500 0.713200</w:t>
        <w:br/>
        <w:t>vt 0.695800 0.704700</w:t>
        <w:br/>
        <w:t>vt 0.682900 0.704500</w:t>
        <w:br/>
        <w:t>vt 0.667200 0.714300</w:t>
        <w:br/>
        <w:t>vt 0.666600 0.703900</w:t>
        <w:br/>
        <w:t>vt 0.633300 0.714200</w:t>
        <w:br/>
        <w:t>vt 0.651000 0.714400</w:t>
        <w:br/>
        <w:t>vt 0.650400 0.702300</w:t>
        <w:br/>
        <w:t>vt 0.633900 0.700200</w:t>
        <w:br/>
        <w:t>vt 0.617200 0.697600</w:t>
        <w:br/>
        <w:t>vt 0.614700 0.713300</w:t>
        <w:br/>
        <w:t>vt 0.761900 0.664300</w:t>
        <w:br/>
        <w:t>vt 0.762100 0.679000</w:t>
        <w:br/>
        <w:t>vt 0.775874 0.673409</w:t>
        <w:br/>
        <w:t>vt 0.775072 0.655128</w:t>
        <w:br/>
        <w:t>vt 0.730400 0.692700</w:t>
        <w:br/>
        <w:t>vt 0.731300 0.684600</w:t>
        <w:br/>
        <w:t>vt 0.717900 0.687100</w:t>
        <w:br/>
        <w:t>vt 0.718100 0.695800</w:t>
        <w:br/>
        <w:t>vt 0.746510 0.671922</w:t>
        <w:br/>
        <w:t>vt 0.746100 0.668800</w:t>
        <w:br/>
        <w:t>vt 0.729500 0.677200</w:t>
        <w:br/>
        <w:t>vt 0.730761 0.682386</w:t>
        <w:br/>
        <w:t>vt 0.706200 0.689800</w:t>
        <w:br/>
        <w:t>vt 0.695300 0.690800</w:t>
        <w:br/>
        <w:t>vt 0.695600 0.697400</w:t>
        <w:br/>
        <w:t>vt 0.706700 0.697300</w:t>
        <w:br/>
        <w:t>vt 0.682800 0.690000</w:t>
        <w:br/>
        <w:t>vt 0.665400 0.687700</w:t>
        <w:br/>
        <w:t>vt 0.666100 0.694500</w:t>
        <w:br/>
        <w:t>vt 0.682800 0.696700</w:t>
        <w:br/>
        <w:t>vt 0.650500 0.682700</w:t>
        <w:br/>
        <w:t>vt 0.635000 0.687500</w:t>
        <w:br/>
        <w:t>vt 0.650400 0.691100</w:t>
        <w:br/>
        <w:t>vt 0.618900 0.683400</w:t>
        <w:br/>
        <w:t>vt 0.636500 0.676500</w:t>
        <w:br/>
        <w:t>vt 0.620000 0.670500</w:t>
        <w:br/>
        <w:t>vt 0.752142 0.737700</w:t>
        <w:br/>
        <w:t>vt 0.669400 0.576600</w:t>
        <w:br/>
        <w:t>vt 0.661400 0.577900</w:t>
        <w:br/>
        <w:t>vt 0.542200 0.569000</w:t>
        <w:br/>
        <w:t>vt 0.543700 0.577100</w:t>
        <w:br/>
        <w:t>vt 0.550000 0.575900</w:t>
        <w:br/>
        <w:t>vt 0.614000 0.568400</w:t>
        <w:br/>
        <w:t>vt 0.520400 0.595700</w:t>
        <w:br/>
        <w:t>vt 0.528200 0.588600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0.532000 0.611000</w:t>
        <w:br/>
        <w:t>vt 0.530400 0.615300</w:t>
        <w:br/>
        <w:t>vt 0.544800 0.624500</w:t>
        <w:br/>
        <w:t>vt 0.491700 0.568500</w:t>
        <w:br/>
        <w:t>vt 0.498000 0.579000</w:t>
        <w:br/>
        <w:t>vt 0.499900 0.576300</w:t>
        <w:br/>
        <w:t>vt 0.493500 0.566600</w:t>
        <w:br/>
        <w:t>vt 0.505600 0.589000</w:t>
        <w:br/>
        <w:t>vt 0.516000 0.601800</w:t>
        <w:br/>
        <w:t>vt 0.518200 0.598400</w:t>
        <w:br/>
        <w:t>vt 0.507500 0.586100</w:t>
        <w:br/>
        <w:t>vt 0.563000 0.627600</w:t>
        <w:br/>
        <w:t>vt 0.561200 0.631600</w:t>
        <w:br/>
        <w:t>vt 0.577800 0.636200</w:t>
        <w:br/>
        <w:t>vt 0.578900 0.631100</w:t>
        <w:br/>
        <w:t>vt 0.489200 0.560600</w:t>
        <w:br/>
        <w:t>vt 0.487800 0.561700</w:t>
        <w:br/>
        <w:t>vt 0.483600 0.552300</w:t>
        <w:br/>
        <w:t>vt 0.489200 0.560600</w:t>
        <w:br/>
        <w:t>vt 0.758562 0.771432</w:t>
        <w:br/>
        <w:t>vt 0.590300 0.636400</w:t>
        <w:br/>
        <w:t>vt 0.605700 0.648700</w:t>
        <w:br/>
        <w:t>vt 0.586300 0.645900</w:t>
        <w:br/>
        <w:t>vt 0.591800 0.652100</w:t>
        <w:br/>
        <w:t>vt 0.607300 0.655500</w:t>
        <w:br/>
        <w:t>vt 0.603100 0.695800</w:t>
        <w:br/>
        <w:t>vt 0.605300 0.680000</w:t>
        <w:br/>
        <w:t>vt 0.601200 0.711600</w:t>
        <w:br/>
        <w:t>vt 0.717600 0.728900</w:t>
        <w:br/>
        <w:t>vt 0.728400 0.728900</w:t>
        <w:br/>
        <w:t>vt 0.740700 0.728900</w:t>
        <w:br/>
        <w:t>vt 0.697300 0.728900</w:t>
        <w:br/>
        <w:t>vt 0.707600 0.728900</w:t>
        <w:br/>
        <w:t>vt 0.707300 0.712900</w:t>
        <w:br/>
        <w:t>vt 0.778200 0.729000</w:t>
        <w:br/>
        <w:t>vt 0.790200 0.729000</w:t>
        <w:br/>
        <w:t>vt 0.780700 0.724300</w:t>
        <w:br/>
        <w:t>vt 0.590600 0.728900</w:t>
        <w:br/>
        <w:t>vt 0.600300 0.728900</w:t>
        <w:br/>
        <w:t>vt 0.600600 0.721900</w:t>
        <w:br/>
        <w:t>vt 0.595700 0.716600</w:t>
        <w:br/>
        <w:t>vt 0.751700 0.728900</w:t>
        <w:br/>
        <w:t>vt 0.745100 0.661800</w:t>
        <w:br/>
        <w:t>vt 0.758685 0.649975</w:t>
        <w:br/>
        <w:t>vt 0.753700 0.647500</w:t>
        <w:br/>
        <w:t>vt 0.742000 0.657900</w:t>
        <w:br/>
        <w:t>vt 0.529200 0.619400</w:t>
        <w:br/>
        <w:t>vt 0.544000 0.627700</w:t>
        <w:br/>
        <w:t>vt 0.490100 0.570800</w:t>
        <w:br/>
        <w:t>vt 0.495800 0.582000</w:t>
        <w:br/>
        <w:t>vt 0.502800 0.593600</w:t>
        <w:br/>
        <w:t>vt 0.514300 0.606800</w:t>
        <w:br/>
        <w:t>vt 0.560900 0.635600</w:t>
        <w:br/>
        <w:t>vt 0.577400 0.642000</w:t>
        <w:br/>
        <w:t>vt 0.486400 0.562900</w:t>
        <w:br/>
        <w:t>vt 0.620100 0.648700</w:t>
        <w:br/>
        <w:t>vt 0.655800 0.633800</w:t>
        <w:br/>
        <w:t>vt 0.666300 0.645500</w:t>
        <w:br/>
        <w:t>vt 0.760793 0.655737</w:t>
        <w:br/>
        <w:t>vt 0.717400 0.681700</w:t>
        <w:br/>
        <w:t>vt 0.695300 0.681700</w:t>
        <w:br/>
        <w:t>vt 0.695200 0.685400</w:t>
        <w:br/>
        <w:t>vt 0.705700 0.684500</w:t>
        <w:br/>
        <w:t>vt 0.705400 0.680800</w:t>
        <w:br/>
        <w:t>vt 0.683800 0.685500</w:t>
        <w:br/>
        <w:t>vt 0.665200 0.682300</w:t>
        <w:br/>
        <w:t>vt 0.652100 0.672600</w:t>
        <w:br/>
        <w:t>vt 0.638900 0.668100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0.659300 0.607900</w:t>
        <w:br/>
        <w:t>vt 0.667500 0.600500</w:t>
        <w:br/>
        <w:t>vt 0.663000 0.595400</w:t>
        <w:br/>
        <w:t>vt 0.707500 0.590200</w:t>
        <w:br/>
        <w:t>vt 0.684300 0.681600</w:t>
        <w:br/>
        <w:t>vt 0.684700 0.678900</w:t>
        <w:br/>
        <w:t>vt 0.666000 0.675200</w:t>
        <w:br/>
        <w:t>vt 0.681600 0.654800</w:t>
        <w:br/>
        <w:t>vt 0.680700 0.649800</w:t>
        <w:br/>
        <w:t>vt 0.654000 0.584800</w:t>
        <w:br/>
        <w:t>vt 0.781110 0.638041</w:t>
        <w:br/>
        <w:t>vt 0.785068 0.647205</w:t>
        <w:br/>
        <w:t>vt 0.791909 0.640823</w:t>
        <w:br/>
        <w:t>vt 0.785354 0.633916</w:t>
        <w:br/>
        <w:t>vt 0.817000 0.615700</w:t>
        <w:br/>
        <w:t>vt 0.839100 0.623000</w:t>
        <w:br/>
        <w:t>vt 0.834900 0.608900</w:t>
        <w:br/>
        <w:t>vt 0.809300 0.592300</w:t>
        <w:br/>
        <w:t>vt 0.799900 0.577426</w:t>
        <w:br/>
        <w:t>vt 0.803500 0.613800</w:t>
        <w:br/>
        <w:t>vt 0.821700 0.592900</w:t>
        <w:br/>
        <w:t>vt 0.835700 0.593400</w:t>
        <w:br/>
        <w:t>vt 0.757319 0.643800</w:t>
        <w:br/>
        <w:t>vt 0.705100 0.677100</w:t>
        <w:br/>
        <w:t>vt 0.695100 0.678300</w:t>
        <w:br/>
        <w:t>vt 0.806424 0.626568</w:t>
        <w:br/>
        <w:t>vt 0.811000 0.642900</w:t>
        <w:br/>
        <w:t>vt 0.782900 0.625100</w:t>
        <w:br/>
        <w:t>vt 0.777200 0.622100</w:t>
        <w:br/>
        <w:t>vt 0.844200 0.619500</w:t>
        <w:br/>
        <w:t>vt 0.849200 0.616600</w:t>
        <w:br/>
        <w:t>vt 0.847800 0.606700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0.596500 0.658900</w:t>
        <w:br/>
        <w:t>vt 0.597100 0.663500</w:t>
        <w:br/>
        <w:t>vt 0.696100 0.617300</w:t>
        <w:br/>
        <w:t>vt 0.697100 0.617800</w:t>
        <w:br/>
        <w:t>vt 0.694900 0.609900</w:t>
        <w:br/>
        <w:t>vt 0.693300 0.610200</w:t>
        <w:br/>
        <w:t>vt 0.679100 0.596000</w:t>
        <w:br/>
        <w:t>vt 0.673900 0.597400</w:t>
        <w:br/>
        <w:t>vt 0.674400 0.598600</w:t>
        <w:br/>
        <w:t>vt 0.678900 0.597000</w:t>
        <w:br/>
        <w:t>vt 0.696200 0.627500</w:t>
        <w:br/>
        <w:t>vt 0.694100 0.636600</w:t>
        <w:br/>
        <w:t>vt 0.695000 0.636800</w:t>
        <w:br/>
        <w:t>vt 0.697400 0.627700</w:t>
        <w:br/>
        <w:t>vt 0.692200 0.604800</w:t>
        <w:br/>
        <w:t>vt 0.690900 0.605300</w:t>
        <w:br/>
        <w:t>vt 0.682300 0.597700</w:t>
        <w:br/>
        <w:t>vt 0.683100 0.596500</w:t>
        <w:br/>
        <w:t>vt 0.680600 0.648300</w:t>
        <w:br/>
        <w:t>vt 0.680500 0.649000</w:t>
        <w:br/>
        <w:t>vt 0.685500 0.647900</w:t>
        <w:br/>
        <w:t>vt 0.685200 0.647200</w:t>
        <w:br/>
        <w:t>vt 0.756154 0.759427</w:t>
        <w:br/>
        <w:t>vt 0.754550 0.749407</w:t>
        <w:br/>
        <w:t>vt 0.753045 0.749407</w:t>
        <w:br/>
        <w:t>vt 0.754750 0.759030</w:t>
        <w:br/>
        <w:t>vt 0.658000 0.618100</w:t>
        <w:br/>
        <w:t>vt 0.656500 0.617400</w:t>
        <w:br/>
        <w:t>vt 0.655200 0.624600</w:t>
        <w:br/>
        <w:t>vt 0.656500 0.624700</w:t>
        <w:br/>
        <w:t>vt 0.790400 0.689300</w:t>
        <w:br/>
        <w:t>vt 0.788300 0.689000</w:t>
        <w:br/>
        <w:t>vt 0.789000 0.715800</w:t>
        <w:br/>
        <w:t>vt 0.791100 0.716100</w:t>
        <w:br/>
        <w:t>vt 0.586300 0.645900</w:t>
        <w:br/>
        <w:t>vt 0.584500 0.648800</w:t>
        <w:br/>
        <w:t>vt 0.589800 0.653800</w:t>
        <w:br/>
        <w:t>vt 0.751300 0.730900</w:t>
        <w:br/>
        <w:t>vt 0.765300 0.730900</w:t>
        <w:br/>
        <w:t>vt 0.765400 0.728900</w:t>
        <w:br/>
        <w:t>vt 0.717800 0.730900</w:t>
        <w:br/>
        <w:t>vt 0.728700 0.730900</w:t>
        <w:br/>
        <w:t>vt 0.739800 0.732800</w:t>
        <w:br/>
        <w:t>vt 0.740200 0.730900</w:t>
        <w:br/>
        <w:t>vt 0.728700 0.730900</w:t>
        <w:br/>
        <w:t>vt 0.728000 0.732800</w:t>
        <w:br/>
        <w:t>vt 0.697400 0.730900</w:t>
        <w:br/>
        <w:t>vt 0.697300 0.732800</w:t>
        <w:br/>
        <w:t>vt 0.707500 0.732800</w:t>
        <w:br/>
        <w:t>vt 0.707800 0.730900</w:t>
        <w:br/>
        <w:t>vt 0.668500 0.730900</w:t>
        <w:br/>
        <w:t>vt 0.668700 0.732800</w:t>
        <w:br/>
        <w:t>vt 0.686300 0.732800</w:t>
        <w:br/>
        <w:t>vt 0.686200 0.730900</w:t>
        <w:br/>
        <w:t>vt 0.652500 0.730900</w:t>
        <w:br/>
        <w:t>vt 0.652400 0.728900</w:t>
        <w:br/>
        <w:t>vt 0.633700 0.728900</w:t>
        <w:br/>
        <w:t>vt 0.633700 0.730900</w:t>
        <w:br/>
        <w:t>vt 0.652500 0.730900</w:t>
        <w:br/>
        <w:t>vt 0.652600 0.732800</w:t>
        <w:br/>
        <w:t>vt 0.790100 0.732900</w:t>
        <w:br/>
        <w:t>vt 0.791100 0.731000</w:t>
        <w:br/>
        <w:t>vt 0.778700 0.730900</w:t>
        <w:br/>
        <w:t>vt 0.778000 0.732900</w:t>
        <w:br/>
        <w:t>vt 0.615400 0.730900</w:t>
        <w:br/>
        <w:t>vt 0.615400 0.732800</w:t>
        <w:br/>
        <w:t>vt 0.633700 0.732800</w:t>
        <w:br/>
        <w:t>vt 0.633700 0.730900</w:t>
        <w:br/>
        <w:t>vt 0.590600 0.732800</w:t>
        <w:br/>
        <w:t>vt 0.600100 0.732800</w:t>
        <w:br/>
        <w:t>vt 0.600200 0.730900</w:t>
        <w:br/>
        <w:t>vt 0.589700 0.730900</w:t>
        <w:br/>
        <w:t>vt 0.751000 0.732800</w:t>
        <w:br/>
        <w:t>vt 0.751300 0.730900</w:t>
        <w:br/>
        <w:t>vt 0.528500 0.622100</w:t>
        <w:br/>
        <w:t>vt 0.543700 0.631000</w:t>
        <w:br/>
        <w:t>vt 0.488200 0.572000</w:t>
        <w:br/>
        <w:t>vt 0.493900 0.583600</w:t>
        <w:br/>
        <w:t>vt 0.500800 0.595200</w:t>
        <w:br/>
        <w:t>vt 0.493900 0.583600</w:t>
        <w:br/>
        <w:t>vt 0.492100 0.585100</w:t>
        <w:br/>
        <w:t>vt 0.498900 0.596700</w:t>
        <w:br/>
        <w:t>vt 0.512500 0.608800</w:t>
        <w:br/>
        <w:t>vt 0.510900 0.610600</w:t>
        <w:br/>
        <w:t>vt 0.559800 0.638200</w:t>
        <w:br/>
        <w:t>vt 0.576100 0.644600</w:t>
        <w:br/>
        <w:t>vt 0.577400 0.642000</w:t>
        <w:br/>
        <w:t>vt 0.485000 0.564100</w:t>
        <w:br/>
        <w:t>vt 0.483400 0.564800</w:t>
        <w:br/>
        <w:t>vt 0.486300 0.572200</w:t>
        <w:br/>
        <w:t>vt 0.488200 0.572000</w:t>
        <w:br/>
        <w:t>vt 0.526200 0.623900</w:t>
        <w:br/>
        <w:t>vt 0.528500 0.622100</w:t>
        <w:br/>
        <w:t>vt 0.543700 0.631000</w:t>
        <w:br/>
        <w:t>vt 0.541700 0.633100</w:t>
        <w:br/>
        <w:t>vt 0.558600 0.640800</w:t>
        <w:br/>
        <w:t>vt 0.559800 0.638200</w:t>
        <w:br/>
        <w:t>vt 0.481400 0.554800</w:t>
        <w:br/>
        <w:t>vt 0.480100 0.555600</w:t>
        <w:br/>
        <w:t>vt 0.584500 0.648800</w:t>
        <w:br/>
        <w:t>vt 0.576100 0.644600</w:t>
        <w:br/>
        <w:t>vt 0.574800 0.647300</w:t>
        <w:br/>
        <w:t>vt 0.583400 0.651500</w:t>
        <w:br/>
        <w:t>vt 0.667600 0.643500</w:t>
        <w:br/>
        <w:t>vt 0.658600 0.633200</w:t>
        <w:br/>
        <w:t>vt 0.657200 0.633800</w:t>
        <w:br/>
        <w:t>vt 0.666800 0.644300</w:t>
        <w:br/>
        <w:t>vt 0.691900 0.641300</w:t>
        <w:br/>
        <w:t>vt 0.688900 0.644800</w:t>
        <w:br/>
        <w:t>vt 0.689400 0.645400</w:t>
        <w:br/>
        <w:t>vt 0.692500 0.641500</w:t>
        <w:br/>
        <w:t>vt 0.673000 0.648000</w:t>
        <w:br/>
        <w:t>vt 0.673500 0.647200</w:t>
        <w:br/>
        <w:t>vt 0.661100 0.609200</w:t>
        <w:br/>
        <w:t>vt 0.662200 0.610200</w:t>
        <w:br/>
        <w:t>vt 0.669100 0.602500</w:t>
        <w:br/>
        <w:t>vt 0.668300 0.601200</w:t>
        <w:br/>
        <w:t>vt 0.814100 0.643700</w:t>
        <w:br/>
        <w:t>vt 0.815500 0.645800</w:t>
        <w:br/>
        <w:t>vt 0.832826 0.635644</w:t>
        <w:br/>
        <w:t>vt 0.831700 0.633300</w:t>
        <w:br/>
        <w:t>vt 0.593200 0.677600</w:t>
        <w:br/>
        <w:t>vt 0.591200 0.694500</w:t>
        <w:br/>
        <w:t>vt 0.589100 0.694300</w:t>
        <w:br/>
        <w:t>vt 0.587600 0.712200</w:t>
        <w:br/>
        <w:t>vt 0.589700 0.712500</w:t>
        <w:br/>
        <w:t>vt 0.591200 0.694500</w:t>
        <w:br/>
        <w:t>vt 0.594200 0.660000</w:t>
        <w:br/>
        <w:t>vt 0.589800 0.653800</w:t>
        <w:br/>
        <w:t>vt 0.588200 0.655900</w:t>
        <w:br/>
        <w:t>vt 0.592000 0.661400</w:t>
        <w:br/>
        <w:t>vt 0.482500 0.553200</w:t>
        <w:br/>
        <w:t>vt 0.694900 0.609900</w:t>
        <w:br/>
        <w:t>vt 0.697100 0.617800</w:t>
        <w:br/>
        <w:t>vt 0.673900 0.597400</w:t>
        <w:br/>
        <w:t>vt 0.679100 0.596000</w:t>
        <w:br/>
        <w:t>vt 0.697400 0.627700</w:t>
        <w:br/>
        <w:t>vt 0.695000 0.636800</w:t>
        <w:br/>
        <w:t>vt 0.692200 0.604800</w:t>
        <w:br/>
        <w:t>vt 0.683100 0.596500</w:t>
        <w:br/>
        <w:t>vt 0.687700 0.599500</w:t>
        <w:br/>
        <w:t>vt 0.689400 0.645400</w:t>
        <w:br/>
        <w:t>vt 0.685500 0.647900</w:t>
        <w:br/>
        <w:t>vt 0.656500 0.617400</w:t>
        <w:br/>
        <w:t>vt 0.655200 0.624600</w:t>
        <w:br/>
        <w:t>vt 0.666800 0.644300</w:t>
        <w:br/>
        <w:t>vt 0.657200 0.633800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0.743800 0.640300</w:t>
        <w:br/>
        <w:t>vt 0.733700 0.650800</w:t>
        <w:br/>
        <w:t>vt 0.756100 0.626500</w:t>
        <w:br/>
        <w:t>vt 0.764545 0.636412</w:t>
        <w:br/>
        <w:t>vt 0.773143 0.626799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0.794682 0.577426</w:t>
        <w:br/>
        <w:t>vt 0.779186 0.574681</w:t>
        <w:br/>
        <w:t>vt 0.776200 0.587400</w:t>
        <w:br/>
        <w:t>vt 0.770500 0.602100</w:t>
        <w:br/>
        <w:t>vt 0.756000 0.581800</w:t>
        <w:br/>
        <w:t>vt 0.751200 0.593200</w:t>
        <w:br/>
        <w:t>vt 0.684700 0.674900</w:t>
        <w:br/>
        <w:t>vt 0.732700 0.632000</w:t>
        <w:br/>
        <w:t>vt 0.747682 0.635944</w:t>
        <w:br/>
        <w:t>vt 0.735799 0.626262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0.759250 0.569213</w:t>
        <w:br/>
        <w:t>vt 0.715700 0.653400</w:t>
        <w:br/>
        <w:t>vt 0.639900 0.665400</w:t>
        <w:br/>
        <w:t>vt 0.746600 0.604400</w:t>
        <w:br/>
        <w:t>vt 0.740800 0.617000</w:t>
        <w:br/>
        <w:t>vt 0.715500 0.623200</w:t>
        <w:br/>
        <w:t>vt 0.710700 0.634100</w:t>
        <w:br/>
        <w:t>vt 0.719600 0.608100</w:t>
        <w:br/>
        <w:t>vt 0.722900 0.596100</w:t>
        <w:br/>
        <w:t>vt 0.700700 0.650300</w:t>
        <w:br/>
        <w:t>vt 0.705400 0.644400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0.735582 0.557653</w:t>
        <w:br/>
        <w:t>vt 0.722508 0.550658</w:t>
        <w:br/>
        <w:t>vt 0.717800 0.562700</w:t>
        <w:br/>
        <w:t>vt 0.750000 0.579400</w:t>
        <w:br/>
        <w:t>vt 0.727400 0.584000</w:t>
        <w:br/>
        <w:t>vt 0.745200 0.590700</w:t>
        <w:br/>
        <w:t>vt 0.667800 0.663200</w:t>
        <w:br/>
        <w:t>vt 0.684100 0.663700</w:t>
        <w:br/>
        <w:t>vt 0.727400 0.628800</w:t>
        <w:br/>
        <w:t>vt 0.734800 0.614200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0.700000 0.659300</w:t>
        <w:br/>
        <w:t>vt 0.695900 0.654400</w:t>
        <w:br/>
        <w:t>vt 0.640700 0.659100</w:t>
        <w:br/>
        <w:t>vt 0.753250 0.566813</w:t>
        <w:br/>
        <w:t>vt 0.711400 0.577100</w:t>
        <w:br/>
        <w:t>vt 0.740400 0.601800</w:t>
        <w:br/>
        <w:t>vt 0.652700 0.664800</w:t>
        <w:br/>
        <w:t>vt 0.667400 0.666600</w:t>
        <w:br/>
        <w:t>vt 0.756000 0.581800</w:t>
        <w:br/>
        <w:t>vt 0.753200 0.580700</w:t>
        <w:br/>
        <w:t>vt 0.748500 0.592000</w:t>
        <w:br/>
        <w:t>vt 0.684900 0.666600</w:t>
        <w:br/>
        <w:t>vt 0.733161 0.624753</w:t>
        <w:br/>
        <w:t>vt 0.738100 0.615500</w:t>
        <w:br/>
        <w:t>vt 0.722700 0.641400</w:t>
        <w:br/>
        <w:t>vt 0.730200 0.630300</w:t>
        <w:br/>
        <w:t>vt 0.707700 0.657200</w:t>
        <w:br/>
        <w:t>vt 0.714000 0.651600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0.640500 0.662400</w:t>
        <w:br/>
        <w:t>vt 0.622700 0.659100</w:t>
        <w:br/>
        <w:t>vt 0.743800 0.603100</w:t>
        <w:br/>
        <w:t>vt 0.748500 0.592000</w:t>
        <w:br/>
        <w:t>vt 0.701600 0.661300</w:t>
        <w:br/>
        <w:t>vt 0.700000 0.659300</w:t>
        <w:br/>
        <w:t>vt 0.693800 0.664500</w:t>
        <w:br/>
        <w:t>vt 0.692800 0.662400</w:t>
        <w:br/>
        <w:t>vt 0.909800 0.589100</w:t>
        <w:br/>
        <w:t>vt 0.910500 0.597500</w:t>
        <w:br/>
        <w:t>vt 0.923800 0.595300</w:t>
        <w:br/>
        <w:t>vt 0.923300 0.588900</w:t>
        <w:br/>
        <w:t>vt 0.866300 0.602800</w:t>
        <w:br/>
        <w:t>vt 0.865800 0.592700</w:t>
        <w:br/>
        <w:t>vt 0.887300 0.590700</w:t>
        <w:br/>
        <w:t>vt 0.888200 0.602000</w:t>
        <w:br/>
        <w:t>vt 0.899200 0.599600</w:t>
        <w:br/>
        <w:t>vt 0.898300 0.589800</w:t>
        <w:br/>
        <w:t>vt 0.867400 0.609100</w:t>
        <w:br/>
        <w:t>vt 0.877800 0.605300</w:t>
        <w:br/>
        <w:t>vt 0.877000 0.591800</w:t>
        <w:br/>
        <w:t>vt 0.793900 0.664800</w:t>
        <w:br/>
        <w:t>vt 0.790400 0.689300</w:t>
        <w:br/>
        <w:t>vt 0.792400 0.689300</w:t>
        <w:br/>
        <w:t>vt 0.796100 0.665600</w:t>
        <w:br/>
        <w:t>vt 0.750939 0.737700</w:t>
        <w:br/>
        <w:t>vt 0.752142 0.737700</w:t>
        <w:br/>
        <w:t>vt 0.765000 0.732800</w:t>
        <w:br/>
        <w:t>vt 0.765300 0.730900</w:t>
        <w:br/>
        <w:t>vt 0.717400 0.732800</w:t>
        <w:br/>
        <w:t>vt 0.717800 0.730900</w:t>
        <w:br/>
        <w:t>vt 0.740200 0.730900</w:t>
        <w:br/>
        <w:t>vt 0.707800 0.730900</w:t>
        <w:br/>
        <w:t>vt 0.697400 0.730900</w:t>
        <w:br/>
        <w:t>vt 0.686200 0.730900</w:t>
        <w:br/>
        <w:t>vt 0.686100 0.728900</w:t>
        <w:br/>
        <w:t>vt 0.668400 0.728900</w:t>
        <w:br/>
        <w:t>vt 0.668500 0.730900</w:t>
        <w:br/>
        <w:t>vt 0.778700 0.730900</w:t>
        <w:br/>
        <w:t>vt 0.791100 0.731000</w:t>
        <w:br/>
        <w:t>vt 0.615400 0.728900</w:t>
        <w:br/>
        <w:t>vt 0.615400 0.730900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0.793900 0.664800</w:t>
        <w:br/>
        <w:t>vt 0.804136 0.654108</w:t>
        <w:br/>
        <w:t>vt 0.801977 0.652705</w:t>
        <w:br/>
        <w:t>vt 0.791400 0.664200</w:t>
        <w:br/>
        <w:t>vt 0.830200 0.631600</w:t>
        <w:br/>
        <w:t>vt 0.814100 0.643700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0.594852 0.964173</w:t>
        <w:br/>
        <w:t>vt 0.598618 0.974603</w:t>
        <w:br/>
        <w:t>vt 0.607982 0.970449</w:t>
        <w:br/>
        <w:t>vt 0.604725 0.960666</w:t>
        <w:br/>
        <w:t>vt 0.587625 0.979217</w:t>
        <w:br/>
        <w:t>vt 0.616634 0.967588</w:t>
        <w:br/>
        <w:t>vt 0.625795 0.965465</w:t>
        <w:br/>
        <w:t>vt 0.538259 0.993800</w:t>
        <w:br/>
        <w:t>vt 0.545995 0.985863</w:t>
        <w:br/>
        <w:t>vt 0.541923 0.980786</w:t>
        <w:br/>
        <w:t>vt 0.535918 0.979863</w:t>
        <w:br/>
        <w:t>vt 0.729820 0.935746</w:t>
        <w:br/>
        <w:t>vt 0.793600 0.730600</w:t>
        <w:br/>
        <w:t>vt 0.793100 0.715500</w:t>
        <w:br/>
        <w:t>vt 0.791100 0.716100</w:t>
        <w:br/>
        <w:t>vt 0.792000 0.731700</w:t>
        <w:br/>
        <w:t>vt 0.790200 0.729000</w:t>
        <w:br/>
        <w:t>vt 0.792000 0.731700</w:t>
        <w:br/>
        <w:t>vt 0.545282 0.977095</w:t>
        <w:br/>
        <w:t>vt 0.775000 0.721900</w:t>
        <w:br/>
        <w:t>vt 0.549863 0.991400</w:t>
        <w:br/>
        <w:t>vt 0.775600 0.716500</w:t>
        <w:br/>
        <w:t>vt 0.779400 0.715000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0.594600 0.664200</w:t>
        <w:br/>
        <w:t>vt 0.592000 0.664500</w:t>
        <w:br/>
        <w:t>vt 0.707000 0.704800</w:t>
        <w:br/>
        <w:t>vt 0.806411 0.655076</w:t>
        <w:br/>
        <w:t>vt 0.804136 0.654108</w:t>
        <w:br/>
        <w:t>vt 0.747000 0.686200</w:t>
        <w:br/>
        <w:t>vt 0.821136 0.577426</w:t>
        <w:br/>
        <w:t>vt 0.808736 0.577426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0.730200 0.630300</w:t>
        <w:br/>
        <w:t>vt 0.733161 0.624753</w:t>
        <w:br/>
        <w:t>vt 0.707700 0.657200</w:t>
        <w:br/>
        <w:t>vt 0.756450 0.568113</w:t>
        <w:br/>
        <w:t>vt 0.738100 0.615500</w:t>
        <w:br/>
        <w:t>vt 0.740800 0.617000</w:t>
        <w:br/>
        <w:t>vt 0.746600 0.604400</w:t>
        <w:br/>
        <w:t>vt 0.743800 0.603100</w:t>
        <w:br/>
        <w:t>vt 0.756957 0.783040</w:t>
        <w:br/>
        <w:t>vt 0.759163 0.784528</w:t>
        <w:br/>
        <w:t>vt 0.758261 0.778178</w:t>
        <w:br/>
        <w:t>vt 0.756857 0.771432</w:t>
        <w:br/>
        <w:t>vt 0.757759 0.771432</w:t>
        <w:br/>
        <w:t>vt 0.672805 0.775996</w:t>
        <w:br/>
        <w:t>vt 0.684039 0.762007</w:t>
        <w:br/>
        <w:t>vt 0.675112 0.762205</w:t>
        <w:br/>
        <w:t>vt 0.676516 0.751292</w:t>
        <w:br/>
        <w:t>vt 0.677620 0.737700</w:t>
        <w:br/>
        <w:t>vt 0.616938 0.750498</w:t>
        <w:br/>
        <w:t>vt 0.627871 0.750895</w:t>
        <w:br/>
        <w:t>vt 0.629877 0.737700</w:t>
        <w:br/>
        <w:t>vt 0.620248 0.737700</w:t>
        <w:br/>
        <w:t>vt 0.636396 0.750895</w:t>
        <w:br/>
        <w:t>vt 0.638503 0.737700</w:t>
        <w:br/>
        <w:t>vt 0.645624 0.750895</w:t>
        <w:br/>
        <w:t>vt 0.648232 0.737700</w:t>
        <w:br/>
        <w:t>vt 0.611121 0.749705</w:t>
        <w:br/>
        <w:t>vt 0.608714 0.737700</w:t>
        <w:br/>
        <w:t>vt 0.611923 0.822030</w:t>
        <w:br/>
        <w:t>vt 0.616838 0.808636</w:t>
        <w:br/>
        <w:t>vt 0.606106 0.806057</w:t>
        <w:br/>
        <w:t>vt 0.600489 0.820442</w:t>
        <w:br/>
        <w:t>vt 0.624762 0.822129</w:t>
        <w:br/>
        <w:t>vt 0.628372 0.810620</w:t>
        <w:br/>
        <w:t>vt 0.616136 0.781651</w:t>
        <w:br/>
        <w:t>vt 0.611522 0.793457</w:t>
        <w:br/>
        <w:t>vt 0.621753 0.795739</w:t>
        <w:br/>
        <w:t>vt 0.626166 0.783536</w:t>
        <w:br/>
        <w:t>vt 0.629877 0.772126</w:t>
        <w:br/>
        <w:t>vt 0.636898 0.785123</w:t>
        <w:br/>
        <w:t>vt 0.640208 0.773317</w:t>
        <w:br/>
        <w:t>vt 0.605504 0.778873</w:t>
        <w:br/>
        <w:t>vt 0.620348 0.771531</w:t>
        <w:br/>
        <w:t>vt 0.609516 0.768952</w:t>
        <w:br/>
        <w:t>vt 0.592565 0.814093</w:t>
        <w:br/>
        <w:t>vt 0.596577 0.802386</w:t>
        <w:br/>
        <w:t>vt 0.596577 0.766174</w:t>
        <w:br/>
        <w:t>vt 0.587450 0.762404</w:t>
        <w:br/>
        <w:t>vt 0.583939 0.770440</w:t>
        <w:br/>
        <w:t>vt 0.592465 0.774507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0.606005 0.758634</w:t>
        <w:br/>
        <w:t>vt 0.604100 0.767761</w:t>
        <w:br/>
        <w:t>vt 0.601392 0.789389</w:t>
        <w:br/>
        <w:t>vt 0.632886 0.797425</w:t>
        <w:br/>
        <w:t>vt 0.673106 0.762503</w:t>
        <w:br/>
        <w:t>vt 0.674711 0.751193</w:t>
        <w:br/>
        <w:t>vt 0.664781 0.751094</w:t>
        <w:br/>
        <w:t>vt 0.663377 0.762801</w:t>
        <w:br/>
        <w:t>vt 0.661672 0.775500</w:t>
        <w:br/>
        <w:t>vt 0.671000 0.775996</w:t>
        <w:br/>
        <w:t>vt 0.658763 0.788496</w:t>
        <w:br/>
        <w:t>vt 0.667289 0.790877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0.584040 0.817565</w:t>
        <w:br/>
        <w:t>vt 0.586046 0.805957</w:t>
        <w:br/>
        <w:t>vt 0.579727 0.805858</w:t>
        <w:br/>
        <w:t>vt 0.578924 0.797822</w:t>
        <w:br/>
        <w:t>vt 0.585444 0.797128</w:t>
        <w:br/>
        <w:t>vt 0.581131 0.779964</w:t>
        <w:br/>
        <w:t>vt 0.604702 0.749209</w:t>
        <w:br/>
        <w:t>vt 0.594972 0.746530</w:t>
        <w:br/>
        <w:t>vt 0.599787 0.737700</w:t>
        <w:br/>
        <w:t>vt 0.609516 0.830264</w:t>
        <w:br/>
        <w:t>vt 0.609015 0.831554</w:t>
        <w:br/>
        <w:t>vt 0.622756 0.830264</w:t>
        <w:br/>
        <w:t>vt 0.594571 0.827883</w:t>
        <w:br/>
        <w:t>vt 0.585143 0.821931</w:t>
        <w:br/>
        <w:t>vt 0.586547 0.820542</w:t>
        <w:br/>
        <w:t>vt 0.583137 0.818061</w:t>
        <w:br/>
        <w:t>vt 0.579025 0.805858</w:t>
        <w:br/>
        <w:t>vt 0.579326 0.801791</w:t>
        <w:br/>
        <w:t>vt 0.578624 0.801791</w:t>
        <w:br/>
        <w:t>vt 0.581131 0.779964</w:t>
        <w:br/>
        <w:t>vt 0.579326 0.779270</w:t>
        <w:br/>
        <w:t>vt 0.578222 0.797624</w:t>
        <w:br/>
        <w:t>vt 0.578924 0.797822</w:t>
        <w:br/>
        <w:t>vt 0.583939 0.770440</w:t>
        <w:br/>
        <w:t>vt 0.582234 0.770043</w:t>
        <w:br/>
        <w:t>vt 0.587450 0.762404</w:t>
        <w:br/>
        <w:t>vt 0.585845 0.761610</w:t>
        <w:br/>
        <w:t>vt 0.591362 0.754367</w:t>
        <w:br/>
        <w:t>vt 0.589857 0.753574</w:t>
        <w:br/>
        <w:t>vt 0.594972 0.746530</w:t>
        <w:br/>
        <w:t>vt 0.593368 0.745637</w:t>
        <w:br/>
        <w:t>vt 0.589857 0.753574</w:t>
        <w:br/>
        <w:t>vt 0.676015 0.737700</w:t>
        <w:br/>
        <w:t>vt 0.666386 0.737700</w:t>
        <w:br/>
        <w:t>vt 0.599787 0.737700</w:t>
        <w:br/>
        <w:t>vt 0.597781 0.737700</w:t>
        <w:br/>
        <w:t>vt 0.832600 0.631300</w:t>
        <w:br/>
        <w:t>vt 0.581933 0.813002</w:t>
        <w:br/>
        <w:t>vt 0.493881 0.915492</w:t>
        <w:br/>
        <w:t>vt 0.649034 0.786710</w:t>
        <w:br/>
        <w:t>vt 0.645122 0.799211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0.644721 0.828875</w:t>
        <w:br/>
        <w:t>vt 0.644019 0.826593</w:t>
        <w:br/>
        <w:t>vt 0.646125 0.849412</w:t>
        <w:br/>
        <w:t>vt 0.658563 0.832348</w:t>
        <w:br/>
        <w:t>vt 0.650238 0.825800</w:t>
        <w:br/>
        <w:t>vt 0.644019 0.826593</w:t>
        <w:br/>
        <w:t>vt 0.644621 0.818657</w:t>
        <w:br/>
        <w:t>vt 0.670097 0.821732</w:t>
        <w:br/>
        <w:t>vt 0.658362 0.816275</w:t>
        <w:br/>
        <w:t>vt 0.656657 0.815383</w:t>
        <w:br/>
        <w:t>vt 0.649235 0.823816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0.654250 0.821732</w:t>
        <w:br/>
        <w:t>vt 0.723858 0.750300</w:t>
        <w:br/>
        <w:t>vt 0.722554 0.737700</w:t>
        <w:br/>
        <w:t>vt 0.756756 0.777583</w:t>
        <w:br/>
        <w:t>vt 0.755753 0.771432</w:t>
        <w:br/>
        <w:t>vt 0.754851 0.771630</w:t>
        <w:br/>
        <w:t>vt 0.758261 0.778178</w:t>
        <w:br/>
        <w:t>vt 0.753045 0.758237</w:t>
        <w:br/>
        <w:t>vt 0.753045 0.758237</w:t>
        <w:br/>
        <w:t>vt 0.755753 0.771432</w:t>
        <w:br/>
        <w:t>vt 0.756857 0.771432</w:t>
        <w:br/>
        <w:t>vt 0.754750 0.759030</w:t>
        <w:br/>
        <w:t>vt 0.749033 0.737700</w:t>
        <w:br/>
        <w:t>vt 0.751139 0.748415</w:t>
        <w:br/>
        <w:t>vt 0.753045 0.749407</w:t>
        <w:br/>
        <w:t>vt 0.750939 0.737700</w:t>
        <w:br/>
        <w:t>vt 0.747729 0.777186</w:t>
        <w:br/>
        <w:t>vt 0.747328 0.770936</w:t>
        <w:br/>
        <w:t>vt 0.736596 0.770539</w:t>
        <w:br/>
        <w:t>vt 0.736195 0.775202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0.741812 0.799112</w:t>
        <w:br/>
        <w:t>vt 0.740207 0.812307</w:t>
        <w:br/>
        <w:t>vt 0.747228 0.817367</w:t>
        <w:br/>
        <w:t>vt 0.755252 0.794945</w:t>
        <w:br/>
        <w:t>vt 0.743818 0.789984</w:t>
        <w:br/>
        <w:t>vt 0.747328 0.781651</w:t>
        <w:br/>
        <w:t>vt 0.756957 0.783040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0.731681 0.797128</w:t>
        <w:br/>
        <w:t>vt 0.724059 0.797822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0.493500 0.566600</w:t>
        <w:br/>
        <w:t>vt 0.499900 0.576300</w:t>
        <w:br/>
        <w:t>vt 0.507500 0.586100</w:t>
        <w:br/>
        <w:t>vt 0.518200 0.598400</w:t>
        <w:br/>
        <w:t>vt 0.483600 0.552300</w:t>
        <w:br/>
        <w:t>vt 0.747400 0.678700</w:t>
        <w:br/>
        <w:t>vt 0.687700 0.599500</w:t>
        <w:br/>
        <w:t>vt 0.686300 0.600400</w:t>
        <w:br/>
        <w:t>vt 0.571254 0.831149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0.835136 0.577426</w:t>
        <w:br/>
        <w:t>vt 0.897736 0.577426</w:t>
        <w:br/>
        <w:t>vt 0.909236 0.577426</w:t>
        <w:br/>
        <w:t>vt 0.847236 0.577426</w:t>
        <w:br/>
        <w:t>vt 0.756450 0.568113</w:t>
        <w:br/>
        <w:t>vt 0.865236 0.577426</w:t>
        <w:br/>
        <w:t>vt 0.876436 0.577426</w:t>
        <w:br/>
        <w:t>vt 0.886736 0.577426</w:t>
        <w:br/>
        <w:t>vt 0.922736 0.577426</w:t>
        <w:br/>
        <w:t>vt 0.697379 0.750796</w:t>
        <w:br/>
        <w:t>vt 0.685543 0.750697</w:t>
        <w:br/>
        <w:t>vt 0.686446 0.737700</w:t>
        <w:br/>
        <w:t>vt 0.696777 0.737700</w:t>
        <w:br/>
        <w:t>vt 0.696175 0.837606</w:t>
        <w:br/>
        <w:t>vt 0.699184 0.847031</w:t>
        <w:br/>
        <w:t>vt 0.690257 0.847428</w:t>
        <w:br/>
        <w:t>vt 0.687850 0.836911</w:t>
        <w:br/>
        <w:t>vt 0.695272 0.791373</w:t>
        <w:br/>
        <w:t>vt 0.701491 0.798021</w:t>
        <w:br/>
        <w:t>vt 0.694069 0.806255</w:t>
        <w:br/>
        <w:t>vt 0.686546 0.801295</w:t>
        <w:br/>
        <w:t>vt 0.678021 0.796334</w:t>
        <w:br/>
        <w:t>vt 0.688653 0.785718</w:t>
        <w:br/>
        <w:t>vt 0.681331 0.812902</w:t>
        <w:br/>
        <w:t>vt 0.672404 0.808140</w:t>
        <w:br/>
        <w:t>vt 0.689054 0.816871</w:t>
        <w:br/>
        <w:t>vt 0.687349 0.827089</w:t>
        <w:br/>
        <w:t>vt 0.679425 0.824510</w:t>
        <w:br/>
        <w:t>vt 0.695373 0.829471</w:t>
        <w:br/>
        <w:t>vt 0.703196 0.824014</w:t>
        <w:br/>
        <w:t>vt 0.705603 0.831653</w:t>
        <w:br/>
        <w:t>vt 0.696777 0.820740</w:t>
        <w:br/>
        <w:t>vt 0.708412 0.837110</w:t>
        <w:br/>
        <w:t>vt 0.712223 0.843856</w:t>
        <w:br/>
        <w:t>vt 0.713326 0.824510</w:t>
        <w:br/>
        <w:t>vt 0.707810 0.818855</w:t>
        <w:br/>
        <w:t>vt 0.714430 0.811017</w:t>
        <w:br/>
        <w:t>vt 0.720849 0.816375</w:t>
        <w:br/>
        <w:t>vt 0.723657 0.835919</w:t>
        <w:br/>
        <w:t>vt 0.718241 0.830363</w:t>
        <w:br/>
        <w:t>vt 0.726867 0.820938</w:t>
        <w:br/>
        <w:t>vt 0.732484 0.825701</w:t>
        <w:br/>
        <w:t>vt 0.738401 0.830463</w:t>
        <w:br/>
        <w:t>vt 0.728271 0.841078</w:t>
        <w:br/>
        <w:t>vt 0.561600 0.910035</w:t>
        <w:br/>
        <w:t>vt 0.561194 0.915744</w:t>
        <w:br/>
        <w:t>vt 0.541050 0.903594</w:t>
        <w:br/>
        <w:t>vt 0.550212 0.899554</w:t>
        <w:br/>
        <w:t>vt 0.606708 0.843559</w:t>
        <w:br/>
        <w:t>vt 0.599085 0.843459</w:t>
        <w:br/>
        <w:t>vt 0.598583 0.834431</w:t>
        <w:br/>
        <w:t>vt 0.608011 0.835721</w:t>
        <w:br/>
        <w:t>vt 0.604929 0.928086</w:t>
        <w:br/>
        <w:t>vt 0.606252 0.930485</w:t>
        <w:br/>
        <w:t>vt 0.593631 0.930116</w:t>
        <w:br/>
        <w:t>vt 0.593122 0.927624</w:t>
        <w:br/>
        <w:t>vt 0.643016 0.873719</w:t>
        <w:br/>
        <w:t>vt 0.635293 0.875009</w:t>
        <w:br/>
        <w:t>vt 0.635092 0.864095</w:t>
        <w:br/>
        <w:t>vt 0.642013 0.862012</w:t>
        <w:br/>
        <w:t>vt 0.576918 0.914991</w:t>
        <w:br/>
        <w:t>vt 0.576918 0.920745</w:t>
        <w:br/>
        <w:t>vt 0.588954 0.849908</w:t>
        <w:br/>
        <w:t>vt 0.585845 0.857547</w:t>
        <w:br/>
        <w:t>vt 0.582963 0.849472</w:t>
        <w:br/>
        <w:t>vt 0.590258 0.825701</w:t>
        <w:br/>
        <w:t>vt 0.587355 0.833658</w:t>
        <w:br/>
        <w:t>vt 0.581532 0.825701</w:t>
        <w:br/>
        <w:t>vt 0.585143 0.821931</w:t>
        <w:br/>
        <w:t>vt 0.571254 0.831149</w:t>
        <w:br/>
        <w:t>vt 0.580047 0.841303</w:t>
        <w:br/>
        <w:t>vt 0.570055 0.838988</w:t>
        <w:br/>
        <w:t>vt 0.589310 0.837074</w:t>
        <w:br/>
        <w:t>vt 0.593669 0.845245</w:t>
        <w:br/>
        <w:t>vt 0.608513 0.912610</w:t>
        <w:br/>
        <w:t>vt 0.617841 0.908542</w:t>
        <w:br/>
        <w:t>vt 0.620850 0.916677</w:t>
        <w:br/>
        <w:t>vt 0.610820 0.920944</w:t>
        <w:br/>
        <w:t>vt 0.631682 0.892073</w:t>
        <w:br/>
        <w:t>vt 0.642916 0.889097</w:t>
        <w:br/>
        <w:t>vt 0.639184 0.907496</w:t>
        <w:br/>
        <w:t>vt 0.628039 0.901862</w:t>
        <w:br/>
        <w:t>vt 0.615032 0.845841</w:t>
        <w:br/>
        <w:t>vt 0.618342 0.838201</w:t>
        <w:br/>
        <w:t>vt 0.625564 0.850206</w:t>
        <w:br/>
        <w:t>vt 0.630980 0.842269</w:t>
        <w:br/>
        <w:t>vt 0.638202 0.851892</w:t>
        <w:br/>
        <w:t>vt 0.632083 0.857051</w:t>
        <w:br/>
        <w:t>vt 0.663678 0.803973</w:t>
        <w:br/>
        <w:t>vt 0.668292 0.791175</w:t>
        <w:br/>
        <w:t>vt 0.682133 0.777186</w:t>
        <w:br/>
        <w:t>vt 0.672805 0.858242</w:t>
        <w:br/>
        <w:t>vt 0.670398 0.846634</w:t>
        <w:br/>
        <w:t>vt 0.681230 0.846932</w:t>
        <w:br/>
        <w:t>vt 0.683939 0.857448</w:t>
        <w:br/>
        <w:t>vt 0.694370 0.856357</w:t>
        <w:br/>
        <w:t>vt 0.715734 0.849611</w:t>
        <w:br/>
        <w:t>vt 0.704199 0.853976</w:t>
        <w:br/>
        <w:t>vt 0.660569 0.868262</w:t>
        <w:br/>
        <w:t>vt 0.650438 0.871338</w:t>
        <w:br/>
        <w:t>vt 0.648633 0.860623</w:t>
        <w:br/>
        <w:t>vt 0.659164 0.859135</w:t>
        <w:br/>
        <w:t>vt 0.673909 0.865683</w:t>
        <w:br/>
        <w:t>vt 0.685343 0.862806</w:t>
        <w:br/>
        <w:t>vt 0.661070 0.889890</w:t>
        <w:br/>
        <w:t>vt 0.650438 0.897927</w:t>
        <w:br/>
        <w:t>vt 0.651642 0.885525</w:t>
        <w:br/>
        <w:t>vt 0.661170 0.881557</w:t>
        <w:br/>
        <w:t>vt 0.675212 0.876497</w:t>
        <w:br/>
        <w:t>vt 0.675915 0.881160</w:t>
        <w:br/>
        <w:t>vt 0.545588 0.955313</w:t>
        <w:br/>
        <w:t>vt 0.539805 0.938353</w:t>
        <w:br/>
        <w:t>vt 0.553221 0.940453</w:t>
        <w:br/>
        <w:t>vt 0.560957 0.955774</w:t>
        <w:br/>
        <w:t>vt 0.609611 0.943776</w:t>
        <w:br/>
        <w:t>vt 0.611443 0.950514</w:t>
        <w:br/>
        <w:t>vt 0.601875 0.953190</w:t>
        <w:br/>
        <w:t>vt 0.598822 0.945253</w:t>
        <w:br/>
        <w:t>vt 0.575920 0.955774</w:t>
        <w:br/>
        <w:t>vt 0.569405 0.943407</w:t>
        <w:br/>
        <w:t>vt 0.586709 0.945345</w:t>
        <w:br/>
        <w:t>vt 0.590781 0.954759</w:t>
        <w:br/>
        <w:t>vt 0.623454 0.955405</w:t>
        <w:br/>
        <w:t>vt 0.613682 0.957897</w:t>
        <w:br/>
        <w:t>vt 0.621622 0.947560</w:t>
        <w:br/>
        <w:t>vt 0.633531 0.943961</w:t>
        <w:br/>
        <w:t>vt 0.648798 0.938792</w:t>
        <w:br/>
        <w:t>vt 0.651140 0.948575</w:t>
        <w:br/>
        <w:t>vt 0.634752 0.952729</w:t>
        <w:br/>
        <w:t>vt 0.684016 0.938238</w:t>
        <w:br/>
        <w:t>vt 0.666916 0.943868</w:t>
        <w:br/>
        <w:t>vt 0.663761 0.932793</w:t>
        <w:br/>
        <w:t>vt 0.678724 0.926055</w:t>
        <w:br/>
        <w:t>vt 0.693482 0.918579</w:t>
        <w:br/>
        <w:t>vt 0.701218 0.931224</w:t>
        <w:br/>
        <w:t>vt 0.548234 0.927440</w:t>
        <w:br/>
        <w:t>vt 0.535108 0.923373</w:t>
        <w:br/>
        <w:t>vt 0.607881 0.936854</w:t>
        <w:br/>
        <w:t>vt 0.595564 0.937131</w:t>
        <w:br/>
        <w:t>vt 0.584266 0.936485</w:t>
        <w:br/>
        <w:t>vt 0.565639 0.930578</w:t>
        <w:br/>
        <w:t>vt 0.617957 0.934454</w:t>
        <w:br/>
        <w:t>vt 0.629052 0.930485</w:t>
        <w:br/>
        <w:t>vt 0.631190 0.936854</w:t>
        <w:br/>
        <w:t>vt 0.619688 0.940822</w:t>
        <w:br/>
        <w:t>vt 0.646457 0.930116</w:t>
        <w:br/>
        <w:t>vt 0.660402 0.922917</w:t>
        <w:br/>
        <w:t>vt 0.673940 0.915534</w:t>
        <w:br/>
        <w:t>vt 0.687375 0.907412</w:t>
        <w:br/>
        <w:t>vt 0.710317 0.737700</w:t>
        <w:br/>
        <w:t>vt 0.711621 0.750597</w:t>
        <w:br/>
        <w:t>vt 0.599586 0.829669</w:t>
        <w:br/>
        <w:t>vt 0.609015 0.831554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0.728672 0.842467</w:t>
        <w:br/>
        <w:t>vt 0.728271 0.841078</w:t>
        <w:br/>
        <w:t>vt 0.738401 0.830463</w:t>
        <w:br/>
        <w:t>vt 0.753848 0.806354</w:t>
        <w:br/>
        <w:t>vt 0.748131 0.819847</w:t>
        <w:br/>
        <w:t>vt 0.747228 0.817367</w:t>
        <w:br/>
        <w:t>vt 0.752744 0.803973</w:t>
        <w:br/>
        <w:t>vt 0.705403 0.857151</w:t>
        <w:br/>
        <w:t>vt 0.704199 0.853976</w:t>
        <w:br/>
        <w:t>vt 0.715734 0.849611</w:t>
        <w:br/>
        <w:t>vt 0.717138 0.851198</w:t>
        <w:br/>
        <w:t>vt 0.695573 0.860325</w:t>
        <w:br/>
        <w:t>vt 0.686847 0.872231</w:t>
        <w:br/>
        <w:t>vt 0.699886 0.866179</w:t>
        <w:br/>
        <w:t>vt 0.696376 0.870544</w:t>
        <w:br/>
        <w:t>vt 0.687248 0.876298</w:t>
        <w:br/>
        <w:t>vt 0.698266 0.900305</w:t>
        <w:br/>
        <w:t>vt 0.682795 0.897351</w:t>
        <w:br/>
        <w:t>vt 0.693381 0.890152</w:t>
        <w:br/>
        <w:t>vt 0.705697 0.912303</w:t>
        <w:br/>
        <w:t>vt 0.713331 0.925040</w:t>
        <w:br/>
        <w:t>vt 0.562789 0.987985</w:t>
        <w:br/>
        <w:t>vt 0.556173 0.975341</w:t>
        <w:br/>
        <w:t>vt 0.570016 0.971557</w:t>
        <w:br/>
        <w:t>vt 0.576734 0.983371</w:t>
        <w:br/>
        <w:t>vt 0.653888 0.960481</w:t>
        <w:br/>
        <w:t>vt 0.635973 0.963343</w:t>
        <w:br/>
        <w:t>vt 0.688902 0.951621</w:t>
        <w:br/>
        <w:t>vt 0.669970 0.956882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0.582739 0.968327</w:t>
        <w:br/>
        <w:t>vt 0.740608 0.835622</w:t>
        <w:br/>
        <w:t>vt 0.729876 0.845047</w:t>
        <w:br/>
        <w:t>vt 0.758361 0.796532</w:t>
        <w:br/>
        <w:t>vt 0.756054 0.807743</w:t>
        <w:br/>
        <w:t>vt 0.755252 0.794945</w:t>
        <w:br/>
        <w:t>vt 0.750638 0.822724</w:t>
        <w:br/>
        <w:t>vt 0.718141 0.853678</w:t>
        <w:br/>
        <w:t>vt 0.706305 0.861218</w:t>
        <w:br/>
        <w:t>vt 0.542884 0.914846</w:t>
        <w:br/>
        <w:t>vt 0.564520 0.921717</w:t>
        <w:br/>
        <w:t>vt 0.580195 0.927809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0.666000 0.900305</w:t>
        <w:br/>
        <w:t>vt 0.669665 0.906673</w:t>
        <w:br/>
        <w:t>vt 0.657450 0.914518</w:t>
        <w:br/>
        <w:t>vt 0.681472 0.891998</w:t>
        <w:br/>
        <w:t>vt 0.665898 0.896798</w:t>
        <w:br/>
        <w:t>vt 0.680963 0.888676</w:t>
        <w:br/>
        <w:t>vt 0.692668 0.886553</w:t>
        <w:br/>
        <w:t>vt 0.692465 0.884153</w:t>
        <w:br/>
        <w:t>vt 0.587550 0.915586</w:t>
        <w:br/>
        <w:t>vt 0.589356 0.923027</w:t>
        <w:br/>
        <w:t>vt 0.625082 0.921717</w:t>
        <w:br/>
        <w:t>vt 0.643506 0.912672</w:t>
        <w:br/>
        <w:t>vt 0.622254 0.832249</w:t>
        <w:br/>
        <w:t>vt 0.525332 0.934177</w:t>
        <w:br/>
        <w:t>vt 0.522593 0.918917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0.509316 0.913378</w:t>
        <w:br/>
        <w:t>vt 0.503365 0.923621</w:t>
        <w:br/>
        <w:t>vt 0.508456 0.910620</w:t>
        <w:br/>
        <w:t>vt 0.699793 0.886091</w:t>
        <w:br/>
        <w:t>vt 0.705595 0.895044</w:t>
        <w:br/>
        <w:t>vt 0.713941 0.907873</w:t>
        <w:br/>
        <w:t>vt 0.711091 0.931501</w:t>
        <w:br/>
        <w:t>vt 0.717809 0.933439</w:t>
        <w:br/>
        <w:t>vt 0.721066 0.939438</w:t>
        <w:br/>
        <w:t>vt 0.699590 0.883507</w:t>
        <w:br/>
        <w:t>vt 0.701727 0.878800</w:t>
        <w:br/>
        <w:t>vt 0.512300 0.566800</w:t>
        <w:br/>
        <w:t>vt 0.501500 0.575100</w:t>
        <w:br/>
        <w:t>vt 0.494900 0.565900</w:t>
        <w:br/>
        <w:t>vt 0.507200 0.557700</w:t>
        <w:br/>
        <w:t>vt 0.592100 0.615500</w:t>
        <w:br/>
        <w:t>vt 0.582100 0.616400</w:t>
        <w:br/>
        <w:t>vt 0.582200 0.605400</w:t>
        <w:br/>
        <w:t>vt 0.591300 0.603600</w:t>
        <w:br/>
        <w:t>vt 0.604100 0.573500</w:t>
        <w:br/>
        <w:t>vt 0.594400 0.578800</w:t>
        <w:br/>
        <w:t>vt 0.588200 0.567500</w:t>
        <w:br/>
        <w:t>vt 0.598100 0.562200</w:t>
        <w:br/>
        <w:t>vt 0.608200 0.586000</w:t>
        <w:br/>
        <w:t>vt 0.598100 0.590000</w:t>
        <w:br/>
        <w:t>vt 0.585900 0.583400</w:t>
        <w:br/>
        <w:t>vt 0.589500 0.593400</w:t>
        <w:br/>
        <w:t>vt 0.578400 0.588100</w:t>
        <w:br/>
        <w:t>vt 0.572500 0.579400</w:t>
        <w:br/>
        <w:t>vt 0.579500 0.572700</w:t>
        <w:br/>
        <w:t>vt 0.600600 0.601200</w:t>
        <w:br/>
        <w:t>vt 0.611600 0.598400</w:t>
        <w:br/>
        <w:t>vt 0.613900 0.612700</w:t>
        <w:br/>
        <w:t>vt 0.602000 0.613800</w:t>
        <w:br/>
        <w:t>vt 0.581200 0.596800</w:t>
        <w:br/>
        <w:t>vt 0.571600 0.600000</w:t>
        <w:br/>
        <w:t>vt 0.572500 0.592200</w:t>
        <w:br/>
        <w:t>vt 0.569900 0.606400</w:t>
        <w:br/>
        <w:t>vt 0.567600 0.615000</w:t>
        <w:br/>
        <w:t>vt 0.557400 0.580800</w:t>
        <w:br/>
        <w:t>vt 0.566500 0.587600</w:t>
        <w:br/>
        <w:t>vt 0.561900 0.594500</w:t>
        <w:br/>
        <w:t>vt 0.551500 0.587700</w:t>
        <w:br/>
        <w:t>vt 0.557900 0.601300</w:t>
        <w:br/>
        <w:t>vt 0.553800 0.608900</w:t>
        <w:br/>
        <w:t>vt 0.541200 0.599900</w:t>
        <w:br/>
        <w:t>vt 0.546600 0.593300</w:t>
        <w:br/>
        <w:t>vt 0.534800 0.608000</w:t>
        <w:br/>
        <w:t>vt 0.549300 0.617700</w:t>
        <w:br/>
        <w:t>vt 0.526200 0.560100</w:t>
        <w:br/>
        <w:t>vt 0.530400 0.571300</w:t>
        <w:br/>
        <w:t>vt 0.518200 0.576900</w:t>
        <w:br/>
        <w:t>vt 0.563000 0.572700</w:t>
        <w:br/>
        <w:t>vt 0.552700 0.568800</w:t>
        <w:br/>
        <w:t>vt 0.555200 0.559300</w:t>
        <w:br/>
        <w:t>vt 0.568800 0.564200</w:t>
        <w:br/>
        <w:t>vt 0.635300 0.575500</w:t>
        <w:br/>
        <w:t>vt 0.641800 0.591600</w:t>
        <w:br/>
        <w:t>vt 0.624300 0.595000</w:t>
        <w:br/>
        <w:t>vt 0.619400 0.581700</w:t>
        <w:br/>
        <w:t>vt 0.639000 0.611400</w:t>
        <w:br/>
        <w:t>vt 0.627100 0.611400</w:t>
        <w:br/>
        <w:t>vt 0.704400 0.618000</w:t>
        <w:br/>
        <w:t>vt 0.698100 0.617800</w:t>
        <w:br/>
        <w:t>vt 0.696000 0.609600</w:t>
        <w:br/>
        <w:t>vt 0.703400 0.605700</w:t>
        <w:br/>
        <w:t>vt 0.673200 0.596400</w:t>
        <w:br/>
        <w:t>vt 0.669500 0.591100</w:t>
        <w:br/>
        <w:t>vt 0.675600 0.588500</w:t>
        <w:br/>
        <w:t>vt 0.678300 0.594800</w:t>
        <w:br/>
        <w:t>vt 0.716000 0.673500</w:t>
        <w:br/>
        <w:t>vt 0.727200 0.667700</w:t>
        <w:br/>
        <w:t>vt 0.728800 0.672200</w:t>
        <w:br/>
        <w:t>vt 0.716800 0.677500</w:t>
        <w:br/>
        <w:t>vt 0.653900 0.602100</w:t>
        <w:br/>
        <w:t>vt 0.649700 0.613300</w:t>
        <w:br/>
        <w:t>vt 0.695700 0.637200</w:t>
        <w:br/>
        <w:t>vt 0.698700 0.628200</w:t>
        <w:br/>
        <w:t>vt 0.702500 0.629400</w:t>
        <w:br/>
        <w:t>vt 0.699400 0.639700</w:t>
        <w:br/>
        <w:t>vt 0.693100 0.604000</w:t>
        <w:br/>
        <w:t>vt 0.689600 0.591100</w:t>
        <w:br/>
        <w:t>vt 0.677000 0.577000</w:t>
        <w:br/>
        <w:t>vt 0.694400 0.581200</w:t>
        <w:br/>
        <w:t>vt 0.688300 0.598200</w:t>
        <w:br/>
        <w:t>vt 0.683100 0.595200</w:t>
        <w:br/>
        <w:t>vt 0.682200 0.589200</w:t>
        <w:br/>
        <w:t>vt 0.685800 0.648700</w:t>
        <w:br/>
        <w:t>vt 0.689700 0.646000</w:t>
        <w:br/>
        <w:t>vt 0.692600 0.650000</w:t>
        <w:br/>
        <w:t>vt 0.687900 0.653100</w:t>
        <w:br/>
        <w:t>vt 0.792300 0.611100</w:t>
        <w:br/>
        <w:t>vt 0.786000 0.609400</w:t>
        <w:br/>
        <w:t>vt 0.791300 0.591000</w:t>
        <w:br/>
        <w:t>vt 0.797600 0.591700</w:t>
        <w:br/>
        <w:t>vt 0.503100 0.550200</w:t>
        <w:br/>
        <w:t>vt 0.490300 0.559800</w:t>
        <w:br/>
        <w:t>vt 0.484400 0.551900</w:t>
        <w:br/>
        <w:t>vt 0.499500 0.543800</w:t>
        <w:br/>
        <w:t>vt 0.756154 0.759427</w:t>
        <w:br/>
        <w:t>vt 0.754550 0.749407</w:t>
        <w:br/>
        <w:t>vt 0.770096 0.749804</w:t>
        <w:br/>
        <w:t>vt 0.770196 0.759824</w:t>
        <w:br/>
        <w:t>vt 0.629200 0.624000</w:t>
        <w:br/>
        <w:t>vt 0.615600 0.625200</w:t>
        <w:br/>
        <w:t>vt 0.602300 0.626400</w:t>
        <w:br/>
        <w:t>vt 0.590800 0.626900</w:t>
        <w:br/>
        <w:t>vt 0.580400 0.626300</w:t>
        <w:br/>
        <w:t>vt 0.564700 0.623900</w:t>
        <w:br/>
        <w:t>vt 0.655100 0.616700</w:t>
        <w:br/>
        <w:t>vt 0.653800 0.624500</w:t>
        <w:br/>
        <w:t>vt 0.649100 0.623800</w:t>
        <w:br/>
        <w:t>vt 0.640100 0.623200</w:t>
        <w:br/>
        <w:t>vt 0.641700 0.634600</w:t>
        <w:br/>
        <w:t>vt 0.631300 0.634900</w:t>
        <w:br/>
        <w:t>vt 0.617100 0.635900</w:t>
        <w:br/>
        <w:t>vt 0.603300 0.636200</w:t>
        <w:br/>
        <w:t>vt 0.650700 0.634400</w:t>
        <w:br/>
        <w:t>vt 0.639300 0.655400</w:t>
        <w:br/>
        <w:t>vt 0.635800 0.648400</w:t>
        <w:br/>
        <w:t>vt 0.646200 0.648200</w:t>
        <w:br/>
        <w:t>vt 0.652600 0.656200</w:t>
        <w:br/>
        <w:t>vt 0.657900 0.646900</w:t>
        <w:br/>
        <w:t>vt 0.670000 0.654100</w:t>
        <w:br/>
        <w:t>vt 0.768700 0.715600</w:t>
        <w:br/>
        <w:t>vt 0.754700 0.714900</w:t>
        <w:br/>
        <w:t>vt 0.759100 0.696700</w:t>
        <w:br/>
        <w:t>vt 0.774200 0.692900</w:t>
        <w:br/>
        <w:t>vt 0.728500 0.714100</w:t>
        <w:br/>
        <w:t>vt 0.717400 0.713200</w:t>
        <w:br/>
        <w:t>vt 0.717800 0.704800</w:t>
        <w:br/>
        <w:t>vt 0.729400 0.703400</w:t>
        <w:br/>
        <w:t>vt 0.741900 0.714700</w:t>
        <w:br/>
        <w:t>vt 0.744500 0.700300</w:t>
        <w:br/>
        <w:t>vt 0.684300 0.713500</w:t>
        <w:br/>
        <w:t>vt 0.682900 0.704500</w:t>
        <w:br/>
        <w:t>vt 0.695800 0.704700</w:t>
        <w:br/>
        <w:t>vt 0.696500 0.713200</w:t>
        <w:br/>
        <w:t>vt 0.667200 0.714300</w:t>
        <w:br/>
        <w:t>vt 0.666600 0.703900</w:t>
        <w:br/>
        <w:t>vt 0.633300 0.714200</w:t>
        <w:br/>
        <w:t>vt 0.633900 0.700200</w:t>
        <w:br/>
        <w:t>vt 0.650400 0.702300</w:t>
        <w:br/>
        <w:t>vt 0.651000 0.714400</w:t>
        <w:br/>
        <w:t>vt 0.617200 0.697600</w:t>
        <w:br/>
        <w:t>vt 0.614700 0.713300</w:t>
        <w:br/>
        <w:t>vt 0.775654 0.673499</w:t>
        <w:br/>
        <w:t>vt 0.762100 0.679000</w:t>
        <w:br/>
        <w:t>vt 0.761900 0.664300</w:t>
        <w:br/>
        <w:t>vt 0.774438 0.655570</w:t>
        <w:br/>
        <w:t>vt 0.729500 0.677200</w:t>
        <w:br/>
        <w:t>vt 0.746100 0.668800</w:t>
        <w:br/>
        <w:t>vt 0.746604 0.672641</w:t>
        <w:br/>
        <w:t>vt 0.730752 0.682346</w:t>
        <w:br/>
        <w:t>vt 0.695600 0.697400</w:t>
        <w:br/>
        <w:t>vt 0.695300 0.690800</w:t>
        <w:br/>
        <w:t>vt 0.706200 0.689800</w:t>
        <w:br/>
        <w:t>vt 0.706700 0.697300</w:t>
        <w:br/>
        <w:t>vt 0.682800 0.690000</w:t>
        <w:br/>
        <w:t>vt 0.682800 0.696700</w:t>
        <w:br/>
        <w:t>vt 0.666100 0.694500</w:t>
        <w:br/>
        <w:t>vt 0.665400 0.687700</w:t>
        <w:br/>
        <w:t>vt 0.650500 0.682700</w:t>
        <w:br/>
        <w:t>vt 0.650400 0.691100</w:t>
        <w:br/>
        <w:t>vt 0.635000 0.687500</w:t>
        <w:br/>
        <w:t>vt 0.618900 0.683400</w:t>
        <w:br/>
        <w:t>vt 0.620000 0.670500</w:t>
        <w:br/>
        <w:t>vt 0.636500 0.676500</w:t>
        <w:br/>
        <w:t>vt 0.752142 0.737700</w:t>
        <w:br/>
        <w:t>vt 0.669400 0.576600</w:t>
        <w:br/>
        <w:t>vt 0.661400 0.577900</w:t>
        <w:br/>
        <w:t>vt 0.542200 0.569000</w:t>
        <w:br/>
        <w:t>vt 0.550000 0.575900</w:t>
        <w:br/>
        <w:t>vt 0.543700 0.577100</w:t>
        <w:br/>
        <w:t>vt 0.614000 0.568400</w:t>
        <w:br/>
        <w:t>vt 0.528200 0.588600</w:t>
        <w:br/>
        <w:t>vt 0.520400 0.595700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0.544800 0.624500</w:t>
        <w:br/>
        <w:t>vt 0.530400 0.615300</w:t>
        <w:br/>
        <w:t>vt 0.532000 0.611000</w:t>
        <w:br/>
        <w:t>vt 0.491700 0.568500</w:t>
        <w:br/>
        <w:t>vt 0.493500 0.566600</w:t>
        <w:br/>
        <w:t>vt 0.499900 0.576300</w:t>
        <w:br/>
        <w:t>vt 0.498000 0.579000</w:t>
        <w:br/>
        <w:t>vt 0.518200 0.598400</w:t>
        <w:br/>
        <w:t>vt 0.516000 0.601800</w:t>
        <w:br/>
        <w:t>vt 0.505600 0.589000</w:t>
        <w:br/>
        <w:t>vt 0.507500 0.586100</w:t>
        <w:br/>
        <w:t>vt 0.577800 0.636200</w:t>
        <w:br/>
        <w:t>vt 0.561200 0.631600</w:t>
        <w:br/>
        <w:t>vt 0.563000 0.627600</w:t>
        <w:br/>
        <w:t>vt 0.578900 0.631100</w:t>
        <w:br/>
        <w:t>vt 0.487800 0.561700</w:t>
        <w:br/>
        <w:t>vt 0.489200 0.560600</w:t>
        <w:br/>
        <w:t>vt 0.489200 0.560600</w:t>
        <w:br/>
        <w:t>vt 0.483600 0.552300</w:t>
        <w:br/>
        <w:t>vt 0.758562 0.771432</w:t>
        <w:br/>
        <w:t>vt 0.590300 0.636400</w:t>
        <w:br/>
        <w:t>vt 0.605700 0.648700</w:t>
        <w:br/>
        <w:t>vt 0.607300 0.655500</w:t>
        <w:br/>
        <w:t>vt 0.591800 0.652100</w:t>
        <w:br/>
        <w:t>vt 0.586300 0.645900</w:t>
        <w:br/>
        <w:t>vt 0.603100 0.695800</w:t>
        <w:br/>
        <w:t>vt 0.605300 0.680000</w:t>
        <w:br/>
        <w:t>vt 0.601200 0.711600</w:t>
        <w:br/>
        <w:t>vt 0.728400 0.728900</w:t>
        <w:br/>
        <w:t>vt 0.717600 0.728900</w:t>
        <w:br/>
        <w:t>vt 0.740700 0.728900</w:t>
        <w:br/>
        <w:t>vt 0.697300 0.728900</w:t>
        <w:br/>
        <w:t>vt 0.707300 0.712900</w:t>
        <w:br/>
        <w:t>vt 0.707600 0.728900</w:t>
        <w:br/>
        <w:t>vt 0.778200 0.729000</w:t>
        <w:br/>
        <w:t>vt 0.780700 0.724300</w:t>
        <w:br/>
        <w:t>vt 0.790200 0.729000</w:t>
        <w:br/>
        <w:t>vt 0.590600 0.728900</w:t>
        <w:br/>
        <w:t>vt 0.595700 0.716600</w:t>
        <w:br/>
        <w:t>vt 0.600600 0.721900</w:t>
        <w:br/>
        <w:t>vt 0.600300 0.728900</w:t>
        <w:br/>
        <w:t>vt 0.751700 0.728900</w:t>
        <w:br/>
        <w:t>vt 0.758894 0.649773</w:t>
        <w:br/>
        <w:t>vt 0.753700 0.647500</w:t>
        <w:br/>
        <w:t>vt 0.758894 0.649773</w:t>
        <w:br/>
        <w:t>vt 0.745100 0.661800</w:t>
        <w:br/>
        <w:t>vt 0.742000 0.657900</w:t>
        <w:br/>
        <w:t>vt 0.544000 0.627700</w:t>
        <w:br/>
        <w:t>vt 0.529200 0.619400</w:t>
        <w:br/>
        <w:t>vt 0.490100 0.570800</w:t>
        <w:br/>
        <w:t>vt 0.495800 0.582000</w:t>
        <w:br/>
        <w:t>vt 0.514300 0.606800</w:t>
        <w:br/>
        <w:t>vt 0.502800 0.593600</w:t>
        <w:br/>
        <w:t>vt 0.577400 0.642000</w:t>
        <w:br/>
        <w:t>vt 0.560900 0.635600</w:t>
        <w:br/>
        <w:t>vt 0.486400 0.562900</w:t>
        <w:br/>
        <w:t>vt 0.620100 0.648700</w:t>
        <w:br/>
        <w:t>vt 0.655800 0.633800</w:t>
        <w:br/>
        <w:t>vt 0.666300 0.645500</w:t>
        <w:br/>
        <w:t>vt 0.760461 0.656014</w:t>
        <w:br/>
        <w:t>vt 0.717400 0.681700</w:t>
        <w:br/>
        <w:t>vt 0.695300 0.681700</w:t>
        <w:br/>
        <w:t>vt 0.705400 0.680800</w:t>
        <w:br/>
        <w:t>vt 0.705700 0.684500</w:t>
        <w:br/>
        <w:t>vt 0.695200 0.685400</w:t>
        <w:br/>
        <w:t>vt 0.665200 0.682300</w:t>
        <w:br/>
        <w:t>vt 0.683800 0.685500</w:t>
        <w:br/>
        <w:t>vt 0.638900 0.668100</w:t>
        <w:br/>
        <w:t>vt 0.652100 0.672600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0.667500 0.600500</w:t>
        <w:br/>
        <w:t>vt 0.659300 0.607900</w:t>
        <w:br/>
        <w:t>vt 0.663000 0.595400</w:t>
        <w:br/>
        <w:t>vt 0.707500 0.590200</w:t>
        <w:br/>
        <w:t>vt 0.684300 0.681600</w:t>
        <w:br/>
        <w:t>vt 0.666000 0.675200</w:t>
        <w:br/>
        <w:t>vt 0.684700 0.678900</w:t>
        <w:br/>
        <w:t>vt 0.681600 0.654800</w:t>
        <w:br/>
        <w:t>vt 0.680700 0.649800</w:t>
        <w:br/>
        <w:t>vt 0.654000 0.584800</w:t>
        <w:br/>
        <w:t>vt 0.770932 0.647278</w:t>
        <w:br/>
        <w:t>vt 0.780867 0.638278</w:t>
        <w:br/>
        <w:t>vt 0.785043 0.647228</w:t>
        <w:br/>
        <w:t>vt 0.817000 0.615700</w:t>
        <w:br/>
        <w:t>vt 0.834900 0.608900</w:t>
        <w:br/>
        <w:t>vt 0.839100 0.623000</w:t>
        <w:br/>
        <w:t>vt 0.809300 0.592300</w:t>
        <w:br/>
        <w:t>vt 0.803500 0.613800</w:t>
        <w:br/>
        <w:t>vt 0.821700 0.592900</w:t>
        <w:br/>
        <w:t>vt 0.835700 0.593400</w:t>
        <w:br/>
        <w:t>vt 0.695100 0.678300</w:t>
        <w:br/>
        <w:t>vt 0.705100 0.677100</w:t>
        <w:br/>
        <w:t>vt 0.811000 0.642900</w:t>
        <w:br/>
        <w:t>vt 0.806591 0.626397</w:t>
        <w:br/>
        <w:t>vt 0.803500 0.613800</w:t>
        <w:br/>
        <w:t>vt 0.782900 0.625100</w:t>
        <w:br/>
        <w:t>vt 0.777200 0.622100</w:t>
        <w:br/>
        <w:t>vt 0.844200 0.619500</w:t>
        <w:br/>
        <w:t>vt 0.847800 0.606700</w:t>
        <w:br/>
        <w:t>vt 0.849200 0.616600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0.597100 0.663500</w:t>
        <w:br/>
        <w:t>vt 0.596500 0.658900</w:t>
        <w:br/>
        <w:t>vt 0.694900 0.609900</w:t>
        <w:br/>
        <w:t>vt 0.697100 0.617800</w:t>
        <w:br/>
        <w:t>vt 0.696100 0.617300</w:t>
        <w:br/>
        <w:t>vt 0.693300 0.610200</w:t>
        <w:br/>
        <w:t>vt 0.674400 0.598600</w:t>
        <w:br/>
        <w:t>vt 0.673900 0.597400</w:t>
        <w:br/>
        <w:t>vt 0.679100 0.596000</w:t>
        <w:br/>
        <w:t>vt 0.678900 0.597000</w:t>
        <w:br/>
        <w:t>vt 0.695000 0.636800</w:t>
        <w:br/>
        <w:t>vt 0.694100 0.636600</w:t>
        <w:br/>
        <w:t>vt 0.696200 0.627500</w:t>
        <w:br/>
        <w:t>vt 0.697400 0.627700</w:t>
        <w:br/>
        <w:t>vt 0.690900 0.605300</w:t>
        <w:br/>
        <w:t>vt 0.692200 0.604800</w:t>
        <w:br/>
        <w:t>vt 0.683100 0.596500</w:t>
        <w:br/>
        <w:t>vt 0.682300 0.597700</w:t>
        <w:br/>
        <w:t>vt 0.680600 0.648300</w:t>
        <w:br/>
        <w:t>vt 0.685200 0.647200</w:t>
        <w:br/>
        <w:t>vt 0.685500 0.647900</w:t>
        <w:br/>
        <w:t>vt 0.680500 0.649000</w:t>
        <w:br/>
        <w:t>vt 0.756154 0.759427</w:t>
        <w:br/>
        <w:t>vt 0.754750 0.759030</w:t>
        <w:br/>
        <w:t>vt 0.753045 0.749407</w:t>
        <w:br/>
        <w:t>vt 0.754550 0.749407</w:t>
        <w:br/>
        <w:t>vt 0.658000 0.618100</w:t>
        <w:br/>
        <w:t>vt 0.656500 0.624700</w:t>
        <w:br/>
        <w:t>vt 0.655200 0.624600</w:t>
        <w:br/>
        <w:t>vt 0.656500 0.617400</w:t>
        <w:br/>
        <w:t>vt 0.790400 0.689300</w:t>
        <w:br/>
        <w:t>vt 0.791100 0.716100</w:t>
        <w:br/>
        <w:t>vt 0.789000 0.715800</w:t>
        <w:br/>
        <w:t>vt 0.788300 0.689000</w:t>
        <w:br/>
        <w:t>vt 0.584500 0.648800</w:t>
        <w:br/>
        <w:t>vt 0.586300 0.645900</w:t>
        <w:br/>
        <w:t>vt 0.589800 0.653800</w:t>
        <w:br/>
        <w:t>vt 0.751300 0.730900</w:t>
        <w:br/>
        <w:t>vt 0.765400 0.728900</w:t>
        <w:br/>
        <w:t>vt 0.765300 0.730900</w:t>
        <w:br/>
        <w:t>vt 0.717800 0.730900</w:t>
        <w:br/>
        <w:t>vt 0.728700 0.730900</w:t>
        <w:br/>
        <w:t>vt 0.739800 0.732800</w:t>
        <w:br/>
        <w:t>vt 0.728000 0.732800</w:t>
        <w:br/>
        <w:t>vt 0.728700 0.730900</w:t>
        <w:br/>
        <w:t>vt 0.740200 0.730900</w:t>
        <w:br/>
        <w:t>vt 0.707500 0.732800</w:t>
        <w:br/>
        <w:t>vt 0.697300 0.732800</w:t>
        <w:br/>
        <w:t>vt 0.697400 0.730900</w:t>
        <w:br/>
        <w:t>vt 0.707800 0.730900</w:t>
        <w:br/>
        <w:t>vt 0.668500 0.730900</w:t>
        <w:br/>
        <w:t>vt 0.686200 0.730900</w:t>
        <w:br/>
        <w:t>vt 0.686300 0.732800</w:t>
        <w:br/>
        <w:t>vt 0.668700 0.732800</w:t>
        <w:br/>
        <w:t>vt 0.633700 0.728900</w:t>
        <w:br/>
        <w:t>vt 0.652400 0.728900</w:t>
        <w:br/>
        <w:t>vt 0.652500 0.730900</w:t>
        <w:br/>
        <w:t>vt 0.633700 0.730900</w:t>
        <w:br/>
        <w:t>vt 0.652500 0.730900</w:t>
        <w:br/>
        <w:t>vt 0.652600 0.732800</w:t>
        <w:br/>
        <w:t>vt 0.790100 0.732900</w:t>
        <w:br/>
        <w:t>vt 0.778000 0.732900</w:t>
        <w:br/>
        <w:t>vt 0.778700 0.730900</w:t>
        <w:br/>
        <w:t>vt 0.791100 0.731000</w:t>
        <w:br/>
        <w:t>vt 0.615400 0.730900</w:t>
        <w:br/>
        <w:t>vt 0.633700 0.730900</w:t>
        <w:br/>
        <w:t>vt 0.633700 0.732800</w:t>
        <w:br/>
        <w:t>vt 0.615400 0.732800</w:t>
        <w:br/>
        <w:t>vt 0.590600 0.732800</w:t>
        <w:br/>
        <w:t>vt 0.589700 0.730900</w:t>
        <w:br/>
        <w:t>vt 0.600200 0.730900</w:t>
        <w:br/>
        <w:t>vt 0.600100 0.732800</w:t>
        <w:br/>
        <w:t>vt 0.751300 0.730900</w:t>
        <w:br/>
        <w:t>vt 0.751000 0.732800</w:t>
        <w:br/>
        <w:t>vt 0.528500 0.622100</w:t>
        <w:br/>
        <w:t>vt 0.543700 0.631000</w:t>
        <w:br/>
        <w:t>vt 0.493900 0.583600</w:t>
        <w:br/>
        <w:t>vt 0.488200 0.572000</w:t>
        <w:br/>
        <w:t>vt 0.492100 0.585100</w:t>
        <w:br/>
        <w:t>vt 0.493900 0.583600</w:t>
        <w:br/>
        <w:t>vt 0.500800 0.595200</w:t>
        <w:br/>
        <w:t>vt 0.498900 0.596700</w:t>
        <w:br/>
        <w:t>vt 0.512500 0.608800</w:t>
        <w:br/>
        <w:t>vt 0.510900 0.610600</w:t>
        <w:br/>
        <w:t>vt 0.577400 0.642000</w:t>
        <w:br/>
        <w:t>vt 0.576100 0.644600</w:t>
        <w:br/>
        <w:t>vt 0.559800 0.638200</w:t>
        <w:br/>
        <w:t>vt 0.486300 0.572200</w:t>
        <w:br/>
        <w:t>vt 0.483400 0.564800</w:t>
        <w:br/>
        <w:t>vt 0.485000 0.564100</w:t>
        <w:br/>
        <w:t>vt 0.488200 0.572000</w:t>
        <w:br/>
        <w:t>vt 0.526200 0.623900</w:t>
        <w:br/>
        <w:t>vt 0.528500 0.622100</w:t>
        <w:br/>
        <w:t>vt 0.543700 0.631000</w:t>
        <w:br/>
        <w:t>vt 0.559800 0.638200</w:t>
        <w:br/>
        <w:t>vt 0.558600 0.640800</w:t>
        <w:br/>
        <w:t>vt 0.541700 0.633100</w:t>
        <w:br/>
        <w:t>vt 0.480100 0.555600</w:t>
        <w:br/>
        <w:t>vt 0.481400 0.554800</w:t>
        <w:br/>
        <w:t>vt 0.574800 0.647300</w:t>
        <w:br/>
        <w:t>vt 0.576100 0.644600</w:t>
        <w:br/>
        <w:t>vt 0.584500 0.648800</w:t>
        <w:br/>
        <w:t>vt 0.583400 0.651500</w:t>
        <w:br/>
        <w:t>vt 0.657200 0.633800</w:t>
        <w:br/>
        <w:t>vt 0.658600 0.633200</w:t>
        <w:br/>
        <w:t>vt 0.667600 0.643500</w:t>
        <w:br/>
        <w:t>vt 0.666800 0.644300</w:t>
        <w:br/>
        <w:t>vt 0.689400 0.645400</w:t>
        <w:br/>
        <w:t>vt 0.688900 0.644800</w:t>
        <w:br/>
        <w:t>vt 0.691900 0.641300</w:t>
        <w:br/>
        <w:t>vt 0.692500 0.641500</w:t>
        <w:br/>
        <w:t>vt 0.673000 0.648000</w:t>
        <w:br/>
        <w:t>vt 0.673500 0.647200</w:t>
        <w:br/>
        <w:t>vt 0.661100 0.609200</w:t>
        <w:br/>
        <w:t>vt 0.668300 0.601200</w:t>
        <w:br/>
        <w:t>vt 0.669100 0.602500</w:t>
        <w:br/>
        <w:t>vt 0.662200 0.610200</w:t>
        <w:br/>
        <w:t>vt 0.814100 0.643700</w:t>
        <w:br/>
        <w:t>vt 0.831700 0.633300</w:t>
        <w:br/>
        <w:t>vt 0.832826 0.635644</w:t>
        <w:br/>
        <w:t>vt 0.815500 0.645800</w:t>
        <w:br/>
        <w:t>vt 0.593200 0.677600</w:t>
        <w:br/>
        <w:t>vt 0.591200 0.694500</w:t>
        <w:br/>
        <w:t>vt 0.589700 0.712500</w:t>
        <w:br/>
        <w:t>vt 0.587600 0.712200</w:t>
        <w:br/>
        <w:t>vt 0.589100 0.694300</w:t>
        <w:br/>
        <w:t>vt 0.591200 0.694500</w:t>
        <w:br/>
        <w:t>vt 0.588200 0.655900</w:t>
        <w:br/>
        <w:t>vt 0.589800 0.653800</w:t>
        <w:br/>
        <w:t>vt 0.594200 0.660000</w:t>
        <w:br/>
        <w:t>vt 0.592000 0.661400</w:t>
        <w:br/>
        <w:t>vt 0.482500 0.553200</w:t>
        <w:br/>
        <w:t>vt 0.697100 0.617800</w:t>
        <w:br/>
        <w:t>vt 0.694900 0.609900</w:t>
        <w:br/>
        <w:t>vt 0.673900 0.597400</w:t>
        <w:br/>
        <w:t>vt 0.679100 0.596000</w:t>
        <w:br/>
        <w:t>vt 0.695000 0.636800</w:t>
        <w:br/>
        <w:t>vt 0.697400 0.627700</w:t>
        <w:br/>
        <w:t>vt 0.692200 0.604800</w:t>
        <w:br/>
        <w:t>vt 0.687700 0.599500</w:t>
        <w:br/>
        <w:t>vt 0.683100 0.596500</w:t>
        <w:br/>
        <w:t>vt 0.685500 0.647900</w:t>
        <w:br/>
        <w:t>vt 0.689400 0.645400</w:t>
        <w:br/>
        <w:t>vt 0.656500 0.617400</w:t>
        <w:br/>
        <w:t>vt 0.655200 0.624600</w:t>
        <w:br/>
        <w:t>vt 0.657200 0.633800</w:t>
        <w:br/>
        <w:t>vt 0.666800 0.644300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0.733700 0.650800</w:t>
        <w:br/>
        <w:t>vt 0.743800 0.640300</w:t>
        <w:br/>
        <w:t>vt 0.773007 0.626957</w:t>
        <w:br/>
        <w:t>vt 0.764431 0.636528</w:t>
        <w:br/>
        <w:t>vt 0.756100 0.626500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0.776200 0.587400</w:t>
        <w:br/>
        <w:t>vt 0.770500 0.602100</w:t>
        <w:br/>
        <w:t>vt 0.751200 0.593200</w:t>
        <w:br/>
        <w:t>vt 0.756000 0.581800</w:t>
        <w:br/>
        <w:t>vt 0.684700 0.674900</w:t>
        <w:br/>
        <w:t>vt 0.732700 0.632000</w:t>
        <w:br/>
        <w:t>vt 0.735791 0.626275</w:t>
        <w:br/>
        <w:t>vt 0.748020 0.635565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0.757141 0.643982</w:t>
        <w:br/>
        <w:t>vt 0.715700 0.653400</w:t>
        <w:br/>
        <w:t>vt 0.639900 0.665400</w:t>
        <w:br/>
        <w:t>vt 0.740800 0.617000</w:t>
        <w:br/>
        <w:t>vt 0.746600 0.604400</w:t>
        <w:br/>
        <w:t>vt 0.715500 0.623200</w:t>
        <w:br/>
        <w:t>vt 0.710700 0.634100</w:t>
        <w:br/>
        <w:t>vt 0.719600 0.608100</w:t>
        <w:br/>
        <w:t>vt 0.722900 0.596100</w:t>
        <w:br/>
        <w:t>vt 0.705400 0.644400</w:t>
        <w:br/>
        <w:t>vt 0.700700 0.650300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0.717800 0.562700</w:t>
        <w:br/>
        <w:t>vt 0.750000 0.579400</w:t>
        <w:br/>
        <w:t>vt 0.745200 0.590700</w:t>
        <w:br/>
        <w:t>vt 0.727400 0.584000</w:t>
        <w:br/>
        <w:t>vt 0.667800 0.663200</w:t>
        <w:br/>
        <w:t>vt 0.684100 0.663700</w:t>
        <w:br/>
        <w:t>vt 0.734800 0.614200</w:t>
        <w:br/>
        <w:t>vt 0.727400 0.628800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0.695900 0.654400</w:t>
        <w:br/>
        <w:t>vt 0.700000 0.659300</w:t>
        <w:br/>
        <w:t>vt 0.640700 0.659100</w:t>
        <w:br/>
        <w:t>vt 0.711400 0.577100</w:t>
        <w:br/>
        <w:t>vt 0.740400 0.601800</w:t>
        <w:br/>
        <w:t>vt 0.652700 0.664800</w:t>
        <w:br/>
        <w:t>vt 0.667400 0.666600</w:t>
        <w:br/>
        <w:t>vt 0.753200 0.580700</w:t>
        <w:br/>
        <w:t>vt 0.756000 0.581800</w:t>
        <w:br/>
        <w:t>vt 0.748500 0.592000</w:t>
        <w:br/>
        <w:t>vt 0.684900 0.666600</w:t>
        <w:br/>
        <w:t>vt 0.738100 0.615500</w:t>
        <w:br/>
        <w:t>vt 0.733134 0.624803</w:t>
        <w:br/>
        <w:t>vt 0.722700 0.641400</w:t>
        <w:br/>
        <w:t>vt 0.730200 0.630300</w:t>
        <w:br/>
        <w:t>vt 0.714000 0.651600</w:t>
        <w:br/>
        <w:t>vt 0.707700 0.657200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0.622700 0.659100</w:t>
        <w:br/>
        <w:t>vt 0.640500 0.662400</w:t>
        <w:br/>
        <w:t>vt 0.743800 0.603100</w:t>
        <w:br/>
        <w:t>vt 0.748500 0.592000</w:t>
        <w:br/>
        <w:t>vt 0.701600 0.661300</w:t>
        <w:br/>
        <w:t>vt 0.700000 0.659300</w:t>
        <w:br/>
        <w:t>vt 0.692800 0.662400</w:t>
        <w:br/>
        <w:t>vt 0.693800 0.664500</w:t>
        <w:br/>
        <w:t>vt 0.909800 0.589100</w:t>
        <w:br/>
        <w:t>vt 0.923300 0.588900</w:t>
        <w:br/>
        <w:t>vt 0.923800 0.595300</w:t>
        <w:br/>
        <w:t>vt 0.910500 0.597500</w:t>
        <w:br/>
        <w:t>vt 0.865800 0.592700</w:t>
        <w:br/>
        <w:t>vt 0.866300 0.602800</w:t>
        <w:br/>
        <w:t>vt 0.887300 0.590700</w:t>
        <w:br/>
        <w:t>vt 0.898300 0.589800</w:t>
        <w:br/>
        <w:t>vt 0.899200 0.599600</w:t>
        <w:br/>
        <w:t>vt 0.888200 0.602000</w:t>
        <w:br/>
        <w:t>vt 0.867400 0.609100</w:t>
        <w:br/>
        <w:t>vt 0.877800 0.605300</w:t>
        <w:br/>
        <w:t>vt 0.877000 0.591800</w:t>
        <w:br/>
        <w:t>vt 0.793900 0.664800</w:t>
        <w:br/>
        <w:t>vt 0.796100 0.665600</w:t>
        <w:br/>
        <w:t>vt 0.792400 0.689300</w:t>
        <w:br/>
        <w:t>vt 0.790400 0.689300</w:t>
        <w:br/>
        <w:t>vt 0.750939 0.737700</w:t>
        <w:br/>
        <w:t>vt 0.752142 0.737700</w:t>
        <w:br/>
        <w:t>vt 0.765000 0.732800</w:t>
        <w:br/>
        <w:t>vt 0.765300 0.730900</w:t>
        <w:br/>
        <w:t>vt 0.717800 0.730900</w:t>
        <w:br/>
        <w:t>vt 0.717400 0.732800</w:t>
        <w:br/>
        <w:t>vt 0.740200 0.730900</w:t>
        <w:br/>
        <w:t>vt 0.707800 0.730900</w:t>
        <w:br/>
        <w:t>vt 0.697400 0.730900</w:t>
        <w:br/>
        <w:t>vt 0.686200 0.730900</w:t>
        <w:br/>
        <w:t>vt 0.668500 0.730900</w:t>
        <w:br/>
        <w:t>vt 0.668400 0.728900</w:t>
        <w:br/>
        <w:t>vt 0.686100 0.728900</w:t>
        <w:br/>
        <w:t>vt 0.778700 0.730900</w:t>
        <w:br/>
        <w:t>vt 0.791100 0.731000</w:t>
        <w:br/>
        <w:t>vt 0.615400 0.730900</w:t>
        <w:br/>
        <w:t>vt 0.615400 0.728900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0.802072 0.652602</w:t>
        <w:br/>
        <w:t>vt 0.804120 0.654125</w:t>
        <w:br/>
        <w:t>vt 0.793900 0.664800</w:t>
        <w:br/>
        <w:t>vt 0.791400 0.664200</w:t>
        <w:br/>
        <w:t>vt 0.814100 0.643700</w:t>
        <w:br/>
        <w:t>vt 0.830200 0.631600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0.607982 0.970449</w:t>
        <w:br/>
        <w:t>vt 0.598618 0.974603</w:t>
        <w:br/>
        <w:t>vt 0.594852 0.964173</w:t>
        <w:br/>
        <w:t>vt 0.604725 0.960666</w:t>
        <w:br/>
        <w:t>vt 0.587625 0.979217</w:t>
        <w:br/>
        <w:t>vt 0.625795 0.965465</w:t>
        <w:br/>
        <w:t>vt 0.616634 0.967588</w:t>
        <w:br/>
        <w:t>vt 0.538259 0.993800</w:t>
        <w:br/>
        <w:t>vt 0.535918 0.979863</w:t>
        <w:br/>
        <w:t>vt 0.541923 0.980786</w:t>
        <w:br/>
        <w:t>vt 0.545995 0.985863</w:t>
        <w:br/>
        <w:t>vt 0.729820 0.935746</w:t>
        <w:br/>
        <w:t>vt 0.793600 0.730600</w:t>
        <w:br/>
        <w:t>vt 0.792000 0.731700</w:t>
        <w:br/>
        <w:t>vt 0.791100 0.716100</w:t>
        <w:br/>
        <w:t>vt 0.793100 0.715500</w:t>
        <w:br/>
        <w:t>vt 0.792000 0.731700</w:t>
        <w:br/>
        <w:t>vt 0.790200 0.729000</w:t>
        <w:br/>
        <w:t>vt 0.545282 0.977095</w:t>
        <w:br/>
        <w:t>vt 0.775000 0.721900</w:t>
        <w:br/>
        <w:t>vt 0.549863 0.991400</w:t>
        <w:br/>
        <w:t>vt 0.779400 0.715000</w:t>
        <w:br/>
        <w:t>vt 0.775600 0.716500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0.592000 0.664500</w:t>
        <w:br/>
        <w:t>vt 0.594600 0.664200</w:t>
        <w:br/>
        <w:t>vt 0.707000 0.704800</w:t>
        <w:br/>
        <w:t>vt 0.718100 0.695800</w:t>
        <w:br/>
        <w:t>vt 0.717900 0.687100</w:t>
        <w:br/>
        <w:t>vt 0.531948 0.954205</w:t>
        <w:br/>
        <w:t>vt 0.806551 0.654933</w:t>
        <w:br/>
        <w:t>vt 0.804120 0.654125</w:t>
        <w:br/>
        <w:t>vt 0.730400 0.692700</w:t>
        <w:br/>
        <w:t>vt 0.747000 0.686200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0.733134 0.624803</w:t>
        <w:br/>
        <w:t>vt 0.738100 0.615500</w:t>
        <w:br/>
        <w:t>vt 0.730200 0.630300</w:t>
        <w:br/>
        <w:t>vt 0.707700 0.657200</w:t>
        <w:br/>
        <w:t>vt 0.743800 0.603100</w:t>
        <w:br/>
        <w:t>vt 0.746600 0.604400</w:t>
        <w:br/>
        <w:t>vt 0.756957 0.783040</w:t>
        <w:br/>
        <w:t>vt 0.758261 0.778178</w:t>
        <w:br/>
        <w:t>vt 0.759163 0.784528</w:t>
        <w:br/>
        <w:t>vt 0.757759 0.771432</w:t>
        <w:br/>
        <w:t>vt 0.756857 0.771432</w:t>
        <w:br/>
        <w:t>vt 0.672805 0.775996</w:t>
        <w:br/>
        <w:t>vt 0.675112 0.762205</w:t>
        <w:br/>
        <w:t>vt 0.684039 0.762007</w:t>
        <w:br/>
        <w:t>vt 0.676516 0.751292</w:t>
        <w:br/>
        <w:t>vt 0.677620 0.737700</w:t>
        <w:br/>
        <w:t>vt 0.629877 0.737700</w:t>
        <w:br/>
        <w:t>vt 0.627871 0.750895</w:t>
        <w:br/>
        <w:t>vt 0.616938 0.750498</w:t>
        <w:br/>
        <w:t>vt 0.620248 0.737700</w:t>
        <w:br/>
        <w:t>vt 0.638503 0.737700</w:t>
        <w:br/>
        <w:t>vt 0.636396 0.750895</w:t>
        <w:br/>
        <w:t>vt 0.645624 0.750895</w:t>
        <w:br/>
        <w:t>vt 0.648232 0.737700</w:t>
        <w:br/>
        <w:t>vt 0.611121 0.749705</w:t>
        <w:br/>
        <w:t>vt 0.608714 0.737700</w:t>
        <w:br/>
        <w:t>vt 0.606106 0.806057</w:t>
        <w:br/>
        <w:t>vt 0.616838 0.808636</w:t>
        <w:br/>
        <w:t>vt 0.611923 0.822030</w:t>
        <w:br/>
        <w:t>vt 0.600489 0.820442</w:t>
        <w:br/>
        <w:t>vt 0.628372 0.810620</w:t>
        <w:br/>
        <w:t>vt 0.624762 0.822129</w:t>
        <w:br/>
        <w:t>vt 0.616136 0.781651</w:t>
        <w:br/>
        <w:t>vt 0.626166 0.783536</w:t>
        <w:br/>
        <w:t>vt 0.621753 0.795739</w:t>
        <w:br/>
        <w:t>vt 0.611522 0.793457</w:t>
        <w:br/>
        <w:t>vt 0.629877 0.772126</w:t>
        <w:br/>
        <w:t>vt 0.640208 0.773317</w:t>
        <w:br/>
        <w:t>vt 0.636898 0.785123</w:t>
        <w:br/>
        <w:t>vt 0.620348 0.771531</w:t>
        <w:br/>
        <w:t>vt 0.605504 0.778873</w:t>
        <w:br/>
        <w:t>vt 0.609516 0.768952</w:t>
        <w:br/>
        <w:t>vt 0.592565 0.814093</w:t>
        <w:br/>
        <w:t>vt 0.596577 0.802386</w:t>
        <w:br/>
        <w:t>vt 0.596577 0.766174</w:t>
        <w:br/>
        <w:t>vt 0.592465 0.774507</w:t>
        <w:br/>
        <w:t>vt 0.583939 0.770440</w:t>
        <w:br/>
        <w:t>vt 0.587450 0.762404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0.604100 0.767761</w:t>
        <w:br/>
        <w:t>vt 0.606005 0.758634</w:t>
        <w:br/>
        <w:t>vt 0.601392 0.789389</w:t>
        <w:br/>
        <w:t>vt 0.632886 0.797425</w:t>
        <w:br/>
        <w:t>vt 0.673106 0.762503</w:t>
        <w:br/>
        <w:t>vt 0.663377 0.762801</w:t>
        <w:br/>
        <w:t>vt 0.664781 0.751094</w:t>
        <w:br/>
        <w:t>vt 0.674711 0.751193</w:t>
        <w:br/>
        <w:t>vt 0.671000 0.775996</w:t>
        <w:br/>
        <w:t>vt 0.661672 0.775500</w:t>
        <w:br/>
        <w:t>vt 0.667289 0.790877</w:t>
        <w:br/>
        <w:t>vt 0.658763 0.788496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0.586046 0.805957</w:t>
        <w:br/>
        <w:t>vt 0.584040 0.817565</w:t>
        <w:br/>
        <w:t>vt 0.579727 0.805858</w:t>
        <w:br/>
        <w:t>vt 0.585444 0.797128</w:t>
        <w:br/>
        <w:t>vt 0.578924 0.797822</w:t>
        <w:br/>
        <w:t>vt 0.581131 0.779964</w:t>
        <w:br/>
        <w:t>vt 0.604702 0.749209</w:t>
        <w:br/>
        <w:t>vt 0.594972 0.746530</w:t>
        <w:br/>
        <w:t>vt 0.599787 0.737700</w:t>
        <w:br/>
        <w:t>vt 0.609015 0.831554</w:t>
        <w:br/>
        <w:t>vt 0.609516 0.830264</w:t>
        <w:br/>
        <w:t>vt 0.622756 0.830264</w:t>
        <w:br/>
        <w:t>vt 0.594571 0.827883</w:t>
        <w:br/>
        <w:t>vt 0.586547 0.820542</w:t>
        <w:br/>
        <w:t>vt 0.585143 0.821931</w:t>
        <w:br/>
        <w:t>vt 0.583137 0.818061</w:t>
        <w:br/>
        <w:t>vt 0.579025 0.805858</w:t>
        <w:br/>
        <w:t>vt 0.578624 0.801791</w:t>
        <w:br/>
        <w:t>vt 0.579326 0.801791</w:t>
        <w:br/>
        <w:t>vt 0.578222 0.797624</w:t>
        <w:br/>
        <w:t>vt 0.579326 0.779270</w:t>
        <w:br/>
        <w:t>vt 0.581131 0.779964</w:t>
        <w:br/>
        <w:t>vt 0.578924 0.797822</w:t>
        <w:br/>
        <w:t>vt 0.582234 0.770043</w:t>
        <w:br/>
        <w:t>vt 0.583939 0.770440</w:t>
        <w:br/>
        <w:t>vt 0.585845 0.761610</w:t>
        <w:br/>
        <w:t>vt 0.587450 0.762404</w:t>
        <w:br/>
        <w:t>vt 0.589857 0.753574</w:t>
        <w:br/>
        <w:t>vt 0.591362 0.754367</w:t>
        <w:br/>
        <w:t>vt 0.594972 0.746530</w:t>
        <w:br/>
        <w:t>vt 0.589857 0.753574</w:t>
        <w:br/>
        <w:t>vt 0.593368 0.745637</w:t>
        <w:br/>
        <w:t>vt 0.666386 0.737700</w:t>
        <w:br/>
        <w:t>vt 0.676015 0.737700</w:t>
        <w:br/>
        <w:t>vt 0.597781 0.737700</w:t>
        <w:br/>
        <w:t>vt 0.599787 0.737700</w:t>
        <w:br/>
        <w:t>vt 0.832600 0.631300</w:t>
        <w:br/>
        <w:t>vt 0.581933 0.813002</w:t>
        <w:br/>
        <w:t>vt 0.493881 0.915492</w:t>
        <w:br/>
        <w:t>vt 0.645122 0.799211</w:t>
        <w:br/>
        <w:t>vt 0.649034 0.786710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0.644019 0.826593</w:t>
        <w:br/>
        <w:t>vt 0.644721 0.828875</w:t>
        <w:br/>
        <w:t>vt 0.646125 0.849412</w:t>
        <w:br/>
        <w:t>vt 0.644721 0.828875</w:t>
        <w:br/>
        <w:t>vt 0.644621 0.818657</w:t>
        <w:br/>
        <w:t>vt 0.644019 0.826593</w:t>
        <w:br/>
        <w:t>vt 0.670097 0.821732</w:t>
        <w:br/>
        <w:t>vt 0.658362 0.816275</w:t>
        <w:br/>
        <w:t>vt 0.656657 0.815383</w:t>
        <w:br/>
        <w:t>vt 0.649235 0.823816</w:t>
        <w:br/>
        <w:t>vt 0.650238 0.825800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0.658563 0.832348</w:t>
        <w:br/>
        <w:t>vt 0.654250 0.821732</w:t>
        <w:br/>
        <w:t>vt 0.722554 0.737700</w:t>
        <w:br/>
        <w:t>vt 0.723858 0.750300</w:t>
        <w:br/>
        <w:t>vt 0.756756 0.777583</w:t>
        <w:br/>
        <w:t>vt 0.755753 0.771432</w:t>
        <w:br/>
        <w:t>vt 0.758261 0.778178</w:t>
        <w:br/>
        <w:t>vt 0.754851 0.771630</w:t>
        <w:br/>
        <w:t>vt 0.753045 0.758237</w:t>
        <w:br/>
        <w:t>vt 0.753045 0.758237</w:t>
        <w:br/>
        <w:t>vt 0.754750 0.759030</w:t>
        <w:br/>
        <w:t>vt 0.756857 0.771432</w:t>
        <w:br/>
        <w:t>vt 0.755753 0.771432</w:t>
        <w:br/>
        <w:t>vt 0.749033 0.737700</w:t>
        <w:br/>
        <w:t>vt 0.750939 0.737700</w:t>
        <w:br/>
        <w:t>vt 0.753045 0.749407</w:t>
        <w:br/>
        <w:t>vt 0.751139 0.748415</w:t>
        <w:br/>
        <w:t>vt 0.747729 0.777186</w:t>
        <w:br/>
        <w:t>vt 0.736195 0.775202</w:t>
        <w:br/>
        <w:t>vt 0.736596 0.770539</w:t>
        <w:br/>
        <w:t>vt 0.747328 0.770936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0.747228 0.817367</w:t>
        <w:br/>
        <w:t>vt 0.740207 0.812307</w:t>
        <w:br/>
        <w:t>vt 0.741812 0.799112</w:t>
        <w:br/>
        <w:t>vt 0.755252 0.794945</w:t>
        <w:br/>
        <w:t>vt 0.743818 0.789984</w:t>
        <w:br/>
        <w:t>vt 0.756957 0.783040</w:t>
        <w:br/>
        <w:t>vt 0.747328 0.781651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0.724059 0.797822</w:t>
        <w:br/>
        <w:t>vt 0.731681 0.797128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0.499900 0.576300</w:t>
        <w:br/>
        <w:t>vt 0.493500 0.566600</w:t>
        <w:br/>
        <w:t>vt 0.507500 0.586100</w:t>
        <w:br/>
        <w:t>vt 0.518200 0.598400</w:t>
        <w:br/>
        <w:t>vt 0.483600 0.552300</w:t>
        <w:br/>
        <w:t>vt 0.747400 0.678700</w:t>
        <w:br/>
        <w:t>vt 0.686300 0.600400</w:t>
        <w:br/>
        <w:t>vt 0.687700 0.599500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0.568541 0.853849</w:t>
        <w:br/>
        <w:t>vt 0.568661 0.848101</w:t>
        <w:br/>
        <w:t>vt 0.782000 0.417000</w:t>
        <w:br/>
        <w:t>vt 0.787000 0.431100</w:t>
        <w:br/>
        <w:t>vt 0.767400 0.431600</w:t>
        <w:br/>
        <w:t>vt 0.762600 0.416500</w:t>
        <w:br/>
        <w:t>vt 0.775674 0.377757</w:t>
        <w:br/>
        <w:t>vt 0.757200 0.381000</w:t>
        <w:br/>
        <w:t>vt 0.755600 0.372900</w:t>
        <w:br/>
        <w:t>vt 0.891400 0.443700</w:t>
        <w:br/>
        <w:t>vt 0.887800 0.431300</w:t>
        <w:br/>
        <w:t>vt 0.901400 0.432500</w:t>
        <w:br/>
        <w:t>vt 0.904000 0.443300</w:t>
        <w:br/>
        <w:t>vt 0.887900 0.420600</w:t>
        <w:br/>
        <w:t>vt 0.888300 0.417600</w:t>
        <w:br/>
        <w:t>vt 0.901600 0.422000</w:t>
        <w:br/>
        <w:t>vt 0.901500 0.424000</w:t>
        <w:br/>
        <w:t>vt 0.828100 0.431000</w:t>
        <w:br/>
        <w:t>vt 0.836300 0.448400</w:t>
        <w:br/>
        <w:t>vt 0.819383 0.450502</w:t>
        <w:br/>
        <w:t>vt 0.808700 0.431000</w:t>
        <w:br/>
        <w:t>vt 0.824100 0.408100</w:t>
        <w:br/>
        <w:t>vt 0.823200 0.413000</w:t>
        <w:br/>
        <w:t>vt 0.802400 0.411500</w:t>
        <w:br/>
        <w:t>vt 0.801800 0.406000</w:t>
        <w:br/>
        <w:t>vt 0.926400 0.430500</w:t>
        <w:br/>
        <w:t>vt 0.914900 0.426000</w:t>
        <w:br/>
        <w:t>vt 0.914600 0.425400</w:t>
        <w:br/>
        <w:t>vt 0.878600 0.444500</w:t>
        <w:br/>
        <w:t>vt 0.874200 0.430700</w:t>
        <w:br/>
        <w:t>vt 0.873800 0.418700</w:t>
        <w:br/>
        <w:t>vt 0.874300 0.415400</w:t>
        <w:br/>
        <w:t>vt 0.845700 0.430200</w:t>
        <w:br/>
        <w:t>vt 0.852000 0.446800</w:t>
        <w:br/>
        <w:t>vt 0.842600 0.410300</w:t>
        <w:br/>
        <w:t>vt 0.842500 0.414700</w:t>
        <w:br/>
        <w:t>vt 0.859900 0.430300</w:t>
        <w:br/>
        <w:t>vt 0.865200 0.445600</w:t>
        <w:br/>
        <w:t>vt 0.859100 0.412700</w:t>
        <w:br/>
        <w:t>vt 0.858600 0.416500</w:t>
        <w:br/>
        <w:t>vt 0.788565 0.404421</w:t>
        <w:br/>
        <w:t>vt 0.914900 0.434100</w:t>
        <w:br/>
        <w:t>vt 0.916700 0.443100</w:t>
        <w:br/>
        <w:t>vt 0.914800 0.427500</w:t>
        <w:br/>
        <w:t>vt 0.926300 0.436200</w:t>
        <w:br/>
        <w:t>vt 0.927600 0.443100</w:t>
        <w:br/>
        <w:t>vt 0.926100 0.431400</w:t>
        <w:br/>
        <w:t>vt 0.778847 0.403266</w:t>
        <w:br/>
        <w:t>vt 0.779400 0.406400</w:t>
        <w:br/>
        <w:t>vt 0.761300 0.404500</w:t>
        <w:br/>
        <w:t>vt 0.761200 0.401000</w:t>
        <w:br/>
        <w:t>vt 0.888100 0.423600</w:t>
        <w:br/>
        <w:t>vt 0.901700 0.426000</w:t>
        <w:br/>
        <w:t>vt 0.803800 0.418000</w:t>
        <w:br/>
        <w:t>vt 0.824500 0.418800</w:t>
        <w:br/>
        <w:t>vt 0.874100 0.422000</w:t>
        <w:br/>
        <w:t>vt 0.843400 0.419500</w:t>
        <w:br/>
        <w:t>vt 0.859100 0.420600</w:t>
        <w:br/>
        <w:t>vt 0.915000 0.429000</w:t>
        <w:br/>
        <w:t>vt 0.926200 0.432000</w:t>
        <w:br/>
        <w:t>vt 0.801400 0.453100</w:t>
        <w:br/>
        <w:t>vt 0.813000 0.470400</w:t>
        <w:br/>
        <w:t>vt 0.797400 0.472900</w:t>
        <w:br/>
        <w:t>vt 0.782700 0.455800</w:t>
        <w:br/>
        <w:t>vt 0.907900 0.454500</w:t>
        <w:br/>
        <w:t>vt 0.896100 0.456000</w:t>
        <w:br/>
        <w:t>vt 0.828785 0.467505</w:t>
        <w:br/>
        <w:t>vt 0.844100 0.464600</w:t>
        <w:br/>
        <w:t>vt 0.883900 0.457700</w:t>
        <w:br/>
        <w:t>vt 0.859000 0.461700</w:t>
        <w:br/>
        <w:t>vt 0.871400 0.459700</w:t>
        <w:br/>
        <w:t>vt 0.919800 0.453300</w:t>
        <w:br/>
        <w:t>vt 0.930200 0.452000</w:t>
        <w:br/>
        <w:t>vt 0.751900 0.019800</w:t>
        <w:br/>
        <w:t>vt 0.729530 0.023242</w:t>
        <w:br/>
        <w:t>vt 0.729270 0.019112</w:t>
        <w:br/>
        <w:t>vt 0.753100 0.015600</w:t>
        <w:br/>
        <w:t>vt 0.654247 0.037903</w:t>
        <w:br/>
        <w:t>vt 0.654713 0.039423</w:t>
        <w:br/>
        <w:t>vt 0.639700 0.043400</w:t>
        <w:br/>
        <w:t>vt 0.670070 0.035457</w:t>
        <w:br/>
        <w:t>vt 0.669812 0.033506</w:t>
        <w:br/>
        <w:t>vt 0.726700 0.080100</w:t>
        <w:br/>
        <w:t>vt 0.706600 0.098200</w:t>
        <w:br/>
        <w:t>vt 0.710443 0.078784</w:t>
        <w:br/>
        <w:t>vt 0.823708 0.485374</w:t>
        <w:br/>
        <w:t>vt 0.833788 0.499164</w:t>
        <w:br/>
        <w:t>vt 0.824900 0.501300</w:t>
        <w:br/>
        <w:t>vt 0.811600 0.487900</w:t>
        <w:br/>
        <w:t>vt 0.889800 0.497300</w:t>
        <w:br/>
        <w:t>vt 0.884100 0.485700</w:t>
        <w:br/>
        <w:t>vt 0.895600 0.482700</w:t>
        <w:br/>
        <w:t>vt 0.901000 0.493800</w:t>
        <w:br/>
        <w:t>vt 0.907000 0.479700</w:t>
        <w:br/>
        <w:t>vt 0.912200 0.490200</w:t>
        <w:br/>
        <w:t>vt 0.923100 0.486800</w:t>
        <w:br/>
        <w:t>vt 0.918000 0.477000</w:t>
        <w:br/>
        <w:t>vt 0.929300 0.474500</w:t>
        <w:br/>
        <w:t>vt 0.934100 0.483000</w:t>
        <w:br/>
        <w:t>vt 0.939000 0.472100</w:t>
        <w:br/>
        <w:t>vt 0.943600 0.479600</w:t>
        <w:br/>
        <w:t>vt 0.879400 0.500600</w:t>
        <w:br/>
        <w:t>vt 0.873200 0.488700</w:t>
        <w:br/>
        <w:t>vt 0.867700 0.503800</w:t>
        <w:br/>
        <w:t>vt 0.860800 0.492000</w:t>
        <w:br/>
        <w:t>vt 0.852600 0.507600</w:t>
        <w:br/>
        <w:t>vt 0.845486 0.496166</w:t>
        <w:br/>
        <w:t>vt 0.933000 0.459500</w:t>
        <w:br/>
        <w:t>vt 0.923300 0.462100</w:t>
        <w:br/>
        <w:t>vt 0.912200 0.464900</w:t>
        <w:br/>
        <w:t>vt 0.901100 0.467600</w:t>
        <w:br/>
        <w:t>vt 0.889600 0.470300</w:t>
        <w:br/>
        <w:t>vt 0.877700 0.472900</w:t>
        <w:br/>
        <w:t>vt 0.866100 0.475400</w:t>
        <w:br/>
        <w:t>vt 0.852600 0.478600</w:t>
        <w:br/>
        <w:t>vt 0.837303 0.482340</w:t>
        <w:br/>
        <w:t>vt 0.602700 0.060800</w:t>
        <w:br/>
        <w:t>vt 0.613300 0.058500</w:t>
        <w:br/>
        <w:t>vt 0.612800 0.064900</w:t>
        <w:br/>
        <w:t>vt 0.602500 0.065400</w:t>
        <w:br/>
        <w:t>vt 0.625300 0.055800</w:t>
        <w:br/>
        <w:t>vt 0.624000 0.064200</w:t>
        <w:br/>
        <w:t>vt 0.637100 0.054000</w:t>
        <w:br/>
        <w:t>vt 0.636000 0.063200</w:t>
        <w:br/>
        <w:t>vt 0.650237 0.062278</w:t>
        <w:br/>
        <w:t>vt 0.652640 0.052678</w:t>
        <w:br/>
        <w:t>vt 0.681619 0.061617</w:t>
        <w:br/>
        <w:t>vt 0.664433 0.062032</w:t>
        <w:br/>
        <w:t>vt 0.667608 0.051424</w:t>
        <w:br/>
        <w:t>vt 0.684421 0.049917</w:t>
        <w:br/>
        <w:t>vt 0.704552 0.048889</w:t>
        <w:br/>
        <w:t>vt 0.699924 0.061293</w:t>
        <w:br/>
        <w:t>vt 0.718764 0.061490</w:t>
        <w:br/>
        <w:t>vt 0.723229 0.048168</w:t>
        <w:br/>
        <w:t>vt 0.693968 0.077234</w:t>
        <w:br/>
        <w:t>vt 0.813500 0.389000</w:t>
        <w:br/>
        <w:t>vt 0.790300 0.382000</w:t>
        <w:br/>
        <w:t>vt 0.790600 0.379400</w:t>
        <w:br/>
        <w:t>vt 0.814800 0.387300</w:t>
        <w:br/>
        <w:t>vt 0.874200 0.409500</w:t>
        <w:br/>
        <w:t>vt 0.887900 0.415700</w:t>
        <w:br/>
        <w:t>vt 0.873800 0.410900</w:t>
        <w:br/>
        <w:t>vt 0.832600 0.395200</w:t>
        <w:br/>
        <w:t>vt 0.834100 0.393900</w:t>
        <w:br/>
        <w:t>vt 0.901700 0.420500</w:t>
        <w:br/>
        <w:t>vt 0.901600 0.422000</w:t>
        <w:br/>
        <w:t>vt 0.805700 0.399700</w:t>
        <w:br/>
        <w:t>vt 0.827600 0.403400</w:t>
        <w:br/>
        <w:t>vt 0.824100 0.408100</w:t>
        <w:br/>
        <w:t>vt 0.801800 0.406000</w:t>
        <w:br/>
        <w:t>vt 0.874300 0.415400</w:t>
        <w:br/>
        <w:t>vt 0.874000 0.413600</w:t>
        <w:br/>
        <w:t>vt 0.842600 0.410300</w:t>
        <w:br/>
        <w:t>vt 0.845100 0.406700</w:t>
        <w:br/>
        <w:t>vt 0.778007 0.399461</w:t>
        <w:br/>
        <w:t>vt 0.788702 0.398272</w:t>
        <w:br/>
        <w:t>vt 0.860300 0.410100</w:t>
        <w:br/>
        <w:t>vt 0.859100 0.412700</w:t>
        <w:br/>
        <w:t>vt 0.914900 0.426000</w:t>
        <w:br/>
        <w:t>vt 0.755600 0.370600</w:t>
        <w:br/>
        <w:t>vt 0.638200 0.045900</w:t>
        <w:br/>
        <w:t>vt 0.654838 0.041364</w:t>
        <w:br/>
        <w:t>vt 0.654546 0.045790</w:t>
        <w:br/>
        <w:t>vt 0.670045 0.038020</w:t>
        <w:br/>
        <w:t>vt 0.687969 0.034727</w:t>
        <w:br/>
        <w:t>vt 0.686516 0.040511</w:t>
        <w:br/>
        <w:t>vt 0.669495 0.043123</w:t>
        <w:br/>
        <w:t>vt 0.626500 0.047600</w:t>
        <w:br/>
        <w:t>vt 0.638200 0.045900</w:t>
        <w:br/>
        <w:t>vt 0.626600 0.049500</w:t>
        <w:br/>
        <w:t>vt 0.688804 0.031228</w:t>
        <w:br/>
        <w:t>vt 0.749900 0.027300</w:t>
        <w:br/>
        <w:t>vt 0.728605 0.029085</w:t>
        <w:br/>
        <w:t>vt 0.613500 0.053900</w:t>
        <w:br/>
        <w:t>vt 0.634500 0.073600</w:t>
        <w:br/>
        <w:t>vt 0.623300 0.072900</w:t>
        <w:br/>
        <w:t>vt 0.647594 0.074585</w:t>
        <w:br/>
        <w:t>vt 0.676260 0.075993</w:t>
        <w:br/>
        <w:t>vt 0.660712 0.075207</w:t>
        <w:br/>
        <w:t>vt 0.640200 0.041700</w:t>
        <w:br/>
        <w:t>vt 0.728101 0.015307</w:t>
        <w:br/>
        <w:t>vt 0.754800 0.011800</w:t>
        <w:br/>
        <w:t>vt 0.653700 0.036400</w:t>
        <w:br/>
        <w:t>vt 0.669000 0.031900</w:t>
        <w:br/>
        <w:t>vt 0.669428 0.031771</w:t>
        <w:br/>
        <w:t>vt 0.626600 0.049500</w:t>
        <w:br/>
        <w:t>vt 0.708088 0.037555</w:t>
        <w:br/>
        <w:t>vt 0.727126 0.035658</w:t>
        <w:br/>
        <w:t>vt 0.613500 0.053900</w:t>
        <w:br/>
        <w:t>vt 0.602500 0.057800</w:t>
        <w:br/>
        <w:t>vt 0.708612 0.019928</w:t>
        <w:br/>
        <w:t>vt 0.724100 0.013200</w:t>
        <w:br/>
        <w:t>vt 0.669200 0.030700</w:t>
        <w:br/>
        <w:t>vt 0.780500 0.409700</w:t>
        <w:br/>
        <w:t>vt 0.761300 0.408700</w:t>
        <w:br/>
        <w:t>vt 0.809900 0.392700</w:t>
        <w:br/>
        <w:t>vt 0.830200 0.399200</w:t>
        <w:br/>
        <w:t>vt 0.759700 0.392200</w:t>
        <w:br/>
        <w:t>vt 0.776870 0.385034</w:t>
        <w:br/>
        <w:t>vt 0.777373 0.395730</w:t>
        <w:br/>
        <w:t>vt 0.760600 0.396800</w:t>
        <w:br/>
        <w:t>vt 0.713500 0.497600</w:t>
        <w:br/>
        <w:t>vt 0.728600 0.476000</w:t>
        <w:br/>
        <w:t>vt 0.710500 0.476100</w:t>
        <w:br/>
        <w:t>vt 0.717300 0.306300</w:t>
        <w:br/>
        <w:t>vt 0.687600 0.307200</w:t>
        <w:br/>
        <w:t>vt 0.692700 0.344400</w:t>
        <w:br/>
        <w:t>vt 0.717500 0.344100</w:t>
        <w:br/>
        <w:t>vt 0.697800 0.381000</w:t>
        <w:br/>
        <w:t>vt 0.717600 0.380800</w:t>
        <w:br/>
        <w:t>vt 0.694500 0.270200</w:t>
        <w:br/>
        <w:t>vt 0.683000 0.270100</w:t>
        <w:br/>
        <w:t>vt 0.702200 0.413400</w:t>
        <w:br/>
        <w:t>vt 0.717700 0.413400</w:t>
        <w:br/>
        <w:t>vt 0.717800 0.443300</w:t>
        <w:br/>
        <w:t>vt 0.706400 0.443500</w:t>
        <w:br/>
        <w:t>vt 0.716500 0.229800</w:t>
        <w:br/>
        <w:t>vt 0.717000 0.270500</w:t>
        <w:br/>
        <w:t>vt 0.737700 0.270300</w:t>
        <w:br/>
        <w:t>vt 0.743200 0.229800</w:t>
        <w:br/>
        <w:t>vt 0.725700 0.497500</w:t>
        <w:br/>
        <w:t>vt 0.748700 0.345400</w:t>
        <w:br/>
        <w:t>vt 0.753800 0.308100</w:t>
        <w:br/>
        <w:t>vt 0.723900 0.514000</w:t>
        <w:br/>
        <w:t>vt 0.716900 0.514100</w:t>
        <w:br/>
        <w:t>vt 0.721400 0.532900</w:t>
        <w:br/>
        <w:t>vt 0.743100 0.381700</w:t>
        <w:br/>
        <w:t>vt 0.737800 0.413900</w:t>
        <w:br/>
        <w:t>vt 0.733100 0.443800</w:t>
        <w:br/>
        <w:t>vt 0.690600 0.229800</w:t>
        <w:br/>
        <w:t>vt 0.757900 0.270200</w:t>
        <w:br/>
        <w:t>vt 0.760000 0.229800</w:t>
        <w:br/>
        <w:t>vt 0.612700 0.068600</w:t>
        <w:br/>
        <w:t>vt 0.633400 0.078300</w:t>
        <w:br/>
        <w:t>vt 0.924000 0.487600</w:t>
        <w:br/>
        <w:t>vt 0.932500 0.499900</w:t>
        <w:br/>
        <w:t>vt 0.921400 0.504100</w:t>
        <w:br/>
        <w:t>vt 0.913200 0.491400</w:t>
        <w:br/>
        <w:t>vt 0.890600 0.498500</w:t>
        <w:br/>
        <w:t>vt 0.897700 0.512100</w:t>
        <w:br/>
        <w:t>vt 0.886300 0.515800</w:t>
        <w:br/>
        <w:t>vt 0.880100 0.501600</w:t>
        <w:br/>
        <w:t>vt 0.840100 0.527600</w:t>
        <w:br/>
        <w:t>vt 0.834200 0.513300</w:t>
        <w:br/>
        <w:t>vt 0.853200 0.508700</w:t>
        <w:br/>
        <w:t>vt 0.859400 0.523300</w:t>
        <w:br/>
        <w:t>vt 0.868400 0.504900</w:t>
        <w:br/>
        <w:t>vt 0.874000 0.519400</w:t>
        <w:br/>
        <w:t>vt 0.901900 0.495000</w:t>
        <w:br/>
        <w:t>vt 0.908869 0.508408</w:t>
        <w:br/>
        <w:t>vt 0.934900 0.483600</w:t>
        <w:br/>
        <w:t>vt 0.943400 0.495200</w:t>
        <w:br/>
        <w:t>vt 0.913200 0.491400</w:t>
        <w:br/>
        <w:t>vt 0.924000 0.487600</w:t>
        <w:br/>
        <w:t>vt 0.880100 0.501600</w:t>
        <w:br/>
        <w:t>vt 0.890600 0.498500</w:t>
        <w:br/>
        <w:t>vt 0.834600 0.511200</w:t>
        <w:br/>
        <w:t>vt 0.852600 0.507600</w:t>
        <w:br/>
        <w:t>vt 0.853200 0.508700</w:t>
        <w:br/>
        <w:t>vt 0.834200 0.513300</w:t>
        <w:br/>
        <w:t>vt 0.868400 0.504900</w:t>
        <w:br/>
        <w:t>vt 0.901900 0.495000</w:t>
        <w:br/>
        <w:t>vt 0.934900 0.483600</w:t>
        <w:br/>
        <w:t>vt 0.944800 0.479500</w:t>
        <w:br/>
        <w:t>vt 0.953200 0.490500</w:t>
        <w:br/>
        <w:t>vt 0.944800 0.479500</w:t>
        <w:br/>
        <w:t>vt 0.680800 0.249900</w:t>
        <w:br/>
        <w:t>vt 0.693500 0.413700</w:t>
        <w:br/>
        <w:t>vt 0.699800 0.413500</w:t>
        <w:br/>
        <w:t>vt 0.695700 0.381400</w:t>
        <w:br/>
        <w:t>vt 0.688300 0.381600</w:t>
        <w:br/>
        <w:t>vt 0.707000 0.498100</w:t>
        <w:br/>
        <w:t>vt 0.712100 0.497500</w:t>
        <w:br/>
        <w:t>vt 0.708300 0.475800</w:t>
        <w:br/>
        <w:t>vt 0.703400 0.476500</w:t>
        <w:br/>
        <w:t>vt 0.682500 0.344400</w:t>
        <w:br/>
        <w:t>vt 0.691000 0.344800</w:t>
        <w:br/>
        <w:t>vt 0.686100 0.307400</w:t>
        <w:br/>
        <w:t>vt 0.677000 0.307700</w:t>
        <w:br/>
        <w:t>vt 0.720700 0.535600</w:t>
        <w:br/>
        <w:t>vt 0.716000 0.514300</w:t>
        <w:br/>
        <w:t>vt 0.713600 0.533400</w:t>
        <w:br/>
        <w:t>vt 0.681400 0.271200</w:t>
        <w:br/>
        <w:t>vt 0.671800 0.270400</w:t>
        <w:br/>
        <w:t>vt 0.697800 0.443800</w:t>
        <w:br/>
        <w:t>vt 0.703600 0.443900</w:t>
        <w:br/>
        <w:t>vt 0.709800 0.515000</w:t>
        <w:br/>
        <w:t>vt 0.695700 0.381400</w:t>
        <w:br/>
        <w:t>vt 0.699800 0.413500</w:t>
        <w:br/>
        <w:t>vt 0.708300 0.475800</w:t>
        <w:br/>
        <w:t>vt 0.686100 0.307400</w:t>
        <w:br/>
        <w:t>vt 0.691000 0.344800</w:t>
        <w:br/>
        <w:t>vt 0.687600 0.307200</w:t>
        <w:br/>
        <w:t>vt 0.683000 0.270100</w:t>
        <w:br/>
        <w:t>vt 0.681400 0.271200</w:t>
        <w:br/>
        <w:t>vt 0.703600 0.443900</w:t>
        <w:br/>
        <w:t>vt 0.679400 0.251200</w:t>
        <w:br/>
        <w:t>vt 0.670500 0.252300</w:t>
        <w:br/>
        <w:t>vt 0.679400 0.251200</w:t>
        <w:br/>
        <w:t>vt 0.670900 0.250000</w:t>
        <w:br/>
        <w:t>vt 0.670500 0.252300</w:t>
        <w:br/>
        <w:t>vt 0.679400 0.251200</w:t>
        <w:br/>
        <w:t>vt 0.680800 0.249900</w:t>
        <w:br/>
        <w:t>vt 0.716700 0.550000</w:t>
        <w:br/>
        <w:t>vt 0.718400 0.550300</w:t>
        <w:br/>
        <w:t>vt 0.672900 0.229800</w:t>
        <w:br/>
        <w:t>vt 0.670900 0.250000</w:t>
        <w:br/>
        <w:t>vt 0.862900 0.406700</w:t>
        <w:br/>
        <w:t>vt 0.864700 0.405600</w:t>
        <w:br/>
        <w:t>vt 0.850700 0.400000</w:t>
        <w:br/>
        <w:t>vt 0.849100 0.401500</w:t>
        <w:br/>
        <w:t>vt 0.767400 0.431600</w:t>
        <w:br/>
        <w:t>vt 0.765400 0.432800</w:t>
        <w:br/>
        <w:t>vt 0.760700 0.417200</w:t>
        <w:br/>
        <w:t>vt 0.762600 0.416500</w:t>
        <w:br/>
        <w:t>vt 0.755600 0.372900</w:t>
        <w:br/>
        <w:t>vt 0.757200 0.381000</w:t>
        <w:br/>
        <w:t>vt 0.755200 0.381300</w:t>
        <w:br/>
        <w:t>vt 0.753500 0.373100</w:t>
        <w:br/>
        <w:t>vt 0.759800 0.409400</w:t>
        <w:br/>
        <w:t>vt 0.761300 0.408700</w:t>
        <w:br/>
        <w:t>vt 0.797400 0.472900</w:t>
        <w:br/>
        <w:t>vt 0.795800 0.474300</w:t>
        <w:br/>
        <w:t>vt 0.781000 0.457100</w:t>
        <w:br/>
        <w:t>vt 0.782700 0.455800</w:t>
        <w:br/>
        <w:t>vt 0.754800 0.011800</w:t>
        <w:br/>
        <w:t>vt 0.756700 0.011700</w:t>
        <w:br/>
        <w:t>vt 0.755000 0.016100</w:t>
        <w:br/>
        <w:t>vt 0.753100 0.015600</w:t>
        <w:br/>
        <w:t>vt 0.810000 0.489400</w:t>
        <w:br/>
        <w:t>vt 0.811600 0.487900</w:t>
        <w:br/>
        <w:t>vt 0.824900 0.501300</w:t>
        <w:br/>
        <w:t>vt 0.823400 0.502800</w:t>
        <w:br/>
        <w:t>vt 0.746600 0.048500</w:t>
        <w:br/>
        <w:t>vt 0.740126 0.063598</w:t>
        <w:br/>
        <w:t>vt 0.738374 0.062410</w:t>
        <w:br/>
        <w:t>vt 0.744700 0.047600</w:t>
        <w:br/>
        <w:t>vt 0.728400 0.081500</w:t>
        <w:br/>
        <w:t>vt 0.726700 0.080100</w:t>
        <w:br/>
        <w:t>vt 0.707100 0.099900</w:t>
        <w:br/>
        <w:t>vt 0.706600 0.098200</w:t>
        <w:br/>
        <w:t>vt 0.670261 0.094005</w:t>
        <w:br/>
        <w:t>vt 0.656550 0.091240</w:t>
        <w:br/>
        <w:t>vt 0.656943 0.089121</w:t>
        <w:br/>
        <w:t>vt 0.670755 0.091921</w:t>
        <w:br/>
        <w:t>vt 0.645020 0.088893</w:t>
        <w:br/>
        <w:t>vt 0.645338 0.086681</w:t>
        <w:br/>
        <w:t>vt 0.753000 0.370400</w:t>
        <w:br/>
        <w:t>vt 0.753400 0.368500</w:t>
        <w:br/>
        <w:t>vt 0.755600 0.368900</w:t>
        <w:br/>
        <w:t>vt 0.755600 0.370600</w:t>
        <w:br/>
        <w:t>vt 0.751800 0.028100</w:t>
        <w:br/>
        <w:t>vt 0.750100 0.035300</w:t>
        <w:br/>
        <w:t>vt 0.748200 0.034200</w:t>
        <w:br/>
        <w:t>vt 0.749900 0.027300</w:t>
        <w:br/>
        <w:t>vt 0.751900 0.019800</w:t>
        <w:br/>
        <w:t>vt 0.753600 0.020900</w:t>
        <w:br/>
        <w:t>vt 0.760600 0.396800</w:t>
        <w:br/>
        <w:t>vt 0.761200 0.401000</w:t>
        <w:br/>
        <w:t>vt 0.759300 0.401200</w:t>
        <w:br/>
        <w:t>vt 0.758500 0.396900</w:t>
        <w:br/>
        <w:t>vt 0.755400 0.006800</w:t>
        <w:br/>
        <w:t>vt 0.757800 0.006300</w:t>
        <w:br/>
        <w:t>vt 0.689500 0.226500</w:t>
        <w:br/>
        <w:t>vt 0.671600 0.226500</w:t>
        <w:br/>
        <w:t>vt 0.672900 0.229800</w:t>
        <w:br/>
        <w:t>vt 0.690600 0.229800</w:t>
        <w:br/>
        <w:t>vt 0.716600 0.226500</w:t>
        <w:br/>
        <w:t>vt 0.716500 0.229800</w:t>
        <w:br/>
        <w:t>vt 0.743200 0.229800</w:t>
        <w:br/>
        <w:t>vt 0.743800 0.226500</w:t>
        <w:br/>
        <w:t>vt 0.760000 0.229800</w:t>
        <w:br/>
        <w:t>vt 0.760900 0.226500</w:t>
        <w:br/>
        <w:t>vt 0.832000 0.511600</w:t>
        <w:br/>
        <w:t>vt 0.834600 0.511200</w:t>
        <w:br/>
        <w:t>vt 0.759700 0.404900</w:t>
        <w:br/>
        <w:t>vt 0.761300 0.404500</w:t>
        <w:br/>
        <w:t>vt 0.759700 0.392200</w:t>
        <w:br/>
        <w:t>vt 0.757700 0.392500</w:t>
        <w:br/>
        <w:t>vt 0.932500 0.499900</w:t>
        <w:br/>
        <w:t>vt 0.933400 0.501800</w:t>
        <w:br/>
        <w:t>vt 0.922200 0.506000</w:t>
        <w:br/>
        <w:t>vt 0.921400 0.504100</w:t>
        <w:br/>
        <w:t>vt 0.897700 0.512100</w:t>
        <w:br/>
        <w:t>vt 0.898400 0.514100</w:t>
        <w:br/>
        <w:t>vt 0.887000 0.517800</w:t>
        <w:br/>
        <w:t>vt 0.886300 0.515800</w:t>
        <w:br/>
        <w:t>vt 0.839400 0.528900</w:t>
        <w:br/>
        <w:t>vt 0.840100 0.527600</w:t>
        <w:br/>
        <w:t>vt 0.859400 0.523300</w:t>
        <w:br/>
        <w:t>vt 0.859800 0.525400</w:t>
        <w:br/>
        <w:t>vt 0.874000 0.519400</w:t>
        <w:br/>
        <w:t>vt 0.874600 0.521400</w:t>
        <w:br/>
        <w:t>vt 0.944300 0.497000</w:t>
        <w:br/>
        <w:t>vt 0.943400 0.495200</w:t>
        <w:br/>
        <w:t>vt 0.953200 0.490500</w:t>
        <w:br/>
        <w:t>vt 0.954200 0.492200</w:t>
        <w:br/>
        <w:t>vt 0.834200 0.513300</w:t>
        <w:br/>
        <w:t>vt 0.834700 0.520800</w:t>
        <w:br/>
        <w:t>vt 0.832800 0.513000</w:t>
        <w:br/>
        <w:t>vt 0.840100 0.527600</w:t>
        <w:br/>
        <w:t>vt 0.839400 0.528900</w:t>
        <w:br/>
        <w:t>vt 0.909219 0.510566</w:t>
        <w:br/>
        <w:t>vt 0.908869 0.508408</w:t>
        <w:br/>
        <w:t>vt 0.832800 0.513000</w:t>
        <w:br/>
        <w:t>vt 0.779847 0.322413</w:t>
        <w:br/>
        <w:t>vt 0.764386 0.293923</w:t>
        <w:br/>
        <w:t>vt 0.784934 0.294807</w:t>
        <w:br/>
        <w:t>vt 0.888372 0.408474</w:t>
        <w:br/>
        <w:t>vt 0.889369 0.404348</w:t>
        <w:br/>
        <w:t>vt 0.903334 0.411323</w:t>
        <w:br/>
        <w:t>vt 0.902436 0.413386</w:t>
        <w:br/>
        <w:t>vt 0.793213 0.357879</w:t>
        <w:br/>
        <w:t>vt 0.795507 0.333416</w:t>
        <w:br/>
        <w:t>vt 0.819047 0.349233</w:t>
        <w:br/>
        <w:t>vt 0.816953 0.368980</w:t>
        <w:br/>
        <w:t>vt 0.837401 0.360924</w:t>
        <w:br/>
        <w:t>vt 0.835805 0.377331</w:t>
        <w:br/>
        <w:t>vt 0.777453 0.350118</w:t>
        <w:br/>
        <w:t>vt 0.854557 0.373106</w:t>
        <w:br/>
        <w:t>vt 0.853759 0.385976</w:t>
        <w:br/>
        <w:t>vt 0.758900 0.341472</w:t>
        <w:br/>
        <w:t>vt 0.761892 0.310133</w:t>
        <w:br/>
        <w:t>vt 0.880392 0.353654</w:t>
        <w:br/>
        <w:t>vt 0.873977 0.368384</w:t>
        <w:br/>
        <w:t>vt 0.858563 0.355890</w:t>
        <w:br/>
        <w:t>vt 0.865560 0.337680</w:t>
        <w:br/>
        <w:t>vt 0.878596 0.398846</w:t>
        <w:br/>
        <w:t>vt 0.915104 0.416726</w:t>
        <w:br/>
        <w:t>vt 0.785931 0.274569</w:t>
        <w:br/>
        <w:t>vt 0.768376 0.277025</w:t>
        <w:br/>
        <w:t>vt 0.772864 0.263173</w:t>
        <w:br/>
        <w:t>vt 0.888172 0.343241</w:t>
        <w:br/>
        <w:t>vt 0.872512 0.325164</w:t>
        <w:br/>
        <w:t>vt 0.839895 0.211300</w:t>
        <w:br/>
        <w:t>vt 0.823636 0.195189</w:t>
        <w:br/>
        <w:t>vt 0.834708 0.186052</w:t>
        <w:br/>
        <w:t>vt 0.967571 0.108538</w:t>
        <w:br/>
        <w:t>vt 0.991810 0.104117</w:t>
        <w:br/>
        <w:t>vt 0.991810 0.138895</w:t>
        <w:br/>
        <w:t>vt 0.968868 0.144102</w:t>
        <w:br/>
        <w:t>vt 0.975152 0.344027</w:t>
        <w:br/>
        <w:t>vt 0.952709 0.346876</w:t>
        <w:br/>
        <w:t>vt 0.950115 0.327915</w:t>
        <w:br/>
        <w:t>vt 0.974154 0.324574</w:t>
        <w:br/>
        <w:t>vt 0.991810 0.324574</w:t>
        <w:br/>
        <w:t>vt 0.991810 0.344125</w:t>
        <w:br/>
        <w:t>vt 0.852762 0.234682</w:t>
        <w:br/>
        <w:t>vt 0.864732 0.225153</w:t>
        <w:br/>
        <w:t>vt 0.875305 0.247454</w:t>
        <w:br/>
        <w:t>vt 0.864333 0.255215</w:t>
        <w:br/>
        <w:t>vt 0.909817 0.229377</w:t>
        <w:br/>
        <w:t>vt 0.898346 0.234780</w:t>
        <w:br/>
        <w:t>vt 0.905628 0.202950</w:t>
        <w:br/>
        <w:t>vt 0.969865 0.208353</w:t>
        <w:br/>
        <w:t>vt 0.940223 0.215724</w:t>
        <w:br/>
        <w:t>vt 0.937846 0.186641</w:t>
        <w:br/>
        <w:t>vt 0.969366 0.176915</w:t>
        <w:br/>
        <w:t>vt 0.991810 0.172593</w:t>
        <w:br/>
        <w:t>vt 0.991810 0.206290</w:t>
        <w:br/>
        <w:t>vt 0.955901 0.365149</w:t>
        <w:br/>
        <w:t>vt 0.976349 0.362889</w:t>
        <w:br/>
        <w:t>vt 0.977346 0.381654</w:t>
        <w:br/>
        <w:t>vt 0.958993 0.383422</w:t>
        <w:br/>
        <w:t>vt 0.991810 0.363184</w:t>
        <w:br/>
        <w:t>vt 0.991810 0.384404</w:t>
        <w:br/>
        <w:t>vt 0.886776 0.271621</w:t>
        <w:br/>
        <w:t>vt 0.913807 0.255706</w:t>
        <w:br/>
        <w:t>vt 0.903733 0.261110</w:t>
        <w:br/>
        <w:t>vt 0.970763 0.240479</w:t>
        <w:br/>
        <w:t>vt 0.942773 0.246049</w:t>
        <w:br/>
        <w:t>vt 0.991810 0.239398</w:t>
        <w:br/>
        <w:t>vt 0.853560 0.201378</w:t>
        <w:br/>
        <w:t>vt 0.888072 0.185070</w:t>
        <w:br/>
        <w:t>vt 0.900641 0.176031</w:t>
        <w:br/>
        <w:t>vt 0.893559 0.211202</w:t>
        <w:br/>
        <w:t>vt 0.934455 0.157562</w:t>
        <w:br/>
        <w:t>vt 0.896750 0.294021</w:t>
        <w:br/>
        <w:t>vt 0.889868 0.303059</w:t>
        <w:br/>
        <w:t>vt 0.878297 0.281151</w:t>
        <w:br/>
        <w:t>vt 0.917598 0.280463</w:t>
        <w:br/>
        <w:t>vt 0.909119 0.286653</w:t>
        <w:br/>
        <w:t>vt 0.971760 0.269067</w:t>
        <w:br/>
        <w:t>vt 0.945195 0.273507</w:t>
        <w:br/>
        <w:t>vt 0.991810 0.268478</w:t>
        <w:br/>
        <w:t>vt 0.843685 0.179666</w:t>
        <w:br/>
        <w:t>vt 0.883085 0.158740</w:t>
        <w:br/>
        <w:t>vt 0.895753 0.147246</w:t>
        <w:br/>
        <w:t>vt 0.931263 0.123569</w:t>
        <w:br/>
        <w:t>vt 0.910915 0.317599</w:t>
        <w:br/>
        <w:t>vt 0.902237 0.326048</w:t>
        <w:br/>
        <w:t>vt 0.921887 0.305515</w:t>
        <w:br/>
        <w:t>vt 0.915503 0.311705</w:t>
        <w:br/>
        <w:t>vt 0.972858 0.295593</w:t>
        <w:br/>
        <w:t>vt 0.947166 0.299235</w:t>
        <w:br/>
        <w:t>vt 0.991810 0.295396</w:t>
        <w:br/>
        <w:t>vt 0.919151 0.342021</w:t>
        <w:br/>
        <w:t>vt 0.910962 0.349133</w:t>
        <w:br/>
        <w:t>vt 0.925877 0.335971</w:t>
        <w:br/>
        <w:t>vt 0.978044 0.399337</w:t>
        <w:br/>
        <w:t>vt 0.961387 0.400418</w:t>
        <w:br/>
        <w:t>vt 0.851465 0.267102</w:t>
        <w:br/>
        <w:t>vt 0.880691 0.312294</w:t>
        <w:br/>
        <w:t>vt 0.855056 0.308168</w:t>
        <w:br/>
        <w:t>vt 0.867325 0.290877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0.937255 0.330845</w:t>
        <w:br/>
        <w:t>vt 0.917797 0.196662</w:t>
        <w:br/>
        <w:t>vt 0.913508 0.168172</w:t>
        <w:br/>
        <w:t>vt 0.818249 0.267102</w:t>
        <w:br/>
        <w:t>vt 0.828324 0.258850</w:t>
        <w:br/>
        <w:t>vt 0.838698 0.282625</w:t>
        <w:br/>
        <w:t>vt 0.838797 0.248633</w:t>
        <w:br/>
        <w:t>vt 0.823636 0.226626</w:t>
        <w:br/>
        <w:t>vt 0.810868 0.207076</w:t>
        <w:br/>
        <w:t>vt 0.812863 0.238808</w:t>
        <w:br/>
        <w:t>vt 0.798400 0.220339</w:t>
        <w:br/>
        <w:t>vt 0.775757 0.367408</w:t>
        <w:br/>
        <w:t>vt 0.756606 0.362987</w:t>
        <w:br/>
        <w:t>vt 0.756905 0.360924</w:t>
        <w:br/>
        <w:t>vt 0.815856 0.380769</w:t>
        <w:br/>
        <w:t>vt 0.791717 0.372713</w:t>
        <w:br/>
        <w:t>vt 0.875305 0.402776</w:t>
        <w:br/>
        <w:t>vt 0.865530 0.398748</w:t>
        <w:br/>
        <w:t>vt 0.867325 0.392755</w:t>
        <w:br/>
        <w:t>vt 0.835007 0.387155</w:t>
        <w:br/>
        <w:t>vt 0.852163 0.393443</w:t>
        <w:br/>
        <w:t>vt 0.902436 0.413386</w:t>
        <w:br/>
        <w:t>vt 0.901937 0.414860</w:t>
        <w:br/>
        <w:t>vt 0.888172 0.410144</w:t>
        <w:br/>
        <w:t>vt 0.888372 0.408474</w:t>
        <w:br/>
        <w:t>vt 0.815257 0.382243</w:t>
        <w:br/>
        <w:t>vt 0.791118 0.374482</w:t>
        <w:br/>
        <w:t>vt 0.874507 0.404053</w:t>
        <w:br/>
        <w:t>vt 0.865031 0.400221</w:t>
        <w:br/>
        <w:t>vt 0.834508 0.388727</w:t>
        <w:br/>
        <w:t>vt 0.775059 0.369570</w:t>
        <w:br/>
        <w:t>vt 0.851066 0.394720</w:t>
        <w:br/>
        <w:t>vt 0.874307 0.169842</w:t>
        <w:br/>
        <w:t>vt 0.875205 0.167386</w:t>
        <w:br/>
        <w:t>vt 0.879095 0.193322</w:t>
        <w:br/>
        <w:t>vt 0.881788 0.219553</w:t>
        <w:br/>
        <w:t>vt 0.885778 0.218177</w:t>
        <w:br/>
        <w:t>vt 0.891464 0.240086</w:t>
        <w:br/>
        <w:t>vt 0.888771 0.241559</w:t>
        <w:br/>
        <w:t>vt 0.903832 0.288519</w:t>
        <w:br/>
        <w:t>vt 0.895553 0.264941</w:t>
        <w:br/>
        <w:t>vt 0.898147 0.263762</w:t>
        <w:br/>
        <w:t>vt 0.868123 0.172789</w:t>
        <w:br/>
        <w:t>vt 0.874307 0.169842</w:t>
        <w:br/>
        <w:t>vt 0.879095 0.193322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0.925286 0.359423</w:t>
        <w:br/>
        <w:t>vt 0.888571 0.215230</w:t>
        <w:br/>
        <w:t>vt 0.893958 0.237728</w:t>
        <w:br/>
        <w:t>vt 0.942933 0.387745</w:t>
        <w:br/>
        <w:t>vt 0.938245 0.391380</w:t>
        <w:br/>
        <w:t>vt 0.931999 0.376695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0.947921 0.403267</w:t>
        <w:br/>
        <w:t>vt 0.943931 0.405330</w:t>
        <w:br/>
        <w:t>vt 0.873908 0.194894</w:t>
        <w:br/>
        <w:t>vt 0.924580 0.251580</w:t>
        <w:br/>
        <w:t>vt 0.921288 0.223581</w:t>
        <w:br/>
        <w:t>vt 0.908920 0.136734</w:t>
        <w:br/>
        <w:t>vt 0.822239 0.324869</w:t>
        <w:br/>
        <w:t>vt 0.840792 0.340195</w:t>
        <w:br/>
        <w:t>vt 0.800395 0.307677</w:t>
        <w:br/>
        <w:t>vt 0.790719 0.264057</w:t>
        <w:br/>
        <w:t>vt 0.778949 0.249910</w:t>
        <w:br/>
        <w:t>vt 0.803587 0.252955</w:t>
        <w:br/>
        <w:t>vt 0.788225 0.234289</w:t>
        <w:br/>
        <w:t>vt 0.995600 0.324673</w:t>
        <w:br/>
        <w:t>vt 0.995600 0.344223</w:t>
        <w:br/>
        <w:t>vt 0.991810 0.344125</w:t>
        <w:br/>
        <w:t>vt 0.991810 0.324574</w:t>
        <w:br/>
        <w:t>vt 0.995600 0.172691</w:t>
        <w:br/>
        <w:t>vt 0.995600 0.206388</w:t>
        <w:br/>
        <w:t>vt 0.991810 0.206290</w:t>
        <w:br/>
        <w:t>vt 0.991810 0.172593</w:t>
        <w:br/>
        <w:t>vt 0.991810 0.363184</w:t>
        <w:br/>
        <w:t>vt 0.995600 0.382145</w:t>
        <w:br/>
        <w:t>vt 0.991810 0.384404</w:t>
        <w:br/>
        <w:t>vt 0.991810 0.239398</w:t>
        <w:br/>
        <w:t>vt 0.995600 0.239300</w:t>
        <w:br/>
        <w:t>vt 0.995600 0.138797</w:t>
        <w:br/>
        <w:t>vt 0.991810 0.138895</w:t>
        <w:br/>
        <w:t>vt 0.995600 0.268478</w:t>
        <w:br/>
        <w:t>vt 0.991810 0.268478</w:t>
        <w:br/>
        <w:t>vt 0.991810 0.104117</w:t>
        <w:br/>
        <w:t>vt 0.995600 0.104019</w:t>
        <w:br/>
        <w:t>vt 0.991810 0.295396</w:t>
        <w:br/>
        <w:t>vt 0.995600 0.295593</w:t>
        <w:br/>
        <w:t>vt 0.995600 0.363380</w:t>
        <w:br/>
        <w:t>vt 0.995600 0.384503</w:t>
        <w:br/>
        <w:t>vt 0.756207 0.364166</w:t>
        <w:br/>
        <w:t>vt 0.869220 0.383324</w:t>
        <w:br/>
        <w:t>vt 0.918595 0.365247</w:t>
        <w:br/>
        <w:t>vt 0.926475 0.381359</w:t>
        <w:br/>
        <w:t>vt 0.933358 0.395604</w:t>
        <w:br/>
        <w:t>vt 0.939243 0.407884</w:t>
        <w:br/>
        <w:t>vt 0.901991 0.358874</w:t>
        <w:br/>
        <w:t>vt 0.919194 0.409849</w:t>
        <w:br/>
        <w:t>vt 0.929268 0.418298</w:t>
        <w:br/>
        <w:t>vt 0.927373 0.422424</w:t>
        <w:br/>
        <w:t>vt 0.891963 0.398060</w:t>
        <w:br/>
        <w:t>vt 0.881090 0.391281</w:t>
        <w:br/>
        <w:t>vt 0.905528 0.406509</w:t>
        <w:br/>
        <w:t>vt 0.928271 0.399239</w:t>
        <w:br/>
        <w:t>vt 0.920291 0.386566</w:t>
        <w:br/>
        <w:t>vt 0.914007 0.392951</w:t>
        <w:br/>
        <w:t>vt 0.904032 0.380475</w:t>
        <w:br/>
        <w:t>vt 0.911413 0.371829</w:t>
        <w:br/>
        <w:t>vt 0.886786 0.380237</w:t>
        <w:br/>
        <w:t>vt 0.894157 0.368980</w:t>
        <w:br/>
        <w:t>vt 0.897098 0.389688</w:t>
        <w:br/>
        <w:t>vt 0.923383 0.403955</w:t>
        <w:br/>
        <w:t>vt 0.935552 0.410340</w:t>
        <w:br/>
        <w:t>vt 0.932161 0.413484</w:t>
        <w:br/>
        <w:t>vt 0.909219 0.401007</w:t>
        <w:br/>
        <w:t>vt 0.844283 0.328799</w:t>
        <w:br/>
        <w:t>vt 0.848573 0.319662</w:t>
        <w:br/>
        <w:t>vt 0.832214 0.292449</w:t>
        <w:br/>
        <w:t>vt 0.815357 0.270541</w:t>
        <w:br/>
        <w:t>vt 0.810768 0.278007</w:t>
        <w:br/>
        <w:t>vt 0.795707 0.256001</w:t>
        <w:br/>
        <w:t>vt 0.793911 0.266316</w:t>
        <w:br/>
        <w:t>vt 0.798799 0.259439</w:t>
        <w:br/>
        <w:t>vt 0.801691 0.256197</w:t>
        <w:br/>
        <w:t>vt 0.825930 0.303157</w:t>
        <w:br/>
        <w:t>vt 0.806280 0.289011</w:t>
        <w:br/>
        <w:t>vt 0.794011 0.279481</w:t>
        <w:br/>
        <w:t>vt 0.797901 0.269264</w:t>
        <w:br/>
        <w:t>vt 0.789223 0.276828</w:t>
        <w:br/>
        <w:t>vt 0.803287 0.298245</w:t>
        <w:br/>
        <w:t>vt 0.823337 0.314652</w:t>
        <w:br/>
        <w:t>vt 0.792016 0.287046</w:t>
        <w:br/>
        <w:t>vt 0.785732 0.286947</w:t>
        <w:br/>
        <w:t>vt 0.801592 0.262485</w:t>
        <w:br/>
        <w:t>vt 0.914805 0.419674</w:t>
        <w:br/>
        <w:t>vt 0.926575 0.424684</w:t>
        <w:br/>
        <w:t>vt 0.901937 0.414860</w:t>
        <w:br/>
        <w:t>vt 0.885778 0.218177</w:t>
        <w:br/>
        <w:t>vt 0.891464 0.240086</w:t>
        <w:br/>
        <w:t>vt 0.991810 0.399730</w:t>
        <w:br/>
        <w:t>vt 0.995600 0.400320</w:t>
        <w:br/>
        <w:t>vt 0.991810 0.399730</w:t>
        <w:br/>
        <w:t>vt 0.888172 0.410144</w:t>
        <w:br/>
        <w:t>vt 0.874507 0.404053</w:t>
        <w:br/>
        <w:t>vt 0.761892 0.310133</w:t>
        <w:br/>
        <w:t>vt 0.759099 0.309838</w:t>
        <w:br/>
        <w:t>vt 0.762291 0.293431</w:t>
        <w:br/>
        <w:t>vt 0.764386 0.293923</w:t>
        <w:br/>
        <w:t>vt 0.788225 0.234289</w:t>
        <w:br/>
        <w:t>vt 0.778949 0.249910</w:t>
        <w:br/>
        <w:t>vt 0.777154 0.249124</w:t>
        <w:br/>
        <w:t>vt 0.786430 0.233307</w:t>
        <w:br/>
        <w:t>vt 0.768376 0.277025</w:t>
        <w:br/>
        <w:t>vt 0.766381 0.276534</w:t>
        <w:br/>
        <w:t>vt 0.770969 0.262583</w:t>
        <w:br/>
        <w:t>vt 0.772864 0.263173</w:t>
        <w:br/>
        <w:t>vt 0.833311 0.184480</w:t>
        <w:br/>
        <w:t>vt 0.834708 0.186052</w:t>
        <w:br/>
        <w:t>vt 0.823636 0.195189</w:t>
        <w:br/>
        <w:t>vt 0.822140 0.193715</w:t>
        <w:br/>
        <w:t>vt 0.931263 0.123569</w:t>
        <w:br/>
        <w:t>vt 0.908920 0.136734</w:t>
        <w:br/>
        <w:t>vt 0.907822 0.134966</w:t>
        <w:br/>
        <w:t>vt 0.930465 0.121703</w:t>
        <w:br/>
        <w:t>vt 0.796804 0.219160</w:t>
        <w:br/>
        <w:t>vt 0.809372 0.205701</w:t>
        <w:br/>
        <w:t>vt 0.810868 0.207076</w:t>
        <w:br/>
        <w:t>vt 0.798400 0.220339</w:t>
        <w:br/>
        <w:t>vt 0.756606 0.362987</w:t>
        <w:br/>
        <w:t>vt 0.754910 0.362987</w:t>
        <w:br/>
        <w:t>vt 0.755010 0.361121</w:t>
        <w:br/>
        <w:t>vt 0.756905 0.360924</w:t>
        <w:br/>
        <w:t>vt 0.758900 0.341472</w:t>
        <w:br/>
        <w:t>vt 0.756705 0.341079</w:t>
        <w:br/>
        <w:t>vt 0.873406 0.166856</w:t>
        <w:br/>
        <w:t>vt 0.875205 0.167386</w:t>
        <w:br/>
        <w:t>vt 0.874307 0.169842</w:t>
        <w:br/>
        <w:t>vt 0.872055 0.169072</w:t>
        <w:br/>
        <w:t>vt 0.842687 0.177996</w:t>
        <w:br/>
        <w:t>vt 0.854458 0.174066</w:t>
        <w:br/>
        <w:t>vt 0.855256 0.176031</w:t>
        <w:br/>
        <w:t>vt 0.843685 0.179666</w:t>
        <w:br/>
        <w:t>vt 0.894257 0.145871</w:t>
        <w:br/>
        <w:t>vt 0.895753 0.147246</w:t>
        <w:br/>
        <w:t>vt 0.883085 0.158740</w:t>
        <w:br/>
        <w:t>vt 0.881190 0.157169</w:t>
        <w:br/>
        <w:t>vt 0.868123 0.172789</w:t>
        <w:br/>
        <w:t>vt 0.867325 0.171119</w:t>
        <w:br/>
        <w:t>vt 0.966574 0.104609</w:t>
        <w:br/>
        <w:t>vt 0.967571 0.108538</w:t>
        <w:br/>
        <w:t>vt 0.756207 0.364166</w:t>
        <w:br/>
        <w:t>vt 0.754012 0.363773</w:t>
        <w:br/>
        <w:t>vt 0.991810 0.104117</w:t>
        <w:br/>
        <w:t>vt 0.991810 0.102251</w:t>
        <w:br/>
        <w:t>vt 0.991810 0.099500</w:t>
        <w:br/>
        <w:t>vt 0.877599 0.164537</w:t>
        <w:br/>
        <w:t>vt 0.875305 0.163947</w:t>
        <w:br/>
        <w:t>vt 0.779847 0.322413</w:t>
        <w:br/>
        <w:t>vt 0.784934 0.294807</w:t>
        <w:br/>
        <w:t>vt 0.764386 0.293923</w:t>
        <w:br/>
        <w:t>vt 0.904231 0.411716</w:t>
        <w:br/>
        <w:t>vt 0.889369 0.404348</w:t>
        <w:br/>
        <w:t>vt 0.888372 0.408474</w:t>
        <w:br/>
        <w:t>vt 0.903633 0.413681</w:t>
        <w:br/>
        <w:t>vt 0.792961 0.360372</w:t>
        <w:br/>
        <w:t>vt 0.815391 0.369994</w:t>
        <w:br/>
        <w:t>vt 0.819047 0.349233</w:t>
        <w:br/>
        <w:t>vt 0.795507 0.333416</w:t>
        <w:br/>
        <w:t>vt 0.776969 0.352535</w:t>
        <w:br/>
        <w:t>vt 0.850163 0.384292</w:t>
        <w:br/>
        <w:t>vt 0.863136 0.390692</w:t>
        <w:br/>
        <w:t>vt 0.854557 0.373106</w:t>
        <w:br/>
        <w:t>vt 0.865540 0.337660</w:t>
        <w:br/>
        <w:t>vt 0.859605 0.353695</w:t>
        <w:br/>
        <w:t>vt 0.881197 0.354551</w:t>
        <w:br/>
        <w:t>vt 0.758900 0.341472</w:t>
        <w:br/>
        <w:t>vt 0.761892 0.310133</w:t>
        <w:br/>
        <w:t>vt 0.877100 0.398060</w:t>
        <w:br/>
        <w:t>vt 0.874407 0.402481</w:t>
        <w:br/>
        <w:t>vt 0.915104 0.416726</w:t>
        <w:br/>
        <w:t>vt 0.785931 0.274569</w:t>
        <w:br/>
        <w:t>vt 0.772864 0.263173</w:t>
        <w:br/>
        <w:t>vt 0.768376 0.277025</w:t>
        <w:br/>
        <w:t>vt 0.888172 0.343241</w:t>
        <w:br/>
        <w:t>vt 0.872512 0.325164</w:t>
        <w:br/>
        <w:t>vt 0.839895 0.211300</w:t>
        <w:br/>
        <w:t>vt 0.834708 0.186052</w:t>
        <w:br/>
        <w:t>vt 0.823636 0.195189</w:t>
        <w:br/>
        <w:t>vt 0.975152 0.344027</w:t>
        <w:br/>
        <w:t>vt 0.974154 0.324574</w:t>
        <w:br/>
        <w:t>vt 0.950115 0.327915</w:t>
        <w:br/>
        <w:t>vt 0.952709 0.346876</w:t>
        <w:br/>
        <w:t>vt 0.991810 0.324574</w:t>
        <w:br/>
        <w:t>vt 0.991810 0.344125</w:t>
        <w:br/>
        <w:t>vt 0.875305 0.247454</w:t>
        <w:br/>
        <w:t>vt 0.864732 0.225153</w:t>
        <w:br/>
        <w:t>vt 0.852762 0.234682</w:t>
        <w:br/>
        <w:t>vt 0.864333 0.255215</w:t>
        <w:br/>
        <w:t>vt 0.893559 0.211202</w:t>
        <w:br/>
        <w:t>vt 0.898346 0.234780</w:t>
        <w:br/>
        <w:t>vt 0.905628 0.202950</w:t>
        <w:br/>
        <w:t>vt 0.955901 0.365149</w:t>
        <w:br/>
        <w:t>vt 0.958993 0.383422</w:t>
        <w:br/>
        <w:t>vt 0.977346 0.381654</w:t>
        <w:br/>
        <w:t>vt 0.976349 0.362889</w:t>
        <w:br/>
        <w:t>vt 0.991810 0.363184</w:t>
        <w:br/>
        <w:t>vt 0.991810 0.384404</w:t>
        <w:br/>
        <w:t>vt 0.886776 0.271621</w:t>
        <w:br/>
        <w:t>vt 0.913807 0.255706</w:t>
        <w:br/>
        <w:t>vt 0.909817 0.229377</w:t>
        <w:br/>
        <w:t>vt 0.903733 0.261110</w:t>
        <w:br/>
        <w:t>vt 0.921288 0.223581</w:t>
        <w:br/>
        <w:t>vt 0.924580 0.251580</w:t>
        <w:br/>
        <w:t>vt 0.942961 0.246011</w:t>
        <w:br/>
        <w:t>vt 0.940659 0.215615</w:t>
        <w:br/>
        <w:t>vt 0.991810 0.239398</w:t>
        <w:br/>
        <w:t>vt 0.991810 0.206290</w:t>
        <w:br/>
        <w:t>vt 0.969865 0.208353</w:t>
        <w:br/>
        <w:t>vt 0.970763 0.240479</w:t>
        <w:br/>
        <w:t>vt 0.853560 0.201378</w:t>
        <w:br/>
        <w:t>vt 0.900641 0.176031</w:t>
        <w:br/>
        <w:t>vt 0.888072 0.185070</w:t>
        <w:br/>
        <w:t>vt 0.896750 0.294021</w:t>
        <w:br/>
        <w:t>vt 0.878297 0.281151</w:t>
        <w:br/>
        <w:t>vt 0.889868 0.303059</w:t>
        <w:br/>
        <w:t>vt 0.917598 0.280463</w:t>
        <w:br/>
        <w:t>vt 0.909119 0.286653</w:t>
        <w:br/>
        <w:t>vt 0.927971 0.277320</w:t>
        <w:br/>
        <w:t>vt 0.944500 0.273623</w:t>
        <w:br/>
        <w:t>vt 0.991810 0.268478</w:t>
        <w:br/>
        <w:t>vt 0.971760 0.269067</w:t>
        <w:br/>
        <w:t>vt 0.843685 0.179666</w:t>
        <w:br/>
        <w:t>vt 0.895753 0.147246</w:t>
        <w:br/>
        <w:t>vt 0.883085 0.158740</w:t>
        <w:br/>
        <w:t>vt 0.910915 0.317599</w:t>
        <w:br/>
        <w:t>vt 0.902237 0.326048</w:t>
        <w:br/>
        <w:t>vt 0.921887 0.305515</w:t>
        <w:br/>
        <w:t>vt 0.915503 0.311705</w:t>
        <w:br/>
        <w:t>vt 0.931363 0.302568</w:t>
        <w:br/>
        <w:t>vt 0.947264 0.299221</w:t>
        <w:br/>
        <w:t>vt 0.991810 0.295396</w:t>
        <w:br/>
        <w:t>vt 0.972858 0.295593</w:t>
        <w:br/>
        <w:t>vt 0.912710 0.351591</w:t>
        <w:br/>
        <w:t>vt 0.920391 0.345697</w:t>
        <w:br/>
        <w:t>vt 0.925877 0.335971</w:t>
        <w:br/>
        <w:t>vt 0.936749 0.330960</w:t>
        <w:br/>
        <w:t>vt 0.961387 0.400418</w:t>
        <w:br/>
        <w:t>vt 0.978044 0.399337</w:t>
        <w:br/>
        <w:t>vt 0.851465 0.267102</w:t>
        <w:br/>
        <w:t>vt 0.880691 0.312294</w:t>
        <w:br/>
        <w:t>vt 0.867325 0.290877</w:t>
        <w:br/>
        <w:t>vt 0.855056 0.308168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0.818249 0.267102</w:t>
        <w:br/>
        <w:t>vt 0.838698 0.282625</w:t>
        <w:br/>
        <w:t>vt 0.828324 0.258850</w:t>
        <w:br/>
        <w:t>vt 0.838797 0.248633</w:t>
        <w:br/>
        <w:t>vt 0.823636 0.226626</w:t>
        <w:br/>
        <w:t>vt 0.810868 0.207076</w:t>
        <w:br/>
        <w:t>vt 0.798400 0.220339</w:t>
        <w:br/>
        <w:t>vt 0.812863 0.238808</w:t>
        <w:br/>
        <w:t>vt 0.847277 0.391725</w:t>
        <w:br/>
        <w:t>vt 0.858847 0.396095</w:t>
        <w:br/>
        <w:t>vt 0.888172 0.410144</w:t>
        <w:br/>
        <w:t>vt 0.903334 0.415351</w:t>
        <w:br/>
        <w:t>vt 0.874507 0.404053</w:t>
        <w:br/>
        <w:t>vt 0.775059 0.369570</w:t>
        <w:br/>
        <w:t>vt 0.794011 0.375464</w:t>
        <w:br/>
        <w:t>vt 0.791717 0.372713</w:t>
        <w:br/>
        <w:t>vt 0.774072 0.367019</w:t>
        <w:br/>
        <w:t>vt 0.874307 0.169842</w:t>
        <w:br/>
        <w:t>vt 0.879095 0.193322</w:t>
        <w:br/>
        <w:t>vt 0.875205 0.167386</w:t>
        <w:br/>
        <w:t>vt 0.881788 0.219553</w:t>
        <w:br/>
        <w:t>vt 0.888771 0.241559</w:t>
        <w:br/>
        <w:t>vt 0.891464 0.240086</w:t>
        <w:br/>
        <w:t>vt 0.885778 0.218177</w:t>
        <w:br/>
        <w:t>vt 0.903832 0.288519</w:t>
        <w:br/>
        <w:t>vt 0.898147 0.263762</w:t>
        <w:br/>
        <w:t>vt 0.895553 0.264941</w:t>
        <w:br/>
        <w:t>vt 0.868123 0.172789</w:t>
        <w:br/>
        <w:t>vt 0.879095 0.193322</w:t>
        <w:br/>
        <w:t>vt 0.874307 0.169842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0.925677 0.360531</w:t>
        <w:br/>
        <w:t>vt 0.888571 0.215230</w:t>
        <w:br/>
        <w:t>vt 0.893958 0.237728</w:t>
        <w:br/>
        <w:t>vt 0.932360 0.377626</w:t>
        <w:br/>
        <w:t>vt 0.938245 0.391380</w:t>
        <w:br/>
        <w:t>vt 0.942933 0.387745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0.943931 0.405330</w:t>
        <w:br/>
        <w:t>vt 0.947921 0.403267</w:t>
        <w:br/>
        <w:t>vt 0.873908 0.194894</w:t>
        <w:br/>
        <w:t>vt 0.917797 0.196662</w:t>
        <w:br/>
        <w:t>vt 0.913508 0.168172</w:t>
        <w:br/>
        <w:t>vt 0.908920 0.136734</w:t>
        <w:br/>
        <w:t>vt 0.822239 0.324869</w:t>
        <w:br/>
        <w:t>vt 0.840792 0.340195</w:t>
        <w:br/>
        <w:t>vt 0.800395 0.307677</w:t>
        <w:br/>
        <w:t>vt 0.874507 0.366721</w:t>
        <w:br/>
        <w:t>vt 0.867806 0.382338</w:t>
        <w:br/>
        <w:t>vt 0.790719 0.264057</w:t>
        <w:br/>
        <w:t>vt 0.778949 0.249910</w:t>
        <w:br/>
        <w:t>vt 0.788225 0.234289</w:t>
        <w:br/>
        <w:t>vt 0.803587 0.252955</w:t>
        <w:br/>
        <w:t>vt 0.991810 0.344125</w:t>
        <w:br/>
        <w:t>vt 0.995600 0.344223</w:t>
        <w:br/>
        <w:t>vt 0.995600 0.324673</w:t>
        <w:br/>
        <w:t>vt 0.991810 0.324574</w:t>
        <w:br/>
        <w:t>vt 0.991810 0.172593</w:t>
        <w:br/>
        <w:t>vt 0.991810 0.206290</w:t>
        <w:br/>
        <w:t>vt 0.995600 0.206388</w:t>
        <w:br/>
        <w:t>vt 0.995600 0.172691</w:t>
        <w:br/>
        <w:t>vt 0.991810 0.363184</w:t>
        <w:br/>
        <w:t>vt 0.991810 0.384404</w:t>
        <w:br/>
        <w:t>vt 0.995600 0.383324</w:t>
        <w:br/>
        <w:t>vt 0.991810 0.239398</w:t>
        <w:br/>
        <w:t>vt 0.995600 0.239300</w:t>
        <w:br/>
        <w:t>vt 0.991810 0.138895</w:t>
        <w:br/>
        <w:t>vt 0.995600 0.138797</w:t>
        <w:br/>
        <w:t>vt 0.991810 0.268478</w:t>
        <w:br/>
        <w:t>vt 0.995600 0.268478</w:t>
        <w:br/>
        <w:t>vt 0.994004 0.122784</w:t>
        <w:br/>
        <w:t>vt 0.991810 0.295396</w:t>
        <w:br/>
        <w:t>vt 0.995600 0.295593</w:t>
        <w:br/>
        <w:t>vt 0.995600 0.363380</w:t>
        <w:br/>
        <w:t>vt 0.756207 0.364166</w:t>
        <w:br/>
        <w:t>vt 0.756606 0.362987</w:t>
        <w:br/>
        <w:t>vt 0.918595 0.365247</w:t>
        <w:br/>
        <w:t>vt 0.926475 0.381359</w:t>
        <w:br/>
        <w:t>vt 0.933358 0.395604</w:t>
        <w:br/>
        <w:t>vt 0.939243 0.407884</w:t>
        <w:br/>
        <w:t>vt 0.929268 0.418298</w:t>
        <w:br/>
        <w:t>vt 0.919194 0.409849</w:t>
        <w:br/>
        <w:t>vt 0.927373 0.422424</w:t>
        <w:br/>
        <w:t>vt 0.891963 0.398060</w:t>
        <w:br/>
        <w:t>vt 0.881090 0.391281</w:t>
        <w:br/>
        <w:t>vt 0.905528 0.406509</w:t>
        <w:br/>
        <w:t>vt 0.920291 0.386566</w:t>
        <w:br/>
        <w:t>vt 0.928271 0.399239</w:t>
        <w:br/>
        <w:t>vt 0.911413 0.371829</w:t>
        <w:br/>
        <w:t>vt 0.904032 0.380475</w:t>
        <w:br/>
        <w:t>vt 0.914007 0.392951</w:t>
        <w:br/>
        <w:t>vt 0.887474 0.378903</w:t>
        <w:br/>
        <w:t>vt 0.897748 0.388629</w:t>
        <w:br/>
        <w:t>vt 0.894157 0.368980</w:t>
        <w:br/>
        <w:t>vt 0.923383 0.403955</w:t>
        <w:br/>
        <w:t>vt 0.935552 0.410340</w:t>
        <w:br/>
        <w:t>vt 0.932161 0.413484</w:t>
        <w:br/>
        <w:t>vt 0.902935 0.359942</w:t>
        <w:br/>
        <w:t>vt 0.909219 0.401007</w:t>
        <w:br/>
        <w:t>vt 0.837401 0.360924</w:t>
        <w:br/>
        <w:t>vt 0.844283 0.328799</w:t>
        <w:br/>
        <w:t>vt 0.825930 0.303157</w:t>
        <w:br/>
        <w:t>vt 0.848573 0.319662</w:t>
        <w:br/>
        <w:t>vt 0.832214 0.292449</w:t>
        <w:br/>
        <w:t>vt 0.810768 0.278007</w:t>
        <w:br/>
        <w:t>vt 0.793911 0.266316</w:t>
        <w:br/>
        <w:t>vt 0.795707 0.256001</w:t>
        <w:br/>
        <w:t>vt 0.815357 0.270541</w:t>
        <w:br/>
        <w:t>vt 0.798799 0.259439</w:t>
        <w:br/>
        <w:t>vt 0.801691 0.256197</w:t>
        <w:br/>
        <w:t>vt 0.806280 0.289011</w:t>
        <w:br/>
        <w:t>vt 0.794011 0.279481</w:t>
        <w:br/>
        <w:t>vt 0.797901 0.269264</w:t>
        <w:br/>
        <w:t>vt 0.803287 0.298245</w:t>
        <w:br/>
        <w:t>vt 0.823337 0.314652</w:t>
        <w:br/>
        <w:t>vt 0.792016 0.287046</w:t>
        <w:br/>
        <w:t>vt 0.785732 0.286947</w:t>
        <w:br/>
        <w:t>vt 0.789223 0.276828</w:t>
        <w:br/>
        <w:t>vt 0.801592 0.262485</w:t>
        <w:br/>
        <w:t>vt 0.916301 0.420263</w:t>
        <w:br/>
        <w:t>vt 0.926575 0.424684</w:t>
        <w:br/>
        <w:t>vt 0.885778 0.218177</w:t>
        <w:br/>
        <w:t>vt 0.891464 0.240086</w:t>
        <w:br/>
        <w:t>vt 0.995600 0.400320</w:t>
        <w:br/>
        <w:t>vt 0.991810 0.399730</w:t>
        <w:br/>
        <w:t>vt 0.991810 0.399730</w:t>
        <w:br/>
        <w:t>vt 0.856852 0.396979</w:t>
        <w:br/>
        <w:t>vt 0.759099 0.309838</w:t>
        <w:br/>
        <w:t>vt 0.761892 0.310133</w:t>
        <w:br/>
        <w:t>vt 0.764386 0.293923</w:t>
        <w:br/>
        <w:t>vt 0.762291 0.293431</w:t>
        <w:br/>
        <w:t>vt 0.788225 0.234289</w:t>
        <w:br/>
        <w:t>vt 0.786430 0.233307</w:t>
        <w:br/>
        <w:t>vt 0.777154 0.249124</w:t>
        <w:br/>
        <w:t>vt 0.778949 0.249910</w:t>
        <w:br/>
        <w:t>vt 0.772864 0.263173</w:t>
        <w:br/>
        <w:t>vt 0.770969 0.262583</w:t>
        <w:br/>
        <w:t>vt 0.766381 0.276534</w:t>
        <w:br/>
        <w:t>vt 0.768376 0.277025</w:t>
        <w:br/>
        <w:t>vt 0.822140 0.193715</w:t>
        <w:br/>
        <w:t>vt 0.823636 0.195189</w:t>
        <w:br/>
        <w:t>vt 0.834708 0.186052</w:t>
        <w:br/>
        <w:t>vt 0.833311 0.184480</w:t>
        <w:br/>
        <w:t>vt 0.931263 0.123569</w:t>
        <w:br/>
        <w:t>vt 0.930465 0.121703</w:t>
        <w:br/>
        <w:t>vt 0.907822 0.134966</w:t>
        <w:br/>
        <w:t>vt 0.908920 0.136734</w:t>
        <w:br/>
        <w:t>vt 0.810868 0.207076</w:t>
        <w:br/>
        <w:t>vt 0.809372 0.205701</w:t>
        <w:br/>
        <w:t>vt 0.796804 0.219160</w:t>
        <w:br/>
        <w:t>vt 0.798400 0.220339</w:t>
        <w:br/>
        <w:t>vt 0.756705 0.341079</w:t>
        <w:br/>
        <w:t>vt 0.754910 0.362987</w:t>
        <w:br/>
        <w:t>vt 0.756606 0.362987</w:t>
        <w:br/>
        <w:t>vt 0.758900 0.341472</w:t>
        <w:br/>
        <w:t>vt 0.873406 0.166856</w:t>
        <w:br/>
        <w:t>vt 0.872055 0.169072</w:t>
        <w:br/>
        <w:t>vt 0.874307 0.169842</w:t>
        <w:br/>
        <w:t>vt 0.854458 0.174066</w:t>
        <w:br/>
        <w:t>vt 0.842687 0.177996</w:t>
        <w:br/>
        <w:t>vt 0.843685 0.179666</w:t>
        <w:br/>
        <w:t>vt 0.855256 0.176031</w:t>
        <w:br/>
        <w:t>vt 0.894257 0.145871</w:t>
        <w:br/>
        <w:t>vt 0.881190 0.157169</w:t>
        <w:br/>
        <w:t>vt 0.895753 0.147246</w:t>
        <w:br/>
        <w:t>vt 0.868123 0.172789</w:t>
        <w:br/>
        <w:t>vt 0.867325 0.171119</w:t>
        <w:br/>
        <w:t>vt 0.966574 0.104609</w:t>
        <w:br/>
        <w:t>vt 0.967571 0.108538</w:t>
        <w:br/>
        <w:t>vt 0.754012 0.363773</w:t>
        <w:br/>
        <w:t>vt 0.756207 0.364166</w:t>
        <w:br/>
        <w:t>vt 0.991810 0.104117</w:t>
        <w:br/>
        <w:t>vt 0.991810 0.102251</w:t>
        <w:br/>
        <w:t>vt 0.991810 0.099500</w:t>
        <w:br/>
        <w:t>vt 0.875305 0.163947</w:t>
        <w:br/>
        <w:t>vt 0.813362 0.381654</w:t>
        <w:br/>
        <w:t>vt 0.834508 0.388727</w:t>
        <w:br/>
        <w:t>vt 0.833135 0.386526</w:t>
        <w:br/>
        <w:t>vt 0.813661 0.379983</w:t>
        <w:br/>
        <w:t>vt 0.995600 0.122882</w:t>
        <w:br/>
        <w:t>vt 0.995600 0.104019</w:t>
        <w:br/>
        <w:t>vt 0.991810 0.104117</w:t>
        <w:br/>
        <w:t>vt 0.967571 0.108538</w:t>
        <w:br/>
        <w:t>vt 0.968868 0.144102</w:t>
        <w:br/>
        <w:t>vt 0.991810 0.138895</w:t>
        <w:br/>
        <w:t>vt 0.991810 0.104117</w:t>
        <w:br/>
        <w:t>vt 0.937846 0.186641</w:t>
        <w:br/>
        <w:t>vt 0.991810 0.172593</w:t>
        <w:br/>
        <w:t>vt 0.969366 0.176915</w:t>
        <w:br/>
        <w:t>vt 0.934455 0.157562</w:t>
        <w:br/>
        <w:t>vt 0.931263 0.123569</w:t>
        <w:br/>
        <w:t>vt 0.932618 0.302300</w:t>
        <w:br/>
        <w:t>vt 0.928460 0.277210</w:t>
        <w:br/>
        <w:t>vt 0.834345 0.376806</w:t>
        <w:br/>
        <w:t>vt 0.834600 0.511200</w:t>
        <w:br/>
        <w:t>vt 0.632500 0.086700</w:t>
        <w:br/>
        <w:t>vt 0.632700 0.084300</w:t>
        <w:br/>
        <w:t>vt 0.645338 0.086681</w:t>
        <w:br/>
        <w:t>vt 0.632700 0.084300</w:t>
        <w:br/>
        <w:t>vt 0.688695 0.025984</w:t>
        <w:br/>
        <w:t>vt 0.689000 0.024200</w:t>
        <w:br/>
        <w:t>vt 0.689297 0.028327</w:t>
        <w:br/>
        <w:t>vt 0.656943 0.089121</w:t>
        <w:br/>
        <w:t>vt 0.709224 0.031272</w:t>
        <w:br/>
        <w:t>vt 0.709437 0.026842</w:t>
        <w:br/>
        <w:t>vt 0.709811 0.022897</w:t>
        <w:br/>
        <w:t>vt 0.707600 0.018300</w:t>
        <w:br/>
        <w:t>vt 0.739500 0.009300</w:t>
        <w:br/>
        <w:t>vt 0.755400 0.006800</w:t>
        <w:br/>
        <w:t>vt 0.686802 0.097205</w:t>
        <w:br/>
        <w:t>vt 0.687012 0.095025</w:t>
        <w:br/>
        <w:t>vt 0.670755 0.091921</w:t>
        <w:br/>
        <w:t>vt 0.687012 0.095025</w:t>
        <w:br/>
        <w:t>vt 0.748200 0.034200</w:t>
        <w:br/>
        <w:t>vt 0.744700 0.047600</w:t>
        <w:br/>
        <w:t>vt 0.738374 0.062410</w:t>
        <w:br/>
        <w:t>vt 0.774500 0.374400</w:t>
        <w:br/>
        <w:t>vt 0.789940 0.387733</w:t>
        <w:br/>
        <w:t>vt 0.755600 0.368900</w:t>
        <w:br/>
        <w:t>vt 0.776785 0.631821</w:t>
        <w:br/>
        <w:t>vt 0.785240 0.634027</w:t>
        <w:br/>
        <w:t>vt 0.791398 0.641299</w:t>
        <w:br/>
        <w:t>vt 0.798900 0.634300</w:t>
        <w:br/>
        <w:t>vt 0.768368 0.640617</w:t>
        <w:br/>
        <w:t>vt 0.798900 0.634300</w:t>
        <w:br/>
        <w:t>vt 0.771353 0.646927</w:t>
        <w:br/>
        <w:t>vt 0.776855 0.631745</w:t>
        <w:br/>
        <w:t>vt 0.768620 0.640373</w:t>
        <w:br/>
        <w:t>vt 0.513498 0.928490</w:t>
        <w:br/>
        <w:t>vt 0.514917 0.915715</w:t>
        <w:br/>
        <w:t>vt 0.516770 0.908993</w:t>
        <w:br/>
        <w:t>vt 0.522204 0.909311</w:t>
        <w:br/>
        <w:t>vt 0.532166 0.910906</w:t>
        <w:br/>
        <w:t>vt 0.570118 0.864290</w:t>
        <w:br/>
        <w:t>vt 0.584341 0.865286</w:t>
        <w:br/>
        <w:t>vt 0.531408 0.896229</w:t>
        <w:br/>
        <w:t>vt 0.542844 0.891039</w:t>
        <w:br/>
        <w:t>vt 0.542877 0.914844</w:t>
        <w:br/>
        <w:t>vt 0.541043 0.903589</w:t>
        <w:br/>
        <w:t>vt 0.550212 0.899554</w:t>
        <w:br/>
        <w:t>vt 0.542844 0.891039</w:t>
        <w:br/>
        <w:t>vt 0.531715 0.896464</w:t>
        <w:br/>
        <w:t>vt 0.508599 0.910592</w:t>
        <w:br/>
        <w:t>vt 0.806411 0.655076</w:t>
        <w:br/>
        <w:t>vt 0.904300 0.682400</w:t>
        <w:br/>
        <w:t>vt 0.913100 0.683300</w:t>
        <w:br/>
        <w:t>vt 0.914162 0.669205</w:t>
        <w:br/>
        <w:t>vt 0.904493 0.668498</w:t>
        <w:br/>
        <w:t>vt 0.940500 0.672100</w:t>
        <w:br/>
        <w:t>vt 0.924900 0.669700</w:t>
        <w:br/>
        <w:t>vt 0.924855 0.670208</w:t>
        <w:br/>
        <w:t>vt 0.940448 0.672726</w:t>
        <w:br/>
        <w:t>vt 0.959172 0.679546</w:t>
        <w:br/>
        <w:t>vt 0.959400 0.679000</w:t>
        <w:br/>
        <w:t>vt 0.976655 0.688760</w:t>
        <w:br/>
        <w:t>vt 0.976900 0.688300</w:t>
        <w:br/>
        <w:t>vt 0.902000 0.738100</w:t>
        <w:br/>
        <w:t>vt 0.913400 0.738900</w:t>
        <w:br/>
        <w:t>vt 0.915900 0.727600</w:t>
        <w:br/>
        <w:t>vt 0.902900 0.726000</w:t>
        <w:br/>
        <w:t>vt 0.927800 0.731400</w:t>
        <w:br/>
        <w:t>vt 0.925200 0.741200</w:t>
        <w:br/>
        <w:t>vt 0.936200 0.743800</w:t>
        <w:br/>
        <w:t>vt 0.939100 0.734000</w:t>
        <w:br/>
        <w:t>vt 0.946700 0.747500</w:t>
        <w:br/>
        <w:t>vt 0.951400 0.738100</w:t>
        <w:br/>
        <w:t>vt 0.956400 0.753700</w:t>
        <w:br/>
        <w:t>vt 0.962200 0.745400</w:t>
        <w:br/>
        <w:t>vt 0.906800 0.749200</w:t>
        <w:br/>
        <w:t>vt 0.923800 0.750800</w:t>
        <w:br/>
        <w:t>vt 0.914454 0.749920</w:t>
        <w:br/>
        <w:t>vt 0.933800 0.753200</w:t>
        <w:br/>
        <w:t>vt 0.942700 0.757100</w:t>
        <w:br/>
        <w:t>vt 0.950400 0.762100</w:t>
        <w:br/>
        <w:t>vt 0.903600 0.712700</w:t>
        <w:br/>
        <w:t>vt 0.918400 0.715200</w:t>
        <w:br/>
        <w:t>vt 0.921300 0.700200</w:t>
        <w:br/>
        <w:t>vt 0.904300 0.697400</w:t>
        <w:br/>
        <w:t>vt 0.931000 0.720700</w:t>
        <w:br/>
        <w:t>vt 0.935200 0.706200</w:t>
        <w:br/>
        <w:t>vt 0.942700 0.723800</w:t>
        <w:br/>
        <w:t>vt 0.947500 0.709400</w:t>
        <w:br/>
        <w:t>vt 0.956400 0.728000</w:t>
        <w:br/>
        <w:t>vt 0.962850 0.714950</w:t>
        <w:br/>
        <w:t>vt 0.968300 0.736800</w:t>
        <w:br/>
        <w:t>vt 0.975900 0.726000</w:t>
        <w:br/>
        <w:t>vt 0.939000 0.690200</w:t>
        <w:br/>
        <w:t>vt 0.923600 0.684400</w:t>
        <w:br/>
        <w:t>vt 0.952800 0.694800</w:t>
        <w:br/>
        <w:t>vt 0.969800 0.701600</w:t>
        <w:br/>
        <w:t>vt 0.798321 0.689646</w:t>
        <w:br/>
        <w:t>vt 0.816601 0.680829</w:t>
        <w:br/>
        <w:t>vt 0.816300 0.680300</w:t>
        <w:br/>
        <w:t>vt 0.798000 0.689100</w:t>
        <w:br/>
        <w:t>vt 0.825000 0.695600</w:t>
        <w:br/>
        <w:t>vt 0.844900 0.688100</w:t>
        <w:br/>
        <w:t>vt 0.836404 0.674198</w:t>
        <w:br/>
        <w:t>vt 0.858600 0.669800</w:t>
        <w:br/>
        <w:t>vt 0.850300 0.670600</w:t>
        <w:br/>
        <w:t>vt 0.850417 0.671146</w:t>
        <w:br/>
        <w:t>vt 0.858749 0.670332</w:t>
        <w:br/>
        <w:t>vt 0.869200 0.668929</w:t>
        <w:br/>
        <w:t>vt 0.862900 0.685200</w:t>
        <w:br/>
        <w:t>vt 0.872000 0.686500</w:t>
        <w:br/>
        <w:t>vt 0.836700 0.751000</w:t>
        <w:br/>
        <w:t>vt 0.844500 0.761100</w:t>
        <w:br/>
        <w:t>vt 0.855900 0.752800</w:t>
        <w:br/>
        <w:t>vt 0.849700 0.742200</w:t>
        <w:br/>
        <w:t>vt 0.864800 0.734400</w:t>
        <w:br/>
        <w:t>vt 0.869300 0.745800</w:t>
        <w:br/>
        <w:t>vt 0.876300 0.730600</w:t>
        <w:br/>
        <w:t>vt 0.879000 0.742200</w:t>
        <w:br/>
        <w:t>vt 0.892300 0.739700</w:t>
        <w:br/>
        <w:t>vt 0.890700 0.728100</w:t>
        <w:br/>
        <w:t>vt 0.852300 0.770600</w:t>
        <w:br/>
        <w:t>vt 0.862200 0.763200</w:t>
        <w:br/>
        <w:t>vt 0.873500 0.756300</w:t>
        <w:br/>
        <w:t>vt 0.882200 0.752900</w:t>
        <w:br/>
        <w:t>vt 0.893900 0.750300</w:t>
        <w:br/>
        <w:t>vt 0.827300 0.737100</w:t>
        <w:br/>
        <w:t>vt 0.841900 0.727900</w:t>
        <w:br/>
        <w:t>vt 0.833400 0.711600</w:t>
        <w:br/>
        <w:t>vt 0.817200 0.721100</w:t>
        <w:br/>
        <w:t>vt 0.858900 0.720600</w:t>
        <w:br/>
        <w:t>vt 0.852200 0.704400</w:t>
        <w:br/>
        <w:t>vt 0.872800 0.717000</w:t>
        <w:br/>
        <w:t>vt 0.867700 0.701400</w:t>
        <w:br/>
        <w:t>vt 0.883100 0.716100</w:t>
        <w:br/>
        <w:t>vt 0.893000 0.714200</w:t>
        <w:br/>
        <w:t>vt 0.891300 0.699100</w:t>
        <w:br/>
        <w:t>vt 0.878400 0.701100</w:t>
        <w:br/>
        <w:t>vt 0.807300 0.704900</w:t>
        <w:br/>
        <w:t>vt 0.853700 0.686400</w:t>
        <w:br/>
        <w:t>vt 0.877700 0.685100</w:t>
        <w:br/>
        <w:t>vt 0.889000 0.683800</w:t>
        <w:br/>
        <w:t>vt 0.877603 0.668301</w:t>
        <w:br/>
        <w:t>vt 0.887166 0.668160</w:t>
        <w:br/>
        <w:t>vt 0.887100 0.667600</w:t>
        <w:br/>
        <w:t>vt 0.877600 0.667700</w:t>
        <w:br/>
        <w:t>vt 0.904500 0.668000</w:t>
        <w:br/>
        <w:t>vt 0.895900 0.667700</w:t>
        <w:br/>
        <w:t>vt 0.895928 0.668218</w:t>
        <w:br/>
        <w:t>vt 0.896700 0.682700</w:t>
        <w:br/>
        <w:t>vt 0.921900 0.756600</w:t>
        <w:br/>
        <w:t>vt 0.920500 0.765700</w:t>
        <w:br/>
        <w:t>vt 0.915500 0.765100</w:t>
        <w:br/>
        <w:t>vt 0.915400 0.756400</w:t>
        <w:br/>
        <w:t>vt 0.931000 0.758100</w:t>
        <w:br/>
        <w:t>vt 0.929800 0.768500</w:t>
        <w:br/>
        <w:t>vt 0.940600 0.760900</w:t>
        <w:br/>
        <w:t>vt 0.937600 0.771100</w:t>
        <w:br/>
        <w:t>vt 0.946600 0.775100</w:t>
        <w:br/>
        <w:t>vt 0.950800 0.767500</w:t>
        <w:br/>
        <w:t>vt 0.958700 0.775100</w:t>
        <w:br/>
        <w:t>vt 0.954700 0.782200</w:t>
        <w:br/>
        <w:t>vt 0.909700 0.795700</w:t>
        <w:br/>
        <w:t>vt 0.910400 0.789200</w:t>
        <w:br/>
        <w:t>vt 0.917100 0.790400</w:t>
        <w:br/>
        <w:t>vt 0.916200 0.796200</w:t>
        <w:br/>
        <w:t>vt 0.924300 0.792000</w:t>
        <w:br/>
        <w:t>vt 0.922800 0.797600</w:t>
        <w:br/>
        <w:t>vt 0.929600 0.799000</w:t>
        <w:br/>
        <w:t>vt 0.931000 0.793500</w:t>
        <w:br/>
        <w:t>vt 0.935700 0.800700</w:t>
        <w:br/>
        <w:t>vt 0.938000 0.795700</w:t>
        <w:br/>
        <w:t>vt 0.944600 0.799200</w:t>
        <w:br/>
        <w:t>vt 0.941600 0.803800</w:t>
        <w:br/>
        <w:t>vt 0.912300 0.801600</w:t>
        <w:br/>
        <w:t>vt 0.921900 0.803200</w:t>
        <w:br/>
        <w:t>vt 0.928200 0.804400</w:t>
        <w:br/>
        <w:t>vt 0.933700 0.805900</w:t>
        <w:br/>
        <w:t>vt 0.938800 0.808400</w:t>
        <w:br/>
        <w:t>vt 0.912400 0.811700</w:t>
        <w:br/>
        <w:t>vt 0.912000 0.807000</w:t>
        <w:br/>
        <w:t>vt 0.921200 0.808300</w:t>
        <w:br/>
        <w:t>vt 0.920900 0.812500</w:t>
        <w:br/>
        <w:t>vt 0.929600 0.809900</w:t>
        <w:br/>
        <w:t>vt 0.928400 0.814000</w:t>
        <w:br/>
        <w:t>vt 0.936400 0.812500</w:t>
        <w:br/>
        <w:t>vt 0.934900 0.816100</w:t>
        <w:br/>
        <w:t>vt 0.910800 0.782000</w:t>
        <w:br/>
        <w:t>vt 0.911000 0.773300</w:t>
        <w:br/>
        <w:t>vt 0.919300 0.774900</w:t>
        <w:br/>
        <w:t>vt 0.918300 0.783500</w:t>
        <w:br/>
        <w:t>vt 0.928000 0.777700</w:t>
        <w:br/>
        <w:t>vt 0.926000 0.786000</w:t>
        <w:br/>
        <w:t>vt 0.935300 0.779900</w:t>
        <w:br/>
        <w:t>vt 0.932900 0.787700</w:t>
        <w:br/>
        <w:t>vt 0.940200 0.790300</w:t>
        <w:br/>
        <w:t>vt 0.943100 0.783000</w:t>
        <w:br/>
        <w:t>vt 0.947200 0.795000</w:t>
        <w:br/>
        <w:t>vt 0.950800 0.788900</w:t>
        <w:br/>
        <w:t>vt 0.863000 0.767900</w:t>
        <w:br/>
        <w:t>vt 0.868400 0.776200</w:t>
        <w:br/>
        <w:t>vt 0.859400 0.782100</w:t>
        <w:br/>
        <w:t>vt 0.853400 0.773800</w:t>
        <w:br/>
        <w:t>vt 0.873600 0.763500</w:t>
        <w:br/>
        <w:t>vt 0.878800 0.771200</w:t>
        <w:br/>
        <w:t>vt 0.880400 0.761500</w:t>
        <w:br/>
        <w:t>vt 0.882900 0.770100</w:t>
        <w:br/>
        <w:t>vt 0.889900 0.759000</w:t>
        <w:br/>
        <w:t>vt 0.893400 0.769400</w:t>
        <w:br/>
        <w:t>vt 0.887200 0.769300</w:t>
        <w:br/>
        <w:t>vt 0.884500 0.760500</w:t>
        <w:br/>
        <w:t>vt 0.880800 0.800400</w:t>
        <w:br/>
        <w:t>vt 0.883200 0.804600</w:t>
        <w:br/>
        <w:t>vt 0.877200 0.809800</w:t>
        <w:br/>
        <w:t>vt 0.874200 0.805200</w:t>
        <w:br/>
        <w:t>vt 0.889400 0.795300</w:t>
        <w:br/>
        <w:t>vt 0.890900 0.800300</w:t>
        <w:br/>
        <w:t>vt 0.895300 0.793000</w:t>
        <w:br/>
        <w:t>vt 0.896400 0.798100</w:t>
        <w:br/>
        <w:t>vt 0.903500 0.790600</w:t>
        <w:br/>
        <w:t>vt 0.904100 0.796500</w:t>
        <w:br/>
        <w:t>vt 0.885400 0.809000</w:t>
        <w:br/>
        <w:t>vt 0.879900 0.813700</w:t>
        <w:br/>
        <w:t>vt 0.892600 0.805000</w:t>
        <w:br/>
        <w:t>vt 0.897700 0.803200</w:t>
        <w:br/>
        <w:t>vt 0.904600 0.801800</w:t>
        <w:br/>
        <w:t>vt 0.892900 0.815700</w:t>
        <w:br/>
        <w:t>vt 0.883100 0.819400</w:t>
        <w:br/>
        <w:t>vt 0.882000 0.816900</w:t>
        <w:br/>
        <w:t>vt 0.890900 0.811400</w:t>
        <w:br/>
        <w:t>vt 0.900900 0.812900</w:t>
        <w:br/>
        <w:t>vt 0.899400 0.808100</w:t>
        <w:br/>
        <w:t>vt 0.905300 0.807000</w:t>
        <w:br/>
        <w:t>vt 0.906000 0.812000</w:t>
        <w:br/>
        <w:t>vt 0.870100 0.798500</w:t>
        <w:br/>
        <w:t>vt 0.865000 0.790400</w:t>
        <w:br/>
        <w:t>vt 0.873300 0.784500</w:t>
        <w:br/>
        <w:t>vt 0.877700 0.792900</w:t>
        <w:br/>
        <w:t>vt 0.883100 0.779700</w:t>
        <w:br/>
        <w:t>vt 0.886700 0.788100</w:t>
        <w:br/>
        <w:t>vt 0.890600 0.777800</w:t>
        <w:br/>
        <w:t>vt 0.893400 0.786100</w:t>
        <w:br/>
        <w:t>vt 0.904100 0.775100</w:t>
        <w:br/>
        <w:t>vt 0.905000 0.783100</w:t>
        <w:br/>
        <w:t>vt 0.899500 0.784500</w:t>
        <w:br/>
        <w:t>vt 0.896700 0.776600</w:t>
        <w:br/>
        <w:t>vt 0.896600 0.768000</w:t>
        <w:br/>
        <w:t>vt 0.893800 0.758100</w:t>
        <w:br/>
        <w:t>vt 0.902200 0.766600</w:t>
        <w:br/>
        <w:t>vt 0.900300 0.757100</w:t>
        <w:br/>
        <w:t>vt 0.905400 0.756400</w:t>
        <w:br/>
        <w:t>vt 0.906600 0.765400</w:t>
        <w:br/>
        <w:t>vt 0.914200 0.668700</w:t>
        <w:br/>
        <w:t>vt 0.914300 0.666200</w:t>
        <w:br/>
        <w:t>vt 0.904600 0.665700</w:t>
        <w:br/>
        <w:t>vt 0.904500 0.668000</w:t>
        <w:br/>
        <w:t>vt 0.940500 0.672100</w:t>
        <w:br/>
        <w:t>vt 0.941100 0.669900</w:t>
        <w:br/>
        <w:t>vt 0.925800 0.667500</w:t>
        <w:br/>
        <w:t>vt 0.924900 0.669700</w:t>
        <w:br/>
        <w:t>vt 0.959400 0.679000</w:t>
        <w:br/>
        <w:t>vt 0.960200 0.676900</w:t>
        <w:br/>
        <w:t>vt 0.976900 0.688300</w:t>
        <w:br/>
        <w:t>vt 0.978300 0.687000</w:t>
        <w:br/>
        <w:t>vt 0.991900 0.703300</w:t>
        <w:br/>
        <w:t>vt 0.993300 0.701400</w:t>
        <w:br/>
        <w:t>vt 0.796900 0.686500</w:t>
        <w:br/>
        <w:t>vt 0.798000 0.689100</w:t>
        <w:br/>
        <w:t>vt 0.816300 0.680300</w:t>
        <w:br/>
        <w:t>vt 0.815400 0.677800</w:t>
        <w:br/>
        <w:t>vt 0.836100 0.673700</w:t>
        <w:br/>
        <w:t>vt 0.835400 0.671100</w:t>
        <w:br/>
        <w:t>vt 0.849800 0.668500</w:t>
        <w:br/>
        <w:t>vt 0.850300 0.670600</w:t>
        <w:br/>
        <w:t>vt 0.869100 0.668300</w:t>
        <w:br/>
        <w:t>vt 0.869000 0.665900</w:t>
        <w:br/>
        <w:t>vt 0.858500 0.667500</w:t>
        <w:br/>
        <w:t>vt 0.858600 0.669800</w:t>
        <w:br/>
        <w:t>vt 0.877600 0.667700</w:t>
        <w:br/>
        <w:t>vt 0.877600 0.665700</w:t>
        <w:br/>
        <w:t>vt 0.895900 0.665300</w:t>
        <w:br/>
        <w:t>vt 0.895900 0.667700</w:t>
        <w:br/>
        <w:t>vt 0.914200 0.668700</w:t>
        <w:br/>
        <w:t>vt 0.910400 0.764800</w:t>
        <w:br/>
        <w:t>vt 0.910100 0.756400</w:t>
        <w:br/>
        <w:t>vt 0.887300 0.665400</w:t>
        <w:br/>
        <w:t>vt 0.887100 0.667600</w:t>
        <w:br/>
        <w:t>vt 0.991630 0.703680</w:t>
        <w:br/>
        <w:t>vt 0.991900 0.703300</w:t>
        <w:br/>
        <w:t>vt 0.984100 0.714300</w:t>
        <w:br/>
        <w:t>vt 0.919638 0.669408</w:t>
        <w:br/>
        <w:t>vt 0.899003 0.668132</w:t>
        <w:br/>
        <w:t>vt 0.899000 0.667600</w:t>
        <w:br/>
        <w:t>vt 0.919700 0.668900</w:t>
        <w:br/>
        <w:t>vt 0.940376 0.672473</w:t>
        <w:br/>
        <w:t>vt 0.936900 0.685700</w:t>
        <w:br/>
        <w:t>vt 0.917900 0.683600</w:t>
        <w:br/>
        <w:t>vt 0.913400 0.726900</w:t>
        <w:br/>
        <w:t>vt 0.912700 0.738900</w:t>
        <w:br/>
        <w:t>vt 0.901300 0.738600</w:t>
        <w:br/>
        <w:t>vt 0.900500 0.726600</w:t>
        <w:br/>
        <w:t>vt 0.924800 0.740300</w:t>
        <w:br/>
        <w:t>vt 0.927200 0.728700</w:t>
        <w:br/>
        <w:t>vt 0.940200 0.732100</w:t>
        <w:br/>
        <w:t>vt 0.936300 0.743100</w:t>
        <w:br/>
        <w:t>vt 0.951400 0.738100</w:t>
        <w:br/>
        <w:t>vt 0.946700 0.747500</w:t>
        <w:br/>
        <w:t>vt 0.902800 0.749100</w:t>
        <w:br/>
        <w:t>vt 0.912600 0.749400</w:t>
        <w:br/>
        <w:t>vt 0.923800 0.750800</w:t>
        <w:br/>
        <w:t>vt 0.933800 0.753200</w:t>
        <w:br/>
        <w:t>vt 0.941196 0.756441</w:t>
        <w:br/>
        <w:t>vt 0.944433 0.758226</w:t>
        <w:br/>
        <w:t>vt 0.942700 0.757100</w:t>
        <w:br/>
        <w:t>vt 0.899600 0.698200</w:t>
        <w:br/>
        <w:t>vt 0.916300 0.698800</w:t>
        <w:br/>
        <w:t>vt 0.914700 0.714000</w:t>
        <w:br/>
        <w:t>vt 0.900200 0.713500</w:t>
        <w:br/>
        <w:t>vt 0.933400 0.700600</w:t>
        <w:br/>
        <w:t>vt 0.930100 0.715800</w:t>
        <w:br/>
        <w:t>vt 0.944600 0.720000</w:t>
        <w:br/>
        <w:t>vt 0.956400 0.728000</w:t>
        <w:br/>
        <w:t>vt 0.899100 0.683000</w:t>
        <w:br/>
        <w:t>vt 0.816576 0.680846</w:t>
        <w:br/>
        <w:t>vt 0.824300 0.696100</w:t>
        <w:br/>
        <w:t>vt 0.836100 0.673700</w:t>
        <w:br/>
        <w:t>vt 0.836338 0.674243</w:t>
        <w:br/>
        <w:t>vt 0.816300 0.680300</w:t>
        <w:br/>
        <w:t>vt 0.850400 0.670700</w:t>
        <w:br/>
        <w:t>vt 0.850635 0.671222</w:t>
        <w:br/>
        <w:t>vt 0.857200 0.685800</w:t>
        <w:br/>
        <w:t>vt 0.862011 0.669843</w:t>
        <w:br/>
        <w:t>vt 0.867900 0.685000</w:t>
        <w:br/>
        <w:t>vt 0.855500 0.753000</w:t>
        <w:br/>
        <w:t>vt 0.849000 0.742500</w:t>
        <w:br/>
        <w:t>vt 0.863500 0.734800</w:t>
        <w:br/>
        <w:t>vt 0.868600 0.745900</w:t>
        <w:br/>
        <w:t>vt 0.874300 0.730900</w:t>
        <w:br/>
        <w:t>vt 0.878100 0.742400</w:t>
        <w:br/>
        <w:t>vt 0.888200 0.728200</w:t>
        <w:br/>
        <w:t>vt 0.891100 0.739900</w:t>
        <w:br/>
        <w:t>vt 0.862200 0.763200</w:t>
        <w:br/>
        <w:t>vt 0.873500 0.756300</w:t>
        <w:br/>
        <w:t>vt 0.882200 0.752900</w:t>
        <w:br/>
        <w:t>vt 0.893900 0.750300</w:t>
        <w:br/>
        <w:t>vt 0.832600 0.712400</w:t>
        <w:br/>
        <w:t>vt 0.841200 0.728600</w:t>
        <w:br/>
        <w:t>vt 0.849900 0.705400</w:t>
        <w:br/>
        <w:t>vt 0.857200 0.721200</w:t>
        <w:br/>
        <w:t>vt 0.863700 0.701200</w:t>
        <w:br/>
        <w:t>vt 0.870000 0.716900</w:t>
        <w:br/>
        <w:t>vt 0.886500 0.698300</w:t>
        <w:br/>
        <w:t>vt 0.889600 0.714000</w:t>
        <w:br/>
        <w:t>vt 0.880400 0.699400</w:t>
        <w:br/>
        <w:t>vt 0.879900 0.715600</w:t>
        <w:br/>
        <w:t>vt 0.843000 0.689400</w:t>
        <w:br/>
        <w:t>vt 0.875700 0.683700</w:t>
        <w:br/>
        <w:t>vt 0.883600 0.682500</w:t>
        <w:br/>
        <w:t>vt 0.871452 0.668543</w:t>
        <w:br/>
        <w:t>vt 0.881186 0.668211</w:t>
        <w:br/>
        <w:t>vt 0.874000 0.700500</w:t>
        <w:br/>
        <w:t>vt 0.890700 0.682400</w:t>
        <w:br/>
        <w:t>vt 0.889735 0.668015</w:t>
        <w:br/>
        <w:t>vt 0.907600 0.756500</w:t>
        <w:br/>
        <w:t>vt 0.908200 0.765600</w:t>
        <w:br/>
        <w:t>vt 0.918500 0.765300</w:t>
        <w:br/>
        <w:t>vt 0.918900 0.756500</w:t>
        <w:br/>
        <w:t>vt 0.928900 0.766000</w:t>
        <w:br/>
        <w:t>vt 0.931000 0.758100</w:t>
        <w:br/>
        <w:t>vt 0.940600 0.760900</w:t>
        <w:br/>
        <w:t>vt 0.938900 0.769100</w:t>
        <w:br/>
        <w:t>vt 0.947700 0.774800</w:t>
        <w:br/>
        <w:t>vt 0.950800 0.767500</w:t>
        <w:br/>
        <w:t>vt 0.909000 0.796600</w:t>
        <w:br/>
        <w:t>vt 0.915700 0.796600</w:t>
        <w:br/>
        <w:t>vt 0.916400 0.790100</w:t>
        <w:br/>
        <w:t>vt 0.909100 0.790300</w:t>
        <w:br/>
        <w:t>vt 0.922800 0.797200</w:t>
        <w:br/>
        <w:t>vt 0.924300 0.790800</w:t>
        <w:br/>
        <w:t>vt 0.929700 0.798600</w:t>
        <w:br/>
        <w:t>vt 0.931800 0.792500</w:t>
        <w:br/>
        <w:t>vt 0.938700 0.795400</w:t>
        <w:br/>
        <w:t>vt 0.936200 0.800700</w:t>
        <w:br/>
        <w:t>vt 0.909200 0.802000</w:t>
        <w:br/>
        <w:t>vt 0.915000 0.802200</w:t>
        <w:br/>
        <w:t>vt 0.921900 0.802900</w:t>
        <w:br/>
        <w:t>vt 0.928200 0.804100</w:t>
        <w:br/>
        <w:t>vt 0.933900 0.805900</w:t>
        <w:br/>
        <w:t>vt 0.921400 0.808100</w:t>
        <w:br/>
        <w:t>vt 0.912000 0.807100</w:t>
        <w:br/>
        <w:t>vt 0.912500 0.811700</w:t>
        <w:br/>
        <w:t>vt 0.921000 0.812500</w:t>
        <w:br/>
        <w:t>vt 0.929600 0.809800</w:t>
        <w:br/>
        <w:t>vt 0.928400 0.814000</w:t>
        <w:br/>
        <w:t>vt 0.908900 0.774500</w:t>
        <w:br/>
        <w:t>vt 0.909300 0.783100</w:t>
        <w:br/>
        <w:t>vt 0.917300 0.782900</w:t>
        <w:br/>
        <w:t>vt 0.918000 0.774200</w:t>
        <w:br/>
        <w:t>vt 0.925900 0.783600</w:t>
        <w:br/>
        <w:t>vt 0.927500 0.774800</w:t>
        <w:br/>
        <w:t>vt 0.934100 0.785700</w:t>
        <w:br/>
        <w:t>vt 0.936500 0.777400</w:t>
        <w:br/>
        <w:t>vt 0.941400 0.789500</w:t>
        <w:br/>
        <w:t>vt 0.944600 0.782100</w:t>
        <w:br/>
        <w:t>vt 0.863000 0.767900</w:t>
        <w:br/>
        <w:t>vt 0.868200 0.776500</w:t>
        <w:br/>
        <w:t>vt 0.878000 0.772000</w:t>
        <w:br/>
        <w:t>vt 0.873500 0.763500</w:t>
        <w:br/>
        <w:t>vt 0.881000 0.761100</w:t>
        <w:br/>
        <w:t>vt 0.885300 0.770100</w:t>
        <w:br/>
        <w:t>vt 0.887400 0.759500</w:t>
        <w:br/>
        <w:t>vt 0.891600 0.769000</w:t>
        <w:br/>
        <w:t>vt 0.882900 0.804900</w:t>
        <w:br/>
        <w:t>vt 0.881000 0.800300</w:t>
        <w:br/>
        <w:t>vt 0.890400 0.800800</w:t>
        <w:br/>
        <w:t>vt 0.888700 0.795900</w:t>
        <w:br/>
        <w:t>vt 0.895800 0.798800</w:t>
        <w:br/>
        <w:t>vt 0.894500 0.793600</w:t>
        <w:br/>
        <w:t>vt 0.902200 0.791400</w:t>
        <w:br/>
        <w:t>vt 0.903200 0.797300</w:t>
        <w:br/>
        <w:t>vt 0.885300 0.809300</w:t>
        <w:br/>
        <w:t>vt 0.892200 0.805500</w:t>
        <w:br/>
        <w:t>vt 0.897200 0.803800</w:t>
        <w:br/>
        <w:t>vt 0.904100 0.802600</w:t>
        <w:br/>
        <w:t>vt 0.893000 0.815700</w:t>
        <w:br/>
        <w:t>vt 0.890700 0.811700</w:t>
        <w:br/>
        <w:t>vt 0.900900 0.813000</w:t>
        <w:br/>
        <w:t>vt 0.899100 0.808500</w:t>
        <w:br/>
        <w:t>vt 0.905000 0.807400</w:t>
        <w:br/>
        <w:t>vt 0.906000 0.812100</w:t>
        <w:br/>
        <w:t>vt 0.873000 0.785100</w:t>
        <w:br/>
        <w:t>vt 0.877300 0.793400</w:t>
        <w:br/>
        <w:t>vt 0.885800 0.788800</w:t>
        <w:br/>
        <w:t>vt 0.882100 0.780500</w:t>
        <w:br/>
        <w:t>vt 0.889100 0.778300</w:t>
        <w:br/>
        <w:t>vt 0.892700 0.786400</w:t>
        <w:br/>
        <w:t>vt 0.898000 0.785100</w:t>
        <w:br/>
        <w:t>vt 0.898700 0.776200</w:t>
        <w:br/>
        <w:t>vt 0.894800 0.777200</w:t>
        <w:br/>
        <w:t>vt 0.903500 0.783800</w:t>
        <w:br/>
        <w:t>vt 0.895900 0.767700</w:t>
        <w:br/>
        <w:t>vt 0.892800 0.758100</w:t>
        <w:br/>
        <w:t>vt 0.900400 0.766500</w:t>
        <w:br/>
        <w:t>vt 0.903900 0.765800</w:t>
        <w:br/>
        <w:t>vt 0.902500 0.756500</w:t>
        <w:br/>
        <w:t>vt 0.897900 0.757300</w:t>
        <w:br/>
        <w:t>vt 0.902400 0.775400</w:t>
        <w:br/>
        <w:t>vt 0.919800 0.666500</w:t>
        <w:br/>
        <w:t>vt 0.919700 0.668900</w:t>
        <w:br/>
        <w:t>vt 0.899000 0.667600</w:t>
        <w:br/>
        <w:t>vt 0.899000 0.665200</w:t>
        <w:br/>
        <w:t>vt 0.941000 0.669800</w:t>
        <w:br/>
        <w:t>vt 0.940500 0.672000</w:t>
        <w:br/>
        <w:t>vt 0.960400 0.676900</w:t>
        <w:br/>
        <w:t>vt 0.959400 0.678900</w:t>
        <w:br/>
        <w:t>vt 0.977000 0.688400</w:t>
        <w:br/>
        <w:t>vt 0.978500 0.687000</w:t>
        <w:br/>
        <w:t>vt 0.815400 0.677800</w:t>
        <w:br/>
        <w:t>vt 0.816300 0.680300</w:t>
        <w:br/>
        <w:t>vt 0.835400 0.671100</w:t>
        <w:br/>
        <w:t>vt 0.836100 0.673700</w:t>
        <w:br/>
        <w:t>vt 0.849700 0.668600</w:t>
        <w:br/>
        <w:t>vt 0.850400 0.670700</w:t>
        <w:br/>
        <w:t>vt 0.861300 0.666900</w:t>
        <w:br/>
        <w:t>vt 0.861800 0.669300</w:t>
        <w:br/>
        <w:t>vt 0.870800 0.665900</w:t>
        <w:br/>
        <w:t>vt 0.871300 0.668000</w:t>
        <w:br/>
        <w:t>vt 0.889700 0.667500</w:t>
        <w:br/>
        <w:t>vt 0.889600 0.665300</w:t>
        <w:br/>
        <w:t>vt 0.871300 0.668000</w:t>
        <w:br/>
        <w:t>vt 0.861800 0.669300</w:t>
        <w:br/>
        <w:t>vt 0.880700 0.665500</w:t>
        <w:br/>
        <w:t>vt 0.881100 0.667700</w:t>
        <w:br/>
        <w:t>vt 0.889700 0.667500</w:t>
        <w:br/>
        <w:t>vt 0.881100 0.667700</w:t>
        <w:br/>
        <w:t>vt 0.959244 0.679339</w:t>
        <w:br/>
        <w:t>vt 0.954900 0.691600</w:t>
        <w:br/>
        <w:t>vt 0.977000 0.688400</w:t>
        <w:br/>
        <w:t>vt 0.976751 0.688856</w:t>
        <w:br/>
        <w:t>vt 0.959400 0.678900</w:t>
        <w:br/>
        <w:t>vt 0.969800 0.701600</w:t>
        <w:br/>
        <w:t>vt 0.949800 0.705700</w:t>
        <w:br/>
        <w:t>vt 0.962850 0.714950</w:t>
        <w:br/>
        <w:t>vt 0.946700 0.747500</w:t>
        <w:br/>
        <w:t>vt 0.942700 0.757100</w:t>
        <w:br/>
        <w:t>vt 0.941196 0.756441</w:t>
        <w:br/>
        <w:t>vt 0.836100 0.673700</w:t>
        <w:br/>
        <w:t>vt 0.869100 0.668300</w:t>
        <w:br/>
        <w:t>vt 0.940500 0.672000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0.136860 0.889872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0.308643 0.980450</w:t>
        <w:br/>
        <w:t>vt 0.307232 0.993538</w:t>
        <w:br/>
        <w:t>vt 0.322827 0.993538</w:t>
        <w:br/>
        <w:t>vt 0.324686 0.979658</w:t>
        <w:br/>
        <w:t>vt 0.338455 0.993538</w:t>
        <w:br/>
        <w:t>vt 0.338455 0.979505</w:t>
        <w:br/>
        <w:t>vt 0.276064 0.980259</w:t>
        <w:br/>
        <w:t>vt 0.274380 0.993538</w:t>
        <w:br/>
        <w:t>vt 0.291032 0.993538</w:t>
        <w:br/>
        <w:t>vt 0.292011 0.981470</w:t>
        <w:br/>
        <w:t>vt 0.272204 0.990170</w:t>
        <w:br/>
        <w:t>vt 0.309634 0.967424</w:t>
        <w:br/>
        <w:t>vt 0.324838 0.968401</w:t>
        <w:br/>
        <w:t>vt 0.338455 0.968593</w:t>
        <w:br/>
        <w:t>vt 0.277796 0.969942</w:t>
        <w:br/>
        <w:t>vt 0.310444 0.958642</w:t>
        <w:br/>
        <w:t>vt 0.311311 0.948846</w:t>
        <w:br/>
        <w:t>vt 0.296066 0.958171</w:t>
        <w:br/>
        <w:t>vt 0.338455 0.955771</w:t>
        <w:br/>
        <w:t>vt 0.331175 0.941926</w:t>
        <w:br/>
        <w:t>vt 0.321076 0.956686</w:t>
        <w:br/>
        <w:t>vt 0.338455 0.943389</w:t>
        <w:br/>
        <w:t>vt 0.338455 0.925563</w:t>
        <w:br/>
        <w:t>vt 0.293604 0.970423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0.323093 0.997656</w:t>
        <w:br/>
        <w:t>vt 0.322827 0.993538</w:t>
        <w:br/>
        <w:t>vt 0.307232 0.993538</w:t>
        <w:br/>
        <w:t>vt 0.308204 0.997656</w:t>
        <w:br/>
        <w:t>vt 0.338455 0.997656</w:t>
        <w:br/>
        <w:t>vt 0.338455 0.993538</w:t>
        <w:br/>
        <w:t>vt 0.275219 0.997656</w:t>
        <w:br/>
        <w:t>vt 0.292489 0.997656</w:t>
        <w:br/>
        <w:t>vt 0.291032 0.993538</w:t>
        <w:br/>
        <w:t>vt 0.274380 0.993538</w:t>
        <w:br/>
        <w:t>vt 0.273043 0.994288</w:t>
        <w:br/>
        <w:t>vt 0.272204 0.990170</w:t>
        <w:br/>
        <w:t>vt 0.136860 0.889872</w:t>
        <w:br/>
        <w:t>vt 0.368268 0.980450</w:t>
        <w:br/>
        <w:t>vt 0.352225 0.979658</w:t>
        <w:br/>
        <w:t>vt 0.354083 0.993538</w:t>
        <w:br/>
        <w:t>vt 0.369678 0.993538</w:t>
        <w:br/>
        <w:t>vt 0.400846 0.980259</w:t>
        <w:br/>
        <w:t>vt 0.384899 0.981470</w:t>
        <w:br/>
        <w:t>vt 0.385878 0.993538</w:t>
        <w:br/>
        <w:t>vt 0.402530 0.993538</w:t>
        <w:br/>
        <w:t>vt 0.272204 0.990170</w:t>
        <w:br/>
        <w:t>vt 0.367277 0.967424</w:t>
        <w:br/>
        <w:t>vt 0.352073 0.968401</w:t>
        <w:br/>
        <w:t>vt 0.399114 0.969942</w:t>
        <w:br/>
        <w:t>vt 0.383307 0.970423</w:t>
        <w:br/>
        <w:t>vt 0.366466 0.958642</w:t>
        <w:br/>
        <w:t>vt 0.380844 0.958171</w:t>
        <w:br/>
        <w:t>vt 0.365600 0.948846</w:t>
        <w:br/>
        <w:t>vt 0.355834 0.956686</w:t>
        <w:br/>
        <w:t>vt 0.345735 0.941926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0.353818 0.997656</w:t>
        <w:br/>
        <w:t>vt 0.368707 0.997656</w:t>
        <w:br/>
        <w:t>vt 0.369678 0.993538</w:t>
        <w:br/>
        <w:t>vt 0.354083 0.993538</w:t>
        <w:br/>
        <w:t>vt 0.401692 0.997656</w:t>
        <w:br/>
        <w:t>vt 0.402530 0.993538</w:t>
        <w:br/>
        <w:t>vt 0.385878 0.993538</w:t>
        <w:br/>
        <w:t>vt 0.384421 0.997656</w:t>
        <w:br/>
        <w:t>vt 0.272204 0.990170</w:t>
        <w:br/>
        <w:t>vt 0.273043 0.994288</w:t>
        <w:br/>
        <w:t>vt 0.912400 0.811700</w:t>
        <w:br/>
        <w:t>vt 0.920900 0.812500</w:t>
        <w:br/>
        <w:t>vt 0.909938 0.814287</w:t>
        <w:br/>
        <w:t>vt 0.928400 0.814000</w:t>
        <w:br/>
        <w:t>vt 0.934900 0.816100</w:t>
        <w:br/>
        <w:t>vt 0.883100 0.819400</w:t>
        <w:br/>
        <w:t>vt 0.892900 0.815700</w:t>
        <w:br/>
        <w:t>vt 0.909938 0.814287</w:t>
        <w:br/>
        <w:t>vt 0.900900 0.812900</w:t>
        <w:br/>
        <w:t>vt 0.906000 0.812000</w:t>
        <w:br/>
        <w:t>vt 0.921000 0.812500</w:t>
        <w:br/>
        <w:t>vt 0.912500 0.811700</w:t>
        <w:br/>
        <w:t>vt 0.909975 0.814313</w:t>
        <w:br/>
        <w:t>vt 0.928400 0.814000</w:t>
        <w:br/>
        <w:t>vt 0.893000 0.815700</w:t>
        <w:br/>
        <w:t>vt 0.909975 0.814313</w:t>
        <w:br/>
        <w:t>vt 0.900900 0.813000</w:t>
        <w:br/>
        <w:t>vt 0.906000 0.812100</w:t>
        <w:br/>
        <w:t>vt 0.539200 0.418100</w:t>
        <w:br/>
        <w:t>vt 0.540100 0.418400</w:t>
        <w:br/>
        <w:t>vt 0.538300 0.423100</w:t>
        <w:br/>
        <w:t>vt 0.580100 0.348600</w:t>
        <w:br/>
        <w:t>vt 0.577800 0.359400</w:t>
        <w:br/>
        <w:t>vt 0.568000 0.349800</w:t>
        <w:br/>
        <w:t>vt 0.569000 0.323000</w:t>
        <w:br/>
        <w:t>vt 0.580100 0.317400</w:t>
        <w:br/>
        <w:t>vt 0.580300 0.323800</w:t>
        <w:br/>
        <w:t>vt 0.569500 0.328400</w:t>
        <w:br/>
        <w:t>vt 0.566100 0.261700</w:t>
        <w:br/>
        <w:t>vt 0.550200 0.258100</w:t>
        <w:br/>
        <w:t>vt 0.562000 0.250300</w:t>
        <w:br/>
        <w:t>vt 0.533800 0.231900</w:t>
        <w:br/>
        <w:t>vt 0.545500 0.222000</w:t>
        <w:br/>
        <w:t>vt 0.552900 0.232300</w:t>
        <w:br/>
        <w:t>vt 0.543700 0.245900</w:t>
        <w:br/>
        <w:t>vt 0.536700 0.361400</w:t>
        <w:br/>
        <w:t>vt 0.549600 0.360500</w:t>
        <w:br/>
        <w:t>vt 0.544000 0.375000</w:t>
        <w:br/>
        <w:t>vt 0.532900 0.374300</w:t>
        <w:br/>
        <w:t>vt 0.539000 0.350400</w:t>
        <w:br/>
        <w:t>vt 0.551400 0.348200</w:t>
        <w:br/>
        <w:t>vt 0.551900 0.351600</w:t>
        <w:br/>
        <w:t>vt 0.538300 0.353500</w:t>
        <w:br/>
        <w:t>vt 0.505400 0.373300</w:t>
        <w:br/>
        <w:t>vt 0.496700 0.373400</w:t>
        <w:br/>
        <w:t>vt 0.507500 0.363900</w:t>
        <w:br/>
        <w:t>vt 0.511600 0.345400</w:t>
        <w:br/>
        <w:t>vt 0.505850 0.352300</w:t>
        <w:br/>
        <w:t>vt 0.499600 0.342500</w:t>
        <w:br/>
        <w:t>vt 0.507100 0.334500</w:t>
        <w:br/>
        <w:t>vt 0.497700 0.316300</w:t>
        <w:br/>
        <w:t>vt 0.503000 0.325900</w:t>
        <w:br/>
        <w:t>vt 0.492550 0.331950</w:t>
        <w:br/>
        <w:t>vt 0.523200 0.373700</w:t>
        <w:br/>
        <w:t>vt 0.526300 0.362100</w:t>
        <w:br/>
        <w:t>vt 0.527500 0.350900</w:t>
        <w:br/>
        <w:t>vt 0.527100 0.355100</w:t>
        <w:br/>
        <w:t>vt 0.539100 0.319700</w:t>
        <w:br/>
        <w:t>vt 0.527700 0.327300</w:t>
        <w:br/>
        <w:t>vt 0.525100 0.315900</w:t>
        <w:br/>
        <w:t>vt 0.535700 0.305700</w:t>
        <w:br/>
        <w:t>vt 0.529900 0.284800</w:t>
        <w:br/>
        <w:t>vt 0.520800 0.299300</w:t>
        <w:br/>
        <w:t>vt 0.515500 0.288200</w:t>
        <w:br/>
        <w:t>vt 0.525200 0.273400</w:t>
        <w:br/>
        <w:t>vt 0.551200 0.289300</w:t>
        <w:br/>
        <w:t>vt 0.556000 0.307500</w:t>
        <w:br/>
        <w:t>vt 0.540500 0.260800</w:t>
        <w:br/>
        <w:t>vt 0.514300 0.373400</w:t>
        <w:br/>
        <w:t>vt 0.517000 0.362900</w:t>
        <w:br/>
        <w:t>vt 0.516900 0.356800</w:t>
        <w:br/>
        <w:t>vt 0.515200 0.353350</w:t>
        <w:br/>
        <w:t>vt 0.515200 0.326100</w:t>
        <w:br/>
        <w:t>vt 0.511500 0.313200</w:t>
        <w:br/>
        <w:t>vt 0.506300 0.302600</w:t>
        <w:br/>
        <w:t>vt 0.559500 0.349700</w:t>
        <w:br/>
        <w:t>vt 0.558900 0.346900</w:t>
        <w:br/>
        <w:t>vt 0.558300 0.282900</w:t>
        <w:br/>
        <w:t>vt 0.569000 0.273100</w:t>
        <w:br/>
        <w:t>vt 0.574100 0.295200</w:t>
        <w:br/>
        <w:t>vt 0.562700 0.302600</w:t>
        <w:br/>
        <w:t>vt 0.557900 0.241100</w:t>
        <w:br/>
        <w:t>vt 0.480100 0.319500</w:t>
        <w:br/>
        <w:t>vt 0.486000 0.323900</w:t>
        <w:br/>
        <w:t>vt 0.481400 0.333600</w:t>
        <w:br/>
        <w:t>vt 0.509100 0.277500</w:t>
        <w:br/>
        <w:t>vt 0.518300 0.262500</w:t>
        <w:br/>
        <w:t>vt 0.500800 0.293500</w:t>
        <w:br/>
        <w:t>vt 0.505850 0.352300</w:t>
        <w:br/>
        <w:t>vt 0.506437 0.356428</w:t>
        <w:br/>
        <w:t>vt 0.498350 0.361462</w:t>
        <w:br/>
        <w:t>vt 0.527100 0.355100</w:t>
        <w:br/>
        <w:t>vt 0.516900 0.356800</w:t>
        <w:br/>
        <w:t>vt 0.556100 0.371500</w:t>
        <w:br/>
        <w:t>vt 0.569400 0.377100</w:t>
        <w:br/>
        <w:t>vt 0.560800 0.389800</w:t>
        <w:br/>
        <w:t>vt 0.550300 0.384400</w:t>
        <w:br/>
        <w:t>vt 0.535500 0.392300</w:t>
        <w:br/>
        <w:t>vt 0.527100 0.391200</w:t>
        <w:br/>
        <w:t>vt 0.501400 0.387100</w:t>
        <w:br/>
        <w:t>vt 0.493300 0.385900</w:t>
        <w:br/>
        <w:t>vt 0.517600 0.389600</w:t>
        <w:br/>
        <w:t>vt 0.509600 0.388300</w:t>
        <w:br/>
        <w:t>vt 0.309900 0.409800</w:t>
        <w:br/>
        <w:t>vt 0.320600 0.406200</w:t>
        <w:br/>
        <w:t>vt 0.312100 0.412000</w:t>
        <w:br/>
        <w:t>vt 0.310600 0.383600</w:t>
        <w:br/>
        <w:t>vt 0.317000 0.396300</w:t>
        <w:br/>
        <w:t>vt 0.300400 0.389800</w:t>
        <w:br/>
        <w:t>vt 0.283400 0.358300</w:t>
        <w:br/>
        <w:t>vt 0.280500 0.349600</w:t>
        <w:br/>
        <w:t>vt 0.294700 0.352600</w:t>
        <w:br/>
        <w:t>vt 0.298200 0.361000</w:t>
        <w:br/>
        <w:t>vt 0.331700 0.401400</w:t>
        <w:br/>
        <w:t>vt 0.333300 0.403000</w:t>
        <w:br/>
        <w:t>vt 0.328351 0.404247</w:t>
        <w:br/>
        <w:t>vt 0.328266 0.401990</w:t>
        <w:br/>
        <w:t>vt 0.367197 0.395957</w:t>
        <w:br/>
        <w:t>vt 0.367800 0.397300</w:t>
        <w:br/>
        <w:t>vt 0.354700 0.400100</w:t>
        <w:br/>
        <w:t>vt 0.353812 0.398468</w:t>
        <w:br/>
        <w:t>vt 0.353415 0.397069</w:t>
        <w:br/>
        <w:t>vt 0.340570 0.400976</w:t>
        <w:br/>
        <w:t>vt 0.340274 0.399285</w:t>
        <w:br/>
        <w:t>vt 0.333100 0.384100</w:t>
        <w:br/>
        <w:t>vt 0.327000 0.372100</w:t>
        <w:br/>
        <w:t>vt 0.342900 0.376400</w:t>
        <w:br/>
        <w:t>vt 0.291000 0.375400</w:t>
        <w:br/>
        <w:t>vt 0.302600 0.370100</w:t>
        <w:br/>
        <w:t>vt 0.367076 0.395081</w:t>
        <w:br/>
        <w:t>vt 0.384900 0.370750</w:t>
        <w:br/>
        <w:t>vt 0.373430 0.371258</w:t>
        <w:br/>
        <w:t>vt 0.373820 0.362542</w:t>
        <w:br/>
        <w:t>vt 0.322300 0.359300</w:t>
        <w:br/>
        <w:t>vt 0.300600 0.352600</w:t>
        <w:br/>
        <w:t>vt 0.298500 0.345800</w:t>
        <w:br/>
        <w:t>vt 0.337709 0.362987</w:t>
        <w:br/>
        <w:t>vt 0.334013 0.348033</w:t>
        <w:br/>
        <w:t>vt 0.347200 0.352500</w:t>
        <w:br/>
        <w:t>vt 0.349800 0.365600</w:t>
        <w:br/>
        <w:t>vt 0.278500 0.340400</w:t>
        <w:br/>
        <w:t>vt 0.361020 0.357567</w:t>
        <w:br/>
        <w:t>vt 0.361397 0.368251</w:t>
        <w:br/>
        <w:t>vt 0.397128 0.420983</w:t>
        <w:br/>
        <w:t>vt 0.391704 0.413401</w:t>
        <w:br/>
        <w:t>vt 0.395900 0.402600</w:t>
        <w:br/>
        <w:t>vt 0.403800 0.415500</w:t>
        <w:br/>
        <w:t>vt 0.496600 0.400400</w:t>
        <w:br/>
        <w:t>vt 0.504500 0.402100</w:t>
        <w:br/>
        <w:t>vt 0.501100 0.411300</w:t>
        <w:br/>
        <w:t>vt 0.493300 0.409500</w:t>
        <w:br/>
        <w:t>vt 0.488900 0.398600</w:t>
        <w:br/>
        <w:t>vt 0.485600 0.407300</w:t>
        <w:br/>
        <w:t>vt 0.375900 0.390500</w:t>
        <w:br/>
        <w:t>vt 0.373710 0.380285</w:t>
        <w:br/>
        <w:t>vt 0.384000 0.381900</w:t>
        <w:br/>
        <w:t>vt 0.386800 0.391800</w:t>
        <w:br/>
        <w:t>vt 0.350964 0.392468</w:t>
        <w:br/>
        <w:t>vt 0.353589 0.377554</w:t>
        <w:br/>
        <w:t>vt 0.358910 0.391750</w:t>
        <w:br/>
        <w:t>vt 0.363163 0.378746</w:t>
        <w:br/>
        <w:t>vt 0.366108 0.391129</w:t>
        <w:br/>
        <w:t>vt 0.508300 0.413000</w:t>
        <w:br/>
        <w:t>vt 0.511900 0.403800</w:t>
        <w:br/>
        <w:t>vt 0.516200 0.414900</w:t>
        <w:br/>
        <w:t>vt 0.520300 0.405600</w:t>
        <w:br/>
        <w:t>vt 0.528900 0.407500</w:t>
        <w:br/>
        <w:t>vt 0.526200 0.417100</w:t>
        <w:br/>
        <w:t>vt 0.340805 0.422722</w:t>
        <w:br/>
        <w:t>vt 0.346598 0.428507</w:t>
        <w:br/>
        <w:t>vt 0.334948 0.435781</w:t>
        <w:br/>
        <w:t>vt 0.326600 0.428500</w:t>
        <w:br/>
        <w:t>vt 0.287100 0.367600</w:t>
        <w:br/>
        <w:t>vt 0.518800 0.197400</w:t>
        <w:br/>
        <w:t>vt 0.513800 0.213200</w:t>
        <w:br/>
        <w:t>vt 0.506800 0.207700</w:t>
        <w:br/>
        <w:t>vt 0.510700 0.192000</w:t>
        <w:br/>
        <w:t>vt 0.474300 0.315400</w:t>
        <w:br/>
        <w:t>vt 0.469800 0.310500</w:t>
        <w:br/>
        <w:t>vt 0.464000 0.320900</w:t>
        <w:br/>
        <w:t>vt 0.464300 0.307500</w:t>
        <w:br/>
        <w:t>vt 0.453800 0.320300</w:t>
        <w:br/>
        <w:t>vt 0.438100 0.321700</w:t>
        <w:br/>
        <w:t>vt 0.435800 0.307800</w:t>
        <w:br/>
        <w:t>vt 0.452900 0.306500</w:t>
        <w:br/>
        <w:t>vt 0.492600 0.240600</w:t>
        <w:br/>
        <w:t>vt 0.504300 0.220300</w:t>
        <w:br/>
        <w:t>vt 0.504000 0.249200</w:t>
        <w:br/>
        <w:t>vt 0.498300 0.265000</w:t>
        <w:br/>
        <w:t>vt 0.488600 0.256400</w:t>
        <w:br/>
        <w:t>vt 0.466200 0.250700</w:t>
        <w:br/>
        <w:t>vt 0.465500 0.229600</w:t>
        <w:br/>
        <w:t>vt 0.473100 0.233700</w:t>
        <w:br/>
        <w:t>vt 0.473000 0.253700</w:t>
        <w:br/>
        <w:t>vt 0.445600 0.224300</w:t>
        <w:br/>
        <w:t>vt 0.448100 0.247000</w:t>
        <w:br/>
        <w:t>vt 0.426100 0.247700</w:t>
        <w:br/>
        <w:t>vt 0.422000 0.222900</w:t>
        <w:br/>
        <w:t>vt 0.469900 0.208800</w:t>
        <w:br/>
        <w:t>vt 0.475800 0.212400</w:t>
        <w:br/>
        <w:t>vt 0.428800 0.196700</w:t>
        <w:br/>
        <w:t>vt 0.484600 0.273400</w:t>
        <w:br/>
        <w:t>vt 0.492300 0.282200</w:t>
        <w:br/>
        <w:t>vt 0.472300 0.269600</w:t>
        <w:br/>
        <w:t>vt 0.429000 0.265200</w:t>
        <w:br/>
        <w:t>vt 0.449800 0.263900</w:t>
        <w:br/>
        <w:t>vt 0.501400 0.204400</w:t>
        <w:br/>
        <w:t>vt 0.504500 0.188300</w:t>
        <w:br/>
        <w:t>vt 0.464400 0.192700</w:t>
        <w:br/>
        <w:t>vt 0.464800 0.170900</w:t>
        <w:br/>
        <w:t>vt 0.474000 0.178000</w:t>
        <w:br/>
        <w:t>vt 0.473000 0.197400</w:t>
        <w:br/>
        <w:t>vt 0.413900 0.178300</w:t>
        <w:br/>
        <w:t>vt 0.413800 0.151000</w:t>
        <w:br/>
        <w:t>vt 0.439000 0.157700</w:t>
        <w:br/>
        <w:t>vt 0.441300 0.182600</w:t>
        <w:br/>
        <w:t>vt 0.477600 0.295600</w:t>
        <w:br/>
        <w:t>vt 0.485600 0.302500</w:t>
        <w:br/>
        <w:t>vt 0.464100 0.286800</w:t>
        <w:br/>
        <w:t>vt 0.463400 0.265400</w:t>
        <w:br/>
        <w:t>vt 0.471500 0.289900</w:t>
        <w:br/>
        <w:t>vt 0.432600 0.287100</w:t>
        <w:br/>
        <w:t>vt 0.451600 0.285500</w:t>
        <w:br/>
        <w:t>vt 0.459200 0.248900</w:t>
        <w:br/>
        <w:t>vt 0.457600 0.226500</w:t>
        <w:br/>
        <w:t>vt 0.443000 0.201100</w:t>
        <w:br/>
        <w:t>vt 0.457000 0.202500</w:t>
        <w:br/>
        <w:t>vt 0.455000 0.164600</w:t>
        <w:br/>
        <w:t>vt 0.455800 0.187700</w:t>
        <w:br/>
        <w:t>vt 0.276200 0.317100</w:t>
        <w:br/>
        <w:t>vt 0.278100 0.304200</w:t>
        <w:br/>
        <w:t>vt 0.289500 0.329000</w:t>
        <w:br/>
        <w:t>vt 0.316300 0.253600</w:t>
        <w:br/>
        <w:t>vt 0.303300 0.250100</w:t>
        <w:br/>
        <w:t>vt 0.303400 0.241600</w:t>
        <w:br/>
        <w:t>vt 0.381300 0.342600</w:t>
        <w:br/>
        <w:t>vt 0.384400 0.337300</w:t>
        <w:br/>
        <w:t>vt 0.391900 0.347200</w:t>
        <w:br/>
        <w:t>vt 0.324200 0.264800</w:t>
        <w:br/>
        <w:t>vt 0.326300 0.256800</w:t>
        <w:br/>
        <w:t>vt 0.339100 0.276500</w:t>
        <w:br/>
        <w:t>vt 0.337400 0.284300</w:t>
        <w:br/>
        <w:t>vt 0.378133 0.348000</w:t>
        <w:br/>
        <w:t>vt 0.375300 0.355500</w:t>
        <w:br/>
        <w:t>vt 0.361908 0.347964</w:t>
        <w:br/>
        <w:t>vt 0.364400 0.340900</w:t>
        <w:br/>
        <w:t>vt 0.338100 0.320200</w:t>
        <w:br/>
        <w:t>vt 0.334000 0.332500</w:t>
        <w:br/>
        <w:t>vt 0.320600 0.323100</w:t>
        <w:br/>
        <w:t>vt 0.326300 0.311000</w:t>
        <w:br/>
        <w:t>vt 0.349900 0.293200</w:t>
        <w:br/>
        <w:t>vt 0.348100 0.299400</w:t>
        <w:br/>
        <w:t>vt 0.304900 0.304000</w:t>
        <w:br/>
        <w:t>vt 0.308600 0.296700</w:t>
        <w:br/>
        <w:t>vt 0.350700 0.330100</w:t>
        <w:br/>
        <w:t>vt 0.347800 0.340200</w:t>
        <w:br/>
        <w:t>vt 0.359400 0.307500</w:t>
        <w:br/>
        <w:t>vt 0.356900 0.311700</w:t>
        <w:br/>
        <w:t>vt 0.299000 0.288900</w:t>
        <w:br/>
        <w:t>vt 0.292800 0.305100</w:t>
        <w:br/>
        <w:t>vt 0.284200 0.281800</w:t>
        <w:br/>
        <w:t>vt 0.373100 0.322000</w:t>
        <w:br/>
        <w:t>vt 0.370000 0.328700</w:t>
        <w:br/>
        <w:t>vt 0.292300 0.341600</w:t>
        <w:br/>
        <w:t>vt 0.300300 0.319200</w:t>
        <w:br/>
        <w:t>vt 0.300100 0.311400</w:t>
        <w:br/>
        <w:t>vt 0.395800 0.325500</w:t>
        <w:br/>
        <w:t>vt 0.402600 0.337200</w:t>
        <w:br/>
        <w:t>vt 0.385500 0.307400</w:t>
        <w:br/>
        <w:t>vt 0.363800 0.301200</w:t>
        <w:br/>
        <w:t>vt 0.374900 0.287900</w:t>
        <w:br/>
        <w:t>vt 0.355000 0.286800</w:t>
        <w:br/>
        <w:t>vt 0.366500 0.272500</w:t>
        <w:br/>
        <w:t>vt 0.342800 0.266400</w:t>
        <w:br/>
        <w:t>vt 0.355200 0.250500</w:t>
        <w:br/>
        <w:t>vt 0.339800 0.232900</w:t>
        <w:br/>
        <w:t>vt 0.344300 0.226000</w:t>
        <w:br/>
        <w:t>vt 0.309100 0.213100</w:t>
        <w:br/>
        <w:t>vt 0.318100 0.198400</w:t>
        <w:br/>
        <w:t>vt 0.334100 0.214900</w:t>
        <w:br/>
        <w:t>vt 0.322000 0.233400</w:t>
        <w:br/>
        <w:t>vt 0.528300 0.204600</w:t>
        <w:br/>
        <w:t>vt 0.522200 0.219900</w:t>
        <w:br/>
        <w:t>vt 0.537700 0.212900</w:t>
        <w:br/>
        <w:t>vt 0.368700 0.439200</w:t>
        <w:br/>
        <w:t>vt 0.375326 0.440023</w:t>
        <w:br/>
        <w:t>vt 0.365000 0.448700</w:t>
        <w:br/>
        <w:t>vt 0.338165 0.393840</w:t>
        <w:br/>
        <w:t>vt 0.325600 0.394800</w:t>
        <w:br/>
        <w:t>vt 0.318000 0.388200</w:t>
        <w:br/>
        <w:t>vt 0.316400 0.382500</w:t>
        <w:br/>
        <w:t>vt 0.559000 0.327800</w:t>
        <w:br/>
        <w:t>vt 0.543600 0.335100</w:t>
        <w:br/>
        <w:t>vt 0.542700 0.331600</w:t>
        <w:br/>
        <w:t>vt 0.513300 0.347500</w:t>
        <w:br/>
        <w:t>vt 0.530400 0.338000</w:t>
        <w:br/>
        <w:t>vt 0.531900 0.340800</w:t>
        <w:br/>
        <w:t>vt 0.568200 0.320700</w:t>
        <w:br/>
        <w:t>vt 0.523700 0.345100</w:t>
        <w:br/>
        <w:t>vt 0.522300 0.342400</w:t>
        <w:br/>
        <w:t>vt 0.579600 0.315100</w:t>
        <w:br/>
        <w:t>vt 0.567400 0.319000</w:t>
        <w:br/>
        <w:t>vt 0.566600 0.317500</w:t>
        <w:br/>
        <w:t>vt 0.578200 0.311700</w:t>
        <w:br/>
        <w:t>vt 0.578800 0.313100</w:t>
        <w:br/>
        <w:t>vt 0.487500 0.339200</w:t>
        <w:br/>
        <w:t>vt 0.494200 0.348200</w:t>
        <w:br/>
        <w:t>vt 0.541300 0.328900</w:t>
        <w:br/>
        <w:t>vt 0.529500 0.335000</w:t>
        <w:br/>
        <w:t>vt 0.520100 0.340300</w:t>
        <w:br/>
        <w:t>vt 0.577600 0.309800</w:t>
        <w:br/>
        <w:t>vt 0.565800 0.315700</w:t>
        <w:br/>
        <w:t>vt 0.579800 0.338000</w:t>
        <w:br/>
        <w:t>vt 0.568600 0.342100</w:t>
        <w:br/>
        <w:t>vt 0.569200 0.338100</w:t>
        <w:br/>
        <w:t>vt 0.579900 0.335200</w:t>
        <w:br/>
        <w:t>vt 0.542700 0.331600</w:t>
        <w:br/>
        <w:t>vt 0.530400 0.338000</w:t>
        <w:br/>
        <w:t>vt 0.522300 0.342400</w:t>
        <w:br/>
        <w:t>vt 0.478600 0.181900</w:t>
        <w:br/>
        <w:t>vt 0.483800 0.238500</w:t>
        <w:br/>
        <w:t>vt 0.482100 0.253900</w:t>
        <w:br/>
        <w:t>vt 0.478200 0.252400</w:t>
        <w:br/>
        <w:t>vt 0.479300 0.237200</w:t>
        <w:br/>
        <w:t>vt 0.480200 0.271200</w:t>
        <w:br/>
        <w:t>vt 0.476900 0.269800</w:t>
        <w:br/>
        <w:t>vt 0.475000 0.294200</w:t>
        <w:br/>
        <w:t>vt 0.495000 0.203600</w:t>
        <w:br/>
        <w:t>vt 0.496800 0.187200</w:t>
        <w:br/>
        <w:t>vt 0.486200 0.254900</w:t>
        <w:br/>
        <w:t>vt 0.488900 0.239400</w:t>
        <w:br/>
        <w:t>vt 0.499700 0.219000</w:t>
        <w:br/>
        <w:t>vt 0.494600 0.216800</w:t>
        <w:br/>
        <w:t>vt 0.483300 0.272200</w:t>
        <w:br/>
        <w:t>vt 0.320400 0.421500</w:t>
        <w:br/>
        <w:t>vt 0.333932 0.415074</w:t>
        <w:br/>
        <w:t>vt 0.343563 0.407760</w:t>
        <w:br/>
        <w:t>vt 0.342007 0.405894</w:t>
        <w:br/>
        <w:t>vt 0.355819 0.402063</w:t>
        <w:br/>
        <w:t>vt 0.357078 0.403470</w:t>
        <w:br/>
        <w:t>vt 0.379300 0.394900</w:t>
        <w:br/>
        <w:t>vt 0.330600 0.399800</w:t>
        <w:br/>
        <w:t>vt 0.327597 0.400213</w:t>
        <w:br/>
        <w:t>vt 0.353415 0.397069</w:t>
        <w:br/>
        <w:t>vt 0.329200 0.397400</w:t>
        <w:br/>
        <w:t>vt 0.318400 0.400000</w:t>
        <w:br/>
        <w:t>vt 0.318900 0.403600</w:t>
        <w:br/>
        <w:t>vt 0.308800 0.405600</w:t>
        <w:br/>
        <w:t>vt 0.307500 0.402600</w:t>
        <w:br/>
        <w:t>vt 0.317300 0.418000</w:t>
        <w:br/>
        <w:t>vt 0.314000 0.414600</w:t>
        <w:br/>
        <w:t>vt 0.329510 0.409842</w:t>
        <w:br/>
        <w:t>vt 0.331316 0.412225</w:t>
        <w:br/>
        <w:t>vt 0.313900 0.270400</w:t>
        <w:br/>
        <w:t>vt 0.312700 0.272800</w:t>
        <w:br/>
        <w:t>vt 0.300400 0.261700</w:t>
        <w:br/>
        <w:t>vt 0.303600 0.256500</w:t>
        <w:br/>
        <w:t>vt 0.345000 0.308700</w:t>
        <w:br/>
        <w:t>vt 0.343600 0.310800</w:t>
        <w:br/>
        <w:t>vt 0.334400 0.299600</w:t>
        <w:br/>
        <w:t>vt 0.335800 0.297300</w:t>
        <w:br/>
        <w:t>vt 0.320100 0.282100</w:t>
        <w:br/>
        <w:t>vt 0.321500 0.279900</w:t>
        <w:br/>
        <w:t>vt 0.355000 0.321100</w:t>
        <w:br/>
        <w:t>vt 0.353700 0.323000</w:t>
        <w:br/>
        <w:t>vt 0.366933 0.334900</w:t>
        <w:br/>
        <w:t>vt 0.303600 0.256500</w:t>
        <w:br/>
        <w:t>vt 0.303300 0.253500</w:t>
        <w:br/>
        <w:t>vt 0.313800 0.265400</w:t>
        <w:br/>
        <w:t>vt 0.313900 0.270400</w:t>
        <w:br/>
        <w:t>vt 0.321500 0.279900</w:t>
        <w:br/>
        <w:t>vt 0.321700 0.275100</w:t>
        <w:br/>
        <w:t>vt 0.336200 0.292900</w:t>
        <w:br/>
        <w:t>vt 0.335800 0.297300</w:t>
        <w:br/>
        <w:t>vt 0.345700 0.304400</w:t>
        <w:br/>
        <w:t>vt 0.345000 0.308700</w:t>
        <w:br/>
        <w:t>vt 0.355800 0.317000</w:t>
        <w:br/>
        <w:t>vt 0.287700 0.274700</w:t>
        <w:br/>
        <w:t>vt 0.307400 0.278000</w:t>
        <w:br/>
        <w:t>vt 0.331200 0.303400</w:t>
        <w:br/>
        <w:t>vt 0.341600 0.314000</w:t>
        <w:br/>
        <w:t>vt 0.310800 0.293500</w:t>
        <w:br/>
        <w:t>vt 0.315100 0.286600</w:t>
        <w:br/>
        <w:t>vt 0.352800 0.325700</w:t>
        <w:br/>
        <w:t>vt 0.330300 0.246000</w:t>
        <w:br/>
        <w:t>vt 0.479300 0.237200</w:t>
        <w:br/>
        <w:t>vt 0.478200 0.252400</w:t>
        <w:br/>
        <w:t>vt 0.476900 0.269800</w:t>
        <w:br/>
        <w:t>vt 0.318300 0.244700</w:t>
        <w:br/>
        <w:t>vt 0.306000 0.226000</w:t>
        <w:br/>
        <w:t>vt 0.294000 0.268600</w:t>
        <w:br/>
        <w:t>vt 0.318300 0.284600</w:t>
        <w:br/>
        <w:t>vt 0.487900 0.186700</w:t>
        <w:br/>
        <w:t>vt 0.487300 0.203400</w:t>
        <w:br/>
        <w:t>vt 0.487400 0.215500</w:t>
        <w:br/>
        <w:t>vt 0.481500 0.202800</w:t>
        <w:br/>
        <w:t>vt 0.482300 0.185800</w:t>
        <w:br/>
        <w:t>vt 0.386836 0.407366</w:t>
        <w:br/>
        <w:t>vt 0.543400 0.395400</w:t>
        <w:br/>
        <w:t>vt 0.464700 0.207600</w:t>
        <w:br/>
        <w:t>vt 0.276800 0.328600</w:t>
        <w:br/>
        <w:t>vt 0.533100 0.244500</w:t>
        <w:br/>
        <w:t>vt 0.538200 0.254600</w:t>
        <w:br/>
        <w:t>vt 0.493000 0.309300</w:t>
        <w:br/>
        <w:t>vt 0.518100 0.231300</w:t>
        <w:br/>
        <w:t>vt 0.333000 0.177700</w:t>
        <w:br/>
        <w:t>vt 0.281000 0.292000</w:t>
        <w:br/>
        <w:t>vt 0.386550 0.359300</w:t>
        <w:br/>
        <w:t>vt 0.304200 0.360900</w:t>
        <w:br/>
        <w:t>vt 0.376100 0.235600</w:t>
        <w:br/>
        <w:t>vt 0.386100 0.259700</w:t>
        <w:br/>
        <w:t>vt 0.393000 0.275900</w:t>
        <w:br/>
        <w:t>vt 0.401800 0.296300</w:t>
        <w:br/>
        <w:t>vt 0.410200 0.315700</w:t>
        <w:br/>
        <w:t>vt 0.415600 0.328700</w:t>
        <w:br/>
        <w:t>vt 0.345700 0.168400</w:t>
        <w:br/>
        <w:t>vt 0.358300 0.192600</w:t>
        <w:br/>
        <w:t>vt 0.424700 0.325100</w:t>
        <w:br/>
        <w:t>vt 0.420400 0.311500</w:t>
        <w:br/>
        <w:t>vt 0.414200 0.291500</w:t>
        <w:br/>
        <w:t>vt 0.407500 0.270300</w:t>
        <w:br/>
        <w:t>vt 0.402200 0.253500</w:t>
        <w:br/>
        <w:t>vt 0.394400 0.228300</w:t>
        <w:br/>
        <w:t>vt 0.401200 0.198900</w:t>
        <w:br/>
        <w:t>vt 0.380400 0.183600</w:t>
        <w:br/>
        <w:t>vt 0.388000 0.152600</w:t>
        <w:br/>
        <w:t>vt 0.356100 0.162800</w:t>
        <w:br/>
        <w:t>vt 0.398000 0.151000</w:t>
        <w:br/>
        <w:t>vt 0.340950 0.403419</w:t>
        <w:br/>
        <w:t>vt 0.346001 0.410336</w:t>
        <w:br/>
        <w:t>vt 0.358863 0.405783</w:t>
        <w:br/>
        <w:t>vt 0.386800 0.391800</w:t>
        <w:br/>
        <w:t>vt 0.377748 0.396786</w:t>
        <w:br/>
        <w:t>vt 0.379300 0.394900</w:t>
        <w:br/>
        <w:t>vt 0.318900 0.403600</w:t>
        <w:br/>
        <w:t>vt 0.308800 0.405600</w:t>
        <w:br/>
        <w:t>vt 0.328524 0.407127</w:t>
        <w:br/>
        <w:t>vt 0.335100 0.405300</w:t>
        <w:br/>
        <w:t>vt 0.550200 0.345700</w:t>
        <w:br/>
        <w:t>vt 0.538500 0.348200</w:t>
        <w:br/>
        <w:t>vt 0.580100 0.332100</w:t>
        <w:br/>
        <w:t>vt 0.545200 0.337800</w:t>
        <w:br/>
        <w:t>vt 0.533300 0.342500</w:t>
        <w:br/>
        <w:t>vt 0.557500 0.337400</w:t>
        <w:br/>
        <w:t>vt 0.548200 0.342200</w:t>
        <w:br/>
        <w:t>vt 0.535800 0.345800</w:t>
        <w:br/>
        <w:t>vt 0.569400 0.334600</w:t>
        <w:br/>
        <w:t>vt 0.579900 0.340400</w:t>
        <w:br/>
        <w:t>vt 0.557600 0.344200</w:t>
        <w:br/>
        <w:t>vt 0.480700 0.183800</w:t>
        <w:br/>
        <w:t>vt 0.482300 0.185800</w:t>
        <w:br/>
        <w:t>vt 0.481500 0.202800</w:t>
        <w:br/>
        <w:t>vt 0.480800 0.214200</w:t>
        <w:br/>
        <w:t>vt 0.484100 0.214900</w:t>
        <w:br/>
        <w:t>vt 0.513400 0.424800</w:t>
        <w:br/>
        <w:t>vt 0.505000 0.422800</w:t>
        <w:br/>
        <w:t>vt 0.497200 0.420600</w:t>
        <w:br/>
        <w:t>vt 0.523500 0.426800</w:t>
        <w:br/>
        <w:t>vt 0.536800 0.428900</w:t>
        <w:br/>
        <w:t>vt 0.557700 0.320200</w:t>
        <w:br/>
        <w:t>vt 0.558700 0.323600</w:t>
        <w:br/>
        <w:t>vt 0.344600 0.204100</w:t>
        <w:br/>
        <w:t>vt 0.532000 0.420400</w:t>
        <w:br/>
        <w:t>vt 0.515000 0.349700</w:t>
        <w:br/>
        <w:t>vt 0.498350 0.361462</w:t>
        <w:br/>
        <w:t>vt 0.538500 0.348200</w:t>
        <w:br/>
        <w:t>vt 0.550200 0.345700</w:t>
        <w:br/>
        <w:t>vt 0.560300 0.356000</w:t>
        <w:br/>
        <w:t>vt 0.568300 0.345200</w:t>
        <w:br/>
        <w:t>vt 0.580300 0.343300</w:t>
        <w:br/>
        <w:t>vt 0.552300 0.401000</w:t>
        <w:br/>
        <w:t>vt 0.557600 0.341400</w:t>
        <w:br/>
        <w:t>vt 0.557600 0.344200</w:t>
        <w:br/>
        <w:t>vt 0.291300 0.316300</w:t>
        <w:br/>
        <w:t>vt 0.538300 0.423100</w:t>
        <w:br/>
        <w:t>vt 0.537700 0.419100</w:t>
        <w:br/>
        <w:t>vt 0.539200 0.418100</w:t>
        <w:br/>
        <w:t>vt 0.489863 0.418354</w:t>
        <w:br/>
        <w:t>vt 0.554900 0.270300</w:t>
        <w:br/>
        <w:t>vt 0.477400 0.200200</w:t>
        <w:br/>
        <w:t>vt 0.371800 0.156100</w:t>
        <w:br/>
        <w:t>vt 0.351300 0.222300</w:t>
        <w:br/>
        <w:t>vt 0.558700 0.323600</w:t>
        <w:br/>
        <w:t>vt 0.537700 0.406200</w:t>
        <w:br/>
        <w:t>vt 0.534000 0.412000</w:t>
        <w:br/>
        <w:t>vt 0.547900 0.275900</w:t>
        <w:br/>
        <w:t>vt 0.361600 0.435900</w:t>
        <w:br/>
        <w:t>vt 0.356999 0.438281</w:t>
        <w:br/>
        <w:t>vt 0.359400 0.433400</w:t>
        <w:br/>
        <w:t>vt 0.344500 0.421200</w:t>
        <w:br/>
        <w:t>vt 0.350500 0.426300</w:t>
        <w:br/>
        <w:t>vt 0.337100 0.410100</w:t>
        <w:br/>
        <w:t>vt 0.336100 0.407900</w:t>
        <w:br/>
        <w:t>vt 0.326168 0.398130</w:t>
        <w:br/>
        <w:t>vt 0.313400 0.378100</w:t>
        <w:br/>
        <w:t>vt 0.309000 0.372000</w:t>
        <w:br/>
        <w:t>vt 0.306400 0.367600</w:t>
        <w:br/>
        <w:t>vt 0.298600 0.337500</w:t>
        <w:br/>
        <w:t>vt 0.334300 0.238000</w:t>
        <w:br/>
        <w:t>vt 0.359000 0.214000</w:t>
        <w:br/>
        <w:t>vt 0.298700 0.323500</w:t>
        <w:br/>
        <w:t>vt 0.298300 0.328800</w:t>
        <w:br/>
        <w:t>vt 0.319400 0.343400</w:t>
        <w:br/>
        <w:t>vt 0.369900 0.210600</w:t>
        <w:br/>
        <w:t>vt 0.385800 0.202600</w:t>
        <w:br/>
        <w:t>vt 0.417800 0.196300</w:t>
        <w:br/>
        <w:t>vt 0.480800 0.214200</w:t>
        <w:br/>
        <w:t>vt 0.511800 0.225300</w:t>
        <w:br/>
        <w:t>vt 0.524000 0.238600</w:t>
        <w:br/>
        <w:t>vt 0.543500 0.266100</w:t>
        <w:br/>
        <w:t>vt 0.559300 0.362500</w:t>
        <w:br/>
        <w:t>vt 0.544200 0.410900</w:t>
        <w:br/>
        <w:t>vt 0.537700 0.419100</w:t>
        <w:br/>
        <w:t>vt 0.483900 0.412300</w:t>
        <w:br/>
        <w:t>vt 0.375641 0.424190</w:t>
        <w:br/>
        <w:t>vt 0.383947 0.432578</w:t>
        <w:br/>
        <w:t>vt 0.366458 0.431556</w:t>
        <w:br/>
        <w:t>vt 0.340274 0.399285</w:t>
        <w:br/>
        <w:t>vt 0.357282 0.422697</w:t>
        <w:br/>
        <w:t>vt 0.368105 0.417039</w:t>
        <w:br/>
        <w:t>vt 0.352271 0.417387</w:t>
        <w:br/>
        <w:t>vt 0.363722 0.411792</w:t>
        <w:br/>
        <w:t>vt 0.384648 0.418114</w:t>
        <w:br/>
        <w:t>vt 0.391130 0.426326</w:t>
        <w:br/>
        <w:t>vt 0.378370 0.411738</w:t>
        <w:br/>
        <w:t>vt 0.374133 0.406541</w:t>
        <w:br/>
        <w:t>vt 0.368987 0.399826</w:t>
        <w:br/>
        <w:t>vt 0.370260 0.401552</w:t>
        <w:br/>
        <w:t>vt 0.368159 0.398821</w:t>
        <w:br/>
        <w:t>vt 0.368159 0.398821</w:t>
        <w:br/>
        <w:t>vt 0.367076 0.395081</w:t>
        <w:br/>
        <w:t>vt 0.382861 0.402738</w:t>
        <w:br/>
        <w:t>vt 0.379409 0.398719</w:t>
        <w:br/>
        <w:t>vt 0.377748 0.396786</w:t>
        <w:br/>
        <w:t>vt 0.342000 0.416200</w:t>
        <w:br/>
        <w:t>vt 0.354800 0.429400</w:t>
        <w:br/>
        <w:t>vt 0.347300 0.443300</w:t>
        <w:br/>
        <w:t>vt 0.481000 0.415400</w:t>
        <w:br/>
        <w:t>vt 0.631400 0.392500</w:t>
        <w:br/>
        <w:t>vt 0.609600 0.394800</w:t>
        <w:br/>
        <w:t>vt 0.628800 0.401600</w:t>
        <w:br/>
        <w:t>vt 0.607700 0.405600</w:t>
        <w:br/>
        <w:t>vt 0.632900 0.364700</w:t>
        <w:br/>
        <w:t>vt 0.616200 0.368700</w:t>
        <w:br/>
        <w:t>vt 0.632400 0.376200</w:t>
        <w:br/>
        <w:t>vt 0.608700 0.379700</w:t>
        <w:br/>
        <w:t>vt 0.619600 0.289400</w:t>
        <w:br/>
        <w:t>vt 0.604300 0.297100</w:t>
        <w:br/>
        <w:t>vt 0.621200 0.306000</w:t>
        <w:br/>
        <w:t>vt 0.605600 0.314000</w:t>
        <w:br/>
        <w:t>vt 0.595600 0.264500</w:t>
        <w:br/>
        <w:t>vt 0.611600 0.253100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0.589600 0.343000</w:t>
        <w:br/>
        <w:t>vt 0.609300 0.336800</w:t>
        <w:br/>
        <w:t>vt 0.586800 0.322000</w:t>
        <w:br/>
        <w:t>vt 0.580400 0.286600</w:t>
        <w:br/>
        <w:t>vt 0.599200 0.274500</w:t>
        <w:br/>
        <w:t>vt 0.578500 0.278100</w:t>
        <w:br/>
        <w:t>vt 0.601000 0.284300</w:t>
        <w:br/>
        <w:t>vt 0.617200 0.276200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0.602400 0.422400</w:t>
        <w:br/>
        <w:t>vt 0.618500 0.421900</w:t>
        <w:br/>
        <w:t>vt 0.248700 0.378600</w:t>
        <w:br/>
        <w:t>vt 0.248600 0.374900</w:t>
        <w:br/>
        <w:t>vt 0.228700 0.374500</w:t>
        <w:br/>
        <w:t>vt 0.228800 0.369100</w:t>
        <w:br/>
        <w:t>vt 0.248900 0.354700</w:t>
        <w:br/>
        <w:t>vt 0.249700 0.341600</w:t>
        <w:br/>
        <w:t>vt 0.229600 0.347000</w:t>
        <w:br/>
        <w:t>vt 0.231400 0.331100</w:t>
        <w:br/>
        <w:t>vt 0.254500 0.292800</w:t>
        <w:br/>
        <w:t>vt 0.257300 0.278200</w:t>
        <w:br/>
        <w:t>vt 0.236800 0.281100</w:t>
        <w:br/>
        <w:t>vt 0.240900 0.266500</w:t>
        <w:br/>
        <w:t>vt 0.267200 0.427800</w:t>
        <w:br/>
        <w:t>vt 0.287600 0.422800</w:t>
        <w:br/>
        <w:t>vt 0.258600 0.408900</w:t>
        <w:br/>
        <w:t>vt 0.273800 0.382500</w:t>
        <w:br/>
        <w:t>vt 0.273700 0.380400</w:t>
        <w:br/>
        <w:t>vt 0.248600 0.372200</w:t>
        <w:br/>
        <w:t>vt 0.270400 0.321600</w:t>
        <w:br/>
        <w:t>vt 0.253000 0.307100</w:t>
        <w:br/>
        <w:t>vt 0.251100 0.324300</w:t>
        <w:br/>
        <w:t>vt 0.274900 0.289500</w:t>
        <w:br/>
        <w:t>vt 0.276000 0.277700</w:t>
        <w:br/>
        <w:t>vt 0.259400 0.264600</w:t>
        <w:br/>
        <w:t>vt 0.595900 0.456100</w:t>
        <w:br/>
        <w:t>vt 0.582700 0.455900</w:t>
        <w:br/>
        <w:t>vt 0.586800 0.472000</w:t>
        <w:br/>
        <w:t>vt 0.572700 0.471400</w:t>
        <w:br/>
        <w:t>vt 0.271400 0.342600</w:t>
        <w:br/>
        <w:t>vt 0.271200 0.333900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0.576100 0.212500</w:t>
        <w:br/>
        <w:t>vt 0.590200 0.198000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0.526600 0.187100</w:t>
        <w:br/>
        <w:t>vt 0.538700 0.165700</w:t>
        <w:br/>
        <w:t>vt 0.520400 0.182500</w:t>
        <w:br/>
        <w:t>vt 0.533500 0.157600</w:t>
        <w:br/>
        <w:t>vt 0.485800 0.114400</w:t>
        <w:br/>
        <w:t>vt 0.486300 0.150800</w:t>
        <w:br/>
        <w:t>vt 0.510500 0.133200</w:t>
        <w:br/>
        <w:t>vt 0.500100 0.165200</w:t>
        <w:br/>
        <w:t>vt 0.469100 0.144600</w:t>
        <w:br/>
        <w:t>vt 0.456700 0.104300</w:t>
        <w:br/>
        <w:t>vt 0.451300 0.142100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0.268700 0.235400</w:t>
        <w:br/>
        <w:t>vt 0.272600 0.222300</w:t>
        <w:br/>
        <w:t>vt 0.255600 0.223700</w:t>
        <w:br/>
        <w:t>vt 0.258900 0.209100</w:t>
        <w:br/>
        <w:t>vt 0.315400 0.122900</w:t>
        <w:br/>
        <w:t>vt 0.305300 0.138800</w:t>
        <w:br/>
        <w:t>vt 0.321900 0.148200</w:t>
        <w:br/>
        <w:t>vt 0.314500 0.160000</w:t>
        <w:br/>
        <w:t>vt 0.376100 0.106900</w:t>
        <w:br/>
        <w:t>vt 0.403400 0.100000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0.370500 0.142800</w:t>
        <w:br/>
        <w:t>vt 0.380400 0.141900</w:t>
        <w:br/>
        <w:t>vt 0.393500 0.136500</w:t>
        <w:br/>
        <w:t>vt 0.408400 0.137700</w:t>
        <w:br/>
        <w:t>vt 0.431500 0.137500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0.276700 0.210800</w:t>
        <w:br/>
        <w:t>vt 0.282600 0.197500</w:t>
        <w:br/>
        <w:t>vt 0.261600 0.197100</w:t>
        <w:br/>
        <w:t>vt 0.266900 0.182600</w:t>
        <w:br/>
        <w:t>vt 0.287600 0.241600</w:t>
        <w:br/>
        <w:t>vt 0.340000 0.128500</w:t>
        <w:br/>
        <w:t>vt 0.353600 0.151600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0.273000 0.362400</w:t>
        <w:br/>
        <w:t>vt 0.268000 0.351500</w:t>
        <w:br/>
        <w:t>vt 0.590300 0.373700</w:t>
        <w:br/>
        <w:t>vt 0.592400 0.368600</w:t>
        <w:br/>
        <w:t>vt 0.614800 0.362600</w:t>
        <w:br/>
        <w:t>vt 0.614800 0.362600</w:t>
        <w:br/>
        <w:t>vt 0.632100 0.358100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0.555400 0.153000</w:t>
        <w:br/>
        <w:t>vt 0.543800 0.172700</w:t>
        <w:br/>
        <w:t>vt 0.559200 0.158300</w:t>
        <w:br/>
        <w:t>vt 0.547900 0.177300</w:t>
        <w:br/>
        <w:t>vt 0.547900 0.177300</w:t>
        <w:br/>
        <w:t>vt 0.535600 0.198000</w:t>
        <w:br/>
        <w:t>vt 0.552100 0.181200</w:t>
        <w:br/>
        <w:t>vt 0.539000 0.201800</w:t>
        <w:br/>
        <w:t>vt 0.577100 0.176300</w:t>
        <w:br/>
        <w:t>vt 0.564700 0.191400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0.276900 0.394400</w:t>
        <w:br/>
        <w:t>vt 0.275900 0.389000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0.306600 0.171000</w:t>
        <w:br/>
        <w:t>vt 0.310500 0.167000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0.298500 0.178100</w:t>
        <w:br/>
        <w:t>vt 0.287600 0.160300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0.572100 0.169700</w:t>
        <w:br/>
        <w:t>vt 0.559800 0.186800</w:t>
        <w:br/>
        <w:t>vt 0.563600 0.162900</w:t>
        <w:br/>
        <w:t>vt 0.544400 0.207600</w:t>
        <w:br/>
        <w:t>vt 0.559200 0.158300</w:t>
        <w:br/>
        <w:t>vt 0.535600 0.198000</w:t>
        <w:br/>
        <w:t>vt 0.295100 0.440000</w:t>
        <w:br/>
        <w:t>vt 0.289500 0.431800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0.301100 0.456600</w:t>
        <w:br/>
        <w:t>vt 0.296000 0.446100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0.608900 0.386100</w:t>
        <w:br/>
        <w:t>vt 0.632800 0.382200</w:t>
        <w:br/>
        <w:t>vt 0.584600 0.389600</w:t>
        <w:br/>
        <w:t>vt 0.320700 0.189500</w:t>
        <w:br/>
        <w:t>vt 0.609600 0.394800</w:t>
        <w:br/>
        <w:t>vt 0.631400 0.392500</w:t>
        <w:br/>
        <w:t>vt 0.628800 0.401600</w:t>
        <w:br/>
        <w:t>vt 0.607700 0.405600</w:t>
        <w:br/>
        <w:t>vt 0.616200 0.368700</w:t>
        <w:br/>
        <w:t>vt 0.632900 0.364700</w:t>
        <w:br/>
        <w:t>vt 0.632400 0.376200</w:t>
        <w:br/>
        <w:t>vt 0.608700 0.379700</w:t>
        <w:br/>
        <w:t>vt 0.604300 0.297100</w:t>
        <w:br/>
        <w:t>vt 0.619600 0.289400</w:t>
        <w:br/>
        <w:t>vt 0.621200 0.306000</w:t>
        <w:br/>
        <w:t>vt 0.605600 0.314000</w:t>
        <w:br/>
        <w:t>vt 0.611600 0.253100</w:t>
        <w:br/>
        <w:t>vt 0.595600 0.264500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0.609300 0.336800</w:t>
        <w:br/>
        <w:t>vt 0.589600 0.343000</w:t>
        <w:br/>
        <w:t>vt 0.586800 0.322000</w:t>
        <w:br/>
        <w:t>vt 0.599200 0.274500</w:t>
        <w:br/>
        <w:t>vt 0.580400 0.286600</w:t>
        <w:br/>
        <w:t>vt 0.578500 0.278100</w:t>
        <w:br/>
        <w:t>vt 0.617200 0.276200</w:t>
        <w:br/>
        <w:t>vt 0.601000 0.284300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0.618500 0.421900</w:t>
        <w:br/>
        <w:t>vt 0.602400 0.422400</w:t>
        <w:br/>
        <w:t>vt 0.248600 0.374900</w:t>
        <w:br/>
        <w:t>vt 0.248700 0.378600</w:t>
        <w:br/>
        <w:t>vt 0.228700 0.374500</w:t>
        <w:br/>
        <w:t>vt 0.228800 0.369100</w:t>
        <w:br/>
        <w:t>vt 0.249700 0.341600</w:t>
        <w:br/>
        <w:t>vt 0.248900 0.354700</w:t>
        <w:br/>
        <w:t>vt 0.229600 0.347000</w:t>
        <w:br/>
        <w:t>vt 0.231400 0.331100</w:t>
        <w:br/>
        <w:t>vt 0.257300 0.278200</w:t>
        <w:br/>
        <w:t>vt 0.254500 0.292800</w:t>
        <w:br/>
        <w:t>vt 0.236800 0.281100</w:t>
        <w:br/>
        <w:t>vt 0.240900 0.266500</w:t>
        <w:br/>
        <w:t>vt 0.287600 0.422800</w:t>
        <w:br/>
        <w:t>vt 0.267200 0.427800</w:t>
        <w:br/>
        <w:t>vt 0.258600 0.408900</w:t>
        <w:br/>
        <w:t>vt 0.273700 0.380400</w:t>
        <w:br/>
        <w:t>vt 0.273800 0.382500</w:t>
        <w:br/>
        <w:t>vt 0.248600 0.372200</w:t>
        <w:br/>
        <w:t>vt 0.253000 0.307100</w:t>
        <w:br/>
        <w:t>vt 0.270400 0.321600</w:t>
        <w:br/>
        <w:t>vt 0.251100 0.324300</w:t>
        <w:br/>
        <w:t>vt 0.276000 0.277700</w:t>
        <w:br/>
        <w:t>vt 0.274900 0.289500</w:t>
        <w:br/>
        <w:t>vt 0.259400 0.264600</w:t>
        <w:br/>
        <w:t>vt 0.582700 0.455900</w:t>
        <w:br/>
        <w:t>vt 0.595900 0.456100</w:t>
        <w:br/>
        <w:t>vt 0.586800 0.472000</w:t>
        <w:br/>
        <w:t>vt 0.572700 0.471400</w:t>
        <w:br/>
        <w:t>vt 0.271200 0.333900</w:t>
        <w:br/>
        <w:t>vt 0.271400 0.342600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0.590200 0.198000</w:t>
        <w:br/>
        <w:t>vt 0.576100 0.212500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0.538700 0.165700</w:t>
        <w:br/>
        <w:t>vt 0.526600 0.187100</w:t>
        <w:br/>
        <w:t>vt 0.520400 0.182500</w:t>
        <w:br/>
        <w:t>vt 0.533500 0.157600</w:t>
        <w:br/>
        <w:t>vt 0.486300 0.150800</w:t>
        <w:br/>
        <w:t>vt 0.485800 0.114400</w:t>
        <w:br/>
        <w:t>vt 0.510500 0.133200</w:t>
        <w:br/>
        <w:t>vt 0.500100 0.165200</w:t>
        <w:br/>
        <w:t>vt 0.469100 0.144600</w:t>
        <w:br/>
        <w:t>vt 0.451300 0.142100</w:t>
        <w:br/>
        <w:t>vt 0.456700 0.104300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0.272600 0.222300</w:t>
        <w:br/>
        <w:t>vt 0.268700 0.235400</w:t>
        <w:br/>
        <w:t>vt 0.255600 0.223700</w:t>
        <w:br/>
        <w:t>vt 0.258900 0.209100</w:t>
        <w:br/>
        <w:t>vt 0.305300 0.138800</w:t>
        <w:br/>
        <w:t>vt 0.315400 0.122900</w:t>
        <w:br/>
        <w:t>vt 0.321900 0.148200</w:t>
        <w:br/>
        <w:t>vt 0.314500 0.160000</w:t>
        <w:br/>
        <w:t>vt 0.403400 0.100000</w:t>
        <w:br/>
        <w:t>vt 0.376100 0.106900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0.380400 0.141900</w:t>
        <w:br/>
        <w:t>vt 0.370500 0.142800</w:t>
        <w:br/>
        <w:t>vt 0.393500 0.136500</w:t>
        <w:br/>
        <w:t>vt 0.431500 0.137500</w:t>
        <w:br/>
        <w:t>vt 0.408400 0.137700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0.282600 0.197500</w:t>
        <w:br/>
        <w:t>vt 0.276700 0.210800</w:t>
        <w:br/>
        <w:t>vt 0.261600 0.197100</w:t>
        <w:br/>
        <w:t>vt 0.266900 0.182600</w:t>
        <w:br/>
        <w:t>vt 0.287600 0.241600</w:t>
        <w:br/>
        <w:t>vt 0.353600 0.151600</w:t>
        <w:br/>
        <w:t>vt 0.340000 0.128500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0.268000 0.351500</w:t>
        <w:br/>
        <w:t>vt 0.273000 0.362400</w:t>
        <w:br/>
        <w:t>vt 0.590300 0.373700</w:t>
        <w:br/>
        <w:t>vt 0.592400 0.368600</w:t>
        <w:br/>
        <w:t>vt 0.614800 0.362600</w:t>
        <w:br/>
        <w:t>vt 0.632100 0.358100</w:t>
        <w:br/>
        <w:t>vt 0.614800 0.362600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0.543800 0.172700</w:t>
        <w:br/>
        <w:t>vt 0.555400 0.153000</w:t>
        <w:br/>
        <w:t>vt 0.559200 0.158300</w:t>
        <w:br/>
        <w:t>vt 0.547900 0.177300</w:t>
        <w:br/>
        <w:t>vt 0.535600 0.198000</w:t>
        <w:br/>
        <w:t>vt 0.547900 0.177300</w:t>
        <w:br/>
        <w:t>vt 0.552100 0.181200</w:t>
        <w:br/>
        <w:t>vt 0.539000 0.201800</w:t>
        <w:br/>
        <w:t>vt 0.564700 0.191400</w:t>
        <w:br/>
        <w:t>vt 0.577100 0.176300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0.275900 0.389000</w:t>
        <w:br/>
        <w:t>vt 0.276900 0.394400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0.310500 0.167000</w:t>
        <w:br/>
        <w:t>vt 0.306600 0.171000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0.287600 0.160300</w:t>
        <w:br/>
        <w:t>vt 0.298500 0.178100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0.559800 0.186800</w:t>
        <w:br/>
        <w:t>vt 0.572100 0.169700</w:t>
        <w:br/>
        <w:t>vt 0.563600 0.162900</w:t>
        <w:br/>
        <w:t>vt 0.544400 0.207600</w:t>
        <w:br/>
        <w:t>vt 0.559200 0.158300</w:t>
        <w:br/>
        <w:t>vt 0.535600 0.198000</w:t>
        <w:br/>
        <w:t>vt 0.289500 0.431800</w:t>
        <w:br/>
        <w:t>vt 0.295100 0.440000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0.296000 0.446100</w:t>
        <w:br/>
        <w:t>vt 0.301100 0.456600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0.632800 0.382200</w:t>
        <w:br/>
        <w:t>vt 0.608900 0.386100</w:t>
        <w:br/>
        <w:t>vt 0.584600 0.389600</w:t>
        <w:br/>
        <w:t>vt 0.320700 0.189500</w:t>
        <w:br/>
        <w:t>vt 0.320200 0.471200</w:t>
        <w:br/>
        <w:t>vt 0.287200 0.479800</w:t>
        <w:br/>
        <w:t>vt 0.314100 0.447400</w:t>
        <w:br/>
        <w:t>vt 0.350100 0.449500</w:t>
        <w:br/>
        <w:t>vt 0.353000 0.472900</w:t>
        <w:br/>
        <w:t>vt 0.385500 0.457800</w:t>
        <w:br/>
        <w:t>vt 0.384300 0.480300</w:t>
        <w:br/>
        <w:t>vt 0.326000 0.497700</w:t>
        <w:br/>
        <w:t>vt 0.331400 0.525200</w:t>
        <w:br/>
        <w:t>vt 0.296500 0.506100</w:t>
        <w:br/>
        <w:t>vt 0.355400 0.498000</w:t>
        <w:br/>
        <w:t>vt 0.383500 0.505700</w:t>
        <w:br/>
        <w:t>vt 0.357400 0.524300</w:t>
        <w:br/>
        <w:t>vt 0.415600 0.494000</w:t>
        <w:br/>
        <w:t>vt 0.415200 0.473100</w:t>
        <w:br/>
        <w:t>vt 0.446200 0.415500</w:t>
        <w:br/>
        <w:t>vt 0.454400 0.475300</w:t>
        <w:br/>
        <w:t>vt 0.463200 0.529900</w:t>
        <w:br/>
        <w:t>vt 0.514700 0.487700</w:t>
        <w:br/>
        <w:t>vt 0.517800 0.537100</w:t>
        <w:br/>
        <w:t>vt 0.510200 0.430200</w:t>
        <w:br/>
        <w:t>vt 0.552300 0.499300</w:t>
        <w:br/>
        <w:t>vt 0.149000 0.473200</w:t>
        <w:br/>
        <w:t>vt 0.142300 0.474200</w:t>
        <w:br/>
        <w:t>vt 0.149300 0.479200</w:t>
        <w:br/>
        <w:t>vt 0.141300 0.480100</w:t>
        <w:br/>
        <w:t>vt 0.145100 0.540300</w:t>
        <w:br/>
        <w:t>vt 0.146800 0.547000</w:t>
        <w:br/>
        <w:t>vt 0.153200 0.546700</w:t>
        <w:br/>
        <w:t>vt 0.149000 0.470200</w:t>
        <w:br/>
        <w:t>vt 0.142300 0.471000</w:t>
        <w:br/>
        <w:t>vt 0.149400 0.504200</w:t>
        <w:br/>
        <w:t>vt 0.149500 0.507400</w:t>
        <w:br/>
        <w:t>vt 0.158400 0.504600</w:t>
        <w:br/>
        <w:t>vt 0.158500 0.507400</w:t>
        <w:br/>
        <w:t>vt 0.152800 0.551500</w:t>
        <w:br/>
        <w:t>vt 0.161400 0.550200</w:t>
        <w:br/>
        <w:t>vt 0.160700 0.545800</w:t>
        <w:br/>
        <w:t>vt 0.150000 0.512500</w:t>
        <w:br/>
        <w:t>vt 0.149900 0.510300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0.150200 0.515400</w:t>
        <w:br/>
        <w:t>vt 0.159400 0.519800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0.158800 0.472400</w:t>
        <w:br/>
        <w:t>vt 0.159800 0.478500</w:t>
        <w:br/>
        <w:t>vt 0.174600 0.472900</w:t>
        <w:br/>
        <w:t>vt 0.175500 0.477800</w:t>
        <w:br/>
        <w:t>vt 0.163000 0.545600</w:t>
        <w:br/>
        <w:t>vt 0.178500 0.544600</w:t>
        <w:br/>
        <w:t>vt 0.163300 0.539300</w:t>
        <w:br/>
        <w:t>vt 0.179000 0.538700</w:t>
        <w:br/>
        <w:t>vt 0.174300 0.470400</w:t>
        <w:br/>
        <w:t>vt 0.174000 0.467800</w:t>
        <w:br/>
        <w:t>vt 0.158700 0.469900</w:t>
        <w:br/>
        <w:t>vt 0.158500 0.468300</w:t>
        <w:br/>
        <w:t>vt 0.180300 0.505800</w:t>
        <w:br/>
        <w:t>vt 0.160400 0.507500</w:t>
        <w:br/>
        <w:t>vt 0.180500 0.508200</w:t>
        <w:br/>
        <w:t>vt 0.160600 0.509900</w:t>
        <w:br/>
        <w:t>vt 0.178900 0.547700</w:t>
        <w:br/>
        <w:t>vt 0.163500 0.548000</w:t>
        <w:br/>
        <w:t>vt 0.180500 0.508200</w:t>
        <w:br/>
        <w:t>vt 0.160600 0.509900</w:t>
        <w:br/>
        <w:t>vt 0.180300 0.511000</w:t>
        <w:br/>
        <w:t>vt 0.161100 0.512800</w:t>
        <w:br/>
        <w:t>vt 0.179300 0.498200</w:t>
        <w:br/>
        <w:t>vt 0.161100 0.499200</w:t>
        <w:br/>
        <w:t>vt 0.180300 0.503500</w:t>
        <w:br/>
        <w:t>vt 0.160600 0.505000</w:t>
        <w:br/>
        <w:t>vt 0.180300 0.517300</w:t>
        <w:br/>
        <w:t>vt 0.162200 0.519200</w:t>
        <w:br/>
        <w:t>vt 0.142300 0.474200</w:t>
        <w:br/>
        <w:t>vt 0.139600 0.474600</w:t>
        <w:br/>
        <w:t>vt 0.141300 0.480100</w:t>
        <w:br/>
        <w:t>vt 0.138700 0.479700</w:t>
        <w:br/>
        <w:t>vt 0.142600 0.541300</w:t>
        <w:br/>
        <w:t>vt 0.144700 0.547100</w:t>
        <w:br/>
        <w:t>vt 0.145100 0.540300</w:t>
        <w:br/>
        <w:t>vt 0.146800 0.547000</w:t>
        <w:br/>
        <w:t>vt 0.142300 0.471000</w:t>
        <w:br/>
        <w:t>vt 0.139900 0.471700</w:t>
        <w:br/>
        <w:t>vt 0.160600 0.505000</w:t>
        <w:br/>
        <w:t>vt 0.158400 0.504600</w:t>
        <w:br/>
        <w:t>vt 0.160400 0.507500</w:t>
        <w:br/>
        <w:t>vt 0.158500 0.507400</w:t>
        <w:br/>
        <w:t>vt 0.163000 0.545600</w:t>
        <w:br/>
        <w:t>vt 0.160700 0.545800</w:t>
        <w:br/>
        <w:t>vt 0.163500 0.548000</w:t>
        <w:br/>
        <w:t>vt 0.161400 0.550200</w:t>
        <w:br/>
        <w:t>vt 0.138200 0.510900</w:t>
        <w:br/>
        <w:t>vt 0.138400 0.514700</w:t>
        <w:br/>
        <w:t>vt 0.140600 0.512000</w:t>
        <w:br/>
        <w:t>vt 0.140900 0.514800</w:t>
        <w:br/>
        <w:t>vt 0.140300 0.505000</w:t>
        <w:br/>
        <w:t>vt 0.140100 0.499100</w:t>
        <w:br/>
        <w:t>vt 0.138300 0.504800</w:t>
        <w:br/>
        <w:t>vt 0.137500 0.499700</w:t>
        <w:br/>
        <w:t>vt 0.162200 0.519200</w:t>
        <w:br/>
        <w:t>vt 0.161100 0.512800</w:t>
        <w:br/>
        <w:t>vt 0.159400 0.519800</w:t>
        <w:br/>
        <w:t>vt 0.158700 0.513500</w:t>
        <w:br/>
        <w:t>vt 0.156200 0.472800</w:t>
        <w:br/>
        <w:t>vt 0.157000 0.479100</w:t>
        <w:br/>
        <w:t>vt 0.158800 0.472400</w:t>
        <w:br/>
        <w:t>vt 0.159800 0.478500</w:t>
        <w:br/>
        <w:t>vt 0.160400 0.539200</w:t>
        <w:br/>
        <w:t>vt 0.163300 0.539300</w:t>
        <w:br/>
        <w:t>vt 0.158700 0.469900</w:t>
        <w:br/>
        <w:t>vt 0.158500 0.468300</w:t>
        <w:br/>
        <w:t>vt 0.156100 0.469400</w:t>
        <w:br/>
        <w:t>vt 0.156500 0.466400</w:t>
        <w:br/>
        <w:t>vt 0.140700 0.510100</w:t>
        <w:br/>
        <w:t>vt 0.140400 0.507600</w:t>
        <w:br/>
        <w:t>vt 0.138500 0.507700</w:t>
        <w:br/>
        <w:t>vt 0.145900 0.551800</w:t>
        <w:br/>
        <w:t>vt 0.143900 0.550100</w:t>
        <w:br/>
        <w:t>vt 0.158500 0.511100</w:t>
        <w:br/>
        <w:t>vt 0.160600 0.509900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0.179900 0.527900</w:t>
        <w:br/>
        <w:t>vt 0.162800 0.529300</w:t>
        <w:br/>
        <w:t>vt 0.140600 0.489500</w:t>
        <w:br/>
        <w:t>vt 0.138000 0.489600</w:t>
        <w:br/>
        <w:t>vt 0.142500 0.530600</w:t>
        <w:br/>
        <w:t>vt 0.139700 0.531100</w:t>
        <w:br/>
        <w:t>vt 0.160100 0.529500</w:t>
        <w:br/>
        <w:t>vt 0.162800 0.529300</w:t>
        <w:br/>
        <w:t>vt 0.157800 0.489100</w:t>
        <w:br/>
        <w:t>vt 0.160700 0.488900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0.141800 0.467000</w:t>
        <w:br/>
        <w:t>vt 0.139800 0.468900</w:t>
        <w:br/>
        <w:t>vt 0.175700 0.616700</w:t>
        <w:br/>
        <w:t>vt 0.168800 0.617400</w:t>
        <w:br/>
        <w:t>vt 0.177800 0.624100</w:t>
        <w:br/>
        <w:t>vt 0.168800 0.625000</w:t>
        <w:br/>
        <w:t>vt 0.175500 0.606300</w:t>
        <w:br/>
        <w:t>vt 0.177000 0.599800</w:t>
        <w:br/>
        <w:t>vt 0.168800 0.605300</w:t>
        <w:br/>
        <w:t>vt 0.175200 0.612300</w:t>
        <w:br/>
        <w:t>vt 0.168600 0.612400</w:t>
        <w:br/>
        <w:t>vt 0.162300 0.567000</w:t>
        <w:br/>
        <w:t>vt 0.171300 0.566200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0.171100 0.571800</w:t>
        <w:br/>
        <w:t>vt 0.179400 0.571600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0.171100 0.574600</w:t>
        <w:br/>
        <w:t>vt 0.161500 0.579400</w:t>
        <w:br/>
        <w:t>vt 0.179300 0.581000</w:t>
        <w:br/>
        <w:t>vt 0.161200 0.616300</w:t>
        <w:br/>
        <w:t>vt 0.160500 0.623900</w:t>
        <w:br/>
        <w:t>vt 0.161000 0.598900</w:t>
        <w:br/>
        <w:t>vt 0.161500 0.605600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0.157900 0.622500</w:t>
        <w:br/>
        <w:t>vt 0.158400 0.615300</w:t>
        <w:br/>
        <w:t>vt 0.142100 0.621400</w:t>
        <w:br/>
        <w:t>vt 0.142600 0.614600</w:t>
        <w:br/>
        <w:t>vt 0.142900 0.607800</w:t>
        <w:br/>
        <w:t>vt 0.159000 0.608400</w:t>
        <w:br/>
        <w:t>vt 0.142600 0.600000</w:t>
        <w:br/>
        <w:t>vt 0.157900 0.599400</w:t>
        <w:br/>
        <w:t>vt 0.140700 0.567300</w:t>
        <w:br/>
        <w:t>vt 0.140700 0.569400</w:t>
        <w:br/>
        <w:t>vt 0.159900 0.567000</w:t>
        <w:br/>
        <w:t>vt 0.159900 0.569800</w:t>
        <w:br/>
        <w:t>vt 0.159900 0.569800</w:t>
        <w:br/>
        <w:t>vt 0.140700 0.569400</w:t>
        <w:br/>
        <w:t>vt 0.159700 0.572800</w:t>
        <w:br/>
        <w:t>vt 0.140600 0.572000</w:t>
        <w:br/>
        <w:t>vt 0.141100 0.559200</w:t>
        <w:br/>
        <w:t>vt 0.140700 0.564800</w:t>
        <w:br/>
        <w:t>vt 0.159100 0.558700</w:t>
        <w:br/>
        <w:t>vt 0.159800 0.564700</w:t>
        <w:br/>
        <w:t>vt 0.158700 0.579000</w:t>
        <w:br/>
        <w:t>vt 0.141200 0.579000</w:t>
        <w:br/>
        <w:t>vt 0.142900 0.610800</w:t>
        <w:br/>
        <w:t>vt 0.158600 0.611200</w:t>
        <w:br/>
        <w:t>vt 0.142900 0.607800</w:t>
        <w:br/>
        <w:t>vt 0.159000 0.608400</w:t>
        <w:br/>
        <w:t>vt 0.175700 0.616700</w:t>
        <w:br/>
        <w:t>vt 0.177800 0.624100</w:t>
        <w:br/>
        <w:t>vt 0.178000 0.616300</w:t>
        <w:br/>
        <w:t>vt 0.180300 0.622700</w:t>
        <w:br/>
        <w:t>vt 0.177000 0.599800</w:t>
        <w:br/>
        <w:t>vt 0.175500 0.606300</w:t>
        <w:br/>
        <w:t>vt 0.179600 0.600200</w:t>
        <w:br/>
        <w:t>vt 0.177400 0.608000</w:t>
        <w:br/>
        <w:t>vt 0.175200 0.612300</w:t>
        <w:br/>
        <w:t>vt 0.177500 0.611800</w:t>
        <w:br/>
        <w:t>vt 0.159800 0.564700</w:t>
        <w:br/>
        <w:t>vt 0.159900 0.567000</w:t>
        <w:br/>
        <w:t>vt 0.161900 0.564800</w:t>
        <w:br/>
        <w:t>vt 0.162300 0.567000</w:t>
        <w:br/>
        <w:t>vt 0.161500 0.608000</w:t>
        <w:br/>
        <w:t>vt 0.161500 0.605600</w:t>
        <w:br/>
        <w:t>vt 0.159000 0.608400</w:t>
        <w:br/>
        <w:t>vt 0.179100 0.574000</w:t>
        <w:br/>
        <w:t>vt 0.181500 0.574100</w:t>
        <w:br/>
        <w:t>vt 0.179400 0.571600</w:t>
        <w:br/>
        <w:t>vt 0.181700 0.570800</w:t>
        <w:br/>
        <w:t>vt 0.184900 0.559500</w:t>
        <w:br/>
        <w:t>vt 0.182400 0.557900</w:t>
        <w:br/>
        <w:t>vt 0.183100 0.564800</w:t>
        <w:br/>
        <w:t>vt 0.180600 0.564200</w:t>
        <w:br/>
        <w:t>vt 0.161800 0.572600</w:t>
        <w:br/>
        <w:t>vt 0.159700 0.572800</w:t>
        <w:br/>
        <w:t>vt 0.161500 0.579400</w:t>
        <w:br/>
        <w:t>vt 0.158700 0.579000</w:t>
        <w:br/>
        <w:t>vt 0.157900 0.622500</w:t>
        <w:br/>
        <w:t>vt 0.160500 0.623900</w:t>
        <w:br/>
        <w:t>vt 0.158400 0.615300</w:t>
        <w:br/>
        <w:t>vt 0.161200 0.616300</w:t>
        <w:br/>
        <w:t>vt 0.161000 0.598900</w:t>
        <w:br/>
        <w:t>vt 0.157900 0.599400</w:t>
        <w:br/>
        <w:t>vt 0.180100 0.567100</w:t>
        <w:br/>
        <w:t>vt 0.179500 0.569500</w:t>
        <w:br/>
        <w:t>vt 0.182200 0.567800</w:t>
        <w:br/>
        <w:t>vt 0.175100 0.608800</w:t>
        <w:br/>
        <w:t>vt 0.162200 0.571100</w:t>
        <w:br/>
        <w:t>vt 0.162500 0.568700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0.158000 0.589200</w:t>
        <w:br/>
        <w:t>vt 0.141600 0.589700</w:t>
        <w:br/>
        <w:t>vt 0.178400 0.590400</w:t>
        <w:br/>
        <w:t>vt 0.181000 0.590600</w:t>
        <w:br/>
        <w:t>vt 0.158000 0.589200</w:t>
        <w:br/>
        <w:t>vt 0.161000 0.589300</w:t>
        <w:br/>
        <w:t>vt 0.142900 0.610800</w:t>
        <w:br/>
        <w:t>vt 0.158600 0.611200</w:t>
        <w:br/>
        <w:t>vt 0.161400 0.611800</w:t>
        <w:br/>
        <w:t>vt 0.158600 0.611200</w:t>
        <w:br/>
        <w:t>vt 0.162500 0.568700</w:t>
        <w:br/>
        <w:t>vt 0.143200 0.719800</w:t>
        <w:br/>
        <w:t>vt 0.145100 0.709400</w:t>
        <w:br/>
        <w:t>vt 0.155100 0.720200</w:t>
        <w:br/>
        <w:t>vt 0.156300 0.712800</w:t>
        <w:br/>
        <w:t>vt 0.178100 0.731600</w:t>
        <w:br/>
        <w:t>vt 0.170200 0.721700</w:t>
        <w:br/>
        <w:t>vt 0.178800 0.712800</w:t>
        <w:br/>
        <w:t>vt 0.160000 0.713900</w:t>
        <w:br/>
        <w:t>vt 0.159100 0.720500</w:t>
        <w:br/>
        <w:t>vt 0.225200 0.726800</w:t>
        <w:br/>
        <w:t>vt 0.222700 0.735000</w:t>
        <w:br/>
        <w:t>vt 0.220300 0.726400</w:t>
        <w:br/>
        <w:t>vt 0.219500 0.734400</w:t>
        <w:br/>
        <w:t>vt 0.166200 0.727400</w:t>
        <w:br/>
        <w:t>vt 0.162400 0.727300</w:t>
        <w:br/>
        <w:t>vt 0.166100 0.721200</w:t>
        <w:br/>
        <w:t>vt 0.162800 0.720800</w:t>
        <w:br/>
        <w:t>vt 0.217300 0.716200</w:t>
        <w:br/>
        <w:t>vt 0.216400 0.726000</w:t>
        <w:br/>
        <w:t>vt 0.215300 0.716100</w:t>
        <w:br/>
        <w:t>vt 0.213800 0.725600</w:t>
        <w:br/>
        <w:t>vt 0.224400 0.716400</w:t>
        <w:br/>
        <w:t>vt 0.235900 0.715100</w:t>
        <w:br/>
        <w:t>vt 0.235500 0.727500</w:t>
        <w:br/>
        <w:t>vt 0.202200 0.734500</w:t>
        <w:br/>
        <w:t>vt 0.210300 0.725100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0.212400 0.715300</w:t>
        <w:br/>
        <w:t>vt 0.203500 0.713100</w:t>
        <w:br/>
        <w:t>vt 0.178100 0.735300</w:t>
        <w:br/>
        <w:t>vt 0.172500 0.754100</w:t>
        <w:br/>
        <w:t>vt 0.168200 0.732200</w:t>
        <w:br/>
        <w:t>vt 0.163800 0.751500</w:t>
        <w:br/>
        <w:t>vt 0.158700 0.730500</w:t>
        <w:br/>
        <w:t>vt 0.163700 0.730900</w:t>
        <w:br/>
        <w:t>vt 0.156400 0.750500</w:t>
        <w:br/>
        <w:t>vt 0.160400 0.750900</w:t>
        <w:br/>
        <w:t>vt 0.211100 0.765000</w:t>
        <w:br/>
        <w:t>vt 0.215400 0.737100</w:t>
        <w:br/>
        <w:t>vt 0.214000 0.765400</w:t>
        <w:br/>
        <w:t>vt 0.219200 0.737700</w:t>
        <w:br/>
        <w:t>vt 0.160400 0.750900</w:t>
        <w:br/>
        <w:t>vt 0.163700 0.730900</w:t>
        <w:br/>
        <w:t>vt 0.207900 0.764400</w:t>
        <w:br/>
        <w:t>vt 0.210800 0.737600</w:t>
        <w:br/>
        <w:t>vt 0.211100 0.765000</w:t>
        <w:br/>
        <w:t>vt 0.215400 0.737100</w:t>
        <w:br/>
        <w:t>vt 0.201900 0.737900</w:t>
        <w:br/>
        <w:t>vt 0.198300 0.761000</w:t>
        <w:br/>
        <w:t>vt 0.158100 0.709300</w:t>
        <w:br/>
        <w:t>vt 0.156300 0.712800</w:t>
        <w:br/>
        <w:t>vt 0.147100 0.705400</w:t>
        <w:br/>
        <w:t>vt 0.145100 0.709400</w:t>
        <w:br/>
        <w:t>vt 0.178700 0.709400</w:t>
        <w:br/>
        <w:t>vt 0.178800 0.712800</w:t>
        <w:br/>
        <w:t>vt 0.169600 0.711600</w:t>
        <w:br/>
        <w:t>vt 0.169700 0.714900</w:t>
        <w:br/>
        <w:t>vt 0.160000 0.713900</w:t>
        <w:br/>
        <w:t>vt 0.160800 0.710700</w:t>
        <w:br/>
        <w:t>vt 0.222500 0.738300</w:t>
        <w:br/>
        <w:t>vt 0.219200 0.737700</w:t>
        <w:br/>
        <w:t>vt 0.222700 0.735000</w:t>
        <w:br/>
        <w:t>vt 0.219500 0.734400</w:t>
        <w:br/>
        <w:t>vt 0.163700 0.730900</w:t>
        <w:br/>
        <w:t>vt 0.166200 0.727400</w:t>
        <w:br/>
        <w:t>vt 0.168200 0.732200</w:t>
        <w:br/>
        <w:t>vt 0.169500 0.728500</w:t>
        <w:br/>
        <w:t>vt 0.213100 0.712100</w:t>
        <w:br/>
        <w:t>vt 0.216500 0.713100</w:t>
        <w:br/>
        <w:t>vt 0.212400 0.715300</w:t>
        <w:br/>
        <w:t>vt 0.215300 0.716100</w:t>
        <w:br/>
        <w:t>vt 0.234200 0.710700</w:t>
        <w:br/>
        <w:t>vt 0.235900 0.715100</w:t>
        <w:br/>
        <w:t>vt 0.223900 0.712800</w:t>
        <w:br/>
        <w:t>vt 0.224400 0.716400</w:t>
        <w:br/>
        <w:t>vt 0.210400 0.734000</w:t>
        <w:br/>
        <w:t>vt 0.210800 0.737600</w:t>
        <w:br/>
        <w:t>vt 0.202200 0.734500</w:t>
        <w:br/>
        <w:t>vt 0.201900 0.737900</w:t>
        <w:br/>
        <w:t>vt 0.154700 0.728100</w:t>
        <w:br/>
        <w:t>vt 0.155500 0.731500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0.220400 0.716300</w:t>
        <w:br/>
        <w:t>vt 0.217300 0.716200</w:t>
        <w:br/>
        <w:t>vt 0.220100 0.713500</w:t>
        <w:br/>
        <w:t>vt 0.163300 0.714600</w:t>
        <w:br/>
        <w:t>vt 0.165700 0.711500</w:t>
        <w:br/>
        <w:t>vt 0.165800 0.715100</w:t>
        <w:br/>
        <w:t>vt 0.217100 0.734100</w:t>
        <w:br/>
        <w:t>vt 0.215400 0.737100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0.217400 0.765700</w:t>
        <w:br/>
        <w:t>vt 0.222500 0.738300</w:t>
        <w:br/>
        <w:t>vt 0.156300 0.712800</w:t>
        <w:br/>
        <w:t>vt 0.145100 0.709400</w:t>
        <w:br/>
        <w:t>vt 0.155100 0.720200</w:t>
        <w:br/>
        <w:t>vt 0.143200 0.719800</w:t>
        <w:br/>
        <w:t>vt 0.178800 0.712800</w:t>
        <w:br/>
        <w:t>vt 0.170200 0.721700</w:t>
        <w:br/>
        <w:t>vt 0.178100 0.731600</w:t>
        <w:br/>
        <w:t>vt 0.160000 0.713900</w:t>
        <w:br/>
        <w:t>vt 0.159100 0.720500</w:t>
        <w:br/>
        <w:t>vt 0.219500 0.734400</w:t>
        <w:br/>
        <w:t>vt 0.222700 0.735000</w:t>
        <w:br/>
        <w:t>vt 0.220300 0.726400</w:t>
        <w:br/>
        <w:t>vt 0.225200 0.726800</w:t>
        <w:br/>
        <w:t>vt 0.162800 0.720800</w:t>
        <w:br/>
        <w:t>vt 0.162400 0.727300</w:t>
        <w:br/>
        <w:t>vt 0.166100 0.721200</w:t>
        <w:br/>
        <w:t>vt 0.166200 0.727400</w:t>
        <w:br/>
        <w:t>vt 0.217300 0.716200</w:t>
        <w:br/>
        <w:t>vt 0.215300 0.716100</w:t>
        <w:br/>
        <w:t>vt 0.216400 0.726000</w:t>
        <w:br/>
        <w:t>vt 0.213800 0.725600</w:t>
        <w:br/>
        <w:t>vt 0.235500 0.727500</w:t>
        <w:br/>
        <w:t>vt 0.235900 0.715100</w:t>
        <w:br/>
        <w:t>vt 0.224400 0.716400</w:t>
        <w:br/>
        <w:t>vt 0.210400 0.734000</w:t>
        <w:br/>
        <w:t>vt 0.210300 0.725100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0.163800 0.751500</w:t>
        <w:br/>
        <w:t>vt 0.172500 0.754100</w:t>
        <w:br/>
        <w:t>vt 0.168200 0.732200</w:t>
        <w:br/>
        <w:t>vt 0.178100 0.735300</w:t>
        <w:br/>
        <w:t>vt 0.158700 0.730500</w:t>
        <w:br/>
        <w:t>vt 0.156400 0.750500</w:t>
        <w:br/>
        <w:t>vt 0.163700 0.730900</w:t>
        <w:br/>
        <w:t>vt 0.160400 0.750900</w:t>
        <w:br/>
        <w:t>vt 0.211100 0.765000</w:t>
        <w:br/>
        <w:t>vt 0.214000 0.765400</w:t>
        <w:br/>
        <w:t>vt 0.215400 0.737100</w:t>
        <w:br/>
        <w:t>vt 0.219200 0.737700</w:t>
        <w:br/>
        <w:t>vt 0.160400 0.750900</w:t>
        <w:br/>
        <w:t>vt 0.163700 0.730900</w:t>
        <w:br/>
        <w:t>vt 0.207900 0.764400</w:t>
        <w:br/>
        <w:t>vt 0.211100 0.765000</w:t>
        <w:br/>
        <w:t>vt 0.210800 0.737600</w:t>
        <w:br/>
        <w:t>vt 0.215400 0.737100</w:t>
        <w:br/>
        <w:t>vt 0.201900 0.737900</w:t>
        <w:br/>
        <w:t>vt 0.198300 0.761000</w:t>
        <w:br/>
        <w:t>vt 0.158100 0.709300</w:t>
        <w:br/>
        <w:t>vt 0.147100 0.705400</w:t>
        <w:br/>
        <w:t>vt 0.156300 0.712800</w:t>
        <w:br/>
        <w:t>vt 0.145100 0.709400</w:t>
        <w:br/>
        <w:t>vt 0.178700 0.709400</w:t>
        <w:br/>
        <w:t>vt 0.169600 0.711600</w:t>
        <w:br/>
        <w:t>vt 0.178800 0.712800</w:t>
        <w:br/>
        <w:t>vt 0.169700 0.714900</w:t>
        <w:br/>
        <w:t>vt 0.160800 0.710700</w:t>
        <w:br/>
        <w:t>vt 0.160000 0.713900</w:t>
        <w:br/>
        <w:t>vt 0.219500 0.734400</w:t>
        <w:br/>
        <w:t>vt 0.219200 0.737700</w:t>
        <w:br/>
        <w:t>vt 0.222700 0.735000</w:t>
        <w:br/>
        <w:t>vt 0.222500 0.738300</w:t>
        <w:br/>
        <w:t>vt 0.163700 0.730900</w:t>
        <w:br/>
        <w:t>vt 0.168200 0.732200</w:t>
        <w:br/>
        <w:t>vt 0.166200 0.727400</w:t>
        <w:br/>
        <w:t>vt 0.169500 0.728500</w:t>
        <w:br/>
        <w:t>vt 0.215300 0.716100</w:t>
        <w:br/>
        <w:t>vt 0.216500 0.713100</w:t>
        <w:br/>
        <w:t>vt 0.212400 0.715300</w:t>
        <w:br/>
        <w:t>vt 0.213100 0.712100</w:t>
        <w:br/>
        <w:t>vt 0.224400 0.716400</w:t>
        <w:br/>
        <w:t>vt 0.235900 0.715100</w:t>
        <w:br/>
        <w:t>vt 0.223900 0.712800</w:t>
        <w:br/>
        <w:t>vt 0.234200 0.710700</w:t>
        <w:br/>
        <w:t>vt 0.210400 0.734000</w:t>
        <w:br/>
        <w:t>vt 0.202200 0.734500</w:t>
        <w:br/>
        <w:t>vt 0.210800 0.737600</w:t>
        <w:br/>
        <w:t>vt 0.201900 0.737900</w:t>
        <w:br/>
        <w:t>vt 0.154700 0.728100</w:t>
        <w:br/>
        <w:t>vt 0.143500 0.730500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0.220400 0.716300</w:t>
        <w:br/>
        <w:t>vt 0.220100 0.713500</w:t>
        <w:br/>
        <w:t>vt 0.217300 0.716200</w:t>
        <w:br/>
        <w:t>vt 0.165800 0.715100</w:t>
        <w:br/>
        <w:t>vt 0.165700 0.711500</w:t>
        <w:br/>
        <w:t>vt 0.163300 0.714600</w:t>
        <w:br/>
        <w:t>vt 0.213800 0.734100</w:t>
        <w:br/>
        <w:t>vt 0.215400 0.737100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0.354612 0.006600</w:t>
        <w:br/>
        <w:t>vt 0.337061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0.019200</w:t>
        <w:br/>
        <w:t>vt 0.405231 0.006600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0.019200</w:t>
        <w:br/>
        <w:t>vt 0.468232 0.006600</w:t>
        <w:br/>
        <w:t>vt 0.451132 0.019200</w:t>
        <w:br/>
        <w:t>vt 0.451132 0.006600</w:t>
        <w:br/>
        <w:t>vt 0.410932 0.006600</w:t>
        <w:br/>
        <w:t>vt 0.410932 0.019200</w:t>
        <w:br/>
        <w:t>vt 0.429732 0.006600</w:t>
        <w:br/>
        <w:t>vt 0.429732 0.019200</w:t>
        <w:br/>
        <w:t>vt 0.596932 0.019200</w:t>
        <w:br/>
        <w:t>vt 0.596932 0.006600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0.518732 0.006600</w:t>
        <w:br/>
        <w:t>vt 0.504532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0.410932 0.058300</w:t>
        <w:br/>
        <w:t>vt 0.429732 0.058300</w:t>
        <w:br/>
        <w:t>vt 0.487932 0.058300</w:t>
        <w:br/>
        <w:t>vt 0.532432 0.058300</w:t>
        <w:br/>
        <w:t>vt 0.518732 0.058300</w:t>
        <w:br/>
        <w:t>vt 0.580832 0.058300</w:t>
        <w:br/>
        <w:t>vt 0.596932 0.058300</w:t>
        <w:br/>
        <w:t>vt 0.504532 0.058300</w:t>
        <w:br/>
        <w:t>vt 0.548832 0.058300</w:t>
        <w:br/>
        <w:t>vt 0.565332 0.058300</w:t>
        <w:br/>
        <w:t>vt 0.319412 0.006600</w:t>
        <w:br/>
        <w:t>vt 0.319412 0.019200</w:t>
        <w:br/>
        <w:t>vt 0.303800 0.006600</w:t>
        <w:br/>
        <w:t>vt 0.303800 0.019200</w:t>
        <w:br/>
        <w:t>vt 0.268600 0.019200</w:t>
        <w:br/>
        <w:t>vt 0.288576 0.019200</w:t>
        <w:br/>
        <w:t>vt 0.268600 0.006600</w:t>
        <w:br/>
        <w:t>vt 0.288576 0.006600</w:t>
        <w:br/>
        <w:t>vt 0.268600 0.030600</w:t>
        <w:br/>
        <w:t>vt 0.288576 0.030600</w:t>
        <w:br/>
        <w:t>vt 0.303800 0.030600</w:t>
        <w:br/>
        <w:t>vt 0.319412 0.030600</w:t>
        <w:br/>
        <w:t>vt 0.268600 0.042800</w:t>
        <w:br/>
        <w:t>vt 0.288576 0.042800</w:t>
        <w:br/>
        <w:t>vt 0.303800 0.042800</w:t>
        <w:br/>
        <w:t>vt 0.319412 0.042800</w:t>
        <w:br/>
        <w:t>vt 0.268600 0.058300</w:t>
        <w:br/>
        <w:t>vt 0.288576 0.058300</w:t>
        <w:br/>
        <w:t>vt 0.303800 0.058300</w:t>
        <w:br/>
        <w:t>vt 0.319412 0.058300</w:t>
        <w:br/>
        <w:t>vt 0.451132 0.006600</w:t>
        <w:br/>
        <w:t>vt 0.468232 0.006600</w:t>
        <w:br/>
        <w:t>vt 0.451132 0.019200</w:t>
        <w:br/>
        <w:t>vt 0.468232 0.019200</w:t>
        <w:br/>
        <w:t>vt 0.410932 0.006600</w:t>
        <w:br/>
        <w:t>vt 0.429732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0.019200</w:t>
        <w:br/>
        <w:t>vt 0.504532 0.006600</w:t>
        <w:br/>
        <w:t>vt 0.518732 0.019200</w:t>
        <w:br/>
        <w:t>vt 0.518732 0.006600</w:t>
        <w:br/>
        <w:t>vt 0.548832 0.019200</w:t>
        <w:br/>
        <w:t>vt 0.548832 0.006600</w:t>
        <w:br/>
        <w:t>vt 0.532432 0.019200</w:t>
        <w:br/>
        <w:t>vt 0.532432 0.006600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0.803825 0.187986</w:t>
        <w:br/>
        <w:t>vt 0.788400 0.199400</w:t>
        <w:br/>
        <w:t>vt 0.809200 0.195000</w:t>
        <w:br/>
        <w:t>vt 0.768600 0.193300</w:t>
        <w:br/>
        <w:t>vt 0.753400 0.201100</w:t>
        <w:br/>
        <w:t>vt 0.772600 0.201700</w:t>
        <w:br/>
        <w:t>vt 0.651600 0.222000</w:t>
        <w:br/>
        <w:t>vt 0.654900 0.228900</w:t>
        <w:br/>
        <w:t>vt 0.669900 0.221300</w:t>
        <w:br/>
        <w:t>vt 0.637800 0.235100</w:t>
        <w:br/>
        <w:t>vt 0.857100 0.040100</w:t>
        <w:br/>
        <w:t>vt 0.878600 0.027000</w:t>
        <w:br/>
        <w:t>vt 0.862200 0.006800</w:t>
        <w:br/>
        <w:t>vt 0.849900 0.070600</w:t>
        <w:br/>
        <w:t>vt 0.866000 0.049400</w:t>
        <w:br/>
        <w:t>vt 0.818000 0.153900</w:t>
        <w:br/>
        <w:t>vt 0.824200 0.158800</w:t>
        <w:br/>
        <w:t>vt 0.828000 0.140900</w:t>
        <w:br/>
        <w:t>vt 0.816700 0.178500</w:t>
        <w:br/>
        <w:t>vt 0.742400 0.148900</w:t>
        <w:br/>
        <w:t>vt 0.756900 0.171500</w:t>
        <w:br/>
        <w:t>vt 0.762100 0.136500</w:t>
        <w:br/>
        <w:t>vt 0.779200 0.157000</w:t>
        <w:br/>
        <w:t>vt 0.731000 0.181200</w:t>
        <w:br/>
        <w:t>vt 0.720000 0.157900</w:t>
        <w:br/>
        <w:t>vt 0.695600 0.164800</w:t>
        <w:br/>
        <w:t>vt 0.704100 0.188300</w:t>
        <w:br/>
        <w:t>vt 0.670600 0.169600</w:t>
        <w:br/>
        <w:t>vt 0.677100 0.193400</w:t>
        <w:br/>
        <w:t>vt 0.644900 0.173500</w:t>
        <w:br/>
        <w:t>vt 0.648600 0.197600</w:t>
        <w:br/>
        <w:t>vt 0.618600 0.175500</w:t>
        <w:br/>
        <w:t>vt 0.833800 0.036900</w:t>
        <w:br/>
        <w:t>vt 0.836000 0.006800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0.730800 0.132800</w:t>
        <w:br/>
        <w:t>vt 0.736100 0.107100</w:t>
        <w:br/>
        <w:t>vt 0.748500 0.121000</w:t>
        <w:br/>
        <w:t>vt 0.710800 0.141400</w:t>
        <w:br/>
        <w:t>vt 0.702400 0.126500</w:t>
        <w:br/>
        <w:t>vt 0.682400 0.132600</w:t>
        <w:br/>
        <w:t>vt 0.688800 0.147900</w:t>
        <w:br/>
        <w:t>vt 0.665800 0.152000</w:t>
        <w:br/>
        <w:t>vt 0.661200 0.136900</w:t>
        <w:br/>
        <w:t>vt 0.639200 0.140300</w:t>
        <w:br/>
        <w:t>vt 0.642200 0.155700</w:t>
        <w:br/>
        <w:t>vt 0.618600 0.157900</w:t>
        <w:br/>
        <w:t>vt 0.618600 0.142700</w:t>
        <w:br/>
        <w:t>vt 0.792400 0.028600</w:t>
        <w:br/>
        <w:t>vt 0.794400 0.006800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0.789079 0.201075</w:t>
        <w:br/>
        <w:t>vt 0.789758 0.202749</w:t>
        <w:br/>
        <w:t>vt 0.810471 0.196323</w:t>
        <w:br/>
        <w:t>vt 0.811742 0.197645</w:t>
        <w:br/>
        <w:t>vt 0.772866 0.203124</w:t>
        <w:br/>
        <w:t>vt 0.753367 0.202583</w:t>
        <w:br/>
        <w:t>vt 0.656167 0.231609</w:t>
        <w:br/>
        <w:t>vt 0.671091 0.223430</w:t>
        <w:br/>
        <w:t>vt 0.655534 0.230254</w:t>
        <w:br/>
        <w:t>vt 0.670495 0.222365</w:t>
        <w:br/>
        <w:t>vt 0.638497 0.236864</w:t>
        <w:br/>
        <w:t>vt 0.639193 0.238628</w:t>
        <w:br/>
        <w:t>vt 0.851817 0.071724</w:t>
        <w:br/>
        <w:t>vt 0.853735 0.072848</w:t>
        <w:br/>
        <w:t>vt 0.867885 0.050484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0.736817 0.200608</w:t>
        <w:br/>
        <w:t>vt 0.736734 0.202016</w:t>
        <w:br/>
        <w:t>vt 0.753367 0.202583</w:t>
        <w:br/>
        <w:t>vt 0.753334 0.204067</w:t>
        <w:br/>
        <w:t>vt 0.715592 0.220351</w:t>
        <w:br/>
        <w:t>vt 0.724520 0.199382</w:t>
        <w:br/>
        <w:t>vt 0.715146 0.218625</w:t>
        <w:br/>
        <w:t>vt 0.723360 0.197391</w:t>
        <w:br/>
        <w:t>vt 0.839149 0.084797</w:t>
        <w:br/>
        <w:t>vt 0.841198 0.084993</w:t>
        <w:br/>
        <w:t>vt 0.831099 0.141674</w:t>
        <w:br/>
        <w:t>vt 0.832223 0.125296</w:t>
        <w:br/>
        <w:t>vt 0.829549 0.141287</w:t>
        <w:br/>
        <w:t>vt 0.830811 0.125348</w:t>
        <w:br/>
        <w:t>vt 0.829829 0.111155</w:t>
        <w:br/>
        <w:t>vt 0.831057 0.112010</w:t>
        <w:br/>
        <w:t>vt 0.696199 0.202007</w:t>
        <w:br/>
        <w:t>vt 0.684915 0.212578</w:t>
        <w:br/>
        <w:t>vt 0.696398 0.204014</w:t>
        <w:br/>
        <w:t>vt 0.685729 0.213956</w:t>
        <w:br/>
        <w:t>vt 0.880355 0.027704</w:t>
        <w:br/>
        <w:t>vt 0.882111 0.028408</w:t>
        <w:br/>
        <w:t>vt 0.886055 0.006800</w:t>
        <w:br/>
        <w:t>vt 0.888609 0.006800</w:t>
        <w:br/>
        <w:t>vt 0.854569 0.107673</w:t>
        <w:br/>
        <w:t>vt 0.841198 0.084993</w:t>
        <w:br/>
        <w:t>vt 0.852434 0.107037</w:t>
        <w:br/>
        <w:t>vt 0.839149 0.084797</w:t>
        <w:br/>
        <w:t>vt 0.867885 0.050484</w:t>
        <w:br/>
        <w:t>vt 0.723360 0.197391</w:t>
        <w:br/>
        <w:t>vt 0.696199 0.202007</w:t>
        <w:br/>
        <w:t>vt 0.696398 0.204014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0.829829 0.111155</w:t>
        <w:br/>
        <w:t>vt 0.831057 0.112010</w:t>
        <w:br/>
        <w:t>vt 0.852434 0.107037</w:t>
        <w:br/>
        <w:t>vt 0.854569 0.107673</w:t>
        <w:br/>
        <w:t>vt 0.803486 0.187544</w:t>
        <w:br/>
        <w:t>vt 0.788400 0.199400</w:t>
        <w:br/>
        <w:t>vt 0.795100 0.176600</w:t>
        <w:br/>
        <w:t>vt 0.772600 0.201700</w:t>
        <w:br/>
        <w:t>vt 0.753400 0.201100</w:t>
        <w:br/>
        <w:t>vt 0.768600 0.193300</w:t>
        <w:br/>
        <w:t>vt 0.669900 0.221300</w:t>
        <w:br/>
        <w:t>vt 0.654900 0.228900</w:t>
        <w:br/>
        <w:t>vt 0.651600 0.222000</w:t>
        <w:br/>
        <w:t>vt 0.637800 0.235100</w:t>
        <w:br/>
        <w:t>vt 0.878600 0.027000</w:t>
        <w:br/>
        <w:t>vt 0.857100 0.040100</w:t>
        <w:br/>
        <w:t>vt 0.866000 0.049400</w:t>
        <w:br/>
        <w:t>vt 0.849900 0.070600</w:t>
        <w:br/>
        <w:t>vt 0.828000 0.140900</w:t>
        <w:br/>
        <w:t>vt 0.824200 0.158800</w:t>
        <w:br/>
        <w:t>vt 0.818000 0.153900</w:t>
        <w:br/>
        <w:t>vt 0.816700 0.178500</w:t>
        <w:br/>
        <w:t>vt 0.779200 0.157000</w:t>
        <w:br/>
        <w:t>vt 0.756900 0.171500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0.736100 0.107100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0.792400 0.028600</w:t>
        <w:br/>
        <w:t>vt 0.778700 0.025800</w:t>
        <w:br/>
        <w:t>vt 0.774800 0.044500</w:t>
        <w:br/>
        <w:t>vt 0.788200 0.049800</w:t>
        <w:br/>
        <w:t>vt 0.783500 0.068500</w:t>
        <w:br/>
        <w:t>vt 0.774800 0.088600</w:t>
        <w:br/>
        <w:t>vt 0.759900 0.078200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0.696000 0.200000</w:t>
        <w:br/>
        <w:t>vt 0.684100 0.211200</w:t>
        <w:br/>
        <w:t>vt 0.832668 0.096758</w:t>
        <w:br/>
        <w:t>vt 0.850300 0.106400</w:t>
        <w:br/>
        <w:t>vt 0.811742 0.197645</w:t>
        <w:br/>
        <w:t>vt 0.789758 0.202749</w:t>
        <w:br/>
        <w:t>vt 0.810471 0.196323</w:t>
        <w:br/>
        <w:t>vt 0.789079 0.201075</w:t>
        <w:br/>
        <w:t>vt 0.753367 0.202583</w:t>
        <w:br/>
        <w:t>vt 0.772866 0.203125</w:t>
        <w:br/>
        <w:t>vt 0.670495 0.222365</w:t>
        <w:br/>
        <w:t>vt 0.671091 0.223430</w:t>
        <w:br/>
        <w:t>vt 0.655534 0.230254</w:t>
        <w:br/>
        <w:t>vt 0.656167 0.231609</w:t>
        <w:br/>
        <w:t>vt 0.638497 0.236864</w:t>
        <w:br/>
        <w:t>vt 0.639193 0.238628</w:t>
        <w:br/>
        <w:t>vt 0.851817 0.071724</w:t>
        <w:br/>
        <w:t>vt 0.867885 0.050484</w:t>
        <w:br/>
        <w:t>vt 0.853735 0.072848</w:t>
        <w:br/>
        <w:t>vt 0.869770 0.051567</w:t>
        <w:br/>
        <w:t>vt 0.825901 0.159131</w:t>
        <w:br/>
        <w:t>vt 0.829549 0.141287</w:t>
        <w:br/>
        <w:t>vt 0.818327 0.178923</w:t>
        <w:br/>
        <w:t>vt 0.819954 0.179346</w:t>
        <w:br/>
        <w:t>vt 0.753334 0.204067</w:t>
        <w:br/>
        <w:t>vt 0.736734 0.202016</w:t>
        <w:br/>
        <w:t>vt 0.753367 0.202583</w:t>
        <w:br/>
        <w:t>vt 0.736817 0.200608</w:t>
        <w:br/>
        <w:t>vt 0.723360 0.197391</w:t>
        <w:br/>
        <w:t>vt 0.724520 0.199382</w:t>
        <w:br/>
        <w:t>vt 0.715146 0.218625</w:t>
        <w:br/>
        <w:t>vt 0.715592 0.220351</w:t>
        <w:br/>
        <w:t>vt 0.839149 0.084797</w:t>
        <w:br/>
        <w:t>vt 0.841198 0.084993</w:t>
        <w:br/>
        <w:t>vt 0.830811 0.125348</w:t>
        <w:br/>
        <w:t>vt 0.832223 0.125296</w:t>
        <w:br/>
        <w:t>vt 0.829549 0.141287</w:t>
        <w:br/>
        <w:t>vt 0.831099 0.141674</w:t>
        <w:br/>
        <w:t>vt 0.829829 0.111155</w:t>
        <w:br/>
        <w:t>vt 0.831057 0.112010</w:t>
        <w:br/>
        <w:t>vt 0.696199 0.202007</w:t>
        <w:br/>
        <w:t>vt 0.696398 0.204014</w:t>
        <w:br/>
        <w:t>vt 0.684915 0.212578</w:t>
        <w:br/>
        <w:t>vt 0.685729 0.213956</w:t>
        <w:br/>
        <w:t>vt 0.882111 0.028408</w:t>
        <w:br/>
        <w:t>vt 0.880355 0.027704</w:t>
        <w:br/>
        <w:t>vt 0.839149 0.084797</w:t>
        <w:br/>
        <w:t>vt 0.841198 0.084993</w:t>
        <w:br/>
        <w:t>vt 0.852434 0.107036</w:t>
        <w:br/>
        <w:t>vt 0.854569 0.107673</w:t>
        <w:br/>
        <w:t>vt 0.867885 0.050484</w:t>
        <w:br/>
        <w:t>vt 0.723360 0.197391</w:t>
        <w:br/>
        <w:t>vt 0.696199 0.202007</w:t>
        <w:br/>
        <w:t>vt 0.715146 0.218625</w:t>
        <w:br/>
        <w:t>vt 0.696398 0.204014</w:t>
        <w:br/>
        <w:t>vt 0.715592 0.220351</w:t>
        <w:br/>
        <w:t>vt 0.773131 0.204549</w:t>
        <w:br/>
        <w:t>vt 0.854569 0.107673</w:t>
        <w:br/>
        <w:t>vt 0.831057 0.112010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0.724520 0.199382</w:t>
        <w:br/>
        <w:t>vt 0.714700 0.216900</w:t>
        <w:br/>
        <w:t>vt 0.142300 0.474200</w:t>
        <w:br/>
        <w:t>vt 0.149000 0.473200</w:t>
        <w:br/>
        <w:t>vt 0.149300 0.479200</w:t>
        <w:br/>
        <w:t>vt 0.141300 0.480100</w:t>
        <w:br/>
        <w:t>vt 0.146800 0.547000</w:t>
        <w:br/>
        <w:t>vt 0.145100 0.540300</w:t>
        <w:br/>
        <w:t>vt 0.153200 0.546700</w:t>
        <w:br/>
        <w:t>vt 0.142300 0.471000</w:t>
        <w:br/>
        <w:t>vt 0.149000 0.470200</w:t>
        <w:br/>
        <w:t>vt 0.149500 0.507400</w:t>
        <w:br/>
        <w:t>vt 0.149400 0.504200</w:t>
        <w:br/>
        <w:t>vt 0.158400 0.504600</w:t>
        <w:br/>
        <w:t>vt 0.158500 0.507400</w:t>
        <w:br/>
        <w:t>vt 0.161400 0.550200</w:t>
        <w:br/>
        <w:t>vt 0.152800 0.551500</w:t>
        <w:br/>
        <w:t>vt 0.160700 0.545800</w:t>
        <w:br/>
        <w:t>vt 0.149900 0.510300</w:t>
        <w:br/>
        <w:t>vt 0.150000 0.512500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0.159400 0.519800</w:t>
        <w:br/>
        <w:t>vt 0.150200 0.515400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0.159800 0.478500</w:t>
        <w:br/>
        <w:t>vt 0.158800 0.472400</w:t>
        <w:br/>
        <w:t>vt 0.174600 0.472900</w:t>
        <w:br/>
        <w:t>vt 0.175500 0.477800</w:t>
        <w:br/>
        <w:t>vt 0.178500 0.544600</w:t>
        <w:br/>
        <w:t>vt 0.163000 0.545600</w:t>
        <w:br/>
        <w:t>vt 0.163300 0.539300</w:t>
        <w:br/>
        <w:t>vt 0.179000 0.538700</w:t>
        <w:br/>
        <w:t>vt 0.174000 0.467800</w:t>
        <w:br/>
        <w:t>vt 0.174300 0.470400</w:t>
        <w:br/>
        <w:t>vt 0.158700 0.469900</w:t>
        <w:br/>
        <w:t>vt 0.158500 0.468300</w:t>
        <w:br/>
        <w:t>vt 0.160400 0.507500</w:t>
        <w:br/>
        <w:t>vt 0.180300 0.505800</w:t>
        <w:br/>
        <w:t>vt 0.180500 0.508200</w:t>
        <w:br/>
        <w:t>vt 0.160600 0.509900</w:t>
        <w:br/>
        <w:t>vt 0.178900 0.547700</w:t>
        <w:br/>
        <w:t>vt 0.163500 0.548000</w:t>
        <w:br/>
        <w:t>vt 0.160600 0.509900</w:t>
        <w:br/>
        <w:t>vt 0.180500 0.508200</w:t>
        <w:br/>
        <w:t>vt 0.180300 0.511000</w:t>
        <w:br/>
        <w:t>vt 0.161100 0.512800</w:t>
        <w:br/>
        <w:t>vt 0.161100 0.499200</w:t>
        <w:br/>
        <w:t>vt 0.179300 0.498200</w:t>
        <w:br/>
        <w:t>vt 0.180300 0.503500</w:t>
        <w:br/>
        <w:t>vt 0.160600 0.505000</w:t>
        <w:br/>
        <w:t>vt 0.180300 0.517300</w:t>
        <w:br/>
        <w:t>vt 0.162200 0.519200</w:t>
        <w:br/>
        <w:t>vt 0.139600 0.474600</w:t>
        <w:br/>
        <w:t>vt 0.142300 0.474200</w:t>
        <w:br/>
        <w:t>vt 0.141300 0.480100</w:t>
        <w:br/>
        <w:t>vt 0.138700 0.479700</w:t>
        <w:br/>
        <w:t>vt 0.144700 0.547100</w:t>
        <w:br/>
        <w:t>vt 0.142600 0.541300</w:t>
        <w:br/>
        <w:t>vt 0.145100 0.540300</w:t>
        <w:br/>
        <w:t>vt 0.146800 0.547000</w:t>
        <w:br/>
        <w:t>vt 0.139900 0.471700</w:t>
        <w:br/>
        <w:t>vt 0.142300 0.471000</w:t>
        <w:br/>
        <w:t>vt 0.158400 0.504600</w:t>
        <w:br/>
        <w:t>vt 0.160600 0.505000</w:t>
        <w:br/>
        <w:t>vt 0.160400 0.507500</w:t>
        <w:br/>
        <w:t>vt 0.158500 0.507400</w:t>
        <w:br/>
        <w:t>vt 0.160700 0.545800</w:t>
        <w:br/>
        <w:t>vt 0.163000 0.545600</w:t>
        <w:br/>
        <w:t>vt 0.163500 0.548000</w:t>
        <w:br/>
        <w:t>vt 0.161400 0.550200</w:t>
        <w:br/>
        <w:t>vt 0.138400 0.514700</w:t>
        <w:br/>
        <w:t>vt 0.138200 0.510900</w:t>
        <w:br/>
        <w:t>vt 0.140600 0.512000</w:t>
        <w:br/>
        <w:t>vt 0.140900 0.514800</w:t>
        <w:br/>
        <w:t>vt 0.140100 0.499100</w:t>
        <w:br/>
        <w:t>vt 0.140300 0.505000</w:t>
        <w:br/>
        <w:t>vt 0.138300 0.504800</w:t>
        <w:br/>
        <w:t>vt 0.137500 0.499700</w:t>
        <w:br/>
        <w:t>vt 0.161100 0.512800</w:t>
        <w:br/>
        <w:t>vt 0.162200 0.519200</w:t>
        <w:br/>
        <w:t>vt 0.159400 0.519800</w:t>
        <w:br/>
        <w:t>vt 0.158700 0.513500</w:t>
        <w:br/>
        <w:t>vt 0.157000 0.479100</w:t>
        <w:br/>
        <w:t>vt 0.156200 0.472800</w:t>
        <w:br/>
        <w:t>vt 0.158800 0.472400</w:t>
        <w:br/>
        <w:t>vt 0.159800 0.478500</w:t>
        <w:br/>
        <w:t>vt 0.160400 0.539200</w:t>
        <w:br/>
        <w:t>vt 0.163300 0.539300</w:t>
        <w:br/>
        <w:t>vt 0.158500 0.468300</w:t>
        <w:br/>
        <w:t>vt 0.158700 0.469900</w:t>
        <w:br/>
        <w:t>vt 0.156100 0.469400</w:t>
        <w:br/>
        <w:t>vt 0.156500 0.466400</w:t>
        <w:br/>
        <w:t>vt 0.140400 0.507600</w:t>
        <w:br/>
        <w:t>vt 0.140700 0.510100</w:t>
        <w:br/>
        <w:t>vt 0.138500 0.507700</w:t>
        <w:br/>
        <w:t>vt 0.145900 0.551800</w:t>
        <w:br/>
        <w:t>vt 0.143900 0.550100</w:t>
        <w:br/>
        <w:t>vt 0.160600 0.509900</w:t>
        <w:br/>
        <w:t>vt 0.158500 0.511100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0.162800 0.529300</w:t>
        <w:br/>
        <w:t>vt 0.179900 0.527900</w:t>
        <w:br/>
        <w:t>vt 0.140600 0.489500</w:t>
        <w:br/>
        <w:t>vt 0.138000 0.489600</w:t>
        <w:br/>
        <w:t>vt 0.139700 0.531100</w:t>
        <w:br/>
        <w:t>vt 0.142500 0.530600</w:t>
        <w:br/>
        <w:t>vt 0.160100 0.529500</w:t>
        <w:br/>
        <w:t>vt 0.162800 0.529300</w:t>
        <w:br/>
        <w:t>vt 0.160700 0.488900</w:t>
        <w:br/>
        <w:t>vt 0.157800 0.489100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0.139800 0.468900</w:t>
        <w:br/>
        <w:t>vt 0.141800 0.467000</w:t>
        <w:br/>
        <w:t>vt 0.168800 0.617400</w:t>
        <w:br/>
        <w:t>vt 0.175700 0.616700</w:t>
        <w:br/>
        <w:t>vt 0.177800 0.624100</w:t>
        <w:br/>
        <w:t>vt 0.168800 0.625000</w:t>
        <w:br/>
        <w:t>vt 0.177000 0.599800</w:t>
        <w:br/>
        <w:t>vt 0.175500 0.606300</w:t>
        <w:br/>
        <w:t>vt 0.168800 0.605300</w:t>
        <w:br/>
        <w:t>vt 0.168600 0.612400</w:t>
        <w:br/>
        <w:t>vt 0.175200 0.612300</w:t>
        <w:br/>
        <w:t>vt 0.171300 0.566200</w:t>
        <w:br/>
        <w:t>vt 0.162300 0.567000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0.179400 0.571600</w:t>
        <w:br/>
        <w:t>vt 0.171100 0.571800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0.161500 0.579400</w:t>
        <w:br/>
        <w:t>vt 0.171100 0.574600</w:t>
        <w:br/>
        <w:t>vt 0.179300 0.581000</w:t>
        <w:br/>
        <w:t>vt 0.161200 0.616300</w:t>
        <w:br/>
        <w:t>vt 0.160500 0.623900</w:t>
        <w:br/>
        <w:t>vt 0.161500 0.605600</w:t>
        <w:br/>
        <w:t>vt 0.161000 0.598900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0.158400 0.615300</w:t>
        <w:br/>
        <w:t>vt 0.157900 0.622500</w:t>
        <w:br/>
        <w:t>vt 0.142100 0.621400</w:t>
        <w:br/>
        <w:t>vt 0.142600 0.614600</w:t>
        <w:br/>
        <w:t>vt 0.159000 0.608400</w:t>
        <w:br/>
        <w:t>vt 0.142900 0.607800</w:t>
        <w:br/>
        <w:t>vt 0.142600 0.600000</w:t>
        <w:br/>
        <w:t>vt 0.157900 0.599400</w:t>
        <w:br/>
        <w:t>vt 0.140700 0.569400</w:t>
        <w:br/>
        <w:t>vt 0.140700 0.567300</w:t>
        <w:br/>
        <w:t>vt 0.159900 0.567000</w:t>
        <w:br/>
        <w:t>vt 0.159900 0.569800</w:t>
        <w:br/>
        <w:t>vt 0.140700 0.569400</w:t>
        <w:br/>
        <w:t>vt 0.159900 0.569800</w:t>
        <w:br/>
        <w:t>vt 0.159700 0.572800</w:t>
        <w:br/>
        <w:t>vt 0.140600 0.572000</w:t>
        <w:br/>
        <w:t>vt 0.140700 0.564800</w:t>
        <w:br/>
        <w:t>vt 0.141100 0.559200</w:t>
        <w:br/>
        <w:t>vt 0.159100 0.558700</w:t>
        <w:br/>
        <w:t>vt 0.159800 0.564700</w:t>
        <w:br/>
        <w:t>vt 0.158700 0.579000</w:t>
        <w:br/>
        <w:t>vt 0.141200 0.579000</w:t>
        <w:br/>
        <w:t>vt 0.158600 0.611200</w:t>
        <w:br/>
        <w:t>vt 0.142900 0.610800</w:t>
        <w:br/>
        <w:t>vt 0.142900 0.607800</w:t>
        <w:br/>
        <w:t>vt 0.159000 0.608400</w:t>
        <w:br/>
        <w:t>vt 0.177800 0.624100</w:t>
        <w:br/>
        <w:t>vt 0.175700 0.616700</w:t>
        <w:br/>
        <w:t>vt 0.178000 0.616300</w:t>
        <w:br/>
        <w:t>vt 0.180300 0.622700</w:t>
        <w:br/>
        <w:t>vt 0.175500 0.606300</w:t>
        <w:br/>
        <w:t>vt 0.177000 0.599800</w:t>
        <w:br/>
        <w:t>vt 0.179600 0.600200</w:t>
        <w:br/>
        <w:t>vt 0.177400 0.608000</w:t>
        <w:br/>
        <w:t>vt 0.175200 0.612300</w:t>
        <w:br/>
        <w:t>vt 0.177500 0.611800</w:t>
        <w:br/>
        <w:t>vt 0.159900 0.567000</w:t>
        <w:br/>
        <w:t>vt 0.159800 0.564700</w:t>
        <w:br/>
        <w:t>vt 0.161900 0.564800</w:t>
        <w:br/>
        <w:t>vt 0.162300 0.567000</w:t>
        <w:br/>
        <w:t>vt 0.161500 0.605600</w:t>
        <w:br/>
        <w:t>vt 0.161500 0.608000</w:t>
        <w:br/>
        <w:t>vt 0.159000 0.608400</w:t>
        <w:br/>
        <w:t>vt 0.181500 0.574100</w:t>
        <w:br/>
        <w:t>vt 0.179100 0.574000</w:t>
        <w:br/>
        <w:t>vt 0.179400 0.571600</w:t>
        <w:br/>
        <w:t>vt 0.181700 0.570800</w:t>
        <w:br/>
        <w:t>vt 0.182400 0.557900</w:t>
        <w:br/>
        <w:t>vt 0.184900 0.559500</w:t>
        <w:br/>
        <w:t>vt 0.183100 0.564800</w:t>
        <w:br/>
        <w:t>vt 0.180600 0.564200</w:t>
        <w:br/>
        <w:t>vt 0.159700 0.572800</w:t>
        <w:br/>
        <w:t>vt 0.161800 0.572600</w:t>
        <w:br/>
        <w:t>vt 0.161500 0.579400</w:t>
        <w:br/>
        <w:t>vt 0.158700 0.579000</w:t>
        <w:br/>
        <w:t>vt 0.160500 0.623900</w:t>
        <w:br/>
        <w:t>vt 0.157900 0.622500</w:t>
        <w:br/>
        <w:t>vt 0.158400 0.615300</w:t>
        <w:br/>
        <w:t>vt 0.161200 0.616300</w:t>
        <w:br/>
        <w:t>vt 0.157900 0.599400</w:t>
        <w:br/>
        <w:t>vt 0.161000 0.598900</w:t>
        <w:br/>
        <w:t>vt 0.179500 0.569500</w:t>
        <w:br/>
        <w:t>vt 0.180100 0.567100</w:t>
        <w:br/>
        <w:t>vt 0.182200 0.567800</w:t>
        <w:br/>
        <w:t>vt 0.175100 0.608800</w:t>
        <w:br/>
        <w:t>vt 0.162500 0.568700</w:t>
        <w:br/>
        <w:t>vt 0.162200 0.571100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0.141600 0.589700</w:t>
        <w:br/>
        <w:t>vt 0.158000 0.589200</w:t>
        <w:br/>
        <w:t>vt 0.178400 0.590400</w:t>
        <w:br/>
        <w:t>vt 0.181000 0.590600</w:t>
        <w:br/>
        <w:t>vt 0.161000 0.589300</w:t>
        <w:br/>
        <w:t>vt 0.158000 0.589200</w:t>
        <w:br/>
        <w:t>vt 0.142900 0.610800</w:t>
        <w:br/>
        <w:t>vt 0.158600 0.611200</w:t>
        <w:br/>
        <w:t>vt 0.158600 0.611200</w:t>
        <w:br/>
        <w:t>vt 0.161400 0.611800</w:t>
        <w:br/>
        <w:t>vt 0.162500 0.568700</w:t>
        <w:br/>
        <w:t>vt 0.145100 0.709400</w:t>
        <w:br/>
        <w:t>vt 0.143200 0.719800</w:t>
        <w:br/>
        <w:t>vt 0.155100 0.720200</w:t>
        <w:br/>
        <w:t>vt 0.156300 0.712800</w:t>
        <w:br/>
        <w:t>vt 0.170200 0.721700</w:t>
        <w:br/>
        <w:t>vt 0.178100 0.731600</w:t>
        <w:br/>
        <w:t>vt 0.178800 0.712800</w:t>
        <w:br/>
        <w:t>vt 0.160000 0.713900</w:t>
        <w:br/>
        <w:t>vt 0.159100 0.720500</w:t>
        <w:br/>
        <w:t>vt 0.222700 0.735000</w:t>
        <w:br/>
        <w:t>vt 0.225200 0.726800</w:t>
        <w:br/>
        <w:t>vt 0.220300 0.726400</w:t>
        <w:br/>
        <w:t>vt 0.219500 0.734400</w:t>
        <w:br/>
        <w:t>vt 0.162400 0.727300</w:t>
        <w:br/>
        <w:t>vt 0.166200 0.727400</w:t>
        <w:br/>
        <w:t>vt 0.166100 0.721200</w:t>
        <w:br/>
        <w:t>vt 0.162800 0.720800</w:t>
        <w:br/>
        <w:t>vt 0.216400 0.726000</w:t>
        <w:br/>
        <w:t>vt 0.217300 0.716200</w:t>
        <w:br/>
        <w:t>vt 0.215300 0.716100</w:t>
        <w:br/>
        <w:t>vt 0.213800 0.725600</w:t>
        <w:br/>
        <w:t>vt 0.235900 0.715100</w:t>
        <w:br/>
        <w:t>vt 0.224400 0.716400</w:t>
        <w:br/>
        <w:t>vt 0.235500 0.727500</w:t>
        <w:br/>
        <w:t>vt 0.210300 0.725100</w:t>
        <w:br/>
        <w:t>vt 0.202200 0.734500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0.169700 0.714900</w:t>
        <w:br/>
        <w:t>vt 0.165800 0.715100</w:t>
        <w:br/>
        <w:t>vt 0.213800 0.734100</w:t>
        <w:br/>
        <w:t>vt 0.233500 0.738700</w:t>
        <w:br/>
        <w:t>vt 0.212400 0.715300</w:t>
        <w:br/>
        <w:t>vt 0.203500 0.713100</w:t>
        <w:br/>
        <w:t>vt 0.172500 0.754100</w:t>
        <w:br/>
        <w:t>vt 0.178100 0.735300</w:t>
        <w:br/>
        <w:t>vt 0.168200 0.732200</w:t>
        <w:br/>
        <w:t>vt 0.163800 0.751500</w:t>
        <w:br/>
        <w:t>vt 0.163700 0.730900</w:t>
        <w:br/>
        <w:t>vt 0.158700 0.730500</w:t>
        <w:br/>
        <w:t>vt 0.156400 0.750500</w:t>
        <w:br/>
        <w:t>vt 0.160400 0.750900</w:t>
        <w:br/>
        <w:t>vt 0.215400 0.737100</w:t>
        <w:br/>
        <w:t>vt 0.211100 0.765000</w:t>
        <w:br/>
        <w:t>vt 0.214000 0.765400</w:t>
        <w:br/>
        <w:t>vt 0.219200 0.737700</w:t>
        <w:br/>
        <w:t>vt 0.163700 0.730900</w:t>
        <w:br/>
        <w:t>vt 0.160400 0.750900</w:t>
        <w:br/>
        <w:t>vt 0.210800 0.737600</w:t>
        <w:br/>
        <w:t>vt 0.207900 0.764400</w:t>
        <w:br/>
        <w:t>vt 0.211100 0.765000</w:t>
        <w:br/>
        <w:t>vt 0.215400 0.737100</w:t>
        <w:br/>
        <w:t>vt 0.201900 0.737900</w:t>
        <w:br/>
        <w:t>vt 0.198300 0.761000</w:t>
        <w:br/>
        <w:t>vt 0.156300 0.712800</w:t>
        <w:br/>
        <w:t>vt 0.158100 0.709300</w:t>
        <w:br/>
        <w:t>vt 0.147100 0.705400</w:t>
        <w:br/>
        <w:t>vt 0.145100 0.709400</w:t>
        <w:br/>
        <w:t>vt 0.178800 0.712800</w:t>
        <w:br/>
        <w:t>vt 0.178700 0.709400</w:t>
        <w:br/>
        <w:t>vt 0.169600 0.711600</w:t>
        <w:br/>
        <w:t>vt 0.169700 0.714900</w:t>
        <w:br/>
        <w:t>vt 0.160000 0.713900</w:t>
        <w:br/>
        <w:t>vt 0.160800 0.710700</w:t>
        <w:br/>
        <w:t>vt 0.219200 0.737700</w:t>
        <w:br/>
        <w:t>vt 0.222500 0.738300</w:t>
        <w:br/>
        <w:t>vt 0.222700 0.735000</w:t>
        <w:br/>
        <w:t>vt 0.219500 0.734400</w:t>
        <w:br/>
        <w:t>vt 0.166200 0.727400</w:t>
        <w:br/>
        <w:t>vt 0.163700 0.730900</w:t>
        <w:br/>
        <w:t>vt 0.168200 0.732200</w:t>
        <w:br/>
        <w:t>vt 0.169500 0.728500</w:t>
        <w:br/>
        <w:t>vt 0.216500 0.713100</w:t>
        <w:br/>
        <w:t>vt 0.213100 0.712100</w:t>
        <w:br/>
        <w:t>vt 0.212400 0.715300</w:t>
        <w:br/>
        <w:t>vt 0.215300 0.716100</w:t>
        <w:br/>
        <w:t>vt 0.235900 0.715100</w:t>
        <w:br/>
        <w:t>vt 0.234200 0.710700</w:t>
        <w:br/>
        <w:t>vt 0.223900 0.712800</w:t>
        <w:br/>
        <w:t>vt 0.224400 0.716400</w:t>
        <w:br/>
        <w:t>vt 0.210800 0.737600</w:t>
        <w:br/>
        <w:t>vt 0.210400 0.734000</w:t>
        <w:br/>
        <w:t>vt 0.202200 0.734500</w:t>
        <w:br/>
        <w:t>vt 0.201900 0.737900</w:t>
        <w:br/>
        <w:t>vt 0.155500 0.731500</w:t>
        <w:br/>
        <w:t>vt 0.154700 0.728100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0.217300 0.716200</w:t>
        <w:br/>
        <w:t>vt 0.220400 0.716300</w:t>
        <w:br/>
        <w:t>vt 0.220100 0.713500</w:t>
        <w:br/>
        <w:t>vt 0.165700 0.711500</w:t>
        <w:br/>
        <w:t>vt 0.163300 0.714600</w:t>
        <w:br/>
        <w:t>vt 0.165800 0.715100</w:t>
        <w:br/>
        <w:t>vt 0.215400 0.737100</w:t>
        <w:br/>
        <w:t>vt 0.217100 0.734100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0.190100 0.733600</w:t>
        <w:br/>
        <w:t>vt 0.190000 0.737300</w:t>
        <w:br/>
        <w:t>vt 0.163300 0.714600</w:t>
        <w:br/>
        <w:t>vt 0.217100 0.734100</w:t>
        <w:br/>
        <w:t>vt 0.217400 0.765700</w:t>
        <w:br/>
        <w:t>vt 0.222500 0.738300</w:t>
        <w:br/>
        <w:t>vt 0.145100 0.709400</w:t>
        <w:br/>
        <w:t>vt 0.156300 0.712800</w:t>
        <w:br/>
        <w:t>vt 0.155100 0.720200</w:t>
        <w:br/>
        <w:t>vt 0.143200 0.719800</w:t>
        <w:br/>
        <w:t>vt 0.170200 0.721700</w:t>
        <w:br/>
        <w:t>vt 0.178800 0.712800</w:t>
        <w:br/>
        <w:t>vt 0.178100 0.731600</w:t>
        <w:br/>
        <w:t>vt 0.160000 0.713900</w:t>
        <w:br/>
        <w:t>vt 0.159100 0.720500</w:t>
        <w:br/>
        <w:t>vt 0.222700 0.735000</w:t>
        <w:br/>
        <w:t>vt 0.219500 0.734400</w:t>
        <w:br/>
        <w:t>vt 0.220300 0.726400</w:t>
        <w:br/>
        <w:t>vt 0.225200 0.726800</w:t>
        <w:br/>
        <w:t>vt 0.162400 0.727300</w:t>
        <w:br/>
        <w:t>vt 0.162800 0.720800</w:t>
        <w:br/>
        <w:t>vt 0.166100 0.721200</w:t>
        <w:br/>
        <w:t>vt 0.166200 0.727400</w:t>
        <w:br/>
        <w:t>vt 0.215300 0.716100</w:t>
        <w:br/>
        <w:t>vt 0.217300 0.716200</w:t>
        <w:br/>
        <w:t>vt 0.216400 0.726000</w:t>
        <w:br/>
        <w:t>vt 0.213800 0.725600</w:t>
        <w:br/>
        <w:t>vt 0.235900 0.715100</w:t>
        <w:br/>
        <w:t>vt 0.235500 0.727500</w:t>
        <w:br/>
        <w:t>vt 0.224400 0.716400</w:t>
        <w:br/>
        <w:t>vt 0.210300 0.725100</w:t>
        <w:br/>
        <w:t>vt 0.210400 0.734000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0.172500 0.754100</w:t>
        <w:br/>
        <w:t>vt 0.163800 0.751500</w:t>
        <w:br/>
        <w:t>vt 0.168200 0.732200</w:t>
        <w:br/>
        <w:t>vt 0.178100 0.735300</w:t>
        <w:br/>
        <w:t>vt 0.156400 0.750500</w:t>
        <w:br/>
        <w:t>vt 0.158700 0.730500</w:t>
        <w:br/>
        <w:t>vt 0.163700 0.730900</w:t>
        <w:br/>
        <w:t>vt 0.160400 0.750900</w:t>
        <w:br/>
        <w:t>vt 0.214000 0.765400</w:t>
        <w:br/>
        <w:t>vt 0.211100 0.765000</w:t>
        <w:br/>
        <w:t>vt 0.215400 0.737100</w:t>
        <w:br/>
        <w:t>vt 0.219200 0.737700</w:t>
        <w:br/>
        <w:t>vt 0.160400 0.750900</w:t>
        <w:br/>
        <w:t>vt 0.163700 0.730900</w:t>
        <w:br/>
        <w:t>vt 0.211100 0.765000</w:t>
        <w:br/>
        <w:t>vt 0.207900 0.764400</w:t>
        <w:br/>
        <w:t>vt 0.210800 0.737600</w:t>
        <w:br/>
        <w:t>vt 0.215400 0.737100</w:t>
        <w:br/>
        <w:t>vt 0.198300 0.761000</w:t>
        <w:br/>
        <w:t>vt 0.201900 0.737900</w:t>
        <w:br/>
        <w:t>vt 0.147100 0.705400</w:t>
        <w:br/>
        <w:t>vt 0.158100 0.709300</w:t>
        <w:br/>
        <w:t>vt 0.156300 0.712800</w:t>
        <w:br/>
        <w:t>vt 0.145100 0.709400</w:t>
        <w:br/>
        <w:t>vt 0.169600 0.711600</w:t>
        <w:br/>
        <w:t>vt 0.178700 0.709400</w:t>
        <w:br/>
        <w:t>vt 0.178800 0.712800</w:t>
        <w:br/>
        <w:t>vt 0.169700 0.714900</w:t>
        <w:br/>
        <w:t>vt 0.160800 0.710700</w:t>
        <w:br/>
        <w:t>vt 0.160000 0.713900</w:t>
        <w:br/>
        <w:t>vt 0.219200 0.737700</w:t>
        <w:br/>
        <w:t>vt 0.219500 0.734400</w:t>
        <w:br/>
        <w:t>vt 0.222700 0.735000</w:t>
        <w:br/>
        <w:t>vt 0.222500 0.738300</w:t>
        <w:br/>
        <w:t>vt 0.168200 0.732200</w:t>
        <w:br/>
        <w:t>vt 0.163700 0.730900</w:t>
        <w:br/>
        <w:t>vt 0.166200 0.727400</w:t>
        <w:br/>
        <w:t>vt 0.169500 0.728500</w:t>
        <w:br/>
        <w:t>vt 0.216500 0.713100</w:t>
        <w:br/>
        <w:t>vt 0.215300 0.716100</w:t>
        <w:br/>
        <w:t>vt 0.212400 0.715300</w:t>
        <w:br/>
        <w:t>vt 0.213100 0.712100</w:t>
        <w:br/>
        <w:t>vt 0.235900 0.715100</w:t>
        <w:br/>
        <w:t>vt 0.224400 0.716400</w:t>
        <w:br/>
        <w:t>vt 0.223900 0.712800</w:t>
        <w:br/>
        <w:t>vt 0.234200 0.710700</w:t>
        <w:br/>
        <w:t>vt 0.202200 0.734500</w:t>
        <w:br/>
        <w:t>vt 0.210400 0.734000</w:t>
        <w:br/>
        <w:t>vt 0.210800 0.737600</w:t>
        <w:br/>
        <w:t>vt 0.201900 0.737900</w:t>
        <w:br/>
        <w:t>vt 0.143500 0.730500</w:t>
        <w:br/>
        <w:t>vt 0.154700 0.728100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0.220100 0.713500</w:t>
        <w:br/>
        <w:t>vt 0.220400 0.716300</w:t>
        <w:br/>
        <w:t>vt 0.217300 0.716200</w:t>
        <w:br/>
        <w:t>vt 0.165700 0.711500</w:t>
        <w:br/>
        <w:t>vt 0.165800 0.715100</w:t>
        <w:br/>
        <w:t>vt 0.163300 0.714600</w:t>
        <w:br/>
        <w:t>vt 0.215400 0.737100</w:t>
        <w:br/>
        <w:t>vt 0.213800 0.734100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0.337061 0.006600</w:t>
        <w:br/>
        <w:t>vt 0.354612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0.006600</w:t>
        <w:br/>
        <w:t>vt 0.405231 0.019200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0.006600</w:t>
        <w:br/>
        <w:t>vt 0.468232 0.019200</w:t>
        <w:br/>
        <w:t>vt 0.451132 0.019200</w:t>
        <w:br/>
        <w:t>vt 0.451132 0.006600</w:t>
        <w:br/>
        <w:t>vt 0.410932 0.019200</w:t>
        <w:br/>
        <w:t>vt 0.410932 0.006600</w:t>
        <w:br/>
        <w:t>vt 0.429732 0.006600</w:t>
        <w:br/>
        <w:t>vt 0.429732 0.019200</w:t>
        <w:br/>
        <w:t>vt 0.596932 0.006600</w:t>
        <w:br/>
        <w:t>vt 0.596932 0.019200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0.504532 0.006600</w:t>
        <w:br/>
        <w:t>vt 0.518732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0.429732 0.058300</w:t>
        <w:br/>
        <w:t>vt 0.410932 0.058300</w:t>
        <w:br/>
        <w:t>vt 0.487932 0.058300</w:t>
        <w:br/>
        <w:t>vt 0.532432 0.058300</w:t>
        <w:br/>
        <w:t>vt 0.518732 0.058300</w:t>
        <w:br/>
        <w:t>vt 0.596932 0.058300</w:t>
        <w:br/>
        <w:t>vt 0.580832 0.058300</w:t>
        <w:br/>
        <w:t>vt 0.504532 0.058300</w:t>
        <w:br/>
        <w:t>vt 0.548832 0.058300</w:t>
        <w:br/>
        <w:t>vt 0.565332 0.058300</w:t>
        <w:br/>
        <w:t>vt 0.319412 0.019200</w:t>
        <w:br/>
        <w:t>vt 0.319412 0.006600</w:t>
        <w:br/>
        <w:t>vt 0.303800 0.019200</w:t>
        <w:br/>
        <w:t>vt 0.303800 0.006600</w:t>
        <w:br/>
        <w:t>vt 0.288576 0.019200</w:t>
        <w:br/>
        <w:t>vt 0.268600 0.019200</w:t>
        <w:br/>
        <w:t>vt 0.268600 0.006600</w:t>
        <w:br/>
        <w:t>vt 0.288576 0.006600</w:t>
        <w:br/>
        <w:t>vt 0.288576 0.030600</w:t>
        <w:br/>
        <w:t>vt 0.268600 0.030600</w:t>
        <w:br/>
        <w:t>vt 0.303800 0.030600</w:t>
        <w:br/>
        <w:t>vt 0.319412 0.030600</w:t>
        <w:br/>
        <w:t>vt 0.288576 0.042800</w:t>
        <w:br/>
        <w:t>vt 0.268600 0.042800</w:t>
        <w:br/>
        <w:t>vt 0.303800 0.042800</w:t>
        <w:br/>
        <w:t>vt 0.319412 0.042800</w:t>
        <w:br/>
        <w:t>vt 0.288576 0.058300</w:t>
        <w:br/>
        <w:t>vt 0.268600 0.058300</w:t>
        <w:br/>
        <w:t>vt 0.303800 0.058300</w:t>
        <w:br/>
        <w:t>vt 0.319412 0.058300</w:t>
        <w:br/>
        <w:t>vt 0.468232 0.006600</w:t>
        <w:br/>
        <w:t>vt 0.451132 0.006600</w:t>
        <w:br/>
        <w:t>vt 0.451132 0.019200</w:t>
        <w:br/>
        <w:t>vt 0.468232 0.019200</w:t>
        <w:br/>
        <w:t>vt 0.429732 0.006600</w:t>
        <w:br/>
        <w:t>vt 0.410932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0.006600</w:t>
        <w:br/>
        <w:t>vt 0.504532 0.019200</w:t>
        <w:br/>
        <w:t>vt 0.518732 0.019200</w:t>
        <w:br/>
        <w:t>vt 0.518732 0.006600</w:t>
        <w:br/>
        <w:t>vt 0.548832 0.006600</w:t>
        <w:br/>
        <w:t>vt 0.548832 0.019200</w:t>
        <w:br/>
        <w:t>vt 0.532432 0.006600</w:t>
        <w:br/>
        <w:t>vt 0.532432 0.019200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0.788400 0.199400</w:t>
        <w:br/>
        <w:t>vt 0.803825 0.187986</w:t>
        <w:br/>
        <w:t>vt 0.809200 0.195000</w:t>
        <w:br/>
        <w:t>vt 0.753400 0.201100</w:t>
        <w:br/>
        <w:t>vt 0.768600 0.193300</w:t>
        <w:br/>
        <w:t>vt 0.772600 0.201700</w:t>
        <w:br/>
        <w:t>vt 0.654900 0.228900</w:t>
        <w:br/>
        <w:t>vt 0.651600 0.222000</w:t>
        <w:br/>
        <w:t>vt 0.669900 0.221300</w:t>
        <w:br/>
        <w:t>vt 0.637800 0.235100</w:t>
        <w:br/>
        <w:t>vt 0.878600 0.027000</w:t>
        <w:br/>
        <w:t>vt 0.857100 0.040100</w:t>
        <w:br/>
        <w:t>vt 0.862200 0.006800</w:t>
        <w:br/>
        <w:t>vt 0.849900 0.070600</w:t>
        <w:br/>
        <w:t>vt 0.866000 0.049400</w:t>
        <w:br/>
        <w:t>vt 0.824200 0.158800</w:t>
        <w:br/>
        <w:t>vt 0.818000 0.153900</w:t>
        <w:br/>
        <w:t>vt 0.828000 0.140900</w:t>
        <w:br/>
        <w:t>vt 0.816700 0.178500</w:t>
        <w:br/>
        <w:t>vt 0.756900 0.171500</w:t>
        <w:br/>
        <w:t>vt 0.742400 0.148900</w:t>
        <w:br/>
        <w:t>vt 0.762100 0.136500</w:t>
        <w:br/>
        <w:t>vt 0.779200 0.157000</w:t>
        <w:br/>
        <w:t>vt 0.731000 0.181200</w:t>
        <w:br/>
        <w:t>vt 0.720000 0.157900</w:t>
        <w:br/>
        <w:t>vt 0.704100 0.188300</w:t>
        <w:br/>
        <w:t>vt 0.695600 0.164800</w:t>
        <w:br/>
        <w:t>vt 0.677100 0.193400</w:t>
        <w:br/>
        <w:t>vt 0.670600 0.169600</w:t>
        <w:br/>
        <w:t>vt 0.648600 0.197600</w:t>
        <w:br/>
        <w:t>vt 0.644900 0.173500</w:t>
        <w:br/>
        <w:t>vt 0.618600 0.175500</w:t>
        <w:br/>
        <w:t>vt 0.836000 0.006800</w:t>
        <w:br/>
        <w:t>vt 0.833800 0.036900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0.730800 0.132800</w:t>
        <w:br/>
        <w:t>vt 0.720100 0.118200</w:t>
        <w:br/>
        <w:t>vt 0.736100 0.107100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0.665800 0.152000</w:t>
        <w:br/>
        <w:t>vt 0.661200 0.136900</w:t>
        <w:br/>
        <w:t>vt 0.642200 0.155700</w:t>
        <w:br/>
        <w:t>vt 0.639200 0.140300</w:t>
        <w:br/>
        <w:t>vt 0.618600 0.157900</w:t>
        <w:br/>
        <w:t>vt 0.618600 0.142700</w:t>
        <w:br/>
        <w:t>vt 0.794400 0.006800</w:t>
        <w:br/>
        <w:t>vt 0.792400 0.028600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0.711700 0.104300</w:t>
        <w:br/>
        <w:t>vt 0.726100 0.094400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0.789758 0.202749</w:t>
        <w:br/>
        <w:t>vt 0.789079 0.201075</w:t>
        <w:br/>
        <w:t>vt 0.810471 0.196323</w:t>
        <w:br/>
        <w:t>vt 0.811742 0.197645</w:t>
        <w:br/>
        <w:t>vt 0.772866 0.203124</w:t>
        <w:br/>
        <w:t>vt 0.753367 0.202583</w:t>
        <w:br/>
        <w:t>vt 0.671091 0.223430</w:t>
        <w:br/>
        <w:t>vt 0.656167 0.231609</w:t>
        <w:br/>
        <w:t>vt 0.655534 0.230254</w:t>
        <w:br/>
        <w:t>vt 0.670495 0.222365</w:t>
        <w:br/>
        <w:t>vt 0.638497 0.236864</w:t>
        <w:br/>
        <w:t>vt 0.639193 0.238628</w:t>
        <w:br/>
        <w:t>vt 0.853735 0.072848</w:t>
        <w:br/>
        <w:t>vt 0.851817 0.071724</w:t>
        <w:br/>
        <w:t>vt 0.867885 0.050484</w:t>
        <w:br/>
        <w:t>vt 0.869770 0.051567</w:t>
        <w:br/>
        <w:t>vt 0.829549 0.141287</w:t>
        <w:br/>
        <w:t>vt 0.825901 0.159131</w:t>
        <w:br/>
        <w:t>vt 0.819954 0.179346</w:t>
        <w:br/>
        <w:t>vt 0.818327 0.178923</w:t>
        <w:br/>
        <w:t>vt 0.736734 0.202016</w:t>
        <w:br/>
        <w:t>vt 0.736817 0.200608</w:t>
        <w:br/>
        <w:t>vt 0.753367 0.202583</w:t>
        <w:br/>
        <w:t>vt 0.753334 0.204067</w:t>
        <w:br/>
        <w:t>vt 0.724520 0.199382</w:t>
        <w:br/>
        <w:t>vt 0.715592 0.220351</w:t>
        <w:br/>
        <w:t>vt 0.715146 0.218625</w:t>
        <w:br/>
        <w:t>vt 0.723360 0.197391</w:t>
        <w:br/>
        <w:t>vt 0.841198 0.084993</w:t>
        <w:br/>
        <w:t>vt 0.839149 0.084797</w:t>
        <w:br/>
        <w:t>vt 0.832223 0.125296</w:t>
        <w:br/>
        <w:t>vt 0.831099 0.141674</w:t>
        <w:br/>
        <w:t>vt 0.829549 0.141287</w:t>
        <w:br/>
        <w:t>vt 0.830811 0.125348</w:t>
        <w:br/>
        <w:t>vt 0.829829 0.111155</w:t>
        <w:br/>
        <w:t>vt 0.831057 0.112010</w:t>
        <w:br/>
        <w:t>vt 0.684915 0.212578</w:t>
        <w:br/>
        <w:t>vt 0.696199 0.202007</w:t>
        <w:br/>
        <w:t>vt 0.696398 0.204014</w:t>
        <w:br/>
        <w:t>vt 0.685729 0.213956</w:t>
        <w:br/>
        <w:t>vt 0.882111 0.028408</w:t>
        <w:br/>
        <w:t>vt 0.880355 0.027704</w:t>
        <w:br/>
        <w:t>vt 0.886055 0.006800</w:t>
        <w:br/>
        <w:t>vt 0.888609 0.006800</w:t>
        <w:br/>
        <w:t>vt 0.841198 0.084993</w:t>
        <w:br/>
        <w:t>vt 0.854569 0.107673</w:t>
        <w:br/>
        <w:t>vt 0.852434 0.107037</w:t>
        <w:br/>
        <w:t>vt 0.839149 0.084797</w:t>
        <w:br/>
        <w:t>vt 0.867885 0.050484</w:t>
        <w:br/>
        <w:t>vt 0.723360 0.197391</w:t>
        <w:br/>
        <w:t>vt 0.696398 0.204014</w:t>
        <w:br/>
        <w:t>vt 0.696199 0.202007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0.831057 0.112010</w:t>
        <w:br/>
        <w:t>vt 0.829829 0.111155</w:t>
        <w:br/>
        <w:t>vt 0.852434 0.107037</w:t>
        <w:br/>
        <w:t>vt 0.854569 0.107673</w:t>
        <w:br/>
        <w:t>vt 0.788400 0.199400</w:t>
        <w:br/>
        <w:t>vt 0.803486 0.187544</w:t>
        <w:br/>
        <w:t>vt 0.795100 0.176600</w:t>
        <w:br/>
        <w:t>vt 0.753400 0.201100</w:t>
        <w:br/>
        <w:t>vt 0.772600 0.201700</w:t>
        <w:br/>
        <w:t>vt 0.768600 0.193300</w:t>
        <w:br/>
        <w:t>vt 0.654900 0.228900</w:t>
        <w:br/>
        <w:t>vt 0.669900 0.221300</w:t>
        <w:br/>
        <w:t>vt 0.651600 0.222000</w:t>
        <w:br/>
        <w:t>vt 0.637800 0.235100</w:t>
        <w:br/>
        <w:t>vt 0.878600 0.027000</w:t>
        <w:br/>
        <w:t>vt 0.857100 0.040100</w:t>
        <w:br/>
        <w:t>vt 0.849900 0.070600</w:t>
        <w:br/>
        <w:t>vt 0.866000 0.049400</w:t>
        <w:br/>
        <w:t>vt 0.824200 0.158800</w:t>
        <w:br/>
        <w:t>vt 0.828000 0.140900</w:t>
        <w:br/>
        <w:t>vt 0.818000 0.153900</w:t>
        <w:br/>
        <w:t>vt 0.816700 0.178500</w:t>
        <w:br/>
        <w:t>vt 0.756900 0.171500</w:t>
        <w:br/>
        <w:t>vt 0.779200 0.157000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0.791500 0.100900</w:t>
        <w:br/>
        <w:t>vt 0.813600 0.115900</w:t>
        <w:br/>
        <w:t>vt 0.778800 0.120100</w:t>
        <w:br/>
        <w:t>vt 0.798900 0.137900</w:t>
        <w:br/>
        <w:t>vt 0.736100 0.107100</w:t>
        <w:br/>
        <w:t>vt 0.720100 0.118200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0.778700 0.025800</w:t>
        <w:br/>
        <w:t>vt 0.792400 0.028600</w:t>
        <w:br/>
        <w:t>vt 0.774800 0.044500</w:t>
        <w:br/>
        <w:t>vt 0.788200 0.049800</w:t>
        <w:br/>
        <w:t>vt 0.783500 0.068500</w:t>
        <w:br/>
        <w:t>vt 0.759900 0.078200</w:t>
        <w:br/>
        <w:t>vt 0.774800 0.088600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0.832668 0.096758</w:t>
        <w:br/>
        <w:t>vt 0.850300 0.106400</w:t>
        <w:br/>
        <w:t>vt 0.789758 0.202749</w:t>
        <w:br/>
        <w:t>vt 0.811742 0.197645</w:t>
        <w:br/>
        <w:t>vt 0.810471 0.196323</w:t>
        <w:br/>
        <w:t>vt 0.789079 0.201075</w:t>
        <w:br/>
        <w:t>vt 0.753367 0.202583</w:t>
        <w:br/>
        <w:t>vt 0.772866 0.203125</w:t>
        <w:br/>
        <w:t>vt 0.671091 0.223430</w:t>
        <w:br/>
        <w:t>vt 0.670495 0.222365</w:t>
        <w:br/>
        <w:t>vt 0.655534 0.230254</w:t>
        <w:br/>
        <w:t>vt 0.656167 0.231609</w:t>
        <w:br/>
        <w:t>vt 0.638497 0.236864</w:t>
        <w:br/>
        <w:t>vt 0.639193 0.238628</w:t>
        <w:br/>
        <w:t>vt 0.867885 0.050484</w:t>
        <w:br/>
        <w:t>vt 0.851817 0.071724</w:t>
        <w:br/>
        <w:t>vt 0.853735 0.072848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0.736734 0.202016</w:t>
        <w:br/>
        <w:t>vt 0.753334 0.204067</w:t>
        <w:br/>
        <w:t>vt 0.753367 0.202583</w:t>
        <w:br/>
        <w:t>vt 0.736817 0.200608</w:t>
        <w:br/>
        <w:t>vt 0.724520 0.199382</w:t>
        <w:br/>
        <w:t>vt 0.723360 0.197391</w:t>
        <w:br/>
        <w:t>vt 0.715146 0.218625</w:t>
        <w:br/>
        <w:t>vt 0.715592 0.220351</w:t>
        <w:br/>
        <w:t>vt 0.839149 0.084797</w:t>
        <w:br/>
        <w:t>vt 0.841198 0.084993</w:t>
        <w:br/>
        <w:t>vt 0.832223 0.125296</w:t>
        <w:br/>
        <w:t>vt 0.830811 0.125348</w:t>
        <w:br/>
        <w:t>vt 0.829549 0.141287</w:t>
        <w:br/>
        <w:t>vt 0.831099 0.141674</w:t>
        <w:br/>
        <w:t>vt 0.831057 0.112010</w:t>
        <w:br/>
        <w:t>vt 0.829829 0.111155</w:t>
        <w:br/>
        <w:t>vt 0.696398 0.204014</w:t>
        <w:br/>
        <w:t>vt 0.696199 0.202007</w:t>
        <w:br/>
        <w:t>vt 0.684915 0.212578</w:t>
        <w:br/>
        <w:t>vt 0.685729 0.213956</w:t>
        <w:br/>
        <w:t>vt 0.882111 0.028408</w:t>
        <w:br/>
        <w:t>vt 0.880355 0.027704</w:t>
        <w:br/>
        <w:t>vt 0.841198 0.084993</w:t>
        <w:br/>
        <w:t>vt 0.839149 0.084797</w:t>
        <w:br/>
        <w:t>vt 0.852434 0.107036</w:t>
        <w:br/>
        <w:t>vt 0.854569 0.107673</w:t>
        <w:br/>
        <w:t>vt 0.867885 0.050484</w:t>
        <w:br/>
        <w:t>vt 0.723360 0.197391</w:t>
        <w:br/>
        <w:t>vt 0.715146 0.218625</w:t>
        <w:br/>
        <w:t>vt 0.696199 0.202007</w:t>
        <w:br/>
        <w:t>vt 0.696398 0.204014</w:t>
        <w:br/>
        <w:t>vt 0.715592 0.220351</w:t>
        <w:br/>
        <w:t>vt 0.773131 0.204549</w:t>
        <w:br/>
        <w:t>vt 0.831057 0.112010</w:t>
        <w:br/>
        <w:t>vt 0.854569 0.107673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0.825901 0.159131</w:t>
        <w:br/>
        <w:t>vt 0.827603 0.159463</w:t>
        <w:br/>
        <w:t>vt 0.714700 0.216900</w:t>
        <w:br/>
        <w:t>vt 0.830811 0.125348</w:t>
        <w:br/>
        <w:t>vt 0.724520 0.199382</w:t>
        <w:br/>
        <w:t>vt 0.714700 0.216900</w:t>
        <w:br/>
        <w:t>vt 0.122300 0.026000</w:t>
        <w:br/>
        <w:t>vt 0.135100 0.026300</w:t>
        <w:br/>
        <w:t>vt 0.135600 0.037300</w:t>
        <w:br/>
        <w:t>vt 0.122700 0.037200</w:t>
        <w:br/>
        <w:t>vt 0.135200 0.049300</w:t>
        <w:br/>
        <w:t>vt 0.123000 0.049900</w:t>
        <w:br/>
        <w:t>vt 0.112800 0.025500</w:t>
        <w:br/>
        <w:t>vt 0.113300 0.036700</w:t>
        <w:br/>
        <w:t>vt 0.132400 0.084700</w:t>
        <w:br/>
        <w:t>vt 0.136700 0.084500</w:t>
        <w:br/>
        <w:t>vt 0.137000 0.094400</w:t>
        <w:br/>
        <w:t>vt 0.132600 0.094400</w:t>
        <w:br/>
        <w:t>vt 0.132300 0.106300</w:t>
        <w:br/>
        <w:t>vt 0.136500 0.106300</w:t>
        <w:br/>
        <w:t>vt 0.111100 0.093100</w:t>
        <w:br/>
        <w:t>vt 0.110700 0.082400</w:t>
        <w:br/>
        <w:t>vt 0.118600 0.083400</w:t>
        <w:br/>
        <w:t>vt 0.119100 0.093600</w:t>
        <w:br/>
        <w:t>vt 0.135200 0.118700</w:t>
        <w:br/>
        <w:t>vt 0.133900 0.130000</w:t>
        <w:br/>
        <w:t>vt 0.131000 0.119000</w:t>
        <w:br/>
        <w:t>vt 0.111300 0.014800</w:t>
        <w:br/>
        <w:t>vt 0.109100 0.003900</w:t>
        <w:br/>
        <w:t>vt 0.121500 0.003900</w:t>
        <w:br/>
        <w:t>vt 0.121700 0.015300</w:t>
        <w:br/>
        <w:t>vt 0.117900 0.073600</w:t>
        <w:br/>
        <w:t>vt 0.110700 0.072500</w:t>
        <w:br/>
        <w:t>vt 0.111600 0.061800</w:t>
        <w:br/>
        <w:t>vt 0.123600 0.063200</w:t>
        <w:br/>
        <w:t>vt 0.140400 0.084300</w:t>
        <w:br/>
        <w:t>vt 0.136200 0.074800</w:t>
        <w:br/>
        <w:t>vt 0.139700 0.074500</w:t>
        <w:br/>
        <w:t>vt 0.155000 0.130000</w:t>
        <w:br/>
        <w:t>vt 0.156500 0.118900</w:t>
        <w:br/>
        <w:t>vt 0.172600 0.119000</w:t>
        <w:br/>
        <w:t>vt 0.171800 0.130000</w:t>
        <w:br/>
        <w:t>vt 0.158000 0.049000</w:t>
        <w:br/>
        <w:t>vt 0.174100 0.048700</w:t>
        <w:br/>
        <w:t>vt 0.174100 0.061500</w:t>
        <w:br/>
        <w:t>vt 0.157700 0.061800</w:t>
        <w:br/>
        <w:t>vt 0.189400 0.094700</w:t>
        <w:br/>
        <w:t>vt 0.189200 0.106300</w:t>
        <w:br/>
        <w:t>vt 0.173400 0.105700</w:t>
        <w:br/>
        <w:t>vt 0.173500 0.094300</w:t>
        <w:br/>
        <w:t>vt 0.157900 0.026600</w:t>
        <w:br/>
        <w:t>vt 0.156300 0.015500</w:t>
        <w:br/>
        <w:t>vt 0.173000 0.016000</w:t>
        <w:br/>
        <w:t>vt 0.173700 0.026500</w:t>
        <w:br/>
        <w:t>vt 0.190500 0.037600</w:t>
        <w:br/>
        <w:t>vt 0.174100 0.037500</w:t>
        <w:br/>
        <w:t>vt 0.190300 0.026200</w:t>
        <w:br/>
        <w:t>vt 0.089000 0.081100</w:t>
        <w:br/>
        <w:t>vt 0.089000 0.071100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0.157700 0.073300</w:t>
        <w:br/>
        <w:t>vt 0.173900 0.073600</w:t>
        <w:br/>
        <w:t>vt 0.157500 0.084100</w:t>
        <w:br/>
        <w:t>vt 0.143100 0.130000</w:t>
        <w:br/>
        <w:t>vt 0.144400 0.118000</w:t>
        <w:br/>
        <w:t>vt 0.146000 0.037500</w:t>
        <w:br/>
        <w:t>vt 0.158300 0.037600</w:t>
        <w:br/>
        <w:t>vt 0.145700 0.049000</w:t>
        <w:br/>
        <w:t>vt 0.157300 0.094100</w:t>
        <w:br/>
        <w:t>vt 0.157200 0.105400</w:t>
        <w:br/>
        <w:t>vt 0.146000 0.105900</w:t>
        <w:br/>
        <w:t>vt 0.146500 0.094100</w:t>
        <w:br/>
        <w:t>vt 0.189400 0.015400</w:t>
        <w:br/>
        <w:t>vt 0.145300 0.026600</w:t>
        <w:br/>
        <w:t>vt 0.134300 0.014900</w:t>
        <w:br/>
        <w:t>vt 0.146300 0.083800</w:t>
        <w:br/>
        <w:t>vt 0.145700 0.074200</w:t>
        <w:br/>
        <w:t>vt 0.133900 0.003900</w:t>
        <w:br/>
        <w:t>vt 0.143100 0.003900</w:t>
        <w:br/>
        <w:t>vt 0.144200 0.015100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0.116700 0.118600</w:t>
        <w:br/>
        <w:t>vt 0.109300 0.118400</w:t>
        <w:br/>
        <w:t>vt 0.190000 0.073700</w:t>
        <w:br/>
        <w:t>vt 0.171800 0.003900</w:t>
        <w:br/>
        <w:t>vt 0.189400 0.003900</w:t>
        <w:br/>
        <w:t>vt 0.089000 0.092500</w:t>
        <w:br/>
        <w:t>vt 0.121500 0.130000</w:t>
        <w:br/>
        <w:t>vt 0.109100 0.130000</w:t>
        <w:br/>
        <w:t>vt 0.089000 0.013200</w:t>
        <w:br/>
        <w:t>vt 0.089000 0.003900</w:t>
        <w:br/>
        <w:t>vt 0.112800 0.048700</w:t>
        <w:br/>
        <w:t>vt 0.089000 0.116000</w:t>
        <w:br/>
        <w:t>vt 0.089000 0.104500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0.089000 0.042600</w:t>
        <w:br/>
        <w:t>vt 0.089000 0.033500</w:t>
        <w:br/>
        <w:t>vt 0.261200 0.085500</w:t>
        <w:br/>
        <w:t>vt 0.261200 0.095800</w:t>
        <w:br/>
        <w:t>vt 0.233600 0.095500</w:t>
        <w:br/>
        <w:t>vt 0.233800 0.084900</w:t>
        <w:br/>
        <w:t>vt 0.209500 0.037800</w:t>
        <w:br/>
        <w:t>vt 0.209400 0.048800</w:t>
        <w:br/>
        <w:t>vt 0.234500 0.049100</w:t>
        <w:br/>
        <w:t>vt 0.234200 0.038500</w:t>
        <w:br/>
        <w:t>vt 0.261200 0.038200</w:t>
        <w:br/>
        <w:t>vt 0.261200 0.049500</w:t>
        <w:br/>
        <w:t>vt 0.261200 0.027500</w:t>
        <w:br/>
        <w:t>vt 0.233800 0.027200</w:t>
        <w:br/>
        <w:t>vt 0.208200 0.015500</w:t>
        <w:br/>
        <w:t>vt 0.209000 0.026700</w:t>
        <w:br/>
        <w:t>vt 0.233300 0.119000</w:t>
        <w:br/>
        <w:t>vt 0.233300 0.106800</w:t>
        <w:br/>
        <w:t>vt 0.261200 0.107100</w:t>
        <w:br/>
        <w:t>vt 0.261200 0.118600</w:t>
        <w:br/>
        <w:t>vt 0.208600 0.084500</w:t>
        <w:br/>
        <w:t>vt 0.208100 0.094900</w:t>
        <w:br/>
        <w:t>vt 0.208700 0.003900</w:t>
        <w:br/>
        <w:t>vt 0.233600 0.130000</w:t>
        <w:br/>
        <w:t>vt 0.208700 0.130000</w:t>
        <w:br/>
        <w:t>vt 0.208200 0.119000</w:t>
        <w:br/>
        <w:t>vt 0.208100 0.106600</w:t>
        <w:br/>
        <w:t>vt 0.233700 0.016100</w:t>
        <w:br/>
        <w:t>vt 0.261200 0.016600</w:t>
        <w:br/>
        <w:t>vt 0.261200 0.061900</w:t>
        <w:br/>
        <w:t>vt 0.234300 0.061700</w:t>
        <w:br/>
        <w:t>vt 0.209000 0.061700</w:t>
        <w:br/>
        <w:t>vt 0.234100 0.073900</w:t>
        <w:br/>
        <w:t>vt 0.261200 0.074300</w:t>
        <w:br/>
        <w:t>vt 0.208800 0.073800</w:t>
        <w:br/>
        <w:t>vt 0.233600 0.003900</w:t>
        <w:br/>
        <w:t>vt 0.261200 0.003900</w:t>
        <w:br/>
        <w:t>vt 0.261200 0.130000</w:t>
        <w:br/>
        <w:t>vt 0.089000 0.125800</w:t>
        <w:br/>
        <w:t>vt 0.089000 0.049600</w:t>
        <w:br/>
        <w:t>vt 0.089000 0.060300</w:t>
        <w:br/>
        <w:t>vt 0.089000 0.022900</w:t>
        <w:br/>
        <w:t>vt 0.089000 0.130000</w:t>
        <w:br/>
        <w:t>vt 0.609700 0.494400</w:t>
        <w:br/>
        <w:t>vt 0.611300 0.502300</w:t>
        <w:br/>
        <w:t>vt 0.601500 0.503900</w:t>
        <w:br/>
        <w:t>vt 0.600400 0.495800</w:t>
        <w:br/>
        <w:t>vt 0.587200 0.497900</w:t>
        <w:br/>
        <w:t>vt 0.587300 0.507700</w:t>
        <w:br/>
        <w:t>vt 0.658800 0.488300</w:t>
        <w:br/>
        <w:t>vt 0.661300 0.498300</w:t>
        <w:br/>
        <w:t>vt 0.650200 0.497300</w:t>
        <w:br/>
        <w:t>vt 0.647300 0.486500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0.657400 0.483300</w:t>
        <w:br/>
        <w:t>vt 0.665800 0.480500</w:t>
        <w:br/>
        <w:t>vt 0.667700 0.486300</w:t>
        <w:br/>
        <w:t>vt 0.671900 0.478000</w:t>
        <w:br/>
        <w:t>vt 0.674400 0.483800</w:t>
        <w:br/>
        <w:t>vt 0.561300 0.531300</w:t>
        <w:br/>
        <w:t>vt 0.573100 0.522600</w:t>
        <w:br/>
        <w:t>vt 0.573500 0.528100</w:t>
        <w:br/>
        <w:t>vt 0.705800 0.546500</w:t>
        <w:br/>
        <w:t>vt 0.711500 0.550400</w:t>
        <w:br/>
        <w:t>vt 0.710500 0.551800</w:t>
        <w:br/>
        <w:t>vt 0.541500 0.542500</w:t>
        <w:br/>
        <w:t>vt 0.549100 0.536600</w:t>
        <w:br/>
        <w:t>vt 0.551000 0.539800</w:t>
        <w:br/>
        <w:t>vt 0.543000 0.544000</w:t>
        <w:br/>
        <w:t>vt 0.557200 0.521400</w:t>
        <w:br/>
        <w:t>vt 0.562000 0.508900</w:t>
        <w:br/>
        <w:t>vt 0.570000 0.515000</w:t>
        <w:br/>
        <w:t>vt 0.560300 0.525600</w:t>
        <w:br/>
        <w:t>vt 0.669100 0.490400</w:t>
        <w:br/>
        <w:t>vt 0.671100 0.497400</w:t>
        <w:br/>
        <w:t>vt 0.672300 0.500600</w:t>
        <w:br/>
        <w:t>vt 0.566200 0.494400</w:t>
        <w:br/>
        <w:t>vt 0.574000 0.496300</w:t>
        <w:br/>
        <w:t>vt 0.531300 0.547700</w:t>
        <w:br/>
        <w:t>vt 0.542000 0.547300</w:t>
        <w:br/>
        <w:t>vt 0.531400 0.547200</w:t>
        <w:br/>
        <w:t>vt 0.712500 0.548700</w:t>
        <w:br/>
        <w:t>vt 0.706400 0.545000</w:t>
        <w:br/>
        <w:t>vt 0.699700 0.540900</w:t>
        <w:br/>
        <w:t>vt 0.705800 0.546500</w:t>
        <w:br/>
        <w:t>vt 0.702800 0.547200</w:t>
        <w:br/>
        <w:t>vt 0.588000 0.516000</w:t>
        <w:br/>
        <w:t>vt 0.589000 0.523300</w:t>
        <w:br/>
        <w:t>vt 0.551400 0.518100</w:t>
        <w:br/>
        <w:t>vt 0.554100 0.506600</w:t>
        <w:br/>
        <w:t>vt 0.689300 0.515800</w:t>
        <w:br/>
        <w:t>vt 0.691900 0.522700</w:t>
        <w:br/>
        <w:t>vt 0.686700 0.522300</w:t>
        <w:br/>
        <w:t>vt 0.684300 0.515800</w:t>
        <w:br/>
        <w:t>vt 0.530000 0.546200</w:t>
        <w:br/>
        <w:t>vt 0.539800 0.540600</w:t>
        <w:br/>
        <w:t>vt 0.694300 0.529000</w:t>
        <w:br/>
        <w:t>vt 0.688500 0.528500</w:t>
        <w:br/>
        <w:t>vt 0.546300 0.534100</w:t>
        <w:br/>
        <w:t>vt 0.553600 0.528600</w:t>
        <w:br/>
        <w:t>vt 0.548700 0.527000</w:t>
        <w:br/>
        <w:t>vt 0.621700 0.508800</w:t>
        <w:br/>
        <w:t>vt 0.612900 0.510400</w:t>
        <w:br/>
        <w:t>vt 0.616200 0.528900</w:t>
        <w:br/>
        <w:t>vt 0.616000 0.538000</w:t>
        <w:br/>
        <w:t>vt 0.605100 0.537700</w:t>
        <w:br/>
        <w:t>vt 0.604600 0.529300</w:t>
        <w:br/>
        <w:t>vt 0.656300 0.522800</w:t>
        <w:br/>
        <w:t>vt 0.657000 0.529900</w:t>
        <w:br/>
        <w:t>vt 0.645000 0.530900</w:t>
        <w:br/>
        <w:t>vt 0.644000 0.523800</w:t>
        <w:br/>
        <w:t>vt 0.642800 0.515600</w:t>
        <w:br/>
        <w:t>vt 0.633200 0.524300</w:t>
        <w:br/>
        <w:t>vt 0.632400 0.516400</w:t>
        <w:br/>
        <w:t>vt 0.529100 0.549100</w:t>
        <w:br/>
        <w:t>vt 0.531400 0.547200</w:t>
        <w:br/>
        <w:t>vt 0.528700 0.550500</w:t>
        <w:br/>
        <w:t>vt 0.633900 0.531500</w:t>
        <w:br/>
        <w:t>vt 0.624600 0.531600</w:t>
        <w:br/>
        <w:t>vt 0.624100 0.524400</w:t>
        <w:br/>
        <w:t>vt 0.667500 0.522200</w:t>
        <w:br/>
        <w:t>vt 0.668600 0.528900</w:t>
        <w:br/>
        <w:t>vt 0.603800 0.520200</w:t>
        <w:br/>
        <w:t>vt 0.602800 0.512100</w:t>
        <w:br/>
        <w:t>vt 0.614400 0.518800</w:t>
        <w:br/>
        <w:t>vt 0.631200 0.507800</w:t>
        <w:br/>
        <w:t>vt 0.589400 0.537700</w:t>
        <w:br/>
        <w:t>vt 0.589400 0.530700</w:t>
        <w:br/>
        <w:t>vt 0.573400 0.539700</w:t>
        <w:br/>
        <w:t>vt 0.573500 0.534300</w:t>
        <w:br/>
        <w:t>vt 0.682300 0.548900</w:t>
        <w:br/>
        <w:t>vt 0.675000 0.554200</w:t>
        <w:br/>
        <w:t>vt 0.671800 0.548800</w:t>
        <w:br/>
        <w:t>vt 0.674500 0.508400</w:t>
        <w:br/>
        <w:t>vt 0.663900 0.507300</w:t>
        <w:br/>
        <w:t>vt 0.678100 0.522000</w:t>
        <w:br/>
        <w:t>vt 0.679100 0.528400</w:t>
        <w:br/>
        <w:t>vt 0.691100 0.550700</w:t>
        <w:br/>
        <w:t>vt 0.692000 0.547200</w:t>
        <w:br/>
        <w:t>vt 0.697700 0.551300</w:t>
        <w:br/>
        <w:t>vt 0.543000 0.544000</w:t>
        <w:br/>
        <w:t>vt 0.551100 0.544300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0.646700 0.544200</w:t>
        <w:br/>
        <w:t>vt 0.646100 0.540200</w:t>
        <w:br/>
        <w:t>vt 0.658000 0.542300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0.697100 0.535500</w:t>
        <w:br/>
        <w:t>vt 0.689800 0.535800</w:t>
        <w:br/>
        <w:t>vt 0.695600 0.543000</w:t>
        <w:br/>
        <w:t>vt 0.705900 0.551600</w:t>
        <w:br/>
        <w:t>vt 0.700200 0.549200</w:t>
        <w:br/>
        <w:t>vt 0.707300 0.551400</w:t>
        <w:br/>
        <w:t>vt 0.684700 0.504300</w:t>
        <w:br/>
        <w:t>vt 0.687100 0.510900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0.660300 0.554200</w:t>
        <w:br/>
        <w:t>vt 0.659200 0.551300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0.626100 0.545500</w:t>
        <w:br/>
        <w:t>vt 0.637700 0.554200</w:t>
        <w:br/>
        <w:t>vt 0.649000 0.554200</w:t>
        <w:br/>
        <w:t>vt 0.573000 0.545400</w:t>
        <w:br/>
        <w:t>vt 0.572100 0.554200</w:t>
        <w:br/>
        <w:t>vt 0.561000 0.554200</w:t>
        <w:br/>
        <w:t>vt 0.588400 0.554200</w:t>
        <w:br/>
        <w:t>vt 0.589000 0.544900</w:t>
        <w:br/>
        <w:t>vt 0.616400 0.545300</w:t>
        <w:br/>
        <w:t>vt 0.616900 0.554200</w:t>
        <w:br/>
        <w:t>vt 0.605300 0.554200</w:t>
        <w:br/>
        <w:t>vt 0.605300 0.545200</w:t>
        <w:br/>
        <w:t>vt 0.541300 0.554200</w:t>
        <w:br/>
        <w:t>vt 0.528600 0.554200</w:t>
        <w:br/>
        <w:t>vt 0.551100 0.554200</w:t>
        <w:br/>
        <w:t>vt 0.677600 0.490300</w:t>
        <w:br/>
        <w:t>vt 0.680600 0.496100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0.556300 0.497200</w:t>
        <w:br/>
        <w:t>vt 0.557400 0.492000</w:t>
        <w:br/>
        <w:t>vt 0.075200 0.070300</w:t>
        <w:br/>
        <w:t>vt 0.075200 0.080900</w:t>
        <w:br/>
        <w:t>vt 0.075200 0.124100</w:t>
        <w:br/>
        <w:t>vt 0.075200 0.114800</w:t>
        <w:br/>
        <w:t>vt 0.075200 0.049400</w:t>
        <w:br/>
        <w:t>vt 0.075200 0.041200</w:t>
        <w:br/>
        <w:t>vt 0.075200 0.059600</w:t>
        <w:br/>
        <w:t>vt 0.051500 0.130000</w:t>
        <w:br/>
        <w:t>vt 0.049800 0.122400</w:t>
        <w:br/>
        <w:t>vt 0.057300 0.122600</w:t>
        <w:br/>
        <w:t>vt 0.057300 0.130000</w:t>
        <w:br/>
        <w:t>vt 0.054000 0.049200</w:t>
        <w:br/>
        <w:t>vt 0.057300 0.049100</w:t>
        <w:br/>
        <w:t>vt 0.057300 0.059000</w:t>
        <w:br/>
        <w:t>vt 0.054300 0.058900</w:t>
        <w:br/>
        <w:t>vt 0.075200 0.032500</w:t>
        <w:br/>
        <w:t>vt 0.075200 0.022100</w:t>
        <w:br/>
        <w:t>vt 0.075200 0.012700</w:t>
        <w:br/>
        <w:t>vt 0.052800 0.012600</w:t>
        <w:br/>
        <w:t>vt 0.051500 0.003900</w:t>
        <w:br/>
        <w:t>vt 0.057300 0.003900</w:t>
        <w:br/>
        <w:t>vt 0.057300 0.012500</w:t>
        <w:br/>
        <w:t>vt 0.039400 0.048900</w:t>
        <w:br/>
        <w:t>vt 0.025700 0.047800</w:t>
        <w:br/>
        <w:t>vt 0.026000 0.040900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0.038100 0.012900</w:t>
        <w:br/>
        <w:t>vt 0.036500 0.003900</w:t>
        <w:br/>
        <w:t>vt 0.025600 0.060000</w:t>
        <w:br/>
        <w:t>vt 0.038900 0.059900</w:t>
        <w:br/>
        <w:t>vt 0.037100 0.068400</w:t>
        <w:br/>
        <w:t>vt 0.024800 0.068100</w:t>
        <w:br/>
        <w:t>vt 0.035900 0.081300</w:t>
        <w:br/>
        <w:t>vt 0.024000 0.081800</w:t>
        <w:br/>
        <w:t>vt 0.050200 0.113700</w:t>
        <w:br/>
        <w:t>vt 0.036100 0.113200</w:t>
        <w:br/>
        <w:t>vt 0.024100 0.095300</w:t>
        <w:br/>
        <w:t>vt 0.014900 0.096400</w:t>
        <w:br/>
        <w:t>vt 0.015000 0.082600</w:t>
        <w:br/>
        <w:t>vt 0.036200 0.104500</w:t>
        <w:br/>
        <w:t>vt 0.050500 0.104800</w:t>
        <w:br/>
        <w:t>vt 0.057300 0.104700</w:t>
        <w:br/>
        <w:t>vt 0.057300 0.113900</w:t>
        <w:br/>
        <w:t>vt 0.050400 0.093900</w:t>
        <w:br/>
        <w:t>vt 0.057300 0.093500</w:t>
        <w:br/>
        <w:t>vt 0.051200 0.081300</w:t>
        <w:br/>
        <w:t>vt 0.057300 0.081200</w:t>
        <w:br/>
        <w:t>vt 0.014400 0.060000</w:t>
        <w:br/>
        <w:t>vt 0.014600 0.068200</w:t>
        <w:br/>
        <w:t>vt 0.014500 0.053900</w:t>
        <w:br/>
        <w:t>vt 0.026100 0.022400</w:t>
        <w:br/>
        <w:t>vt 0.038800 0.022100</w:t>
        <w:br/>
        <w:t>vt 0.039300 0.031900</w:t>
        <w:br/>
        <w:t>vt 0.026000 0.032500</w:t>
        <w:br/>
        <w:t>vt 0.053800 0.021700</w:t>
        <w:br/>
        <w:t>vt 0.015100 0.047300</w:t>
        <w:br/>
        <w:t>vt 0.016400 0.040900</w:t>
        <w:br/>
        <w:t>vt 0.054100 0.031700</w:t>
        <w:br/>
        <w:t>vt 0.035700 0.094500</w:t>
        <w:br/>
        <w:t>vt 0.024200 0.104600</w:t>
        <w:br/>
        <w:t>vt 0.024500 0.112900</w:t>
        <w:br/>
        <w:t>vt 0.024800 0.121100</w:t>
        <w:br/>
        <w:t>vt 0.015600 0.120900</w:t>
        <w:br/>
        <w:t>vt 0.015100 0.113200</w:t>
        <w:br/>
        <w:t>vt 0.014800 0.105100</w:t>
        <w:br/>
        <w:t>vt 0.026000 0.130000</w:t>
        <w:br/>
        <w:t>vt 0.017000 0.130000</w:t>
        <w:br/>
        <w:t>vt 0.026000 0.003900</w:t>
        <w:br/>
        <w:t>vt 0.026100 0.013400</w:t>
        <w:br/>
        <w:t>vt 0.016800 0.013300</w:t>
        <w:br/>
        <w:t>vt 0.017000 0.003900</w:t>
        <w:br/>
        <w:t>vt 0.016800 0.022600</w:t>
        <w:br/>
        <w:t>vt 0.016900 0.032700</w:t>
        <w:br/>
        <w:t>vt 0.054300 0.040700</w:t>
        <w:br/>
        <w:t>vt 0.052700 0.069300</w:t>
        <w:br/>
        <w:t>vt 0.004600 0.047500</w:t>
        <w:br/>
        <w:t>vt 0.004600 0.053900</w:t>
        <w:br/>
        <w:t>vt 0.004600 0.060200</w:t>
        <w:br/>
        <w:t>vt 0.004600 0.040800</w:t>
        <w:br/>
        <w:t>vt 0.004600 0.034000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0.057300 0.069600</w:t>
        <w:br/>
        <w:t>vt 0.057300 0.040700</w:t>
        <w:br/>
        <w:t>vt 0.075200 0.130000</w:t>
        <w:br/>
        <w:t>vt 0.075200 0.003900</w:t>
        <w:br/>
        <w:t>vt 0.057300 0.031800</w:t>
        <w:br/>
        <w:t>vt 0.075200 0.104400</w:t>
        <w:br/>
        <w:t>vt 0.075200 0.092700</w:t>
        <w:br/>
        <w:t>vt 0.057300 0.021700</w:t>
        <w:br/>
        <w:t>vt 0.083000 0.070700</w:t>
        <w:br/>
        <w:t>vt 0.083000 0.080900</w:t>
        <w:br/>
        <w:t>vt 0.089000 0.081100</w:t>
        <w:br/>
        <w:t>vt 0.089000 0.071100</w:t>
        <w:br/>
        <w:t>vt 0.083000 0.042100</w:t>
        <w:br/>
        <w:t>vt 0.083000 0.049500</w:t>
        <w:br/>
        <w:t>vt 0.089000 0.049600</w:t>
        <w:br/>
        <w:t>vt 0.089000 0.042600</w:t>
        <w:br/>
        <w:t>vt 0.083000 0.059900</w:t>
        <w:br/>
        <w:t>vt 0.089000 0.060300</w:t>
        <w:br/>
        <w:t>vt 0.046700 0.122300</w:t>
        <w:br/>
        <w:t>vt 0.041600 0.122000</w:t>
        <w:br/>
        <w:t>vt 0.041600 0.130000</w:t>
        <w:br/>
        <w:t>vt 0.046700 0.130000</w:t>
        <w:br/>
        <w:t>vt 0.041800 0.057000</w:t>
        <w:br/>
        <w:t>vt 0.046900 0.058800</w:t>
        <w:br/>
        <w:t>vt 0.046900 0.049100</w:t>
        <w:br/>
        <w:t>vt 0.041800 0.049000</w:t>
        <w:br/>
        <w:t>vt 0.089000 0.013200</w:t>
        <w:br/>
        <w:t>vt 0.089000 0.003900</w:t>
        <w:br/>
        <w:t>vt 0.083000 0.003900</w:t>
        <w:br/>
        <w:t>vt 0.083000 0.013000</w:t>
        <w:br/>
        <w:t>vt 0.089000 0.033500</w:t>
        <w:br/>
        <w:t>vt 0.083000 0.033300</w:t>
        <w:br/>
        <w:t>vt 0.026000 0.040900</w:t>
        <w:br/>
        <w:t>vt 0.025700 0.047800</w:t>
        <w:br/>
        <w:t>vt 0.039400 0.048900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0.046900 0.003900</w:t>
        <w:br/>
        <w:t>vt 0.041800 0.003900</w:t>
        <w:br/>
        <w:t>vt 0.041800 0.012900</w:t>
        <w:br/>
        <w:t>vt 0.046900 0.012600</w:t>
        <w:br/>
        <w:t>vt 0.037100 0.068400</w:t>
        <w:br/>
        <w:t>vt 0.038900 0.059900</w:t>
        <w:br/>
        <w:t>vt 0.025600 0.060000</w:t>
        <w:br/>
        <w:t>vt 0.024800 0.068100</w:t>
        <w:br/>
        <w:t>vt 0.035900 0.081300</w:t>
        <w:br/>
        <w:t>vt 0.024000 0.081800</w:t>
        <w:br/>
        <w:t>vt 0.046700 0.113600</w:t>
        <w:br/>
        <w:t>vt 0.041600 0.113400</w:t>
        <w:br/>
        <w:t>vt 0.014900 0.096400</w:t>
        <w:br/>
        <w:t>vt 0.024100 0.095300</w:t>
        <w:br/>
        <w:t>vt 0.015000 0.082600</w:t>
        <w:br/>
        <w:t>vt 0.041600 0.104600</w:t>
        <w:br/>
        <w:t>vt 0.036200 0.104500</w:t>
        <w:br/>
        <w:t>vt 0.036100 0.113200</w:t>
        <w:br/>
        <w:t>vt 0.089000 0.104500</w:t>
        <w:br/>
        <w:t>vt 0.083000 0.104400</w:t>
        <w:br/>
        <w:t>vt 0.083000 0.115500</w:t>
        <w:br/>
        <w:t>vt 0.089000 0.116000</w:t>
        <w:br/>
        <w:t>vt 0.046700 0.094000</w:t>
        <w:br/>
        <w:t>vt 0.041600 0.094300</w:t>
        <w:br/>
        <w:t>vt 0.046700 0.104800</w:t>
        <w:br/>
        <w:t>vt 0.083000 0.092500</w:t>
        <w:br/>
        <w:t>vt 0.089000 0.092500</w:t>
        <w:br/>
        <w:t>vt 0.014400 0.060000</w:t>
        <w:br/>
        <w:t>vt 0.014600 0.068200</w:t>
        <w:br/>
        <w:t>vt 0.083000 0.125300</w:t>
        <w:br/>
        <w:t>vt 0.089000 0.125800</w:t>
        <w:br/>
        <w:t>vt 0.014500 0.053900</w:t>
        <w:br/>
        <w:t>vt 0.039300 0.031900</w:t>
        <w:br/>
        <w:t>vt 0.038800 0.022100</w:t>
        <w:br/>
        <w:t>vt 0.026100 0.022400</w:t>
        <w:br/>
        <w:t>vt 0.026000 0.032500</w:t>
        <w:br/>
        <w:t>vt 0.038100 0.012900</w:t>
        <w:br/>
        <w:t>vt 0.041800 0.022100</w:t>
        <w:br/>
        <w:t>vt 0.015100 0.047300</w:t>
        <w:br/>
        <w:t>vt 0.016400 0.040900</w:t>
        <w:br/>
        <w:t>vt 0.041800 0.031800</w:t>
        <w:br/>
        <w:t>vt 0.083000 0.022500</w:t>
        <w:br/>
        <w:t>vt 0.089000 0.022900</w:t>
        <w:br/>
        <w:t>vt 0.035700 0.094500</w:t>
        <w:br/>
        <w:t>vt 0.024200 0.104600</w:t>
        <w:br/>
        <w:t>vt 0.024500 0.112900</w:t>
        <w:br/>
        <w:t>vt 0.015100 0.113200</w:t>
        <w:br/>
        <w:t>vt 0.015600 0.120900</w:t>
        <w:br/>
        <w:t>vt 0.024800 0.121100</w:t>
        <w:br/>
        <w:t>vt 0.014800 0.105100</w:t>
        <w:br/>
        <w:t>vt 0.017000 0.130000</w:t>
        <w:br/>
        <w:t>vt 0.026000 0.130000</w:t>
        <w:br/>
        <w:t>vt 0.016800 0.013300</w:t>
        <w:br/>
        <w:t>vt 0.026100 0.013400</w:t>
        <w:br/>
        <w:t>vt 0.026000 0.003900</w:t>
        <w:br/>
        <w:t>vt 0.017000 0.003900</w:t>
        <w:br/>
        <w:t>vt 0.016800 0.022600</w:t>
        <w:br/>
        <w:t>vt 0.036500 0.003900</w:t>
        <w:br/>
        <w:t>vt 0.016900 0.032700</w:t>
        <w:br/>
        <w:t>vt 0.041800 0.040800</w:t>
        <w:br/>
        <w:t>vt 0.041800 0.059700</w:t>
        <w:br/>
        <w:t>vt 0.041600 0.068700</w:t>
        <w:br/>
        <w:t>vt 0.041600 0.081300</w:t>
        <w:br/>
        <w:t>vt 0.046700 0.081500</w:t>
        <w:br/>
        <w:t>vt 0.046700 0.069000</w:t>
        <w:br/>
        <w:t>vt 0.046900 0.040700</w:t>
        <w:br/>
        <w:t>vt 0.046900 0.031800</w:t>
        <w:br/>
        <w:t>vt 0.077800 0.130000</w:t>
        <w:br/>
        <w:t>vt 0.083000 0.130000</w:t>
        <w:br/>
        <w:t>vt 0.077800 0.124500</w:t>
        <w:br/>
        <w:t>vt 0.077800 0.104400</w:t>
        <w:br/>
        <w:t>vt 0.077800 0.092500</w:t>
        <w:br/>
        <w:t>vt 0.075200 0.080900</w:t>
        <w:br/>
        <w:t>vt 0.077800 0.080900</w:t>
        <w:br/>
        <w:t>vt 0.077800 0.070500</w:t>
        <w:br/>
        <w:t>vt 0.075200 0.070300</w:t>
        <w:br/>
        <w:t>vt 0.077800 0.049400</w:t>
        <w:br/>
        <w:t>vt 0.077800 0.041500</w:t>
        <w:br/>
        <w:t>vt 0.075200 0.041200</w:t>
        <w:br/>
        <w:t>vt 0.075200 0.049400</w:t>
        <w:br/>
        <w:t>vt 0.077800 0.059800</w:t>
        <w:br/>
        <w:t>vt 0.075200 0.059600</w:t>
        <w:br/>
        <w:t>vt 0.052500 0.122500</w:t>
        <w:br/>
        <w:t>vt 0.052500 0.130000</w:t>
        <w:br/>
        <w:t>vt 0.052700 0.058600</w:t>
        <w:br/>
        <w:t>vt 0.052700 0.049000</w:t>
        <w:br/>
        <w:t>vt 0.075200 0.012700</w:t>
        <w:br/>
        <w:t>vt 0.077800 0.012700</w:t>
        <w:br/>
        <w:t>vt 0.077800 0.003900</w:t>
        <w:br/>
        <w:t>vt 0.075200 0.003900</w:t>
        <w:br/>
        <w:t>vt 0.077800 0.032700</w:t>
        <w:br/>
        <w:t>vt 0.075200 0.032500</w:t>
        <w:br/>
        <w:t>vt 0.075200 0.114800</w:t>
        <w:br/>
        <w:t>vt 0.077800 0.115100</w:t>
        <w:br/>
        <w:t>vt 0.075200 0.104400</w:t>
        <w:br/>
        <w:t>vt 0.052500 0.104800</w:t>
        <w:br/>
        <w:t>vt 0.052500 0.094000</w:t>
        <w:br/>
        <w:t>vt 0.075200 0.124100</w:t>
        <w:br/>
        <w:t>vt 0.075200 0.022100</w:t>
        <w:br/>
        <w:t>vt 0.077800 0.022200</w:t>
        <w:br/>
        <w:t>vt 0.052500 0.081300</w:t>
        <w:br/>
        <w:t>vt 0.052700 0.069300</w:t>
        <w:br/>
        <w:t>vt 0.057300 0.081200</w:t>
        <w:br/>
        <w:t>vt 0.057300 0.069600</w:t>
        <w:br/>
        <w:t>vt 0.052700 0.040500</w:t>
        <w:br/>
        <w:t>vt 0.057300 0.049100</w:t>
        <w:br/>
        <w:t>vt 0.057300 0.040700</w:t>
        <w:br/>
        <w:t>vt 0.057300 0.059000</w:t>
        <w:br/>
        <w:t>vt 0.052700 0.012600</w:t>
        <w:br/>
        <w:t>vt 0.052700 0.003900</w:t>
        <w:br/>
        <w:t>vt 0.057300 0.003900</w:t>
        <w:br/>
        <w:t>vt 0.057300 0.012500</w:t>
        <w:br/>
        <w:t>vt 0.052700 0.031800</w:t>
        <w:br/>
        <w:t>vt 0.057300 0.031800</w:t>
        <w:br/>
        <w:t>vt 0.052500 0.113700</w:t>
        <w:br/>
        <w:t>vt 0.057300 0.104700</w:t>
        <w:br/>
        <w:t>vt 0.057300 0.113900</w:t>
        <w:br/>
        <w:t>vt 0.057300 0.093500</w:t>
        <w:br/>
        <w:t>vt 0.057300 0.122600</w:t>
        <w:br/>
        <w:t>vt 0.046900 0.021900</w:t>
        <w:br/>
        <w:t>vt 0.052700 0.021800</w:t>
        <w:br/>
        <w:t>vt 0.057300 0.021700</w:t>
        <w:br/>
        <w:t>vt 0.057300 0.130000</w:t>
        <w:br/>
        <w:t>vt 0.075200 0.092700</w:t>
        <w:br/>
        <w:t>vt 0.075200 0.130000</w:t>
        <w:br/>
        <w:t>vt 0.089000 0.130000</w:t>
        <w:br/>
        <w:t>vt 0.004600 0.047500</w:t>
        <w:br/>
        <w:t>vt 0.004600 0.053900</w:t>
        <w:br/>
        <w:t>vt 0.004600 0.060200</w:t>
        <w:br/>
        <w:t>vt 0.004600 0.034000</w:t>
        <w:br/>
        <w:t>vt 0.004600 0.040800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0.122300 0.026000</w:t>
        <w:br/>
        <w:t>vt 0.122700 0.037200</w:t>
        <w:br/>
        <w:t>vt 0.135600 0.037300</w:t>
        <w:br/>
        <w:t>vt 0.135100 0.026300</w:t>
        <w:br/>
        <w:t>vt 0.123000 0.049900</w:t>
        <w:br/>
        <w:t>vt 0.135200 0.049300</w:t>
        <w:br/>
        <w:t>vt 0.112800 0.025500</w:t>
        <w:br/>
        <w:t>vt 0.113300 0.036700</w:t>
        <w:br/>
        <w:t>vt 0.132400 0.084700</w:t>
        <w:br/>
        <w:t>vt 0.132600 0.094400</w:t>
        <w:br/>
        <w:t>vt 0.137000 0.094400</w:t>
        <w:br/>
        <w:t>vt 0.136700 0.084500</w:t>
        <w:br/>
        <w:t>vt 0.132300 0.106300</w:t>
        <w:br/>
        <w:t>vt 0.136500 0.106300</w:t>
        <w:br/>
        <w:t>vt 0.118600 0.083400</w:t>
        <w:br/>
        <w:t>vt 0.110700 0.082400</w:t>
        <w:br/>
        <w:t>vt 0.111100 0.093100</w:t>
        <w:br/>
        <w:t>vt 0.119100 0.093600</w:t>
        <w:br/>
        <w:t>vt 0.135200 0.118700</w:t>
        <w:br/>
        <w:t>vt 0.131000 0.119000</w:t>
        <w:br/>
        <w:t>vt 0.133900 0.130000</w:t>
        <w:br/>
        <w:t>vt 0.121500 0.003900</w:t>
        <w:br/>
        <w:t>vt 0.109100 0.003900</w:t>
        <w:br/>
        <w:t>vt 0.111300 0.014800</w:t>
        <w:br/>
        <w:t>vt 0.121700 0.015300</w:t>
        <w:br/>
        <w:t>vt 0.117900 0.073600</w:t>
        <w:br/>
        <w:t>vt 0.123600 0.063200</w:t>
        <w:br/>
        <w:t>vt 0.111600 0.061800</w:t>
        <w:br/>
        <w:t>vt 0.110700 0.072500</w:t>
        <w:br/>
        <w:t>vt 0.136200 0.074800</w:t>
        <w:br/>
        <w:t>vt 0.140400 0.084300</w:t>
        <w:br/>
        <w:t>vt 0.139700 0.074500</w:t>
        <w:br/>
        <w:t>vt 0.172600 0.119000</w:t>
        <w:br/>
        <w:t>vt 0.156500 0.118900</w:t>
        <w:br/>
        <w:t>vt 0.155000 0.130000</w:t>
        <w:br/>
        <w:t>vt 0.171800 0.130000</w:t>
        <w:br/>
        <w:t>vt 0.158000 0.049000</w:t>
        <w:br/>
        <w:t>vt 0.157700 0.061800</w:t>
        <w:br/>
        <w:t>vt 0.174100 0.061500</w:t>
        <w:br/>
        <w:t>vt 0.174100 0.048700</w:t>
        <w:br/>
        <w:t>vt 0.189400 0.094700</w:t>
        <w:br/>
        <w:t>vt 0.173500 0.094300</w:t>
        <w:br/>
        <w:t>vt 0.173400 0.105700</w:t>
        <w:br/>
        <w:t>vt 0.189200 0.106300</w:t>
        <w:br/>
        <w:t>vt 0.173000 0.016000</w:t>
        <w:br/>
        <w:t>vt 0.156300 0.015500</w:t>
        <w:br/>
        <w:t>vt 0.157900 0.026600</w:t>
        <w:br/>
        <w:t>vt 0.173700 0.026500</w:t>
        <w:br/>
        <w:t>vt 0.174100 0.037500</w:t>
        <w:br/>
        <w:t>vt 0.190500 0.037600</w:t>
        <w:br/>
        <w:t>vt 0.190300 0.026200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0.173900 0.073600</w:t>
        <w:br/>
        <w:t>vt 0.157700 0.073300</w:t>
        <w:br/>
        <w:t>vt 0.157500 0.084100</w:t>
        <w:br/>
        <w:t>vt 0.143100 0.130000</w:t>
        <w:br/>
        <w:t>vt 0.144400 0.118000</w:t>
        <w:br/>
        <w:t>vt 0.158300 0.037600</w:t>
        <w:br/>
        <w:t>vt 0.146000 0.037500</w:t>
        <w:br/>
        <w:t>vt 0.145700 0.049000</w:t>
        <w:br/>
        <w:t>vt 0.157300 0.094100</w:t>
        <w:br/>
        <w:t>vt 0.146500 0.094100</w:t>
        <w:br/>
        <w:t>vt 0.146000 0.105900</w:t>
        <w:br/>
        <w:t>vt 0.157200 0.105400</w:t>
        <w:br/>
        <w:t>vt 0.189400 0.015400</w:t>
        <w:br/>
        <w:t>vt 0.145300 0.026600</w:t>
        <w:br/>
        <w:t>vt 0.134300 0.014900</w:t>
        <w:br/>
        <w:t>vt 0.145700 0.074200</w:t>
        <w:br/>
        <w:t>vt 0.146300 0.083800</w:t>
        <w:br/>
        <w:t>vt 0.144200 0.015100</w:t>
        <w:br/>
        <w:t>vt 0.143100 0.003900</w:t>
        <w:br/>
        <w:t>vt 0.133900 0.003900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0.109300 0.118400</w:t>
        <w:br/>
        <w:t>vt 0.116700 0.118600</w:t>
        <w:br/>
        <w:t>vt 0.190000 0.073700</w:t>
        <w:br/>
        <w:t>vt 0.171800 0.003900</w:t>
        <w:br/>
        <w:t>vt 0.189400 0.003900</w:t>
        <w:br/>
        <w:t>vt 0.109100 0.130000</w:t>
        <w:br/>
        <w:t>vt 0.121500 0.130000</w:t>
        <w:br/>
        <w:t>vt 0.112800 0.048700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0.261200 0.085500</w:t>
        <w:br/>
        <w:t>vt 0.233800 0.084900</w:t>
        <w:br/>
        <w:t>vt 0.233600 0.095500</w:t>
        <w:br/>
        <w:t>vt 0.261200 0.095800</w:t>
        <w:br/>
        <w:t>vt 0.209400 0.048800</w:t>
        <w:br/>
        <w:t>vt 0.209500 0.037800</w:t>
        <w:br/>
        <w:t>vt 0.234500 0.049100</w:t>
        <w:br/>
        <w:t>vt 0.261200 0.049500</w:t>
        <w:br/>
        <w:t>vt 0.261200 0.038200</w:t>
        <w:br/>
        <w:t>vt 0.234200 0.038500</w:t>
        <w:br/>
        <w:t>vt 0.261200 0.027500</w:t>
        <w:br/>
        <w:t>vt 0.233800 0.027200</w:t>
        <w:br/>
        <w:t>vt 0.209000 0.026700</w:t>
        <w:br/>
        <w:t>vt 0.208200 0.015500</w:t>
        <w:br/>
        <w:t>vt 0.261200 0.107100</w:t>
        <w:br/>
        <w:t>vt 0.233300 0.106800</w:t>
        <w:br/>
        <w:t>vt 0.233300 0.119000</w:t>
        <w:br/>
        <w:t>vt 0.261200 0.118600</w:t>
        <w:br/>
        <w:t>vt 0.208100 0.094900</w:t>
        <w:br/>
        <w:t>vt 0.208600 0.084500</w:t>
        <w:br/>
        <w:t>vt 0.208700 0.003900</w:t>
        <w:br/>
        <w:t>vt 0.208200 0.119000</w:t>
        <w:br/>
        <w:t>vt 0.208700 0.130000</w:t>
        <w:br/>
        <w:t>vt 0.233600 0.130000</w:t>
        <w:br/>
        <w:t>vt 0.208100 0.106600</w:t>
        <w:br/>
        <w:t>vt 0.261200 0.016600</w:t>
        <w:br/>
        <w:t>vt 0.233700 0.016100</w:t>
        <w:br/>
        <w:t>vt 0.261200 0.061900</w:t>
        <w:br/>
        <w:t>vt 0.234300 0.061700</w:t>
        <w:br/>
        <w:t>vt 0.209000 0.061700</w:t>
        <w:br/>
        <w:t>vt 0.261200 0.074300</w:t>
        <w:br/>
        <w:t>vt 0.234100 0.073900</w:t>
        <w:br/>
        <w:t>vt 0.208800 0.073800</w:t>
        <w:br/>
        <w:t>vt 0.261200 0.003900</w:t>
        <w:br/>
        <w:t>vt 0.233600 0.003900</w:t>
        <w:br/>
        <w:t>vt 0.261200 0.130000</w:t>
        <w:br/>
        <w:t>vt 0.609700 0.494400</w:t>
        <w:br/>
        <w:t>vt 0.600400 0.495800</w:t>
        <w:br/>
        <w:t>vt 0.601500 0.503900</w:t>
        <w:br/>
        <w:t>vt 0.611300 0.502300</w:t>
        <w:br/>
        <w:t>vt 0.587200 0.497900</w:t>
        <w:br/>
        <w:t>vt 0.587300 0.507700</w:t>
        <w:br/>
        <w:t>vt 0.658800 0.488300</w:t>
        <w:br/>
        <w:t>vt 0.647300 0.486500</w:t>
        <w:br/>
        <w:t>vt 0.650200 0.497300</w:t>
        <w:br/>
        <w:t>vt 0.661300 0.498300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0.667700 0.486300</w:t>
        <w:br/>
        <w:t>vt 0.665800 0.480500</w:t>
        <w:br/>
        <w:t>vt 0.657400 0.483300</w:t>
        <w:br/>
        <w:t>vt 0.561300 0.531300</w:t>
        <w:br/>
        <w:t>vt 0.573500 0.528100</w:t>
        <w:br/>
        <w:t>vt 0.573100 0.522600</w:t>
        <w:br/>
        <w:t>vt 0.705800 0.546500</w:t>
        <w:br/>
        <w:t>vt 0.710500 0.551800</w:t>
        <w:br/>
        <w:t>vt 0.711500 0.550400</w:t>
        <w:br/>
        <w:t>vt 0.551000 0.539800</w:t>
        <w:br/>
        <w:t>vt 0.549100 0.536600</w:t>
        <w:br/>
        <w:t>vt 0.541500 0.542500</w:t>
        <w:br/>
        <w:t>vt 0.543000 0.544000</w:t>
        <w:br/>
        <w:t>vt 0.570000 0.515000</w:t>
        <w:br/>
        <w:t>vt 0.562000 0.508900</w:t>
        <w:br/>
        <w:t>vt 0.557200 0.521400</w:t>
        <w:br/>
        <w:t>vt 0.560300 0.525600</w:t>
        <w:br/>
        <w:t>vt 0.671100 0.497400</w:t>
        <w:br/>
        <w:t>vt 0.669100 0.490400</w:t>
        <w:br/>
        <w:t>vt 0.672300 0.500600</w:t>
        <w:br/>
        <w:t>vt 0.574000 0.496300</w:t>
        <w:br/>
        <w:t>vt 0.566200 0.494400</w:t>
        <w:br/>
        <w:t>vt 0.531300 0.547700</w:t>
        <w:br/>
        <w:t>vt 0.542000 0.547300</w:t>
        <w:br/>
        <w:t>vt 0.531400 0.547200</w:t>
        <w:br/>
        <w:t>vt 0.699700 0.540900</w:t>
        <w:br/>
        <w:t>vt 0.702800 0.547200</w:t>
        <w:br/>
        <w:t>vt 0.705800 0.546500</w:t>
        <w:br/>
        <w:t>vt 0.589000 0.523300</w:t>
        <w:br/>
        <w:t>vt 0.588000 0.516000</w:t>
        <w:br/>
        <w:t>vt 0.689300 0.515800</w:t>
        <w:br/>
        <w:t>vt 0.684300 0.515800</w:t>
        <w:br/>
        <w:t>vt 0.686700 0.522300</w:t>
        <w:br/>
        <w:t>vt 0.691900 0.522700</w:t>
        <w:br/>
        <w:t>vt 0.688500 0.528500</w:t>
        <w:br/>
        <w:t>vt 0.694300 0.529000</w:t>
        <w:br/>
        <w:t>vt 0.553600 0.528600</w:t>
        <w:br/>
        <w:t>vt 0.612900 0.510400</w:t>
        <w:br/>
        <w:t>vt 0.621700 0.508800</w:t>
        <w:br/>
        <w:t>vt 0.605100 0.537700</w:t>
        <w:br/>
        <w:t>vt 0.616000 0.538000</w:t>
        <w:br/>
        <w:t>vt 0.616200 0.528900</w:t>
        <w:br/>
        <w:t>vt 0.604600 0.529300</w:t>
        <w:br/>
        <w:t>vt 0.656300 0.522800</w:t>
        <w:br/>
        <w:t>vt 0.644000 0.523800</w:t>
        <w:br/>
        <w:t>vt 0.645000 0.530900</w:t>
        <w:br/>
        <w:t>vt 0.657000 0.529900</w:t>
        <w:br/>
        <w:t>vt 0.642800 0.515600</w:t>
        <w:br/>
        <w:t>vt 0.632400 0.516400</w:t>
        <w:br/>
        <w:t>vt 0.633200 0.524300</w:t>
        <w:br/>
        <w:t>vt 0.531400 0.547200</w:t>
        <w:br/>
        <w:t>vt 0.529100 0.549100</w:t>
        <w:br/>
        <w:t>vt 0.528700 0.550500</w:t>
        <w:br/>
        <w:t>vt 0.624600 0.531600</w:t>
        <w:br/>
        <w:t>vt 0.633900 0.531500</w:t>
        <w:br/>
        <w:t>vt 0.624100 0.524400</w:t>
        <w:br/>
        <w:t>vt 0.667500 0.522200</w:t>
        <w:br/>
        <w:t>vt 0.668600 0.528900</w:t>
        <w:br/>
        <w:t>vt 0.602800 0.512100</w:t>
        <w:br/>
        <w:t>vt 0.603800 0.520200</w:t>
        <w:br/>
        <w:t>vt 0.614400 0.518800</w:t>
        <w:br/>
        <w:t>vt 0.631200 0.507800</w:t>
        <w:br/>
        <w:t>vt 0.589400 0.530700</w:t>
        <w:br/>
        <w:t>vt 0.589400 0.537700</w:t>
        <w:br/>
        <w:t>vt 0.573500 0.534300</w:t>
        <w:br/>
        <w:t>vt 0.573400 0.539700</w:t>
        <w:br/>
        <w:t>vt 0.682300 0.548900</w:t>
        <w:br/>
        <w:t>vt 0.671800 0.548800</w:t>
        <w:br/>
        <w:t>vt 0.675000 0.554200</w:t>
        <w:br/>
        <w:t>vt 0.663900 0.507300</w:t>
        <w:br/>
        <w:t>vt 0.674500 0.508400</w:t>
        <w:br/>
        <w:t>vt 0.678100 0.522000</w:t>
        <w:br/>
        <w:t>vt 0.679100 0.528400</w:t>
        <w:br/>
        <w:t>vt 0.691100 0.550700</w:t>
        <w:br/>
        <w:t>vt 0.697700 0.551300</w:t>
        <w:br/>
        <w:t>vt 0.692000 0.547200</w:t>
        <w:br/>
        <w:t>vt 0.551100 0.544300</w:t>
        <w:br/>
        <w:t>vt 0.543000 0.544000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0.658000 0.542300</w:t>
        <w:br/>
        <w:t>vt 0.646100 0.540200</w:t>
        <w:br/>
        <w:t>vt 0.646700 0.544200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0.689800 0.535800</w:t>
        <w:br/>
        <w:t>vt 0.697100 0.535500</w:t>
        <w:br/>
        <w:t>vt 0.695600 0.543000</w:t>
        <w:br/>
        <w:t>vt 0.705900 0.551600</w:t>
        <w:br/>
        <w:t>vt 0.707300 0.551400</w:t>
        <w:br/>
        <w:t>vt 0.700200 0.549200</w:t>
        <w:br/>
        <w:t>vt 0.687100 0.510900</w:t>
        <w:br/>
        <w:t>vt 0.684700 0.504300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0.659200 0.551300</w:t>
        <w:br/>
        <w:t>vt 0.660300 0.554200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0.637700 0.554200</w:t>
        <w:br/>
        <w:t>vt 0.626100 0.545500</w:t>
        <w:br/>
        <w:t>vt 0.649000 0.554200</w:t>
        <w:br/>
        <w:t>vt 0.572100 0.554200</w:t>
        <w:br/>
        <w:t>vt 0.573000 0.545400</w:t>
        <w:br/>
        <w:t>vt 0.561000 0.554200</w:t>
        <w:br/>
        <w:t>vt 0.588400 0.554200</w:t>
        <w:br/>
        <w:t>vt 0.589000 0.544900</w:t>
        <w:br/>
        <w:t>vt 0.616400 0.545300</w:t>
        <w:br/>
        <w:t>vt 0.605300 0.545200</w:t>
        <w:br/>
        <w:t>vt 0.605300 0.554200</w:t>
        <w:br/>
        <w:t>vt 0.616900 0.554200</w:t>
        <w:br/>
        <w:t>vt 0.528600 0.554200</w:t>
        <w:br/>
        <w:t>vt 0.541300 0.554200</w:t>
        <w:br/>
        <w:t>vt 0.551100 0.554200</w:t>
        <w:br/>
        <w:t>vt 0.680600 0.496100</w:t>
        <w:br/>
        <w:t>vt 0.706400 0.545000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0.557400 0.492000</w:t>
        <w:br/>
        <w:t>vt 0.006200 0.145300</w:t>
        <w:br/>
        <w:t>vt 0.006200 0.143300</w:t>
        <w:br/>
        <w:t>vt 0.017300 0.143300</w:t>
        <w:br/>
        <w:t>vt 0.017300 0.145300</w:t>
        <w:br/>
        <w:t>vt 0.135400 0.143300</w:t>
        <w:br/>
        <w:t>vt 0.135400 0.145300</w:t>
        <w:br/>
        <w:t>vt 0.119700 0.145300</w:t>
        <w:br/>
        <w:t>vt 0.119700 0.143300</w:t>
        <w:br/>
        <w:t>vt 0.066500 0.143300</w:t>
        <w:br/>
        <w:t>vt 0.066500 0.145300</w:t>
        <w:br/>
        <w:t>vt 0.048200 0.145300</w:t>
        <w:br/>
        <w:t>vt 0.048200 0.143300</w:t>
        <w:br/>
        <w:t>vt 0.102900 0.145300</w:t>
        <w:br/>
        <w:t>vt 0.085500 0.145300</w:t>
        <w:br/>
        <w:t>vt 0.085500 0.143300</w:t>
        <w:br/>
        <w:t>vt 0.102900 0.143300</w:t>
        <w:br/>
        <w:t>vt 0.148600 0.145300</w:t>
        <w:br/>
        <w:t>vt 0.148600 0.143300</w:t>
        <w:br/>
        <w:t>vt 0.204900 0.143300</w:t>
        <w:br/>
        <w:t>vt 0.204900 0.145300</w:t>
        <w:br/>
        <w:t>vt 0.192100 0.145300</w:t>
        <w:br/>
        <w:t>vt 0.192100 0.143300</w:t>
        <w:br/>
        <w:t>vt 0.162600 0.145300</w:t>
        <w:br/>
        <w:t>vt 0.162600 0.143300</w:t>
        <w:br/>
        <w:t>vt 0.032100 0.145300</w:t>
        <w:br/>
        <w:t>vt 0.032100 0.143300</w:t>
        <w:br/>
        <w:t>vt 0.178100 0.145300</w:t>
        <w:br/>
        <w:t>vt 0.178100 0.143300</w:t>
        <w:br/>
        <w:t>vt 0.017300 0.147300</w:t>
        <w:br/>
        <w:t>vt 0.006200 0.147300</w:t>
        <w:br/>
        <w:t>vt 0.135400 0.147300</w:t>
        <w:br/>
        <w:t>vt 0.119700 0.147300</w:t>
        <w:br/>
        <w:t>vt 0.048200 0.147300</w:t>
        <w:br/>
        <w:t>vt 0.066500 0.147300</w:t>
        <w:br/>
        <w:t>vt 0.085500 0.147300</w:t>
        <w:br/>
        <w:t>vt 0.102900 0.147300</w:t>
        <w:br/>
        <w:t>vt 0.148600 0.147300</w:t>
        <w:br/>
        <w:t>vt 0.192100 0.147300</w:t>
        <w:br/>
        <w:t>vt 0.204900 0.147300</w:t>
        <w:br/>
        <w:t>vt 0.162600 0.147300</w:t>
        <w:br/>
        <w:t>vt 0.032100 0.147300</w:t>
        <w:br/>
        <w:t>vt 0.178100 0.147300</w:t>
        <w:br/>
        <w:t>vt 0.218200 0.241300</w:t>
        <w:br/>
        <w:t>vt 0.210600 0.242200</w:t>
        <w:br/>
        <w:t>vt 0.210600 0.220000</w:t>
        <w:br/>
        <w:t>vt 0.220300 0.218600</w:t>
        <w:br/>
        <w:t>vt 0.225600 0.238800</w:t>
        <w:br/>
        <w:t>vt 0.229400 0.214800</w:t>
        <w:br/>
        <w:t>vt 0.232400 0.234700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0.209500 0.187600</w:t>
        <w:br/>
        <w:t>vt 0.209500 0.208900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0.235800 0.172800</w:t>
        <w:br/>
        <w:t>vt 0.225800 0.165400</w:t>
        <w:br/>
        <w:t>vt 0.232000 0.165100</w:t>
        <w:br/>
        <w:t>vt 0.223500 0.160600</w:t>
        <w:br/>
        <w:t>vt 0.225900 0.158900</w:t>
        <w:br/>
        <w:t>vt 0.218700 0.155100</w:t>
        <w:br/>
        <w:t>vt 0.218700 0.244200</w:t>
        <w:br/>
        <w:t>vt 0.210600 0.245100</w:t>
        <w:br/>
        <w:t>vt 0.210600 0.242200</w:t>
        <w:br/>
        <w:t>vt 0.218200 0.241300</w:t>
        <w:br/>
        <w:t>vt 0.210600 0.220000</w:t>
        <w:br/>
        <w:t>vt 0.210600 0.216200</w:t>
        <w:br/>
        <w:t>vt 0.219200 0.215100</w:t>
        <w:br/>
        <w:t>vt 0.220300 0.218600</w:t>
        <w:br/>
        <w:t>vt 0.226800 0.241700</w:t>
        <w:br/>
        <w:t>vt 0.225600 0.238800</w:t>
        <w:br/>
        <w:t>vt 0.232400 0.234700</w:t>
        <w:br/>
        <w:t>vt 0.234200 0.237300</w:t>
        <w:br/>
        <w:t>vt 0.227200 0.211800</w:t>
        <w:br/>
        <w:t>vt 0.229400 0.214800</w:t>
        <w:br/>
        <w:t>vt 0.238400 0.229100</w:t>
        <w:br/>
        <w:t>vt 0.240800 0.231400</w:t>
        <w:br/>
        <w:t>vt 0.233700 0.206100</w:t>
        <w:br/>
        <w:t>vt 0.236700 0.208400</w:t>
        <w:br/>
        <w:t>vt 0.243400 0.222200</w:t>
        <w:br/>
        <w:t>vt 0.246300 0.224100</w:t>
        <w:br/>
        <w:t>vt 0.246600 0.214100</w:t>
        <w:br/>
        <w:t>vt 0.250000 0.215400</w:t>
        <w:br/>
        <w:t>vt 0.239200 0.198600</w:t>
        <w:br/>
        <w:t>vt 0.242800 0.200300</w:t>
        <w:br/>
        <w:t>vt 0.248600 0.205100</w:t>
        <w:br/>
        <w:t>vt 0.252400 0.205800</w:t>
        <w:br/>
        <w:t>vt 0.241600 0.192900</w:t>
        <w:br/>
        <w:t>vt 0.245400 0.194000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0.218200 0.241300</w:t>
        <w:br/>
        <w:t>vt 0.220300 0.218600</w:t>
        <w:br/>
        <w:t>vt 0.225600 0.238800</w:t>
        <w:br/>
        <w:t>vt 0.232400 0.234700</w:t>
        <w:br/>
        <w:t>vt 0.229400 0.214800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0.225800 0.165400</w:t>
        <w:br/>
        <w:t>vt 0.235800 0.172800</w:t>
        <w:br/>
        <w:t>vt 0.223500 0.160600</w:t>
        <w:br/>
        <w:t>vt 0.232000 0.165100</w:t>
        <w:br/>
        <w:t>vt 0.225900 0.158900</w:t>
        <w:br/>
        <w:t>vt 0.218700 0.155100</w:t>
        <w:br/>
        <w:t>vt 0.218700 0.244200</w:t>
        <w:br/>
        <w:t>vt 0.218200 0.241300</w:t>
        <w:br/>
        <w:t>vt 0.219200 0.215100</w:t>
        <w:br/>
        <w:t>vt 0.220300 0.218600</w:t>
        <w:br/>
        <w:t>vt 0.226800 0.241700</w:t>
        <w:br/>
        <w:t>vt 0.225600 0.238800</w:t>
        <w:br/>
        <w:t>vt 0.234200 0.237300</w:t>
        <w:br/>
        <w:t>vt 0.232400 0.234700</w:t>
        <w:br/>
        <w:t>vt 0.229400 0.214800</w:t>
        <w:br/>
        <w:t>vt 0.227200 0.211800</w:t>
        <w:br/>
        <w:t>vt 0.240800 0.231400</w:t>
        <w:br/>
        <w:t>vt 0.238400 0.229100</w:t>
        <w:br/>
        <w:t>vt 0.236700 0.208400</w:t>
        <w:br/>
        <w:t>vt 0.233700 0.206100</w:t>
        <w:br/>
        <w:t>vt 0.246300 0.224100</w:t>
        <w:br/>
        <w:t>vt 0.243400 0.222200</w:t>
        <w:br/>
        <w:t>vt 0.250000 0.215400</w:t>
        <w:br/>
        <w:t>vt 0.246600 0.214100</w:t>
        <w:br/>
        <w:t>vt 0.242800 0.200300</w:t>
        <w:br/>
        <w:t>vt 0.239200 0.198600</w:t>
        <w:br/>
        <w:t>vt 0.252400 0.205800</w:t>
        <w:br/>
        <w:t>vt 0.248600 0.205100</w:t>
        <w:br/>
        <w:t>vt 0.245400 0.194000</w:t>
        <w:br/>
        <w:t>vt 0.241600 0.192900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0.316100 0.777700</w:t>
        <w:br/>
        <w:t>vt 0.316100 0.788600</w:t>
        <w:br/>
        <w:t>vt 0.307900 0.768800</w:t>
        <w:br/>
        <w:t>vt 0.307900 0.808300</w:t>
        <w:br/>
        <w:t>vt 0.308400 0.796200</w:t>
        <w:br/>
        <w:t>vt 0.324300 0.768800</w:t>
        <w:br/>
        <w:t>vt 0.323800 0.780900</w:t>
        <w:br/>
        <w:t>vt 0.316100 0.799400</w:t>
        <w:br/>
        <w:t>vt 0.296300 0.796700</w:t>
        <w:br/>
        <w:t>vt 0.305200 0.788600</w:t>
        <w:br/>
        <w:t>vt 0.308400 0.780900</w:t>
        <w:br/>
        <w:t>vt 0.335800 0.780400</w:t>
        <w:br/>
        <w:t>vt 0.326900 0.788600</w:t>
        <w:br/>
        <w:t>vt 0.323800 0.796200</w:t>
        <w:br/>
        <w:t>vt 0.324200 0.808300</w:t>
        <w:br/>
        <w:t>vt 0.296300 0.780400</w:t>
        <w:br/>
        <w:t>vt 0.335800 0.796700</w:t>
        <w:br/>
        <w:t>vt 0.252600 0.169200</w:t>
        <w:br/>
        <w:t>vt 0.246400 0.169500</w:t>
        <w:br/>
        <w:t>vt 0.256500 0.165300</w:t>
        <w:br/>
        <w:t>vt 0.260600 0.155300</w:t>
        <w:br/>
        <w:t>vt 0.256500 0.159800</w:t>
        <w:br/>
        <w:t>vt 0.252300 0.175400</w:t>
        <w:br/>
        <w:t>vt 0.256500 0.170800</w:t>
        <w:br/>
        <w:t>vt 0.260400 0.161400</w:t>
        <w:br/>
        <w:t>vt 0.252300 0.155300</w:t>
        <w:br/>
        <w:t>vt 0.252600 0.161400</w:t>
        <w:br/>
        <w:t>vt 0.250900 0.165300</w:t>
        <w:br/>
        <w:t>vt 0.260600 0.175400</w:t>
        <w:br/>
        <w:t>vt 0.260400 0.169200</w:t>
        <w:br/>
        <w:t>vt 0.266500 0.161200</w:t>
        <w:br/>
        <w:t>vt 0.262000 0.165300</w:t>
        <w:br/>
        <w:t>vt 0.246400 0.161200</w:t>
        <w:br/>
        <w:t>vt 0.266500 0.169500</w:t>
        <w:br/>
        <w:t>vt 0.571800 0.886200</w:t>
        <w:br/>
        <w:t>vt 0.572800 0.883200</w:t>
        <w:br/>
        <w:t>vt 0.579000 0.884300</w:t>
        <w:br/>
        <w:t>vt 0.578500 0.887500</w:t>
        <w:br/>
        <w:t>vt 0.564700 0.884500</w:t>
        <w:br/>
        <w:t>vt 0.566500 0.881400</w:t>
        <w:br/>
        <w:t>vt 0.560900 0.878000</w:t>
        <w:br/>
        <w:t>vt 0.557200 0.881700</w:t>
        <w:br/>
        <w:t>vt 0.621400 0.876700</w:t>
        <w:br/>
        <w:t>vt 0.625300 0.880200</w:t>
        <w:br/>
        <w:t>vt 0.617900 0.883300</w:t>
        <w:br/>
        <w:t>vt 0.616000 0.880400</w:t>
        <w:br/>
        <w:t>vt 0.610900 0.885400</w:t>
        <w:br/>
        <w:t>vt 0.609800 0.882400</w:t>
        <w:br/>
        <w:t>vt 0.604300 0.886900</w:t>
        <w:br/>
        <w:t>vt 0.603600 0.883800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0.577400 0.898000</w:t>
        <w:br/>
        <w:t>vt 0.570200 0.896600</w:t>
        <w:br/>
        <w:t>vt 0.571800 0.886200</w:t>
        <w:br/>
        <w:t>vt 0.578500 0.887500</w:t>
        <w:br/>
        <w:t>vt 0.562800 0.894900</w:t>
        <w:br/>
        <w:t>vt 0.564700 0.884500</w:t>
        <w:br/>
        <w:t>vt 0.554600 0.894000</w:t>
        <w:br/>
        <w:t>vt 0.557200 0.881700</w:t>
        <w:br/>
        <w:t>vt 0.605900 0.897400</w:t>
        <w:br/>
        <w:t>vt 0.604300 0.886900</w:t>
        <w:br/>
        <w:t>vt 0.610900 0.885400</w:t>
        <w:br/>
        <w:t>vt 0.613000 0.895700</w:t>
        <w:br/>
        <w:t>vt 0.597800 0.887900</w:t>
        <w:br/>
        <w:t>vt 0.598800 0.898500</w:t>
        <w:br/>
        <w:t>vt 0.591600 0.899000</w:t>
        <w:br/>
        <w:t>vt 0.591400 0.888300</w:t>
        <w:br/>
        <w:t>vt 0.584500 0.898800</w:t>
        <w:br/>
        <w:t>vt 0.585000 0.888200</w:t>
        <w:br/>
        <w:t>vt 0.580900 0.875600</w:t>
        <w:br/>
        <w:t>vt 0.579800 0.881000</w:t>
        <w:br/>
        <w:t>vt 0.574100 0.879900</w:t>
        <w:br/>
        <w:t>vt 0.576100 0.874700</w:t>
        <w:br/>
        <w:t>vt 0.614300 0.870500</w:t>
        <w:br/>
        <w:t>vt 0.617600 0.874600</w:t>
        <w:br/>
        <w:t>vt 0.613500 0.877300</w:t>
        <w:br/>
        <w:t>vt 0.610500 0.872400</w:t>
        <w:br/>
        <w:t>vt 0.608300 0.879200</w:t>
        <w:br/>
        <w:t>vt 0.606100 0.874100</w:t>
        <w:br/>
        <w:t>vt 0.601300 0.875200</w:t>
        <w:br/>
        <w:t>vt 0.602700 0.880500</w:t>
        <w:br/>
        <w:t>vt 0.597000 0.881300</w:t>
        <w:br/>
        <w:t>vt 0.596300 0.875900</w:t>
        <w:br/>
        <w:t>vt 0.591300 0.881600</w:t>
        <w:br/>
        <w:t>vt 0.591100 0.876200</w:t>
        <w:br/>
        <w:t>vt 0.586000 0.876100</w:t>
        <w:br/>
        <w:t>vt 0.585500 0.881500</w:t>
        <w:br/>
        <w:t>vt 0.617900 0.883300</w:t>
        <w:br/>
        <w:t>vt 0.625300 0.880200</w:t>
        <w:br/>
        <w:t>vt 0.628400 0.892400</w:t>
        <w:br/>
        <w:t>vt 0.620300 0.893600</w:t>
        <w:br/>
        <w:t>vt 0.568800 0.878300</w:t>
        <w:br/>
        <w:t>vt 0.571700 0.873300</w:t>
        <w:br/>
        <w:t>vt 0.564600 0.875800</w:t>
        <w:br/>
        <w:t>vt 0.567800 0.871500</w:t>
        <w:br/>
        <w:t>vt 0.574100 0.879900</w:t>
        <w:br/>
        <w:t>vt 0.579800 0.881000</w:t>
        <w:br/>
        <w:t>vt 0.568800 0.878300</w:t>
        <w:br/>
        <w:t>vt 0.564600 0.875800</w:t>
        <w:br/>
        <w:t>vt 0.613500 0.877300</w:t>
        <w:br/>
        <w:t>vt 0.617600 0.874600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0.577100 0.901100</w:t>
        <w:br/>
        <w:t>vt 0.570000 0.899800</w:t>
        <w:br/>
        <w:t>vt 0.570200 0.896600</w:t>
        <w:br/>
        <w:t>vt 0.577400 0.898000</w:t>
        <w:br/>
        <w:t>vt 0.563100 0.898300</w:t>
        <w:br/>
        <w:t>vt 0.562800 0.894900</w:t>
        <w:br/>
        <w:t>vt 0.554600 0.894000</w:t>
        <w:br/>
        <w:t>vt 0.556300 0.898600</w:t>
        <w:br/>
        <w:t>vt 0.626900 0.897000</w:t>
        <w:br/>
        <w:t>vt 0.620100 0.897000</w:t>
        <w:br/>
        <w:t>vt 0.620300 0.893600</w:t>
        <w:br/>
        <w:t>vt 0.628400 0.892400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0.595700 0.870500</w:t>
        <w:br/>
        <w:t>vt 0.600100 0.869900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0.522800 0.875700</w:t>
        <w:br/>
        <w:t>vt 0.519700 0.876000</w:t>
        <w:br/>
        <w:t>vt 0.517800 0.869100</w:t>
        <w:br/>
        <w:t>vt 0.525000 0.882900</w:t>
        <w:br/>
        <w:t>vt 0.521600 0.882800</w:t>
        <w:br/>
        <w:t>vt 0.526500 0.891000</w:t>
        <w:br/>
        <w:t>vt 0.521800 0.889600</w:t>
        <w:br/>
        <w:t>vt 0.522400 0.825500</w:t>
        <w:br/>
        <w:t>vt 0.519000 0.825900</w:t>
        <w:br/>
        <w:t>vt 0.518500 0.819100</w:t>
        <w:br/>
        <w:t>vt 0.523000 0.817300</w:t>
        <w:br/>
        <w:t>vt 0.520800 0.832900</w:t>
        <w:br/>
        <w:t>vt 0.517700 0.832800</w:t>
        <w:br/>
        <w:t>vt 0.519600 0.840100</w:t>
        <w:br/>
        <w:t>vt 0.516500 0.839900</w:t>
        <w:br/>
        <w:t>vt 0.519000 0.847300</w:t>
        <w:br/>
        <w:t>vt 0.515800 0.847200</w:t>
        <w:br/>
        <w:t>vt 0.519000 0.854400</w:t>
        <w:br/>
        <w:t>vt 0.515800 0.854600</w:t>
        <w:br/>
        <w:t>vt 0.516500 0.861900</w:t>
        <w:br/>
        <w:t>vt 0.519600 0.861500</w:t>
        <w:br/>
        <w:t>vt 0.531300 0.866800</w:t>
        <w:br/>
        <w:t>vt 0.533000 0.873300</w:t>
        <w:br/>
        <w:t>vt 0.522800 0.875700</w:t>
        <w:br/>
        <w:t>vt 0.520900 0.868600</w:t>
        <w:br/>
        <w:t>vt 0.535300 0.880300</w:t>
        <w:br/>
        <w:t>vt 0.538600 0.887600</w:t>
        <w:br/>
        <w:t>vt 0.526500 0.891000</w:t>
        <w:br/>
        <w:t>vt 0.525000 0.882900</w:t>
        <w:br/>
        <w:t>vt 0.522400 0.825500</w:t>
        <w:br/>
        <w:t>vt 0.532800 0.827200</w:t>
        <w:br/>
        <w:t>vt 0.531200 0.834300</w:t>
        <w:br/>
        <w:t>vt 0.520800 0.832900</w:t>
        <w:br/>
        <w:t>vt 0.530100 0.841000</w:t>
        <w:br/>
        <w:t>vt 0.519600 0.840100</w:t>
        <w:br/>
        <w:t>vt 0.529600 0.853900</w:t>
        <w:br/>
        <w:t>vt 0.519000 0.854400</w:t>
        <w:br/>
        <w:t>vt 0.519000 0.847300</w:t>
        <w:br/>
        <w:t>vt 0.529600 0.847500</w:t>
        <w:br/>
        <w:t>vt 0.530200 0.860300</w:t>
        <w:br/>
        <w:t>vt 0.519600 0.861500</w:t>
        <w:br/>
        <w:t>vt 0.544300 0.868200</w:t>
        <w:br/>
        <w:t>vt 0.543000 0.863500</w:t>
        <w:br/>
        <w:t>vt 0.548300 0.862100</w:t>
        <w:br/>
        <w:t>vt 0.549400 0.866400</w:t>
        <w:br/>
        <w:t>vt 0.544200 0.833800</w:t>
        <w:br/>
        <w:t>vt 0.545900 0.829900</w:t>
        <w:br/>
        <w:t>vt 0.551000 0.831400</w:t>
        <w:br/>
        <w:t>vt 0.549400 0.835600</w:t>
        <w:br/>
        <w:t>vt 0.542000 0.843200</w:t>
        <w:br/>
        <w:t>vt 0.547400 0.844000</w:t>
        <w:br/>
        <w:t>vt 0.547100 0.848500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0.551100 0.870300</w:t>
        <w:br/>
        <w:t>vt 0.546000 0.872600</w:t>
        <w:br/>
        <w:t>vt 0.548100 0.876300</w:t>
        <w:br/>
        <w:t>vt 0.553000 0.874400</w:t>
        <w:br/>
        <w:t>vt 0.548200 0.839700</w:t>
        <w:br/>
        <w:t>vt 0.542900 0.838300</w:t>
        <w:br/>
        <w:t>vt 0.516400 0.876600</w:t>
        <w:br/>
        <w:t>vt 0.514600 0.869600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0.533000 0.873300</w:t>
        <w:br/>
        <w:t>vt 0.531300 0.866800</w:t>
        <w:br/>
        <w:t>vt 0.534500 0.866000</w:t>
        <w:br/>
        <w:t>vt 0.536100 0.872100</w:t>
        <w:br/>
        <w:t>vt 0.538200 0.878300</w:t>
        <w:br/>
        <w:t>vt 0.535300 0.880300</w:t>
        <w:br/>
        <w:t>vt 0.542000 0.883700</w:t>
        <w:br/>
        <w:t>vt 0.538600 0.887600</w:t>
        <w:br/>
        <w:t>vt 0.532800 0.827200</w:t>
        <w:br/>
        <w:t>vt 0.535500 0.819600</w:t>
        <w:br/>
        <w:t>vt 0.539200 0.823200</w:t>
        <w:br/>
        <w:t>vt 0.535900 0.828900</w:t>
        <w:br/>
        <w:t>vt 0.531200 0.834300</w:t>
        <w:br/>
        <w:t>vt 0.534300 0.835200</w:t>
        <w:br/>
        <w:t>vt 0.533300 0.841400</w:t>
        <w:br/>
        <w:t>vt 0.530100 0.841000</w:t>
        <w:br/>
        <w:t>vt 0.532900 0.847600</w:t>
        <w:br/>
        <w:t>vt 0.529600 0.847500</w:t>
        <w:br/>
        <w:t>vt 0.532900 0.853800</w:t>
        <w:br/>
        <w:t>vt 0.529600 0.853900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0.539200 0.870600</w:t>
        <w:br/>
        <w:t>vt 0.537700 0.865000</w:t>
        <w:br/>
        <w:t>vt 0.539100 0.831100</w:t>
        <w:br/>
        <w:t>vt 0.541500 0.826800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0.192000 0.593000</w:t>
        <w:br/>
        <w:t>vt 0.192300 0.586300</w:t>
        <w:br/>
        <w:t>vt 0.214100 0.586300</w:t>
        <w:br/>
        <w:t>vt 0.214400 0.561200</w:t>
        <w:br/>
        <w:t>vt 0.214200 0.567900</w:t>
        <w:br/>
        <w:t>vt 0.192400 0.567900</w:t>
        <w:br/>
        <w:t>vt 0.192100 0.561300</w:t>
        <w:br/>
        <w:t>vt 0.215900 0.602800</w:t>
        <w:br/>
        <w:t>vt 0.190400 0.602800</w:t>
        <w:br/>
        <w:t>vt 0.190400 0.551400</w:t>
        <w:br/>
        <w:t>vt 0.216000 0.551300</w:t>
        <w:br/>
        <w:t>vt 0.259800 0.576900</w:t>
        <w:br/>
        <w:t>vt 0.259800 0.572700</w:t>
        <w:br/>
        <w:t>vt 0.274000 0.572700</w:t>
        <w:br/>
        <w:t>vt 0.274000 0.576800</w:t>
        <w:br/>
        <w:t>vt 0.274000 0.566300</w:t>
        <w:br/>
        <w:t>vt 0.259800 0.566300</w:t>
        <w:br/>
        <w:t>vt 0.259800 0.562100</w:t>
        <w:br/>
        <w:t>vt 0.274000 0.562100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0.214100 0.586300</w:t>
        <w:br/>
        <w:t>vt 0.217300 0.585500</w:t>
        <w:br/>
        <w:t>vt 0.217800 0.592400</w:t>
        <w:br/>
        <w:t>vt 0.192000 0.593000</w:t>
        <w:br/>
        <w:t>vt 0.188400 0.592500</w:t>
        <w:br/>
        <w:t>vt 0.188700 0.585300</w:t>
        <w:br/>
        <w:t>vt 0.192300 0.586300</w:t>
        <w:br/>
        <w:t>vt 0.188800 0.568800</w:t>
        <w:br/>
        <w:t>vt 0.188500 0.561800</w:t>
        <w:br/>
        <w:t>vt 0.192100 0.561300</w:t>
        <w:br/>
        <w:t>vt 0.192400 0.567900</w:t>
        <w:br/>
        <w:t>vt 0.214400 0.561200</w:t>
        <w:br/>
        <w:t>vt 0.217900 0.561700</w:t>
        <w:br/>
        <w:t>vt 0.217500 0.568700</w:t>
        <w:br/>
        <w:t>vt 0.214200 0.567900</w:t>
        <w:br/>
        <w:t>vt 0.219500 0.602300</w:t>
        <w:br/>
        <w:t>vt 0.215900 0.602800</w:t>
        <w:br/>
        <w:t>vt 0.190400 0.602800</w:t>
        <w:br/>
        <w:t>vt 0.186700 0.602300</w:t>
        <w:br/>
        <w:t>vt 0.186800 0.551900</w:t>
        <w:br/>
        <w:t>vt 0.190400 0.551400</w:t>
        <w:br/>
        <w:t>vt 0.219600 0.551800</w:t>
        <w:br/>
        <w:t>vt 0.216000 0.551300</w:t>
        <w:br/>
        <w:t>vt 0.217300 0.611700</w:t>
        <w:br/>
        <w:t>vt 0.189000 0.611600</w:t>
        <w:br/>
        <w:t>vt 0.189700 0.607100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0.214100 0.571100</w:t>
        <w:br/>
        <w:t>vt 0.192500 0.571000</w:t>
        <w:br/>
        <w:t>vt 0.274000 0.586300</w:t>
        <w:br/>
        <w:t>vt 0.259800 0.586300</w:t>
        <w:br/>
        <w:t>vt 0.259800 0.552700</w:t>
        <w:br/>
        <w:t>vt 0.274000 0.552700</w:t>
        <w:br/>
        <w:t>vt 0.259800 0.587900</w:t>
        <w:br/>
        <w:t>vt 0.259800 0.586300</w:t>
        <w:br/>
        <w:t>vt 0.274000 0.586300</w:t>
        <w:br/>
        <w:t>vt 0.274000 0.587900</w:t>
        <w:br/>
        <w:t>vt 0.259800 0.551000</w:t>
        <w:br/>
        <w:t>vt 0.274000 0.551100</w:t>
        <w:br/>
        <w:t>vt 0.274000 0.552700</w:t>
        <w:br/>
        <w:t>vt 0.259800 0.552700</w:t>
        <w:br/>
        <w:t>vt 0.274000 0.571200</w:t>
        <w:br/>
        <w:t>vt 0.259800 0.571200</w:t>
        <w:br/>
        <w:t>vt 0.259800 0.569500</w:t>
        <w:br/>
        <w:t>vt 0.274000 0.569500</w:t>
        <w:br/>
        <w:t>vt 0.259800 0.567800</w:t>
        <w:br/>
        <w:t>vt 0.274000 0.567800</w:t>
        <w:br/>
        <w:t>vt 0.274000 0.567800</w:t>
        <w:br/>
        <w:t>vt 0.259800 0.567800</w:t>
        <w:br/>
        <w:t>vt 0.220200 0.608100</w:t>
        <w:br/>
        <w:t>vt 0.216600 0.607100</w:t>
        <w:br/>
        <w:t>vt 0.189000 0.611600</w:t>
        <w:br/>
        <w:t>vt 0.186100 0.608200</w:t>
        <w:br/>
        <w:t>vt 0.189700 0.607100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0.222000 0.610700</w:t>
        <w:br/>
        <w:t>vt 0.218500 0.615700</w:t>
        <w:br/>
        <w:t>vt 0.184300 0.543400</w:t>
        <w:br/>
        <w:t>vt 0.187800 0.538500</w:t>
        <w:br/>
        <w:t>vt 0.189000 0.542500</w:t>
        <w:br/>
        <w:t>vt 0.188300 0.577100</w:t>
        <w:br/>
        <w:t>vt 0.192500 0.577000</w:t>
        <w:br/>
        <w:t>vt 0.192400 0.580800</w:t>
        <w:br/>
        <w:t>vt 0.188800 0.582000</w:t>
        <w:br/>
        <w:t>vt 0.214100 0.573400</w:t>
        <w:br/>
        <w:t>vt 0.217600 0.572300</w:t>
        <w:br/>
        <w:t>vt 0.218100 0.577200</w:t>
        <w:br/>
        <w:t>vt 0.214000 0.577200</w:t>
        <w:br/>
        <w:t>vt 0.214000 0.580900</w:t>
        <w:br/>
        <w:t>vt 0.217500 0.582000</w:t>
        <w:br/>
        <w:t>vt 0.214000 0.583600</w:t>
        <w:br/>
        <w:t>vt 0.192300 0.583500</w:t>
        <w:br/>
        <w:t>vt 0.192400 0.573300</w:t>
        <w:br/>
        <w:t>vt 0.188900 0.572200</w:t>
        <w:br/>
        <w:t>vt 0.192500 0.571000</w:t>
        <w:br/>
        <w:t>vt 0.214100 0.571100</w:t>
        <w:br/>
        <w:t>vt 0.222000 0.543300</w:t>
        <w:br/>
        <w:t>vt 0.217300 0.542600</w:t>
        <w:br/>
        <w:t>vt 0.218400 0.538400</w:t>
        <w:br/>
        <w:t>vt 0.187900 0.615700</w:t>
        <w:br/>
        <w:t>vt 0.184300 0.610800</w:t>
        <w:br/>
        <w:t>vt 0.189000 0.542500</w:t>
        <w:br/>
        <w:t>vt 0.217300 0.542600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0.192400 0.573300</w:t>
        <w:br/>
        <w:t>vt 0.214100 0.573400</w:t>
        <w:br/>
        <w:t>vt 0.214000 0.577200</w:t>
        <w:br/>
        <w:t>vt 0.192400 0.580800</w:t>
        <w:br/>
        <w:t>vt 0.214000 0.580900</w:t>
        <w:br/>
        <w:t>vt 0.324900 0.562100</w:t>
        <w:br/>
        <w:t>vt 0.322700 0.556300</w:t>
        <w:br/>
        <w:t>vt 0.327400 0.559300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0.402100 0.390900</w:t>
        <w:br/>
        <w:t>vt 0.401900 0.393700</w:t>
        <w:br/>
        <w:t>vt 0.408400 0.393800</w:t>
        <w:br/>
        <w:t>vt 0.401900 0.393700</w:t>
        <w:br/>
        <w:t>vt 0.402300 0.396400</w:t>
        <w:br/>
        <w:t>vt 0.408500 0.396400</w:t>
        <w:br/>
        <w:t>vt 0.408400 0.393800</w:t>
        <w:br/>
        <w:t>vt 0.402300 0.396400</w:t>
        <w:br/>
        <w:t>vt 0.402900 0.399100</w:t>
        <w:br/>
        <w:t>vt 0.408800 0.399200</w:t>
        <w:br/>
        <w:t>vt 0.408500 0.396400</w:t>
        <w:br/>
        <w:t>vt 0.402900 0.399100</w:t>
        <w:br/>
        <w:t>vt 0.403100 0.401500</w:t>
        <w:br/>
        <w:t>vt 0.408900 0.401900</w:t>
        <w:br/>
        <w:t>vt 0.408800 0.399200</w:t>
        <w:br/>
        <w:t>vt 0.408900 0.401900</w:t>
        <w:br/>
        <w:t>vt 0.403100 0.401500</w:t>
        <w:br/>
        <w:t>vt 0.402800 0.404000</w:t>
        <w:br/>
        <w:t>vt 0.408600 0.404600</w:t>
        <w:br/>
        <w:t>vt 0.408400 0.388500</w:t>
        <w:br/>
        <w:t>vt 0.402600 0.388300</w:t>
        <w:br/>
        <w:t>vt 0.402100 0.390900</w:t>
        <w:br/>
        <w:t>vt 0.408400 0.391100</w:t>
        <w:br/>
        <w:t>vt 0.465100 0.389200</w:t>
        <w:br/>
        <w:t>vt 0.459300 0.389300</w:t>
        <w:br/>
        <w:t>vt 0.459300 0.393800</w:t>
        <w:br/>
        <w:t>vt 0.465300 0.394000</w:t>
        <w:br/>
        <w:t>vt 0.464200 0.398700</w:t>
        <w:br/>
        <w:t>vt 0.465300 0.394000</w:t>
        <w:br/>
        <w:t>vt 0.459300 0.393800</w:t>
        <w:br/>
        <w:t>vt 0.458600 0.398200</w:t>
        <w:br/>
        <w:t>vt 0.464200 0.398700</w:t>
        <w:br/>
        <w:t>vt 0.458600 0.398200</w:t>
        <w:br/>
        <w:t>vt 0.457700 0.402500</w:t>
        <w:br/>
        <w:t>vt 0.462400 0.403100</w:t>
        <w:br/>
        <w:t>vt 0.456900 0.406800</w:t>
        <w:br/>
        <w:t>vt 0.461200 0.407200</w:t>
        <w:br/>
        <w:t>vt 0.462400 0.403100</w:t>
        <w:br/>
        <w:t>vt 0.457700 0.402500</w:t>
        <w:br/>
        <w:t>vt 0.461000 0.411500</w:t>
        <w:br/>
        <w:t>vt 0.461200 0.407200</w:t>
        <w:br/>
        <w:t>vt 0.456900 0.406800</w:t>
        <w:br/>
        <w:t>vt 0.456300 0.411000</w:t>
        <w:br/>
        <w:t>vt 0.465100 0.389200</w:t>
        <w:br/>
        <w:t>vt 0.464000 0.384700</w:t>
        <w:br/>
        <w:t>vt 0.459200 0.385100</w:t>
        <w:br/>
        <w:t>vt 0.459300 0.389300</w:t>
        <w:br/>
        <w:t>vt 0.447100 0.389300</w:t>
        <w:br/>
        <w:t>vt 0.444200 0.389200</w:t>
        <w:br/>
        <w:t>vt 0.444000 0.393200</w:t>
        <w:br/>
        <w:t>vt 0.446700 0.393200</w:t>
        <w:br/>
        <w:t>vt 0.444000 0.393200</w:t>
        <w:br/>
        <w:t>vt 0.444300 0.397100</w:t>
        <w:br/>
        <w:t>vt 0.447000 0.397200</w:t>
        <w:br/>
        <w:t>vt 0.446700 0.393200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0.448100 0.406200</w:t>
        <w:br/>
        <w:t>vt 0.445200 0.406100</w:t>
        <w:br/>
        <w:t>vt 0.444300 0.410800</w:t>
        <w:br/>
        <w:t>vt 0.448200 0.385100</w:t>
        <w:br/>
        <w:t>vt 0.444900 0.384900</w:t>
        <w:br/>
        <w:t>vt 0.415500 0.390900</w:t>
        <w:br/>
        <w:t>vt 0.412900 0.390900</w:t>
        <w:br/>
        <w:t>vt 0.412800 0.393700</w:t>
        <w:br/>
        <w:t>vt 0.415500 0.393700</w:t>
        <w:br/>
        <w:t>vt 0.412800 0.393700</w:t>
        <w:br/>
        <w:t>vt 0.413000 0.396600</w:t>
        <w:br/>
        <w:t>vt 0.415500 0.396400</w:t>
        <w:br/>
        <w:t>vt 0.415500 0.393700</w:t>
        <w:br/>
        <w:t>vt 0.413200 0.399400</w:t>
        <w:br/>
        <w:t>vt 0.415500 0.399500</w:t>
        <w:br/>
        <w:t>vt 0.413200 0.402400</w:t>
        <w:br/>
        <w:t>vt 0.415300 0.402700</w:t>
        <w:br/>
        <w:t>vt 0.414700 0.405700</w:t>
        <w:br/>
        <w:t>vt 0.415300 0.402700</w:t>
        <w:br/>
        <w:t>vt 0.413200 0.402400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0.442300 0.397500</w:t>
        <w:br/>
        <w:t>vt 0.442400 0.401600</w:t>
        <w:br/>
        <w:t>vt 0.442400 0.401600</w:t>
        <w:br/>
        <w:t>vt 0.442300 0.405900</w:t>
        <w:br/>
        <w:t>vt 0.442100 0.410200</w:t>
        <w:br/>
        <w:t>vt 0.441900 0.384500</w:t>
        <w:br/>
        <w:t>vt 0.442100 0.388800</w:t>
        <w:br/>
        <w:t>vt 0.416300 0.393600</w:t>
        <w:br/>
        <w:t>vt 0.416500 0.390700</w:t>
        <w:br/>
        <w:t>vt 0.416300 0.393600</w:t>
        <w:br/>
        <w:t>vt 0.416500 0.396700</w:t>
        <w:br/>
        <w:t>vt 0.416700 0.399700</w:t>
        <w:br/>
        <w:t>vt 0.416500 0.396700</w:t>
        <w:br/>
        <w:t>vt 0.416600 0.402800</w:t>
        <w:br/>
        <w:t>vt 0.415700 0.405800</w:t>
        <w:br/>
        <w:t>vt 0.416600 0.402800</w:t>
        <w:br/>
        <w:t>vt 0.416500 0.390700</w:t>
        <w:br/>
        <w:t>vt 0.416800 0.387600</w:t>
        <w:br/>
        <w:t>vt 0.429700 0.389400</w:t>
        <w:br/>
        <w:t>vt 0.429700 0.393400</w:t>
        <w:br/>
        <w:t>vt 0.429800 0.397300</w:t>
        <w:br/>
        <w:t>vt 0.429800 0.397300</w:t>
        <w:br/>
        <w:t>vt 0.429800 0.401000</w:t>
        <w:br/>
        <w:t>vt 0.429800 0.401000</w:t>
        <w:br/>
        <w:t>vt 0.429700 0.404700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0.452100 0.406400</w:t>
        <w:br/>
        <w:t>vt 0.452300 0.402000</w:t>
        <w:br/>
        <w:t>vt 0.451100 0.410600</w:t>
        <w:br/>
        <w:t>vt 0.452700 0.389100</w:t>
        <w:br/>
        <w:t>vt 0.453600 0.385000</w:t>
        <w:br/>
        <w:t>vt 0.571800 0.886200</w:t>
        <w:br/>
        <w:t>vt 0.578500 0.887500</w:t>
        <w:br/>
        <w:t>vt 0.579000 0.884300</w:t>
        <w:br/>
        <w:t>vt 0.572800 0.883200</w:t>
        <w:br/>
        <w:t>vt 0.564700 0.884500</w:t>
        <w:br/>
        <w:t>vt 0.566500 0.881400</w:t>
        <w:br/>
        <w:t>vt 0.560900 0.878000</w:t>
        <w:br/>
        <w:t>vt 0.557200 0.881700</w:t>
        <w:br/>
        <w:t>vt 0.617900 0.883300</w:t>
        <w:br/>
        <w:t>vt 0.625300 0.880200</w:t>
        <w:br/>
        <w:t>vt 0.621400 0.876700</w:t>
        <w:br/>
        <w:t>vt 0.616000 0.880400</w:t>
        <w:br/>
        <w:t>vt 0.609800 0.882400</w:t>
        <w:br/>
        <w:t>vt 0.610900 0.885400</w:t>
        <w:br/>
        <w:t>vt 0.603600 0.883800</w:t>
        <w:br/>
        <w:t>vt 0.604300 0.886900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0.571800 0.886200</w:t>
        <w:br/>
        <w:t>vt 0.570200 0.896600</w:t>
        <w:br/>
        <w:t>vt 0.577400 0.898000</w:t>
        <w:br/>
        <w:t>vt 0.578500 0.887500</w:t>
        <w:br/>
        <w:t>vt 0.564700 0.884500</w:t>
        <w:br/>
        <w:t>vt 0.562800 0.894900</w:t>
        <w:br/>
        <w:t>vt 0.554600 0.894000</w:t>
        <w:br/>
        <w:t>vt 0.557200 0.881700</w:t>
        <w:br/>
        <w:t>vt 0.610900 0.885400</w:t>
        <w:br/>
        <w:t>vt 0.604300 0.886900</w:t>
        <w:br/>
        <w:t>vt 0.605900 0.897400</w:t>
        <w:br/>
        <w:t>vt 0.613000 0.895700</w:t>
        <w:br/>
        <w:t>vt 0.598800 0.898500</w:t>
        <w:br/>
        <w:t>vt 0.597800 0.887900</w:t>
        <w:br/>
        <w:t>vt 0.591400 0.888300</w:t>
        <w:br/>
        <w:t>vt 0.591600 0.899000</w:t>
        <w:br/>
        <w:t>vt 0.585000 0.888200</w:t>
        <w:br/>
        <w:t>vt 0.584500 0.898800</w:t>
        <w:br/>
        <w:t>vt 0.580900 0.875600</w:t>
        <w:br/>
        <w:t>vt 0.576100 0.874700</w:t>
        <w:br/>
        <w:t>vt 0.574100 0.879900</w:t>
        <w:br/>
        <w:t>vt 0.579800 0.881000</w:t>
        <w:br/>
        <w:t>vt 0.614300 0.870500</w:t>
        <w:br/>
        <w:t>vt 0.610500 0.872400</w:t>
        <w:br/>
        <w:t>vt 0.613500 0.877300</w:t>
        <w:br/>
        <w:t>vt 0.617600 0.874600</w:t>
        <w:br/>
        <w:t>vt 0.606100 0.874100</w:t>
        <w:br/>
        <w:t>vt 0.608300 0.879200</w:t>
        <w:br/>
        <w:t>vt 0.597000 0.881300</w:t>
        <w:br/>
        <w:t>vt 0.602700 0.880500</w:t>
        <w:br/>
        <w:t>vt 0.601300 0.875200</w:t>
        <w:br/>
        <w:t>vt 0.596300 0.875900</w:t>
        <w:br/>
        <w:t>vt 0.591100 0.876200</w:t>
        <w:br/>
        <w:t>vt 0.591300 0.881600</w:t>
        <w:br/>
        <w:t>vt 0.586000 0.876100</w:t>
        <w:br/>
        <w:t>vt 0.585500 0.881500</w:t>
        <w:br/>
        <w:t>vt 0.628400 0.892400</w:t>
        <w:br/>
        <w:t>vt 0.625300 0.880200</w:t>
        <w:br/>
        <w:t>vt 0.617900 0.883300</w:t>
        <w:br/>
        <w:t>vt 0.620300 0.893600</w:t>
        <w:br/>
        <w:t>vt 0.571700 0.873300</w:t>
        <w:br/>
        <w:t>vt 0.568800 0.878300</w:t>
        <w:br/>
        <w:t>vt 0.567800 0.871500</w:t>
        <w:br/>
        <w:t>vt 0.564600 0.875800</w:t>
        <w:br/>
        <w:t>vt 0.574100 0.879900</w:t>
        <w:br/>
        <w:t>vt 0.579800 0.881000</w:t>
        <w:br/>
        <w:t>vt 0.568800 0.878300</w:t>
        <w:br/>
        <w:t>vt 0.564600 0.875800</w:t>
        <w:br/>
        <w:t>vt 0.617600 0.874600</w:t>
        <w:br/>
        <w:t>vt 0.613500 0.877300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0.570200 0.896600</w:t>
        <w:br/>
        <w:t>vt 0.570000 0.899800</w:t>
        <w:br/>
        <w:t>vt 0.577100 0.901100</w:t>
        <w:br/>
        <w:t>vt 0.577400 0.898000</w:t>
        <w:br/>
        <w:t>vt 0.562800 0.894900</w:t>
        <w:br/>
        <w:t>vt 0.563100 0.898300</w:t>
        <w:br/>
        <w:t>vt 0.554600 0.894000</w:t>
        <w:br/>
        <w:t>vt 0.556300 0.898600</w:t>
        <w:br/>
        <w:t>vt 0.628400 0.892400</w:t>
        <w:br/>
        <w:t>vt 0.620300 0.893600</w:t>
        <w:br/>
        <w:t>vt 0.620100 0.897000</w:t>
        <w:br/>
        <w:t>vt 0.626900 0.897000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0.600100 0.869900</w:t>
        <w:br/>
        <w:t>vt 0.595700 0.870500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0.517800 0.869100</w:t>
        <w:br/>
        <w:t>vt 0.519700 0.876000</w:t>
        <w:br/>
        <w:t>vt 0.522800 0.875700</w:t>
        <w:br/>
        <w:t>vt 0.525000 0.882900</w:t>
        <w:br/>
        <w:t>vt 0.521600 0.882800</w:t>
        <w:br/>
        <w:t>vt 0.521800 0.889600</w:t>
        <w:br/>
        <w:t>vt 0.526500 0.891000</w:t>
        <w:br/>
        <w:t>vt 0.518500 0.819100</w:t>
        <w:br/>
        <w:t>vt 0.519000 0.825900</w:t>
        <w:br/>
        <w:t>vt 0.522400 0.825500</w:t>
        <w:br/>
        <w:t>vt 0.523000 0.817300</w:t>
        <w:br/>
        <w:t>vt 0.517700 0.832800</w:t>
        <w:br/>
        <w:t>vt 0.520800 0.832900</w:t>
        <w:br/>
        <w:t>vt 0.516500 0.839900</w:t>
        <w:br/>
        <w:t>vt 0.519600 0.840100</w:t>
        <w:br/>
        <w:t>vt 0.515800 0.847200</w:t>
        <w:br/>
        <w:t>vt 0.519000 0.847300</w:t>
        <w:br/>
        <w:t>vt 0.515800 0.854600</w:t>
        <w:br/>
        <w:t>vt 0.519000 0.854400</w:t>
        <w:br/>
        <w:t>vt 0.516500 0.861900</w:t>
        <w:br/>
        <w:t>vt 0.519600 0.861500</w:t>
        <w:br/>
        <w:t>vt 0.531300 0.866800</w:t>
        <w:br/>
        <w:t>vt 0.520900 0.868600</w:t>
        <w:br/>
        <w:t>vt 0.522800 0.875700</w:t>
        <w:br/>
        <w:t>vt 0.533000 0.873300</w:t>
        <w:br/>
        <w:t>vt 0.526500 0.891000</w:t>
        <w:br/>
        <w:t>vt 0.538600 0.887600</w:t>
        <w:br/>
        <w:t>vt 0.535300 0.880300</w:t>
        <w:br/>
        <w:t>vt 0.525000 0.882900</w:t>
        <w:br/>
        <w:t>vt 0.522400 0.825500</w:t>
        <w:br/>
        <w:t>vt 0.520800 0.832900</w:t>
        <w:br/>
        <w:t>vt 0.531200 0.834300</w:t>
        <w:br/>
        <w:t>vt 0.532800 0.827200</w:t>
        <w:br/>
        <w:t>vt 0.530100 0.841000</w:t>
        <w:br/>
        <w:t>vt 0.519600 0.840100</w:t>
        <w:br/>
        <w:t>vt 0.519000 0.847300</w:t>
        <w:br/>
        <w:t>vt 0.519000 0.854400</w:t>
        <w:br/>
        <w:t>vt 0.529600 0.853900</w:t>
        <w:br/>
        <w:t>vt 0.529600 0.847500</w:t>
        <w:br/>
        <w:t>vt 0.519600 0.861500</w:t>
        <w:br/>
        <w:t>vt 0.530200 0.860300</w:t>
        <w:br/>
        <w:t>vt 0.544300 0.868200</w:t>
        <w:br/>
        <w:t>vt 0.549400 0.866400</w:t>
        <w:br/>
        <w:t>vt 0.548300 0.862100</w:t>
        <w:br/>
        <w:t>vt 0.543000 0.863500</w:t>
        <w:br/>
        <w:t>vt 0.551000 0.831400</w:t>
        <w:br/>
        <w:t>vt 0.545900 0.829900</w:t>
        <w:br/>
        <w:t>vt 0.544200 0.833800</w:t>
        <w:br/>
        <w:t>vt 0.549400 0.835600</w:t>
        <w:br/>
        <w:t>vt 0.547100 0.848500</w:t>
        <w:br/>
        <w:t>vt 0.547400 0.844000</w:t>
        <w:br/>
        <w:t>vt 0.542000 0.843200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0.546000 0.872600</w:t>
        <w:br/>
        <w:t>vt 0.551100 0.870300</w:t>
        <w:br/>
        <w:t>vt 0.548100 0.876300</w:t>
        <w:br/>
        <w:t>vt 0.553000 0.874400</w:t>
        <w:br/>
        <w:t>vt 0.542900 0.838300</w:t>
        <w:br/>
        <w:t>vt 0.548200 0.839700</w:t>
        <w:br/>
        <w:t>vt 0.514600 0.869600</w:t>
        <w:br/>
        <w:t>vt 0.516400 0.876600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0.534500 0.866000</w:t>
        <w:br/>
        <w:t>vt 0.531300 0.866800</w:t>
        <w:br/>
        <w:t>vt 0.533000 0.873300</w:t>
        <w:br/>
        <w:t>vt 0.536100 0.872100</w:t>
        <w:br/>
        <w:t>vt 0.535300 0.880300</w:t>
        <w:br/>
        <w:t>vt 0.538200 0.878300</w:t>
        <w:br/>
        <w:t>vt 0.538600 0.887600</w:t>
        <w:br/>
        <w:t>vt 0.542000 0.883700</w:t>
        <w:br/>
        <w:t>vt 0.539200 0.823200</w:t>
        <w:br/>
        <w:t>vt 0.535500 0.819600</w:t>
        <w:br/>
        <w:t>vt 0.532800 0.827200</w:t>
        <w:br/>
        <w:t>vt 0.535900 0.828900</w:t>
        <w:br/>
        <w:t>vt 0.531200 0.834300</w:t>
        <w:br/>
        <w:t>vt 0.534300 0.835200</w:t>
        <w:br/>
        <w:t>vt 0.530100 0.841000</w:t>
        <w:br/>
        <w:t>vt 0.533300 0.841400</w:t>
        <w:br/>
        <w:t>vt 0.529600 0.847500</w:t>
        <w:br/>
        <w:t>vt 0.532900 0.847600</w:t>
        <w:br/>
        <w:t>vt 0.529600 0.853900</w:t>
        <w:br/>
        <w:t>vt 0.532900 0.853800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0.537700 0.865000</w:t>
        <w:br/>
        <w:t>vt 0.539200 0.870600</w:t>
        <w:br/>
        <w:t>vt 0.541500 0.826800</w:t>
        <w:br/>
        <w:t>vt 0.539100 0.831100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0.214100 0.586300</w:t>
        <w:br/>
        <w:t>vt 0.192300 0.586300</w:t>
        <w:br/>
        <w:t>vt 0.192000 0.593000</w:t>
        <w:br/>
        <w:t>vt 0.192400 0.567900</w:t>
        <w:br/>
        <w:t>vt 0.214200 0.567900</w:t>
        <w:br/>
        <w:t>vt 0.214400 0.561200</w:t>
        <w:br/>
        <w:t>vt 0.192100 0.561300</w:t>
        <w:br/>
        <w:t>vt 0.215900 0.602800</w:t>
        <w:br/>
        <w:t>vt 0.190400 0.602800</w:t>
        <w:br/>
        <w:t>vt 0.216000 0.551300</w:t>
        <w:br/>
        <w:t>vt 0.190400 0.551400</w:t>
        <w:br/>
        <w:t>vt 0.259800 0.576900</w:t>
        <w:br/>
        <w:t>vt 0.274000 0.576800</w:t>
        <w:br/>
        <w:t>vt 0.274000 0.572700</w:t>
        <w:br/>
        <w:t>vt 0.259800 0.572700</w:t>
        <w:br/>
        <w:t>vt 0.274000 0.566300</w:t>
        <w:br/>
        <w:t>vt 0.274000 0.562100</w:t>
        <w:br/>
        <w:t>vt 0.259800 0.562100</w:t>
        <w:br/>
        <w:t>vt 0.259800 0.566300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0.217800 0.592400</w:t>
        <w:br/>
        <w:t>vt 0.217300 0.585500</w:t>
        <w:br/>
        <w:t>vt 0.214100 0.586300</w:t>
        <w:br/>
        <w:t>vt 0.192000 0.593000</w:t>
        <w:br/>
        <w:t>vt 0.192300 0.586300</w:t>
        <w:br/>
        <w:t>vt 0.188700 0.585300</w:t>
        <w:br/>
        <w:t>vt 0.188400 0.592500</w:t>
        <w:br/>
        <w:t>vt 0.192100 0.561300</w:t>
        <w:br/>
        <w:t>vt 0.188500 0.561800</w:t>
        <w:br/>
        <w:t>vt 0.188800 0.568800</w:t>
        <w:br/>
        <w:t>vt 0.192400 0.567900</w:t>
        <w:br/>
        <w:t>vt 0.217500 0.568700</w:t>
        <w:br/>
        <w:t>vt 0.217900 0.561700</w:t>
        <w:br/>
        <w:t>vt 0.214400 0.561200</w:t>
        <w:br/>
        <w:t>vt 0.214200 0.567900</w:t>
        <w:br/>
        <w:t>vt 0.215900 0.602800</w:t>
        <w:br/>
        <w:t>vt 0.219500 0.602300</w:t>
        <w:br/>
        <w:t>vt 0.186700 0.602300</w:t>
        <w:br/>
        <w:t>vt 0.190400 0.602800</w:t>
        <w:br/>
        <w:t>vt 0.190400 0.551400</w:t>
        <w:br/>
        <w:t>vt 0.186800 0.551900</w:t>
        <w:br/>
        <w:t>vt 0.219600 0.551800</w:t>
        <w:br/>
        <w:t>vt 0.216000 0.551300</w:t>
        <w:br/>
        <w:t>vt 0.189700 0.607100</w:t>
        <w:br/>
        <w:t>vt 0.189000 0.611600</w:t>
        <w:br/>
        <w:t>vt 0.217300 0.611700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0.192500 0.571000</w:t>
        <w:br/>
        <w:t>vt 0.214100 0.571100</w:t>
        <w:br/>
        <w:t>vt 0.259800 0.586300</w:t>
        <w:br/>
        <w:t>vt 0.274000 0.586300</w:t>
        <w:br/>
        <w:t>vt 0.274000 0.552700</w:t>
        <w:br/>
        <w:t>vt 0.259800 0.552700</w:t>
        <w:br/>
        <w:t>vt 0.274000 0.586300</w:t>
        <w:br/>
        <w:t>vt 0.259800 0.586300</w:t>
        <w:br/>
        <w:t>vt 0.259800 0.587900</w:t>
        <w:br/>
        <w:t>vt 0.274000 0.587900</w:t>
        <w:br/>
        <w:t>vt 0.274000 0.552700</w:t>
        <w:br/>
        <w:t>vt 0.274000 0.551100</w:t>
        <w:br/>
        <w:t>vt 0.259800 0.551000</w:t>
        <w:br/>
        <w:t>vt 0.259800 0.552700</w:t>
        <w:br/>
        <w:t>vt 0.259800 0.569500</w:t>
        <w:br/>
        <w:t>vt 0.259800 0.571200</w:t>
        <w:br/>
        <w:t>vt 0.274000 0.571200</w:t>
        <w:br/>
        <w:t>vt 0.274000 0.569500</w:t>
        <w:br/>
        <w:t>vt 0.274000 0.567800</w:t>
        <w:br/>
        <w:t>vt 0.259800 0.567800</w:t>
        <w:br/>
        <w:t>vt 0.274000 0.567800</w:t>
        <w:br/>
        <w:t>vt 0.259800 0.567800</w:t>
        <w:br/>
        <w:t>vt 0.216600 0.607100</w:t>
        <w:br/>
        <w:t>vt 0.220200 0.608100</w:t>
        <w:br/>
        <w:t>vt 0.189000 0.611600</w:t>
        <w:br/>
        <w:t>vt 0.189700 0.607100</w:t>
        <w:br/>
        <w:t>vt 0.186100 0.608200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0.218500 0.615700</w:t>
        <w:br/>
        <w:t>vt 0.222000 0.610700</w:t>
        <w:br/>
        <w:t>vt 0.189000 0.542500</w:t>
        <w:br/>
        <w:t>vt 0.187800 0.538500</w:t>
        <w:br/>
        <w:t>vt 0.184300 0.543400</w:t>
        <w:br/>
        <w:t>vt 0.188300 0.577100</w:t>
        <w:br/>
        <w:t>vt 0.188800 0.582000</w:t>
        <w:br/>
        <w:t>vt 0.192400 0.580800</w:t>
        <w:br/>
        <w:t>vt 0.192500 0.577000</w:t>
        <w:br/>
        <w:t>vt 0.218100 0.577200</w:t>
        <w:br/>
        <w:t>vt 0.217600 0.572300</w:t>
        <w:br/>
        <w:t>vt 0.214100 0.573400</w:t>
        <w:br/>
        <w:t>vt 0.214000 0.577200</w:t>
        <w:br/>
        <w:t>vt 0.214000 0.580900</w:t>
        <w:br/>
        <w:t>vt 0.214000 0.583600</w:t>
        <w:br/>
        <w:t>vt 0.217500 0.582000</w:t>
        <w:br/>
        <w:t>vt 0.192300 0.583500</w:t>
        <w:br/>
        <w:t>vt 0.192400 0.573300</w:t>
        <w:br/>
        <w:t>vt 0.192500 0.571000</w:t>
        <w:br/>
        <w:t>vt 0.188900 0.572200</w:t>
        <w:br/>
        <w:t>vt 0.214100 0.571100</w:t>
        <w:br/>
        <w:t>vt 0.222000 0.543300</w:t>
        <w:br/>
        <w:t>vt 0.218400 0.538400</w:t>
        <w:br/>
        <w:t>vt 0.217300 0.542600</w:t>
        <w:br/>
        <w:t>vt 0.184300 0.610800</w:t>
        <w:br/>
        <w:t>vt 0.187900 0.615700</w:t>
        <w:br/>
        <w:t>vt 0.217300 0.542600</w:t>
        <w:br/>
        <w:t>vt 0.189000 0.542500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0.214000 0.577200</w:t>
        <w:br/>
        <w:t>vt 0.214100 0.573400</w:t>
        <w:br/>
        <w:t>vt 0.192400 0.573300</w:t>
        <w:br/>
        <w:t>vt 0.192400 0.580800</w:t>
        <w:br/>
        <w:t>vt 0.214000 0.580900</w:t>
        <w:br/>
        <w:t>vt 0.324900 0.562100</w:t>
        <w:br/>
        <w:t>vt 0.327400 0.559300</w:t>
        <w:br/>
        <w:t>vt 0.322700 0.556300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0.408400 0.393800</w:t>
        <w:br/>
        <w:t>vt 0.408500 0.396400</w:t>
        <w:br/>
        <w:t>vt 0.408400 0.393800</w:t>
        <w:br/>
        <w:t>vt 0.408800 0.399200</w:t>
        <w:br/>
        <w:t>vt 0.408500 0.396400</w:t>
        <w:br/>
        <w:t>vt 0.408900 0.401900</w:t>
        <w:br/>
        <w:t>vt 0.408800 0.399200</w:t>
        <w:br/>
        <w:t>vt 0.408900 0.401900</w:t>
        <w:br/>
        <w:t>vt 0.408600 0.404600</w:t>
        <w:br/>
        <w:t>vt 0.408400 0.388500</w:t>
        <w:br/>
        <w:t>vt 0.408400 0.391100</w:t>
        <w:br/>
        <w:t>vt 0.459300 0.393800</w:t>
        <w:br/>
        <w:t>vt 0.459300 0.389300</w:t>
        <w:br/>
        <w:t>vt 0.458600 0.398200</w:t>
        <w:br/>
        <w:t>vt 0.459300 0.393800</w:t>
        <w:br/>
        <w:t>vt 0.457700 0.402500</w:t>
        <w:br/>
        <w:t>vt 0.458600 0.398200</w:t>
        <w:br/>
        <w:t>vt 0.456900 0.406800</w:t>
        <w:br/>
        <w:t>vt 0.457700 0.402500</w:t>
        <w:br/>
        <w:t>vt 0.456300 0.411000</w:t>
        <w:br/>
        <w:t>vt 0.456900 0.406800</w:t>
        <w:br/>
        <w:t>vt 0.459300 0.389300</w:t>
        <w:br/>
        <w:t>vt 0.459200 0.385100</w:t>
        <w:br/>
        <w:t>vt 0.447100 0.389300</w:t>
        <w:br/>
        <w:t>vt 0.446700 0.393200</w:t>
        <w:br/>
        <w:t>vt 0.444000 0.393200</w:t>
        <w:br/>
        <w:t>vt 0.444200 0.389200</w:t>
        <w:br/>
        <w:t>vt 0.444000 0.393200</w:t>
        <w:br/>
        <w:t>vt 0.446700 0.393200</w:t>
        <w:br/>
        <w:t>vt 0.447000 0.397200</w:t>
        <w:br/>
        <w:t>vt 0.444300 0.397100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0.444300 0.410800</w:t>
        <w:br/>
        <w:t>vt 0.445200 0.406100</w:t>
        <w:br/>
        <w:t>vt 0.448100 0.406200</w:t>
        <w:br/>
        <w:t>vt 0.444900 0.384900</w:t>
        <w:br/>
        <w:t>vt 0.448200 0.385100</w:t>
        <w:br/>
        <w:t>vt 0.415500 0.390900</w:t>
        <w:br/>
        <w:t>vt 0.415500 0.393700</w:t>
        <w:br/>
        <w:t>vt 0.412800 0.393700</w:t>
        <w:br/>
        <w:t>vt 0.412900 0.390900</w:t>
        <w:br/>
        <w:t>vt 0.415500 0.396400</w:t>
        <w:br/>
        <w:t>vt 0.413000 0.396600</w:t>
        <w:br/>
        <w:t>vt 0.412800 0.393700</w:t>
        <w:br/>
        <w:t>vt 0.415500 0.393700</w:t>
        <w:br/>
        <w:t>vt 0.415500 0.399500</w:t>
        <w:br/>
        <w:t>vt 0.413200 0.399400</w:t>
        <w:br/>
        <w:t>vt 0.413200 0.402400</w:t>
        <w:br/>
        <w:t>vt 0.415300 0.402700</w:t>
        <w:br/>
        <w:t>vt 0.413200 0.402400</w:t>
        <w:br/>
        <w:t>vt 0.415300 0.402700</w:t>
        <w:br/>
        <w:t>vt 0.414700 0.405700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0.442400 0.401600</w:t>
        <w:br/>
        <w:t>vt 0.442300 0.397500</w:t>
        <w:br/>
        <w:t>vt 0.442300 0.405900</w:t>
        <w:br/>
        <w:t>vt 0.442400 0.401600</w:t>
        <w:br/>
        <w:t>vt 0.442100 0.410200</w:t>
        <w:br/>
        <w:t>vt 0.442100 0.388800</w:t>
        <w:br/>
        <w:t>vt 0.441900 0.384500</w:t>
        <w:br/>
        <w:t>vt 0.416500 0.390700</w:t>
        <w:br/>
        <w:t>vt 0.416300 0.393600</w:t>
        <w:br/>
        <w:t>vt 0.416300 0.393600</w:t>
        <w:br/>
        <w:t>vt 0.416500 0.396700</w:t>
        <w:br/>
        <w:t>vt 0.416500 0.396700</w:t>
        <w:br/>
        <w:t>vt 0.416700 0.399700</w:t>
        <w:br/>
        <w:t>vt 0.416600 0.402800</w:t>
        <w:br/>
        <w:t>vt 0.416600 0.402800</w:t>
        <w:br/>
        <w:t>vt 0.415700 0.405800</w:t>
        <w:br/>
        <w:t>vt 0.416500 0.390700</w:t>
        <w:br/>
        <w:t>vt 0.416800 0.387600</w:t>
        <w:br/>
        <w:t>vt 0.429700 0.393400</w:t>
        <w:br/>
        <w:t>vt 0.429700 0.389400</w:t>
        <w:br/>
        <w:t>vt 0.429800 0.397300</w:t>
        <w:br/>
        <w:t>vt 0.429800 0.401000</w:t>
        <w:br/>
        <w:t>vt 0.429800 0.397300</w:t>
        <w:br/>
        <w:t>vt 0.429700 0.404700</w:t>
        <w:br/>
        <w:t>vt 0.429800 0.401000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0.452300 0.402000</w:t>
        <w:br/>
        <w:t>vt 0.452100 0.406400</w:t>
        <w:br/>
        <w:t>vt 0.451100 0.410600</w:t>
        <w:br/>
        <w:t>vt 0.453600 0.385000</w:t>
        <w:br/>
        <w:t>vt 0.452700 0.389100</w:t>
        <w:br/>
        <w:t>vt 0.246700 0.551500</w:t>
        <w:br/>
        <w:t>vt 0.245600 0.567400</w:t>
        <w:br/>
        <w:t>vt 0.229700 0.567800</w:t>
        <w:br/>
        <w:t>vt 0.232400 0.545100</w:t>
        <w:br/>
        <w:t>vt 0.247300 0.583300</w:t>
        <w:br/>
        <w:t>vt 0.233200 0.590200</w:t>
        <w:br/>
        <w:t>vt 0.794100 0.744500</w:t>
        <w:br/>
        <w:t>vt 0.791500 0.738000</w:t>
        <w:br/>
        <w:t>vt 0.801000 0.737200</w:t>
        <w:br/>
        <w:t>vt 0.801000 0.744200</w:t>
        <w:br/>
        <w:t>vt 0.810400 0.738000</w:t>
        <w:br/>
        <w:t>vt 0.807900 0.744500</w:t>
        <w:br/>
        <w:t>vt 0.246700 0.551500</w:t>
        <w:br/>
        <w:t>vt 0.250800 0.552500</w:t>
        <w:br/>
        <w:t>vt 0.250100 0.567300</w:t>
        <w:br/>
        <w:t>vt 0.245600 0.567400</w:t>
        <w:br/>
        <w:t>vt 0.225100 0.567900</w:t>
        <w:br/>
        <w:t>vt 0.228000 0.544100</w:t>
        <w:br/>
        <w:t>vt 0.232400 0.545100</w:t>
        <w:br/>
        <w:t>vt 0.229700 0.567800</w:t>
        <w:br/>
        <w:t>vt 0.251500 0.582200</w:t>
        <w:br/>
        <w:t>vt 0.247300 0.583300</w:t>
        <w:br/>
        <w:t>vt 0.233200 0.590200</w:t>
        <w:br/>
        <w:t>vt 0.228700 0.591400</w:t>
        <w:br/>
        <w:t>vt 0.296800 0.527000</w:t>
        <w:br/>
        <w:t>vt 0.296800 0.609500</w:t>
        <w:br/>
        <w:t>vt 0.283500 0.598900</w:t>
        <w:br/>
        <w:t>vt 0.283500 0.537700</w:t>
        <w:br/>
        <w:t>vt 0.240600 0.609500</w:t>
        <w:br/>
        <w:t>vt 0.252900 0.598900</w:t>
        <w:br/>
        <w:t>vt 0.252200 0.537700</w:t>
        <w:br/>
        <w:t>vt 0.240100 0.527000</w:t>
        <w:br/>
        <w:t>vt 0.819200 0.765000</w:t>
        <w:br/>
        <w:t>vt 0.783200 0.765000</w:t>
        <w:br/>
        <w:t>vt 0.787800 0.759300</w:t>
        <w:br/>
        <w:t>vt 0.814600 0.759300</w:t>
        <w:br/>
        <w:t>vt 0.814600 0.746000</w:t>
        <w:br/>
        <w:t>vt 0.819200 0.740500</w:t>
        <w:br/>
        <w:t>vt 0.787800 0.746000</w:t>
        <w:br/>
        <w:t>vt 0.783200 0.740500</w:t>
        <w:br/>
        <w:t>vt 0.283500 0.598900</w:t>
        <w:br/>
        <w:t>vt 0.279900 0.595700</w:t>
        <w:br/>
        <w:t>vt 0.279900 0.541000</w:t>
        <w:br/>
        <w:t>vt 0.283500 0.537700</w:t>
        <w:br/>
        <w:t>vt 0.301500 0.609000</w:t>
        <w:br/>
        <w:t>vt 0.296800 0.609500</w:t>
        <w:br/>
        <w:t>vt 0.296800 0.527000</w:t>
        <w:br/>
        <w:t>vt 0.301500 0.528300</w:t>
        <w:br/>
        <w:t>vt 0.279900 0.595700</w:t>
        <w:br/>
        <w:t>vt 0.283500 0.598900</w:t>
        <w:br/>
        <w:t>vt 0.252900 0.598900</w:t>
        <w:br/>
        <w:t>vt 0.255000 0.595700</w:t>
        <w:br/>
        <w:t>vt 0.296800 0.609500</w:t>
        <w:br/>
        <w:t>vt 0.297000 0.614200</w:t>
        <w:br/>
        <w:t>vt 0.240700 0.614200</w:t>
        <w:br/>
        <w:t>vt 0.240600 0.609500</w:t>
        <w:br/>
        <w:t>vt 0.235700 0.524300</w:t>
        <w:br/>
        <w:t>vt 0.240100 0.527000</w:t>
        <w:br/>
        <w:t>vt 0.252200 0.537700</w:t>
        <w:br/>
        <w:t>vt 0.254300 0.541000</w:t>
        <w:br/>
        <w:t>vt 0.252200 0.537700</w:t>
        <w:br/>
        <w:t>vt 0.283500 0.537700</w:t>
        <w:br/>
        <w:t>vt 0.279900 0.541000</w:t>
        <w:br/>
        <w:t>vt 0.254300 0.541000</w:t>
        <w:br/>
        <w:t>vt 0.240500 0.522400</w:t>
        <w:br/>
        <w:t>vt 0.297200 0.522400</w:t>
        <w:br/>
        <w:t>vt 0.296800 0.527000</w:t>
        <w:br/>
        <w:t>vt 0.240100 0.527000</w:t>
        <w:br/>
        <w:t>vt 0.255000 0.595700</w:t>
        <w:br/>
        <w:t>vt 0.252900 0.598900</w:t>
        <w:br/>
        <w:t>vt 0.236200 0.611700</w:t>
        <w:br/>
        <w:t>vt 0.240600 0.609500</w:t>
        <w:br/>
        <w:t>vt 0.992400 0.753700</w:t>
        <w:br/>
        <w:t>vt 0.983600 0.756700</w:t>
        <w:br/>
        <w:t>vt 0.983600 0.738500</w:t>
        <w:br/>
        <w:t>vt 0.983600 0.769600</w:t>
        <w:br/>
        <w:t>vt 0.997400 0.769600</w:t>
        <w:br/>
        <w:t>vt 0.997400 0.794300</w:t>
        <w:br/>
        <w:t>vt 0.983600 0.794300</w:t>
        <w:br/>
        <w:t>vt 0.983600 0.756700</w:t>
        <w:br/>
        <w:t>vt 0.975400 0.754600</w:t>
        <w:br/>
        <w:t>vt 0.983600 0.738500</w:t>
        <w:br/>
        <w:t>vt 0.983600 0.769600</w:t>
        <w:br/>
        <w:t>vt 0.970600 0.769600</w:t>
        <w:br/>
        <w:t>vt 0.983600 0.794300</w:t>
        <w:br/>
        <w:t>vt 0.970600 0.794300</w:t>
        <w:br/>
        <w:t>vt 0.678900 0.447800</w:t>
        <w:br/>
        <w:t>vt 0.689000 0.447800</w:t>
        <w:br/>
        <w:t>vt 0.689000 0.459800</w:t>
        <w:br/>
        <w:t>vt 0.678900 0.459800</w:t>
        <w:br/>
        <w:t>vt 0.681700 0.441100</w:t>
        <w:br/>
        <w:t>vt 0.686400 0.441100</w:t>
        <w:br/>
        <w:t>vt 0.684100 0.433000</w:t>
        <w:br/>
        <w:t>vt 0.997400 0.820700</w:t>
        <w:br/>
        <w:t>vt 0.983600 0.820700</w:t>
        <w:br/>
        <w:t>vt 0.983600 0.820700</w:t>
        <w:br/>
        <w:t>vt 0.970600 0.820700</w:t>
        <w:br/>
        <w:t>vt 0.689000 0.473000</w:t>
        <w:br/>
        <w:t>vt 0.678900 0.472900</w:t>
        <w:br/>
        <w:t>vt 0.432400 0.340200</w:t>
        <w:br/>
        <w:t>vt 0.432500 0.346100</w:t>
        <w:br/>
        <w:t>vt 0.425000 0.342800</w:t>
        <w:br/>
        <w:t>vt 0.425700 0.338000</w:t>
        <w:br/>
        <w:t>vt 0.438100 0.344400</w:t>
        <w:br/>
        <w:t>vt 0.442300 0.350100</w:t>
        <w:br/>
        <w:t>vt 0.438000 0.352300</w:t>
        <w:br/>
        <w:t>vt 0.439700 0.357500</w:t>
        <w:br/>
        <w:t>vt 0.444400 0.356800</w:t>
        <w:br/>
        <w:t>vt 0.444400 0.363800</w:t>
        <w:br/>
        <w:t>vt 0.439700 0.363100</w:t>
        <w:br/>
        <w:t>vt 0.442300 0.370600</w:t>
        <w:br/>
        <w:t>vt 0.436300 0.370600</w:t>
        <w:br/>
        <w:t>vt 0.438100 0.376300</w:t>
        <w:br/>
        <w:t>vt 0.432400 0.380400</w:t>
        <w:br/>
        <w:t>vt 0.430200 0.376100</w:t>
        <w:br/>
        <w:t>vt 0.425700 0.382600</w:t>
        <w:br/>
        <w:t>vt 0.422100 0.377800</w:t>
        <w:br/>
        <w:t>vt 0.418600 0.382600</w:t>
        <w:br/>
        <w:t>vt 0.414100 0.376100</w:t>
        <w:br/>
        <w:t>vt 0.411900 0.380400</w:t>
        <w:br/>
        <w:t>vt 0.406200 0.376200</w:t>
        <w:br/>
        <w:t>vt 0.408000 0.370600</w:t>
        <w:br/>
        <w:t>vt 0.402100 0.370500</w:t>
        <w:br/>
        <w:t>vt 0.399900 0.363800</w:t>
        <w:br/>
        <w:t>vt 0.404700 0.363000</w:t>
        <w:br/>
        <w:t>vt 0.399900 0.356700</w:t>
        <w:br/>
        <w:t>vt 0.405500 0.354900</w:t>
        <w:br/>
        <w:t>vt 0.402100 0.350000</w:t>
        <w:br/>
        <w:t>vt 0.409700 0.347700</w:t>
        <w:br/>
        <w:t>vt 0.406300 0.344300</w:t>
        <w:br/>
        <w:t>vt 0.412000 0.340200</w:t>
        <w:br/>
        <w:t>vt 0.416800 0.343600</w:t>
        <w:br/>
        <w:t>vt 0.418700 0.338000</w:t>
        <w:br/>
        <w:t>vt 0.428000 0.348800</w:t>
        <w:br/>
        <w:t>vt 0.424200 0.347600</w:t>
        <w:br/>
        <w:t>vt 0.431300 0.351200</w:t>
        <w:br/>
        <w:t>vt 0.433700 0.354500</w:t>
        <w:br/>
        <w:t>vt 0.434900 0.358300</w:t>
        <w:br/>
        <w:t>vt 0.434900 0.362300</w:t>
        <w:br/>
        <w:t>vt 0.433600 0.366200</w:t>
        <w:br/>
        <w:t>vt 0.431300 0.369400</w:t>
        <w:br/>
        <w:t>vt 0.428000 0.371800</w:t>
        <w:br/>
        <w:t>vt 0.424200 0.373000</w:t>
        <w:br/>
        <w:t>vt 0.420100 0.373000</w:t>
        <w:br/>
        <w:t>vt 0.416300 0.371800</w:t>
        <w:br/>
        <w:t>vt 0.413000 0.369400</w:t>
        <w:br/>
        <w:t>vt 0.410700 0.366100</w:t>
        <w:br/>
        <w:t>vt 0.409500 0.362300</w:t>
        <w:br/>
        <w:t>vt 0.409500 0.358300</w:t>
        <w:br/>
        <w:t>vt 0.410700 0.354400</w:t>
        <w:br/>
        <w:t>vt 0.413100 0.351200</w:t>
        <w:br/>
        <w:t>vt 0.416300 0.348800</w:t>
        <w:br/>
        <w:t>vt 0.420200 0.347600</w:t>
        <w:br/>
        <w:t>vt 0.321500 0.686600</w:t>
        <w:br/>
        <w:t>vt 0.321500 0.682800</w:t>
        <w:br/>
        <w:t>vt 0.326700 0.682800</w:t>
        <w:br/>
        <w:t>vt 0.326700 0.686600</w:t>
        <w:br/>
        <w:t>vt 0.326700 0.690400</w:t>
        <w:br/>
        <w:t>vt 0.321500 0.690400</w:t>
        <w:br/>
        <w:t>vt 0.326700 0.698000</w:t>
        <w:br/>
        <w:t>vt 0.326700 0.701800</w:t>
        <w:br/>
        <w:t>vt 0.321500 0.701800</w:t>
        <w:br/>
        <w:t>vt 0.321500 0.698000</w:t>
        <w:br/>
        <w:t>vt 0.321500 0.641000</w:t>
        <w:br/>
        <w:t>vt 0.326700 0.641000</w:t>
        <w:br/>
        <w:t>vt 0.326700 0.644800</w:t>
        <w:br/>
        <w:t>vt 0.321500 0.644800</w:t>
        <w:br/>
        <w:t>vt 0.321500 0.648600</w:t>
        <w:br/>
        <w:t>vt 0.326700 0.648600</w:t>
        <w:br/>
        <w:t>vt 0.321500 0.652400</w:t>
        <w:br/>
        <w:t>vt 0.326700 0.652400</w:t>
        <w:br/>
        <w:t>vt 0.326700 0.660000</w:t>
        <w:br/>
        <w:t>vt 0.326700 0.663800</w:t>
        <w:br/>
        <w:t>vt 0.321500 0.663800</w:t>
        <w:br/>
        <w:t>vt 0.321500 0.660000</w:t>
        <w:br/>
        <w:t>vt 0.326700 0.667600</w:t>
        <w:br/>
        <w:t>vt 0.321500 0.667600</w:t>
        <w:br/>
        <w:t>vt 0.321500 0.671400</w:t>
        <w:br/>
        <w:t>vt 0.326700 0.671400</w:t>
        <w:br/>
        <w:t>vt 0.315400 0.679300</w:t>
        <w:br/>
        <w:t>vt 0.311000 0.679300</w:t>
        <w:br/>
        <w:t>vt 0.311000 0.677400</w:t>
        <w:br/>
        <w:t>vt 0.315400 0.677400</w:t>
        <w:br/>
        <w:t>vt 0.315400 0.650900</w:t>
        <w:br/>
        <w:t>vt 0.315400 0.652800</w:t>
        <w:br/>
        <w:t>vt 0.311000 0.652800</w:t>
        <w:br/>
        <w:t>vt 0.311000 0.650900</w:t>
        <w:br/>
        <w:t>vt 0.315400 0.654700</w:t>
        <w:br/>
        <w:t>vt 0.311000 0.654700</w:t>
        <w:br/>
        <w:t>vt 0.315400 0.662300</w:t>
        <w:br/>
        <w:t>vt 0.315400 0.664200</w:t>
        <w:br/>
        <w:t>vt 0.311000 0.664200</w:t>
        <w:br/>
        <w:t>vt 0.311000 0.662300</w:t>
        <w:br/>
        <w:t>vt 0.311000 0.666100</w:t>
        <w:br/>
        <w:t>vt 0.315400 0.666100</w:t>
        <w:br/>
        <w:t>vt 0.311000 0.668000</w:t>
        <w:br/>
        <w:t>vt 0.315400 0.668000</w:t>
        <w:br/>
        <w:t>vt 0.315400 0.669800</w:t>
        <w:br/>
        <w:t>vt 0.311000 0.669800</w:t>
        <w:br/>
        <w:t>vt 0.311000 0.675500</w:t>
        <w:br/>
        <w:t>vt 0.315400 0.675500</w:t>
        <w:br/>
        <w:t>vt 0.127900 0.730300</w:t>
        <w:br/>
        <w:t>vt 0.132400 0.730300</w:t>
        <w:br/>
        <w:t>vt 0.131900 0.733400</w:t>
        <w:br/>
        <w:t>vt 0.126700 0.733900</w:t>
        <w:br/>
        <w:t>vt 0.123600 0.731700</w:t>
        <w:br/>
        <w:t>vt 0.122200 0.736600</w:t>
        <w:br/>
        <w:t>vt 0.120000 0.734400</w:t>
        <w:br/>
        <w:t>vt 0.120100 0.739400</w:t>
        <w:br/>
        <w:t>vt 0.117300 0.738100</w:t>
        <w:br/>
        <w:t>vt 0.119000 0.742800</w:t>
        <w:br/>
        <w:t>vt 0.115900 0.742300</w:t>
        <w:br/>
        <w:t>vt 0.119500 0.748100</w:t>
        <w:br/>
        <w:t>vt 0.115900 0.746900</w:t>
        <w:br/>
        <w:t>vt 0.117300 0.751100</w:t>
        <w:br/>
        <w:t>vt 0.122200 0.752600</w:t>
        <w:br/>
        <w:t>vt 0.120000 0.754800</w:t>
        <w:br/>
        <w:t>vt 0.126700 0.755200</w:t>
        <w:br/>
        <w:t>vt 0.123600 0.757400</w:t>
        <w:br/>
        <w:t>vt 0.127900 0.758800</w:t>
        <w:br/>
        <w:t>vt 0.132000 0.755800</w:t>
        <w:br/>
        <w:t>vt 0.132400 0.758800</w:t>
        <w:br/>
        <w:t>vt 0.136700 0.757400</w:t>
        <w:br/>
        <w:t>vt 0.136800 0.753600</w:t>
        <w:br/>
        <w:t>vt 0.140400 0.754800</w:t>
        <w:br/>
        <w:t>vt 0.140300 0.749700</w:t>
        <w:br/>
        <w:t>vt 0.143000 0.751100</w:t>
        <w:br/>
        <w:t>vt 0.144400 0.746800</w:t>
        <w:br/>
        <w:t>vt 0.141400 0.744600</w:t>
        <w:br/>
        <w:t>vt 0.144400 0.742300</w:t>
        <w:br/>
        <w:t>vt 0.140300 0.739400</w:t>
        <w:br/>
        <w:t>vt 0.143000 0.738000</w:t>
        <w:br/>
        <w:t>vt 0.140300 0.734400</w:t>
        <w:br/>
        <w:t>vt 0.136700 0.735500</w:t>
        <w:br/>
        <w:t>vt 0.136700 0.731700</w:t>
        <w:br/>
        <w:t>vt 0.131400 0.736400</w:t>
        <w:br/>
        <w:t>vt 0.128900 0.736400</w:t>
        <w:br/>
        <w:t>vt 0.126400 0.737200</w:t>
        <w:br/>
        <w:t>vt 0.124300 0.738800</w:t>
        <w:br/>
        <w:t>vt 0.122800 0.740800</w:t>
        <w:br/>
        <w:t>vt 0.122000 0.743300</w:t>
        <w:br/>
        <w:t>vt 0.122000 0.745900</w:t>
        <w:br/>
        <w:t>vt 0.122800 0.748300</w:t>
        <w:br/>
        <w:t>vt 0.124400 0.750400</w:t>
        <w:br/>
        <w:t>vt 0.126400 0.751900</w:t>
        <w:br/>
        <w:t>vt 0.128900 0.752700</w:t>
        <w:br/>
        <w:t>vt 0.131500 0.752700</w:t>
        <w:br/>
        <w:t>vt 0.133900 0.751900</w:t>
        <w:br/>
        <w:t>vt 0.136000 0.750400</w:t>
        <w:br/>
        <w:t>vt 0.137500 0.748300</w:t>
        <w:br/>
        <w:t>vt 0.138300 0.745800</w:t>
        <w:br/>
        <w:t>vt 0.138300 0.743300</w:t>
        <w:br/>
        <w:t>vt 0.137500 0.740800</w:t>
        <w:br/>
        <w:t>vt 0.136000 0.738700</w:t>
        <w:br/>
        <w:t>vt 0.133900 0.737200</w:t>
        <w:br/>
        <w:t>vt 0.326700 0.694200</w:t>
        <w:br/>
        <w:t>vt 0.321500 0.694200</w:t>
        <w:br/>
        <w:t>vt 0.326700 0.625800</w:t>
        <w:br/>
        <w:t>vt 0.326700 0.629600</w:t>
        <w:br/>
        <w:t>vt 0.321500 0.629600</w:t>
        <w:br/>
        <w:t>vt 0.321500 0.625800</w:t>
        <w:br/>
        <w:t>vt 0.326700 0.633400</w:t>
        <w:br/>
        <w:t>vt 0.321500 0.633400</w:t>
        <w:br/>
        <w:t>vt 0.326700 0.637200</w:t>
        <w:br/>
        <w:t>vt 0.321500 0.637200</w:t>
        <w:br/>
        <w:t>vt 0.326700 0.656200</w:t>
        <w:br/>
        <w:t>vt 0.321500 0.656200</w:t>
        <w:br/>
        <w:t>vt 0.321500 0.675200</w:t>
        <w:br/>
        <w:t>vt 0.326700 0.675200</w:t>
        <w:br/>
        <w:t>vt 0.326700 0.679000</w:t>
        <w:br/>
        <w:t>vt 0.321500 0.679000</w:t>
        <w:br/>
        <w:t>vt 0.311000 0.681200</w:t>
        <w:br/>
        <w:t>vt 0.315400 0.681200</w:t>
        <w:br/>
        <w:t>vt 0.311000 0.683100</w:t>
        <w:br/>
        <w:t>vt 0.315400 0.683100</w:t>
        <w:br/>
        <w:t>vt 0.315400 0.685000</w:t>
        <w:br/>
        <w:t>vt 0.311000 0.685000</w:t>
        <w:br/>
        <w:t>vt 0.311000 0.686900</w:t>
        <w:br/>
        <w:t>vt 0.315400 0.686900</w:t>
        <w:br/>
        <w:t>vt 0.311000 0.649000</w:t>
        <w:br/>
        <w:t>vt 0.315400 0.649000</w:t>
        <w:br/>
        <w:t>vt 0.315400 0.656600</w:t>
        <w:br/>
        <w:t>vt 0.311000 0.656600</w:t>
        <w:br/>
        <w:t>vt 0.315400 0.658500</w:t>
        <w:br/>
        <w:t>vt 0.311000 0.658500</w:t>
        <w:br/>
        <w:t>vt 0.311000 0.660400</w:t>
        <w:br/>
        <w:t>vt 0.315400 0.660400</w:t>
        <w:br/>
        <w:t>vt 0.311000 0.671700</w:t>
        <w:br/>
        <w:t>vt 0.315400 0.671700</w:t>
        <w:br/>
        <w:t>vt 0.311000 0.673600</w:t>
        <w:br/>
        <w:t>vt 0.315400 0.673600</w:t>
        <w:br/>
        <w:t>vt 0.511800 0.987600</w:t>
        <w:br/>
        <w:t>vt 0.463000 0.987600</w:t>
        <w:br/>
        <w:t>vt 0.471800 0.975000</w:t>
        <w:br/>
        <w:t>vt 0.502300 0.975000</w:t>
        <w:br/>
        <w:t>vt 0.456800 0.948900</w:t>
        <w:br/>
        <w:t>vt 0.467400 0.961400</w:t>
        <w:br/>
        <w:t>vt 0.467400 0.970300</w:t>
        <w:br/>
        <w:t>vt 0.456800 0.982300</w:t>
        <w:br/>
        <w:t>vt 0.168082 0.969794</w:t>
        <w:br/>
        <w:t>vt 0.168082 0.993394</w:t>
        <w:br/>
        <w:t>vt 0.162282 0.988394</w:t>
        <w:br/>
        <w:t>vt 0.162282 0.974794</w:t>
        <w:br/>
        <w:t>vt 0.159882 0.990794</w:t>
        <w:br/>
        <w:t>vt 0.165882 0.995694</w:t>
        <w:br/>
        <w:t>vt 0.149482 0.995694</w:t>
        <w:br/>
        <w:t>vt 0.155282 0.990794</w:t>
        <w:br/>
        <w:t>vt 0.159882 0.972394</w:t>
        <w:br/>
        <w:t>vt 0.155182 0.972394</w:t>
        <w:br/>
        <w:t>vt 0.149482 0.967594</w:t>
        <w:br/>
        <w:t>vt 0.165882 0.967594</w:t>
        <w:br/>
        <w:t>vt 0.460200 0.994400</w:t>
        <w:br/>
        <w:t>vt 0.463000 0.987600</w:t>
        <w:br/>
        <w:t>vt 0.511800 0.987600</w:t>
        <w:br/>
        <w:t>vt 0.515200 0.994400</w:t>
        <w:br/>
        <w:t>vt 0.502300 0.975000</w:t>
        <w:br/>
        <w:t>vt 0.471800 0.975000</w:t>
        <w:br/>
        <w:t>vt 0.473800 0.970000</w:t>
        <w:br/>
        <w:t>vt 0.500300 0.970000</w:t>
        <w:br/>
        <w:t>vt 0.517200 0.982700</w:t>
        <w:br/>
        <w:t>vt 0.517200 0.948700</w:t>
        <w:br/>
        <w:t>vt 0.524100 0.945700</w:t>
        <w:br/>
        <w:t>vt 0.524100 0.985700</w:t>
        <w:br/>
        <w:t>vt 0.461300 0.943700</w:t>
        <w:br/>
        <w:t>vt 0.457900 0.936800</w:t>
        <w:br/>
        <w:t>vt 0.514400 0.936800</w:t>
        <w:br/>
        <w:t>vt 0.512000 0.943700</w:t>
        <w:br/>
        <w:t>vt 0.450000 0.985700</w:t>
        <w:br/>
        <w:t>vt 0.450000 0.945700</w:t>
        <w:br/>
        <w:t>vt 0.456800 0.948900</w:t>
        <w:br/>
        <w:t>vt 0.456800 0.982300</w:t>
        <w:br/>
        <w:t>vt 0.471800 0.956300</w:t>
        <w:br/>
        <w:t>vt 0.502300 0.956300</w:t>
        <w:br/>
        <w:t>vt 0.500300 0.961500</w:t>
        <w:br/>
        <w:t>vt 0.473800 0.961500</w:t>
        <w:br/>
        <w:t>vt 0.506800 0.961400</w:t>
        <w:br/>
        <w:t>vt 0.506800 0.970600</w:t>
        <w:br/>
        <w:t>vt 0.502800 0.968600</w:t>
        <w:br/>
        <w:t>vt 0.502800 0.963100</w:t>
        <w:br/>
        <w:t>vt 0.471300 0.968600</w:t>
        <w:br/>
        <w:t>vt 0.467400 0.970300</w:t>
        <w:br/>
        <w:t>vt 0.467400 0.961400</w:t>
        <w:br/>
        <w:t>vt 0.471300 0.963100</w:t>
        <w:br/>
        <w:t>vt 0.502300 0.956300</w:t>
        <w:br/>
        <w:t>vt 0.471800 0.956300</w:t>
        <w:br/>
        <w:t>vt 0.461300 0.943700</w:t>
        <w:br/>
        <w:t>vt 0.512000 0.943700</w:t>
        <w:br/>
        <w:t>vt 0.147282 0.969794</w:t>
        <w:br/>
        <w:t>vt 0.152882 0.974794</w:t>
        <w:br/>
        <w:t>vt 0.152882 0.988494</w:t>
        <w:br/>
        <w:t>vt 0.147282 0.993494</w:t>
        <w:br/>
        <w:t>vt 0.506800 0.970600</w:t>
        <w:br/>
        <w:t>vt 0.506800 0.961400</w:t>
        <w:br/>
        <w:t>vt 0.517200 0.948700</w:t>
        <w:br/>
        <w:t>vt 0.517200 0.982700</w:t>
        <w:br/>
        <w:t>vt 0.515000 0.986000</w:t>
        <w:br/>
        <w:t>vt 0.520100 0.991300</w:t>
        <w:br/>
        <w:t>vt 0.459500 0.985400</w:t>
        <w:br/>
        <w:t>vt 0.453700 0.991300</w:t>
        <w:br/>
        <w:t>vt 0.471900 0.969700</w:t>
        <w:br/>
        <w:t>vt 0.468600 0.973200</w:t>
        <w:br/>
        <w:t>vt 0.502100 0.969700</w:t>
        <w:br/>
        <w:t>vt 0.505500 0.973800</w:t>
        <w:br/>
        <w:t>vt 0.521200 0.940000</w:t>
        <w:br/>
        <w:t>vt 0.515500 0.945500</w:t>
        <w:br/>
        <w:t>vt 0.458200 0.945700</w:t>
        <w:br/>
        <w:t>vt 0.453200 0.940000</w:t>
        <w:br/>
        <w:t>vt 0.505500 0.958300</w:t>
        <w:br/>
        <w:t>vt 0.502100 0.961900</w:t>
        <w:br/>
        <w:t>vt 0.471900 0.961900</w:t>
        <w:br/>
        <w:t>vt 0.468600 0.957800</w:t>
        <w:br/>
        <w:t>vt 0.458200 0.945700</w:t>
        <w:br/>
        <w:t>vt 0.468600 0.957800</w:t>
        <w:br/>
        <w:t>vt 0.153482 0.972994</w:t>
        <w:br/>
        <w:t>vt 0.147782 0.968094</w:t>
        <w:br/>
        <w:t>vt 0.515500 0.945500</w:t>
        <w:br/>
        <w:t>vt 0.505500 0.958300</w:t>
        <w:br/>
        <w:t>vt 0.147882 0.995194</w:t>
        <w:br/>
        <w:t>vt 0.153482 0.990194</w:t>
        <w:br/>
        <w:t>vt 0.505500 0.973800</w:t>
        <w:br/>
        <w:t>vt 0.515000 0.986000</w:t>
        <w:br/>
        <w:t>vt 0.161682 0.990194</w:t>
        <w:br/>
        <w:t>vt 0.167582 0.995094</w:t>
        <w:br/>
        <w:t>vt 0.459500 0.985400</w:t>
        <w:br/>
        <w:t>vt 0.468600 0.973200</w:t>
        <w:br/>
        <w:t>vt 0.161682 0.972994</w:t>
        <w:br/>
        <w:t>vt 0.167482 0.968094</w:t>
        <w:br/>
        <w:t>vt 0.065200 0.769200</w:t>
        <w:br/>
        <w:t>vt 0.065200 0.758100</w:t>
        <w:br/>
        <w:t>vt 0.070100 0.767700</w:t>
        <w:br/>
        <w:t>vt 0.074200 0.776800</w:t>
        <w:br/>
        <w:t>vt 0.065200 0.776800</w:t>
        <w:br/>
        <w:t>vt 0.074200 0.786700</w:t>
        <w:br/>
        <w:t>vt 0.065200 0.786700</w:t>
        <w:br/>
        <w:t>vt 0.060100 0.767800</w:t>
        <w:br/>
        <w:t>vt 0.065200 0.758100</w:t>
        <w:br/>
        <w:t>vt 0.065200 0.769200</w:t>
        <w:br/>
        <w:t>vt 0.065200 0.776800</w:t>
        <w:br/>
        <w:t>vt 0.056500 0.776800</w:t>
        <w:br/>
        <w:t>vt 0.056500 0.786700</w:t>
        <w:br/>
        <w:t>vt 0.065200 0.786700</w:t>
        <w:br/>
        <w:t>vt 0.304600 0.415800</w:t>
        <w:br/>
        <w:t>vt 0.296000 0.419500</w:t>
        <w:br/>
        <w:t>vt 0.290600 0.411700</w:t>
        <w:br/>
        <w:t>vt 0.302100 0.406800</w:t>
        <w:br/>
        <w:t>vt 0.290300 0.402900</w:t>
        <w:br/>
        <w:t>vt 0.295500 0.400700</w:t>
        <w:br/>
        <w:t>vt 0.289000 0.393200</w:t>
        <w:br/>
        <w:t>vt 0.065200 0.804900</w:t>
        <w:br/>
        <w:t>vt 0.074200 0.804900</w:t>
        <w:br/>
        <w:t>vt 0.065200 0.804900</w:t>
        <w:br/>
        <w:t>vt 0.056500 0.804900</w:t>
        <w:br/>
        <w:t>vt 0.311400 0.431500</w:t>
        <w:br/>
        <w:t>vt 0.302800 0.435200</w:t>
        <w:br/>
        <w:t>vt 0.311400 0.431500</w:t>
        <w:br/>
        <w:t>vt 0.310100 0.439700</w:t>
        <w:br/>
        <w:t>vt 0.302800 0.435200</w:t>
        <w:br/>
        <w:t>vt 0.265200 0.494700</w:t>
        <w:br/>
        <w:t>vt 0.267700 0.494400</w:t>
        <w:br/>
        <w:t>vt 0.267900 0.501400</w:t>
        <w:br/>
        <w:t>vt 0.265700 0.501600</w:t>
        <w:br/>
        <w:t>vt 0.261900 0.495300</w:t>
        <w:br/>
        <w:t>vt 0.262500 0.501800</w:t>
        <w:br/>
        <w:t>vt 0.278900 0.501600</w:t>
        <w:br/>
        <w:t>vt 0.279400 0.494700</w:t>
        <w:br/>
        <w:t>vt 0.282700 0.495300</w:t>
        <w:br/>
        <w:t>vt 0.282100 0.501800</w:t>
        <w:br/>
        <w:t>vt 0.276700 0.501400</w:t>
        <w:br/>
        <w:t>vt 0.276900 0.494400</w:t>
        <w:br/>
        <w:t>vt 0.274800 0.501300</w:t>
        <w:br/>
        <w:t>vt 0.274800 0.494200</w:t>
        <w:br/>
        <w:t>vt 0.272300 0.501300</w:t>
        <w:br/>
        <w:t>vt 0.272300 0.494000</w:t>
        <w:br/>
        <w:t>vt 0.269900 0.494200</w:t>
        <w:br/>
        <w:t>vt 0.269900 0.501300</w:t>
        <w:br/>
        <w:t>vt 0.268300 0.507300</w:t>
        <w:br/>
        <w:t>vt 0.265900 0.507100</w:t>
        <w:br/>
        <w:t>vt 0.262900 0.506900</w:t>
        <w:br/>
        <w:t>vt 0.281700 0.506900</w:t>
        <w:br/>
        <w:t>vt 0.278800 0.507100</w:t>
        <w:br/>
        <w:t>vt 0.276400 0.507300</w:t>
        <w:br/>
        <w:t>vt 0.274300 0.507500</w:t>
        <w:br/>
        <w:t>vt 0.272300 0.507600</w:t>
        <w:br/>
        <w:t>vt 0.270300 0.507500</w:t>
        <w:br/>
        <w:t>vt 0.265600 0.510200</w:t>
        <w:br/>
        <w:t>vt 0.268000 0.510900</w:t>
        <w:br/>
        <w:t>vt 0.262800 0.509400</w:t>
        <w:br/>
        <w:t>vt 0.281900 0.509400</w:t>
        <w:br/>
        <w:t>vt 0.279000 0.510200</w:t>
        <w:br/>
        <w:t>vt 0.276700 0.510900</w:t>
        <w:br/>
        <w:t>vt 0.274500 0.511500</w:t>
        <w:br/>
        <w:t>vt 0.272300 0.511800</w:t>
        <w:br/>
        <w:t>vt 0.270100 0.511500</w:t>
        <w:br/>
        <w:t>vt 0.315800 0.587000</w:t>
        <w:br/>
        <w:t>vt 0.313400 0.587000</w:t>
        <w:br/>
        <w:t>vt 0.312900 0.584300</w:t>
        <w:br/>
        <w:t>vt 0.315300 0.582700</w:t>
        <w:br/>
        <w:t>vt 0.310300 0.587100</w:t>
        <w:br/>
        <w:t>vt 0.310200 0.585100</w:t>
        <w:br/>
        <w:t>vt 0.330700 0.585100</w:t>
        <w:br/>
        <w:t>vt 0.330500 0.587100</w:t>
        <w:br/>
        <w:t>vt 0.327500 0.587000</w:t>
        <w:br/>
        <w:t>vt 0.327900 0.584300</w:t>
        <w:br/>
        <w:t>vt 0.325100 0.587000</w:t>
        <w:br/>
        <w:t>vt 0.325600 0.582700</w:t>
        <w:br/>
        <w:t>vt 0.322800 0.587000</w:t>
        <w:br/>
        <w:t>vt 0.323000 0.581100</w:t>
        <w:br/>
        <w:t>vt 0.320400 0.586900</w:t>
        <w:br/>
        <w:t>vt 0.320400 0.580500</w:t>
        <w:br/>
        <w:t>vt 0.317800 0.581100</w:t>
        <w:br/>
        <w:t>vt 0.318100 0.587000</w:t>
        <w:br/>
        <w:t>vt 0.315900 0.593100</w:t>
        <w:br/>
        <w:t>vt 0.313400 0.593000</w:t>
        <w:br/>
        <w:t>vt 0.310100 0.592800</w:t>
        <w:br/>
        <w:t>vt 0.330800 0.592800</w:t>
        <w:br/>
        <w:t>vt 0.327500 0.593000</w:t>
        <w:br/>
        <w:t>vt 0.325000 0.593100</w:t>
        <w:br/>
        <w:t>vt 0.322700 0.593100</w:t>
        <w:br/>
        <w:t>vt 0.320400 0.593100</w:t>
        <w:br/>
        <w:t>vt 0.318100 0.593100</w:t>
        <w:br/>
        <w:t>vt 0.313200 0.597500</w:t>
        <w:br/>
        <w:t>vt 0.315800 0.597800</w:t>
        <w:br/>
        <w:t>vt 0.309600 0.597000</w:t>
        <w:br/>
        <w:t>vt 0.331300 0.597000</w:t>
        <w:br/>
        <w:t>vt 0.327700 0.597500</w:t>
        <w:br/>
        <w:t>vt 0.325100 0.597800</w:t>
        <w:br/>
        <w:t>vt 0.322800 0.598000</w:t>
        <w:br/>
        <w:t>vt 0.320400 0.598100</w:t>
        <w:br/>
        <w:t>vt 0.318000 0.598000</w:t>
        <w:br/>
        <w:t>vt 0.315000 0.605800</w:t>
        <w:br/>
        <w:t>vt 0.312200 0.604900</w:t>
        <w:br/>
        <w:t>vt 0.312800 0.601500</w:t>
        <w:br/>
        <w:t>vt 0.315900 0.601900</w:t>
        <w:br/>
        <w:t>vt 0.308400 0.603700</w:t>
        <w:br/>
        <w:t>vt 0.309000 0.600800</w:t>
        <w:br/>
        <w:t>vt 0.328000 0.601500</w:t>
        <w:br/>
        <w:t>vt 0.331900 0.600800</w:t>
        <w:br/>
        <w:t>vt 0.332500 0.603700</w:t>
        <w:br/>
        <w:t>vt 0.328600 0.604900</w:t>
        <w:br/>
        <w:t>vt 0.325900 0.605800</w:t>
        <w:br/>
        <w:t>vt 0.325000 0.601900</w:t>
        <w:br/>
        <w:t>vt 0.323500 0.606500</w:t>
        <w:br/>
        <w:t>vt 0.322600 0.602000</w:t>
        <w:br/>
        <w:t>vt 0.320400 0.606800</w:t>
        <w:br/>
        <w:t>vt 0.320400 0.602000</w:t>
        <w:br/>
        <w:t>vt 0.317400 0.606500</w:t>
        <w:br/>
        <w:t>vt 0.318300 0.602000</w:t>
        <w:br/>
        <w:t>vt 0.263900 0.490000</w:t>
        <w:br/>
        <w:t>vt 0.266100 0.487700</w:t>
        <w:br/>
        <w:t>vt 0.260800 0.491700</w:t>
        <w:br/>
        <w:t>vt 0.283800 0.491700</w:t>
        <w:br/>
        <w:t>vt 0.280700 0.490000</w:t>
        <w:br/>
        <w:t>vt 0.278500 0.487700</w:t>
        <w:br/>
        <w:t>vt 0.276000 0.485600</w:t>
        <w:br/>
        <w:t>vt 0.272300 0.484800</w:t>
        <w:br/>
        <w:t>vt 0.268600 0.485600</w:t>
        <w:br/>
        <w:t>vt 0.313500 0.610900</w:t>
        <w:br/>
        <w:t>vt 0.310700 0.608600</w:t>
        <w:br/>
        <w:t>vt 0.307300 0.606700</w:t>
        <w:br/>
        <w:t>vt 0.333600 0.606700</w:t>
        <w:br/>
        <w:t>vt 0.330100 0.608600</w:t>
        <w:br/>
        <w:t>vt 0.327400 0.610900</w:t>
        <w:br/>
        <w:t>vt 0.324400 0.613000</w:t>
        <w:br/>
        <w:t>vt 0.320400 0.613800</w:t>
        <w:br/>
        <w:t>vt 0.316400 0.613000</w:t>
        <w:br/>
        <w:t>vt 0.264500 0.512500</w:t>
        <w:br/>
        <w:t>vt 0.266900 0.514400</w:t>
        <w:br/>
        <w:t>vt 0.261900 0.511100</w:t>
        <w:br/>
        <w:t>vt 0.280100 0.512500</w:t>
        <w:br/>
        <w:t>vt 0.282700 0.511100</w:t>
        <w:br/>
        <w:t>vt 0.277700 0.514400</w:t>
        <w:br/>
        <w:t>vt 0.275100 0.516100</w:t>
        <w:br/>
        <w:t>vt 0.272300 0.516700</w:t>
        <w:br/>
        <w:t>vt 0.269600 0.516100</w:t>
        <w:br/>
        <w:t>vt 0.268700 0.646600</w:t>
        <w:br/>
        <w:t>vt 0.268700 0.623500</w:t>
        <w:br/>
        <w:t>vt 0.263500 0.625900</w:t>
        <w:br/>
        <w:t>vt 0.263500 0.644300</w:t>
        <w:br/>
        <w:t>vt 0.270200 0.646600</w:t>
        <w:br/>
        <w:t>vt 0.270200 0.623500</w:t>
        <w:br/>
        <w:t>vt 0.268700 0.623500</w:t>
        <w:br/>
        <w:t>vt 0.268700 0.646600</w:t>
        <w:br/>
        <w:t>vt 0.244700 0.649500</w:t>
        <w:br/>
        <w:t>vt 0.246500 0.652100</w:t>
        <w:br/>
        <w:t>vt 0.246500 0.626900</w:t>
        <w:br/>
        <w:t>vt 0.244700 0.629500</w:t>
        <w:br/>
        <w:t>vt 0.284500 0.650900</w:t>
        <w:br/>
        <w:t>vt 0.286300 0.648500</w:t>
        <w:br/>
        <w:t>vt 0.286300 0.630200</w:t>
        <w:br/>
        <w:t>vt 0.284500 0.627900</w:t>
        <w:br/>
        <w:t>vt 0.284500 0.650900</w:t>
        <w:br/>
        <w:t>vt 0.284500 0.627900</w:t>
        <w:br/>
        <w:t>vt 0.279900 0.627900</w:t>
        <w:br/>
        <w:t>vt 0.279900 0.650900</w:t>
        <w:br/>
        <w:t>vt 0.284500 0.621900</w:t>
        <w:br/>
        <w:t>vt 0.279900 0.621900</w:t>
        <w:br/>
        <w:t>vt 0.279900 0.627900</w:t>
        <w:br/>
        <w:t>vt 0.284500 0.627900</w:t>
        <w:br/>
        <w:t>vt 0.290500 0.627900</w:t>
        <w:br/>
        <w:t>vt 0.290500 0.630200</w:t>
        <w:br/>
        <w:t>vt 0.250400 0.657000</w:t>
        <w:br/>
        <w:t>vt 0.246500 0.657000</w:t>
        <w:br/>
        <w:t>vt 0.246500 0.661200</w:t>
        <w:br/>
        <w:t>vt 0.250400 0.661200</w:t>
        <w:br/>
        <w:t>vt 0.278200 0.630200</w:t>
        <w:br/>
        <w:t>vt 0.279900 0.627900</w:t>
        <w:br/>
        <w:t>vt 0.274000 0.627900</w:t>
        <w:br/>
        <w:t>vt 0.274000 0.630200</w:t>
        <w:br/>
        <w:t>vt 0.238100 0.652100</w:t>
        <w:br/>
        <w:t>vt 0.240100 0.649500</w:t>
        <w:br/>
        <w:t>vt 0.240100 0.629500</w:t>
        <w:br/>
        <w:t>vt 0.238100 0.626900</w:t>
        <w:br/>
        <w:t>vt 0.332300 0.656100</w:t>
        <w:br/>
        <w:t>vt 0.337100 0.656100</w:t>
        <w:br/>
        <w:t>vt 0.337100 0.639400</w:t>
        <w:br/>
        <w:t>vt 0.332300 0.639400</w:t>
        <w:br/>
        <w:t>vt 0.232400 0.652100</w:t>
        <w:br/>
        <w:t>vt 0.238100 0.652100</w:t>
        <w:br/>
        <w:t>vt 0.238100 0.626900</w:t>
        <w:br/>
        <w:t>vt 0.232400 0.626900</w:t>
        <w:br/>
        <w:t>vt 0.230600 0.649500</w:t>
        <w:br/>
        <w:t>vt 0.232400 0.652100</w:t>
        <w:br/>
        <w:t>vt 0.232400 0.626900</w:t>
        <w:br/>
        <w:t>vt 0.230600 0.629500</w:t>
        <w:br/>
        <w:t>vt 0.238100 0.626900</w:t>
        <w:br/>
        <w:t>vt 0.238100 0.618600</w:t>
        <w:br/>
        <w:t>vt 0.232400 0.620400</w:t>
        <w:br/>
        <w:t>vt 0.232400 0.626900</w:t>
        <w:br/>
        <w:t>vt 0.337100 0.639400</w:t>
        <w:br/>
        <w:t>vt 0.337100 0.635500</w:t>
        <w:br/>
        <w:t>vt 0.332300 0.635500</w:t>
        <w:br/>
        <w:t>vt 0.332300 0.639400</w:t>
        <w:br/>
        <w:t>vt 0.226800 0.626900</w:t>
        <w:br/>
        <w:t>vt 0.226800 0.629500</w:t>
        <w:br/>
        <w:t>vt 0.268700 0.621900</w:t>
        <w:br/>
        <w:t>vt 0.249900 0.621900</w:t>
        <w:br/>
        <w:t>vt 0.259300 0.623500</w:t>
        <w:br/>
        <w:t>vt 0.250400 0.661200</w:t>
        <w:br/>
        <w:t>vt 0.267400 0.661200</w:t>
        <w:br/>
        <w:t>vt 0.267400 0.657000</w:t>
        <w:br/>
        <w:t>vt 0.250400 0.657000</w:t>
        <w:br/>
        <w:t>vt 0.278200 0.648500</w:t>
        <w:br/>
        <w:t>vt 0.279900 0.650900</w:t>
        <w:br/>
        <w:t>vt 0.284500 0.656800</w:t>
        <w:br/>
        <w:t>vt 0.284500 0.650900</w:t>
        <w:br/>
        <w:t>vt 0.279900 0.650900</w:t>
        <w:br/>
        <w:t>vt 0.279900 0.656800</w:t>
        <w:br/>
        <w:t>vt 0.290500 0.650900</w:t>
        <w:br/>
        <w:t>vt 0.290500 0.648500</w:t>
        <w:br/>
        <w:t>vt 0.271400 0.661200</w:t>
        <w:br/>
        <w:t>vt 0.271400 0.657000</w:t>
        <w:br/>
        <w:t>vt 0.267400 0.657000</w:t>
        <w:br/>
        <w:t>vt 0.267400 0.661200</w:t>
        <w:br/>
        <w:t>vt 0.274000 0.648500</w:t>
        <w:br/>
        <w:t>vt 0.274000 0.650900</w:t>
        <w:br/>
        <w:t>vt 0.232400 0.658600</w:t>
        <w:br/>
        <w:t>vt 0.238100 0.660300</w:t>
        <w:br/>
        <w:t>vt 0.238100 0.652100</w:t>
        <w:br/>
        <w:t>vt 0.232400 0.652100</w:t>
        <w:br/>
        <w:t>vt 0.332300 0.660000</w:t>
        <w:br/>
        <w:t>vt 0.337100 0.660000</w:t>
        <w:br/>
        <w:t>vt 0.337100 0.656100</w:t>
        <w:br/>
        <w:t>vt 0.332300 0.656100</w:t>
        <w:br/>
        <w:t>vt 0.226800 0.649500</w:t>
        <w:br/>
        <w:t>vt 0.226800 0.652100</w:t>
        <w:br/>
        <w:t>vt 0.259300 0.646600</w:t>
        <w:br/>
        <w:t>vt 0.259300 0.644300</w:t>
        <w:br/>
        <w:t>vt 0.254700 0.644300</w:t>
        <w:br/>
        <w:t>vt 0.254700 0.646600</w:t>
        <w:br/>
        <w:t>vt 0.254700 0.625900</w:t>
        <w:br/>
        <w:t>vt 0.259300 0.625900</w:t>
        <w:br/>
        <w:t>vt 0.259300 0.623500</w:t>
        <w:br/>
        <w:t>vt 0.254700 0.623500</w:t>
        <w:br/>
        <w:t>vt 0.249900 0.625900</w:t>
        <w:br/>
        <w:t>vt 0.249900 0.644300</w:t>
        <w:br/>
        <w:t>vt 0.263500 0.646600</w:t>
        <w:br/>
        <w:t>vt 0.268700 0.648200</w:t>
        <w:br/>
        <w:t>vt 0.268700 0.646600</w:t>
        <w:br/>
        <w:t>vt 0.254700 0.646600</w:t>
        <w:br/>
        <w:t>vt 0.249900 0.648200</w:t>
        <w:br/>
        <w:t>vt 0.259300 0.646600</w:t>
        <w:br/>
        <w:t>vt 0.263500 0.646600</w:t>
        <w:br/>
        <w:t>vt 0.263500 0.623500</w:t>
        <w:br/>
        <w:t>vt 0.263500 0.623500</w:t>
        <w:br/>
        <w:t>vt 0.268700 0.623500</w:t>
        <w:br/>
        <w:t>vt 0.254700 0.623500</w:t>
        <w:br/>
        <w:t>vt 0.263500 0.625900</w:t>
        <w:br/>
        <w:t>vt 0.268700 0.623500</w:t>
        <w:br/>
        <w:t>vt 0.268700 0.646600</w:t>
        <w:br/>
        <w:t>vt 0.263500 0.644300</w:t>
        <w:br/>
        <w:t>vt 0.270200 0.646600</w:t>
        <w:br/>
        <w:t>vt 0.268700 0.646600</w:t>
        <w:br/>
        <w:t>vt 0.268700 0.623500</w:t>
        <w:br/>
        <w:t>vt 0.270200 0.623500</w:t>
        <w:br/>
        <w:t>vt 0.246500 0.626900</w:t>
        <w:br/>
        <w:t>vt 0.246500 0.652100</w:t>
        <w:br/>
        <w:t>vt 0.244700 0.649500</w:t>
        <w:br/>
        <w:t>vt 0.244700 0.629500</w:t>
        <w:br/>
        <w:t>vt 0.286300 0.630200</w:t>
        <w:br/>
        <w:t>vt 0.286300 0.648500</w:t>
        <w:br/>
        <w:t>vt 0.284500 0.650900</w:t>
        <w:br/>
        <w:t>vt 0.284500 0.627900</w:t>
        <w:br/>
        <w:t>vt 0.279900 0.627900</w:t>
        <w:br/>
        <w:t>vt 0.284500 0.627900</w:t>
        <w:br/>
        <w:t>vt 0.284500 0.650900</w:t>
        <w:br/>
        <w:t>vt 0.279900 0.650900</w:t>
        <w:br/>
        <w:t>vt 0.279900 0.627900</w:t>
        <w:br/>
        <w:t>vt 0.279900 0.621900</w:t>
        <w:br/>
        <w:t>vt 0.284500 0.621900</w:t>
        <w:br/>
        <w:t>vt 0.284500 0.627900</w:t>
        <w:br/>
        <w:t>vt 0.290500 0.627900</w:t>
        <w:br/>
        <w:t>vt 0.290500 0.630200</w:t>
        <w:br/>
        <w:t>vt 0.246500 0.661200</w:t>
        <w:br/>
        <w:t>vt 0.246500 0.657000</w:t>
        <w:br/>
        <w:t>vt 0.250400 0.657000</w:t>
        <w:br/>
        <w:t>vt 0.250400 0.661200</w:t>
        <w:br/>
        <w:t>vt 0.274000 0.627900</w:t>
        <w:br/>
        <w:t>vt 0.279900 0.627900</w:t>
        <w:br/>
        <w:t>vt 0.278200 0.630200</w:t>
        <w:br/>
        <w:t>vt 0.274000 0.630200</w:t>
        <w:br/>
        <w:t>vt 0.240100 0.629500</w:t>
        <w:br/>
        <w:t>vt 0.240100 0.649500</w:t>
        <w:br/>
        <w:t>vt 0.238100 0.652100</w:t>
        <w:br/>
        <w:t>vt 0.238100 0.626900</w:t>
        <w:br/>
        <w:t>vt 0.337100 0.639400</w:t>
        <w:br/>
        <w:t>vt 0.337100 0.656100</w:t>
        <w:br/>
        <w:t>vt 0.332300 0.656100</w:t>
        <w:br/>
        <w:t>vt 0.332300 0.639400</w:t>
        <w:br/>
        <w:t>vt 0.238100 0.626900</w:t>
        <w:br/>
        <w:t>vt 0.238100 0.652100</w:t>
        <w:br/>
        <w:t>vt 0.232400 0.652100</w:t>
        <w:br/>
        <w:t>vt 0.232400 0.626900</w:t>
        <w:br/>
        <w:t>vt 0.232400 0.626900</w:t>
        <w:br/>
        <w:t>vt 0.232400 0.652100</w:t>
        <w:br/>
        <w:t>vt 0.230600 0.649500</w:t>
        <w:br/>
        <w:t>vt 0.230600 0.629500</w:t>
        <w:br/>
        <w:t>vt 0.232400 0.620400</w:t>
        <w:br/>
        <w:t>vt 0.238100 0.618600</w:t>
        <w:br/>
        <w:t>vt 0.238100 0.626900</w:t>
        <w:br/>
        <w:t>vt 0.232400 0.626900</w:t>
        <w:br/>
        <w:t>vt 0.337100 0.639400</w:t>
        <w:br/>
        <w:t>vt 0.332300 0.639400</w:t>
        <w:br/>
        <w:t>vt 0.332300 0.635500</w:t>
        <w:br/>
        <w:t>vt 0.337100 0.635500</w:t>
        <w:br/>
        <w:t>vt 0.226800 0.629500</w:t>
        <w:br/>
        <w:t>vt 0.226800 0.626900</w:t>
        <w:br/>
        <w:t>vt 0.268700 0.621900</w:t>
        <w:br/>
        <w:t>vt 0.259300 0.623500</w:t>
        <w:br/>
        <w:t>vt 0.249900 0.621900</w:t>
        <w:br/>
        <w:t>vt 0.250400 0.661200</w:t>
        <w:br/>
        <w:t>vt 0.250400 0.657000</w:t>
        <w:br/>
        <w:t>vt 0.267400 0.657000</w:t>
        <w:br/>
        <w:t>vt 0.267400 0.661200</w:t>
        <w:br/>
        <w:t>vt 0.279900 0.650900</w:t>
        <w:br/>
        <w:t>vt 0.278200 0.648500</w:t>
        <w:br/>
        <w:t>vt 0.279900 0.650900</w:t>
        <w:br/>
        <w:t>vt 0.284500 0.650900</w:t>
        <w:br/>
        <w:t>vt 0.284500 0.656800</w:t>
        <w:br/>
        <w:t>vt 0.279900 0.656800</w:t>
        <w:br/>
        <w:t>vt 0.290500 0.648500</w:t>
        <w:br/>
        <w:t>vt 0.290500 0.650900</w:t>
        <w:br/>
        <w:t>vt 0.271400 0.661200</w:t>
        <w:br/>
        <w:t>vt 0.267400 0.661200</w:t>
        <w:br/>
        <w:t>vt 0.267400 0.657000</w:t>
        <w:br/>
        <w:t>vt 0.271400 0.657000</w:t>
        <w:br/>
        <w:t>vt 0.274000 0.650900</w:t>
        <w:br/>
        <w:t>vt 0.274000 0.648500</w:t>
        <w:br/>
        <w:t>vt 0.238100 0.652100</w:t>
        <w:br/>
        <w:t>vt 0.238100 0.660300</w:t>
        <w:br/>
        <w:t>vt 0.232400 0.658600</w:t>
        <w:br/>
        <w:t>vt 0.232400 0.652100</w:t>
        <w:br/>
        <w:t>vt 0.332300 0.660000</w:t>
        <w:br/>
        <w:t>vt 0.332300 0.656100</w:t>
        <w:br/>
        <w:t>vt 0.337100 0.656100</w:t>
        <w:br/>
        <w:t>vt 0.337100 0.660000</w:t>
        <w:br/>
        <w:t>vt 0.226800 0.652100</w:t>
        <w:br/>
        <w:t>vt 0.226800 0.649500</w:t>
        <w:br/>
        <w:t>vt 0.254700 0.644300</w:t>
        <w:br/>
        <w:t>vt 0.259300 0.644300</w:t>
        <w:br/>
        <w:t>vt 0.259300 0.646600</w:t>
        <w:br/>
        <w:t>vt 0.254700 0.646600</w:t>
        <w:br/>
        <w:t>vt 0.254700 0.625900</w:t>
        <w:br/>
        <w:t>vt 0.254700 0.623500</w:t>
        <w:br/>
        <w:t>vt 0.259300 0.623500</w:t>
        <w:br/>
        <w:t>vt 0.259300 0.625900</w:t>
        <w:br/>
        <w:t>vt 0.249900 0.644300</w:t>
        <w:br/>
        <w:t>vt 0.249900 0.625900</w:t>
        <w:br/>
        <w:t>vt 0.263500 0.646600</w:t>
        <w:br/>
        <w:t>vt 0.268700 0.646600</w:t>
        <w:br/>
        <w:t>vt 0.268700 0.648200</w:t>
        <w:br/>
        <w:t>vt 0.254700 0.646600</w:t>
        <w:br/>
        <w:t>vt 0.259300 0.646600</w:t>
        <w:br/>
        <w:t>vt 0.249900 0.648200</w:t>
        <w:br/>
        <w:t>vt 0.263500 0.646600</w:t>
        <w:br/>
        <w:t>vt 0.263500 0.623500</w:t>
        <w:br/>
        <w:t>vt 0.268700 0.623500</w:t>
        <w:br/>
        <w:t>vt 0.263500 0.623500</w:t>
        <w:br/>
        <w:t>vt 0.254700 0.623500</w:t>
        <w:br/>
        <w:t>vt 0.940200 0.445900</w:t>
        <w:br/>
        <w:t>vt 0.943400 0.460200</w:t>
        <w:br/>
        <w:t>vt 0.949400 0.457900</w:t>
        <w:br/>
        <w:t>vt 0.946400 0.446000</w:t>
        <w:br/>
        <w:t>vt 0.879300 0.617000</w:t>
        <w:br/>
        <w:t>vt 0.872000 0.615400</w:t>
        <w:br/>
        <w:t>vt 0.872000 0.619800</w:t>
        <w:br/>
        <w:t>vt 0.876900 0.620600</w:t>
        <w:br/>
        <w:t>vt 0.933300 0.513900</w:t>
        <w:br/>
        <w:t>vt 0.933300 0.522100</w:t>
        <w:br/>
        <w:t>vt 0.938800 0.522100</w:t>
        <w:br/>
        <w:t>vt 0.938800 0.513900</w:t>
        <w:br/>
        <w:t>vt 0.949400 0.457900</w:t>
        <w:br/>
        <w:t>vt 0.958300 0.453900</w:t>
        <w:br/>
        <w:t>vt 0.956800 0.446100</w:t>
        <w:br/>
        <w:t>vt 0.946400 0.446000</w:t>
        <w:br/>
        <w:t>vt 0.949200 0.470400</w:t>
        <w:br/>
        <w:t>vt 0.954300 0.466100</w:t>
        <w:br/>
        <w:t>vt 0.927900 0.513900</w:t>
        <w:br/>
        <w:t>vt 0.927900 0.522100</w:t>
        <w:br/>
        <w:t>vt 0.962100 0.460900</w:t>
        <w:br/>
        <w:t>vt 0.954300 0.466100</w:t>
        <w:br/>
        <w:t>vt 0.881400 0.622200</w:t>
        <w:br/>
        <w:t>vt 0.884500 0.619000</w:t>
        <w:br/>
        <w:t>vt 0.859100 0.624200</w:t>
        <w:br/>
        <w:t>vt 0.862600 0.622200</w:t>
        <w:br/>
        <w:t>vt 0.859400 0.619000</w:t>
        <w:br/>
        <w:t>vt 0.854700 0.622100</w:t>
        <w:br/>
        <w:t>vt 0.949500 0.434200</w:t>
        <w:br/>
        <w:t>vt 0.943700 0.431900</w:t>
        <w:br/>
        <w:t>vt 0.864700 0.617000</w:t>
        <w:br/>
        <w:t>vt 0.867000 0.620600</w:t>
        <w:br/>
        <w:t>vt 0.944300 0.513900</w:t>
        <w:br/>
        <w:t>vt 0.944300 0.522100</w:t>
        <w:br/>
        <w:t>vt 0.949500 0.434200</w:t>
        <w:br/>
        <w:t>vt 0.958500 0.438100</w:t>
        <w:br/>
        <w:t>vt 0.954300 0.425800</w:t>
        <w:br/>
        <w:t>vt 0.949700 0.422000</w:t>
        <w:br/>
        <w:t>vt 0.949800 0.513900</w:t>
        <w:br/>
        <w:t>vt 0.949800 0.522100</w:t>
        <w:br/>
        <w:t>vt 0.962100 0.431200</w:t>
        <w:br/>
        <w:t>vt 0.954300 0.425800</w:t>
        <w:br/>
        <w:t>vt 0.884800 0.624200</w:t>
        <w:br/>
        <w:t>vt 0.889300 0.622100</w:t>
        <w:br/>
        <w:t>vt 0.961600 0.474900</w:t>
        <w:br/>
        <w:t>vt 0.989300 0.474900</w:t>
        <w:br/>
        <w:t>vt 0.982500 0.466900</w:t>
        <w:br/>
        <w:t>vt 0.966700 0.466900</w:t>
        <w:br/>
        <w:t>vt 0.961600 0.474900</w:t>
        <w:br/>
        <w:t>vt 0.959300 0.480500</w:t>
        <w:br/>
        <w:t>vt 0.989300 0.474900</w:t>
        <w:br/>
        <w:t>vt 0.988400 0.480500</w:t>
        <w:br/>
        <w:t>vt 0.989300 0.474900</w:t>
        <w:br/>
        <w:t>vt 0.995700 0.474900</w:t>
        <w:br/>
        <w:t>vt 0.995700 0.417200</w:t>
        <w:br/>
        <w:t>vt 0.989300 0.417200</w:t>
        <w:br/>
        <w:t>vt 0.989300 0.417200</w:t>
        <w:br/>
        <w:t>vt 0.982500 0.425000</w:t>
        <w:br/>
        <w:t>vt 0.992900 0.513900</w:t>
        <w:br/>
        <w:t>vt 0.965100 0.513900</w:t>
        <w:br/>
        <w:t>vt 0.965100 0.522100</w:t>
        <w:br/>
        <w:t>vt 0.992900 0.522100</w:t>
        <w:br/>
        <w:t>vt 0.923100 0.513900</w:t>
        <w:br/>
        <w:t>vt 0.923100 0.522100</w:t>
        <w:br/>
        <w:t>vt 0.912500 0.513900</w:t>
        <w:br/>
        <w:t>vt 0.912500 0.522100</w:t>
        <w:br/>
        <w:t>vt 0.854700 0.633700</w:t>
        <w:br/>
        <w:t>vt 0.889300 0.633700</w:t>
        <w:br/>
        <w:t>vt 0.884800 0.630900</w:t>
        <w:br/>
        <w:t>vt 0.859100 0.630900</w:t>
        <w:br/>
        <w:t>vt 0.961800 0.417200</w:t>
        <w:br/>
        <w:t>vt 0.966800 0.425000</w:t>
        <w:br/>
        <w:t>vt 0.961800 0.417200</w:t>
        <w:br/>
        <w:t>vt 0.959200 0.411500</w:t>
        <w:br/>
        <w:t>vt 0.989300 0.417200</w:t>
        <w:br/>
        <w:t>vt 0.988500 0.411500</w:t>
        <w:br/>
        <w:t>vt 0.954600 0.513900</w:t>
        <w:br/>
        <w:t>vt 0.954600 0.522100</w:t>
        <w:br/>
        <w:t>vt 0.965100 0.513900</w:t>
        <w:br/>
        <w:t>vt 0.965100 0.522100</w:t>
        <w:br/>
        <w:t>vt 0.935900 0.622200</w:t>
        <w:br/>
        <w:t>vt 0.939900 0.622200</w:t>
        <w:br/>
        <w:t>vt 0.939900 0.626200</w:t>
        <w:br/>
        <w:t>vt 0.935900 0.626200</w:t>
        <w:br/>
        <w:t>vt 0.955200 0.622200</w:t>
        <w:br/>
        <w:t>vt 0.959500 0.622200</w:t>
        <w:br/>
        <w:t>vt 0.959500 0.626200</w:t>
        <w:br/>
        <w:t>vt 0.955200 0.626200</w:t>
        <w:br/>
        <w:t>vt 0.944800 0.622200</w:t>
        <w:br/>
        <w:t>vt 0.950100 0.622200</w:t>
        <w:br/>
        <w:t>vt 0.950100 0.626200</w:t>
        <w:br/>
        <w:t>vt 0.944800 0.626200</w:t>
        <w:br/>
        <w:t>vt 0.964100 0.626200</w:t>
        <w:br/>
        <w:t>vt 0.964100 0.622200</w:t>
        <w:br/>
        <w:t>vt 0.992300 0.622200</w:t>
        <w:br/>
        <w:t>vt 0.992300 0.626200</w:t>
        <w:br/>
        <w:t>vt 0.988300 0.626200</w:t>
        <w:br/>
        <w:t>vt 0.988300 0.622200</w:t>
        <w:br/>
        <w:t>vt 0.968700 0.626200</w:t>
        <w:br/>
        <w:t>vt 0.968700 0.622200</w:t>
        <w:br/>
        <w:t>vt 0.973000 0.622200</w:t>
        <w:br/>
        <w:t>vt 0.973000 0.626200</w:t>
        <w:br/>
        <w:t>vt 0.978100 0.626200</w:t>
        <w:br/>
        <w:t>vt 0.978100 0.622200</w:t>
        <w:br/>
        <w:t>vt 0.983400 0.622200</w:t>
        <w:br/>
        <w:t>vt 0.983400 0.626200</w:t>
        <w:br/>
        <w:t>vt 0.939900 0.618100</w:t>
        <w:br/>
        <w:t>vt 0.935900 0.618100</w:t>
        <w:br/>
        <w:t>vt 0.959500 0.618100</w:t>
        <w:br/>
        <w:t>vt 0.955200 0.618100</w:t>
        <w:br/>
        <w:t>vt 0.944800 0.618100</w:t>
        <w:br/>
        <w:t>vt 0.950100 0.618100</w:t>
        <w:br/>
        <w:t>vt 0.964100 0.618100</w:t>
        <w:br/>
        <w:t>vt 0.988300 0.618100</w:t>
        <w:br/>
        <w:t>vt 0.992300 0.618100</w:t>
        <w:br/>
        <w:t>vt 0.968700 0.618100</w:t>
        <w:br/>
        <w:t>vt 0.973000 0.618100</w:t>
        <w:br/>
        <w:t>vt 0.978100 0.618100</w:t>
        <w:br/>
        <w:t>vt 0.983400 0.618100</w:t>
        <w:br/>
        <w:t>vt 0.974800 0.435800</w:t>
        <w:br/>
        <w:t>vt 0.969800 0.435800</w:t>
        <w:br/>
        <w:t>vt 0.969800 0.438000</w:t>
        <w:br/>
        <w:t>vt 0.974800 0.438000</w:t>
        <w:br/>
        <w:t>vt 0.969800 0.441000</w:t>
        <w:br/>
        <w:t>vt 0.974800 0.441000</w:t>
        <w:br/>
        <w:t>vt 0.969800 0.443800</w:t>
        <w:br/>
        <w:t>vt 0.974800 0.443800</w:t>
        <w:br/>
        <w:t>vt 0.974800 0.446100</w:t>
        <w:br/>
        <w:t>vt 0.969800 0.446100</w:t>
        <w:br/>
        <w:t>vt 0.974800 0.454200</w:t>
        <w:br/>
        <w:t>vt 0.969800 0.454200</w:t>
        <w:br/>
        <w:t>vt 0.969800 0.456300</w:t>
        <w:br/>
        <w:t>vt 0.974800 0.456300</w:t>
        <w:br/>
        <w:t>vt 0.969800 0.451200</w:t>
        <w:br/>
        <w:t>vt 0.974800 0.451200</w:t>
        <w:br/>
        <w:t>vt 0.969800 0.448500</w:t>
        <w:br/>
        <w:t>vt 0.974800 0.448500</w:t>
        <w:br/>
        <w:t>vt 0.969800 0.446100</w:t>
        <w:br/>
        <w:t>vt 0.974800 0.446100</w:t>
        <w:br/>
        <w:t>vt 0.939900 0.626200</w:t>
        <w:br/>
        <w:t>vt 0.939900 0.629200</w:t>
        <w:br/>
        <w:t>vt 0.935900 0.629200</w:t>
        <w:br/>
        <w:t>vt 0.935900 0.626200</w:t>
        <w:br/>
        <w:t>vt 0.955200 0.626200</w:t>
        <w:br/>
        <w:t>vt 0.959500 0.626200</w:t>
        <w:br/>
        <w:t>vt 0.955200 0.629200</w:t>
        <w:br/>
        <w:t>vt 0.944800 0.626200</w:t>
        <w:br/>
        <w:t>vt 0.950100 0.626200</w:t>
        <w:br/>
        <w:t>vt 0.950100 0.629200</w:t>
        <w:br/>
        <w:t>vt 0.964100 0.626200</w:t>
        <w:br/>
        <w:t>vt 0.964100 0.629200</w:t>
        <w:br/>
        <w:t>vt 0.992300 0.629200</w:t>
        <w:br/>
        <w:t>vt 0.983400 0.629200</w:t>
        <w:br/>
        <w:t>vt 0.988300 0.626200</w:t>
        <w:br/>
        <w:t>vt 0.992300 0.626200</w:t>
        <w:br/>
        <w:t>vt 0.968700 0.626200</w:t>
        <w:br/>
        <w:t>vt 0.973000 0.626200</w:t>
        <w:br/>
        <w:t>vt 0.968700 0.629200</w:t>
        <w:br/>
        <w:t>vt 0.983400 0.626200</w:t>
        <w:br/>
        <w:t>vt 0.978100 0.629200</w:t>
        <w:br/>
        <w:t>vt 0.978100 0.626200</w:t>
        <w:br/>
        <w:t>vt 0.935900 0.615000</w:t>
        <w:br/>
        <w:t>vt 0.939900 0.615000</w:t>
        <w:br/>
        <w:t>vt 0.939900 0.618100</w:t>
        <w:br/>
        <w:t>vt 0.935900 0.618100</w:t>
        <w:br/>
        <w:t>vt 0.955200 0.615000</w:t>
        <w:br/>
        <w:t>vt 0.950100 0.615000</w:t>
        <w:br/>
        <w:t>vt 0.950100 0.618100</w:t>
        <w:br/>
        <w:t>vt 0.944800 0.618100</w:t>
        <w:br/>
        <w:t>vt 0.964100 0.615000</w:t>
        <w:br/>
        <w:t>vt 0.964100 0.618100</w:t>
        <w:br/>
        <w:t>vt 0.988300 0.618100</w:t>
        <w:br/>
        <w:t>vt 0.983400 0.615000</w:t>
        <w:br/>
        <w:t>vt 0.992300 0.615000</w:t>
        <w:br/>
        <w:t>vt 0.992300 0.618100</w:t>
        <w:br/>
        <w:t>vt 0.968700 0.615000</w:t>
        <w:br/>
        <w:t>vt 0.978100 0.615000</w:t>
        <w:br/>
        <w:t>vt 0.983400 0.618100</w:t>
        <w:br/>
        <w:t>vt 0.978100 0.618100</w:t>
        <w:br/>
        <w:t>vt 0.902600 0.616000</w:t>
        <w:br/>
        <w:t>vt 0.899300 0.619700</w:t>
        <w:br/>
        <w:t>vt 0.899300 0.612300</w:t>
        <w:br/>
        <w:t>vt 0.905500 0.608400</w:t>
        <w:br/>
        <w:t>vt 0.903000 0.605900</w:t>
        <w:br/>
        <w:t>vt 0.913100 0.605500</w:t>
        <w:br/>
        <w:t>vt 0.909400 0.602200</w:t>
        <w:br/>
        <w:t>vt 0.916800 0.602200</w:t>
        <w:br/>
        <w:t>vt 0.920700 0.608400</w:t>
        <w:br/>
        <w:t>vt 0.923200 0.605900</w:t>
        <w:br/>
        <w:t>vt 0.923600 0.616000</w:t>
        <w:br/>
        <w:t>vt 0.926900 0.612300</w:t>
        <w:br/>
        <w:t>vt 0.926900 0.619700</w:t>
        <w:br/>
        <w:t>vt 0.920700 0.623600</w:t>
        <w:br/>
        <w:t>vt 0.923200 0.626100</w:t>
        <w:br/>
        <w:t>vt 0.913100 0.626500</w:t>
        <w:br/>
        <w:t>vt 0.916800 0.629800</w:t>
        <w:br/>
        <w:t>vt 0.909400 0.629800</w:t>
        <w:br/>
        <w:t>vt 0.905500 0.623600</w:t>
        <w:br/>
        <w:t>vt 0.903000 0.626100</w:t>
        <w:br/>
        <w:t>vt 0.913100 0.616000</w:t>
        <w:br/>
        <w:t>vt 0.855200 0.542100</w:t>
        <w:br/>
        <w:t>vt 0.855200 0.561500</w:t>
        <w:br/>
        <w:t>vt 0.851600 0.563500</w:t>
        <w:br/>
        <w:t>vt 0.851600 0.540100</w:t>
        <w:br/>
        <w:t>vt 0.858400 0.545400</w:t>
        <w:br/>
        <w:t>vt 0.858400 0.558100</w:t>
        <w:br/>
        <w:t>vt 0.861600 0.548700</w:t>
        <w:br/>
        <w:t>vt 0.861600 0.554700</w:t>
        <w:br/>
        <w:t>vt 0.864400 0.550300</w:t>
        <w:br/>
        <w:t>vt 0.864400 0.553100</w:t>
        <w:br/>
        <w:t>vt 0.984900 0.547900</w:t>
        <w:br/>
        <w:t>vt 0.984900 0.554400</w:t>
        <w:br/>
        <w:t>vt 0.981700 0.552600</w:t>
        <w:br/>
        <w:t>vt 0.981700 0.549600</w:t>
        <w:br/>
        <w:t>vt 0.988300 0.544200</w:t>
        <w:br/>
        <w:t>vt 0.988300 0.558300</w:t>
        <w:br/>
        <w:t>vt 0.991900 0.540500</w:t>
        <w:br/>
        <w:t>vt 0.991900 0.562000</w:t>
        <w:br/>
        <w:t>vt 0.995900 0.538300</w:t>
        <w:br/>
        <w:t>vt 0.995900 0.564200</w:t>
        <w:br/>
        <w:t>vt 0.908400 0.532800</w:t>
        <w:br/>
        <w:t>vt 0.906500 0.536300</w:t>
        <w:br/>
        <w:t>vt 0.860700 0.536300</w:t>
        <w:br/>
        <w:t>vt 0.858700 0.532800</w:t>
        <w:br/>
        <w:t>vt 0.903300 0.539600</w:t>
        <w:br/>
        <w:t>vt 0.864000 0.539600</w:t>
        <w:br/>
        <w:t>vt 0.867400 0.542800</w:t>
        <w:br/>
        <w:t>vt 0.899900 0.542800</w:t>
        <w:br/>
        <w:t>vt 0.898100 0.546000</w:t>
        <w:br/>
        <w:t>vt 0.869100 0.546000</w:t>
        <w:br/>
        <w:t>vt 0.942400 0.541400</w:t>
        <w:br/>
        <w:t>vt 0.978400 0.541400</w:t>
        <w:br/>
        <w:t>vt 0.976400 0.544900</w:t>
        <w:br/>
        <w:t>vt 0.944300 0.544900</w:t>
        <w:br/>
        <w:t>vt 0.938600 0.537900</w:t>
        <w:br/>
        <w:t>vt 0.982100 0.537900</w:t>
        <w:br/>
        <w:t>vt 0.935000 0.534200</w:t>
        <w:br/>
        <w:t>vt 0.985800 0.534200</w:t>
        <w:br/>
        <w:t>vt 0.932900 0.530300</w:t>
        <w:br/>
        <w:t>vt 0.988000 0.530300</w:t>
        <w:br/>
        <w:t>vt 0.912500 0.561200</w:t>
        <w:br/>
        <w:t>vt 0.912500 0.541700</w:t>
        <w:br/>
        <w:t>vt 0.916100 0.539700</w:t>
        <w:br/>
        <w:t>vt 0.916100 0.563200</w:t>
        <w:br/>
        <w:t>vt 0.909200 0.557800</w:t>
        <w:br/>
        <w:t>vt 0.909200 0.545100</w:t>
        <w:br/>
        <w:t>vt 0.906100 0.554500</w:t>
        <w:br/>
        <w:t>vt 0.906100 0.548600</w:t>
        <w:br/>
        <w:t>vt 0.903200 0.553000</w:t>
        <w:br/>
        <w:t>vt 0.903200 0.550200</w:t>
        <w:br/>
        <w:t>vt 0.938700 0.549700</w:t>
        <w:br/>
        <w:t>vt 0.938700 0.552800</w:t>
        <w:br/>
        <w:t>vt 0.935600 0.554500</w:t>
        <w:br/>
        <w:t>vt 0.935600 0.547900</w:t>
        <w:br/>
        <w:t>vt 0.932100 0.558200</w:t>
        <w:br/>
        <w:t>vt 0.932100 0.544100</w:t>
        <w:br/>
        <w:t>vt 0.928500 0.561900</w:t>
        <w:br/>
        <w:t>vt 0.928500 0.540300</w:t>
        <w:br/>
        <w:t>vt 0.924500 0.564100</w:t>
        <w:br/>
        <w:t>vt 0.924500 0.538100</w:t>
        <w:br/>
        <w:t>vt 0.907000 0.567000</w:t>
        <w:br/>
        <w:t>vt 0.909000 0.570500</w:t>
        <w:br/>
        <w:t>vt 0.859100 0.570500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0.978100 0.561000</w:t>
        <w:br/>
        <w:t>vt 0.942100 0.561000</w:t>
        <w:br/>
        <w:t>vt 0.944100 0.557500</w:t>
        <w:br/>
        <w:t>vt 0.976200 0.557500</w:t>
        <w:br/>
        <w:t>vt 0.938300 0.564500</w:t>
        <w:br/>
        <w:t>vt 0.981800 0.564500</w:t>
        <w:br/>
        <w:t>vt 0.985400 0.568200</w:t>
        <w:br/>
        <w:t>vt 0.934600 0.568200</w:t>
        <w:br/>
        <w:t>vt 0.987600 0.572100</w:t>
        <w:br/>
        <w:t>vt 0.932500 0.572100</w:t>
        <w:br/>
        <w:t>vt 0.856600 0.538000</w:t>
        <w:br/>
        <w:t>vt 0.853700 0.535100</w:t>
        <w:br/>
        <w:t>vt 0.857000 0.565500</w:t>
        <w:br/>
        <w:t>vt 0.854200 0.568400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0.980400 0.546100</w:t>
        <w:br/>
        <w:t>vt 0.983000 0.543400</w:t>
        <w:br/>
        <w:t>vt 0.982700 0.558900</w:t>
        <w:br/>
        <w:t>vt 0.980100 0.556200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0.913300 0.534900</w:t>
        <w:br/>
        <w:t>vt 0.910600 0.537700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0.940100 0.556300</w:t>
        <w:br/>
        <w:t>vt 0.937500 0.559000</w:t>
        <w:br/>
        <w:t>vt 0.933700 0.562800</w:t>
        <w:br/>
        <w:t>vt 0.930100 0.566500</w:t>
        <w:br/>
        <w:t>vt 0.926900 0.569600</w:t>
        <w:br/>
        <w:t>vt 0.529300 0.659700</w:t>
        <w:br/>
        <w:t>vt 0.558100 0.659700</w:t>
        <w:br/>
        <w:t>vt 0.535900 0.644500</w:t>
        <w:br/>
        <w:t>vt 0.558500 0.681300</w:t>
        <w:br/>
        <w:t>vt 0.558500 0.690500</w:t>
        <w:br/>
        <w:t>vt 0.576000 0.696300</w:t>
        <w:br/>
        <w:t>vt 0.576000 0.675600</w:t>
        <w:br/>
        <w:t>vt 0.536600 0.682400</w:t>
        <w:br/>
        <w:t>vt 0.536700 0.677600</w:t>
        <w:br/>
        <w:t>vt 0.521500 0.671400</w:t>
        <w:br/>
        <w:t>vt 0.518100 0.673400</w:t>
        <w:br/>
        <w:t>vt 0.518100 0.673400</w:t>
        <w:br/>
        <w:t>vt 0.521500 0.671400</w:t>
        <w:br/>
        <w:t>vt 0.521500 0.650800</w:t>
        <w:br/>
        <w:t>vt 0.518100 0.648900</w:t>
        <w:br/>
        <w:t>vt 0.535900 0.644500</w:t>
        <w:br/>
        <w:t>vt 0.565600 0.653700</w:t>
        <w:br/>
        <w:t>vt 0.568800 0.651500</w:t>
        <w:br/>
        <w:t>vt 0.535600 0.640100</w:t>
        <w:br/>
        <w:t>vt 0.568800 0.651500</w:t>
        <w:br/>
        <w:t>vt 0.565600 0.653700</w:t>
        <w:br/>
        <w:t>vt 0.565600 0.669000</w:t>
        <w:br/>
        <w:t>vt 0.568800 0.671100</w:t>
        <w:br/>
        <w:t>vt 0.565600 0.669000</w:t>
        <w:br/>
        <w:t>vt 0.568800 0.671100</w:t>
        <w:br/>
        <w:t>vt 0.412000 0.436900</w:t>
        <w:br/>
        <w:t>vt 0.401500 0.446700</w:t>
        <w:br/>
        <w:t>vt 0.405300 0.449600</w:t>
        <w:br/>
        <w:t>vt 0.414800 0.439600</w:t>
        <w:br/>
        <w:t>vt 0.424200 0.429400</w:t>
        <w:br/>
        <w:t>vt 0.421200 0.426200</w:t>
        <w:br/>
        <w:t>vt 0.431000 0.422000</w:t>
        <w:br/>
        <w:t>vt 0.429800 0.418100</w:t>
        <w:br/>
        <w:t>vt 0.398700 0.457000</w:t>
        <w:br/>
        <w:t>vt 0.393600 0.455500</w:t>
        <w:br/>
        <w:t>vt 0.408200 0.433400</w:t>
        <w:br/>
        <w:t>vt 0.405200 0.430500</w:t>
        <w:br/>
        <w:t>vt 0.396100 0.440200</w:t>
        <w:br/>
        <w:t>vt 0.398700 0.443800</w:t>
        <w:br/>
        <w:t>vt 0.414900 0.420700</w:t>
        <w:br/>
        <w:t>vt 0.418400 0.423500</w:t>
        <w:br/>
        <w:t>vt 0.425600 0.414500</w:t>
        <w:br/>
        <w:t>vt 0.421100 0.413300</w:t>
        <w:br/>
        <w:t>vt 0.388000 0.445400</w:t>
        <w:br/>
        <w:t>vt 0.389400 0.451300</w:t>
        <w:br/>
        <w:t>vt 0.418600 0.443200</w:t>
        <w:br/>
        <w:t>vt 0.414800 0.439600</w:t>
        <w:br/>
        <w:t>vt 0.405300 0.449600</w:t>
        <w:br/>
        <w:t>vt 0.409300 0.453100</w:t>
        <w:br/>
        <w:t>vt 0.428200 0.433100</w:t>
        <w:br/>
        <w:t>vt 0.424200 0.429400</w:t>
        <w:br/>
        <w:t>vt 0.434900 0.425900</w:t>
        <w:br/>
        <w:t>vt 0.431000 0.422000</w:t>
        <w:br/>
        <w:t>vt 0.398700 0.457000</w:t>
        <w:br/>
        <w:t>vt 0.402500 0.460300</w:t>
        <w:br/>
        <w:t>vt 0.521500 0.650800</w:t>
        <w:br/>
        <w:t>vt 0.525600 0.659700</w:t>
        <w:br/>
        <w:t>vt 0.584500 0.691800</w:t>
        <w:br/>
        <w:t>vt 0.584500 0.680200</w:t>
        <w:br/>
        <w:t>vt 0.518100 0.648900</w:t>
        <w:br/>
        <w:t>vt 0.521500 0.650800</w:t>
        <w:br/>
        <w:t>vt 0.521500 0.671400</w:t>
        <w:br/>
        <w:t>vt 0.536700 0.677600</w:t>
        <w:br/>
        <w:t>vt 0.529300 0.663300</w:t>
        <w:br/>
        <w:t>vt 0.525600 0.663300</w:t>
        <w:br/>
        <w:t>vt 0.565600 0.669000</w:t>
        <w:br/>
        <w:t>vt 0.565600 0.653700</w:t>
        <w:br/>
        <w:t>vt 0.561200 0.659700</w:t>
        <w:br/>
        <w:t>vt 0.561200 0.663300</w:t>
        <w:br/>
        <w:t>vt 0.558100 0.663300</w:t>
        <w:br/>
        <w:t>vt 0.412000 0.436900</w:t>
        <w:br/>
        <w:t>vt 0.408200 0.433400</w:t>
        <w:br/>
        <w:t>vt 0.398700 0.443800</w:t>
        <w:br/>
        <w:t>vt 0.401500 0.446700</w:t>
        <w:br/>
        <w:t>vt 0.393600 0.455500</w:t>
        <w:br/>
        <w:t>vt 0.389400 0.451300</w:t>
        <w:br/>
        <w:t>vt 0.421200 0.426200</w:t>
        <w:br/>
        <w:t>vt 0.418400 0.423500</w:t>
        <w:br/>
        <w:t>vt 0.429800 0.418100</w:t>
        <w:br/>
        <w:t>vt 0.425600 0.414500</w:t>
        <w:br/>
        <w:t>vt 0.216400 0.339100</w:t>
        <w:br/>
        <w:t>vt 0.221700 0.337300</w:t>
        <w:br/>
        <w:t>vt 0.219600 0.335400</w:t>
        <w:br/>
        <w:t>vt 0.216600 0.336600</w:t>
        <w:br/>
        <w:t>vt 0.213800 0.335000</w:t>
        <w:br/>
        <w:t>vt 0.211600 0.336500</w:t>
        <w:br/>
        <w:t>vt 0.213700 0.326300</w:t>
        <w:br/>
        <w:t>vt 0.211800 0.257600</w:t>
        <w:br/>
        <w:t>vt 0.220400 0.326200</w:t>
        <w:br/>
        <w:t>vt 0.220200 0.254400</w:t>
        <w:br/>
        <w:t>vt 0.228600 0.258700</w:t>
        <w:br/>
        <w:t>vt 0.841600 0.772700</w:t>
        <w:br/>
        <w:t>vt 0.842600 0.771100</w:t>
        <w:br/>
        <w:t>vt 0.838900 0.771100</w:t>
        <w:br/>
        <w:t>vt 0.839800 0.772700</w:t>
        <w:br/>
        <w:t>vt 0.838700 0.774200</w:t>
        <w:br/>
        <w:t>vt 0.836800 0.774000</w:t>
        <w:br/>
        <w:t>vt 0.840800 0.779300</w:t>
        <w:br/>
        <w:t>vt 0.855600 0.818900</w:t>
        <w:br/>
        <w:t>vt 0.844400 0.777500</w:t>
        <w:br/>
        <w:t>vt 0.867400 0.813000</w:t>
        <w:br/>
        <w:t>vt 0.209200 0.256200</w:t>
        <w:br/>
        <w:t>vt 0.211800 0.257600</w:t>
        <w:br/>
        <w:t>vt 0.220200 0.254400</w:t>
        <w:br/>
        <w:t>vt 0.220200 0.251500</w:t>
        <w:br/>
        <w:t>vt 0.211800 0.257600</w:t>
        <w:br/>
        <w:t>vt 0.209200 0.256200</w:t>
        <w:br/>
        <w:t>vt 0.209500 0.338000</w:t>
        <w:br/>
        <w:t>vt 0.211600 0.336500</w:t>
        <w:br/>
        <w:t>vt 0.228600 0.258700</w:t>
        <w:br/>
        <w:t>vt 0.221700 0.337300</w:t>
        <w:br/>
        <w:t>vt 0.223500 0.339000</w:t>
        <w:br/>
        <w:t>vt 0.231700 0.257200</w:t>
        <w:br/>
        <w:t>vt 0.228600 0.258700</w:t>
        <w:br/>
        <w:t>vt 0.231700 0.257200</w:t>
        <w:br/>
        <w:t>vt 0.216400 0.339100</w:t>
        <w:br/>
        <w:t>vt 0.216300 0.341800</w:t>
        <w:br/>
        <w:t>vt 0.216800 0.334700</w:t>
        <w:br/>
        <w:t>vt 0.216600 0.336600</w:t>
        <w:br/>
        <w:t>vt 0.219600 0.335400</w:t>
        <w:br/>
        <w:t>vt 0.218100 0.334300</w:t>
        <w:br/>
        <w:t>vt 0.213800 0.335000</w:t>
        <w:br/>
        <w:t>vt 0.215500 0.334000</w:t>
        <w:br/>
        <w:t>vt 0.213700 0.326300</w:t>
        <w:br/>
        <w:t>vt 0.213800 0.335000</w:t>
        <w:br/>
        <w:t>vt 0.215500 0.334000</w:t>
        <w:br/>
        <w:t>vt 0.215200 0.327900</w:t>
        <w:br/>
        <w:t>vt 0.213700 0.326300</w:t>
        <w:br/>
        <w:t>vt 0.215200 0.327900</w:t>
        <w:br/>
        <w:t>vt 0.218600 0.328100</w:t>
        <w:br/>
        <w:t>vt 0.220400 0.326200</w:t>
        <w:br/>
        <w:t>vt 0.220400 0.326200</w:t>
        <w:br/>
        <w:t>vt 0.218600 0.328100</w:t>
        <w:br/>
        <w:t>vt 0.218100 0.334300</w:t>
        <w:br/>
        <w:t>vt 0.219600 0.335400</w:t>
        <w:br/>
        <w:t>vt 0.862500 0.817800</w:t>
        <w:br/>
        <w:t>vt 0.535900 0.644500</w:t>
        <w:br/>
        <w:t>vt 0.558100 0.659700</w:t>
        <w:br/>
        <w:t>vt 0.529300 0.659700</w:t>
        <w:br/>
        <w:t>vt 0.558500 0.681300</w:t>
        <w:br/>
        <w:t>vt 0.576000 0.675600</w:t>
        <w:br/>
        <w:t>vt 0.576000 0.696300</w:t>
        <w:br/>
        <w:t>vt 0.558500 0.690500</w:t>
        <w:br/>
        <w:t>vt 0.518100 0.673400</w:t>
        <w:br/>
        <w:t>vt 0.521500 0.671400</w:t>
        <w:br/>
        <w:t>vt 0.536700 0.677600</w:t>
        <w:br/>
        <w:t>vt 0.536600 0.682400</w:t>
        <w:br/>
        <w:t>vt 0.521500 0.671400</w:t>
        <w:br/>
        <w:t>vt 0.518100 0.673400</w:t>
        <w:br/>
        <w:t>vt 0.518100 0.648900</w:t>
        <w:br/>
        <w:t>vt 0.521500 0.650800</w:t>
        <w:br/>
        <w:t>vt 0.535600 0.640100</w:t>
        <w:br/>
        <w:t>vt 0.568800 0.651500</w:t>
        <w:br/>
        <w:t>vt 0.565600 0.653700</w:t>
        <w:br/>
        <w:t>vt 0.535900 0.644500</w:t>
        <w:br/>
        <w:t>vt 0.565600 0.669000</w:t>
        <w:br/>
        <w:t>vt 0.565600 0.653700</w:t>
        <w:br/>
        <w:t>vt 0.568800 0.651500</w:t>
        <w:br/>
        <w:t>vt 0.568800 0.671100</w:t>
        <w:br/>
        <w:t>vt 0.565600 0.669000</w:t>
        <w:br/>
        <w:t>vt 0.568800 0.671100</w:t>
        <w:br/>
        <w:t>vt 0.412000 0.436900</w:t>
        <w:br/>
        <w:t>vt 0.414800 0.439600</w:t>
        <w:br/>
        <w:t>vt 0.405300 0.449600</w:t>
        <w:br/>
        <w:t>vt 0.401500 0.446700</w:t>
        <w:br/>
        <w:t>vt 0.424200 0.429400</w:t>
        <w:br/>
        <w:t>vt 0.421200 0.426200</w:t>
        <w:br/>
        <w:t>vt 0.429800 0.418100</w:t>
        <w:br/>
        <w:t>vt 0.431000 0.422000</w:t>
        <w:br/>
        <w:t>vt 0.398700 0.457000</w:t>
        <w:br/>
        <w:t>vt 0.393600 0.455500</w:t>
        <w:br/>
        <w:t>vt 0.396100 0.440200</w:t>
        <w:br/>
        <w:t>vt 0.405200 0.430500</w:t>
        <w:br/>
        <w:t>vt 0.408200 0.433400</w:t>
        <w:br/>
        <w:t>vt 0.398700 0.443800</w:t>
        <w:br/>
        <w:t>vt 0.414900 0.420700</w:t>
        <w:br/>
        <w:t>vt 0.418400 0.423500</w:t>
        <w:br/>
        <w:t>vt 0.421100 0.413300</w:t>
        <w:br/>
        <w:t>vt 0.425600 0.414500</w:t>
        <w:br/>
        <w:t>vt 0.389400 0.451300</w:t>
        <w:br/>
        <w:t>vt 0.388000 0.445400</w:t>
        <w:br/>
        <w:t>vt 0.405300 0.449600</w:t>
        <w:br/>
        <w:t>vt 0.414800 0.439600</w:t>
        <w:br/>
        <w:t>vt 0.418600 0.443200</w:t>
        <w:br/>
        <w:t>vt 0.409300 0.453100</w:t>
        <w:br/>
        <w:t>vt 0.424200 0.429400</w:t>
        <w:br/>
        <w:t>vt 0.428200 0.433100</w:t>
        <w:br/>
        <w:t>vt 0.434900 0.425900</w:t>
        <w:br/>
        <w:t>vt 0.431000 0.422000</w:t>
        <w:br/>
        <w:t>vt 0.398700 0.457000</w:t>
        <w:br/>
        <w:t>vt 0.402500 0.460300</w:t>
        <w:br/>
        <w:t>vt 0.525600 0.659700</w:t>
        <w:br/>
        <w:t>vt 0.521500 0.650800</w:t>
        <w:br/>
        <w:t>vt 0.584500 0.680200</w:t>
        <w:br/>
        <w:t>vt 0.584500 0.691800</w:t>
        <w:br/>
        <w:t>vt 0.521500 0.650800</w:t>
        <w:br/>
        <w:t>vt 0.518100 0.648900</w:t>
        <w:br/>
        <w:t>vt 0.529300 0.663300</w:t>
        <w:br/>
        <w:t>vt 0.536700 0.677600</w:t>
        <w:br/>
        <w:t>vt 0.521500 0.671400</w:t>
        <w:br/>
        <w:t>vt 0.525600 0.663300</w:t>
        <w:br/>
        <w:t>vt 0.565600 0.669000</w:t>
        <w:br/>
        <w:t>vt 0.561200 0.663300</w:t>
        <w:br/>
        <w:t>vt 0.561200 0.659700</w:t>
        <w:br/>
        <w:t>vt 0.565600 0.653700</w:t>
        <w:br/>
        <w:t>vt 0.558100 0.663300</w:t>
        <w:br/>
        <w:t>vt 0.398700 0.443800</w:t>
        <w:br/>
        <w:t>vt 0.408200 0.433400</w:t>
        <w:br/>
        <w:t>vt 0.412000 0.436900</w:t>
        <w:br/>
        <w:t>vt 0.401500 0.446700</w:t>
        <w:br/>
        <w:t>vt 0.393600 0.455500</w:t>
        <w:br/>
        <w:t>vt 0.389400 0.451300</w:t>
        <w:br/>
        <w:t>vt 0.418400 0.423500</w:t>
        <w:br/>
        <w:t>vt 0.421200 0.426200</w:t>
        <w:br/>
        <w:t>vt 0.425600 0.414500</w:t>
        <w:br/>
        <w:t>vt 0.429800 0.418100</w:t>
        <w:br/>
        <w:t>vt 0.855200 0.542100</w:t>
        <w:br/>
        <w:t>vt 0.851600 0.540100</w:t>
        <w:br/>
        <w:t>vt 0.851600 0.563500</w:t>
        <w:br/>
        <w:t>vt 0.855200 0.561500</w:t>
        <w:br/>
        <w:t>vt 0.858400 0.558100</w:t>
        <w:br/>
        <w:t>vt 0.858400 0.545400</w:t>
        <w:br/>
        <w:t>vt 0.861600 0.548700</w:t>
        <w:br/>
        <w:t>vt 0.861600 0.554700</w:t>
        <w:br/>
        <w:t>vt 0.864400 0.553100</w:t>
        <w:br/>
        <w:t>vt 0.864400 0.550300</w:t>
        <w:br/>
        <w:t>vt 0.984900 0.547900</w:t>
        <w:br/>
        <w:t>vt 0.981700 0.549600</w:t>
        <w:br/>
        <w:t>vt 0.981700 0.552600</w:t>
        <w:br/>
        <w:t>vt 0.984900 0.554400</w:t>
        <w:br/>
        <w:t>vt 0.988300 0.558300</w:t>
        <w:br/>
        <w:t>vt 0.988300 0.544200</w:t>
        <w:br/>
        <w:t>vt 0.991900 0.562000</w:t>
        <w:br/>
        <w:t>vt 0.991900 0.540500</w:t>
        <w:br/>
        <w:t>vt 0.995900 0.564200</w:t>
        <w:br/>
        <w:t>vt 0.995900 0.538300</w:t>
        <w:br/>
        <w:t>vt 0.860700 0.536300</w:t>
        <w:br/>
        <w:t>vt 0.906500 0.536300</w:t>
        <w:br/>
        <w:t>vt 0.908400 0.532800</w:t>
        <w:br/>
        <w:t>vt 0.858700 0.532800</w:t>
        <w:br/>
        <w:t>vt 0.864000 0.539600</w:t>
        <w:br/>
        <w:t>vt 0.903300 0.539600</w:t>
        <w:br/>
        <w:t>vt 0.867400 0.542800</w:t>
        <w:br/>
        <w:t>vt 0.899900 0.542800</w:t>
        <w:br/>
        <w:t>vt 0.869100 0.546000</w:t>
        <w:br/>
        <w:t>vt 0.898100 0.546000</w:t>
        <w:br/>
        <w:t>vt 0.976400 0.544900</w:t>
        <w:br/>
        <w:t>vt 0.978400 0.541400</w:t>
        <w:br/>
        <w:t>vt 0.942400 0.541400</w:t>
        <w:br/>
        <w:t>vt 0.944300 0.544900</w:t>
        <w:br/>
        <w:t>vt 0.982100 0.537900</w:t>
        <w:br/>
        <w:t>vt 0.938600 0.537900</w:t>
        <w:br/>
        <w:t>vt 0.935000 0.534200</w:t>
        <w:br/>
        <w:t>vt 0.985800 0.534200</w:t>
        <w:br/>
        <w:t>vt 0.988000 0.530300</w:t>
        <w:br/>
        <w:t>vt 0.932900 0.530300</w:t>
        <w:br/>
        <w:t>vt 0.912500 0.561200</w:t>
        <w:br/>
        <w:t>vt 0.916100 0.563200</w:t>
        <w:br/>
        <w:t>vt 0.916100 0.539700</w:t>
        <w:br/>
        <w:t>vt 0.912500 0.541700</w:t>
        <w:br/>
        <w:t>vt 0.909200 0.545100</w:t>
        <w:br/>
        <w:t>vt 0.909200 0.557800</w:t>
        <w:br/>
        <w:t>vt 0.906100 0.548600</w:t>
        <w:br/>
        <w:t>vt 0.906100 0.554500</w:t>
        <w:br/>
        <w:t>vt 0.903200 0.550200</w:t>
        <w:br/>
        <w:t>vt 0.903200 0.553000</w:t>
        <w:br/>
        <w:t>vt 0.938700 0.549700</w:t>
        <w:br/>
        <w:t>vt 0.935600 0.547900</w:t>
        <w:br/>
        <w:t>vt 0.935600 0.554500</w:t>
        <w:br/>
        <w:t>vt 0.938700 0.552800</w:t>
        <w:br/>
        <w:t>vt 0.932100 0.558200</w:t>
        <w:br/>
        <w:t>vt 0.932100 0.544100</w:t>
        <w:br/>
        <w:t>vt 0.928500 0.540300</w:t>
        <w:br/>
        <w:t>vt 0.928500 0.561900</w:t>
        <w:br/>
        <w:t>vt 0.924500 0.538100</w:t>
        <w:br/>
        <w:t>vt 0.924500 0.564100</w:t>
        <w:br/>
        <w:t>vt 0.859100 0.570500</w:t>
        <w:br/>
        <w:t>vt 0.909000 0.570500</w:t>
        <w:br/>
        <w:t>vt 0.907000 0.567000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0.942100 0.561000</w:t>
        <w:br/>
        <w:t>vt 0.978100 0.561000</w:t>
        <w:br/>
        <w:t>vt 0.976200 0.557500</w:t>
        <w:br/>
        <w:t>vt 0.944100 0.557500</w:t>
        <w:br/>
        <w:t>vt 0.938300 0.564500</w:t>
        <w:br/>
        <w:t>vt 0.981800 0.564500</w:t>
        <w:br/>
        <w:t>vt 0.985400 0.568200</w:t>
        <w:br/>
        <w:t>vt 0.934600 0.568200</w:t>
        <w:br/>
        <w:t>vt 0.932500 0.572100</w:t>
        <w:br/>
        <w:t>vt 0.987600 0.572100</w:t>
        <w:br/>
        <w:t>vt 0.856600 0.538000</w:t>
        <w:br/>
        <w:t>vt 0.853700 0.535100</w:t>
        <w:br/>
        <w:t>vt 0.854200 0.568400</w:t>
        <w:br/>
        <w:t>vt 0.857000 0.565500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0.983000 0.543400</w:t>
        <w:br/>
        <w:t>vt 0.980400 0.546100</w:t>
        <w:br/>
        <w:t>vt 0.980100 0.556200</w:t>
        <w:br/>
        <w:t>vt 0.982700 0.558900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0.910600 0.537700</w:t>
        <w:br/>
        <w:t>vt 0.913300 0.534900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0.937500 0.559000</w:t>
        <w:br/>
        <w:t>vt 0.940100 0.556300</w:t>
        <w:br/>
        <w:t>vt 0.933700 0.562800</w:t>
        <w:br/>
        <w:t>vt 0.930100 0.566500</w:t>
        <w:br/>
        <w:t>vt 0.926900 0.569600</w:t>
        <w:br/>
        <w:t>vt 0.194200 0.530000</w:t>
        <w:br/>
        <w:t>vt 0.187600 0.535100</w:t>
        <w:br/>
        <w:t>vt 0.222000 0.535100</w:t>
        <w:br/>
        <w:t>vt 0.215400 0.530000</w:t>
        <w:br/>
        <w:t>vt 0.221900 0.504900</w:t>
        <w:br/>
        <w:t>vt 0.187500 0.504900</w:t>
        <w:br/>
        <w:t>vt 0.194200 0.509800</w:t>
        <w:br/>
        <w:t>vt 0.215300 0.509800</w:t>
        <w:br/>
        <w:t>vt 0.225100 0.508300</w:t>
        <w:br/>
        <w:t>vt 0.218800 0.513200</w:t>
        <w:br/>
        <w:t>vt 0.218800 0.526600</w:t>
        <w:br/>
        <w:t>vt 0.225100 0.531700</w:t>
        <w:br/>
        <w:t>vt 0.190800 0.526600</w:t>
        <w:br/>
        <w:t>vt 0.190800 0.513300</w:t>
        <w:br/>
        <w:t>vt 0.184300 0.508300</w:t>
        <w:br/>
        <w:t>vt 0.184300 0.531900</w:t>
        <w:br/>
        <w:t>vt 0.283500 0.756300</w:t>
        <w:br/>
        <w:t>vt 0.295700 0.756400</w:t>
        <w:br/>
        <w:t>vt 0.299500 0.753200</w:t>
        <w:br/>
        <w:t>vt 0.279600 0.753200</w:t>
        <w:br/>
        <w:t>vt 0.283500 0.768900</w:t>
        <w:br/>
        <w:t>vt 0.279600 0.772000</w:t>
        <w:br/>
        <w:t>vt 0.299500 0.772000</w:t>
        <w:br/>
        <w:t>vt 0.295700 0.768900</w:t>
        <w:br/>
        <w:t>vt 0.297700 0.758500</w:t>
        <w:br/>
        <w:t>vt 0.297700 0.766800</w:t>
        <w:br/>
        <w:t>vt 0.301400 0.769900</w:t>
        <w:br/>
        <w:t>vt 0.301400 0.755300</w:t>
        <w:br/>
        <w:t>vt 0.277700 0.769900</w:t>
        <w:br/>
        <w:t>vt 0.281500 0.766700</w:t>
        <w:br/>
        <w:t>vt 0.281500 0.758500</w:t>
        <w:br/>
        <w:t>vt 0.277800 0.755200</w:t>
        <w:br/>
        <w:t>vt 0.059900 0.500100</w:t>
        <w:br/>
        <w:t>vt 0.059900 0.514100</w:t>
        <w:br/>
        <w:t>vt 0.065500 0.514100</w:t>
        <w:br/>
        <w:t>vt 0.065500 0.500100</w:t>
        <w:br/>
        <w:t>vt 0.064900 0.537400</w:t>
        <w:br/>
        <w:t>vt 0.060500 0.537400</w:t>
        <w:br/>
        <w:t>vt 0.060500 0.560100</w:t>
        <w:br/>
        <w:t>vt 0.064900 0.560100</w:t>
        <w:br/>
        <w:t>vt 0.060500 0.582500</w:t>
        <w:br/>
        <w:t>vt 0.060500 0.605200</w:t>
        <w:br/>
        <w:t>vt 0.064900 0.605200</w:t>
        <w:br/>
        <w:t>vt 0.064900 0.582500</w:t>
        <w:br/>
        <w:t>vt 0.065500 0.470200</w:t>
        <w:br/>
        <w:t>vt 0.059900 0.470200</w:t>
        <w:br/>
        <w:t>vt 0.059900 0.484200</w:t>
        <w:br/>
        <w:t>vt 0.065500 0.484200</w:t>
        <w:br/>
        <w:t>vt 0.060500 0.563600</w:t>
        <w:br/>
        <w:t>vt 0.060500 0.579000</w:t>
        <w:br/>
        <w:t>vt 0.064900 0.579000</w:t>
        <w:br/>
        <w:t>vt 0.064900 0.563600</w:t>
        <w:br/>
        <w:t>vt 0.059900 0.496600</w:t>
        <w:br/>
        <w:t>vt 0.065500 0.496600</w:t>
        <w:br/>
        <w:t>vt 0.065500 0.487800</w:t>
        <w:br/>
        <w:t>vt 0.059900 0.487800</w:t>
        <w:br/>
        <w:t>vt 0.065500 0.517700</w:t>
        <w:br/>
        <w:t>vt 0.059900 0.517700</w:t>
        <w:br/>
        <w:t>vt 0.059900 0.526500</w:t>
        <w:br/>
        <w:t>vt 0.065500 0.526500</w:t>
        <w:br/>
        <w:t>vt 0.060500 0.608600</w:t>
        <w:br/>
        <w:t>vt 0.060500 0.624200</w:t>
        <w:br/>
        <w:t>vt 0.064900 0.624200</w:t>
        <w:br/>
        <w:t>vt 0.064900 0.608600</w:t>
        <w:br/>
        <w:t>vt 0.191600 0.529200</w:t>
        <w:br/>
        <w:t>vt 0.185200 0.534300</w:t>
        <w:br/>
        <w:t>vt 0.218000 0.529100</w:t>
        <w:br/>
        <w:t>vt 0.224400 0.534400</w:t>
        <w:br/>
        <w:t>vt 0.185000 0.505700</w:t>
        <w:br/>
        <w:t>vt 0.191600 0.510700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0.300900 0.771500</w:t>
        <w:br/>
        <w:t>vt 0.297200 0.768400</w:t>
        <w:br/>
        <w:t>vt 0.059900 0.515900</w:t>
        <w:br/>
        <w:t>vt 0.065500 0.515900</w:t>
        <w:br/>
        <w:t>vt 0.065500 0.498400</w:t>
        <w:br/>
        <w:t>vt 0.059900 0.498400</w:t>
        <w:br/>
        <w:t>vt 0.060500 0.561800</w:t>
        <w:br/>
        <w:t>vt 0.064900 0.561800</w:t>
        <w:br/>
        <w:t>vt 0.060500 0.627600</w:t>
        <w:br/>
        <w:t>vt 0.064900 0.627600</w:t>
        <w:br/>
        <w:t>vt 0.064900 0.625900</w:t>
        <w:br/>
        <w:t>vt 0.060500 0.625900</w:t>
        <w:br/>
        <w:t>vt 0.060500 0.606900</w:t>
        <w:br/>
        <w:t>vt 0.064900 0.606900</w:t>
        <w:br/>
        <w:t>vt 0.064900 0.580900</w:t>
        <w:br/>
        <w:t>vt 0.060500 0.580900</w:t>
        <w:br/>
        <w:t>vt 0.065500 0.486000</w:t>
        <w:br/>
        <w:t>vt 0.059900 0.486000</w:t>
        <w:br/>
        <w:t>vt 0.059900 0.530000</w:t>
        <w:br/>
        <w:t>vt 0.065500 0.530000</w:t>
        <w:br/>
        <w:t>vt 0.065500 0.528300</w:t>
        <w:br/>
        <w:t>vt 0.059900 0.528300</w:t>
        <w:br/>
        <w:t>vt 0.220500 0.656700</w:t>
        <w:br/>
        <w:t>vt 0.223000 0.658100</w:t>
        <w:br/>
        <w:t>vt 0.223600 0.654300</w:t>
        <w:br/>
        <w:t>vt 0.220900 0.654300</w:t>
        <w:br/>
        <w:t>vt 0.223600 0.629500</w:t>
        <w:br/>
        <w:t>vt 0.220900 0.629500</w:t>
        <w:br/>
        <w:t>vt 0.220500 0.631700</w:t>
        <w:br/>
        <w:t>vt 0.223000 0.633200</w:t>
        <w:br/>
        <w:t>vt 0.223000 0.651100</w:t>
        <w:br/>
        <w:t>vt 0.220500 0.652300</w:t>
        <w:br/>
        <w:t>vt 0.223000 0.625600</w:t>
        <w:br/>
        <w:t>vt 0.220500 0.626700</w:t>
        <w:br/>
        <w:t>vt 0.216900 0.636000</w:t>
        <w:br/>
        <w:t>vt 0.191300 0.636000</w:t>
        <w:br/>
        <w:t>vt 0.190000 0.639400</w:t>
        <w:br/>
        <w:t>vt 0.218700 0.639400</w:t>
        <w:br/>
        <w:t>vt 0.185200 0.654300</w:t>
        <w:br/>
        <w:t>vt 0.185800 0.658100</w:t>
        <w:br/>
        <w:t>vt 0.188200 0.656700</w:t>
        <w:br/>
        <w:t>vt 0.187800 0.654300</w:t>
        <w:br/>
        <w:t>vt 0.185200 0.629500</w:t>
        <w:br/>
        <w:t>vt 0.185800 0.633200</w:t>
        <w:br/>
        <w:t>vt 0.188200 0.631700</w:t>
        <w:br/>
        <w:t>vt 0.187800 0.629500</w:t>
        <w:br/>
        <w:t>vt 0.188200 0.652300</w:t>
        <w:br/>
        <w:t>vt 0.185700 0.651200</w:t>
        <w:br/>
        <w:t>vt 0.188300 0.626700</w:t>
        <w:br/>
        <w:t>vt 0.185800 0.625600</w:t>
        <w:br/>
        <w:t>vt 0.190000 0.645800</w:t>
        <w:br/>
        <w:t>vt 0.218700 0.645800</w:t>
        <w:br/>
        <w:t>vt 0.191200 0.648400</w:t>
        <w:br/>
        <w:t>vt 0.217500 0.648400</w:t>
        <w:br/>
        <w:t>vt 0.148772 0.960016</w:t>
        <w:br/>
        <w:t>vt 0.148611 0.958889</w:t>
        <w:br/>
        <w:t>vt 0.147243 0.958889</w:t>
        <w:br/>
        <w:t>vt 0.147565 0.960660</w:t>
        <w:br/>
        <w:t>vt 0.147243 0.947055</w:t>
        <w:br/>
        <w:t>vt 0.147565 0.948746</w:t>
        <w:br/>
        <w:t>vt 0.148772 0.948102</w:t>
        <w:br/>
        <w:t>vt 0.148611 0.947055</w:t>
        <w:br/>
        <w:t>vt 0.147484 0.957359</w:t>
        <w:br/>
        <w:t>vt 0.148772 0.957923</w:t>
        <w:br/>
        <w:t>vt 0.147565 0.945123</w:t>
        <w:br/>
        <w:t>vt 0.148772 0.945687</w:t>
        <w:br/>
        <w:t>vt 0.163987 0.951805</w:t>
        <w:br/>
        <w:t>vt 0.163423 0.950114</w:t>
        <w:br/>
        <w:t>vt 0.150543 0.950195</w:t>
        <w:br/>
        <w:t>vt 0.149658 0.951724</w:t>
        <w:br/>
        <w:t>vt 0.166482 0.958889</w:t>
        <w:br/>
        <w:t>vt 0.165114 0.958889</w:t>
        <w:br/>
        <w:t>vt 0.164953 0.960016</w:t>
        <w:br/>
        <w:t>vt 0.166160 0.960660</w:t>
        <w:br/>
        <w:t>vt 0.164953 0.948102</w:t>
        <w:br/>
        <w:t>vt 0.166160 0.948746</w:t>
        <w:br/>
        <w:t>vt 0.166482 0.947055</w:t>
        <w:br/>
        <w:t>vt 0.165114 0.947055</w:t>
        <w:br/>
        <w:t>vt 0.166160 0.957359</w:t>
        <w:br/>
        <w:t>vt 0.164953 0.957923</w:t>
        <w:br/>
        <w:t>vt 0.165516 0.950114</w:t>
        <w:br/>
        <w:t>vt 0.164228 0.949390</w:t>
        <w:br/>
        <w:t>vt 0.164953 0.945687</w:t>
        <w:br/>
        <w:t>vt 0.166160 0.945123</w:t>
        <w:br/>
        <w:t>vt 0.149658 0.954783</w:t>
        <w:br/>
        <w:t>vt 0.164067 0.954783</w:t>
        <w:br/>
        <w:t>vt 0.163423 0.955991</w:t>
        <w:br/>
        <w:t>vt 0.150302 0.955991</w:t>
        <w:br/>
        <w:t>vt 0.074000 0.531000</w:t>
        <w:br/>
        <w:t>vt 0.074000 0.529600</w:t>
        <w:br/>
        <w:t>vt 0.070000 0.529600</w:t>
        <w:br/>
        <w:t>vt 0.070000 0.531000</w:t>
        <w:br/>
        <w:t>vt 0.049400 0.604600</w:t>
        <w:br/>
        <w:t>vt 0.053300 0.604600</w:t>
        <w:br/>
        <w:t>vt 0.053300 0.602400</w:t>
        <w:br/>
        <w:t>vt 0.049400 0.602400</w:t>
        <w:br/>
        <w:t>vt 0.050300 0.481700</w:t>
        <w:br/>
        <w:t>vt 0.050300 0.482900</w:t>
        <w:br/>
        <w:t>vt 0.054200 0.482900</w:t>
        <w:br/>
        <w:t>vt 0.054200 0.481700</w:t>
        <w:br/>
        <w:t>vt 0.053300 0.618600</w:t>
        <w:br/>
        <w:t>vt 0.049400 0.618600</w:t>
        <w:br/>
        <w:t>vt 0.049400 0.620700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0.049400 0.622900</w:t>
        <w:br/>
        <w:t>vt 0.053300 0.622900</w:t>
        <w:br/>
        <w:t>vt 0.050300 0.480100</w:t>
        <w:br/>
        <w:t>vt 0.054200 0.480100</w:t>
        <w:br/>
        <w:t>vt 0.053400 0.577100</w:t>
        <w:br/>
        <w:t>vt 0.053400 0.574900</w:t>
        <w:br/>
        <w:t>vt 0.049400 0.574900</w:t>
        <w:br/>
        <w:t>vt 0.049400 0.577100</w:t>
        <w:br/>
        <w:t>vt 0.070000 0.505700</w:t>
        <w:br/>
        <w:t>vt 0.074000 0.505700</w:t>
        <w:br/>
        <w:t>vt 0.074000 0.504300</w:t>
        <w:br/>
        <w:t>vt 0.070000 0.504300</w:t>
        <w:br/>
        <w:t>vt 0.049400 0.558900</w:t>
        <w:br/>
        <w:t>vt 0.049400 0.561000</w:t>
        <w:br/>
        <w:t>vt 0.053300 0.561000</w:t>
        <w:br/>
        <w:t>vt 0.053300 0.558900</w:t>
        <w:br/>
        <w:t>vt 0.054200 0.504700</w:t>
        <w:br/>
        <w:t>vt 0.050300 0.504700</w:t>
        <w:br/>
        <w:t>vt 0.050300 0.506000</w:t>
        <w:br/>
        <w:t>vt 0.054200 0.506000</w:t>
        <w:br/>
        <w:t>vt 0.070000 0.506900</w:t>
        <w:br/>
        <w:t>vt 0.074000 0.506900</w:t>
        <w:br/>
        <w:t>vt 0.049400 0.573100</w:t>
        <w:br/>
        <w:t>vt 0.053400 0.573100</w:t>
        <w:br/>
        <w:t>vt 0.050300 0.507600</w:t>
        <w:br/>
        <w:t>vt 0.054200 0.507600</w:t>
        <w:br/>
        <w:t>vt 0.053300 0.556600</w:t>
        <w:br/>
        <w:t>vt 0.049400 0.556600</w:t>
        <w:br/>
        <w:t>vt 0.053400 0.610500</w:t>
        <w:br/>
        <w:t>vt 0.049400 0.610500</w:t>
        <w:br/>
        <w:t>vt 0.049400 0.614100</w:t>
        <w:br/>
        <w:t>vt 0.053300 0.614100</w:t>
        <w:br/>
        <w:t>vt 0.053400 0.569000</w:t>
        <w:br/>
        <w:t>vt 0.053300 0.565400</w:t>
        <w:br/>
        <w:t>vt 0.049400 0.565500</w:t>
        <w:br/>
        <w:t>vt 0.049400 0.569000</w:t>
        <w:br/>
        <w:t>vt 0.218300 0.619000</w:t>
        <w:br/>
        <w:t>vt 0.190400 0.619000</w:t>
        <w:br/>
        <w:t>vt 0.191300 0.622200</w:t>
        <w:br/>
        <w:t>vt 0.217500 0.622200</w:t>
        <w:br/>
        <w:t>vt 0.217500 0.661100</w:t>
        <w:br/>
        <w:t>vt 0.218300 0.663800</w:t>
        <w:br/>
        <w:t>vt 0.221600 0.660800</w:t>
        <w:br/>
        <w:t>vt 0.219100 0.659400</w:t>
        <w:br/>
        <w:t>vt 0.221700 0.636000</w:t>
        <w:br/>
        <w:t>vt 0.219000 0.634300</w:t>
        <w:br/>
        <w:t>vt 0.219000 0.649700</w:t>
        <w:br/>
        <w:t>vt 0.221600 0.648500</w:t>
        <w:br/>
        <w:t>vt 0.221700 0.622800</w:t>
        <w:br/>
        <w:t>vt 0.219200 0.624000</w:t>
        <w:br/>
        <w:t>vt 0.187200 0.660800</w:t>
        <w:br/>
        <w:t>vt 0.190400 0.663800</w:t>
        <w:br/>
        <w:t>vt 0.191300 0.661100</w:t>
        <w:br/>
        <w:t>vt 0.189600 0.659400</w:t>
        <w:br/>
        <w:t>vt 0.189600 0.634400</w:t>
        <w:br/>
        <w:t>vt 0.187000 0.636000</w:t>
        <w:br/>
        <w:t>vt 0.187200 0.648500</w:t>
        <w:br/>
        <w:t>vt 0.189700 0.649700</w:t>
        <w:br/>
        <w:t>vt 0.187000 0.622800</w:t>
        <w:br/>
        <w:t>vt 0.189600 0.624000</w:t>
        <w:br/>
        <w:t>vt 0.163423 0.943513</w:t>
        <w:br/>
        <w:t>vt 0.163826 0.942064</w:t>
        <w:br/>
        <w:t>vt 0.149899 0.942064</w:t>
        <w:br/>
        <w:t>vt 0.150302 0.943513</w:t>
        <w:br/>
        <w:t>vt 0.148209 0.961948</w:t>
        <w:br/>
        <w:t>vt 0.149899 0.963397</w:t>
        <w:br/>
        <w:t>vt 0.150302 0.962109</w:t>
        <w:br/>
        <w:t>vt 0.149416 0.961304</w:t>
        <w:br/>
        <w:t>vt 0.149497 0.949309</w:t>
        <w:br/>
        <w:t>vt 0.148209 0.950114</w:t>
        <w:br/>
        <w:t>vt 0.148209 0.956071</w:t>
        <w:br/>
        <w:t>vt 0.149497 0.956635</w:t>
        <w:br/>
        <w:t>vt 0.148209 0.943835</w:t>
        <w:br/>
        <w:t>vt 0.149416 0.944399</w:t>
        <w:br/>
        <w:t>vt 0.163423 0.962109</w:t>
        <w:br/>
        <w:t>vt 0.163826 0.963397</w:t>
        <w:br/>
        <w:t>vt 0.165436 0.961948</w:t>
        <w:br/>
        <w:t>vt 0.164228 0.961304</w:t>
        <w:br/>
        <w:t>vt 0.164228 0.956635</w:t>
        <w:br/>
        <w:t>vt 0.165436 0.956071</w:t>
        <w:br/>
        <w:t>vt 0.164228 0.944399</w:t>
        <w:br/>
        <w:t>vt 0.165516 0.943835</w:t>
        <w:br/>
        <w:t>vt 0.054200 0.526500</w:t>
        <w:br/>
        <w:t>vt 0.054200 0.510800</w:t>
        <w:br/>
        <w:t>vt 0.050300 0.510800</w:t>
        <w:br/>
        <w:t>vt 0.050300 0.526500</w:t>
        <w:br/>
        <w:t>vt 0.053400 0.535200</w:t>
        <w:br/>
        <w:t>vt 0.049400 0.535200</w:t>
        <w:br/>
        <w:t>vt 0.049400 0.551900</w:t>
        <w:br/>
        <w:t>vt 0.053300 0.551900</w:t>
        <w:br/>
        <w:t>vt 0.070000 0.532700</w:t>
        <w:br/>
        <w:t>vt 0.070000 0.534100</w:t>
        <w:br/>
        <w:t>vt 0.074000 0.534100</w:t>
        <w:br/>
        <w:t>vt 0.074000 0.532700</w:t>
        <w:br/>
        <w:t>vt 0.053400 0.598100</w:t>
        <w:br/>
        <w:t>vt 0.049400 0.598100</w:t>
        <w:br/>
        <w:t>vt 0.049400 0.600700</w:t>
        <w:br/>
        <w:t>vt 0.053300 0.600700</w:t>
        <w:br/>
        <w:t>vt 0.050300 0.484700</w:t>
        <w:br/>
        <w:t>vt 0.050300 0.486300</w:t>
        <w:br/>
        <w:t>vt 0.054200 0.486300</w:t>
        <w:br/>
        <w:t>vt 0.054200 0.484700</w:t>
        <w:br/>
        <w:t>vt 0.049400 0.616800</w:t>
        <w:br/>
        <w:t>vt 0.053300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0.070000 0.526700</w:t>
        <w:br/>
        <w:t>vt 0.074000 0.526700</w:t>
        <w:br/>
        <w:t>vt 0.074000 0.525500</w:t>
        <w:br/>
        <w:t>vt 0.049400 0.627600</w:t>
        <w:br/>
        <w:t>vt 0.053400 0.627600</w:t>
        <w:br/>
        <w:t>vt 0.053400 0.624700</w:t>
        <w:br/>
        <w:t>vt 0.049400 0.624700</w:t>
        <w:br/>
        <w:t>vt 0.054200 0.478300</w:t>
        <w:br/>
        <w:t>vt 0.054200 0.476900</w:t>
        <w:br/>
        <w:t>vt 0.050300 0.476900</w:t>
        <w:br/>
        <w:t>vt 0.050300 0.478300</w:t>
        <w:br/>
        <w:t>vt 0.049400 0.578800</w:t>
        <w:br/>
        <w:t>vt 0.049400 0.581400</w:t>
        <w:br/>
        <w:t>vt 0.053400 0.581400</w:t>
        <w:br/>
        <w:t>vt 0.053400 0.578800</w:t>
        <w:br/>
        <w:t>vt 0.070000 0.502600</w:t>
        <w:br/>
        <w:t>vt 0.074000 0.502600</w:t>
        <w:br/>
        <w:t>vt 0.074000 0.501200</w:t>
        <w:br/>
        <w:t>vt 0.070000 0.501200</w:t>
        <w:br/>
        <w:t>vt 0.053300 0.562700</w:t>
        <w:br/>
        <w:t>vt 0.049400 0.562800</w:t>
        <w:br/>
        <w:t>vt 0.050300 0.503000</w:t>
        <w:br/>
        <w:t>vt 0.054200 0.503000</w:t>
        <w:br/>
        <w:t>vt 0.074000 0.485500</w:t>
        <w:br/>
        <w:t>vt 0.070000 0.485500</w:t>
        <w:br/>
        <w:t>vt 0.074000 0.508600</w:t>
        <w:br/>
        <w:t>vt 0.070000 0.508600</w:t>
        <w:br/>
        <w:t>vt 0.070000 0.509800</w:t>
        <w:br/>
        <w:t>vt 0.074000 0.509800</w:t>
        <w:br/>
        <w:t>vt 0.053400 0.571300</w:t>
        <w:br/>
        <w:t>vt 0.049400 0.571300</w:t>
        <w:br/>
        <w:t>vt 0.054200 0.509300</w:t>
        <w:br/>
        <w:t>vt 0.050300 0.509300</w:t>
        <w:br/>
        <w:t>vt 0.049400 0.554900</w:t>
        <w:br/>
        <w:t>vt 0.053300 0.554900</w:t>
        <w:br/>
        <w:t>vt 0.194200 0.530000</w:t>
        <w:br/>
        <w:t>vt 0.215400 0.530000</w:t>
        <w:br/>
        <w:t>vt 0.222000 0.535100</w:t>
        <w:br/>
        <w:t>vt 0.187600 0.535100</w:t>
        <w:br/>
        <w:t>vt 0.221900 0.504900</w:t>
        <w:br/>
        <w:t>vt 0.215300 0.509800</w:t>
        <w:br/>
        <w:t>vt 0.194200 0.509800</w:t>
        <w:br/>
        <w:t>vt 0.187500 0.504900</w:t>
        <w:br/>
        <w:t>vt 0.225100 0.508300</w:t>
        <w:br/>
        <w:t>vt 0.225100 0.531700</w:t>
        <w:br/>
        <w:t>vt 0.218800 0.526600</w:t>
        <w:br/>
        <w:t>vt 0.218800 0.513200</w:t>
        <w:br/>
        <w:t>vt 0.190800 0.526600</w:t>
        <w:br/>
        <w:t>vt 0.184300 0.531900</w:t>
        <w:br/>
        <w:t>vt 0.184300 0.508300</w:t>
        <w:br/>
        <w:t>vt 0.190800 0.513300</w:t>
        <w:br/>
        <w:t>vt 0.299500 0.753200</w:t>
        <w:br/>
        <w:t>vt 0.295700 0.756400</w:t>
        <w:br/>
        <w:t>vt 0.283500 0.756300</w:t>
        <w:br/>
        <w:t>vt 0.279600 0.753200</w:t>
        <w:br/>
        <w:t>vt 0.299500 0.772000</w:t>
        <w:br/>
        <w:t>vt 0.279600 0.772000</w:t>
        <w:br/>
        <w:t>vt 0.283500 0.768900</w:t>
        <w:br/>
        <w:t>vt 0.295700 0.768900</w:t>
        <w:br/>
        <w:t>vt 0.297700 0.758500</w:t>
        <w:br/>
        <w:t>vt 0.301400 0.755300</w:t>
        <w:br/>
        <w:t>vt 0.301400 0.769900</w:t>
        <w:br/>
        <w:t>vt 0.297700 0.766800</w:t>
        <w:br/>
        <w:t>vt 0.277700 0.769900</w:t>
        <w:br/>
        <w:t>vt 0.277800 0.755200</w:t>
        <w:br/>
        <w:t>vt 0.281500 0.758500</w:t>
        <w:br/>
        <w:t>vt 0.281500 0.766700</w:t>
        <w:br/>
        <w:t>vt 0.059900 0.500100</w:t>
        <w:br/>
        <w:t>vt 0.065500 0.500100</w:t>
        <w:br/>
        <w:t>vt 0.065500 0.514100</w:t>
        <w:br/>
        <w:t>vt 0.059900 0.514100</w:t>
        <w:br/>
        <w:t>vt 0.064900 0.537400</w:t>
        <w:br/>
        <w:t>vt 0.064900 0.560100</w:t>
        <w:br/>
        <w:t>vt 0.060500 0.560100</w:t>
        <w:br/>
        <w:t>vt 0.060500 0.537400</w:t>
        <w:br/>
        <w:t>vt 0.064900 0.605200</w:t>
        <w:br/>
        <w:t>vt 0.060500 0.605200</w:t>
        <w:br/>
        <w:t>vt 0.060500 0.582500</w:t>
        <w:br/>
        <w:t>vt 0.064900 0.582500</w:t>
        <w:br/>
        <w:t>vt 0.065500 0.470200</w:t>
        <w:br/>
        <w:t>vt 0.065500 0.484200</w:t>
        <w:br/>
        <w:t>vt 0.059900 0.484200</w:t>
        <w:br/>
        <w:t>vt 0.059900 0.470200</w:t>
        <w:br/>
        <w:t>vt 0.060500 0.563600</w:t>
        <w:br/>
        <w:t>vt 0.064900 0.563600</w:t>
        <w:br/>
        <w:t>vt 0.064900 0.579000</w:t>
        <w:br/>
        <w:t>vt 0.060500 0.579000</w:t>
        <w:br/>
        <w:t>vt 0.059900 0.496600</w:t>
        <w:br/>
        <w:t>vt 0.059900 0.487800</w:t>
        <w:br/>
        <w:t>vt 0.065500 0.487800</w:t>
        <w:br/>
        <w:t>vt 0.065500 0.496600</w:t>
        <w:br/>
        <w:t>vt 0.059900 0.526500</w:t>
        <w:br/>
        <w:t>vt 0.059900 0.517700</w:t>
        <w:br/>
        <w:t>vt 0.065500 0.517700</w:t>
        <w:br/>
        <w:t>vt 0.065500 0.526500</w:t>
        <w:br/>
        <w:t>vt 0.060500 0.608600</w:t>
        <w:br/>
        <w:t>vt 0.064900 0.608600</w:t>
        <w:br/>
        <w:t>vt 0.064900 0.624200</w:t>
        <w:br/>
        <w:t>vt 0.060500 0.624200</w:t>
        <w:br/>
        <w:t>vt 0.191600 0.529200</w:t>
        <w:br/>
        <w:t>vt 0.185200 0.534300</w:t>
        <w:br/>
        <w:t>vt 0.218000 0.529100</w:t>
        <w:br/>
        <w:t>vt 0.224400 0.534400</w:t>
        <w:br/>
        <w:t>vt 0.191600 0.510700</w:t>
        <w:br/>
        <w:t>vt 0.185000 0.505700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0.297200 0.768400</w:t>
        <w:br/>
        <w:t>vt 0.300900 0.771500</w:t>
        <w:br/>
        <w:t>vt 0.059900 0.515900</w:t>
        <w:br/>
        <w:t>vt 0.065500 0.515900</w:t>
        <w:br/>
        <w:t>vt 0.059900 0.498400</w:t>
        <w:br/>
        <w:t>vt 0.065500 0.498400</w:t>
        <w:br/>
        <w:t>vt 0.060500 0.561800</w:t>
        <w:br/>
        <w:t>vt 0.064900 0.561800</w:t>
        <w:br/>
        <w:t>vt 0.060500 0.627600</w:t>
        <w:br/>
        <w:t>vt 0.060500 0.625900</w:t>
        <w:br/>
        <w:t>vt 0.064900 0.625900</w:t>
        <w:br/>
        <w:t>vt 0.064900 0.627600</w:t>
        <w:br/>
        <w:t>vt 0.060500 0.606900</w:t>
        <w:br/>
        <w:t>vt 0.064900 0.606900</w:t>
        <w:br/>
        <w:t>vt 0.060500 0.580900</w:t>
        <w:br/>
        <w:t>vt 0.064900 0.580900</w:t>
        <w:br/>
        <w:t>vt 0.065500 0.486000</w:t>
        <w:br/>
        <w:t>vt 0.059900 0.486000</w:t>
        <w:br/>
        <w:t>vt 0.059900 0.530000</w:t>
        <w:br/>
        <w:t>vt 0.059900 0.528300</w:t>
        <w:br/>
        <w:t>vt 0.065500 0.528300</w:t>
        <w:br/>
        <w:t>vt 0.065500 0.530000</w:t>
        <w:br/>
        <w:t>vt 0.223600 0.654300</w:t>
        <w:br/>
        <w:t>vt 0.223000 0.658100</w:t>
        <w:br/>
        <w:t>vt 0.220500 0.656700</w:t>
        <w:br/>
        <w:t>vt 0.220900 0.654300</w:t>
        <w:br/>
        <w:t>vt 0.223600 0.629500</w:t>
        <w:br/>
        <w:t>vt 0.223000 0.633200</w:t>
        <w:br/>
        <w:t>vt 0.220500 0.631700</w:t>
        <w:br/>
        <w:t>vt 0.220900 0.629500</w:t>
        <w:br/>
        <w:t>vt 0.220500 0.652300</w:t>
        <w:br/>
        <w:t>vt 0.223000 0.651100</w:t>
        <w:br/>
        <w:t>vt 0.223000 0.625600</w:t>
        <w:br/>
        <w:t>vt 0.220500 0.626700</w:t>
        <w:br/>
        <w:t>vt 0.216900 0.636000</w:t>
        <w:br/>
        <w:t>vt 0.218700 0.639400</w:t>
        <w:br/>
        <w:t>vt 0.190000 0.639400</w:t>
        <w:br/>
        <w:t>vt 0.191300 0.636000</w:t>
        <w:br/>
        <w:t>vt 0.185200 0.654300</w:t>
        <w:br/>
        <w:t>vt 0.187800 0.654300</w:t>
        <w:br/>
        <w:t>vt 0.188200 0.656700</w:t>
        <w:br/>
        <w:t>vt 0.185800 0.658100</w:t>
        <w:br/>
        <w:t>vt 0.188200 0.631700</w:t>
        <w:br/>
        <w:t>vt 0.185800 0.633200</w:t>
        <w:br/>
        <w:t>vt 0.185200 0.629500</w:t>
        <w:br/>
        <w:t>vt 0.187800 0.629500</w:t>
        <w:br/>
        <w:t>vt 0.188200 0.652300</w:t>
        <w:br/>
        <w:t>vt 0.185700 0.651200</w:t>
        <w:br/>
        <w:t>vt 0.185800 0.625600</w:t>
        <w:br/>
        <w:t>vt 0.188300 0.626700</w:t>
        <w:br/>
        <w:t>vt 0.218700 0.645800</w:t>
        <w:br/>
        <w:t>vt 0.190000 0.645800</w:t>
        <w:br/>
        <w:t>vt 0.217500 0.648400</w:t>
        <w:br/>
        <w:t>vt 0.191200 0.648400</w:t>
        <w:br/>
        <w:t>vt 0.147243 0.958889</w:t>
        <w:br/>
        <w:t>vt 0.148611 0.958889</w:t>
        <w:br/>
        <w:t>vt 0.148772 0.960016</w:t>
        <w:br/>
        <w:t>vt 0.147565 0.960660</w:t>
        <w:br/>
        <w:t>vt 0.147243 0.947055</w:t>
        <w:br/>
        <w:t>vt 0.148611 0.947055</w:t>
        <w:br/>
        <w:t>vt 0.148772 0.948102</w:t>
        <w:br/>
        <w:t>vt 0.147565 0.948746</w:t>
        <w:br/>
        <w:t>vt 0.147484 0.957359</w:t>
        <w:br/>
        <w:t>vt 0.148772 0.957923</w:t>
        <w:br/>
        <w:t>vt 0.147565 0.945123</w:t>
        <w:br/>
        <w:t>vt 0.148772 0.945687</w:t>
        <w:br/>
        <w:t>vt 0.150543 0.950195</w:t>
        <w:br/>
        <w:t>vt 0.163423 0.950114</w:t>
        <w:br/>
        <w:t>vt 0.163987 0.951805</w:t>
        <w:br/>
        <w:t>vt 0.149658 0.951724</w:t>
        <w:br/>
        <w:t>vt 0.166482 0.958889</w:t>
        <w:br/>
        <w:t>vt 0.166160 0.960660</w:t>
        <w:br/>
        <w:t>vt 0.164953 0.960016</w:t>
        <w:br/>
        <w:t>vt 0.165114 0.958889</w:t>
        <w:br/>
        <w:t>vt 0.164953 0.948102</w:t>
        <w:br/>
        <w:t>vt 0.165114 0.947055</w:t>
        <w:br/>
        <w:t>vt 0.166482 0.947055</w:t>
        <w:br/>
        <w:t>vt 0.166160 0.948746</w:t>
        <w:br/>
        <w:t>vt 0.164953 0.957923</w:t>
        <w:br/>
        <w:t>vt 0.166160 0.957359</w:t>
        <w:br/>
        <w:t>vt 0.164228 0.949390</w:t>
        <w:br/>
        <w:t>vt 0.165516 0.950114</w:t>
        <w:br/>
        <w:t>vt 0.164953 0.945687</w:t>
        <w:br/>
        <w:t>vt 0.166160 0.945123</w:t>
        <w:br/>
        <w:t>vt 0.164067 0.954783</w:t>
        <w:br/>
        <w:t>vt 0.149658 0.954783</w:t>
        <w:br/>
        <w:t>vt 0.163423 0.955991</w:t>
        <w:br/>
        <w:t>vt 0.150302 0.955991</w:t>
        <w:br/>
        <w:t>vt 0.070000 0.529600</w:t>
        <w:br/>
        <w:t>vt 0.074000 0.529600</w:t>
        <w:br/>
        <w:t>vt 0.074000 0.531000</w:t>
        <w:br/>
        <w:t>vt 0.070000 0.531000</w:t>
        <w:br/>
        <w:t>vt 0.053300 0.602400</w:t>
        <w:br/>
        <w:t>vt 0.053300 0.604600</w:t>
        <w:br/>
        <w:t>vt 0.049400 0.604600</w:t>
        <w:br/>
        <w:t>vt 0.049400 0.602400</w:t>
        <w:br/>
        <w:t>vt 0.050300 0.481700</w:t>
        <w:br/>
        <w:t>vt 0.054200 0.481700</w:t>
        <w:br/>
        <w:t>vt 0.054200 0.482900</w:t>
        <w:br/>
        <w:t>vt 0.050300 0.482900</w:t>
        <w:br/>
        <w:t>vt 0.049400 0.620700</w:t>
        <w:br/>
        <w:t>vt 0.049400 0.618600</w:t>
        <w:br/>
        <w:t>vt 0.053300 0.618600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0.053300 0.622900</w:t>
        <w:br/>
        <w:t>vt 0.049400 0.622900</w:t>
        <w:br/>
        <w:t>vt 0.050300 0.480100</w:t>
        <w:br/>
        <w:t>vt 0.054200 0.480100</w:t>
        <w:br/>
        <w:t>vt 0.053400 0.577100</w:t>
        <w:br/>
        <w:t>vt 0.049400 0.577100</w:t>
        <w:br/>
        <w:t>vt 0.049400 0.574900</w:t>
        <w:br/>
        <w:t>vt 0.053400 0.574900</w:t>
        <w:br/>
        <w:t>vt 0.074000 0.504300</w:t>
        <w:br/>
        <w:t>vt 0.074000 0.505700</w:t>
        <w:br/>
        <w:t>vt 0.070000 0.505700</w:t>
        <w:br/>
        <w:t>vt 0.070000 0.504300</w:t>
        <w:br/>
        <w:t>vt 0.053300 0.561000</w:t>
        <w:br/>
        <w:t>vt 0.049400 0.561000</w:t>
        <w:br/>
        <w:t>vt 0.049400 0.558900</w:t>
        <w:br/>
        <w:t>vt 0.053300 0.558900</w:t>
        <w:br/>
        <w:t>vt 0.050300 0.506000</w:t>
        <w:br/>
        <w:t>vt 0.050300 0.504700</w:t>
        <w:br/>
        <w:t>vt 0.054200 0.504700</w:t>
        <w:br/>
        <w:t>vt 0.054200 0.506000</w:t>
        <w:br/>
        <w:t>vt 0.074000 0.506900</w:t>
        <w:br/>
        <w:t>vt 0.070000 0.506900</w:t>
        <w:br/>
        <w:t>vt 0.049400 0.573100</w:t>
        <w:br/>
        <w:t>vt 0.053400 0.573100</w:t>
        <w:br/>
        <w:t>vt 0.054200 0.507600</w:t>
        <w:br/>
        <w:t>vt 0.050300 0.507600</w:t>
        <w:br/>
        <w:t>vt 0.049400 0.556600</w:t>
        <w:br/>
        <w:t>vt 0.053300 0.556600</w:t>
        <w:br/>
        <w:t>vt 0.053400 0.610500</w:t>
        <w:br/>
        <w:t>vt 0.053300 0.614100</w:t>
        <w:br/>
        <w:t>vt 0.049400 0.614100</w:t>
        <w:br/>
        <w:t>vt 0.049400 0.610500</w:t>
        <w:br/>
        <w:t>vt 0.053400 0.569000</w:t>
        <w:br/>
        <w:t>vt 0.049400 0.569000</w:t>
        <w:br/>
        <w:t>vt 0.049400 0.565500</w:t>
        <w:br/>
        <w:t>vt 0.053300 0.565400</w:t>
        <w:br/>
        <w:t>vt 0.218300 0.619000</w:t>
        <w:br/>
        <w:t>vt 0.217500 0.622200</w:t>
        <w:br/>
        <w:t>vt 0.191300 0.622200</w:t>
        <w:br/>
        <w:t>vt 0.190400 0.619000</w:t>
        <w:br/>
        <w:t>vt 0.217500 0.661100</w:t>
        <w:br/>
        <w:t>vt 0.219100 0.659400</w:t>
        <w:br/>
        <w:t>vt 0.221600 0.660800</w:t>
        <w:br/>
        <w:t>vt 0.218300 0.663800</w:t>
        <w:br/>
        <w:t>vt 0.219000 0.634300</w:t>
        <w:br/>
        <w:t>vt 0.221700 0.636000</w:t>
        <w:br/>
        <w:t>vt 0.219000 0.649700</w:t>
        <w:br/>
        <w:t>vt 0.221600 0.648500</w:t>
        <w:br/>
        <w:t>vt 0.221700 0.622800</w:t>
        <w:br/>
        <w:t>vt 0.219200 0.624000</w:t>
        <w:br/>
        <w:t>vt 0.191300 0.661100</w:t>
        <w:br/>
        <w:t>vt 0.190400 0.663800</w:t>
        <w:br/>
        <w:t>vt 0.187200 0.660800</w:t>
        <w:br/>
        <w:t>vt 0.189600 0.659400</w:t>
        <w:br/>
        <w:t>vt 0.187000 0.636000</w:t>
        <w:br/>
        <w:t>vt 0.189600 0.634400</w:t>
        <w:br/>
        <w:t>vt 0.189700 0.649700</w:t>
        <w:br/>
        <w:t>vt 0.187200 0.648500</w:t>
        <w:br/>
        <w:t>vt 0.187000 0.622800</w:t>
        <w:br/>
        <w:t>vt 0.189600 0.624000</w:t>
        <w:br/>
        <w:t>vt 0.163423 0.943513</w:t>
        <w:br/>
        <w:t>vt 0.150302 0.943513</w:t>
        <w:br/>
        <w:t>vt 0.149899 0.942064</w:t>
        <w:br/>
        <w:t>vt 0.163826 0.942064</w:t>
        <w:br/>
        <w:t>vt 0.148209 0.961948</w:t>
        <w:br/>
        <w:t>vt 0.149416 0.961304</w:t>
        <w:br/>
        <w:t>vt 0.150302 0.962109</w:t>
        <w:br/>
        <w:t>vt 0.149899 0.963397</w:t>
        <w:br/>
        <w:t>vt 0.149497 0.949309</w:t>
        <w:br/>
        <w:t>vt 0.148209 0.950114</w:t>
        <w:br/>
        <w:t>vt 0.149497 0.956635</w:t>
        <w:br/>
        <w:t>vt 0.148209 0.956071</w:t>
        <w:br/>
        <w:t>vt 0.148209 0.943835</w:t>
        <w:br/>
        <w:t>vt 0.149416 0.944399</w:t>
        <w:br/>
        <w:t>vt 0.163423 0.962109</w:t>
        <w:br/>
        <w:t>vt 0.164228 0.961304</w:t>
        <w:br/>
        <w:t>vt 0.165436 0.961948</w:t>
        <w:br/>
        <w:t>vt 0.163826 0.963397</w:t>
        <w:br/>
        <w:t>vt 0.165436 0.956071</w:t>
        <w:br/>
        <w:t>vt 0.164228 0.956635</w:t>
        <w:br/>
        <w:t>vt 0.165516 0.943835</w:t>
        <w:br/>
        <w:t>vt 0.164228 0.944399</w:t>
        <w:br/>
        <w:t>vt 0.050300 0.510800</w:t>
        <w:br/>
        <w:t>vt 0.054200 0.510800</w:t>
        <w:br/>
        <w:t>vt 0.054200 0.526500</w:t>
        <w:br/>
        <w:t>vt 0.050300 0.526500</w:t>
        <w:br/>
        <w:t>vt 0.049400 0.551900</w:t>
        <w:br/>
        <w:t>vt 0.049400 0.535200</w:t>
        <w:br/>
        <w:t>vt 0.053400 0.535200</w:t>
        <w:br/>
        <w:t>vt 0.053300 0.551900</w:t>
        <w:br/>
        <w:t>vt 0.070000 0.532700</w:t>
        <w:br/>
        <w:t>vt 0.074000 0.532700</w:t>
        <w:br/>
        <w:t>vt 0.074000 0.534100</w:t>
        <w:br/>
        <w:t>vt 0.070000 0.534100</w:t>
        <w:br/>
        <w:t>vt 0.049400 0.600700</w:t>
        <w:br/>
        <w:t>vt 0.049400 0.598100</w:t>
        <w:br/>
        <w:t>vt 0.053400 0.598100</w:t>
        <w:br/>
        <w:t>vt 0.053300 0.600700</w:t>
        <w:br/>
        <w:t>vt 0.054200 0.486300</w:t>
        <w:br/>
        <w:t>vt 0.050300 0.486300</w:t>
        <w:br/>
        <w:t>vt 0.050300 0.484700</w:t>
        <w:br/>
        <w:t>vt 0.054200 0.484700</w:t>
        <w:br/>
        <w:t>vt 0.053300 0.616800</w:t>
        <w:br/>
        <w:t>vt 0.049400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0.074000 0.525500</w:t>
        <w:br/>
        <w:t>vt 0.074000 0.526700</w:t>
        <w:br/>
        <w:t>vt 0.070000 0.526700</w:t>
        <w:br/>
        <w:t>vt 0.049400 0.627600</w:t>
        <w:br/>
        <w:t>vt 0.049400 0.624700</w:t>
        <w:br/>
        <w:t>vt 0.053400 0.624700</w:t>
        <w:br/>
        <w:t>vt 0.053400 0.627600</w:t>
        <w:br/>
        <w:t>vt 0.054200 0.478300</w:t>
        <w:br/>
        <w:t>vt 0.050300 0.478300</w:t>
        <w:br/>
        <w:t>vt 0.050300 0.476900</w:t>
        <w:br/>
        <w:t>vt 0.054200 0.476900</w:t>
        <w:br/>
        <w:t>vt 0.049400 0.578800</w:t>
        <w:br/>
        <w:t>vt 0.053400 0.578800</w:t>
        <w:br/>
        <w:t>vt 0.053400 0.581400</w:t>
        <w:br/>
        <w:t>vt 0.049400 0.581400</w:t>
        <w:br/>
        <w:t>vt 0.070000 0.502600</w:t>
        <w:br/>
        <w:t>vt 0.070000 0.501200</w:t>
        <w:br/>
        <w:t>vt 0.074000 0.501200</w:t>
        <w:br/>
        <w:t>vt 0.074000 0.502600</w:t>
        <w:br/>
        <w:t>vt 0.049400 0.562800</w:t>
        <w:br/>
        <w:t>vt 0.053300 0.562700</w:t>
        <w:br/>
        <w:t>vt 0.054200 0.503000</w:t>
        <w:br/>
        <w:t>vt 0.050300 0.503000</w:t>
        <w:br/>
        <w:t>vt 0.070000 0.485500</w:t>
        <w:br/>
        <w:t>vt 0.074000 0.485500</w:t>
        <w:br/>
        <w:t>vt 0.074000 0.508600</w:t>
        <w:br/>
        <w:t>vt 0.074000 0.509800</w:t>
        <w:br/>
        <w:t>vt 0.070000 0.509800</w:t>
        <w:br/>
        <w:t>vt 0.070000 0.508600</w:t>
        <w:br/>
        <w:t>vt 0.053400 0.571300</w:t>
        <w:br/>
        <w:t>vt 0.049400 0.571300</w:t>
        <w:br/>
        <w:t>vt 0.050300 0.509300</w:t>
        <w:br/>
        <w:t>vt 0.054200 0.509300</w:t>
        <w:br/>
        <w:t>vt 0.053300 0.554900</w:t>
        <w:br/>
        <w:t>vt 0.049400 0.554900</w:t>
        <w:br/>
        <w:t>vt 0.221700 0.337300</w:t>
        <w:br/>
        <w:t>vt 0.216400 0.339100</w:t>
        <w:br/>
        <w:t>vt 0.219600 0.335400</w:t>
        <w:br/>
        <w:t>vt 0.216600 0.336600</w:t>
        <w:br/>
        <w:t>vt 0.213800 0.335000</w:t>
        <w:br/>
        <w:t>vt 0.213700 0.326300</w:t>
        <w:br/>
        <w:t>vt 0.211600 0.336500</w:t>
        <w:br/>
        <w:t>vt 0.211800 0.257600</w:t>
        <w:br/>
        <w:t>vt 0.220200 0.254400</w:t>
        <w:br/>
        <w:t>vt 0.220400 0.326200</w:t>
        <w:br/>
        <w:t>vt 0.842600 0.771100</w:t>
        <w:br/>
        <w:t>vt 0.841600 0.772700</w:t>
        <w:br/>
        <w:t>vt 0.838900 0.771100</w:t>
        <w:br/>
        <w:t>vt 0.839800 0.772700</w:t>
        <w:br/>
        <w:t>vt 0.838700 0.774200</w:t>
        <w:br/>
        <w:t>vt 0.840800 0.779300</w:t>
        <w:br/>
        <w:t>vt 0.836800 0.774000</w:t>
        <w:br/>
        <w:t>vt 0.844400 0.777500</w:t>
        <w:br/>
        <w:t>vt 0.220200 0.251500</w:t>
        <w:br/>
        <w:t>vt 0.220200 0.254400</w:t>
        <w:br/>
        <w:t>vt 0.211800 0.257600</w:t>
        <w:br/>
        <w:t>vt 0.209200 0.256200</w:t>
        <w:br/>
        <w:t>vt 0.209500 0.338000</w:t>
        <w:br/>
        <w:t>vt 0.209200 0.256200</w:t>
        <w:br/>
        <w:t>vt 0.211800 0.257600</w:t>
        <w:br/>
        <w:t>vt 0.211600 0.336500</w:t>
        <w:br/>
        <w:t>vt 0.231700 0.257200</w:t>
        <w:br/>
        <w:t>vt 0.223500 0.339000</w:t>
        <w:br/>
        <w:t>vt 0.221700 0.337300</w:t>
        <w:br/>
        <w:t>vt 0.228600 0.258700</w:t>
        <w:br/>
        <w:t>vt 0.231700 0.257200</w:t>
        <w:br/>
        <w:t>vt 0.228600 0.258700</w:t>
        <w:br/>
        <w:t>vt 0.216300 0.341800</w:t>
        <w:br/>
        <w:t>vt 0.216400 0.339100</w:t>
        <w:br/>
        <w:t>vt 0.218100 0.334300</w:t>
        <w:br/>
        <w:t>vt 0.219600 0.335400</w:t>
        <w:br/>
        <w:t>vt 0.216600 0.336600</w:t>
        <w:br/>
        <w:t>vt 0.216800 0.334700</w:t>
        <w:br/>
        <w:t>vt 0.213800 0.335000</w:t>
        <w:br/>
        <w:t>vt 0.215500 0.334000</w:t>
        <w:br/>
        <w:t>vt 0.213700 0.326300</w:t>
        <w:br/>
        <w:t>vt 0.215200 0.327900</w:t>
        <w:br/>
        <w:t>vt 0.215500 0.334000</w:t>
        <w:br/>
        <w:t>vt 0.213800 0.335000</w:t>
        <w:br/>
        <w:t>vt 0.218600 0.328100</w:t>
        <w:br/>
        <w:t>vt 0.215200 0.327900</w:t>
        <w:br/>
        <w:t>vt 0.213700 0.326300</w:t>
        <w:br/>
        <w:t>vt 0.220400 0.326200</w:t>
        <w:br/>
        <w:t>vt 0.219600 0.335400</w:t>
        <w:br/>
        <w:t>vt 0.218100 0.334300</w:t>
        <w:br/>
        <w:t>vt 0.218600 0.328100</w:t>
        <w:br/>
        <w:t>vt 0.220400 0.326200</w:t>
        <w:br/>
        <w:t>vt 0.228600 0.258700</w:t>
        <w:br/>
        <w:t>vt 0.862500 0.817800</w:t>
        <w:br/>
        <w:t>vt 0.855600 0.818900</w:t>
        <w:br/>
        <w:t>vt 0.867400 0.813000</w:t>
        <w:br/>
        <w:t>vt 0.215700 0.482900</w:t>
        <w:br/>
        <w:t>vt 0.190100 0.474400</w:t>
        <w:br/>
        <w:t>vt 0.228300 0.477900</w:t>
        <w:br/>
        <w:t>vt 0.223300 0.491600</w:t>
        <w:br/>
        <w:t>vt 0.233200 0.520100</w:t>
        <w:br/>
        <w:t>vt 0.214900 0.465800</w:t>
        <w:br/>
        <w:t>vt 0.229900 0.471200</w:t>
        <w:br/>
        <w:t>vt 0.190100 0.474400</w:t>
        <w:br/>
        <w:t>vt 0.233200 0.415500</w:t>
        <w:br/>
        <w:t>vt 0.233200 0.473600</w:t>
        <w:br/>
        <w:t>vt 0.210800 0.499800</w:t>
        <w:br/>
        <w:t>vt 0.228300 0.477900</w:t>
        <w:br/>
        <w:t>vt 0.223300 0.491600</w:t>
        <w:br/>
        <w:t>vt 0.210800 0.499800</w:t>
        <w:br/>
        <w:t>vt 0.214900 0.465800</w:t>
        <w:br/>
        <w:t>vt 0.210200 0.453300</w:t>
        <w:br/>
        <w:t>vt 0.210200 0.453300</w:t>
        <w:br/>
        <w:t>vt 0.222300 0.456100</w:t>
        <w:br/>
        <w:t>vt 0.238100 0.477900</w:t>
        <w:br/>
        <w:t>vt 0.276200 0.474400</w:t>
        <w:br/>
        <w:t>vt 0.250700 0.482900</w:t>
        <w:br/>
        <w:t>vt 0.243100 0.491600</w:t>
        <w:br/>
        <w:t>vt 0.233200 0.520100</w:t>
        <w:br/>
        <w:t>vt 0.251500 0.465800</w:t>
        <w:br/>
        <w:t>vt 0.276200 0.474400</w:t>
        <w:br/>
        <w:t>vt 0.236400 0.471200</w:t>
        <w:br/>
        <w:t>vt 0.244100 0.456100</w:t>
        <w:br/>
        <w:t>vt 0.233200 0.415500</w:t>
        <w:br/>
        <w:t>vt 0.255600 0.499800</w:t>
        <w:br/>
        <w:t>vt 0.238100 0.477900</w:t>
        <w:br/>
        <w:t>vt 0.255600 0.499800</w:t>
        <w:br/>
        <w:t>vt 0.243100 0.491600</w:t>
        <w:br/>
        <w:t>vt 0.256200 0.453300</w:t>
        <w:br/>
        <w:t>vt 0.251500 0.465800</w:t>
        <w:br/>
        <w:t>vt 0.244100 0.456100</w:t>
        <w:br/>
        <w:t>vt 0.256200 0.453300</w:t>
        <w:br/>
        <w:t>vt 0.469200 0.366500</w:t>
        <w:br/>
        <w:t>vt 0.449300 0.364700</w:t>
        <w:br/>
        <w:t>vt 0.471800 0.364300</w:t>
        <w:br/>
        <w:t>vt 0.466600 0.373700</w:t>
        <w:br/>
        <w:t>vt 0.471800 0.388700</w:t>
        <w:br/>
        <w:t>vt 0.471800 0.364300</w:t>
        <w:br/>
        <w:t>vt 0.449300 0.364700</w:t>
        <w:br/>
        <w:t>vt 0.470100 0.363100</w:t>
        <w:br/>
        <w:t>vt 0.471800 0.333400</w:t>
        <w:br/>
        <w:t>vt 0.460100 0.378000</w:t>
        <w:br/>
        <w:t>vt 0.462700 0.369200</w:t>
        <w:br/>
        <w:t>vt 0.469200 0.366500</w:t>
        <w:br/>
        <w:t>vt 0.466600 0.373700</w:t>
        <w:br/>
        <w:t>vt 0.460100 0.378000</w:t>
        <w:br/>
        <w:t>vt 0.462200 0.360200</w:t>
        <w:br/>
        <w:t>vt 0.459700 0.353700</w:t>
        <w:br/>
        <w:t>vt 0.459700 0.353700</w:t>
        <w:br/>
        <w:t>vt 0.466100 0.355100</w:t>
        <w:br/>
        <w:t>vt 0.481000 0.369200</w:t>
        <w:br/>
        <w:t>vt 0.474400 0.366500</w:t>
        <w:br/>
        <w:t>vt 0.494400 0.364700</w:t>
        <w:br/>
        <w:t>vt 0.471800 0.364300</w:t>
        <w:br/>
        <w:t>vt 0.471800 0.388700</w:t>
        <w:br/>
        <w:t>vt 0.473500 0.363100</w:t>
        <w:br/>
        <w:t>vt 0.494400 0.364700</w:t>
        <w:br/>
        <w:t>vt 0.471800 0.333400</w:t>
        <w:br/>
        <w:t>vt 0.483500 0.378000</w:t>
        <w:br/>
        <w:t>vt 0.474400 0.366500</w:t>
        <w:br/>
        <w:t>vt 0.483500 0.378000</w:t>
        <w:br/>
        <w:t>vt 0.477000 0.373700</w:t>
        <w:br/>
        <w:t>vt 0.483900 0.353700</w:t>
        <w:br/>
        <w:t>vt 0.481400 0.360200</w:t>
        <w:br/>
        <w:t>vt 0.477600 0.355100</w:t>
        <w:br/>
        <w:t>vt 0.483900 0.353700</w:t>
        <w:br/>
        <w:t>vt 0.233200 0.473600</w:t>
        <w:br/>
        <w:t>vt 0.222300 0.456100</w:t>
        <w:br/>
        <w:t>vt 0.233200 0.473600</w:t>
        <w:br/>
        <w:t>vt 0.462200 0.360200</w:t>
        <w:br/>
        <w:t>vt 0.466100 0.355100</w:t>
        <w:br/>
        <w:t>vt 0.477000 0.373700</w:t>
        <w:br/>
        <w:t>vt 0.481400 0.360200</w:t>
        <w:br/>
        <w:t>vt 0.477600 0.355100</w:t>
        <w:br/>
        <w:t>vt 0.450900 0.910200</w:t>
        <w:br/>
        <w:t>vt 0.450600 0.907600</w:t>
        <w:br/>
        <w:t>vt 0.455700 0.907400</w:t>
        <w:br/>
        <w:t>vt 0.455700 0.909800</w:t>
        <w:br/>
        <w:t>vt 0.451800 0.921000</w:t>
        <w:br/>
        <w:t>vt 0.451200 0.914800</w:t>
        <w:br/>
        <w:t>vt 0.456000 0.914400</w:t>
        <w:br/>
        <w:t>vt 0.455700 0.921500</w:t>
        <w:br/>
        <w:t>vt 0.445900 0.910300</w:t>
        <w:br/>
        <w:t>vt 0.450900 0.910200</w:t>
        <w:br/>
        <w:t>vt 0.446200 0.911900</w:t>
        <w:br/>
        <w:t>vt 0.460800 0.907700</w:t>
        <w:br/>
        <w:t>vt 0.460500 0.910100</w:t>
        <w:br/>
        <w:t>vt 0.460000 0.914800</w:t>
        <w:br/>
        <w:t>vt 0.459100 0.922100</w:t>
        <w:br/>
        <w:t>vt 0.457900 0.927200</w:t>
        <w:br/>
        <w:t>vt 0.456100 0.931500</w:t>
        <w:br/>
        <w:t>vt 0.453300 0.930200</w:t>
        <w:br/>
        <w:t>vt 0.455100 0.926200</w:t>
        <w:br/>
        <w:t>vt 0.449700 0.931500</w:t>
        <w:br/>
        <w:t>vt 0.449500 0.931100</w:t>
        <w:br/>
        <w:t>vt 0.450400 0.930500</w:t>
        <w:br/>
        <w:t>vt 0.447200 0.927100</w:t>
        <w:br/>
        <w:t>vt 0.450300 0.926600</w:t>
        <w:br/>
        <w:t>vt 0.451200 0.930100</w:t>
        <w:br/>
        <w:t>vt 0.450400 0.930500</w:t>
        <w:br/>
        <w:t>vt 0.465600 0.909200</w:t>
        <w:br/>
        <w:t>vt 0.469800 0.910400</w:t>
        <w:br/>
        <w:t>vt 0.469200 0.912600</w:t>
        <w:br/>
        <w:t>vt 0.465100 0.911500</w:t>
        <w:br/>
        <w:t>vt 0.438700 0.915500</w:t>
        <w:br/>
        <w:t>vt 0.434300 0.915600</w:t>
        <w:br/>
        <w:t>vt 0.438300 0.914400</w:t>
        <w:br/>
        <w:t>vt 0.459300 0.931700</w:t>
        <w:br/>
        <w:t>vt 0.460800 0.928200</w:t>
        <w:br/>
        <w:t>vt 0.449500 0.931100</w:t>
        <w:br/>
        <w:t>vt 0.448600 0.931500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0.444900 0.929100</w:t>
        <w:br/>
        <w:t>vt 0.442800 0.931100</w:t>
        <w:br/>
        <w:t>vt 0.439400 0.926200</w:t>
        <w:br/>
        <w:t>vt 0.447900 0.931900</w:t>
        <w:br/>
        <w:t>vt 0.448600 0.931500</w:t>
        <w:br/>
        <w:t>vt 0.448300 0.921100</w:t>
        <w:br/>
        <w:t>vt 0.446700 0.933600</w:t>
        <w:br/>
        <w:t>vt 0.442800 0.931100</w:t>
        <w:br/>
        <w:t>vt 0.447900 0.931900</w:t>
        <w:br/>
        <w:t>vt 0.381471 0.885259</w:t>
        <w:br/>
        <w:t>vt 0.381171 0.887859</w:t>
        <w:br/>
        <w:t>vt 0.376971 0.886659</w:t>
        <w:br/>
        <w:t>vt 0.376971 0.885459</w:t>
        <w:br/>
        <w:t>vt 0.443434 0.984737</w:t>
        <w:br/>
        <w:t>vt 0.438934 0.985837</w:t>
        <w:br/>
        <w:t>vt 0.438534 0.975937</w:t>
        <w:br/>
        <w:t>vt 0.442434 0.975337</w:t>
        <w:br/>
        <w:t>vt 0.438434 0.971337</w:t>
        <w:br/>
        <w:t>vt 0.442034 0.970437</w:t>
        <w:br/>
        <w:t>vt 0.379971 0.901559</w:t>
        <w:br/>
        <w:t>vt 0.376171 0.901459</w:t>
        <w:br/>
        <w:t>vt 0.376671 0.892659</w:t>
        <w:br/>
        <w:t>vt 0.380771 0.892159</w:t>
        <w:br/>
        <w:t>vt 0.434234 0.986137</w:t>
        <w:br/>
        <w:t>vt 0.434434 0.976237</w:t>
        <w:br/>
        <w:t>vt 0.434534 0.971437</w:t>
        <w:br/>
        <w:t>vt 0.437334 0.956337</w:t>
        <w:br/>
        <w:t>vt 0.434734 0.956537</w:t>
        <w:br/>
        <w:t>vt 0.434834 0.952637</w:t>
        <w:br/>
        <w:t>vt 0.437334 0.953137</w:t>
        <w:br/>
        <w:t>vt 0.374871 0.923959</w:t>
        <w:br/>
        <w:t>vt 0.371971 0.923959</w:t>
        <w:br/>
        <w:t>vt 0.373471 0.923059</w:t>
        <w:br/>
        <w:t>vt 0.372371 0.901659</w:t>
        <w:br/>
        <w:t>vt 0.372671 0.892959</w:t>
        <w:br/>
        <w:t>vt 0.375271 0.915259</w:t>
        <w:br/>
        <w:t>vt 0.371971 0.914859</w:t>
        <w:br/>
        <w:t>vt 0.372271 0.907959</w:t>
        <w:br/>
        <w:t>vt 0.375771 0.907759</w:t>
        <w:br/>
        <w:t>vt 0.364471 0.886659</w:t>
        <w:br/>
        <w:t>vt 0.364371 0.884259</w:t>
        <w:br/>
        <w:t>vt 0.368871 0.884959</w:t>
        <w:br/>
        <w:t>vt 0.368871 0.886159</w:t>
        <w:br/>
        <w:t>vt 0.424834 0.989437</w:t>
        <w:br/>
        <w:t>vt 0.429634 0.989637</w:t>
        <w:br/>
        <w:t>vt 0.429534 0.992037</w:t>
        <w:br/>
        <w:t>vt 0.424534 0.991937</w:t>
        <w:br/>
        <w:t>vt 0.425434 0.984837</w:t>
        <w:br/>
        <w:t>vt 0.426434 0.975337</w:t>
        <w:br/>
        <w:t>vt 0.430534 0.975937</w:t>
        <w:br/>
        <w:t>vt 0.429734 0.985637</w:t>
        <w:br/>
        <w:t>vt 0.368771 0.892459</w:t>
        <w:br/>
        <w:t>vt 0.368871 0.901259</w:t>
        <w:br/>
        <w:t>vt 0.365171 0.900959</w:t>
        <w:br/>
        <w:t>vt 0.364771 0.891359</w:t>
        <w:br/>
        <w:t>vt 0.434234 0.989937</w:t>
        <w:br/>
        <w:t>vt 0.434234 0.992437</w:t>
        <w:br/>
        <w:t>vt 0.430634 0.971137</w:t>
        <w:br/>
        <w:t>vt 0.432234 0.953037</w:t>
        <w:br/>
        <w:t>vt 0.431934 0.956337</w:t>
        <w:br/>
        <w:t>vt 0.369271 0.914959</w:t>
        <w:br/>
        <w:t>vt 0.369071 0.907759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0.443834 0.989037</w:t>
        <w:br/>
        <w:t>vt 0.444134 0.991637</w:t>
        <w:br/>
        <w:t>vt 0.439034 0.992237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0.376571 0.920859</w:t>
        <w:br/>
        <w:t>vt 0.374871 0.923959</w:t>
        <w:br/>
        <w:t>vt 0.373471 0.923059</w:t>
        <w:br/>
        <w:t>vt 0.368271 0.920659</w:t>
        <w:br/>
        <w:t>vt 0.366771 0.915059</w:t>
        <w:br/>
        <w:t>vt 0.369571 0.920159</w:t>
        <w:br/>
        <w:t>vt 0.372071 0.921859</w:t>
        <w:br/>
        <w:t>vt 0.371971 0.919759</w:t>
        <w:br/>
        <w:t>vt 0.371371 0.923059</w:t>
        <w:br/>
        <w:t>vt 0.372071 0.923159</w:t>
        <w:br/>
        <w:t>vt 0.370571 0.922859</w:t>
        <w:br/>
        <w:t>vt 0.369171 0.923759</w:t>
        <w:br/>
        <w:t>vt 0.423400 0.944000</w:t>
        <w:br/>
        <w:t>vt 0.422900 0.946600</w:t>
        <w:br/>
        <w:t>vt 0.418300 0.945100</w:t>
        <w:br/>
        <w:t>vt 0.418400 0.943700</w:t>
        <w:br/>
        <w:t>vt 0.246472 0.889091</w:t>
        <w:br/>
        <w:t>vt 0.241609 0.891730</w:t>
        <w:br/>
        <w:t>vt 0.239727 0.888719</w:t>
        <w:br/>
        <w:t>vt 0.244640 0.885410</w:t>
        <w:br/>
        <w:t>vt 0.419100 0.980000</w:t>
        <w:br/>
        <w:t>vt 0.416100 0.979700</w:t>
        <w:br/>
        <w:t>vt 0.416900 0.969500</w:t>
        <w:br/>
        <w:t>vt 0.421100 0.967900</w:t>
        <w:br/>
        <w:t>vt 0.417000 0.967300</w:t>
        <w:br/>
        <w:t>vt 0.417300 0.962100</w:t>
        <w:br/>
        <w:t>vt 0.421500 0.962200</w:t>
        <w:br/>
        <w:t>vt 0.243870 0.895667</w:t>
        <w:br/>
        <w:t>vt 0.248623 0.893289</w:t>
        <w:br/>
        <w:t>vt 0.226704 0.903885</w:t>
        <w:br/>
        <w:t>vt 0.223280 0.905287</w:t>
        <w:br/>
        <w:t>vt 0.222904 0.902524</w:t>
        <w:br/>
        <w:t>vt 0.225066 0.901206</w:t>
        <w:br/>
        <w:t>vt 0.413500 0.988100</w:t>
        <w:br/>
        <w:t>vt 0.412700 0.988800</w:t>
        <w:br/>
        <w:t>vt 0.412700 0.988200</w:t>
        <w:br/>
        <w:t>vt 0.413000 0.978900</w:t>
        <w:br/>
        <w:t>vt 0.413400 0.969600</w:t>
        <w:br/>
        <w:t>vt 0.413500 0.962200</w:t>
        <w:br/>
        <w:t>vt 0.413400 0.967400</w:t>
        <w:br/>
        <w:t>vt 0.404400 0.943800</w:t>
        <w:br/>
        <w:t>vt 0.409400 0.943600</w:t>
        <w:br/>
        <w:t>vt 0.409300 0.945000</w:t>
        <w:br/>
        <w:t>vt 0.404500 0.946000</w:t>
        <w:br/>
        <w:t>vt 0.266895 0.895424</w:t>
        <w:br/>
        <w:t>vt 0.265017 0.890574</w:t>
        <w:br/>
        <w:t>vt 0.266775 0.889854</w:t>
        <w:br/>
        <w:t>vt 0.268931 0.894590</w:t>
        <w:br/>
        <w:t>vt 0.406600 0.979300</w:t>
        <w:br/>
        <w:t>vt 0.405700 0.967700</w:t>
        <w:br/>
        <w:t>vt 0.409800 0.969300</w:t>
        <w:br/>
        <w:t>vt 0.409800 0.979400</w:t>
        <w:br/>
        <w:t>vt 0.246249 0.902797</w:t>
        <w:br/>
        <w:t>vt 0.234929 0.906028</w:t>
        <w:br/>
        <w:t>vt 0.234537 0.903487</w:t>
        <w:br/>
        <w:t>vt 0.245402 0.899146</w:t>
        <w:br/>
        <w:t>vt 0.251806 0.901062</w:t>
        <w:br/>
        <w:t>vt 0.250214 0.897175</w:t>
        <w:br/>
        <w:t>vt 0.405600 0.962100</w:t>
        <w:br/>
        <w:t>vt 0.409800 0.962000</w:t>
        <w:br/>
        <w:t>vt 0.409800 0.967200</w:t>
        <w:br/>
        <w:t>vt 0.262828 0.886283</w:t>
        <w:br/>
        <w:t>vt 0.264750 0.885172</w:t>
        <w:br/>
        <w:t>vt 0.227836 0.906123</w:t>
        <w:br/>
        <w:t>vt 0.225283 0.907277</w:t>
        <w:br/>
        <w:t>vt 0.404800 0.950700</w:t>
        <w:br/>
        <w:t>vt 0.409300 0.948100</w:t>
        <w:br/>
        <w:t>vt 0.409400 0.951800</w:t>
        <w:br/>
        <w:t>vt 0.262562 0.896982</w:t>
        <w:br/>
        <w:t>vt 0.261075 0.892296</w:t>
        <w:br/>
        <w:t>vt 0.413800 0.948400</w:t>
        <w:br/>
        <w:t>vt 0.413700 0.952000</w:t>
        <w:br/>
        <w:t>vt 0.259202 0.887984</w:t>
        <w:br/>
        <w:t>vt 0.256937 0.883509</w:t>
        <w:br/>
        <w:t>vt 0.260634 0.881454</w:t>
        <w:br/>
        <w:t>vt 0.233324 0.900526</w:t>
        <w:br/>
        <w:t>vt 0.231220 0.897497</w:t>
        <w:br/>
        <w:t>vt 0.229217 0.895508</w:t>
        <w:br/>
        <w:t>vt 0.223980 0.900138</w:t>
        <w:br/>
        <w:t>vt 0.228127 0.907625</w:t>
        <w:br/>
        <w:t>vt 0.260199 0.875905</w:t>
        <w:br/>
        <w:t>vt 0.262540 0.880566</w:t>
        <w:br/>
        <w:t>vt 0.257868 0.877076</w:t>
        <w:br/>
        <w:t>vt 0.413800 0.945000</w:t>
        <w:br/>
        <w:t>vt 0.413800 0.943800</w:t>
        <w:br/>
        <w:t>vt 0.413000 0.979800</w:t>
        <w:br/>
        <w:t>vt 0.415400 0.980500</w:t>
        <w:br/>
        <w:t>vt 0.410500 0.980300</w:t>
        <w:br/>
        <w:t>vt 0.415300 0.985400</w:t>
        <w:br/>
        <w:t>vt 0.417400 0.986800</w:t>
        <w:br/>
        <w:t>vt 0.416100 0.989300</w:t>
        <w:br/>
        <w:t>vt 0.414300 0.988000</w:t>
        <w:br/>
        <w:t>vt 0.410400 0.985400</w:t>
        <w:br/>
        <w:t>vt 0.408100 0.986300</w:t>
        <w:br/>
        <w:t>vt 0.413500 0.988100</w:t>
        <w:br/>
        <w:t>vt 0.412900 0.984900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0.360683 0.895464</w:t>
        <w:br/>
        <w:t>vt 0.356183 0.894464</w:t>
        <w:br/>
        <w:t>vt 0.356083 0.892764</w:t>
        <w:br/>
        <w:t>vt 0.180375 0.970835</w:t>
        <w:br/>
        <w:t>vt 0.180864 0.975496</w:t>
        <w:br/>
        <w:t>vt 0.174699 0.975953</w:t>
        <w:br/>
        <w:t>vt 0.174445 0.970910</w:t>
        <w:br/>
        <w:t>vt 0.192434 0.970702</w:t>
        <w:br/>
        <w:t>vt 0.197151 0.970719</w:t>
        <w:br/>
        <w:t>vt 0.197430 0.974358</w:t>
        <w:br/>
        <w:t>vt 0.192188 0.974595</w:t>
        <w:br/>
        <w:t>vt 0.361783 0.918064</w:t>
        <w:br/>
        <w:t>vt 0.358083 0.917964</w:t>
        <w:br/>
        <w:t>vt 0.357883 0.913364</w:t>
        <w:br/>
        <w:t>vt 0.361783 0.912964</w:t>
        <w:br/>
        <w:t>vt 0.356483 0.897964</w:t>
        <w:br/>
        <w:t>vt 0.361283 0.901664</w:t>
        <w:br/>
        <w:t>vt 0.356883 0.902564</w:t>
        <w:br/>
        <w:t>vt 0.180266 0.966408</w:t>
        <w:br/>
        <w:t>vt 0.174363 0.966184</w:t>
        <w:br/>
        <w:t>vt 0.192389 0.966682</w:t>
        <w:br/>
        <w:t>vt 0.196998 0.966790</w:t>
        <w:br/>
        <w:t>vt 0.211530 0.967078</w:t>
        <w:br/>
        <w:t>vt 0.216038 0.967177</w:t>
        <w:br/>
        <w:t>vt 0.215058 0.970303</w:t>
        <w:br/>
        <w:t>vt 0.211607 0.969594</w:t>
        <w:br/>
        <w:t>vt 0.357183 0.936064</w:t>
        <w:br/>
        <w:t>vt 0.356383 0.936664</w:t>
        <w:br/>
        <w:t>vt 0.356383 0.936164</w:t>
        <w:br/>
        <w:t>vt 0.353883 0.914064</w:t>
        <w:br/>
        <w:t>vt 0.354383 0.918464</w:t>
        <w:br/>
        <w:t>vt 0.352783 0.903164</w:t>
        <w:br/>
        <w:t>vt 0.352283 0.898464</w:t>
        <w:br/>
        <w:t>vt 0.351883 0.895064</w:t>
        <w:br/>
        <w:t>vt 0.351683 0.893164</w:t>
        <w:br/>
        <w:t>vt 0.358283 0.920564</w:t>
        <w:br/>
        <w:t>vt 0.358483 0.927064</w:t>
        <w:br/>
        <w:t>vt 0.355283 0.926664</w:t>
        <w:br/>
        <w:t>vt 0.354683 0.921064</w:t>
        <w:br/>
        <w:t>vt 0.347683 0.895564</w:t>
        <w:br/>
        <w:t>vt 0.343283 0.897264</w:t>
        <w:br/>
        <w:t>vt 0.342783 0.894364</w:t>
        <w:br/>
        <w:t>vt 0.347483 0.893864</w:t>
        <w:br/>
        <w:t>vt 0.175013 0.956604</w:t>
        <w:br/>
        <w:t>vt 0.174796 0.961304</w:t>
        <w:br/>
        <w:t>vt 0.171790 0.961237</w:t>
        <w:br/>
        <w:t>vt 0.172134 0.956248</w:t>
        <w:br/>
        <w:t>vt 0.346483 0.914964</w:t>
        <w:br/>
        <w:t>vt 0.350283 0.914364</w:t>
        <w:br/>
        <w:t>vt 0.350883 0.919064</w:t>
        <w:br/>
        <w:t>vt 0.347383 0.920064</w:t>
        <w:br/>
        <w:t>vt 0.197243 0.962897</w:t>
        <w:br/>
        <w:t>vt 0.192653 0.962589</w:t>
        <w:br/>
        <w:t>vt 0.192907 0.958596</w:t>
        <w:br/>
        <w:t>vt 0.198169 0.959264</w:t>
        <w:br/>
        <w:t>vt 0.181388 0.957171</w:t>
        <w:br/>
        <w:t>vt 0.180881 0.961744</w:t>
        <w:br/>
        <w:t>vt 0.344383 0.903564</w:t>
        <w:br/>
        <w:t>vt 0.348083 0.898864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0.361083 0.933164</w:t>
        <w:br/>
        <w:t>vt 0.358583 0.932964</w:t>
        <w:br/>
        <w:t>vt 0.353483 0.933564</w:t>
        <w:br/>
        <w:t>vt 0.350983 0.934564</w:t>
        <w:br/>
        <w:t>vt 0.356083 0.932764</w:t>
        <w:br/>
        <w:t>vt 0.357683 0.935964</w:t>
        <w:br/>
        <w:t>vt 0.357183 0.936064</w:t>
        <w:br/>
        <w:t>vt 0.356383 0.936164</w:t>
        <w:br/>
        <w:t>vt 0.355583 0.936164</w:t>
        <w:br/>
        <w:t>vt 0.352983 0.937264</w:t>
        <w:br/>
        <w:t>vt 0.354883 0.936264</w:t>
        <w:br/>
        <w:t>vt 0.474200 0.898000</w:t>
        <w:br/>
        <w:t>vt 0.471800 0.898800</w:t>
        <w:br/>
        <w:t>vt 0.471000 0.894800</w:t>
        <w:br/>
        <w:t>vt 0.473600 0.893900</w:t>
        <w:br/>
        <w:t>vt 0.418200 0.924300</w:t>
        <w:br/>
        <w:t>vt 0.418800 0.927800</w:t>
        <w:br/>
        <w:t>vt 0.413700 0.928200</w:t>
        <w:br/>
        <w:t>vt 0.412900 0.925200</w:t>
        <w:br/>
        <w:t>vt 0.488900 0.892500</w:t>
        <w:br/>
        <w:t>vt 0.484900 0.894000</w:t>
        <w:br/>
        <w:t>vt 0.483400 0.890900</w:t>
        <w:br/>
        <w:t>vt 0.488200 0.889100</w:t>
        <w:br/>
        <w:t>vt 0.424800 0.927200</w:t>
        <w:br/>
        <w:t>vt 0.429400 0.926900</w:t>
        <w:br/>
        <w:t>vt 0.429600 0.930800</w:t>
        <w:br/>
        <w:t>vt 0.424900 0.931000</w:t>
        <w:br/>
        <w:t>vt 0.419000 0.931400</w:t>
        <w:br/>
        <w:t>vt 0.413900 0.931700</w:t>
        <w:br/>
        <w:t>vt 0.400900 0.932000</w:t>
        <w:br/>
        <w:t>vt 0.397800 0.932200</w:t>
        <w:br/>
        <w:t>vt 0.398200 0.930000</w:t>
        <w:br/>
        <w:t>vt 0.400800 0.929900</w:t>
        <w:br/>
        <w:t>vt 0.503800 0.888700</w:t>
        <w:br/>
        <w:t>vt 0.504400 0.889100</w:t>
        <w:br/>
        <w:t>vt 0.504100 0.889200</w:t>
        <w:br/>
        <w:t>vt 0.490200 0.895300</w:t>
        <w:br/>
        <w:t>vt 0.486400 0.897000</w:t>
        <w:br/>
        <w:t>vt 0.490800 0.891800</w:t>
        <w:br/>
        <w:t>vt 0.496600 0.889800</w:t>
        <w:br/>
        <w:t>vt 0.496900 0.892400</w:t>
        <w:br/>
        <w:t>vt 0.492200 0.894400</w:t>
        <w:br/>
        <w:t>vt 0.477300 0.909400</w:t>
        <w:br/>
        <w:t>vt 0.475000 0.905900</w:t>
        <w:br/>
        <w:t>vt 0.477100 0.905000</w:t>
        <w:br/>
        <w:t>vt 0.479700 0.908300</w:t>
        <w:br/>
        <w:t>vt 0.431800 0.934900</w:t>
        <w:br/>
        <w:t>vt 0.431900 0.939200</w:t>
        <w:br/>
        <w:t>vt 0.429200 0.939000</w:t>
        <w:br/>
        <w:t>vt 0.429600 0.934800</w:t>
        <w:br/>
        <w:t>vt 0.487600 0.900200</w:t>
        <w:br/>
        <w:t>vt 0.491300 0.898200</w:t>
        <w:br/>
        <w:t>vt 0.493300 0.901000</w:t>
        <w:br/>
        <w:t>vt 0.489000 0.903600</w:t>
        <w:br/>
        <w:t>vt 0.418800 0.938300</w:t>
        <w:br/>
        <w:t>vt 0.413600 0.937800</w:t>
        <w:br/>
        <w:t>vt 0.413900 0.934800</w:t>
        <w:br/>
        <w:t>vt 0.419000 0.934900</w:t>
        <w:br/>
        <w:t>vt 0.424800 0.938700</w:t>
        <w:br/>
        <w:t>vt 0.424900 0.935000</w:t>
        <w:br/>
        <w:t>vt 0.483800 0.906400</w:t>
        <w:br/>
        <w:t>vt 0.479600 0.903900</w:t>
        <w:br/>
        <w:t>vt 0.482400 0.902700</w:t>
        <w:br/>
        <w:t>vt 0.431600 0.930700</w:t>
        <w:br/>
        <w:t>vt 0.401000 0.934200</w:t>
        <w:br/>
        <w:t>vt 0.398300 0.934300</w:t>
        <w:br/>
        <w:t>vt 0.478300 0.900300</w:t>
        <w:br/>
        <w:t>vt 0.481200 0.899200</w:t>
        <w:br/>
        <w:t>vt 0.498500 0.894400</w:t>
        <w:br/>
        <w:t>vt 0.493300 0.897200</w:t>
        <w:br/>
        <w:t>vt 0.405600 0.929100</w:t>
        <w:br/>
        <w:t>vt 0.404800 0.926700</w:t>
        <w:br/>
        <w:t>vt 0.405900 0.931800</w:t>
        <w:br/>
        <w:t>vt 0.405800 0.934600</w:t>
        <w:br/>
        <w:t>vt 0.476800 0.897200</w:t>
        <w:br/>
        <w:t>vt 0.479500 0.896100</w:t>
        <w:br/>
        <w:t>vt 0.477700 0.892800</w:t>
        <w:br/>
        <w:t>vt 0.424100 0.923200</w:t>
        <w:br/>
        <w:t>vt 0.428300 0.922900</w:t>
        <w:br/>
        <w:t>vt 0.399800 0.928400</w:t>
        <w:br/>
        <w:t>vt 0.400400 0.935500</w:t>
        <w:br/>
        <w:t>vt 0.405500 0.936700</w:t>
        <w:br/>
        <w:t>vt 0.430900 0.922600</w:t>
        <w:br/>
        <w:t>vt 0.431200 0.926800</w:t>
        <w:br/>
        <w:t>vt 0.500200 0.897000</w:t>
        <w:br/>
        <w:t>vt 0.495900 0.887000</w:t>
        <w:br/>
        <w:t>vt 0.497200 0.890200</w:t>
        <w:br/>
        <w:t>vt 0.501600 0.890300</w:t>
        <w:br/>
        <w:t>vt 0.503000 0.891900</w:t>
        <w:br/>
        <w:t>vt 0.498700 0.893600</w:t>
        <w:br/>
        <w:t>vt 0.503800 0.886500</w:t>
        <w:br/>
        <w:t>vt 0.503600 0.888200</w:t>
        <w:br/>
        <w:t>vt 0.501400 0.888200</w:t>
        <w:br/>
        <w:t>vt 0.501200 0.886000</w:t>
        <w:br/>
        <w:t>vt 0.504500 0.893800</w:t>
        <w:br/>
        <w:t>vt 0.503800 0.888700</w:t>
        <w:br/>
        <w:t>vt 0.504100 0.889200</w:t>
        <w:br/>
        <w:t>vt 0.504400 0.889800</w:t>
        <w:br/>
        <w:t>vt 0.504700 0.890300</w:t>
        <w:br/>
        <w:t>vt 0.506000 0.891400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0.475600 0.901400</w:t>
        <w:br/>
        <w:t>vt 0.473200 0.902500</w:t>
        <w:br/>
        <w:t>vt 0.441700 0.911400</w:t>
        <w:br/>
        <w:t>vt 0.437600 0.912700</w:t>
        <w:br/>
        <w:t>vt 0.359783 0.935964</w:t>
        <w:br/>
        <w:t>vt 0.503600 0.888200</w:t>
        <w:br/>
        <w:t>vt 0.506200 0.888400</w:t>
        <w:br/>
        <w:t>vt 0.504700 0.890300</w:t>
        <w:br/>
        <w:t>vt 0.506000 0.891400</w:t>
        <w:br/>
        <w:t>vt 0.357683 0.935964</w:t>
        <w:br/>
        <w:t>vt 0.359783 0.935964</w:t>
        <w:br/>
        <w:t>vt 0.356583 0.938664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0.372671 0.890259</w:t>
        <w:br/>
        <w:t>vt 0.368871 0.889759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0.444900 0.922100</w:t>
        <w:br/>
        <w:t>vt 0.443400 0.917100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0.497400 0.892100</w:t>
        <w:br/>
        <w:t>vt 0.504400 0.889800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0.450900 0.910200</w:t>
        <w:br/>
        <w:t>vt 0.455700 0.909800</w:t>
        <w:br/>
        <w:t>vt 0.455700 0.907400</w:t>
        <w:br/>
        <w:t>vt 0.450600 0.907600</w:t>
        <w:br/>
        <w:t>vt 0.451800 0.921000</w:t>
        <w:br/>
        <w:t>vt 0.455700 0.921500</w:t>
        <w:br/>
        <w:t>vt 0.456000 0.914400</w:t>
        <w:br/>
        <w:t>vt 0.451200 0.914800</w:t>
        <w:br/>
        <w:t>vt 0.445900 0.910300</w:t>
        <w:br/>
        <w:t>vt 0.446200 0.911900</w:t>
        <w:br/>
        <w:t>vt 0.450900 0.910200</w:t>
        <w:br/>
        <w:t>vt 0.460500 0.910100</w:t>
        <w:br/>
        <w:t>vt 0.460800 0.907700</w:t>
        <w:br/>
        <w:t>vt 0.459100 0.922100</w:t>
        <w:br/>
        <w:t>vt 0.460000 0.914800</w:t>
        <w:br/>
        <w:t>vt 0.453300 0.930200</w:t>
        <w:br/>
        <w:t>vt 0.456100 0.931500</w:t>
        <w:br/>
        <w:t>vt 0.457900 0.927200</w:t>
        <w:br/>
        <w:t>vt 0.455100 0.926200</w:t>
        <w:br/>
        <w:t>vt 0.449700 0.931500</w:t>
        <w:br/>
        <w:t>vt 0.450400 0.930500</w:t>
        <w:br/>
        <w:t>vt 0.449500 0.931100</w:t>
        <w:br/>
        <w:t>vt 0.451200 0.930100</w:t>
        <w:br/>
        <w:t>vt 0.450300 0.926600</w:t>
        <w:br/>
        <w:t>vt 0.447200 0.927100</w:t>
        <w:br/>
        <w:t>vt 0.450400 0.930500</w:t>
        <w:br/>
        <w:t>vt 0.469200 0.912600</w:t>
        <w:br/>
        <w:t>vt 0.469800 0.910400</w:t>
        <w:br/>
        <w:t>vt 0.465600 0.909200</w:t>
        <w:br/>
        <w:t>vt 0.465100 0.911500</w:t>
        <w:br/>
        <w:t>vt 0.438700 0.915500</w:t>
        <w:br/>
        <w:t>vt 0.438300 0.914400</w:t>
        <w:br/>
        <w:t>vt 0.434300 0.915600</w:t>
        <w:br/>
        <w:t>vt 0.459300 0.931700</w:t>
        <w:br/>
        <w:t>vt 0.460800 0.928200</w:t>
        <w:br/>
        <w:t>vt 0.448600 0.931500</w:t>
        <w:br/>
        <w:t>vt 0.449500 0.931100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0.439400 0.926200</w:t>
        <w:br/>
        <w:t>vt 0.442800 0.931100</w:t>
        <w:br/>
        <w:t>vt 0.444900 0.929100</w:t>
        <w:br/>
        <w:t>vt 0.448600 0.931500</w:t>
        <w:br/>
        <w:t>vt 0.447900 0.931900</w:t>
        <w:br/>
        <w:t>vt 0.448300 0.921100</w:t>
        <w:br/>
        <w:t>vt 0.446700 0.933600</w:t>
        <w:br/>
        <w:t>vt 0.447900 0.931900</w:t>
        <w:br/>
        <w:t>vt 0.442800 0.931100</w:t>
        <w:br/>
        <w:t>vt 0.381471 0.885259</w:t>
        <w:br/>
        <w:t>vt 0.376971 0.885459</w:t>
        <w:br/>
        <w:t>vt 0.376971 0.886659</w:t>
        <w:br/>
        <w:t>vt 0.381171 0.887859</w:t>
        <w:br/>
        <w:t>vt 0.438534 0.975937</w:t>
        <w:br/>
        <w:t>vt 0.438934 0.985837</w:t>
        <w:br/>
        <w:t>vt 0.443434 0.984737</w:t>
        <w:br/>
        <w:t>vt 0.442434 0.975337</w:t>
        <w:br/>
        <w:t>vt 0.438434 0.971337</w:t>
        <w:br/>
        <w:t>vt 0.442034 0.970437</w:t>
        <w:br/>
        <w:t>vt 0.379971 0.901559</w:t>
        <w:br/>
        <w:t>vt 0.380771 0.892159</w:t>
        <w:br/>
        <w:t>vt 0.376671 0.892659</w:t>
        <w:br/>
        <w:t>vt 0.376171 0.901459</w:t>
        <w:br/>
        <w:t>vt 0.434434 0.976237</w:t>
        <w:br/>
        <w:t>vt 0.434234 0.986137</w:t>
        <w:br/>
        <w:t>vt 0.434534 0.971437</w:t>
        <w:br/>
        <w:t>vt 0.437334 0.956337</w:t>
        <w:br/>
        <w:t>vt 0.437334 0.953137</w:t>
        <w:br/>
        <w:t>vt 0.434834 0.952637</w:t>
        <w:br/>
        <w:t>vt 0.434734 0.956537</w:t>
        <w:br/>
        <w:t>vt 0.374871 0.923959</w:t>
        <w:br/>
        <w:t>vt 0.373471 0.923059</w:t>
        <w:br/>
        <w:t>vt 0.371971 0.923959</w:t>
        <w:br/>
        <w:t>vt 0.372671 0.892959</w:t>
        <w:br/>
        <w:t>vt 0.372371 0.901659</w:t>
        <w:br/>
        <w:t>vt 0.375271 0.915259</w:t>
        <w:br/>
        <w:t>vt 0.375771 0.907759</w:t>
        <w:br/>
        <w:t>vt 0.372271 0.907959</w:t>
        <w:br/>
        <w:t>vt 0.371971 0.914859</w:t>
        <w:br/>
        <w:t>vt 0.364471 0.886659</w:t>
        <w:br/>
        <w:t>vt 0.368871 0.886159</w:t>
        <w:br/>
        <w:t>vt 0.368871 0.884959</w:t>
        <w:br/>
        <w:t>vt 0.364371 0.884259</w:t>
        <w:br/>
        <w:t>vt 0.429534 0.992037</w:t>
        <w:br/>
        <w:t>vt 0.429634 0.989637</w:t>
        <w:br/>
        <w:t>vt 0.424834 0.989437</w:t>
        <w:br/>
        <w:t>vt 0.424534 0.991937</w:t>
        <w:br/>
        <w:t>vt 0.430534 0.975937</w:t>
        <w:br/>
        <w:t>vt 0.426434 0.975337</w:t>
        <w:br/>
        <w:t>vt 0.425434 0.984837</w:t>
        <w:br/>
        <w:t>vt 0.429734 0.985637</w:t>
        <w:br/>
        <w:t>vt 0.365171 0.900959</w:t>
        <w:br/>
        <w:t>vt 0.368871 0.901259</w:t>
        <w:br/>
        <w:t>vt 0.368771 0.892459</w:t>
        <w:br/>
        <w:t>vt 0.364771 0.891359</w:t>
        <w:br/>
        <w:t>vt 0.434234 0.992437</w:t>
        <w:br/>
        <w:t>vt 0.434234 0.989937</w:t>
        <w:br/>
        <w:t>vt 0.430634 0.971137</w:t>
        <w:br/>
        <w:t>vt 0.432234 0.953037</w:t>
        <w:br/>
        <w:t>vt 0.431934 0.956337</w:t>
        <w:br/>
        <w:t>vt 0.369071 0.907759</w:t>
        <w:br/>
        <w:t>vt 0.369271 0.914959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0.439034 0.992237</w:t>
        <w:br/>
        <w:t>vt 0.444134 0.991637</w:t>
        <w:br/>
        <w:t>vt 0.443834 0.989037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0.373471 0.923059</w:t>
        <w:br/>
        <w:t>vt 0.374871 0.923959</w:t>
        <w:br/>
        <w:t>vt 0.376571 0.920859</w:t>
        <w:br/>
        <w:t>vt 0.368271 0.920659</w:t>
        <w:br/>
        <w:t>vt 0.369571 0.920159</w:t>
        <w:br/>
        <w:t>vt 0.366771 0.915059</w:t>
        <w:br/>
        <w:t>vt 0.372071 0.921859</w:t>
        <w:br/>
        <w:t>vt 0.371971 0.919759</w:t>
        <w:br/>
        <w:t>vt 0.372071 0.923159</w:t>
        <w:br/>
        <w:t>vt 0.371371 0.923059</w:t>
        <w:br/>
        <w:t>vt 0.369171 0.923759</w:t>
        <w:br/>
        <w:t>vt 0.370571 0.922859</w:t>
        <w:br/>
        <w:t>vt 0.423400 0.944000</w:t>
        <w:br/>
        <w:t>vt 0.418400 0.943700</w:t>
        <w:br/>
        <w:t>vt 0.418300 0.945100</w:t>
        <w:br/>
        <w:t>vt 0.422900 0.946600</w:t>
        <w:br/>
        <w:t>vt 0.246472 0.889091</w:t>
        <w:br/>
        <w:t>vt 0.244640 0.885410</w:t>
        <w:br/>
        <w:t>vt 0.239727 0.888719</w:t>
        <w:br/>
        <w:t>vt 0.241609 0.891730</w:t>
        <w:br/>
        <w:t>vt 0.419100 0.980000</w:t>
        <w:br/>
        <w:t>vt 0.421100 0.967900</w:t>
        <w:br/>
        <w:t>vt 0.416900 0.969500</w:t>
        <w:br/>
        <w:t>vt 0.416100 0.979700</w:t>
        <w:br/>
        <w:t>vt 0.417000 0.967300</w:t>
        <w:br/>
        <w:t>vt 0.421500 0.962200</w:t>
        <w:br/>
        <w:t>vt 0.417300 0.962100</w:t>
        <w:br/>
        <w:t>vt 0.243870 0.895667</w:t>
        <w:br/>
        <w:t>vt 0.248623 0.893289</w:t>
        <w:br/>
        <w:t>vt 0.222904 0.902524</w:t>
        <w:br/>
        <w:t>vt 0.223280 0.905287</w:t>
        <w:br/>
        <w:t>vt 0.226704 0.903885</w:t>
        <w:br/>
        <w:t>vt 0.225066 0.901206</w:t>
        <w:br/>
        <w:t>vt 0.413500 0.988100</w:t>
        <w:br/>
        <w:t>vt 0.412700 0.988200</w:t>
        <w:br/>
        <w:t>vt 0.412700 0.988800</w:t>
        <w:br/>
        <w:t>vt 0.413000 0.978900</w:t>
        <w:br/>
        <w:t>vt 0.413400 0.969600</w:t>
        <w:br/>
        <w:t>vt 0.413500 0.962200</w:t>
        <w:br/>
        <w:t>vt 0.413400 0.967400</w:t>
        <w:br/>
        <w:t>vt 0.409300 0.945000</w:t>
        <w:br/>
        <w:t>vt 0.409400 0.943600</w:t>
        <w:br/>
        <w:t>vt 0.404400 0.943800</w:t>
        <w:br/>
        <w:t>vt 0.404500 0.946000</w:t>
        <w:br/>
        <w:t>vt 0.266895 0.895424</w:t>
        <w:br/>
        <w:t>vt 0.268931 0.894590</w:t>
        <w:br/>
        <w:t>vt 0.266775 0.889854</w:t>
        <w:br/>
        <w:t>vt 0.265017 0.890574</w:t>
        <w:br/>
        <w:t>vt 0.409800 0.969300</w:t>
        <w:br/>
        <w:t>vt 0.405700 0.967700</w:t>
        <w:br/>
        <w:t>vt 0.406600 0.979300</w:t>
        <w:br/>
        <w:t>vt 0.409800 0.979400</w:t>
        <w:br/>
        <w:t>vt 0.246249 0.902797</w:t>
        <w:br/>
        <w:t>vt 0.245402 0.899146</w:t>
        <w:br/>
        <w:t>vt 0.234537 0.903487</w:t>
        <w:br/>
        <w:t>vt 0.234929 0.906028</w:t>
        <w:br/>
        <w:t>vt 0.251806 0.901062</w:t>
        <w:br/>
        <w:t>vt 0.250214 0.897175</w:t>
        <w:br/>
        <w:t>vt 0.405600 0.962100</w:t>
        <w:br/>
        <w:t>vt 0.409800 0.967200</w:t>
        <w:br/>
        <w:t>vt 0.409800 0.962000</w:t>
        <w:br/>
        <w:t>vt 0.262828 0.886283</w:t>
        <w:br/>
        <w:t>vt 0.264750 0.885172</w:t>
        <w:br/>
        <w:t>vt 0.225283 0.907277</w:t>
        <w:br/>
        <w:t>vt 0.227836 0.906123</w:t>
        <w:br/>
        <w:t>vt 0.404800 0.950700</w:t>
        <w:br/>
        <w:t>vt 0.409400 0.951800</w:t>
        <w:br/>
        <w:t>vt 0.409300 0.948100</w:t>
        <w:br/>
        <w:t>vt 0.261075 0.892296</w:t>
        <w:br/>
        <w:t>vt 0.262562 0.896982</w:t>
        <w:br/>
        <w:t>vt 0.413800 0.948400</w:t>
        <w:br/>
        <w:t>vt 0.413700 0.952000</w:t>
        <w:br/>
        <w:t>vt 0.256937 0.883509</w:t>
        <w:br/>
        <w:t>vt 0.259202 0.887984</w:t>
        <w:br/>
        <w:t>vt 0.260634 0.881454</w:t>
        <w:br/>
        <w:t>vt 0.231220 0.897497</w:t>
        <w:br/>
        <w:t>vt 0.233324 0.900526</w:t>
        <w:br/>
        <w:t>vt 0.229217 0.895508</w:t>
        <w:br/>
        <w:t>vt 0.223980 0.900138</w:t>
        <w:br/>
        <w:t>vt 0.228127 0.907625</w:t>
        <w:br/>
        <w:t>vt 0.262540 0.880566</w:t>
        <w:br/>
        <w:t>vt 0.260199 0.875905</w:t>
        <w:br/>
        <w:t>vt 0.257868 0.877076</w:t>
        <w:br/>
        <w:t>vt 0.413800 0.943800</w:t>
        <w:br/>
        <w:t>vt 0.413800 0.945000</w:t>
        <w:br/>
        <w:t>vt 0.413000 0.979800</w:t>
        <w:br/>
        <w:t>vt 0.415400 0.980500</w:t>
        <w:br/>
        <w:t>vt 0.410500 0.980300</w:t>
        <w:br/>
        <w:t>vt 0.415300 0.985400</w:t>
        <w:br/>
        <w:t>vt 0.414300 0.988000</w:t>
        <w:br/>
        <w:t>vt 0.416100 0.989300</w:t>
        <w:br/>
        <w:t>vt 0.417400 0.986800</w:t>
        <w:br/>
        <w:t>vt 0.408100 0.986300</w:t>
        <w:br/>
        <w:t>vt 0.410400 0.985400</w:t>
        <w:br/>
        <w:t>vt 0.412900 0.984900</w:t>
        <w:br/>
        <w:t>vt 0.413500 0.988100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0.356083 0.892764</w:t>
        <w:br/>
        <w:t>vt 0.356183 0.894464</w:t>
        <w:br/>
        <w:t>vt 0.360683 0.895464</w:t>
        <w:br/>
        <w:t>vt 0.174699 0.975953</w:t>
        <w:br/>
        <w:t>vt 0.180864 0.975496</w:t>
        <w:br/>
        <w:t>vt 0.180375 0.970835</w:t>
        <w:br/>
        <w:t>vt 0.174445 0.970910</w:t>
        <w:br/>
        <w:t>vt 0.197430 0.974358</w:t>
        <w:br/>
        <w:t>vt 0.197151 0.970719</w:t>
        <w:br/>
        <w:t>vt 0.192434 0.970702</w:t>
        <w:br/>
        <w:t>vt 0.192188 0.974595</w:t>
        <w:br/>
        <w:t>vt 0.361783 0.918064</w:t>
        <w:br/>
        <w:t>vt 0.361783 0.912964</w:t>
        <w:br/>
        <w:t>vt 0.357883 0.913364</w:t>
        <w:br/>
        <w:t>vt 0.358083 0.917964</w:t>
        <w:br/>
        <w:t>vt 0.361283 0.901664</w:t>
        <w:br/>
        <w:t>vt 0.356483 0.897964</w:t>
        <w:br/>
        <w:t>vt 0.356883 0.902564</w:t>
        <w:br/>
        <w:t>vt 0.180266 0.966408</w:t>
        <w:br/>
        <w:t>vt 0.174363 0.966184</w:t>
        <w:br/>
        <w:t>vt 0.196998 0.966790</w:t>
        <w:br/>
        <w:t>vt 0.192389 0.966682</w:t>
        <w:br/>
        <w:t>vt 0.211530 0.967078</w:t>
        <w:br/>
        <w:t>vt 0.211607 0.969594</w:t>
        <w:br/>
        <w:t>vt 0.215058 0.970303</w:t>
        <w:br/>
        <w:t>vt 0.216038 0.967177</w:t>
        <w:br/>
        <w:t>vt 0.357183 0.936064</w:t>
        <w:br/>
        <w:t>vt 0.356383 0.936164</w:t>
        <w:br/>
        <w:t>vt 0.356383 0.936664</w:t>
        <w:br/>
        <w:t>vt 0.353883 0.914064</w:t>
        <w:br/>
        <w:t>vt 0.354383 0.918464</w:t>
        <w:br/>
        <w:t>vt 0.352283 0.898464</w:t>
        <w:br/>
        <w:t>vt 0.352783 0.903164</w:t>
        <w:br/>
        <w:t>vt 0.351683 0.893164</w:t>
        <w:br/>
        <w:t>vt 0.351883 0.895064</w:t>
        <w:br/>
        <w:t>vt 0.358283 0.920564</w:t>
        <w:br/>
        <w:t>vt 0.354683 0.921064</w:t>
        <w:br/>
        <w:t>vt 0.355283 0.926664</w:t>
        <w:br/>
        <w:t>vt 0.358483 0.927064</w:t>
        <w:br/>
        <w:t>vt 0.342783 0.894364</w:t>
        <w:br/>
        <w:t>vt 0.343283 0.897264</w:t>
        <w:br/>
        <w:t>vt 0.347683 0.895564</w:t>
        <w:br/>
        <w:t>vt 0.347483 0.893864</w:t>
        <w:br/>
        <w:t>vt 0.171790 0.961237</w:t>
        <w:br/>
        <w:t>vt 0.174796 0.961304</w:t>
        <w:br/>
        <w:t>vt 0.175013 0.956604</w:t>
        <w:br/>
        <w:t>vt 0.172134 0.956248</w:t>
        <w:br/>
        <w:t>vt 0.346483 0.914964</w:t>
        <w:br/>
        <w:t>vt 0.347383 0.920064</w:t>
        <w:br/>
        <w:t>vt 0.350883 0.919064</w:t>
        <w:br/>
        <w:t>vt 0.350283 0.914364</w:t>
        <w:br/>
        <w:t>vt 0.197243 0.962897</w:t>
        <w:br/>
        <w:t>vt 0.198169 0.959264</w:t>
        <w:br/>
        <w:t>vt 0.192907 0.958596</w:t>
        <w:br/>
        <w:t>vt 0.192653 0.962589</w:t>
        <w:br/>
        <w:t>vt 0.180881 0.961744</w:t>
        <w:br/>
        <w:t>vt 0.181388 0.957171</w:t>
        <w:br/>
        <w:t>vt 0.348083 0.898864</w:t>
        <w:br/>
        <w:t>vt 0.344383 0.903564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0.358583 0.932964</w:t>
        <w:br/>
        <w:t>vt 0.361083 0.933164</w:t>
        <w:br/>
        <w:t>vt 0.350983 0.934564</w:t>
        <w:br/>
        <w:t>vt 0.353483 0.933564</w:t>
        <w:br/>
        <w:t>vt 0.356083 0.932764</w:t>
        <w:br/>
        <w:t>vt 0.357183 0.936064</w:t>
        <w:br/>
        <w:t>vt 0.357683 0.935964</w:t>
        <w:br/>
        <w:t>vt 0.355583 0.936164</w:t>
        <w:br/>
        <w:t>vt 0.356383 0.936164</w:t>
        <w:br/>
        <w:t>vt 0.352983 0.937264</w:t>
        <w:br/>
        <w:t>vt 0.354883 0.936264</w:t>
        <w:br/>
        <w:t>vt 0.418200 0.924300</w:t>
        <w:br/>
        <w:t>vt 0.412900 0.925200</w:t>
        <w:br/>
        <w:t>vt 0.413700 0.928200</w:t>
        <w:br/>
        <w:t>vt 0.418800 0.927800</w:t>
        <w:br/>
        <w:t>vt 0.424800 0.927200</w:t>
        <w:br/>
        <w:t>vt 0.424900 0.931000</w:t>
        <w:br/>
        <w:t>vt 0.429600 0.930800</w:t>
        <w:br/>
        <w:t>vt 0.429400 0.926900</w:t>
        <w:br/>
        <w:t>vt 0.413900 0.931700</w:t>
        <w:br/>
        <w:t>vt 0.419000 0.931400</w:t>
        <w:br/>
        <w:t>vt 0.400900 0.932000</w:t>
        <w:br/>
        <w:t>vt 0.400800 0.929900</w:t>
        <w:br/>
        <w:t>vt 0.398200 0.930000</w:t>
        <w:br/>
        <w:t>vt 0.397800 0.932200</w:t>
        <w:br/>
        <w:t>vt 0.429200 0.939000</w:t>
        <w:br/>
        <w:t>vt 0.431900 0.939200</w:t>
        <w:br/>
        <w:t>vt 0.431800 0.934900</w:t>
        <w:br/>
        <w:t>vt 0.429600 0.934800</w:t>
        <w:br/>
        <w:t>vt 0.418800 0.938300</w:t>
        <w:br/>
        <w:t>vt 0.419000 0.934900</w:t>
        <w:br/>
        <w:t>vt 0.413900 0.934800</w:t>
        <w:br/>
        <w:t>vt 0.413600 0.937800</w:t>
        <w:br/>
        <w:t>vt 0.424900 0.935000</w:t>
        <w:br/>
        <w:t>vt 0.424800 0.938700</w:t>
        <w:br/>
        <w:t>vt 0.431600 0.930700</w:t>
        <w:br/>
        <w:t>vt 0.398300 0.934300</w:t>
        <w:br/>
        <w:t>vt 0.401000 0.934200</w:t>
        <w:br/>
        <w:t>vt 0.404800 0.926700</w:t>
        <w:br/>
        <w:t>vt 0.405600 0.929100</w:t>
        <w:br/>
        <w:t>vt 0.405900 0.931800</w:t>
        <w:br/>
        <w:t>vt 0.405800 0.934600</w:t>
        <w:br/>
        <w:t>vt 0.428300 0.922900</w:t>
        <w:br/>
        <w:t>vt 0.424100 0.923200</w:t>
        <w:br/>
        <w:t>vt 0.399800 0.928400</w:t>
        <w:br/>
        <w:t>vt 0.400400 0.935500</w:t>
        <w:br/>
        <w:t>vt 0.405500 0.936700</w:t>
        <w:br/>
        <w:t>vt 0.431200 0.926800</w:t>
        <w:br/>
        <w:t>vt 0.430900 0.922600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0.441700 0.911400</w:t>
        <w:br/>
        <w:t>vt 0.437600 0.912700</w:t>
        <w:br/>
        <w:t>vt 0.359783 0.935964</w:t>
        <w:br/>
        <w:t>vt 0.357683 0.935964</w:t>
        <w:br/>
        <w:t>vt 0.356583 0.938664</w:t>
        <w:br/>
        <w:t>vt 0.359783 0.935964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0.368871 0.889759</w:t>
        <w:br/>
        <w:t>vt 0.372671 0.890259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0.443400 0.917100</w:t>
        <w:br/>
        <w:t>vt 0.444900 0.922100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0.228200 0.878700</w:t>
        <w:br/>
        <w:t>vt 0.224700 0.883000</w:t>
        <w:br/>
        <w:t>vt 0.227700 0.885500</w:t>
        <w:br/>
        <w:t>vt 0.231600 0.882300</w:t>
        <w:br/>
        <w:t>vt 0.243600 0.865600</w:t>
        <w:br/>
        <w:t>vt 0.240100 0.868600</w:t>
        <w:br/>
        <w:t>vt 0.244400 0.875500</w:t>
        <w:br/>
        <w:t>vt 0.250400 0.872700</w:t>
        <w:br/>
        <w:t>vt 0.233000 0.852900</w:t>
        <w:br/>
        <w:t>vt 0.231200 0.859000</w:t>
        <w:br/>
        <w:t>vt 0.223500 0.855900</w:t>
        <w:br/>
        <w:t>vt 0.211900 0.860200</w:t>
        <w:br/>
        <w:t>vt 0.227900 0.864300</w:t>
        <w:br/>
        <w:t>vt 0.178600 0.863100</w:t>
        <w:br/>
        <w:t>vt 0.193000 0.863700</w:t>
        <w:br/>
        <w:t>vt 0.193000 0.856500</w:t>
        <w:br/>
        <w:t>vt 0.178200 0.855900</w:t>
        <w:br/>
        <w:t>vt 0.234100 0.873500</w:t>
        <w:br/>
        <w:t>vt 0.238400 0.878200</w:t>
        <w:br/>
        <w:t>vt 0.207700 0.845000</w:t>
        <w:br/>
        <w:t>vt 0.215500 0.843300</w:t>
        <w:br/>
        <w:t>vt 0.203200 0.858500</w:t>
        <w:br/>
        <w:t>vt 0.201700 0.846400</w:t>
        <w:br/>
        <w:t>vt 0.192800 0.846200</w:t>
        <w:br/>
        <w:t>vt 0.177900 0.846400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0.178300 0.888300</w:t>
        <w:br/>
        <w:t>vt 0.189800 0.888300</w:t>
        <w:br/>
        <w:t>vt 0.191000 0.882600</w:t>
        <w:br/>
        <w:t>vt 0.210800 0.884400</w:t>
        <w:br/>
        <w:t>vt 0.208900 0.889500</w:t>
        <w:br/>
        <w:t>vt 0.215400 0.890800</w:t>
        <w:br/>
        <w:t>vt 0.217300 0.886300</w:t>
        <w:br/>
        <w:t>vt 0.201100 0.888800</w:t>
        <w:br/>
        <w:t>vt 0.202600 0.883400</w:t>
        <w:br/>
        <w:t>vt 0.217300 0.871000</w:t>
        <w:br/>
        <w:t>vt 0.223900 0.874900</w:t>
        <w:br/>
        <w:t>vt 0.207000 0.867300</w:t>
        <w:br/>
        <w:t>vt 0.259300 0.806300</w:t>
        <w:br/>
        <w:t>vt 0.249100 0.818500</w:t>
        <w:br/>
        <w:t>vt 0.256900 0.825500</w:t>
        <w:br/>
        <w:t>vt 0.277700 0.796300</w:t>
        <w:br/>
        <w:t>vt 0.283100 0.787900</w:t>
        <w:br/>
        <w:t>vt 0.275200 0.782500</w:t>
        <w:br/>
        <w:t>vt 0.268600 0.792000</w:t>
        <w:br/>
        <w:t>vt 0.271600 0.820800</w:t>
        <w:br/>
        <w:t>vt 0.271300 0.807700</w:t>
        <w:br/>
        <w:t>vt 0.275300 0.831200</w:t>
        <w:br/>
        <w:t>vt 0.262700 0.836000</w:t>
        <w:br/>
        <w:t>vt 0.270100 0.847300</w:t>
        <w:br/>
        <w:t>vt 0.281100 0.840700</w:t>
        <w:br/>
        <w:t>vt 0.276300 0.856500</w:t>
        <w:br/>
        <w:t>vt 0.289600 0.848300</w:t>
        <w:br/>
        <w:t>vt 0.246700 0.844500</w:t>
        <w:br/>
        <w:t>vt 0.256500 0.856200</w:t>
        <w:br/>
        <w:t>vt 0.236500 0.833500</w:t>
        <w:br/>
        <w:t>vt 0.263000 0.863800</w:t>
        <w:br/>
        <w:t>vt 0.266800 0.867100</w:t>
        <w:br/>
        <w:t>vt 0.282300 0.862800</w:t>
        <w:br/>
        <w:t>vt 0.246200 0.863400</w:t>
        <w:br/>
        <w:t>vt 0.221300 0.887800</w:t>
        <w:br/>
        <w:t>vt 0.222000 0.893300</w:t>
        <w:br/>
        <w:t>vt 0.224200 0.889500</w:t>
        <w:br/>
        <w:t>vt 0.144000 0.865800</w:t>
        <w:br/>
        <w:t>vt 0.126900 0.866100</w:t>
        <w:br/>
        <w:t>vt 0.192600 0.835700</w:t>
        <w:br/>
        <w:t>vt 0.178100 0.835100</w:t>
        <w:br/>
        <w:t>vt 0.206100 0.833400</w:t>
        <w:br/>
        <w:t>vt 0.200400 0.835000</w:t>
        <w:br/>
        <w:t>vt 0.158700 0.833400</w:t>
        <w:br/>
        <w:t>vt 0.133000 0.829100</w:t>
        <w:br/>
        <w:t>vt 0.127000 0.840500</w:t>
        <w:br/>
        <w:t>vt 0.143000 0.843400</w:t>
        <w:br/>
        <w:t>vt 0.241100 0.811400</w:t>
        <w:br/>
        <w:t>vt 0.224900 0.824000</w:t>
        <w:br/>
        <w:t>vt 0.121800 0.849700</w:t>
        <w:br/>
        <w:t>vt 0.116300 0.859300</w:t>
        <w:br/>
        <w:t>vt 0.258500 0.770600</w:t>
        <w:br/>
        <w:t>vt 0.250300 0.784100</w:t>
        <w:br/>
        <w:t>vt 0.259100 0.787400</w:t>
        <w:br/>
        <w:t>vt 0.267600 0.776800</w:t>
        <w:br/>
        <w:t>vt 0.249000 0.802100</w:t>
        <w:br/>
        <w:t>vt 0.240600 0.798500</w:t>
        <w:br/>
        <w:t>vt 0.127600 0.792700</w:t>
        <w:br/>
        <w:t>vt 0.122300 0.800500</w:t>
        <w:br/>
        <w:t>vt 0.141100 0.808500</w:t>
        <w:br/>
        <w:t>vt 0.145100 0.798900</w:t>
        <w:br/>
        <w:t>vt 0.104000 0.777800</w:t>
        <w:br/>
        <w:t>vt 0.101600 0.764900</w:t>
        <w:br/>
        <w:t>vt 0.089400 0.766100</w:t>
        <w:br/>
        <w:t>vt 0.091300 0.779700</w:t>
        <w:br/>
        <w:t>vt 0.177500 0.814200</w:t>
        <w:br/>
        <w:t>vt 0.177100 0.803200</w:t>
        <w:br/>
        <w:t>vt 0.160900 0.803600</w:t>
        <w:br/>
        <w:t>vt 0.159900 0.813900</w:t>
        <w:br/>
        <w:t>vt 0.229900 0.796800</w:t>
        <w:br/>
        <w:t>vt 0.242300 0.782200</w:t>
        <w:br/>
        <w:t>vt 0.234500 0.781500</w:t>
        <w:br/>
        <w:t>vt 0.225400 0.790400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0.230400 0.754300</w:t>
        <w:br/>
        <w:t>vt 0.230500 0.768700</w:t>
        <w:br/>
        <w:t>vt 0.239600 0.770200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0.200600 0.823500</w:t>
        <w:br/>
        <w:t>vt 0.193200 0.824200</w:t>
        <w:br/>
        <w:t>vt 0.194900 0.814000</w:t>
        <w:br/>
        <w:t>vt 0.193300 0.803700</w:t>
        <w:br/>
        <w:t>vt 0.214100 0.807100</w:t>
        <w:br/>
        <w:t>vt 0.218400 0.816200</w:t>
        <w:br/>
        <w:t>vt 0.234900 0.804000</w:t>
        <w:br/>
        <w:t>vt 0.210000 0.799900</w:t>
        <w:br/>
        <w:t>vt 0.206700 0.791300</w:t>
        <w:br/>
        <w:t>vt 0.192500 0.794500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0.100900 0.851100</w:t>
        <w:br/>
        <w:t>vt 0.135000 0.872600</w:t>
        <w:br/>
        <w:t>vt 0.162900 0.869000</w:t>
        <w:br/>
        <w:t>vt 0.179100 0.872200</w:t>
        <w:br/>
        <w:t>vt 0.147400 0.871600</w:t>
        <w:br/>
        <w:t>vt 0.139400 0.876600</w:t>
        <w:br/>
        <w:t>vt 0.192800 0.872700</w:t>
        <w:br/>
        <w:t>vt 0.205100 0.874500</w:t>
        <w:br/>
        <w:t>vt 0.220300 0.879800</w:t>
        <w:br/>
        <w:t>vt 0.213700 0.876400</w:t>
        <w:br/>
        <w:t>vt 0.151900 0.779500</w:t>
        <w:br/>
        <w:t>vt 0.139100 0.775200</w:t>
        <w:br/>
        <w:t>vt 0.163700 0.783200</w:t>
        <w:br/>
        <w:t>vt 0.222700 0.753800</w:t>
        <w:br/>
        <w:t>vt 0.221100 0.766200</w:t>
        <w:br/>
        <w:t>vt 0.177100 0.785700</w:t>
        <w:br/>
        <w:t>vt 0.125500 0.767700</w:t>
        <w:br/>
        <w:t>vt 0.116500 0.758400</w:t>
        <w:br/>
        <w:t>vt 0.203700 0.783400</w:t>
        <w:br/>
        <w:t>vt 0.191600 0.786200</w:t>
        <w:br/>
        <w:t>vt 0.214700 0.775600</w:t>
        <w:br/>
        <w:t>vt 0.177700 0.894600</w:t>
        <w:br/>
        <w:t>vt 0.166400 0.889100</w:t>
        <w:br/>
        <w:t>vt 0.167700 0.896300</w:t>
        <w:br/>
        <w:t>vt 0.165000 0.882000</w:t>
        <w:br/>
        <w:t>vt 0.157500 0.891200</w:t>
        <w:br/>
        <w:t>vt 0.160100 0.898100</w:t>
        <w:br/>
        <w:t>vt 0.155000 0.884400</w:t>
        <w:br/>
        <w:t>vt 0.150200 0.893300</w:t>
        <w:br/>
        <w:t>vt 0.153000 0.900100</w:t>
        <w:br/>
        <w:t>vt 0.147400 0.886500</w:t>
        <w:br/>
        <w:t>vt 0.162500 0.907200</w:t>
        <w:br/>
        <w:t>vt 0.169500 0.906800</w:t>
        <w:br/>
        <w:t>vt 0.155300 0.908500</w:t>
        <w:br/>
        <w:t>vt 0.163400 0.917000</w:t>
        <w:br/>
        <w:t>vt 0.169900 0.916000</w:t>
        <w:br/>
        <w:t>vt 0.156700 0.918100</w:t>
        <w:br/>
        <w:t>vt 0.175600 0.915600</w:t>
        <w:br/>
        <w:t>vt 0.181600 0.917400</w:t>
        <w:br/>
        <w:t>vt 0.177500 0.906800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0.184100 0.925000</w:t>
        <w:br/>
        <w:t>vt 0.190000 0.919000</w:t>
        <w:br/>
        <w:t>vt 0.197000 0.905000</w:t>
        <w:br/>
        <w:t>vt 0.195000 0.915100</w:t>
        <w:br/>
        <w:t>vt 0.216400 0.905400</w:t>
        <w:br/>
        <w:t>vt 0.210400 0.904600</w:t>
        <w:br/>
        <w:t>vt 0.210700 0.911100</w:t>
        <w:br/>
        <w:t>vt 0.215700 0.911800</w:t>
        <w:br/>
        <w:t>vt 0.207000 0.894500</w:t>
        <w:br/>
        <w:t>vt 0.204200 0.905100</w:t>
        <w:br/>
        <w:t>vt 0.213500 0.895400</w:t>
        <w:br/>
        <w:t>vt 0.199500 0.894200</w:t>
        <w:br/>
        <w:t>vt 0.169400 0.944900</w:t>
        <w:br/>
        <w:t>vt 0.202000 0.914100</w:t>
        <w:br/>
        <w:t>vt 0.219800 0.897000</w:t>
        <w:br/>
        <w:t>vt 0.293900 0.860200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0.300900 0.859100</w:t>
        <w:br/>
        <w:t>vt 0.295100 0.842900</w:t>
        <w:br/>
        <w:t>vt 0.281500 0.815900</w:t>
        <w:br/>
        <w:t>vt 0.278800 0.804500</w:t>
        <w:br/>
        <w:t>vt 0.307400 0.848000</w:t>
        <w:br/>
        <w:t>vt 0.309400 0.858000</w:t>
        <w:br/>
        <w:t>vt 0.304700 0.839900</w:t>
        <w:br/>
        <w:t>vt 0.296700 0.821400</w:t>
        <w:br/>
        <w:t>vt 0.286600 0.826500</w:t>
        <w:br/>
        <w:t>vt 0.291900 0.835600</w:t>
        <w:br/>
        <w:t>vt 0.301200 0.830700</w:t>
        <w:br/>
        <w:t>vt 0.291900 0.811600</w:t>
        <w:br/>
        <w:t>vt 0.286200 0.801100</w:t>
        <w:br/>
        <w:t>vt 0.297500 0.808100</w:t>
        <w:br/>
        <w:t>vt 0.291100 0.799200</w:t>
        <w:br/>
        <w:t>vt 0.303900 0.817300</w:t>
        <w:br/>
        <w:t>vt 0.314500 0.835300</w:t>
        <w:br/>
        <w:t>vt 0.310300 0.826600</w:t>
        <w:br/>
        <w:t>vt 0.317000 0.857400</w:t>
        <w:br/>
        <w:t>vt 0.316600 0.847000</w:t>
        <w:br/>
        <w:t>vt 0.324200 0.846900</w:t>
        <w:br/>
        <w:t>vt 0.321700 0.837800</w:t>
        <w:br/>
        <w:t>vt 0.325400 0.856900</w:t>
        <w:br/>
        <w:t>vt 0.328900 0.857700</w:t>
        <w:br/>
        <w:t>vt 0.328900 0.846500</w:t>
        <w:br/>
        <w:t>vt 0.333300 0.858900</w:t>
        <w:br/>
        <w:t>vt 0.077100 0.765500</w:t>
        <w:br/>
        <w:t>vt 0.206300 0.911700</w:t>
        <w:br/>
        <w:t>vt 0.178400 0.942700</w:t>
        <w:br/>
        <w:t>vt 0.182700 0.936300</w:t>
        <w:br/>
        <w:t>vt 0.186300 0.930100</w:t>
        <w:br/>
        <w:t>vt 0.191300 0.922400</w:t>
        <w:br/>
        <w:t>vt 0.174400 0.949000</w:t>
        <w:br/>
        <w:t>vt 0.197500 0.914800</w:t>
        <w:br/>
        <w:t>vt 0.228200 0.878700</w:t>
        <w:br/>
        <w:t>vt 0.224700 0.883000</w:t>
        <w:br/>
        <w:t>vt 0.243600 0.865600</w:t>
        <w:br/>
        <w:t>vt 0.240100 0.868600</w:t>
        <w:br/>
        <w:t>vt 0.231200 0.859000</w:t>
        <w:br/>
        <w:t>vt 0.233000 0.852900</w:t>
        <w:br/>
        <w:t>vt 0.223500 0.855900</w:t>
        <w:br/>
        <w:t>vt 0.211900 0.860200</w:t>
        <w:br/>
        <w:t>vt 0.227900 0.864300</w:t>
        <w:br/>
        <w:t>vt 0.178600 0.863100</w:t>
        <w:br/>
        <w:t>vt 0.178200 0.855900</w:t>
        <w:br/>
        <w:t>vt 0.193000 0.856500</w:t>
        <w:br/>
        <w:t>vt 0.193000 0.863700</w:t>
        <w:br/>
        <w:t>vt 0.234100 0.873500</w:t>
        <w:br/>
        <w:t>vt 0.207700 0.845000</w:t>
        <w:br/>
        <w:t>vt 0.215500 0.843300</w:t>
        <w:br/>
        <w:t>vt 0.203200 0.858500</w:t>
        <w:br/>
        <w:t>vt 0.201700 0.846400</w:t>
        <w:br/>
        <w:t>vt 0.177900 0.846400</w:t>
        <w:br/>
        <w:t>vt 0.192800 0.846200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0.191000 0.882600</w:t>
        <w:br/>
        <w:t>vt 0.189800 0.888300</w:t>
        <w:br/>
        <w:t>vt 0.178300 0.888300</w:t>
        <w:br/>
        <w:t>vt 0.210800 0.884400</w:t>
        <w:br/>
        <w:t>vt 0.217300 0.886300</w:t>
        <w:br/>
        <w:t>vt 0.215400 0.890800</w:t>
        <w:br/>
        <w:t>vt 0.208900 0.889500</w:t>
        <w:br/>
        <w:t>vt 0.202600 0.883400</w:t>
        <w:br/>
        <w:t>vt 0.201100 0.888800</w:t>
        <w:br/>
        <w:t>vt 0.223900 0.874900</w:t>
        <w:br/>
        <w:t>vt 0.217300 0.871000</w:t>
        <w:br/>
        <w:t>vt 0.207000 0.867300</w:t>
        <w:br/>
        <w:t>vt 0.259300 0.806300</w:t>
        <w:br/>
        <w:t>vt 0.256900 0.825500</w:t>
        <w:br/>
        <w:t>vt 0.249100 0.818500</w:t>
        <w:br/>
        <w:t>vt 0.277700 0.796300</w:t>
        <w:br/>
        <w:t>vt 0.268600 0.792000</w:t>
        <w:br/>
        <w:t>vt 0.275200 0.782500</w:t>
        <w:br/>
        <w:t>vt 0.283100 0.787900</w:t>
        <w:br/>
        <w:t>vt 0.271600 0.820800</w:t>
        <w:br/>
        <w:t>vt 0.271300 0.807700</w:t>
        <w:br/>
        <w:t>vt 0.275300 0.831200</w:t>
        <w:br/>
        <w:t>vt 0.281100 0.840700</w:t>
        <w:br/>
        <w:t>vt 0.270100 0.847300</w:t>
        <w:br/>
        <w:t>vt 0.262700 0.836000</w:t>
        <w:br/>
        <w:t>vt 0.289600 0.848300</w:t>
        <w:br/>
        <w:t>vt 0.276300 0.856500</w:t>
        <w:br/>
        <w:t>vt 0.256500 0.856200</w:t>
        <w:br/>
        <w:t>vt 0.246700 0.844500</w:t>
        <w:br/>
        <w:t>vt 0.236500 0.833500</w:t>
        <w:br/>
        <w:t>vt 0.263000 0.863800</w:t>
        <w:br/>
        <w:t>vt 0.246200 0.863400</w:t>
        <w:br/>
        <w:t>vt 0.221300 0.887800</w:t>
        <w:br/>
        <w:t>vt 0.144000 0.865800</w:t>
        <w:br/>
        <w:t>vt 0.178100 0.835100</w:t>
        <w:br/>
        <w:t>vt 0.192600 0.835700</w:t>
        <w:br/>
        <w:t>vt 0.206100 0.833400</w:t>
        <w:br/>
        <w:t>vt 0.200400 0.835000</w:t>
        <w:br/>
        <w:t>vt 0.158700 0.833400</w:t>
        <w:br/>
        <w:t>vt 0.133000 0.829100</w:t>
        <w:br/>
        <w:t>vt 0.143000 0.843400</w:t>
        <w:br/>
        <w:t>vt 0.127000 0.840500</w:t>
        <w:br/>
        <w:t>vt 0.224900 0.824000</w:t>
        <w:br/>
        <w:t>vt 0.241100 0.811400</w:t>
        <w:br/>
        <w:t>vt 0.121800 0.849700</w:t>
        <w:br/>
        <w:t>vt 0.258500 0.770600</w:t>
        <w:br/>
        <w:t>vt 0.267600 0.776800</w:t>
        <w:br/>
        <w:t>vt 0.259100 0.787400</w:t>
        <w:br/>
        <w:t>vt 0.250300 0.784100</w:t>
        <w:br/>
        <w:t>vt 0.249000 0.802100</w:t>
        <w:br/>
        <w:t>vt 0.240600 0.798500</w:t>
        <w:br/>
        <w:t>vt 0.127600 0.792700</w:t>
        <w:br/>
        <w:t>vt 0.145100 0.798900</w:t>
        <w:br/>
        <w:t>vt 0.141100 0.808500</w:t>
        <w:br/>
        <w:t>vt 0.122300 0.800500</w:t>
        <w:br/>
        <w:t>vt 0.104000 0.777800</w:t>
        <w:br/>
        <w:t>vt 0.091300 0.779700</w:t>
        <w:br/>
        <w:t>vt 0.089400 0.766100</w:t>
        <w:br/>
        <w:t>vt 0.101600 0.764900</w:t>
        <w:br/>
        <w:t>vt 0.177500 0.814200</w:t>
        <w:br/>
        <w:t>vt 0.159900 0.813900</w:t>
        <w:br/>
        <w:t>vt 0.160900 0.803600</w:t>
        <w:br/>
        <w:t>vt 0.177100 0.803200</w:t>
        <w:br/>
        <w:t>vt 0.229900 0.796800</w:t>
        <w:br/>
        <w:t>vt 0.225400 0.790400</w:t>
        <w:br/>
        <w:t>vt 0.234500 0.781500</w:t>
        <w:br/>
        <w:t>vt 0.242300 0.782200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0.239600 0.770200</w:t>
        <w:br/>
        <w:t>vt 0.230500 0.768700</w:t>
        <w:br/>
        <w:t>vt 0.230400 0.754300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0.193200 0.824200</w:t>
        <w:br/>
        <w:t>vt 0.200600 0.823500</w:t>
        <w:br/>
        <w:t>vt 0.194900 0.814000</w:t>
        <w:br/>
        <w:t>vt 0.193300 0.803700</w:t>
        <w:br/>
        <w:t>vt 0.214100 0.807100</w:t>
        <w:br/>
        <w:t>vt 0.234900 0.804000</w:t>
        <w:br/>
        <w:t>vt 0.218400 0.816200</w:t>
        <w:br/>
        <w:t>vt 0.210000 0.799900</w:t>
        <w:br/>
        <w:t>vt 0.192500 0.794500</w:t>
        <w:br/>
        <w:t>vt 0.206700 0.791300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0.162900 0.869000</w:t>
        <w:br/>
        <w:t>vt 0.179100 0.872200</w:t>
        <w:br/>
        <w:t>vt 0.147400 0.871600</w:t>
        <w:br/>
        <w:t>vt 0.192800 0.872700</w:t>
        <w:br/>
        <w:t>vt 0.205100 0.874500</w:t>
        <w:br/>
        <w:t>vt 0.220300 0.879800</w:t>
        <w:br/>
        <w:t>vt 0.213700 0.876400</w:t>
        <w:br/>
        <w:t>vt 0.139100 0.775200</w:t>
        <w:br/>
        <w:t>vt 0.151900 0.779500</w:t>
        <w:br/>
        <w:t>vt 0.163700 0.783200</w:t>
        <w:br/>
        <w:t>vt 0.221100 0.766200</w:t>
        <w:br/>
        <w:t>vt 0.222700 0.753800</w:t>
        <w:br/>
        <w:t>vt 0.177100 0.785700</w:t>
        <w:br/>
        <w:t>vt 0.116500 0.758400</w:t>
        <w:br/>
        <w:t>vt 0.125500 0.767700</w:t>
        <w:br/>
        <w:t>vt 0.191600 0.786200</w:t>
        <w:br/>
        <w:t>vt 0.203700 0.783400</w:t>
        <w:br/>
        <w:t>vt 0.214700 0.775600</w:t>
        <w:br/>
        <w:t>vt 0.177700 0.894600</w:t>
        <w:br/>
        <w:t>vt 0.167700 0.896300</w:t>
        <w:br/>
        <w:t>vt 0.166400 0.889100</w:t>
        <w:br/>
        <w:t>vt 0.165000 0.882000</w:t>
        <w:br/>
        <w:t>vt 0.160100 0.898100</w:t>
        <w:br/>
        <w:t>vt 0.157500 0.891200</w:t>
        <w:br/>
        <w:t>vt 0.155000 0.884400</w:t>
        <w:br/>
        <w:t>vt 0.162500 0.907200</w:t>
        <w:br/>
        <w:t>vt 0.169500 0.906800</w:t>
        <w:br/>
        <w:t>vt 0.169900 0.916000</w:t>
        <w:br/>
        <w:t>vt 0.163400 0.917000</w:t>
        <w:br/>
        <w:t>vt 0.175600 0.915600</w:t>
        <w:br/>
        <w:t>vt 0.177500 0.906800</w:t>
        <w:br/>
        <w:t>vt 0.181600 0.917400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0.190000 0.919000</w:t>
        <w:br/>
        <w:t>vt 0.184100 0.925000</w:t>
        <w:br/>
        <w:t>vt 0.197000 0.905000</w:t>
        <w:br/>
        <w:t>vt 0.195000 0.915100</w:t>
        <w:br/>
        <w:t>vt 0.210700 0.911100</w:t>
        <w:br/>
        <w:t>vt 0.210400 0.904600</w:t>
        <w:br/>
        <w:t>vt 0.207000 0.894500</w:t>
        <w:br/>
        <w:t>vt 0.213500 0.895400</w:t>
        <w:br/>
        <w:t>vt 0.204200 0.905100</w:t>
        <w:br/>
        <w:t>vt 0.199500 0.894200</w:t>
        <w:br/>
        <w:t>vt 0.169400 0.944900</w:t>
        <w:br/>
        <w:t>vt 0.202000 0.914100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0.295100 0.842900</w:t>
        <w:br/>
        <w:t>vt 0.281500 0.815900</w:t>
        <w:br/>
        <w:t>vt 0.278800 0.804500</w:t>
        <w:br/>
        <w:t>vt 0.307400 0.848000</w:t>
        <w:br/>
        <w:t>vt 0.304700 0.839900</w:t>
        <w:br/>
        <w:t>vt 0.296700 0.821400</w:t>
        <w:br/>
        <w:t>vt 0.301200 0.830700</w:t>
        <w:br/>
        <w:t>vt 0.291900 0.835600</w:t>
        <w:br/>
        <w:t>vt 0.286600 0.826500</w:t>
        <w:br/>
        <w:t>vt 0.291900 0.811600</w:t>
        <w:br/>
        <w:t>vt 0.286200 0.801100</w:t>
        <w:br/>
        <w:t>vt 0.291100 0.799200</w:t>
        <w:br/>
        <w:t>vt 0.297500 0.808100</w:t>
        <w:br/>
        <w:t>vt 0.303900 0.817300</w:t>
        <w:br/>
        <w:t>vt 0.310300 0.826600</w:t>
        <w:br/>
        <w:t>vt 0.314500 0.835300</w:t>
        <w:br/>
        <w:t>vt 0.316600 0.847000</w:t>
        <w:br/>
        <w:t>vt 0.321700 0.837800</w:t>
        <w:br/>
        <w:t>vt 0.324200 0.846900</w:t>
        <w:br/>
        <w:t>vt 0.328900 0.846500</w:t>
        <w:br/>
        <w:t>vt 0.077100 0.765500</w:t>
        <w:br/>
        <w:t>vt 0.206300 0.911700</w:t>
        <w:br/>
        <w:t>vt 0.182700 0.936300</w:t>
        <w:br/>
        <w:t>vt 0.178400 0.942700</w:t>
        <w:br/>
        <w:t>vt 0.191300 0.922400</w:t>
        <w:br/>
        <w:t>vt 0.186300 0.930100</w:t>
        <w:br/>
        <w:t>vt 0.174400 0.949000</w:t>
        <w:br/>
        <w:t>vt 0.197500 0.914800</w:t>
        <w:br/>
        <w:t>vt 0.129900 0.962500</w:t>
        <w:br/>
        <w:t>vt 0.129900 0.954400</w:t>
        <w:br/>
        <w:t>vt 0.143400 0.954400</w:t>
        <w:br/>
        <w:t>vt 0.143400 0.962500</w:t>
        <w:br/>
        <w:t>vt 0.143400 0.924000</w:t>
        <w:br/>
        <w:t>vt 0.143400 0.933000</w:t>
        <w:br/>
        <w:t>vt 0.129900 0.933000</w:t>
        <w:br/>
        <w:t>vt 0.129900 0.924000</w:t>
        <w:br/>
        <w:t>vt 0.129900 0.986700</w:t>
        <w:br/>
        <w:t>vt 0.129900 0.973900</w:t>
        <w:br/>
        <w:t>vt 0.143400 0.973900</w:t>
        <w:br/>
        <w:t>vt 0.143400 0.986700</w:t>
        <w:br/>
        <w:t>vt 0.129900 0.996700</w:t>
        <w:br/>
        <w:t>vt 0.143400 0.996700</w:t>
        <w:br/>
        <w:t>vt 0.129900 0.903900</w:t>
        <w:br/>
        <w:t>vt 0.129900 0.894000</w:t>
        <w:br/>
        <w:t>vt 0.143400 0.894000</w:t>
        <w:br/>
        <w:t>vt 0.143400 0.903900</w:t>
        <w:br/>
        <w:t>vt 0.129900 0.943600</w:t>
        <w:br/>
        <w:t>vt 0.143400 0.943600</w:t>
        <w:br/>
        <w:t>vt 0.129900 0.913600</w:t>
        <w:br/>
        <w:t>vt 0.143400 0.913600</w:t>
        <w:br/>
        <w:t>vt 0.112600 0.962500</w:t>
        <w:br/>
        <w:t>vt 0.106400 0.962500</w:t>
        <w:br/>
        <w:t>vt 0.106400 0.954400</w:t>
        <w:br/>
        <w:t>vt 0.112600 0.954400</w:t>
        <w:br/>
        <w:t>vt 0.106400 0.973900</w:t>
        <w:br/>
        <w:t>vt 0.112600 0.973900</w:t>
        <w:br/>
        <w:t>vt 0.112600 0.986700</w:t>
        <w:br/>
        <w:t>vt 0.106400 0.986700</w:t>
        <w:br/>
        <w:t>vt 0.112600 0.943600</w:t>
        <w:br/>
        <w:t>vt 0.106400 0.943600</w:t>
        <w:br/>
        <w:t>vt 0.106400 0.924000</w:t>
        <w:br/>
        <w:t>vt 0.106400 0.913600</w:t>
        <w:br/>
        <w:t>vt 0.112600 0.913600</w:t>
        <w:br/>
        <w:t>vt 0.112600 0.924000</w:t>
        <w:br/>
        <w:t>vt 0.112600 0.933000</w:t>
        <w:br/>
        <w:t>vt 0.112600 0.996700</w:t>
        <w:br/>
        <w:t>vt 0.112600 0.903900</w:t>
        <w:br/>
        <w:t>vt 0.112600 0.894000</w:t>
        <w:br/>
        <w:t>vt 0.031400 0.838600</w:t>
        <w:br/>
        <w:t>vt 0.031400 0.850800</w:t>
        <w:br/>
        <w:t>vt 0.021700 0.850800</w:t>
        <w:br/>
        <w:t>vt 0.021700 0.838600</w:t>
        <w:br/>
        <w:t>vt 0.013000 0.850800</w:t>
        <w:br/>
        <w:t>vt 0.013000 0.838600</w:t>
        <w:br/>
        <w:t>vt 0.003800 0.850800</w:t>
        <w:br/>
        <w:t>vt 0.003800 0.838600</w:t>
        <w:br/>
        <w:t>vt 0.097400 0.838600</w:t>
        <w:br/>
        <w:t>vt 0.097400 0.850800</w:t>
        <w:br/>
        <w:t>vt 0.087700 0.850800</w:t>
        <w:br/>
        <w:t>vt 0.087700 0.838600</w:t>
        <w:br/>
        <w:t>vt 0.039500 0.838600</w:t>
        <w:br/>
        <w:t>vt 0.039500 0.850800</w:t>
        <w:br/>
        <w:t>vt 0.047900 0.838600</w:t>
        <w:br/>
        <w:t>vt 0.047900 0.850800</w:t>
        <w:br/>
        <w:t>vt 0.031400 0.824800</w:t>
        <w:br/>
        <w:t>vt 0.021700 0.824800</w:t>
        <w:br/>
        <w:t>vt 0.039500 0.824800</w:t>
        <w:br/>
        <w:t>vt 0.003800 0.824800</w:t>
        <w:br/>
        <w:t>vt 0.013000 0.824800</w:t>
        <w:br/>
        <w:t>vt 0.047900 0.824800</w:t>
        <w:br/>
        <w:t>vt 0.087700 0.824800</w:t>
        <w:br/>
        <w:t>vt 0.097400 0.824800</w:t>
        <w:br/>
        <w:t>vt 0.077300 0.838600</w:t>
        <w:br/>
        <w:t>vt 0.077300 0.824800</w:t>
        <w:br/>
        <w:t>vt 0.066100 0.824800</w:t>
        <w:br/>
        <w:t>vt 0.066100 0.838600</w:t>
        <w:br/>
        <w:t>vt 0.057600 0.838600</w:t>
        <w:br/>
        <w:t>vt 0.057600 0.824800</w:t>
        <w:br/>
        <w:t>vt 0.057600 0.850800</w:t>
        <w:br/>
        <w:t>vt 0.077300 0.850800</w:t>
        <w:br/>
        <w:t>vt 0.066100 0.850800</w:t>
        <w:br/>
        <w:t>vt 0.066100 0.880200</w:t>
        <w:br/>
        <w:t>vt 0.077300 0.880200</w:t>
        <w:br/>
        <w:t>vt 0.077306 0.887127</w:t>
        <w:br/>
        <w:t>vt 0.066065 0.887127</w:t>
        <w:br/>
        <w:t>vt 0.031400 0.889800</w:t>
        <w:br/>
        <w:t>vt 0.031400 0.897800</w:t>
        <w:br/>
        <w:t>vt 0.021700 0.897800</w:t>
        <w:br/>
        <w:t>vt 0.021700 0.889800</w:t>
        <w:br/>
        <w:t>vt 0.097400 0.906800</w:t>
        <w:br/>
        <w:t>vt 0.097400 0.917900</w:t>
        <w:br/>
        <w:t>vt 0.087700 0.917900</w:t>
        <w:br/>
        <w:t>vt 0.087700 0.906800</w:t>
        <w:br/>
        <w:t>vt 0.097400 0.880200</w:t>
        <w:br/>
        <w:t>vt 0.097397 0.889871</w:t>
        <w:br/>
        <w:t>vt 0.087763 0.887127</w:t>
        <w:br/>
        <w:t>vt 0.087700 0.880200</w:t>
        <w:br/>
        <w:t>vt 0.003800 0.880200</w:t>
        <w:br/>
        <w:t>vt 0.013000 0.880200</w:t>
        <w:br/>
        <w:t>vt 0.013000 0.889800</w:t>
        <w:br/>
        <w:t>vt 0.003800 0.889800</w:t>
        <w:br/>
        <w:t>vt 0.057583 0.887127</w:t>
        <w:br/>
        <w:t>vt 0.047900 0.889800</w:t>
        <w:br/>
        <w:t>vt 0.047900 0.880200</w:t>
        <w:br/>
        <w:t>vt 0.057600 0.880200</w:t>
        <w:br/>
        <w:t>vt 0.021700 0.906800</w:t>
        <w:br/>
        <w:t>vt 0.021700 0.917900</w:t>
        <w:br/>
        <w:t>vt 0.013000 0.917900</w:t>
        <w:br/>
        <w:t>vt 0.013000 0.906800</w:t>
        <w:br/>
        <w:t>vt 0.047900 0.906800</w:t>
        <w:br/>
        <w:t>vt 0.047900 0.917900</w:t>
        <w:br/>
        <w:t>vt 0.039500 0.917900</w:t>
        <w:br/>
        <w:t>vt 0.039500 0.906800</w:t>
        <w:br/>
        <w:t>vt 0.057600 0.996700</w:t>
        <w:br/>
        <w:t>vt 0.057600 0.982200</w:t>
        <w:br/>
        <w:t>vt 0.066100 0.982200</w:t>
        <w:br/>
        <w:t>vt 0.066100 0.996700</w:t>
        <w:br/>
        <w:t>vt 0.039500 0.982200</w:t>
        <w:br/>
        <w:t>vt 0.039500 0.996700</w:t>
        <w:br/>
        <w:t>vt 0.031400 0.996700</w:t>
        <w:br/>
        <w:t>vt 0.031400 0.982200</w:t>
        <w:br/>
        <w:t>vt 0.087700 0.982200</w:t>
        <w:br/>
        <w:t>vt 0.087700 0.996700</w:t>
        <w:br/>
        <w:t>vt 0.077300 0.996700</w:t>
        <w:br/>
        <w:t>vt 0.077300 0.982200</w:t>
        <w:br/>
        <w:t>vt 0.097400 0.982200</w:t>
        <w:br/>
        <w:t>vt 0.097400 0.996700</w:t>
        <w:br/>
        <w:t>vt 0.013000 0.982200</w:t>
        <w:br/>
        <w:t>vt 0.013000 0.996700</w:t>
        <w:br/>
        <w:t>vt 0.003800 0.996700</w:t>
        <w:br/>
        <w:t>vt 0.003800 0.982200</w:t>
        <w:br/>
        <w:t>vt 0.047900 0.982200</w:t>
        <w:br/>
        <w:t>vt 0.047900 0.996700</w:t>
        <w:br/>
        <w:t>vt 0.021700 0.982200</w:t>
        <w:br/>
        <w:t>vt 0.021700 0.996700</w:t>
        <w:br/>
        <w:t>vt 0.066100 0.963600</w:t>
        <w:br/>
        <w:t>vt 0.057600 0.963600</w:t>
        <w:br/>
        <w:t>vt 0.057600 0.938000</w:t>
        <w:br/>
        <w:t>vt 0.066100 0.938000</w:t>
        <w:br/>
        <w:t>vt 0.031400 0.963600</w:t>
        <w:br/>
        <w:t>vt 0.031400 0.938000</w:t>
        <w:br/>
        <w:t>vt 0.039500 0.938000</w:t>
        <w:br/>
        <w:t>vt 0.039500 0.963600</w:t>
        <w:br/>
        <w:t>vt 0.087700 0.963600</w:t>
        <w:br/>
        <w:t>vt 0.077300 0.963600</w:t>
        <w:br/>
        <w:t>vt 0.077300 0.938000</w:t>
        <w:br/>
        <w:t>vt 0.087700 0.938000</w:t>
        <w:br/>
        <w:t>vt 0.097400 0.938000</w:t>
        <w:br/>
        <w:t>vt 0.097400 0.963600</w:t>
        <w:br/>
        <w:t>vt 0.003800 0.963600</w:t>
        <w:br/>
        <w:t>vt 0.003800 0.938000</w:t>
        <w:br/>
        <w:t>vt 0.013000 0.938000</w:t>
        <w:br/>
        <w:t>vt 0.013000 0.963600</w:t>
        <w:br/>
        <w:t>vt 0.047900 0.963600</w:t>
        <w:br/>
        <w:t>vt 0.047900 0.938000</w:t>
        <w:br/>
        <w:t>vt 0.021700 0.938000</w:t>
        <w:br/>
        <w:t>vt 0.021700 0.963600</w:t>
        <w:br/>
        <w:t>vt 0.057600 0.917900</w:t>
        <w:br/>
        <w:t>vt 0.066100 0.917900</w:t>
        <w:br/>
        <w:t>vt 0.031400 0.917900</w:t>
        <w:br/>
        <w:t>vt 0.077300 0.917900</w:t>
        <w:br/>
        <w:t>vt 0.003800 0.917900</w:t>
        <w:br/>
        <w:t>vt 0.031400 0.906800</w:t>
        <w:br/>
        <w:t>vt 0.057600 0.864500</w:t>
        <w:br/>
        <w:t>vt 0.066100 0.864500</w:t>
        <w:br/>
        <w:t>vt 0.039500 0.864500</w:t>
        <w:br/>
        <w:t>vt 0.039500 0.880200</w:t>
        <w:br/>
        <w:t>vt 0.031400 0.880200</w:t>
        <w:br/>
        <w:t>vt 0.031400 0.864500</w:t>
        <w:br/>
        <w:t>vt 0.077300 0.864500</w:t>
        <w:br/>
        <w:t>vt 0.087700 0.864500</w:t>
        <w:br/>
        <w:t>vt 0.097400 0.864500</w:t>
        <w:br/>
        <w:t>vt 0.003800 0.864500</w:t>
        <w:br/>
        <w:t>vt 0.013000 0.864500</w:t>
        <w:br/>
        <w:t>vt 0.047900 0.864500</w:t>
        <w:br/>
        <w:t>vt 0.021700 0.864500</w:t>
        <w:br/>
        <w:t>vt 0.021700 0.880200</w:t>
        <w:br/>
        <w:t>vt 0.039500 0.889800</w:t>
        <w:br/>
        <w:t>vt 0.039500 0.897800</w:t>
        <w:br/>
        <w:t>vt 0.087763 0.892259</w:t>
        <w:br/>
        <w:t>vt 0.097400 0.897800</w:t>
        <w:br/>
        <w:t>vt 0.087700 0.897800</w:t>
        <w:br/>
        <w:t>vt 0.013000 0.897800</w:t>
        <w:br/>
        <w:t>vt 0.047900 0.897800</w:t>
        <w:br/>
        <w:t>vt 0.057583 0.892259</w:t>
        <w:br/>
        <w:t>vt 0.057600 0.897800</w:t>
        <w:br/>
        <w:t>vt 0.003800 0.897800</w:t>
        <w:br/>
        <w:t>vt 0.077306 0.892259</w:t>
        <w:br/>
        <w:t>vt 0.077300 0.897800</w:t>
        <w:br/>
        <w:t>vt 0.057600 0.906800</w:t>
        <w:br/>
        <w:t>vt 0.077300 0.906800</w:t>
        <w:br/>
        <w:t>vt 0.003800 0.906800</w:t>
        <w:br/>
        <w:t>vt 0.066100 0.906800</w:t>
        <w:br/>
        <w:t>vt 0.066065 0.892259</w:t>
        <w:br/>
        <w:t>vt 0.066100 0.897800</w:t>
        <w:br/>
        <w:t>vt 0.106400 0.933000</w:t>
        <w:br/>
        <w:t>vt 0.106400 0.996700</w:t>
        <w:br/>
        <w:t>vt 0.106400 0.903900</w:t>
        <w:br/>
        <w:t>vt 0.106400 0.894000</w:t>
        <w:br/>
        <w:t>vt 0.021700 0.810500</w:t>
        <w:br/>
        <w:t>vt 0.031400 0.810500</w:t>
        <w:br/>
        <w:t>vt 0.013000 0.810500</w:t>
        <w:br/>
        <w:t>vt 0.003800 0.810500</w:t>
        <w:br/>
        <w:t>vt 0.087700 0.810500</w:t>
        <w:br/>
        <w:t>vt 0.097400 0.810500</w:t>
        <w:br/>
        <w:t>vt 0.077300 0.810500</w:t>
        <w:br/>
        <w:t>vt 0.066100 0.810500</w:t>
        <w:br/>
        <w:t>vt 0.057600 0.810500</w:t>
        <w:br/>
        <w:t>vt 0.039500 0.810500</w:t>
        <w:br/>
        <w:t>vt 0.047900 0.810500</w:t>
        <w:br/>
        <w:t>vt 0.272500 0.065100</w:t>
        <w:br/>
        <w:t>vt 0.293900 0.065100</w:t>
        <w:br/>
        <w:t>vt 0.293900 0.070800</w:t>
        <w:br/>
        <w:t>vt 0.272500 0.070800</w:t>
        <w:br/>
        <w:t>vt 0.293900 0.070800</w:t>
        <w:br/>
        <w:t>vt 0.293900 0.075700</w:t>
        <w:br/>
        <w:t>vt 0.272500 0.075700</w:t>
        <w:br/>
        <w:t>vt 0.272500 0.070800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0.307300 0.082600</w:t>
        <w:br/>
        <w:t>vt 0.305200 0.082600</w:t>
        <w:br/>
        <w:t>vt 0.305200 0.068400</w:t>
        <w:br/>
        <w:t>vt 0.307300 0.068400</w:t>
        <w:br/>
        <w:t>vt 0.336100 0.068400</w:t>
        <w:br/>
        <w:t>vt 0.336100 0.082600</w:t>
        <w:br/>
        <w:t>vt 0.321400 0.082600</w:t>
        <w:br/>
        <w:t>vt 0.321400 0.068400</w:t>
        <w:br/>
        <w:t>vt 0.293900 0.120600</w:t>
        <w:br/>
        <w:t>vt 0.272500 0.120600</w:t>
        <w:br/>
        <w:t>vt 0.270800 0.121200</w:t>
        <w:br/>
        <w:t>vt 0.272500 0.120600</w:t>
        <w:br/>
        <w:t>vt 0.276200 0.124100</w:t>
        <w:br/>
        <w:t>vt 0.275500 0.125400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0.295700 0.066700</w:t>
        <w:br/>
        <w:t>vt 0.293900 0.065100</w:t>
        <w:br/>
        <w:t>vt 0.272500 0.075700</w:t>
        <w:br/>
        <w:t>vt 0.270800 0.075900</w:t>
        <w:br/>
        <w:t>vt 0.338400 0.071400</w:t>
        <w:br/>
        <w:t>vt 0.338400 0.080500</w:t>
        <w:br/>
        <w:t>vt 0.276200 0.124100</w:t>
        <w:br/>
        <w:t>vt 0.290100 0.124100</w:t>
        <w:br/>
        <w:t>vt 0.339500 0.076000</w:t>
        <w:br/>
        <w:t>vt 0.283200 0.125700</w:t>
        <w:br/>
        <w:t>vt 0.272500 0.065100</w:t>
        <w:br/>
        <w:t>vt 0.293900 0.065100</w:t>
        <w:br/>
        <w:t>vt 0.293900 0.070800</w:t>
        <w:br/>
        <w:t>vt 0.272500 0.070800</w:t>
        <w:br/>
        <w:t>vt 0.272500 0.075700</w:t>
        <w:br/>
        <w:t>vt 0.272500 0.070800</w:t>
        <w:br/>
        <w:t>vt 0.293900 0.070800</w:t>
        <w:br/>
        <w:t>vt 0.293900 0.075700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0.305200 0.068400</w:t>
        <w:br/>
        <w:t>vt 0.307300 0.068400</w:t>
        <w:br/>
        <w:t>vt 0.307300 0.082600</w:t>
        <w:br/>
        <w:t>vt 0.305200 0.082600</w:t>
        <w:br/>
        <w:t>vt 0.321400 0.082600</w:t>
        <w:br/>
        <w:t>vt 0.321400 0.068400</w:t>
        <w:br/>
        <w:t>vt 0.336100 0.068400</w:t>
        <w:br/>
        <w:t>vt 0.336100 0.082600</w:t>
        <w:br/>
        <w:t>vt 0.293900 0.120600</w:t>
        <w:br/>
        <w:t>vt 0.272500 0.120600</w:t>
        <w:br/>
        <w:t>vt 0.276200 0.124100</w:t>
        <w:br/>
        <w:t>vt 0.275500 0.125400</w:t>
        <w:br/>
        <w:t>vt 0.270800 0.121200</w:t>
        <w:br/>
        <w:t>vt 0.272500 0.120600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0.293900 0.065100</w:t>
        <w:br/>
        <w:t>vt 0.295700 0.066700</w:t>
        <w:br/>
        <w:t>vt 0.272500 0.075700</w:t>
        <w:br/>
        <w:t>vt 0.270800 0.075900</w:t>
        <w:br/>
        <w:t>vt 0.338400 0.071400</w:t>
        <w:br/>
        <w:t>vt 0.338400 0.080500</w:t>
        <w:br/>
        <w:t>vt 0.290100 0.124100</w:t>
        <w:br/>
        <w:t>vt 0.276200 0.124100</w:t>
        <w:br/>
        <w:t>vt 0.339500 0.076000</w:t>
        <w:br/>
        <w:t>vt 0.283200 0.125700</w:t>
        <w:br/>
        <w:t>vt 0.769300 0.891200</w:t>
        <w:br/>
        <w:t>vt 0.769300 0.894700</w:t>
        <w:br/>
        <w:t>vt 0.767900 0.894700</w:t>
        <w:br/>
        <w:t>vt 0.767900 0.891200</w:t>
        <w:br/>
        <w:t>vt 0.770800 0.891200</w:t>
        <w:br/>
        <w:t>vt 0.770800 0.894700</w:t>
        <w:br/>
        <w:t>vt 0.772200 0.891200</w:t>
        <w:br/>
        <w:t>vt 0.772200 0.894700</w:t>
        <w:br/>
        <w:t>vt 0.773500 0.891200</w:t>
        <w:br/>
        <w:t>vt 0.773500 0.894700</w:t>
        <w:br/>
        <w:t>vt 0.774900 0.894700</w:t>
        <w:br/>
        <w:t>vt 0.774900 0.891200</w:t>
        <w:br/>
        <w:t>vt 0.776400 0.891200</w:t>
        <w:br/>
        <w:t>vt 0.776400 0.894700</w:t>
        <w:br/>
        <w:t>vt 0.777800 0.891200</w:t>
        <w:br/>
        <w:t>vt 0.777800 0.894700</w:t>
        <w:br/>
        <w:t>vt 0.766600 0.894700</w:t>
        <w:br/>
        <w:t>vt 0.766600 0.891200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0.767900 0.876100</w:t>
        <w:br/>
        <w:t>vt 0.769300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0.766600 0.876100</w:t>
        <w:br/>
        <w:t>vt 0.767900 0.876100</w:t>
        <w:br/>
        <w:t>vt 0.767900 0.867800</w:t>
        <w:br/>
        <w:t>vt 0.769300 0.867800</w:t>
        <w:br/>
        <w:t>vt 0.769300 0.871600</w:t>
        <w:br/>
        <w:t>vt 0.767900 0.871600</w:t>
        <w:br/>
        <w:t>vt 0.770800 0.867800</w:t>
        <w:br/>
        <w:t>vt 0.770800 0.871600</w:t>
        <w:br/>
        <w:t>vt 0.772200 0.871600</w:t>
        <w:br/>
        <w:t>vt 0.772200 0.867800</w:t>
        <w:br/>
        <w:t>vt 0.773500 0.867800</w:t>
        <w:br/>
        <w:t>vt 0.773500 0.871600</w:t>
        <w:br/>
        <w:t>vt 0.774900 0.867800</w:t>
        <w:br/>
        <w:t>vt 0.774900 0.871600</w:t>
        <w:br/>
        <w:t>vt 0.773500 0.871600</w:t>
        <w:br/>
        <w:t>vt 0.773500 0.867800</w:t>
        <w:br/>
        <w:t>vt 0.776400 0.867800</w:t>
        <w:br/>
        <w:t>vt 0.776400 0.871600</w:t>
        <w:br/>
        <w:t>vt 0.777800 0.867800</w:t>
        <w:br/>
        <w:t>vt 0.777800 0.871600</w:t>
        <w:br/>
        <w:t>vt 0.767900 0.867800</w:t>
        <w:br/>
        <w:t>vt 0.767900 0.871600</w:t>
        <w:br/>
        <w:t>vt 0.766600 0.871600</w:t>
        <w:br/>
        <w:t>vt 0.766600 0.867800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0.773500 0.864800</w:t>
        <w:br/>
        <w:t>vt 0.774900 0.864800</w:t>
        <w:br/>
        <w:t>vt 0.776400 0.864800</w:t>
        <w:br/>
        <w:t>vt 0.777800 0.864800</w:t>
        <w:br/>
        <w:t>vt 0.766600 0.864800</w:t>
        <w:br/>
        <w:t>vt 0.767900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0.766600 0.861500</w:t>
        <w:br/>
        <w:t>vt 0.767900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0.766600 0.857600</w:t>
        <w:br/>
        <w:t>vt 0.767900 0.857600</w:t>
        <w:br/>
        <w:t>vt 0.767900 0.854500</w:t>
        <w:br/>
        <w:t>vt 0.769300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0.767900 0.854500</w:t>
        <w:br/>
        <w:t>vt 0.767900 0.851300</w:t>
        <w:br/>
        <w:t>vt 0.769300 0.851300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0.767900 0.839800</w:t>
        <w:br/>
        <w:t>vt 0.769300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0.769300 0.835400</w:t>
        <w:br/>
        <w:t>vt 0.767900 0.835400</w:t>
        <w:br/>
        <w:t>vt 0.767900 0.832200</w:t>
        <w:br/>
        <w:t>vt 0.769300 0.832200</w:t>
        <w:br/>
        <w:t>vt 0.770800 0.832200</w:t>
        <w:br/>
        <w:t>vt 0.770800 0.835400</w:t>
        <w:br/>
        <w:t>vt 0.772200 0.832200</w:t>
        <w:br/>
        <w:t>vt 0.772200 0.835400</w:t>
        <w:br/>
        <w:t>vt 0.773500 0.832200</w:t>
        <w:br/>
        <w:t>vt 0.773500 0.835400</w:t>
        <w:br/>
        <w:t>vt 0.774900 0.832200</w:t>
        <w:br/>
        <w:t>vt 0.774900 0.835400</w:t>
        <w:br/>
        <w:t>vt 0.776400 0.832200</w:t>
        <w:br/>
        <w:t>vt 0.776400 0.835400</w:t>
        <w:br/>
        <w:t>vt 0.777800 0.832200</w:t>
        <w:br/>
        <w:t>vt 0.777800 0.835400</w:t>
        <w:br/>
        <w:t>vt 0.766600 0.832200</w:t>
        <w:br/>
        <w:t>vt 0.766600 0.835400</w:t>
        <w:br/>
        <w:t>vt 0.767900 0.829400</w:t>
        <w:br/>
        <w:t>vt 0.767900 0.827100</w:t>
        <w:br/>
        <w:t>vt 0.769300 0.827100</w:t>
        <w:br/>
        <w:t>vt 0.769300 0.829400</w:t>
        <w:br/>
        <w:t>vt 0.770800 0.827100</w:t>
        <w:br/>
        <w:t>vt 0.770800 0.829400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0.827100</w:t>
        <w:br/>
        <w:t>vt 0.776400 0.829400</w:t>
        <w:br/>
        <w:t>vt 0.777800 0.827100</w:t>
        <w:br/>
        <w:t>vt 0.777800 0.829400</w:t>
        <w:br/>
        <w:t>vt 0.766600 0.829400</w:t>
        <w:br/>
        <w:t>vt 0.766600 0.827100</w:t>
        <w:br/>
        <w:t>vt 0.769300 0.818100</w:t>
        <w:br/>
        <w:t>vt 0.769300 0.824300</w:t>
        <w:br/>
        <w:t>vt 0.767900 0.824300</w:t>
        <w:br/>
        <w:t>vt 0.767900 0.818100</w:t>
        <w:br/>
        <w:t>vt 0.770800 0.818100</w:t>
        <w:br/>
        <w:t>vt 0.770800 0.824300</w:t>
        <w:br/>
        <w:t>vt 0.772200 0.824300</w:t>
        <w:br/>
        <w:t>vt 0.772200 0.818100</w:t>
        <w:br/>
        <w:t>vt 0.773500 0.818100</w:t>
        <w:br/>
        <w:t>vt 0.773500 0.824300</w:t>
        <w:br/>
        <w:t>vt 0.774900 0.824300</w:t>
        <w:br/>
        <w:t>vt 0.774900 0.818100</w:t>
        <w:br/>
        <w:t>vt 0.776400 0.818100</w:t>
        <w:br/>
        <w:t>vt 0.776400 0.824300</w:t>
        <w:br/>
        <w:t>vt 0.777800 0.818100</w:t>
        <w:br/>
        <w:t>vt 0.777800 0.824300</w:t>
        <w:br/>
        <w:t>vt 0.766600 0.824300</w:t>
        <w:br/>
        <w:t>vt 0.766600 0.818100</w:t>
        <w:br/>
        <w:t>vt 0.769300 0.812300</w:t>
        <w:br/>
        <w:t>vt 0.767900 0.812300</w:t>
        <w:br/>
        <w:t>vt 0.767900 0.808500</w:t>
        <w:br/>
        <w:t>vt 0.769300 0.808500</w:t>
        <w:br/>
        <w:t>vt 0.770800 0.812300</w:t>
        <w:br/>
        <w:t>vt 0.770800 0.808500</w:t>
        <w:br/>
        <w:t>vt 0.772200 0.808500</w:t>
        <w:br/>
        <w:t>vt 0.772200 0.812300</w:t>
        <w:br/>
        <w:t>vt 0.773500 0.808500</w:t>
        <w:br/>
        <w:t>vt 0.773500 0.812300</w:t>
        <w:br/>
        <w:t>vt 0.774900 0.808500</w:t>
        <w:br/>
        <w:t>vt 0.774900 0.812300</w:t>
        <w:br/>
        <w:t>vt 0.776400 0.808500</w:t>
        <w:br/>
        <w:t>vt 0.776400 0.812300</w:t>
        <w:br/>
        <w:t>vt 0.777800 0.808500</w:t>
        <w:br/>
        <w:t>vt 0.777800 0.812300</w:t>
        <w:br/>
        <w:t>vt 0.766600 0.812300</w:t>
        <w:br/>
        <w:t>vt 0.766600 0.808500</w:t>
        <w:br/>
        <w:t>vt 0.767900 0.805200</w:t>
        <w:br/>
        <w:t>vt 0.769300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0.767900 0.801500</w:t>
        <w:br/>
        <w:t>vt 0.769300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0.767900 0.795600</w:t>
        <w:br/>
        <w:t>vt 0.769300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0.769300 0.781800</w:t>
        <w:br/>
        <w:t>vt 0.769300 0.787000</w:t>
        <w:br/>
        <w:t>vt 0.767900 0.787000</w:t>
        <w:br/>
        <w:t>vt 0.770800 0.787000</w:t>
        <w:br/>
        <w:t>vt 0.770800 0.781800</w:t>
        <w:br/>
        <w:t>vt 0.772200 0.781800</w:t>
        <w:br/>
        <w:t>vt 0.772200 0.787000</w:t>
        <w:br/>
        <w:t>vt 0.773500 0.781800</w:t>
        <w:br/>
        <w:t>vt 0.773500 0.787000</w:t>
        <w:br/>
        <w:t>vt 0.774900 0.781800</w:t>
        <w:br/>
        <w:t>vt 0.774900 0.787000</w:t>
        <w:br/>
        <w:t>vt 0.776400 0.781800</w:t>
        <w:br/>
        <w:t>vt 0.776400 0.787000</w:t>
        <w:br/>
        <w:t>vt 0.777800 0.781800</w:t>
        <w:br/>
        <w:t>vt 0.777800 0.787000</w:t>
        <w:br/>
        <w:t>vt 0.766600 0.787000</w:t>
        <w:br/>
        <w:t>vt 0.766600 0.781800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0.767900 0.775800</w:t>
        <w:br/>
        <w:t>vt 0.769300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0.674700 0.619800</w:t>
        <w:br/>
        <w:t>vt 0.674900 0.623600</w:t>
        <w:br/>
        <w:t>vt 0.668800 0.623700</w:t>
        <w:br/>
        <w:t>vt 0.669100 0.619600</w:t>
        <w:br/>
        <w:t>vt 0.687000 0.623200</w:t>
        <w:br/>
        <w:t>vt 0.686400 0.618500</w:t>
        <w:br/>
        <w:t>vt 0.688100 0.618500</w:t>
        <w:br/>
        <w:t>vt 0.688600 0.623200</w:t>
        <w:br/>
        <w:t>vt 0.686400 0.618500</w:t>
        <w:br/>
        <w:t>vt 0.687000 0.623200</w:t>
        <w:br/>
        <w:t>vt 0.684800 0.623300</w:t>
        <w:br/>
        <w:t>vt 0.684300 0.618800</w:t>
        <w:br/>
        <w:t>vt 0.681500 0.619100</w:t>
        <w:br/>
        <w:t>vt 0.681800 0.623300</w:t>
        <w:br/>
        <w:t>vt 0.678500 0.623400</w:t>
        <w:br/>
        <w:t>vt 0.678400 0.619500</w:t>
        <w:br/>
        <w:t>vt 0.676900 0.623400</w:t>
        <w:br/>
        <w:t>vt 0.676700 0.619900</w:t>
        <w:br/>
        <w:t>vt 0.676700 0.619900</w:t>
        <w:br/>
        <w:t>vt 0.676900 0.623400</w:t>
        <w:br/>
        <w:t>vt 0.675000 0.627300</w:t>
        <w:br/>
        <w:t>vt 0.669000 0.627900</w:t>
        <w:br/>
        <w:t>vt 0.688400 0.627900</w:t>
        <w:br/>
        <w:t>vt 0.686500 0.627800</w:t>
        <w:br/>
        <w:t>vt 0.686500 0.627800</w:t>
        <w:br/>
        <w:t>vt 0.684400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0.685000 0.636100</w:t>
        <w:br/>
        <w:t>vt 0.683300 0.636300</w:t>
        <w:br/>
        <w:t>vt 0.681100 0.636300</w:t>
        <w:br/>
        <w:t>vt 0.678900 0.636100</w:t>
        <w:br/>
        <w:t>vt 0.676900 0.635600</w:t>
        <w:br/>
        <w:t>vt 0.676900 0.635600</w:t>
        <w:br/>
        <w:t>vt 0.675000 0.635200</w:t>
        <w:br/>
        <w:t>vt 0.674800 0.638500</w:t>
        <w:br/>
        <w:t>vt 0.670900 0.638400</w:t>
        <w:br/>
        <w:t>vt 0.685400 0.640000</w:t>
        <w:br/>
        <w:t>vt 0.687000 0.639100</w:t>
        <w:br/>
        <w:t>vt 0.685400 0.640000</w:t>
        <w:br/>
        <w:t>vt 0.683600 0.640900</w:t>
        <w:br/>
        <w:t>vt 0.681300 0.641400</w:t>
        <w:br/>
        <w:t>vt 0.678800 0.640900</w:t>
        <w:br/>
        <w:t>vt 0.676600 0.639700</w:t>
        <w:br/>
        <w:t>vt 0.674800 0.638500</w:t>
        <w:br/>
        <w:t>vt 0.673900 0.608800</w:t>
        <w:br/>
        <w:t>vt 0.674400 0.612000</w:t>
        <w:br/>
        <w:t>vt 0.669800 0.612300</w:t>
        <w:br/>
        <w:t>vt 0.669900 0.609200</w:t>
        <w:br/>
        <w:t>vt 0.684100 0.605800</w:t>
        <w:br/>
        <w:t>vt 0.685800 0.606500</w:t>
        <w:br/>
        <w:t>vt 0.686000 0.609800</w:t>
        <w:br/>
        <w:t>vt 0.684400 0.610000</w:t>
        <w:br/>
        <w:t>vt 0.682100 0.605200</w:t>
        <w:br/>
        <w:t>vt 0.684400 0.610000</w:t>
        <w:br/>
        <w:t>vt 0.682600 0.610100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0.674400 0.612000</w:t>
        <w:br/>
        <w:t>vt 0.673900 0.608800</w:t>
        <w:br/>
        <w:t>vt 0.674600 0.615900</w:t>
        <w:br/>
        <w:t>vt 0.669400 0.615700</w:t>
        <w:br/>
        <w:t>vt 0.687100 0.613900</w:t>
        <w:br/>
        <w:t>vt 0.685300 0.614100</w:t>
        <w:br/>
        <w:t>vt 0.685300 0.614100</w:t>
        <w:br/>
        <w:t>vt 0.683500 0.614400</w:t>
        <w:br/>
        <w:t>vt 0.681000 0.614700</w:t>
        <w:br/>
        <w:t>vt 0.678300 0.615200</w:t>
        <w:br/>
        <w:t>vt 0.676500 0.615800</w:t>
        <w:br/>
        <w:t>vt 0.676500 0.615800</w:t>
        <w:br/>
        <w:t>vt 0.674600 0.615900</w:t>
        <w:br/>
        <w:t>vt 0.753700 0.847100</w:t>
        <w:br/>
        <w:t>vt 0.753700 0.851500</w:t>
        <w:br/>
        <w:t>vt 0.755600 0.851500</w:t>
        <w:br/>
        <w:t>vt 0.755600 0.847100</w:t>
        <w:br/>
        <w:t>vt 0.757600 0.847100</w:t>
        <w:br/>
        <w:t>vt 0.755600 0.847100</w:t>
        <w:br/>
        <w:t>vt 0.755600 0.851500</w:t>
        <w:br/>
        <w:t>vt 0.757600 0.851500</w:t>
        <w:br/>
        <w:t>vt 0.759600 0.847100</w:t>
        <w:br/>
        <w:t>vt 0.757600 0.847100</w:t>
        <w:br/>
        <w:t>vt 0.757600 0.851500</w:t>
        <w:br/>
        <w:t>vt 0.759600 0.851500</w:t>
        <w:br/>
        <w:t>vt 0.761500 0.847100</w:t>
        <w:br/>
        <w:t>vt 0.759600 0.847100</w:t>
        <w:br/>
        <w:t>vt 0.759600 0.851500</w:t>
        <w:br/>
        <w:t>vt 0.761500 0.851500</w:t>
        <w:br/>
        <w:t>vt 0.763500 0.851500</w:t>
        <w:br/>
        <w:t>vt 0.763500 0.847100</w:t>
        <w:br/>
        <w:t>vt 0.761500 0.847100</w:t>
        <w:br/>
        <w:t>vt 0.761500 0.851500</w:t>
        <w:br/>
        <w:t>vt 0.751700 0.847100</w:t>
        <w:br/>
        <w:t>vt 0.751700 0.851500</w:t>
        <w:br/>
        <w:t>vt 0.753700 0.851500</w:t>
        <w:br/>
        <w:t>vt 0.753700 0.847100</w:t>
        <w:br/>
        <w:t>vt 0.755600 0.860000</w:t>
        <w:br/>
        <w:t>vt 0.753700 0.860000</w:t>
        <w:br/>
        <w:t>vt 0.757600 0.860000</w:t>
        <w:br/>
        <w:t>vt 0.755600 0.860000</w:t>
        <w:br/>
        <w:t>vt 0.757600 0.860000</w:t>
        <w:br/>
        <w:t>vt 0.759600 0.860000</w:t>
        <w:br/>
        <w:t>vt 0.759600 0.860000</w:t>
        <w:br/>
        <w:t>vt 0.761500 0.860000</w:t>
        <w:br/>
        <w:t>vt 0.761500 0.860000</w:t>
        <w:br/>
        <w:t>vt 0.763500 0.860000</w:t>
        <w:br/>
        <w:t>vt 0.751700 0.860000</w:t>
        <w:br/>
        <w:t>vt 0.753700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0.877000</w:t>
        <w:br/>
        <w:t>vt 0.755600 0.877000</w:t>
        <w:br/>
        <w:t>vt 0.757600 0.877000</w:t>
        <w:br/>
        <w:t>vt 0.755600 0.877000</w:t>
        <w:br/>
        <w:t>vt 0.757600 0.877000</w:t>
        <w:br/>
        <w:t>vt 0.759600 0.877000</w:t>
        <w:br/>
        <w:t>vt 0.759600 0.877000</w:t>
        <w:br/>
        <w:t>vt 0.761500 0.877000</w:t>
        <w:br/>
        <w:t>vt 0.761500 0.877000</w:t>
        <w:br/>
        <w:t>vt 0.763500 0.877000</w:t>
        <w:br/>
        <w:t>vt 0.751700 0.877000</w:t>
        <w:br/>
        <w:t>vt 0.753700 0.877000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0.759600 0.884100</w:t>
        <w:br/>
        <w:t>vt 0.761500 0.884100</w:t>
        <w:br/>
        <w:t>vt 0.761500 0.884100</w:t>
        <w:br/>
        <w:t>vt 0.763500 0.884100</w:t>
        <w:br/>
        <w:t>vt 0.751700 0.884100</w:t>
        <w:br/>
        <w:t>vt 0.753700 0.884100</w:t>
        <w:br/>
        <w:t>vt 0.753700 0.889700</w:t>
        <w:br/>
        <w:t>vt 0.755600 0.889700</w:t>
        <w:br/>
        <w:t>vt 0.757600 0.889700</w:t>
        <w:br/>
        <w:t>vt 0.755600 0.889700</w:t>
        <w:br/>
        <w:t>vt 0.757600 0.889700</w:t>
        <w:br/>
        <w:t>vt 0.759600 0.889700</w:t>
        <w:br/>
        <w:t>vt 0.759600 0.889700</w:t>
        <w:br/>
        <w:t>vt 0.761500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0.759600 0.893000</w:t>
        <w:br/>
        <w:t>vt 0.761500 0.893000</w:t>
        <w:br/>
        <w:t>vt 0.761500 0.893000</w:t>
        <w:br/>
        <w:t>vt 0.763500 0.893000</w:t>
        <w:br/>
        <w:t>vt 0.751700 0.893000</w:t>
        <w:br/>
        <w:t>vt 0.753700 0.893000</w:t>
        <w:br/>
        <w:t>vt 0.753700 0.895300</w:t>
        <w:br/>
        <w:t>vt 0.755600 0.895300</w:t>
        <w:br/>
        <w:t>vt 0.757600 0.895300</w:t>
        <w:br/>
        <w:t>vt 0.755600 0.895300</w:t>
        <w:br/>
        <w:t>vt 0.757600 0.895300</w:t>
        <w:br/>
        <w:t>vt 0.759600 0.895300</w:t>
        <w:br/>
        <w:t>vt 0.759600 0.895300</w:t>
        <w:br/>
        <w:t>vt 0.761500 0.895300</w:t>
        <w:br/>
        <w:t>vt 0.761500 0.895300</w:t>
        <w:br/>
        <w:t>vt 0.763500 0.895300</w:t>
        <w:br/>
        <w:t>vt 0.751700 0.895300</w:t>
        <w:br/>
        <w:t>vt 0.753700 0.895300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0.761500 0.893000</w:t>
        <w:br/>
        <w:t>vt 0.759600 0.893000</w:t>
        <w:br/>
        <w:t>vt 0.763500 0.893000</w:t>
        <w:br/>
        <w:t>vt 0.761500 0.893000</w:t>
        <w:br/>
        <w:t>vt 0.751700 0.893000</w:t>
        <w:br/>
        <w:t>vt 0.753700 0.893000</w:t>
        <w:br/>
        <w:t>vt 0.753700 0.889700</w:t>
        <w:br/>
        <w:t>vt 0.755600 0.889700</w:t>
        <w:br/>
        <w:t>vt 0.755600 0.889700</w:t>
        <w:br/>
        <w:t>vt 0.757600 0.889700</w:t>
        <w:br/>
        <w:t>vt 0.757600 0.889700</w:t>
        <w:br/>
        <w:t>vt 0.759600 0.889700</w:t>
        <w:br/>
        <w:t>vt 0.761500 0.889700</w:t>
        <w:br/>
        <w:t>vt 0.759600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0.884100</w:t>
        <w:br/>
        <w:t>vt 0.755600 0.884100</w:t>
        <w:br/>
        <w:t>vt 0.755600 0.884100</w:t>
        <w:br/>
        <w:t>vt 0.757600 0.884100</w:t>
        <w:br/>
        <w:t>vt 0.757600 0.884100</w:t>
        <w:br/>
        <w:t>vt 0.759600 0.884100</w:t>
        <w:br/>
        <w:t>vt 0.759600 0.884100</w:t>
        <w:br/>
        <w:t>vt 0.761500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0.751700 0.877000</w:t>
        <w:br/>
        <w:t>vt 0.753700 0.877000</w:t>
        <w:br/>
        <w:t>vt 0.753700 0.868900</w:t>
        <w:br/>
        <w:t>vt 0.755600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0.751700 0.868900</w:t>
        <w:br/>
        <w:t>vt 0.753700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0.759600 0.860000</w:t>
        <w:br/>
        <w:t>vt 0.761500 0.860000</w:t>
        <w:br/>
        <w:t>vt 0.763500 0.860000</w:t>
        <w:br/>
        <w:t>vt 0.761500 0.860000</w:t>
        <w:br/>
        <w:t>vt 0.753700 0.860000</w:t>
        <w:br/>
        <w:t>vt 0.751700 0.860000</w:t>
        <w:br/>
        <w:t>vt 0.753700 0.851500</w:t>
        <w:br/>
        <w:t>vt 0.755600 0.851500</w:t>
        <w:br/>
        <w:t>vt 0.757600 0.851500</w:t>
        <w:br/>
        <w:t>vt 0.755600 0.851500</w:t>
        <w:br/>
        <w:t>vt 0.757600 0.851500</w:t>
        <w:br/>
        <w:t>vt 0.759600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0.755600 0.847100</w:t>
        <w:br/>
        <w:t>vt 0.757600 0.847100</w:t>
        <w:br/>
        <w:t>vt 0.759600 0.847100</w:t>
        <w:br/>
        <w:t>vt 0.757600 0.847100</w:t>
        <w:br/>
        <w:t>vt 0.759600 0.847100</w:t>
        <w:br/>
        <w:t>vt 0.761500 0.847100</w:t>
        <w:br/>
        <w:t>vt 0.761500 0.847100</w:t>
        <w:br/>
        <w:t>vt 0.763500 0.847100</w:t>
        <w:br/>
        <w:t>vt 0.751700 0.847100</w:t>
        <w:br/>
        <w:t>vt 0.753700 0.847100</w:t>
        <w:br/>
        <w:t>vt 0.696100 0.559300</w:t>
        <w:br/>
        <w:t>vt 0.696100 0.567100</w:t>
        <w:br/>
        <w:t>vt 0.689300 0.563200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0.934900 0.102800</w:t>
        <w:br/>
        <w:t>vt 0.927300 0.107100</w:t>
        <w:br/>
        <w:t>vt 0.934900 0.111500</w:t>
        <w:br/>
        <w:t>vt 0.942500 0.107100</w:t>
        <w:br/>
        <w:t>vt 0.942500 0.098400</w:t>
        <w:br/>
        <w:t>vt 0.934900 0.094000</w:t>
        <w:br/>
        <w:t>vt 0.221900 0.407500</w:t>
        <w:br/>
        <w:t>vt 0.221900 0.419800</w:t>
        <w:br/>
        <w:t>vt 0.210800 0.419800</w:t>
        <w:br/>
        <w:t>vt 0.210800 0.407500</w:t>
        <w:br/>
        <w:t>vt 0.221900 0.395500</w:t>
        <w:br/>
        <w:t>vt 0.210800 0.395500</w:t>
        <w:br/>
        <w:t>vt 0.210800 0.391700</w:t>
        <w:br/>
        <w:t>vt 0.221900 0.391700</w:t>
        <w:br/>
        <w:t>vt 0.210800 0.399200</w:t>
        <w:br/>
        <w:t>vt 0.221900 0.399200</w:t>
        <w:br/>
        <w:t>vt 0.210800 0.387600</w:t>
        <w:br/>
        <w:t>vt 0.210800 0.383700</w:t>
        <w:br/>
        <w:t>vt 0.221900 0.383700</w:t>
        <w:br/>
        <w:t>vt 0.221900 0.387600</w:t>
        <w:br/>
        <w:t>vt 0.519700 0.080800</w:t>
        <w:br/>
        <w:t>vt 0.511000 0.080800</w:t>
        <w:br/>
        <w:t>vt 0.511000 0.072900</w:t>
        <w:br/>
        <w:t>vt 0.519700 0.072900</w:t>
        <w:br/>
        <w:t>vt 0.528300 0.072900</w:t>
        <w:br/>
        <w:t>vt 0.530800 0.072900</w:t>
        <w:br/>
        <w:t>vt 0.530800 0.080800</w:t>
        <w:br/>
        <w:t>vt 0.528300 0.080800</w:t>
        <w:br/>
        <w:t>vt 0.525700 0.072900</w:t>
        <w:br/>
        <w:t>vt 0.525700 0.080800</w:t>
        <w:br/>
        <w:t>vt 0.533400 0.080800</w:t>
        <w:br/>
        <w:t>vt 0.533400 0.072900</w:t>
        <w:br/>
        <w:t>vt 0.536300 0.072900</w:t>
        <w:br/>
        <w:t>vt 0.536300 0.080800</w:t>
        <w:br/>
        <w:t>vt 0.503700 0.080800</w:t>
        <w:br/>
        <w:t>vt 0.503700 0.072900</w:t>
        <w:br/>
        <w:t>vt 0.222800 0.419800</w:t>
        <w:br/>
        <w:t>vt 0.221900 0.419800</w:t>
        <w:br/>
        <w:t>vt 0.221900 0.407500</w:t>
        <w:br/>
        <w:t>vt 0.222800 0.407500</w:t>
        <w:br/>
        <w:t>vt 0.221900 0.391700</w:t>
        <w:br/>
        <w:t>vt 0.222800 0.391700</w:t>
        <w:br/>
        <w:t>vt 0.222800 0.395500</w:t>
        <w:br/>
        <w:t>vt 0.221900 0.395500</w:t>
        <w:br/>
        <w:t>vt 0.221900 0.399200</w:t>
        <w:br/>
        <w:t>vt 0.222800 0.399200</w:t>
        <w:br/>
        <w:t>vt 0.222800 0.387600</w:t>
        <w:br/>
        <w:t>vt 0.221900 0.387600</w:t>
        <w:br/>
        <w:t>vt 0.221900 0.383700</w:t>
        <w:br/>
        <w:t>vt 0.222800 0.383700</w:t>
        <w:br/>
        <w:t>vt 0.210800 0.419800</w:t>
        <w:br/>
        <w:t>vt 0.209900 0.419800</w:t>
        <w:br/>
        <w:t>vt 0.209900 0.407500</w:t>
        <w:br/>
        <w:t>vt 0.210800 0.407500</w:t>
        <w:br/>
        <w:t>vt 0.210800 0.399200</w:t>
        <w:br/>
        <w:t>vt 0.209900 0.399200</w:t>
        <w:br/>
        <w:t>vt 0.209900 0.395500</w:t>
        <w:br/>
        <w:t>vt 0.210800 0.395500</w:t>
        <w:br/>
        <w:t>vt 0.209900 0.391700</w:t>
        <w:br/>
        <w:t>vt 0.209900 0.387600</w:t>
        <w:br/>
        <w:t>vt 0.210800 0.387600</w:t>
        <w:br/>
        <w:t>vt 0.210800 0.391700</w:t>
        <w:br/>
        <w:t>vt 0.213300 0.432300</w:t>
        <w:br/>
        <w:t>vt 0.216900 0.433200</w:t>
        <w:br/>
        <w:t>vt 0.216900 0.434200</w:t>
        <w:br/>
        <w:t>vt 0.212800 0.433200</w:t>
        <w:br/>
        <w:t>vt 0.220400 0.432300</w:t>
        <w:br/>
        <w:t>vt 0.220900 0.432800</w:t>
        <w:br/>
        <w:t>vt 0.209900 0.383700</w:t>
        <w:br/>
        <w:t>vt 0.210800 0.383700</w:t>
        <w:br/>
        <w:t>vt 0.210800 0.379300</w:t>
        <w:br/>
        <w:t>vt 0.221900 0.379300</w:t>
        <w:br/>
        <w:t>vt 0.539600 0.080800</w:t>
        <w:br/>
        <w:t>vt 0.539600 0.072900</w:t>
        <w:br/>
        <w:t>vt 0.221900 0.378500</w:t>
        <w:br/>
        <w:t>vt 0.221900 0.379300</w:t>
        <w:br/>
        <w:t>vt 0.210800 0.379300</w:t>
        <w:br/>
        <w:t>vt 0.210800 0.378500</w:t>
        <w:br/>
        <w:t>vt 0.222800 0.379300</w:t>
        <w:br/>
        <w:t>vt 0.221900 0.379300</w:t>
        <w:br/>
        <w:t>vt 0.222800 0.430000</w:t>
        <w:br/>
        <w:t>vt 0.221900 0.430100</w:t>
        <w:br/>
        <w:t>vt 0.210800 0.379300</w:t>
        <w:br/>
        <w:t>vt 0.209900 0.379300</w:t>
        <w:br/>
        <w:t>vt 0.209900 0.430600</w:t>
        <w:br/>
        <w:t>vt 0.210800 0.430100</w:t>
        <w:br/>
        <w:t>vt 0.221900 0.430100</w:t>
        <w:br/>
        <w:t>vt 0.210800 0.430100</w:t>
        <w:br/>
        <w:t>vt 0.220400 0.432300</w:t>
        <w:br/>
        <w:t>vt 0.213300 0.432300</w:t>
        <w:br/>
        <w:t>vt 0.502100 0.079400</w:t>
        <w:br/>
        <w:t>vt 0.502100 0.074200</w:t>
        <w:br/>
        <w:t>vt 0.216900 0.433200</w:t>
        <w:br/>
        <w:t>vt 0.501500 0.076800</w:t>
        <w:br/>
        <w:t>vt 0.769300 0.891200</w:t>
        <w:br/>
        <w:t>vt 0.767900 0.891200</w:t>
        <w:br/>
        <w:t>vt 0.767900 0.894700</w:t>
        <w:br/>
        <w:t>vt 0.769300 0.894700</w:t>
        <w:br/>
        <w:t>vt 0.770800 0.894700</w:t>
        <w:br/>
        <w:t>vt 0.770800 0.891200</w:t>
        <w:br/>
        <w:t>vt 0.772200 0.894700</w:t>
        <w:br/>
        <w:t>vt 0.772200 0.891200</w:t>
        <w:br/>
        <w:t>vt 0.773500 0.894700</w:t>
        <w:br/>
        <w:t>vt 0.773500 0.891200</w:t>
        <w:br/>
        <w:t>vt 0.774900 0.894700</w:t>
        <w:br/>
        <w:t>vt 0.774900 0.891200</w:t>
        <w:br/>
        <w:t>vt 0.776400 0.894700</w:t>
        <w:br/>
        <w:t>vt 0.776400 0.891200</w:t>
        <w:br/>
        <w:t>vt 0.777800 0.891200</w:t>
        <w:br/>
        <w:t>vt 0.777800 0.894700</w:t>
        <w:br/>
        <w:t>vt 0.766600 0.891200</w:t>
        <w:br/>
        <w:t>vt 0.766600 0.894700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0.769300 0.876100</w:t>
        <w:br/>
        <w:t>vt 0.767900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0.767900 0.876100</w:t>
        <w:br/>
        <w:t>vt 0.766600 0.876100</w:t>
        <w:br/>
        <w:t>vt 0.767900 0.867800</w:t>
        <w:br/>
        <w:t>vt 0.767900 0.871600</w:t>
        <w:br/>
        <w:t>vt 0.769300 0.871600</w:t>
        <w:br/>
        <w:t>vt 0.769300 0.867800</w:t>
        <w:br/>
        <w:t>vt 0.770800 0.871600</w:t>
        <w:br/>
        <w:t>vt 0.770800 0.867800</w:t>
        <w:br/>
        <w:t>vt 0.772200 0.871600</w:t>
        <w:br/>
        <w:t>vt 0.772200 0.867800</w:t>
        <w:br/>
        <w:t>vt 0.773500 0.871600</w:t>
        <w:br/>
        <w:t>vt 0.773500 0.867800</w:t>
        <w:br/>
        <w:t>vt 0.773500 0.871600</w:t>
        <w:br/>
        <w:t>vt 0.774900 0.871600</w:t>
        <w:br/>
        <w:t>vt 0.774900 0.867800</w:t>
        <w:br/>
        <w:t>vt 0.773500 0.867800</w:t>
        <w:br/>
        <w:t>vt 0.776400 0.871600</w:t>
        <w:br/>
        <w:t>vt 0.776400 0.867800</w:t>
        <w:br/>
        <w:t>vt 0.777800 0.871600</w:t>
        <w:br/>
        <w:t>vt 0.777800 0.867800</w:t>
        <w:br/>
        <w:t>vt 0.767900 0.867800</w:t>
        <w:br/>
        <w:t>vt 0.766600 0.867800</w:t>
        <w:br/>
        <w:t>vt 0.766600 0.871600</w:t>
        <w:br/>
        <w:t>vt 0.767900 0.871600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0.774900 0.864800</w:t>
        <w:br/>
        <w:t>vt 0.773500 0.864800</w:t>
        <w:br/>
        <w:t>vt 0.776400 0.864800</w:t>
        <w:br/>
        <w:t>vt 0.777800 0.864800</w:t>
        <w:br/>
        <w:t>vt 0.767900 0.864800</w:t>
        <w:br/>
        <w:t>vt 0.766600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0.767900 0.861500</w:t>
        <w:br/>
        <w:t>vt 0.766600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0.767900 0.857600</w:t>
        <w:br/>
        <w:t>vt 0.766600 0.857600</w:t>
        <w:br/>
        <w:t>vt 0.769300 0.854500</w:t>
        <w:br/>
        <w:t>vt 0.767900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0.769300 0.851300</w:t>
        <w:br/>
        <w:t>vt 0.767900 0.851300</w:t>
        <w:br/>
        <w:t>vt 0.767900 0.854500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0.769300 0.839800</w:t>
        <w:br/>
        <w:t>vt 0.767900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0.767900 0.832200</w:t>
        <w:br/>
        <w:t>vt 0.767900 0.835400</w:t>
        <w:br/>
        <w:t>vt 0.769300 0.835400</w:t>
        <w:br/>
        <w:t>vt 0.769300 0.832200</w:t>
        <w:br/>
        <w:t>vt 0.770800 0.832200</w:t>
        <w:br/>
        <w:t>vt 0.770800 0.835400</w:t>
        <w:br/>
        <w:t>vt 0.772200 0.835400</w:t>
        <w:br/>
        <w:t>vt 0.772200 0.832200</w:t>
        <w:br/>
        <w:t>vt 0.773500 0.835400</w:t>
        <w:br/>
        <w:t>vt 0.773500 0.832200</w:t>
        <w:br/>
        <w:t>vt 0.774900 0.835400</w:t>
        <w:br/>
        <w:t>vt 0.774900 0.832200</w:t>
        <w:br/>
        <w:t>vt 0.776400 0.832200</w:t>
        <w:br/>
        <w:t>vt 0.776400 0.835400</w:t>
        <w:br/>
        <w:t>vt 0.777800 0.835400</w:t>
        <w:br/>
        <w:t>vt 0.777800 0.832200</w:t>
        <w:br/>
        <w:t>vt 0.766600 0.832200</w:t>
        <w:br/>
        <w:t>vt 0.766600 0.835400</w:t>
        <w:br/>
        <w:t>vt 0.769300 0.827100</w:t>
        <w:br/>
        <w:t>vt 0.767900 0.827100</w:t>
        <w:br/>
        <w:t>vt 0.767900 0.829400</w:t>
        <w:br/>
        <w:t>vt 0.769300 0.829400</w:t>
        <w:br/>
        <w:t>vt 0.770800 0.829400</w:t>
        <w:br/>
        <w:t>vt 0.770800 0.827100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0.829400</w:t>
        <w:br/>
        <w:t>vt 0.776400 0.827100</w:t>
        <w:br/>
        <w:t>vt 0.777800 0.829400</w:t>
        <w:br/>
        <w:t>vt 0.777800 0.827100</w:t>
        <w:br/>
        <w:t>vt 0.766600 0.829400</w:t>
        <w:br/>
        <w:t>vt 0.766600 0.827100</w:t>
        <w:br/>
        <w:t>vt 0.767900 0.824300</w:t>
        <w:br/>
        <w:t>vt 0.769300 0.824300</w:t>
        <w:br/>
        <w:t>vt 0.769300 0.818100</w:t>
        <w:br/>
        <w:t>vt 0.767900 0.818100</w:t>
        <w:br/>
        <w:t>vt 0.770800 0.824300</w:t>
        <w:br/>
        <w:t>vt 0.770800 0.818100</w:t>
        <w:br/>
        <w:t>vt 0.772200 0.824300</w:t>
        <w:br/>
        <w:t>vt 0.772200 0.818100</w:t>
        <w:br/>
        <w:t>vt 0.773500 0.824300</w:t>
        <w:br/>
        <w:t>vt 0.773500 0.818100</w:t>
        <w:br/>
        <w:t>vt 0.774900 0.824300</w:t>
        <w:br/>
        <w:t>vt 0.774900 0.818100</w:t>
        <w:br/>
        <w:t>vt 0.776400 0.824300</w:t>
        <w:br/>
        <w:t>vt 0.776400 0.818100</w:t>
        <w:br/>
        <w:t>vt 0.777800 0.824300</w:t>
        <w:br/>
        <w:t>vt 0.777800 0.818100</w:t>
        <w:br/>
        <w:t>vt 0.766600 0.818100</w:t>
        <w:br/>
        <w:t>vt 0.766600 0.824300</w:t>
        <w:br/>
        <w:t>vt 0.767900 0.808500</w:t>
        <w:br/>
        <w:t>vt 0.767900 0.812300</w:t>
        <w:br/>
        <w:t>vt 0.769300 0.812300</w:t>
        <w:br/>
        <w:t>vt 0.769300 0.808500</w:t>
        <w:br/>
        <w:t>vt 0.770800 0.812300</w:t>
        <w:br/>
        <w:t>vt 0.770800 0.808500</w:t>
        <w:br/>
        <w:t>vt 0.772200 0.812300</w:t>
        <w:br/>
        <w:t>vt 0.772200 0.808500</w:t>
        <w:br/>
        <w:t>vt 0.773500 0.812300</w:t>
        <w:br/>
        <w:t>vt 0.773500 0.808500</w:t>
        <w:br/>
        <w:t>vt 0.774900 0.812300</w:t>
        <w:br/>
        <w:t>vt 0.774900 0.808500</w:t>
        <w:br/>
        <w:t>vt 0.776400 0.812300</w:t>
        <w:br/>
        <w:t>vt 0.776400 0.808500</w:t>
        <w:br/>
        <w:t>vt 0.777800 0.812300</w:t>
        <w:br/>
        <w:t>vt 0.777800 0.808500</w:t>
        <w:br/>
        <w:t>vt 0.766600 0.808500</w:t>
        <w:br/>
        <w:t>vt 0.766600 0.812300</w:t>
        <w:br/>
        <w:t>vt 0.769300 0.805200</w:t>
        <w:br/>
        <w:t>vt 0.767900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0.769300 0.801500</w:t>
        <w:br/>
        <w:t>vt 0.767900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0.769300 0.795600</w:t>
        <w:br/>
        <w:t>vt 0.767900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0.767900 0.787000</w:t>
        <w:br/>
        <w:t>vt 0.769300 0.787000</w:t>
        <w:br/>
        <w:t>vt 0.769300 0.781800</w:t>
        <w:br/>
        <w:t>vt 0.770800 0.787000</w:t>
        <w:br/>
        <w:t>vt 0.770800 0.781800</w:t>
        <w:br/>
        <w:t>vt 0.772200 0.787000</w:t>
        <w:br/>
        <w:t>vt 0.772200 0.781800</w:t>
        <w:br/>
        <w:t>vt 0.773500 0.787000</w:t>
        <w:br/>
        <w:t>vt 0.773500 0.781800</w:t>
        <w:br/>
        <w:t>vt 0.774900 0.787000</w:t>
        <w:br/>
        <w:t>vt 0.774900 0.781800</w:t>
        <w:br/>
        <w:t>vt 0.776400 0.787000</w:t>
        <w:br/>
        <w:t>vt 0.776400 0.781800</w:t>
        <w:br/>
        <w:t>vt 0.777800 0.787000</w:t>
        <w:br/>
        <w:t>vt 0.777800 0.781800</w:t>
        <w:br/>
        <w:t>vt 0.766600 0.781800</w:t>
        <w:br/>
        <w:t>vt 0.766600 0.787000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0.769300 0.775800</w:t>
        <w:br/>
        <w:t>vt 0.767900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0.668800 0.623700</w:t>
        <w:br/>
        <w:t>vt 0.674900 0.623600</w:t>
        <w:br/>
        <w:t>vt 0.674700 0.619800</w:t>
        <w:br/>
        <w:t>vt 0.669100 0.619600</w:t>
        <w:br/>
        <w:t>vt 0.688100 0.618500</w:t>
        <w:br/>
        <w:t>vt 0.686400 0.618500</w:t>
        <w:br/>
        <w:t>vt 0.687000 0.623200</w:t>
        <w:br/>
        <w:t>vt 0.688600 0.623200</w:t>
        <w:br/>
        <w:t>vt 0.684800 0.623300</w:t>
        <w:br/>
        <w:t>vt 0.687000 0.623200</w:t>
        <w:br/>
        <w:t>vt 0.686400 0.618500</w:t>
        <w:br/>
        <w:t>vt 0.684300 0.618800</w:t>
        <w:br/>
        <w:t>vt 0.681500 0.619100</w:t>
        <w:br/>
        <w:t>vt 0.681800 0.623300</w:t>
        <w:br/>
        <w:t>vt 0.678400 0.619500</w:t>
        <w:br/>
        <w:t>vt 0.678500 0.623400</w:t>
        <w:br/>
        <w:t>vt 0.676700 0.619900</w:t>
        <w:br/>
        <w:t>vt 0.676900 0.623400</w:t>
        <w:br/>
        <w:t>vt 0.676900 0.623400</w:t>
        <w:br/>
        <w:t>vt 0.676700 0.619900</w:t>
        <w:br/>
        <w:t>vt 0.669000 0.627900</w:t>
        <w:br/>
        <w:t>vt 0.675000 0.627300</w:t>
        <w:br/>
        <w:t>vt 0.686500 0.627800</w:t>
        <w:br/>
        <w:t>vt 0.688400 0.627900</w:t>
        <w:br/>
        <w:t>vt 0.684400 0.627800</w:t>
        <w:br/>
        <w:t>vt 0.686500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0.683300 0.636300</w:t>
        <w:br/>
        <w:t>vt 0.685000 0.636100</w:t>
        <w:br/>
        <w:t>vt 0.681100 0.636300</w:t>
        <w:br/>
        <w:t>vt 0.678900 0.636100</w:t>
        <w:br/>
        <w:t>vt 0.676900 0.635600</w:t>
        <w:br/>
        <w:t>vt 0.675000 0.635200</w:t>
        <w:br/>
        <w:t>vt 0.676900 0.635600</w:t>
        <w:br/>
        <w:t>vt 0.670900 0.638400</w:t>
        <w:br/>
        <w:t>vt 0.674800 0.638500</w:t>
        <w:br/>
        <w:t>vt 0.685400 0.640000</w:t>
        <w:br/>
        <w:t>vt 0.687000 0.639100</w:t>
        <w:br/>
        <w:t>vt 0.683600 0.640900</w:t>
        <w:br/>
        <w:t>vt 0.685400 0.640000</w:t>
        <w:br/>
        <w:t>vt 0.681300 0.641400</w:t>
        <w:br/>
        <w:t>vt 0.678800 0.640900</w:t>
        <w:br/>
        <w:t>vt 0.676600 0.639700</w:t>
        <w:br/>
        <w:t>vt 0.674800 0.638500</w:t>
        <w:br/>
        <w:t>vt 0.669800 0.612300</w:t>
        <w:br/>
        <w:t>vt 0.674400 0.612000</w:t>
        <w:br/>
        <w:t>vt 0.673900 0.608800</w:t>
        <w:br/>
        <w:t>vt 0.669900 0.609200</w:t>
        <w:br/>
        <w:t>vt 0.684100 0.605800</w:t>
        <w:br/>
        <w:t>vt 0.684400 0.610000</w:t>
        <w:br/>
        <w:t>vt 0.686000 0.609800</w:t>
        <w:br/>
        <w:t>vt 0.685800 0.606500</w:t>
        <w:br/>
        <w:t>vt 0.682100 0.605200</w:t>
        <w:br/>
        <w:t>vt 0.682600 0.610100</w:t>
        <w:br/>
        <w:t>vt 0.684400 0.610000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0.673900 0.608800</w:t>
        <w:br/>
        <w:t>vt 0.674400 0.612000</w:t>
        <w:br/>
        <w:t>vt 0.669400 0.615700</w:t>
        <w:br/>
        <w:t>vt 0.674600 0.615900</w:t>
        <w:br/>
        <w:t>vt 0.687100 0.613900</w:t>
        <w:br/>
        <w:t>vt 0.685300 0.614100</w:t>
        <w:br/>
        <w:t>vt 0.683500 0.614400</w:t>
        <w:br/>
        <w:t>vt 0.685300 0.614100</w:t>
        <w:br/>
        <w:t>vt 0.681000 0.614700</w:t>
        <w:br/>
        <w:t>vt 0.678300 0.615200</w:t>
        <w:br/>
        <w:t>vt 0.676500 0.615800</w:t>
        <w:br/>
        <w:t>vt 0.674600 0.615900</w:t>
        <w:br/>
        <w:t>vt 0.676500 0.615800</w:t>
        <w:br/>
        <w:t>vt 0.755600 0.851500</w:t>
        <w:br/>
        <w:t>vt 0.753700 0.851500</w:t>
        <w:br/>
        <w:t>vt 0.753700 0.847100</w:t>
        <w:br/>
        <w:t>vt 0.755600 0.847100</w:t>
        <w:br/>
        <w:t>vt 0.757600 0.847100</w:t>
        <w:br/>
        <w:t>vt 0.757600 0.851500</w:t>
        <w:br/>
        <w:t>vt 0.755600 0.851500</w:t>
        <w:br/>
        <w:t>vt 0.755600 0.847100</w:t>
        <w:br/>
        <w:t>vt 0.759600 0.847100</w:t>
        <w:br/>
        <w:t>vt 0.759600 0.851500</w:t>
        <w:br/>
        <w:t>vt 0.757600 0.851500</w:t>
        <w:br/>
        <w:t>vt 0.757600 0.847100</w:t>
        <w:br/>
        <w:t>vt 0.761500 0.847100</w:t>
        <w:br/>
        <w:t>vt 0.761500 0.851500</w:t>
        <w:br/>
        <w:t>vt 0.759600 0.851500</w:t>
        <w:br/>
        <w:t>vt 0.759600 0.847100</w:t>
        <w:br/>
        <w:t>vt 0.763500 0.851500</w:t>
        <w:br/>
        <w:t>vt 0.761500 0.851500</w:t>
        <w:br/>
        <w:t>vt 0.761500 0.847100</w:t>
        <w:br/>
        <w:t>vt 0.763500 0.847100</w:t>
        <w:br/>
        <w:t>vt 0.751700 0.847100</w:t>
        <w:br/>
        <w:t>vt 0.753700 0.847100</w:t>
        <w:br/>
        <w:t>vt 0.753700 0.851500</w:t>
        <w:br/>
        <w:t>vt 0.751700 0.851500</w:t>
        <w:br/>
        <w:t>vt 0.755600 0.860000</w:t>
        <w:br/>
        <w:t>vt 0.753700 0.860000</w:t>
        <w:br/>
        <w:t>vt 0.757600 0.860000</w:t>
        <w:br/>
        <w:t>vt 0.755600 0.860000</w:t>
        <w:br/>
        <w:t>vt 0.759600 0.860000</w:t>
        <w:br/>
        <w:t>vt 0.757600 0.860000</w:t>
        <w:br/>
        <w:t>vt 0.761500 0.860000</w:t>
        <w:br/>
        <w:t>vt 0.759600 0.860000</w:t>
        <w:br/>
        <w:t>vt 0.761500 0.860000</w:t>
        <w:br/>
        <w:t>vt 0.763500 0.860000</w:t>
        <w:br/>
        <w:t>vt 0.753700 0.860000</w:t>
        <w:br/>
        <w:t>vt 0.751700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0.761500 0.868900</w:t>
        <w:br/>
        <w:t>vt 0.759600 0.868900</w:t>
        <w:br/>
        <w:t>vt 0.763500 0.868900</w:t>
        <w:br/>
        <w:t>vt 0.761500 0.868900</w:t>
        <w:br/>
        <w:t>vt 0.753700 0.868900</w:t>
        <w:br/>
        <w:t>vt 0.751700 0.868900</w:t>
        <w:br/>
        <w:t>vt 0.755600 0.877000</w:t>
        <w:br/>
        <w:t>vt 0.753700 0.877000</w:t>
        <w:br/>
        <w:t>vt 0.757600 0.877000</w:t>
        <w:br/>
        <w:t>vt 0.755600 0.877000</w:t>
        <w:br/>
        <w:t>vt 0.759600 0.877000</w:t>
        <w:br/>
        <w:t>vt 0.757600 0.877000</w:t>
        <w:br/>
        <w:t>vt 0.761500 0.877000</w:t>
        <w:br/>
        <w:t>vt 0.759600 0.877000</w:t>
        <w:br/>
        <w:t>vt 0.763500 0.877000</w:t>
        <w:br/>
        <w:t>vt 0.761500 0.877000</w:t>
        <w:br/>
        <w:t>vt 0.751700 0.877000</w:t>
        <w:br/>
        <w:t>vt 0.753700 0.877000</w:t>
        <w:br/>
        <w:t>vt 0.755600 0.884100</w:t>
        <w:br/>
        <w:t>vt 0.753700 0.884100</w:t>
        <w:br/>
        <w:t>vt 0.757600 0.884100</w:t>
        <w:br/>
        <w:t>vt 0.755600 0.884100</w:t>
        <w:br/>
        <w:t>vt 0.759600 0.884100</w:t>
        <w:br/>
        <w:t>vt 0.757600 0.884100</w:t>
        <w:br/>
        <w:t>vt 0.761500 0.884100</w:t>
        <w:br/>
        <w:t>vt 0.759600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0.889700</w:t>
        <w:br/>
        <w:t>vt 0.753700 0.889700</w:t>
        <w:br/>
        <w:t>vt 0.757600 0.889700</w:t>
        <w:br/>
        <w:t>vt 0.755600 0.889700</w:t>
        <w:br/>
        <w:t>vt 0.759600 0.889700</w:t>
        <w:br/>
        <w:t>vt 0.757600 0.889700</w:t>
        <w:br/>
        <w:t>vt 0.759600 0.889700</w:t>
        <w:br/>
        <w:t>vt 0.761500 0.889700</w:t>
        <w:br/>
        <w:t>vt 0.761500 0.889700</w:t>
        <w:br/>
        <w:t>vt 0.763500 0.889700</w:t>
        <w:br/>
        <w:t>vt 0.753700 0.889700</w:t>
        <w:br/>
        <w:t>vt 0.751700 0.889700</w:t>
        <w:br/>
        <w:t>vt 0.755600 0.893000</w:t>
        <w:br/>
        <w:t>vt 0.753700 0.893000</w:t>
        <w:br/>
        <w:t>vt 0.757600 0.893000</w:t>
        <w:br/>
        <w:t>vt 0.755600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0.895300</w:t>
        <w:br/>
        <w:t>vt 0.753700 0.895300</w:t>
        <w:br/>
        <w:t>vt 0.757600 0.895300</w:t>
        <w:br/>
        <w:t>vt 0.755600 0.895300</w:t>
        <w:br/>
        <w:t>vt 0.759600 0.895300</w:t>
        <w:br/>
        <w:t>vt 0.757600 0.895300</w:t>
        <w:br/>
        <w:t>vt 0.761500 0.895300</w:t>
        <w:br/>
        <w:t>vt 0.759600 0.895300</w:t>
        <w:br/>
        <w:t>vt 0.761500 0.895300</w:t>
        <w:br/>
        <w:t>vt 0.763500 0.895300</w:t>
        <w:br/>
        <w:t>vt 0.753700 0.895300</w:t>
        <w:br/>
        <w:t>vt 0.751700 0.895300</w:t>
        <w:br/>
        <w:t>vt 0.753700 0.893000</w:t>
        <w:br/>
        <w:t>vt 0.755600 0.893000</w:t>
        <w:br/>
        <w:t>vt 0.755600 0.893000</w:t>
        <w:br/>
        <w:t>vt 0.757600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0.889700</w:t>
        <w:br/>
        <w:t>vt 0.753700 0.889700</w:t>
        <w:br/>
        <w:t>vt 0.757600 0.889700</w:t>
        <w:br/>
        <w:t>vt 0.755600 0.889700</w:t>
        <w:br/>
        <w:t>vt 0.757600 0.889700</w:t>
        <w:br/>
        <w:t>vt 0.759600 0.889700</w:t>
        <w:br/>
        <w:t>vt 0.761500 0.889700</w:t>
        <w:br/>
        <w:t>vt 0.759600 0.889700</w:t>
        <w:br/>
        <w:t>vt 0.763500 0.889700</w:t>
        <w:br/>
        <w:t>vt 0.761500 0.889700</w:t>
        <w:br/>
        <w:t>vt 0.753700 0.889700</w:t>
        <w:br/>
        <w:t>vt 0.751700 0.889700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0.761500 0.884100</w:t>
        <w:br/>
        <w:t>vt 0.759600 0.884100</w:t>
        <w:br/>
        <w:t>vt 0.763500 0.884100</w:t>
        <w:br/>
        <w:t>vt 0.761500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0.753700 0.877000</w:t>
        <w:br/>
        <w:t>vt 0.751700 0.877000</w:t>
        <w:br/>
        <w:t>vt 0.755600 0.868900</w:t>
        <w:br/>
        <w:t>vt 0.753700 0.868900</w:t>
        <w:br/>
        <w:t>vt 0.757600 0.868900</w:t>
        <w:br/>
        <w:t>vt 0.755600 0.868900</w:t>
        <w:br/>
        <w:t>vt 0.759600 0.868900</w:t>
        <w:br/>
        <w:t>vt 0.757600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0.761500 0.860000</w:t>
        <w:br/>
        <w:t>vt 0.759600 0.860000</w:t>
        <w:br/>
        <w:t>vt 0.763500 0.860000</w:t>
        <w:br/>
        <w:t>vt 0.761500 0.860000</w:t>
        <w:br/>
        <w:t>vt 0.753700 0.860000</w:t>
        <w:br/>
        <w:t>vt 0.751700 0.860000</w:t>
        <w:br/>
        <w:t>vt 0.755600 0.851500</w:t>
        <w:br/>
        <w:t>vt 0.753700 0.851500</w:t>
        <w:br/>
        <w:t>vt 0.757600 0.851500</w:t>
        <w:br/>
        <w:t>vt 0.755600 0.851500</w:t>
        <w:br/>
        <w:t>vt 0.759600 0.851500</w:t>
        <w:br/>
        <w:t>vt 0.757600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0.757600 0.847100</w:t>
        <w:br/>
        <w:t>vt 0.755600 0.847100</w:t>
        <w:br/>
        <w:t>vt 0.759600 0.847100</w:t>
        <w:br/>
        <w:t>vt 0.757600 0.847100</w:t>
        <w:br/>
        <w:t>vt 0.761500 0.847100</w:t>
        <w:br/>
        <w:t>vt 0.759600 0.847100</w:t>
        <w:br/>
        <w:t>vt 0.763500 0.847100</w:t>
        <w:br/>
        <w:t>vt 0.761500 0.847100</w:t>
        <w:br/>
        <w:t>vt 0.753700 0.847100</w:t>
        <w:br/>
        <w:t>vt 0.751700 0.847100</w:t>
        <w:br/>
        <w:t>vt 0.696100 0.559300</w:t>
        <w:br/>
        <w:t>vt 0.689300 0.563200</w:t>
        <w:br/>
        <w:t>vt 0.696100 0.567100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0.927300 0.107100</w:t>
        <w:br/>
        <w:t>vt 0.934900 0.102800</w:t>
        <w:br/>
        <w:t>vt 0.934900 0.111500</w:t>
        <w:br/>
        <w:t>vt 0.942500 0.107100</w:t>
        <w:br/>
        <w:t>vt 0.942500 0.098400</w:t>
        <w:br/>
        <w:t>vt 0.934900 0.094000</w:t>
        <w:br/>
        <w:t>vt 0.210800 0.419800</w:t>
        <w:br/>
        <w:t>vt 0.221900 0.419800</w:t>
        <w:br/>
        <w:t>vt 0.221900 0.407500</w:t>
        <w:br/>
        <w:t>vt 0.210800 0.407500</w:t>
        <w:br/>
        <w:t>vt 0.221900 0.395500</w:t>
        <w:br/>
        <w:t>vt 0.221900 0.391700</w:t>
        <w:br/>
        <w:t>vt 0.210800 0.391700</w:t>
        <w:br/>
        <w:t>vt 0.210800 0.395500</w:t>
        <w:br/>
        <w:t>vt 0.221900 0.399200</w:t>
        <w:br/>
        <w:t>vt 0.210800 0.399200</w:t>
        <w:br/>
        <w:t>vt 0.221900 0.383700</w:t>
        <w:br/>
        <w:t>vt 0.210800 0.383700</w:t>
        <w:br/>
        <w:t>vt 0.210800 0.387600</w:t>
        <w:br/>
        <w:t>vt 0.221900 0.387600</w:t>
        <w:br/>
        <w:t>vt 0.511000 0.072900</w:t>
        <w:br/>
        <w:t>vt 0.511000 0.080800</w:t>
        <w:br/>
        <w:t>vt 0.519700 0.080800</w:t>
        <w:br/>
        <w:t>vt 0.519700 0.072900</w:t>
        <w:br/>
        <w:t>vt 0.530800 0.080800</w:t>
        <w:br/>
        <w:t>vt 0.530800 0.072900</w:t>
        <w:br/>
        <w:t>vt 0.528300 0.072900</w:t>
        <w:br/>
        <w:t>vt 0.528300 0.080800</w:t>
        <w:br/>
        <w:t>vt 0.525700 0.080800</w:t>
        <w:br/>
        <w:t>vt 0.525700 0.072900</w:t>
        <w:br/>
        <w:t>vt 0.536300 0.072900</w:t>
        <w:br/>
        <w:t>vt 0.533400 0.072900</w:t>
        <w:br/>
        <w:t>vt 0.533400 0.080800</w:t>
        <w:br/>
        <w:t>vt 0.536300 0.080800</w:t>
        <w:br/>
        <w:t>vt 0.503700 0.072900</w:t>
        <w:br/>
        <w:t>vt 0.503700 0.080800</w:t>
        <w:br/>
        <w:t>vt 0.221900 0.407500</w:t>
        <w:br/>
        <w:t>vt 0.221900 0.419800</w:t>
        <w:br/>
        <w:t>vt 0.222800 0.419800</w:t>
        <w:br/>
        <w:t>vt 0.222800 0.407500</w:t>
        <w:br/>
        <w:t>vt 0.221900 0.391700</w:t>
        <w:br/>
        <w:t>vt 0.221900 0.395500</w:t>
        <w:br/>
        <w:t>vt 0.222800 0.395500</w:t>
        <w:br/>
        <w:t>vt 0.222800 0.391700</w:t>
        <w:br/>
        <w:t>vt 0.221900 0.399200</w:t>
        <w:br/>
        <w:t>vt 0.222800 0.399200</w:t>
        <w:br/>
        <w:t>vt 0.222800 0.387600</w:t>
        <w:br/>
        <w:t>vt 0.222800 0.383700</w:t>
        <w:br/>
        <w:t>vt 0.221900 0.383700</w:t>
        <w:br/>
        <w:t>vt 0.221900 0.387600</w:t>
        <w:br/>
        <w:t>vt 0.209900 0.407500</w:t>
        <w:br/>
        <w:t>vt 0.209900 0.419800</w:t>
        <w:br/>
        <w:t>vt 0.210800 0.419800</w:t>
        <w:br/>
        <w:t>vt 0.210800 0.407500</w:t>
        <w:br/>
        <w:t>vt 0.210800 0.399200</w:t>
        <w:br/>
        <w:t>vt 0.210800 0.395500</w:t>
        <w:br/>
        <w:t>vt 0.209900 0.395500</w:t>
        <w:br/>
        <w:t>vt 0.209900 0.399200</w:t>
        <w:br/>
        <w:t>vt 0.209900 0.391700</w:t>
        <w:br/>
        <w:t>vt 0.210800 0.391700</w:t>
        <w:br/>
        <w:t>vt 0.210800 0.387600</w:t>
        <w:br/>
        <w:t>vt 0.209900 0.387600</w:t>
        <w:br/>
        <w:t>vt 0.216900 0.434200</w:t>
        <w:br/>
        <w:t>vt 0.216900 0.433200</w:t>
        <w:br/>
        <w:t>vt 0.213300 0.432300</w:t>
        <w:br/>
        <w:t>vt 0.212800 0.433200</w:t>
        <w:br/>
        <w:t>vt 0.220900 0.432800</w:t>
        <w:br/>
        <w:t>vt 0.220400 0.432300</w:t>
        <w:br/>
        <w:t>vt 0.210800 0.383700</w:t>
        <w:br/>
        <w:t>vt 0.209900 0.383700</w:t>
        <w:br/>
        <w:t>vt 0.221900 0.379300</w:t>
        <w:br/>
        <w:t>vt 0.210800 0.379300</w:t>
        <w:br/>
        <w:t>vt 0.539600 0.080800</w:t>
        <w:br/>
        <w:t>vt 0.539600 0.072900</w:t>
        <w:br/>
        <w:t>vt 0.221900 0.378500</w:t>
        <w:br/>
        <w:t>vt 0.210800 0.378500</w:t>
        <w:br/>
        <w:t>vt 0.210800 0.379300</w:t>
        <w:br/>
        <w:t>vt 0.221900 0.379300</w:t>
        <w:br/>
        <w:t>vt 0.222800 0.379300</w:t>
        <w:br/>
        <w:t>vt 0.221900 0.379300</w:t>
        <w:br/>
        <w:t>vt 0.221900 0.430100</w:t>
        <w:br/>
        <w:t>vt 0.222800 0.430000</w:t>
        <w:br/>
        <w:t>vt 0.210800 0.379300</w:t>
        <w:br/>
        <w:t>vt 0.209900 0.379300</w:t>
        <w:br/>
        <w:t>vt 0.209900 0.430600</w:t>
        <w:br/>
        <w:t>vt 0.210800 0.430100</w:t>
        <w:br/>
        <w:t>vt 0.210800 0.430100</w:t>
        <w:br/>
        <w:t>vt 0.221900 0.430100</w:t>
        <w:br/>
        <w:t>vt 0.220400 0.432300</w:t>
        <w:br/>
        <w:t>vt 0.213300 0.432300</w:t>
        <w:br/>
        <w:t>vt 0.502100 0.074200</w:t>
        <w:br/>
        <w:t>vt 0.502100 0.079400</w:t>
        <w:br/>
        <w:t>vt 0.216900 0.433200</w:t>
        <w:br/>
        <w:t>vt 0.501500 0.076800</w:t>
        <w:br/>
        <w:t>vt 0.135400 0.149500</w:t>
        <w:br/>
        <w:t>vt 0.119700 0.149500</w:t>
        <w:br/>
        <w:t>vt 0.119700 0.147300</w:t>
        <w:br/>
        <w:t>vt 0.135400 0.147300</w:t>
        <w:br/>
        <w:t>vt 0.135400 0.166300</w:t>
        <w:br/>
        <w:t>vt 0.119700 0.166300</w:t>
        <w:br/>
        <w:t>vt 0.119700 0.164100</w:t>
        <w:br/>
        <w:t>vt 0.135400 0.164100</w:t>
        <w:br/>
        <w:t>vt 0.148600 0.147300</w:t>
        <w:br/>
        <w:t>vt 0.148600 0.149500</w:t>
        <w:br/>
        <w:t>vt 0.148600 0.164100</w:t>
        <w:br/>
        <w:t>vt 0.148600 0.166300</w:t>
        <w:br/>
        <w:t>vt 0.162600 0.147300</w:t>
        <w:br/>
        <w:t>vt 0.162600 0.149500</w:t>
        <w:br/>
        <w:t>vt 0.162600 0.166300</w:t>
        <w:br/>
        <w:t>vt 0.162600 0.164100</w:t>
        <w:br/>
        <w:t>vt 0.178100 0.147300</w:t>
        <w:br/>
        <w:t>vt 0.178100 0.149500</w:t>
        <w:br/>
        <w:t>vt 0.178100 0.166300</w:t>
        <w:br/>
        <w:t>vt 0.178100 0.164100</w:t>
        <w:br/>
        <w:t>vt 0.192100 0.147300</w:t>
        <w:br/>
        <w:t>vt 0.192100 0.149500</w:t>
        <w:br/>
        <w:t>vt 0.192100 0.166300</w:t>
        <w:br/>
        <w:t>vt 0.192100 0.164100</w:t>
        <w:br/>
        <w:t>vt 0.204900 0.147300</w:t>
        <w:br/>
        <w:t>vt 0.204900 0.149500</w:t>
        <w:br/>
        <w:t>vt 0.204900 0.164100</w:t>
        <w:br/>
        <w:t>vt 0.204900 0.166300</w:t>
        <w:br/>
        <w:t>vt 0.006200 0.149500</w:t>
        <w:br/>
        <w:t>vt 0.006200 0.147300</w:t>
        <w:br/>
        <w:t>vt 0.017300 0.147300</w:t>
        <w:br/>
        <w:t>vt 0.017300 0.149500</w:t>
        <w:br/>
        <w:t>vt 0.006200 0.166300</w:t>
        <w:br/>
        <w:t>vt 0.006200 0.164100</w:t>
        <w:br/>
        <w:t>vt 0.017300 0.164100</w:t>
        <w:br/>
        <w:t>vt 0.017300 0.166300</w:t>
        <w:br/>
        <w:t>vt 0.032100 0.147300</w:t>
        <w:br/>
        <w:t>vt 0.032100 0.149500</w:t>
        <w:br/>
        <w:t>vt 0.032100 0.164100</w:t>
        <w:br/>
        <w:t>vt 0.032100 0.166300</w:t>
        <w:br/>
        <w:t>vt 0.048200 0.147300</w:t>
        <w:br/>
        <w:t>vt 0.048200 0.149500</w:t>
        <w:br/>
        <w:t>vt 0.066500 0.147300</w:t>
        <w:br/>
        <w:t>vt 0.066500 0.149500</w:t>
        <w:br/>
        <w:t>vt 0.048200 0.164100</w:t>
        <w:br/>
        <w:t>vt 0.066500 0.164100</w:t>
        <w:br/>
        <w:t>vt 0.066500 0.166300</w:t>
        <w:br/>
        <w:t>vt 0.048200 0.166300</w:t>
        <w:br/>
        <w:t>vt 0.085500 0.147300</w:t>
        <w:br/>
        <w:t>vt 0.085500 0.149500</w:t>
        <w:br/>
        <w:t>vt 0.085500 0.166300</w:t>
        <w:br/>
        <w:t>vt 0.085500 0.164100</w:t>
        <w:br/>
        <w:t>vt 0.102900 0.149500</w:t>
        <w:br/>
        <w:t>vt 0.102900 0.147300</w:t>
        <w:br/>
        <w:t>vt 0.102900 0.166300</w:t>
        <w:br/>
        <w:t>vt 0.102900 0.164100</w:t>
        <w:br/>
        <w:t>vt 0.048200 0.164100</w:t>
        <w:br/>
        <w:t>vt 0.032100 0.164100</w:t>
        <w:br/>
        <w:t>vt 0.102900 0.164100</w:t>
        <w:br/>
        <w:t>vt 0.085500 0.164100</w:t>
        <w:br/>
        <w:t>vt 0.085500 0.149500</w:t>
        <w:br/>
        <w:t>vt 0.102900 0.149500</w:t>
        <w:br/>
        <w:t>vt 0.135400 0.164100</w:t>
        <w:br/>
        <w:t>vt 0.119700 0.164100</w:t>
        <w:br/>
        <w:t>vt 0.119700 0.149500</w:t>
        <w:br/>
        <w:t>vt 0.135400 0.149500</w:t>
        <w:br/>
        <w:t>vt 0.148600 0.164100</w:t>
        <w:br/>
        <w:t>vt 0.148600 0.149500</w:t>
        <w:br/>
        <w:t>vt 0.162600 0.149500</w:t>
        <w:br/>
        <w:t>vt 0.162600 0.164100</w:t>
        <w:br/>
        <w:t>vt 0.178100 0.149500</w:t>
        <w:br/>
        <w:t>vt 0.178100 0.164100</w:t>
        <w:br/>
        <w:t>vt 0.192100 0.149500</w:t>
        <w:br/>
        <w:t>vt 0.192100 0.164100</w:t>
        <w:br/>
        <w:t>vt 0.204900 0.149500</w:t>
        <w:br/>
        <w:t>vt 0.204900 0.164100</w:t>
        <w:br/>
        <w:t>vt 0.006200 0.164100</w:t>
        <w:br/>
        <w:t>vt 0.006200 0.149500</w:t>
        <w:br/>
        <w:t>vt 0.017300 0.149500</w:t>
        <w:br/>
        <w:t>vt 0.017300 0.164100</w:t>
        <w:br/>
        <w:t>vt 0.066500 0.149500</w:t>
        <w:br/>
        <w:t>vt 0.066500 0.164100</w:t>
        <w:br/>
        <w:t>vt 0.119700 0.137400</w:t>
        <w:br/>
        <w:t>vt 0.135400 0.137400</w:t>
        <w:br/>
        <w:t>vt 0.135400 0.141800</w:t>
        <w:br/>
        <w:t>vt 0.119700 0.141800</w:t>
        <w:br/>
        <w:t>vt 0.148600 0.137400</w:t>
        <w:br/>
        <w:t>vt 0.148600 0.141800</w:t>
        <w:br/>
        <w:t>vt 0.162600 0.137400</w:t>
        <w:br/>
        <w:t>vt 0.162600 0.141800</w:t>
        <w:br/>
        <w:t>vt 0.178100 0.137400</w:t>
        <w:br/>
        <w:t>vt 0.178100 0.141800</w:t>
        <w:br/>
        <w:t>vt 0.192100 0.137400</w:t>
        <w:br/>
        <w:t>vt 0.192100 0.141800</w:t>
        <w:br/>
        <w:t>vt 0.204900 0.137400</w:t>
        <w:br/>
        <w:t>vt 0.204900 0.141800</w:t>
        <w:br/>
        <w:t>vt 0.017300 0.137400</w:t>
        <w:br/>
        <w:t>vt 0.017300 0.141800</w:t>
        <w:br/>
        <w:t>vt 0.006200 0.141800</w:t>
        <w:br/>
        <w:t>vt 0.006200 0.137400</w:t>
        <w:br/>
        <w:t>vt 0.032100 0.137400</w:t>
        <w:br/>
        <w:t>vt 0.032100 0.141800</w:t>
        <w:br/>
        <w:t>vt 0.048200 0.137400</w:t>
        <w:br/>
        <w:t>vt 0.048200 0.141800</w:t>
        <w:br/>
        <w:t>vt 0.066500 0.137400</w:t>
        <w:br/>
        <w:t>vt 0.066500 0.141800</w:t>
        <w:br/>
        <w:t>vt 0.085500 0.137400</w:t>
        <w:br/>
        <w:t>vt 0.085500 0.141800</w:t>
        <w:br/>
        <w:t>vt 0.102900 0.141800</w:t>
        <w:br/>
        <w:t>vt 0.102900 0.137400</w:t>
        <w:br/>
        <w:t>vt 0.135400 0.136000</w:t>
        <w:br/>
        <w:t>vt 0.135400 0.137400</w:t>
        <w:br/>
        <w:t>vt 0.119700 0.136000</w:t>
        <w:br/>
        <w:t>vt 0.119700 0.141800</w:t>
        <w:br/>
        <w:t>vt 0.135400 0.141800</w:t>
        <w:br/>
        <w:t>vt 0.135400 0.143300</w:t>
        <w:br/>
        <w:t>vt 0.119700 0.143300</w:t>
        <w:br/>
        <w:t>vt 0.148600 0.136000</w:t>
        <w:br/>
        <w:t>vt 0.148600 0.137400</w:t>
        <w:br/>
        <w:t>vt 0.148600 0.141800</w:t>
        <w:br/>
        <w:t>vt 0.148600 0.143300</w:t>
        <w:br/>
        <w:t>vt 0.162600 0.136000</w:t>
        <w:br/>
        <w:t>vt 0.162600 0.143300</w:t>
        <w:br/>
        <w:t>vt 0.162600 0.141800</w:t>
        <w:br/>
        <w:t>vt 0.178100 0.136000</w:t>
        <w:br/>
        <w:t>vt 0.178100 0.141800</w:t>
        <w:br/>
        <w:t>vt 0.178100 0.143300</w:t>
        <w:br/>
        <w:t>vt 0.192100 0.136000</w:t>
        <w:br/>
        <w:t>vt 0.192100 0.141800</w:t>
        <w:br/>
        <w:t>vt 0.192100 0.143300</w:t>
        <w:br/>
        <w:t>vt 0.204900 0.136000</w:t>
        <w:br/>
        <w:t>vt 0.204900 0.141800</w:t>
        <w:br/>
        <w:t>vt 0.204900 0.143300</w:t>
        <w:br/>
        <w:t>vt 0.017300 0.136000</w:t>
        <w:br/>
        <w:t>vt 0.006200 0.136000</w:t>
        <w:br/>
        <w:t>vt 0.006200 0.143300</w:t>
        <w:br/>
        <w:t>vt 0.006200 0.141800</w:t>
        <w:br/>
        <w:t>vt 0.017300 0.141800</w:t>
        <w:br/>
        <w:t>vt 0.017300 0.143300</w:t>
        <w:br/>
        <w:t>vt 0.032100 0.136000</w:t>
        <w:br/>
        <w:t>vt 0.032100 0.141800</w:t>
        <w:br/>
        <w:t>vt 0.032100 0.143300</w:t>
        <w:br/>
        <w:t>vt 0.048200 0.136000</w:t>
        <w:br/>
        <w:t>vt 0.048200 0.141800</w:t>
        <w:br/>
        <w:t>vt 0.048200 0.143300</w:t>
        <w:br/>
        <w:t>vt 0.066500 0.136000</w:t>
        <w:br/>
        <w:t>vt 0.066500 0.141800</w:t>
        <w:br/>
        <w:t>vt 0.066500 0.143300</w:t>
        <w:br/>
        <w:t>vt 0.085500 0.136000</w:t>
        <w:br/>
        <w:t>vt 0.085500 0.141800</w:t>
        <w:br/>
        <w:t>vt 0.085500 0.143300</w:t>
        <w:br/>
        <w:t>vt 0.102900 0.136000</w:t>
        <w:br/>
        <w:t>vt 0.102900 0.137400</w:t>
        <w:br/>
        <w:t>vt 0.102900 0.141800</w:t>
        <w:br/>
        <w:t>vt 0.102900 0.143300</w:t>
        <w:br/>
        <w:t>vt 0.452400 0.615200</w:t>
        <w:br/>
        <w:t>vt 0.451400 0.624100</w:t>
        <w:br/>
        <w:t>vt 0.459000 0.623500</w:t>
        <w:br/>
        <w:t>vt 0.457500 0.616400</w:t>
        <w:br/>
        <w:t>vt 0.454500 0.595000</w:t>
        <w:br/>
        <w:t>vt 0.456300 0.594800</w:t>
        <w:br/>
        <w:t>vt 0.454200 0.589500</w:t>
        <w:br/>
        <w:t>vt 0.452600 0.589700</w:t>
        <w:br/>
        <w:t>vt 0.431800 0.571700</w:t>
        <w:br/>
        <w:t>vt 0.431200 0.572500</w:t>
        <w:br/>
        <w:t>vt 0.439000 0.577700</w:t>
        <w:br/>
        <w:t>vt 0.439800 0.576800</w:t>
        <w:br/>
        <w:t>vt 0.472600 0.593500</w:t>
        <w:br/>
        <w:t>vt 0.465300 0.590900</w:t>
        <w:br/>
        <w:t>vt 0.464400 0.600200</w:t>
        <w:br/>
        <w:t>vt 0.472000 0.601600</w:t>
        <w:br/>
        <w:t>vt 0.470300 0.714800</w:t>
        <w:br/>
        <w:t>vt 0.467400 0.701000</w:t>
        <w:br/>
        <w:t>vt 0.470500 0.701100</w:t>
        <w:br/>
        <w:t>vt 0.473100 0.713500</w:t>
        <w:br/>
        <w:t>vt 0.466900 0.716200</w:t>
        <w:br/>
        <w:t>vt 0.463700 0.716800</w:t>
        <w:br/>
        <w:t>vt 0.460500 0.701200</w:t>
        <w:br/>
        <w:t>vt 0.463800 0.701000</w:t>
        <w:br/>
        <w:t>vt 0.467300 0.584900</w:t>
        <w:br/>
        <w:t>vt 0.462800 0.576500</w:t>
        <w:br/>
        <w:t>vt 0.456800 0.582800</w:t>
        <w:br/>
        <w:t>vt 0.442000 0.570700</w:t>
        <w:br/>
        <w:t>vt 0.435600 0.566200</w:t>
        <w:br/>
        <w:t>vt 0.431800 0.571700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0.499800 0.608400</w:t>
        <w:br/>
        <w:t>vt 0.490100 0.596300</w:t>
        <w:br/>
        <w:t>vt 0.485800 0.599600</w:t>
        <w:br/>
        <w:t>vt 0.452800 0.703000</w:t>
        <w:br/>
        <w:t>vt 0.455800 0.718100</w:t>
        <w:br/>
        <w:t>vt 0.450800 0.717500</w:t>
        <w:br/>
        <w:t>vt 0.448300 0.704900</w:t>
        <w:br/>
        <w:t>vt 0.502700 0.622100</w:t>
        <w:br/>
        <w:t>vt 0.507100 0.618800</w:t>
        <w:br/>
        <w:t>vt 0.445100 0.706900</w:t>
        <w:br/>
        <w:t>vt 0.446900 0.716100</w:t>
        <w:br/>
        <w:t>vt 0.444000 0.714200</w:t>
        <w:br/>
        <w:t>vt 0.443200 0.709100</w:t>
        <w:br/>
        <w:t>vt 0.508300 0.636400</w:t>
        <w:br/>
        <w:t>vt 0.508400 0.638500</w:t>
        <w:br/>
        <w:t>vt 0.510700 0.638500</w:t>
        <w:br/>
        <w:t>vt 0.510500 0.635900</w:t>
        <w:br/>
        <w:t>vt 0.454200 0.589500</w:t>
        <w:br/>
        <w:t>vt 0.472900 0.617400</w:t>
        <w:br/>
        <w:t>vt 0.465300 0.624200</w:t>
        <w:br/>
        <w:t>vt 0.473400 0.625000</w:t>
        <w:br/>
        <w:t>vt 0.464300 0.610800</w:t>
        <w:br/>
        <w:t>vt 0.459100 0.701400</w:t>
        <w:br/>
        <w:t>vt 0.462200 0.717100</w:t>
        <w:br/>
        <w:t>vt 0.476900 0.580600</w:t>
        <w:br/>
        <w:t>vt 0.455200 0.598100</w:t>
        <w:br/>
        <w:t>vt 0.473400 0.631800</w:t>
        <w:br/>
        <w:t>vt 0.476000 0.631400</w:t>
        <w:br/>
        <w:t>vt 0.475700 0.623700</w:t>
        <w:br/>
        <w:t>vt 0.475100 0.617300</w:t>
        <w:br/>
        <w:t>vt 0.472200 0.611700</w:t>
        <w:br/>
        <w:t>vt 0.474100 0.611100</w:t>
        <w:br/>
        <w:t>vt 0.473400 0.601600</w:t>
        <w:br/>
        <w:t>vt 0.474200 0.594400</w:t>
        <w:br/>
        <w:t>vt 0.494300 0.611900</w:t>
        <w:br/>
        <w:t>vt 0.484900 0.600100</w:t>
        <w:br/>
        <w:t>vt 0.501600 0.622600</w:t>
        <w:br/>
        <w:t>vt 0.502700 0.622100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0.507300 0.638500</w:t>
        <w:br/>
        <w:t>vt 0.508400 0.638500</w:t>
        <w:br/>
        <w:t>vt 0.442500 0.712700</w:t>
        <w:br/>
        <w:t>vt 0.442100 0.710800</w:t>
        <w:br/>
        <w:t>vt 0.456500 0.662900</w:t>
        <w:br/>
        <w:t>vt 0.457800 0.654400</w:t>
        <w:br/>
        <w:t>vt 0.452200 0.657100</w:t>
        <w:br/>
        <w:t>vt 0.453200 0.664400</w:t>
        <w:br/>
        <w:t>vt 0.453400 0.677000</w:t>
        <w:br/>
        <w:t>vt 0.450900 0.682000</w:t>
        <w:br/>
        <w:t>vt 0.453300 0.682800</w:t>
        <w:br/>
        <w:t>vt 0.455700 0.677300</w:t>
        <w:br/>
        <w:t>vt 0.436800 0.693700</w:t>
        <w:br/>
        <w:t>vt 0.428700 0.698500</w:t>
        <w:br/>
        <w:t>vt 0.429700 0.700000</w:t>
        <w:br/>
        <w:t>vt 0.438100 0.695000</w:t>
        <w:br/>
        <w:t>vt 0.464500 0.674500</w:t>
        <w:br/>
        <w:t>vt 0.464900 0.681900</w:t>
        <w:br/>
        <w:t>vt 0.472500 0.679800</w:t>
        <w:br/>
        <w:t>vt 0.471900 0.671200</w:t>
        <w:br/>
        <w:t>vt 0.461600 0.696700</w:t>
        <w:br/>
        <w:t>vt 0.466400 0.688000</w:t>
        <w:br/>
        <w:t>vt 0.455900 0.689800</w:t>
        <w:br/>
        <w:t>vt 0.429700 0.700000</w:t>
        <w:br/>
        <w:t>vt 0.433400 0.705500</w:t>
        <w:br/>
        <w:t>vt 0.440200 0.701700</w:t>
        <w:br/>
        <w:t>vt 0.438100 0.695000</w:t>
        <w:br/>
        <w:t>vt 0.450000 0.698300</w:t>
        <w:br/>
        <w:t>vt 0.446600 0.688900</w:t>
        <w:br/>
        <w:t>vt 0.474900 0.686000</w:t>
        <w:br/>
        <w:t>vt 0.490400 0.677900</w:t>
        <w:br/>
        <w:t>vt 0.500300 0.666300</w:t>
        <w:br/>
        <w:t>vt 0.496000 0.662900</w:t>
        <w:br/>
        <w:t>vt 0.486000 0.674300</w:t>
        <w:br/>
        <w:t>vt 0.507600 0.656900</w:t>
        <w:br/>
        <w:t>vt 0.503400 0.653400</w:t>
        <w:br/>
        <w:t>vt 0.513700 0.638600</w:t>
        <w:br/>
        <w:t>vt 0.510500 0.640900</w:t>
        <w:br/>
        <w:t>vt 0.513200 0.642100</w:t>
        <w:br/>
        <w:t>vt 0.453300 0.682800</w:t>
        <w:br/>
        <w:t>vt 0.464900 0.654600</w:t>
        <w:br/>
        <w:t>vt 0.464400 0.662000</w:t>
        <w:br/>
        <w:t>vt 0.472500 0.660500</w:t>
        <w:br/>
        <w:t>vt 0.473200 0.654200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0.506700 0.646500</w:t>
        <w:br/>
        <w:t>vt 0.505800 0.646300</w:t>
        <w:br/>
        <w:t>vt 0.507300 0.640800</w:t>
        <w:br/>
        <w:t>vt 0.508200 0.640500</w:t>
        <w:br/>
        <w:t>vt 0.475500 0.683900</w:t>
        <w:br/>
        <w:t>vt 0.446600 0.688900</w:t>
        <w:br/>
        <w:t>vt 0.444900 0.687700</w:t>
        <w:br/>
        <w:t>vt 0.512100 0.648600</w:t>
        <w:br/>
        <w:t>vt 0.456300 0.594800</w:t>
        <w:br/>
        <w:t>vt 0.464600 0.617200</w:t>
        <w:br/>
        <w:t>vt 0.457500 0.616400</w:t>
        <w:br/>
        <w:t>vt 0.459000 0.623500</w:t>
        <w:br/>
        <w:t>vt 0.456500 0.608400</w:t>
        <w:br/>
        <w:t>vt 0.461600 0.636100</w:t>
        <w:br/>
        <w:t>vt 0.466400 0.636500</w:t>
        <w:br/>
        <w:t>vt 0.462400 0.630500</w:t>
        <w:br/>
        <w:t>vt 0.457800 0.633900</w:t>
        <w:br/>
        <w:t>vt 0.455700 0.677300</w:t>
        <w:br/>
        <w:t>vt 0.457800 0.654400</w:t>
        <w:br/>
        <w:t>vt 0.456500 0.662900</w:t>
        <w:br/>
        <w:t>vt 0.455800 0.673700</w:t>
        <w:br/>
        <w:t>vt 0.461600 0.636100</w:t>
        <w:br/>
        <w:t>vt 0.458200 0.637600</w:t>
        <w:br/>
        <w:t>vt 0.462400 0.641700</w:t>
        <w:br/>
        <w:t>vt 0.466400 0.636500</w:t>
        <w:br/>
        <w:t>vt 0.451700 0.630400</w:t>
        <w:br/>
        <w:t>vt 0.459800 0.627500</w:t>
        <w:br/>
        <w:t>vt 0.459800 0.627500</w:t>
        <w:br/>
        <w:t>vt 0.459800 0.627500</w:t>
        <w:br/>
        <w:t>vt 0.451700 0.630400</w:t>
        <w:br/>
        <w:t>vt 0.473700 0.642300</w:t>
        <w:br/>
        <w:t>vt 0.476000 0.642900</w:t>
        <w:br/>
        <w:t>vt 0.476100 0.637300</w:t>
        <w:br/>
        <w:t>vt 0.473300 0.637200</w:t>
        <w:br/>
        <w:t>vt 0.459900 0.644300</w:t>
        <w:br/>
        <w:t>vt 0.452000 0.640400</w:t>
        <w:br/>
        <w:t>vt 0.451400 0.647300</w:t>
        <w:br/>
        <w:t>vt 0.459000 0.648200</w:t>
        <w:br/>
        <w:t>vt 0.459000 0.648200</w:t>
        <w:br/>
        <w:t>vt 0.465600 0.648300</w:t>
        <w:br/>
        <w:t>vt 0.459900 0.644300</w:t>
        <w:br/>
        <w:t>vt 0.466400 0.636500</w:t>
        <w:br/>
        <w:t>vt 0.473700 0.642300</w:t>
        <w:br/>
        <w:t>vt 0.473300 0.637200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0.486600 0.620700</w:t>
        <w:br/>
        <w:t>vt 0.489200 0.617100</w:t>
        <w:br/>
        <w:t>vt 0.480500 0.608000</w:t>
        <w:br/>
        <w:t>vt 0.484800 0.637800</w:t>
        <w:br/>
        <w:t>vt 0.493900 0.638200</w:t>
        <w:br/>
        <w:t>vt 0.491400 0.628000</w:t>
        <w:br/>
        <w:t>vt 0.483300 0.625600</w:t>
        <w:br/>
        <w:t>vt 0.482200 0.603300</w:t>
        <w:br/>
        <w:t>vt 0.490200 0.657000</w:t>
        <w:br/>
        <w:t>vt 0.487600 0.653700</w:t>
        <w:br/>
        <w:t>vt 0.479700 0.658100</w:t>
        <w:br/>
        <w:t>vt 0.480500 0.665200</w:t>
        <w:br/>
        <w:t>vt 0.492200 0.647600</w:t>
        <w:br/>
        <w:t>vt 0.483200 0.648800</w:t>
        <w:br/>
        <w:t>vt 0.504700 0.636800</w:t>
        <w:br/>
        <w:t>vt 0.503200 0.636900</w:t>
        <w:br/>
        <w:t>vt 0.503500 0.638500</w:t>
        <w:br/>
        <w:t>vt 0.504800 0.638500</w:t>
        <w:br/>
        <w:t>vt 0.476000 0.631400</w:t>
        <w:br/>
        <w:t>vt 0.504700 0.640100</w:t>
        <w:br/>
        <w:t>vt 0.503300 0.639900</w:t>
        <w:br/>
        <w:t>vt 0.503200 0.644600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0.505300 0.630000</w:t>
        <w:br/>
        <w:t>vt 0.502700 0.631400</w:t>
        <w:br/>
        <w:t>vt 0.499300 0.632200</w:t>
        <w:br/>
        <w:t>vt 0.499800 0.643800</w:t>
        <w:br/>
        <w:t>vt 0.499100 0.651400</w:t>
        <w:br/>
        <w:t>vt 0.496100 0.649700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0.456500 0.608400</w:t>
        <w:br/>
        <w:t>vt 0.454300 0.607500</w:t>
        <w:br/>
        <w:t>vt 0.429900 0.612200</w:t>
        <w:br/>
        <w:t>vt 0.431900 0.603100</w:t>
        <w:br/>
        <w:t>vt 0.418800 0.602000</w:t>
        <w:br/>
        <w:t>vt 0.416500 0.611300</w:t>
        <w:br/>
        <w:t>vt 0.413400 0.635100</w:t>
        <w:br/>
        <w:t>vt 0.427400 0.635300</w:t>
        <w:br/>
        <w:t>vt 0.427900 0.622600</w:t>
        <w:br/>
        <w:t>vt 0.414200 0.621600</w:t>
        <w:br/>
        <w:t>vt 0.445800 0.613600</w:t>
        <w:br/>
        <w:t>vt 0.446900 0.605600</w:t>
        <w:br/>
        <w:t>vt 0.444300 0.635500</w:t>
        <w:br/>
        <w:t>vt 0.444400 0.623600</w:t>
        <w:br/>
        <w:t>vt 0.421800 0.591900</w:t>
        <w:br/>
        <w:t>vt 0.434400 0.594100</w:t>
        <w:br/>
        <w:t>vt 0.448300 0.597000</w:t>
        <w:br/>
        <w:t>vt 0.429200 0.658400</w:t>
        <w:br/>
        <w:t>vt 0.415600 0.659000</w:t>
        <w:br/>
        <w:t>vt 0.417600 0.668300</w:t>
        <w:br/>
        <w:t>vt 0.430800 0.667500</w:t>
        <w:br/>
        <w:t>vt 0.458200 0.637600</w:t>
        <w:br/>
        <w:t>vt 0.461600 0.636100</w:t>
        <w:br/>
        <w:t>vt 0.457400 0.635800</w:t>
        <w:br/>
        <w:t>vt 0.451400 0.647300</w:t>
        <w:br/>
        <w:t>vt 0.444200 0.647500</w:t>
        <w:br/>
        <w:t>vt 0.445200 0.657900</w:t>
        <w:br/>
        <w:t>vt 0.452200 0.657100</w:t>
        <w:br/>
        <w:t>vt 0.427500 0.648100</w:t>
        <w:br/>
        <w:t>vt 0.413800 0.648600</w:t>
        <w:br/>
        <w:t>vt 0.420100 0.678500</w:t>
        <w:br/>
        <w:t>vt 0.420000 0.680400</w:t>
        <w:br/>
        <w:t>vt 0.433100 0.678300</w:t>
        <w:br/>
        <w:t>vt 0.433000 0.676700</w:t>
        <w:br/>
        <w:t>vt 0.446100 0.665800</w:t>
        <w:br/>
        <w:t>vt 0.453200 0.664400</w:t>
        <w:br/>
        <w:t>vt 0.420100 0.678500</w:t>
        <w:br/>
        <w:t>vt 0.433000 0.676700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0.455200 0.598100</w:t>
        <w:br/>
        <w:t>vt 0.454300 0.597000</w:t>
        <w:br/>
        <w:t>vt 0.448500 0.596000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0.438200 0.583300</w:t>
        <w:br/>
        <w:t>vt 0.439000 0.577700</w:t>
        <w:br/>
        <w:t>vt 0.431200 0.572500</w:t>
        <w:br/>
        <w:t>vt 0.425100 0.584700</w:t>
        <w:br/>
        <w:t>vt 0.436600 0.588400</w:t>
        <w:br/>
        <w:t>vt 0.449200 0.591300</w:t>
        <w:br/>
        <w:t>vt 0.454500 0.595000</w:t>
        <w:br/>
        <w:t>vt 0.452600 0.589700</w:t>
        <w:br/>
        <w:t>vt 0.448500 0.596000</w:t>
        <w:br/>
        <w:t>vt 0.454300 0.597000</w:t>
        <w:br/>
        <w:t>vt 0.447400 0.583900</w:t>
        <w:br/>
        <w:t>vt 0.436800 0.693700</w:t>
        <w:br/>
        <w:t>vt 0.436400 0.688000</w:t>
        <w:br/>
        <w:t>vt 0.426400 0.692900</w:t>
        <w:br/>
        <w:t>vt 0.428700 0.698500</w:t>
        <w:br/>
        <w:t>vt 0.423100 0.686000</w:t>
        <w:br/>
        <w:t>vt 0.435000 0.682800</w:t>
        <w:br/>
        <w:t>vt 0.453400 0.677000</w:t>
        <w:br/>
        <w:t>vt 0.453200 0.675100</w:t>
        <w:br/>
        <w:t>vt 0.447700 0.675700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0.416400 0.562400</w:t>
        <w:br/>
        <w:t>vt 0.423600 0.567500</w:t>
        <w:br/>
        <w:t>vt 0.424300 0.566500</w:t>
        <w:br/>
        <w:t>vt 0.410800 0.556100</w:t>
        <w:br/>
        <w:t>vt 0.409900 0.556800</w:t>
        <w:br/>
        <w:t>vt 0.410800 0.556100</w:t>
        <w:br/>
        <w:t>vt 0.417300 0.561600</w:t>
        <w:br/>
        <w:t>vt 0.417300 0.551900</w:t>
        <w:br/>
        <w:t>vt 0.404100 0.534600</w:t>
        <w:br/>
        <w:t>vt 0.397900 0.537500</w:t>
        <w:br/>
        <w:t>vt 0.400300 0.542200</w:t>
        <w:br/>
        <w:t>vt 0.406500 0.539100</w:t>
        <w:br/>
        <w:t>vt 0.428200 0.556100</w:t>
        <w:br/>
        <w:t>vt 0.424300 0.566500</w:t>
        <w:br/>
        <w:t>vt 0.430000 0.560900</w:t>
        <w:br/>
        <w:t>vt 0.413500 0.548400</w:t>
        <w:br/>
        <w:t>vt 0.407100 0.552800</w:t>
        <w:br/>
        <w:t>vt 0.403600 0.547700</w:t>
        <w:br/>
        <w:t>vt 0.399600 0.543400</w:t>
        <w:br/>
        <w:t>vt 0.402800 0.548300</w:t>
        <w:br/>
        <w:t>vt 0.413300 0.535500</w:t>
        <w:br/>
        <w:t>vt 0.409600 0.544100</w:t>
        <w:br/>
        <w:t>vt 0.416000 0.539800</w:t>
        <w:br/>
        <w:t>vt 0.429300 0.550500</w:t>
        <w:br/>
        <w:t>vt 0.423200 0.546800</w:t>
        <w:br/>
        <w:t>vt 0.433800 0.524700</w:t>
        <w:br/>
        <w:t>vt 0.441300 0.521000</w:t>
        <w:br/>
        <w:t>vt 0.439900 0.518200</w:t>
        <w:br/>
        <w:t>vt 0.432300 0.521700</w:t>
        <w:br/>
        <w:t>vt 0.438100 0.531100</w:t>
        <w:br/>
        <w:t>vt 0.445000 0.526700</w:t>
        <w:br/>
        <w:t>vt 0.442700 0.523300</w:t>
        <w:br/>
        <w:t>vt 0.435600 0.527500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0.441200 0.535200</w:t>
        <w:br/>
        <w:t>vt 0.447700 0.530400</w:t>
        <w:br/>
        <w:t>vt 0.403600 0.547700</w:t>
        <w:br/>
        <w:t>vt 0.397900 0.537500</w:t>
        <w:br/>
        <w:t>vt 0.396700 0.538200</w:t>
        <w:br/>
        <w:t>vt 0.411100 0.531300</w:t>
        <w:br/>
        <w:t>vt 0.386500 0.584100</w:t>
        <w:br/>
        <w:t>vt 0.407100 0.588700</w:t>
        <w:br/>
        <w:t>vt 0.407400 0.587000</w:t>
        <w:br/>
        <w:t>vt 0.386900 0.582000</w:t>
        <w:br/>
        <w:t>vt 0.378700 0.592400</w:t>
        <w:br/>
        <w:t>vt 0.370400 0.591800</w:t>
        <w:br/>
        <w:t>vt 0.369700 0.596800</w:t>
        <w:br/>
        <w:t>vt 0.353200 0.592100</w:t>
        <w:br/>
        <w:t>vt 0.353700 0.599000</w:t>
        <w:br/>
        <w:t>vt 0.354900 0.611000</w:t>
        <w:br/>
        <w:t>vt 0.355300 0.622100</w:t>
        <w:br/>
        <w:t>vt 0.369300 0.621700</w:t>
        <w:br/>
        <w:t>vt 0.369400 0.609900</w:t>
        <w:br/>
        <w:t>vt 0.399800 0.620700</w:t>
        <w:br/>
        <w:t>vt 0.399000 0.634900</w:t>
        <w:br/>
        <w:t>vt 0.369200 0.634400</w:t>
        <w:br/>
        <w:t>vt 0.383500 0.634600</w:t>
        <w:br/>
        <w:t>vt 0.384200 0.620600</w:t>
        <w:br/>
        <w:t>vt 0.355300 0.634300</w:t>
        <w:br/>
        <w:t>vt 0.352400 0.585600</w:t>
        <w:br/>
        <w:t>vt 0.338600 0.590700</w:t>
        <w:br/>
        <w:t>vt 0.340500 0.596300</w:t>
        <w:br/>
        <w:t>vt 0.344400 0.612700</w:t>
        <w:br/>
        <w:t>vt 0.345500 0.623200</w:t>
        <w:br/>
        <w:t>vt 0.401600 0.609800</w:t>
        <w:br/>
        <w:t>vt 0.403700 0.599700</w:t>
        <w:br/>
        <w:t>vt 0.385700 0.597300</w:t>
        <w:br/>
        <w:t>vt 0.384900 0.609200</w:t>
        <w:br/>
        <w:t>vt 0.335000 0.568500</w:t>
        <w:br/>
        <w:t>vt 0.330300 0.570500</w:t>
        <w:br/>
        <w:t>vt 0.332600 0.576200</w:t>
        <w:br/>
        <w:t>vt 0.338300 0.573800</w:t>
        <w:br/>
        <w:t>vt 0.344400 0.577900</w:t>
        <w:br/>
        <w:t>vt 0.335700 0.583300</w:t>
        <w:br/>
        <w:t>vt 0.361700 0.586700</w:t>
        <w:br/>
        <w:t>vt 0.363100 0.581400</w:t>
        <w:br/>
        <w:t>vt 0.353600 0.580500</w:t>
        <w:br/>
        <w:t>vt 0.386300 0.590000</w:t>
        <w:br/>
        <w:t>vt 0.386500 0.584100</w:t>
        <w:br/>
        <w:t>vt 0.372800 0.582400</w:t>
        <w:br/>
        <w:t>vt 0.371000 0.587800</w:t>
        <w:br/>
        <w:t>vt 0.407100 0.588700</w:t>
        <w:br/>
        <w:t>vt 0.374700 0.580300</w:t>
        <w:br/>
        <w:t>vt 0.372600 0.581000</w:t>
        <w:br/>
        <w:t>vt 0.372800 0.582400</w:t>
        <w:br/>
        <w:t>vt 0.363300 0.579500</w:t>
        <w:br/>
        <w:t>vt 0.339500 0.573000</w:t>
        <w:br/>
        <w:t>vt 0.345300 0.576000</w:t>
        <w:br/>
        <w:t>vt 0.336400 0.568100</w:t>
        <w:br/>
        <w:t>vt 0.353600 0.580500</w:t>
        <w:br/>
        <w:t>vt 0.354200 0.577800</w:t>
        <w:br/>
        <w:t>vt 0.404900 0.561700</w:t>
        <w:br/>
        <w:t>vt 0.398800 0.565900</w:t>
        <w:br/>
        <w:t>vt 0.405300 0.573300</w:t>
        <w:br/>
        <w:t>vt 0.412000 0.567700</w:t>
        <w:br/>
        <w:t>vt 0.390900 0.569000</w:t>
        <w:br/>
        <w:t>vt 0.398000 0.577400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0.407400 0.587000</w:t>
        <w:br/>
        <w:t>vt 0.413500 0.579900</w:t>
        <w:br/>
        <w:t>vt 0.406200 0.554300</w:t>
        <w:br/>
        <w:t>vt 0.392000 0.564200</w:t>
        <w:br/>
        <w:t>vt 0.388100 0.558700</w:t>
        <w:br/>
        <w:t>vt 0.384400 0.563700</w:t>
        <w:br/>
        <w:t>vt 0.390100 0.568600</w:t>
        <w:br/>
        <w:t>vt 0.378100 0.556300</w:t>
        <w:br/>
        <w:t>vt 0.368800 0.561500</w:t>
        <w:br/>
        <w:t>vt 0.375500 0.570000</w:t>
        <w:br/>
        <w:t>vt 0.395000 0.560100</w:t>
        <w:br/>
        <w:t>vt 0.399900 0.556500</w:t>
        <w:br/>
        <w:t>vt 0.396400 0.552000</w:t>
        <w:br/>
        <w:t>vt 0.391600 0.555600</w:t>
        <w:br/>
        <w:t>vt 0.406400 0.553500</w:t>
        <w:br/>
        <w:t>vt 0.390100 0.568600</w:t>
        <w:br/>
        <w:t>vt 0.380200 0.574900</w:t>
        <w:br/>
        <w:t>vt 0.392900 0.564700</w:t>
        <w:br/>
        <w:t>vt 0.392000 0.564200</w:t>
        <w:br/>
        <w:t>vt 0.399900 0.556500</w:t>
        <w:br/>
        <w:t>vt 0.395000 0.560100</w:t>
        <w:br/>
        <w:t>vt 0.396000 0.561000</w:t>
        <w:br/>
        <w:t>vt 0.400500 0.557500</w:t>
        <w:br/>
        <w:t>vt 0.406200 0.554300</w:t>
        <w:br/>
        <w:t>vt 0.406400 0.553500</w:t>
        <w:br/>
        <w:t>vt 0.353800 0.568500</w:t>
        <w:br/>
        <w:t>vt 0.351900 0.561300</w:t>
        <w:br/>
        <w:t>vt 0.344700 0.564600</w:t>
        <w:br/>
        <w:t>vt 0.347500 0.571600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0.393500 0.546700</w:t>
        <w:br/>
        <w:t>vt 0.390700 0.541200</w:t>
        <w:br/>
        <w:t>vt 0.361200 0.574400</w:t>
        <w:br/>
        <w:t>vt 0.365300 0.576200</w:t>
        <w:br/>
        <w:t>vt 0.363400 0.570200</w:t>
        <w:br/>
        <w:t>vt 0.380200 0.574900</w:t>
        <w:br/>
        <w:t>vt 0.374700 0.580300</w:t>
        <w:br/>
        <w:t>vt 0.372600 0.581000</w:t>
        <w:br/>
        <w:t>vt 0.360200 0.557400</w:t>
        <w:br/>
        <w:t>vt 0.361800 0.565300</w:t>
        <w:br/>
        <w:t>vt 0.406200 0.554300</w:t>
        <w:br/>
        <w:t>vt 0.414400 0.709700</w:t>
        <w:br/>
        <w:t>vt 0.421800 0.704900</w:t>
        <w:br/>
        <w:t>vt 0.420600 0.703300</w:t>
        <w:br/>
        <w:t>vt 0.413300 0.708400</w:t>
        <w:br/>
        <w:t>vt 0.390400 0.506400</w:t>
        <w:br/>
        <w:t>vt 0.390200 0.515000</w:t>
        <w:br/>
        <w:t>vt 0.391500 0.514900</w:t>
        <w:br/>
        <w:t>vt 0.391900 0.506200</w:t>
        <w:br/>
        <w:t>vt 0.391900 0.506200</w:t>
        <w:br/>
        <w:t>vt 0.391500 0.514900</w:t>
        <w:br/>
        <w:t>vt 0.399400 0.512900</w:t>
        <w:br/>
        <w:t>vt 0.402200 0.529800</w:t>
        <w:br/>
        <w:t>vt 0.395800 0.532800</w:t>
        <w:br/>
        <w:t>vt 0.421800 0.704900</w:t>
        <w:br/>
        <w:t>vt 0.414400 0.709700</w:t>
        <w:br/>
        <w:t>vt 0.425900 0.715700</w:t>
        <w:br/>
        <w:t>vt 0.427600 0.710900</w:t>
        <w:br/>
        <w:t>vt 0.391500 0.520200</w:t>
        <w:br/>
        <w:t>vt 0.399600 0.518200</w:t>
        <w:br/>
        <w:t>vt 0.489800 0.704400</w:t>
        <w:br/>
        <w:t>vt 0.489400 0.705000</w:t>
        <w:br/>
        <w:t>vt 0.488800 0.702300</w:t>
        <w:br/>
        <w:t>vt 0.489500 0.702700</w:t>
        <w:br/>
        <w:t>vt 0.393300 0.526600</w:t>
        <w:br/>
        <w:t>vt 0.392200 0.526800</w:t>
        <w:br/>
        <w:t>vt 0.394200 0.532700</w:t>
        <w:br/>
        <w:t>vt 0.395800 0.532800</w:t>
        <w:br/>
        <w:t>vt 0.400300 0.524200</w:t>
        <w:br/>
        <w:t>vt 0.409400 0.527000</w:t>
        <w:br/>
        <w:t>vt 0.407800 0.522100</w:t>
        <w:br/>
        <w:t>vt 0.403000 0.503800</w:t>
        <w:br/>
        <w:t>vt 0.407300 0.511900</w:t>
        <w:br/>
        <w:t>vt 0.408700 0.504800</w:t>
        <w:br/>
        <w:t>vt 0.438800 0.515400</w:t>
        <w:br/>
        <w:t>vt 0.431000 0.518500</w:t>
        <w:br/>
        <w:t>vt 0.429000 0.511100</w:t>
        <w:br/>
        <w:t>vt 0.430000 0.515300</w:t>
        <w:br/>
        <w:t>vt 0.437900 0.512800</w:t>
        <w:br/>
        <w:t>vt 0.436600 0.508800</w:t>
        <w:br/>
        <w:t>vt 0.420100 0.522900</w:t>
        <w:br/>
        <w:t>vt 0.420500 0.506600</w:t>
        <w:br/>
        <w:t>vt 0.417900 0.513000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0.488300 0.705700</w:t>
        <w:br/>
        <w:t>vt 0.487100 0.706200</w:t>
        <w:br/>
        <w:t>vt 0.486300 0.702200</w:t>
        <w:br/>
        <w:t>vt 0.428000 0.506000</w:t>
        <w:br/>
        <w:t>vt 0.435200 0.504400</w:t>
        <w:br/>
        <w:t>vt 0.481200 0.708800</w:t>
        <w:br/>
        <w:t>vt 0.480100 0.709900</w:t>
        <w:br/>
        <w:t>vt 0.478300 0.701700</w:t>
        <w:br/>
        <w:t>vt 0.479800 0.702200</w:t>
        <w:br/>
        <w:t>vt 0.393300 0.526600</w:t>
        <w:br/>
        <w:t>vt 0.481700 0.702600</w:t>
        <w:br/>
        <w:t>vt 0.483900 0.702500</w:t>
        <w:br/>
        <w:t>vt 0.484800 0.706800</w:t>
        <w:br/>
        <w:t>vt 0.482800 0.707700</w:t>
        <w:br/>
        <w:t>vt 0.478800 0.711000</w:t>
        <w:br/>
        <w:t>vt 0.476700 0.701100</w:t>
        <w:br/>
        <w:t>vt 0.486300 0.702200</w:t>
        <w:br/>
        <w:t>vt 0.487100 0.706200</w:t>
        <w:br/>
        <w:t>vt 0.477400 0.711700</w:t>
        <w:br/>
        <w:t>vt 0.475300 0.712600</w:t>
        <w:br/>
        <w:t>vt 0.472900 0.701100</w:t>
        <w:br/>
        <w:t>vt 0.475200 0.701000</w:t>
        <w:br/>
        <w:t>vt 0.395200 0.684800</w:t>
        <w:br/>
        <w:t>vt 0.405500 0.682800</w:t>
        <w:br/>
        <w:t>vt 0.405100 0.681100</w:t>
        <w:br/>
        <w:t>vt 0.394800 0.683100</w:t>
        <w:br/>
        <w:t>vt 0.384400 0.671300</w:t>
        <w:br/>
        <w:t>vt 0.376600 0.675500</w:t>
        <w:br/>
        <w:t>vt 0.384700 0.678800</w:t>
        <w:br/>
        <w:t>vt 0.353300 0.669200</w:t>
        <w:br/>
        <w:t>vt 0.359900 0.676200</w:t>
        <w:br/>
        <w:t>vt 0.368800 0.671400</w:t>
        <w:br/>
        <w:t>vt 0.369000 0.647100</w:t>
        <w:br/>
        <w:t>vt 0.355000 0.646400</w:t>
        <w:br/>
        <w:t>vt 0.354500 0.657400</w:t>
        <w:br/>
        <w:t>vt 0.368800 0.658700</w:t>
        <w:br/>
        <w:t>vt 0.399300 0.649100</w:t>
        <w:br/>
        <w:t>vt 0.383700 0.648500</w:t>
        <w:br/>
        <w:t>vt 0.338500 0.678200</w:t>
        <w:br/>
        <w:t>vt 0.352300 0.682600</w:t>
        <w:br/>
        <w:t>vt 0.341700 0.666500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0.332200 0.699100</w:t>
        <w:br/>
        <w:t>vt 0.337300 0.700300</w:t>
        <w:br/>
        <w:t>vt 0.339900 0.694600</w:t>
        <w:br/>
        <w:t>vt 0.345200 0.689900</w:t>
        <w:br/>
        <w:t>vt 0.361100 0.681100</w:t>
        <w:br/>
        <w:t>vt 0.353700 0.686700</w:t>
        <w:br/>
        <w:t>vt 0.362600 0.685600</w:t>
        <w:br/>
        <w:t>vt 0.377300 0.679500</w:t>
        <w:br/>
        <w:t>vt 0.369900 0.680000</w:t>
        <w:br/>
        <w:t>vt 0.371300 0.684900</w:t>
        <w:br/>
        <w:t>vt 0.377900 0.685000</w:t>
        <w:br/>
        <w:t>vt 0.394800 0.683100</w:t>
        <w:br/>
        <w:t>vt 0.336200 0.685600</w:t>
        <w:br/>
        <w:t>vt 0.378400 0.687000</w:t>
        <w:br/>
        <w:t>vt 0.384800 0.686200</w:t>
        <w:br/>
        <w:t>vt 0.384600 0.684500</w:t>
        <w:br/>
        <w:t>vt 0.377900 0.685000</w:t>
        <w:br/>
        <w:t>vt 0.362700 0.686700</w:t>
        <w:br/>
        <w:t>vt 0.371300 0.686300</w:t>
        <w:br/>
        <w:t>vt 0.371300 0.684900</w:t>
        <w:br/>
        <w:t>vt 0.341100 0.695200</w:t>
        <w:br/>
        <w:t>vt 0.346000 0.691100</w:t>
        <w:br/>
        <w:t>vt 0.338700 0.700500</w:t>
        <w:br/>
        <w:t>vt 0.354000 0.688100</w:t>
        <w:br/>
        <w:t>vt 0.353700 0.686700</w:t>
        <w:br/>
        <w:t>vt 0.402300 0.696600</w:t>
        <w:br/>
        <w:t>vt 0.394600 0.703700</w:t>
        <w:br/>
        <w:t>vt 0.400800 0.708900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0.368300 0.534200</w:t>
        <w:br/>
        <w:t>vt 0.374700 0.533500</w:t>
        <w:br/>
        <w:t>vt 0.371900 0.527300</w:t>
        <w:br/>
        <w:t>vt 0.367200 0.526700</w:t>
        <w:br/>
        <w:t>vt 0.377200 0.526800</w:t>
        <w:br/>
        <w:t>vt 0.379200 0.532500</w:t>
        <w:br/>
        <w:t>vt 0.385000 0.530400</w:t>
        <w:br/>
        <w:t>vt 0.382900 0.524400</w:t>
        <w:br/>
        <w:t>vt 0.392200 0.526800</w:t>
        <w:br/>
        <w:t>vt 0.390300 0.520400</w:t>
        <w:br/>
        <w:t>vt 0.367200 0.526700</w:t>
        <w:br/>
        <w:t>vt 0.367300 0.526000</w:t>
        <w:br/>
        <w:t>vt 0.357100 0.530800</w:t>
        <w:br/>
        <w:t>vt 0.357300 0.531600</w:t>
        <w:br/>
        <w:t>vt 0.371900 0.526500</w:t>
        <w:br/>
        <w:t>vt 0.367300 0.526000</w:t>
        <w:br/>
        <w:t>vt 0.371900 0.527300</w:t>
        <w:br/>
        <w:t>vt 0.382600 0.524100</w:t>
        <w:br/>
        <w:t>vt 0.377200 0.526200</w:t>
        <w:br/>
        <w:t>vt 0.389700 0.520100</w:t>
        <w:br/>
        <w:t>vt 0.390300 0.520400</w:t>
        <w:br/>
        <w:t>vt 0.341900 0.556700</w:t>
        <w:br/>
        <w:t>vt 0.350400 0.552200</w:t>
        <w:br/>
        <w:t>vt 0.371100 0.543200</w:t>
        <w:br/>
        <w:t>vt 0.362000 0.546700</w:t>
        <w:br/>
        <w:t>vt 0.377600 0.540700</w:t>
        <w:br/>
        <w:t>vt 0.382000 0.538700</w:t>
        <w:br/>
        <w:t>vt 0.387800 0.535800</w:t>
        <w:br/>
        <w:t>vt 0.394200 0.532700</w:t>
        <w:br/>
        <w:t>vt 0.349300 0.542500</w:t>
        <w:br/>
        <w:t>vt 0.340100 0.549100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0.453200 0.675100</w:t>
        <w:br/>
        <w:t>vt 0.454400 0.673700</w:t>
        <w:br/>
        <w:t>vt 0.345800 0.634100</w:t>
        <w:br/>
        <w:t>vt 0.342100 0.601900</w:t>
        <w:br/>
        <w:t>vt 0.819777 0.839500</w:t>
        <w:br/>
        <w:t>vt 0.831060 0.839500</w:t>
        <w:br/>
        <w:t>vt 0.831060 0.850600</w:t>
        <w:br/>
        <w:t>vt 0.819777 0.850600</w:t>
        <w:br/>
        <w:t>vt 0.819777 0.893100</w:t>
        <w:br/>
        <w:t>vt 0.819777 0.886700</w:t>
        <w:br/>
        <w:t>vt 0.831060 0.886700</w:t>
        <w:br/>
        <w:t>vt 0.831060 0.893100</w:t>
        <w:br/>
        <w:t>vt 0.819777 0.830000</w:t>
        <w:br/>
        <w:t>vt 0.831060 0.830000</w:t>
        <w:br/>
        <w:t>vt 0.819777 0.865700</w:t>
        <w:br/>
        <w:t>vt 0.831060 0.865700</w:t>
        <w:br/>
        <w:t>vt 0.831060 0.868700</w:t>
        <w:br/>
        <w:t>vt 0.819777 0.868700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0.831060 0.820500</w:t>
        <w:br/>
        <w:t>vt 0.819777 0.820500</w:t>
        <w:br/>
        <w:t>vt 0.819777 0.810300</w:t>
        <w:br/>
        <w:t>vt 0.831060 0.776900</w:t>
        <w:br/>
        <w:t>vt 0.819777 0.776900</w:t>
        <w:br/>
        <w:t>vt 0.819777 0.771300</w:t>
        <w:br/>
        <w:t>vt 0.831060 0.771300</w:t>
        <w:br/>
        <w:t>vt 0.831060 0.800600</w:t>
        <w:br/>
        <w:t>vt 0.819777 0.800600</w:t>
        <w:br/>
        <w:t>vt 0.819777 0.790400</w:t>
        <w:br/>
        <w:t>vt 0.831060 0.790400</w:t>
        <w:br/>
        <w:t>vt 0.831060 0.783300</w:t>
        <w:br/>
        <w:t>vt 0.819777 0.783300</w:t>
        <w:br/>
        <w:t>vt 0.819777 0.873200</w:t>
        <w:br/>
        <w:t>vt 0.831060 0.873200</w:t>
        <w:br/>
        <w:t>vt 0.816692 0.850600</w:t>
        <w:br/>
        <w:t>vt 0.816692 0.839500</w:t>
        <w:br/>
        <w:t>vt 0.819777 0.839500</w:t>
        <w:br/>
        <w:t>vt 0.819777 0.850600</w:t>
        <w:br/>
        <w:t>vt 0.833440 0.839500</w:t>
        <w:br/>
        <w:t>vt 0.833440 0.850600</w:t>
        <w:br/>
        <w:t>vt 0.831060 0.850600</w:t>
        <w:br/>
        <w:t>vt 0.831060 0.839500</w:t>
        <w:br/>
        <w:t>vt 0.819777 0.893100</w:t>
        <w:br/>
        <w:t>vt 0.816692 0.893100</w:t>
        <w:br/>
        <w:t>vt 0.816692 0.886900</w:t>
        <w:br/>
        <w:t>vt 0.819777 0.886700</w:t>
        <w:br/>
        <w:t>vt 0.831060 0.893100</w:t>
        <w:br/>
        <w:t>vt 0.831060 0.886700</w:t>
        <w:br/>
        <w:t>vt 0.833440 0.886800</w:t>
        <w:br/>
        <w:t>vt 0.833440 0.893100</w:t>
        <w:br/>
        <w:t>vt 0.833440 0.830000</w:t>
        <w:br/>
        <w:t>vt 0.831060 0.830000</w:t>
        <w:br/>
        <w:t>vt 0.816692 0.830000</w:t>
        <w:br/>
        <w:t>vt 0.819777 0.830000</w:t>
        <w:br/>
        <w:t>vt 0.833440 0.872400</w:t>
        <w:br/>
        <w:t>vt 0.831060 0.868700</w:t>
        <w:br/>
        <w:t>vt 0.831060 0.865700</w:t>
        <w:br/>
        <w:t>vt 0.819777 0.865700</w:t>
        <w:br/>
        <w:t>vt 0.819777 0.868700</w:t>
        <w:br/>
        <w:t>vt 0.816692 0.869000</w:t>
        <w:br/>
        <w:t>vt 0.831060 0.881300</w:t>
        <w:br/>
        <w:t>vt 0.833440 0.879600</w:t>
        <w:br/>
        <w:t>vt 0.819777 0.881300</w:t>
        <w:br/>
        <w:t>vt 0.816692 0.880500</w:t>
        <w:br/>
        <w:t>vt 0.816692 0.861100</w:t>
        <w:br/>
        <w:t>vt 0.833440 0.861100</w:t>
        <w:br/>
        <w:t>vt 0.831060 0.861100</w:t>
        <w:br/>
        <w:t>vt 0.816692 0.874300</w:t>
        <w:br/>
        <w:t>vt 0.819777 0.875900</w:t>
        <w:br/>
        <w:t>vt 0.831060 0.875900</w:t>
        <w:br/>
        <w:t>vt 0.831060 0.810300</w:t>
        <w:br/>
        <w:t>vt 0.833440 0.810300</w:t>
        <w:br/>
        <w:t>vt 0.833440 0.820500</w:t>
        <w:br/>
        <w:t>vt 0.831060 0.820500</w:t>
        <w:br/>
        <w:t>vt 0.819777 0.810300</w:t>
        <w:br/>
        <w:t>vt 0.819777 0.820500</w:t>
        <w:br/>
        <w:t>vt 0.816692 0.820500</w:t>
        <w:br/>
        <w:t>vt 0.816692 0.810300</w:t>
        <w:br/>
        <w:t>vt 0.831060 0.771300</w:t>
        <w:br/>
        <w:t>vt 0.833440 0.771300</w:t>
        <w:br/>
        <w:t>vt 0.833440 0.776900</w:t>
        <w:br/>
        <w:t>vt 0.831060 0.776900</w:t>
        <w:br/>
        <w:t>vt 0.816692 0.776900</w:t>
        <w:br/>
        <w:t>vt 0.816692 0.771300</w:t>
        <w:br/>
        <w:t>vt 0.819777 0.771300</w:t>
        <w:br/>
        <w:t>vt 0.819777 0.776900</w:t>
        <w:br/>
        <w:t>vt 0.816692 0.790400</w:t>
        <w:br/>
        <w:t>vt 0.819777 0.790400</w:t>
        <w:br/>
        <w:t>vt 0.819777 0.800600</w:t>
        <w:br/>
        <w:t>vt 0.816692 0.800600</w:t>
        <w:br/>
        <w:t>vt 0.831060 0.790400</w:t>
        <w:br/>
        <w:t>vt 0.833440 0.790400</w:t>
        <w:br/>
        <w:t>vt 0.833440 0.800600</w:t>
        <w:br/>
        <w:t>vt 0.831060 0.800600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0.850600</w:t>
        <w:br/>
        <w:t>vt 0.814048 0.839500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0.798200 0.776900</w:t>
        <w:br/>
        <w:t>vt 0.798200 0.771300</w:t>
        <w:br/>
        <w:t>vt 0.809600 0.771300</w:t>
        <w:br/>
        <w:t>vt 0.809600 0.783300</w:t>
        <w:br/>
        <w:t>vt 0.809600 0.790400</w:t>
        <w:br/>
        <w:t>vt 0.798200 0.790400</w:t>
        <w:br/>
        <w:t>vt 0.798200 0.783300</w:t>
        <w:br/>
        <w:t>vt 0.809600 0.800600</w:t>
        <w:br/>
        <w:t>vt 0.798200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0.809600 0.861100</w:t>
        <w:br/>
        <w:t>vt 0.798200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0.800600</w:t>
        <w:br/>
        <w:t>vt 0.789500 0.790400</w:t>
        <w:br/>
        <w:t>vt 0.789500 0.810300</w:t>
        <w:br/>
        <w:t>vt 0.789500 0.820500</w:t>
        <w:br/>
        <w:t>vt 0.789500 0.830000</w:t>
        <w:br/>
        <w:t>vt 0.789500 0.839500</w:t>
        <w:br/>
        <w:t>vt 0.798200 0.893100</w:t>
        <w:br/>
        <w:t>vt 0.798200 0.887100</w:t>
        <w:br/>
        <w:t>vt 0.809600 0.887100</w:t>
        <w:br/>
        <w:t>vt 0.809600 0.893100</w:t>
        <w:br/>
        <w:t>vt 0.789500 0.783300</w:t>
        <w:br/>
        <w:t>vt 0.789500 0.893100</w:t>
        <w:br/>
        <w:t>vt 0.789500 0.887100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0.789500 0.776900</w:t>
        <w:br/>
        <w:t>vt 0.789500 0.783300</w:t>
        <w:br/>
        <w:t>vt 0.787900 0.783300</w:t>
        <w:br/>
        <w:t>vt 0.789500 0.790400</w:t>
        <w:br/>
        <w:t>vt 0.787900 0.790400</w:t>
        <w:br/>
        <w:t>vt 0.787900 0.800600</w:t>
        <w:br/>
        <w:t>vt 0.789500 0.800600</w:t>
        <w:br/>
        <w:t>vt 0.787900 0.810300</w:t>
        <w:br/>
        <w:t>vt 0.789500 0.810300</w:t>
        <w:br/>
        <w:t>vt 0.789500 0.820500</w:t>
        <w:br/>
        <w:t>vt 0.787900 0.820500</w:t>
        <w:br/>
        <w:t>vt 0.789500 0.830000</w:t>
        <w:br/>
        <w:t>vt 0.787900 0.830000</w:t>
        <w:br/>
        <w:t>vt 0.789500 0.839500</w:t>
        <w:br/>
        <w:t>vt 0.787900 0.839500</w:t>
        <w:br/>
        <w:t>vt 0.789500 0.850600</w:t>
        <w:br/>
        <w:t>vt 0.787900 0.850600</w:t>
        <w:br/>
        <w:t>vt 0.789500 0.861100</w:t>
        <w:br/>
        <w:t>vt 0.787900 0.861100</w:t>
        <w:br/>
        <w:t>vt 0.789500 0.872800</w:t>
        <w:br/>
        <w:t>vt 0.787900 0.872800</w:t>
        <w:br/>
        <w:t>vt 0.789500 0.880100</w:t>
        <w:br/>
        <w:t>vt 0.787900 0.880100</w:t>
        <w:br/>
        <w:t>vt 0.787900 0.887100</w:t>
        <w:br/>
        <w:t>vt 0.789500 0.887100</w:t>
        <w:br/>
        <w:t>vt 0.789500 0.893100</w:t>
        <w:br/>
        <w:t>vt 0.787900 0.893100</w:t>
        <w:br/>
        <w:t>vt 0.789500 0.771300</w:t>
        <w:br/>
        <w:t>vt 0.787900 0.771300</w:t>
        <w:br/>
        <w:t>vt 0.780342 0.776900</w:t>
        <w:br/>
        <w:t>vt 0.786242 0.776900</w:t>
        <w:br/>
        <w:t>vt 0.786242 0.783300</w:t>
        <w:br/>
        <w:t>vt 0.780342 0.783300</w:t>
        <w:br/>
        <w:t>vt 0.786242 0.790400</w:t>
        <w:br/>
        <w:t>vt 0.780342 0.790400</w:t>
        <w:br/>
        <w:t>vt 0.786242 0.800600</w:t>
        <w:br/>
        <w:t>vt 0.780342 0.800600</w:t>
        <w:br/>
        <w:t>vt 0.786242 0.810300</w:t>
        <w:br/>
        <w:t>vt 0.780342 0.810300</w:t>
        <w:br/>
        <w:t>vt 0.780342 0.820500</w:t>
        <w:br/>
        <w:t>vt 0.786242 0.820500</w:t>
        <w:br/>
        <w:t>vt 0.780342 0.830000</w:t>
        <w:br/>
        <w:t>vt 0.786242 0.830000</w:t>
        <w:br/>
        <w:t>vt 0.786242 0.839500</w:t>
        <w:br/>
        <w:t>vt 0.780342 0.839500</w:t>
        <w:br/>
        <w:t>vt 0.786242 0.850600</w:t>
        <w:br/>
        <w:t>vt 0.780342 0.850600</w:t>
        <w:br/>
        <w:t>vt 0.786242 0.861100</w:t>
        <w:br/>
        <w:t>vt 0.780342 0.861100</w:t>
        <w:br/>
        <w:t>vt 0.786242 0.872800</w:t>
        <w:br/>
        <w:t>vt 0.780342 0.872800</w:t>
        <w:br/>
        <w:t>vt 0.780342 0.880100</w:t>
        <w:br/>
        <w:t>vt 0.786242 0.880100</w:t>
        <w:br/>
        <w:t>vt 0.780342 0.893100</w:t>
        <w:br/>
        <w:t>vt 0.780342 0.887100</w:t>
        <w:br/>
        <w:t>vt 0.786242 0.887100</w:t>
        <w:br/>
        <w:t>vt 0.786242 0.893100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0.459000 0.623500</w:t>
        <w:br/>
        <w:t>vt 0.451400 0.624100</w:t>
        <w:br/>
        <w:t>vt 0.452400 0.615200</w:t>
        <w:br/>
        <w:t>vt 0.457500 0.616400</w:t>
        <w:br/>
        <w:t>vt 0.454200 0.589500</w:t>
        <w:br/>
        <w:t>vt 0.456300 0.594800</w:t>
        <w:br/>
        <w:t>vt 0.454500 0.595000</w:t>
        <w:br/>
        <w:t>vt 0.452600 0.589700</w:t>
        <w:br/>
        <w:t>vt 0.431800 0.571700</w:t>
        <w:br/>
        <w:t>vt 0.439800 0.576800</w:t>
        <w:br/>
        <w:t>vt 0.439000 0.577700</w:t>
        <w:br/>
        <w:t>vt 0.431200 0.572500</w:t>
        <w:br/>
        <w:t>vt 0.472600 0.593500</w:t>
        <w:br/>
        <w:t>vt 0.472000 0.601600</w:t>
        <w:br/>
        <w:t>vt 0.464400 0.600200</w:t>
        <w:br/>
        <w:t>vt 0.465300 0.590900</w:t>
        <w:br/>
        <w:t>vt 0.470300 0.714800</w:t>
        <w:br/>
        <w:t>vt 0.473100 0.713500</w:t>
        <w:br/>
        <w:t>vt 0.470500 0.701100</w:t>
        <w:br/>
        <w:t>vt 0.467400 0.701000</w:t>
        <w:br/>
        <w:t>vt 0.466900 0.716200</w:t>
        <w:br/>
        <w:t>vt 0.463800 0.701000</w:t>
        <w:br/>
        <w:t>vt 0.460500 0.701200</w:t>
        <w:br/>
        <w:t>vt 0.463700 0.716800</w:t>
        <w:br/>
        <w:t>vt 0.467300 0.584900</w:t>
        <w:br/>
        <w:t>vt 0.456800 0.582800</w:t>
        <w:br/>
        <w:t>vt 0.462800 0.576500</w:t>
        <w:br/>
        <w:t>vt 0.431800 0.571700</w:t>
        <w:br/>
        <w:t>vt 0.435600 0.566200</w:t>
        <w:br/>
        <w:t>vt 0.442000 0.570700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0.485800 0.599600</w:t>
        <w:br/>
        <w:t>vt 0.490100 0.596300</w:t>
        <w:br/>
        <w:t>vt 0.499800 0.608400</w:t>
        <w:br/>
        <w:t>vt 0.450800 0.717500</w:t>
        <w:br/>
        <w:t>vt 0.455800 0.718100</w:t>
        <w:br/>
        <w:t>vt 0.452800 0.703000</w:t>
        <w:br/>
        <w:t>vt 0.448300 0.704900</w:t>
        <w:br/>
        <w:t>vt 0.507100 0.618800</w:t>
        <w:br/>
        <w:t>vt 0.502700 0.622100</w:t>
        <w:br/>
        <w:t>vt 0.444000 0.714200</w:t>
        <w:br/>
        <w:t>vt 0.446900 0.716100</w:t>
        <w:br/>
        <w:t>vt 0.445100 0.706900</w:t>
        <w:br/>
        <w:t>vt 0.443200 0.709100</w:t>
        <w:br/>
        <w:t>vt 0.508300 0.636400</w:t>
        <w:br/>
        <w:t>vt 0.510500 0.635900</w:t>
        <w:br/>
        <w:t>vt 0.510700 0.638500</w:t>
        <w:br/>
        <w:t>vt 0.508400 0.638500</w:t>
        <w:br/>
        <w:t>vt 0.454200 0.589500</w:t>
        <w:br/>
        <w:t>vt 0.472900 0.617400</w:t>
        <w:br/>
        <w:t>vt 0.473400 0.625000</w:t>
        <w:br/>
        <w:t>vt 0.465300 0.624200</w:t>
        <w:br/>
        <w:t>vt 0.464300 0.610800</w:t>
        <w:br/>
        <w:t>vt 0.462200 0.717100</w:t>
        <w:br/>
        <w:t>vt 0.459100 0.701400</w:t>
        <w:br/>
        <w:t>vt 0.476900 0.580600</w:t>
        <w:br/>
        <w:t>vt 0.455200 0.598100</w:t>
        <w:br/>
        <w:t>vt 0.476000 0.631400</w:t>
        <w:br/>
        <w:t>vt 0.473400 0.631800</w:t>
        <w:br/>
        <w:t>vt 0.475700 0.623700</w:t>
        <w:br/>
        <w:t>vt 0.475100 0.617300</w:t>
        <w:br/>
        <w:t>vt 0.474100 0.611100</w:t>
        <w:br/>
        <w:t>vt 0.472200 0.611700</w:t>
        <w:br/>
        <w:t>vt 0.473400 0.601600</w:t>
        <w:br/>
        <w:t>vt 0.474200 0.594400</w:t>
        <w:br/>
        <w:t>vt 0.494300 0.611900</w:t>
        <w:br/>
        <w:t>vt 0.484900 0.600100</w:t>
        <w:br/>
        <w:t>vt 0.502700 0.622100</w:t>
        <w:br/>
        <w:t>vt 0.501600 0.622600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0.508400 0.638500</w:t>
        <w:br/>
        <w:t>vt 0.507300 0.638500</w:t>
        <w:br/>
        <w:t>vt 0.442100 0.710800</w:t>
        <w:br/>
        <w:t>vt 0.442500 0.712700</w:t>
        <w:br/>
        <w:t>vt 0.456500 0.662900</w:t>
        <w:br/>
        <w:t>vt 0.453200 0.664400</w:t>
        <w:br/>
        <w:t>vt 0.452200 0.657100</w:t>
        <w:br/>
        <w:t>vt 0.457800 0.654400</w:t>
        <w:br/>
        <w:t>vt 0.453300 0.682800</w:t>
        <w:br/>
        <w:t>vt 0.450900 0.682000</w:t>
        <w:br/>
        <w:t>vt 0.453400 0.677000</w:t>
        <w:br/>
        <w:t>vt 0.455700 0.677300</w:t>
        <w:br/>
        <w:t>vt 0.429700 0.700000</w:t>
        <w:br/>
        <w:t>vt 0.428700 0.698500</w:t>
        <w:br/>
        <w:t>vt 0.436800 0.693700</w:t>
        <w:br/>
        <w:t>vt 0.438100 0.695000</w:t>
        <w:br/>
        <w:t>vt 0.472500 0.679800</w:t>
        <w:br/>
        <w:t>vt 0.464900 0.681900</w:t>
        <w:br/>
        <w:t>vt 0.464500 0.674500</w:t>
        <w:br/>
        <w:t>vt 0.471900 0.671200</w:t>
        <w:br/>
        <w:t>vt 0.461600 0.696700</w:t>
        <w:br/>
        <w:t>vt 0.455900 0.689800</w:t>
        <w:br/>
        <w:t>vt 0.466400 0.688000</w:t>
        <w:br/>
        <w:t>vt 0.429700 0.700000</w:t>
        <w:br/>
        <w:t>vt 0.438100 0.695000</w:t>
        <w:br/>
        <w:t>vt 0.440200 0.701700</w:t>
        <w:br/>
        <w:t>vt 0.433400 0.705500</w:t>
        <w:br/>
        <w:t>vt 0.446600 0.688900</w:t>
        <w:br/>
        <w:t>vt 0.450000 0.698300</w:t>
        <w:br/>
        <w:t>vt 0.474900 0.686000</w:t>
        <w:br/>
        <w:t>vt 0.496000 0.662900</w:t>
        <w:br/>
        <w:t>vt 0.500300 0.666300</w:t>
        <w:br/>
        <w:t>vt 0.490400 0.677900</w:t>
        <w:br/>
        <w:t>vt 0.486000 0.674300</w:t>
        <w:br/>
        <w:t>vt 0.503400 0.653400</w:t>
        <w:br/>
        <w:t>vt 0.507600 0.656900</w:t>
        <w:br/>
        <w:t>vt 0.513700 0.638600</w:t>
        <w:br/>
        <w:t>vt 0.513200 0.642100</w:t>
        <w:br/>
        <w:t>vt 0.510500 0.640900</w:t>
        <w:br/>
        <w:t>vt 0.453300 0.682800</w:t>
        <w:br/>
        <w:t>vt 0.464900 0.654600</w:t>
        <w:br/>
        <w:t>vt 0.473200 0.654200</w:t>
        <w:br/>
        <w:t>vt 0.472500 0.660500</w:t>
        <w:br/>
        <w:t>vt 0.464400 0.662000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0.505800 0.646300</w:t>
        <w:br/>
        <w:t>vt 0.506700 0.646500</w:t>
        <w:br/>
        <w:t>vt 0.507300 0.640800</w:t>
        <w:br/>
        <w:t>vt 0.508200 0.640500</w:t>
        <w:br/>
        <w:t>vt 0.475500 0.683900</w:t>
        <w:br/>
        <w:t>vt 0.444900 0.687700</w:t>
        <w:br/>
        <w:t>vt 0.446600 0.688900</w:t>
        <w:br/>
        <w:t>vt 0.512100 0.648600</w:t>
        <w:br/>
        <w:t>vt 0.456300 0.594800</w:t>
        <w:br/>
        <w:t>vt 0.464600 0.617200</w:t>
        <w:br/>
        <w:t>vt 0.459000 0.623500</w:t>
        <w:br/>
        <w:t>vt 0.457500 0.616400</w:t>
        <w:br/>
        <w:t>vt 0.456500 0.608400</w:t>
        <w:br/>
        <w:t>vt 0.461600 0.636100</w:t>
        <w:br/>
        <w:t>vt 0.457800 0.633900</w:t>
        <w:br/>
        <w:t>vt 0.462400 0.630500</w:t>
        <w:br/>
        <w:t>vt 0.466400 0.636500</w:t>
        <w:br/>
        <w:t>vt 0.455700 0.677300</w:t>
        <w:br/>
        <w:t>vt 0.456500 0.662900</w:t>
        <w:br/>
        <w:t>vt 0.457800 0.654400</w:t>
        <w:br/>
        <w:t>vt 0.455800 0.673700</w:t>
        <w:br/>
        <w:t>vt 0.461600 0.636100</w:t>
        <w:br/>
        <w:t>vt 0.466400 0.636500</w:t>
        <w:br/>
        <w:t>vt 0.462400 0.641700</w:t>
        <w:br/>
        <w:t>vt 0.458200 0.637600</w:t>
        <w:br/>
        <w:t>vt 0.459800 0.627500</w:t>
        <w:br/>
        <w:t>vt 0.451700 0.630400</w:t>
        <w:br/>
        <w:t>vt 0.459800 0.627500</w:t>
        <w:br/>
        <w:t>vt 0.459800 0.627500</w:t>
        <w:br/>
        <w:t>vt 0.451700 0.630400</w:t>
        <w:br/>
        <w:t>vt 0.476100 0.637300</w:t>
        <w:br/>
        <w:t>vt 0.476000 0.642900</w:t>
        <w:br/>
        <w:t>vt 0.473700 0.642300</w:t>
        <w:br/>
        <w:t>vt 0.473300 0.637200</w:t>
        <w:br/>
        <w:t>vt 0.459900 0.644300</w:t>
        <w:br/>
        <w:t>vt 0.459000 0.648200</w:t>
        <w:br/>
        <w:t>vt 0.451400 0.647300</w:t>
        <w:br/>
        <w:t>vt 0.452000 0.640400</w:t>
        <w:br/>
        <w:t>vt 0.459000 0.648200</w:t>
        <w:br/>
        <w:t>vt 0.459900 0.644300</w:t>
        <w:br/>
        <w:t>vt 0.465600 0.648300</w:t>
        <w:br/>
        <w:t>vt 0.466400 0.636500</w:t>
        <w:br/>
        <w:t>vt 0.473300 0.637200</w:t>
        <w:br/>
        <w:t>vt 0.473700 0.642300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0.480500 0.608000</w:t>
        <w:br/>
        <w:t>vt 0.489200 0.617100</w:t>
        <w:br/>
        <w:t>vt 0.486600 0.620700</w:t>
        <w:br/>
        <w:t>vt 0.484800 0.637800</w:t>
        <w:br/>
        <w:t>vt 0.483300 0.625600</w:t>
        <w:br/>
        <w:t>vt 0.491400 0.628000</w:t>
        <w:br/>
        <w:t>vt 0.493900 0.638200</w:t>
        <w:br/>
        <w:t>vt 0.482200 0.603300</w:t>
        <w:br/>
        <w:t>vt 0.479700 0.658100</w:t>
        <w:br/>
        <w:t>vt 0.487600 0.653700</w:t>
        <w:br/>
        <w:t>vt 0.490200 0.657000</w:t>
        <w:br/>
        <w:t>vt 0.480500 0.665200</w:t>
        <w:br/>
        <w:t>vt 0.492200 0.647600</w:t>
        <w:br/>
        <w:t>vt 0.483200 0.648800</w:t>
        <w:br/>
        <w:t>vt 0.504700 0.636800</w:t>
        <w:br/>
        <w:t>vt 0.504800 0.638500</w:t>
        <w:br/>
        <w:t>vt 0.503500 0.638500</w:t>
        <w:br/>
        <w:t>vt 0.503200 0.636900</w:t>
        <w:br/>
        <w:t>vt 0.476000 0.631400</w:t>
        <w:br/>
        <w:t>vt 0.504700 0.640100</w:t>
        <w:br/>
        <w:t>vt 0.503200 0.644600</w:t>
        <w:br/>
        <w:t>vt 0.503300 0.639900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0.502700 0.631400</w:t>
        <w:br/>
        <w:t>vt 0.505300 0.630000</w:t>
        <w:br/>
        <w:t>vt 0.499300 0.632200</w:t>
        <w:br/>
        <w:t>vt 0.499800 0.643800</w:t>
        <w:br/>
        <w:t>vt 0.496100 0.649700</w:t>
        <w:br/>
        <w:t>vt 0.499100 0.651400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0.454300 0.607500</w:t>
        <w:br/>
        <w:t>vt 0.456500 0.608400</w:t>
        <w:br/>
        <w:t>vt 0.418800 0.602000</w:t>
        <w:br/>
        <w:t>vt 0.431900 0.603100</w:t>
        <w:br/>
        <w:t>vt 0.429900 0.612200</w:t>
        <w:br/>
        <w:t>vt 0.416500 0.611300</w:t>
        <w:br/>
        <w:t>vt 0.427900 0.622600</w:t>
        <w:br/>
        <w:t>vt 0.427400 0.635300</w:t>
        <w:br/>
        <w:t>vt 0.413400 0.635100</w:t>
        <w:br/>
        <w:t>vt 0.414200 0.621600</w:t>
        <w:br/>
        <w:t>vt 0.445800 0.613600</w:t>
        <w:br/>
        <w:t>vt 0.446900 0.605600</w:t>
        <w:br/>
        <w:t>vt 0.444400 0.623600</w:t>
        <w:br/>
        <w:t>vt 0.444300 0.635500</w:t>
        <w:br/>
        <w:t>vt 0.421800 0.591900</w:t>
        <w:br/>
        <w:t>vt 0.434400 0.594100</w:t>
        <w:br/>
        <w:t>vt 0.448300 0.597000</w:t>
        <w:br/>
        <w:t>vt 0.417600 0.668300</w:t>
        <w:br/>
        <w:t>vt 0.415600 0.659000</w:t>
        <w:br/>
        <w:t>vt 0.429200 0.658400</w:t>
        <w:br/>
        <w:t>vt 0.430800 0.667500</w:t>
        <w:br/>
        <w:t>vt 0.458200 0.637600</w:t>
        <w:br/>
        <w:t>vt 0.457400 0.635800</w:t>
        <w:br/>
        <w:t>vt 0.461600 0.636100</w:t>
        <w:br/>
        <w:t>vt 0.451400 0.647300</w:t>
        <w:br/>
        <w:t>vt 0.452200 0.657100</w:t>
        <w:br/>
        <w:t>vt 0.445200 0.657900</w:t>
        <w:br/>
        <w:t>vt 0.444200 0.647500</w:t>
        <w:br/>
        <w:t>vt 0.427500 0.648100</w:t>
        <w:br/>
        <w:t>vt 0.413800 0.648600</w:t>
        <w:br/>
        <w:t>vt 0.420100 0.678500</w:t>
        <w:br/>
        <w:t>vt 0.433000 0.676700</w:t>
        <w:br/>
        <w:t>vt 0.433100 0.678300</w:t>
        <w:br/>
        <w:t>vt 0.420000 0.680400</w:t>
        <w:br/>
        <w:t>vt 0.446100 0.665800</w:t>
        <w:br/>
        <w:t>vt 0.453200 0.664400</w:t>
        <w:br/>
        <w:t>vt 0.433000 0.676700</w:t>
        <w:br/>
        <w:t>vt 0.420100 0.678500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0.448500 0.596000</w:t>
        <w:br/>
        <w:t>vt 0.454300 0.597000</w:t>
        <w:br/>
        <w:t>vt 0.455200 0.598100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0.431200 0.572500</w:t>
        <w:br/>
        <w:t>vt 0.439000 0.577700</w:t>
        <w:br/>
        <w:t>vt 0.438200 0.583300</w:t>
        <w:br/>
        <w:t>vt 0.425100 0.584700</w:t>
        <w:br/>
        <w:t>vt 0.436600 0.588400</w:t>
        <w:br/>
        <w:t>vt 0.449200 0.591300</w:t>
        <w:br/>
        <w:t>vt 0.452600 0.589700</w:t>
        <w:br/>
        <w:t>vt 0.454500 0.595000</w:t>
        <w:br/>
        <w:t>vt 0.454300 0.597000</w:t>
        <w:br/>
        <w:t>vt 0.448500 0.596000</w:t>
        <w:br/>
        <w:t>vt 0.447400 0.583900</w:t>
        <w:br/>
        <w:t>vt 0.436800 0.693700</w:t>
        <w:br/>
        <w:t>vt 0.428700 0.698500</w:t>
        <w:br/>
        <w:t>vt 0.426400 0.692900</w:t>
        <w:br/>
        <w:t>vt 0.436400 0.688000</w:t>
        <w:br/>
        <w:t>vt 0.435000 0.682800</w:t>
        <w:br/>
        <w:t>vt 0.423100 0.686000</w:t>
        <w:br/>
        <w:t>vt 0.447700 0.675700</w:t>
        <w:br/>
        <w:t>vt 0.453200 0.675100</w:t>
        <w:br/>
        <w:t>vt 0.453400 0.677000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0.424300 0.566500</w:t>
        <w:br/>
        <w:t>vt 0.423600 0.567500</w:t>
        <w:br/>
        <w:t>vt 0.416400 0.562400</w:t>
        <w:br/>
        <w:t>vt 0.409900 0.556800</w:t>
        <w:br/>
        <w:t>vt 0.410800 0.556100</w:t>
        <w:br/>
        <w:t>vt 0.410800 0.556100</w:t>
        <w:br/>
        <w:t>vt 0.417300 0.551900</w:t>
        <w:br/>
        <w:t>vt 0.417300 0.561600</w:t>
        <w:br/>
        <w:t>vt 0.400300 0.542200</w:t>
        <w:br/>
        <w:t>vt 0.397900 0.537500</w:t>
        <w:br/>
        <w:t>vt 0.404100 0.534600</w:t>
        <w:br/>
        <w:t>vt 0.406500 0.539100</w:t>
        <w:br/>
        <w:t>vt 0.424300 0.566500</w:t>
        <w:br/>
        <w:t>vt 0.428200 0.556100</w:t>
        <w:br/>
        <w:t>vt 0.430000 0.560900</w:t>
        <w:br/>
        <w:t>vt 0.413500 0.548400</w:t>
        <w:br/>
        <w:t>vt 0.407100 0.552800</w:t>
        <w:br/>
        <w:t>vt 0.399600 0.543400</w:t>
        <w:br/>
        <w:t>vt 0.403600 0.547700</w:t>
        <w:br/>
        <w:t>vt 0.402800 0.548300</w:t>
        <w:br/>
        <w:t>vt 0.409600 0.544100</w:t>
        <w:br/>
        <w:t>vt 0.413300 0.535500</w:t>
        <w:br/>
        <w:t>vt 0.416000 0.539800</w:t>
        <w:br/>
        <w:t>vt 0.423200 0.546800</w:t>
        <w:br/>
        <w:t>vt 0.429300 0.550500</w:t>
        <w:br/>
        <w:t>vt 0.433800 0.524700</w:t>
        <w:br/>
        <w:t>vt 0.432300 0.521700</w:t>
        <w:br/>
        <w:t>vt 0.439900 0.518200</w:t>
        <w:br/>
        <w:t>vt 0.441300 0.521000</w:t>
        <w:br/>
        <w:t>vt 0.438100 0.531100</w:t>
        <w:br/>
        <w:t>vt 0.435600 0.527500</w:t>
        <w:br/>
        <w:t>vt 0.442700 0.523300</w:t>
        <w:br/>
        <w:t>vt 0.445000 0.526700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0.447700 0.530400</w:t>
        <w:br/>
        <w:t>vt 0.441200 0.535200</w:t>
        <w:br/>
        <w:t>vt 0.403600 0.547700</w:t>
        <w:br/>
        <w:t>vt 0.396700 0.538200</w:t>
        <w:br/>
        <w:t>vt 0.397900 0.537500</w:t>
        <w:br/>
        <w:t>vt 0.411100 0.531300</w:t>
        <w:br/>
        <w:t>vt 0.386500 0.584100</w:t>
        <w:br/>
        <w:t>vt 0.386900 0.582000</w:t>
        <w:br/>
        <w:t>vt 0.407400 0.587000</w:t>
        <w:br/>
        <w:t>vt 0.407100 0.588700</w:t>
        <w:br/>
        <w:t>vt 0.378700 0.592400</w:t>
        <w:br/>
        <w:t>vt 0.369700 0.596800</w:t>
        <w:br/>
        <w:t>vt 0.370400 0.591800</w:t>
        <w:br/>
        <w:t>vt 0.353200 0.592100</w:t>
        <w:br/>
        <w:t>vt 0.353700 0.599000</w:t>
        <w:br/>
        <w:t>vt 0.354900 0.611000</w:t>
        <w:br/>
        <w:t>vt 0.369400 0.609900</w:t>
        <w:br/>
        <w:t>vt 0.369300 0.621700</w:t>
        <w:br/>
        <w:t>vt 0.355300 0.622100</w:t>
        <w:br/>
        <w:t>vt 0.399800 0.620700</w:t>
        <w:br/>
        <w:t>vt 0.399000 0.634900</w:t>
        <w:br/>
        <w:t>vt 0.383500 0.634600</w:t>
        <w:br/>
        <w:t>vt 0.369200 0.634400</w:t>
        <w:br/>
        <w:t>vt 0.384200 0.620600</w:t>
        <w:br/>
        <w:t>vt 0.355300 0.634300</w:t>
        <w:br/>
        <w:t>vt 0.338600 0.590700</w:t>
        <w:br/>
        <w:t>vt 0.352400 0.585600</w:t>
        <w:br/>
        <w:t>vt 0.340500 0.596300</w:t>
        <w:br/>
        <w:t>vt 0.344400 0.612700</w:t>
        <w:br/>
        <w:t>vt 0.345500 0.623200</w:t>
        <w:br/>
        <w:t>vt 0.401600 0.609800</w:t>
        <w:br/>
        <w:t>vt 0.384900 0.609200</w:t>
        <w:br/>
        <w:t>vt 0.385700 0.597300</w:t>
        <w:br/>
        <w:t>vt 0.403700 0.599700</w:t>
        <w:br/>
        <w:t>vt 0.332600 0.576200</w:t>
        <w:br/>
        <w:t>vt 0.330300 0.570500</w:t>
        <w:br/>
        <w:t>vt 0.335000 0.568500</w:t>
        <w:br/>
        <w:t>vt 0.338300 0.573800</w:t>
        <w:br/>
        <w:t>vt 0.344400 0.577900</w:t>
        <w:br/>
        <w:t>vt 0.335700 0.583300</w:t>
        <w:br/>
        <w:t>vt 0.353600 0.580500</w:t>
        <w:br/>
        <w:t>vt 0.363100 0.581400</w:t>
        <w:br/>
        <w:t>vt 0.361700 0.586700</w:t>
        <w:br/>
        <w:t>vt 0.372800 0.582400</w:t>
        <w:br/>
        <w:t>vt 0.386500 0.584100</w:t>
        <w:br/>
        <w:t>vt 0.386300 0.590000</w:t>
        <w:br/>
        <w:t>vt 0.371000 0.587800</w:t>
        <w:br/>
        <w:t>vt 0.407100 0.588700</w:t>
        <w:br/>
        <w:t>vt 0.374700 0.580300</w:t>
        <w:br/>
        <w:t>vt 0.372600 0.581000</w:t>
        <w:br/>
        <w:t>vt 0.363300 0.579500</w:t>
        <w:br/>
        <w:t>vt 0.372800 0.582400</w:t>
        <w:br/>
        <w:t>vt 0.339500 0.573000</w:t>
        <w:br/>
        <w:t>vt 0.345300 0.576000</w:t>
        <w:br/>
        <w:t>vt 0.336400 0.568100</w:t>
        <w:br/>
        <w:t>vt 0.354200 0.577800</w:t>
        <w:br/>
        <w:t>vt 0.353600 0.580500</w:t>
        <w:br/>
        <w:t>vt 0.404900 0.561700</w:t>
        <w:br/>
        <w:t>vt 0.412000 0.567700</w:t>
        <w:br/>
        <w:t>vt 0.405300 0.573300</w:t>
        <w:br/>
        <w:t>vt 0.398800 0.565900</w:t>
        <w:br/>
        <w:t>vt 0.398000 0.577400</w:t>
        <w:br/>
        <w:t>vt 0.390900 0.569000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0.413500 0.579900</w:t>
        <w:br/>
        <w:t>vt 0.407400 0.587000</w:t>
        <w:br/>
        <w:t>vt 0.406200 0.554300</w:t>
        <w:br/>
        <w:t>vt 0.392000 0.564200</w:t>
        <w:br/>
        <w:t>vt 0.390100 0.568600</w:t>
        <w:br/>
        <w:t>vt 0.384400 0.563700</w:t>
        <w:br/>
        <w:t>vt 0.388100 0.558700</w:t>
        <w:br/>
        <w:t>vt 0.378100 0.556300</w:t>
        <w:br/>
        <w:t>vt 0.375500 0.570000</w:t>
        <w:br/>
        <w:t>vt 0.368800 0.561500</w:t>
        <w:br/>
        <w:t>vt 0.395000 0.560100</w:t>
        <w:br/>
        <w:t>vt 0.391600 0.555600</w:t>
        <w:br/>
        <w:t>vt 0.396400 0.552000</w:t>
        <w:br/>
        <w:t>vt 0.399900 0.556500</w:t>
        <w:br/>
        <w:t>vt 0.406400 0.553500</w:t>
        <w:br/>
        <w:t>vt 0.380200 0.574900</w:t>
        <w:br/>
        <w:t>vt 0.390100 0.568600</w:t>
        <w:br/>
        <w:t>vt 0.392900 0.564700</w:t>
        <w:br/>
        <w:t>vt 0.392000 0.564200</w:t>
        <w:br/>
        <w:t>vt 0.399900 0.556500</w:t>
        <w:br/>
        <w:t>vt 0.400500 0.557500</w:t>
        <w:br/>
        <w:t>vt 0.396000 0.561000</w:t>
        <w:br/>
        <w:t>vt 0.395000 0.560100</w:t>
        <w:br/>
        <w:t>vt 0.406200 0.554300</w:t>
        <w:br/>
        <w:t>vt 0.406400 0.553500</w:t>
        <w:br/>
        <w:t>vt 0.353800 0.568500</w:t>
        <w:br/>
        <w:t>vt 0.347500 0.571600</w:t>
        <w:br/>
        <w:t>vt 0.344700 0.564600</w:t>
        <w:br/>
        <w:t>vt 0.351900 0.561300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0.390700 0.541200</w:t>
        <w:br/>
        <w:t>vt 0.393500 0.546700</w:t>
        <w:br/>
        <w:t>vt 0.361200 0.574400</w:t>
        <w:br/>
        <w:t>vt 0.363400 0.570200</w:t>
        <w:br/>
        <w:t>vt 0.365300 0.576200</w:t>
        <w:br/>
        <w:t>vt 0.380200 0.574900</w:t>
        <w:br/>
        <w:t>vt 0.374700 0.580300</w:t>
        <w:br/>
        <w:t>vt 0.372600 0.581000</w:t>
        <w:br/>
        <w:t>vt 0.361800 0.565300</w:t>
        <w:br/>
        <w:t>vt 0.360200 0.557400</w:t>
        <w:br/>
        <w:t>vt 0.406200 0.554300</w:t>
        <w:br/>
        <w:t>vt 0.414400 0.709700</w:t>
        <w:br/>
        <w:t>vt 0.413300 0.708400</w:t>
        <w:br/>
        <w:t>vt 0.420600 0.703300</w:t>
        <w:br/>
        <w:t>vt 0.421800 0.704900</w:t>
        <w:br/>
        <w:t>vt 0.391500 0.514900</w:t>
        <w:br/>
        <w:t>vt 0.390200 0.515000</w:t>
        <w:br/>
        <w:t>vt 0.390400 0.506400</w:t>
        <w:br/>
        <w:t>vt 0.391900 0.506200</w:t>
        <w:br/>
        <w:t>vt 0.391900 0.506200</w:t>
        <w:br/>
        <w:t>vt 0.399400 0.512900</w:t>
        <w:br/>
        <w:t>vt 0.391500 0.514900</w:t>
        <w:br/>
        <w:t>vt 0.395800 0.532800</w:t>
        <w:br/>
        <w:t>vt 0.402200 0.529800</w:t>
        <w:br/>
        <w:t>vt 0.425900 0.715700</w:t>
        <w:br/>
        <w:t>vt 0.414400 0.709700</w:t>
        <w:br/>
        <w:t>vt 0.421800 0.704900</w:t>
        <w:br/>
        <w:t>vt 0.427600 0.710900</w:t>
        <w:br/>
        <w:t>vt 0.399600 0.518200</w:t>
        <w:br/>
        <w:t>vt 0.391500 0.520200</w:t>
        <w:br/>
        <w:t>vt 0.489800 0.704400</w:t>
        <w:br/>
        <w:t>vt 0.489500 0.702700</w:t>
        <w:br/>
        <w:t>vt 0.488800 0.702300</w:t>
        <w:br/>
        <w:t>vt 0.489400 0.705000</w:t>
        <w:br/>
        <w:t>vt 0.394200 0.532700</w:t>
        <w:br/>
        <w:t>vt 0.392200 0.526800</w:t>
        <w:br/>
        <w:t>vt 0.393300 0.526600</w:t>
        <w:br/>
        <w:t>vt 0.395800 0.532800</w:t>
        <w:br/>
        <w:t>vt 0.400300 0.524200</w:t>
        <w:br/>
        <w:t>vt 0.407800 0.522100</w:t>
        <w:br/>
        <w:t>vt 0.409400 0.527000</w:t>
        <w:br/>
        <w:t>vt 0.407300 0.511900</w:t>
        <w:br/>
        <w:t>vt 0.403000 0.503800</w:t>
        <w:br/>
        <w:t>vt 0.408700 0.504800</w:t>
        <w:br/>
        <w:t>vt 0.431000 0.518500</w:t>
        <w:br/>
        <w:t>vt 0.438800 0.515400</w:t>
        <w:br/>
        <w:t>vt 0.437900 0.512800</w:t>
        <w:br/>
        <w:t>vt 0.430000 0.515300</w:t>
        <w:br/>
        <w:t>vt 0.429000 0.511100</w:t>
        <w:br/>
        <w:t>vt 0.436600 0.508800</w:t>
        <w:br/>
        <w:t>vt 0.420100 0.522900</w:t>
        <w:br/>
        <w:t>vt 0.417900 0.513000</w:t>
        <w:br/>
        <w:t>vt 0.420500 0.506600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0.486300 0.702200</w:t>
        <w:br/>
        <w:t>vt 0.487100 0.706200</w:t>
        <w:br/>
        <w:t>vt 0.488300 0.705700</w:t>
        <w:br/>
        <w:t>vt 0.428000 0.506000</w:t>
        <w:br/>
        <w:t>vt 0.435200 0.504400</w:t>
        <w:br/>
        <w:t>vt 0.478300 0.701700</w:t>
        <w:br/>
        <w:t>vt 0.480100 0.709900</w:t>
        <w:br/>
        <w:t>vt 0.481200 0.708800</w:t>
        <w:br/>
        <w:t>vt 0.479800 0.702200</w:t>
        <w:br/>
        <w:t>vt 0.393300 0.526600</w:t>
        <w:br/>
        <w:t>vt 0.481700 0.702600</w:t>
        <w:br/>
        <w:t>vt 0.482800 0.707700</w:t>
        <w:br/>
        <w:t>vt 0.484800 0.706800</w:t>
        <w:br/>
        <w:t>vt 0.483900 0.702500</w:t>
        <w:br/>
        <w:t>vt 0.478800 0.711000</w:t>
        <w:br/>
        <w:t>vt 0.476700 0.701100</w:t>
        <w:br/>
        <w:t>vt 0.487100 0.706200</w:t>
        <w:br/>
        <w:t>vt 0.486300 0.702200</w:t>
        <w:br/>
        <w:t>vt 0.477400 0.711700</w:t>
        <w:br/>
        <w:t>vt 0.475200 0.701000</w:t>
        <w:br/>
        <w:t>vt 0.472900 0.701100</w:t>
        <w:br/>
        <w:t>vt 0.475300 0.712600</w:t>
        <w:br/>
        <w:t>vt 0.395200 0.684800</w:t>
        <w:br/>
        <w:t>vt 0.394800 0.683100</w:t>
        <w:br/>
        <w:t>vt 0.405100 0.681100</w:t>
        <w:br/>
        <w:t>vt 0.405500 0.682800</w:t>
        <w:br/>
        <w:t>vt 0.384400 0.671300</w:t>
        <w:br/>
        <w:t>vt 0.384700 0.678800</w:t>
        <w:br/>
        <w:t>vt 0.376600 0.675500</w:t>
        <w:br/>
        <w:t>vt 0.353300 0.669200</w:t>
        <w:br/>
        <w:t>vt 0.368800 0.671400</w:t>
        <w:br/>
        <w:t>vt 0.359900 0.676200</w:t>
        <w:br/>
        <w:t>vt 0.369000 0.647100</w:t>
        <w:br/>
        <w:t>vt 0.368800 0.658700</w:t>
        <w:br/>
        <w:t>vt 0.354500 0.657400</w:t>
        <w:br/>
        <w:t>vt 0.355000 0.646400</w:t>
        <w:br/>
        <w:t>vt 0.399300 0.649100</w:t>
        <w:br/>
        <w:t>vt 0.383700 0.648500</w:t>
        <w:br/>
        <w:t>vt 0.338500 0.678200</w:t>
        <w:br/>
        <w:t>vt 0.341700 0.666500</w:t>
        <w:br/>
        <w:t>vt 0.352300 0.682600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0.339900 0.694600</w:t>
        <w:br/>
        <w:t>vt 0.337300 0.700300</w:t>
        <w:br/>
        <w:t>vt 0.332200 0.699100</w:t>
        <w:br/>
        <w:t>vt 0.345200 0.689900</w:t>
        <w:br/>
        <w:t>vt 0.353700 0.686700</w:t>
        <w:br/>
        <w:t>vt 0.361100 0.681100</w:t>
        <w:br/>
        <w:t>vt 0.362600 0.685600</w:t>
        <w:br/>
        <w:t>vt 0.377300 0.679500</w:t>
        <w:br/>
        <w:t>vt 0.377900 0.685000</w:t>
        <w:br/>
        <w:t>vt 0.371300 0.684900</w:t>
        <w:br/>
        <w:t>vt 0.369900 0.680000</w:t>
        <w:br/>
        <w:t>vt 0.394800 0.683100</w:t>
        <w:br/>
        <w:t>vt 0.336200 0.685600</w:t>
        <w:br/>
        <w:t>vt 0.378400 0.687000</w:t>
        <w:br/>
        <w:t>vt 0.377900 0.685000</w:t>
        <w:br/>
        <w:t>vt 0.384600 0.684500</w:t>
        <w:br/>
        <w:t>vt 0.384800 0.686200</w:t>
        <w:br/>
        <w:t>vt 0.371300 0.686300</w:t>
        <w:br/>
        <w:t>vt 0.362700 0.686700</w:t>
        <w:br/>
        <w:t>vt 0.371300 0.684900</w:t>
        <w:br/>
        <w:t>vt 0.346000 0.691100</w:t>
        <w:br/>
        <w:t>vt 0.341100 0.695200</w:t>
        <w:br/>
        <w:t>vt 0.338700 0.700500</w:t>
        <w:br/>
        <w:t>vt 0.353700 0.686700</w:t>
        <w:br/>
        <w:t>vt 0.354000 0.688100</w:t>
        <w:br/>
        <w:t>vt 0.400800 0.708900</w:t>
        <w:br/>
        <w:t>vt 0.394600 0.703700</w:t>
        <w:br/>
        <w:t>vt 0.402300 0.696600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0.371900 0.527300</w:t>
        <w:br/>
        <w:t>vt 0.374700 0.533500</w:t>
        <w:br/>
        <w:t>vt 0.368300 0.534200</w:t>
        <w:br/>
        <w:t>vt 0.367200 0.526700</w:t>
        <w:br/>
        <w:t>vt 0.377200 0.526800</w:t>
        <w:br/>
        <w:t>vt 0.382900 0.524400</w:t>
        <w:br/>
        <w:t>vt 0.385000 0.530400</w:t>
        <w:br/>
        <w:t>vt 0.379200 0.532500</w:t>
        <w:br/>
        <w:t>vt 0.392200 0.526800</w:t>
        <w:br/>
        <w:t>vt 0.390300 0.520400</w:t>
        <w:br/>
        <w:t>vt 0.357100 0.530800</w:t>
        <w:br/>
        <w:t>vt 0.367300 0.526000</w:t>
        <w:br/>
        <w:t>vt 0.367200 0.526700</w:t>
        <w:br/>
        <w:t>vt 0.357300 0.531600</w:t>
        <w:br/>
        <w:t>vt 0.367300 0.526000</w:t>
        <w:br/>
        <w:t>vt 0.371900 0.526500</w:t>
        <w:br/>
        <w:t>vt 0.371900 0.527300</w:t>
        <w:br/>
        <w:t>vt 0.377200 0.526200</w:t>
        <w:br/>
        <w:t>vt 0.382600 0.524100</w:t>
        <w:br/>
        <w:t>vt 0.389700 0.520100</w:t>
        <w:br/>
        <w:t>vt 0.390300 0.520400</w:t>
        <w:br/>
        <w:t>vt 0.341900 0.556700</w:t>
        <w:br/>
        <w:t>vt 0.350400 0.552200</w:t>
        <w:br/>
        <w:t>vt 0.362000 0.546700</w:t>
        <w:br/>
        <w:t>vt 0.371100 0.543200</w:t>
        <w:br/>
        <w:t>vt 0.377600 0.540700</w:t>
        <w:br/>
        <w:t>vt 0.382000 0.538700</w:t>
        <w:br/>
        <w:t>vt 0.387800 0.535800</w:t>
        <w:br/>
        <w:t>vt 0.394200 0.532700</w:t>
        <w:br/>
        <w:t>vt 0.340100 0.549100</w:t>
        <w:br/>
        <w:t>vt 0.349300 0.542500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0.454400 0.673700</w:t>
        <w:br/>
        <w:t>vt 0.453200 0.675100</w:t>
        <w:br/>
        <w:t>vt 0.345800 0.634100</w:t>
        <w:br/>
        <w:t>vt 0.342100 0.601900</w:t>
        <w:br/>
        <w:t>vt 0.819777 0.839500</w:t>
        <w:br/>
        <w:t>vt 0.819777 0.850600</w:t>
        <w:br/>
        <w:t>vt 0.831060 0.850600</w:t>
        <w:br/>
        <w:t>vt 0.831060 0.839500</w:t>
        <w:br/>
        <w:t>vt 0.831060 0.886700</w:t>
        <w:br/>
        <w:t>vt 0.819777 0.886700</w:t>
        <w:br/>
        <w:t>vt 0.819777 0.893100</w:t>
        <w:br/>
        <w:t>vt 0.831060 0.893100</w:t>
        <w:br/>
        <w:t>vt 0.819777 0.830000</w:t>
        <w:br/>
        <w:t>vt 0.831060 0.830000</w:t>
        <w:br/>
        <w:t>vt 0.819777 0.865700</w:t>
        <w:br/>
        <w:t>vt 0.819777 0.868700</w:t>
        <w:br/>
        <w:t>vt 0.831060 0.868700</w:t>
        <w:br/>
        <w:t>vt 0.831060 0.865700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0.819777 0.810300</w:t>
        <w:br/>
        <w:t>vt 0.819777 0.820500</w:t>
        <w:br/>
        <w:t>vt 0.831060 0.820500</w:t>
        <w:br/>
        <w:t>vt 0.831060 0.776900</w:t>
        <w:br/>
        <w:t>vt 0.831060 0.771300</w:t>
        <w:br/>
        <w:t>vt 0.819777 0.771300</w:t>
        <w:br/>
        <w:t>vt 0.819777 0.776900</w:t>
        <w:br/>
        <w:t>vt 0.831060 0.800600</w:t>
        <w:br/>
        <w:t>vt 0.831060 0.790400</w:t>
        <w:br/>
        <w:t>vt 0.819777 0.790400</w:t>
        <w:br/>
        <w:t>vt 0.819777 0.800600</w:t>
        <w:br/>
        <w:t>vt 0.819777 0.783300</w:t>
        <w:br/>
        <w:t>vt 0.831060 0.783300</w:t>
        <w:br/>
        <w:t>vt 0.831060 0.873200</w:t>
        <w:br/>
        <w:t>vt 0.819777 0.873200</w:t>
        <w:br/>
        <w:t>vt 0.816692 0.850600</w:t>
        <w:br/>
        <w:t>vt 0.819777 0.850600</w:t>
        <w:br/>
        <w:t>vt 0.819777 0.839500</w:t>
        <w:br/>
        <w:t>vt 0.816692 0.839500</w:t>
        <w:br/>
        <w:t>vt 0.833440 0.839500</w:t>
        <w:br/>
        <w:t>vt 0.831060 0.839500</w:t>
        <w:br/>
        <w:t>vt 0.831060 0.850600</w:t>
        <w:br/>
        <w:t>vt 0.833440 0.850600</w:t>
        <w:br/>
        <w:t>vt 0.819777 0.893100</w:t>
        <w:br/>
        <w:t>vt 0.819777 0.886700</w:t>
        <w:br/>
        <w:t>vt 0.816692 0.886900</w:t>
        <w:br/>
        <w:t>vt 0.816692 0.893100</w:t>
        <w:br/>
        <w:t>vt 0.831060 0.893100</w:t>
        <w:br/>
        <w:t>vt 0.833440 0.893100</w:t>
        <w:br/>
        <w:t>vt 0.833440 0.886800</w:t>
        <w:br/>
        <w:t>vt 0.831060 0.886700</w:t>
        <w:br/>
        <w:t>vt 0.833440 0.830000</w:t>
        <w:br/>
        <w:t>vt 0.831060 0.830000</w:t>
        <w:br/>
        <w:t>vt 0.819777 0.830000</w:t>
        <w:br/>
        <w:t>vt 0.816692 0.830000</w:t>
        <w:br/>
        <w:t>vt 0.833440 0.872400</w:t>
        <w:br/>
        <w:t>vt 0.831060 0.865700</w:t>
        <w:br/>
        <w:t>vt 0.831060 0.868700</w:t>
        <w:br/>
        <w:t>vt 0.819777 0.865700</w:t>
        <w:br/>
        <w:t>vt 0.816692 0.869000</w:t>
        <w:br/>
        <w:t>vt 0.819777 0.868700</w:t>
        <w:br/>
        <w:t>vt 0.833440 0.879600</w:t>
        <w:br/>
        <w:t>vt 0.831060 0.881300</w:t>
        <w:br/>
        <w:t>vt 0.819777 0.881300</w:t>
        <w:br/>
        <w:t>vt 0.816692 0.880500</w:t>
        <w:br/>
        <w:t>vt 0.816692 0.861100</w:t>
        <w:br/>
        <w:t>vt 0.831060 0.861100</w:t>
        <w:br/>
        <w:t>vt 0.833440 0.861100</w:t>
        <w:br/>
        <w:t>vt 0.819777 0.875900</w:t>
        <w:br/>
        <w:t>vt 0.816692 0.874300</w:t>
        <w:br/>
        <w:t>vt 0.831060 0.875900</w:t>
        <w:br/>
        <w:t>vt 0.831060 0.810300</w:t>
        <w:br/>
        <w:t>vt 0.831060 0.820500</w:t>
        <w:br/>
        <w:t>vt 0.833440 0.820500</w:t>
        <w:br/>
        <w:t>vt 0.833440 0.810300</w:t>
        <w:br/>
        <w:t>vt 0.819777 0.810300</w:t>
        <w:br/>
        <w:t>vt 0.816692 0.810300</w:t>
        <w:br/>
        <w:t>vt 0.816692 0.820500</w:t>
        <w:br/>
        <w:t>vt 0.819777 0.820500</w:t>
        <w:br/>
        <w:t>vt 0.831060 0.771300</w:t>
        <w:br/>
        <w:t>vt 0.831060 0.776900</w:t>
        <w:br/>
        <w:t>vt 0.833440 0.776900</w:t>
        <w:br/>
        <w:t>vt 0.833440 0.771300</w:t>
        <w:br/>
        <w:t>vt 0.816692 0.776900</w:t>
        <w:br/>
        <w:t>vt 0.819777 0.776900</w:t>
        <w:br/>
        <w:t>vt 0.819777 0.771300</w:t>
        <w:br/>
        <w:t>vt 0.816692 0.771300</w:t>
        <w:br/>
        <w:t>vt 0.819777 0.800600</w:t>
        <w:br/>
        <w:t>vt 0.819777 0.790400</w:t>
        <w:br/>
        <w:t>vt 0.816692 0.790400</w:t>
        <w:br/>
        <w:t>vt 0.816692 0.800600</w:t>
        <w:br/>
        <w:t>vt 0.831060 0.790400</w:t>
        <w:br/>
        <w:t>vt 0.831060 0.800600</w:t>
        <w:br/>
        <w:t>vt 0.833440 0.800600</w:t>
        <w:br/>
        <w:t>vt 0.833440 0.790400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0.839500</w:t>
        <w:br/>
        <w:t>vt 0.814048 0.850600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0.809600 0.771300</w:t>
        <w:br/>
        <w:t>vt 0.798200 0.771300</w:t>
        <w:br/>
        <w:t>vt 0.798200 0.776900</w:t>
        <w:br/>
        <w:t>vt 0.798200 0.790400</w:t>
        <w:br/>
        <w:t>vt 0.809600 0.790400</w:t>
        <w:br/>
        <w:t>vt 0.809600 0.783300</w:t>
        <w:br/>
        <w:t>vt 0.798200 0.783300</w:t>
        <w:br/>
        <w:t>vt 0.798200 0.800600</w:t>
        <w:br/>
        <w:t>vt 0.809600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0.798200 0.861100</w:t>
        <w:br/>
        <w:t>vt 0.809600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0.790400</w:t>
        <w:br/>
        <w:t>vt 0.789500 0.800600</w:t>
        <w:br/>
        <w:t>vt 0.789500 0.810300</w:t>
        <w:br/>
        <w:t>vt 0.789500 0.820500</w:t>
        <w:br/>
        <w:t>vt 0.789500 0.830000</w:t>
        <w:br/>
        <w:t>vt 0.789500 0.839500</w:t>
        <w:br/>
        <w:t>vt 0.809600 0.887100</w:t>
        <w:br/>
        <w:t>vt 0.798200 0.887100</w:t>
        <w:br/>
        <w:t>vt 0.798200 0.893100</w:t>
        <w:br/>
        <w:t>vt 0.809600 0.893100</w:t>
        <w:br/>
        <w:t>vt 0.789500 0.783300</w:t>
        <w:br/>
        <w:t>vt 0.789500 0.887100</w:t>
        <w:br/>
        <w:t>vt 0.789500 0.893100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0.787900 0.783300</w:t>
        <w:br/>
        <w:t>vt 0.789500 0.783300</w:t>
        <w:br/>
        <w:t>vt 0.789500 0.776900</w:t>
        <w:br/>
        <w:t>vt 0.787900 0.790400</w:t>
        <w:br/>
        <w:t>vt 0.789500 0.790400</w:t>
        <w:br/>
        <w:t>vt 0.787900 0.800600</w:t>
        <w:br/>
        <w:t>vt 0.789500 0.800600</w:t>
        <w:br/>
        <w:t>vt 0.787900 0.810300</w:t>
        <w:br/>
        <w:t>vt 0.789500 0.810300</w:t>
        <w:br/>
        <w:t>vt 0.787900 0.820500</w:t>
        <w:br/>
        <w:t>vt 0.789500 0.820500</w:t>
        <w:br/>
        <w:t>vt 0.787900 0.830000</w:t>
        <w:br/>
        <w:t>vt 0.789500 0.830000</w:t>
        <w:br/>
        <w:t>vt 0.789500 0.839500</w:t>
        <w:br/>
        <w:t>vt 0.787900 0.839500</w:t>
        <w:br/>
        <w:t>vt 0.789500 0.850600</w:t>
        <w:br/>
        <w:t>vt 0.787900 0.850600</w:t>
        <w:br/>
        <w:t>vt 0.787900 0.861100</w:t>
        <w:br/>
        <w:t>vt 0.789500 0.861100</w:t>
        <w:br/>
        <w:t>vt 0.789500 0.872800</w:t>
        <w:br/>
        <w:t>vt 0.787900 0.872800</w:t>
        <w:br/>
        <w:t>vt 0.787900 0.880100</w:t>
        <w:br/>
        <w:t>vt 0.789500 0.880100</w:t>
        <w:br/>
        <w:t>vt 0.789500 0.893100</w:t>
        <w:br/>
        <w:t>vt 0.789500 0.887100</w:t>
        <w:br/>
        <w:t>vt 0.787900 0.887100</w:t>
        <w:br/>
        <w:t>vt 0.787900 0.893100</w:t>
        <w:br/>
        <w:t>vt 0.789500 0.771300</w:t>
        <w:br/>
        <w:t>vt 0.787900 0.771300</w:t>
        <w:br/>
        <w:t>vt 0.780342 0.776900</w:t>
        <w:br/>
        <w:t>vt 0.780342 0.783300</w:t>
        <w:br/>
        <w:t>vt 0.786242 0.783300</w:t>
        <w:br/>
        <w:t>vt 0.786242 0.776900</w:t>
        <w:br/>
        <w:t>vt 0.780342 0.790400</w:t>
        <w:br/>
        <w:t>vt 0.786242 0.790400</w:t>
        <w:br/>
        <w:t>vt 0.780342 0.800600</w:t>
        <w:br/>
        <w:t>vt 0.786242 0.800600</w:t>
        <w:br/>
        <w:t>vt 0.780342 0.810300</w:t>
        <w:br/>
        <w:t>vt 0.786242 0.810300</w:t>
        <w:br/>
        <w:t>vt 0.780342 0.820500</w:t>
        <w:br/>
        <w:t>vt 0.786242 0.820500</w:t>
        <w:br/>
        <w:t>vt 0.780342 0.830000</w:t>
        <w:br/>
        <w:t>vt 0.786242 0.830000</w:t>
        <w:br/>
        <w:t>vt 0.780342 0.839500</w:t>
        <w:br/>
        <w:t>vt 0.786242 0.839500</w:t>
        <w:br/>
        <w:t>vt 0.786242 0.850600</w:t>
        <w:br/>
        <w:t>vt 0.780342 0.850600</w:t>
        <w:br/>
        <w:t>vt 0.780342 0.861100</w:t>
        <w:br/>
        <w:t>vt 0.786242 0.861100</w:t>
        <w:br/>
        <w:t>vt 0.780342 0.872800</w:t>
        <w:br/>
        <w:t>vt 0.786242 0.872800</w:t>
        <w:br/>
        <w:t>vt 0.780342 0.880100</w:t>
        <w:br/>
        <w:t>vt 0.786242 0.880100</w:t>
        <w:br/>
        <w:t>vt 0.780342 0.893100</w:t>
        <w:br/>
        <w:t>vt 0.786242 0.893100</w:t>
        <w:br/>
        <w:t>vt 0.786242 0.887100</w:t>
        <w:br/>
        <w:t>vt 0.780342 0.887100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0.792800 0.936100</w:t>
        <w:br/>
        <w:t>vt 0.787100 0.936000</w:t>
        <w:br/>
        <w:t>vt 0.794000 0.924300</w:t>
        <w:br/>
        <w:t>vt 0.762500 0.912000</w:t>
        <w:br/>
        <w:t>vt 0.757000 0.911800</w:t>
        <w:br/>
        <w:t>vt 0.758400 0.907100</w:t>
        <w:br/>
        <w:t>vt 0.762300 0.905400</w:t>
        <w:br/>
        <w:t>vt 0.762500 0.936000</w:t>
        <w:br/>
        <w:t>vt 0.756000 0.924400</w:t>
        <w:br/>
        <w:t>vt 0.791600 0.939900</w:t>
        <w:br/>
        <w:t>vt 0.787200 0.941700</w:t>
        <w:br/>
        <w:t>vt 0.774800 0.942600</w:t>
        <w:br/>
        <w:t>vt 0.762300 0.941700</w:t>
        <w:br/>
        <w:t>vt 0.758500 0.939800</w:t>
        <w:br/>
        <w:t>vt 0.757200 0.936200</w:t>
        <w:br/>
        <w:t>vt 0.787100 0.912000</w:t>
        <w:br/>
        <w:t>vt 0.787200 0.905300</w:t>
        <w:br/>
        <w:t>vt 0.791300 0.907300</w:t>
        <w:br/>
        <w:t>vt 0.792900 0.911800</w:t>
        <w:br/>
        <w:t>vt 0.774800 0.904400</w:t>
        <w:br/>
        <w:t>vt 0.567300 0.827600</w:t>
        <w:br/>
        <w:t>vt 0.561000 0.827600</w:t>
        <w:br/>
        <w:t>vt 0.567200 0.824300</w:t>
        <w:br/>
        <w:t>vt 0.554300 0.810800</w:t>
        <w:br/>
        <w:t>vt 0.550500 0.810900</w:t>
        <w:br/>
        <w:t>vt 0.551500 0.808600</w:t>
        <w:br/>
        <w:t>vt 0.554300 0.807800</w:t>
        <w:br/>
        <w:t>vt 0.554300 0.824300</w:t>
        <w:br/>
        <w:t>vt 0.554400 0.827600</w:t>
        <w:br/>
        <w:t>vt 0.567200 0.810800</w:t>
        <w:br/>
        <w:t>vt 0.560900 0.807800</w:t>
        <w:br/>
        <w:t>vt 0.567200 0.807800</w:t>
        <w:br/>
        <w:t>vt 0.569500 0.826800</w:t>
        <w:br/>
        <w:t>vt 0.570500 0.824300</w:t>
        <w:br/>
        <w:t>vt 0.570500 0.817500</w:t>
        <w:br/>
        <w:t>vt 0.569400 0.808500</w:t>
        <w:br/>
        <w:t>vt 0.570500 0.810800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0.758400 0.907100</w:t>
        <w:br/>
        <w:t>vt 0.757000 0.905800</w:t>
        <w:br/>
        <w:t>vt 0.761600 0.903300</w:t>
        <w:br/>
        <w:t>vt 0.762300 0.905400</w:t>
        <w:br/>
        <w:t>vt 0.757000 0.911800</w:t>
        <w:br/>
        <w:t>vt 0.754900 0.911300</w:t>
        <w:br/>
        <w:t>vt 0.795100 0.911200</w:t>
        <w:br/>
        <w:t>vt 0.784600 0.933400</w:t>
        <w:br/>
        <w:t>vt 0.784600 0.914600</w:t>
        <w:br/>
        <w:t>vt 0.787100 0.912000</w:t>
        <w:br/>
        <w:t>vt 0.787100 0.936000</w:t>
        <w:br/>
        <w:t>vt 0.755100 0.936800</w:t>
        <w:br/>
        <w:t>vt 0.753800 0.924400</w:t>
        <w:br/>
        <w:t>vt 0.756000 0.924400</w:t>
        <w:br/>
        <w:t>vt 0.762500 0.912000</w:t>
        <w:br/>
        <w:t>vt 0.764900 0.914600</w:t>
        <w:br/>
        <w:t>vt 0.764900 0.933400</w:t>
        <w:br/>
        <w:t>vt 0.762500 0.936000</w:t>
        <w:br/>
        <w:t>vt 0.792900 0.941200</w:t>
        <w:br/>
        <w:t>vt 0.787900 0.943800</w:t>
        <w:br/>
        <w:t>vt 0.774800 0.944900</w:t>
        <w:br/>
        <w:t>vt 0.764900 0.933400</w:t>
        <w:br/>
        <w:t>vt 0.784600 0.933400</w:t>
        <w:br/>
        <w:t>vt 0.787100 0.936000</w:t>
        <w:br/>
        <w:t>vt 0.762500 0.936000</w:t>
        <w:br/>
        <w:t>vt 0.761700 0.943700</w:t>
        <w:br/>
        <w:t>vt 0.757100 0.941100</w:t>
        <w:br/>
        <w:t>vt 0.762300 0.941700</w:t>
        <w:br/>
        <w:t>vt 0.787900 0.903200</w:t>
        <w:br/>
        <w:t>vt 0.792800 0.906000</w:t>
        <w:br/>
        <w:t>vt 0.791300 0.907300</w:t>
        <w:br/>
        <w:t>vt 0.787200 0.905300</w:t>
        <w:br/>
        <w:t>vt 0.774700 0.902100</w:t>
        <w:br/>
        <w:t>vt 0.774800 0.904400</w:t>
        <w:br/>
        <w:t>vt 0.762500 0.912000</w:t>
        <w:br/>
        <w:t>vt 0.787100 0.912000</w:t>
        <w:br/>
        <w:t>vt 0.784600 0.914600</w:t>
        <w:br/>
        <w:t>vt 0.764900 0.914600</w:t>
        <w:br/>
        <w:t>vt 0.796200 0.924300</w:t>
        <w:br/>
        <w:t>vt 0.798400 0.924400</w:t>
        <w:br/>
        <w:t>vt 0.796900 0.937400</w:t>
        <w:br/>
        <w:t>vt 0.794900 0.936800</w:t>
        <w:br/>
        <w:t>vt 0.761600 0.903300</w:t>
        <w:br/>
        <w:t>vt 0.757000 0.905800</w:t>
        <w:br/>
        <w:t>vt 0.755600 0.904500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0.753100 0.937400</w:t>
        <w:br/>
        <w:t>vt 0.751600 0.924400</w:t>
        <w:br/>
        <w:t>vt 0.753800 0.924400</w:t>
        <w:br/>
        <w:t>vt 0.755100 0.936800</w:t>
        <w:br/>
        <w:t>vt 0.787900 0.943800</w:t>
        <w:br/>
        <w:t>vt 0.792900 0.941200</w:t>
        <w:br/>
        <w:t>vt 0.794300 0.942600</w:t>
        <w:br/>
        <w:t>vt 0.788500 0.945700</w:t>
        <w:br/>
        <w:t>vt 0.774800 0.947100</w:t>
        <w:br/>
        <w:t>vt 0.774800 0.944900</w:t>
        <w:br/>
        <w:t>vt 0.755700 0.942500</w:t>
        <w:br/>
        <w:t>vt 0.757100 0.941100</w:t>
        <w:br/>
        <w:t>vt 0.761700 0.943700</w:t>
        <w:br/>
        <w:t>vt 0.761000 0.945700</w:t>
        <w:br/>
        <w:t>vt 0.752800 0.910700</w:t>
        <w:br/>
        <w:t>vt 0.794200 0.904600</w:t>
        <w:br/>
        <w:t>vt 0.792800 0.906000</w:t>
        <w:br/>
        <w:t>vt 0.787900 0.903200</w:t>
        <w:br/>
        <w:t>vt 0.788500 0.901200</w:t>
        <w:br/>
        <w:t>vt 0.774700 0.902100</w:t>
        <w:br/>
        <w:t>vt 0.761000 0.901400</w:t>
        <w:br/>
        <w:t>vt 0.774700 0.899900</w:t>
        <w:br/>
        <w:t>vt 0.788500 0.901200</w:t>
        <w:br/>
        <w:t>vt 0.736100 0.887100</w:t>
        <w:br/>
        <w:t>vt 0.736500 0.893900</w:t>
        <w:br/>
        <w:t>vt 0.720500 0.893900</w:t>
        <w:br/>
        <w:t>vt 0.720300 0.887400</w:t>
        <w:br/>
        <w:t>vt 0.712000 0.874000</w:t>
        <w:br/>
        <w:t>vt 0.720400 0.873800</w:t>
        <w:br/>
        <w:t>vt 0.712000 0.887400</w:t>
        <w:br/>
        <w:t>vt 0.736500 0.893900</w:t>
        <w:br/>
        <w:t>vt 0.737000 0.896200</w:t>
        <w:br/>
        <w:t>vt 0.720100 0.896200</w:t>
        <w:br/>
        <w:t>vt 0.720500 0.893900</w:t>
        <w:br/>
        <w:t>vt 0.719600 0.864700</w:t>
        <w:br/>
        <w:t>vt 0.736500 0.864700</w:t>
        <w:br/>
        <w:t>vt 0.736100 0.867000</w:t>
        <w:br/>
        <w:t>vt 0.720000 0.867000</w:t>
        <w:br/>
        <w:t>vt 0.712000 0.874000</w:t>
        <w:br/>
        <w:t>vt 0.712000 0.887400</w:t>
        <w:br/>
        <w:t>vt 0.709700 0.888000</w:t>
        <w:br/>
        <w:t>vt 0.709700 0.873500</w:t>
        <w:br/>
        <w:t>vt 0.746800 0.873000</w:t>
        <w:br/>
        <w:t>vt 0.746800 0.887400</w:t>
        <w:br/>
        <w:t>vt 0.744500 0.886900</w:t>
        <w:br/>
        <w:t>vt 0.744500 0.873600</w:t>
        <w:br/>
        <w:t>vt 0.736100 0.867000</w:t>
        <w:br/>
        <w:t>vt 0.741800 0.869300</w:t>
        <w:br/>
        <w:t>vt 0.736100 0.873800</w:t>
        <w:br/>
        <w:t>vt 0.714700 0.891700</w:t>
        <w:br/>
        <w:t>vt 0.317800 0.093800</w:t>
        <w:br/>
        <w:t>vt 0.321200 0.091200</w:t>
        <w:br/>
        <w:t>vt 0.322700 0.093700</w:t>
        <w:br/>
        <w:t>vt 0.308600 0.093800</w:t>
        <w:br/>
        <w:t>vt 0.305100 0.091200</w:t>
        <w:br/>
        <w:t>vt 0.308600 0.090000</w:t>
        <w:br/>
        <w:t>vt 0.317800 0.101200</w:t>
        <w:br/>
        <w:t>vt 0.321200 0.103800</w:t>
        <w:br/>
        <w:t>vt 0.317800 0.105000</w:t>
        <w:br/>
        <w:t>vt 0.743700 0.892900</w:t>
        <w:br/>
        <w:t>vt 0.742200 0.891300</w:t>
        <w:br/>
        <w:t>vt 0.721900 0.885400</w:t>
        <w:br/>
        <w:t>vt 0.734600 0.885400</w:t>
        <w:br/>
        <w:t>vt 0.736100 0.887100</w:t>
        <w:br/>
        <w:t>vt 0.720300 0.887400</w:t>
        <w:br/>
        <w:t>vt 0.720400 0.873800</w:t>
        <w:br/>
        <w:t>vt 0.736100 0.873800</w:t>
        <w:br/>
        <w:t>vt 0.734600 0.875500</w:t>
        <w:br/>
        <w:t>vt 0.721900 0.875500</w:t>
        <w:br/>
        <w:t>vt 0.714200 0.869500</w:t>
        <w:br/>
        <w:t>vt 0.712800 0.867900</w:t>
        <w:br/>
        <w:t>vt 0.721900 0.875500</w:t>
        <w:br/>
        <w:t>vt 0.721900 0.885400</w:t>
        <w:br/>
        <w:t>vt 0.720300 0.887400</w:t>
        <w:br/>
        <w:t>vt 0.720400 0.873800</w:t>
        <w:br/>
        <w:t>vt 0.741800 0.869300</w:t>
        <w:br/>
        <w:t>vt 0.743300 0.867600</w:t>
        <w:br/>
        <w:t>vt 0.736100 0.873800</w:t>
        <w:br/>
        <w:t>vt 0.736100 0.887100</w:t>
        <w:br/>
        <w:t>vt 0.734600 0.885400</w:t>
        <w:br/>
        <w:t>vt 0.734600 0.875500</w:t>
        <w:br/>
        <w:t>vt 0.714700 0.891700</w:t>
        <w:br/>
        <w:t>vt 0.713300 0.893400</w:t>
        <w:br/>
        <w:t>vt 0.714200 0.869500</w:t>
        <w:br/>
        <w:t>vt 0.720000 0.867000</w:t>
        <w:br/>
        <w:t>vt 0.744500 0.873600</w:t>
        <w:br/>
        <w:t>vt 0.308600 0.105000</w:t>
        <w:br/>
        <w:t>vt 0.305200 0.103900</w:t>
        <w:br/>
        <w:t>vt 0.308600 0.101200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0.792800 0.936100</w:t>
        <w:br/>
        <w:t>vt 0.794000 0.924300</w:t>
        <w:br/>
        <w:t>vt 0.787100 0.936000</w:t>
        <w:br/>
        <w:t>vt 0.762500 0.912000</w:t>
        <w:br/>
        <w:t>vt 0.762300 0.905400</w:t>
        <w:br/>
        <w:t>vt 0.758400 0.907100</w:t>
        <w:br/>
        <w:t>vt 0.757000 0.911800</w:t>
        <w:br/>
        <w:t>vt 0.762500 0.936000</w:t>
        <w:br/>
        <w:t>vt 0.756000 0.924400</w:t>
        <w:br/>
        <w:t>vt 0.791600 0.939900</w:t>
        <w:br/>
        <w:t>vt 0.787200 0.941700</w:t>
        <w:br/>
        <w:t>vt 0.762300 0.941700</w:t>
        <w:br/>
        <w:t>vt 0.774800 0.942600</w:t>
        <w:br/>
        <w:t>vt 0.758500 0.939800</w:t>
        <w:br/>
        <w:t>vt 0.757200 0.936200</w:t>
        <w:br/>
        <w:t>vt 0.787100 0.912000</w:t>
        <w:br/>
        <w:t>vt 0.792900 0.911800</w:t>
        <w:br/>
        <w:t>vt 0.791300 0.907300</w:t>
        <w:br/>
        <w:t>vt 0.787200 0.905300</w:t>
        <w:br/>
        <w:t>vt 0.774800 0.904400</w:t>
        <w:br/>
        <w:t>vt 0.567300 0.827600</w:t>
        <w:br/>
        <w:t>vt 0.567200 0.824300</w:t>
        <w:br/>
        <w:t>vt 0.561000 0.827600</w:t>
        <w:br/>
        <w:t>vt 0.554300 0.810800</w:t>
        <w:br/>
        <w:t>vt 0.554300 0.807800</w:t>
        <w:br/>
        <w:t>vt 0.551500 0.808600</w:t>
        <w:br/>
        <w:t>vt 0.550500 0.810900</w:t>
        <w:br/>
        <w:t>vt 0.554300 0.824300</w:t>
        <w:br/>
        <w:t>vt 0.554400 0.827600</w:t>
        <w:br/>
        <w:t>vt 0.567200 0.810800</w:t>
        <w:br/>
        <w:t>vt 0.567200 0.807800</w:t>
        <w:br/>
        <w:t>vt 0.560900 0.807800</w:t>
        <w:br/>
        <w:t>vt 0.569500 0.826800</w:t>
        <w:br/>
        <w:t>vt 0.570500 0.824300</w:t>
        <w:br/>
        <w:t>vt 0.570500 0.817500</w:t>
        <w:br/>
        <w:t>vt 0.570500 0.810800</w:t>
        <w:br/>
        <w:t>vt 0.569400 0.808500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0.761600 0.903300</w:t>
        <w:br/>
        <w:t>vt 0.757000 0.905800</w:t>
        <w:br/>
        <w:t>vt 0.758400 0.907100</w:t>
        <w:br/>
        <w:t>vt 0.762300 0.905400</w:t>
        <w:br/>
        <w:t>vt 0.754900 0.911300</w:t>
        <w:br/>
        <w:t>vt 0.757000 0.911800</w:t>
        <w:br/>
        <w:t>vt 0.795100 0.911200</w:t>
        <w:br/>
        <w:t>vt 0.784600 0.933400</w:t>
        <w:br/>
        <w:t>vt 0.787100 0.936000</w:t>
        <w:br/>
        <w:t>vt 0.787100 0.912000</w:t>
        <w:br/>
        <w:t>vt 0.784600 0.914600</w:t>
        <w:br/>
        <w:t>vt 0.753800 0.924400</w:t>
        <w:br/>
        <w:t>vt 0.755100 0.936800</w:t>
        <w:br/>
        <w:t>vt 0.756000 0.924400</w:t>
        <w:br/>
        <w:t>vt 0.764900 0.933400</w:t>
        <w:br/>
        <w:t>vt 0.764900 0.914600</w:t>
        <w:br/>
        <w:t>vt 0.762500 0.912000</w:t>
        <w:br/>
        <w:t>vt 0.762500 0.936000</w:t>
        <w:br/>
        <w:t>vt 0.787900 0.943800</w:t>
        <w:br/>
        <w:t>vt 0.792900 0.941200</w:t>
        <w:br/>
        <w:t>vt 0.774800 0.944900</w:t>
        <w:br/>
        <w:t>vt 0.787100 0.936000</w:t>
        <w:br/>
        <w:t>vt 0.784600 0.933400</w:t>
        <w:br/>
        <w:t>vt 0.764900 0.933400</w:t>
        <w:br/>
        <w:t>vt 0.762500 0.936000</w:t>
        <w:br/>
        <w:t>vt 0.757100 0.941100</w:t>
        <w:br/>
        <w:t>vt 0.761700 0.943700</w:t>
        <w:br/>
        <w:t>vt 0.762300 0.941700</w:t>
        <w:br/>
        <w:t>vt 0.787900 0.903200</w:t>
        <w:br/>
        <w:t>vt 0.787200 0.905300</w:t>
        <w:br/>
        <w:t>vt 0.791300 0.907300</w:t>
        <w:br/>
        <w:t>vt 0.792800 0.906000</w:t>
        <w:br/>
        <w:t>vt 0.774800 0.904400</w:t>
        <w:br/>
        <w:t>vt 0.774700 0.902100</w:t>
        <w:br/>
        <w:t>vt 0.784600 0.914600</w:t>
        <w:br/>
        <w:t>vt 0.787100 0.912000</w:t>
        <w:br/>
        <w:t>vt 0.762500 0.912000</w:t>
        <w:br/>
        <w:t>vt 0.764900 0.914600</w:t>
        <w:br/>
        <w:t>vt 0.796200 0.924300</w:t>
        <w:br/>
        <w:t>vt 0.794900 0.936800</w:t>
        <w:br/>
        <w:t>vt 0.796900 0.937400</w:t>
        <w:br/>
        <w:t>vt 0.798400 0.924400</w:t>
        <w:br/>
        <w:t>vt 0.755600 0.904500</w:t>
        <w:br/>
        <w:t>vt 0.757000 0.905800</w:t>
        <w:br/>
        <w:t>vt 0.761600 0.903300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0.753800 0.924400</w:t>
        <w:br/>
        <w:t>vt 0.751600 0.924400</w:t>
        <w:br/>
        <w:t>vt 0.753100 0.937400</w:t>
        <w:br/>
        <w:t>vt 0.755100 0.936800</w:t>
        <w:br/>
        <w:t>vt 0.794300 0.942600</w:t>
        <w:br/>
        <w:t>vt 0.792900 0.941200</w:t>
        <w:br/>
        <w:t>vt 0.787900 0.943800</w:t>
        <w:br/>
        <w:t>vt 0.788500 0.945700</w:t>
        <w:br/>
        <w:t>vt 0.774800 0.944900</w:t>
        <w:br/>
        <w:t>vt 0.774800 0.947100</w:t>
        <w:br/>
        <w:t>vt 0.755700 0.942500</w:t>
        <w:br/>
        <w:t>vt 0.761000 0.945700</w:t>
        <w:br/>
        <w:t>vt 0.761700 0.943700</w:t>
        <w:br/>
        <w:t>vt 0.757100 0.941100</w:t>
        <w:br/>
        <w:t>vt 0.752800 0.910700</w:t>
        <w:br/>
        <w:t>vt 0.794200 0.904600</w:t>
        <w:br/>
        <w:t>vt 0.788500 0.901200</w:t>
        <w:br/>
        <w:t>vt 0.787900 0.903200</w:t>
        <w:br/>
        <w:t>vt 0.792800 0.906000</w:t>
        <w:br/>
        <w:t>vt 0.774700 0.902100</w:t>
        <w:br/>
        <w:t>vt 0.774700 0.899900</w:t>
        <w:br/>
        <w:t>vt 0.761000 0.901400</w:t>
        <w:br/>
        <w:t>vt 0.788500 0.901200</w:t>
        <w:br/>
        <w:t>vt 0.720500 0.893900</w:t>
        <w:br/>
        <w:t>vt 0.736500 0.893900</w:t>
        <w:br/>
        <w:t>vt 0.736100 0.887100</w:t>
        <w:br/>
        <w:t>vt 0.720300 0.887400</w:t>
        <w:br/>
        <w:t>vt 0.712000 0.874000</w:t>
        <w:br/>
        <w:t>vt 0.712000 0.887400</w:t>
        <w:br/>
        <w:t>vt 0.720400 0.873800</w:t>
        <w:br/>
        <w:t>vt 0.736500 0.893900</w:t>
        <w:br/>
        <w:t>vt 0.720500 0.893900</w:t>
        <w:br/>
        <w:t>vt 0.720100 0.896200</w:t>
        <w:br/>
        <w:t>vt 0.737000 0.896200</w:t>
        <w:br/>
        <w:t>vt 0.719600 0.864700</w:t>
        <w:br/>
        <w:t>vt 0.720000 0.867000</w:t>
        <w:br/>
        <w:t>vt 0.736100 0.867000</w:t>
        <w:br/>
        <w:t>vt 0.736500 0.864700</w:t>
        <w:br/>
        <w:t>vt 0.709700 0.888000</w:t>
        <w:br/>
        <w:t>vt 0.712000 0.887400</w:t>
        <w:br/>
        <w:t>vt 0.712000 0.874000</w:t>
        <w:br/>
        <w:t>vt 0.709700 0.873500</w:t>
        <w:br/>
        <w:t>vt 0.746800 0.873000</w:t>
        <w:br/>
        <w:t>vt 0.744500 0.873600</w:t>
        <w:br/>
        <w:t>vt 0.744500 0.886900</w:t>
        <w:br/>
        <w:t>vt 0.746800 0.887400</w:t>
        <w:br/>
        <w:t>vt 0.736100 0.867000</w:t>
        <w:br/>
        <w:t>vt 0.736100 0.873800</w:t>
        <w:br/>
        <w:t>vt 0.741800 0.869300</w:t>
        <w:br/>
        <w:t>vt 0.714700 0.891700</w:t>
        <w:br/>
        <w:t>vt 0.317800 0.093800</w:t>
        <w:br/>
        <w:t>vt 0.322700 0.093700</w:t>
        <w:br/>
        <w:t>vt 0.321200 0.091200</w:t>
        <w:br/>
        <w:t>vt 0.308600 0.093800</w:t>
        <w:br/>
        <w:t>vt 0.308600 0.090000</w:t>
        <w:br/>
        <w:t>vt 0.305100 0.091200</w:t>
        <w:br/>
        <w:t>vt 0.317800 0.101200</w:t>
        <w:br/>
        <w:t>vt 0.317800 0.105000</w:t>
        <w:br/>
        <w:t>vt 0.321200 0.103800</w:t>
        <w:br/>
        <w:t>vt 0.742200 0.891300</w:t>
        <w:br/>
        <w:t>vt 0.743700 0.892900</w:t>
        <w:br/>
        <w:t>vt 0.736100 0.887100</w:t>
        <w:br/>
        <w:t>vt 0.734600 0.885400</w:t>
        <w:br/>
        <w:t>vt 0.721900 0.885400</w:t>
        <w:br/>
        <w:t>vt 0.720300 0.887400</w:t>
        <w:br/>
        <w:t>vt 0.734600 0.875500</w:t>
        <w:br/>
        <w:t>vt 0.736100 0.873800</w:t>
        <w:br/>
        <w:t>vt 0.720400 0.873800</w:t>
        <w:br/>
        <w:t>vt 0.721900 0.875500</w:t>
        <w:br/>
        <w:t>vt 0.712800 0.867900</w:t>
        <w:br/>
        <w:t>vt 0.714200 0.869500</w:t>
        <w:br/>
        <w:t>vt 0.720300 0.887400</w:t>
        <w:br/>
        <w:t>vt 0.721900 0.885400</w:t>
        <w:br/>
        <w:t>vt 0.721900 0.875500</w:t>
        <w:br/>
        <w:t>vt 0.720400 0.873800</w:t>
        <w:br/>
        <w:t>vt 0.743300 0.867600</w:t>
        <w:br/>
        <w:t>vt 0.741800 0.869300</w:t>
        <w:br/>
        <w:t>vt 0.734600 0.885400</w:t>
        <w:br/>
        <w:t>vt 0.736100 0.887100</w:t>
        <w:br/>
        <w:t>vt 0.736100 0.873800</w:t>
        <w:br/>
        <w:t>vt 0.734600 0.875500</w:t>
        <w:br/>
        <w:t>vt 0.714700 0.891700</w:t>
        <w:br/>
        <w:t>vt 0.713300 0.893400</w:t>
        <w:br/>
        <w:t>vt 0.720000 0.867000</w:t>
        <w:br/>
        <w:t>vt 0.714200 0.869500</w:t>
        <w:br/>
        <w:t>vt 0.744500 0.873600</w:t>
        <w:br/>
        <w:t>vt 0.308600 0.105000</w:t>
        <w:br/>
        <w:t>vt 0.308600 0.101200</w:t>
        <w:br/>
        <w:t>vt 0.305200 0.103900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0.100500 0.963400</w:t>
        <w:br/>
        <w:t>vt 0.099600 0.975600</w:t>
        <w:br/>
        <w:t>vt 0.111200 0.972400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0.089400 0.978400</w:t>
        <w:br/>
        <w:t>vt 0.080900 0.982800</w:t>
        <w:br/>
        <w:t>vt 0.081900 0.984900</w:t>
        <w:br/>
        <w:t>vt 0.092500 0.982000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0.207200 0.944700</w:t>
        <w:br/>
        <w:t>vt 0.205200 0.935800</w:t>
        <w:br/>
        <w:t>vt 0.194800 0.935500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0.255900 0.943000</w:t>
        <w:br/>
        <w:t>vt 0.253700 0.950400</w:t>
        <w:br/>
        <w:t>vt 0.262500 0.952300</w:t>
        <w:br/>
        <w:t>vt 0.263600 0.948600</w:t>
        <w:br/>
        <w:t>vt 0.239700 0.940500</w:t>
        <w:br/>
        <w:t>vt 0.241100 0.932300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0.263400 0.964700</w:t>
        <w:br/>
        <w:t>vt 0.264100 0.966300</w:t>
        <w:br/>
        <w:t>vt 0.273000 0.965500</w:t>
        <w:br/>
        <w:t>vt 0.272100 0.962300</w:t>
        <w:br/>
        <w:t>vt 0.263400 0.964700</w:t>
        <w:br/>
        <w:t>vt 0.272100 0.962300</w:t>
        <w:br/>
        <w:t>vt 0.271300 0.954300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0.025400 0.957200</w:t>
        <w:br/>
        <w:t>vt 0.016800 0.961700</w:t>
        <w:br/>
        <w:t>vt 0.021300 0.948100</w:t>
        <w:br/>
        <w:t>vt 0.013100 0.952500</w:t>
        <w:br/>
        <w:t>vt 0.016800 0.961700</w:t>
        <w:br/>
        <w:t>vt 0.025400 0.957200</w:t>
        <w:br/>
        <w:t>vt 0.004400 0.976600</w:t>
        <w:br/>
        <w:t>vt 0.004400 0.985200</w:t>
        <w:br/>
        <w:t>vt 0.004400 0.976600</w:t>
        <w:br/>
        <w:t>vt 0.004400 0.964000</w:t>
        <w:br/>
        <w:t>vt 0.004400 0.964000</w:t>
        <w:br/>
        <w:t>vt 0.004400 0.954800</w:t>
        <w:br/>
        <w:t>vt 0.047500 0.974700</w:t>
        <w:br/>
        <w:t>vt 0.139900 0.955800</w:t>
        <w:br/>
        <w:t>vt 0.146300 0.962800</w:t>
        <w:br/>
        <w:t>vt 0.133700 0.977700</w:t>
        <w:br/>
        <w:t>vt 0.127100 0.965100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0.197100 0.960100</w:t>
        <w:br/>
        <w:t>vt 0.206800 0.955400</w:t>
        <w:br/>
        <w:t>vt 0.204500 0.958000</w:t>
        <w:br/>
        <w:t>vt 0.196400 0.961200</w:t>
        <w:br/>
        <w:t>vt 0.187500 0.944800</w:t>
        <w:br/>
        <w:t>vt 0.196700 0.945300</w:t>
        <w:br/>
        <w:t>vt 0.208100 0.952400</w:t>
        <w:br/>
        <w:t>vt 0.195500 0.948500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0.171600 0.942800</w:t>
        <w:br/>
        <w:t>vt 0.175100 0.931000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0.059500 0.941800</w:t>
        <w:br/>
        <w:t>vt 0.055900 0.931700</w:t>
        <w:br/>
        <w:t>vt 0.066700 0.929000</w:t>
        <w:br/>
        <w:t>vt 0.071400 0.938800</w:t>
        <w:br/>
        <w:t>vt 0.055900 0.931700</w:t>
        <w:br/>
        <w:t>vt 0.053500 0.925800</w:t>
        <w:br/>
        <w:t>vt 0.062000 0.915700</w:t>
        <w:br/>
        <w:t>vt 0.066700 0.929000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0.080900 0.913400</w:t>
        <w:br/>
        <w:t>vt 0.080600 0.926900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0.281800 0.934000</w:t>
        <w:br/>
        <w:t>vt 0.289100 0.936700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0.247900 0.932700</w:t>
        <w:br/>
        <w:t>vt 0.244100 0.939800</w:t>
        <w:br/>
        <w:t>vt 0.237800 0.940900</w:t>
        <w:br/>
        <w:t>vt 0.239800 0.932200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0.178600 0.928400</w:t>
        <w:br/>
        <w:t>vt 0.182400 0.933700</w:t>
        <w:br/>
        <w:t>vt 0.175100 0.931000</w:t>
        <w:br/>
        <w:t>vt 0.174500 0.928400</w:t>
        <w:br/>
        <w:t>vt 0.251000 0.924100</w:t>
        <w:br/>
        <w:t>vt 0.241300 0.928100</w:t>
        <w:br/>
        <w:t>vt 0.163400 0.981600</w:t>
        <w:br/>
        <w:t>vt 0.158500 0.969200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0.038800 0.938400</w:t>
        <w:br/>
        <w:t>vt 0.046500 0.934100</w:t>
        <w:br/>
        <w:t>vt 0.049800 0.944200</w:t>
        <w:br/>
        <w:t>vt 0.042300 0.948200</w:t>
        <w:br/>
        <w:t>vt 0.030600 0.970000</w:t>
        <w:br/>
        <w:t>vt 0.039200 0.961800</w:t>
        <w:br/>
        <w:t>vt 0.038400 0.974800</w:t>
        <w:br/>
        <w:t>vt 0.030200 0.976500</w:t>
        <w:br/>
        <w:t>vt 0.025800 0.957000</w:t>
        <w:br/>
        <w:t>vt 0.034800 0.952300</w:t>
        <w:br/>
        <w:t>vt 0.022100 0.947600</w:t>
        <w:br/>
        <w:t>vt 0.025800 0.957000</w:t>
        <w:br/>
        <w:t>vt 0.016800 0.961700</w:t>
        <w:br/>
        <w:t>vt 0.013100 0.952500</w:t>
        <w:br/>
        <w:t>vt 0.022100 0.978200</w:t>
        <w:br/>
        <w:t>vt 0.022200 0.985500</w:t>
        <w:br/>
        <w:t>vt 0.004400 0.985200</w:t>
        <w:br/>
        <w:t>vt 0.004400 0.976600</w:t>
        <w:br/>
        <w:t>vt 0.004400 0.976600</w:t>
        <w:br/>
        <w:t>vt 0.004400 0.964000</w:t>
        <w:br/>
        <w:t>vt 0.016800 0.961700</w:t>
        <w:br/>
        <w:t>vt 0.022100 0.978200</w:t>
        <w:br/>
        <w:t>vt 0.004400 0.964000</w:t>
        <w:br/>
        <w:t>vt 0.004400 0.954800</w:t>
        <w:br/>
        <w:t>vt 0.047800 0.974700</w:t>
        <w:br/>
        <w:t>vt 0.486900 0.871500</w:t>
        <w:br/>
        <w:t>vt 0.475800 0.874900</w:t>
        <w:br/>
        <w:t>vt 0.475200 0.863100</w:t>
        <w:br/>
        <w:t>vt 0.485500 0.859900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0.470900 0.831500</w:t>
        <w:br/>
        <w:t>vt 0.463700 0.831200</w:t>
        <w:br/>
        <w:t>vt 0.466900 0.821100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0.359500 0.948600</w:t>
        <w:br/>
        <w:t>vt 0.360700 0.960200</w:t>
        <w:br/>
        <w:t>vt 0.342000 0.956300</w:t>
        <w:br/>
        <w:t>vt 0.349900 0.951200</w:t>
        <w:br/>
        <w:t>vt 0.352900 0.962100</w:t>
        <w:br/>
        <w:t>vt 0.346000 0.965100</w:t>
        <w:br/>
        <w:t>vt 0.328800 0.968100</w:t>
        <w:br/>
        <w:t>vt 0.334000 0.961400</w:t>
        <w:br/>
        <w:t>vt 0.339000 0.968100</w:t>
        <w:br/>
        <w:t>vt 0.333100 0.973200</w:t>
        <w:br/>
        <w:t>vt 0.361700 0.969400</w:t>
        <w:br/>
        <w:t>vt 0.354300 0.970500</w:t>
        <w:br/>
        <w:t>vt 0.348700 0.975200</w:t>
        <w:br/>
        <w:t>vt 0.347800 0.972600</w:t>
        <w:br/>
        <w:t>vt 0.355400 0.973600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0.093800 0.600400</w:t>
        <w:br/>
        <w:t>vt 0.098100 0.607000</w:t>
        <w:br/>
        <w:t>vt 0.089200 0.608800</w:t>
        <w:br/>
        <w:t>vt 0.085900 0.602000</w:t>
        <w:br/>
        <w:t>vt 0.114000 0.588600</w:t>
        <w:br/>
        <w:t>vt 0.109200 0.590300</w:t>
        <w:br/>
        <w:t>vt 0.109200 0.584000</w:t>
        <w:br/>
        <w:t>vt 0.112800 0.582800</w:t>
        <w:br/>
        <w:t>vt 0.113500 0.608900</w:t>
        <w:br/>
        <w:t>vt 0.118600 0.608000</w:t>
        <w:br/>
        <w:t>vt 0.122200 0.622400</w:t>
        <w:br/>
        <w:t>vt 0.119300 0.622800</w:t>
        <w:br/>
        <w:t>vt 0.123400 0.593300</w:t>
        <w:br/>
        <w:t>vt 0.126600 0.600100</w:t>
        <w:br/>
        <w:t>vt 0.117200 0.600800</w:t>
        <w:br/>
        <w:t>vt 0.115300 0.593400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0.116400 0.615700</w:t>
        <w:br/>
        <w:t>vt 0.106300 0.619400</w:t>
        <w:br/>
        <w:t>vt 0.102200 0.613200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0.053700 0.777900</w:t>
        <w:br/>
        <w:t>vt 0.063500 0.779500</w:t>
        <w:br/>
        <w:t>vt 0.061300 0.790500</w:t>
        <w:br/>
        <w:t>vt 0.050500 0.788800</w:t>
        <w:br/>
        <w:t>vt 0.069100 0.758000</w:t>
        <w:br/>
        <w:t>vt 0.061000 0.755900</w:t>
        <w:br/>
        <w:t>vt 0.065200 0.744800</w:t>
        <w:br/>
        <w:t>vt 0.072500 0.747300</w:t>
        <w:br/>
        <w:t>vt 0.077600 0.736500</w:t>
        <w:br/>
        <w:t>vt 0.072300 0.734200</w:t>
        <w:br/>
        <w:t>vt 0.076800 0.727400</w:t>
        <w:br/>
        <w:t>vt 0.080900 0.729700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0.133100 0.710100</w:t>
        <w:br/>
        <w:t>vt 0.129200 0.718200</w:t>
        <w:br/>
        <w:t>vt 0.107900 0.713400</w:t>
        <w:br/>
        <w:t>vt 0.117900 0.704500</w:t>
        <w:br/>
        <w:t>vt 0.119500 0.708600</w:t>
        <w:br/>
        <w:t>vt 0.112500 0.716800</w:t>
        <w:br/>
        <w:t>vt 0.072600 0.790100</w:t>
        <w:br/>
        <w:t>vt 0.074500 0.779700</w:t>
        <w:br/>
        <w:t>vt 0.079000 0.758500</w:t>
        <w:br/>
        <w:t>vt 0.076400 0.769400</w:t>
        <w:br/>
        <w:t>vt 0.065800 0.768600</w:t>
        <w:br/>
        <w:t>vt 0.139200 0.702900</w:t>
        <w:br/>
        <w:t>vt 0.085100 0.736300</w:t>
        <w:br/>
        <w:t>vt 0.081600 0.747600</w:t>
        <w:br/>
        <w:t>vt 0.099800 0.736400</w:t>
        <w:br/>
        <w:t>vt 0.089800 0.735000</w:t>
        <w:br/>
        <w:t>vt 0.097900 0.722400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0.130900 0.702000</w:t>
        <w:br/>
        <w:t>vt 0.129900 0.699500</w:t>
        <w:br/>
        <w:t>vt 0.090500 0.713200</w:t>
        <w:br/>
        <w:t>vt 0.088300 0.712200</w:t>
        <w:br/>
        <w:t>vt 0.100500 0.699000</w:t>
        <w:br/>
        <w:t>vt 0.093600 0.713800</w:t>
        <w:br/>
        <w:t>vt 0.139000 0.638800</w:t>
        <w:br/>
        <w:t>vt 0.124300 0.629500</w:t>
        <w:br/>
        <w:t>vt 0.135000 0.626000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0.873500 0.479000</w:t>
        <w:br/>
        <w:t>vt 0.883300 0.477500</w:t>
        <w:br/>
        <w:t>vt 0.884700 0.490800</w:t>
        <w:br/>
        <w:t>vt 0.873500 0.493100</w:t>
        <w:br/>
        <w:t>vt 0.894500 0.489700</w:t>
        <w:br/>
        <w:t>vt 0.894500 0.476200</w:t>
        <w:br/>
        <w:t>vt 0.749800 0.235800</w:t>
        <w:br/>
        <w:t>vt 0.743400 0.237700</w:t>
        <w:br/>
        <w:t>vt 0.742600 0.231700</w:t>
        <w:br/>
        <w:t>vt 0.748500 0.230400</w:t>
        <w:br/>
        <w:t>vt 0.884100 0.407100</w:t>
        <w:br/>
        <w:t>vt 0.886600 0.406300</w:t>
        <w:br/>
        <w:t>vt 0.886500 0.410600</w:t>
        <w:br/>
        <w:t>vt 0.882300 0.411500</w:t>
        <w:br/>
        <w:t>vt 0.885800 0.418100</w:t>
        <w:br/>
        <w:t>vt 0.886300 0.414900</w:t>
        <w:br/>
        <w:t>vt 0.889100 0.415800</w:t>
        <w:br/>
        <w:t>vt 0.889800 0.418900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0.732700 0.233300</w:t>
        <w:br/>
        <w:t>vt 0.742600 0.231700</w:t>
        <w:br/>
        <w:t>vt 0.743400 0.237700</w:t>
        <w:br/>
        <w:t>vt 0.732500 0.239200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0.913800 0.893100</w:t>
        <w:br/>
        <w:t>vt 0.904200 0.892800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0.881000 0.844700</w:t>
        <w:br/>
        <w:t>vt 0.885300 0.854000</w:t>
        <w:br/>
        <w:t>vt 0.876300 0.856400</w:t>
        <w:br/>
        <w:t>vt 0.873400 0.847300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0.899000 0.840800</w:t>
        <w:br/>
        <w:t>vt 0.897400 0.832900</w:t>
        <w:br/>
        <w:t>vt 0.900400 0.832000</w:t>
        <w:br/>
        <w:t>vt 0.902700 0.839900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0.844500 0.800900</w:t>
        <w:br/>
        <w:t>vt 0.843100 0.801500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0.733500 0.222100</w:t>
        <w:br/>
        <w:t>vt 0.741100 0.220400</w:t>
        <w:br/>
        <w:t>vt 0.741700 0.225600</w:t>
        <w:br/>
        <w:t>vt 0.732800 0.227500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0.901700 0.856700</w:t>
        <w:br/>
        <w:t>vt 0.900500 0.848700</w:t>
        <w:br/>
        <w:t>vt 0.905000 0.847900</w:t>
        <w:br/>
        <w:t>vt 0.907100 0.856100</w:t>
        <w:br/>
        <w:t>vt 0.893400 0.855700</w:t>
        <w:br/>
        <w:t>vt 0.901700 0.856700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0.737700 0.318700</w:t>
        <w:br/>
        <w:t>vt 0.746200 0.317900</w:t>
        <w:br/>
        <w:t>vt 0.886900 0.995200</w:t>
        <w:br/>
        <w:t>vt 0.900500 0.995200</w:t>
        <w:br/>
        <w:t>vt 0.874600 0.995200</w:t>
        <w:br/>
        <w:t>vt 0.873500 0.521000</w:t>
        <w:br/>
        <w:t>vt 0.886900 0.521000</w:t>
        <w:br/>
        <w:t>vt 0.894500 0.521000</w:t>
        <w:br/>
        <w:t>vt 0.858700 0.995200</w:t>
        <w:br/>
        <w:t>vt 0.858700 0.995200</w:t>
        <w:br/>
        <w:t>vt 0.842100 0.995200</w:t>
        <w:br/>
        <w:t>vt 0.708600 0.515000</w:t>
        <w:br/>
        <w:t>vt 0.710200 0.521700</w:t>
        <w:br/>
        <w:t>vt 0.698500 0.522600</w:t>
        <w:br/>
        <w:t>vt 0.698300 0.515200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0.687900 0.823600</w:t>
        <w:br/>
        <w:t>vt 0.678000 0.818800</w:t>
        <w:br/>
        <w:t>vt 0.683500 0.811100</w:t>
        <w:br/>
        <w:t>vt 0.693300 0.815500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0.878300 0.559600</w:t>
        <w:br/>
        <w:t>vt 0.864600 0.557800</w:t>
        <w:br/>
        <w:t>vt 0.861400 0.542300</w:t>
        <w:br/>
        <w:t>vt 0.859500 0.535900</w:t>
        <w:br/>
        <w:t>vt 0.869400 0.538300</w:t>
        <w:br/>
        <w:t>vt 0.872800 0.545100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0.701700 0.786100</w:t>
        <w:br/>
        <w:t>vt 0.708800 0.783100</w:t>
        <w:br/>
        <w:t>vt 0.715500 0.786300</w:t>
        <w:br/>
        <w:t>vt 0.857800 0.530900</w:t>
        <w:br/>
        <w:t>vt 0.866200 0.532700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0.840500 0.455700</w:t>
        <w:br/>
        <w:t>vt 0.820900 0.459000</w:t>
        <w:br/>
        <w:t>vt 0.822900 0.448600</w:t>
        <w:br/>
        <w:t>vt 0.840900 0.444900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0.855300 0.454400</w:t>
        <w:br/>
        <w:t>vt 0.855900 0.466700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0.699500 0.829300</w:t>
        <w:br/>
        <w:t>vt 0.694300 0.838600</w:t>
        <w:br/>
        <w:t>vt 0.682400 0.831800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0.542500 0.956400</w:t>
        <w:br/>
        <w:t>vt 0.525300 0.960800</w:t>
        <w:br/>
        <w:t>vt 0.525100 0.948500</w:t>
        <w:br/>
        <w:t>vt 0.542000 0.946400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0.577000 0.934000</w:t>
        <w:br/>
        <w:t>vt 0.594900 0.932100</w:t>
        <w:br/>
        <w:t>vt 0.597100 0.938300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0.639600 0.912000</w:t>
        <w:br/>
        <w:t>vt 0.650000 0.912200</w:t>
        <w:br/>
        <w:t>vt 0.655800 0.927200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0.679700 0.703700</w:t>
        <w:br/>
        <w:t>vt 0.686400 0.683700</w:t>
        <w:br/>
        <w:t>vt 0.674800 0.717700</w:t>
        <w:br/>
        <w:t>vt 0.525700 0.687900</w:t>
        <w:br/>
        <w:t>vt 0.527700 0.702000</w:t>
        <w:br/>
        <w:t>vt 0.522000 0.701800</w:t>
        <w:br/>
        <w:t>vt 0.519900 0.688000</w:t>
        <w:br/>
        <w:t>vt 0.528400 0.731900</w:t>
        <w:br/>
        <w:t>vt 0.531700 0.744500</w:t>
        <w:br/>
        <w:t>vt 0.524100 0.745700</w:t>
        <w:br/>
        <w:t>vt 0.519400 0.733500</w:t>
        <w:br/>
        <w:t>vt 0.525300 0.718900</w:t>
        <w:br/>
        <w:t>vt 0.530300 0.718300</w:t>
        <w:br/>
        <w:t>vt 0.533100 0.731400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0.488400 0.947200</w:t>
        <w:br/>
        <w:t>vt 0.487300 0.958600</w:t>
        <w:br/>
        <w:t>vt 0.469800 0.947800</w:t>
        <w:br/>
        <w:t>vt 0.467600 0.960300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0.428200 0.949800</w:t>
        <w:br/>
        <w:t>vt 0.431500 0.938800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0.410500 0.975100</w:t>
        <w:br/>
        <w:t>vt 0.390000 0.967100</w:t>
        <w:br/>
        <w:t>vt 0.399200 0.966200</w:t>
        <w:br/>
        <w:t>vt 0.408500 0.965400</w:t>
        <w:br/>
        <w:t>vt 0.425600 0.962800</w:t>
        <w:br/>
        <w:t>vt 0.390600 0.976000</w:t>
        <w:br/>
        <w:t>vt 0.411100 0.976300</w:t>
        <w:br/>
        <w:t>vt 0.426500 0.976300</w:t>
        <w:br/>
        <w:t>vt 0.422800 0.906400</w:t>
        <w:br/>
        <w:t>vt 0.419600 0.914900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0.556700 0.760400</w:t>
        <w:br/>
        <w:t>vt 0.550300 0.762400</w:t>
        <w:br/>
        <w:t>vt 0.549500 0.756200</w:t>
        <w:br/>
        <w:t>vt 0.554900 0.754300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0.553400 0.747700</w:t>
        <w:br/>
        <w:t>vt 0.548700 0.749200</w:t>
        <w:br/>
        <w:t>vt 0.548000 0.742200</w:t>
        <w:br/>
        <w:t>vt 0.551900 0.741100</w:t>
        <w:br/>
        <w:t>vt 0.562700 0.823700</w:t>
        <w:br/>
        <w:t>vt 0.558200 0.806600</w:t>
        <w:br/>
        <w:t>vt 0.574700 0.795400</w:t>
        <w:br/>
        <w:t>vt 0.587900 0.794900</w:t>
        <w:br/>
        <w:t>vt 0.587200 0.803400</w:t>
        <w:br/>
        <w:t>vt 0.574700 0.804200</w:t>
        <w:br/>
        <w:t>vt 0.614700 0.806400</w:t>
        <w:br/>
        <w:t>vt 0.612500 0.823400</w:t>
        <w:br/>
        <w:t>vt 0.598400 0.821900</w:t>
        <w:br/>
        <w:t>vt 0.600600 0.803800</w:t>
        <w:br/>
        <w:t>vt 0.625600 0.825500</w:t>
        <w:br/>
        <w:t>vt 0.630200 0.810000</w:t>
        <w:br/>
        <w:t>vt 0.655000 0.818100</w:t>
        <w:br/>
        <w:t>vt 0.648300 0.832000</w:t>
        <w:br/>
        <w:t>vt 0.642400 0.813800</w:t>
        <w:br/>
        <w:t>vt 0.637300 0.828100</w:t>
        <w:br/>
        <w:t>vt 0.598800 0.803900</w:t>
        <w:br/>
        <w:t>vt 0.599900 0.794800</w:t>
        <w:br/>
        <w:t>vt 0.567700 0.822600</w:t>
        <w:br/>
        <w:t>vt 0.564900 0.805300</w:t>
        <w:br/>
        <w:t>vt 0.576300 0.821600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0.637800 0.750600</w:t>
        <w:br/>
        <w:t>vt 0.638100 0.743300</w:t>
        <w:br/>
        <w:t>vt 0.645700 0.743400</w:t>
        <w:br/>
        <w:t>vt 0.646500 0.751000</w:t>
        <w:br/>
        <w:t>vt 0.606300 0.776700</w:t>
        <w:br/>
        <w:t>vt 0.609200 0.767700</w:t>
        <w:br/>
        <w:t>vt 0.622300 0.771800</w:t>
        <w:br/>
        <w:t>vt 0.620000 0.780500</w:t>
        <w:br/>
        <w:t>vt 0.611800 0.759300</w:t>
        <w:br/>
        <w:t>vt 0.614500 0.750900</w:t>
        <w:br/>
        <w:t>vt 0.626500 0.755300</w:t>
        <w:br/>
        <w:t>vt 0.624400 0.763500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0.637300 0.735000</w:t>
        <w:br/>
        <w:t>vt 0.636400 0.726600</w:t>
        <w:br/>
        <w:t>vt 0.640900 0.727400</w:t>
        <w:br/>
        <w:t>vt 0.643300 0.735400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0.644300 0.805300</w:t>
        <w:br/>
        <w:t>vt 0.631600 0.801700</w:t>
        <w:br/>
        <w:t>vt 0.633100 0.793500</w:t>
        <w:br/>
        <w:t>vt 0.617700 0.789300</w:t>
        <w:br/>
        <w:t>vt 0.616200 0.797900</w:t>
        <w:br/>
        <w:t>vt 0.602000 0.794800</w:t>
        <w:br/>
        <w:t>vt 0.603400 0.785800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0.673700 0.759600</w:t>
        <w:br/>
        <w:t>vt 0.672400 0.765900</w:t>
        <w:br/>
        <w:t>vt 0.669100 0.764100</w:t>
        <w:br/>
        <w:t>vt 0.671200 0.758600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0.564700 0.776900</w:t>
        <w:br/>
        <w:t>vt 0.575700 0.777100</w:t>
        <w:br/>
        <w:t>vt 0.574800 0.786600</w:t>
        <w:br/>
        <w:t>vt 0.563300 0.786700</w:t>
        <w:br/>
        <w:t>vt 0.576700 0.767500</w:t>
        <w:br/>
        <w:t>vt 0.566000 0.767100</w:t>
        <w:br/>
        <w:t>vt 0.568200 0.757000</w:t>
        <w:br/>
        <w:t>vt 0.578500 0.758100</w:t>
        <w:br/>
        <w:t>vt 0.582300 0.740100</w:t>
        <w:br/>
        <w:t>vt 0.574000 0.738600</w:t>
        <w:br/>
        <w:t>vt 0.577700 0.730100</w:t>
        <w:br/>
        <w:t>vt 0.584300 0.731500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0.594700 0.705700</w:t>
        <w:br/>
        <w:t>vt 0.596900 0.707700</w:t>
        <w:br/>
        <w:t>vt 0.590700 0.709900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0.604900 0.743100</w:t>
        <w:br/>
        <w:t>vt 0.606700 0.735200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0.588300 0.601700</w:t>
        <w:br/>
        <w:t>vt 0.589800 0.601600</w:t>
        <w:br/>
        <w:t>vt 0.588400 0.605800</w:t>
        <w:br/>
        <w:t>vt 0.585400 0.606000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0.643400 0.636300</w:t>
        <w:br/>
        <w:t>vt 0.644200 0.644800</w:t>
        <w:br/>
        <w:t>vt 0.629600 0.640500</w:t>
        <w:br/>
        <w:t>vt 0.631400 0.632900</w:t>
        <w:br/>
        <w:t>vt 0.617000 0.618200</w:t>
        <w:br/>
        <w:t>vt 0.616700 0.612200</w:t>
        <w:br/>
        <w:t>vt 0.620700 0.611700</w:t>
        <w:br/>
        <w:t>vt 0.622700 0.618300</w:t>
        <w:br/>
        <w:t>vt 0.632600 0.618700</w:t>
        <w:br/>
        <w:t>vt 0.632100 0.612100</w:t>
        <w:br/>
        <w:t>vt 0.638800 0.610800</w:t>
        <w:br/>
        <w:t>vt 0.640700 0.619300</w:t>
        <w:br/>
        <w:t>vt 0.630900 0.607700</w:t>
        <w:br/>
        <w:t>vt 0.629600 0.603400</w:t>
        <w:br/>
        <w:t>vt 0.633000 0.601500</w:t>
        <w:br/>
        <w:t>vt 0.635900 0.606200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0.583700 0.696600</w:t>
        <w:br/>
        <w:t>vt 0.560400 0.699000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0.537300 0.693700</w:t>
        <w:br/>
        <w:t>vt 0.539500 0.685100</w:t>
        <w:br/>
        <w:t>vt 0.549800 0.705000</w:t>
        <w:br/>
        <w:t>vt 0.535200 0.702400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0.650500 0.975000</w:t>
        <w:br/>
        <w:t>vt 0.652500 0.963800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0.706600 0.499700</w:t>
        <w:br/>
        <w:t>vt 0.706200 0.491100</w:t>
        <w:br/>
        <w:t>vt 0.724100 0.506800</w:t>
        <w:br/>
        <w:t>vt 0.707000 0.508300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0.677800 0.558100</w:t>
        <w:br/>
        <w:t>vt 0.682100 0.569200</w:t>
        <w:br/>
        <w:t>vt 0.676500 0.563900</w:t>
        <w:br/>
        <w:t>vt 0.675800 0.556700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0.669300 0.552000</w:t>
        <w:br/>
        <w:t>vt 0.673700 0.555300</w:t>
        <w:br/>
        <w:t>vt 0.670900 0.558600</w:t>
        <w:br/>
        <w:t>vt 0.667400 0.554200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0.715900 0.453700</w:t>
        <w:br/>
        <w:t>vt 0.712500 0.451600</w:t>
        <w:br/>
        <w:t>vt 0.716700 0.448700</w:t>
        <w:br/>
        <w:t>vt 0.718400 0.449900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0.689800 0.559900</w:t>
        <w:br/>
        <w:t>vt 0.692400 0.566700</w:t>
        <w:br/>
        <w:t>vt 0.687600 0.568200</w:t>
        <w:br/>
        <w:t>vt 0.685400 0.560900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0.702700 0.639700</w:t>
        <w:br/>
        <w:t>vt 0.695800 0.630700</w:t>
        <w:br/>
        <w:t>vt 0.707600 0.628700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0.518700 0.679900</w:t>
        <w:br/>
        <w:t>vt 0.517500 0.671900</w:t>
        <w:br/>
        <w:t>vt 0.523500 0.671600</w:t>
        <w:br/>
        <w:t>vt 0.524600 0.679800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0.130900 0.837300</w:t>
        <w:br/>
        <w:t>vt 0.139900 0.835400</w:t>
        <w:br/>
        <w:t>vt 0.139800 0.844600</w:t>
        <w:br/>
        <w:t>vt 0.130300 0.846200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0.520700 0.644800</w:t>
        <w:br/>
        <w:t>vt 0.519900 0.635200</w:t>
        <w:br/>
        <w:t>vt 0.521500 0.654400</w:t>
        <w:br/>
        <w:t>vt 0.522500 0.663000</w:t>
        <w:br/>
        <w:t>vt 0.498800 0.626800</w:t>
        <w:br/>
        <w:t>vt 0.514500 0.628000</w:t>
        <w:br/>
        <w:t>vt 0.122600 0.804800</w:t>
        <w:br/>
        <w:t>vt 0.119900 0.800100</w:t>
        <w:br/>
        <w:t>vt 0.121300 0.798200</w:t>
        <w:br/>
        <w:t>vt 0.125000 0.802400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0.153100 0.828600</w:t>
        <w:br/>
        <w:t>vt 0.151400 0.816500</w:t>
        <w:br/>
        <w:t>vt 0.515400 0.599800</w:t>
        <w:br/>
        <w:t>vt 0.508600 0.601500</w:t>
        <w:br/>
        <w:t>vt 0.513300 0.594300</w:t>
        <w:br/>
        <w:t>vt 0.517900 0.594000</w:t>
        <w:br/>
        <w:t>vt 0.515200 0.621000</w:t>
        <w:br/>
        <w:t>vt 0.500400 0.619300</w:t>
        <w:br/>
        <w:t>vt 0.505000 0.609400</w:t>
        <w:br/>
        <w:t>vt 0.518400 0.614200</w:t>
        <w:br/>
        <w:t>vt 0.529800 0.596600</w:t>
        <w:br/>
        <w:t>vt 0.534100 0.601200</w:t>
        <w:br/>
        <w:t>vt 0.530000 0.603000</w:t>
        <w:br/>
        <w:t>vt 0.524100 0.597500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0.529100 0.608400</w:t>
        <w:br/>
        <w:t>vt 0.525900 0.611000</w:t>
        <w:br/>
        <w:t>vt 0.520700 0.627100</w:t>
        <w:br/>
        <w:t>vt 0.135700 0.814900</w:t>
        <w:br/>
        <w:t>vt 0.129600 0.817800</w:t>
        <w:br/>
        <w:t>vt 0.127400 0.813700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0.167300 0.816200</w:t>
        <w:br/>
        <w:t>vt 0.174500 0.826700</w:t>
        <w:br/>
        <w:t>vt 0.166600 0.827600</w:t>
        <w:br/>
        <w:t>vt 0.163900 0.816600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0.168500 0.877100</w:t>
        <w:br/>
        <w:t>vt 0.168700 0.866400</w:t>
        <w:br/>
        <w:t>vt 0.178200 0.877300</w:t>
        <w:br/>
        <w:t>vt 0.181000 0.865600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0.609300 0.891200</w:t>
        <w:br/>
        <w:t>vt 0.609600 0.884200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0.492100 0.816100</w:t>
        <w:br/>
        <w:t>vt 0.492200 0.823300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0.387100 0.918200</w:t>
        <w:br/>
        <w:t>vt 0.398900 0.916600</w:t>
        <w:br/>
        <w:t>vt 0.394600 0.931600</w:t>
        <w:br/>
        <w:t>vt 0.383100 0.932700</w:t>
        <w:br/>
        <w:t>vt 0.390600 0.907400</w:t>
        <w:br/>
        <w:t>vt 0.402700 0.906200</w:t>
        <w:br/>
        <w:t>vt 0.392100 0.941800</w:t>
        <w:br/>
        <w:t>vt 0.380500 0.943300</w:t>
        <w:br/>
        <w:t>vt 0.361500 0.935200</w:t>
        <w:br/>
        <w:t>vt 0.351500 0.936700</w:t>
        <w:br/>
        <w:t>vt 0.354000 0.924200</w:t>
        <w:br/>
        <w:t>vt 0.364600 0.922000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0.371500 0.933800</w:t>
        <w:br/>
        <w:t>vt 0.368900 0.944800</w:t>
        <w:br/>
        <w:t>vt 0.359100 0.946400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0.308200 0.952000</w:t>
        <w:br/>
        <w:t>vt 0.303200 0.955400</w:t>
        <w:br/>
        <w:t>vt 0.307200 0.948200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0.706800 0.871200</w:t>
        <w:br/>
        <w:t>vt 0.693700 0.874800</w:t>
        <w:br/>
        <w:t>vt 0.694900 0.865400</w:t>
        <w:br/>
        <w:t>vt 0.705600 0.861900</w:t>
        <w:br/>
        <w:t>vt 0.706300 0.853800</w:t>
        <w:br/>
        <w:t>vt 0.697100 0.856300</w:t>
        <w:br/>
        <w:t>vt 0.716700 0.869500</w:t>
        <w:br/>
        <w:t>vt 0.716600 0.859700</w:t>
        <w:br/>
        <w:t>vt 0.723500 0.869500</w:t>
        <w:br/>
        <w:t>vt 0.722300 0.879400</w:t>
        <w:br/>
        <w:t>vt 0.716800 0.879400</w:t>
        <w:br/>
        <w:t>vt 0.717200 0.851900</w:t>
        <w:br/>
        <w:t>vt 0.726400 0.851200</w:t>
        <w:br/>
        <w:t>vt 0.724700 0.859600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0.735000 0.852200</w:t>
        <w:br/>
        <w:t>vt 0.734100 0.860100</w:t>
        <w:br/>
        <w:t>vt 0.698100 0.750500</w:t>
        <w:br/>
        <w:t>vt 0.695600 0.763900</w:t>
        <w:br/>
        <w:t>vt 0.684300 0.752000</w:t>
        <w:br/>
        <w:t>vt 0.687600 0.740700</w:t>
        <w:br/>
        <w:t>vt 0.681100 0.941100</w:t>
        <w:br/>
        <w:t>vt 0.682700 0.954900</w:t>
        <w:br/>
        <w:t>vt 0.672200 0.953600</w:t>
        <w:br/>
        <w:t>vt 0.670000 0.939700</w:t>
        <w:br/>
        <w:t>vt 0.672100 0.973100</w:t>
        <w:br/>
        <w:t>vt 0.661200 0.973700</w:t>
        <w:br/>
        <w:t>vt 0.662800 0.964700</w:t>
        <w:br/>
        <w:t>vt 0.673300 0.965700</w:t>
        <w:br/>
        <w:t>vt 0.716600 0.758300</w:t>
        <w:br/>
        <w:t>vt 0.717900 0.745400</w:t>
        <w:br/>
        <w:t>vt 0.727700 0.747900</w:t>
        <w:br/>
        <w:t>vt 0.725800 0.759800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0.720300 0.710100</w:t>
        <w:br/>
        <w:t>vt 0.719300 0.699100</w:t>
        <w:br/>
        <w:t>vt 0.726400 0.699500</w:t>
        <w:br/>
        <w:t>vt 0.728100 0.711800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0.692000 0.957800</w:t>
        <w:br/>
        <w:t>vt 0.691600 0.943900</w:t>
        <w:br/>
        <w:t>vt 0.702100 0.946700</w:t>
        <w:br/>
        <w:t>vt 0.701300 0.960600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0.690600 0.973200</w:t>
        <w:br/>
        <w:t>vt 0.682900 0.972600</w:t>
        <w:br/>
        <w:t>vt 0.691700 0.968000</w:t>
        <w:br/>
        <w:t>vt 0.705300 0.975500</w:t>
        <w:br/>
        <w:t>vt 0.706400 0.971600</w:t>
        <w:br/>
        <w:t>vt 0.713300 0.973900</w:t>
        <w:br/>
        <w:t>vt 0.712300 0.977200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0.506500 0.831100</w:t>
        <w:br/>
        <w:t>vt 0.505600 0.828700</w:t>
        <w:br/>
        <w:t>vt 0.508300 0.827500</w:t>
        <w:br/>
        <w:t>vt 0.509700 0.829400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0.753000 0.944500</w:t>
        <w:br/>
        <w:t>vt 0.754300 0.942100</w:t>
        <w:br/>
        <w:t>vt 0.755800 0.944900</w:t>
        <w:br/>
        <w:t>vt 0.754800 0.946700</w:t>
        <w:br/>
        <w:t>vt 0.705200 0.931500</w:t>
        <w:br/>
        <w:t>vt 0.708800 0.942200</w:t>
        <w:br/>
        <w:t>vt 0.702700 0.941600</w:t>
        <w:br/>
        <w:t>vt 0.699000 0.930300</w:t>
        <w:br/>
        <w:t>vt 0.748700 0.945500</w:t>
        <w:br/>
        <w:t>vt 0.749900 0.942100</w:t>
        <w:br/>
        <w:t>vt 0.751600 0.946900</w:t>
        <w:br/>
        <w:t>vt 0.742700 0.942700</w:t>
        <w:br/>
        <w:t>vt 0.742500 0.946600</w:t>
        <w:br/>
        <w:t>vt 0.739700 0.945700</w:t>
        <w:br/>
        <w:t>vt 0.739700 0.941300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0.509700 0.829400</w:t>
        <w:br/>
        <w:t>vt 0.508300 0.827500</w:t>
        <w:br/>
        <w:t>vt 0.510900 0.826000</w:t>
        <w:br/>
        <w:t>vt 0.513800 0.828100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0.771400 0.528900</w:t>
        <w:br/>
        <w:t>vt 0.771500 0.552300</w:t>
        <w:br/>
        <w:t>vt 0.763500 0.552300</w:t>
        <w:br/>
        <w:t>vt 0.763500 0.526700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0.790100 0.488800</w:t>
        <w:br/>
        <w:t>vt 0.790100 0.477200</w:t>
        <w:br/>
        <w:t>vt 0.799400 0.477300</w:t>
        <w:br/>
        <w:t>vt 0.799400 0.488800</w:t>
        <w:br/>
        <w:t>vt 0.781400 0.477200</w:t>
        <w:br/>
        <w:t>vt 0.790100 0.477200</w:t>
        <w:br/>
        <w:t>vt 0.790100 0.488800</w:t>
        <w:br/>
        <w:t>vt 0.781400 0.488800</w:t>
        <w:br/>
        <w:t>vt 0.772200 0.488900</w:t>
        <w:br/>
        <w:t>vt 0.772100 0.477300</w:t>
        <w:br/>
        <w:t>vt 0.781400 0.477200</w:t>
        <w:br/>
        <w:t>vt 0.781400 0.488800</w:t>
        <w:br/>
        <w:t>vt 0.763500 0.489000</w:t>
        <w:br/>
        <w:t>vt 0.772200 0.488900</w:t>
        <w:br/>
        <w:t>vt 0.799400 0.465900</w:t>
        <w:br/>
        <w:t>vt 0.790100 0.465900</w:t>
        <w:br/>
        <w:t>vt 0.790200 0.454500</w:t>
        <w:br/>
        <w:t>vt 0.799400 0.454500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0.781400 0.442300</w:t>
        <w:br/>
        <w:t>vt 0.781400 0.454400</w:t>
        <w:br/>
        <w:t>vt 0.772200 0.454400</w:t>
        <w:br/>
        <w:t>vt 0.772300 0.442200</w:t>
        <w:br/>
        <w:t>vt 0.772300 0.442200</w:t>
        <w:br/>
        <w:t>vt 0.763500 0.442300</w:t>
        <w:br/>
        <w:t>vt 0.763500 0.430300</w:t>
        <w:br/>
        <w:t>vt 0.772400 0.430100</w:t>
        <w:br/>
        <w:t>vt 0.799400 0.418300</w:t>
        <w:br/>
        <w:t>vt 0.790300 0.418700</w:t>
        <w:br/>
        <w:t>vt 0.790300 0.406600</w:t>
        <w:br/>
        <w:t>vt 0.799400 0.406100</w:t>
        <w:br/>
        <w:t>vt 0.790300 0.418700</w:t>
        <w:br/>
        <w:t>vt 0.790300 0.430800</w:t>
        <w:br/>
        <w:t>vt 0.781400 0.430300</w:t>
        <w:br/>
        <w:t>vt 0.781400 0.418300</w:t>
        <w:br/>
        <w:t>vt 0.772400 0.417900</w:t>
        <w:br/>
        <w:t>vt 0.772300 0.405800</w:t>
        <w:br/>
        <w:t>vt 0.781400 0.406200</w:t>
        <w:br/>
        <w:t>vt 0.781400 0.418300</w:t>
        <w:br/>
        <w:t>vt 0.763500 0.406100</w:t>
        <w:br/>
        <w:t>vt 0.772300 0.405800</w:t>
        <w:br/>
        <w:t>vt 0.772400 0.417900</w:t>
        <w:br/>
        <w:t>vt 0.763500 0.418200</w:t>
        <w:br/>
        <w:t>vt 0.799400 0.393800</w:t>
        <w:br/>
        <w:t>vt 0.790300 0.394300</w:t>
        <w:br/>
        <w:t>vt 0.790200 0.382100</w:t>
        <w:br/>
        <w:t>vt 0.799400 0.381400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0.787200 0.357800</w:t>
        <w:br/>
        <w:t>vt 0.794200 0.357100</w:t>
        <w:br/>
        <w:t>vt 0.796800 0.369300</w:t>
        <w:br/>
        <w:t>vt 0.788700 0.369900</w:t>
        <w:br/>
        <w:t>vt 0.781400 0.382100</w:t>
        <w:br/>
        <w:t>vt 0.780800 0.370000</w:t>
        <w:br/>
        <w:t>vt 0.788700 0.369900</w:t>
        <w:br/>
        <w:t>vt 0.790200 0.382100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0.786300 0.345300</w:t>
        <w:br/>
        <w:t>vt 0.787200 0.357800</w:t>
        <w:br/>
        <w:t>vt 0.780300 0.357900</w:t>
        <w:br/>
        <w:t>vt 0.780000 0.345500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0.783500 0.307500</w:t>
        <w:br/>
        <w:t>vt 0.784400 0.320200</w:t>
        <w:br/>
        <w:t>vt 0.779500 0.320300</w:t>
        <w:br/>
        <w:t>vt 0.779200 0.307600</w:t>
        <w:br/>
        <w:t>vt 0.779500 0.320300</w:t>
        <w:br/>
        <w:t>vt 0.774700 0.320300</w:t>
        <w:br/>
        <w:t>vt 0.769700 0.320200</w:t>
        <w:br/>
        <w:t>vt 0.770700 0.307200</w:t>
        <w:br/>
        <w:t>vt 0.775000 0.307400</w:t>
        <w:br/>
        <w:t>vt 0.774700 0.320300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0.374900 0.838100</w:t>
        <w:br/>
        <w:t>vt 0.375600 0.869300</w:t>
        <w:br/>
        <w:t>vt 0.354700 0.864600</w:t>
        <w:br/>
        <w:t>vt 0.356500 0.836300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0.377000 0.784900</w:t>
        <w:br/>
        <w:t>vt 0.361300 0.770900</w:t>
        <w:br/>
        <w:t>vt 0.376700 0.771300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0.359000 0.606400</w:t>
        <w:br/>
        <w:t>vt 0.356000 0.619800</w:t>
        <w:br/>
        <w:t>vt 0.369000 0.594000</w:t>
        <w:br/>
        <w:t>vt 0.370500 0.580100</w:t>
        <w:br/>
        <w:t>vt 0.376000 0.580700</w:t>
        <w:br/>
        <w:t>vt 0.376100 0.594700</w:t>
        <w:br/>
        <w:t>vt 0.364900 0.579400</w:t>
        <w:br/>
        <w:t>vt 0.362000 0.593000</w:t>
        <w:br/>
        <w:t>vt 0.373400 0.543500</w:t>
        <w:br/>
        <w:t>vt 0.374000 0.535900</w:t>
        <w:br/>
        <w:t>vt 0.375600 0.536000</w:t>
        <w:br/>
        <w:t>vt 0.375700 0.543700</w:t>
        <w:br/>
        <w:t>vt 0.372300 0.535700</w:t>
        <w:br/>
        <w:t>vt 0.371200 0.543200</w:t>
        <w:br/>
        <w:t>vt 0.375600 0.525300</w:t>
        <w:br/>
        <w:t>vt 0.374300 0.525200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0.379700 0.891300</w:t>
        <w:br/>
        <w:t>vt 0.375600 0.869300</w:t>
        <w:br/>
        <w:t>vt 0.399500 0.838000</w:t>
        <w:br/>
        <w:t>vt 0.389000 0.836700</w:t>
        <w:br/>
        <w:t>vt 0.374900 0.838100</w:t>
        <w:br/>
        <w:t>vt 0.399700 0.825000</w:t>
        <w:br/>
        <w:t>vt 0.389200 0.823500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0.376300 0.636000</w:t>
        <w:br/>
        <w:t>vt 0.376200 0.622300</w:t>
        <w:br/>
        <w:t>vt 0.388600 0.622600</w:t>
        <w:br/>
        <w:t>vt 0.389400 0.636400</w:t>
        <w:br/>
        <w:t>vt 0.395800 0.607200</w:t>
        <w:br/>
        <w:t>vt 0.387600 0.608800</w:t>
        <w:br/>
        <w:t>vt 0.386600 0.595100</w:t>
        <w:br/>
        <w:t>vt 0.393500 0.593500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0.384100 0.534600</w:t>
        <w:br/>
        <w:t>vt 0.385400 0.542300</w:t>
        <w:br/>
        <w:t>vt 0.381800 0.543300</w:t>
        <w:br/>
        <w:t>vt 0.380900 0.535500</w:t>
        <w:br/>
        <w:t>vt 0.375600 0.536000</w:t>
        <w:br/>
        <w:t>vt 0.380900 0.535500</w:t>
        <w:br/>
        <w:t>vt 0.381800 0.543300</w:t>
        <w:br/>
        <w:t>vt 0.375700 0.543700</w:t>
        <w:br/>
        <w:t>vt 0.379600 0.524900</w:t>
        <w:br/>
        <w:t>vt 0.382000 0.524200</w:t>
        <w:br/>
        <w:t>vt 0.375600 0.525300</w:t>
        <w:br/>
        <w:t>vt 0.379600 0.524900</w:t>
        <w:br/>
        <w:t>vt 0.398600 0.864900</w:t>
        <w:br/>
        <w:t>vt 0.406000 0.867400</w:t>
        <w:br/>
        <w:t>vt 0.406000 0.891300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0.486000 0.780800</w:t>
        <w:br/>
        <w:t>vt 0.470400 0.761200</w:t>
        <w:br/>
        <w:t>vt 0.199100 0.712100</w:t>
        <w:br/>
        <w:t>vt 0.182600 0.722900</w:t>
        <w:br/>
        <w:t>vt 0.180100 0.712300</w:t>
        <w:br/>
        <w:t>vt 0.197000 0.702000</w:t>
        <w:br/>
        <w:t>vt 0.166100 0.735200</w:t>
        <w:br/>
        <w:t>vt 0.185100 0.733600</w:t>
        <w:br/>
        <w:t>vt 0.169500 0.747600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0.294100 0.675200</w:t>
        <w:br/>
        <w:t>vt 0.267900 0.685500</w:t>
        <w:br/>
        <w:t>vt 0.267800 0.677500</w:t>
        <w:br/>
        <w:t>vt 0.294100 0.667700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0.277100 0.759700</w:t>
        <w:br/>
        <w:t>vt 0.276300 0.748900</w:t>
        <w:br/>
        <w:t>vt 0.294100 0.744100</w:t>
        <w:br/>
        <w:t>vt 0.294100 0.756900</w:t>
        <w:br/>
        <w:t>vt 0.294100 0.769600</w:t>
        <w:br/>
        <w:t>vt 0.294100 0.782200</w:t>
        <w:br/>
        <w:t>vt 0.278000 0.781300</w:t>
        <w:br/>
        <w:t>vt 0.277900 0.770500</w:t>
        <w:br/>
        <w:t>vt 0.277400 0.804700</w:t>
        <w:br/>
        <w:t>vt 0.278200 0.792100</w:t>
        <w:br/>
        <w:t>vt 0.294100 0.794800</w:t>
        <w:br/>
        <w:t>vt 0.294100 0.807500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0.198700 0.831200</w:t>
        <w:br/>
        <w:t>vt 0.191000 0.820900</w:t>
        <w:br/>
        <w:t>vt 0.257600 0.754900</w:t>
        <w:br/>
        <w:t>vt 0.240500 0.833900</w:t>
        <w:br/>
        <w:t>vt 0.237000 0.843900</w:t>
        <w:br/>
        <w:t>vt 0.226100 0.835200</w:t>
        <w:br/>
        <w:t>vt 0.229900 0.827200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0.245100 0.797200</w:t>
        <w:br/>
        <w:t>vt 0.248000 0.774600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0.294100 0.706800</w:t>
        <w:br/>
        <w:t>vt 0.270500 0.716600</w:t>
        <w:br/>
        <w:t>vt 0.211900 0.834700</w:t>
        <w:br/>
        <w:t>vt 0.207900 0.841100</w:t>
        <w:br/>
        <w:t>vt 0.294100 0.879800</w:t>
        <w:br/>
        <w:t>vt 0.221400 0.843500</w:t>
        <w:br/>
        <w:t>vt 0.720200 0.424600</w:t>
        <w:br/>
        <w:t>vt 0.715300 0.426100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0.133900 0.549500</w:t>
        <w:br/>
        <w:t>vt 0.151900 0.540500</w:t>
        <w:br/>
        <w:t>vt 0.159800 0.564100</w:t>
        <w:br/>
        <w:t>vt 0.140800 0.574200</w:t>
        <w:br/>
        <w:t>vt 0.111700 0.479300</w:t>
        <w:br/>
        <w:t>vt 0.132100 0.469900</w:t>
        <w:br/>
        <w:t>vt 0.138000 0.493400</w:t>
        <w:br/>
        <w:t>vt 0.119300 0.502000</w:t>
        <w:br/>
        <w:t>vt 0.145800 0.594900</w:t>
        <w:br/>
        <w:t>vt 0.150800 0.592800</w:t>
        <w:br/>
        <w:t>vt 0.160800 0.611400</w:t>
        <w:br/>
        <w:t>vt 0.150900 0.615600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0.453000 0.641800</w:t>
        <w:br/>
        <w:t>vt 0.474700 0.634000</w:t>
        <w:br/>
        <w:t>vt 0.473600 0.654700</w:t>
        <w:br/>
        <w:t>vt 0.453300 0.662900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0.473800 0.496700</w:t>
        <w:br/>
        <w:t>vt 0.453800 0.500700</w:t>
        <w:br/>
        <w:t>vt 0.454300 0.473500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0.567400 0.212900</w:t>
        <w:br/>
        <w:t>vt 0.556600 0.212900</w:t>
        <w:br/>
        <w:t>vt 0.556900 0.189600</w:t>
        <w:br/>
        <w:t>vt 0.578800 0.188900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0.605900 0.173300</w:t>
        <w:br/>
        <w:t>vt 0.596500 0.171200</w:t>
        <w:br/>
        <w:t>vt 0.603800 0.151300</w:t>
        <w:br/>
        <w:t>vt 0.614000 0.154500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0.589200 0.191100</w:t>
        <w:br/>
        <w:t>vt 0.583400 0.163800</w:t>
        <w:br/>
        <w:t>vt 0.604300 0.109400</w:t>
        <w:br/>
        <w:t>vt 0.609900 0.101300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0.544500 0.096300</w:t>
        <w:br/>
        <w:t>vt 0.542100 0.082500</w:t>
        <w:br/>
        <w:t>vt 0.555300 0.080800</w:t>
        <w:br/>
        <w:t>vt 0.558700 0.094300</w:t>
        <w:br/>
        <w:t>vt 0.528500 0.005500</w:t>
        <w:br/>
        <w:t>vt 0.539200 0.021700</w:t>
        <w:br/>
        <w:t>vt 0.534900 0.021900</w:t>
        <w:br/>
        <w:t>vt 0.545000 0.048700</w:t>
        <w:br/>
        <w:t>vt 0.541400 0.038300</w:t>
        <w:br/>
        <w:t>vt 0.550000 0.037800</w:t>
        <w:br/>
        <w:t>vt 0.556200 0.048300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0.253900 0.349100</w:t>
        <w:br/>
        <w:t>vt 0.294100 0.351000</w:t>
        <w:br/>
        <w:t>vt 0.294100 0.371200</w:t>
        <w:br/>
        <w:t>vt 0.253600 0.369000</w:t>
        <w:br/>
        <w:t>vt 0.588300 0.311600</w:t>
        <w:br/>
        <w:t>vt 0.550400 0.313300</w:t>
        <w:br/>
        <w:t>vt 0.551700 0.294100</w:t>
        <w:br/>
        <w:t>vt 0.589900 0.293000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0.591500 0.274400</w:t>
        <w:br/>
        <w:t>vt 0.552900 0.274900</w:t>
        <w:br/>
        <w:t>vt 0.554600 0.255500</w:t>
        <w:br/>
        <w:t>vt 0.592800 0.255700</w:t>
        <w:br/>
        <w:t>vt 0.236400 0.633400</w:t>
        <w:br/>
        <w:t>vt 0.206400 0.638200</w:t>
        <w:br/>
        <w:t>vt 0.212900 0.616300</w:t>
        <w:br/>
        <w:t>vt 0.228000 0.613800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0.202300 0.483800</w:t>
        <w:br/>
        <w:t>vt 0.205500 0.507500</w:t>
        <w:br/>
        <w:t>vt 0.179000 0.511500</w:t>
        <w:br/>
        <w:t>vt 0.174000 0.488900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0.181300 0.284500</w:t>
        <w:br/>
        <w:t>vt 0.177800 0.257800</w:t>
        <w:br/>
        <w:t>vt 0.224500 0.251700</w:t>
        <w:br/>
        <w:t>vt 0.224400 0.278600</w:t>
        <w:br/>
        <w:t>vt 0.174300 0.231200</w:t>
        <w:br/>
        <w:t>vt 0.146800 0.265100</w:t>
        <w:br/>
        <w:t>vt 0.141000 0.239600</w:t>
        <w:br/>
        <w:t>vt 0.162900 0.183400</w:t>
        <w:br/>
        <w:t>vt 0.168600 0.207300</w:t>
        <w:br/>
        <w:t>vt 0.138100 0.214500</w:t>
        <w:br/>
        <w:t>vt 0.135100 0.189400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0.182200 0.154500</w:t>
        <w:br/>
        <w:t>vt 0.229400 0.155900</w:t>
        <w:br/>
        <w:t>vt 0.228300 0.177900</w:t>
        <w:br/>
        <w:t>vt 0.177100 0.178800</w:t>
        <w:br/>
        <w:t>vt 0.111500 0.194900</w:t>
        <w:br/>
        <w:t>vt 0.114500 0.221000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0.128400 0.137200</w:t>
        <w:br/>
        <w:t>vt 0.149100 0.129600</w:t>
        <w:br/>
        <w:t>vt 0.154000 0.145100</w:t>
        <w:br/>
        <w:t>vt 0.130700 0.153700</w:t>
        <w:br/>
        <w:t>vt 0.118700 0.137400</w:t>
        <w:br/>
        <w:t>vt 0.116400 0.122000</w:t>
        <w:br/>
        <w:t>vt 0.126100 0.120700</w:t>
        <w:br/>
        <w:t>vt 0.128400 0.137200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0.296500 0.410900</w:t>
        <w:br/>
        <w:t>vt 0.296500 0.392300</w:t>
        <w:br/>
        <w:t>vt 0.325900 0.400400</w:t>
        <w:br/>
        <w:t>vt 0.324700 0.418100</w:t>
        <w:br/>
        <w:t>vt 0.296500 0.374000</w:t>
        <w:br/>
        <w:t>vt 0.296500 0.355600</w:t>
        <w:br/>
        <w:t>vt 0.330400 0.359700</w:t>
        <w:br/>
        <w:t>vt 0.328200 0.380100</w:t>
        <w:br/>
        <w:t>vt 0.296500 0.248100</w:t>
        <w:br/>
        <w:t>vt 0.296500 0.226100</w:t>
        <w:br/>
        <w:t>vt 0.329500 0.229400</w:t>
        <w:br/>
        <w:t>vt 0.329300 0.250400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0.355700 0.208300</w:t>
        <w:br/>
        <w:t>vt 0.329700 0.208300</w:t>
        <w:br/>
        <w:t>vt 0.329600 0.188300</w:t>
        <w:br/>
        <w:t>vt 0.356100 0.188700</w:t>
        <w:br/>
        <w:t>vt 0.352700 0.149500</w:t>
        <w:br/>
        <w:t>vt 0.356500 0.169000</w:t>
        <w:br/>
        <w:t>vt 0.329400 0.168200</w:t>
        <w:br/>
        <w:t>vt 0.327700 0.149800</w:t>
        <w:br/>
        <w:t>vt 0.323900 0.116700</w:t>
        <w:br/>
        <w:t>vt 0.321800 0.102000</w:t>
        <w:br/>
        <w:t>vt 0.338400 0.101900</w:t>
        <w:br/>
        <w:t>vt 0.343600 0.116000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0.383600 0.225500</w:t>
        <w:br/>
        <w:t>vt 0.355700 0.208300</w:t>
        <w:br/>
        <w:t>vt 0.365900 0.192300</w:t>
        <w:br/>
        <w:t>vt 0.393000 0.207200</w:t>
        <w:br/>
        <w:t>vt 0.409400 0.157700</w:t>
        <w:br/>
        <w:t>vt 0.405900 0.173300</w:t>
        <w:br/>
        <w:t>vt 0.383000 0.163000</w:t>
        <w:br/>
        <w:t>vt 0.389900 0.149800</w:t>
        <w:br/>
        <w:t>vt 0.373500 0.243700</w:t>
        <w:br/>
        <w:t>vt 0.363300 0.261800</w:t>
        <w:br/>
        <w:t>vt 0.346400 0.253700</w:t>
        <w:br/>
        <w:t>vt 0.351100 0.231000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0.373500 0.243700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0.427400 0.169400</w:t>
        <w:br/>
        <w:t>vt 0.436400 0.176600</w:t>
        <w:br/>
        <w:t>vt 0.430500 0.189900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0.226300 0.347000</w:t>
        <w:br/>
        <w:t>vt 0.227100 0.370200</w:t>
        <w:br/>
        <w:t>vt 0.187100 0.366900</w:t>
        <w:br/>
        <w:t>vt 0.296500 0.300300</w:t>
        <w:br/>
        <w:t>vt 0.296500 0.282700</w:t>
        <w:br/>
        <w:t>vt 0.331100 0.288800</w:t>
        <w:br/>
        <w:t>vt 0.332800 0.307300</w:t>
        <w:br/>
        <w:t>vt 0.365600 0.343600</w:t>
        <w:br/>
        <w:t>vt 0.332400 0.342700</w:t>
        <w:br/>
        <w:t>vt 0.334400 0.325700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0.168600 0.308900</w:t>
        <w:br/>
        <w:t>vt 0.144600 0.313700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0.063200 0.261900</w:t>
        <w:br/>
        <w:t>vt 0.048900 0.269800</w:t>
        <w:br/>
        <w:t>vt 0.043200 0.255100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0.044200 0.304600</w:t>
        <w:br/>
        <w:t>vt 0.033600 0.276900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0.410000 0.336800</w:t>
        <w:br/>
        <w:t>vt 0.440600 0.331500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0.410400 0.671900</w:t>
        <w:br/>
        <w:t>vt 0.410400 0.649700</w:t>
        <w:br/>
        <w:t>vt 0.453300 0.662900</w:t>
        <w:br/>
        <w:t>vt 0.454300 0.682200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0.479700 0.331200</w:t>
        <w:br/>
        <w:t>vt 0.502000 0.338200</w:t>
        <w:br/>
        <w:t>vt 0.494800 0.354000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0.238900 0.658000</w:t>
        <w:br/>
        <w:t>vt 0.208100 0.652900</w:t>
        <w:br/>
        <w:t>vt 0.296400 0.563600</w:t>
        <w:br/>
        <w:t>vt 0.296400 0.554500</w:t>
        <w:br/>
        <w:t>vt 0.316100 0.561200</w:t>
        <w:br/>
        <w:t>vt 0.309700 0.573800</w:t>
        <w:br/>
        <w:t>vt 0.525300 0.065500</w:t>
        <w:br/>
        <w:t>vt 0.526000 0.053800</w:t>
        <w:br/>
        <w:t>vt 0.525300 0.076400</w:t>
        <w:br/>
        <w:t>vt 0.547000 0.110100</w:t>
        <w:br/>
        <w:t>vt 0.526800 0.114700</w:t>
        <w:br/>
        <w:t>vt 0.526000 0.101000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0.794300 0.116000</w:t>
        <w:br/>
        <w:t>vt 0.793400 0.095100</w:t>
        <w:br/>
        <w:t>vt 0.792500 0.074100</w:t>
        <w:br/>
        <w:t>vt 0.807800 0.053000</w:t>
        <w:br/>
        <w:t>vt 0.822100 0.073000</w:t>
        <w:br/>
        <w:t>vt 0.792500 0.074100</w:t>
        <w:br/>
        <w:t>vt 0.793000 0.053500</w:t>
        <w:br/>
        <w:t>vt 0.294100 0.620800</w:t>
        <w:br/>
        <w:t>vt 0.294100 0.602800</w:t>
        <w:br/>
        <w:t>vt 0.294100 0.631600</w:t>
        <w:br/>
        <w:t>vt 0.549400 0.592100</w:t>
        <w:br/>
        <w:t>vt 0.589200 0.191100</w:t>
        <w:br/>
        <w:t>vt 0.597800 0.192100</w:t>
        <w:br/>
        <w:t>vt 0.595900 0.214600</w:t>
        <w:br/>
        <w:t>vt 0.591600 0.214200</w:t>
        <w:br/>
        <w:t>vt 0.569700 0.145500</w:t>
        <w:br/>
        <w:t>vt 0.588000 0.138700</w:t>
        <w:br/>
        <w:t>vt 0.583400 0.163800</w:t>
        <w:br/>
        <w:t>vt 0.574300 0.167200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0.450100 0.781300</w:t>
        <w:br/>
        <w:t>vt 0.450200 0.785900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0.199100 0.712100</w:t>
        <w:br/>
        <w:t>vt 0.197000 0.702000</w:t>
        <w:br/>
        <w:t>vt 0.180100 0.712300</w:t>
        <w:br/>
        <w:t>vt 0.182600 0.722900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0.457700 0.737500</w:t>
        <w:br/>
        <w:t>vt 0.459300 0.748800</w:t>
        <w:br/>
        <w:t>vt 0.473100 0.742800</w:t>
        <w:br/>
        <w:t>vt 0.471800 0.731800</w:t>
        <w:br/>
        <w:t>vt 0.177600 0.681600</w:t>
        <w:br/>
        <w:t>vt 0.164600 0.686300</w:t>
        <w:br/>
        <w:t>vt 0.164100 0.702100</w:t>
        <w:br/>
        <w:t>vt 0.457700 0.737500</w:t>
        <w:br/>
        <w:t>vt 0.424800 0.734700</w:t>
        <w:br/>
        <w:t>vt 0.433700 0.753200</w:t>
        <w:br/>
        <w:t>vt 0.459300 0.748800</w:t>
        <w:br/>
        <w:t>vt 0.153200 0.758900</w:t>
        <w:br/>
        <w:t>vt 0.161700 0.772700</w:t>
        <w:br/>
        <w:t>vt 0.175800 0.760500</w:t>
        <w:br/>
        <w:t>vt 0.189800 0.746600</w:t>
        <w:br/>
        <w:t>vt 0.752100 0.368900</w:t>
        <w:br/>
        <w:t>vt 0.750800 0.360100</w:t>
        <w:br/>
        <w:t>vt 0.740600 0.360100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0.267700 0.669600</w:t>
        <w:br/>
        <w:t>vt 0.240200 0.679900</w:t>
        <w:br/>
        <w:t>vt 0.240900 0.688400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0.272300 0.727600</w:t>
        <w:br/>
        <w:t>vt 0.274300 0.738300</w:t>
        <w:br/>
        <w:t>vt 0.277100 0.759700</w:t>
        <w:br/>
        <w:t>vt 0.276300 0.748900</w:t>
        <w:br/>
        <w:t>vt 0.278000 0.781300</w:t>
        <w:br/>
        <w:t>vt 0.277900 0.770500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0.213400 0.790100</w:t>
        <w:br/>
        <w:t>vt 0.220800 0.798900</w:t>
        <w:br/>
        <w:t>vt 0.230700 0.783000</w:t>
        <w:br/>
        <w:t>vt 0.210700 0.812900</w:t>
        <w:br/>
        <w:t>vt 0.202900 0.803700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0.245100 0.797200</w:t>
        <w:br/>
        <w:t>vt 0.252900 0.781300</w:t>
        <w:br/>
        <w:t>vt 0.248000 0.774600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0.177800 0.796600</w:t>
        <w:br/>
        <w:t>vt 0.170300 0.786600</w:t>
        <w:br/>
        <w:t>vt 0.183300 0.810600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0.746300 0.398300</w:t>
        <w:br/>
        <w:t>vt 0.749500 0.392000</w:t>
        <w:br/>
        <w:t>vt 0.730700 0.392500</w:t>
        <w:br/>
        <w:t>vt 0.743200 0.404600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0.456300 0.713900</w:t>
        <w:br/>
        <w:t>vt 0.417800 0.708800</w:t>
        <w:br/>
        <w:t>vt 0.425100 0.723600</w:t>
        <w:br/>
        <w:t>vt 0.457200 0.726300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0.145800 0.594900</w:t>
        <w:br/>
        <w:t>vt 0.150900 0.615600</w:t>
        <w:br/>
        <w:t>vt 0.160800 0.611400</w:t>
        <w:br/>
        <w:t>vt 0.150800 0.592800</w:t>
        <w:br/>
        <w:t>vt 0.155000 0.635900</w:t>
        <w:br/>
        <w:t>vt 0.159100 0.656200</w:t>
        <w:br/>
        <w:t>vt 0.173100 0.650200</w:t>
        <w:br/>
        <w:t>vt 0.167000 0.630800</w:t>
        <w:br/>
        <w:t>vt 0.468700 0.551600</w:t>
        <w:br/>
        <w:t>vt 0.471700 0.524200</w:t>
        <w:br/>
        <w:t>vt 0.453400 0.527800</w:t>
        <w:br/>
        <w:t>vt 0.452700 0.555000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0.160300 0.587800</w:t>
        <w:br/>
        <w:t>vt 0.173900 0.606500</w:t>
        <w:br/>
        <w:t>vt 0.166900 0.585300</w:t>
        <w:br/>
        <w:t>vt 0.255800 0.499200</w:t>
        <w:br/>
        <w:t>vt 0.294100 0.500000</w:t>
        <w:br/>
        <w:t>vt 0.294100 0.478700</w:t>
        <w:br/>
        <w:t>vt 0.255300 0.477200</w:t>
        <w:br/>
        <w:t>vt 0.294100 0.412800</w:t>
        <w:br/>
        <w:t>vt 0.253400 0.410500</w:t>
        <w:br/>
        <w:t>vt 0.254100 0.432900</w:t>
        <w:br/>
        <w:t>vt 0.294100 0.435100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0.261500 0.565200</w:t>
        <w:br/>
        <w:t>vt 0.263200 0.587500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0.260200 0.188800</w:t>
        <w:br/>
        <w:t>vt 0.294100 0.193800</w:t>
        <w:br/>
        <w:t>vt 0.294100 0.175600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0.231200 0.187500</w:t>
        <w:br/>
        <w:t>vt 0.263200 0.168300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0.579600 0.456200</w:t>
        <w:br/>
        <w:t>vt 0.580500 0.435800</w:t>
        <w:br/>
        <w:t>vt 0.545800 0.436400</w:t>
        <w:br/>
        <w:t>vt 0.546600 0.456300</w:t>
        <w:br/>
        <w:t>vt 0.546200 0.416300</w:t>
        <w:br/>
        <w:t>vt 0.581100 0.415900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0.552500 0.146100</w:t>
        <w:br/>
        <w:t>vt 0.569700 0.145500</w:t>
        <w:br/>
        <w:t>vt 0.566000 0.126700</w:t>
        <w:br/>
        <w:t>vt 0.549800 0.128100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0.583400 0.163800</w:t>
        <w:br/>
        <w:t>vt 0.578800 0.188900</w:t>
        <w:br/>
        <w:t>vt 0.589200 0.191100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0.545000 0.048700</w:t>
        <w:br/>
        <w:t>vt 0.556200 0.048300</w:t>
        <w:br/>
        <w:t>vt 0.550000 0.037800</w:t>
        <w:br/>
        <w:t>vt 0.541400 0.038300</w:t>
        <w:br/>
        <w:t>vt 0.555300 0.080800</w:t>
        <w:br/>
        <w:t>vt 0.571200 0.079900</w:t>
        <w:br/>
        <w:t>vt 0.566800 0.069300</w:t>
        <w:br/>
        <w:t>vt 0.552000 0.069900</w:t>
        <w:br/>
        <w:t>vt 0.562200 0.107800</w:t>
        <w:br/>
        <w:t>vt 0.580000 0.105500</w:t>
        <w:br/>
        <w:t>vt 0.575600 0.092700</w:t>
        <w:br/>
        <w:t>vt 0.558700 0.094300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0.551700 0.294100</w:t>
        <w:br/>
        <w:t>vt 0.550400 0.313300</w:t>
        <w:br/>
        <w:t>vt 0.588300 0.311600</w:t>
        <w:br/>
        <w:t>vt 0.589900 0.293000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0.229300 0.413100</w:t>
        <w:br/>
        <w:t>vt 0.230900 0.435400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0.158400 0.164300</w:t>
        <w:br/>
        <w:t>vt 0.132900 0.171600</w:t>
        <w:br/>
        <w:t>vt 0.175700 0.205000</w:t>
        <w:br/>
        <w:t>vt 0.224700 0.224700</w:t>
        <w:br/>
        <w:t>vt 0.226500 0.201300</w:t>
        <w:br/>
        <w:t>vt 0.182200 0.154500</w:t>
        <w:br/>
        <w:t>vt 0.177100 0.178800</w:t>
        <w:br/>
        <w:t>vt 0.228300 0.177900</w:t>
        <w:br/>
        <w:t>vt 0.229400 0.155900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0.193900 0.111800</w:t>
        <w:br/>
        <w:t>vt 0.187300 0.130100</w:t>
        <w:br/>
        <w:t>vt 0.230400 0.133900</w:t>
        <w:br/>
        <w:t>vt 0.230800 0.118100</w:t>
        <w:br/>
        <w:t>vt 0.231200 0.084400</w:t>
        <w:br/>
        <w:t>vt 0.207900 0.075000</w:t>
        <w:br/>
        <w:t>vt 0.200400 0.093500</w:t>
        <w:br/>
        <w:t>vt 0.231200 0.102200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0.126100 0.120700</w:t>
        <w:br/>
        <w:t>vt 0.116400 0.122000</w:t>
        <w:br/>
        <w:t>vt 0.118700 0.137400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0.352700 0.149500</w:t>
        <w:br/>
        <w:t>vt 0.327700 0.149800</w:t>
        <w:br/>
        <w:t>vt 0.329400 0.168200</w:t>
        <w:br/>
        <w:t>vt 0.356500 0.169000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0.414400 0.113600</w:t>
        <w:br/>
        <w:t>vt 0.423700 0.117500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0.409400 0.157700</w:t>
        <w:br/>
        <w:t>vt 0.405900 0.173300</w:t>
        <w:br/>
        <w:t>vt 0.402300 0.188800</w:t>
        <w:br/>
        <w:t>vt 0.407500 0.239200</w:t>
        <w:br/>
        <w:t>vt 0.383600 0.225500</w:t>
        <w:br/>
        <w:t>vt 0.398600 0.256700</w:t>
        <w:br/>
        <w:t>vt 0.356200 0.277800</w:t>
        <w:br/>
        <w:t>vt 0.349000 0.293900</w:t>
        <w:br/>
        <w:t>vt 0.377400 0.300600</w:t>
        <w:br/>
        <w:t>vt 0.383500 0.287400</w:t>
        <w:br/>
        <w:t>vt 0.324700 0.418100</w:t>
        <w:br/>
        <w:t>vt 0.323400 0.435900</w:t>
        <w:br/>
        <w:t>vt 0.345200 0.434400</w:t>
        <w:br/>
        <w:t>vt 0.349300 0.416300</w:t>
        <w:br/>
        <w:t>vt 0.339600 0.471700</w:t>
        <w:br/>
        <w:t>vt 0.342400 0.453100</w:t>
        <w:br/>
        <w:t>vt 0.322700 0.455400</w:t>
        <w:br/>
        <w:t>vt 0.322000 0.475000</w:t>
        <w:br/>
        <w:t>vt 0.324200 0.513400</w:t>
        <w:br/>
        <w:t>vt 0.330500 0.515300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0.296500 0.300300</w:t>
        <w:br/>
        <w:t>vt 0.332800 0.307300</w:t>
        <w:br/>
        <w:t>vt 0.331100 0.288800</w:t>
        <w:br/>
        <w:t>vt 0.296500 0.282700</w:t>
        <w:br/>
        <w:t>vt 0.365600 0.343600</w:t>
        <w:br/>
        <w:t>vt 0.369300 0.328400</w:t>
        <w:br/>
        <w:t>vt 0.334400 0.325700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0.075700 0.332500</w:t>
        <w:br/>
        <w:t>vt 0.083700 0.349600</w:t>
        <w:br/>
        <w:t>vt 0.102600 0.344100</w:t>
        <w:br/>
        <w:t>vt 0.033600 0.276900</w:t>
        <w:br/>
        <w:t>vt 0.044200 0.304600</w:t>
        <w:br/>
        <w:t>vt 0.052200 0.325800</w:t>
        <w:br/>
        <w:t>vt 0.110800 0.362400</w:t>
        <w:br/>
        <w:t>vt 0.092800 0.368300</w:t>
        <w:br/>
        <w:t>vt 0.101800 0.387000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0.498000 0.411200</w:t>
        <w:br/>
        <w:t>vt 0.496700 0.393900</w:t>
        <w:br/>
        <w:t>vt 0.475300 0.396500</w:t>
        <w:br/>
        <w:t>vt 0.476100 0.414400</w:t>
        <w:br/>
        <w:t>vt 0.121300 0.272700</w:t>
        <w:br/>
        <w:t>vt 0.125100 0.298300</w:t>
        <w:br/>
        <w:t>vt 0.152600 0.290500</w:t>
        <w:br/>
        <w:t>vt 0.130900 0.317600</w:t>
        <w:br/>
        <w:t>vt 0.265300 0.638600</w:t>
        <w:br/>
        <w:t>vt 0.264900 0.626800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0.309700 0.573800</w:t>
        <w:br/>
        <w:t>vt 0.316100 0.561200</w:t>
        <w:br/>
        <w:t>vt 0.296400 0.554500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0.528400 0.247900</w:t>
        <w:br/>
        <w:t>vt 0.526700 0.265700</w:t>
        <w:br/>
        <w:t>vt 0.525300 0.284800</w:t>
        <w:br/>
        <w:t>vt 0.522000 0.344100</w:t>
        <w:br/>
        <w:t>vt 0.522900 0.324000</w:t>
        <w:br/>
        <w:t>vt 0.521700 0.387300</w:t>
        <w:br/>
        <w:t>vt 0.546500 0.396200</w:t>
        <w:br/>
        <w:t>vt 0.521800 0.365700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0.807800 0.053000</w:t>
        <w:br/>
        <w:t>vt 0.793000 0.053500</w:t>
        <w:br/>
        <w:t>vt 0.792500 0.074100</w:t>
        <w:br/>
        <w:t>vt 0.822100 0.073000</w:t>
        <w:br/>
        <w:t>vt 0.591500 0.213100</w:t>
        <w:br/>
        <w:t>vt 0.594000 0.237000</w:t>
        <w:br/>
        <w:t>vt 0.595900 0.214600</w:t>
        <w:br/>
        <w:t>vt 0.583400 0.163800</w:t>
        <w:br/>
        <w:t>vt 0.588000 0.138700</w:t>
        <w:br/>
        <w:t>vt 0.569700 0.145500</w:t>
        <w:br/>
        <w:t>vt 0.574300 0.167200</w:t>
        <w:br/>
        <w:t>vt 0.574300 0.167200</w:t>
        <w:br/>
        <w:t>vt 0.585900 0.211500</w:t>
        <w:br/>
        <w:t>vt 0.343100 0.271900</w:t>
        <w:br/>
        <w:t>vt 0.339700 0.290100</w:t>
        <w:br/>
        <w:t>vt 0.351100 0.231000</w:t>
        <w:br/>
        <w:t>vt 0.329500 0.229400</w:t>
        <w:br/>
        <w:t>vt 0.680600 0.100100</w:t>
        <w:br/>
        <w:t>vt 0.703700 0.092600</w:t>
        <w:br/>
        <w:t>vt 0.697800 0.116500</w:t>
        <w:br/>
        <w:t>vt 0.679300 0.121900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0.652700 0.306900</w:t>
        <w:br/>
        <w:t>vt 0.648800 0.328400</w:t>
        <w:br/>
        <w:t>vt 0.616700 0.317500</w:t>
        <w:br/>
        <w:t>vt 0.621600 0.295100</w:t>
        <w:br/>
        <w:t>vt 0.682300 0.042600</w:t>
        <w:br/>
        <w:t>vt 0.687600 0.016100</w:t>
        <w:br/>
        <w:t>vt 0.707500 0.011000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0.682100 0.075200</w:t>
        <w:br/>
        <w:t>vt 0.643000 0.077200</w:t>
        <w:br/>
        <w:t>vt 0.642000 0.044000</w:t>
        <w:br/>
        <w:t>vt 0.682300 0.042600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0.781600 0.940200</w:t>
        <w:br/>
        <w:t>vt 0.762100 0.939900</w:t>
        <w:br/>
        <w:t>vt 0.675200 0.168800</w:t>
        <w:br/>
        <w:t>vt 0.643200 0.167300</w:t>
        <w:br/>
        <w:t>vt 0.643900 0.144700</w:t>
        <w:br/>
        <w:t>vt 0.678000 0.143700</w:t>
        <w:br/>
        <w:t>vt 0.779100 0.878900</w:t>
        <w:br/>
        <w:t>vt 0.780200 0.894200</w:t>
        <w:br/>
        <w:t>vt 0.760100 0.895100</w:t>
        <w:br/>
        <w:t>vt 0.757300 0.880600</w:t>
        <w:br/>
        <w:t>vt 0.771000 0.568700</w:t>
        <w:br/>
        <w:t>vt 0.768900 0.572300</w:t>
        <w:br/>
        <w:t>vt 0.772800 0.563800</w:t>
        <w:br/>
        <w:t>vt 0.773000 0.564500</w:t>
        <w:br/>
        <w:t>vt 0.762900 0.569800</w:t>
        <w:br/>
        <w:t>vt 0.766600 0.578700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0.589300 0.475400</w:t>
        <w:br/>
        <w:t>vt 0.620100 0.483200</w:t>
        <w:br/>
        <w:t>vt 0.733400 0.710300</w:t>
        <w:br/>
        <w:t>vt 0.760000 0.708000</w:t>
        <w:br/>
        <w:t>vt 0.761400 0.722100</w:t>
        <w:br/>
        <w:t>vt 0.735100 0.725200</w:t>
        <w:br/>
        <w:t>vt 0.739100 0.754600</w:t>
        <w:br/>
        <w:t>vt 0.764200 0.750000</w:t>
        <w:br/>
        <w:t>vt 0.765600 0.763700</w:t>
        <w:br/>
        <w:t>vt 0.741000 0.768300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0.800200 0.619300</w:t>
        <w:br/>
        <w:t>vt 0.782600 0.624500</w:t>
        <w:br/>
        <w:t>vt 0.781100 0.608300</w:t>
        <w:br/>
        <w:t>vt 0.796000 0.602500</w:t>
        <w:br/>
        <w:t>vt 0.768900 0.572300</w:t>
        <w:br/>
        <w:t>vt 0.774900 0.572200</w:t>
        <w:br/>
        <w:t>vt 0.776300 0.578600</w:t>
        <w:br/>
        <w:t>vt 0.766600 0.578700</w:t>
        <w:br/>
        <w:t>vt 0.680600 0.100100</w:t>
        <w:br/>
        <w:t>vt 0.643600 0.100800</w:t>
        <w:br/>
        <w:t>vt 0.643300 0.089000</w:t>
        <w:br/>
        <w:t>vt 0.681300 0.087700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0.748200 0.823100</w:t>
        <w:br/>
        <w:t>vt 0.746100 0.809600</w:t>
        <w:br/>
        <w:t>vt 0.771200 0.805800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0.644800 0.350000</w:t>
        <w:br/>
        <w:t>vt 0.612300 0.339200</w:t>
        <w:br/>
        <w:t>vt 0.636900 0.392300</w:t>
        <w:br/>
        <w:t>vt 0.662500 0.390700</w:t>
        <w:br/>
        <w:t>vt 0.659000 0.411400</w:t>
        <w:br/>
        <w:t>vt 0.633000 0.412900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0.814600 0.782100</w:t>
        <w:br/>
        <w:t>vt 0.815400 0.796100</w:t>
        <w:br/>
        <w:t>vt 0.792700 0.797800</w:t>
        <w:br/>
        <w:t>vt 0.791500 0.783900</w:t>
        <w:br/>
        <w:t>vt 0.816100 0.810000</w:t>
        <w:br/>
        <w:t>vt 0.817400 0.823700</w:t>
        <w:br/>
        <w:t>vt 0.794700 0.825500</w:t>
        <w:br/>
        <w:t>vt 0.793900 0.811700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0.806700 0.651400</w:t>
        <w:br/>
        <w:t>vt 0.785200 0.656300</w:t>
        <w:br/>
        <w:t>vt 0.784100 0.640800</w:t>
        <w:br/>
        <w:t>vt 0.804400 0.636100</w:t>
        <w:br/>
        <w:t>vt 0.759400 0.622400</w:t>
        <w:br/>
        <w:t>vt 0.760000 0.607300</w:t>
        <w:br/>
        <w:t>vt 0.781100 0.608300</w:t>
        <w:br/>
        <w:t>vt 0.782600 0.624500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0.794700 0.825500</w:t>
        <w:br/>
        <w:t>vt 0.795500 0.839300</w:t>
        <w:br/>
        <w:t>vt 0.774400 0.833400</w:t>
        <w:br/>
        <w:t>vt 0.772800 0.819600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0.785200 0.656300</w:t>
        <w:br/>
        <w:t>vt 0.758400 0.652200</w:t>
        <w:br/>
        <w:t>vt 0.773200 0.565100</w:t>
        <w:br/>
        <w:t>vt 0.774100 0.566100</w:t>
        <w:br/>
        <w:t>vt 0.774100 0.568700</w:t>
        <w:br/>
        <w:t>vt 0.722500 0.179900</w:t>
        <w:br/>
        <w:t>vt 0.714000 0.201300</w:t>
        <w:br/>
        <w:t>vt 0.694000 0.190900</w:t>
        <w:br/>
        <w:t>vt 0.703600 0.165000</w:t>
        <w:br/>
        <w:t>vt 0.709700 0.222500</w:t>
        <w:br/>
        <w:t>vt 0.690600 0.214500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0.649500 0.515400</w:t>
        <w:br/>
        <w:t>vt 0.633200 0.510200</w:t>
        <w:br/>
        <w:t>vt 0.641000 0.482800</w:t>
        <w:br/>
        <w:t>vt 0.658800 0.488500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0.813800 0.966000</w:t>
        <w:br/>
        <w:t>vt 0.823500 0.965800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0.616700 0.317500</w:t>
        <w:br/>
        <w:t>vt 0.648800 0.328400</w:t>
        <w:br/>
        <w:t>vt 0.652700 0.306900</w:t>
        <w:br/>
        <w:t>vt 0.621600 0.295100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0.675200 0.168800</w:t>
        <w:br/>
        <w:t>vt 0.678000 0.143700</w:t>
        <w:br/>
        <w:t>vt 0.643900 0.144700</w:t>
        <w:br/>
        <w:t>vt 0.643200 0.167300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0.611400 0.533900</w:t>
        <w:br/>
        <w:t>vt 0.608000 0.556400</w:t>
        <w:br/>
        <w:t>vt 0.619400 0.558100</w:t>
        <w:br/>
        <w:t>vt 0.626400 0.534600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0.643300 0.089000</w:t>
        <w:br/>
        <w:t>vt 0.643600 0.100800</w:t>
        <w:br/>
        <w:t>vt 0.680600 0.100100</w:t>
        <w:br/>
        <w:t>vt 0.681300 0.087700</w:t>
        <w:br/>
        <w:t>vt 0.781500 0.924500</w:t>
        <w:br/>
        <w:t>vt 0.761500 0.924600</w:t>
        <w:br/>
        <w:t>vt 0.761800 0.932200</w:t>
        <w:br/>
        <w:t>vt 0.781600 0.932400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0.771200 0.805800</w:t>
        <w:br/>
        <w:t>vt 0.746100 0.809600</w:t>
        <w:br/>
        <w:t>vt 0.748200 0.823100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0.636900 0.392300</w:t>
        <w:br/>
        <w:t>vt 0.633000 0.412900</w:t>
        <w:br/>
        <w:t>vt 0.659000 0.411400</w:t>
        <w:br/>
        <w:t>vt 0.662500 0.390700</w:t>
        <w:br/>
        <w:t>vt 0.731600 0.695400</w:t>
        <w:br/>
        <w:t>vt 0.758600 0.693900</w:t>
        <w:br/>
        <w:t>vt 0.758400 0.680300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0.811900 0.709500</w:t>
        <w:br/>
        <w:t>vt 0.811000 0.694500</w:t>
        <w:br/>
        <w:t>vt 0.788000 0.700300</w:t>
        <w:br/>
        <w:t>vt 0.788500 0.714400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0.759400 0.622400</w:t>
        <w:br/>
        <w:t>vt 0.782600 0.624500</w:t>
        <w:br/>
        <w:t>vt 0.781100 0.608300</w:t>
        <w:br/>
        <w:t>vt 0.760000 0.607300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0.681500 0.281600</w:t>
        <w:br/>
        <w:t>vt 0.698700 0.285800</w:t>
        <w:br/>
        <w:t>vt 0.702100 0.264800</w:t>
        <w:br/>
        <w:t>vt 0.684400 0.259900</w:t>
        <w:br/>
        <w:t>vt 0.674800 0.325700</w:t>
        <w:br/>
        <w:t>vt 0.690300 0.331200</w:t>
        <w:br/>
        <w:t>vt 0.694500 0.308500</w:t>
        <w:br/>
        <w:t>vt 0.678100 0.303700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0.671300 0.435900</w:t>
        <w:br/>
        <w:t>vt 0.654900 0.430600</w:t>
        <w:br/>
        <w:t>vt 0.650800 0.449700</w:t>
        <w:br/>
        <w:t>vt 0.667200 0.454500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0.821200 0.852600</w:t>
        <w:br/>
        <w:t>vt 0.823800 0.867700</w:t>
        <w:br/>
        <w:t>vt 0.840600 0.860500</w:t>
        <w:br/>
        <w:t>vt 0.839100 0.845700</w:t>
        <w:br/>
        <w:t>vt 0.827900 0.883600</w:t>
        <w:br/>
        <w:t>vt 0.843200 0.874900</w:t>
        <w:br/>
        <w:t>vt 0.773000 0.564500</w:t>
        <w:br/>
        <w:t>vt 0.824300 0.884500</w:t>
        <w:br/>
        <w:t>vt 0.831100 0.914900</w:t>
        <w:br/>
        <w:t>vt 0.831900 0.899500</w:t>
        <w:br/>
        <w:t>vt 0.824900 0.901300</w:t>
        <w:br/>
        <w:t>vt 0.827600 0.915800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0.823800 0.867700</w:t>
        <w:br/>
        <w:t>vt 0.798300 0.869400</w:t>
        <w:br/>
        <w:t>vt 0.824300 0.884500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0.955600 0.580700</w:t>
        <w:br/>
        <w:t>vt 0.955500 0.601500</w:t>
        <w:br/>
        <w:t>vt 0.934600 0.599900</w:t>
        <w:br/>
        <w:t>vt 0.934600 0.579200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0.955500 0.672200</w:t>
        <w:br/>
        <w:t>vt 0.955600 0.692800</w:t>
        <w:br/>
        <w:t>vt 0.936300 0.686800</w:t>
        <w:br/>
        <w:t>vt 0.936000 0.667000</w:t>
        <w:br/>
        <w:t>vt 0.956700 0.822600</w:t>
        <w:br/>
        <w:t>vt 0.957200 0.865800</w:t>
        <w:br/>
        <w:t>vt 0.938900 0.861200</w:t>
        <w:br/>
        <w:t>vt 0.937800 0.816600</w:t>
        <w:br/>
        <w:t>vt 0.940400 0.905500</w:t>
        <w:br/>
        <w:t>vt 0.958200 0.909200</w:t>
        <w:br/>
        <w:t>vt 0.926500 0.954000</w:t>
        <w:br/>
        <w:t>vt 0.941000 0.950900</w:t>
        <w:br/>
        <w:t>vt 0.940200 0.993600</w:t>
        <w:br/>
        <w:t>vt 0.926000 0.996600</w:t>
        <w:br/>
        <w:t>vt 0.949800 0.453000</w:t>
        <w:br/>
        <w:t>vt 0.954300 0.453300</w:t>
        <w:br/>
        <w:t>vt 0.954600 0.468900</w:t>
        <w:br/>
        <w:t>vt 0.945600 0.468200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0.941000 0.950900</w:t>
        <w:br/>
        <w:t>vt 0.959100 0.954400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0.968900 0.505800</w:t>
        <w:br/>
        <w:t>vt 0.955200 0.507400</w:t>
        <w:br/>
        <w:t>vt 0.955100 0.492100</w:t>
        <w:br/>
        <w:t>vt 0.967000 0.490100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0.976900 0.480700</w:t>
        <w:br/>
        <w:t>vt 0.980800 0.492900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0.956200 0.778900</w:t>
        <w:br/>
        <w:t>vt 0.937400 0.772400</w:t>
        <w:br/>
        <w:t>vt 0.937000 0.750700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0.955900 0.714300</w:t>
        <w:br/>
        <w:t>vt 0.956200 0.735700</w:t>
        <w:br/>
        <w:t>vt 0.936600 0.729000</w:t>
        <w:br/>
        <w:t>vt 0.936500 0.707900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0.973500 0.717000</w:t>
        <w:br/>
        <w:t>vt 0.972800 0.738600</w:t>
        <w:br/>
        <w:t>vt 0.956200 0.735700</w:t>
        <w:br/>
        <w:t>vt 0.955900 0.714300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0.936500 0.707900</w:t>
        <w:br/>
        <w:t>vt 0.917800 0.711000</w:t>
        <w:br/>
        <w:t>vt 0.917300 0.689900</w:t>
        <w:br/>
        <w:t>vt 0.936300 0.686800</w:t>
        <w:br/>
        <w:t>vt 0.943800 0.452700</w:t>
        <w:br/>
        <w:t>vt 0.949800 0.453000</w:t>
        <w:br/>
        <w:t>vt 0.945600 0.468200</w:t>
        <w:br/>
        <w:t>vt 0.933500 0.467600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0.955500 0.672200</w:t>
        <w:br/>
        <w:t>vt 0.936000 0.667000</w:t>
        <w:br/>
        <w:t>vt 0.936300 0.686800</w:t>
        <w:br/>
        <w:t>vt 0.955600 0.692800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0.954600 0.468900</w:t>
        <w:br/>
        <w:t>vt 0.954300 0.453300</w:t>
        <w:br/>
        <w:t>vt 0.949800 0.453000</w:t>
        <w:br/>
        <w:t>vt 0.945600 0.468200</w:t>
        <w:br/>
        <w:t>vt 0.943100 0.480600</w:t>
        <w:br/>
        <w:t>vt 0.940600 0.493100</w:t>
        <w:br/>
        <w:t>vt 0.955100 0.492100</w:t>
        <w:br/>
        <w:t>vt 0.954900 0.480500</w:t>
        <w:br/>
        <w:t>vt 0.938700 0.507700</w:t>
        <w:br/>
        <w:t>vt 0.936700 0.522300</w:t>
        <w:br/>
        <w:t>vt 0.955300 0.522700</w:t>
        <w:br/>
        <w:t>vt 0.955200 0.507400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0.968900 0.505800</w:t>
        <w:br/>
        <w:t>vt 0.967000 0.490100</w:t>
        <w:br/>
        <w:t>vt 0.955100 0.492100</w:t>
        <w:br/>
        <w:t>vt 0.955200 0.507400</w:t>
        <w:br/>
        <w:t>vt 0.954600 0.468900</w:t>
        <w:br/>
        <w:t>vt 0.954900 0.480500</w:t>
        <w:br/>
        <w:t>vt 0.964500 0.477900</w:t>
        <w:br/>
        <w:t>vt 0.962000 0.465800</w:t>
        <w:br/>
        <w:t>vt 0.954300 0.453300</w:t>
        <w:br/>
        <w:t>vt 0.958000 0.451800</w:t>
        <w:br/>
        <w:t>vt 0.974000 0.602100</w:t>
        <w:br/>
        <w:t>vt 0.994000 0.599900</w:t>
        <w:br/>
        <w:t>vt 0.993600 0.579800</w:t>
        <w:br/>
        <w:t>vt 0.990700 0.541500</w:t>
        <w:br/>
        <w:t>vt 0.993200 0.559700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0.986200 0.908700</w:t>
        <w:br/>
        <w:t>vt 0.972400 0.911600</w:t>
        <w:br/>
        <w:t>vt 0.974600 0.956500</w:t>
        <w:br/>
        <w:t>vt 0.986800 0.953400</w:t>
        <w:br/>
        <w:t>vt 0.990900 0.995700</w:t>
        <w:br/>
        <w:t>vt 0.979200 0.997000</w:t>
        <w:br/>
        <w:t>vt 0.976900 0.480700</w:t>
        <w:br/>
        <w:t>vt 0.964500 0.477900</w:t>
        <w:br/>
        <w:t>vt 0.980800 0.492900</w:t>
        <w:br/>
        <w:t>vt 0.973100 0.468600</w:t>
        <w:br/>
        <w:t>vt 0.963500 0.453200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0.955900 0.714300</w:t>
        <w:br/>
        <w:t>vt 0.936500 0.707900</w:t>
        <w:br/>
        <w:t>vt 0.936600 0.729000</w:t>
        <w:br/>
        <w:t>vt 0.956200 0.735700</w:t>
        <w:br/>
        <w:t>vt 0.993300 0.731800</w:t>
        <w:br/>
        <w:t>vt 0.993300 0.710500</w:t>
        <w:br/>
        <w:t>vt 0.973500 0.717000</w:t>
        <w:br/>
        <w:t>vt 0.972800 0.738600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0.956200 0.757300</w:t>
        <w:br/>
        <w:t>vt 0.956200 0.778900</w:t>
        <w:br/>
        <w:t>vt 0.972700 0.782000</w:t>
        <w:br/>
        <w:t>vt 0.973500 0.717000</w:t>
        <w:br/>
        <w:t>vt 0.955900 0.714300</w:t>
        <w:br/>
        <w:t>vt 0.956200 0.735700</w:t>
        <w:br/>
        <w:t>vt 0.972800 0.738600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0.934600 0.579200</w:t>
        <w:br/>
        <w:t>vt 0.934700 0.558400</w:t>
        <w:br/>
        <w:t>vt 0.914000 0.560200</w:t>
        <w:br/>
        <w:t>vt 0.913800 0.580400</w:t>
        <w:br/>
        <w:t>vt 0.915600 0.541700</w:t>
        <w:br/>
        <w:t>vt 0.935700 0.540400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0.920700 0.507600</w:t>
        <w:br/>
        <w:t>vt 0.917200 0.523200</w:t>
        <w:br/>
        <w:t>vt 0.936700 0.522300</w:t>
        <w:br/>
        <w:t>vt 0.938700 0.507700</w:t>
        <w:br/>
        <w:t>vt 0.937000 0.750700</w:t>
        <w:br/>
        <w:t>vt 0.936600 0.729000</w:t>
        <w:br/>
        <w:t>vt 0.918200 0.732200</w:t>
        <w:br/>
        <w:t>vt 0.918900 0.754200</w:t>
        <w:br/>
        <w:t>vt 0.937600 0.794500</w:t>
        <w:br/>
        <w:t>vt 0.937400 0.772400</w:t>
        <w:br/>
        <w:t>vt 0.919500 0.776200</w:t>
        <w:br/>
        <w:t>vt 0.919600 0.798400</w:t>
        <w:br/>
        <w:t>vt 0.936500 0.707900</w:t>
        <w:br/>
        <w:t>vt 0.936300 0.686800</w:t>
        <w:br/>
        <w:t>vt 0.917300 0.689900</w:t>
        <w:br/>
        <w:t>vt 0.917800 0.711000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0.116400 0.615700</w:t>
        <w:br/>
        <w:t>vt 0.120000 0.615200</w:t>
        <w:br/>
        <w:t>vt 0.112400 0.770100</w:t>
        <w:br/>
        <w:t>vt 0.056900 0.767100</w:t>
        <w:br/>
        <w:t>vt 0.728100 0.842800</w:t>
        <w:br/>
        <w:t>vt 0.735900 0.844200</w:t>
        <w:br/>
        <w:t>vt 0.311500 0.939000</w:t>
        <w:br/>
        <w:t>vt 0.312700 0.943300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0.476800 0.831800</w:t>
        <w:br/>
        <w:t>vt 0.475100 0.840900</w:t>
        <w:br/>
        <w:t>vt 0.468500 0.841100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0.516700 0.865100</w:t>
        <w:br/>
        <w:t>vt 0.515200 0.859400</w:t>
        <w:br/>
        <w:t>vt 0.526200 0.860200</w:t>
        <w:br/>
        <w:t>vt 0.527800 0.866000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0.710000 0.920800</w:t>
        <w:br/>
        <w:t>vt 0.703200 0.918900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0.504400 0.835300</w:t>
        <w:br/>
        <w:t>vt 0.507400 0.833400</w:t>
        <w:br/>
        <w:t>vt 0.508200 0.835700</w:t>
        <w:br/>
        <w:t>vt 0.504900 0.837900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0.878400 0.422500</w:t>
        <w:br/>
        <w:t>vt 0.879500 0.419200</w:t>
        <w:br/>
        <w:t>vt 0.851800 0.830300</w:t>
        <w:br/>
        <w:t>vt 0.850800 0.825800</w:t>
        <w:br/>
        <w:t>vt 0.866900 0.820500</w:t>
        <w:br/>
        <w:t>vt 0.870200 0.825500</w:t>
        <w:br/>
        <w:t>vt 0.865200 0.828200</w:t>
        <w:br/>
        <w:t>vt 0.862500 0.823100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0.902800 0.864700</w:t>
        <w:br/>
        <w:t>vt 0.893100 0.863800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0.597800 0.192100</w:t>
        <w:br/>
        <w:t>vt 0.589200 0.191100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0.348900 0.130000</w:t>
        <w:br/>
        <w:t>vt 0.326000 0.131300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0.955500 0.651500</w:t>
        <w:br/>
        <w:t>vt 0.975100 0.653100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0.993400 0.689300</w:t>
        <w:br/>
        <w:t>vt 0.974100 0.695500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0.752900 0.575900</w:t>
        <w:br/>
        <w:t>vt 0.764400 0.585000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0.625800 0.451000</w:t>
        <w:br/>
        <w:t>vt 0.593500 0.440400</w:t>
        <w:br/>
        <w:t>vt 0.625800 0.451000</w:t>
        <w:br/>
        <w:t>vt 0.650800 0.449700</w:t>
        <w:br/>
        <w:t>vt 0.625800 0.451000</w:t>
        <w:br/>
        <w:t>vt 0.593500 0.440400</w:t>
        <w:br/>
        <w:t>vt 0.625800 0.451000</w:t>
        <w:br/>
        <w:t>vt 0.650800 0.449700</w:t>
        <w:br/>
        <w:t>vt 0.659000 0.411400</w:t>
        <w:br/>
        <w:t>vt 0.675500 0.417300</w:t>
        <w:br/>
        <w:t>vt 0.675500 0.417300</w:t>
        <w:br/>
        <w:t>vt 0.659000 0.411400</w:t>
        <w:br/>
        <w:t>vt 0.640700 0.371700</w:t>
        <w:br/>
        <w:t>vt 0.607900 0.360900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0.144000 0.516900</w:t>
        <w:br/>
        <w:t>vt 0.126900 0.524800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0.620720 0.824675</w:t>
        <w:br/>
        <w:t>vt 0.617464 0.605174</w:t>
        <w:br/>
        <w:t>vt 0.666491 0.578370</w:t>
        <w:br/>
        <w:t>vt 0.676067 0.815163</w:t>
        <w:br/>
        <w:t>vt 0.725129 0.559590</w:t>
        <w:br/>
        <w:t>vt 0.730542 0.817028</w:t>
        <w:br/>
        <w:t>vt 0.788984 0.569685</w:t>
        <w:br/>
        <w:t>vt 0.786767 0.844185</w:t>
        <w:br/>
        <w:t>vt 0.849294 0.586060</w:t>
        <w:br/>
        <w:t>vt 0.867327 0.910308</w:t>
        <w:br/>
        <w:t>vt 0.954749 0.416237</w:t>
        <w:br/>
        <w:t>vt 0.980000 0.757233</w:t>
        <w:br/>
        <w:t>vt 0.932073 0.802428</w:t>
        <w:br/>
        <w:t>vt 0.900555 0.490534</w:t>
        <w:br/>
        <w:t>vt 0.771392 0.253575</w:t>
        <w:br/>
        <w:t>vt 0.827758 0.244987</w:t>
        <w:br/>
        <w:t>vt 0.706710 0.284910</w:t>
        <w:br/>
        <w:t>vt 0.880978 0.248642</w:t>
        <w:br/>
        <w:t>vt 0.563053 0.827871</w:t>
        <w:br/>
        <w:t>vt 0.567387 0.630737</w:t>
        <w:br/>
        <w:t>vt 0.932557 0.159328</w:t>
        <w:br/>
        <w:t>vt 0.863139 0.033025</w:t>
        <w:br/>
        <w:t>vt 0.812937 0.031545</w:t>
        <w:br/>
        <w:t>vt 0.756512 0.058459</w:t>
        <w:br/>
        <w:t>vt 0.919180 0.020000</w:t>
        <w:br/>
        <w:t>vt 0.687874 0.108435</w:t>
        <w:br/>
        <w:t>vt 0.647746 0.330947</w:t>
        <w:br/>
        <w:t>vt 0.604940 0.360212</w:t>
        <w:br/>
        <w:t>vt 0.627574 0.147026</w:t>
        <w:br/>
        <w:t>vt 0.583699 0.166586</w:t>
        <w:br/>
        <w:t>vt 0.557617 0.380735</w:t>
        <w:br/>
        <w:t>vt 0.525860 0.647983</w:t>
        <w:br/>
        <w:t>vt 0.518359 0.392147</w:t>
        <w:br/>
        <w:t>vt 0.525505 0.826287</w:t>
        <w:br/>
        <w:t>vt 0.500038 0.821117</w:t>
        <w:br/>
        <w:t>vt 0.500021 0.648277</w:t>
        <w:br/>
        <w:t>vt 0.499998 0.398708</w:t>
        <w:br/>
        <w:t>vt 0.499980 0.213885</w:t>
        <w:br/>
        <w:t>vt 0.507481 0.198764</w:t>
        <w:br/>
        <w:t>vt 0.541787 0.186297</w:t>
        <w:br/>
        <w:t>vt 0.333531 0.578842</w:t>
        <w:br/>
        <w:t>vt 0.382565 0.605535</w:t>
        <w:br/>
        <w:t>vt 0.379343 0.825042</w:t>
        <w:br/>
        <w:t>vt 0.323985 0.815652</w:t>
        <w:br/>
        <w:t>vt 0.274887 0.560168</w:t>
        <w:br/>
        <w:t>vt 0.269501 0.817609</w:t>
        <w:br/>
        <w:t>vt 0.211026 0.570364</w:t>
        <w:br/>
        <w:t>vt 0.213269 0.844854</w:t>
        <w:br/>
        <w:t>vt 0.147203 0.906460</w:t>
        <w:br/>
        <w:t>vt 0.150709 0.586824</w:t>
        <w:br/>
        <w:t>vt 0.067928 0.803205</w:t>
        <w:br/>
        <w:t>vt 0.020000 0.758021</w:t>
        <w:br/>
        <w:t>vt 0.045245 0.417027</w:t>
        <w:br/>
        <w:t>vt 0.099442 0.491308</w:t>
        <w:br/>
        <w:t>vt 0.172228 0.245745</w:t>
        <w:br/>
        <w:t>vt 0.228592 0.254245</w:t>
        <w:br/>
        <w:t>vt 0.293275 0.285465</w:t>
        <w:br/>
        <w:t>vt 0.119010 0.249412</w:t>
        <w:br/>
        <w:t>vt 0.432649 0.630960</w:t>
        <w:br/>
        <w:t>vt 0.437018 0.828082</w:t>
        <w:br/>
        <w:t>vt 0.067429 0.160121</w:t>
        <w:br/>
        <w:t>vt 0.136844 0.033789</w:t>
        <w:br/>
        <w:t>vt 0.187040 0.032297</w:t>
        <w:br/>
        <w:t>vt 0.243455 0.059117</w:t>
        <w:br/>
        <w:t>vt 0.080802 0.020787</w:t>
        <w:br/>
        <w:t>vt 0.312091 0.108962</w:t>
        <w:br/>
        <w:t>vt 0.352243 0.331385</w:t>
        <w:br/>
        <w:t>vt 0.395051 0.360545</w:t>
        <w:br/>
        <w:t>vt 0.372389 0.147424</w:t>
        <w:br/>
        <w:t>vt 0.416261 0.166865</w:t>
        <w:br/>
        <w:t>vt 0.442376 0.380930</w:t>
        <w:br/>
        <w:t>vt 0.474181 0.648076</w:t>
        <w:br/>
        <w:t>vt 0.481636 0.392217</w:t>
        <w:br/>
        <w:t>vt 0.474570 0.826379</w:t>
        <w:br/>
        <w:t>vt 0.492477 0.198800</w:t>
        <w:br/>
        <w:t>vt 0.458171 0.186448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-0.7811 0.0766 0.6197</w:t>
        <w:br/>
        <w:t>vn -0.9427 -0.0748 0.3250</w:t>
        <w:br/>
        <w:t>vn -0.3548 -0.8557 0.3766</w:t>
        <w:br/>
        <w:t>vn -0.2696 -0.6571 0.7039</w:t>
        <w:br/>
        <w:t>vn -0.7567 -0.6537 0.0092</w:t>
        <w:br/>
        <w:t>vn -0.7566 -0.6538 0.0092</w:t>
        <w:br/>
        <w:t>vn -0.6720 -0.6358 -0.3797</w:t>
        <w:br/>
        <w:t>vn -0.4613 -0.4816 -0.7452</w:t>
        <w:br/>
        <w:t>vn -0.0847 -0.7944 -0.6015</w:t>
        <w:br/>
        <w:t>vn -0.4060 -0.8364 -0.3682</w:t>
        <w:br/>
        <w:t>vn -0.7765 -0.5770 -0.2534</w:t>
        <w:br/>
        <w:t>vn -0.8023 -0.5624 0.2000</w:t>
        <w:br/>
        <w:t>vn -0.7961 -0.5744 0.1904</w:t>
        <w:br/>
        <w:t>vn -0.8121 -0.5350 0.2329</w:t>
        <w:br/>
        <w:t>vn -0.8121 -0.5351 0.2329</w:t>
        <w:br/>
        <w:t>vn -0.6740 -0.4145 0.6114</w:t>
        <w:br/>
        <w:t>vn 0.3103 -0.0049 -0.9506</w:t>
        <w:br/>
        <w:t>vn 0.4522 -0.2889 -0.8438</w:t>
        <w:br/>
        <w:t>vn 0.6197 0.3242 -0.7147</w:t>
        <w:br/>
        <w:t>vn 0.7529 0.6581 -0.0070</w:t>
        <w:br/>
        <w:t>vn 0.6692 0.6441 0.3706</w:t>
        <w:br/>
        <w:t>vn 0.4453 0.4918 0.7483</w:t>
        <w:br/>
        <w:t>vn 0.4453 0.4917 0.7483</w:t>
        <w:br/>
        <w:t>vn 0.0212 0.1687 0.9854</w:t>
        <w:br/>
        <w:t>vn 0.0212 0.1688 0.9854</w:t>
        <w:br/>
        <w:t>vn -0.0629 -0.2824 -0.9572</w:t>
        <w:br/>
        <w:t>vn -0.3756 -0.4403 -0.8155</w:t>
        <w:br/>
        <w:t>vn -0.4018 -0.1831 0.8973</w:t>
        <w:br/>
        <w:t>vn -0.4017 -0.1830 0.8973</w:t>
        <w:br/>
        <w:t>vn 0.7487 0.5568 -0.3597</w:t>
        <w:br/>
        <w:t>vn -0.6174 -0.5253 -0.5856</w:t>
        <w:br/>
        <w:t>vn -0.6174 -0.5254 -0.5856</w:t>
        <w:br/>
        <w:t>vn 0.9225 -0.3840 0.0387</w:t>
        <w:br/>
        <w:t>vn 0.9571 0.1392 0.2542</w:t>
        <w:br/>
        <w:t>vn 0.6666 -0.7365 0.1151</w:t>
        <w:br/>
        <w:t>vn 0.6553 -0.7494 0.0946</w:t>
        <w:br/>
        <w:t>vn -0.1412 0.9866 0.0822</w:t>
        <w:br/>
        <w:t>vn 0.5513 0.8084 -0.2062</w:t>
        <w:br/>
        <w:t>vn -0.5124 0.8583 -0.0252</w:t>
        <w:br/>
        <w:t>vn -0.5244 0.8514 -0.0118</w:t>
        <w:br/>
        <w:t>vn 0.8629 -0.5031 -0.0479</w:t>
        <w:br/>
        <w:t>vn 0.6505 -0.7584 0.0410</w:t>
        <w:br/>
        <w:t>vn 0.6500 -0.7599 0.0094</w:t>
        <w:br/>
        <w:t>vn 0.8376 -0.4855 -0.2506</w:t>
        <w:br/>
        <w:t>vn -0.5486 0.8340 -0.0585</w:t>
        <w:br/>
        <w:t>vn -0.2552 0.9587 -0.1257</w:t>
        <w:br/>
        <w:t>vn -0.2585 0.9183 -0.2999</w:t>
        <w:br/>
        <w:t>vn -0.5662 0.8194 -0.0894</w:t>
        <w:br/>
        <w:t>vn -0.5402 0.3656 0.7579</w:t>
        <w:br/>
        <w:t>vn -0.6473 0.7613 0.0367</w:t>
        <w:br/>
        <w:t>vn -0.6982 0.7108 0.0854</w:t>
        <w:br/>
        <w:t>vn 0.5101 -0.8371 0.1975</w:t>
        <w:br/>
        <w:t>vn 0.4800 -0.8185 0.3157</w:t>
        <w:br/>
        <w:t>vn 0.0270 -0.4110 0.9112</w:t>
        <w:br/>
        <w:t>vn 0.5281 -0.8473 0.0564</w:t>
        <w:br/>
        <w:t>vn 0.2049 -0.9775 0.0499</w:t>
        <w:br/>
        <w:t>vn 0.2345 -0.9701 -0.0620</w:t>
        <w:br/>
        <w:t>vn 0.5465 -0.8375 -0.0023</w:t>
        <w:br/>
        <w:t>vn -0.6738 0.7368 -0.0566</w:t>
        <w:br/>
        <w:t>vn -0.6719 0.7340 -0.0988</w:t>
        <w:br/>
        <w:t>vn -0.8693 0.4351 -0.2347</w:t>
        <w:br/>
        <w:t>vn -0.8942 0.4450 -0.0485</w:t>
        <w:br/>
        <w:t>vn -0.5645 0.6284 -0.5352</w:t>
        <w:br/>
        <w:t>vn -0.7689 0.4728 -0.4304</w:t>
        <w:br/>
        <w:t>vn -0.6571 0.7412 -0.1375</w:t>
        <w:br/>
        <w:t>vn -0.6170 0.7763 -0.1288</w:t>
        <w:br/>
        <w:t>vn 0.4922 -0.7677 -0.4104</w:t>
        <w:br/>
        <w:t>vn 0.5936 -0.8046 0.0152</w:t>
        <w:br/>
        <w:t>vn 0.5602 -0.8281 -0.0197</w:t>
        <w:br/>
        <w:t>vn -0.6145 0.7865 -0.0614</w:t>
        <w:br/>
        <w:t>vn -0.6121 0.7887 -0.0572</w:t>
        <w:br/>
        <w:t>vn -0.5377 0.7983 0.2712</w:t>
        <w:br/>
        <w:t>vn -0.4622 0.8642 0.1987</w:t>
        <w:br/>
        <w:t>vn 0.7458 -0.4996 0.4406</w:t>
        <w:br/>
        <w:t>vn 0.5955 -0.6132 0.5190</w:t>
        <w:br/>
        <w:t>vn 0.6089 -0.7850 0.1138</w:t>
        <w:br/>
        <w:t>vn 0.6260 -0.7724 0.1074</w:t>
        <w:br/>
        <w:t>vn 0.6287 -0.7769 0.0343</w:t>
        <w:br/>
        <w:t>vn 0.7136 -0.5892 -0.3790</w:t>
        <w:br/>
        <w:t>vn -0.3576 0.8124 -0.4607</w:t>
        <w:br/>
        <w:t>vn -0.5879 0.8034 -0.0938</w:t>
        <w:br/>
        <w:t>vn -0.6995 0.7144 0.0171</w:t>
        <w:br/>
        <w:t>vn 0.4979 -0.8565 0.1358</w:t>
        <w:br/>
        <w:t>vn 0.6571 -0.7444 0.1183</w:t>
        <w:br/>
        <w:t>vn 0.9058 -0.0749 0.4169</w:t>
        <w:br/>
        <w:t>vn -0.3261 0.9286 0.1770</w:t>
        <w:br/>
        <w:t>vn -0.5895 0.8074 -0.0250</w:t>
        <w:br/>
        <w:t>vn -0.1320 0.7898 -0.5990</w:t>
        <w:br/>
        <w:t>vn 0.3736 -0.2313 -0.8983</w:t>
        <w:br/>
        <w:t>vn 0.0285 -0.5505 -0.8344</w:t>
        <w:br/>
        <w:t>vn -0.0823 -0.4392 -0.8946</w:t>
        <w:br/>
        <w:t>vn 0.2828 -0.1170 -0.9520</w:t>
        <w:br/>
        <w:t>vn 0.9077 -0.4182 -0.0350</w:t>
        <w:br/>
        <w:t>vn 0.6515 -0.7535 0.0885</w:t>
        <w:br/>
        <w:t>vn 0.8093 0.5873 -0.0139</w:t>
        <w:br/>
        <w:t>vn 0.7934 0.5718 -0.2086</w:t>
        <w:br/>
        <w:t>vn 0.8093 0.5873 -0.0138</w:t>
        <w:br/>
        <w:t>vn 0.5514 0.8083 -0.2062</w:t>
        <w:br/>
        <w:t>vn 0.7684 0.5929 0.2408</w:t>
        <w:br/>
        <w:t>vn 0.7641 0.6087 -0.2134</w:t>
        <w:br/>
        <w:t>vn -0.0390 -0.1523 -0.9876</w:t>
        <w:br/>
        <w:t>vn 0.0513 0.2917 0.9551</w:t>
        <w:br/>
        <w:t>vn 0.0512 0.2917 0.9551</w:t>
        <w:br/>
        <w:t>vn 0.3643 0.4498 0.8155</w:t>
        <w:br/>
        <w:t>vn 0.4924 0.4948 0.7160</w:t>
        <w:br/>
        <w:t>vn 0.6169 0.5419 0.5708</w:t>
        <w:br/>
        <w:t>vn 0.6168 0.5419 0.5708</w:t>
        <w:br/>
        <w:t>vn 0.7442 0.5857 -0.3211</w:t>
        <w:br/>
        <w:t>vn -0.0224 0.3118 -0.9499</w:t>
        <w:br/>
        <w:t>vn -0.4389 0.0585 -0.8966</w:t>
        <w:br/>
        <w:t>vn 0.6700 0.4639 -0.5796</w:t>
        <w:br/>
        <w:t>vn 0.4061 0.2250 -0.8857</w:t>
        <w:br/>
        <w:t>vn -0.2734 -0.2047 -0.9399</w:t>
        <w:br/>
        <w:t>vn 0.1214 0.0977 -0.9878</w:t>
        <w:br/>
        <w:t>vn -0.8016 -0.5889 -0.1031</w:t>
        <w:br/>
        <w:t>vn -0.6881 -0.6981 -0.1979</w:t>
        <w:br/>
        <w:t>vn 0.2635 0.2323 0.9363</w:t>
        <w:br/>
        <w:t>vn -0.0503 0.0124 0.9987</w:t>
        <w:br/>
        <w:t>vn -0.0504 0.0126 0.9987</w:t>
        <w:br/>
        <w:t>vn 0.2523 -0.9588 0.1308</w:t>
        <w:br/>
        <w:t>vn 0.2674 -0.9636 -0.0025</w:t>
        <w:br/>
        <w:t>vn -0.8284 0.5593 0.0306</w:t>
        <w:br/>
        <w:t>vn -0.8155 0.5694 -0.1034</w:t>
        <w:br/>
        <w:t>vn 0.3464 -0.8990 0.2678</w:t>
        <w:br/>
        <w:t>vn 0.4099 -0.7990 0.4400</w:t>
        <w:br/>
        <w:t>vn -0.7830 0.6218 0.0147</w:t>
        <w:br/>
        <w:t>vn -0.7896 0.5987 0.1343</w:t>
        <w:br/>
        <w:t>vn -0.5319 0.7726 -0.3465</w:t>
        <w:br/>
        <w:t>vn -0.4534 0.8571 -0.2446</w:t>
        <w:br/>
        <w:t>vn 0.7659 -0.6240 -0.1548</w:t>
        <w:br/>
        <w:t>vn 0.7412 -0.6274 -0.2387</w:t>
        <w:br/>
        <w:t>vn 0.7857 -0.6161 0.0561</w:t>
        <w:br/>
        <w:t>vn 0.7787 -0.6125 0.1361</w:t>
        <w:br/>
        <w:t>vn -0.3643 0.9295 -0.0571</w:t>
        <w:br/>
        <w:t>vn -0.3767 0.9249 0.0512</w:t>
        <w:br/>
        <w:t>vn -0.4350 0.8829 0.1770</w:t>
        <w:br/>
        <w:t>vn -0.5533 0.7775 0.2990</w:t>
        <w:br/>
        <w:t>vn 0.5810 -0.6877 0.4354</w:t>
        <w:br/>
        <w:t>vn 0.7295 -0.6263 0.2750</w:t>
        <w:br/>
        <w:t>vn -0.6172 0.6900 -0.3782</w:t>
        <w:br/>
        <w:t>vn 0.5045 -0.8047 -0.3129</w:t>
        <w:br/>
        <w:t>vn 0.3818 -0.8908 -0.2464</w:t>
        <w:br/>
        <w:t>vn -0.7078 0.6441 0.2901</w:t>
        <w:br/>
        <w:t>vn -0.3947 0.9069 -0.1472</w:t>
        <w:br/>
        <w:t>vn 0.7883 -0.6149 -0.0228</w:t>
        <w:br/>
        <w:t>vn 0.3163 -0.9376 -0.1448</w:t>
        <w:br/>
        <w:t>vn -0.7785 0.5867 -0.2229</w:t>
        <w:br/>
        <w:t>vn -0.7074 0.6322 -0.3160</w:t>
        <w:br/>
        <w:t>vn -0.6306 -0.7553 -0.1788</w:t>
        <w:br/>
        <w:t>vn 0.2693 -0.9431 0.1949</w:t>
        <w:br/>
        <w:t>vn -0.8016 -0.5890 -0.1031</w:t>
        <w:br/>
        <w:t>vn -0.8814 -0.4328 -0.1890</w:t>
        <w:br/>
        <w:t>vn -0.3567 -0.2090 0.9105</w:t>
        <w:br/>
        <w:t>vn 0.8408 -0.5380 0.0596</w:t>
        <w:br/>
        <w:t>vn 0.6378 -0.7662 0.0785</w:t>
        <w:br/>
        <w:t>vn -0.8279 -0.5601 0.0297</w:t>
        <w:br/>
        <w:t>vn -0.7744 0.6324 -0.0181</w:t>
        <w:br/>
        <w:t>vn -0.5483 0.8358 -0.0291</w:t>
        <w:br/>
        <w:t>vn -0.9964 -0.0116 -0.0842</w:t>
        <w:br/>
        <w:t>vn -0.9208 0.2767 -0.2750</w:t>
        <w:br/>
        <w:t>vn 0.3752 -0.9226 0.0902</w:t>
        <w:br/>
        <w:t>vn 0.3633 -0.9233 0.1245</w:t>
        <w:br/>
        <w:t>vn -0.2714 0.9617 -0.0375</w:t>
        <w:br/>
        <w:t>vn -0.6306 -0.7552 -0.1789</w:t>
        <w:br/>
        <w:t>vn 0.4522 -0.2890 -0.8438</w:t>
        <w:br/>
        <w:t>vn 0.7863 0.5231 -0.3287</w:t>
        <w:br/>
        <w:t>vn 0.7655 0.5492 -0.3353</w:t>
        <w:br/>
        <w:t>vn 0.7295 0.6190 -0.2911</w:t>
        <w:br/>
        <w:t>vn 0.7303 0.6179 -0.2913</w:t>
        <w:br/>
        <w:t>vn 0.4527 0.6659 0.5930</w:t>
        <w:br/>
        <w:t>vn 0.3577 0.7191 0.5957</w:t>
        <w:br/>
        <w:t>vn 0.3578 0.7191 0.5957</w:t>
        <w:br/>
        <w:t>vn 0.3033 0.8263 0.4746</w:t>
        <w:br/>
        <w:t>vn 0.2691 0.9285 0.2558</w:t>
        <w:br/>
        <w:t>vn 0.2691 0.9286 0.2557</w:t>
        <w:br/>
        <w:t>vn 0.1329 0.8895 -0.4371</w:t>
        <w:br/>
        <w:t>vn 0.2254 0.9695 -0.0959</w:t>
        <w:br/>
        <w:t>vn 0.1329 0.8896 -0.4371</w:t>
        <w:br/>
        <w:t>vn -0.0330 0.4004 -0.9157</w:t>
        <w:br/>
        <w:t>vn 0.0242 0.6937 -0.7199</w:t>
        <w:br/>
        <w:t>vn 0.0241 0.6937 -0.7199</w:t>
        <w:br/>
        <w:t>vn -0.0331 0.4004 -0.9157</w:t>
        <w:br/>
        <w:t>vn -0.0048 0.1791 -0.9838</w:t>
        <w:br/>
        <w:t>vn 0.0461 0.0269 -0.9986</w:t>
        <w:br/>
        <w:t>vn 0.0460 0.0269 -0.9986</w:t>
        <w:br/>
        <w:t>vn 0.1220 -0.1272 -0.9843</w:t>
        <w:br/>
        <w:t>vn 0.2331 -0.3217 -0.9177</w:t>
        <w:br/>
        <w:t>vn 0.2331 -0.3218 -0.9177</w:t>
        <w:br/>
        <w:t>vn 0.5294 0.6890 0.4950</w:t>
        <w:br/>
        <w:t>vn -0.5605 -0.6810 -0.4712</w:t>
        <w:br/>
        <w:t>vn -0.6052 -0.4337 -0.6675</w:t>
        <w:br/>
        <w:t>vn -0.6053 -0.4338 -0.6674</w:t>
        <w:br/>
        <w:t>vn 0.6048 0.4429 0.6619</w:t>
        <w:br/>
        <w:t>vn 0.6048 0.4430 0.6618</w:t>
        <w:br/>
        <w:t>vn 0.5569 0.6929 0.4580</w:t>
        <w:br/>
        <w:t>vn -0.3270 -0.9449 0.0184</w:t>
        <w:br/>
        <w:t>vn 0.4999 -0.1946 0.8440</w:t>
        <w:br/>
        <w:t>vn 0.4999 -0.1945 0.8440</w:t>
        <w:br/>
        <w:t>vn -0.6054 -0.4438 -0.6607</w:t>
        <w:br/>
        <w:t>vn -0.6054 -0.4437 -0.6608</w:t>
        <w:br/>
        <w:t>vn -0.5860 -0.5888 -0.5567</w:t>
        <w:br/>
        <w:t>vn 0.1079 -0.8024 0.5870</w:t>
        <w:br/>
        <w:t>vn 0.1079 -0.8022 0.5873</w:t>
        <w:br/>
        <w:t>vn -0.4496 -0.6689 -0.5920</w:t>
        <w:br/>
        <w:t>vn -0.3924 -0.6805 -0.6187</w:t>
        <w:br/>
        <w:t>vn -0.3924 -0.6806 -0.6188</w:t>
        <w:br/>
        <w:t>vn -0.5298 -0.6810 -0.5055</w:t>
        <w:br/>
        <w:t>vn 0.5739 0.6368 0.5149</w:t>
        <w:br/>
        <w:t>vn 0.6062 0.4173 0.6770</w:t>
        <w:br/>
        <w:t>vn 0.6062 0.4172 0.6770</w:t>
        <w:br/>
        <w:t>vn 0.5740 0.6368 0.5149</w:t>
        <w:br/>
        <w:t>vn -0.5552 -0.6970 -0.4538</w:t>
        <w:br/>
        <w:t>vn -0.5997 -0.5037 -0.6218</w:t>
        <w:br/>
        <w:t>vn -0.5998 -0.5035 -0.6219</w:t>
        <w:br/>
        <w:t>vn 0.3543 0.9347 0.0282</w:t>
        <w:br/>
        <w:t>vn -0.5182 0.1426 -0.8433</w:t>
        <w:br/>
        <w:t>vn -0.5181 0.1429 -0.8433</w:t>
        <w:br/>
        <w:t>vn 0.6057 0.4419 0.6617</w:t>
        <w:br/>
        <w:t>vn 0.6057 0.4419 0.6618</w:t>
        <w:br/>
        <w:t>vn 0.5865 0.5870 0.5581</w:t>
        <w:br/>
        <w:t>vn 0.5865 0.5869 0.5582</w:t>
        <w:br/>
        <w:t>vn -0.1053 0.8046 -0.5844</w:t>
        <w:br/>
        <w:t>vn -0.1053 0.8046 -0.5843</w:t>
        <w:br/>
        <w:t>vn -0.8810 0.2188 0.4195</w:t>
        <w:br/>
        <w:t>vn -0.9170 0.1802 0.3558</w:t>
        <w:br/>
        <w:t>vn -0.9170 0.1803 0.3558</w:t>
        <w:br/>
        <w:t>vn -0.8810 0.2188 0.4196</w:t>
        <w:br/>
        <w:t>vn 0.8747 -0.2193 -0.4323</w:t>
        <w:br/>
        <w:t>vn 0.8749 -0.2190 -0.4320</w:t>
        <w:br/>
        <w:t>vn 0.9215 -0.1790 -0.3446</w:t>
        <w:br/>
        <w:t>vn -0.9385 0.2035 0.2789</w:t>
        <w:br/>
        <w:t>vn 0.9427 -0.1957 -0.2701</w:t>
        <w:br/>
        <w:t>vn -0.9697 0.2278 0.0886</w:t>
        <w:br/>
        <w:t>vn -0.9484 0.2386 0.2087</w:t>
        <w:br/>
        <w:t>vn 0.9523 -0.2217 -0.2099</w:t>
        <w:br/>
        <w:t>vn -0.9875 0.1579 -0.0013</w:t>
        <w:br/>
        <w:t>vn -0.9874 0.1579 -0.0013</w:t>
        <w:br/>
        <w:t>vn -0.9992 0.0394 -0.0113</w:t>
        <w:br/>
        <w:t>vn 0.9745 -0.2047 -0.0922</w:t>
        <w:br/>
        <w:t>vn 0.9911 -0.1328 -0.0098</w:t>
        <w:br/>
        <w:t>vn -0.9977 -0.0668 -0.0066</w:t>
        <w:br/>
        <w:t>vn 0.9996 -0.0271 -0.0093</w:t>
        <w:br/>
        <w:t>vn 0.9978 0.0659 -0.0049</w:t>
        <w:br/>
        <w:t>vn 0.9978 0.0659 -0.0048</w:t>
        <w:br/>
        <w:t>vn -0.9958 -0.0919 -0.0006</w:t>
        <w:br/>
        <w:t>vn 0.9959 0.0894 0.0121</w:t>
        <w:br/>
        <w:t>vn -0.9922 -0.0697 -0.1037</w:t>
        <w:br/>
        <w:t>vn -0.9958 -0.0866 -0.0308</w:t>
        <w:br/>
        <w:t>vn -0.9922 -0.0697 -0.1036</w:t>
        <w:br/>
        <w:t>vn 0.9948 0.0850 0.0555</w:t>
        <w:br/>
        <w:t>vn -0.9752 -0.0969 -0.1987</w:t>
        <w:br/>
        <w:t>vn -0.9752 -0.0969 -0.1988</w:t>
        <w:br/>
        <w:t>vn 0.9877 0.0805 0.1339</w:t>
        <w:br/>
        <w:t>vn 0.9683 0.1142 0.2221</w:t>
        <w:br/>
        <w:t>vn 0.9877 0.0805 0.1340</w:t>
        <w:br/>
        <w:t>vn 0.8199 -0.2755 -0.5018</w:t>
        <w:br/>
        <w:t>vn 0.8199 -0.2755 -0.5019</w:t>
        <w:br/>
        <w:t>vn -0.8318 0.2690 0.4855</w:t>
        <w:br/>
        <w:t>vn -0.7949 0.2862 0.5351</w:t>
        <w:br/>
        <w:t>vn -0.7970 0.2920 0.5287</w:t>
        <w:br/>
        <w:t>vn -0.7971 0.2920 0.5286</w:t>
        <w:br/>
        <w:t>vn -0.7948 0.2864 0.5350</w:t>
        <w:br/>
        <w:t>vn 0.7957 -0.2863 -0.5337</w:t>
        <w:br/>
        <w:t>vn 0.7957 -0.2865 -0.5337</w:t>
        <w:br/>
        <w:t>vn 0.7986 -0.2908 -0.5270</w:t>
        <w:br/>
        <w:t>vn 0.7986 -0.2907 -0.5270</w:t>
        <w:br/>
        <w:t>vn 0.7937 -0.2906 -0.5345</w:t>
        <w:br/>
        <w:t>vn 0.7950 -0.2855 -0.5353</w:t>
        <w:br/>
        <w:t>vn 0.7954 -0.2855 -0.5346</w:t>
        <w:br/>
        <w:t>vn -0.7994 0.2796 0.5318</w:t>
        <w:br/>
        <w:t>vn -0.7937 0.2905 0.5344</w:t>
        <w:br/>
        <w:t>vn -0.7937 0.2904 0.5344</w:t>
        <w:br/>
        <w:t>vn 0.8053 -0.2882 -0.5181</w:t>
        <w:br/>
        <w:t>vn 0.8054 -0.2881 -0.5181</w:t>
        <w:br/>
        <w:t>vn -0.8032 0.2953 0.5173</w:t>
        <w:br/>
        <w:t>vn 0.7954 -0.2909 -0.5317</w:t>
        <w:br/>
        <w:t>vn 0.7955 -0.2908 -0.5317</w:t>
        <w:br/>
        <w:t>vn -0.7961 0.2902 0.5311</w:t>
        <w:br/>
        <w:t>vn -0.7961 0.2901 0.5312</w:t>
        <w:br/>
        <w:t>vn -0.7969 0.2993 0.5248</w:t>
        <w:br/>
        <w:t>vn -0.7969 0.2992 0.5249</w:t>
        <w:br/>
        <w:t>vn 0.7967 -0.2994 -0.5251</w:t>
        <w:br/>
        <w:t>vn 0.7967 -0.2993 -0.5250</w:t>
        <w:br/>
        <w:t>vn 0.8012 -0.3189 -0.5064</w:t>
        <w:br/>
        <w:t>vn 0.8012 -0.3188 -0.5064</w:t>
        <w:br/>
        <w:t>vn -0.8005 0.3147 0.5100</w:t>
        <w:br/>
        <w:t>vn 0.8035 -0.2806 -0.5251</w:t>
        <w:br/>
        <w:t>vn 0.8034 -0.2806 -0.5251</w:t>
        <w:br/>
        <w:t>vn -0.8027 0.2857 0.5235</w:t>
        <w:br/>
        <w:t>vn -0.8028 0.2857 0.5234</w:t>
        <w:br/>
        <w:t>vn 0.2888 -0.4092 -0.8655</w:t>
        <w:br/>
        <w:t>vn -0.5687 -0.6568 -0.4951</w:t>
        <w:br/>
        <w:t>vn -0.5688 -0.6569 -0.4950</w:t>
        <w:br/>
        <w:t>vn 0.5694 0.6549 0.4969</w:t>
        <w:br/>
        <w:t>vn 0.5693 0.6548 0.4971</w:t>
        <w:br/>
        <w:t>vn -0.9600 -0.1416 -0.2414</w:t>
        <w:br/>
        <w:t>vn 0.9538 0.1548 0.2575</w:t>
        <w:br/>
        <w:t>vn 0.8044 -0.3266 -0.4963</w:t>
        <w:br/>
        <w:t>vn -0.2118 0.6983 -0.6838</w:t>
        <w:br/>
        <w:t>vn -0.2118 0.6983 -0.6837</w:t>
        <w:br/>
        <w:t>vn -0.2118 0.6982 -0.6838</w:t>
        <w:br/>
        <w:t>vn -0.2119 0.6982 -0.6839</w:t>
        <w:br/>
        <w:t>vn -0.8027 0.3185 0.5042</w:t>
        <w:br/>
        <w:t>vn -0.7690 -0.5216 -0.3695</w:t>
        <w:br/>
        <w:t>vn -0.7151 -0.5608 -0.4173</w:t>
        <w:br/>
        <w:t>vn -0.5995 -0.0377 -0.7995</w:t>
        <w:br/>
        <w:t>vn -0.5995 -0.0376 -0.7995</w:t>
        <w:br/>
        <w:t>vn -0.6801 -0.4833 -0.5513</w:t>
        <w:br/>
        <w:t>vn 0.1835 0.9368 -0.2980</w:t>
        <w:br/>
        <w:t>vn -0.2432 0.6368 -0.7317</w:t>
        <w:br/>
        <w:t>vn 0.1835 0.9368 -0.2979</w:t>
        <w:br/>
        <w:t>vn 0.6668 0.5596 0.4921</w:t>
        <w:br/>
        <w:t>vn 0.5147 0.8320 0.2071</w:t>
        <w:br/>
        <w:t>vn 0.6669 0.5596 0.4921</w:t>
        <w:br/>
        <w:t>vn 0.7297 0.4785 0.4884</w:t>
        <w:br/>
        <w:t>vn 0.7900 0.4386 0.4284</w:t>
        <w:br/>
        <w:t>vn 0.8847 0.1318 0.4471</w:t>
        <w:br/>
        <w:t>vn 0.8848 0.1318 0.4470</w:t>
        <w:br/>
        <w:t>vn 0.8505 0.3118 0.4236</w:t>
        <w:br/>
        <w:t>vn 0.7682 0.5228 0.3696</w:t>
        <w:br/>
        <w:t>vn 0.8104 0.4626 0.3596</w:t>
        <w:br/>
        <w:t>vn 0.8104 0.4625 0.3596</w:t>
        <w:br/>
        <w:t>vn 0.7123 0.5651 0.4163</w:t>
        <w:br/>
        <w:t>vn 0.7127 0.5648 0.4160</w:t>
        <w:br/>
        <w:t>vn 0.6145 0.0917 0.7835</w:t>
        <w:br/>
        <w:t>vn 0.6775 0.5073 0.5327</w:t>
        <w:br/>
        <w:t>vn 0.6775 0.5072 0.5326</w:t>
        <w:br/>
        <w:t>vn 0.6146 0.0916 0.7835</w:t>
        <w:br/>
        <w:t>vn -0.1979 -0.9397 0.2788</w:t>
        <w:br/>
        <w:t>vn -0.1979 -0.9398 0.2787</w:t>
        <w:br/>
        <w:t>vn 0.2417 -0.6382 0.7309</w:t>
        <w:br/>
        <w:t>vn 0.2417 -0.6382 0.7310</w:t>
        <w:br/>
        <w:t>vn -0.5209 -0.8258 -0.2161</w:t>
        <w:br/>
        <w:t>vn -0.6734 -0.5408 -0.5041</w:t>
        <w:br/>
        <w:t>vn -0.7313 -0.4776 -0.4869</w:t>
        <w:br/>
        <w:t>vn -0.7545 -0.4822 -0.4453</w:t>
        <w:br/>
        <w:t>vn -0.7545 -0.4822 -0.4452</w:t>
        <w:br/>
        <w:t>vn 0.6960 -0.4003 -0.5962</w:t>
        <w:br/>
        <w:t>vn 0.6960 -0.4002 -0.5961</w:t>
        <w:br/>
        <w:t>vn 0.6517 -0.3519 -0.6718</w:t>
        <w:br/>
        <w:t>vn 0.6517 -0.3520 -0.6718</w:t>
        <w:br/>
        <w:t>vn 0.7397 -0.4090 -0.5343</w:t>
        <w:br/>
        <w:t>vn -0.6621 0.4072 0.6292</w:t>
        <w:br/>
        <w:t>vn -0.6621 0.4072 0.6291</w:t>
        <w:br/>
        <w:t>vn -0.7069 0.4133 0.5740</w:t>
        <w:br/>
        <w:t>vn -0.7659 0.4288 0.4791</w:t>
        <w:br/>
        <w:t>vn -0.7659 0.4287 0.4791</w:t>
        <w:br/>
        <w:t>vn -0.7470 0.4150 0.5194</w:t>
        <w:br/>
        <w:t>vn 0.7636 -0.4191 -0.4911</w:t>
        <w:br/>
        <w:t>vn 0.7632 -0.4137 -0.4964</w:t>
        <w:br/>
        <w:t>vn 0.7631 -0.4137 -0.4964</w:t>
        <w:br/>
        <w:t>vn 0.7636 -0.4191 -0.4912</w:t>
        <w:br/>
        <w:t>vn -0.8232 0.3638 0.4360</w:t>
        <w:br/>
        <w:t>vn -0.8512 0.3351 0.4040</w:t>
        <w:br/>
        <w:t>vn 0.8485 -0.3280 -0.4154</w:t>
        <w:br/>
        <w:t>vn 0.8214 -0.3584 -0.4437</w:t>
        <w:br/>
        <w:t>vn -0.7512 0.4210 0.5084</w:t>
        <w:br/>
        <w:t>vn -0.8022 0.4041 0.4395</w:t>
        <w:br/>
        <w:t>vn 0.7505 -0.4129 -0.5160</w:t>
        <w:br/>
        <w:t>vn 0.7505 -0.4130 -0.5160</w:t>
        <w:br/>
        <w:t>vn 0.8029 -0.3974 -0.4444</w:t>
        <w:br/>
        <w:t>vn 0.6652 -0.3883 -0.6377</w:t>
        <w:br/>
        <w:t>vn -0.6943 0.3799 0.6112</w:t>
        <w:br/>
        <w:t>vn -0.6944 0.3799 0.6112</w:t>
        <w:br/>
        <w:t>vn 0.5671 -0.3451 -0.7479</w:t>
        <w:br/>
        <w:t>vn -0.6061 0.3294 0.7239</w:t>
        <w:br/>
        <w:t>vn -0.6061 0.3294 0.7240</w:t>
        <w:br/>
        <w:t>vn -0.4364 0.1603 0.8854</w:t>
        <w:br/>
        <w:t>vn -0.5012 0.2582 0.8259</w:t>
        <w:br/>
        <w:t>vn -0.4364 0.1604 0.8854</w:t>
        <w:br/>
        <w:t>vn 0.4795 -0.2493 -0.8414</w:t>
        <w:br/>
        <w:t>vn 0.4356 -0.1728 -0.8834</w:t>
        <w:br/>
        <w:t>vn -0.8261 -0.4273 -0.3675</w:t>
        <w:br/>
        <w:t>vn -0.8108 -0.4615 -0.3601</w:t>
        <w:br/>
        <w:t>vn -0.8261 -0.4272 -0.3675</w:t>
        <w:br/>
        <w:t>vn 0.8897 0.0356 0.4552</w:t>
        <w:br/>
        <w:t>vn 0.8257 0.4283 0.3671</w:t>
        <w:br/>
        <w:t>vn 0.8257 0.4282 0.3671</w:t>
        <w:br/>
        <w:t>vn 0.6324 -0.3195 -0.7057</w:t>
        <w:br/>
        <w:t>vn -0.6058 0.3262 0.7257</w:t>
        <w:br/>
        <w:t>vn -0.6222 0.3544 0.6981</w:t>
        <w:br/>
        <w:t>vn -0.6057 0.3263 0.7257</w:t>
        <w:br/>
        <w:t>vn 0.2717 -0.7951 0.5422</w:t>
        <w:br/>
        <w:t>vn -0.0486 -0.9974 0.0530</w:t>
        <w:br/>
        <w:t>vn -0.0487 -0.9974 0.0530</w:t>
        <w:br/>
        <w:t>vn -0.0485 -0.9974 0.0530</w:t>
        <w:br/>
        <w:t>vn -0.4211 0.1055 0.9008</w:t>
        <w:br/>
        <w:t>vn -0.4211 0.1055 0.9009</w:t>
        <w:br/>
        <w:t>vn 0.4258 -0.1435 -0.8934</w:t>
        <w:br/>
        <w:t>vn 0.4257 -0.1435 -0.8934</w:t>
        <w:br/>
        <w:t>vn 0.0000 0.9972 -0.0748</w:t>
        <w:br/>
        <w:t>vn -0.0860 0.9952 -0.0460</w:t>
        <w:br/>
        <w:t>vn -0.0860 0.9952 -0.0461</w:t>
        <w:br/>
        <w:t>vn 0.0000 0.2666 -0.9638</w:t>
        <w:br/>
        <w:t>vn 0.2273 0.3250 -0.9180</w:t>
        <w:br/>
        <w:t>vn 0.2575 -0.7080 -0.6576</w:t>
        <w:br/>
        <w:t>vn 0.1121 -0.7539 -0.6473</w:t>
        <w:br/>
        <w:t>vn -0.0000 -0.7587 -0.6514</w:t>
        <w:br/>
        <w:t>vn -0.2007 0.9791 0.0325</w:t>
        <w:br/>
        <w:t>vn 0.5628 0.4981 -0.6597</w:t>
        <w:br/>
        <w:t>vn 0.5883 -0.6239 -0.5144</w:t>
        <w:br/>
        <w:t>vn -0.3136 0.9451 0.0920</w:t>
        <w:br/>
        <w:t>vn 0.7765 0.6212 -0.1055</w:t>
        <w:br/>
        <w:t>vn 0.7904 -0.5883 -0.1706</w:t>
        <w:br/>
        <w:t>vn -0.3192 0.9403 0.1185</w:t>
        <w:br/>
        <w:t>vn 0.7497 0.5748 0.3279</w:t>
        <w:br/>
        <w:t>vn 0.8013 -0.5912 0.0921</w:t>
        <w:br/>
        <w:t>vn -0.3023 0.9447 0.1273</w:t>
        <w:br/>
        <w:t>vn -0.3023 0.9447 0.1272</w:t>
        <w:br/>
        <w:t>vn 0.6848 0.5196 0.5109</w:t>
        <w:br/>
        <w:t>vn 0.7758 -0.5915 0.2197</w:t>
        <w:br/>
        <w:t>vn 0.7758 -0.5915 0.2196</w:t>
        <w:br/>
        <w:t>vn -0.3552 0.9316 0.0765</w:t>
        <w:br/>
        <w:t>vn 0.5873 0.5313 0.6106</w:t>
        <w:br/>
        <w:t>vn 0.5873 0.5312 0.6106</w:t>
        <w:br/>
        <w:t>vn 0.7436 -0.5837 0.3261</w:t>
        <w:br/>
        <w:t>vn -0.4046 0.9143 -0.0217</w:t>
        <w:br/>
        <w:t>vn -0.4046 0.9142 -0.0217</w:t>
        <w:br/>
        <w:t>vn 0.4409 0.5726 0.6912</w:t>
        <w:br/>
        <w:t>vn 0.6896 -0.5450 0.4769</w:t>
        <w:br/>
        <w:t>vn -0.4161 0.9061 -0.0764</w:t>
        <w:br/>
        <w:t>vn 0.3508 0.5873 0.7294</w:t>
        <w:br/>
        <w:t>vn 0.3508 0.5873 0.7293</w:t>
        <w:br/>
        <w:t>vn 0.6471 -0.5118 0.5651</w:t>
        <w:br/>
        <w:t>vn 0.6302 -0.7433 -0.2243</w:t>
        <w:br/>
        <w:t>vn 0.3249 -0.2114 -0.9218</w:t>
        <w:br/>
        <w:t>vn 0.3242 -0.1821 -0.9283</w:t>
        <w:br/>
        <w:t>vn 0.8960 -0.2578 -0.3615</w:t>
        <w:br/>
        <w:t>vn -0.1402 -0.0756 -0.9872</w:t>
        <w:br/>
        <w:t>vn -0.1164 -0.0925 -0.9889</w:t>
        <w:br/>
        <w:t>vn -0.2171 -0.0403 -0.9753</w:t>
        <w:br/>
        <w:t>vn -0.1580 -0.0280 -0.9870</w:t>
        <w:br/>
        <w:t>vn -0.1640 -0.0288 -0.9860</w:t>
        <w:br/>
        <w:t>vn -0.2376 -0.0344 -0.9708</w:t>
        <w:br/>
        <w:t>vn -0.0000 -0.0313 -0.9995</w:t>
        <w:br/>
        <w:t>vn 0.0000 -0.0290 -0.9996</w:t>
        <w:br/>
        <w:t>vn -0.0000 -0.0486 0.9988</w:t>
        <w:br/>
        <w:t>vn -0.0000 -0.0650 0.9979</w:t>
        <w:br/>
        <w:t>vn 0.1926 -0.0628 0.9793</w:t>
        <w:br/>
        <w:t>vn 0.1989 -0.0507 0.9787</w:t>
        <w:br/>
        <w:t>vn 0.3506 -0.0704 0.9339</w:t>
        <w:br/>
        <w:t>vn 0.3554 -0.0618 0.9327</w:t>
        <w:br/>
        <w:t>vn 0.5698 -0.1180 0.8132</w:t>
        <w:br/>
        <w:t>vn 0.5799 -0.1012 0.8084</w:t>
        <w:br/>
        <w:t>vn 0.8831 -0.2230 0.4128</w:t>
        <w:br/>
        <w:t>vn 0.8912 -0.1898 0.4120</w:t>
        <w:br/>
        <w:t>vn 0.3232 -0.1524 -0.9340</w:t>
        <w:br/>
        <w:t>vn 0.9083 -0.2191 -0.3562</w:t>
        <w:br/>
        <w:t>vn -0.1640 -0.0585 -0.9847</w:t>
        <w:br/>
        <w:t>vn -0.1701 -0.0296 -0.9850</w:t>
        <w:br/>
        <w:t>vn -0.2580 -0.0285 -0.9657</w:t>
        <w:br/>
        <w:t>vn -0.0000 -0.0337 -0.9994</w:t>
        <w:br/>
        <w:t>vn 0.0000 -0.0320 0.9995</w:t>
        <w:br/>
        <w:t>vn 0.2052 -0.0384 0.9780</w:t>
        <w:br/>
        <w:t>vn 0.3602 -0.0530 0.9314</w:t>
        <w:br/>
        <w:t>vn 0.5897 -0.0843 0.8032</w:t>
        <w:br/>
        <w:t>vn 0.8982 -0.1567 0.4107</w:t>
        <w:br/>
        <w:t>vn -0.3021 0.1740 0.9373</w:t>
        <w:br/>
        <w:t>vn -0.3091 0.2046 0.9288</w:t>
        <w:br/>
        <w:t>vn -0.8855 0.2852 0.3667</w:t>
        <w:br/>
        <w:t>vn -0.8978 0.2487 0.3636</w:t>
        <w:br/>
        <w:t>vn 0.1504 0.0720 0.9860</w:t>
        <w:br/>
        <w:t>vn 0.1217 0.0922 0.9883</w:t>
        <w:br/>
        <w:t>vn 0.1632 0.0261 0.9863</w:t>
        <w:br/>
        <w:t>vn 0.1562 0.0271 0.9874</w:t>
        <w:br/>
        <w:t>vn 0.2142 0.0415 0.9759</w:t>
        <w:br/>
        <w:t>vn 0.2368 0.0327 0.9710</w:t>
        <w:br/>
        <w:t>vn 0.0000 0.0281 0.9996</w:t>
        <w:br/>
        <w:t>vn -0.0000 0.0269 0.9996</w:t>
        <w:br/>
        <w:t>vn 0.0000 0.0439 -0.9990</w:t>
        <w:br/>
        <w:t>vn -0.1978 0.0459 -0.9792</w:t>
        <w:br/>
        <w:t>vn -0.1919 0.0595 -0.9796</w:t>
        <w:br/>
        <w:t>vn 0.0000 0.0617 -0.9981</w:t>
        <w:br/>
        <w:t>vn -0.3535 0.0565 -0.9337</w:t>
        <w:br/>
        <w:t>vn -0.3487 0.0663 -0.9349</w:t>
        <w:br/>
        <w:t>vn -0.5630 0.1098 -0.8191</w:t>
        <w:br/>
        <w:t>vn -0.5737 0.0930 -0.8137</w:t>
        <w:br/>
        <w:t>vn -0.8782 0.2084 -0.4305</w:t>
        <w:br/>
        <w:t>vn -0.8856 0.1770 -0.4294</w:t>
        <w:br/>
        <w:t>vn -0.9088 0.2114 0.3598</w:t>
        <w:br/>
        <w:t>vn -0.2948 0.1429 0.9448</w:t>
        <w:br/>
        <w:t>vn 0.1790 0.0517 0.9825</w:t>
        <w:br/>
        <w:t>vn 0.2592 0.0239 0.9655</w:t>
        <w:br/>
        <w:t>vn 0.1702 0.0252 0.9851</w:t>
        <w:br/>
        <w:t>vn 0.0000 0.0292 0.9996</w:t>
        <w:br/>
        <w:t>vn -0.0000 0.0252 -0.9997</w:t>
        <w:br/>
        <w:t>vn -0.2037 0.0324 -0.9785</w:t>
        <w:br/>
        <w:t>vn -0.3582 0.0469 -0.9325</w:t>
        <w:br/>
        <w:t>vn -0.5841 0.0760 -0.8081</w:t>
        <w:br/>
        <w:t>vn -0.8920 0.1456 -0.4280</w:t>
        <w:br/>
        <w:t>vn 0.2509 -0.9671 -0.0422</w:t>
        <w:br/>
        <w:t>vn 0.1800 -0.9656 -0.1879</w:t>
        <w:br/>
        <w:t>vn 0.1798 -0.9656 -0.1879</w:t>
        <w:br/>
        <w:t>vn 0.6302 -0.7434 -0.2241</w:t>
        <w:br/>
        <w:t>vn 0.0800 -0.9541 -0.2885</w:t>
        <w:br/>
        <w:t>vn 0.0799 -0.9542 -0.2884</w:t>
        <w:br/>
        <w:t>vn 0.0258 -0.9451 -0.3259</w:t>
        <w:br/>
        <w:t>vn 0.0041 -0.9410 -0.3385</w:t>
        <w:br/>
        <w:t>vn 0.0040 -0.9408 -0.3388</w:t>
        <w:br/>
        <w:t>vn -0.0000 -0.9393 -0.3431</w:t>
        <w:br/>
        <w:t>vn 0.1070 -0.9576 0.2675</w:t>
        <w:br/>
        <w:t>vn -0.0000 -0.9621 0.2726</w:t>
        <w:br/>
        <w:t>vn 0.1070 -0.9576 0.2676</w:t>
        <w:br/>
        <w:t>vn 0.1845 -0.9519 0.2448</w:t>
        <w:br/>
        <w:t>vn 0.2398 -0.9536 0.1822</w:t>
        <w:br/>
        <w:t>vn 0.2590 -0.9622 0.0845</w:t>
        <w:br/>
        <w:t>vn 0.2591 -0.9621 0.0846</w:t>
        <w:br/>
        <w:t>vn 0.2382 0.9592 -0.1524</w:t>
        <w:br/>
        <w:t>vn 0.0061 0.9414 -0.3372</w:t>
        <w:br/>
        <w:t>vn 0.0061 0.9414 -0.3373</w:t>
        <w:br/>
        <w:t>vn -0.1557 0.9492 -0.2734</w:t>
        <w:br/>
        <w:t>vn -0.0946 0.9695 -0.2261</w:t>
        <w:br/>
        <w:t>vn -0.1578 0.9617 -0.2242</w:t>
        <w:br/>
        <w:t>vn -0.0946 0.9695 -0.2262</w:t>
        <w:br/>
        <w:t>vn 0.0000 0.9732 -0.2300</w:t>
        <w:br/>
        <w:t>vn 0.0000 0.9732 -0.2299</w:t>
        <w:br/>
        <w:t>vn -0.0000 0.9609 0.2768</w:t>
        <w:br/>
        <w:t>vn -0.0014 0.9609 0.2770</w:t>
        <w:br/>
        <w:t>vn 0.0111 0.9607 0.2772</w:t>
        <w:br/>
        <w:t>vn 0.0843 0.9601 0.2667</w:t>
        <w:br/>
        <w:t>vn 0.0842 0.9601 0.2667</w:t>
        <w:br/>
        <w:t>vn 0.2355 0.9595 0.1547</w:t>
        <w:br/>
        <w:t>vn 0.9626 0.1300 0.2378</w:t>
        <w:br/>
        <w:t>vn 0.9217 0.2805 0.2680</w:t>
        <w:br/>
        <w:t>vn 0.9385 0.3198 -0.1304</w:t>
        <w:br/>
        <w:t>vn 0.9731 0.1586 -0.1669</w:t>
        <w:br/>
        <w:t>vn 0.8735 0.0892 0.4786</w:t>
        <w:br/>
        <w:t>vn 0.8208 0.2483 0.5144</w:t>
        <w:br/>
        <w:t>vn 0.7235 0.0443 0.6889</w:t>
        <w:br/>
        <w:t>vn 0.6646 0.2097 0.7172</w:t>
        <w:br/>
        <w:t>vn 0.9807 -0.0122 -0.1952</w:t>
        <w:br/>
        <w:t>vn 0.9812 0.0181 -0.1922</w:t>
        <w:br/>
        <w:t>vn 0.7112 0.0223 -0.7026</w:t>
        <w:br/>
        <w:t>vn 0.7083 -0.0076 -0.7058</w:t>
        <w:br/>
        <w:t>vn 0.3027 0.0391 -0.9523</w:t>
        <w:br/>
        <w:t>vn 0.2973 -0.0086 -0.9548</w:t>
        <w:br/>
        <w:t>vn 0.9802 -0.0187 0.1969</w:t>
        <w:br/>
        <w:t>vn 0.9782 0.0108 0.2075</w:t>
        <w:br/>
        <w:t>vn 0.6893 0.3377 -0.6409</w:t>
        <w:br/>
        <w:t>vn 0.7118 0.1841 -0.6778</w:t>
        <w:br/>
        <w:t>vn 0.9057 -0.0437 0.4217</w:t>
        <w:br/>
        <w:t>vn 0.8998 -0.0319 0.4352</w:t>
        <w:br/>
        <w:t>vn 0.7502 -0.0909 0.6549</w:t>
        <w:br/>
        <w:t>vn 0.7504 -0.0889 0.6549</w:t>
        <w:br/>
        <w:t>vn 0.2939 -0.1213 0.9481</w:t>
        <w:br/>
        <w:t>vn 0.1968 -0.1350 0.9711</w:t>
        <w:br/>
        <w:t>vn -0.0000 -0.1313 0.9913</w:t>
        <w:br/>
        <w:t>vn 0.3395 -0.1127 0.9338</w:t>
        <w:br/>
        <w:t>vn 0.5532 -0.1157 0.8250</w:t>
        <w:br/>
        <w:t>vn 0.5521 -0.1166 0.8256</w:t>
        <w:br/>
        <w:t>vn 0.4972 0.0409 0.8667</w:t>
        <w:br/>
        <w:t>vn 0.3482 0.1324 0.9280</w:t>
        <w:br/>
        <w:t>vn 0.4978 0.1653 0.8514</w:t>
        <w:br/>
        <w:t>vn 0.2810 0.0215 0.9595</w:t>
        <w:br/>
        <w:t>vn -0.0000 -0.0013 1.0000</w:t>
        <w:br/>
        <w:t>vn 0.0000 0.1356 0.9908</w:t>
        <w:br/>
        <w:t>vn 0.2124 0.1281 0.9687</w:t>
        <w:br/>
        <w:t>vn -0.0000 0.2080 -0.9781</w:t>
        <w:br/>
        <w:t>vn 0.3079 0.2011 -0.9299</w:t>
        <w:br/>
        <w:t>vn 0.3002 0.3293 -0.8952</w:t>
        <w:br/>
        <w:t>vn -0.0000 0.3252 -0.9457</w:t>
        <w:br/>
        <w:t>vn 0.0000 -0.0084 -1.0000</w:t>
        <w:br/>
        <w:t>vn 0.0000 0.0494 -0.9988</w:t>
        <w:br/>
        <w:t>vn 0.1984 0.5428 0.8161</w:t>
        <w:br/>
        <w:t>vn 0.1500 0.6215 0.7689</w:t>
        <w:br/>
        <w:t>vn 0.0980 0.6540 0.7502</w:t>
        <w:br/>
        <w:t>vn -0.0617 0.7506 0.6578</w:t>
        <w:br/>
        <w:t>vn -0.0200 0.7704 0.6373</w:t>
        <w:br/>
        <w:t>vn -0.0199 0.7704 0.6373</w:t>
        <w:br/>
        <w:t>vn -0.0585 0.7611 0.6460</w:t>
        <w:br/>
        <w:t>vn -0.0586 0.7611 0.6460</w:t>
        <w:br/>
        <w:t>vn 0.0447 0.7059 0.7069</w:t>
        <w:br/>
        <w:t>vn 0.0030 0.7314 0.6819</w:t>
        <w:br/>
        <w:t>vn 0.2958 0.3076 0.9044</w:t>
        <w:br/>
        <w:t>vn 0.3300 0.1845 0.9258</w:t>
        <w:br/>
        <w:t>vn 0.2089 0.2144 0.9541</w:t>
        <w:br/>
        <w:t>vn 0.1844 0.3557 0.9162</w:t>
        <w:br/>
        <w:t>vn 0.0000 0.2300 0.9732</w:t>
        <w:br/>
        <w:t>vn 0.0000 0.3813 0.9245</w:t>
        <w:br/>
        <w:t>vn 0.2215 0.4270 0.8767</w:t>
        <w:br/>
        <w:t>vn 0.1014 0.4367 0.8939</w:t>
        <w:br/>
        <w:t>vn 0.0146 0.7526 0.6583</w:t>
        <w:br/>
        <w:t>vn 0.1851 0.4528 0.8722</w:t>
        <w:br/>
        <w:t>vn -0.0000 0.7668 0.6419</w:t>
        <w:br/>
        <w:t>vn 0.0089 0.7744 0.6326</w:t>
        <w:br/>
        <w:t>vn 0.0119 0.7901 0.6128</w:t>
        <w:br/>
        <w:t>vn 0.0039 0.7979 0.6028</w:t>
        <w:br/>
        <w:t>vn 0.7272 -0.6608 -0.1859</w:t>
        <w:br/>
        <w:t>vn 0.7324 -0.6780 0.0629</w:t>
        <w:br/>
        <w:t>vn 0.6861 -0.6988 0.2026</w:t>
        <w:br/>
        <w:t>vn 0.6275 -0.6997 0.3416</w:t>
        <w:br/>
        <w:t>vn 0.3463 0.9051 -0.2465</w:t>
        <w:br/>
        <w:t>vn 0.3464 0.9051 -0.2465</w:t>
        <w:br/>
        <w:t>vn 0.4335 0.9002 0.0412</w:t>
        <w:br/>
        <w:t>vn 0.1414 0.9027 -0.4063</w:t>
        <w:br/>
        <w:t>vn 0.1413 0.9027 -0.4063</w:t>
        <w:br/>
        <w:t>vn 0.5365 -0.6591 -0.5270</w:t>
        <w:br/>
        <w:t>vn 0.3964 0.8824 0.2537</w:t>
        <w:br/>
        <w:t>vn 0.3963 0.8824 0.2537</w:t>
        <w:br/>
        <w:t>vn 0.3598 0.8517 0.3810</w:t>
        <w:br/>
        <w:t>vn 0.2320 0.8275 0.5114</w:t>
        <w:br/>
        <w:t>vn 0.2320 0.8274 0.5114</w:t>
        <w:br/>
        <w:t>vn -0.2429 0.7829 0.5728</w:t>
        <w:br/>
        <w:t>vn -0.2429 0.7828 0.5729</w:t>
        <w:br/>
        <w:t>vn 0.0320 0.8220 0.5686</w:t>
        <w:br/>
        <w:t>vn 0.6903 -0.2207 0.6890</w:t>
        <w:br/>
        <w:t>vn 0.8913 -0.3289 0.3120</w:t>
        <w:br/>
        <w:t>vn 0.7263 -0.5801 0.3687</w:t>
        <w:br/>
        <w:t>vn 0.2316 -0.6794 -0.6963</w:t>
        <w:br/>
        <w:t>vn -0.0000 -0.6935 -0.7204</w:t>
        <w:br/>
        <w:t>vn 0.2316 -0.6793 -0.6963</w:t>
        <w:br/>
        <w:t>vn 0.0000 0.8978 -0.4404</w:t>
        <w:br/>
        <w:t>vn 0.9705 0.1604 0.1799</w:t>
        <w:br/>
        <w:t>vn 0.9830 0.0184 0.1827</w:t>
        <w:br/>
        <w:t>vn 0.9830 0.0184 0.1828</w:t>
        <w:br/>
        <w:t>vn -0.9294 0.1889 0.3172</w:t>
        <w:br/>
        <w:t>vn -0.9293 0.1889 0.3172</w:t>
        <w:br/>
        <w:t>vn -0.9044 0.1506 0.3992</w:t>
        <w:br/>
        <w:t>vn 0.7043 -0.2456 0.6660</w:t>
        <w:br/>
        <w:t>vn 0.7043 -0.2456 0.6661</w:t>
        <w:br/>
        <w:t>vn 0.3724 -0.3513 0.8590</w:t>
        <w:br/>
        <w:t>vn -0.4901 0.6828 -0.5419</w:t>
        <w:br/>
        <w:t>vn -0.7943 0.4971 -0.3491</w:t>
        <w:br/>
        <w:t>vn -0.7944 0.4971 -0.3491</w:t>
        <w:br/>
        <w:t>vn 0.1955 -0.3966 0.8969</w:t>
        <w:br/>
        <w:t>vn -0.2332 0.7614 -0.6049</w:t>
        <w:br/>
        <w:t>vn -0.2333 0.7614 -0.6048</w:t>
        <w:br/>
        <w:t>vn -0.9494 0.1576 0.2715</w:t>
        <w:br/>
        <w:t>vn 0.9398 0.2954 0.1720</w:t>
        <w:br/>
        <w:t>vn 0.9496 -0.1820 0.2551</w:t>
        <w:br/>
        <w:t>vn 0.9751 -0.0964 0.1999</w:t>
        <w:br/>
        <w:t>vn 0.9751 -0.0963 0.1999</w:t>
        <w:br/>
        <w:t>vn -0.7184 -0.4353 0.5426</w:t>
        <w:br/>
        <w:t>vn -0.5213 -0.6415 0.5628</w:t>
        <w:br/>
        <w:t>vn 0.9520 0.2497 0.1769</w:t>
        <w:br/>
        <w:t>vn 0.9520 0.2497 0.1770</w:t>
        <w:br/>
        <w:t>vn -0.9617 0.1230 0.2450</w:t>
        <w:br/>
        <w:t>vn -0.8829 -0.0509 0.4668</w:t>
        <w:br/>
        <w:t>vn -0.0000 0.7905 -0.6125</w:t>
        <w:br/>
        <w:t>vn -0.0000 0.7904 -0.6125</w:t>
        <w:br/>
        <w:t>vn 0.0000 -0.4184 0.9082</w:t>
        <w:br/>
        <w:t>vn 0.0000 -0.4184 0.9083</w:t>
        <w:br/>
        <w:t>vn 0.9480 0.0105 0.3180</w:t>
        <w:br/>
        <w:t>vn -0.9729 0.2308 0.0144</w:t>
        <w:br/>
        <w:t>vn -0.5098 0.7039 0.4946</w:t>
        <w:br/>
        <w:t>vn -0.5098 0.7039 0.4945</w:t>
        <w:br/>
        <w:t>vn -0.5992 0.6791 0.4240</w:t>
        <w:br/>
        <w:t>vn 0.6455 0.2447 0.7235</w:t>
        <w:br/>
        <w:t>vn 0.6904 -0.2207 0.6890</w:t>
        <w:br/>
        <w:t>vn 0.7971 0.2984 0.5249</w:t>
        <w:br/>
        <w:t>vn 0.8977 0.3410 0.2791</w:t>
        <w:br/>
        <w:t>vn 0.9207 0.3721 -0.1177</w:t>
        <w:br/>
        <w:t>vn 0.6807 0.3625 -0.6365</w:t>
        <w:br/>
        <w:t>vn 0.2959 0.3458 -0.8904</w:t>
        <w:br/>
        <w:t>vn 0.3548 -0.8559 0.3763</w:t>
        <w:br/>
        <w:t>vn 0.9428 -0.0751 0.3249</w:t>
        <w:br/>
        <w:t>vn 0.7812 0.0762 0.6196</w:t>
        <w:br/>
        <w:t>vn 0.2698 -0.6575 0.7035</w:t>
        <w:br/>
        <w:t>vn 0.7566 -0.6538 0.0089</w:t>
        <w:br/>
        <w:t>vn 0.6721 -0.6353 -0.3803</w:t>
        <w:br/>
        <w:t>vn 0.4061 -0.8361 -0.3688</w:t>
        <w:br/>
        <w:t>vn 0.0849 -0.7939 -0.6021</w:t>
        <w:br/>
        <w:t>vn 0.4616 -0.4806 -0.7456</w:t>
        <w:br/>
        <w:t>vn 0.7961 -0.5743 0.1906</w:t>
        <w:br/>
        <w:t>vn 0.8023 -0.5623 0.2002</w:t>
        <w:br/>
        <w:t>vn 0.7765 -0.5770 -0.2533</w:t>
        <w:br/>
        <w:t>vn 0.6731 -0.4138 0.6129</w:t>
        <w:br/>
        <w:t>vn 0.8121 -0.5350 0.2330</w:t>
        <w:br/>
        <w:t>vn 0.6731 -0.4138 0.6130</w:t>
        <w:br/>
        <w:t>vn -0.3097 -0.0050 -0.9508</w:t>
        <w:br/>
        <w:t>vn -0.6196 0.3244 -0.7147</w:t>
        <w:br/>
        <w:t>vn -0.4517 -0.2891 -0.8440</w:t>
        <w:br/>
        <w:t>vn -0.7529 0.6581 -0.0067</w:t>
        <w:br/>
        <w:t>vn -0.6693 0.6435 0.3713</w:t>
        <w:br/>
        <w:t>vn -0.7529 0.6581 -0.0066</w:t>
        <w:br/>
        <w:t>vn -0.4455 0.4908 0.7488</w:t>
        <w:br/>
        <w:t>vn -0.0225 0.1686 0.9854</w:t>
        <w:br/>
        <w:t>vn -0.4455 0.4908 0.7487</w:t>
        <w:br/>
        <w:t>vn 0.0641 -0.2828 -0.9570</w:t>
        <w:br/>
        <w:t>vn 0.3766 -0.4407 -0.8148</w:t>
        <w:br/>
        <w:t>vn 0.3766 -0.4408 -0.8148</w:t>
        <w:br/>
        <w:t>vn 0.3996 -0.1819 0.8985</w:t>
        <w:br/>
        <w:t>vn 0.3995 -0.1819 0.8985</w:t>
        <w:br/>
        <w:t>vn -0.7486 0.5571 -0.3594</w:t>
        <w:br/>
        <w:t>vn -0.7486 0.5572 -0.3594</w:t>
        <w:br/>
        <w:t>vn 0.6176 -0.5255 -0.5852</w:t>
        <w:br/>
        <w:t>vn -0.6666 -0.7364 0.1151</w:t>
        <w:br/>
        <w:t>vn -0.9571 0.1393 0.2542</w:t>
        <w:br/>
        <w:t>vn -0.9225 -0.3840 0.0387</w:t>
        <w:br/>
        <w:t>vn -0.6553 -0.7494 0.0946</w:t>
        <w:br/>
        <w:t>vn 0.1412 0.9866 0.0822</w:t>
        <w:br/>
        <w:t>vn 0.5244 0.8514 -0.0118</w:t>
        <w:br/>
        <w:t>vn 0.5124 0.8584 -0.0252</w:t>
        <w:br/>
        <w:t>vn -0.5515 0.8082 -0.2063</w:t>
        <w:br/>
        <w:t>vn -0.6501 -0.7598 0.0094</w:t>
        <w:br/>
        <w:t>vn -0.6505 -0.7584 0.0410</w:t>
        <w:br/>
        <w:t>vn -0.8629 -0.5031 -0.0480</w:t>
        <w:br/>
        <w:t>vn -0.8373 -0.4858 -0.2510</w:t>
        <w:br/>
        <w:t>vn 0.5486 0.8340 -0.0585</w:t>
        <w:br/>
        <w:t>vn 0.5663 0.8193 -0.0896</w:t>
        <w:br/>
        <w:t>vn 0.2588 0.9180 -0.3006</w:t>
        <w:br/>
        <w:t>vn 0.2552 0.9587 -0.1258</w:t>
        <w:br/>
        <w:t>vn 0.6473 0.7613 0.0367</w:t>
        <w:br/>
        <w:t>vn 0.5400 0.3656 0.7581</w:t>
        <w:br/>
        <w:t>vn 0.6982 0.7108 0.0854</w:t>
        <w:br/>
        <w:t>vn -0.0272 -0.4111 0.9112</w:t>
        <w:br/>
        <w:t>vn -0.4799 -0.8186 0.3156</w:t>
        <w:br/>
        <w:t>vn -0.5100 -0.8373 0.1973</w:t>
        <w:br/>
        <w:t>vn -0.5280 -0.8474 0.0563</w:t>
        <w:br/>
        <w:t>vn -0.5464 -0.8375 -0.0024</w:t>
        <w:br/>
        <w:t>vn -0.2345 -0.9701 -0.0621</w:t>
        <w:br/>
        <w:t>vn -0.2049 -0.9775 0.0498</w:t>
        <w:br/>
        <w:t>vn 0.8690 0.4354 -0.2350</w:t>
        <w:br/>
        <w:t>vn 0.6717 0.7342 -0.0989</w:t>
        <w:br/>
        <w:t>vn 0.6737 0.7368 -0.0566</w:t>
        <w:br/>
        <w:t>vn 0.8942 0.4451 -0.0486</w:t>
        <w:br/>
        <w:t>vn 0.5648 0.6281 -0.5352</w:t>
        <w:br/>
        <w:t>vn 0.6170 0.7763 -0.1289</w:t>
        <w:br/>
        <w:t>vn 0.6570 0.7412 -0.1374</w:t>
        <w:br/>
        <w:t>vn 0.7688 0.4731 -0.4304</w:t>
        <w:br/>
        <w:t>vn -0.5600 -0.8283 -0.0199</w:t>
        <w:br/>
        <w:t>vn -0.5936 -0.8046 0.0148</w:t>
        <w:br/>
        <w:t>vn -0.4919 -0.7677 -0.4106</w:t>
        <w:br/>
        <w:t>vn 0.6146 0.7864 -0.0613</w:t>
        <w:br/>
        <w:t>vn 0.4619 0.8644 0.1986</w:t>
        <w:br/>
        <w:t>vn 0.5374 0.7986 0.2711</w:t>
        <w:br/>
        <w:t>vn 0.6122 0.7886 -0.0572</w:t>
        <w:br/>
        <w:t>vn -0.6090 -0.7850 0.1136</w:t>
        <w:br/>
        <w:t>vn -0.5960 -0.6130 0.5187</w:t>
        <w:br/>
        <w:t>vn -0.7462 -0.4993 0.4404</w:t>
        <w:br/>
        <w:t>vn -0.6260 -0.7724 0.1072</w:t>
        <w:br/>
        <w:t>vn -0.6288 -0.7768 0.0340</w:t>
        <w:br/>
        <w:t>vn -0.7130 -0.5896 -0.3794</w:t>
        <w:br/>
        <w:t>vn 0.3584 0.8116 -0.4615</w:t>
        <w:br/>
        <w:t>vn 0.5881 0.8033 -0.0941</w:t>
        <w:br/>
        <w:t>vn 0.6995 0.7144 0.0171</w:t>
        <w:br/>
        <w:t>vn -0.4977 -0.8567 0.1357</w:t>
        <w:br/>
        <w:t>vn -0.9059 -0.0747 0.4168</w:t>
        <w:br/>
        <w:t>vn -0.6572 -0.7444 0.1183</w:t>
        <w:br/>
        <w:t>vn 0.5895 0.8074 -0.0250</w:t>
        <w:br/>
        <w:t>vn 0.3260 0.9286 0.1770</w:t>
        <w:br/>
        <w:t>vn 0.1322 0.7894 -0.5994</w:t>
        <w:br/>
        <w:t>vn -0.3725 -0.2318 -0.8986</w:t>
        <w:br/>
        <w:t>vn -0.2819 -0.1177 -0.9522</w:t>
        <w:br/>
        <w:t>vn 0.0826 -0.4394 -0.8945</w:t>
        <w:br/>
        <w:t>vn -0.0279 -0.5504 -0.8344</w:t>
        <w:br/>
        <w:t>vn -0.9077 -0.4182 -0.0351</w:t>
        <w:br/>
        <w:t>vn -0.6515 -0.7534 0.0886</w:t>
        <w:br/>
        <w:t>vn -0.8092 0.5874 -0.0137</w:t>
        <w:br/>
        <w:t>vn -0.8093 0.5873 -0.0138</w:t>
        <w:br/>
        <w:t>vn -0.7934 0.5718 -0.2087</w:t>
        <w:br/>
        <w:t>vn -0.7684 0.5929 0.2408</w:t>
        <w:br/>
        <w:t>vn -0.5515 0.8083 -0.2063</w:t>
        <w:br/>
        <w:t>vn -0.7641 0.6087 -0.2136</w:t>
        <w:br/>
        <w:t>vn 0.0403 -0.1519 -0.9876</w:t>
        <w:br/>
        <w:t>vn 0.0402 -0.1519 -0.9876</w:t>
        <w:br/>
        <w:t>vn -0.0524 0.2921 0.9550</w:t>
        <w:br/>
        <w:t>vn -0.3652 0.4502 0.8148</w:t>
        <w:br/>
        <w:t>vn -0.6171 0.5420 0.5704</w:t>
        <w:br/>
        <w:t>vn -0.4930 0.4951 0.7154</w:t>
        <w:br/>
        <w:t>vn -0.7442 0.5856 -0.3214</w:t>
        <w:br/>
        <w:t>vn 0.4387 0.0577 -0.8968</w:t>
        <w:br/>
        <w:t>vn 0.0227 0.3108 -0.9502</w:t>
        <w:br/>
        <w:t>vn -0.6693 0.4634 -0.5807</w:t>
        <w:br/>
        <w:t>vn -0.4043 0.2243 -0.8867</w:t>
        <w:br/>
        <w:t>vn 0.2734 -0.2052 -0.9397</w:t>
        <w:br/>
        <w:t>vn -0.1209 0.0967 -0.9879</w:t>
        <w:br/>
        <w:t>vn 0.6881 -0.6980 -0.1980</w:t>
        <w:br/>
        <w:t>vn 0.8015 -0.5890 -0.1031</w:t>
        <w:br/>
        <w:t>vn -0.2635 0.2323 0.9363</w:t>
        <w:br/>
        <w:t>vn 0.0504 0.0126 0.9987</w:t>
        <w:br/>
        <w:t>vn 0.0503 0.0124 0.9987</w:t>
        <w:br/>
        <w:t>vn -0.2636 0.2323 0.9362</w:t>
        <w:br/>
        <w:t>vn -0.2522 -0.9588 0.1309</w:t>
        <w:br/>
        <w:t>vn -0.2673 -0.9636 -0.0025</w:t>
        <w:br/>
        <w:t>vn 0.8284 0.5593 0.0306</w:t>
        <w:br/>
        <w:t>vn 0.8155 0.5694 -0.1033</w:t>
        <w:br/>
        <w:t>vn -0.3470 -0.8987 0.2683</w:t>
        <w:br/>
        <w:t>vn -0.4108 -0.7985 0.4400</w:t>
        <w:br/>
        <w:t>vn 0.7831 0.6218 0.0147</w:t>
        <w:br/>
        <w:t>vn 0.7894 0.5990 0.1347</w:t>
        <w:br/>
        <w:t>vn 0.4533 0.8571 -0.2446</w:t>
        <w:br/>
        <w:t>vn 0.5320 0.7726 -0.3465</w:t>
        <w:br/>
        <w:t>vn -0.7414 -0.6271 -0.2389</w:t>
        <w:br/>
        <w:t>vn -0.7661 -0.6237 -0.1550</w:t>
        <w:br/>
        <w:t>vn -0.7857 -0.6161 0.0561</w:t>
        <w:br/>
        <w:t>vn -0.7786 -0.6126 0.1363</w:t>
        <w:br/>
        <w:t>vn 0.3767 0.9249 0.0513</w:t>
        <w:br/>
        <w:t>vn 0.3643 0.9295 -0.0571</w:t>
        <w:br/>
        <w:t>vn 0.5529 0.7777 0.2990</w:t>
        <w:br/>
        <w:t>vn 0.4352 0.8828 0.1770</w:t>
        <w:br/>
        <w:t>vn -0.7292 -0.6266 0.2749</w:t>
        <w:br/>
        <w:t>vn -0.5814 -0.6877 0.4348</w:t>
        <w:br/>
        <w:t>vn 0.6176 0.6897 -0.3781</w:t>
        <w:br/>
        <w:t>vn -0.3815 -0.8909 -0.2464</w:t>
        <w:br/>
        <w:t>vn -0.5042 -0.8049 -0.3130</w:t>
        <w:br/>
        <w:t>vn 0.7072 0.6446 0.2904</w:t>
        <w:br/>
        <w:t>vn 0.3947 0.9070 -0.1471</w:t>
        <w:br/>
        <w:t>vn -0.7884 -0.6148 -0.0229</w:t>
        <w:br/>
        <w:t>vn -0.3161 -0.9376 -0.1448</w:t>
        <w:br/>
        <w:t>vn 0.7079 0.6319 -0.3157</w:t>
        <w:br/>
        <w:t>vn 0.7786 0.5866 -0.2229</w:t>
        <w:br/>
        <w:t>vn 0.6881 -0.6981 -0.1980</w:t>
        <w:br/>
        <w:t>vn 0.6306 -0.7552 -0.1790</w:t>
        <w:br/>
        <w:t>vn -0.2694 -0.9430 0.1952</w:t>
        <w:br/>
        <w:t>vn 0.8814 -0.4329 -0.1892</w:t>
        <w:br/>
        <w:t>vn 0.3567 -0.2090 0.9105</w:t>
        <w:br/>
        <w:t>vn 0.3567 -0.2090 0.9106</w:t>
        <w:br/>
        <w:t>vn -0.6378 -0.7662 0.0785</w:t>
        <w:br/>
        <w:t>vn -0.8408 -0.5381 0.0596</w:t>
        <w:br/>
        <w:t>vn 0.8279 -0.5601 0.0297</w:t>
        <w:br/>
        <w:t>vn 0.5482 0.8358 -0.0291</w:t>
        <w:br/>
        <w:t>vn 0.7745 0.6323 -0.0181</w:t>
        <w:br/>
        <w:t>vn 0.9964 -0.0116 -0.0843</w:t>
        <w:br/>
        <w:t>vn 0.9207 0.2766 -0.2752</w:t>
        <w:br/>
        <w:t>vn -0.3752 -0.9225 0.0902</w:t>
        <w:br/>
        <w:t>vn -0.3633 -0.9233 0.1246</w:t>
        <w:br/>
        <w:t>vn 0.2711 0.9618 -0.0374</w:t>
        <w:br/>
        <w:t>vn 0.6306 -0.7552 -0.1789</w:t>
        <w:br/>
        <w:t>vn 0.9964 -0.0117 -0.0842</w:t>
        <w:br/>
        <w:t>vn -0.7865 0.5228 -0.3288</w:t>
        <w:br/>
        <w:t>vn -0.7656 0.5489 -0.3354</w:t>
        <w:br/>
        <w:t>vn -0.7294 0.6189 -0.2914</w:t>
        <w:br/>
        <w:t>vn -0.7303 0.6178 -0.2916</w:t>
        <w:br/>
        <w:t>vn -0.7077 0.6458 0.2866</w:t>
        <w:br/>
        <w:t>vn -0.5975 0.3020 0.7428</w:t>
        <w:br/>
        <w:t>vn -0.5331 0.1978 0.8226</w:t>
        <w:br/>
        <w:t>vn -0.6999 0.6525 0.2904</w:t>
        <w:br/>
        <w:t>vn -0.6933 0.6903 0.2068</w:t>
        <w:br/>
        <w:t>vn -0.6002 0.3290 0.7291</w:t>
        <w:br/>
        <w:t>vn -0.5441 0.2287 0.8073</w:t>
        <w:br/>
        <w:t>vn -0.7254 0.6551 0.2114</w:t>
        <w:br/>
        <w:t>vn -0.0419 -0.9690 0.2434</w:t>
        <w:br/>
        <w:t>vn -0.0818 -0.9586 0.2727</w:t>
        <w:br/>
        <w:t>vn -0.2883 -0.9437 0.1623</w:t>
        <w:br/>
        <w:t>vn -0.5380 0.6890 -0.4856</w:t>
        <w:br/>
        <w:t>vn -0.4956 0.7226 -0.4819</w:t>
        <w:br/>
        <w:t>vn -0.4675 0.7238 -0.5075</w:t>
        <w:br/>
        <w:t>vn -0.6545 0.7415 0.1477</w:t>
        <w:br/>
        <w:t>vn -0.6879 0.6978 0.1996</w:t>
        <w:br/>
        <w:t>vn -0.4699 0.7359 -0.4875</w:t>
        <w:br/>
        <w:t>vn -0.0505 0.3956 -0.9170</w:t>
        <w:br/>
        <w:t>vn -0.0598 0.4026 -0.9134</w:t>
        <w:br/>
        <w:t>vn 0.4189 -0.1988 -0.8860</w:t>
        <w:br/>
        <w:t>vn 0.3470 -0.0910 -0.9334</w:t>
        <w:br/>
        <w:t>vn -0.0823 0.3418 -0.9362</w:t>
        <w:br/>
        <w:t>vn 0.4175 -0.2622 -0.8701</w:t>
        <w:br/>
        <w:t>vn 0.3302 -0.1495 -0.9320</w:t>
        <w:br/>
        <w:t>vn -0.0698 0.3646 -0.9285</w:t>
        <w:br/>
        <w:t>vn 0.4355 -0.2354 -0.8689</w:t>
        <w:br/>
        <w:t>vn -0.0692 0.3408 -0.9376</w:t>
        <w:br/>
        <w:t>vn -0.0663 0.3471 -0.9355</w:t>
        <w:br/>
        <w:t>vn -0.5445 0.6946 -0.4701</w:t>
        <w:br/>
        <w:t>vn -0.5507 0.6825 -0.4805</w:t>
        <w:br/>
        <w:t>vn -0.0501 0.3719 -0.9269</w:t>
        <w:br/>
        <w:t>vn -0.0228 0.4068 -0.9132</w:t>
        <w:br/>
        <w:t>vn -0.7350 0.6360 0.2352</w:t>
        <w:br/>
        <w:t>vn -0.7323 0.6294 0.2600</w:t>
        <w:br/>
        <w:t>vn -0.5469 0.2231 0.8069</w:t>
        <w:br/>
        <w:t>vn 0.3923 -0.3109 -0.8657</w:t>
        <w:br/>
        <w:t>vn -0.5726 0.1733 0.8013</w:t>
        <w:br/>
        <w:t>vn -0.5898 0.7817 -0.2028</w:t>
        <w:br/>
        <w:t>vn -0.4339 0.7516 -0.4969</w:t>
        <w:br/>
        <w:t>vn -0.2529 0.6115 -0.7498</w:t>
        <w:br/>
        <w:t>vn -0.0157 0.3262 -0.9452</w:t>
        <w:br/>
        <w:t>vn -0.7238 0.6655 0.1820</w:t>
        <w:br/>
        <w:t>vn -0.7793 0.5666 0.2677</w:t>
        <w:br/>
        <w:t>vn -0.6729 -0.5105 0.5353</w:t>
        <w:br/>
        <w:t>vn -0.6677 0.0200 0.7442</w:t>
        <w:br/>
        <w:t>vn 0.3163 -0.3900 -0.8648</w:t>
        <w:br/>
        <w:t>vn -0.6017 0.7782 -0.1796</w:t>
        <w:br/>
        <w:t>vn -0.2398 0.5980 -0.7648</w:t>
        <w:br/>
        <w:t>vn -0.4692 0.7195 -0.5121</w:t>
        <w:br/>
        <w:t>vn 0.1940 -0.1421 -0.9707</w:t>
        <w:br/>
        <w:t>vn 0.0258 0.2228 -0.9745</w:t>
        <w:br/>
        <w:t>vn -0.5104 0.7389 -0.4398</w:t>
        <w:br/>
        <w:t>vn -0.4943 0.7546 -0.4315</w:t>
        <w:br/>
        <w:t>vn -0.4972 -0.8497 0.1754</w:t>
        <w:br/>
        <w:t>vn -0.4882 -0.8724 0.0228</w:t>
        <w:br/>
        <w:t>vn -0.6729 -0.5106 0.5353</w:t>
        <w:br/>
        <w:t>vn -0.4011 -0.9137 -0.0657</w:t>
        <w:br/>
        <w:t>vn -0.0741 -0.9376 -0.3396</w:t>
        <w:br/>
        <w:t>vn -0.7288 0.6271 0.2749</w:t>
        <w:br/>
        <w:t>vn -0.5390 0.7070 -0.4578</w:t>
        <w:br/>
        <w:t>vn -0.0582 0.3667 -0.9285</w:t>
        <w:br/>
        <w:t>vn -0.6916 0.6923 0.2060</w:t>
        <w:br/>
        <w:t>vn -0.4846 0.7292 -0.4831</w:t>
        <w:br/>
        <w:t>vn -0.0557 0.3788 -0.9238</w:t>
        <w:br/>
        <w:t>vn -0.5021 0.6910 -0.5201</w:t>
        <w:br/>
        <w:t>vn -0.1297 -0.9425 0.3081</w:t>
        <w:br/>
        <w:t>vn -0.4527 0.6659 0.5930</w:t>
        <w:br/>
        <w:t>vn -0.3578 0.7191 0.5957</w:t>
        <w:br/>
        <w:t>vn -0.3577 0.7191 0.5957</w:t>
        <w:br/>
        <w:t>vn -0.3033 0.8263 0.4746</w:t>
        <w:br/>
        <w:t>vn -0.2691 0.9285 0.2557</w:t>
        <w:br/>
        <w:t>vn -0.1329 0.8896 -0.4371</w:t>
        <w:br/>
        <w:t>vn -0.2254 0.9695 -0.0959</w:t>
        <w:br/>
        <w:t>vn -0.0241 0.6937 -0.7199</w:t>
        <w:br/>
        <w:t>vn -0.0242 0.6937 -0.7199</w:t>
        <w:br/>
        <w:t>vn 0.0330 0.4004 -0.9157</w:t>
        <w:br/>
        <w:t>vn 0.0331 0.4004 -0.9157</w:t>
        <w:br/>
        <w:t>vn 0.0048 0.1791 -0.9838</w:t>
        <w:br/>
        <w:t>vn -0.0461 0.0269 -0.9986</w:t>
        <w:br/>
        <w:t>vn -0.1220 -0.1272 -0.9843</w:t>
        <w:br/>
        <w:t>vn -0.2331 -0.3218 -0.9177</w:t>
        <w:br/>
        <w:t>vn -0.2331 -0.3217 -0.9177</w:t>
        <w:br/>
        <w:t>vn -0.5294 0.6890 0.4950</w:t>
        <w:br/>
        <w:t>vn 0.6053 -0.4338 -0.6674</w:t>
        <w:br/>
        <w:t>vn 0.5605 -0.6811 -0.4712</w:t>
        <w:br/>
        <w:t>vn -0.6048 0.4430 0.6617</w:t>
        <w:br/>
        <w:t>vn -0.5568 0.6927 0.4584</w:t>
        <w:br/>
        <w:t>vn -0.5569 0.6929 0.4580</w:t>
        <w:br/>
        <w:t>vn -0.6048 0.4429 0.6618</w:t>
        <w:br/>
        <w:t>vn 0.3270 -0.9449 0.0184</w:t>
        <w:br/>
        <w:t>vn -0.4999 -0.1946 0.8440</w:t>
        <w:br/>
        <w:t>vn -0.4999 -0.1945 0.8440</w:t>
        <w:br/>
        <w:t>vn 0.6054 -0.4437 -0.6608</w:t>
        <w:br/>
        <w:t>vn 0.6054 -0.4437 -0.6607</w:t>
        <w:br/>
        <w:t>vn 0.5860 -0.5888 -0.5567</w:t>
        <w:br/>
        <w:t>vn -0.1079 -0.8023 0.5871</w:t>
        <w:br/>
        <w:t>vn 0.3924 -0.6806 -0.6188</w:t>
        <w:br/>
        <w:t>vn 0.4496 -0.6689 -0.5920</w:t>
        <w:br/>
        <w:t>vn 0.5298 -0.6810 -0.5055</w:t>
        <w:br/>
        <w:t>vn 0.5298 -0.6810 -0.5054</w:t>
        <w:br/>
        <w:t>vn -0.5739 0.6368 0.5149</w:t>
        <w:br/>
        <w:t>vn -0.6062 0.4173 0.6770</w:t>
        <w:br/>
        <w:t>vn 0.5552 -0.6973 -0.4534</w:t>
        <w:br/>
        <w:t>vn 0.5997 -0.5036 -0.6218</w:t>
        <w:br/>
        <w:t>vn 0.5998 -0.5035 -0.6219</w:t>
        <w:br/>
        <w:t>vn -0.3542 0.9347 0.0282</w:t>
        <w:br/>
        <w:t>vn -0.3543 0.9347 0.0282</w:t>
        <w:br/>
        <w:t>vn 0.5182 0.1426 -0.8433</w:t>
        <w:br/>
        <w:t>vn -0.6057 0.4419 0.6617</w:t>
        <w:br/>
        <w:t>vn -0.6057 0.4418 0.6618</w:t>
        <w:br/>
        <w:t>vn -0.5865 0.5870 0.5581</w:t>
        <w:br/>
        <w:t>vn 0.1053 0.8046 -0.5844</w:t>
        <w:br/>
        <w:t>vn 0.1054 0.8046 -0.5844</w:t>
        <w:br/>
        <w:t>vn 0.9170 0.1803 0.3558</w:t>
        <w:br/>
        <w:t>vn 0.8810 0.2188 0.4196</w:t>
        <w:br/>
        <w:t>vn 0.8810 0.2188 0.4195</w:t>
        <w:br/>
        <w:t>vn -0.8747 -0.2193 -0.4323</w:t>
        <w:br/>
        <w:t>vn -0.9215 -0.1790 -0.3446</w:t>
        <w:br/>
        <w:t>vn -0.8747 -0.2192 -0.4322</w:t>
        <w:br/>
        <w:t>vn 0.9385 0.2035 0.2789</w:t>
        <w:br/>
        <w:t>vn -0.9427 -0.1957 -0.2701</w:t>
        <w:br/>
        <w:t>vn 0.9484 0.2386 0.2087</w:t>
        <w:br/>
        <w:t>vn 0.9697 0.2278 0.0886</w:t>
        <w:br/>
        <w:t>vn -0.9523 -0.2217 -0.2099</w:t>
        <w:br/>
        <w:t>vn 0.9992 0.0394 -0.0113</w:t>
        <w:br/>
        <w:t>vn 0.9874 0.1579 -0.0013</w:t>
        <w:br/>
        <w:t>vn 0.9875 0.1579 -0.0013</w:t>
        <w:br/>
        <w:t>vn -0.9911 -0.1328 -0.0098</w:t>
        <w:br/>
        <w:t>vn -0.9911 -0.1327 -0.0098</w:t>
        <w:br/>
        <w:t>vn -0.9745 -0.2047 -0.0922</w:t>
        <w:br/>
        <w:t>vn 0.9977 -0.0668 -0.0066</w:t>
        <w:br/>
        <w:t>vn -0.9978 0.0659 -0.0049</w:t>
        <w:br/>
        <w:t>vn -0.9996 -0.0270 -0.0093</w:t>
        <w:br/>
        <w:t>vn -0.9996 -0.0271 -0.0093</w:t>
        <w:br/>
        <w:t>vn 0.9958 -0.0919 -0.0006</w:t>
        <w:br/>
        <w:t>vn -0.9959 0.0894 0.0121</w:t>
        <w:br/>
        <w:t>vn 0.9958 -0.0866 -0.0308</w:t>
        <w:br/>
        <w:t>vn 0.9922 -0.0697 -0.1037</w:t>
        <w:br/>
        <w:t>vn 0.9922 -0.0697 -0.1036</w:t>
        <w:br/>
        <w:t>vn -0.9948 0.0850 0.0555</w:t>
        <w:br/>
        <w:t>vn 0.9752 -0.0969 -0.1987</w:t>
        <w:br/>
        <w:t>vn 0.9752 -0.0969 -0.1988</w:t>
        <w:br/>
        <w:t>vn -0.9877 0.0805 0.1339</w:t>
        <w:br/>
        <w:t>vn -0.9877 0.0805 0.1340</w:t>
        <w:br/>
        <w:t>vn -0.9683 0.1142 0.2221</w:t>
        <w:br/>
        <w:t>vn -0.8199 -0.2755 -0.5018</w:t>
        <w:br/>
        <w:t>vn 0.8318 0.2690 0.4855</w:t>
        <w:br/>
        <w:t>vn 0.7971 0.2920 0.5286</w:t>
        <w:br/>
        <w:t>vn 0.7970 0.2920 0.5287</w:t>
        <w:br/>
        <w:t>vn 0.7949 0.2862 0.5351</w:t>
        <w:br/>
        <w:t>vn -0.7957 -0.2864 -0.5337</w:t>
        <w:br/>
        <w:t>vn -0.7986 -0.2908 -0.5269</w:t>
        <w:br/>
        <w:t>vn -0.7957 -0.2865 -0.5336</w:t>
        <w:br/>
        <w:t>vn -0.7954 -0.2855 -0.5346</w:t>
        <w:br/>
        <w:t>vn -0.7952 -0.2856 -0.5348</w:t>
        <w:br/>
        <w:t>vn -0.7937 -0.2906 -0.5345</w:t>
        <w:br/>
        <w:t>vn 0.7994 0.2796 0.5318</w:t>
        <w:br/>
        <w:t>vn 0.7937 0.2904 0.5344</w:t>
        <w:br/>
        <w:t>vn 0.7938 0.2905 0.5343</w:t>
        <w:br/>
        <w:t>vn -0.8052 -0.2883 -0.5181</w:t>
        <w:br/>
        <w:t>vn -0.8053 -0.2882 -0.5181</w:t>
        <w:br/>
        <w:t>vn 0.8032 0.2953 0.5173</w:t>
        <w:br/>
        <w:t>vn -0.7955 -0.2909 -0.5316</w:t>
        <w:br/>
        <w:t>vn -0.7954 -0.2909 -0.5317</w:t>
        <w:br/>
        <w:t>vn 0.7961 0.2901 0.5312</w:t>
        <w:br/>
        <w:t>vn 0.7961 0.2901 0.5311</w:t>
        <w:br/>
        <w:t>vn 0.7969 0.2990 0.5248</w:t>
        <w:br/>
        <w:t>vn 0.7969 0.2993 0.5248</w:t>
        <w:br/>
        <w:t>vn -0.7968 -0.2993 -0.5250</w:t>
        <w:br/>
        <w:t>vn -0.7967 -0.2993 -0.5250</w:t>
        <w:br/>
        <w:t>vn -0.8012 -0.3186 -0.5065</w:t>
        <w:br/>
        <w:t>vn -0.8012 -0.3187 -0.5065</w:t>
        <w:br/>
        <w:t>vn 0.8006 0.3148 0.5099</w:t>
        <w:br/>
        <w:t>vn 0.8005 0.3147 0.5100</w:t>
        <w:br/>
        <w:t>vn -0.8035 -0.2806 -0.5251</w:t>
        <w:br/>
        <w:t>vn -0.8034 -0.2806 -0.5251</w:t>
        <w:br/>
        <w:t>vn 0.8026 0.2858 0.5235</w:t>
        <w:br/>
        <w:t>vn 0.8028 0.2857 0.5234</w:t>
        <w:br/>
        <w:t>vn -0.2888 -0.4092 -0.8655</w:t>
        <w:br/>
        <w:t>vn 0.5687 -0.6568 -0.4951</w:t>
        <w:br/>
        <w:t>vn 0.5688 -0.6569 -0.4950</w:t>
        <w:br/>
        <w:t>vn -0.5693 0.6548 0.4971</w:t>
        <w:br/>
        <w:t>vn -0.5693 0.6547 0.4972</w:t>
        <w:br/>
        <w:t>vn 0.9600 -0.1416 -0.2414</w:t>
        <w:br/>
        <w:t>vn -0.9538 0.1548 0.2575</w:t>
        <w:br/>
        <w:t>vn -0.8044 -0.3266 -0.4963</w:t>
        <w:br/>
        <w:t>vn 0.2118 0.6983 -0.6838</w:t>
        <w:br/>
        <w:t>vn 0.2119 0.6982 -0.6839</w:t>
        <w:br/>
        <w:t>vn 0.2118 0.6982 -0.6839</w:t>
        <w:br/>
        <w:t>vn 0.2118 0.6983 -0.6837</w:t>
        <w:br/>
        <w:t>vn 0.8027 0.3185 0.5042</w:t>
        <w:br/>
        <w:t>vn 0.8028 0.3185 0.5041</w:t>
        <w:br/>
        <w:t>vn 0.7690 -0.5216 -0.3695</w:t>
        <w:br/>
        <w:t>vn 0.7151 -0.5608 -0.4173</w:t>
        <w:br/>
        <w:t>vn 0.6801 -0.4834 -0.5513</w:t>
        <w:br/>
        <w:t>vn 0.5994 -0.0377 -0.7995</w:t>
        <w:br/>
        <w:t>vn 0.5995 -0.0377 -0.7995</w:t>
        <w:br/>
        <w:t>vn 0.6801 -0.4833 -0.5513</w:t>
        <w:br/>
        <w:t>vn -0.1834 0.9368 -0.2980</w:t>
        <w:br/>
        <w:t>vn 0.2432 0.6368 -0.7317</w:t>
        <w:br/>
        <w:t>vn -0.6668 0.5596 0.4922</w:t>
        <w:br/>
        <w:t>vn -0.5147 0.8320 0.2071</w:t>
        <w:br/>
        <w:t>vn -0.7297 0.4785 0.4884</w:t>
        <w:br/>
        <w:t>vn -0.7900 0.4386 0.4284</w:t>
        <w:br/>
        <w:t>vn -0.8505 0.3118 0.4236</w:t>
        <w:br/>
        <w:t>vn -0.8847 0.1318 0.4471</w:t>
        <w:br/>
        <w:t>vn -0.8104 0.4625 0.3596</w:t>
        <w:br/>
        <w:t>vn -0.7682 0.5228 0.3696</w:t>
        <w:br/>
        <w:t>vn -0.7127 0.5648 0.4160</w:t>
        <w:br/>
        <w:t>vn -0.7127 0.5648 0.4159</w:t>
        <w:br/>
        <w:t>vn -0.6775 0.5072 0.5327</w:t>
        <w:br/>
        <w:t>vn -0.6775 0.5073 0.5326</w:t>
        <w:br/>
        <w:t>vn -0.6146 0.0917 0.7835</w:t>
        <w:br/>
        <w:t>vn -0.6146 0.0916 0.7835</w:t>
        <w:br/>
        <w:t>vn 0.1979 -0.9397 0.2788</w:t>
        <w:br/>
        <w:t>vn -0.2418 -0.6382 0.7309</w:t>
        <w:br/>
        <w:t>vn -0.2417 -0.6382 0.7310</w:t>
        <w:br/>
        <w:t>vn 0.1979 -0.9398 0.2787</w:t>
        <w:br/>
        <w:t>vn 0.5210 -0.8258 -0.2161</w:t>
        <w:br/>
        <w:t>vn 0.6734 -0.5408 -0.5041</w:t>
        <w:br/>
        <w:t>vn 0.7313 -0.4776 -0.4869</w:t>
        <w:br/>
        <w:t>vn 0.7545 -0.4822 -0.4453</w:t>
        <w:br/>
        <w:t>vn 0.7545 -0.4822 -0.4452</w:t>
        <w:br/>
        <w:t>vn -0.6517 -0.3519 -0.6719</w:t>
        <w:br/>
        <w:t>vn -0.6960 -0.4002 -0.5961</w:t>
        <w:br/>
        <w:t>vn -0.6517 -0.3519 -0.6718</w:t>
        <w:br/>
        <w:t>vn -0.7397 -0.4090 -0.5343</w:t>
        <w:br/>
        <w:t>vn 0.7069 0.4133 0.5740</w:t>
        <w:br/>
        <w:t>vn 0.6621 0.4072 0.6291</w:t>
        <w:br/>
        <w:t>vn 0.7470 0.4150 0.5194</w:t>
        <w:br/>
        <w:t>vn 0.7659 0.4288 0.4791</w:t>
        <w:br/>
        <w:t>vn 0.7660 0.4287 0.4790</w:t>
        <w:br/>
        <w:t>vn -0.7636 -0.4192 -0.4912</w:t>
        <w:br/>
        <w:t>vn -0.7636 -0.4191 -0.4911</w:t>
        <w:br/>
        <w:t>vn -0.7631 -0.4137 -0.4964</w:t>
        <w:br/>
        <w:t>vn -0.7632 -0.4137 -0.4964</w:t>
        <w:br/>
        <w:t>vn 0.8232 0.3637 0.4359</w:t>
        <w:br/>
        <w:t>vn 0.8232 0.3638 0.4360</w:t>
        <w:br/>
        <w:t>vn 0.8512 0.3351 0.4040</w:t>
        <w:br/>
        <w:t>vn -0.8485 -0.3280 -0.4154</w:t>
        <w:br/>
        <w:t>vn -0.8214 -0.3584 -0.4437</w:t>
        <w:br/>
        <w:t>vn -0.8485 -0.3280 -0.4153</w:t>
        <w:br/>
        <w:t>vn 0.7512 0.4210 0.5084</w:t>
        <w:br/>
        <w:t>vn 0.8022 0.4041 0.4395</w:t>
        <w:br/>
        <w:t>vn 0.8022 0.4041 0.4394</w:t>
        <w:br/>
        <w:t>vn -0.7505 -0.4130 -0.5160</w:t>
        <w:br/>
        <w:t>vn -0.8029 -0.3974 -0.4444</w:t>
        <w:br/>
        <w:t>vn -0.8029 -0.3973 -0.4444</w:t>
        <w:br/>
        <w:t>vn -0.7505 -0.4129 -0.5160</w:t>
        <w:br/>
        <w:t>vn -0.6652 -0.3883 -0.6377</w:t>
        <w:br/>
        <w:t>vn 0.6944 0.3799 0.6112</w:t>
        <w:br/>
        <w:t>vn -0.5670 -0.3451 -0.7479</w:t>
        <w:br/>
        <w:t>vn -0.5671 -0.3451 -0.7479</w:t>
        <w:br/>
        <w:t>vn 0.6061 0.3294 0.7240</w:t>
        <w:br/>
        <w:t>vn 0.6061 0.3294 0.7239</w:t>
        <w:br/>
        <w:t>vn 0.4364 0.1604 0.8854</w:t>
        <w:br/>
        <w:t>vn 0.5011 0.2582 0.8260</w:t>
        <w:br/>
        <w:t>vn -0.4356 -0.1728 -0.8834</w:t>
        <w:br/>
        <w:t>vn -0.4795 -0.2493 -0.8414</w:t>
        <w:br/>
        <w:t>vn 0.8261 -0.4272 -0.3675</w:t>
        <w:br/>
        <w:t>vn 0.8108 -0.4615 -0.3601</w:t>
        <w:br/>
        <w:t>vn -0.8897 0.0356 0.4552</w:t>
        <w:br/>
        <w:t>vn -0.8257 0.4282 0.3671</w:t>
        <w:br/>
        <w:t>vn -0.8257 0.4283 0.3671</w:t>
        <w:br/>
        <w:t>vn -0.6323 -0.3195 -0.7057</w:t>
        <w:br/>
        <w:t>vn -0.6324 -0.3195 -0.7057</w:t>
        <w:br/>
        <w:t>vn 0.6058 0.3262 0.7257</w:t>
        <w:br/>
        <w:t>vn 0.6057 0.3263 0.7257</w:t>
        <w:br/>
        <w:t>vn 0.6222 0.3543 0.6981</w:t>
        <w:br/>
        <w:t>vn 0.6222 0.3544 0.6981</w:t>
        <w:br/>
        <w:t>vn -0.2717 -0.7951 0.5422</w:t>
        <w:br/>
        <w:t>vn 0.0486 -0.9974 0.0530</w:t>
        <w:br/>
        <w:t>vn 0.0488 -0.9974 0.0530</w:t>
        <w:br/>
        <w:t>vn 0.0487 -0.9974 0.0530</w:t>
        <w:br/>
        <w:t>vn 0.4212 0.1054 0.9008</w:t>
        <w:br/>
        <w:t>vn 0.4211 0.1055 0.9009</w:t>
        <w:br/>
        <w:t>vn -0.4257 -0.1435 -0.8934</w:t>
        <w:br/>
        <w:t>vn -0.4259 -0.1435 -0.8933</w:t>
        <w:br/>
        <w:t>vn 0.0860 0.9952 -0.0460</w:t>
        <w:br/>
        <w:t>vn 0.0860 0.9952 -0.0459</w:t>
        <w:br/>
        <w:t>vn -0.2273 0.3250 -0.9180</w:t>
        <w:br/>
        <w:t>vn -0.2575 -0.7080 -0.6576</w:t>
        <w:br/>
        <w:t>vn -0.2575 -0.7080 -0.6575</w:t>
        <w:br/>
        <w:t>vn -0.0000 -0.7589 -0.6512</w:t>
        <w:br/>
        <w:t>vn -0.1121 -0.7541 -0.6471</w:t>
        <w:br/>
        <w:t>vn 0.2007 0.9791 0.0325</w:t>
        <w:br/>
        <w:t>vn -0.5628 0.4981 -0.6597</w:t>
        <w:br/>
        <w:t>vn -0.5882 -0.6239 -0.5145</w:t>
        <w:br/>
        <w:t>vn -0.5882 -0.6239 -0.5146</w:t>
        <w:br/>
        <w:t>vn 0.3136 0.9451 0.0920</w:t>
        <w:br/>
        <w:t>vn -0.7765 0.6212 -0.1055</w:t>
        <w:br/>
        <w:t>vn -0.7904 -0.5884 -0.1706</w:t>
        <w:br/>
        <w:t>vn -0.7904 -0.5883 -0.1706</w:t>
        <w:br/>
        <w:t>vn 0.3192 0.9403 0.1184</w:t>
        <w:br/>
        <w:t>vn -0.7497 0.5748 0.3279</w:t>
        <w:br/>
        <w:t>vn -0.7498 0.5748 0.3279</w:t>
        <w:br/>
        <w:t>vn -0.8013 -0.5912 0.0920</w:t>
        <w:br/>
        <w:t>vn 0.3023 0.9447 0.1273</w:t>
        <w:br/>
        <w:t>vn -0.6848 0.5196 0.5109</w:t>
        <w:br/>
        <w:t>vn -0.6848 0.5197 0.5109</w:t>
        <w:br/>
        <w:t>vn -0.7758 -0.5915 0.2197</w:t>
        <w:br/>
        <w:t>vn 0.3553 0.9316 0.0765</w:t>
        <w:br/>
        <w:t>vn -0.5873 0.5312 0.6106</w:t>
        <w:br/>
        <w:t>vn -0.7436 -0.5837 0.3261</w:t>
        <w:br/>
        <w:t>vn 0.4046 0.9143 -0.0216</w:t>
        <w:br/>
        <w:t>vn 0.4045 0.9143 -0.0216</w:t>
        <w:br/>
        <w:t>vn -0.4409 0.5726 0.6912</w:t>
        <w:br/>
        <w:t>vn -0.6896 -0.5450 0.4769</w:t>
        <w:br/>
        <w:t>vn 0.4161 0.9061 -0.0764</w:t>
        <w:br/>
        <w:t>vn -0.3508 0.5874 0.7293</w:t>
        <w:br/>
        <w:t>vn -0.6471 -0.5118 0.5651</w:t>
        <w:br/>
        <w:t>vn -0.3242 -0.1821 -0.9283</w:t>
        <w:br/>
        <w:t>vn -0.3249 -0.2114 -0.9218</w:t>
        <w:br/>
        <w:t>vn -0.6302 -0.7433 -0.2243</w:t>
        <w:br/>
        <w:t>vn -0.8960 -0.2578 -0.3615</w:t>
        <w:br/>
        <w:t>vn 0.1402 -0.0756 -0.9872</w:t>
        <w:br/>
        <w:t>vn 0.1164 -0.0925 -0.9889</w:t>
        <w:br/>
        <w:t>vn 0.1640 -0.0288 -0.9860</w:t>
        <w:br/>
        <w:t>vn 0.1580 -0.0280 -0.9870</w:t>
        <w:br/>
        <w:t>vn 0.2171 -0.0403 -0.9753</w:t>
        <w:br/>
        <w:t>vn 0.2376 -0.0344 -0.9708</w:t>
        <w:br/>
        <w:t>vn -0.1926 -0.0628 0.9793</w:t>
        <w:br/>
        <w:t>vn -0.1989 -0.0506 0.9787</w:t>
        <w:br/>
        <w:t>vn -0.3554 -0.0618 0.9327</w:t>
        <w:br/>
        <w:t>vn -0.3506 -0.0704 0.9339</w:t>
        <w:br/>
        <w:t>vn -0.5698 -0.1180 0.8132</w:t>
        <w:br/>
        <w:t>vn -0.5799 -0.1012 0.8084</w:t>
        <w:br/>
        <w:t>vn -0.8831 -0.2229 0.4128</w:t>
        <w:br/>
        <w:t>vn -0.8912 -0.1898 0.4120</w:t>
        <w:br/>
        <w:t>vn -0.3232 -0.1524 -0.9340</w:t>
        <w:br/>
        <w:t>vn -0.9083 -0.2191 -0.3562</w:t>
        <w:br/>
        <w:t>vn 0.1640 -0.0585 -0.9847</w:t>
        <w:br/>
        <w:t>vn 0.2580 -0.0285 -0.9657</w:t>
        <w:br/>
        <w:t>vn 0.1701 -0.0296 -0.9850</w:t>
        <w:br/>
        <w:t>vn -0.2052 -0.0384 0.9780</w:t>
        <w:br/>
        <w:t>vn -0.3602 -0.0530 0.9314</w:t>
        <w:br/>
        <w:t>vn -0.5897 -0.0843 0.8032</w:t>
        <w:br/>
        <w:t>vn -0.8982 -0.1567 0.4107</w:t>
        <w:br/>
        <w:t>vn 0.8855 0.2852 0.3667</w:t>
        <w:br/>
        <w:t>vn 0.3091 0.2046 0.9288</w:t>
        <w:br/>
        <w:t>vn 0.3021 0.1740 0.9373</w:t>
        <w:br/>
        <w:t>vn 0.8978 0.2487 0.3636</w:t>
        <w:br/>
        <w:t>vn -0.1217 0.0922 0.9883</w:t>
        <w:br/>
        <w:t>vn -0.1504 0.0720 0.9860</w:t>
        <w:br/>
        <w:t>vn -0.1632 0.0261 0.9863</w:t>
        <w:br/>
        <w:t>vn -0.2367 0.0327 0.9710</w:t>
        <w:br/>
        <w:t>vn -0.2142 0.0415 0.9759</w:t>
        <w:br/>
        <w:t>vn -0.1562 0.0271 0.9874</w:t>
        <w:br/>
        <w:t>vn 0.1919 0.0595 -0.9796</w:t>
        <w:br/>
        <w:t>vn 0.1978 0.0459 -0.9792</w:t>
        <w:br/>
        <w:t>vn 0.3487 0.0663 -0.9349</w:t>
        <w:br/>
        <w:t>vn 0.3535 0.0565 -0.9337</w:t>
        <w:br/>
        <w:t>vn 0.5630 0.1098 -0.8191</w:t>
        <w:br/>
        <w:t>vn 0.5737 0.0929 -0.8138</w:t>
        <w:br/>
        <w:t>vn 0.8782 0.2084 -0.4304</w:t>
        <w:br/>
        <w:t>vn 0.8856 0.1769 -0.4294</w:t>
        <w:br/>
        <w:t>vn 0.2948 0.1429 0.9448</w:t>
        <w:br/>
        <w:t>vn 0.9088 0.2114 0.3598</w:t>
        <w:br/>
        <w:t>vn -0.1790 0.0517 0.9825</w:t>
        <w:br/>
        <w:t>vn -0.1702 0.0252 0.9851</w:t>
        <w:br/>
        <w:t>vn -0.2593 0.0239 0.9655</w:t>
        <w:br/>
        <w:t>vn 0.2037 0.0324 -0.9785</w:t>
        <w:br/>
        <w:t>vn 0.3582 0.0469 -0.9325</w:t>
        <w:br/>
        <w:t>vn 0.5841 0.0760 -0.8081</w:t>
        <w:br/>
        <w:t>vn 0.8920 0.1456 -0.4280</w:t>
        <w:br/>
        <w:t>vn -0.2508 -0.9671 -0.0423</w:t>
        <w:br/>
        <w:t>vn -0.6303 -0.7433 -0.2242</w:t>
        <w:br/>
        <w:t>vn -0.1799 -0.9655 -0.1881</w:t>
        <w:br/>
        <w:t>vn -0.1799 -0.9655 -0.1880</w:t>
        <w:br/>
        <w:t>vn -0.0800 -0.9541 -0.2885</w:t>
        <w:br/>
        <w:t>vn -0.0799 -0.9542 -0.2884</w:t>
        <w:br/>
        <w:t>vn -0.0041 -0.9410 -0.3384</w:t>
        <w:br/>
        <w:t>vn -0.0041 -0.9410 -0.3385</w:t>
        <w:br/>
        <w:t>vn -0.0258 -0.9451 -0.3259</w:t>
        <w:br/>
        <w:t>vn -0.1069 -0.9576 0.2675</w:t>
        <w:br/>
        <w:t>vn -0.1069 -0.9576 0.2676</w:t>
        <w:br/>
        <w:t>vn -0.1845 -0.9519 0.2448</w:t>
        <w:br/>
        <w:t>vn -0.1845 -0.9518 0.2448</w:t>
        <w:br/>
        <w:t>vn -0.2396 -0.9536 0.1824</w:t>
        <w:br/>
        <w:t>vn -0.2396 -0.9536 0.1825</w:t>
        <w:br/>
        <w:t>vn -0.2587 -0.9623 0.0845</w:t>
        <w:br/>
        <w:t>vn -0.2588 -0.9622 0.0846</w:t>
        <w:br/>
        <w:t>vn -0.0061 0.9414 -0.3373</w:t>
        <w:br/>
        <w:t>vn -0.2383 0.9592 -0.1525</w:t>
        <w:br/>
        <w:t>vn 0.1556 0.9492 -0.2734</w:t>
        <w:br/>
        <w:t>vn 0.1578 0.9616 -0.2244</w:t>
        <w:br/>
        <w:t>vn 0.0946 0.9695 -0.2260</w:t>
        <w:br/>
        <w:t>vn 0.0947 0.9695 -0.2261</w:t>
        <w:br/>
        <w:t>vn 0.0014 0.9610 0.2767</w:t>
        <w:br/>
        <w:t>vn -0.0111 0.9607 0.2772</w:t>
        <w:br/>
        <w:t>vn -0.0842 0.9601 0.2666</w:t>
        <w:br/>
        <w:t>vn -0.0843 0.9601 0.2666</w:t>
        <w:br/>
        <w:t>vn -0.2355 0.9595 0.1549</w:t>
        <w:br/>
        <w:t>vn -0.2356 0.9594 0.1549</w:t>
        <w:br/>
        <w:t>vn -0.9385 0.3198 -0.1304</w:t>
        <w:br/>
        <w:t>vn -0.9217 0.2805 0.2680</w:t>
        <w:br/>
        <w:t>vn -0.9626 0.1300 0.2378</w:t>
        <w:br/>
        <w:t>vn -0.9731 0.1586 -0.1669</w:t>
        <w:br/>
        <w:t>vn -0.8208 0.2483 0.5144</w:t>
        <w:br/>
        <w:t>vn -0.8735 0.0892 0.4785</w:t>
        <w:br/>
        <w:t>vn -0.6646 0.2097 0.7172</w:t>
        <w:br/>
        <w:t>vn -0.7235 0.0443 0.6889</w:t>
        <w:br/>
        <w:t>vn -0.9807 -0.0122 -0.1953</w:t>
        <w:br/>
        <w:t>vn -0.7083 -0.0076 -0.7058</w:t>
        <w:br/>
        <w:t>vn -0.7112 0.0223 -0.7026</w:t>
        <w:br/>
        <w:t>vn -0.9812 0.0180 -0.1922</w:t>
        <w:br/>
        <w:t>vn -0.2973 -0.0086 -0.9548</w:t>
        <w:br/>
        <w:t>vn -0.3027 0.0391 -0.9523</w:t>
        <w:br/>
        <w:t>vn -0.9802 -0.0187 0.1970</w:t>
        <w:br/>
        <w:t>vn -0.9782 0.0108 0.2075</w:t>
        <w:br/>
        <w:t>vn -0.7118 0.1841 -0.6778</w:t>
        <w:br/>
        <w:t>vn -0.6893 0.3378 -0.6409</w:t>
        <w:br/>
        <w:t>vn -0.8998 -0.0319 0.4352</w:t>
        <w:br/>
        <w:t>vn -0.9057 -0.0437 0.4217</w:t>
        <w:br/>
        <w:t>vn -0.7502 -0.0909 0.6549</w:t>
        <w:br/>
        <w:t>vn -0.7504 -0.0889 0.6549</w:t>
        <w:br/>
        <w:t>vn -0.2939 -0.1213 0.9481</w:t>
        <w:br/>
        <w:t>vn -0.1968 -0.1350 0.9711</w:t>
        <w:br/>
        <w:t>vn -0.3395 -0.1128 0.9338</w:t>
        <w:br/>
        <w:t>vn -0.5521 -0.1166 0.8256</w:t>
        <w:br/>
        <w:t>vn -0.5532 -0.1157 0.8250</w:t>
        <w:br/>
        <w:t>vn -0.4972 0.0409 0.8667</w:t>
        <w:br/>
        <w:t>vn -0.4978 0.1653 0.8514</w:t>
        <w:br/>
        <w:t>vn -0.3482 0.1324 0.9280</w:t>
        <w:br/>
        <w:t>vn -0.2810 0.0215 0.9595</w:t>
        <w:br/>
        <w:t>vn -0.2123 0.1281 0.9688</w:t>
        <w:br/>
        <w:t>vn -0.3002 0.3293 -0.8952</w:t>
        <w:br/>
        <w:t>vn -0.3079 0.2011 -0.9299</w:t>
        <w:br/>
        <w:t>vn -0.0980 0.6540 0.7502</w:t>
        <w:br/>
        <w:t>vn -0.1500 0.6215 0.7689</w:t>
        <w:br/>
        <w:t>vn -0.1984 0.5428 0.8161</w:t>
        <w:br/>
        <w:t>vn 0.0617 0.7506 0.6578</w:t>
        <w:br/>
        <w:t>vn 0.0199 0.7704 0.6373</w:t>
        <w:br/>
        <w:t>vn 0.0200 0.7704 0.6373</w:t>
        <w:br/>
        <w:t>vn 0.0584 0.7611 0.6460</w:t>
        <w:br/>
        <w:t>vn 0.0586 0.7611 0.6460</w:t>
        <w:br/>
        <w:t>vn -0.0447 0.7059 0.7069</w:t>
        <w:br/>
        <w:t>vn -0.0030 0.7314 0.6819</w:t>
        <w:br/>
        <w:t>vn -0.2958 0.3076 0.9044</w:t>
        <w:br/>
        <w:t>vn -0.1844 0.3557 0.9162</w:t>
        <w:br/>
        <w:t>vn -0.2089 0.2144 0.9541</w:t>
        <w:br/>
        <w:t>vn -0.3300 0.1845 0.9258</w:t>
        <w:br/>
        <w:t>vn -0.2215 0.4270 0.8767</w:t>
        <w:br/>
        <w:t>vn -0.1014 0.4368 0.8939</w:t>
        <w:br/>
        <w:t>vn -0.0146 0.7526 0.6583</w:t>
        <w:br/>
        <w:t>vn -0.1851 0.4528 0.8722</w:t>
        <w:br/>
        <w:t>vn -0.0089 0.7744 0.6326</w:t>
        <w:br/>
        <w:t>vn -0.0119 0.7901 0.6128</w:t>
        <w:br/>
        <w:t>vn -0.0039 0.7979 0.6027</w:t>
        <w:br/>
        <w:t>vn -0.7272 -0.6608 -0.1859</w:t>
        <w:br/>
        <w:t>vn -0.7324 -0.6780 0.0629</w:t>
        <w:br/>
        <w:t>vn -0.7272 -0.6607 -0.1859</w:t>
        <w:br/>
        <w:t>vn -0.6861 -0.6988 0.2027</w:t>
        <w:br/>
        <w:t>vn -0.6275 -0.6997 0.3416</w:t>
        <w:br/>
        <w:t>vn -0.3463 0.9051 -0.2465</w:t>
        <w:br/>
        <w:t>vn -0.4335 0.9002 0.0412</w:t>
        <w:br/>
        <w:t>vn -0.3464 0.9051 -0.2465</w:t>
        <w:br/>
        <w:t>vn -0.1414 0.9027 -0.4063</w:t>
        <w:br/>
        <w:t>vn -0.1413 0.9027 -0.4063</w:t>
        <w:br/>
        <w:t>vn -0.5365 -0.6591 -0.5270</w:t>
        <w:br/>
        <w:t>vn -0.3963 0.8824 0.2537</w:t>
        <w:br/>
        <w:t>vn -0.3598 0.8517 0.3810</w:t>
        <w:br/>
        <w:t>vn -0.2320 0.8275 0.5113</w:t>
        <w:br/>
        <w:t>vn -0.0320 0.8220 0.5686</w:t>
        <w:br/>
        <w:t>vn 0.2429 0.7828 0.5729</w:t>
        <w:br/>
        <w:t>vn 0.2429 0.7829 0.5728</w:t>
        <w:br/>
        <w:t>vn -0.6903 -0.2207 0.6890</w:t>
        <w:br/>
        <w:t>vn -0.7263 -0.5801 0.3687</w:t>
        <w:br/>
        <w:t>vn -0.8913 -0.3289 0.3120</w:t>
        <w:br/>
        <w:t>vn -0.8913 -0.3289 0.3119</w:t>
        <w:br/>
        <w:t>vn -0.2316 -0.6793 -0.6963</w:t>
        <w:br/>
        <w:t>vn -0.2316 -0.6793 -0.6964</w:t>
        <w:br/>
        <w:t>vn -0.9830 0.0184 0.1828</w:t>
        <w:br/>
        <w:t>vn -0.9705 0.1604 0.1799</w:t>
        <w:br/>
        <w:t>vn 0.9044 0.1506 0.3992</w:t>
        <w:br/>
        <w:t>vn 0.9294 0.1889 0.3172</w:t>
        <w:br/>
        <w:t>vn -0.7043 -0.2456 0.6661</w:t>
        <w:br/>
        <w:t>vn -0.3724 -0.3513 0.8590</w:t>
        <w:br/>
        <w:t>vn -0.3723 -0.3513 0.8590</w:t>
        <w:br/>
        <w:t>vn 0.7943 0.4971 -0.3491</w:t>
        <w:br/>
        <w:t>vn 0.4901 0.6828 -0.5418</w:t>
        <w:br/>
        <w:t>vn -0.1955 -0.3966 0.8969</w:t>
        <w:br/>
        <w:t>vn 0.2333 0.7614 -0.6049</w:t>
        <w:br/>
        <w:t>vn 0.2332 0.7614 -0.6049</w:t>
        <w:br/>
        <w:t>vn 0.9494 0.1576 0.2715</w:t>
        <w:br/>
        <w:t>vn -0.9398 0.2954 0.1720</w:t>
        <w:br/>
        <w:t>vn -0.9496 -0.1821 0.2551</w:t>
        <w:br/>
        <w:t>vn -0.9496 -0.1820 0.2551</w:t>
        <w:br/>
        <w:t>vn -0.9751 -0.0964 0.1998</w:t>
        <w:br/>
        <w:t>vn -0.9751 -0.0964 0.1999</w:t>
        <w:br/>
        <w:t>vn 0.5214 -0.6414 0.5628</w:t>
        <w:br/>
        <w:t>vn 0.5213 -0.6414 0.5628</w:t>
        <w:br/>
        <w:t>vn 0.7184 -0.4353 0.5426</w:t>
        <w:br/>
        <w:t>vn -0.9520 0.2497 0.1770</w:t>
        <w:br/>
        <w:t>vn -0.9520 0.2497 0.1769</w:t>
        <w:br/>
        <w:t>vn 0.9617 0.1230 0.2450</w:t>
        <w:br/>
        <w:t>vn 0.8829 -0.0509 0.4669</w:t>
        <w:br/>
        <w:t>vn -0.9480 0.0105 0.3180</w:t>
        <w:br/>
        <w:t>vn -0.9480 0.0105 0.3179</w:t>
        <w:br/>
        <w:t>vn 0.9729 0.2308 0.0144</w:t>
        <w:br/>
        <w:t>vn 0.5098 0.7039 0.4945</w:t>
        <w:br/>
        <w:t>vn 0.5992 0.6791 0.4240</w:t>
        <w:br/>
        <w:t>vn -0.6455 0.2447 0.7235</w:t>
        <w:br/>
        <w:t>vn -0.6904 -0.2207 0.6890</w:t>
        <w:br/>
        <w:t>vn -0.7971 0.2984 0.5249</w:t>
        <w:br/>
        <w:t>vn -0.8977 0.3410 0.2791</w:t>
        <w:br/>
        <w:t>vn -0.9207 0.3722 -0.1177</w:t>
        <w:br/>
        <w:t>vn -0.6807 0.3625 -0.6365</w:t>
        <w:br/>
        <w:t>vn -0.2959 0.3459 -0.8904</w:t>
        <w:br/>
        <w:t>vn -0.0032 0.4279 -0.9038</w:t>
        <w:br/>
        <w:t>vn -0.0007 0.1381 -0.9904</w:t>
        <w:br/>
        <w:t>vn 0.1772 0.1193 -0.9769</w:t>
        <w:br/>
        <w:t>vn 0.1775 0.4142 -0.8927</w:t>
        <w:br/>
        <w:t>vn 0.4232 0.0646 -0.9037</w:t>
        <w:br/>
        <w:t>vn 0.4239 0.3446 -0.8376</w:t>
        <w:br/>
        <w:t>vn 0.7520 0.0218 -0.6589</w:t>
        <w:br/>
        <w:t>vn 0.7328 0.2645 -0.6269</w:t>
        <w:br/>
        <w:t>vn 0.9294 0.2276 -0.2907</w:t>
        <w:br/>
        <w:t>vn 0.9051 0.3175 -0.2828</w:t>
        <w:br/>
        <w:t>vn 0.7121 0.3714 -0.5958</w:t>
        <w:br/>
        <w:t>vn 0.9558 0.2932 0.0222</w:t>
        <w:br/>
        <w:t>vn 0.9750 0.2215 0.0197</w:t>
        <w:br/>
        <w:t>vn 0.9249 0.2052 0.3201</w:t>
        <w:br/>
        <w:t>vn 0.9092 0.2836 0.3048</w:t>
        <w:br/>
        <w:t>vn 0.8528 0.1976 0.4834</w:t>
        <w:br/>
        <w:t>vn 0.8791 0.0506 0.4739</w:t>
        <w:br/>
        <w:t>vn -0.0012 -0.1209 -0.9927</w:t>
        <w:br/>
        <w:t>vn -0.0021 -0.2091 -0.9779</w:t>
        <w:br/>
        <w:t>vn 0.1613 -0.2125 -0.9638</w:t>
        <w:br/>
        <w:t>vn 0.1665 -0.1309 -0.9773</w:t>
        <w:br/>
        <w:t>vn 0.4088 -0.1568 -0.8991</w:t>
        <w:br/>
        <w:t>vn 0.4035 -0.2187 -0.8885</w:t>
        <w:br/>
        <w:t>vn 0.7405 -0.2190 -0.6353</w:t>
        <w:br/>
        <w:t>vn 0.7447 -0.1651 -0.6467</w:t>
        <w:br/>
        <w:t>vn 0.9474 -0.1431 -0.2861</w:t>
        <w:br/>
        <w:t>vn 0.9387 -0.2015 -0.2798</w:t>
        <w:br/>
        <w:t>vn 0.9991 0.0396 0.0161</w:t>
        <w:br/>
        <w:t>vn 0.9550 0.0258 -0.2955</w:t>
        <w:br/>
        <w:t>vn 0.9917 -0.1279 0.0158</w:t>
        <w:br/>
        <w:t>vn 0.9446 -0.1027 0.3117</w:t>
        <w:br/>
        <w:t>vn 0.9566 0.0412 0.2886</w:t>
        <w:br/>
        <w:t>vn 0.8782 -0.0826 0.4712</w:t>
        <w:br/>
        <w:t>vn 0.9825 -0.1855 0.0167</w:t>
        <w:br/>
        <w:t>vn 0.9416 -0.1686 0.2916</w:t>
        <w:br/>
        <w:t>vn -0.0055 0.5445 -0.8388</w:t>
        <w:br/>
        <w:t>vn -0.1842 0.5123 -0.8388</w:t>
        <w:br/>
        <w:t>vn -0.1863 0.3964 -0.8990</w:t>
        <w:br/>
        <w:t>vn -0.4312 0.4402 -0.7876</w:t>
        <w:br/>
        <w:t>vn -0.4350 0.3239 -0.8401</w:t>
        <w:br/>
        <w:t>vn -0.7288 0.2491 -0.6378</w:t>
        <w:br/>
        <w:t>vn -0.7460 0.0047 -0.6660</w:t>
        <w:br/>
        <w:t>vn -0.4287 0.0495 -0.9021</w:t>
        <w:br/>
        <w:t>vn -0.8966 0.3199 -0.3063</w:t>
        <w:br/>
        <w:t>vn -0.9239 0.2227 -0.3110</w:t>
        <w:br/>
        <w:t>vn -0.7071 0.3612 -0.6080</w:t>
        <w:br/>
        <w:t>vn -0.9529 0.3027 0.0189</w:t>
        <w:br/>
        <w:t>vn -0.9747 0.2228 0.0171</w:t>
        <w:br/>
        <w:t>vn -0.9137 0.2209 0.3410</w:t>
        <w:br/>
        <w:t>vn -0.8997 0.3023 0.3148</w:t>
        <w:br/>
        <w:t>vn -0.8024 0.2734 0.5305</w:t>
        <w:br/>
        <w:t>vn -0.8379 0.0568 0.5429</w:t>
        <w:br/>
        <w:t>vn -0.5621 0.0870 0.8225</w:t>
        <w:br/>
        <w:t>vn -0.5324 0.2820 0.7981</w:t>
        <w:br/>
        <w:t>vn -0.2768 0.2796 0.9194</w:t>
        <w:br/>
        <w:t>vn -0.2976 0.0937 0.9501</w:t>
        <w:br/>
        <w:t>vn -0.0250 0.2268 0.9736</w:t>
        <w:br/>
        <w:t>vn -0.0364 0.0831 0.9959</w:t>
        <w:br/>
        <w:t>vn -0.1819 0.1129 -0.9768</w:t>
        <w:br/>
        <w:t>vn -0.1707 -0.1262 -0.9772</w:t>
        <w:br/>
        <w:t>vn -0.4117 -0.1531 -0.8984</w:t>
        <w:br/>
        <w:t>vn -0.4070 -0.2014 -0.8909</w:t>
        <w:br/>
        <w:t>vn -0.7374 -0.1665 -0.6546</w:t>
        <w:br/>
        <w:t>vn -0.7342 -0.2090 -0.6460</w:t>
        <w:br/>
        <w:t>vn -0.9431 -0.1466 -0.2984</w:t>
        <w:br/>
        <w:t>vn -0.9357 -0.1993 -0.2912</w:t>
        <w:br/>
        <w:t>vn -0.9993 0.0333 0.0143</w:t>
        <w:br/>
        <w:t>vn -0.9919 -0.1260 0.0157</w:t>
        <w:br/>
        <w:t>vn -0.9505 0.0150 -0.3104</w:t>
        <w:br/>
        <w:t>vn -0.9482 0.0315 0.3160</w:t>
        <w:br/>
        <w:t>vn -0.9361 -0.1119 0.3336</w:t>
        <w:br/>
        <w:t>vn -0.8371 -0.1266 0.5322</w:t>
        <w:br/>
        <w:t>vn -0.5696 -0.1116 0.8143</w:t>
        <w:br/>
        <w:t>vn -0.3078 -0.0957 0.9466</w:t>
        <w:br/>
        <w:t>vn -0.0471 -0.0623 0.9969</w:t>
        <w:br/>
        <w:t>vn -0.9841 -0.1765 0.0181</w:t>
        <w:br/>
        <w:t>vn -0.9396 -0.1560 0.3047</w:t>
        <w:br/>
        <w:t>vn 0.3389 0.0623 0.9387</w:t>
        <w:br/>
        <w:t>vn 0.3277 0.1441 0.9337</w:t>
        <w:br/>
        <w:t>vn 0.7353 0.0986 0.6705</w:t>
        <w:br/>
        <w:t>vn 0.7360 0.0474 0.6753</w:t>
        <w:br/>
        <w:t>vn 0.3479 -0.0207 0.9373</w:t>
        <w:br/>
        <w:t>vn 0.7349 -0.0032 0.6782</w:t>
        <w:br/>
        <w:t>vn 0.9951 0.0724 0.0672</w:t>
        <w:br/>
        <w:t>vn 0.9951 0.0324 0.0936</w:t>
        <w:br/>
        <w:t>vn 0.9927 -0.0079 0.1200</w:t>
        <w:br/>
        <w:t>vn 0.7084 0.0284 -0.7053</w:t>
        <w:br/>
        <w:t>vn 0.7150 0.0126 -0.6990</w:t>
        <w:br/>
        <w:t>vn 0.7213 -0.0033 -0.6926</w:t>
        <w:br/>
        <w:t>vn 0.1356 -0.0046 -0.9907</w:t>
        <w:br/>
        <w:t>vn 0.1351 0.0019 -0.9908</w:t>
        <w:br/>
        <w:t>vn 0.1346 0.0087 -0.9909</w:t>
        <w:br/>
        <w:t>vn -0.0616 -0.0142 -0.9980</w:t>
        <w:br/>
        <w:t>vn -0.0625 -0.0007 -0.9980</w:t>
        <w:br/>
        <w:t>vn -0.0634 0.0128 -0.9979</w:t>
        <w:br/>
        <w:t>vn -0.2078 -0.9672 0.1459</w:t>
        <w:br/>
        <w:t>vn -0.2804 -0.9558 0.0878</w:t>
        <w:br/>
        <w:t>vn -0.2320 -0.6205 0.7491</w:t>
        <w:br/>
        <w:t>vn -0.1745 -0.5597 0.8101</w:t>
        <w:br/>
        <w:t>vn 0.0257 0.2110 0.9771</w:t>
        <w:br/>
        <w:t>vn -0.0484 0.0931 0.9945</w:t>
        <w:br/>
        <w:t>vn -0.0319 0.0621 0.9976</w:t>
        <w:br/>
        <w:t>vn 0.1745 0.2160 0.9607</w:t>
        <w:br/>
        <w:t>vn 0.1499 0.2415 0.9587</w:t>
        <w:br/>
        <w:t>vn 0.5149 0.2285 0.8262</w:t>
        <w:br/>
        <w:t>vn 0.3866 0.2504 0.8876</w:t>
        <w:br/>
        <w:t>vn -0.1628 -0.2616 0.9513</w:t>
        <w:br/>
        <w:t>vn -0.1390 -0.1905 0.9718</w:t>
        <w:br/>
        <w:t>vn -0.2864 -0.6741 0.6809</w:t>
        <w:br/>
        <w:t>vn 0.7860 0.0382 0.6171</w:t>
        <w:br/>
        <w:t>vn 0.7650 0.0495 0.6421</w:t>
        <w:br/>
        <w:t>vn 0.7507 0.0167 0.6604</w:t>
        <w:br/>
        <w:t>vn -0.1979 -0.8007 -0.5655</w:t>
        <w:br/>
        <w:t>vn -0.2041 -0.6574 -0.7253</w:t>
        <w:br/>
        <w:t>vn -0.3491 -0.9366 0.0302</w:t>
        <w:br/>
        <w:t>vn 0.8119 0.2597 0.5229</w:t>
        <w:br/>
        <w:t>vn 0.7270 0.2442 0.6418</w:t>
        <w:br/>
        <w:t>vn 0.6028 0.2886 0.7439</w:t>
        <w:br/>
        <w:t>vn 0.1751 0.1924 0.9656</w:t>
        <w:br/>
        <w:t>vn 0.3300 0.2338 0.9146</w:t>
        <w:br/>
        <w:t>vn -0.0152 0.0309 0.9994</w:t>
        <w:br/>
        <w:t>vn 0.8657 0.0707 0.4955</w:t>
        <w:br/>
        <w:t>vn 0.8378 0.1058 0.5356</w:t>
        <w:br/>
        <w:t>vn -0.1078 -0.5582 -0.8227</w:t>
        <w:br/>
        <w:t>vn -0.1230 -0.8374 -0.5326</w:t>
        <w:br/>
        <w:t>vn -0.0588 -0.6738 -0.7366</w:t>
        <w:br/>
        <w:t>vn 0.7533 0.1135 0.6478</w:t>
        <w:br/>
        <w:t>vn 0.8859 0.1868 0.4245</w:t>
        <w:br/>
        <w:t>vn 0.8580 0.1777 0.4819</w:t>
        <w:br/>
        <w:t>vn 0.6369 0.1121 0.7627</w:t>
        <w:br/>
        <w:t>vn 0.5899 0.1998 0.7824</w:t>
        <w:br/>
        <w:t>vn 0.6782 0.1104 0.7265</w:t>
        <w:br/>
        <w:t>vn -0.1146 -0.1189 0.9863</w:t>
        <w:br/>
        <w:t>vn 0.6207 0.1916 0.7603</w:t>
        <w:br/>
        <w:t>vn -0.0560 -0.4051 -0.9126</w:t>
        <w:br/>
        <w:t>vn 0.0986 0.5841 -0.8056</w:t>
        <w:br/>
        <w:t>vn 0.2130 0.6649 -0.7159</w:t>
        <w:br/>
        <w:t>vn 0.2424 0.9698 0.0256</w:t>
        <w:br/>
        <w:t>vn 0.1287 0.9912 -0.0302</w:t>
        <w:br/>
        <w:t>vn 0.0312 -0.0596 -0.9977</w:t>
        <w:br/>
        <w:t>vn 0.0403 -0.0840 -0.9957</w:t>
        <w:br/>
        <w:t>vn -0.0396 -0.1982 -0.9794</w:t>
        <w:br/>
        <w:t>vn -0.1787 -0.2109 -0.9610</w:t>
        <w:br/>
        <w:t>vn -0.4223 -0.2001 -0.8841</w:t>
        <w:br/>
        <w:t>vn -0.1606 -0.2218 -0.9618</w:t>
        <w:br/>
        <w:t>vn -0.3390 -0.2372 -0.9104</w:t>
        <w:br/>
        <w:t>vn 0.3225 0.7277 -0.6054</w:t>
        <w:br/>
        <w:t>vn 0.1346 0.1625 -0.9775</w:t>
        <w:br/>
        <w:t>vn 0.1924 0.2534 -0.9480</w:t>
        <w:br/>
        <w:t>vn -0.7823 -0.0766 -0.6182</w:t>
        <w:br/>
        <w:t>vn -0.7750 -0.0244 -0.6314</w:t>
        <w:br/>
        <w:t>vn -0.7984 -0.1038 -0.5931</w:t>
        <w:br/>
        <w:t>vn 0.2088 0.7692 0.6039</w:t>
        <w:br/>
        <w:t>vn 0.1401 0.8194 0.5558</w:t>
        <w:br/>
        <w:t>vn 0.3450 0.9354 0.0777</w:t>
        <w:br/>
        <w:t>vn -0.6568 -0.1745 -0.7336</w:t>
        <w:br/>
        <w:t>vn -0.5509 -0.2363 -0.8004</w:t>
        <w:br/>
        <w:t>vn -0.2971 -0.2086 -0.9318</w:t>
        <w:br/>
        <w:t>vn -0.1705 -0.1995 -0.9650</w:t>
        <w:br/>
        <w:t>vn 0.0218 -0.0346 -0.9992</w:t>
        <w:br/>
        <w:t>vn -0.7654 0.0395 -0.6424</w:t>
        <w:br/>
        <w:t>vn -0.7736 -0.0183 -0.6334</w:t>
        <w:br/>
        <w:t>vn -0.7776 0.1835 -0.6014</w:t>
        <w:br/>
        <w:t>vn 0.0307 0.4373 0.8988</w:t>
        <w:br/>
        <w:t>vn 0.0116 0.5203 0.8539</w:t>
        <w:br/>
        <w:t>vn 0.0738 0.8598 0.5053</w:t>
        <w:br/>
        <w:t>vn -0.8061 -0.0666 -0.5880</w:t>
        <w:br/>
        <w:t>vn -0.7800 -0.1897 -0.5964</w:t>
        <w:br/>
        <w:t>vn -0.9175 -0.0193 -0.3974</w:t>
        <w:br/>
        <w:t>vn -0.8438 -0.1431 -0.5173</w:t>
        <w:br/>
        <w:t>vn -0.8712 0.0083 -0.4909</w:t>
        <w:br/>
        <w:t>vn 0.0754 0.0698 -0.9947</w:t>
        <w:br/>
        <w:t>vn -0.5033 -0.1760 -0.8460</w:t>
        <w:br/>
        <w:t>vn -0.5118 -0.2518 -0.8214</w:t>
        <w:br/>
        <w:t>vn -0.6916 -0.1444 -0.7077</w:t>
        <w:br/>
        <w:t>vn 0.0488 0.3537 0.9341</w:t>
        <w:br/>
        <w:t>vn -0.8195 0.0575 -0.5703</w:t>
        <w:br/>
        <w:t>vn -0.6413 -0.2144 -0.7367</w:t>
        <w:br/>
        <w:t>vn 0.1131 -0.8718 -0.4765</w:t>
        <w:br/>
        <w:t>vn -0.0091 -0.8241 -0.5664</w:t>
        <w:br/>
        <w:t>vn 0.1949 -0.9224 -0.3333</w:t>
        <w:br/>
        <w:t>vn 0.1950 -0.9224 -0.3334</w:t>
        <w:br/>
        <w:t>vn 0.2694 -0.9381 -0.2175</w:t>
        <w:br/>
        <w:t>vn 0.3925 -0.9124 -0.1161</w:t>
        <w:br/>
        <w:t>vn 0.4587 -0.8886 0.0049</w:t>
        <w:br/>
        <w:t>vn 0.3645 -0.9278 0.0793</w:t>
        <w:br/>
        <w:t>vn 0.2038 -0.9779 0.0469</w:t>
        <w:br/>
        <w:t>vn 0.2037 -0.9779 0.0469</w:t>
        <w:br/>
        <w:t>vn 0.0016 0.9636 -0.2674</w:t>
        <w:br/>
        <w:t>vn 0.0651 0.9608 -0.2695</w:t>
        <w:br/>
        <w:t>vn 0.1251 0.9573 -0.2607</w:t>
        <w:br/>
        <w:t>vn 0.1947 0.9607 -0.1977</w:t>
        <w:br/>
        <w:t>vn 0.1946 0.9607 -0.1977</w:t>
        <w:br/>
        <w:t>vn 0.2564 0.9631 -0.0821</w:t>
        <w:br/>
        <w:t>vn 0.2219 0.9747 0.0265</w:t>
        <w:br/>
        <w:t>vn 0.1456 0.9843 0.0994</w:t>
        <w:br/>
        <w:t>vn 0.0820 0.9881 0.1301</w:t>
        <w:br/>
        <w:t>vn 0.0819 0.9881 0.1301</w:t>
        <w:br/>
        <w:t>vn -0.1288 -0.8456 -0.5181</w:t>
        <w:br/>
        <w:t>vn -0.2170 -0.9024 -0.3722</w:t>
        <w:br/>
        <w:t>vn -0.3068 -0.9179 -0.2518</w:t>
        <w:br/>
        <w:t>vn -0.4312 -0.8910 -0.1418</w:t>
        <w:br/>
        <w:t>vn -0.4312 -0.8910 -0.1417</w:t>
        <w:br/>
        <w:t>vn -0.5044 -0.8635 -0.0030</w:t>
        <w:br/>
        <w:t>vn -0.5002 -0.8575 0.1208</w:t>
        <w:br/>
        <w:t>vn -0.4517 -0.8617 0.2311</w:t>
        <w:br/>
        <w:t>vn -0.3445 -0.8773 0.3342</w:t>
        <w:br/>
        <w:t>vn -0.1695 -0.9152 0.3657</w:t>
        <w:br/>
        <w:t>vn -0.1695 -0.9152 0.3658</w:t>
        <w:br/>
        <w:t>vn -0.0034 -0.9489 0.3155</w:t>
        <w:br/>
        <w:t>vn -0.0489 0.9673 -0.2487</w:t>
        <w:br/>
        <w:t>vn -0.0489 0.9673 -0.2488</w:t>
        <w:br/>
        <w:t>vn -0.1039 0.9710 -0.2151</w:t>
        <w:br/>
        <w:t>vn -0.1736 0.9721 -0.1575</w:t>
        <w:br/>
        <w:t>vn -0.2403 0.9676 -0.0773</w:t>
        <w:br/>
        <w:t>vn -0.2359 0.9715 0.0231</w:t>
        <w:br/>
        <w:t>vn -0.2360 0.9715 0.0231</w:t>
        <w:br/>
        <w:t>vn -0.1792 0.9763 0.1209</w:t>
        <w:br/>
        <w:t>vn -0.1793 0.9763 0.1209</w:t>
        <w:br/>
        <w:t>vn -0.1144 0.9760 0.1852</w:t>
        <w:br/>
        <w:t>vn -0.1144 0.9760 0.1853</w:t>
        <w:br/>
        <w:t>vn -0.0390 0.9769 0.2102</w:t>
        <w:br/>
        <w:t>vn 0.0295 0.9840 0.1757</w:t>
        <w:br/>
        <w:t>vn 0.0295 0.9840 0.1758</w:t>
        <w:br/>
        <w:t>vn -0.0387 0.9928 0.1131</w:t>
        <w:br/>
        <w:t>vn 0.1803 -0.9825 -0.0468</w:t>
        <w:br/>
        <w:t>vn 0.1803 -0.9825 -0.0469</w:t>
        <w:br/>
        <w:t>vn 0.1235 -0.9768 0.1752</w:t>
        <w:br/>
        <w:t>vn 0.1235 -0.9768 0.1751</w:t>
        <w:br/>
        <w:t>vn -0.0976 0.9913 0.0887</w:t>
        <w:br/>
        <w:t>vn -0.0461 0.9904 0.1307</w:t>
        <w:br/>
        <w:t>vn -0.0461 0.9904 0.1305</w:t>
        <w:br/>
        <w:t>vn 0.0979 -0.9742 -0.2036</w:t>
        <w:br/>
        <w:t>vn 0.1667 -0.9657 -0.1991</w:t>
        <w:br/>
        <w:t>vn -0.0040 0.9966 0.0821</w:t>
        <w:br/>
        <w:t>vn -0.0238 0.9991 0.0343</w:t>
        <w:br/>
        <w:t>vn 0.1283 -0.9566 -0.2615</w:t>
        <w:br/>
        <w:t>vn 0.0135 0.9998 -0.0136</w:t>
        <w:br/>
        <w:t>vn 0.0282 -0.9779 -0.2070</w:t>
        <w:br/>
        <w:t>vn -0.0435 0.9990 -0.0133</w:t>
        <w:br/>
        <w:t>vn -0.0416 -0.9913 -0.1251</w:t>
        <w:br/>
        <w:t>vn -0.0939 0.9956 -0.0045</w:t>
        <w:br/>
        <w:t>vn -0.9877 -0.1504 -0.0434</w:t>
        <w:br/>
        <w:t>vn -0.9924 -0.1214 0.0218</w:t>
        <w:br/>
        <w:t>vn 0.9396 -0.2949 -0.1739</w:t>
        <w:br/>
        <w:t>vn 0.9396 -0.2948 -0.1739</w:t>
        <w:br/>
        <w:t>vn 0.9814 -0.1130 -0.1550</w:t>
        <w:br/>
        <w:t>vn -0.9592 0.2523 0.1276</w:t>
        <w:br/>
        <w:t>vn -0.9592 0.2523 0.1277</w:t>
        <w:br/>
        <w:t>vn -0.9728 0.1168 0.1998</w:t>
        <w:br/>
        <w:t>vn 0.5836 -0.7819 -0.2192</w:t>
        <w:br/>
        <w:t>vn 0.6830 -0.7055 -0.1891</w:t>
        <w:br/>
        <w:t>vn -0.8155 0.5717 -0.0907</w:t>
        <w:br/>
        <w:t>vn -0.6828 0.7179 -0.1357</w:t>
        <w:br/>
        <w:t>vn 0.3482 -0.9299 -0.1188</w:t>
        <w:br/>
        <w:t>vn 0.3482 -0.9298 -0.1188</w:t>
        <w:br/>
        <w:t>vn 0.4595 -0.8699 -0.1790</w:t>
        <w:br/>
        <w:t>vn -0.5645 0.8181 -0.1093</w:t>
        <w:br/>
        <w:t>vn -0.4443 0.8954 -0.0292</w:t>
        <w:br/>
        <w:t>vn -0.5646 0.8181 -0.1094</w:t>
        <w:br/>
        <w:t>vn 0.0921 -0.9939 -0.0610</w:t>
        <w:br/>
        <w:t>vn 0.2253 -0.9720 -0.0674</w:t>
        <w:br/>
        <w:t>vn -0.3064 0.9508 0.0467</w:t>
        <w:br/>
        <w:t>vn -0.1409 0.9849 0.1006</w:t>
        <w:br/>
        <w:t>vn -0.1410 0.9849 0.1006</w:t>
        <w:br/>
        <w:t>vn -0.3062 0.9509 0.0463</w:t>
        <w:br/>
        <w:t>vn -0.9181 0.3960 0.0127</w:t>
        <w:br/>
        <w:t>vn -0.9181 0.3960 0.0128</w:t>
        <w:br/>
        <w:t>vn 0.8053 -0.5617 -0.1899</w:t>
        <w:br/>
        <w:t>vn 0.0468 -0.9959 -0.0779</w:t>
        <w:br/>
        <w:t>vn 0.0938 -0.9952 -0.0280</w:t>
        <w:br/>
        <w:t>vn -0.9878 -0.0209 0.1543</w:t>
        <w:br/>
        <w:t>vn 0.9861 0.0066 -0.1659</w:t>
        <w:br/>
        <w:t>vn 0.9861 0.0066 -0.1658</w:t>
        <w:br/>
        <w:t>vn -0.0027 0.9910 0.1338</w:t>
        <w:br/>
        <w:t>vn -0.0026 0.9910 0.1338</w:t>
        <w:br/>
        <w:t>vn 0.9903 0.1053 -0.0909</w:t>
        <w:br/>
        <w:t>vn 0.1726 0.5368 -0.8259</w:t>
        <w:br/>
        <w:t>vn 0.4174 0.4614 -0.7828</w:t>
        <w:br/>
        <w:t>vn -0.1667 -0.2008 -0.9654</w:t>
        <w:br/>
        <w:t>vn 0.0064 0.1763 0.9843</w:t>
        <w:br/>
        <w:t>vn -0.0082 0.1992 0.9799</w:t>
        <w:br/>
        <w:t>vn 0.0209 0.1532 0.9880</w:t>
        <w:br/>
        <w:t>vn 0.9940 0.1052 -0.0298</w:t>
        <w:br/>
        <w:t>vn 0.0000 -0.6560 0.7547</w:t>
        <w:br/>
        <w:t>vn 0.5025 0.0375 0.8638</w:t>
        <w:br/>
        <w:t>vn -0.5021 0.0375 0.8640</w:t>
        <w:br/>
        <w:t>vn 0.0000 -0.6560 0.7548</w:t>
        <w:br/>
        <w:t>vn -0.3298 -0.9378 -0.1087</w:t>
        <w:br/>
        <w:t>vn 0.3301 -0.9377 -0.1087</w:t>
        <w:br/>
        <w:t>vn 0.5064 -0.5485 -0.6653</w:t>
        <w:br/>
        <w:t>vn -0.5061 -0.5486 -0.6655</w:t>
        <w:br/>
        <w:t>vn 0.4901 0.4608 0.7399</w:t>
        <w:br/>
        <w:t>vn 0.5062 0.3395 0.7928</w:t>
        <w:br/>
        <w:t>vn -0.5058 0.3396 0.7930</w:t>
        <w:br/>
        <w:t>vn -0.4898 0.4609 0.7401</w:t>
        <w:br/>
        <w:t>vn -0.4867 -0.1237 -0.8648</w:t>
        <w:br/>
        <w:t>vn 0.4871 -0.1237 -0.8646</w:t>
        <w:br/>
        <w:t>vn -0.4920 -0.0299 -0.8701</w:t>
        <w:br/>
        <w:t>vn 0.4924 -0.0299 -0.8699</w:t>
        <w:br/>
        <w:t>vn 0.4860 -0.0497 0.8725</w:t>
        <w:br/>
        <w:t>vn 0.4792 -0.1891 0.8571</w:t>
        <w:br/>
        <w:t>vn -0.4794 -0.1884 0.8571</w:t>
        <w:br/>
        <w:t>vn -0.4857 -0.0497 0.8727</w:t>
        <w:br/>
        <w:t>vn 0.0000 -0.5593 0.8290</w:t>
        <w:br/>
        <w:t>vn 0.0000 -0.5888 0.8083</w:t>
        <w:br/>
        <w:t>vn 0.0000 -0.0666 -0.9978</w:t>
        <w:br/>
        <w:t>vn 0.0000 0.6549 -0.7557</w:t>
        <w:br/>
        <w:t>vn 0.0000 0.6550 -0.7557</w:t>
        <w:br/>
        <w:t>vn 0.0000 0.9996 0.0266</w:t>
        <w:br/>
        <w:t>vn 0.0000 0.6235 0.7818</w:t>
        <w:br/>
        <w:t>vn 0.0000 -0.3882 -0.9216</w:t>
        <w:br/>
        <w:t>vn 0.0000 -0.3881 -0.9216</w:t>
        <w:br/>
        <w:t>vn 0.0000 -0.5327 -0.8463</w:t>
        <w:br/>
        <w:t>vn 0.0000 0.1304 0.9915</w:t>
        <w:br/>
        <w:t>vn 0.0000 0.0345 0.9994</w:t>
        <w:br/>
        <w:t>vn 0.0000 0.0602 -0.9982</w:t>
        <w:br/>
        <w:t>vn -0.0005 0.2943 -0.9557</w:t>
        <w:br/>
        <w:t>vn -0.0005 0.2942 -0.9557</w:t>
        <w:br/>
        <w:t>vn 0.0000 0.0599 -0.9982</w:t>
        <w:br/>
        <w:t>vn 0.0006 0.5493 -0.8356</w:t>
        <w:br/>
        <w:t>vn 0.0015 0.5694 -0.8221</w:t>
        <w:br/>
        <w:t>vn 0.8648 -0.3292 0.3791</w:t>
        <w:br/>
        <w:t>vn 0.8577 0.0254 0.5136</w:t>
        <w:br/>
        <w:t>vn -0.8573 0.0255 0.5142</w:t>
        <w:br/>
        <w:t>vn -0.8645 -0.3297 0.3795</w:t>
        <w:br/>
        <w:t>vn -0.8644 -0.3296 0.3796</w:t>
        <w:br/>
        <w:t>vn -0.8405 -0.4966 0.2168</w:t>
        <w:br/>
        <w:t>vn -0.8533 -0.5211 -0.0168</w:t>
        <w:br/>
        <w:t>vn 0.8409 -0.4960 0.2166</w:t>
        <w:br/>
        <w:t>vn 0.8537 -0.5205 -0.0166</w:t>
        <w:br/>
        <w:t>vn 0.8538 -0.5204 -0.0166</w:t>
        <w:br/>
        <w:t>vn 0.8539 -0.3324 -0.4003</w:t>
        <w:br/>
        <w:t>vn -0.8534 -0.5210 -0.0167</w:t>
        <w:br/>
        <w:t>vn -0.8535 -0.3328 -0.4009</w:t>
        <w:br/>
        <w:t>vn -0.8603 0.2007 0.4686</w:t>
        <w:br/>
        <w:t>vn -0.8500 0.2797 0.4463</w:t>
        <w:br/>
        <w:t>vn 0.8504 0.2793 0.4458</w:t>
        <w:br/>
        <w:t>vn 0.8607 0.2004 0.4680</w:t>
        <w:br/>
        <w:t>vn 0.8495 -0.0737 -0.5224</w:t>
        <w:br/>
        <w:t>vn -0.8491 -0.0738 -0.5230</w:t>
        <w:br/>
        <w:t>vn 0.8572 -0.0177 -0.5147</w:t>
        <w:br/>
        <w:t>vn -0.8568 -0.0178 -0.5154</w:t>
        <w:br/>
        <w:t>vn -0.8372 -0.0381 0.5455</w:t>
        <w:br/>
        <w:t>vn -0.8475 -0.0285 0.5300</w:t>
        <w:br/>
        <w:t>vn 0.8479 -0.0285 0.5294</w:t>
        <w:br/>
        <w:t>vn 0.8369 -0.0394 0.5459</w:t>
        <w:br/>
        <w:t>vn -0.8236 0.3208 0.4678</w:t>
        <w:br/>
        <w:t>vn -0.8406 0.2186 0.4956</w:t>
        <w:br/>
        <w:t>vn -0.8403 0.0640 0.5383</w:t>
        <w:br/>
        <w:t>vn 0.8391 0.0616 0.5404</w:t>
        <w:br/>
        <w:t>vn 0.8432 0.2238 0.4887</w:t>
        <w:br/>
        <w:t>vn 0.8432 0.2239 0.4887</w:t>
        <w:br/>
        <w:t>vn 0.8283 0.3329 0.4506</w:t>
        <w:br/>
        <w:t>vn 0.8283 0.3329 0.4507</w:t>
        <w:br/>
        <w:t>vn -0.0006 0.4669 -0.8843</w:t>
        <w:br/>
        <w:t>vn -0.0000 -0.4665 0.8845</w:t>
        <w:br/>
        <w:t>vn 0.0000 0.9998 0.0199</w:t>
        <w:br/>
        <w:t>vn 0.0000 0.9998 0.0203</w:t>
        <w:br/>
        <w:t>vn 0.0000 0.9998 0.0201</w:t>
        <w:br/>
        <w:t>vn -0.0000 0.9998 0.0197</w:t>
        <w:br/>
        <w:t>vn -0.6055 0.7952 0.0327</w:t>
        <w:br/>
        <w:t>vn -0.5597 0.7577 -0.3357</w:t>
        <w:br/>
        <w:t>vn -0.4112 0.5622 -0.7175</w:t>
        <w:br/>
        <w:t>vn -0.4113 0.5622 -0.7175</w:t>
        <w:br/>
        <w:t>vn -0.2170 0.2666 -0.9391</w:t>
        <w:br/>
        <w:t>vn -0.0515 -0.0257 -0.9983</w:t>
        <w:br/>
        <w:t>vn -0.0516 -0.0257 -0.9983</w:t>
        <w:br/>
        <w:t>vn 0.1066 -0.3416 -0.9338</w:t>
        <w:br/>
        <w:t>vn 0.1066 -0.3415 -0.9338</w:t>
        <w:br/>
        <w:t>vn 0.2428 -0.6555 -0.7151</w:t>
        <w:br/>
        <w:t>vn 0.2428 -0.6556 -0.7150</w:t>
        <w:br/>
        <w:t>vn 0.3351 -0.8663 -0.3706</w:t>
        <w:br/>
        <w:t>vn 0.3568 -0.9342 0.0012</w:t>
        <w:br/>
        <w:t>vn 0.2946 -0.8756 0.3828</w:t>
        <w:br/>
        <w:t>vn 0.1640 -0.6574 0.7355</w:t>
        <w:br/>
        <w:t>vn -0.0166 -0.3499 0.9366</w:t>
        <w:br/>
        <w:t>vn -0.0165 -0.3499 0.9366</w:t>
        <w:br/>
        <w:t>vn -0.1997 -0.0506 0.9786</w:t>
        <w:br/>
        <w:t>vn -0.3757 0.2690 0.8868</w:t>
        <w:br/>
        <w:t>vn -0.3757 0.2691 0.8868</w:t>
        <w:br/>
        <w:t>vn -0.5118 0.5392 0.6689</w:t>
        <w:br/>
        <w:t>vn -0.5118 0.5391 0.6689</w:t>
        <w:br/>
        <w:t>vn -0.5890 0.7231 0.3609</w:t>
        <w:br/>
        <w:t>vn -0.7935 -0.6085 -0.0129</w:t>
        <w:br/>
        <w:t>vn -0.8100 -0.5864 0.0037</w:t>
        <w:br/>
        <w:t>vn -0.8100 -0.5863 0.0037</w:t>
        <w:br/>
        <w:t>vn 0.8098 0.5867 -0.0057</w:t>
        <w:br/>
        <w:t>vn 0.7936 0.6084 0.0102</w:t>
        <w:br/>
        <w:t>vn -0.8295 -0.5579 0.0241</w:t>
        <w:br/>
        <w:t>vn 0.8309 0.5559 -0.0245</w:t>
        <w:br/>
        <w:t>vn 0.8309 0.5558 -0.0244</w:t>
        <w:br/>
        <w:t>vn -0.8410 -0.5394 0.0413</w:t>
        <w:br/>
        <w:t>vn 0.8421 0.5376 -0.0428</w:t>
        <w:br/>
        <w:t>vn -0.8483 -0.5264 0.0570</w:t>
        <w:br/>
        <w:t>vn -0.8483 -0.5265 0.0570</w:t>
        <w:br/>
        <w:t>vn 0.8493 0.5249 -0.0566</w:t>
        <w:br/>
        <w:t>vn -0.8666 -0.4925 0.0801</w:t>
        <w:br/>
        <w:t>vn 0.8690 0.4889 -0.0766</w:t>
        <w:br/>
        <w:t>vn 0.8690 0.4889 -0.0767</w:t>
        <w:br/>
        <w:t>vn -0.8929 -0.4419 0.0868</w:t>
        <w:br/>
        <w:t>vn 0.8936 0.4407 -0.0854</w:t>
        <w:br/>
        <w:t>vn 0.8936 0.4407 -0.0853</w:t>
        <w:br/>
        <w:t>vn -0.9190 -0.3898 0.0593</w:t>
        <w:br/>
        <w:t>vn 0.9199 0.3871 -0.0627</w:t>
        <w:br/>
        <w:t>vn 0.9199 0.3870 -0.0627</w:t>
        <w:br/>
        <w:t>vn -0.9334 -0.3588 -0.0002</w:t>
        <w:br/>
        <w:t>vn -0.9334 -0.3588 -0.0001</w:t>
        <w:br/>
        <w:t>vn 0.9354 0.3537 -0.0026</w:t>
        <w:br/>
        <w:t>vn -0.9260 -0.3685 -0.0823</w:t>
        <w:br/>
        <w:t>vn 0.9284 0.3638 0.0756</w:t>
        <w:br/>
        <w:t>vn 0.8997 0.4127 0.1422</w:t>
        <w:br/>
        <w:t>vn 0.8997 0.4126 0.1423</w:t>
        <w:br/>
        <w:t>vn -0.9001 -0.4108 -0.1453</w:t>
        <w:br/>
        <w:t>vn -0.8687 -0.4575 -0.1900</w:t>
        <w:br/>
        <w:t>vn -0.8687 -0.4574 -0.1900</w:t>
        <w:br/>
        <w:t>vn -0.8290 -0.5236 -0.1964</w:t>
        <w:br/>
        <w:t>vn -0.8290 -0.5237 -0.1963</w:t>
        <w:br/>
        <w:t>vn 0.8688 0.4591 0.1854</w:t>
        <w:br/>
        <w:t>vn 0.8305 0.5227 0.1927</w:t>
        <w:br/>
        <w:t>vn 0.8688 0.4592 0.1854</w:t>
        <w:br/>
        <w:t>vn -0.7894 -0.5932 -0.1576</w:t>
        <w:br/>
        <w:t>vn -0.7894 -0.5933 -0.1576</w:t>
        <w:br/>
        <w:t>vn 0.7919 0.5895 0.1590</w:t>
        <w:br/>
        <w:t>vn -0.7725 -0.6282 -0.0923</w:t>
        <w:br/>
        <w:t>vn 0.7732 0.6270 0.0946</w:t>
        <w:br/>
        <w:t>vn -0.7778 -0.6272 -0.0406</w:t>
        <w:br/>
        <w:t>vn 0.7770 0.6282 0.0411</w:t>
        <w:br/>
        <w:t>vn 0.7770 0.6281 0.0411</w:t>
        <w:br/>
        <w:t>vn 0.0629 -0.4696 0.8806</w:t>
        <w:br/>
        <w:t>vn 0.0837 -0.4906 0.8674</w:t>
        <w:br/>
        <w:t>vn -0.8842 -0.4326 -0.1762</w:t>
        <w:br/>
        <w:t>vn 0.8837 0.4350 0.1726</w:t>
        <w:br/>
        <w:t>vn 0.4181 -0.9075 -0.0406</w:t>
        <w:br/>
        <w:t>vn 0.4181 -0.9075 -0.0408</w:t>
        <w:br/>
        <w:t>vn 0.4181 -0.9075 -0.0407</w:t>
        <w:br/>
        <w:t>vn -0.8853 -0.4358 -0.1622</w:t>
        <w:br/>
        <w:t>vn 0.8803 0.4439 0.1676</w:t>
        <w:br/>
        <w:t>vn 0.6055 0.7952 0.0327</w:t>
        <w:br/>
        <w:t>vn 0.5596 0.7577 -0.3357</w:t>
        <w:br/>
        <w:t>vn 0.5597 0.7577 -0.3357</w:t>
        <w:br/>
        <w:t>vn 0.4112 0.5622 -0.7175</w:t>
        <w:br/>
        <w:t>vn 0.2172 0.2664 -0.9391</w:t>
        <w:br/>
        <w:t>vn 0.2170 0.2666 -0.9391</w:t>
        <w:br/>
        <w:t>vn 0.0515 -0.0257 -0.9983</w:t>
        <w:br/>
        <w:t>vn 0.0516 -0.0257 -0.9983</w:t>
        <w:br/>
        <w:t>vn -0.1065 -0.3415 -0.9338</w:t>
        <w:br/>
        <w:t>vn -0.1066 -0.3416 -0.9338</w:t>
        <w:br/>
        <w:t>vn -0.2428 -0.6555 -0.7151</w:t>
        <w:br/>
        <w:t>vn -0.3351 -0.8663 -0.3706</w:t>
        <w:br/>
        <w:t>vn -0.3350 -0.8663 -0.3706</w:t>
        <w:br/>
        <w:t>vn -0.3568 -0.9342 0.0012</w:t>
        <w:br/>
        <w:t>vn -0.2946 -0.8756 0.3828</w:t>
        <w:br/>
        <w:t>vn -0.2945 -0.8756 0.3829</w:t>
        <w:br/>
        <w:t>vn -0.1640 -0.6574 0.7355</w:t>
        <w:br/>
        <w:t>vn 0.0166 -0.3499 0.9366</w:t>
        <w:br/>
        <w:t>vn 0.1997 -0.0506 0.9786</w:t>
        <w:br/>
        <w:t>vn 0.0165 -0.3499 0.9366</w:t>
        <w:br/>
        <w:t>vn 0.3757 0.2691 0.8868</w:t>
        <w:br/>
        <w:t>vn 0.3757 0.2690 0.8868</w:t>
        <w:br/>
        <w:t>vn 0.5118 0.5391 0.6689</w:t>
        <w:br/>
        <w:t>vn 0.5890 0.7231 0.3609</w:t>
        <w:br/>
        <w:t>vn 0.8101 -0.5863 0.0037</w:t>
        <w:br/>
        <w:t>vn 0.8100 -0.5864 0.0037</w:t>
        <w:br/>
        <w:t>vn 0.7935 -0.6084 -0.0129</w:t>
        <w:br/>
        <w:t>vn 0.7934 -0.6085 -0.0128</w:t>
        <w:br/>
        <w:t>vn -0.7936 0.6084 0.0102</w:t>
        <w:br/>
        <w:t>vn -0.8098 0.5867 -0.0057</w:t>
        <w:br/>
        <w:t>vn 0.8295 -0.5579 0.0241</w:t>
        <w:br/>
        <w:t>vn 0.8295 -0.5580 0.0242</w:t>
        <w:br/>
        <w:t>vn -0.8309 0.5559 -0.0244</w:t>
        <w:br/>
        <w:t>vn 0.8410 -0.5394 0.0413</w:t>
        <w:br/>
        <w:t>vn -0.8421 0.5376 -0.0428</w:t>
        <w:br/>
        <w:t>vn 0.8483 -0.5265 0.0570</w:t>
        <w:br/>
        <w:t>vn -0.8493 0.5248 -0.0566</w:t>
        <w:br/>
        <w:t>vn -0.8493 0.5249 -0.0566</w:t>
        <w:br/>
        <w:t>vn 0.8667 -0.4924 0.0800</w:t>
        <w:br/>
        <w:t>vn 0.8667 -0.4925 0.0800</w:t>
        <w:br/>
        <w:t>vn -0.8690 0.4889 -0.0766</w:t>
        <w:br/>
        <w:t>vn -0.8690 0.4889 -0.0767</w:t>
        <w:br/>
        <w:t>vn 0.8929 -0.4419 0.0868</w:t>
        <w:br/>
        <w:t>vn -0.8936 0.4406 -0.0854</w:t>
        <w:br/>
        <w:t>vn -0.8936 0.4407 -0.0853</w:t>
        <w:br/>
        <w:t>vn 0.9190 -0.3898 0.0593</w:t>
        <w:br/>
        <w:t>vn -0.9199 0.3870 -0.0627</w:t>
        <w:br/>
        <w:t>vn 0.9334 -0.3588 -0.0002</w:t>
        <w:br/>
        <w:t>vn 0.9334 -0.3588 -0.0001</w:t>
        <w:br/>
        <w:t>vn -0.9353 0.3537 -0.0025</w:t>
        <w:br/>
        <w:t>vn 0.9260 -0.3686 -0.0823</w:t>
        <w:br/>
        <w:t>vn -0.9284 0.3638 0.0756</w:t>
        <w:br/>
        <w:t>vn -0.8997 0.4126 0.1423</w:t>
        <w:br/>
        <w:t>vn 0.9001 -0.4108 -0.1453</w:t>
        <w:br/>
        <w:t>vn 0.9000 -0.4109 -0.1453</w:t>
        <w:br/>
        <w:t>vn 0.8687 -0.4575 -0.1899</w:t>
        <w:br/>
        <w:t>vn 0.8290 -0.5237 -0.1963</w:t>
        <w:br/>
        <w:t>vn 0.8687 -0.4575 -0.1900</w:t>
        <w:br/>
        <w:t>vn -0.8687 0.4592 0.1855</w:t>
        <w:br/>
        <w:t>vn -0.8688 0.4591 0.1855</w:t>
        <w:br/>
        <w:t>vn -0.8305 0.5227 0.1928</w:t>
        <w:br/>
        <w:t>vn 0.7894 -0.5932 -0.1576</w:t>
        <w:br/>
        <w:t>vn 0.7894 -0.5933 -0.1576</w:t>
        <w:br/>
        <w:t>vn -0.7920 0.5895 0.1590</w:t>
        <w:br/>
        <w:t>vn -0.7919 0.5895 0.1590</w:t>
        <w:br/>
        <w:t>vn 0.7725 -0.6282 -0.0923</w:t>
        <w:br/>
        <w:t>vn -0.7732 0.6270 0.0946</w:t>
        <w:br/>
        <w:t>vn -0.7733 0.6270 0.0946</w:t>
        <w:br/>
        <w:t>vn 0.7778 -0.6272 -0.0406</w:t>
        <w:br/>
        <w:t>vn -0.7770 0.6282 0.0411</w:t>
        <w:br/>
        <w:t>vn -0.0629 -0.4696 0.8806</w:t>
        <w:br/>
        <w:t>vn -0.0629 -0.4696 0.8807</w:t>
        <w:br/>
        <w:t>vn -0.0836 -0.4906 0.8674</w:t>
        <w:br/>
        <w:t>vn -0.0837 -0.4906 0.8674</w:t>
        <w:br/>
        <w:t>vn 0.8842 -0.4326 -0.1763</w:t>
        <w:br/>
        <w:t>vn 0.8842 -0.4326 -0.1762</w:t>
        <w:br/>
        <w:t>vn -0.8837 0.4350 0.1726</w:t>
        <w:br/>
        <w:t>vn -0.4182 -0.9074 -0.0409</w:t>
        <w:br/>
        <w:t>vn -0.4182 -0.9075 -0.0408</w:t>
        <w:br/>
        <w:t>vn -0.4181 -0.9075 -0.0406</w:t>
        <w:br/>
        <w:t>vn 0.8853 -0.4358 -0.1622</w:t>
        <w:br/>
        <w:t>vn -0.8803 0.4439 0.1676</w:t>
        <w:br/>
        <w:t>vn -0.8803 0.4438 0.1676</w:t>
        <w:br/>
        <w:t>vn -0.3285 0.4718 -0.8182</w:t>
        <w:br/>
        <w:t>vn -0.5121 0.1436 -0.8468</w:t>
        <w:br/>
        <w:t>vn -0.8002 0.2728 -0.5341</w:t>
        <w:br/>
        <w:t>vn -0.6407 0.5975 -0.4822</w:t>
        <w:br/>
        <w:t>vn -0.6071 -0.1672 0.7768</w:t>
        <w:br/>
        <w:t>vn -0.4002 -0.5658 0.7209</w:t>
        <w:br/>
        <w:t>vn -0.1206 -0.2046 0.9714</w:t>
        <w:br/>
        <w:t>vn -0.4103 0.0188 0.9118</w:t>
        <w:br/>
        <w:t>vn -0.7321 0.3449 0.5875</w:t>
        <w:br/>
        <w:t>vn -0.8175 0.5756 0.0197</w:t>
        <w:br/>
        <w:t>vn -0.9727 0.2211 -0.0710</w:t>
        <w:br/>
        <w:t>vn -0.9087 -0.0189 0.4171</w:t>
        <w:br/>
        <w:t>vn -0.8711 0.4910 -0.0088</w:t>
        <w:br/>
        <w:t>vn -0.7066 0.4906 -0.5099</w:t>
        <w:br/>
        <w:t>vn -0.3433 -0.0296 0.9388</w:t>
        <w:br/>
        <w:t>vn -0.3692 -0.0071 0.9293</w:t>
        <w:br/>
        <w:t>vn -0.3149 0.1005 0.9438</w:t>
        <w:br/>
        <w:t>vn -0.4261 -0.0128 0.9046</w:t>
        <w:br/>
        <w:t>vn -0.7737 0.2827 0.5670</w:t>
        <w:br/>
        <w:t>vn -0.4515 -0.0861 0.8881</w:t>
        <w:br/>
        <w:t>vn 0.2432 0.2841 0.9274</w:t>
        <w:br/>
        <w:t>vn -0.1041 -0.2137 0.9713</w:t>
        <w:br/>
        <w:t>vn -0.1982 -0.1457 0.9693</w:t>
        <w:br/>
        <w:t>vn -0.1363 -0.0617 0.9887</w:t>
        <w:br/>
        <w:t>vn -0.1238 0.3562 -0.9262</w:t>
        <w:br/>
        <w:t>vn -0.4059 0.3470 -0.8455</w:t>
        <w:br/>
        <w:t>vn -0.1934 0.2327 -0.9531</w:t>
        <w:br/>
        <w:t>vn -0.3973 -0.6279 0.6692</w:t>
        <w:br/>
        <w:t>vn -0.4648 -0.5893 0.6609</w:t>
        <w:br/>
        <w:t>vn -0.0471 -0.2542 0.9660</w:t>
        <w:br/>
        <w:t>vn -0.0706 -0.2865 0.9555</w:t>
        <w:br/>
        <w:t>vn -0.1123 -0.2037 0.9726</w:t>
        <w:br/>
        <w:t>vn -0.0516 0.4722 -0.8800</w:t>
        <w:br/>
        <w:t>vn 0.1672 0.0381 0.9852</w:t>
        <w:br/>
        <w:t>vn -0.3330 -0.7080 0.6228</w:t>
        <w:br/>
        <w:t>vn -0.0931 -0.2367 0.9671</w:t>
        <w:br/>
        <w:t>vn -0.1070 -0.2154 0.9706</w:t>
        <w:br/>
        <w:t>vn -0.4178 -0.6350 0.6498</w:t>
        <w:br/>
        <w:t>vn 0.5608 -0.5865 0.5844</w:t>
        <w:br/>
        <w:t>vn 0.4856 -0.6816 0.5474</w:t>
        <w:br/>
        <w:t>vn -0.1257 -0.6887 0.7140</w:t>
        <w:br/>
        <w:t>vn 0.1589 -0.3885 0.9077</w:t>
        <w:br/>
        <w:t>vn 0.4072 -0.0260 -0.9130</w:t>
        <w:br/>
        <w:t>vn 0.1205 0.2014 -0.9721</w:t>
        <w:br/>
        <w:t>vn 0.1124 0.1903 -0.9753</w:t>
        <w:br/>
        <w:t>vn 0.3757 -0.0661 -0.9244</w:t>
        <w:br/>
        <w:t>vn 0.6459 -0.4124 -0.6425</w:t>
        <w:br/>
        <w:t>vn 0.7317 -0.6770 -0.0792</w:t>
        <w:br/>
        <w:t>vn 0.8119 -0.5820 -0.0455</w:t>
        <w:br/>
        <w:t>vn 0.7101 -0.3358 -0.6188</w:t>
        <w:br/>
        <w:t>vn 0.8003 0.0064 0.5995</w:t>
        <w:br/>
        <w:t>vn 0.8787 -0.4773 -0.0110</w:t>
        <w:br/>
        <w:t>vn 0.7717 -0.1492 -0.6182</w:t>
        <w:br/>
        <w:t>vn 0.7007 -0.3228 -0.6363</w:t>
        <w:br/>
        <w:t>vn 0.3667 0.0092 -0.9303</w:t>
        <w:br/>
        <w:t>vn 0.7669 -0.2556 -0.5887</w:t>
        <w:br/>
        <w:t>vn 0.4375 0.0142 -0.8991</w:t>
        <w:br/>
        <w:t>vn 0.6103 -0.2385 -0.7554</w:t>
        <w:br/>
        <w:t>vn 0.0354 0.2445 -0.9690</w:t>
        <w:br/>
        <w:t>vn 0.0771 0.1742 -0.9817</w:t>
        <w:br/>
        <w:t>vn 0.1044 0.2132 -0.9714</w:t>
        <w:br/>
        <w:t>vn 0.0431 0.2561 -0.9657</w:t>
        <w:br/>
        <w:t>vn -0.0874 -0.2262 0.9701</w:t>
        <w:br/>
        <w:t>vn 0.2628 0.2592 0.9294</w:t>
        <w:br/>
        <w:t>vn 0.4841 0.1451 0.8629</w:t>
        <w:br/>
        <w:t>vn -0.1234 -0.1999 0.9720</w:t>
        <w:br/>
        <w:t>vn -0.4301 -0.6152 0.6607</w:t>
        <w:br/>
        <w:t>vn 0.3344 0.1989 0.9212</w:t>
        <w:br/>
        <w:t>vn 0.2468 0.2734 0.9297</w:t>
        <w:br/>
        <w:t>vn 0.1313 0.2516 -0.9589</w:t>
        <w:br/>
        <w:t>vn 0.0508 0.2677 -0.9622</w:t>
        <w:br/>
        <w:t>vn 0.2276 0.2840 0.9314</w:t>
        <w:br/>
        <w:t>vn -0.3948 -0.6518 0.6475</w:t>
        <w:br/>
        <w:t>vn -0.0338 -0.1542 0.9875</w:t>
        <w:br/>
        <w:t>vn -0.1376 -0.3336 0.9326</w:t>
        <w:br/>
        <w:t>vn 0.1285 0.2123 -0.9687</w:t>
        <w:br/>
        <w:t>vn -0.3261 -0.7290 -0.6019</w:t>
        <w:br/>
        <w:t>vn -0.4053 -0.8781 -0.2543</w:t>
        <w:br/>
        <w:t>vn -0.5643 -0.7905 -0.2382</w:t>
        <w:br/>
        <w:t>vn -0.4571 -0.6166 -0.6410</w:t>
        <w:br/>
        <w:t>vn -0.8440 -0.2083 -0.4942</w:t>
        <w:br/>
        <w:t>vn -0.8002 0.2729 -0.5340</w:t>
        <w:br/>
        <w:t>vn -0.5121 0.1437 -0.8468</w:t>
        <w:br/>
        <w:t>vn -0.6128 -0.7120 -0.3428</w:t>
        <w:br/>
        <w:t>vn -0.6426 -0.7514 -0.1500</w:t>
        <w:br/>
        <w:t>vn -0.5977 -0.7810 -0.1814</w:t>
        <w:br/>
        <w:t>vn -0.4002 -0.5658 0.7210</w:t>
        <w:br/>
        <w:t>vn -0.6121 -0.7271 0.3109</w:t>
        <w:br/>
        <w:t>vn -0.7010 -0.6687 -0.2479</w:t>
        <w:br/>
        <w:t>vn -0.6902 -0.7017 -0.1766</w:t>
        <w:br/>
        <w:t>vn -0.9086 -0.0190 0.4171</w:t>
        <w:br/>
        <w:t>vn 0.1797 0.9835 -0.0220</w:t>
        <w:br/>
        <w:t>vn 0.1472 0.9583 0.2449</w:t>
        <w:br/>
        <w:t>vn 0.5411 0.7992 0.2617</w:t>
        <w:br/>
        <w:t>vn 0.5305 0.8149 0.2334</w:t>
        <w:br/>
        <w:t>vn 0.2154 0.2665 0.9394</w:t>
        <w:br/>
        <w:t>vn 0.8459 0.4534 0.2809</w:t>
        <w:br/>
        <w:t>vn 0.6135 0.7597 0.2154</w:t>
        <w:br/>
        <w:t>vn 0.4962 0.6450 0.5811</w:t>
        <w:br/>
        <w:t>vn 0.7162 -0.0804 0.6932</w:t>
        <w:br/>
        <w:t>vn 0.8901 -0.0340 0.4545</w:t>
        <w:br/>
        <w:t>vn 0.5619 0.7790 0.2784</w:t>
        <w:br/>
        <w:t>vn 0.2284 0.8398 0.4926</w:t>
        <w:br/>
        <w:t>vn 0.3720 0.6714 0.6409</w:t>
        <w:br/>
        <w:t>vn 0.5858 0.7577 0.2876</w:t>
        <w:br/>
        <w:t>vn 0.1306 -0.8812 0.4543</w:t>
        <w:br/>
        <w:t>vn 0.3581 -0.9315 0.0632</w:t>
        <w:br/>
        <w:t>vn 0.6433 -0.6763 0.3589</w:t>
        <w:br/>
        <w:t>vn 0.5274 -0.5728 0.6275</w:t>
        <w:br/>
        <w:t>vn -0.5234 -0.8162 -0.2447</w:t>
        <w:br/>
        <w:t>vn -0.3670 -0.9300 -0.0206</w:t>
        <w:br/>
        <w:t>vn -0.4169 -0.5884 0.6928</w:t>
        <w:br/>
        <w:t>vn -0.4647 -0.5893 0.6608</w:t>
        <w:br/>
        <w:t>vn 0.5641 0.7943 0.2256</w:t>
        <w:br/>
        <w:t>vn 0.4783 0.6146 0.6272</w:t>
        <w:br/>
        <w:t>vn 0.5634 0.8009 0.2025</w:t>
        <w:br/>
        <w:t>vn 0.5087 0.8135 -0.2819</w:t>
        <w:br/>
        <w:t>vn 0.3455 0.9132 -0.2161</w:t>
        <w:br/>
        <w:t>vn 0.5424 0.8140 0.2081</w:t>
        <w:br/>
        <w:t>vn 0.5645 0.7967 0.2158</w:t>
        <w:br/>
        <w:t>vn -0.5762 -0.7824 -0.2365</w:t>
        <w:br/>
        <w:t>vn -0.4530 -0.5930 -0.6657</w:t>
        <w:br/>
        <w:t>vn 0.5835 0.7767 0.2373</w:t>
        <w:br/>
        <w:t>vn 0.7409 0.6354 0.2175</w:t>
        <w:br/>
        <w:t>vn 0.7177 0.6623 -0.2152</w:t>
        <w:br/>
        <w:t>vn 0.5705 0.7885 -0.2298</w:t>
        <w:br/>
        <w:t>vn -0.3974 -0.6279 0.6692</w:t>
        <w:br/>
        <w:t>vn -0.5531 -0.7891 -0.2672</w:t>
        <w:br/>
        <w:t>vn 0.5595 0.7882 -0.2565</w:t>
        <w:br/>
        <w:t>vn 0.5726 0.7858 0.2338</w:t>
        <w:br/>
        <w:t>vn -0.5448 -0.6966 -0.4670</w:t>
        <w:br/>
        <w:t>vn -0.4825 -0.5088 -0.7130</w:t>
        <w:br/>
        <w:t>vn 0.7584 -0.4323 -0.4878</w:t>
        <w:br/>
        <w:t>vn 0.9165 0.1144 -0.3834</w:t>
        <w:br/>
        <w:t>vn 0.9710 0.2325 -0.0554</w:t>
        <w:br/>
        <w:t>vn 0.8053 -0.5901 -0.0573</w:t>
        <w:br/>
        <w:t>vn 0.2355 -0.9519 -0.1961</w:t>
        <w:br/>
        <w:t>vn 0.2787 -0.7581 -0.5896</w:t>
        <w:br/>
        <w:t>vn -0.5186 -0.8241 0.2280</w:t>
        <w:br/>
        <w:t>vn -0.5651 -0.7885 -0.2426</w:t>
        <w:br/>
        <w:t>vn 0.4690 0.5578 0.6848</w:t>
        <w:br/>
        <w:t>vn 0.5861 0.7633 0.2717</w:t>
        <w:br/>
        <w:t>vn -0.3048 -0.9503 -0.0637</w:t>
        <w:br/>
        <w:t>vn -0.6128 -0.7121 -0.3428</w:t>
        <w:br/>
        <w:t>vn -0.3408 -0.9398 0.0251</w:t>
        <w:br/>
        <w:t>vn -0.4369 -0.7156 -0.5451</w:t>
        <w:br/>
        <w:t>vn -0.5013 -0.6179 -0.6058</w:t>
        <w:br/>
        <w:t>vn -0.3410 -0.8285 -0.4442</w:t>
        <w:br/>
        <w:t>vn -0.2843 -0.9211 -0.2659</w:t>
        <w:br/>
        <w:t>vn 0.8361 0.4974 0.2314</w:t>
        <w:br/>
        <w:t>vn 0.8965 0.4137 -0.1586</w:t>
        <w:br/>
        <w:t>vn 0.6321 0.7522 -0.1860</w:t>
        <w:br/>
        <w:t>vn 0.9176 -0.3637 -0.1601</w:t>
        <w:br/>
        <w:t>vn 0.9176 -0.3638 -0.1601</w:t>
        <w:br/>
        <w:t>vn 0.8044 0.5938 0.0204</w:t>
        <w:br/>
        <w:t>vn 0.6952 0.7095 -0.1154</w:t>
        <w:br/>
        <w:t>vn 0.3138 -0.8580 -0.4066</w:t>
        <w:br/>
        <w:t>vn -0.0109 -0.8333 -0.5528</w:t>
        <w:br/>
        <w:t>vn 0.3138 -0.8581 -0.4066</w:t>
        <w:br/>
        <w:t>vn 0.3582 -0.9315 0.0632</w:t>
        <w:br/>
        <w:t>vn -0.3780 -0.6529 -0.6563</w:t>
        <w:br/>
        <w:t>vn -0.0109 -0.8333 -0.5527</w:t>
        <w:br/>
        <w:t>vn 0.5397 0.8078 -0.2372</w:t>
        <w:br/>
        <w:t>vn -0.4845 -0.5755 -0.6589</w:t>
        <w:br/>
        <w:t>vn -0.4384 -0.5846 -0.6827</w:t>
        <w:br/>
        <w:t>vn -0.5684 -0.7845 0.2481</w:t>
        <w:br/>
        <w:t>vn 0.8405 -0.0466 0.5399</w:t>
        <w:br/>
        <w:t>vn 0.6787 -0.6220 0.3906</w:t>
        <w:br/>
        <w:t>vn 0.7818 -0.4529 0.4286</w:t>
        <w:br/>
        <w:t>vn 0.8405 -0.0466 0.5398</w:t>
        <w:br/>
        <w:t>vn 0.1473 -0.9613 0.2330</w:t>
        <w:br/>
        <w:t>vn 0.5702 0.7958 -0.2040</w:t>
        <w:br/>
        <w:t>vn 0.5098 0.8216 -0.2551</w:t>
        <w:br/>
        <w:t>vn 0.1946 0.1469 -0.9698</w:t>
        <w:br/>
        <w:t>vn 0.1510 0.0871 -0.9847</w:t>
        <w:br/>
        <w:t>vn 0.2370 0.2058 -0.9495</w:t>
        <w:br/>
        <w:t>vn 0.7717 -0.1493 -0.6182</w:t>
        <w:br/>
        <w:t>vn 0.3861 0.1018 -0.9168</w:t>
        <w:br/>
        <w:t>vn 0.2861 -0.0345 -0.9576</w:t>
        <w:br/>
        <w:t>vn -0.0904 -0.2454 0.9652</w:t>
        <w:br/>
        <w:t>vn 0.5209 0.6920 -0.4999</w:t>
        <w:br/>
        <w:t>vn 0.5988 0.8009 0.0000</w:t>
        <w:br/>
        <w:t>vn 0.5208 0.6920 0.4999</w:t>
        <w:br/>
        <w:t>vn 0.9539 -0.1926 -0.2302</w:t>
        <w:br/>
        <w:t>vn 0.9898 -0.1426 -0.0000</w:t>
        <w:br/>
        <w:t>vn 0.8558 -0.3296 -0.3987</w:t>
        <w:br/>
        <w:t>vn 0.7217 -0.5167 -0.4605</w:t>
        <w:br/>
        <w:t>vn 0.5878 -0.7039 -0.3987</w:t>
        <w:br/>
        <w:t>vn 0.5878 -0.7040 -0.3987</w:t>
        <w:br/>
        <w:t>vn 0.4895 -0.8410 -0.2303</w:t>
        <w:br/>
        <w:t>vn 0.4537 -0.8911 -0.0000</w:t>
        <w:br/>
        <w:t>vn 0.4537 -0.8912 -0.0000</w:t>
        <w:br/>
        <w:t>vn 0.4895 -0.8411 0.2303</w:t>
        <w:br/>
        <w:t>vn 0.4536 -0.8912 0.0000</w:t>
        <w:br/>
        <w:t>vn 0.5878 -0.7039 0.3987</w:t>
        <w:br/>
        <w:t>vn 0.7218 -0.5168 0.4604</w:t>
        <w:br/>
        <w:t>vn 0.8558 -0.3297 0.3986</w:t>
        <w:br/>
        <w:t>vn 0.9539 -0.1926 0.2302</w:t>
        <w:br/>
        <w:t>vn -0.8379 0.5458 0.0000</w:t>
        <w:br/>
        <w:t>vn -0.4606 0.8876 0.0000</w:t>
        <w:br/>
        <w:t>vn -0.4960 0.8382 -0.2267</w:t>
        <w:br/>
        <w:t>vn -0.8345 0.5506 0.0220</w:t>
        <w:br/>
        <w:t>vn -0.5927 0.7032 -0.3928</w:t>
        <w:br/>
        <w:t>vn -0.8251 0.5637 0.0381</w:t>
        <w:br/>
        <w:t>vn -0.7246 0.5188 -0.4536</w:t>
        <w:br/>
        <w:t>vn -0.8123 0.5816 0.0440</w:t>
        <w:br/>
        <w:t>vn -0.8566 0.3343 -0.3930</w:t>
        <w:br/>
        <w:t>vn -0.7995 0.5994 0.0380</w:t>
        <w:br/>
        <w:t>vn -0.9533 0.1993 -0.2268</w:t>
        <w:br/>
        <w:t>vn -0.7902 0.6125 0.0220</w:t>
        <w:br/>
        <w:t>vn -0.9887 0.1499 -0.0000</w:t>
        <w:br/>
        <w:t>vn -0.7867 0.6173 -0.0000</w:t>
        <w:br/>
        <w:t>vn -0.9533 0.1995 0.2267</w:t>
        <w:br/>
        <w:t>vn -0.7902 0.6125 -0.0220</w:t>
        <w:br/>
        <w:t>vn -0.7868 0.6173 -0.0000</w:t>
        <w:br/>
        <w:t>vn -0.8567 0.3344 0.3928</w:t>
        <w:br/>
        <w:t>vn -0.7995 0.5994 -0.0381</w:t>
        <w:br/>
        <w:t>vn -0.7246 0.5187 0.4538</w:t>
        <w:br/>
        <w:t>vn -0.8123 0.5816 -0.0439</w:t>
        <w:br/>
        <w:t>vn -0.5926 0.7032 0.3929</w:t>
        <w:br/>
        <w:t>vn -0.8251 0.5637 -0.0380</w:t>
        <w:br/>
        <w:t>vn -0.4959 0.8382 0.2268</w:t>
        <w:br/>
        <w:t>vn -0.8345 0.5506 -0.0220</w:t>
        <w:br/>
        <w:t>vn 0.3078 0.3944 -0.8658</w:t>
        <w:br/>
        <w:t>vn 0.0168 -0.0120 -0.9998</w:t>
        <w:br/>
        <w:t>vn 0.0168 -0.0121 -0.9998</w:t>
        <w:br/>
        <w:t>vn -0.2742 -0.4185 -0.8658</w:t>
        <w:br/>
        <w:t>vn -0.2742 -0.4185 -0.8659</w:t>
        <w:br/>
        <w:t>vn -0.4872 -0.7160 -0.4999</w:t>
        <w:br/>
        <w:t>vn -0.4872 -0.7161 -0.4999</w:t>
        <w:br/>
        <w:t>vn -0.5652 -0.8250 -0.0000</w:t>
        <w:br/>
        <w:t>vn -0.4872 -0.7161 0.4999</w:t>
        <w:br/>
        <w:t>vn -0.2742 -0.4185 0.8658</w:t>
        <w:br/>
        <w:t>vn 0.0168 -0.0121 0.9998</w:t>
        <w:br/>
        <w:t>vn 0.3078 0.3944 0.8658</w:t>
        <w:br/>
        <w:t>vn 0.3078 0.3944 0.8659</w:t>
        <w:br/>
        <w:t>vn 0.4111 -0.8706 0.2705</w:t>
        <w:br/>
        <w:t>vn 0.3691 -0.9294 0.0000</w:t>
        <w:br/>
        <w:t>vn 0.4111 -0.8705 0.2705</w:t>
        <w:br/>
        <w:t>vn 0.5264 -0.7095 0.4685</w:t>
        <w:br/>
        <w:t>vn 0.5265 -0.7095 0.4685</w:t>
        <w:br/>
        <w:t>vn 0.6838 -0.4896 0.5410</w:t>
        <w:br/>
        <w:t>vn 0.6839 -0.4896 0.5410</w:t>
        <w:br/>
        <w:t>vn 0.8413 -0.2695 0.4686</w:t>
        <w:br/>
        <w:t>vn 0.8414 -0.2697 0.4684</w:t>
        <w:br/>
        <w:t>vn 0.9566 -0.1088 0.2704</w:t>
        <w:br/>
        <w:t>vn 0.9566 -0.1083 0.2706</w:t>
        <w:br/>
        <w:t>vn 0.9988 -0.0497 0.0000</w:t>
        <w:br/>
        <w:t>vn 0.9566 -0.1087 -0.2705</w:t>
        <w:br/>
        <w:t>vn 0.8413 -0.2697 -0.4684</w:t>
        <w:br/>
        <w:t>vn 0.6838 -0.4895 -0.5412</w:t>
        <w:br/>
        <w:t>vn 0.5263 -0.7095 -0.4686</w:t>
        <w:br/>
        <w:t>vn 0.4112 -0.8705 -0.2705</w:t>
        <w:br/>
        <w:t>vn -0.9981 0.0611 -0.0000</w:t>
        <w:br/>
        <w:t>vn -0.9567 0.1189 0.2657</w:t>
        <w:br/>
        <w:t>vn -0.8434 0.2770 0.4604</w:t>
        <w:br/>
        <w:t>vn -0.6887 0.4930 0.5316</w:t>
        <w:br/>
        <w:t>vn -0.5340 0.7092 0.4603</w:t>
        <w:br/>
        <w:t>vn -0.4209 0.8674 0.2657</w:t>
        <w:br/>
        <w:t>vn -0.3794 0.9253 -0.0000</w:t>
        <w:br/>
        <w:t>vn -0.4208 0.8674 -0.2657</w:t>
        <w:br/>
        <w:t>vn -0.3794 0.9252 -0.0000</w:t>
        <w:br/>
        <w:t>vn -0.5342 0.7091 -0.4602</w:t>
        <w:br/>
        <w:t>vn -0.6887 0.4931 -0.5316</w:t>
        <w:br/>
        <w:t>vn -0.8435 0.2771 -0.4601</w:t>
        <w:br/>
        <w:t>vn -0.9567 0.1189 -0.2657</w:t>
        <w:br/>
        <w:t>vn 0.5821 0.8131 0.0000</w:t>
        <w:br/>
        <w:t>vn 0.5041 0.7042 -0.5000</w:t>
        <w:br/>
        <w:t>vn 0.2911 0.4065 -0.8660</w:t>
        <w:br/>
        <w:t>vn 0.0000 0.0000 -1.0000</w:t>
        <w:br/>
        <w:t>vn -0.2910 -0.4065 -0.8660</w:t>
        <w:br/>
        <w:t>vn -0.2911 -0.4065 -0.8660</w:t>
        <w:br/>
        <w:t>vn -0.5042 -0.7041 -0.5000</w:t>
        <w:br/>
        <w:t>vn -0.5822 -0.8131 0.0000</w:t>
        <w:br/>
        <w:t>vn -0.5042 -0.7041 0.5000</w:t>
        <w:br/>
        <w:t>vn -0.2910 -0.4065 0.8660</w:t>
        <w:br/>
        <w:t>vn -0.2911 -0.4065 0.8660</w:t>
        <w:br/>
        <w:t>vn 0.0000 0.0000 1.0000</w:t>
        <w:br/>
        <w:t>vn 0.2911 0.4065 0.8660</w:t>
        <w:br/>
        <w:t>vn 0.5041 0.7042 0.5000</w:t>
        <w:br/>
        <w:t>vn 0.7869 -0.6165 0.0250</w:t>
        <w:br/>
        <w:t>vn 0.9477 -0.2466 -0.2027</w:t>
        <w:br/>
        <w:t>vn 0.9793 -0.2025 0.0000</w:t>
        <w:br/>
        <w:t>vn 0.7831 -0.6219 -0.0000</w:t>
        <w:br/>
        <w:t>vn -0.5074 0.8617 0.0000</w:t>
        <w:br/>
        <w:t>vn -0.5389 0.8176 -0.2027</w:t>
        <w:br/>
        <w:t>vn -0.8372 0.5464 0.0249</w:t>
        <w:br/>
        <w:t>vn -0.8411 0.5409 0.0000</w:t>
        <w:br/>
        <w:t>vn 0.7976 -0.6017 0.0431</w:t>
        <w:br/>
        <w:t>vn 0.8613 -0.3674 -0.3510</w:t>
        <w:br/>
        <w:t>vn -0.6254 0.6969 -0.3509</w:t>
        <w:br/>
        <w:t>vn -0.8266 0.5612 0.0431</w:t>
        <w:br/>
        <w:t>vn 0.8121 -0.5814 0.0498</w:t>
        <w:br/>
        <w:t>vn 0.7434 -0.5322 -0.4052</w:t>
        <w:br/>
        <w:t>vn -0.7432 0.5321 -0.4055</w:t>
        <w:br/>
        <w:t>vn -0.8121 0.5814 0.0497</w:t>
        <w:br/>
        <w:t>vn 0.8266 -0.5612 0.0431</w:t>
        <w:br/>
        <w:t>vn 0.6256 -0.6969 -0.3507</w:t>
        <w:br/>
        <w:t>vn -0.8613 0.3674 -0.3509</w:t>
        <w:br/>
        <w:t>vn -0.7976 0.6017 0.0432</w:t>
        <w:br/>
        <w:t>vn 0.8372 -0.5463 0.0249</w:t>
        <w:br/>
        <w:t>vn 0.5391 -0.8175 -0.2026</w:t>
        <w:br/>
        <w:t>vn -0.9476 0.2469 -0.2025</w:t>
        <w:br/>
        <w:t>vn -0.7870 0.6164 0.0249</w:t>
        <w:br/>
        <w:t>vn 0.8411 -0.5408 -0.0000</w:t>
        <w:br/>
        <w:t>vn 0.5076 -0.8616 -0.0000</w:t>
        <w:br/>
        <w:t>vn -0.9792 0.2027 0.0000</w:t>
        <w:br/>
        <w:t>vn -0.7832 0.6218 0.0000</w:t>
        <w:br/>
        <w:t>vn 0.5391 -0.8175 0.2026</w:t>
        <w:br/>
        <w:t>vn 0.8372 -0.5463 -0.0249</w:t>
        <w:br/>
        <w:t>vn -0.9793 0.2026 -0.0000</w:t>
        <w:br/>
        <w:t>vn -0.9476 0.2469 0.2026</w:t>
        <w:br/>
        <w:t>vn -0.7870 0.6165 -0.0249</w:t>
        <w:br/>
        <w:t>vn 0.8266 -0.5611 -0.0431</w:t>
        <w:br/>
        <w:t>vn 0.6256 -0.6969 0.3507</w:t>
        <w:br/>
        <w:t>vn -0.7976 0.6017 -0.0432</w:t>
        <w:br/>
        <w:t>vn -0.8613 0.3674 0.3509</w:t>
        <w:br/>
        <w:t>vn 0.7432 -0.5322 0.4055</w:t>
        <w:br/>
        <w:t>vn 0.8121 -0.5814 -0.0498</w:t>
        <w:br/>
        <w:t>vn -0.7432 0.5321 0.4055</w:t>
        <w:br/>
        <w:t>vn -0.8121 0.5814 -0.0498</w:t>
        <w:br/>
        <w:t>vn 0.7976 -0.6017 -0.0431</w:t>
        <w:br/>
        <w:t>vn 0.8613 -0.3674 0.3510</w:t>
        <w:br/>
        <w:t>vn -0.8266 0.5612 -0.0431</w:t>
        <w:br/>
        <w:t>vn -0.6256 0.6969 0.3507</w:t>
        <w:br/>
        <w:t>vn 0.7870 -0.6165 -0.0250</w:t>
        <w:br/>
        <w:t>vn 0.9477 -0.2466 0.2027</w:t>
        <w:br/>
        <w:t>vn -0.5389 0.8176 0.2027</w:t>
        <w:br/>
        <w:t>vn -0.8372 0.5463 -0.0249</w:t>
        <w:br/>
        <w:t>vn 0.4563 -0.8546 0.2479</w:t>
        <w:br/>
        <w:t>vn 0.4177 -0.9086 -0.0000</w:t>
        <w:br/>
        <w:t>vn -0.9947 0.1027 -0.0000</w:t>
        <w:br/>
        <w:t>vn -0.9561 0.1568 0.2477</w:t>
        <w:br/>
        <w:t>vn 0.5620 -0.7071 0.4291</w:t>
        <w:br/>
        <w:t>vn -0.8505 0.3044 0.4289</w:t>
        <w:br/>
        <w:t>vn 0.7062 -0.5056 0.4956</w:t>
        <w:br/>
        <w:t>vn -0.7062 0.5056 0.4956</w:t>
        <w:br/>
        <w:t>vn 0.8505 -0.3044 0.4289</w:t>
        <w:br/>
        <w:t>vn -0.5620 0.7071 0.4292</w:t>
        <w:br/>
        <w:t>vn 0.9561 -0.1568 0.2477</w:t>
        <w:br/>
        <w:t>vn -0.4567 0.8544 0.2477</w:t>
        <w:br/>
        <w:t>vn 0.9947 -0.1028 -0.0001</w:t>
        <w:br/>
        <w:t>vn -0.4181 0.9084 0.0000</w:t>
        <w:br/>
        <w:t>vn 0.9947 -0.1028 0.0000</w:t>
        <w:br/>
        <w:t>vn 0.9561 -0.1568 -0.2477</w:t>
        <w:br/>
        <w:t>vn -0.4567 0.8544 -0.2477</w:t>
        <w:br/>
        <w:t>vn -0.4180 0.9084 -0.0000</w:t>
        <w:br/>
        <w:t>vn 0.8505 -0.3044 -0.4289</w:t>
        <w:br/>
        <w:t>vn -0.5620 0.7071 -0.4291</w:t>
        <w:br/>
        <w:t>vn 0.7062 -0.5056 -0.4956</w:t>
        <w:br/>
        <w:t>vn -0.7062 0.5056 -0.4956</w:t>
        <w:br/>
        <w:t>vn 0.5620 -0.7071 -0.4291</w:t>
        <w:br/>
        <w:t>vn -0.8505 0.3044 -0.4289</w:t>
        <w:br/>
        <w:t>vn 0.4562 -0.8546 -0.2479</w:t>
        <w:br/>
        <w:t>vn -0.9561 0.1568 -0.2477</w:t>
        <w:br/>
        <w:t>vn -0.0614 0.6881 0.7231</w:t>
        <w:br/>
        <w:t>vn 0.0065 0.5574 0.8302</w:t>
        <w:br/>
        <w:t>vn -0.0614 0.6881 0.7230</w:t>
        <w:br/>
        <w:t>vn 0.1518 0.4966 0.8546</w:t>
        <w:br/>
        <w:t>vn 0.0619 0.6099 0.7900</w:t>
        <w:br/>
        <w:t>vn 0.1840 0.0762 0.9800</w:t>
        <w:br/>
        <w:t>vn 0.2319 0.0255 0.9724</w:t>
        <w:br/>
        <w:t>vn 0.0298 0.2003 0.9793</w:t>
        <w:br/>
        <w:t>vn -0.0151 0.2895 0.9571</w:t>
        <w:br/>
        <w:t>vn -0.0632 0.7066 0.7048</w:t>
        <w:br/>
        <w:t>vn -0.0203 0.6860 0.7273</w:t>
        <w:br/>
        <w:t>vn -0.0633 0.7066 0.7048</w:t>
        <w:br/>
        <w:t>vn 0.2507 0.1932 0.9486</w:t>
        <w:br/>
        <w:t>vn 0.2530 0.3047 0.9182</w:t>
        <w:br/>
        <w:t>vn 0.2735 0.1308 0.9530</w:t>
        <w:br/>
        <w:t>vn -0.1518 0.6247 0.7660</w:t>
        <w:br/>
        <w:t>vn -0.0537 0.3148 0.9476</w:t>
        <w:br/>
        <w:t>vn 0.1395 0.2540 0.9571</w:t>
        <w:br/>
        <w:t>vn 0.1396 0.2540 0.9571</w:t>
        <w:br/>
        <w:t>vn 0.1547 -0.8569 -0.4918</w:t>
        <w:br/>
        <w:t>vn 0.3544 -0.9296 0.1011</w:t>
        <w:br/>
        <w:t>vn 0.3544 -0.9296 0.1012</w:t>
        <w:br/>
        <w:t>vn -0.1057 -0.5706 -0.8144</w:t>
        <w:br/>
        <w:t>vn -0.0884 -0.5718 -0.8156</w:t>
        <w:br/>
        <w:t>vn -0.0884 -0.5719 -0.8156</w:t>
        <w:br/>
        <w:t>vn -0.1459 -0.6051 -0.7827</w:t>
        <w:br/>
        <w:t>vn -0.1541 -0.5042 -0.8497</w:t>
        <w:br/>
        <w:t>vn -0.1541 -0.5041 -0.8498</w:t>
        <w:br/>
        <w:t>vn -0.1186 -0.6106 -0.7830</w:t>
        <w:br/>
        <w:t>vn -0.1186 -0.6107 -0.7830</w:t>
        <w:br/>
        <w:t>vn -0.1395 -0.6349 -0.7599</w:t>
        <w:br/>
        <w:t>vn -0.1394 -0.6349 -0.7599</w:t>
        <w:br/>
        <w:t>vn -0.1922 -0.3692 -0.9093</w:t>
        <w:br/>
        <w:t>vn -0.1903 -0.2793 -0.9412</w:t>
        <w:br/>
        <w:t>vn -0.1904 -0.2793 -0.9412</w:t>
        <w:br/>
        <w:t>vn -0.2789 0.9304 -0.2378</w:t>
        <w:br/>
        <w:t>vn -0.7314 0.6819 0.0050</w:t>
        <w:br/>
        <w:t>vn -0.3694 0.9204 0.1279</w:t>
        <w:br/>
        <w:t>vn -0.2759 0.9532 0.1237</w:t>
        <w:br/>
        <w:t>vn 0.2252 0.4012 0.8879</w:t>
        <w:br/>
        <w:t>vn 0.0104 -0.7055 -0.7086</w:t>
        <w:br/>
        <w:t>vn 0.3827 -0.5601 0.7348</w:t>
        <w:br/>
        <w:t>vn -0.1818 -0.1580 -0.9706</w:t>
        <w:br/>
        <w:t>vn -0.1939 -0.1771 -0.9649</w:t>
        <w:br/>
        <w:t>vn -0.1812 -0.2072 -0.9614</w:t>
        <w:br/>
        <w:t>vn -0.1817 -0.1580 -0.9706</w:t>
        <w:br/>
        <w:t>vn -0.3616 -0.1479 -0.9205</w:t>
        <w:br/>
        <w:t>vn -0.3787 -0.1496 -0.9134</w:t>
        <w:br/>
        <w:t>vn -0.1784 -0.2267 -0.9575</w:t>
        <w:br/>
        <w:t>vn -0.1812 -0.2073 -0.9614</w:t>
        <w:br/>
        <w:t>vn -0.1789 -0.2270 -0.9573</w:t>
        <w:br/>
        <w:t>vn -0.4299 0.8879 0.1638</w:t>
        <w:br/>
        <w:t>vn -0.4537 0.8658 0.2110</w:t>
        <w:br/>
        <w:t>vn -0.2198 0.5058 0.8342</w:t>
        <w:br/>
        <w:t>vn -0.2232 0.5502 0.8046</w:t>
        <w:br/>
        <w:t>vn -0.0758 0.1929 -0.9783</w:t>
        <w:br/>
        <w:t>vn -0.1141 0.1558 -0.9812</w:t>
        <w:br/>
        <w:t>vn 0.2367 0.0201 -0.9714</w:t>
        <w:br/>
        <w:t>vn -0.1995 0.6460 0.7368</w:t>
        <w:br/>
        <w:t>vn 0.2816 -0.1493 0.9478</w:t>
        <w:br/>
        <w:t>vn -0.4623 0.8734 -0.1529</w:t>
        <w:br/>
        <w:t>vn -0.3575 0.9214 -0.1526</w:t>
        <w:br/>
        <w:t>vn -0.3337 0.9232 0.1905</w:t>
        <w:br/>
        <w:t>vn -0.2221 -0.1439 -0.9643</w:t>
        <w:br/>
        <w:t>vn -0.3059 -0.1430 -0.9413</w:t>
        <w:br/>
        <w:t>vn -0.3058 -0.1430 -0.9413</w:t>
        <w:br/>
        <w:t>vn -0.2222 -0.1439 -0.9643</w:t>
        <w:br/>
        <w:t>vn -0.0527 0.2135 -0.9755</w:t>
        <w:br/>
        <w:t>vn -0.0438 0.2098 -0.9768</w:t>
        <w:br/>
        <w:t>vn -0.0075 -0.5489 -0.8359</w:t>
        <w:br/>
        <w:t>vn 0.0662 -0.6919 -0.7190</w:t>
        <w:br/>
        <w:t>vn 0.0662 -0.6919 -0.7189</w:t>
        <w:br/>
        <w:t>vn -0.1332 -0.4929 -0.8599</w:t>
        <w:br/>
        <w:t>vn -0.1331 -0.4928 -0.8599</w:t>
        <w:br/>
        <w:t>vn -0.0419 -0.6084 -0.7925</w:t>
        <w:br/>
        <w:t>vn -0.1722 -0.0912 -0.9808</w:t>
        <w:br/>
        <w:t>vn -0.2368 -0.1962 -0.9515</w:t>
        <w:br/>
        <w:t>vn 0.0279 -0.6819 -0.7309</w:t>
        <w:br/>
        <w:t>vn 0.0278 -0.6819 -0.7309</w:t>
        <w:br/>
        <w:t>vn 0.0637 -0.7051 -0.7062</w:t>
        <w:br/>
        <w:t>vn -0.2479 -0.3223 -0.9136</w:t>
        <w:br/>
        <w:t>vn -0.2196 -0.3904 -0.8941</w:t>
        <w:br/>
        <w:t>vn -0.2478 -0.3224 -0.9136</w:t>
        <w:br/>
        <w:t>vn 0.1926 -0.5731 -0.7965</w:t>
        <w:br/>
        <w:t>vn -0.0162 -0.2085 -0.9779</w:t>
        <w:br/>
        <w:t>vn -0.0168 -0.2085 -0.9779</w:t>
        <w:br/>
        <w:t>vn -0.1484 -0.2345 -0.9607</w:t>
        <w:br/>
        <w:t>vn -0.1483 -0.2345 -0.9607</w:t>
        <w:br/>
        <w:t>vn -0.1740 0.8690 0.4633</w:t>
        <w:br/>
        <w:t>vn -0.1244 0.8242 0.5525</w:t>
        <w:br/>
        <w:t>vn 0.0974 0.5644 0.8198</w:t>
        <w:br/>
        <w:t>vn 0.0609 0.5648 0.8230</w:t>
        <w:br/>
        <w:t>vn 0.0974 0.5644 0.8197</w:t>
        <w:br/>
        <w:t>vn 0.1591 0.6077 0.7781</w:t>
        <w:br/>
        <w:t>vn 0.1690 0.5090 0.8440</w:t>
        <w:br/>
        <w:t>vn 0.1443 0.6358 0.7583</w:t>
        <w:br/>
        <w:t>vn 0.1222 0.6089 0.7837</w:t>
        <w:br/>
        <w:t>vn 0.1222 0.6090 0.7837</w:t>
        <w:br/>
        <w:t>vn 0.1443 0.6358 0.7582</w:t>
        <w:br/>
        <w:t>vn 0.1888 0.2858 0.9395</w:t>
        <w:br/>
        <w:t>vn 0.1975 0.3787 0.9042</w:t>
        <w:br/>
        <w:t>vn 0.3239 -0.8661 0.3808</w:t>
        <w:br/>
        <w:t>vn 0.3498 -0.9302 -0.1114</w:t>
        <w:br/>
        <w:t>vn 0.3498 -0.9302 -0.1113</w:t>
        <w:br/>
        <w:t>vn 0.3239 -0.8660 0.3809</w:t>
        <w:br/>
        <w:t>vn -0.0202 0.6883 0.7251</w:t>
        <w:br/>
        <w:t>vn -0.0202 0.6884 0.7251</w:t>
        <w:br/>
        <w:t>vn -0.4016 0.6370 -0.6579</w:t>
        <w:br/>
        <w:t>vn -0.4017 0.6370 -0.6580</w:t>
        <w:br/>
        <w:t>vn -0.3715 0.4757 -0.7973</w:t>
        <w:br/>
        <w:t>vn 0.1906 0.1632 0.9680</w:t>
        <w:br/>
        <w:t>vn 0.1799 0.2076 0.9615</w:t>
        <w:br/>
        <w:t>vn 0.1928 0.1776 0.9650</w:t>
        <w:br/>
        <w:t>vn 0.3426 0.1536 0.9268</w:t>
        <w:br/>
        <w:t>vn 0.3680 0.1591 0.9161</w:t>
        <w:br/>
        <w:t>vn 0.3495 0.1553 0.9240</w:t>
        <w:br/>
        <w:t>vn 0.1776 0.2266 0.9577</w:t>
        <w:br/>
        <w:t>vn 0.1800 0.2077 0.9615</w:t>
        <w:br/>
        <w:t>vn -0.7040 0.1657 0.6906</w:t>
        <w:br/>
        <w:t>vn -0.0148 -0.0087 0.9999</w:t>
        <w:br/>
        <w:t>vn -0.2750 0.1200 -0.9539</w:t>
        <w:br/>
        <w:t>vn 0.2291 0.1518 0.9615</w:t>
        <w:br/>
        <w:t>vn 0.2292 0.1518 0.9615</w:t>
        <w:br/>
        <w:t>vn 0.2953 0.1484 0.9438</w:t>
        <w:br/>
        <w:t>vn 0.3072 0.1494 0.9398</w:t>
        <w:br/>
        <w:t>vn -0.0021 -0.9925 0.1226</w:t>
        <w:br/>
        <w:t>vn -0.0021 -0.9924 0.1226</w:t>
        <w:br/>
        <w:t>vn -0.3840 -0.8832 0.2693</w:t>
        <w:br/>
        <w:t>vn -0.4285 -0.8528 0.2987</w:t>
        <w:br/>
        <w:t>vn 0.9774 0.2024 -0.0606</w:t>
        <w:br/>
        <w:t>vn 0.9757 0.2056 -0.0759</w:t>
        <w:br/>
        <w:t>vn -0.9751 -0.1767 0.1342</w:t>
        <w:br/>
        <w:t>vn -0.9751 -0.1767 0.1341</w:t>
        <w:br/>
        <w:t>vn -0.9723 -0.1514 0.1781</w:t>
        <w:br/>
        <w:t>vn -0.9636 -0.2351 0.1270</w:t>
        <w:br/>
        <w:t>vn -0.9575 -0.2259 0.1792</w:t>
        <w:br/>
        <w:t>vn -0.9532 -0.2159 0.2119</w:t>
        <w:br/>
        <w:t>vn 0.9002 0.2885 -0.3263</w:t>
        <w:br/>
        <w:t>vn 0.9080 0.2878 -0.3045</w:t>
        <w:br/>
        <w:t>vn 0.9357 0.2380 -0.2605</w:t>
        <w:br/>
        <w:t>vn -0.8078 -0.4566 0.3728</w:t>
        <w:br/>
        <w:t>vn -0.7766 -0.4445 0.4464</w:t>
        <w:br/>
        <w:t>vn 0.9644 0.2091 -0.1618</w:t>
        <w:br/>
        <w:t>vn 0.9644 0.2091 -0.1619</w:t>
        <w:br/>
        <w:t>vn 0.9114 0.2853 -0.2965</w:t>
        <w:br/>
        <w:t>vn -0.9714 -0.2077 0.1146</w:t>
        <w:br/>
        <w:t>vn -0.9651 -0.2377 0.1102</w:t>
        <w:br/>
        <w:t>vn 0.9691 0.2098 -0.1297</w:t>
        <w:br/>
        <w:t>vn 0.9591 0.1890 -0.2109</w:t>
        <w:br/>
        <w:t>vn 0.9563 0.2025 -0.2110</w:t>
        <w:br/>
        <w:t>vn -0.8419 -0.4340 0.3208</w:t>
        <w:br/>
        <w:t>vn -0.8703 -0.3674 0.3280</w:t>
        <w:br/>
        <w:t>vn 0.8471 0.3962 -0.3541</w:t>
        <w:br/>
        <w:t>vn 0.8383 0.4162 -0.3523</w:t>
        <w:br/>
        <w:t>vn 0.8785 0.4260 -0.2165</w:t>
        <w:br/>
        <w:t>vn 0.8785 0.4260 -0.2164</w:t>
        <w:br/>
        <w:t>vn 0.9658 0.2583 -0.0203</w:t>
        <w:br/>
        <w:t>vn -0.7560 -0.3864 0.5283</w:t>
        <w:br/>
        <w:t>vn -0.9465 -0.1465 0.2876</w:t>
        <w:br/>
        <w:t>vn 0.9610 0.1315 -0.2434</w:t>
        <w:br/>
        <w:t>vn 0.9760 0.1867 -0.1117</w:t>
        <w:br/>
        <w:t>vn -0.7845 -0.4391 0.4379</w:t>
        <w:br/>
        <w:t>vn -0.7051 -0.4828 0.5194</w:t>
        <w:br/>
        <w:t>vn 0.6934 0.3800 -0.6122</w:t>
        <w:br/>
        <w:t>vn 0.7691 0.3787 -0.5149</w:t>
        <w:br/>
        <w:t>vn -0.9768 -0.0536 0.2072</w:t>
        <w:br/>
        <w:t>vn -0.9354 -0.2594 0.2402</w:t>
        <w:br/>
        <w:t>vn -0.9768 -0.0536 0.2073</w:t>
        <w:br/>
        <w:t>vn 0.9058 0.2118 -0.3670</w:t>
        <w:br/>
        <w:t>vn 0.9799 0.0496 -0.1931</w:t>
        <w:br/>
        <w:t>vn 0.9370 0.1855 -0.2961</w:t>
        <w:br/>
        <w:t>vn 0.9626 0.0499 -0.2662</w:t>
        <w:br/>
        <w:t>vn -0.9804 -0.1070 0.1655</w:t>
        <w:br/>
        <w:t>vn -0.9665 -0.2081 0.1503</w:t>
        <w:br/>
        <w:t>vn 0.9801 0.0310 -0.1959</w:t>
        <w:br/>
        <w:t>vn 0.9698 0.0196 -0.2431</w:t>
        <w:br/>
        <w:t>vn 0.9801 0.0311 -0.1959</w:t>
        <w:br/>
        <w:t>vn -0.9656 0.0147 0.2597</w:t>
        <w:br/>
        <w:t>vn -0.9664 0.0093 0.2568</w:t>
        <w:br/>
        <w:t>vn 0.8507 0.4192 -0.3171</w:t>
        <w:br/>
        <w:t>vn 0.8948 0.3149 -0.3165</w:t>
        <w:br/>
        <w:t>vn -0.9213 -0.2880 0.2612</w:t>
        <w:br/>
        <w:t>vn -0.6796 -0.6472 0.3454</w:t>
        <w:br/>
        <w:t>vn 0.4773 -0.0193 -0.8785</w:t>
        <w:br/>
        <w:t>vn 0.7126 0.2811 -0.6429</w:t>
        <w:br/>
        <w:t>vn 0.7125 0.2811 -0.6429</w:t>
        <w:br/>
        <w:t>vn 0.7049 -0.0744 -0.7054</w:t>
        <w:br/>
        <w:t>vn -0.8265 -0.0934 0.5551</w:t>
        <w:br/>
        <w:t>vn -0.8544 0.1385 0.5008</w:t>
        <w:br/>
        <w:t>vn -0.8266 -0.0934 0.5551</w:t>
        <w:br/>
        <w:t>vn -0.9137 -0.2782 0.2964</w:t>
        <w:br/>
        <w:t>vn -0.9640 -0.2418 0.1109</w:t>
        <w:br/>
        <w:t>vn 0.9369 0.2580 -0.2361</w:t>
        <w:br/>
        <w:t>vn -0.8076 -0.4617 0.3668</w:t>
        <w:br/>
        <w:t>vn 0.7819 0.3560 -0.5118</w:t>
        <w:br/>
        <w:t>vn 0.9199 0.2243 -0.3216</w:t>
        <w:br/>
        <w:t>vn -0.9024 -0.2285 0.3654</w:t>
        <w:br/>
        <w:t>vn -0.8833 -0.3491 0.3130</w:t>
        <w:br/>
        <w:t>vn -0.8833 -0.3491 0.3129</w:t>
        <w:br/>
        <w:t>vn -0.4950 0.8686 0.0216</w:t>
        <w:br/>
        <w:t>vn -0.4950 0.8686 0.0215</w:t>
        <w:br/>
        <w:t>vn -0.1483 0.9791 -0.1389</w:t>
        <w:br/>
        <w:t>vn 0.2701 -0.9626 0.0233</w:t>
        <w:br/>
        <w:t>vn -0.0390 0.9870 -0.1562</w:t>
        <w:br/>
        <w:t>vn 0.2783 0.9337 -0.2253</w:t>
        <w:br/>
        <w:t>vn 0.2783 0.9337 -0.2254</w:t>
        <w:br/>
        <w:t>vn 0.0909 -0.9878 0.1261</w:t>
        <w:br/>
        <w:t>vn -0.2133 -0.9404 0.2650</w:t>
        <w:br/>
        <w:t>vn 0.0908 -0.9879 0.1261</w:t>
        <w:br/>
        <w:t>vn 0.6824 0.6650 -0.3035</w:t>
        <w:br/>
        <w:t>vn -0.7040 0.1656 0.6907</w:t>
        <w:br/>
        <w:t>vn -0.9216 0.2916 0.2562</w:t>
        <w:br/>
        <w:t>vn 0.7711 -0.1721 -0.6131</w:t>
        <w:br/>
        <w:t>vn -0.7924 0.5730 0.2092</w:t>
        <w:br/>
        <w:t>vn -0.8431 0.4744 0.2531</w:t>
        <w:br/>
        <w:t>vn 0.2510 0.3187 0.9140</w:t>
        <w:br/>
        <w:t>vn -0.2478 -0.3223 -0.9136</w:t>
        <w:br/>
        <w:t>vn -0.8703 -0.3674 0.3281</w:t>
        <w:br/>
        <w:t>vn -0.4157 0.8798 -0.2306</w:t>
        <w:br/>
        <w:t>vn -0.2604 0.6330 0.7291</w:t>
        <w:br/>
        <w:t>vn -0.1146 0.2218 -0.9683</w:t>
        <w:br/>
        <w:t>vn -0.0726 0.2310 -0.9702</w:t>
        <w:br/>
        <w:t>vn 0.1353 0.1264 0.9827</w:t>
        <w:br/>
        <w:t>vn 0.2212 0.2036 0.9537</w:t>
        <w:br/>
        <w:t>vn -0.3178 0.2952 0.9010</w:t>
        <w:br/>
        <w:t>vn 0.0431 -0.1911 0.9806</w:t>
        <w:br/>
        <w:t>vn 0.0919 -0.1711 0.9810</w:t>
        <w:br/>
        <w:t>vn -0.2399 0.2862 0.9276</w:t>
        <w:br/>
        <w:t>vn 0.4121 -0.6723 0.6150</w:t>
        <w:br/>
        <w:t>vn 0.3856 -0.6870 0.6159</w:t>
        <w:br/>
        <w:t>vn 0.5093 -0.8585 0.0593</w:t>
        <w:br/>
        <w:t>vn 0.4944 -0.8681 0.0450</w:t>
        <w:br/>
        <w:t>vn 0.3761 -0.7327 -0.5672</w:t>
        <w:br/>
        <w:t>vn 0.4193 -0.7204 -0.5524</w:t>
        <w:br/>
        <w:t>vn -0.5699 0.5924 0.5695</w:t>
        <w:br/>
        <w:t>vn -0.5004 0.5764 0.6461</w:t>
        <w:br/>
        <w:t>vn -0.6974 0.7156 0.0378</w:t>
        <w:br/>
        <w:t>vn -0.6709 0.7370 0.0821</w:t>
        <w:br/>
        <w:t>vn -0.3536 0.3355 0.8731</w:t>
        <w:br/>
        <w:t>vn 0.0310 -0.1630 0.9861</w:t>
        <w:br/>
        <w:t>vn -0.5904 0.6306 0.5037</w:t>
        <w:br/>
        <w:t>vn 0.3871 -0.6681 0.6355</w:t>
        <w:br/>
        <w:t>vn 0.5084 -0.8608 0.0227</w:t>
        <w:br/>
        <w:t>vn -0.6857 0.7275 0.0229</w:t>
        <w:br/>
        <w:t>vn 0.3816 -0.7278 -0.5698</w:t>
        <w:br/>
        <w:t>vn 0.0169 -0.2211 -0.9751</w:t>
        <w:br/>
        <w:t>vn 0.0117 -0.2199 -0.9755</w:t>
        <w:br/>
        <w:t>vn -0.4123 0.3664 -0.8341</w:t>
        <w:br/>
        <w:t>vn -0.3748 0.3239 -0.8687</w:t>
        <w:br/>
        <w:t>vn -0.6195 0.6509 -0.4388</w:t>
        <w:br/>
        <w:t>vn -0.6142 0.6234 -0.4839</w:t>
        <w:br/>
        <w:t>vn -0.5856 0.6270 -0.5138</w:t>
        <w:br/>
        <w:t>vn 0.0711 -0.2164 -0.9737</w:t>
        <w:br/>
        <w:t>vn -0.3203 0.3056 -0.8967</w:t>
        <w:br/>
        <w:t>vn 0.1545 -0.2102 -0.9654</w:t>
        <w:br/>
        <w:t>vn -0.2203 0.2671 -0.9381</w:t>
        <w:br/>
        <w:t>vn -0.0835 0.2386 -0.9675</w:t>
        <w:br/>
        <w:t>vn -0.1935 0.2204 0.9560</w:t>
        <w:br/>
        <w:t>vn 0.0597 -0.2509 0.9662</w:t>
        <w:br/>
        <w:t>vn 0.1463 -0.1848 0.9718</w:t>
        <w:br/>
        <w:t>vn 0.5724 -0.8098 0.1288</w:t>
        <w:br/>
        <w:t>vn 0.5052 -0.7236 -0.4704</w:t>
        <w:br/>
        <w:t>vn 0.4906 -0.7378 -0.4636</w:t>
        <w:br/>
        <w:t>vn 0.5353 -0.8323 0.1440</w:t>
        <w:br/>
        <w:t>vn 0.5387 -0.6661 -0.5159</w:t>
        <w:br/>
        <w:t>vn 0.6357 -0.7711 0.0348</w:t>
        <w:br/>
        <w:t>vn 0.6609 -0.7485 0.0544</w:t>
        <w:br/>
        <w:t>vn 0.5526 -0.6364 -0.5382</w:t>
        <w:br/>
        <w:t>vn 0.5029 -0.5492 0.6675</w:t>
        <w:br/>
        <w:t>vn 0.5393 -0.4988 0.6785</w:t>
        <w:br/>
        <w:t>vn -0.3673 0.7307 -0.5755</w:t>
        <w:br/>
        <w:t>vn -0.4871 0.8647 0.1230</w:t>
        <w:br/>
        <w:t>vn -0.2905 0.7792 -0.5554</w:t>
        <w:br/>
        <w:t>vn 0.4121 -0.6701 0.6173</w:t>
        <w:br/>
        <w:t>vn 0.1104 -0.2694 0.9567</w:t>
        <w:br/>
        <w:t>vn 0.1321 -0.2734 0.9528</w:t>
        <w:br/>
        <w:t>vn 0.4554 -0.6581 0.5996</w:t>
        <w:br/>
        <w:t>vn 0.2216 -0.2013 -0.9541</w:t>
        <w:br/>
        <w:t>vn -0.5061 0.6085 0.6112</w:t>
        <w:br/>
        <w:t>vn -0.6235 0.7734 0.1141</w:t>
        <w:br/>
        <w:t>vn -0.5992 0.7914 0.1209</w:t>
        <w:br/>
        <w:t>vn -0.4789 0.6060 0.6351</w:t>
        <w:br/>
        <w:t>vn -0.5320 0.6156 0.5813</w:t>
        <w:br/>
        <w:t>vn -0.3017 0.2538 0.9190</w:t>
        <w:br/>
        <w:t>vn -0.3214 0.2557 0.9117</w:t>
        <w:br/>
        <w:t>vn -0.5430 0.6232 0.5629</w:t>
        <w:br/>
        <w:t>vn 0.4319 -0.7751 -0.4611</w:t>
        <w:br/>
        <w:t>vn 0.4896 -0.8577 0.1571</w:t>
        <w:br/>
        <w:t>vn 0.5041 -0.8498 0.1539</w:t>
        <w:br/>
        <w:t>vn 0.4489 -0.7632 -0.4648</w:t>
        <w:br/>
        <w:t>vn 0.3403 -0.6829 0.6464</w:t>
        <w:br/>
        <w:t>vn 0.3642 -0.6759 0.6407</w:t>
        <w:br/>
        <w:t>vn -0.5518 0.6331 -0.5428</w:t>
        <w:br/>
        <w:t>vn -0.6315 0.7704 0.0877</w:t>
        <w:br/>
        <w:t>vn -0.6259 0.7771 0.0668</w:t>
        <w:br/>
        <w:t>vn -0.5424 0.6359 -0.5490</w:t>
        <w:br/>
        <w:t>vn 0.0379 -0.2704 0.9620</w:t>
        <w:br/>
        <w:t>vn 0.0643 -0.2685 0.9611</w:t>
        <w:br/>
        <w:t>vn -0.5389 0.6479 -0.5384</w:t>
        <w:br/>
        <w:t>vn -0.2818 0.2379 -0.9295</w:t>
        <w:br/>
        <w:t>vn -0.2498 0.2554 -0.9340</w:t>
        <w:br/>
        <w:t>vn -0.2669 0.2490 0.9310</w:t>
        <w:br/>
        <w:t>vn 0.1465 -0.2676 -0.9523</w:t>
        <w:br/>
        <w:t>vn 0.1051 -0.2928 -0.9504</w:t>
        <w:br/>
        <w:t>vn 0.5353 -0.8323 0.1441</w:t>
        <w:br/>
        <w:t>vn -0.2429 0.2313 0.9421</w:t>
        <w:br/>
        <w:t>vn -0.4596 0.7122 -0.5305</w:t>
        <w:br/>
        <w:t>vn -0.2302 0.3280 -0.9162</w:t>
        <w:br/>
        <w:t>vn -0.5159 0.6776 -0.5242</w:t>
        <w:br/>
        <w:t>vn -0.4239 0.5886 0.6884</w:t>
        <w:br/>
        <w:t>vn -0.1590 0.2866 0.9448</w:t>
        <w:br/>
        <w:t>vn -0.1875 0.2979 0.9360</w:t>
        <w:br/>
        <w:t>vn -0.3832 0.6079 0.6954</w:t>
        <w:br/>
        <w:t>vn 0.5076 -0.6692 -0.5426</w:t>
        <w:br/>
        <w:t>vn 0.1798 -0.1900 -0.9652</w:t>
        <w:br/>
        <w:t>vn 0.5847 -0.8093 0.0560</w:t>
        <w:br/>
        <w:t>vn 0.5847 -0.8093 0.0561</w:t>
        <w:br/>
        <w:t>vn 0.4784 -0.6158 0.6261</w:t>
        <w:br/>
        <w:t>vn -0.6031 0.7891 0.1169</w:t>
        <w:br/>
        <w:t>vn -0.5405 0.8321 0.1242</w:t>
        <w:br/>
        <w:t>vn 0.2275 -0.1161 0.9668</w:t>
        <w:br/>
        <w:t>vn 0.1625 -0.1340 0.9776</w:t>
        <w:br/>
        <w:t>vn -0.2080 0.2317 0.9503</w:t>
        <w:br/>
        <w:t>vn -0.4296 0.5618 0.7070</w:t>
        <w:br/>
        <w:t>vn 0.7777 -0.6231 0.0831</w:t>
        <w:br/>
        <w:t>vn 0.6236 -0.7771 0.0856</w:t>
        <w:br/>
        <w:t>vn 0.6832 -0.5766 -0.4482</w:t>
        <w:br/>
        <w:t>vn 0.1906 -0.2036 0.9603</w:t>
        <w:br/>
        <w:t>vn 0.2929 -0.7650 0.5735</w:t>
        <w:br/>
        <w:t>vn -0.4766 0.6376 -0.6053</w:t>
        <w:br/>
        <w:t>vn -0.3203 0.9420 0.0999</w:t>
        <w:br/>
        <w:t>vn -0.5835 0.8025 0.1244</w:t>
        <w:br/>
        <w:t>vn 0.4020 -0.9084 0.1152</w:t>
        <w:br/>
        <w:t>vn 0.4810 -0.6269 -0.6129</w:t>
        <w:br/>
        <w:t>vn 0.3035 -0.2518 -0.9190</w:t>
        <w:br/>
        <w:t>vn -0.2324 0.6695 0.7055</w:t>
        <w:br/>
        <w:t>vn -0.5077 0.6711 -0.5403</w:t>
        <w:br/>
        <w:t>vn -0.0851 0.2838 0.9551</w:t>
        <w:br/>
        <w:t>vn -0.2833 0.5197 0.8060</w:t>
        <w:br/>
        <w:t>vn -0.0494 0.2285 0.9723</w:t>
        <w:br/>
        <w:t>vn 0.1625 -0.2617 -0.9514</w:t>
        <w:br/>
        <w:t>vn 0.5724 -0.8098 0.1289</w:t>
        <w:br/>
        <w:t>vn -0.2159 0.2651 -0.9397</w:t>
        <w:br/>
        <w:t>vn 0.3037 -0.1747 0.9366</w:t>
        <w:br/>
        <w:t>vn -0.1402 0.2358 -0.9616</w:t>
        <w:br/>
        <w:t>vn -0.2363 0.3270 -0.9150</w:t>
        <w:br/>
        <w:t>vn 0.1174 -0.1371 -0.9836</w:t>
        <w:br/>
        <w:t>vn -0.0870 0.2755 -0.9573</w:t>
        <w:br/>
        <w:t>vn 0.1725 -0.2928 -0.9405</w:t>
        <w:br/>
        <w:t>vn 0.4242 -0.8309 -0.3600</w:t>
        <w:br/>
        <w:t>vn -0.6020 0.6365 -0.4821</w:t>
        <w:br/>
        <w:t>vn 0.6835 -0.4871 0.5436</w:t>
        <w:br/>
        <w:t>vn 0.2144 -0.1873 0.9586</w:t>
        <w:br/>
        <w:t>vn -0.2808 0.2398 -0.9293</w:t>
        <w:br/>
        <w:t>vn 0.0972 -0.2997 -0.9491</w:t>
        <w:br/>
        <w:t>vn 0.6898 0.6017 -0.4027</w:t>
        <w:br/>
        <w:t>vn 0.5801 0.7775 -0.2429</w:t>
        <w:br/>
        <w:t>vn 0.6708 0.6245 0.4001</w:t>
        <w:br/>
        <w:t>vn 0.5540 0.7953 0.2460</w:t>
        <w:br/>
        <w:t>vn 0.5540 0.7953 0.2461</w:t>
        <w:br/>
        <w:t>vn 0.9695 0.1454 -0.1970</w:t>
        <w:br/>
        <w:t>vn 0.8389 0.3592 -0.4090</w:t>
        <w:br/>
        <w:t>vn 0.9696 0.1454 -0.1970</w:t>
        <w:br/>
        <w:t>vn 0.9947 0.0759 0.0695</w:t>
        <w:br/>
        <w:t>vn 0.9947 0.0759 0.0696</w:t>
        <w:br/>
        <w:t>vn 0.9947 0.0760 0.0695</w:t>
        <w:br/>
        <w:t>vn 0.9425 0.1688 0.2886</w:t>
        <w:br/>
        <w:t>vn 0.9424 0.1689 0.2886</w:t>
        <w:br/>
        <w:t>vn 0.5303 0.8477 0.0148</w:t>
        <w:br/>
        <w:t>vn 0.5303 0.8477 0.0149</w:t>
        <w:br/>
        <w:t>vn 0.8194 0.3724 0.4357</w:t>
        <w:br/>
        <w:t>vn -0.5538 0.5376 0.6358</w:t>
        <w:br/>
        <w:t>vn -0.7065 0.7001 0.1034</w:t>
        <w:br/>
        <w:t>vn 0.4959 -0.5811 0.6453</w:t>
        <w:br/>
        <w:t>vn 0.0314 -0.1399 0.9897</w:t>
        <w:br/>
        <w:t>vn -0.3547 0.3618 0.8621</w:t>
        <w:br/>
        <w:t>vn 0.3880 -0.6560 0.6474</w:t>
        <w:br/>
        <w:t>vn 0.5179 -0.8554 0.0113</w:t>
        <w:br/>
        <w:t>vn 0.3941 -0.7227 -0.5679</w:t>
        <w:br/>
        <w:t>vn 0.0148 -0.2218 -0.9750</w:t>
        <w:br/>
        <w:t>vn -0.4277 0.3808 -0.8198</w:t>
        <w:br/>
        <w:t>vn -0.1855 0.9081 -0.3753</w:t>
        <w:br/>
        <w:t>vn -0.3953 0.9177 -0.0384</w:t>
        <w:br/>
        <w:t>vn -0.1447 0.8941 0.4239</w:t>
        <w:br/>
        <w:t>vn 0.9261 0.2451 0.2867</w:t>
        <w:br/>
        <w:t>vn 0.9148 0.3376 0.2220</w:t>
        <w:br/>
        <w:t>vn 0.6958 0.5265 0.4885</w:t>
        <w:br/>
        <w:t>vn 0.7362 0.4082 0.5398</w:t>
        <w:br/>
        <w:t>vn 0.7790 0.1382 0.6116</w:t>
        <w:br/>
        <w:t>vn 0.3635 0.4881 0.7935</w:t>
        <w:br/>
        <w:t>vn 0.3406 0.1782 0.9232</w:t>
        <w:br/>
        <w:t>vn 0.1301 -0.3307 0.9347</w:t>
        <w:br/>
        <w:t>vn 0.4147 -0.1200 0.9020</w:t>
        <w:br/>
        <w:t>vn 0.0966 -0.1218 0.9878</w:t>
        <w:br/>
        <w:t>vn 0.9936 -0.0589 -0.0964</w:t>
        <w:br/>
        <w:t>vn 0.9992 0.0207 -0.0335</w:t>
        <w:br/>
        <w:t>vn 0.9785 -0.0957 -0.1827</w:t>
        <w:br/>
        <w:t>vn 0.3262 -0.3300 0.8858</w:t>
        <w:br/>
        <w:t>vn 0.7230 -0.0897 0.6850</w:t>
        <w:br/>
        <w:t>vn 0.9343 0.1011 0.3419</w:t>
        <w:br/>
        <w:t>vn 0.9838 0.1620 0.0764</w:t>
        <w:br/>
        <w:t>vn 0.9816 0.1871 0.0383</w:t>
        <w:br/>
        <w:t>vn 0.9953 0.0868 -0.0438</w:t>
        <w:br/>
        <w:t>vn 0.5117 0.8488 -0.1332</w:t>
        <w:br/>
        <w:t>vn 0.2437 0.9693 0.0314</w:t>
        <w:br/>
        <w:t>vn -0.0687 0.9650 -0.2532</w:t>
        <w:br/>
        <w:t>vn 0.1406 0.9310 -0.3369</w:t>
        <w:br/>
        <w:t>vn 0.4392 0.8641 -0.2458</w:t>
        <w:br/>
        <w:t>vn 0.3020 0.9034 -0.3044</w:t>
        <w:br/>
        <w:t>vn 0.4888 0.8422 -0.2277</w:t>
        <w:br/>
        <w:t>vn 0.2184 0.9084 -0.3565</w:t>
        <w:br/>
        <w:t>vn 0.2107 0.9113 -0.3537</w:t>
        <w:br/>
        <w:t>vn 0.8686 0.4883 -0.0836</w:t>
        <w:br/>
        <w:t>vn 0.2194 0.9103 -0.3510</w:t>
        <w:br/>
        <w:t>vn 0.2035 -0.2204 0.9539</w:t>
        <w:br/>
        <w:t>vn 0.1777 -0.2421 0.9538</w:t>
        <w:br/>
        <w:t>vn 0.1187 -0.2225 0.9677</w:t>
        <w:br/>
        <w:t>vn 0.1429 -0.2045 0.9684</w:t>
        <w:br/>
        <w:t>vn 0.0718 -0.3674 0.9273</w:t>
        <w:br/>
        <w:t>vn 0.1000 -0.2952 0.9502</w:t>
        <w:br/>
        <w:t>vn 0.1682 -0.3183 0.9330</w:t>
        <w:br/>
        <w:t>vn 0.1354 -0.4085 0.9027</w:t>
        <w:br/>
        <w:t>vn -0.0000 -0.2023 0.9793</w:t>
        <w:br/>
        <w:t>vn 0.0000 -0.1885 0.9821</w:t>
        <w:br/>
        <w:t>vn 0.0077 -0.3241 0.9460</w:t>
        <w:br/>
        <w:t>vn -0.0000 -0.2706 0.9627</w:t>
        <w:br/>
        <w:t>vn 0.2184 -0.2144 0.9520</w:t>
        <w:br/>
        <w:t>vn 0.1536 -0.1995 0.9678</w:t>
        <w:br/>
        <w:t>vn -0.0029 -0.3201 0.9474</w:t>
        <w:br/>
        <w:t>vn 0.0495 -0.3807 0.9234</w:t>
        <w:br/>
        <w:t>vn 0.1015 -0.4386 0.8929</w:t>
        <w:br/>
        <w:t>vn -0.8399 0.4635 0.2822</w:t>
        <w:br/>
        <w:t>vn -0.8605 0.4265 0.2788</w:t>
        <w:br/>
        <w:t>vn -0.8399 0.4635 0.2823</w:t>
        <w:br/>
        <w:t>vn 0.5427 0.7004 0.4635</w:t>
        <w:br/>
        <w:t>vn 0.4882 0.7735 0.4041</w:t>
        <w:br/>
        <w:t>vn 0.5428 0.7004 0.4635</w:t>
        <w:br/>
        <w:t>vn 0.5908 0.6190 0.5175</w:t>
        <w:br/>
        <w:t>vn -0.8794 0.3887 0.2749</w:t>
        <w:br/>
        <w:t>vn 0.1149 -0.4293 0.8958</w:t>
        <w:br/>
        <w:t>vn 0.0289 -0.3016 0.9530</w:t>
        <w:br/>
        <w:t>vn 0.0000 -0.1844 0.9829</w:t>
        <w:br/>
        <w:t>vn -0.9261 0.2451 0.2867</w:t>
        <w:br/>
        <w:t>vn -0.7362 0.4082 0.5398</w:t>
        <w:br/>
        <w:t>vn -0.6958 0.5265 0.4885</w:t>
        <w:br/>
        <w:t>vn -0.9148 0.3376 0.2220</w:t>
        <w:br/>
        <w:t>vn -0.7790 0.1382 0.6116</w:t>
        <w:br/>
        <w:t>vn -0.3406 0.1782 0.9232</w:t>
        <w:br/>
        <w:t>vn -0.3635 0.4881 0.7935</w:t>
        <w:br/>
        <w:t>vn -0.1301 -0.3307 0.9347</w:t>
        <w:br/>
        <w:t>vn -0.0966 -0.1218 0.9878</w:t>
        <w:br/>
        <w:t>vn -0.4147 -0.1200 0.9020</w:t>
        <w:br/>
        <w:t>vn -0.9936 -0.0589 -0.0964</w:t>
        <w:br/>
        <w:t>vn -0.9992 0.0207 -0.0335</w:t>
        <w:br/>
        <w:t>vn -0.9785 -0.0957 -0.1827</w:t>
        <w:br/>
        <w:t>vn -0.7230 -0.0897 0.6850</w:t>
        <w:br/>
        <w:t>vn -0.3262 -0.3300 0.8858</w:t>
        <w:br/>
        <w:t>vn -0.9343 0.1011 0.3419</w:t>
        <w:br/>
        <w:t>vn -0.9838 0.1620 0.0764</w:t>
        <w:br/>
        <w:t>vn -0.9816 0.1871 0.0383</w:t>
        <w:br/>
        <w:t>vn -0.9953 0.0868 -0.0438</w:t>
        <w:br/>
        <w:t>vn -0.5117 0.8488 -0.1332</w:t>
        <w:br/>
        <w:t>vn -0.1406 0.9310 -0.3369</w:t>
        <w:br/>
        <w:t>vn 0.0687 0.9650 -0.2531</w:t>
        <w:br/>
        <w:t>vn -0.2437 0.9693 0.0314</w:t>
        <w:br/>
        <w:t>vn -0.4392 0.8641 -0.2458</w:t>
        <w:br/>
        <w:t>vn -0.3020 0.9034 -0.3044</w:t>
        <w:br/>
        <w:t>vn -0.4887 0.8422 -0.2277</w:t>
        <w:br/>
        <w:t>vn -0.2108 0.9113 -0.3537</w:t>
        <w:br/>
        <w:t>vn -0.2184 0.9084 -0.3565</w:t>
        <w:br/>
        <w:t>vn -0.8686 0.4884 -0.0836</w:t>
        <w:br/>
        <w:t>vn -0.2195 0.9103 -0.3510</w:t>
        <w:br/>
        <w:t>vn -0.2035 -0.2204 0.9539</w:t>
        <w:br/>
        <w:t>vn -0.1429 -0.2045 0.9684</w:t>
        <w:br/>
        <w:t>vn -0.1188 -0.2225 0.9677</w:t>
        <w:br/>
        <w:t>vn -0.1777 -0.2421 0.9538</w:t>
        <w:br/>
        <w:t>vn -0.0718 -0.3674 0.9273</w:t>
        <w:br/>
        <w:t>vn -0.1354 -0.4085 0.9027</w:t>
        <w:br/>
        <w:t>vn -0.1682 -0.3183 0.9330</w:t>
        <w:br/>
        <w:t>vn -0.0999 -0.2952 0.9502</w:t>
        <w:br/>
        <w:t>vn -0.0077 -0.3241 0.9460</w:t>
        <w:br/>
        <w:t>vn -0.2184 -0.2144 0.9520</w:t>
        <w:br/>
        <w:t>vn -0.1536 -0.1995 0.9678</w:t>
        <w:br/>
        <w:t>vn 0.0029 -0.3201 0.9474</w:t>
        <w:br/>
        <w:t>vn -0.0495 -0.3807 0.9234</w:t>
        <w:br/>
        <w:t>vn -0.1015 -0.4386 0.8929</w:t>
        <w:br/>
        <w:t>vn 0.8605 0.4265 0.2788</w:t>
        <w:br/>
        <w:t>vn 0.8399 0.4635 0.2822</w:t>
        <w:br/>
        <w:t>vn 0.8399 0.4635 0.2823</w:t>
        <w:br/>
        <w:t>vn -0.5427 0.7004 0.4635</w:t>
        <w:br/>
        <w:t>vn -0.5428 0.7004 0.4635</w:t>
        <w:br/>
        <w:t>vn -0.4882 0.7735 0.4041</w:t>
        <w:br/>
        <w:t>vn -0.5908 0.6190 0.5175</w:t>
        <w:br/>
        <w:t>vn 0.8794 0.3887 0.2749</w:t>
        <w:br/>
        <w:t>vn -0.1149 -0.4293 0.8958</w:t>
        <w:br/>
        <w:t>vn -0.0289 -0.3016 0.9530</w:t>
        <w:br/>
        <w:t>vn 0.8295 0.5479 0.1086</w:t>
        <w:br/>
        <w:t>vn 0.7565 0.6435 0.1163</w:t>
        <w:br/>
        <w:t>vn 0.7210 0.5697 -0.3944</w:t>
        <w:br/>
        <w:t>vn 0.7857 0.4630 -0.4102</w:t>
        <w:br/>
        <w:t>vn 0.6405 0.4324 0.6347</w:t>
        <w:br/>
        <w:t>vn 0.5803 0.5758 0.5760</w:t>
        <w:br/>
        <w:t>vn 0.6477 0.7552 0.1011</w:t>
        <w:br/>
        <w:t>vn 0.6112 0.6957 -0.3774</w:t>
        <w:br/>
        <w:t>vn 0.5578 0.4204 -0.7157</w:t>
        <w:br/>
        <w:t>vn 0.4432 0.5560 -0.7032</w:t>
        <w:br/>
        <w:t>vn -0.8249 -0.3528 0.4416</w:t>
        <w:br/>
        <w:t>vn -0.7289 -0.6837 0.0351</w:t>
        <w:br/>
        <w:t>vn -0.7678 -0.4570 0.4489</w:t>
        <w:br/>
        <w:t>vn 0.4839 0.6889 0.5397</w:t>
        <w:br/>
        <w:t>vn 0.1898 0.3132 -0.9305</w:t>
        <w:br/>
        <w:t>vn 0.2112 0.0469 -0.9763</w:t>
        <w:br/>
        <w:t>vn 0.5904 0.4122 0.6939</w:t>
        <w:br/>
        <w:t>vn 0.7422 0.1924 0.6420</w:t>
        <w:br/>
        <w:t>vn 0.4925 -0.2863 0.8219</w:t>
        <w:br/>
        <w:t>vn 0.3119 -0.1615 0.9363</w:t>
        <w:br/>
        <w:t>vn -0.1483 -0.9873 -0.0565</w:t>
        <w:br/>
        <w:t>vn -0.2238 -0.9702 -0.0933</w:t>
        <w:br/>
        <w:t>vn -0.2011 -0.9636 0.1759</w:t>
        <w:br/>
        <w:t>vn 0.0622 -0.9082 0.4139</w:t>
        <w:br/>
        <w:t>vn 0.4925 -0.2862 0.8219</w:t>
        <w:br/>
        <w:t>vn 0.1585 -0.3817 0.9106</w:t>
        <w:br/>
        <w:t>vn 0.1539 -0.3724 0.9152</w:t>
        <w:br/>
        <w:t>vn 0.6888 0.7249 0.0101</w:t>
        <w:br/>
        <w:t>vn 0.6986 0.6968 0.1627</w:t>
        <w:br/>
        <w:t>vn 0.7365 0.6308 0.2444</w:t>
        <w:br/>
        <w:t>vn 0.7706 0.6370 0.0192</w:t>
        <w:br/>
        <w:t>vn 0.4901 0.5565 -0.6709</w:t>
        <w:br/>
        <w:t>vn 0.6173 0.3565 -0.7013</w:t>
        <w:br/>
        <w:t>vn 0.5161 -0.4011 -0.7568</w:t>
        <w:br/>
        <w:t>vn 0.8459 0.4015 -0.3510</w:t>
        <w:br/>
        <w:t>vn 0.3101 -0.2386 -0.9203</w:t>
        <w:br/>
        <w:t>vn -0.0245 -0.7876 -0.6157</w:t>
        <w:br/>
        <w:t>vn 0.1506 -0.7688 -0.6216</w:t>
        <w:br/>
        <w:t>vn 0.5162 -0.4010 -0.7568</w:t>
        <w:br/>
        <w:t>vn 0.3100 -0.2386 -0.9203</w:t>
        <w:br/>
        <w:t>vn 0.6514 0.7563 0.0605</w:t>
        <w:br/>
        <w:t>vn 0.7082 0.7010 -0.0842</w:t>
        <w:br/>
        <w:t>vn -0.1864 -0.6996 0.6898</w:t>
        <w:br/>
        <w:t>vn -0.1535 -0.7136 0.6836</w:t>
        <w:br/>
        <w:t>vn -0.2110 -0.9428 0.2581</w:t>
        <w:br/>
        <w:t>vn -0.2385 -0.9687 0.0686</w:t>
        <w:br/>
        <w:t>vn -0.2911 -0.7115 0.6395</w:t>
        <w:br/>
        <w:t>vn -0.3962 -0.9177 0.0294</w:t>
        <w:br/>
        <w:t>vn 0.0675 -0.9553 -0.2879</w:t>
        <w:br/>
        <w:t>vn -0.0630 -0.9910 0.1178</w:t>
        <w:br/>
        <w:t>vn 0.3011 -0.9332 0.1963</w:t>
        <w:br/>
        <w:t>vn 0.7374 0.3556 -0.5743</w:t>
        <w:br/>
        <w:t>vn 0.9487 0.3038 0.0879</w:t>
        <w:br/>
        <w:t>vn 0.7339 0.6581 0.1683</w:t>
        <w:br/>
        <w:t>vn -0.0363 -0.4932 0.8691</w:t>
        <w:br/>
        <w:t>vn 0.3519 0.1613 0.9220</w:t>
        <w:br/>
        <w:t>vn 0.4654 0.0599 0.8831</w:t>
        <w:br/>
        <w:t>vn 0.0663 -0.5954 0.8007</w:t>
        <w:br/>
        <w:t>vn 0.6221 0.6333 0.4604</w:t>
        <w:br/>
        <w:t>vn 0.7277 0.5893 0.3511</w:t>
        <w:br/>
        <w:t>vn -0.3863 -0.8968 0.2157</w:t>
        <w:br/>
        <w:t>vn -0.2729 -0.9491 0.1575</w:t>
        <w:br/>
        <w:t>vn 0.5453 0.7657 -0.3410</w:t>
        <w:br/>
        <w:t>vn 0.6043 0.7026 -0.3756</w:t>
        <w:br/>
        <w:t>vn 0.4675 -0.7700 0.4343</w:t>
        <w:br/>
        <w:t>vn 0.2572 -0.7957 0.5484</w:t>
        <w:br/>
        <w:t>vn 0.6490 -0.1749 0.7404</w:t>
        <w:br/>
        <w:t>vn 0.7856 -0.3666 0.4983</w:t>
        <w:br/>
        <w:t>vn 0.8280 0.4285 0.3617</w:t>
        <w:br/>
        <w:t>vn 0.8478 -0.0666 0.5261</w:t>
        <w:br/>
        <w:t>vn 0.7857 -0.3666 0.4983</w:t>
        <w:br/>
        <w:t>vn 0.6490 -0.1748 0.7404</w:t>
        <w:br/>
        <w:t>vn -0.4829 -0.6625 -0.5726</w:t>
        <w:br/>
        <w:t>vn -0.3557 -0.7296 -0.5841</w:t>
        <w:br/>
        <w:t>vn -0.1501 -0.1826 -0.9717</w:t>
        <w:br/>
        <w:t>vn -0.2686 -0.0880 -0.9592</w:t>
        <w:br/>
        <w:t>vn 0.2520 0.3580 -0.8991</w:t>
        <w:br/>
        <w:t>vn 0.1244 0.4237 -0.8972</w:t>
        <w:br/>
        <w:t>vn 0.6086 0.6528 -0.4511</w:t>
        <w:br/>
        <w:t>vn 0.6427 0.6561 -0.3956</w:t>
        <w:br/>
        <w:t>vn 0.6406 0.5405 -0.5455</w:t>
        <w:br/>
        <w:t>vn -0.0800 -0.3899 0.9174</w:t>
        <w:br/>
        <w:t>vn -0.5594 -0.7752 0.2936</w:t>
        <w:br/>
        <w:t>vn -0.3693 -0.9003 0.2305</w:t>
        <w:br/>
        <w:t>vn 0.1492 -0.5721 0.8065</w:t>
        <w:br/>
        <w:t>vn 0.5316 0.7334 -0.4236</w:t>
        <w:br/>
        <w:t>vn 0.5821 0.6792 -0.4470</w:t>
        <w:br/>
        <w:t>vn 0.7834 0.5702 0.2475</w:t>
        <w:br/>
        <w:t>vn 0.7087 0.6029 0.3664</w:t>
        <w:br/>
        <w:t>vn 0.6859 0.5164 -0.5127</w:t>
        <w:br/>
        <w:t>vn 0.5746 0.5941 -0.5629</w:t>
        <w:br/>
        <w:t>vn 0.6265 0.5463 -0.5559</w:t>
        <w:br/>
        <w:t>vn 0.0856 0.4439 -0.8920</w:t>
        <w:br/>
        <w:t>vn -0.3636 -0.0589 -0.9297</w:t>
        <w:br/>
        <w:t>vn -0.2823 -0.0904 -0.9551</w:t>
        <w:br/>
        <w:t>vn 0.2044 0.4492 -0.8697</w:t>
        <w:br/>
        <w:t>vn -0.5064 -0.7398 -0.4430</w:t>
        <w:br/>
        <w:t>vn -0.7075 -0.5302 -0.4672</w:t>
        <w:br/>
        <w:t>vn -0.3460 -0.2559 -0.9027</w:t>
        <w:br/>
        <w:t>vn -0.0412 0.5235 -0.8510</w:t>
        <w:br/>
        <w:t>vn 0.4762 0.7850 -0.3963</w:t>
        <w:br/>
        <w:t>vn 0.6935 0.5492 -0.4662</w:t>
        <w:br/>
        <w:t>vn 0.3605 0.3186 -0.8767</w:t>
        <w:br/>
        <w:t>vn -0.2677 -0.9572 0.1104</w:t>
        <w:br/>
        <w:t>vn -0.3831 -0.8833 -0.2702</w:t>
        <w:br/>
        <w:t>vn -0.5066 -0.6523 -0.5637</w:t>
        <w:br/>
        <w:t>vn -0.3409 -0.9292 -0.1431</w:t>
        <w:br/>
        <w:t>vn -0.4487 -0.7620 -0.4669</w:t>
        <w:br/>
        <w:t>vn -0.6919 -0.5725 0.4399</w:t>
        <w:br/>
        <w:t>vn -0.5559 -0.8303 -0.0402</w:t>
        <w:br/>
        <w:t>vn -0.5103 -0.8550 -0.0932</w:t>
        <w:br/>
        <w:t>vn -0.0273 -0.9700 -0.2416</w:t>
        <w:br/>
        <w:t>vn 0.1393 -0.8154 -0.5619</w:t>
        <w:br/>
        <w:t>vn -0.3497 0.0204 0.9367</w:t>
        <w:br/>
        <w:t>vn 0.1760 0.3439 0.9224</w:t>
        <w:br/>
        <w:t>vn 0.1236 0.3254 0.9375</w:t>
        <w:br/>
        <w:t>vn -0.3626 0.0574 0.9302</w:t>
        <w:br/>
        <w:t>vn 0.6366 -0.4388 -0.6342</w:t>
        <w:br/>
        <w:t>vn 0.4992 -0.8620 -0.0877</w:t>
        <w:br/>
        <w:t>vn 0.8340 -0.4332 0.3416</w:t>
        <w:br/>
        <w:t>vn 0.9822 0.0110 -0.1874</w:t>
        <w:br/>
        <w:t>vn 0.5407 0.2155 0.8132</w:t>
        <w:br/>
        <w:t>vn 0.4940 0.3097 0.8125</w:t>
        <w:br/>
        <w:t>vn 0.6224 0.3515 0.6993</w:t>
        <w:br/>
        <w:t>vn 0.7693 -0.0069 0.6389</w:t>
        <w:br/>
        <w:t>vn -0.1680 -0.9858 0.0006</w:t>
        <w:br/>
        <w:t>vn -0.1605 -0.9638 0.2127</w:t>
        <w:br/>
        <w:t>vn -0.2428 -0.9699 -0.0165</w:t>
        <w:br/>
        <w:t>vn 0.2816 0.1254 0.9513</w:t>
        <w:br/>
        <w:t>vn 0.4240 0.3466 0.8367</w:t>
        <w:br/>
        <w:t>vn 0.4040 -0.0073 0.9147</w:t>
        <w:br/>
        <w:t>vn 0.3872 -0.4788 0.7879</w:t>
        <w:br/>
        <w:t>vn 0.1593 -0.8927 0.4215</w:t>
        <w:br/>
        <w:t>vn -0.0233 -0.7999 0.5997</w:t>
        <w:br/>
        <w:t>vn 0.1481 -0.3478 0.9258</w:t>
        <w:br/>
        <w:t>vn -0.1880 -0.9682 -0.1649</w:t>
        <w:br/>
        <w:t>vn -0.2114 -0.9772 -0.0191</w:t>
        <w:br/>
        <w:t>vn -0.6742 -0.6607 -0.3300</w:t>
        <w:br/>
        <w:t>vn -0.6863 -0.7027 -0.1878</w:t>
        <w:br/>
        <w:t>vn -0.7638 -0.6380 -0.0978</w:t>
        <w:br/>
        <w:t>vn -0.6056 -0.4158 -0.6785</w:t>
        <w:br/>
        <w:t>vn -0.6469 -0.6917 -0.3211</w:t>
        <w:br/>
        <w:t>vn -0.4641 -0.2543 -0.8485</w:t>
        <w:br/>
        <w:t>vn -0.2629 0.0133 -0.9647</w:t>
        <w:br/>
        <w:t>vn -0.5860 -0.5808 -0.5651</w:t>
        <w:br/>
        <w:t>vn -0.5468 -0.6355 -0.5451</w:t>
        <w:br/>
        <w:t>vn -0.6096 -0.7353 -0.2962</w:t>
        <w:br/>
        <w:t>vn -0.6601 -0.7511 0.0023</w:t>
        <w:br/>
        <w:t>vn -0.3324 -0.9323 -0.1424</w:t>
        <w:br/>
        <w:t>vn -0.0229 -0.9987 0.0453</w:t>
        <w:br/>
        <w:t>vn -0.3922 0.1090 0.9134</w:t>
        <w:br/>
        <w:t>vn 0.0246 0.3871 0.9217</w:t>
        <w:br/>
        <w:t>vn 0.4034 0.6471 0.6470</w:t>
        <w:br/>
        <w:t>vn 0.4115 0.6597 0.6289</w:t>
        <w:br/>
        <w:t>vn 0.4302 0.6832 0.5901</w:t>
        <w:br/>
        <w:t>vn -0.8496 -0.5061 0.1482</w:t>
        <w:br/>
        <w:t>vn -0.8272 -0.5601 0.0442</w:t>
        <w:br/>
        <w:t>vn -0.0510 -0.9982 -0.0306</w:t>
        <w:br/>
        <w:t>vn 0.7267 0.6867 0.0176</w:t>
        <w:br/>
        <w:t>vn 0.6882 0.6975 -0.1999</w:t>
        <w:br/>
        <w:t>vn 0.6872 0.6040 -0.4037</w:t>
        <w:br/>
        <w:t>vn 0.8416 0.2119 -0.4968</w:t>
        <w:br/>
        <w:t>vn -0.5270 -0.8359 -0.1536</w:t>
        <w:br/>
        <w:t>vn 0.0779 -0.2234 0.9716</w:t>
        <w:br/>
        <w:t>vn 0.2766 0.1940 0.9412</w:t>
        <w:br/>
        <w:t>vn 0.4633 0.4733 0.7492</w:t>
        <w:br/>
        <w:t>vn 0.4971 0.4393 0.7483</w:t>
        <w:br/>
        <w:t>vn 0.1206 -0.1975 0.9728</w:t>
        <w:br/>
        <w:t>vn 0.1103 -0.1549 0.9818</w:t>
        <w:br/>
        <w:t>vn 0.3937 0.0430 0.9182</w:t>
        <w:br/>
        <w:t>vn 0.1548 0.0743 0.9851</w:t>
        <w:br/>
        <w:t>vn -0.2071 0.0137 -0.9782</w:t>
        <w:br/>
        <w:t>vn 0.1779 0.3496 -0.9199</w:t>
        <w:br/>
        <w:t>vn -0.1759 -0.0429 -0.9835</w:t>
        <w:br/>
        <w:t>vn -0.3958 -0.6085 -0.6878</w:t>
        <w:br/>
        <w:t>vn -0.3753 -0.3355 -0.8640</w:t>
        <w:br/>
        <w:t>vn 0.0797 -0.1413 0.9868</w:t>
        <w:br/>
        <w:t>vn 0.1104 -0.1549 0.9817</w:t>
        <w:br/>
        <w:t>vn 0.1689 0.3974 0.9020</w:t>
        <w:br/>
        <w:t>vn -0.3591 0.0093 0.9333</w:t>
        <w:br/>
        <w:t>vn -0.4082 0.0347 0.9122</w:t>
        <w:br/>
        <w:t>vn 0.1276 0.4596 0.8789</w:t>
        <w:br/>
        <w:t>vn -0.7259 -0.5260 0.4432</w:t>
        <w:br/>
        <w:t>vn 0.8542 0.2414 -0.4606</w:t>
        <w:br/>
        <w:t>vn 0.5640 -0.1256 -0.8162</w:t>
        <w:br/>
        <w:t>vn 0.5626 0.6127 0.5550</w:t>
        <w:br/>
        <w:t>vn 0.6112 0.5147 0.6013</w:t>
        <w:br/>
        <w:t>vn 0.7536 0.6562 0.0382</w:t>
        <w:br/>
        <w:t>vn 0.4884 0.7147 0.5007</w:t>
        <w:br/>
        <w:t>vn 0.6704 0.3941 0.6287</w:t>
        <w:br/>
        <w:t>vn 0.8860 0.4303 0.1728</w:t>
        <w:br/>
        <w:t>vn -0.4827 -0.8054 -0.3440</w:t>
        <w:br/>
        <w:t>vn -0.4274 -0.8710 -0.2423</w:t>
        <w:br/>
        <w:t>vn 0.1032 -0.6462 -0.7562</w:t>
        <w:br/>
        <w:t>vn 0.0747 -0.5673 -0.8201</w:t>
        <w:br/>
        <w:t>vn -0.5535 0.0178 0.8326</w:t>
        <w:br/>
        <w:t>vn -0.4058 -0.5458 0.7331</w:t>
        <w:br/>
        <w:t>vn -0.1480 -0.2092 0.9666</w:t>
        <w:br/>
        <w:t>vn 0.4539 0.4828 0.7489</w:t>
        <w:br/>
        <w:t>vn -0.1907 0.0102 0.9816</w:t>
        <w:br/>
        <w:t>vn -0.5108 -0.6429 0.5707</w:t>
        <w:br/>
        <w:t>vn -0.1025 -0.8432 0.5277</w:t>
        <w:br/>
        <w:t>vn 0.1854 -0.4442 0.8765</w:t>
        <w:br/>
        <w:t>vn -0.3926 -0.6783 0.6211</w:t>
        <w:br/>
        <w:t>vn -0.4514 -0.8918 -0.0314</w:t>
        <w:br/>
        <w:t>vn -0.2518 -0.9586 -0.1331</w:t>
        <w:br/>
        <w:t>vn -0.5377 -0.8350 -0.1166</w:t>
        <w:br/>
        <w:t>vn 0.6487 0.7502 0.1281</w:t>
        <w:br/>
        <w:t>vn 0.3733 0.0803 -0.9242</w:t>
        <w:br/>
        <w:t>vn 0.5787 0.5484 -0.6036</w:t>
        <w:br/>
        <w:t>vn 0.2321 0.0784 -0.9695</w:t>
        <w:br/>
        <w:t>vn 0.0814 0.3093 -0.9475</w:t>
        <w:br/>
        <w:t>vn 0.3480 0.0066 -0.9375</w:t>
        <w:br/>
        <w:t>vn -0.0403 -0.6134 -0.7888</w:t>
        <w:br/>
        <w:t>vn -0.3250 -0.4770 -0.8166</w:t>
        <w:br/>
        <w:t>vn -0.3556 -0.8809 -0.3124</w:t>
        <w:br/>
        <w:t>vn -0.3851 -0.8500 -0.3593</w:t>
        <w:br/>
        <w:t>vn -0.4323 -0.8041 -0.4080</w:t>
        <w:br/>
        <w:t>vn -0.5115 -0.8548 -0.0874</w:t>
        <w:br/>
        <w:t>vn -0.1253 -0.2496 0.9602</w:t>
        <w:br/>
        <w:t>vn 0.0554 0.0882 0.9946</w:t>
        <w:br/>
        <w:t>vn 0.1403 -0.0552 0.9886</w:t>
        <w:br/>
        <w:t>vn 0.0051 -0.2908 0.9568</w:t>
        <w:br/>
        <w:t>vn -0.3257 -0.8000 0.5039</w:t>
        <w:br/>
        <w:t>vn -0.4279 -0.8965 -0.1149</w:t>
        <w:br/>
        <w:t>vn -0.1446 -0.9809 -0.1299</w:t>
        <w:br/>
        <w:t>vn 0.0539 -0.8245 0.5633</w:t>
        <w:br/>
        <w:t>vn 0.5073 0.8552 0.1064</w:t>
        <w:br/>
        <w:t>vn 0.5761 0.8111 0.1009</w:t>
        <w:br/>
        <w:t>vn 0.4334 0.4700 0.7689</w:t>
        <w:br/>
        <w:t>vn 0.3601 0.5366 0.7632</w:t>
        <w:br/>
        <w:t>vn 0.0063 0.1019 -0.9948</w:t>
        <w:br/>
        <w:t>vn -0.0516 0.2422 -0.9688</w:t>
        <w:br/>
        <w:t>vn -0.3673 -0.5230 -0.7691</w:t>
        <w:br/>
        <w:t>vn -0.2763 -0.5740 -0.7708</w:t>
        <w:br/>
        <w:t>vn 0.7920 0.6063 0.0714</w:t>
        <w:br/>
        <w:t>vn 0.2400 0.8129 -0.5306</w:t>
        <w:br/>
        <w:t>vn 0.1662 0.7132 -0.6809</w:t>
        <w:br/>
        <w:t>vn 0.4816 0.8705 0.1012</w:t>
        <w:br/>
        <w:t>vn 0.2017 0.3156 0.9272</w:t>
        <w:br/>
        <w:t>vn -0.1266 -0.4604 0.8786</w:t>
        <w:br/>
        <w:t>vn 0.2304 -0.6613 0.7138</w:t>
        <w:br/>
        <w:t>vn 0.5792 -0.0871 0.8105</w:t>
        <w:br/>
        <w:t>vn -0.1427 -0.9750 0.1701</w:t>
        <w:br/>
        <w:t>vn -0.4392 -0.8642 0.2454</w:t>
        <w:br/>
        <w:t>vn 0.4632 0.8289 -0.3137</w:t>
        <w:br/>
        <w:t>vn 0.5106 0.7316 0.4517</w:t>
        <w:br/>
        <w:t>vn -0.4061 0.0646 -0.9115</w:t>
        <w:br/>
        <w:t>vn -0.0957 -0.2671 -0.9589</w:t>
        <w:br/>
        <w:t>vn -0.2796 -0.7881 -0.5484</w:t>
        <w:br/>
        <w:t>vn -0.6015 -0.6080 -0.5182</w:t>
        <w:br/>
        <w:t>vn 0.0276 0.5221 -0.8524</w:t>
        <w:br/>
        <w:t>vn 0.4694 0.8224 -0.3214</w:t>
        <w:br/>
        <w:t>vn 0.7483 0.5434 -0.3805</w:t>
        <w:br/>
        <w:t>vn 0.4986 0.3204 -0.8054</w:t>
        <w:br/>
        <w:t>vn -0.4611 -0.8535 0.2427</w:t>
        <w:br/>
        <w:t>vn -0.5843 -0.6035 -0.5426</w:t>
        <w:br/>
        <w:t>vn 0.1206 -0.1976 0.9728</w:t>
        <w:br/>
        <w:t>vn -0.4088 0.2520 0.8771</w:t>
        <w:br/>
        <w:t>vn -0.3734 0.2326 0.8980</w:t>
        <w:br/>
        <w:t>vn -0.8104 -0.2473 0.5312</w:t>
        <w:br/>
        <w:t>vn -0.8620 -0.2458 0.4434</w:t>
        <w:br/>
        <w:t>vn -0.3125 -0.9452 -0.0940</w:t>
        <w:br/>
        <w:t>vn -0.4798 -0.8504 -0.2157</w:t>
        <w:br/>
        <w:t>vn -0.3518 0.2338 0.9064</w:t>
        <w:br/>
        <w:t>vn 0.6672 0.6624 0.3407</w:t>
        <w:br/>
        <w:t>vn 0.5418 0.5663 0.6211</w:t>
        <w:br/>
        <w:t>vn 0.7886 0.5882 0.1793</w:t>
        <w:br/>
        <w:t>vn 0.7185 0.6612 0.2157</w:t>
        <w:br/>
        <w:t>vn 0.6604 0.6395 -0.3937</w:t>
        <w:br/>
        <w:t>vn -0.7759 -0.5467 0.3147</w:t>
        <w:br/>
        <w:t>vn -0.3969 -0.8872 0.2351</w:t>
        <w:br/>
        <w:t>vn 0.8842 0.3578 0.3004</w:t>
        <w:br/>
        <w:t>vn 0.2210 0.5974 0.7709</w:t>
        <w:br/>
        <w:t>vn 0.6760 0.3585 0.6438</w:t>
        <w:br/>
        <w:t>vn 0.7807 0.5893 0.2079</w:t>
        <w:br/>
        <w:t>vn 0.5033 0.8405 0.2006</w:t>
        <w:br/>
        <w:t>vn 0.5881 0.7979 0.1321</w:t>
        <w:br/>
        <w:t>vn 0.5269 0.8332 0.1681</w:t>
        <w:br/>
        <w:t>vn 0.3961 0.7357 -0.5494</w:t>
        <w:br/>
        <w:t>vn 0.4809 0.6466 -0.5922</w:t>
        <w:br/>
        <w:t>vn 0.4712 0.1762 0.8642</w:t>
        <w:br/>
        <w:t>vn -0.0084 0.0996 0.9950</w:t>
        <w:br/>
        <w:t>vn 0.3321 -0.2862 0.8988</w:t>
        <w:br/>
        <w:t>vn -0.3922 -0.5170 -0.7609</w:t>
        <w:br/>
        <w:t>vn -0.0914 -0.6628 -0.7432</w:t>
        <w:br/>
        <w:t>vn 0.7954 0.5656 -0.2177</w:t>
        <w:br/>
        <w:t>vn 0.5494 0.5873 -0.5943</w:t>
        <w:br/>
        <w:t>vn 0.3636 0.5357 -0.7621</w:t>
        <w:br/>
        <w:t>vn 0.6588 0.6182 -0.4287</w:t>
        <w:br/>
        <w:t>vn 0.1857 0.3909 -0.9015</w:t>
        <w:br/>
        <w:t>vn 0.6644 0.7458 0.0491</w:t>
        <w:br/>
        <w:t>vn 0.1149 -0.0362 -0.9927</w:t>
        <w:br/>
        <w:t>vn 0.4411 0.4572 0.7723</w:t>
        <w:br/>
        <w:t>vn 0.4683 0.5102 0.7214</w:t>
        <w:br/>
        <w:t>vn 0.3853 0.4002 0.8315</w:t>
        <w:br/>
        <w:t>vn -0.1450 0.1120 -0.9831</w:t>
        <w:br/>
        <w:t>vn -0.1278 0.0921 -0.9875</w:t>
        <w:br/>
        <w:t>vn 0.5316 0.5878 -0.6098</w:t>
        <w:br/>
        <w:t>vn 0.7281 -0.2968 0.6178</w:t>
        <w:br/>
        <w:t>vn -0.1725 -0.6613 -0.7300</w:t>
        <w:br/>
        <w:t>vn -0.1657 -0.9847 0.0546</w:t>
        <w:br/>
        <w:t>vn -0.1542 -0.8438 -0.5141</w:t>
        <w:br/>
        <w:t>vn 0.1540 0.1823 -0.9711</w:t>
        <w:br/>
        <w:t>vn -0.0298 -0.0712 -0.9970</w:t>
        <w:br/>
        <w:t>vn 0.0086 -0.1463 -0.9892</w:t>
        <w:br/>
        <w:t>vn 0.5315 0.3878 0.7531</w:t>
        <w:br/>
        <w:t>vn 0.6512 0.7557 0.0697</w:t>
        <w:br/>
        <w:t>vn 0.4416 0.5627 -0.6988</w:t>
        <w:br/>
        <w:t>vn 0.0742 0.0339 -0.9967</w:t>
        <w:br/>
        <w:t>vn -0.2119 -0.6204 -0.7552</w:t>
        <w:br/>
        <w:t>vn -0.3311 -0.9372 -0.1100</w:t>
        <w:br/>
        <w:t>vn -0.2688 -0.9577 -0.1027</w:t>
        <w:br/>
        <w:t>vn -0.2439 -0.9514 0.1879</w:t>
        <w:br/>
        <w:t>vn 0.1108 -0.3432 0.9327</w:t>
        <w:br/>
        <w:t>vn 0.2541 -0.1246 0.9591</w:t>
        <w:br/>
        <w:t>vn 0.0772 -0.3852 -0.9196</w:t>
        <w:br/>
        <w:t>vn 0.3673 0.0995 -0.9248</w:t>
        <w:br/>
        <w:t>vn 0.7374 -0.2179 0.6394</w:t>
        <w:br/>
        <w:t>vn 0.5397 0.0339 0.8412</w:t>
        <w:br/>
        <w:t>vn 0.9385 0.2793 0.2029</w:t>
        <w:br/>
        <w:t>vn -0.0205 -0.0823 0.9964</w:t>
        <w:br/>
        <w:t>vn 0.3973 0.5209 0.7555</w:t>
        <w:br/>
        <w:t>vn -0.6638 -0.6312 0.4013</w:t>
        <w:br/>
        <w:t>vn 0.6371 0.2952 -0.7120</w:t>
        <w:br/>
        <w:t>vn -0.1898 -0.3252 -0.9264</w:t>
        <w:br/>
        <w:t>vn 0.0199 -0.3891 -0.9210</w:t>
        <w:br/>
        <w:t>vn -0.5921 -0.8056 0.0223</w:t>
        <w:br/>
        <w:t>vn -0.5187 -0.8009 -0.2992</w:t>
        <w:br/>
        <w:t>vn -0.5813 -0.7458 -0.3256</w:t>
        <w:br/>
        <w:t>vn -0.6676 -0.7439 -0.0296</w:t>
        <w:br/>
        <w:t>vn -0.7427 -0.6040 0.2891</w:t>
        <w:br/>
        <w:t>vn -0.5904 -0.7071 0.3890</w:t>
        <w:br/>
        <w:t>vn -0.4114 -0.6075 -0.6795</w:t>
        <w:br/>
        <w:t>vn -0.3284 -0.6816 -0.6539</w:t>
        <w:br/>
        <w:t>vn -0.5414 -0.4407 -0.7160</w:t>
        <w:br/>
        <w:t>vn -0.6333 -0.3990 0.6631</w:t>
        <w:br/>
        <w:t>vn -0.2448 0.0143 0.9695</w:t>
        <w:br/>
        <w:t>vn -0.0675 -0.1378 0.9882</w:t>
        <w:br/>
        <w:t>vn -0.4305 -0.4838 0.7619</w:t>
        <w:br/>
        <w:t>vn -0.2381 -0.0915 -0.9669</w:t>
        <w:br/>
        <w:t>vn 0.1516 0.3865 -0.9097</w:t>
        <w:br/>
        <w:t>vn 0.3650 0.2382 0.9000</w:t>
        <w:br/>
        <w:t>vn 0.2709 0.4341 0.8592</w:t>
        <w:br/>
        <w:t>vn 0.6987 -0.4329 -0.5695</w:t>
        <w:br/>
        <w:t>vn 0.4339 -0.7651 -0.4758</w:t>
        <w:br/>
        <w:t>vn 0.0208 -0.1862 -0.9823</w:t>
        <w:br/>
        <w:t>vn 0.4492 0.7819 -0.4323</w:t>
        <w:br/>
        <w:t>vn 0.5045 0.8613 0.0612</w:t>
        <w:br/>
        <w:t>vn 0.2796 0.6282 -0.7261</w:t>
        <w:br/>
        <w:t>vn -0.5975 -0.1781 0.7819</w:t>
        <w:br/>
        <w:t>vn -0.8260 -0.4694 -0.3121</w:t>
        <w:br/>
        <w:t>vn -0.6699 -0.3296 -0.6653</w:t>
        <w:br/>
        <w:t>vn 0.0762 -0.3687 -0.9264</w:t>
        <w:br/>
        <w:t>vn 0.3453 -0.0761 -0.9354</w:t>
        <w:br/>
        <w:t>vn -0.4305 -0.4839 0.7619</w:t>
        <w:br/>
        <w:t>vn -0.7077 -0.5789 0.4049</w:t>
        <w:br/>
        <w:t>vn -0.8873 -0.4611 0.0089</w:t>
        <w:br/>
        <w:t>vn 0.0325 0.6361 0.7709</w:t>
        <w:br/>
        <w:t>vn 0.3680 0.7531 0.5454</w:t>
        <w:br/>
        <w:t>vn -0.4565 0.8727 -0.1733</w:t>
        <w:br/>
        <w:t>vn -0.4373 0.8979 -0.0512</w:t>
        <w:br/>
        <w:t>vn -0.5209 0.8205 -0.2354</w:t>
        <w:br/>
        <w:t>vn -0.6499 0.7184 0.2480</w:t>
        <w:br/>
        <w:t>vn -0.7739 0.6247 0.1036</w:t>
        <w:br/>
        <w:t>vn -0.5975 -0.1781 0.7818</w:t>
        <w:br/>
        <w:t>vn -0.5978 0.5525 0.5808</w:t>
        <w:br/>
        <w:t>vn -0.8737 0.4550 -0.1720</w:t>
        <w:br/>
        <w:t>vn -0.8189 0.4996 -0.2823</w:t>
        <w:br/>
        <w:t>vn -0.7275 0.6173 -0.2996</w:t>
        <w:br/>
        <w:t>vn -0.6529 0.4122 -0.6355</w:t>
        <w:br/>
        <w:t>vn -0.6214 0.7379 -0.2635</w:t>
        <w:br/>
        <w:t>vn -0.4065 0.6659 -0.6256</w:t>
        <w:br/>
        <w:t>vn -0.6529 0.4122 -0.6354</w:t>
        <w:br/>
        <w:t>vn -0.9146 0.1831 0.3606</w:t>
        <w:br/>
        <w:t>vn -0.7739 0.6247 0.1037</w:t>
        <w:br/>
        <w:t>vn -0.9070 0.4031 0.1219</w:t>
        <w:br/>
        <w:t>vn -0.9488 0.3139 -0.0345</w:t>
        <w:br/>
        <w:t>vn -0.0975 0.9091 0.4051</w:t>
        <w:br/>
        <w:t>vn -0.8883 0.4383 0.1369</w:t>
        <w:br/>
        <w:t>vn -0.9406 0.2348 0.2452</w:t>
        <w:br/>
        <w:t>vn -0.9703 0.2050 -0.1281</w:t>
        <w:br/>
        <w:t>vn -0.9077 0.4038 -0.1138</w:t>
        <w:br/>
        <w:t>vn -0.8291 0.3159 0.4614</w:t>
        <w:br/>
        <w:t>vn -0.8364 0.4422 0.3239</w:t>
        <w:br/>
        <w:t>vn -0.2893 0.5429 -0.7884</w:t>
        <w:br/>
        <w:t>vn -0.2318 0.7801 -0.5812</w:t>
        <w:br/>
        <w:t>vn -0.5598 0.6364 -0.5308</w:t>
        <w:br/>
        <w:t>vn 0.3365 0.9407 0.0426</w:t>
        <w:br/>
        <w:t>vn 0.1428 0.8818 0.4495</w:t>
        <w:br/>
        <w:t>vn -0.0500 0.9866 0.1554</w:t>
        <w:br/>
        <w:t>vn -0.4908 0.5785 0.6515</w:t>
        <w:br/>
        <w:t>vn -0.5600 0.7285 0.3946</w:t>
        <w:br/>
        <w:t>vn -0.3116 0.9038 0.2933</w:t>
        <w:br/>
        <w:t>vn -0.7239 0.5434 0.4251</w:t>
        <w:br/>
        <w:t>vn -0.4909 0.5785 0.6515</w:t>
        <w:br/>
        <w:t>vn -0.0938 0.9407 -0.3261</w:t>
        <w:br/>
        <w:t>vn 0.1675 0.8175 -0.5510</w:t>
        <w:br/>
        <w:t>vn -0.0803 0.9923 -0.0948</w:t>
        <w:br/>
        <w:t>vn -0.7007 0.3079 -0.6435</w:t>
        <w:br/>
        <w:t>vn -0.7348 0.4517 -0.5059</w:t>
        <w:br/>
        <w:t>vn -0.8421 0.2327 -0.4865</w:t>
        <w:br/>
        <w:t>vn -0.8430 0.3942 -0.3661</w:t>
        <w:br/>
        <w:t>vn -0.5600 0.7285 0.3945</w:t>
        <w:br/>
        <w:t>vn -0.7239 0.5434 0.4252</w:t>
        <w:br/>
        <w:t>vn -0.4607 0.8536 -0.2433</w:t>
        <w:br/>
        <w:t>vn -0.7740 0.6247 0.1037</w:t>
        <w:br/>
        <w:t>vn -0.4909 0.8610 -0.1333</w:t>
        <w:br/>
        <w:t>vn -0.9070 0.4031 0.1218</w:t>
        <w:br/>
        <w:t>vn -0.7348 0.4518 -0.5059</w:t>
        <w:br/>
        <w:t>vn -0.7818 0.5628 -0.2686</w:t>
        <w:br/>
        <w:t>vn -0.3968 -0.8873 0.2351</w:t>
        <w:br/>
        <w:t>vn -0.4794 -0.7540 -0.4491</w:t>
        <w:br/>
        <w:t>vn -0.3177 -0.8744 -0.3666</w:t>
        <w:br/>
        <w:t>vn -0.6638 -0.6312 0.4012</w:t>
        <w:br/>
        <w:t>vn 0.9822 0.0111 -0.1874</w:t>
        <w:br/>
        <w:t>vn 0.7281 -0.2969 0.6179</w:t>
        <w:br/>
        <w:t>vn 0.6166 0.1575 -0.7713</w:t>
        <w:br/>
        <w:t>vn 0.5872 0.4274 -0.6874</w:t>
        <w:br/>
        <w:t>vn 0.3502 0.7416 -0.5722</w:t>
        <w:br/>
        <w:t>vn 0.3943 0.7836 -0.4801</w:t>
        <w:br/>
        <w:t>vn 0.0555 0.0882 0.9946</w:t>
        <w:br/>
        <w:t>vn 0.4562 0.3806 -0.8044</w:t>
        <w:br/>
        <w:t>vn 0.6764 0.3788 0.6316</w:t>
        <w:br/>
        <w:t>vn 0.5791 -0.0871 0.8106</w:t>
        <w:br/>
        <w:t>vn 0.3280 -0.3330 -0.8840</w:t>
        <w:br/>
        <w:t>vn 0.9064 -0.3258 0.2688</w:t>
        <w:br/>
        <w:t>vn 0.1984 0.2141 -0.9564</w:t>
        <w:br/>
        <w:t>vn -0.0813 0.1823 -0.9799</w:t>
        <w:br/>
        <w:t>vn -0.0163 0.3244 -0.9458</w:t>
        <w:br/>
        <w:t>vn -0.3359 -0.0281 -0.9415</w:t>
        <w:br/>
        <w:t>vn 0.1145 0.3538 -0.9283</w:t>
        <w:br/>
        <w:t>vn -0.1630 0.0510 -0.9853</w:t>
        <w:br/>
        <w:t>vn -0.1450 0.1121 -0.9831</w:t>
        <w:br/>
        <w:t>vn -0.3716 -0.0910 -0.9239</w:t>
        <w:br/>
        <w:t>vn 0.4072 -0.0130 -0.9133</w:t>
        <w:br/>
        <w:t>vn 0.8385 0.5355 0.1008</w:t>
        <w:br/>
        <w:t>vn 0.8541 0.2414 -0.4606</w:t>
        <w:br/>
        <w:t>vn 0.8065 0.4430 0.3916</w:t>
        <w:br/>
        <w:t>vn 0.3935 0.3506 0.8499</w:t>
        <w:br/>
        <w:t>vn 0.6237 0.0677 0.7788</w:t>
        <w:br/>
        <w:t>vn 0.0344 -0.6288 0.7768</w:t>
        <w:br/>
        <w:t>vn -0.4667 -0.8597 0.2074</w:t>
        <w:br/>
        <w:t>vn -0.5229 -0.8151 0.2495</w:t>
        <w:br/>
        <w:t>vn -0.0077 -0.4365 0.8997</w:t>
        <w:br/>
        <w:t>vn 0.6292 0.6865 0.3645</w:t>
        <w:br/>
        <w:t>vn 0.8943 0.4422 0.0688</w:t>
        <w:br/>
        <w:t>vn 0.0363 0.4918 -0.8699</w:t>
        <w:br/>
        <w:t>vn -0.4463 -0.0224 -0.8946</w:t>
        <w:br/>
        <w:t>vn -0.5708 -0.5951 -0.5656</w:t>
        <w:br/>
        <w:t>vn -0.2823 -0.0904 -0.9550</w:t>
        <w:br/>
        <w:t>vn -0.3637 -0.0589 -0.9297</w:t>
        <w:br/>
        <w:t>vn -0.6362 -0.5699 -0.5202</w:t>
        <w:br/>
        <w:t>vn 0.2530 0.2173 0.9428</w:t>
        <w:br/>
        <w:t>vn 0.0319 0.5227 0.8519</w:t>
        <w:br/>
        <w:t>vn 0.7903 0.3567 -0.4982</w:t>
        <w:br/>
        <w:t>vn 0.5265 -0.0422 -0.8491</w:t>
        <w:br/>
        <w:t>vn 0.0726 -0.5389 -0.8392</w:t>
        <w:br/>
        <w:t>vn 0.1690 -0.6338 -0.7549</w:t>
        <w:br/>
        <w:t>vn -0.7215 -0.5595 0.4079</w:t>
        <w:br/>
        <w:t>vn 0.5562 -0.0529 -0.8294</w:t>
        <w:br/>
        <w:t>vn 0.6713 -0.1763 -0.7199</w:t>
        <w:br/>
        <w:t>vn 0.9319 0.2589 -0.2539</w:t>
        <w:br/>
        <w:t>vn 0.7908 0.3896 -0.4722</w:t>
        <w:br/>
        <w:t>vn 0.3806 0.7602 0.5266</w:t>
        <w:br/>
        <w:t>vn 0.5243 0.3756 0.7642</w:t>
        <w:br/>
        <w:t>vn 0.1572 0.4683 0.8695</w:t>
        <w:br/>
        <w:t>vn 0.2655 0.4727 0.8403</w:t>
        <w:br/>
        <w:t>vn 0.4028 0.6381 0.6561</w:t>
        <w:br/>
        <w:t>vn -0.0690 0.4282 0.9010</w:t>
        <w:br/>
        <w:t>vn 0.1135 -0.0589 0.9918</w:t>
        <w:br/>
        <w:t>vn -0.6307 0.7759 0.0157</w:t>
        <w:br/>
        <w:t>vn -0.0484 0.4378 0.8978</w:t>
        <w:br/>
        <w:t>vn -0.0993 0.4362 0.8944</w:t>
        <w:br/>
        <w:t>vn -0.5831 -0.4668 0.6649</w:t>
        <w:br/>
        <w:t>vn -0.5513 -0.5567 0.6214</w:t>
        <w:br/>
        <w:t>vn -0.4545 -0.7809 0.4285</w:t>
        <w:br/>
        <w:t>vn -0.6671 -0.6543 0.3561</w:t>
        <w:br/>
        <w:t>vn 0.8203 0.5712 -0.0283</w:t>
        <w:br/>
        <w:t>vn 0.6030 0.7965 -0.0455</w:t>
        <w:br/>
        <w:t>vn 0.6226 0.6884 -0.3720</w:t>
        <w:br/>
        <w:t>vn 0.8446 0.4243 -0.3266</w:t>
        <w:br/>
        <w:t>vn 0.1281 0.9189 -0.3731</w:t>
        <w:br/>
        <w:t>vn 0.3179 0.8708 -0.3751</w:t>
        <w:br/>
        <w:t>vn 0.3341 0.9413 -0.0485</w:t>
        <w:br/>
        <w:t>vn 0.1959 0.9802 -0.0296</w:t>
        <w:br/>
        <w:t>vn -0.7919 -0.2837 0.5407</w:t>
        <w:br/>
        <w:t>vn -0.6634 -0.1395 0.7352</w:t>
        <w:br/>
        <w:t>vn -0.6084 -0.3803 0.6966</w:t>
        <w:br/>
        <w:t>vn -0.6965 -0.5510 0.4596</w:t>
        <w:br/>
        <w:t>vn 0.9740 0.1775 -0.1411</w:t>
        <w:br/>
        <w:t>vn 0.9388 0.3426 -0.0350</w:t>
        <w:br/>
        <w:t>vn 0.9091 0.4152 -0.0330</w:t>
        <w:br/>
        <w:t>vn 0.9133 0.2778 -0.2977</w:t>
        <w:br/>
        <w:t>vn -0.0784 -0.7826 0.6176</w:t>
        <w:br/>
        <w:t>vn -0.5076 -0.8318 0.2245</w:t>
        <w:br/>
        <w:t>vn -0.4545 -0.7809 0.4286</w:t>
        <w:br/>
        <w:t>vn -0.7197 -0.6711 0.1779</w:t>
        <w:br/>
        <w:t>vn -0.6671 -0.6544 0.3561</w:t>
        <w:br/>
        <w:t>vn 0.8446 0.4243 -0.3265</w:t>
        <w:br/>
        <w:t>vn 0.5671 0.4954 -0.6580</w:t>
        <w:br/>
        <w:t>vn 0.7753 0.2308 -0.5880</w:t>
        <w:br/>
        <w:t>vn 0.3179 0.8708 -0.3752</w:t>
        <w:br/>
        <w:t>vn 0.2661 0.7027 -0.6598</w:t>
        <w:br/>
        <w:t>vn 0.1281 0.9189 -0.3730</w:t>
        <w:br/>
        <w:t>vn 0.0433 0.7397 -0.6715</w:t>
        <w:br/>
        <w:t>vn -0.3491 0.7115 -0.6098</w:t>
        <w:br/>
        <w:t>vn -0.1420 0.9379 -0.3164</w:t>
        <w:br/>
        <w:t>vn -0.3151 0.9187 -0.2381</w:t>
        <w:br/>
        <w:t>vn -0.5819 0.6453 -0.4950</w:t>
        <w:br/>
        <w:t>vn 0.9366 0.1168 -0.3304</w:t>
        <w:br/>
        <w:t>vn 0.9862 0.1000 0.1322</w:t>
        <w:br/>
        <w:t>vn -0.1420 0.9380 -0.3163</w:t>
        <w:br/>
        <w:t>vn -0.8415 -0.0216 0.5399</w:t>
        <w:br/>
        <w:t>vn -0.6741 0.1190 0.7290</w:t>
        <w:br/>
        <w:t>vn 0.2696 0.5396 -0.7976</w:t>
        <w:br/>
        <w:t>vn 0.3352 0.5638 -0.7548</w:t>
        <w:br/>
        <w:t>vn 0.3929 0.6372 -0.6630</w:t>
        <w:br/>
        <w:t>vn 0.5956 0.7186 -0.3589</w:t>
        <w:br/>
        <w:t>vn 0.5707 0.7530 -0.3276</w:t>
        <w:br/>
        <w:t>vn 0.5612 0.7987 -0.2169</w:t>
        <w:br/>
        <w:t>vn 0.3792 0.6258 -0.6816</w:t>
        <w:br/>
        <w:t>vn 0.4396 0.6898 -0.5753</w:t>
        <w:br/>
        <w:t>vn 0.5922 0.8041 0.0529</w:t>
        <w:br/>
        <w:t>vn 0.5786 0.8137 -0.0551</w:t>
        <w:br/>
        <w:t>vn 0.5303 0.7956 0.2928</w:t>
        <w:br/>
        <w:t>vn 0.5373 0.7462 -0.3929</w:t>
        <w:br/>
        <w:t>vn 0.4480 0.7507 0.4855</w:t>
        <w:br/>
        <w:t>vn -0.3825 -0.2332 -0.8940</w:t>
        <w:br/>
        <w:t>vn -0.8620 -0.2458 0.4433</w:t>
        <w:br/>
        <w:t>vn -0.9700 0.2036 -0.1325</w:t>
        <w:br/>
        <w:t>vn -0.9555 0.2290 0.1859</w:t>
        <w:br/>
        <w:t>vn -0.8619 0.2409 -0.4462</w:t>
        <w:br/>
        <w:t>vn -0.1522 -0.0018 0.9884</w:t>
        <w:br/>
        <w:t>vn -0.5061 -0.6310 0.5879</w:t>
        <w:br/>
        <w:t>vn -0.0992 -0.0360 -0.9944</w:t>
        <w:br/>
        <w:t>vn 0.0661 0.2578 -0.9639</w:t>
        <w:br/>
        <w:t>vn -0.4063 -0.9062 -0.1170</w:t>
        <w:br/>
        <w:t>vn -0.3755 -0.9035 0.2065</w:t>
        <w:br/>
        <w:t>vn -0.3096 -0.9289 0.2031</w:t>
        <w:br/>
        <w:t>vn 0.3213 0.6995 -0.6383</w:t>
        <w:br/>
        <w:t>vn -0.0516 0.2423 -0.9688</w:t>
        <w:br/>
        <w:t>vn 0.3865 0.6414 -0.6628</w:t>
        <w:br/>
        <w:t>vn -0.5596 -0.7793 0.2821</w:t>
        <w:br/>
        <w:t>vn -0.0619 -0.3903 0.9186</w:t>
        <w:br/>
        <w:t>vn -0.6958 -0.5530 -0.4584</w:t>
        <w:br/>
        <w:t>vn -0.5100 -0.7560 -0.4103</w:t>
        <w:br/>
        <w:t>vn -0.7824 -0.5241 0.3364</w:t>
        <w:br/>
        <w:t>vn -0.1325 -0.4314 0.8924</w:t>
        <w:br/>
        <w:t>vn 0.2333 0.2514 0.9393</w:t>
        <w:br/>
        <w:t>vn -0.3733 -0.0110 -0.9276</w:t>
        <w:br/>
        <w:t>vn 0.0413 -0.5181 -0.8543</w:t>
        <w:br/>
        <w:t>vn -0.3150 0.9187 -0.2381</w:t>
        <w:br/>
        <w:t>vn -0.8610 -0.4065 0.3056</w:t>
        <w:br/>
        <w:t>vn -0.9385 -0.1604 0.3058</w:t>
        <w:br/>
        <w:t>vn 0.0695 0.3522 -0.9334</w:t>
        <w:br/>
        <w:t>vn 0.5021 0.6996 0.5084</w:t>
        <w:br/>
        <w:t>vn 0.7678 0.6397 0.0357</w:t>
        <w:br/>
        <w:t>vn 0.1541 0.1823 -0.9711</w:t>
        <w:br/>
        <w:t>vn -0.1521 -0.0017 0.9884</w:t>
        <w:br/>
        <w:t>vn 0.3200 0.5667 0.7592</w:t>
        <w:br/>
        <w:t>vn 0.4519 0.1508 0.8792</w:t>
        <w:br/>
        <w:t>vn 0.4046 0.2349 0.8838</w:t>
        <w:br/>
        <w:t>vn 0.6536 0.6689 0.3540</w:t>
        <w:br/>
        <w:t>vn 0.3811 0.6735 0.6334</w:t>
        <w:br/>
        <w:t>vn 0.4930 0.7673 -0.4100</w:t>
        <w:br/>
        <w:t>vn -0.4720 0.0635 0.8793</w:t>
        <w:br/>
        <w:t>vn 0.0563 0.5135 -0.8563</w:t>
        <w:br/>
        <w:t>vn -0.3733 -0.0109 -0.9277</w:t>
        <w:br/>
        <w:t>vn 0.0690 0.5136 0.8553</w:t>
        <w:br/>
        <w:t>vn 0.7903 0.3566 -0.4983</w:t>
        <w:br/>
        <w:t>vn -0.1907 0.0103 0.9816</w:t>
        <w:br/>
        <w:t>vn -0.1768 -0.2452 0.9532</w:t>
        <w:br/>
        <w:t>vn 0.2794 0.5653 0.7761</w:t>
        <w:br/>
        <w:t>vn -0.1497 0.2681 -0.9517</w:t>
        <w:br/>
        <w:t>vn 0.4480 0.7786 0.4394</w:t>
        <w:br/>
        <w:t>vn 0.4046 0.2348 0.8838</w:t>
        <w:br/>
        <w:t>vn 0.6237 0.0677 0.7787</w:t>
        <w:br/>
        <w:t>vn 0.7375 -0.2183 0.6391</w:t>
        <w:br/>
        <w:t>vn 0.3097 -0.7940 0.5231</w:t>
        <w:br/>
        <w:t>vn 0.7461 -0.4993 0.4404</w:t>
        <w:br/>
        <w:t>vn 0.4690 -0.8311 0.2990</w:t>
        <w:br/>
        <w:t>vn 0.3894 -0.9185 -0.0684</w:t>
        <w:br/>
        <w:t>vn 0.7994 -0.3936 -0.4539</w:t>
        <w:br/>
        <w:t>vn 0.5587 -0.7148 -0.4206</w:t>
        <w:br/>
        <w:t>vn 0.8977 -0.2290 -0.3764</w:t>
        <w:br/>
        <w:t>vn 0.7995 -0.3936 -0.4538</w:t>
        <w:br/>
        <w:t>vn 0.7722 -0.2789 0.5710</w:t>
        <w:br/>
        <w:t>vn 0.7462 -0.4993 0.4404</w:t>
        <w:br/>
        <w:t>vn 0.8985 -0.3277 0.2920</w:t>
        <w:br/>
        <w:t>vn 0.5700 -0.7880 0.2327</w:t>
        <w:br/>
        <w:t>vn 0.4197 -0.8976 -0.1347</w:t>
        <w:br/>
        <w:t>vn 0.1454 -0.0636 -0.9873</w:t>
        <w:br/>
        <w:t>vn 0.6595 -0.3274 -0.6767</w:t>
        <w:br/>
        <w:t>vn 0.7798 -0.5200 0.3487</w:t>
        <w:br/>
        <w:t>vn 0.8732 -0.3661 0.3216</w:t>
        <w:br/>
        <w:t>vn 0.4636 -0.7265 -0.5072</w:t>
        <w:br/>
        <w:t>vn 0.7798 -0.5200 0.3486</w:t>
        <w:br/>
        <w:t>vn 0.1455 -0.0636 -0.9873</w:t>
        <w:br/>
        <w:t>vn 0.6595 -0.3274 -0.6766</w:t>
        <w:br/>
        <w:t>vn 0.8901 -0.4149 0.1886</w:t>
        <w:br/>
        <w:t>vn 0.6919 -0.6968 0.1889</w:t>
        <w:br/>
        <w:t>vn 0.5183 -0.8546 -0.0312</w:t>
        <w:br/>
        <w:t>vn 0.4583 -0.5070 -0.7300</w:t>
        <w:br/>
        <w:t>vn 0.3483 -0.8238 -0.4473</w:t>
        <w:br/>
        <w:t>vn -0.0957 -0.2670 -0.9589</w:t>
        <w:br/>
        <w:t>vn 0.7884 0.0897 -0.6086</w:t>
        <w:br/>
        <w:t>vn 0.9590 -0.2485 0.1363</w:t>
        <w:br/>
        <w:t>vn 0.6382 -0.7386 0.2174</w:t>
        <w:br/>
        <w:t>vn -0.1688 -0.9737 0.1533</w:t>
        <w:br/>
        <w:t>vn 0.3600 -0.6222 -0.6951</w:t>
        <w:br/>
        <w:t>vn -0.3099 -0.8255 -0.4718</w:t>
        <w:br/>
        <w:t>vn 0.3599 -0.6223 -0.6951</w:t>
        <w:br/>
        <w:t>vn 0.0170 -0.1181 -0.9929</w:t>
        <w:br/>
        <w:t>vn 0.8832 -0.4231 0.2023</w:t>
        <w:br/>
        <w:t>vn 0.8713 0.4684 -0.1464</w:t>
        <w:br/>
        <w:t>vn 0.8741 0.0657 -0.4812</w:t>
        <w:br/>
        <w:t>vn 0.7061 -0.1785 -0.6852</w:t>
        <w:br/>
        <w:t>vn 0.6279 -0.3386 -0.7008</w:t>
        <w:br/>
        <w:t>vn 0.9896 -0.0281 -0.1410</w:t>
        <w:br/>
        <w:t>vn 0.9480 0.2303 -0.2198</w:t>
        <w:br/>
        <w:t>vn 0.6826 0.6878 -0.2470</w:t>
        <w:br/>
        <w:t>vn 0.7242 0.6610 -0.1964</w:t>
        <w:br/>
        <w:t>vn 0.7242 0.6610 -0.1965</w:t>
        <w:br/>
        <w:t>vn 0.9308 0.0626 -0.3600</w:t>
        <w:br/>
        <w:t>vn 0.7967 -0.1125 -0.5938</w:t>
        <w:br/>
        <w:t>vn 0.8157 0.1463 -0.5597</w:t>
        <w:br/>
        <w:t>vn 0.9664 -0.2429 0.0846</w:t>
        <w:br/>
        <w:t>vn 0.9948 -0.0948 -0.0372</w:t>
        <w:br/>
        <w:t>vn 0.8685 0.4687 0.1612</w:t>
        <w:br/>
        <w:t>vn 0.5807 0.5757 -0.5757</w:t>
        <w:br/>
        <w:t>vn 0.5806 0.5757 -0.5757</w:t>
        <w:br/>
        <w:t>vn 0.5859 0.6703 -0.4555</w:t>
        <w:br/>
        <w:t>vn 0.9445 -0.1165 -0.3073</w:t>
        <w:br/>
        <w:t>vn 0.9319 0.0230 -0.3620</w:t>
        <w:br/>
        <w:t>vn 0.9986 0.0534 -0.0038</w:t>
        <w:br/>
        <w:t>vn 0.9550 0.2408 -0.1732</w:t>
        <w:br/>
        <w:t>vn 0.4563 0.3806 -0.8044</w:t>
        <w:br/>
        <w:t>vn 0.7483 0.3876 0.5383</w:t>
        <w:br/>
        <w:t>vn 0.9588 -0.1043 0.2643</w:t>
        <w:br/>
        <w:t>vn 0.9065 -0.2780 0.3177</w:t>
        <w:br/>
        <w:t>vn 0.6540 0.7441 -0.1363</w:t>
        <w:br/>
        <w:t>vn 0.6391 0.7685 -0.0311</w:t>
        <w:br/>
        <w:t>vn 0.7402 0.6648 0.1006</w:t>
        <w:br/>
        <w:t>vn 0.9327 -0.2380 0.2710</w:t>
        <w:br/>
        <w:t>vn 0.9883 -0.0996 0.1159</w:t>
        <w:br/>
        <w:t>vn 0.9911 0.1153 0.0667</w:t>
        <w:br/>
        <w:t>vn 0.9592 0.0626 -0.2758</w:t>
        <w:br/>
        <w:t>vn 0.9564 -0.2596 -0.1334</w:t>
        <w:br/>
        <w:t>vn 0.7722 -0.2789 0.5709</w:t>
        <w:br/>
        <w:t>vn 0.8822 -0.3775 0.2816</w:t>
        <w:br/>
        <w:t>vn 0.6269 0.7788 0.0218</w:t>
        <w:br/>
        <w:t>vn 0.6268 0.7789 0.0217</w:t>
        <w:br/>
        <w:t>vn 0.4341 0.7380 0.5166</w:t>
        <w:br/>
        <w:t>vn 0.7493 0.5717 0.3341</w:t>
        <w:br/>
        <w:t>vn 0.0743 -0.9951 -0.0653</w:t>
        <w:br/>
        <w:t>vn -0.2852 -0.9585 0.0067</w:t>
        <w:br/>
        <w:t>vn 0.9328 -0.3289 0.1472</w:t>
        <w:br/>
        <w:t>vn 0.8048 -0.4772 -0.3529</w:t>
        <w:br/>
        <w:t>vn 0.9319 0.2589 -0.2540</w:t>
        <w:br/>
        <w:t>vn 0.2294 -0.6948 -0.6816</w:t>
        <w:br/>
        <w:t>vn 0.9615 0.2733 0.0298</w:t>
        <w:br/>
        <w:t>vn 0.7163 -0.3637 0.5955</w:t>
        <w:br/>
        <w:t>vn 0.7780 -0.3620 0.5135</w:t>
        <w:br/>
        <w:t>vn 0.3743 -0.6877 0.6220</w:t>
        <w:br/>
        <w:t>vn 0.4262 -0.5667 0.7051</w:t>
        <w:br/>
        <w:t>vn 0.0131 -0.2595 0.9656</w:t>
        <w:br/>
        <w:t>vn 0.5628 -0.4325 0.7044</w:t>
        <w:br/>
        <w:t>vn -0.3058 -0.0151 0.9520</w:t>
        <w:br/>
        <w:t>vn 0.0132 -0.2595 0.9656</w:t>
        <w:br/>
        <w:t>vn -0.4382 -0.1260 0.8900</w:t>
        <w:br/>
        <w:t>vn 0.0024 0.3071 0.9517</w:t>
        <w:br/>
        <w:t>vn -0.0361 0.2895 0.9565</w:t>
        <w:br/>
        <w:t>vn -0.0362 0.2896 0.9565</w:t>
        <w:br/>
        <w:t>vn 0.5702 -0.6977 0.4337</w:t>
        <w:br/>
        <w:t>vn 0.5694 -0.6812 0.4603</w:t>
        <w:br/>
        <w:t>vn 0.5783 -0.6369 0.5099</w:t>
        <w:br/>
        <w:t>vn 0.6122 -0.6416 0.4621</w:t>
        <w:br/>
        <w:t>vn 0.5553 -0.6533 0.5147</w:t>
        <w:br/>
        <w:t>vn 0.5969 -0.6880 0.4128</w:t>
        <w:br/>
        <w:t>vn -0.1199 0.2710 0.9551</w:t>
        <w:br/>
        <w:t>vn -0.0747 0.2714 0.9596</w:t>
        <w:br/>
        <w:t>vn -0.0748 0.2715 0.9595</w:t>
        <w:br/>
        <w:t>vn 0.5651 -0.7257 0.3925</w:t>
        <w:br/>
        <w:t>vn 0.5853 -0.6777 0.4452</w:t>
        <w:br/>
        <w:t>vn 0.5855 -0.6776 0.4450</w:t>
        <w:br/>
        <w:t>vn 0.6403 -0.6291 0.4406</w:t>
        <w:br/>
        <w:t>vn 0.6802 -0.6527 0.3337</w:t>
        <w:br/>
        <w:t>vn 0.6967 -0.5856 0.4143</w:t>
        <w:br/>
        <w:t>vn 0.9328 -0.3290 0.1473</w:t>
        <w:br/>
        <w:t>vn 0.6006 -0.7433 0.2945</w:t>
        <w:br/>
        <w:t>vn 0.0744 -0.9951 -0.0654</w:t>
        <w:br/>
        <w:t>vn 0.6006 -0.7434 0.2945</w:t>
        <w:br/>
        <w:t>vn 0.8048 -0.4773 -0.3529</w:t>
        <w:br/>
        <w:t>vn 0.6801 -0.6527 0.3339</w:t>
        <w:br/>
        <w:t>vn 0.6403 -0.6292 0.4406</w:t>
        <w:br/>
        <w:t>vn 0.9328 -0.3291 0.1472</w:t>
        <w:br/>
        <w:t>vn 0.5804 -0.6689 0.4644</w:t>
        <w:br/>
        <w:t>vn 0.8923 -0.4425 0.0894</w:t>
        <w:br/>
        <w:t>vn 0.9080 -0.4165 0.0463</w:t>
        <w:br/>
        <w:t>vn 0.8421 -0.5389 0.0190</w:t>
        <w:br/>
        <w:t>vn 0.7897 -0.6128 0.0301</w:t>
        <w:br/>
        <w:t>vn 0.8542 -0.5115 0.0934</w:t>
        <w:br/>
        <w:t>vn 0.6481 0.7615 -0.0128</w:t>
        <w:br/>
        <w:t>vn 0.6480 0.7615 -0.0128</w:t>
        <w:br/>
        <w:t>vn 0.7014 0.4736 0.5326</w:t>
        <w:br/>
        <w:t>vn 0.7015 0.4736 0.5326</w:t>
        <w:br/>
        <w:t>vn 0.8432 -0.5225 0.1267</w:t>
        <w:br/>
        <w:t>vn 0.6382 -0.7474 0.1847</w:t>
        <w:br/>
        <w:t>vn 0.6649 -0.7469 -0.0042</w:t>
        <w:br/>
        <w:t>vn 0.8477 -0.5301 -0.0205</w:t>
        <w:br/>
        <w:t>vn 0.7764 -0.6222 -0.1002</w:t>
        <w:br/>
        <w:t>vn 0.8908 -0.4521 0.0460</w:t>
        <w:br/>
        <w:t>vn 0.8477 -0.5301 -0.0204</w:t>
        <w:br/>
        <w:t>vn 0.8432 -0.5224 0.1267</w:t>
        <w:br/>
        <w:t>vn 0.9306 -0.3659 -0.0131</w:t>
        <w:br/>
        <w:t>vn 0.9934 -0.1097 -0.0321</w:t>
        <w:br/>
        <w:t>vn 0.9360 -0.2512 -0.2467</w:t>
        <w:br/>
        <w:t>vn 0.8832 -0.3653 -0.2942</w:t>
        <w:br/>
        <w:t>vn 0.9540 -0.2377 0.1828</w:t>
        <w:br/>
        <w:t>vn 0.8940 -0.3848 0.2294</w:t>
        <w:br/>
        <w:t>vn 0.6612 0.7108 -0.2400</w:t>
        <w:br/>
        <w:t>vn 0.6613 0.7106 -0.2402</w:t>
        <w:br/>
        <w:t>vn 0.7408 0.6428 0.1947</w:t>
        <w:br/>
        <w:t>vn 0.7408 0.6428 0.1948</w:t>
        <w:br/>
        <w:t>vn 0.7327 -0.6794 0.0405</w:t>
        <w:br/>
        <w:t>vn 0.6569 -0.7442 -0.1207</w:t>
        <w:br/>
        <w:t>vn 0.7961 -0.5240 -0.3028</w:t>
        <w:br/>
        <w:t>vn 0.7848 -0.2501 -0.5671</w:t>
        <w:br/>
        <w:t>vn 0.8476 -0.4650 -0.2555</w:t>
        <w:br/>
        <w:t>vn 0.8458 -0.5329 -0.0241</w:t>
        <w:br/>
        <w:t>vn 0.8904 -0.4454 -0.0936</w:t>
        <w:br/>
        <w:t>vn 0.6858 -0.6574 -0.3122</w:t>
        <w:br/>
        <w:t>vn 0.8458 -0.5329 -0.0242</w:t>
        <w:br/>
        <w:t>vn 0.9388 -0.0721 -0.3368</w:t>
        <w:br/>
        <w:t>vn 0.8348 -0.2476 -0.4916</w:t>
        <w:br/>
        <w:t>vn 0.7759 -0.4172 -0.4733</w:t>
        <w:br/>
        <w:t>vn 0.9266 -0.3761 0.0041</w:t>
        <w:br/>
        <w:t>vn 0.9701 -0.2277 -0.0842</w:t>
        <w:br/>
        <w:t>vn 0.5621 0.4676 -0.6822</w:t>
        <w:br/>
        <w:t>vn 0.8163 0.5422 -0.1991</w:t>
        <w:br/>
        <w:t>vn 0.8000 -0.5899 -0.1094</w:t>
        <w:br/>
        <w:t>vn 0.8602 -0.4910 -0.1379</w:t>
        <w:br/>
        <w:t>vn 0.8062 -0.5748 -0.1400</w:t>
        <w:br/>
        <w:t>vn 0.8390 -0.4999 -0.2148</w:t>
        <w:br/>
        <w:t>vn 0.8625 -0.4877 -0.1349</w:t>
        <w:br/>
        <w:t>vn 0.8905 -0.4439 -0.0997</w:t>
        <w:br/>
        <w:t>vn 0.8906 -0.4438 -0.0996</w:t>
        <w:br/>
        <w:t>vn 0.7714 -0.5465 -0.3260</w:t>
        <w:br/>
        <w:t>vn 0.8389 -0.5000 -0.2150</w:t>
        <w:br/>
        <w:t>vn 0.8934 -0.4174 -0.1662</w:t>
        <w:br/>
        <w:t>vn 0.8822 -0.1066 -0.4587</w:t>
        <w:br/>
        <w:t>vn 0.4360 -0.0766 -0.8967</w:t>
        <w:br/>
        <w:t>vn 0.7174 -0.4960 -0.4892</w:t>
        <w:br/>
        <w:t>vn 0.9646 -0.1739 -0.1984</w:t>
        <w:br/>
        <w:t>vn 0.9440 -0.3222 -0.0715</w:t>
        <w:br/>
        <w:t>vn 0.7622 0.6309 -0.1450</w:t>
        <w:br/>
        <w:t>vn 0.7623 0.6308 -0.1449</w:t>
        <w:br/>
        <w:t>vn 0.6546 0.5725 -0.4937</w:t>
        <w:br/>
        <w:t>vn 0.6547 0.5724 -0.4937</w:t>
        <w:br/>
        <w:t>vn 0.7435 -0.6072 -0.2801</w:t>
        <w:br/>
        <w:t>vn 0.7435 -0.6073 -0.2801</w:t>
        <w:br/>
        <w:t>vn 0.7540 -0.6259 -0.1992</w:t>
        <w:br/>
        <w:t>vn 0.7130 -0.6208 -0.3259</w:t>
        <w:br/>
        <w:t>vn 0.7201 -0.6050 -0.3397</w:t>
        <w:br/>
        <w:t>vn 0.7226 -0.6227 -0.3002</w:t>
        <w:br/>
        <w:t>vn 0.7226 -0.6227 -0.3001</w:t>
        <w:br/>
        <w:t>vn 0.7129 -0.6208 -0.3260</w:t>
        <w:br/>
        <w:t>vn 0.3598 -0.6223 -0.6952</w:t>
        <w:br/>
        <w:t>vn 0.7919 -0.5817 -0.1857</w:t>
        <w:br/>
        <w:t>vn 0.8218 -0.5318 -0.2046</w:t>
        <w:br/>
        <w:t>vn 0.8218 -0.5319 -0.2045</w:t>
        <w:br/>
        <w:t>vn 0.8831 -0.4232 0.2024</w:t>
        <w:br/>
        <w:t>vn 0.7920 -0.5817 -0.1857</w:t>
        <w:br/>
        <w:t>vn 0.6678 0.7110 -0.2204</w:t>
        <w:br/>
        <w:t>vn 0.6621 0.6806 -0.3137</w:t>
        <w:br/>
        <w:t>vn 0.6240 0.5632 -0.5417</w:t>
        <w:br/>
        <w:t>vn -0.0084 0.0997 0.9950</w:t>
        <w:br/>
        <w:t>vn -0.0907 0.2273 0.9696</w:t>
        <w:br/>
        <w:t>vn -0.4851 0.0651 -0.8720</w:t>
        <w:br/>
        <w:t>vn -0.4851 0.0652 -0.8720</w:t>
        <w:br/>
        <w:t>vn 0.7547 0.6256 0.1974</w:t>
        <w:br/>
        <w:t>vn 0.7329 0.3449 0.5864</w:t>
        <w:br/>
        <w:t>vn 0.9358 0.3525 0.0019</w:t>
        <w:br/>
        <w:t>vn -0.7735 -0.4866 0.4061</w:t>
        <w:br/>
        <w:t>vn -0.5910 -0.6588 0.4654</w:t>
        <w:br/>
        <w:t>vn -0.1695 -0.2431 0.9551</w:t>
        <w:br/>
        <w:t>vn -0.4471 0.0241 0.8942</w:t>
        <w:br/>
        <w:t>vn -0.2427 -0.9579 -0.1531</w:t>
        <w:br/>
        <w:t>vn -0.7106 -0.7021 0.0448</w:t>
        <w:br/>
        <w:t>vn -0.4685 -0.7758 -0.4225</w:t>
        <w:br/>
        <w:t>vn 0.1600 -0.9353 0.3156</w:t>
        <w:br/>
        <w:t>vn 0.2170 -0.9695 0.1143</w:t>
        <w:br/>
        <w:t>vn 0.1075 -0.8194 0.5631</w:t>
        <w:br/>
        <w:t>vn 0.2992 -0.8028 -0.5158</w:t>
        <w:br/>
        <w:t>vn 0.4667 -0.8796 -0.0919</w:t>
        <w:br/>
        <w:t>vn 0.2605 0.1377 0.9556</w:t>
        <w:br/>
        <w:t>vn 0.1236 -0.4664 0.8759</w:t>
        <w:br/>
        <w:t>vn 0.4212 -0.1893 0.8870</w:t>
        <w:br/>
        <w:t>vn 0.8316 -0.2569 -0.4923</w:t>
        <w:br/>
        <w:t>vn 0.8918 -0.4348 0.1250</w:t>
        <w:br/>
        <w:t>vn 0.8879 -0.3541 0.2939</w:t>
        <w:br/>
        <w:t>vn 0.7903 -0.6124 0.0193</w:t>
        <w:br/>
        <w:t>vn 0.7552 -0.1829 0.6295</w:t>
        <w:br/>
        <w:t>vn 0.8879 -0.3540 0.2939</w:t>
        <w:br/>
        <w:t>vn 0.0577 0.4544 0.8890</w:t>
        <w:br/>
        <w:t>vn 0.9358 0.3524 0.0019</w:t>
        <w:br/>
        <w:t>vn 0.7929 0.3536 -0.4962</w:t>
        <w:br/>
        <w:t>vn 0.6214 0.6050 0.4978</w:t>
        <w:br/>
        <w:t>vn 0.0503 -0.5317 -0.8454</w:t>
        <w:br/>
        <w:t>vn 0.5598 -0.0273 -0.8282</w:t>
        <w:br/>
        <w:t>vn -0.7468 -0.6090 0.2673</w:t>
        <w:br/>
        <w:t>vn -0.7106 -0.7022 0.0448</w:t>
        <w:br/>
        <w:t>vn 0.7533 0.5217 0.4006</w:t>
        <w:br/>
        <w:t>vn 0.7930 0.3535 -0.4962</w:t>
        <w:br/>
        <w:t>vn 0.1530 0.2527 0.9554</w:t>
        <w:br/>
        <w:t>vn 0.1956 -0.0990 0.9757</w:t>
        <w:br/>
        <w:t>vn 0.5180 0.3527 0.7793</w:t>
        <w:br/>
        <w:t>vn 0.7523 0.3683 -0.5462</w:t>
        <w:br/>
        <w:t>vn 0.4945 0.6266 -0.6023</w:t>
        <w:br/>
        <w:t>vn 0.5744 0.7975 0.1845</w:t>
        <w:br/>
        <w:t>vn 0.8785 0.4411 0.1837</w:t>
        <w:br/>
        <w:t>vn 0.3257 0.4429 0.8353</w:t>
        <w:br/>
        <w:t>vn 0.5866 -0.7197 -0.3714</w:t>
        <w:br/>
        <w:t>vn 0.6245 0.0027 -0.7810</w:t>
        <w:br/>
        <w:t>vn 0.7715 -0.4115 -0.4852</w:t>
        <w:br/>
        <w:t>vn 0.4603 -0.8867 -0.0427</w:t>
        <w:br/>
        <w:t>vn 0.5045 -0.7415 0.4423</w:t>
        <w:br/>
        <w:t>vn 0.4593 -0.8328 0.3091</w:t>
        <w:br/>
        <w:t>vn 0.6592 -0.5663 0.4948</w:t>
        <w:br/>
        <w:t>vn 0.7760 -0.3585 0.5189</w:t>
        <w:br/>
        <w:t>vn 0.1957 -0.0990 0.9756</w:t>
        <w:br/>
        <w:t>vn 0.6593 -0.5662 0.4947</w:t>
        <w:br/>
        <w:t>vn 0.8662 -0.1983 0.4586</w:t>
        <w:br/>
        <w:t>vn 0.8663 -0.1983 0.4585</w:t>
        <w:br/>
        <w:t>vn 0.9894 0.0064 0.1448</w:t>
        <w:br/>
        <w:t>vn 0.9515 -0.0916 -0.2937</w:t>
        <w:br/>
        <w:t>vn 0.7715 -0.4114 -0.4853</w:t>
        <w:br/>
        <w:t>vn 0.6245 0.0028 -0.7810</w:t>
        <w:br/>
        <w:t>vn -0.2813 -0.4168 -0.8644</w:t>
        <w:br/>
        <w:t>vn -0.2813 -0.4169 -0.8643</w:t>
        <w:br/>
        <w:t>vn 0.0783 0.1364 -0.9876</w:t>
        <w:br/>
        <w:t>vn -0.0714 -0.1079 -0.9916</w:t>
        <w:br/>
        <w:t>vn -0.5715 -0.8019 -0.1743</w:t>
        <w:br/>
        <w:t>vn -0.1677 -0.1463 0.9749</w:t>
        <w:br/>
        <w:t>vn -0.4616 -0.6292 0.6254</w:t>
        <w:br/>
        <w:t>vn 0.3641 0.4514 -0.8147</w:t>
        <w:br/>
        <w:t>vn 0.4418 0.4778 -0.7593</w:t>
        <w:br/>
        <w:t>vn 0.0783 0.1363 -0.9876</w:t>
        <w:br/>
        <w:t>vn 0.1034 0.0168 0.9945</w:t>
        <w:br/>
        <w:t>vn 0.2560 0.2780 0.9258</w:t>
        <w:br/>
        <w:t>vn -0.0056 -0.0935 0.9956</w:t>
        <w:br/>
        <w:t>vn -0.3523 -0.6057 0.7134</w:t>
        <w:br/>
        <w:t>vn -0.3523 -0.6057 0.7135</w:t>
        <w:br/>
        <w:t>vn -0.5773 -0.8136 -0.0690</w:t>
        <w:br/>
        <w:t>vn -0.5774 -0.8136 -0.0690</w:t>
        <w:br/>
        <w:t>vn 0.3718 0.5071 0.7776</w:t>
        <w:br/>
        <w:t>vn 0.3816 0.4633 0.7999</w:t>
        <w:br/>
        <w:t>vn 0.5257 0.8477 0.0710</w:t>
        <w:br/>
        <w:t>vn 0.5258 0.8476 0.0710</w:t>
        <w:br/>
        <w:t>vn 0.6815 -0.6767 -0.2785</w:t>
        <w:br/>
        <w:t>vn 0.7548 -0.5550 -0.3497</w:t>
        <w:br/>
        <w:t>vn 0.6848 -0.7193 -0.1170</w:t>
        <w:br/>
        <w:t>vn 0.6847 -0.7193 -0.1170</w:t>
        <w:br/>
        <w:t>vn 0.7108 -0.7000 0.0689</w:t>
        <w:br/>
        <w:t>vn 0.7839 -0.5888 0.1969</w:t>
        <w:br/>
        <w:t>vn 0.8919 -0.4247 0.1555</w:t>
        <w:br/>
        <w:t>vn 0.8919 -0.4247 0.1554</w:t>
        <w:br/>
        <w:t>vn 0.9331 -0.3535 -0.0663</w:t>
        <w:br/>
        <w:t>vn 0.8668 -0.4119 -0.2812</w:t>
        <w:br/>
        <w:t>vn 0.7548 -0.5549 -0.3497</w:t>
        <w:br/>
        <w:t>vn 0.3250 0.6122 -0.7208</w:t>
        <w:br/>
        <w:t>vn 0.3304 0.6397 -0.6940</w:t>
        <w:br/>
        <w:t>vn -0.4201 -0.4603 -0.7820</w:t>
        <w:br/>
        <w:t>vn -0.4201 -0.4604 -0.7820</w:t>
        <w:br/>
        <w:t>vn -0.1208 0.0942 -0.9882</w:t>
        <w:br/>
        <w:t>vn 0.0000 0.2094 -0.9778</w:t>
        <w:br/>
        <w:t>vn -0.0056 -0.0936 0.9956</w:t>
        <w:br/>
        <w:t>vn 0.1034 0.0167 0.9945</w:t>
        <w:br/>
        <w:t>vn 0.2558 0.5092 -0.8218</w:t>
        <w:br/>
        <w:t>vn 0.1819 0.4500 -0.8743</w:t>
        <w:br/>
        <w:t>vn 0.2898 0.3686 0.8833</w:t>
        <w:br/>
        <w:t>vn 0.0000 0.2095 -0.9778</w:t>
        <w:br/>
        <w:t>vn 0.4166 0.2475 0.8747</w:t>
        <w:br/>
        <w:t>vn 0.3452 0.1979 0.9174</w:t>
        <w:br/>
        <w:t>vn 0.5571 0.5812 0.5932</w:t>
        <w:br/>
        <w:t>vn -0.0505 -0.4349 0.8991</w:t>
        <w:br/>
        <w:t>vn -0.4864 -0.8206 0.3002</w:t>
        <w:br/>
        <w:t>vn -0.4864 -0.8206 0.3001</w:t>
        <w:br/>
        <w:t>vn 0.8496 -0.5274 -0.0031</w:t>
        <w:br/>
        <w:t>vn 0.7424 -0.6697 -0.0185</w:t>
        <w:br/>
        <w:t>vn 0.6513 -0.7394 -0.1704</w:t>
        <w:br/>
        <w:t>vn 0.6514 -0.7394 -0.1704</w:t>
        <w:br/>
        <w:t>vn 0.6110 -0.7087 -0.3528</w:t>
        <w:br/>
        <w:t>vn 0.6603 -0.5850 -0.4709</w:t>
        <w:br/>
        <w:t>vn 0.9140 -0.3844 -0.1302</w:t>
        <w:br/>
        <w:t>vn 0.8496 -0.5274 -0.0030</w:t>
        <w:br/>
        <w:t>vn 0.9140 -0.3843 -0.1302</w:t>
        <w:br/>
        <w:t>vn 0.8776 -0.3456 -0.3322</w:t>
        <w:br/>
        <w:t>vn 0.8776 -0.3456 -0.3323</w:t>
        <w:br/>
        <w:t>vn 0.7678 -0.4311 -0.4740</w:t>
        <w:br/>
        <w:t>vn 0.0639 0.4492 -0.8911</w:t>
        <w:br/>
        <w:t>vn -0.1155 0.2140 -0.9700</w:t>
        <w:br/>
        <w:t>vn -0.0770 0.3154 -0.9458</w:t>
        <w:br/>
        <w:t>vn 0.4655 0.8192 -0.3351</w:t>
        <w:br/>
        <w:t>vn 0.4653 0.8192 -0.3351</w:t>
        <w:br/>
        <w:t>vn 0.0765 0.4062 -0.9106</w:t>
        <w:br/>
        <w:t>vn 0.5556 0.4446 0.7026</w:t>
        <w:br/>
        <w:t>vn 0.5924 0.6428 0.4857</w:t>
        <w:br/>
        <w:t>vn -0.4123 -0.1842 -0.8922</w:t>
        <w:br/>
        <w:t>vn -0.2954 -0.0609 -0.9534</w:t>
        <w:br/>
        <w:t>vn -0.5909 -0.6336 -0.4994</w:t>
        <w:br/>
        <w:t>vn 0.4564 0.1565 0.8759</w:t>
        <w:br/>
        <w:t>vn 0.5615 0.2671 0.7832</w:t>
        <w:br/>
        <w:t>vn 0.6454 0.4664 0.6049</w:t>
        <w:br/>
        <w:t>vn -0.5785 -0.7875 0.2127</w:t>
        <w:br/>
        <w:t>vn -0.4409 -0.7657 0.4682</w:t>
        <w:br/>
        <w:t>vn -0.1114 -0.5304 0.8404</w:t>
        <w:br/>
        <w:t>vn 0.7188 0.5380 -0.4404</w:t>
        <w:br/>
        <w:t>vn 0.4722 0.7630 -0.4415</w:t>
        <w:br/>
        <w:t>vn 0.6701 0.6393 0.3773</w:t>
        <w:br/>
        <w:t>vn 0.8556 0.4790 0.1961</w:t>
        <w:br/>
        <w:t>vn 0.9624 -0.2716 -0.0066</w:t>
        <w:br/>
        <w:t>vn 0.9082 -0.4169 0.0376</w:t>
        <w:br/>
        <w:t>vn 0.9746 -0.1594 -0.1575</w:t>
        <w:br/>
        <w:t>vn 0.2755 0.1283 -0.9527</w:t>
        <w:br/>
        <w:t>vn 0.6314 -0.2053 -0.7478</w:t>
        <w:br/>
        <w:t>vn 0.4809 -0.5350 -0.6946</w:t>
        <w:br/>
        <w:t>vn -0.0224 -0.3314 -0.9432</w:t>
        <w:br/>
        <w:t>vn 0.4671 -0.7790 -0.4182</w:t>
        <w:br/>
        <w:t>vn -0.0225 -0.3315 -0.9432</w:t>
        <w:br/>
        <w:t>vn 0.4809 -0.5351 -0.6946</w:t>
        <w:br/>
        <w:t>vn 0.5704 -0.8114 -0.1276</w:t>
        <w:br/>
        <w:t>vn 0.7446 -0.6664 0.0389</w:t>
        <w:br/>
        <w:t>vn 0.7303 -0.0497 -0.6813</w:t>
        <w:br/>
        <w:t>vn 0.8621 -0.0468 -0.5045</w:t>
        <w:br/>
        <w:t>vn 0.9745 -0.1595 -0.1576</w:t>
        <w:br/>
        <w:t>vn 0.2525 0.6210 -0.7420</w:t>
        <w:br/>
        <w:t>vn 0.2754 0.1284 -0.9527</w:t>
        <w:br/>
        <w:t>vn -0.1208 0.1347 -0.9835</w:t>
        <w:br/>
        <w:t>vn -0.4602 -0.2225 -0.8595</w:t>
        <w:br/>
        <w:t>vn -0.6693 -0.6973 -0.2566</w:t>
        <w:br/>
        <w:t>vn -0.6731 -0.6367 -0.3762</w:t>
        <w:br/>
        <w:t>vn -0.4603 -0.2224 -0.8594</w:t>
        <w:br/>
        <w:t>vn 0.0124 -0.4246 0.9053</w:t>
        <w:br/>
        <w:t>vn 0.0846 0.1630 -0.9830</w:t>
        <w:br/>
        <w:t>vn 0.4359 -0.0766 -0.8967</w:t>
        <w:br/>
        <w:t>vn 0.6210 0.7030 -0.3468</w:t>
        <w:br/>
        <w:t>vn 0.6348 0.6807 -0.3657</w:t>
        <w:br/>
        <w:t>vn 0.6641 0.7432 0.0813</w:t>
        <w:br/>
        <w:t>vn 0.6425 0.7600 0.0980</w:t>
        <w:br/>
        <w:t>vn 0.3493 0.3327 0.8760</w:t>
        <w:br/>
        <w:t>vn -0.0191 -0.1374 0.9903</w:t>
        <w:br/>
        <w:t>vn -0.0331 -0.1334 0.9905</w:t>
        <w:br/>
        <w:t>vn 0.3240 0.3359 0.8844</w:t>
        <w:br/>
        <w:t>vn -0.3962 -0.6545 0.6440</w:t>
        <w:br/>
        <w:t>vn -0.3830 -0.6553 0.6511</w:t>
        <w:br/>
        <w:t>vn 0.3871 0.8557 -0.3436</w:t>
        <w:br/>
        <w:t>vn 0.4265 0.3902 -0.8160</w:t>
        <w:br/>
        <w:t>vn 0.4381 0.3637 -0.8221</w:t>
        <w:br/>
        <w:t>vn -0.5205 -0.8538 -0.0077</w:t>
        <w:br/>
        <w:t>vn -0.5326 -0.8462 -0.0193</w:t>
        <w:br/>
        <w:t>vn -0.3816 -0.7264 -0.5716</w:t>
        <w:br/>
        <w:t>vn -0.3997 -0.7103 -0.5794</w:t>
        <w:br/>
        <w:t>vn 0.0077 -0.2318 -0.9727</w:t>
        <w:br/>
        <w:t>vn -0.0095 -0.2093 -0.9778</w:t>
        <w:br/>
        <w:t>vn -0.4091 -0.6536 0.6367</w:t>
        <w:br/>
        <w:t>vn -0.0472 -0.1293 0.9905</w:t>
        <w:br/>
        <w:t>vn 0.2989 0.3387 0.8922</w:t>
        <w:br/>
        <w:t>vn 0.5491 0.6518 0.5232</w:t>
        <w:br/>
        <w:t>vn 0.5730 0.6440 0.5068</w:t>
        <w:br/>
        <w:t>vn 0.1499 0.8897 0.4313</w:t>
        <w:br/>
        <w:t>vn 0.4139 0.9103 -0.0093</w:t>
        <w:br/>
        <w:t>vn -0.4995 0.7490 0.4354</w:t>
        <w:br/>
        <w:t>vn -0.6985 0.5026 0.5094</w:t>
        <w:br/>
        <w:t>vn -0.9127 0.2528 0.3209</w:t>
        <w:br/>
        <w:t>vn -0.3273 0.8858 -0.3291</w:t>
        <w:br/>
        <w:t>vn -0.4547 0.7694 -0.4486</w:t>
        <w:br/>
        <w:t>vn 0.1857 0.9081 -0.3753</w:t>
        <w:br/>
        <w:t>vn -0.9977 0.0672 -0.0017</w:t>
        <w:br/>
        <w:t>vn -0.9977 0.0671 -0.0017</w:t>
        <w:br/>
        <w:t>vn -0.9318 0.1675 -0.3220</w:t>
        <w:br/>
        <w:t>vn -0.9318 0.1676 -0.3220</w:t>
        <w:br/>
        <w:t>vn -0.7087 0.4615 -0.5336</w:t>
        <w:br/>
        <w:t>vn 0.1451 0.8939 0.4241</w:t>
        <w:br/>
        <w:t>vn 0.1498 0.8897 0.4313</w:t>
        <w:br/>
        <w:t>vn -0.2873 0.9395 0.1867</w:t>
        <w:br/>
        <w:t>vn 0.2155 0.9761 0.0261</w:t>
        <w:br/>
        <w:t>vn 0.1857 0.9081 -0.3752</w:t>
        <w:br/>
        <w:t>vn 0.2154 0.9762 0.0261</w:t>
        <w:br/>
        <w:t>vn -0.5445 -0.8382 -0.0309</w:t>
        <w:br/>
        <w:t>vn -0.4173 -0.6939 -0.5868</w:t>
        <w:br/>
        <w:t>vn -0.5445 -0.8382 -0.0310</w:t>
        <w:br/>
        <w:t>vn -0.0268 -0.1863 -0.9821</w:t>
        <w:br/>
        <w:t>vn 0.4147 0.4162 -0.8092</w:t>
        <w:br/>
        <w:t>vn 0.2818 0.7219 0.6320</w:t>
        <w:br/>
        <w:t>vn 0.2479 0.7484 0.6152</w:t>
        <w:br/>
        <w:t>vn 0.1575 0.7095 0.6869</w:t>
        <w:br/>
        <w:t>vn 0.0599 0.6744 0.7359</w:t>
        <w:br/>
        <w:t>vn 0.3274 0.7162 0.6164</w:t>
        <w:br/>
        <w:t>vn -0.0782 0.6355 0.7681</w:t>
        <w:br/>
        <w:t>vn -0.0394 0.6987 0.7143</w:t>
        <w:br/>
        <w:t>vn 0.0013 0.6893 0.7245</w:t>
        <w:br/>
        <w:t>vn 0.1682 0.6978 0.6963</w:t>
        <w:br/>
        <w:t>vn 0.3639 0.6839 0.6324</w:t>
        <w:br/>
        <w:t>vn 0.6722 0.7238 -0.1557</w:t>
        <w:br/>
        <w:t>vn 0.7847 0.5719 0.2394</w:t>
        <w:br/>
        <w:t>vn 0.9374 0.3313 0.1072</w:t>
        <w:br/>
        <w:t>vn 0.7638 0.5838 0.2754</w:t>
        <w:br/>
        <w:t>vn 0.7367 0.6353 -0.2315</w:t>
        <w:br/>
        <w:t>vn 0.9013 0.1444 -0.4083</w:t>
        <w:br/>
        <w:t>vn 0.7624 0.6143 -0.2033</w:t>
        <w:br/>
        <w:t>vn 0.6722 0.5312 0.5157</w:t>
        <w:br/>
        <w:t>vn 0.9245 0.1857 0.3329</w:t>
        <w:br/>
        <w:t>vn 0.2101 0.4082 -0.8884</w:t>
        <w:br/>
        <w:t>vn 0.3733 0.3936 -0.8400</w:t>
        <w:br/>
        <w:t>vn 0.2453 0.4005 -0.8828</w:t>
        <w:br/>
        <w:t>vn 0.5443 0.6569 -0.5217</w:t>
        <w:br/>
        <w:t>vn 0.3948 0.6151 -0.6825</w:t>
        <w:br/>
        <w:t>vn 0.3501 0.6740 -0.6506</w:t>
        <w:br/>
        <w:t>vn 0.4982 0.6946 -0.5190</w:t>
        <w:br/>
        <w:t>vn 0.2913 0.7314 -0.6165</w:t>
        <w:br/>
        <w:t>vn 0.2319 0.5446 -0.8060</w:t>
        <w:br/>
        <w:t>vn 0.6965 0.6929 -0.1867</w:t>
        <w:br/>
        <w:t>vn 0.6985 0.7148 0.0330</w:t>
        <w:br/>
        <w:t>vn 0.8230 0.5653 0.0552</w:t>
        <w:br/>
        <w:t>vn 0.6235 0.6704 -0.4022</w:t>
        <w:br/>
        <w:t>vn 0.4386 0.8074 -0.3946</w:t>
        <w:br/>
        <w:t>vn 0.5696 0.8005 -0.1862</w:t>
        <w:br/>
        <w:t>vn 0.5493 0.5976 0.5841</w:t>
        <w:br/>
        <w:t>vn 0.4050 0.4468 0.7977</w:t>
        <w:br/>
        <w:t>vn 0.2172 0.1346 0.9668</w:t>
        <w:br/>
        <w:t>vn -0.2056 0.9363 -0.2848</w:t>
        <w:br/>
        <w:t>vn 0.0967 0.9693 -0.2262</w:t>
        <w:br/>
        <w:t>vn 0.5077 0.8615 -0.0077</w:t>
        <w:br/>
        <w:t>vn 0.4680 0.8588 0.2085</w:t>
        <w:br/>
        <w:t>vn 0.5430 0.7871 0.2926</w:t>
        <w:br/>
        <w:t>vn 0.0613 0.1202 0.9909</w:t>
        <w:br/>
        <w:t>vn 0.4228 0.7019 0.5732</w:t>
        <w:br/>
        <w:t>vn 0.3369 0.6233 0.7057</w:t>
        <w:br/>
        <w:t>vn -0.2792 0.2843 0.9172</w:t>
        <w:br/>
        <w:t>vn 0.4970 0.7209 -0.4830</w:t>
        <w:br/>
        <w:t>vn 0.4251 0.7295 -0.5359</w:t>
        <w:br/>
        <w:t>vn 0.9039 0.2263 0.3631</w:t>
        <w:br/>
        <w:t>vn 0.5668 0.4709 0.6760</w:t>
        <w:br/>
        <w:t>vn 0.3435 0.7817 0.5206</w:t>
        <w:br/>
        <w:t>vn 0.4327 0.8060 0.4039</w:t>
        <w:br/>
        <w:t>vn 0.9983 0.0231 0.0537</w:t>
        <w:br/>
        <w:t>vn 0.8070 0.5814 -0.1037</w:t>
        <w:br/>
        <w:t>vn 0.7761 0.4905 -0.3963</w:t>
        <w:br/>
        <w:t>vn 0.9378 -0.0145 -0.3468</w:t>
        <w:br/>
        <w:t>vn 0.9346 0.1928 -0.2988</w:t>
        <w:br/>
        <w:t>vn 0.6557 0.6935 0.2984</w:t>
        <w:br/>
        <w:t>vn -0.1039 0.9774 -0.1840</w:t>
        <w:br/>
        <w:t>vn 0.7802 0.1049 -0.6167</w:t>
        <w:br/>
        <w:t>vn 0.6524 0.3923 -0.6484</w:t>
        <w:br/>
        <w:t>vn 0.5299 0.4864 -0.6947</w:t>
        <w:br/>
        <w:t>vn 0.1655 0.4619 -0.8714</w:t>
        <w:br/>
        <w:t>vn 0.2479 0.4712 -0.8464</w:t>
        <w:br/>
        <w:t>vn 0.2088 0.4810 -0.8515</w:t>
        <w:br/>
        <w:t>vn 0.8799 -0.3372 -0.3349</w:t>
        <w:br/>
        <w:t>vn 0.8374 -0.2776 -0.4708</w:t>
        <w:br/>
        <w:t>vn 0.9115 -0.4086 -0.0475</w:t>
        <w:br/>
        <w:t>vn 0.7754 -0.4601 -0.4325</w:t>
        <w:br/>
        <w:t>vn 0.8816 -0.4654 -0.0789</w:t>
        <w:br/>
        <w:t>vn 0.7801 0.1049 -0.6167</w:t>
        <w:br/>
        <w:t>vn 0.8306 -0.4834 -0.2765</w:t>
        <w:br/>
        <w:t>vn 0.6254 -0.5659 -0.5372</w:t>
        <w:br/>
        <w:t>vn -0.6237 -0.4433 -0.6438</w:t>
        <w:br/>
        <w:t>vn -0.6390 -0.4236 -0.6421</w:t>
        <w:br/>
        <w:t>vn -0.8321 0.5483 -0.0830</w:t>
        <w:br/>
        <w:t>vn -0.8322 0.5483 -0.0830</w:t>
        <w:br/>
        <w:t>vn -0.6930 0.7187 0.0576</w:t>
        <w:br/>
        <w:t>vn -0.6930 0.7187 0.0577</w:t>
        <w:br/>
        <w:t>vn -0.2396 -0.3432 0.9082</w:t>
        <w:br/>
        <w:t>vn -0.2495 -0.2727 0.9292</w:t>
        <w:br/>
        <w:t>vn -0.6341 0.7607 -0.1387</w:t>
        <w:br/>
        <w:t>vn -0.6033 0.7714 -0.2023</w:t>
        <w:br/>
        <w:t>vn -0.5330 0.8009 -0.2731</w:t>
        <w:br/>
        <w:t>vn -0.5490 0.7892 -0.2752</w:t>
        <w:br/>
        <w:t>vn -0.5330 0.8008 -0.2731</w:t>
        <w:br/>
        <w:t>vn -0.6284 -0.3995 -0.6675</w:t>
        <w:br/>
        <w:t>vn -0.5824 0.1150 0.8047</w:t>
        <w:br/>
        <w:t>vn 0.8878 -0.4454 0.1159</w:t>
        <w:br/>
        <w:t>vn 0.9362 -0.3508 -0.0207</w:t>
        <w:br/>
        <w:t>vn 0.9325 -0.2904 -0.2147</w:t>
        <w:br/>
        <w:t>vn -0.5612 0.8023 -0.2033</w:t>
        <w:br/>
        <w:t>vn -0.6438 0.7651 0.0145</w:t>
        <w:br/>
        <w:t>vn -0.6438 0.7651 0.0146</w:t>
        <w:br/>
        <w:t>vn 0.9362 -0.3509 -0.0207</w:t>
        <w:br/>
        <w:t>vn 0.8572 -0.4296 0.2840</w:t>
        <w:br/>
        <w:t>vn -0.7363 0.5839 0.3420</w:t>
        <w:br/>
        <w:t>vn -0.5983 0.8001 0.0438</w:t>
        <w:br/>
        <w:t>vn -0.5804 0.7958 0.1729</w:t>
        <w:br/>
        <w:t>vn 0.8054 -0.5232 -0.2786</w:t>
        <w:br/>
        <w:t>vn 0.8993 -0.4188 -0.1263</w:t>
        <w:br/>
        <w:t>vn 0.8992 -0.4188 -0.1263</w:t>
        <w:br/>
        <w:t>vn -0.8748 0.0555 -0.4813</w:t>
        <w:br/>
        <w:t>vn -0.8744 0.0559 -0.4819</w:t>
        <w:br/>
        <w:t>vn 0.9171 -0.3837 -0.1080</w:t>
        <w:br/>
        <w:t>vn 0.8638 -0.4105 0.2921</w:t>
        <w:br/>
        <w:t>vn 0.9042 -0.4270 0.0133</w:t>
        <w:br/>
        <w:t>vn 0.8914 -0.3811 -0.2454</w:t>
        <w:br/>
        <w:t>vn 0.9511 -0.3071 0.0337</w:t>
        <w:br/>
        <w:t>vn -0.1333 -0.3670 0.9206</w:t>
        <w:br/>
        <w:t>vn 0.7230 -0.5402 0.4307</w:t>
        <w:br/>
        <w:t>vn 0.3936 0.0430 0.9183</w:t>
        <w:br/>
        <w:t>vn -0.6308 -0.3613 -0.6867</w:t>
        <w:br/>
        <w:t>vn -0.3706 -0.0608 -0.9268</w:t>
        <w:br/>
        <w:t>vn 0.6493 0.5687 -0.5050</w:t>
        <w:br/>
        <w:t>vn 0.6258 0.6114 -0.4844</w:t>
        <w:br/>
        <w:t>vn 0.4212 0.7211 0.5501</w:t>
        <w:br/>
        <w:t>vn 0.4790 0.7589 0.4411</w:t>
        <w:br/>
        <w:t>vn 0.4572 0.4488 0.7678</w:t>
        <w:br/>
        <w:t>vn 0.2888 0.7049 0.6478</w:t>
        <w:br/>
        <w:t>vn 0.3226 0.7194 0.6151</w:t>
        <w:br/>
        <w:t>vn 0.4341 0.7381 0.5166</w:t>
        <w:br/>
        <w:t>vn 0.1853 -0.4442 0.8766</w:t>
        <w:br/>
        <w:t>vn 0.5806 0.6947 -0.4247</w:t>
        <w:br/>
        <w:t>vn 0.4833 0.6993 -0.5267</w:t>
        <w:br/>
        <w:t>vn 0.6123 0.6857 0.3935</w:t>
        <w:br/>
        <w:t>vn 0.9328 -0.3290 0.1472</w:t>
        <w:br/>
        <w:t>vn -0.0730 0.4367 0.8966</w:t>
        <w:br/>
        <w:t>vn 0.9064 -0.3260 0.2687</w:t>
        <w:br/>
        <w:t>vn 0.6430 -0.6864 0.3398</w:t>
        <w:br/>
        <w:t>vn 0.0096 -0.7719 -0.6356</w:t>
        <w:br/>
        <w:t>vn -0.1294 -0.8840 -0.4493</w:t>
        <w:br/>
        <w:t>vn 0.3281 -0.3330 -0.8840</w:t>
        <w:br/>
        <w:t>vn 0.3532 0.7207 0.5966</w:t>
        <w:br/>
        <w:t>vn 0.6039 0.4710 0.6431</w:t>
        <w:br/>
        <w:t>vn 0.5701 0.5473 0.6127</w:t>
        <w:br/>
        <w:t>vn 0.2231 0.2853 0.9321</w:t>
        <w:br/>
        <w:t>vn -0.5911 -0.6588 0.4654</w:t>
        <w:br/>
        <w:t>vn 0.6987 -0.4327 -0.5697</w:t>
        <w:br/>
        <w:t>vn -0.7208 0.5696 -0.3950</w:t>
        <w:br/>
        <w:t>vn -0.7565 0.6435 0.1163</w:t>
        <w:br/>
        <w:t>vn -0.8295 0.5479 0.1085</w:t>
        <w:br/>
        <w:t>vn -0.7855 0.4627 -0.4110</w:t>
        <w:br/>
        <w:t>vn -0.5807 0.5760 0.5753</w:t>
        <w:br/>
        <w:t>vn -0.6410 0.4329 0.6339</w:t>
        <w:br/>
        <w:t>vn -0.6110 0.6956 -0.3779</w:t>
        <w:br/>
        <w:t>vn -0.6477 0.7552 0.1010</w:t>
        <w:br/>
        <w:t>vn -0.5563 0.4193 -0.7174</w:t>
        <w:br/>
        <w:t>vn -0.4418 0.5555 -0.7044</w:t>
        <w:br/>
        <w:t>vn 0.8248 -0.3532 0.4416</w:t>
        <w:br/>
        <w:t>vn 0.7676 -0.4572 0.4491</w:t>
        <w:br/>
        <w:t>vn 0.7289 -0.6837 0.0350</w:t>
        <w:br/>
        <w:t>vn -0.4843 0.6888 0.5394</w:t>
        <w:br/>
        <w:t>vn -0.2091 0.0463 -0.9768</w:t>
        <w:br/>
        <w:t>vn -0.1871 0.3131 -0.9311</w:t>
        <w:br/>
        <w:t>vn -0.5904 0.4121 0.6939</w:t>
        <w:br/>
        <w:t>vn -0.3119 -0.1615 0.9363</w:t>
        <w:br/>
        <w:t>vn -0.4925 -0.2863 0.8219</w:t>
        <w:br/>
        <w:t>vn -0.7422 0.1925 0.6420</w:t>
        <w:br/>
        <w:t>vn 0.2011 -0.9636 0.1759</w:t>
        <w:br/>
        <w:t>vn 0.2238 -0.9702 -0.0933</w:t>
        <w:br/>
        <w:t>vn 0.1483 -0.9873 -0.0565</w:t>
        <w:br/>
        <w:t>vn -0.0622 -0.9082 0.4139</w:t>
        <w:br/>
        <w:t>vn -0.4925 -0.2862 0.8219</w:t>
        <w:br/>
        <w:t>vn -0.3120 -0.1615 0.9363</w:t>
        <w:br/>
        <w:t>vn -0.1539 -0.3724 0.9152</w:t>
        <w:br/>
        <w:t>vn -0.1585 -0.3817 0.9106</w:t>
        <w:br/>
        <w:t>vn -0.6888 0.7249 0.0101</w:t>
        <w:br/>
        <w:t>vn -0.7365 0.6308 0.2445</w:t>
        <w:br/>
        <w:t>vn -0.6986 0.6967 0.1627</w:t>
        <w:br/>
        <w:t>vn -0.7707 0.6370 0.0192</w:t>
        <w:br/>
        <w:t>vn -0.6173 0.3565 -0.7013</w:t>
        <w:br/>
        <w:t>vn -0.4901 0.5565 -0.6709</w:t>
        <w:br/>
        <w:t>vn -0.8459 0.4015 -0.3509</w:t>
        <w:br/>
        <w:t>vn -0.5161 -0.4011 -0.7568</w:t>
        <w:br/>
        <w:t>vn -0.3100 -0.2385 -0.9203</w:t>
        <w:br/>
        <w:t>vn -0.5162 -0.4010 -0.7568</w:t>
        <w:br/>
        <w:t>vn -0.1506 -0.7687 -0.6216</w:t>
        <w:br/>
        <w:t>vn 0.0245 -0.7876 -0.6156</w:t>
        <w:br/>
        <w:t>vn -0.3101 -0.2386 -0.9203</w:t>
        <w:br/>
        <w:t>vn -0.6514 0.7563 0.0605</w:t>
        <w:br/>
        <w:t>vn -0.7082 0.7010 -0.0842</w:t>
        <w:br/>
        <w:t>vn 0.1864 -0.6996 0.6898</w:t>
        <w:br/>
        <w:t>vn 0.2385 -0.9687 0.0686</w:t>
        <w:br/>
        <w:t>vn 0.2109 -0.9428 0.2581</w:t>
        <w:br/>
        <w:t>vn 0.1535 -0.7136 0.6836</w:t>
        <w:br/>
        <w:t>vn 0.2911 -0.7115 0.6395</w:t>
        <w:br/>
        <w:t>vn 0.3962 -0.9177 0.0294</w:t>
        <w:br/>
        <w:t>vn -0.0675 -0.9553 -0.2879</w:t>
        <w:br/>
        <w:t>vn -0.3011 -0.9332 0.1963</w:t>
        <w:br/>
        <w:t>vn 0.0630 -0.9910 0.1177</w:t>
        <w:br/>
        <w:t>vn -0.7374 0.3556 -0.5743</w:t>
        <w:br/>
        <w:t>vn -0.7339 0.6581 0.1683</w:t>
        <w:br/>
        <w:t>vn -0.9487 0.3038 0.0879</w:t>
        <w:br/>
        <w:t>vn 0.0363 -0.4933 0.8691</w:t>
        <w:br/>
        <w:t>vn -0.0663 -0.5954 0.8007</w:t>
        <w:br/>
        <w:t>vn -0.4654 0.0599 0.8831</w:t>
        <w:br/>
        <w:t>vn -0.3519 0.1613 0.9220</w:t>
        <w:br/>
        <w:t>vn -0.7277 0.5893 0.3511</w:t>
        <w:br/>
        <w:t>vn -0.6221 0.6333 0.4604</w:t>
        <w:br/>
        <w:t>vn 0.3862 -0.8968 0.2157</w:t>
        <w:br/>
        <w:t>vn 0.2729 -0.9491 0.1575</w:t>
        <w:br/>
        <w:t>vn -0.5453 0.7657 -0.3410</w:t>
        <w:br/>
        <w:t>vn -0.6043 0.7027 -0.3756</w:t>
        <w:br/>
        <w:t>vn -0.6490 -0.1749 0.7404</w:t>
        <w:br/>
        <w:t>vn -0.2572 -0.7957 0.5483</w:t>
        <w:br/>
        <w:t>vn -0.4675 -0.7700 0.4343</w:t>
        <w:br/>
        <w:t>vn -0.7857 -0.3666 0.4983</w:t>
        <w:br/>
        <w:t>vn -0.8280 0.4285 0.3617</w:t>
        <w:br/>
        <w:t>vn -0.8478 -0.0666 0.5261</w:t>
        <w:br/>
        <w:t>vn 0.1501 -0.1826 -0.9717</w:t>
        <w:br/>
        <w:t>vn 0.3556 -0.7296 -0.5841</w:t>
        <w:br/>
        <w:t>vn 0.4829 -0.6625 -0.5726</w:t>
        <w:br/>
        <w:t>vn 0.2686 -0.0880 -0.9592</w:t>
        <w:br/>
        <w:t>vn -0.1245 0.4238 -0.8972</w:t>
        <w:br/>
        <w:t>vn -0.2520 0.3580 -0.8991</w:t>
        <w:br/>
        <w:t>vn -0.6085 0.6528 -0.4511</w:t>
        <w:br/>
        <w:t>vn -0.6405 0.5405 -0.5455</w:t>
        <w:br/>
        <w:t>vn -0.6427 0.6561 -0.3956</w:t>
        <w:br/>
        <w:t>vn 0.3693 -0.9003 0.2305</w:t>
        <w:br/>
        <w:t>vn 0.5593 -0.7752 0.2935</w:t>
        <w:br/>
        <w:t>vn 0.0800 -0.3899 0.9174</w:t>
        <w:br/>
        <w:t>vn -0.1492 -0.5721 0.8065</w:t>
        <w:br/>
        <w:t>vn -0.7834 0.5702 0.2474</w:t>
        <w:br/>
        <w:t>vn -0.5821 0.6792 -0.4470</w:t>
        <w:br/>
        <w:t>vn -0.5316 0.7334 -0.4236</w:t>
        <w:br/>
        <w:t>vn -0.7087 0.6029 0.3664</w:t>
        <w:br/>
        <w:t>vn -0.6859 0.5164 -0.5128</w:t>
        <w:br/>
        <w:t>vn -0.6265 0.5463 -0.5559</w:t>
        <w:br/>
        <w:t>vn -0.5746 0.5941 -0.5630</w:t>
        <w:br/>
        <w:t>vn -0.0856 0.4438 -0.8920</w:t>
        <w:br/>
        <w:t>vn -0.2044 0.4492 -0.8697</w:t>
        <w:br/>
        <w:t>vn 0.2823 -0.0904 -0.9551</w:t>
        <w:br/>
        <w:t>vn 0.3636 -0.0589 -0.9297</w:t>
        <w:br/>
        <w:t>vn 0.5064 -0.7398 -0.4430</w:t>
        <w:br/>
        <w:t>vn 0.3460 -0.2559 -0.9027</w:t>
        <w:br/>
        <w:t>vn 0.7075 -0.5302 -0.4673</w:t>
        <w:br/>
        <w:t>vn 0.0412 0.5235 -0.8510</w:t>
        <w:br/>
        <w:t>vn -0.3605 0.3186 -0.8767</w:t>
        <w:br/>
        <w:t>vn -0.6935 0.5492 -0.4663</w:t>
        <w:br/>
        <w:t>vn -0.4762 0.7850 -0.3963</w:t>
        <w:br/>
        <w:t>vn 0.2677 -0.9571 0.1104</w:t>
        <w:br/>
        <w:t>vn 0.5066 -0.6523 -0.5638</w:t>
        <w:br/>
        <w:t>vn 0.3831 -0.8833 -0.2702</w:t>
        <w:br/>
        <w:t>vn 0.3409 -0.9291 -0.1430</w:t>
        <w:br/>
        <w:t>vn 0.4487 -0.7620 -0.4669</w:t>
        <w:br/>
        <w:t>vn 0.6918 -0.5726 0.4399</w:t>
        <w:br/>
        <w:t>vn 0.5103 -0.8549 -0.0932</w:t>
        <w:br/>
        <w:t>vn 0.5559 -0.8303 -0.0402</w:t>
        <w:br/>
        <w:t>vn 0.0273 -0.9700 -0.2416</w:t>
        <w:br/>
        <w:t>vn -0.1393 -0.8153 -0.5620</w:t>
        <w:br/>
        <w:t>vn -0.1238 0.3250 0.9376</w:t>
        <w:br/>
        <w:t>vn -0.1760 0.3439 0.9224</w:t>
        <w:br/>
        <w:t>vn 0.3496 0.0204 0.9367</w:t>
        <w:br/>
        <w:t>vn 0.3623 0.0572 0.9303</w:t>
        <w:br/>
        <w:t>vn -0.8340 -0.4332 0.3417</w:t>
        <w:br/>
        <w:t>vn -0.4993 -0.8620 -0.0877</w:t>
        <w:br/>
        <w:t>vn -0.6366 -0.4388 -0.6342</w:t>
        <w:br/>
        <w:t>vn -0.9822 0.0110 -0.1873</w:t>
        <w:br/>
        <w:t>vn -0.6224 0.3515 0.6993</w:t>
        <w:br/>
        <w:t>vn -0.4941 0.3095 0.8124</w:t>
        <w:br/>
        <w:t>vn -0.5407 0.2155 0.8132</w:t>
        <w:br/>
        <w:t>vn -0.7693 -0.0070 0.6389</w:t>
        <w:br/>
        <w:t>vn 0.1680 -0.9858 0.0007</w:t>
        <w:br/>
        <w:t>vn 0.2428 -0.9699 -0.0165</w:t>
        <w:br/>
        <w:t>vn 0.1605 -0.9638 0.2127</w:t>
        <w:br/>
        <w:t>vn -0.2815 0.1254 0.9513</w:t>
        <w:br/>
        <w:t>vn -0.4041 -0.0073 0.9147</w:t>
        <w:br/>
        <w:t>vn -0.4240 0.3466 0.8367</w:t>
        <w:br/>
        <w:t>vn 0.0233 -0.7999 0.5997</w:t>
        <w:br/>
        <w:t>vn -0.1593 -0.8927 0.4215</w:t>
        <w:br/>
        <w:t>vn -0.3872 -0.4788 0.7879</w:t>
        <w:br/>
        <w:t>vn -0.1481 -0.3478 0.9258</w:t>
        <w:br/>
        <w:t>vn 0.1880 -0.9682 -0.1649</w:t>
        <w:br/>
        <w:t>vn 0.2114 -0.9772 -0.0191</w:t>
        <w:br/>
        <w:t>vn 0.6745 -0.6601 -0.3305</w:t>
        <w:br/>
        <w:t>vn 0.7638 -0.6380 -0.0979</w:t>
        <w:br/>
        <w:t>vn 0.6863 -0.7027 -0.1878</w:t>
        <w:br/>
        <w:t>vn 0.6471 -0.6914 -0.3213</w:t>
        <w:br/>
        <w:t>vn 0.6065 -0.4144 -0.6785</w:t>
        <w:br/>
        <w:t>vn 0.4652 -0.2530 -0.8483</w:t>
        <w:br/>
        <w:t>vn 0.2648 0.0145 -0.9642</w:t>
        <w:br/>
        <w:t>vn 0.5867 -0.5799 -0.5653</w:t>
        <w:br/>
        <w:t>vn 0.6097 -0.7351 -0.2963</w:t>
        <w:br/>
        <w:t>vn 0.5469 -0.6353 -0.5452</w:t>
        <w:br/>
        <w:t>vn 0.6601 -0.7512 0.0023</w:t>
        <w:br/>
        <w:t>vn 0.3324 -0.9323 -0.1424</w:t>
        <w:br/>
        <w:t>vn 0.0229 -0.9987 0.0453</w:t>
        <w:br/>
        <w:t>vn 0.3918 0.1080 0.9137</w:t>
        <w:br/>
        <w:t>vn -0.0254 0.3866 0.9219</w:t>
        <w:br/>
        <w:t>vn -0.4033 0.6470 0.6471</w:t>
        <w:br/>
        <w:t>vn -0.4302 0.6831 0.5902</w:t>
        <w:br/>
        <w:t>vn -0.4113 0.6597 0.6290</w:t>
        <w:br/>
        <w:t>vn 0.8494 -0.5066 0.1480</w:t>
        <w:br/>
        <w:t>vn 0.8272 -0.5602 0.0441</w:t>
        <w:br/>
        <w:t>vn 0.0510 -0.9982 -0.0306</w:t>
        <w:br/>
        <w:t>vn -0.6882 0.6975 -0.1999</w:t>
        <w:br/>
        <w:t>vn -0.7267 0.6867 0.0176</w:t>
        <w:br/>
        <w:t>vn -0.8416 0.2118 -0.4968</w:t>
        <w:br/>
        <w:t>vn -0.6872 0.6040 -0.4037</w:t>
        <w:br/>
        <w:t>vn 0.5270 -0.8358 -0.1537</w:t>
        <w:br/>
        <w:t>vn -0.2766 0.1940 0.9412</w:t>
        <w:br/>
        <w:t>vn -0.0779 -0.2234 0.9716</w:t>
        <w:br/>
        <w:t>vn -0.4633 0.4733 0.7492</w:t>
        <w:br/>
        <w:t>vn -0.1104 -0.1549 0.9817</w:t>
        <w:br/>
        <w:t>vn -0.1206 -0.1975 0.9728</w:t>
        <w:br/>
        <w:t>vn -0.4971 0.4393 0.7483</w:t>
        <w:br/>
        <w:t>vn -0.1548 0.0743 0.9851</w:t>
        <w:br/>
        <w:t>vn -0.3937 0.0429 0.9182</w:t>
        <w:br/>
        <w:t>vn 0.2071 0.0137 -0.9782</w:t>
        <w:br/>
        <w:t>vn 0.1759 -0.0429 -0.9835</w:t>
        <w:br/>
        <w:t>vn -0.1779 0.3496 -0.9199</w:t>
        <w:br/>
        <w:t>vn 0.3958 -0.6085 -0.6878</w:t>
        <w:br/>
        <w:t>vn 0.3753 -0.3355 -0.8640</w:t>
        <w:br/>
        <w:t>vn -0.0797 -0.1413 0.9868</w:t>
        <w:br/>
        <w:t>vn -0.1689 0.3974 0.9020</w:t>
        <w:br/>
        <w:t>vn -0.1276 0.4596 0.8789</w:t>
        <w:br/>
        <w:t>vn 0.4082 0.0348 0.9122</w:t>
        <w:br/>
        <w:t>vn 0.3591 0.0093 0.9333</w:t>
        <w:br/>
        <w:t>vn 0.6918 -0.5726 0.4400</w:t>
        <w:br/>
        <w:t>vn 0.7257 -0.5261 0.4433</w:t>
        <w:br/>
        <w:t>vn -0.5640 -0.1256 -0.8162</w:t>
        <w:br/>
        <w:t>vn -0.8541 0.2414 -0.4606</w:t>
        <w:br/>
        <w:t>vn -0.6112 0.5147 0.6013</w:t>
        <w:br/>
        <w:t>vn -0.5627 0.6127 0.5550</w:t>
        <w:br/>
        <w:t>vn -0.7536 0.6562 0.0382</w:t>
        <w:br/>
        <w:t>vn -0.8860 0.4302 0.1728</w:t>
        <w:br/>
        <w:t>vn -0.6704 0.3941 0.6287</w:t>
        <w:br/>
        <w:t>vn -0.4884 0.7147 0.5007</w:t>
        <w:br/>
        <w:t>vn -0.1032 -0.6462 -0.7562</w:t>
        <w:br/>
        <w:t>vn 0.4274 -0.8710 -0.2423</w:t>
        <w:br/>
        <w:t>vn 0.4827 -0.8054 -0.3440</w:t>
        <w:br/>
        <w:t>vn -0.0748 -0.5672 -0.8202</w:t>
        <w:br/>
        <w:t>vn 0.5535 0.0178 0.8326</w:t>
        <w:br/>
        <w:t>vn 0.1480 -0.2092 0.9666</w:t>
        <w:br/>
        <w:t>vn 0.4058 -0.5458 0.7331</w:t>
        <w:br/>
        <w:t>vn -0.0796 -0.1413 0.9868</w:t>
        <w:br/>
        <w:t>vn -0.4539 0.4828 0.7489</w:t>
        <w:br/>
        <w:t>vn 0.1907 0.0102 0.9816</w:t>
        <w:br/>
        <w:t>vn -0.1854 -0.4442 0.8765</w:t>
        <w:br/>
        <w:t>vn 0.1026 -0.8432 0.5277</w:t>
        <w:br/>
        <w:t>vn 0.5108 -0.6430 0.5707</w:t>
        <w:br/>
        <w:t>vn 0.3926 -0.6783 0.6211</w:t>
        <w:br/>
        <w:t>vn 0.4514 -0.8918 -0.0314</w:t>
        <w:br/>
        <w:t>vn 0.2517 -0.9586 -0.1331</w:t>
        <w:br/>
        <w:t>vn 0.5377 -0.8350 -0.1167</w:t>
        <w:br/>
        <w:t>vn -0.6487 0.7502 0.1281</w:t>
        <w:br/>
        <w:t>vn -0.3734 0.0803 -0.9242</w:t>
        <w:br/>
        <w:t>vn -0.2322 0.0784 -0.9695</w:t>
        <w:br/>
        <w:t>vn -0.5788 0.5483 -0.6036</w:t>
        <w:br/>
        <w:t>vn -0.0814 0.3093 -0.9475</w:t>
        <w:br/>
        <w:t>vn 0.3250 -0.4770 -0.8166</w:t>
        <w:br/>
        <w:t>vn 0.0403 -0.6134 -0.7888</w:t>
        <w:br/>
        <w:t>vn -0.3480 0.0067 -0.9375</w:t>
        <w:br/>
        <w:t>vn 0.3851 -0.8500 -0.3593</w:t>
        <w:br/>
        <w:t>vn 0.3556 -0.8809 -0.3124</w:t>
        <w:br/>
        <w:t>vn 0.5115 -0.8548 -0.0874</w:t>
        <w:br/>
        <w:t>vn 0.4323 -0.8041 -0.4080</w:t>
        <w:br/>
        <w:t>vn 0.1253 -0.2496 0.9602</w:t>
        <w:br/>
        <w:t>vn -0.0051 -0.2909 0.9568</w:t>
        <w:br/>
        <w:t>vn -0.1403 -0.0552 0.9886</w:t>
        <w:br/>
        <w:t>vn -0.0555 0.0882 0.9946</w:t>
        <w:br/>
        <w:t>vn 0.1445 -0.9809 -0.1299</w:t>
        <w:br/>
        <w:t>vn 0.4279 -0.8965 -0.1149</w:t>
        <w:br/>
        <w:t>vn 0.3257 -0.8000 0.5039</w:t>
        <w:br/>
        <w:t>vn -0.0539 -0.8245 0.5633</w:t>
        <w:br/>
        <w:t>vn -0.5072 0.8552 0.1064</w:t>
        <w:br/>
        <w:t>vn -0.3601 0.5366 0.7632</w:t>
        <w:br/>
        <w:t>vn -0.4334 0.4700 0.7689</w:t>
        <w:br/>
        <w:t>vn -0.5761 0.8111 0.1009</w:t>
        <w:br/>
        <w:t>vn -0.0063 0.1019 -0.9948</w:t>
        <w:br/>
        <w:t>vn 0.2763 -0.5740 -0.7708</w:t>
        <w:br/>
        <w:t>vn 0.3673 -0.5230 -0.7691</w:t>
        <w:br/>
        <w:t>vn 0.0516 0.2422 -0.9688</w:t>
        <w:br/>
        <w:t>vn -0.1662 0.7132 -0.6809</w:t>
        <w:br/>
        <w:t>vn -0.2400 0.8130 -0.5306</w:t>
        <w:br/>
        <w:t>vn -0.7921 0.6062 0.0714</w:t>
        <w:br/>
        <w:t>vn -0.4816 0.8705 0.1012</w:t>
        <w:br/>
        <w:t>vn -0.2304 -0.6613 0.7138</w:t>
        <w:br/>
        <w:t>vn 0.1265 -0.4604 0.8786</w:t>
        <w:br/>
        <w:t>vn -0.2017 0.3156 0.9272</w:t>
        <w:br/>
        <w:t>vn -0.5792 -0.0871 0.8105</w:t>
        <w:br/>
        <w:t>vn 0.1427 -0.9750 0.1701</w:t>
        <w:br/>
        <w:t>vn 0.4392 -0.8642 0.2453</w:t>
        <w:br/>
        <w:t>vn -0.4632 0.8289 -0.3137</w:t>
        <w:br/>
        <w:t>vn -0.5106 0.7316 0.4517</w:t>
        <w:br/>
        <w:t>vn 0.4061 0.0646 -0.9115</w:t>
        <w:br/>
        <w:t>vn 0.6015 -0.6080 -0.5182</w:t>
        <w:br/>
        <w:t>vn 0.2796 -0.7881 -0.5484</w:t>
        <w:br/>
        <w:t>vn 0.0957 -0.2671 -0.9589</w:t>
        <w:br/>
        <w:t>vn -0.7483 0.5433 -0.3805</w:t>
        <w:br/>
        <w:t>vn -0.4694 0.8224 -0.3214</w:t>
        <w:br/>
        <w:t>vn -0.0276 0.5221 -0.8524</w:t>
        <w:br/>
        <w:t>vn -0.4986 0.3204 -0.8055</w:t>
        <w:br/>
        <w:t>vn 0.4611 -0.8535 0.2427</w:t>
        <w:br/>
        <w:t>vn 0.5843 -0.6035 -0.5426</w:t>
        <w:br/>
        <w:t>vn -0.1206 -0.1976 0.9728</w:t>
        <w:br/>
        <w:t>vn 0.7677 -0.4572 0.4490</w:t>
        <w:br/>
        <w:t>vn 0.8100 -0.2480 0.5313</w:t>
        <w:br/>
        <w:t>vn 0.3725 0.2323 0.8985</w:t>
        <w:br/>
        <w:t>vn 0.4080 0.2515 0.8776</w:t>
        <w:br/>
        <w:t>vn 0.8617 -0.2466 0.4434</w:t>
        <w:br/>
        <w:t>vn 0.3125 -0.9452 -0.0940</w:t>
        <w:br/>
        <w:t>vn 0.4798 -0.8504 -0.2157</w:t>
        <w:br/>
        <w:t>vn 0.3512 0.2330 0.9069</w:t>
        <w:br/>
        <w:t>vn -0.6672 0.6624 0.3407</w:t>
        <w:br/>
        <w:t>vn -0.5418 0.5663 0.6211</w:t>
        <w:br/>
        <w:t>vn -0.7886 0.5882 0.1793</w:t>
        <w:br/>
        <w:t>vn -0.7185 0.6612 0.2157</w:t>
        <w:br/>
        <w:t>vn -0.6604 0.6395 -0.3937</w:t>
        <w:br/>
        <w:t>vn 0.7759 -0.5468 0.3146</w:t>
        <w:br/>
        <w:t>vn 0.3969 -0.8873 0.2351</w:t>
        <w:br/>
        <w:t>vn -0.8841 0.3578 0.3004</w:t>
        <w:br/>
        <w:t>vn -0.7807 0.5893 0.2079</w:t>
        <w:br/>
        <w:t>vn -0.6760 0.3585 0.6438</w:t>
        <w:br/>
        <w:t>vn -0.2210 0.5974 0.7709</w:t>
        <w:br/>
        <w:t>vn -0.5033 0.8405 0.2005</w:t>
        <w:br/>
        <w:t>vn -0.3961 0.7357 -0.5494</w:t>
        <w:br/>
        <w:t>vn -0.5269 0.8331 0.1681</w:t>
        <w:br/>
        <w:t>vn -0.5881 0.7979 0.1321</w:t>
        <w:br/>
        <w:t>vn -0.4809 0.6466 -0.5922</w:t>
        <w:br/>
        <w:t>vn -0.4712 0.1762 0.8643</w:t>
        <w:br/>
        <w:t>vn -0.3321 -0.2862 0.8988</w:t>
        <w:br/>
        <w:t>vn 0.0084 0.0996 0.9950</w:t>
        <w:br/>
        <w:t>vn 0.3922 -0.5169 -0.7609</w:t>
        <w:br/>
        <w:t>vn 0.0914 -0.6628 -0.7432</w:t>
        <w:br/>
        <w:t>vn -0.7954 0.5656 -0.2177</w:t>
        <w:br/>
        <w:t>vn -0.5494 0.5873 -0.5943</w:t>
        <w:br/>
        <w:t>vn -0.3636 0.5357 -0.7621</w:t>
        <w:br/>
        <w:t>vn -0.1858 0.3908 -0.9015</w:t>
        <w:br/>
        <w:t>vn -0.6588 0.6182 -0.4287</w:t>
        <w:br/>
        <w:t>vn -0.6644 0.7458 0.0491</w:t>
        <w:br/>
        <w:t>vn -0.1149 -0.0362 -0.9927</w:t>
        <w:br/>
        <w:t>vn -0.4411 0.4572 0.7723</w:t>
        <w:br/>
        <w:t>vn -0.4682 0.5102 0.7215</w:t>
        <w:br/>
        <w:t>vn -0.3857 0.4002 0.8313</w:t>
        <w:br/>
        <w:t>vn 0.1450 0.1120 -0.9831</w:t>
        <w:br/>
        <w:t>vn 0.1279 0.0921 -0.9875</w:t>
        <w:br/>
        <w:t>vn -0.5317 0.5878 -0.6098</w:t>
        <w:br/>
        <w:t>vn -0.7281 -0.2967 0.6179</w:t>
        <w:br/>
        <w:t>vn 0.1725 -0.6613 -0.7300</w:t>
        <w:br/>
        <w:t>vn 0.1657 -0.9847 0.0546</w:t>
        <w:br/>
        <w:t>vn 0.1541 -0.8438 -0.5141</w:t>
        <w:br/>
        <w:t>vn -0.2321 0.0784 -0.9695</w:t>
        <w:br/>
        <w:t>vn -0.0086 -0.1463 -0.9892</w:t>
        <w:br/>
        <w:t>vn 0.0298 -0.0712 -0.9970</w:t>
        <w:br/>
        <w:t>vn -0.1540 0.1823 -0.9711</w:t>
        <w:br/>
        <w:t>vn -0.5315 0.3878 0.7531</w:t>
        <w:br/>
        <w:t>vn -0.6512 0.7557 0.0697</w:t>
        <w:br/>
        <w:t>vn -0.4416 0.5628 -0.6988</w:t>
        <w:br/>
        <w:t>vn 0.2119 -0.6203 -0.7552</w:t>
        <w:br/>
        <w:t>vn -0.0742 0.0339 -0.9967</w:t>
        <w:br/>
        <w:t>vn 0.3311 -0.9372 -0.1100</w:t>
        <w:br/>
        <w:t>vn 0.2687 -0.9577 -0.1026</w:t>
        <w:br/>
        <w:t>vn 0.2440 -0.9514 0.1879</w:t>
        <w:br/>
        <w:t>vn -0.1108 -0.3432 0.9327</w:t>
        <w:br/>
        <w:t>vn -0.2541 -0.1246 0.9591</w:t>
        <w:br/>
        <w:t>vn -0.0772 -0.3852 -0.9196</w:t>
        <w:br/>
        <w:t>vn -0.3673 0.0995 -0.9248</w:t>
        <w:br/>
        <w:t>vn -0.7374 -0.2180 0.6394</w:t>
        <w:br/>
        <w:t>vn -0.9386 0.2792 0.2029</w:t>
        <w:br/>
        <w:t>vn -0.5397 0.0339 0.8412</w:t>
        <w:br/>
        <w:t>vn -0.3973 0.5209 0.7555</w:t>
        <w:br/>
        <w:t>vn 0.0205 -0.0823 0.9964</w:t>
        <w:br/>
        <w:t>vn 0.6638 -0.6312 0.4013</w:t>
        <w:br/>
        <w:t>vn -0.6359 0.2938 -0.7137</w:t>
        <w:br/>
        <w:t>vn 0.1910 -0.3245 -0.9264</w:t>
        <w:br/>
        <w:t>vn -0.0194 -0.3893 -0.9209</w:t>
        <w:br/>
        <w:t>vn 0.5815 -0.7452 -0.3264</w:t>
        <w:br/>
        <w:t>vn 0.5187 -0.8006 -0.2998</w:t>
        <w:br/>
        <w:t>vn 0.5921 -0.8056 0.0220</w:t>
        <w:br/>
        <w:t>vn 0.6677 -0.7438 -0.0298</w:t>
        <w:br/>
        <w:t>vn 0.7426 -0.6042 0.2890</w:t>
        <w:br/>
        <w:t>vn 0.5905 -0.7072 0.3889</w:t>
        <w:br/>
        <w:t>vn 0.3282 -0.6812 -0.6544</w:t>
        <w:br/>
        <w:t>vn 0.4120 -0.6065 -0.6800</w:t>
        <w:br/>
        <w:t>vn 0.5422 -0.4392 -0.7163</w:t>
        <w:br/>
        <w:t>vn 0.6332 -0.3991 0.6632</w:t>
        <w:br/>
        <w:t>vn 0.2442 0.0144 0.9696</w:t>
        <w:br/>
        <w:t>vn 0.0678 -0.1371 0.9882</w:t>
        <w:br/>
        <w:t>vn 0.4305 -0.4837 0.7620</w:t>
        <w:br/>
        <w:t>vn 0.2401 -0.0904 -0.9665</w:t>
        <w:br/>
        <w:t>vn -0.1497 0.3871 -0.9098</w:t>
        <w:br/>
        <w:t>vn -0.2719 0.4345 0.8587</w:t>
        <w:br/>
        <w:t>vn -0.3657 0.2389 0.8996</w:t>
        <w:br/>
        <w:t>vn -0.4338 -0.7648 -0.4763</w:t>
        <w:br/>
        <w:t>vn -0.6986 -0.4325 -0.5700</w:t>
        <w:br/>
        <w:t>vn -0.3733 0.0803 -0.9242</w:t>
        <w:br/>
        <w:t>vn -0.0208 -0.1862 -0.9823</w:t>
        <w:br/>
        <w:t>vn -0.5045 0.8613 0.0612</w:t>
        <w:br/>
        <w:t>vn -0.4489 0.7816 -0.4331</w:t>
        <w:br/>
        <w:t>vn -0.2787 0.6269 -0.7275</w:t>
        <w:br/>
        <w:t>vn 0.5977 -0.1778 0.7818</w:t>
        <w:br/>
        <w:t>vn 0.8258 -0.4694 -0.3127</w:t>
        <w:br/>
        <w:t>vn 0.6695 -0.3297 -0.6657</w:t>
        <w:br/>
        <w:t>vn -0.0762 -0.3692 -0.9262</w:t>
        <w:br/>
        <w:t>vn -0.3441 -0.0772 -0.9357</w:t>
        <w:br/>
        <w:t>vn 0.4305 -0.4838 0.7620</w:t>
        <w:br/>
        <w:t>vn 0.7079 -0.5789 0.4047</w:t>
        <w:br/>
        <w:t>vn 0.8873 -0.4611 0.0087</w:t>
        <w:br/>
        <w:t>vn -0.0330 0.6368 0.7703</w:t>
        <w:br/>
        <w:t>vn -0.3683 0.7534 0.5448</w:t>
        <w:br/>
        <w:t>vn 0.4566 0.8726 -0.1735</w:t>
        <w:br/>
        <w:t>vn 0.4373 0.8979 -0.0512</w:t>
        <w:br/>
        <w:t>vn 0.5212 0.8202 -0.2359</w:t>
        <w:br/>
        <w:t>vn 0.7739 0.6248 0.1035</w:t>
        <w:br/>
        <w:t>vn 0.6499 0.7185 0.2477</w:t>
        <w:br/>
        <w:t>vn 0.5978 0.5528 0.5805</w:t>
        <w:br/>
        <w:t>vn 0.8189 0.4996 -0.2826</w:t>
        <w:br/>
        <w:t>vn 0.8737 0.4550 -0.1723</w:t>
        <w:br/>
        <w:t>vn 0.7275 0.6171 -0.2999</w:t>
        <w:br/>
        <w:t>vn 0.6529 0.4116 -0.6359</w:t>
        <w:br/>
        <w:t>vn 0.4068 0.6648 -0.6265</w:t>
        <w:br/>
        <w:t>vn 0.6215 0.7376 -0.2640</w:t>
        <w:br/>
        <w:t>vn 0.5976 -0.1778 0.7818</w:t>
        <w:br/>
        <w:t>vn 0.9146 0.1832 0.3604</w:t>
        <w:br/>
        <w:t>vn 0.9070 0.4032 0.1218</w:t>
        <w:br/>
        <w:t>vn 0.9070 0.4031 0.1218</w:t>
        <w:br/>
        <w:t>vn 0.9488 0.3139 -0.0347</w:t>
        <w:br/>
        <w:t>vn 0.0970 0.9093 0.4046</w:t>
        <w:br/>
        <w:t>vn 0.9704 0.2049 -0.1279</w:t>
        <w:br/>
        <w:t>vn 0.9404 0.2352 0.2458</w:t>
        <w:br/>
        <w:t>vn 0.8882 0.4384 0.1372</w:t>
        <w:br/>
        <w:t>vn 0.9078 0.4038 -0.1138</w:t>
        <w:br/>
        <w:t>vn 0.8282 0.3168 0.4623</w:t>
        <w:br/>
        <w:t>vn 0.8358 0.4427 0.3246</w:t>
        <w:br/>
        <w:t>vn 0.2892 0.5427 -0.7886</w:t>
        <w:br/>
        <w:t>vn 0.5598 0.6362 -0.5309</w:t>
        <w:br/>
        <w:t>vn 0.2316 0.7800 -0.5813</w:t>
        <w:br/>
        <w:t>vn -0.3365 0.9407 0.0430</w:t>
        <w:br/>
        <w:t>vn 0.0501 0.9865 0.1556</w:t>
        <w:br/>
        <w:t>vn -0.1426 0.8816 0.4499</w:t>
        <w:br/>
        <w:t>vn 0.4898 0.5790 0.6518</w:t>
        <w:br/>
        <w:t>vn 0.3116 0.9038 0.2934</w:t>
        <w:br/>
        <w:t>vn 0.5596 0.7287 0.3946</w:t>
        <w:br/>
        <w:t>vn 0.4898 0.5791 0.6517</w:t>
        <w:br/>
        <w:t>vn 0.7230 0.5441 0.4257</w:t>
        <w:br/>
        <w:t>vn 0.0935 0.9407 -0.3260</w:t>
        <w:br/>
        <w:t>vn -0.1678 0.8175 -0.5510</w:t>
        <w:br/>
        <w:t>vn 0.0802 0.9923 -0.0947</w:t>
        <w:br/>
        <w:t>vn 0.7015 0.3072 -0.6430</w:t>
        <w:br/>
        <w:t>vn 0.8427 0.2320 -0.4858</w:t>
        <w:br/>
        <w:t>vn 0.7354 0.4512 -0.5055</w:t>
        <w:br/>
        <w:t>vn 0.8433 0.3939 -0.3656</w:t>
        <w:br/>
        <w:t>vn 0.8882 0.4385 0.1372</w:t>
        <w:br/>
        <w:t>vn 0.9077 0.4038 -0.1138</w:t>
        <w:br/>
        <w:t>vn 0.8358 0.4428 0.3246</w:t>
        <w:br/>
        <w:t>vn 0.2315 0.7800 -0.5813</w:t>
        <w:br/>
        <w:t>vn 0.0502 0.9865 0.1556</w:t>
        <w:br/>
        <w:t>vn 0.5597 0.7287 0.3947</w:t>
        <w:br/>
        <w:t>vn 0.4605 0.8537 -0.2433</w:t>
        <w:br/>
        <w:t>vn 0.4908 0.8610 -0.1333</w:t>
        <w:br/>
        <w:t>vn 0.7821 0.5625 -0.2683</w:t>
        <w:br/>
        <w:t>vn 0.7257 -0.5261 0.4434</w:t>
        <w:br/>
        <w:t>vn 0.3968 -0.8873 0.2351</w:t>
        <w:br/>
        <w:t>vn 0.3177 -0.8744 -0.3667</w:t>
        <w:br/>
        <w:t>vn 0.4794 -0.7540 -0.4491</w:t>
        <w:br/>
        <w:t>vn 0.7759 -0.5467 0.3146</w:t>
        <w:br/>
        <w:t>vn -0.9822 0.0110 -0.1874</w:t>
        <w:br/>
        <w:t>vn -0.6168 0.1575 -0.7712</w:t>
        <w:br/>
        <w:t>vn -0.5873 0.4274 -0.6873</w:t>
        <w:br/>
        <w:t>vn -0.3943 0.7836 -0.4801</w:t>
        <w:br/>
        <w:t>vn -0.3502 0.7415 -0.5722</w:t>
        <w:br/>
        <w:t>vn -0.4562 0.3806 -0.8044</w:t>
        <w:br/>
        <w:t>vn -0.6765 0.3788 0.6316</w:t>
        <w:br/>
        <w:t>vn -0.5791 -0.0871 0.8106</w:t>
        <w:br/>
        <w:t>vn -0.3281 -0.3330 -0.8840</w:t>
        <w:br/>
        <w:t>vn -0.9064 -0.3258 0.2688</w:t>
        <w:br/>
        <w:t>vn -0.1984 0.2141 -0.9565</w:t>
        <w:br/>
        <w:t>vn 0.0813 0.1823 -0.9799</w:t>
        <w:br/>
        <w:t>vn 0.0163 0.3245 -0.9458</w:t>
        <w:br/>
        <w:t>vn 0.3359 -0.0281 -0.9415</w:t>
        <w:br/>
        <w:t>vn -0.1139 0.3541 -0.9282</w:t>
        <w:br/>
        <w:t>vn 0.1638 0.0514 -0.9852</w:t>
        <w:br/>
        <w:t>vn 0.3717 -0.0910 -0.9239</w:t>
        <w:br/>
        <w:t>vn -0.4063 -0.0143 -0.9136</w:t>
        <w:br/>
        <w:t>vn -0.8542 0.2414 -0.4606</w:t>
        <w:br/>
        <w:t>vn -0.8385 0.5355 0.1008</w:t>
        <w:br/>
        <w:t>vn -0.8065 0.4430 0.3916</w:t>
        <w:br/>
        <w:t>vn -0.6237 0.0677 0.7788</w:t>
        <w:br/>
        <w:t>vn -0.3934 0.3506 0.8499</w:t>
        <w:br/>
        <w:t>vn -0.0344 -0.6288 0.7768</w:t>
        <w:br/>
        <w:t>vn 0.0077 -0.4365 0.8997</w:t>
        <w:br/>
        <w:t>vn 0.5228 -0.8151 0.2495</w:t>
        <w:br/>
        <w:t>vn 0.4667 -0.8597 0.2074</w:t>
        <w:br/>
        <w:t>vn -0.8943 0.4422 0.0688</w:t>
        <w:br/>
        <w:t>vn -0.6291 0.6865 0.3645</w:t>
        <w:br/>
        <w:t>vn -0.0363 0.4918 -0.8699</w:t>
        <w:br/>
        <w:t>vn 0.4463 -0.0224 -0.8946</w:t>
        <w:br/>
        <w:t>vn 0.5709 -0.5951 -0.5656</w:t>
        <w:br/>
        <w:t>vn 0.6362 -0.5699 -0.5201</w:t>
        <w:br/>
        <w:t>vn -0.0319 0.5227 0.8519</w:t>
        <w:br/>
        <w:t>vn -0.2530 0.2173 0.9428</w:t>
        <w:br/>
        <w:t>vn -0.5265 -0.0422 -0.8491</w:t>
        <w:br/>
        <w:t>vn -0.7903 0.3566 -0.4983</w:t>
        <w:br/>
        <w:t>vn -0.0726 -0.5389 -0.8392</w:t>
        <w:br/>
        <w:t>vn -0.1690 -0.6337 -0.7549</w:t>
        <w:br/>
        <w:t>vn 0.7215 -0.5595 0.4079</w:t>
        <w:br/>
        <w:t>vn -0.6713 -0.1763 -0.7199</w:t>
        <w:br/>
        <w:t>vn -0.5562 -0.0529 -0.8294</w:t>
        <w:br/>
        <w:t>vn -0.7908 0.3896 -0.4722</w:t>
        <w:br/>
        <w:t>vn -0.9319 0.2589 -0.2540</w:t>
        <w:br/>
        <w:t>vn -0.5243 0.3756 0.7642</w:t>
        <w:br/>
        <w:t>vn -0.3806 0.7602 0.5266</w:t>
        <w:br/>
        <w:t>vn -0.1585 0.4685 0.8691</w:t>
        <w:br/>
        <w:t>vn -0.2660 0.4728 0.8401</w:t>
        <w:br/>
        <w:t>vn -0.4038 0.6381 0.6556</w:t>
        <w:br/>
        <w:t>vn 0.0678 0.4282 0.9011</w:t>
        <w:br/>
        <w:t>vn -0.1136 -0.0584 0.9918</w:t>
        <w:br/>
        <w:t>vn 0.6307 0.7759 0.0156</w:t>
        <w:br/>
        <w:t>vn 0.0469 0.4379 0.8978</w:t>
        <w:br/>
        <w:t>vn 0.0979 0.4361 0.8946</w:t>
        <w:br/>
        <w:t>vn 0.4539 -0.7812 0.4287</w:t>
        <w:br/>
        <w:t>vn 0.5505 -0.5570 0.6218</w:t>
        <w:br/>
        <w:t>vn 0.5823 -0.4673 0.6652</w:t>
        <w:br/>
        <w:t>vn 0.6667 -0.6547 0.3563</w:t>
        <w:br/>
        <w:t>vn -0.8203 0.5712 -0.0283</w:t>
        <w:br/>
        <w:t>vn -0.8444 0.4245 -0.3269</w:t>
        <w:br/>
        <w:t>vn -0.6221 0.6887 -0.3723</w:t>
        <w:br/>
        <w:t>vn -0.6029 0.7965 -0.0455</w:t>
        <w:br/>
        <w:t>vn -0.3340 0.9413 -0.0485</w:t>
        <w:br/>
        <w:t>vn -0.3173 0.8709 -0.3752</w:t>
        <w:br/>
        <w:t>vn -0.1278 0.9190 -0.3731</w:t>
        <w:br/>
        <w:t>vn -0.1959 0.9802 -0.0296</w:t>
        <w:br/>
        <w:t>vn 0.7919 -0.2837 0.5407</w:t>
        <w:br/>
        <w:t>vn 0.6962 -0.5512 0.4598</w:t>
        <w:br/>
        <w:t>vn 0.6079 -0.3806 0.6968</w:t>
        <w:br/>
        <w:t>vn 0.6633 -0.1394 0.7352</w:t>
        <w:br/>
        <w:t>vn -0.9739 0.1775 -0.1412</w:t>
        <w:br/>
        <w:t>vn -0.9133 0.2778 -0.2979</w:t>
        <w:br/>
        <w:t>vn -0.9091 0.4152 -0.0330</w:t>
        <w:br/>
        <w:t>vn -0.9388 0.3426 -0.0350</w:t>
        <w:br/>
        <w:t>vn 0.0771 -0.7828 0.6175</w:t>
        <w:br/>
        <w:t>vn 0.4539 -0.7811 0.4287</w:t>
        <w:br/>
        <w:t>vn 0.5073 -0.8321 0.2245</w:t>
        <w:br/>
        <w:t>vn 0.7196 -0.6712 0.1778</w:t>
        <w:br/>
        <w:t>vn -0.7748 0.2310 -0.5885</w:t>
        <w:br/>
        <w:t>vn -0.5661 0.4958 -0.6585</w:t>
        <w:br/>
        <w:t>vn -0.2651 0.7031 -0.6599</w:t>
        <w:br/>
        <w:t>vn -0.3173 0.8710 -0.3752</w:t>
        <w:br/>
        <w:t>vn -0.0428 0.7397 -0.6716</w:t>
        <w:br/>
        <w:t>vn 0.3492 0.7115 -0.6098</w:t>
        <w:br/>
        <w:t>vn 0.5818 0.6453 -0.4950</w:t>
        <w:br/>
        <w:t>vn 0.3150 0.9187 -0.2382</w:t>
        <w:br/>
        <w:t>vn 0.1420 0.9379 -0.3164</w:t>
        <w:br/>
        <w:t>vn -0.9862 0.1001 0.1321</w:t>
        <w:br/>
        <w:t>vn -0.9365 0.1169 -0.3307</w:t>
        <w:br/>
        <w:t>vn 0.6742 0.1190 0.7289</w:t>
        <w:br/>
        <w:t>vn 0.8415 -0.0216 0.5399</w:t>
        <w:br/>
        <w:t>vn -0.2692 0.5399 -0.7975</w:t>
        <w:br/>
        <w:t>vn -0.3923 0.6377 -0.6629</w:t>
        <w:br/>
        <w:t>vn -0.3346 0.5645 -0.7546</w:t>
        <w:br/>
        <w:t>vn -0.5956 0.7186 -0.3589</w:t>
        <w:br/>
        <w:t>vn -0.5612 0.7987 -0.2169</w:t>
        <w:br/>
        <w:t>vn -0.5706 0.7530 -0.3278</w:t>
        <w:br/>
        <w:t>vn -0.4391 0.6900 -0.5755</w:t>
        <w:br/>
        <w:t>vn -0.3782 0.6260 -0.6820</w:t>
        <w:br/>
        <w:t>vn -0.5786 0.8137 -0.0551</w:t>
        <w:br/>
        <w:t>vn -0.5922 0.8041 0.0528</w:t>
        <w:br/>
        <w:t>vn -0.5304 0.7956 0.2928</w:t>
        <w:br/>
        <w:t>vn -0.5372 0.7462 -0.3933</w:t>
        <w:br/>
        <w:t>vn -0.4480 0.7507 0.4855</w:t>
        <w:br/>
        <w:t>vn 0.3829 -0.2328 -0.8940</w:t>
        <w:br/>
        <w:t>vn 0.8618 -0.2466 0.4434</w:t>
        <w:br/>
        <w:t>vn -0.9133 0.2779 -0.2979</w:t>
        <w:br/>
        <w:t>vn 0.9701 0.2035 -0.1322</w:t>
        <w:br/>
        <w:t>vn 0.9553 0.2294 0.1864</w:t>
        <w:br/>
        <w:t>vn 0.8625 0.2402 -0.4455</w:t>
        <w:br/>
        <w:t>vn 0.1522 -0.0017 0.9884</w:t>
        <w:br/>
        <w:t>vn 0.5061 -0.6310 0.5879</w:t>
        <w:br/>
        <w:t>vn 0.0992 -0.0360 -0.9944</w:t>
        <w:br/>
        <w:t>vn -0.0661 0.2578 -0.9639</w:t>
        <w:br/>
        <w:t>vn 0.3095 -0.9290 0.2031</w:t>
        <w:br/>
        <w:t>vn 0.3755 -0.9035 0.2065</w:t>
        <w:br/>
        <w:t>vn 0.4063 -0.9062 -0.1170</w:t>
        <w:br/>
        <w:t>vn -0.3213 0.6995 -0.6383</w:t>
        <w:br/>
        <w:t>vn -0.3865 0.6414 -0.6628</w:t>
        <w:br/>
        <w:t>vn 0.0619 -0.3903 0.9186</w:t>
        <w:br/>
        <w:t>vn 0.5596 -0.7793 0.2821</w:t>
        <w:br/>
        <w:t>vn 0.6958 -0.5530 -0.4583</w:t>
        <w:br/>
        <w:t>vn 0.7824 -0.5241 0.3364</w:t>
        <w:br/>
        <w:t>vn 0.5100 -0.7560 -0.4103</w:t>
        <w:br/>
        <w:t>vn -0.2333 0.2514 0.9393</w:t>
        <w:br/>
        <w:t>vn 0.1325 -0.4314 0.8924</w:t>
        <w:br/>
        <w:t>vn 0.3733 -0.0110 -0.9276</w:t>
        <w:br/>
        <w:t>vn -0.0414 -0.5181 -0.8543</w:t>
        <w:br/>
        <w:t>vn 0.3149 0.9187 -0.2382</w:t>
        <w:br/>
        <w:t>vn 0.8610 -0.4066 0.3056</w:t>
        <w:br/>
        <w:t>vn 0.8415 -0.0216 0.5398</w:t>
        <w:br/>
        <w:t>vn 0.9385 -0.1605 0.3057</w:t>
        <w:br/>
        <w:t>vn -0.0695 0.3522 -0.9333</w:t>
        <w:br/>
        <w:t>vn -0.5021 0.6996 0.5084</w:t>
        <w:br/>
        <w:t>vn -0.7678 0.6397 0.0357</w:t>
        <w:br/>
        <w:t>vn -0.3200 0.5667 0.7592</w:t>
        <w:br/>
        <w:t>vn -0.4519 0.1508 0.8792</w:t>
        <w:br/>
        <w:t>vn -0.6536 0.6690 0.3540</w:t>
        <w:br/>
        <w:t>vn -0.4046 0.2348 0.8838</w:t>
        <w:br/>
        <w:t>vn -0.3812 0.6734 0.6334</w:t>
        <w:br/>
        <w:t>vn -0.4931 0.7673 -0.4100</w:t>
        <w:br/>
        <w:t>vn 0.4720 0.0634 0.8793</w:t>
        <w:br/>
        <w:t>vn 0.3733 -0.0109 -0.9277</w:t>
        <w:br/>
        <w:t>vn -0.0563 0.5135 -0.8563</w:t>
        <w:br/>
        <w:t>vn -0.0691 0.5136 0.8553</w:t>
        <w:br/>
        <w:t>vn 0.1768 -0.2452 0.9532</w:t>
        <w:br/>
        <w:t>vn -0.2794 0.5653 0.7761</w:t>
        <w:br/>
        <w:t>vn 0.1497 0.2681 -0.9517</w:t>
        <w:br/>
        <w:t>vn -0.4480 0.7786 0.4394</w:t>
        <w:br/>
        <w:t>vn -0.3935 0.3506 0.8499</w:t>
        <w:br/>
        <w:t>vn -0.3098 -0.7940 0.5230</w:t>
        <w:br/>
        <w:t>vn -0.7376 -0.2182 0.6391</w:t>
        <w:br/>
        <w:t>vn -0.5396 0.0339 0.8412</w:t>
        <w:br/>
        <w:t>vn -0.4690 -0.8311 0.2989</w:t>
        <w:br/>
        <w:t>vn -0.3897 -0.9184 -0.0684</w:t>
        <w:br/>
        <w:t>vn -0.5586 -0.7148 -0.4207</w:t>
        <w:br/>
        <w:t>vn -0.7994 -0.3936 -0.4538</w:t>
        <w:br/>
        <w:t>vn -0.7994 -0.3936 -0.4539</w:t>
        <w:br/>
        <w:t>vn -0.8977 -0.2290 -0.3764</w:t>
        <w:br/>
        <w:t>vn -0.7722 -0.2789 0.5710</w:t>
        <w:br/>
        <w:t>vn -0.8986 -0.3277 0.2919</w:t>
        <w:br/>
        <w:t>vn -0.7461 -0.4993 0.4405</w:t>
        <w:br/>
        <w:t>vn -0.5700 -0.7880 0.2326</w:t>
        <w:br/>
        <w:t>vn -0.4196 -0.8976 -0.1347</w:t>
        <w:br/>
        <w:t>vn -0.1454 -0.0636 -0.9873</w:t>
        <w:br/>
        <w:t>vn -0.6595 -0.3274 -0.6767</w:t>
        <w:br/>
        <w:t>vn -0.7798 -0.5200 0.3486</w:t>
        <w:br/>
        <w:t>vn -0.8733 -0.3661 0.3215</w:t>
        <w:br/>
        <w:t>vn -0.4636 -0.7265 -0.5072</w:t>
        <w:br/>
        <w:t>vn -0.1454 -0.0635 -0.9873</w:t>
        <w:br/>
        <w:t>vn -0.8901 -0.4149 0.1887</w:t>
        <w:br/>
        <w:t>vn -0.6919 -0.6968 0.1889</w:t>
        <w:br/>
        <w:t>vn -0.5183 -0.8546 -0.0312</w:t>
        <w:br/>
        <w:t>vn -0.3483 -0.8237 -0.4473</w:t>
        <w:br/>
        <w:t>vn -0.4584 -0.5070 -0.7299</w:t>
        <w:br/>
        <w:t>vn -0.4584 -0.5071 -0.7299</w:t>
        <w:br/>
        <w:t>vn -0.7884 0.0898 -0.6086</w:t>
        <w:br/>
        <w:t>vn -0.9590 -0.2485 0.1364</w:t>
        <w:br/>
        <w:t>vn -0.8901 -0.4148 0.1887</w:t>
        <w:br/>
        <w:t>vn -0.6382 -0.7385 0.2174</w:t>
        <w:br/>
        <w:t>vn 0.1689 -0.9736 0.1533</w:t>
        <w:br/>
        <w:t>vn -0.3600 -0.6222 -0.6951</w:t>
        <w:br/>
        <w:t>vn 0.3099 -0.8255 -0.4718</w:t>
        <w:br/>
        <w:t>vn -0.3600 -0.6223 -0.6951</w:t>
        <w:br/>
        <w:t>vn -0.0170 -0.1181 -0.9929</w:t>
        <w:br/>
        <w:t>vn -0.8832 -0.4231 0.2023</w:t>
        <w:br/>
        <w:t>vn -0.8714 0.4683 -0.1463</w:t>
        <w:br/>
        <w:t>vn -0.8741 0.0657 -0.4812</w:t>
        <w:br/>
        <w:t>vn -0.7061 -0.1785 -0.6853</w:t>
        <w:br/>
        <w:t>vn -0.6278 -0.3386 -0.7009</w:t>
        <w:br/>
        <w:t>vn -0.9896 -0.0280 -0.1410</w:t>
        <w:br/>
        <w:t>vn -0.9480 0.2302 -0.2198</w:t>
        <w:br/>
        <w:t>vn -0.6826 0.6879 -0.2467</w:t>
        <w:br/>
        <w:t>vn -0.7242 0.6610 -0.1963</w:t>
        <w:br/>
        <w:t>vn -0.7242 0.6610 -0.1962</w:t>
        <w:br/>
        <w:t>vn -0.7967 -0.1125 -0.5938</w:t>
        <w:br/>
        <w:t>vn -0.9308 0.0625 -0.3601</w:t>
        <w:br/>
        <w:t>vn -0.8156 0.1463 -0.5597</w:t>
        <w:br/>
        <w:t>vn -0.9664 -0.2429 0.0845</w:t>
        <w:br/>
        <w:t>vn -0.8685 0.4687 0.1613</w:t>
        <w:br/>
        <w:t>vn -0.9948 -0.0948 -0.0372</w:t>
        <w:br/>
        <w:t>vn -0.5807 0.5757 -0.5757</w:t>
        <w:br/>
        <w:t>vn -0.5856 0.6704 -0.4557</w:t>
        <w:br/>
        <w:t>vn -0.5807 0.5757 -0.5756</w:t>
        <w:br/>
        <w:t>vn -0.9319 0.0231 -0.3620</w:t>
        <w:br/>
        <w:t>vn -0.9445 -0.1165 -0.3073</w:t>
        <w:br/>
        <w:t>vn -0.9986 0.0533 -0.0037</w:t>
        <w:br/>
        <w:t>vn -0.4563 0.3806 -0.8043</w:t>
        <w:br/>
        <w:t>vn -0.9550 0.2408 -0.1731</w:t>
        <w:br/>
        <w:t>vn -0.9588 -0.1042 0.2644</w:t>
        <w:br/>
        <w:t>vn -0.7483 0.3876 0.5383</w:t>
        <w:br/>
        <w:t>vn -0.9065 -0.2780 0.3178</w:t>
        <w:br/>
        <w:t>vn -0.6540 0.7441 -0.1363</w:t>
        <w:br/>
        <w:t>vn -0.6391 0.7685 -0.0311</w:t>
        <w:br/>
        <w:t>vn -0.7401 0.6649 0.1009</w:t>
        <w:br/>
        <w:t>vn -0.9882 -0.0997 0.1159</w:t>
        <w:br/>
        <w:t>vn -0.9327 -0.2380 0.2709</w:t>
        <w:br/>
        <w:t>vn -0.9911 0.1154 0.0667</w:t>
        <w:br/>
        <w:t>vn -0.9565 -0.2596 -0.1334</w:t>
        <w:br/>
        <w:t>vn -0.9592 0.0626 -0.2758</w:t>
        <w:br/>
        <w:t>vn -0.5872 0.4274 -0.6873</w:t>
        <w:br/>
        <w:t>vn -0.8821 -0.3776 0.2815</w:t>
        <w:br/>
        <w:t>vn -0.7721 -0.2789 0.5710</w:t>
        <w:br/>
        <w:t>vn -0.6268 0.7789 0.0217</w:t>
        <w:br/>
        <w:t>vn -0.4340 0.7382 0.5165</w:t>
        <w:br/>
        <w:t>vn -0.6268 0.7789 0.0216</w:t>
        <w:br/>
        <w:t>vn -0.7493 0.5718 0.3340</w:t>
        <w:br/>
        <w:t>vn -0.0743 -0.9951 -0.0652</w:t>
        <w:br/>
        <w:t>vn 0.2852 -0.9584 0.0068</w:t>
        <w:br/>
        <w:t>vn -0.9328 -0.3290 0.1473</w:t>
        <w:br/>
        <w:t>vn -0.9319 0.2589 -0.2539</w:t>
        <w:br/>
        <w:t>vn -0.8048 -0.4772 -0.3529</w:t>
        <w:br/>
        <w:t>vn -0.2293 -0.6948 -0.6817</w:t>
        <w:br/>
        <w:t>vn -0.9615 0.2733 0.0298</w:t>
        <w:br/>
        <w:t>vn -0.7908 0.3896 -0.4721</w:t>
        <w:br/>
        <w:t>vn -0.7780 -0.3619 0.5135</w:t>
        <w:br/>
        <w:t>vn -0.7163 -0.3636 0.5955</w:t>
        <w:br/>
        <w:t>vn -0.4262 -0.5667 0.7051</w:t>
        <w:br/>
        <w:t>vn -0.3742 -0.6877 0.6221</w:t>
        <w:br/>
        <w:t>vn -0.0131 -0.2596 0.9656</w:t>
        <w:br/>
        <w:t>vn -0.5628 -0.4325 0.7044</w:t>
        <w:br/>
        <w:t>vn 0.3058 -0.0151 0.9520</w:t>
        <w:br/>
        <w:t>vn 0.4383 -0.1259 0.8900</w:t>
        <w:br/>
        <w:t>vn -0.0132 -0.2595 0.9657</w:t>
        <w:br/>
        <w:t>vn -0.0025 0.3071 0.9517</w:t>
        <w:br/>
        <w:t>vn 0.0362 0.2895 0.9565</w:t>
        <w:br/>
        <w:t>vn -0.5696 -0.6810 0.4602</w:t>
        <w:br/>
        <w:t>vn -0.5703 -0.6975 0.4338</w:t>
        <w:br/>
        <w:t>vn -0.6122 -0.6416 0.4621</w:t>
        <w:br/>
        <w:t>vn -0.5781 -0.6369 0.5100</w:t>
        <w:br/>
        <w:t>vn -0.5554 -0.6533 0.5146</w:t>
        <w:br/>
        <w:t>vn -0.5969 -0.6880 0.4127</w:t>
        <w:br/>
        <w:t>vn 0.1198 0.2710 0.9551</w:t>
        <w:br/>
        <w:t>vn 0.0747 0.2713 0.9596</w:t>
        <w:br/>
        <w:t>vn -0.5651 -0.7256 0.3926</w:t>
        <w:br/>
        <w:t>vn -0.5855 -0.6776 0.4451</w:t>
        <w:br/>
        <w:t>vn -0.5854 -0.6776 0.4451</w:t>
        <w:br/>
        <w:t>vn -0.5854 -0.6776 0.4452</w:t>
        <w:br/>
        <w:t>vn -0.6404 -0.6291 0.4406</w:t>
        <w:br/>
        <w:t>vn -0.9328 -0.3289 0.1472</w:t>
        <w:br/>
        <w:t>vn -0.6967 -0.5857 0.4143</w:t>
        <w:br/>
        <w:t>vn -0.6801 -0.6527 0.3338</w:t>
        <w:br/>
        <w:t>vn -0.6006 -0.7433 0.2948</w:t>
        <w:br/>
        <w:t>vn -0.6006 -0.7432 0.2948</w:t>
        <w:br/>
        <w:t>vn -0.6801 -0.6528 0.3336</w:t>
        <w:br/>
        <w:t>vn -0.8048 -0.4772 -0.3530</w:t>
        <w:br/>
        <w:t>vn -0.5805 -0.6689 0.4644</w:t>
        <w:br/>
        <w:t>vn -0.9079 -0.4166 0.0463</w:t>
        <w:br/>
        <w:t>vn -0.8923 -0.4425 0.0893</w:t>
        <w:br/>
        <w:t>vn -0.7898 -0.6126 0.0299</w:t>
        <w:br/>
        <w:t>vn -0.8421 -0.5389 0.0190</w:t>
        <w:br/>
        <w:t>vn -0.8542 -0.5115 0.0934</w:t>
        <w:br/>
        <w:t>vn -0.6483 0.7613 -0.0128</w:t>
        <w:br/>
        <w:t>vn -0.6482 0.7614 -0.0128</w:t>
        <w:br/>
        <w:t>vn -0.7015 0.4736 0.5325</w:t>
        <w:br/>
        <w:t>vn -0.7014 0.4736 0.5327</w:t>
        <w:br/>
        <w:t>vn -0.8432 -0.5224 0.1267</w:t>
        <w:br/>
        <w:t>vn -0.6384 -0.7473 0.1846</w:t>
        <w:br/>
        <w:t>vn -0.6653 -0.7466 -0.0041</w:t>
        <w:br/>
        <w:t>vn -0.8477 -0.5301 -0.0205</w:t>
        <w:br/>
        <w:t>vn -0.7764 -0.6223 -0.1002</w:t>
        <w:br/>
        <w:t>vn -0.8908 -0.4521 0.0459</w:t>
        <w:br/>
        <w:t>vn -0.8477 -0.5301 -0.0204</w:t>
        <w:br/>
        <w:t>vn -0.9305 -0.3660 -0.0131</w:t>
        <w:br/>
        <w:t>vn -0.9359 -0.2513 -0.2467</w:t>
        <w:br/>
        <w:t>vn -0.9934 -0.1098 -0.0321</w:t>
        <w:br/>
        <w:t>vn -0.8833 -0.3652 -0.2940</w:t>
        <w:br/>
        <w:t>vn -0.9540 -0.2377 0.1828</w:t>
        <w:br/>
        <w:t>vn -0.8940 -0.3848 0.2295</w:t>
        <w:br/>
        <w:t>vn -0.6611 0.7109 -0.2398</w:t>
        <w:br/>
        <w:t>vn -0.6612 0.7109 -0.2398</w:t>
        <w:br/>
        <w:t>vn -0.7408 0.6429 0.1948</w:t>
        <w:br/>
        <w:t>vn -0.7409 0.6428 0.1946</w:t>
        <w:br/>
        <w:t>vn -0.7326 -0.6794 0.0404</w:t>
        <w:br/>
        <w:t>vn -0.6568 -0.7443 -0.1206</w:t>
        <w:br/>
        <w:t>vn -0.7961 -0.5240 -0.3028</w:t>
        <w:br/>
        <w:t>vn -0.8477 -0.4650 -0.2553</w:t>
        <w:br/>
        <w:t>vn -0.7848 -0.2501 -0.5670</w:t>
        <w:br/>
        <w:t>vn -0.8458 -0.5330 -0.0242</w:t>
        <w:br/>
        <w:t>vn -0.8904 -0.4454 -0.0937</w:t>
        <w:br/>
        <w:t>vn -0.6858 -0.6575 -0.3122</w:t>
        <w:br/>
        <w:t>vn -0.8458 -0.5329 -0.0242</w:t>
        <w:br/>
        <w:t>vn -0.7960 -0.5240 -0.3029</w:t>
        <w:br/>
        <w:t>vn -0.9388 -0.0721 -0.3368</w:t>
        <w:br/>
        <w:t>vn -0.8349 -0.2477 -0.4915</w:t>
        <w:br/>
        <w:t>vn -0.7758 -0.4172 -0.4733</w:t>
        <w:br/>
        <w:t>vn -0.9266 -0.3761 0.0041</w:t>
        <w:br/>
        <w:t>vn -0.9701 -0.2277 -0.0842</w:t>
        <w:br/>
        <w:t>vn -0.5619 0.4677 -0.6823</w:t>
        <w:br/>
        <w:t>vn -0.8163 0.5423 -0.1991</w:t>
        <w:br/>
        <w:t>vn -0.8162 0.5423 -0.1991</w:t>
        <w:br/>
        <w:t>vn -0.8000 -0.5899 -0.1094</w:t>
        <w:br/>
        <w:t>vn -0.8602 -0.4909 -0.1380</w:t>
        <w:br/>
        <w:t>vn -0.8061 -0.5749 -0.1402</w:t>
        <w:br/>
        <w:t>vn -0.8390 -0.5000 -0.2148</w:t>
        <w:br/>
        <w:t>vn -0.8905 -0.4439 -0.0996</w:t>
        <w:br/>
        <w:t>vn -0.8905 -0.4439 -0.0997</w:t>
        <w:br/>
        <w:t>vn -0.8626 -0.4876 -0.1349</w:t>
        <w:br/>
        <w:t>vn -0.7714 -0.5464 -0.3260</w:t>
        <w:br/>
        <w:t>vn -0.8934 -0.4174 -0.1663</w:t>
        <w:br/>
        <w:t>vn -0.8602 -0.4910 -0.1379</w:t>
        <w:br/>
        <w:t>vn -0.8626 -0.4876 -0.1348</w:t>
        <w:br/>
        <w:t>vn -0.4358 -0.0766 -0.8968</w:t>
        <w:br/>
        <w:t>vn -0.8822 -0.1067 -0.4587</w:t>
        <w:br/>
        <w:t>vn -0.7173 -0.4960 -0.4894</w:t>
        <w:br/>
        <w:t>vn -0.9646 -0.1739 -0.1984</w:t>
        <w:br/>
        <w:t>vn -0.9440 -0.3221 -0.0713</w:t>
        <w:br/>
        <w:t>vn -0.7625 0.6305 -0.1452</w:t>
        <w:br/>
        <w:t>vn -0.7624 0.6307 -0.1447</w:t>
        <w:br/>
        <w:t>vn -0.6544 0.5725 -0.4939</w:t>
        <w:br/>
        <w:t>vn -0.6545 0.5724 -0.4939</w:t>
        <w:br/>
        <w:t>vn -0.7435 -0.6072 -0.2802</w:t>
        <w:br/>
        <w:t>vn -0.7541 -0.6258 -0.1991</w:t>
        <w:br/>
        <w:t>vn -0.7201 -0.6050 -0.3397</w:t>
        <w:br/>
        <w:t>vn -0.7129 -0.6208 -0.3260</w:t>
        <w:br/>
        <w:t>vn -0.3598 -0.6223 -0.6952</w:t>
        <w:br/>
        <w:t>vn -0.7130 -0.6208 -0.3260</w:t>
        <w:br/>
        <w:t>vn -0.7226 -0.6227 -0.3001</w:t>
        <w:br/>
        <w:t>vn -0.7226 -0.6227 -0.3002</w:t>
        <w:br/>
        <w:t>vn -0.3598 -0.6222 -0.6953</w:t>
        <w:br/>
        <w:t>vn -0.7920 -0.5816 -0.1858</w:t>
        <w:br/>
        <w:t>vn -0.8833 -0.4230 0.2022</w:t>
        <w:br/>
        <w:t>vn -0.8218 -0.5318 -0.2044</w:t>
        <w:br/>
        <w:t>vn -0.8218 -0.5318 -0.2043</w:t>
        <w:br/>
        <w:t>vn -0.7919 -0.5817 -0.1858</w:t>
        <w:br/>
        <w:t>vn -0.6678 0.7110 -0.2204</w:t>
        <w:br/>
        <w:t>vn -0.6621 0.6806 -0.3137</w:t>
        <w:br/>
        <w:t>vn -0.6240 0.5632 -0.5417</w:t>
        <w:br/>
        <w:t>vn 0.0907 0.2273 0.9696</w:t>
        <w:br/>
        <w:t>vn 0.4851 0.0652 -0.8720</w:t>
        <w:br/>
        <w:t>vn -0.7547 0.6257 0.1973</w:t>
        <w:br/>
        <w:t>vn -0.9358 0.3525 0.0019</w:t>
        <w:br/>
        <w:t>vn -0.7329 0.3449 0.5864</w:t>
        <w:br/>
        <w:t>vn 0.7735 -0.4866 0.4061</w:t>
        <w:br/>
        <w:t>vn 0.4471 0.0241 0.8942</w:t>
        <w:br/>
        <w:t>vn 0.1694 -0.2431 0.9551</w:t>
        <w:br/>
        <w:t>vn 0.5911 -0.6588 0.4654</w:t>
        <w:br/>
        <w:t>vn 0.2427 -0.9580 -0.1531</w:t>
        <w:br/>
        <w:t>vn 0.4685 -0.7759 -0.4225</w:t>
        <w:br/>
        <w:t>vn 0.7105 -0.7023 0.0448</w:t>
        <w:br/>
        <w:t>vn -0.1601 -0.9353 0.3156</w:t>
        <w:br/>
        <w:t>vn -0.1076 -0.8194 0.5631</w:t>
        <w:br/>
        <w:t>vn -0.2170 -0.9695 0.1143</w:t>
        <w:br/>
        <w:t>vn -0.4667 -0.8796 -0.0920</w:t>
        <w:br/>
        <w:t>vn -0.2992 -0.8028 -0.5157</w:t>
        <w:br/>
        <w:t>vn -0.1237 -0.4664 0.8759</w:t>
        <w:br/>
        <w:t>vn -0.2605 0.1377 0.9556</w:t>
        <w:br/>
        <w:t>vn -0.4212 -0.1893 0.8870</w:t>
        <w:br/>
        <w:t>vn -0.8878 -0.3541 0.2939</w:t>
        <w:br/>
        <w:t>vn -0.8918 -0.4349 0.1250</w:t>
        <w:br/>
        <w:t>vn -0.8316 -0.2569 -0.4923</w:t>
        <w:br/>
        <w:t>vn -0.7903 -0.6124 0.0193</w:t>
        <w:br/>
        <w:t>vn -0.7550 -0.1830 0.6296</w:t>
        <w:br/>
        <w:t>vn -0.1075 -0.8194 0.5631</w:t>
        <w:br/>
        <w:t>vn -0.0577 0.4544 0.8889</w:t>
        <w:br/>
        <w:t>vn -0.7929 0.3536 -0.4962</w:t>
        <w:br/>
        <w:t>vn -0.6214 0.6050 0.4978</w:t>
        <w:br/>
        <w:t>vn -0.0503 -0.5318 -0.8454</w:t>
        <w:br/>
        <w:t>vn -0.5597 -0.0274 -0.8283</w:t>
        <w:br/>
        <w:t>vn 0.7106 -0.7022 0.0448</w:t>
        <w:br/>
        <w:t>vn 0.7468 -0.6090 0.2672</w:t>
        <w:br/>
        <w:t>vn -0.7533 0.5217 0.4005</w:t>
        <w:br/>
        <w:t>vn -0.7929 0.3536 -0.4963</w:t>
        <w:br/>
        <w:t>vn -0.1530 0.2528 0.9554</w:t>
        <w:br/>
        <w:t>vn -0.5180 0.3527 0.7793</w:t>
        <w:br/>
        <w:t>vn -0.1956 -0.0990 0.9757</w:t>
        <w:br/>
        <w:t>vn -0.7523 0.3683 -0.5462</w:t>
        <w:br/>
        <w:t>vn -0.8785 0.4411 0.1837</w:t>
        <w:br/>
        <w:t>vn -0.5744 0.7975 0.1846</w:t>
        <w:br/>
        <w:t>vn -0.4946 0.6266 -0.6023</w:t>
        <w:br/>
        <w:t>vn -0.3257 0.4430 0.8353</w:t>
        <w:br/>
        <w:t>vn -0.6245 0.0028 -0.7810</w:t>
        <w:br/>
        <w:t>vn -0.5866 -0.7197 -0.3715</w:t>
        <w:br/>
        <w:t>vn -0.7715 -0.4114 -0.4853</w:t>
        <w:br/>
        <w:t>vn -0.4603 -0.8867 -0.0427</w:t>
        <w:br/>
        <w:t>vn -0.4604 -0.8867 -0.0427</w:t>
        <w:br/>
        <w:t>vn -0.5046 -0.7414 0.4423</w:t>
        <w:br/>
        <w:t>vn -0.6592 -0.5662 0.4947</w:t>
        <w:br/>
        <w:t>vn -0.4592 -0.8328 0.3091</w:t>
        <w:br/>
        <w:t>vn -0.4591 -0.8328 0.3092</w:t>
        <w:br/>
        <w:t>vn -0.7761 -0.3586 0.5188</w:t>
        <w:br/>
        <w:t>vn -0.8663 -0.1983 0.4585</w:t>
        <w:br/>
        <w:t>vn -0.6592 -0.5662 0.4948</w:t>
        <w:br/>
        <w:t>vn -0.1957 -0.0990 0.9757</w:t>
        <w:br/>
        <w:t>vn -0.9895 0.0064 0.1447</w:t>
        <w:br/>
        <w:t>vn -0.8662 -0.1984 0.4586</w:t>
        <w:br/>
        <w:t>vn -0.9515 -0.0916 -0.2937</w:t>
        <w:br/>
        <w:t>vn 0.2813 -0.4168 -0.8644</w:t>
        <w:br/>
        <w:t>vn 0.0714 -0.1079 -0.9916</w:t>
        <w:br/>
        <w:t>vn -0.0783 0.1363 -0.9876</w:t>
        <w:br/>
        <w:t>vn 0.2813 -0.4169 -0.8643</w:t>
        <w:br/>
        <w:t>vn 0.5715 -0.8019 -0.1743</w:t>
        <w:br/>
        <w:t>vn 0.1676 -0.1463 0.9749</w:t>
        <w:br/>
        <w:t>vn 0.4616 -0.6292 0.6254</w:t>
        <w:br/>
        <w:t>vn -0.4417 0.4779 -0.7593</w:t>
        <w:br/>
        <w:t>vn -0.3641 0.4514 -0.8147</w:t>
        <w:br/>
        <w:t>vn 0.1677 -0.1463 0.9749</w:t>
        <w:br/>
        <w:t>vn -0.1034 0.0168 0.9945</w:t>
        <w:br/>
        <w:t>vn 0.0056 -0.0935 0.9956</w:t>
        <w:br/>
        <w:t>vn -0.2560 0.2780 0.9258</w:t>
        <w:br/>
        <w:t>vn 0.3522 -0.6058 0.7134</w:t>
        <w:br/>
        <w:t>vn 0.5773 -0.8136 -0.0690</w:t>
        <w:br/>
        <w:t>vn -0.3718 0.5071 0.7776</w:t>
        <w:br/>
        <w:t>vn -0.5258 0.8477 0.0710</w:t>
        <w:br/>
        <w:t>vn -0.5257 0.8477 0.0710</w:t>
        <w:br/>
        <w:t>vn -0.3816 0.4633 0.7998</w:t>
        <w:br/>
        <w:t>vn -0.7548 -0.5549 -0.3497</w:t>
        <w:br/>
        <w:t>vn -0.6815 -0.6767 -0.2785</w:t>
        <w:br/>
        <w:t>vn -0.7548 -0.5549 -0.3498</w:t>
        <w:br/>
        <w:t>vn -0.6847 -0.7194 -0.1170</w:t>
        <w:br/>
        <w:t>vn -0.6847 -0.7193 -0.1170</w:t>
        <w:br/>
        <w:t>vn -0.7109 -0.7000 0.0688</w:t>
        <w:br/>
        <w:t>vn -0.7109 -0.6999 0.0689</w:t>
        <w:br/>
        <w:t>vn -0.7839 -0.5888 0.1969</w:t>
        <w:br/>
        <w:t>vn -0.7839 -0.5888 0.1970</w:t>
        <w:br/>
        <w:t>vn -0.7839 -0.5887 0.1970</w:t>
        <w:br/>
        <w:t>vn -0.8919 -0.4247 0.1554</w:t>
        <w:br/>
        <w:t>vn -0.8919 -0.4247 0.1555</w:t>
        <w:br/>
        <w:t>vn -0.9331 -0.3534 -0.0662</w:t>
        <w:br/>
        <w:t>vn -0.8668 -0.4118 -0.2813</w:t>
        <w:br/>
        <w:t>vn -0.8668 -0.4118 -0.2812</w:t>
        <w:br/>
        <w:t>vn -0.3304 0.6397 -0.6940</w:t>
        <w:br/>
        <w:t>vn -0.3250 0.6122 -0.7208</w:t>
        <w:br/>
        <w:t>vn 0.4201 -0.4603 -0.7821</w:t>
        <w:br/>
        <w:t>vn 0.1208 0.0942 -0.9882</w:t>
        <w:br/>
        <w:t>vn 0.4201 -0.4603 -0.7820</w:t>
        <w:br/>
        <w:t>vn 0.0056 -0.0936 0.9956</w:t>
        <w:br/>
        <w:t>vn -0.1034 0.0167 0.9945</w:t>
        <w:br/>
        <w:t>vn -0.2559 0.5091 -0.8218</w:t>
        <w:br/>
        <w:t>vn -0.1819 0.4500 -0.8743</w:t>
        <w:br/>
        <w:t>vn -0.2897 0.3685 0.8833</w:t>
        <w:br/>
        <w:t>vn -0.4167 0.2475 0.8747</w:t>
        <w:br/>
        <w:t>vn -0.5571 0.5811 0.5933</w:t>
        <w:br/>
        <w:t>vn -0.3452 0.1979 0.9174</w:t>
        <w:br/>
        <w:t>vn 0.0505 -0.4348 0.8991</w:t>
        <w:br/>
        <w:t>vn 0.0505 -0.4349 0.8991</w:t>
        <w:br/>
        <w:t>vn 0.4865 -0.8205 0.3002</w:t>
        <w:br/>
        <w:t>vn 0.4864 -0.8205 0.3002</w:t>
        <w:br/>
        <w:t>vn -0.7423 -0.6698 -0.0185</w:t>
        <w:br/>
        <w:t>vn -0.8496 -0.5274 -0.0031</w:t>
        <w:br/>
        <w:t>vn -0.6514 -0.7394 -0.1704</w:t>
        <w:br/>
        <w:t>vn -0.6514 -0.7394 -0.1705</w:t>
        <w:br/>
        <w:t>vn -0.6110 -0.7087 -0.3528</w:t>
        <w:br/>
        <w:t>vn -0.6604 -0.5850 -0.4709</w:t>
        <w:br/>
        <w:t>vn -0.6603 -0.5850 -0.4709</w:t>
        <w:br/>
        <w:t>vn -0.8496 -0.5273 -0.0031</w:t>
        <w:br/>
        <w:t>vn -0.8497 -0.5273 -0.0031</w:t>
        <w:br/>
        <w:t>vn -0.9140 -0.3844 -0.1302</w:t>
        <w:br/>
        <w:t>vn -0.9139 -0.3844 -0.1302</w:t>
        <w:br/>
        <w:t>vn -0.8775 -0.3457 -0.3324</w:t>
        <w:br/>
        <w:t>vn -0.7678 -0.4311 -0.4740</w:t>
        <w:br/>
        <w:t>vn -0.6603 -0.5851 -0.4709</w:t>
        <w:br/>
        <w:t>vn -0.0639 0.4492 -0.8911</w:t>
        <w:br/>
        <w:t>vn 0.0771 0.3154 -0.9458</w:t>
        <w:br/>
        <w:t>vn 0.1155 0.2140 -0.9700</w:t>
        <w:br/>
        <w:t>vn -0.4653 0.8193 -0.3351</w:t>
        <w:br/>
        <w:t>vn -0.0765 0.4063 -0.9106</w:t>
        <w:br/>
        <w:t>vn -0.5556 0.4447 0.7025</w:t>
        <w:br/>
        <w:t>vn -0.5924 0.6427 0.4857</w:t>
        <w:br/>
        <w:t>vn 0.4123 -0.1842 -0.8922</w:t>
        <w:br/>
        <w:t>vn 0.2954 -0.0609 -0.9534</w:t>
        <w:br/>
        <w:t>vn 0.5910 -0.6335 -0.4994</w:t>
        <w:br/>
        <w:t>vn 0.4123 -0.1842 -0.8923</w:t>
        <w:br/>
        <w:t>vn 0.5909 -0.6336 -0.4994</w:t>
        <w:br/>
        <w:t>vn -0.4564 0.1565 0.8759</w:t>
        <w:br/>
        <w:t>vn -0.6454 0.4663 0.6049</w:t>
        <w:br/>
        <w:t>vn -0.5614 0.2671 0.7832</w:t>
        <w:br/>
        <w:t>vn 0.5785 -0.7875 0.2128</w:t>
        <w:br/>
        <w:t>vn 0.1114 -0.5304 0.8404</w:t>
        <w:br/>
        <w:t>vn 0.4409 -0.7657 0.4683</w:t>
        <w:br/>
        <w:t>vn -0.7188 0.5380 -0.4404</w:t>
        <w:br/>
        <w:t>vn -0.8556 0.4790 0.1962</w:t>
        <w:br/>
        <w:t>vn -0.6701 0.6392 0.3773</w:t>
        <w:br/>
        <w:t>vn -0.4722 0.7630 -0.4414</w:t>
        <w:br/>
        <w:t>vn -0.9082 -0.4169 0.0377</w:t>
        <w:br/>
        <w:t>vn -0.9624 -0.2714 -0.0063</w:t>
        <w:br/>
        <w:t>vn -0.9746 -0.1594 -0.1575</w:t>
        <w:br/>
        <w:t>vn -0.4809 -0.5350 -0.6946</w:t>
        <w:br/>
        <w:t>vn -0.6314 -0.2053 -0.7478</w:t>
        <w:br/>
        <w:t>vn -0.2754 0.1283 -0.9527</w:t>
        <w:br/>
        <w:t>vn 0.0224 -0.3314 -0.9432</w:t>
        <w:br/>
        <w:t>vn -0.4671 -0.7790 -0.4182</w:t>
        <w:br/>
        <w:t>vn -0.4809 -0.5351 -0.6945</w:t>
        <w:br/>
        <w:t>vn 0.0223 -0.3315 -0.9432</w:t>
        <w:br/>
        <w:t>vn -0.5704 -0.8114 -0.1277</w:t>
        <w:br/>
        <w:t>vn -0.5703 -0.8114 -0.1277</w:t>
        <w:br/>
        <w:t>vn -0.7446 -0.6664 0.0388</w:t>
        <w:br/>
        <w:t>vn -0.9082 -0.4168 0.0376</w:t>
        <w:br/>
        <w:t>vn -0.8622 -0.0468 -0.5044</w:t>
        <w:br/>
        <w:t>vn -0.7304 -0.0498 -0.6813</w:t>
        <w:br/>
        <w:t>vn -0.9746 -0.1593 -0.1576</w:t>
        <w:br/>
        <w:t>vn -0.2525 0.6210 -0.7420</w:t>
        <w:br/>
        <w:t>vn 0.1208 0.1347 -0.9835</w:t>
        <w:br/>
        <w:t>vn 0.4602 -0.2225 -0.8595</w:t>
        <w:br/>
        <w:t>vn 0.4603 -0.2225 -0.8594</w:t>
        <w:br/>
        <w:t>vn 0.6731 -0.6367 -0.3762</w:t>
        <w:br/>
        <w:t>vn 0.6693 -0.6973 -0.2566</w:t>
        <w:br/>
        <w:t>vn -0.5615 0.2671 0.7832</w:t>
        <w:br/>
        <w:t>vn -0.0123 -0.4246 0.9053</w:t>
        <w:br/>
        <w:t>vn -0.0846 0.1630 -0.9830</w:t>
        <w:br/>
        <w:t>vn -0.4358 -0.0765 -0.8968</w:t>
        <w:br/>
        <w:t>vn -0.6641 0.7432 0.0810</w:t>
        <w:br/>
        <w:t>vn -0.6348 0.6803 -0.3664</w:t>
        <w:br/>
        <w:t>vn -0.6208 0.7027 -0.3477</w:t>
        <w:br/>
        <w:t>vn -0.6425 0.7600 0.0975</w:t>
        <w:br/>
        <w:t>vn 0.0339 -0.1326 0.9906</w:t>
        <w:br/>
        <w:t>vn 0.0203 -0.1365 0.9904</w:t>
        <w:br/>
        <w:t>vn -0.3487 0.3337 0.8758</w:t>
        <w:br/>
        <w:t>vn -0.3238 0.3368 0.8841</w:t>
        <w:br/>
        <w:t>vn 0.3968 -0.6541 0.6439</w:t>
        <w:br/>
        <w:t>vn 0.3839 -0.6548 0.6511</w:t>
        <w:br/>
        <w:t>vn -0.4263 0.3886 -0.8169</w:t>
        <w:br/>
        <w:t>vn -0.3870 0.8555 -0.3440</w:t>
        <w:br/>
        <w:t>vn -0.4385 0.3621 -0.8225</w:t>
        <w:br/>
        <w:t>vn 0.5325 -0.8462 -0.0196</w:t>
        <w:br/>
        <w:t>vn 0.5205 -0.8538 -0.0079</w:t>
        <w:br/>
        <w:t>vn 0.3987 -0.7107 -0.5796</w:t>
        <w:br/>
        <w:t>vn 0.3804 -0.7270 -0.5717</w:t>
        <w:br/>
        <w:t>vn 0.0089 -0.2108 -0.9775</w:t>
        <w:br/>
        <w:t>vn -0.0089 -0.2331 -0.9724</w:t>
        <w:br/>
        <w:t>vn 0.4096 -0.6533 0.6367</w:t>
        <w:br/>
        <w:t>vn 0.0476 -0.1287 0.9905</w:t>
        <w:br/>
        <w:t>vn -0.2992 0.3397 0.8917</w:t>
        <w:br/>
        <w:t>vn -0.5731 0.6445 0.5061</w:t>
        <w:br/>
        <w:t>vn -0.5494 0.6523 0.5222</w:t>
        <w:br/>
        <w:t>vn -0.1493 0.8900 0.4308</w:t>
        <w:br/>
        <w:t>vn -0.4137 0.9104 -0.0095</w:t>
        <w:br/>
        <w:t>vn 0.5003 0.7491 0.4342</w:t>
        <w:br/>
        <w:t>vn 0.6991 0.5033 0.5079</w:t>
        <w:br/>
        <w:t>vn 0.6991 0.5032 0.5079</w:t>
        <w:br/>
        <w:t>vn 0.9128 0.2540 0.3199</w:t>
        <w:br/>
        <w:t>vn 0.3278 0.8856 -0.3289</w:t>
        <w:br/>
        <w:t>vn -0.1855 0.9082 -0.3753</w:t>
        <w:br/>
        <w:t>vn 0.4550 0.7693 -0.4485</w:t>
        <w:br/>
        <w:t>vn 0.9976 0.0687 -0.0018</w:t>
        <w:br/>
        <w:t>vn 0.9317 0.1686 -0.3217</w:t>
        <w:br/>
        <w:t>vn 0.9976 0.0687 -0.0017</w:t>
        <w:br/>
        <w:t>vn 0.7088 0.4618 -0.5332</w:t>
        <w:br/>
        <w:t>vn -0.1448 0.8941 0.4239</w:t>
        <w:br/>
        <w:t>vn 0.2881 0.9393 0.1864</w:t>
        <w:br/>
        <w:t>vn 0.2880 0.9393 0.1864</w:t>
        <w:br/>
        <w:t>vn -0.1494 0.8900 0.4308</w:t>
        <w:br/>
        <w:t>vn -0.3952 0.9178 -0.0384</w:t>
        <w:br/>
        <w:t>vn 0.5445 -0.8382 -0.0313</w:t>
        <w:br/>
        <w:t>vn 0.4166 -0.6941 -0.5870</w:t>
        <w:br/>
        <w:t>vn 0.0270 -0.1879 -0.9818</w:t>
        <w:br/>
        <w:t>vn -0.4139 0.4145 -0.8105</w:t>
        <w:br/>
        <w:t>vn -0.2832 0.7222 0.6311</w:t>
        <w:br/>
        <w:t>vn -0.1587 0.7094 0.6868</w:t>
        <w:br/>
        <w:t>vn -0.2494 0.7484 0.6145</w:t>
        <w:br/>
        <w:t>vn -0.0615 0.6747 0.7355</w:t>
        <w:br/>
        <w:t>vn -0.3281 0.7162 0.6159</w:t>
        <w:br/>
        <w:t>vn 0.0767 0.6358 0.7680</w:t>
        <w:br/>
        <w:t>vn 0.0381 0.6988 0.7143</w:t>
        <w:br/>
        <w:t>vn -0.0028 0.6892 0.7246</w:t>
        <w:br/>
        <w:t>vn -0.1694 0.6974 0.6964</w:t>
        <w:br/>
        <w:t>vn -0.3637 0.6839 0.6324</w:t>
        <w:br/>
        <w:t>vn -0.6723 0.7238 -0.1556</w:t>
        <w:br/>
        <w:t>vn -0.7847 0.5718 0.2393</w:t>
        <w:br/>
        <w:t>vn -0.7638 0.5838 0.2754</w:t>
        <w:br/>
        <w:t>vn -0.9374 0.3313 0.1072</w:t>
        <w:br/>
        <w:t>vn -0.7367 0.6353 -0.2315</w:t>
        <w:br/>
        <w:t>vn -0.7624 0.6143 -0.2033</w:t>
        <w:br/>
        <w:t>vn -0.9013 0.1443 -0.4083</w:t>
        <w:br/>
        <w:t>vn -0.6722 0.5312 0.5157</w:t>
        <w:br/>
        <w:t>vn -0.9245 0.1857 0.3329</w:t>
        <w:br/>
        <w:t>vn -0.2101 0.4082 -0.8884</w:t>
        <w:br/>
        <w:t>vn -0.2454 0.4005 -0.8828</w:t>
        <w:br/>
        <w:t>vn -0.3733 0.3936 -0.8400</w:t>
        <w:br/>
        <w:t>vn -0.5443 0.6570 -0.5217</w:t>
        <w:br/>
        <w:t>vn -0.4981 0.6946 -0.5190</w:t>
        <w:br/>
        <w:t>vn -0.3501 0.6740 -0.6505</w:t>
        <w:br/>
        <w:t>vn -0.3949 0.6150 -0.6825</w:t>
        <w:br/>
        <w:t>vn -0.2913 0.7314 -0.6165</w:t>
        <w:br/>
        <w:t>vn -0.2319 0.5446 -0.8060</w:t>
        <w:br/>
        <w:t>vn -0.6965 0.6928 -0.1867</w:t>
        <w:br/>
        <w:t>vn -0.8230 0.5653 0.0552</w:t>
        <w:br/>
        <w:t>vn -0.6985 0.7148 0.0330</w:t>
        <w:br/>
        <w:t>vn -0.5696 0.8005 -0.1862</w:t>
        <w:br/>
        <w:t>vn -0.4386 0.8074 -0.3946</w:t>
        <w:br/>
        <w:t>vn -0.6235 0.6704 -0.4022</w:t>
        <w:br/>
        <w:t>vn -0.2172 0.1346 0.9668</w:t>
        <w:br/>
        <w:t>vn -0.4050 0.4468 0.7977</w:t>
        <w:br/>
        <w:t>vn -0.5493 0.5976 0.5841</w:t>
        <w:br/>
        <w:t>vn 0.2056 0.9363 -0.2848</w:t>
        <w:br/>
        <w:t>vn -0.0967 0.9693 -0.2262</w:t>
        <w:br/>
        <w:t>vn -0.5076 0.8615 -0.0077</w:t>
        <w:br/>
        <w:t>vn -0.5430 0.7871 0.2926</w:t>
        <w:br/>
        <w:t>vn -0.4680 0.8588 0.2085</w:t>
        <w:br/>
        <w:t>vn -0.3369 0.6233 0.7057</w:t>
        <w:br/>
        <w:t>vn -0.4228 0.7019 0.5732</w:t>
        <w:br/>
        <w:t>vn -0.0614 0.1203 0.9908</w:t>
        <w:br/>
        <w:t>vn 0.2791 0.2844 0.9172</w:t>
        <w:br/>
        <w:t>vn -0.4251 0.7295 -0.5359</w:t>
        <w:br/>
        <w:t>vn -0.4970 0.7209 -0.4830</w:t>
        <w:br/>
        <w:t>vn -0.9039 0.2263 0.3631</w:t>
        <w:br/>
        <w:t>vn -0.5668 0.4709 0.6760</w:t>
        <w:br/>
        <w:t>vn -0.3435 0.7817 0.5206</w:t>
        <w:br/>
        <w:t>vn -0.4327 0.8060 0.4038</w:t>
        <w:br/>
        <w:t>vn -0.8070 0.5814 -0.1037</w:t>
        <w:br/>
        <w:t>vn -0.9983 0.0231 0.0537</w:t>
        <w:br/>
        <w:t>vn -0.7761 0.4905 -0.3963</w:t>
        <w:br/>
        <w:t>vn -0.9347 0.1928 -0.2987</w:t>
        <w:br/>
        <w:t>vn -0.9379 -0.0145 -0.3467</w:t>
        <w:br/>
        <w:t>vn -0.6557 0.6935 0.2984</w:t>
        <w:br/>
        <w:t>vn 0.1039 0.9774 -0.1840</w:t>
        <w:br/>
        <w:t>vn -0.7801 0.1049 -0.6167</w:t>
        <w:br/>
        <w:t>vn -0.5300 0.4863 -0.6947</w:t>
        <w:br/>
        <w:t>vn -0.6524 0.3923 -0.6484</w:t>
        <w:br/>
        <w:t>vn -0.1655 0.4619 -0.8714</w:t>
        <w:br/>
        <w:t>vn -0.2479 0.4712 -0.8465</w:t>
        <w:br/>
        <w:t>vn -0.2088 0.4810 -0.8515</w:t>
        <w:br/>
        <w:t>vn -0.8799 -0.3371 -0.3349</w:t>
        <w:br/>
        <w:t>vn -0.9115 -0.4086 -0.0475</w:t>
        <w:br/>
        <w:t>vn -0.8374 -0.2776 -0.4708</w:t>
        <w:br/>
        <w:t>vn -0.7754 -0.4601 -0.4325</w:t>
        <w:br/>
        <w:t>vn -0.8816 -0.4654 -0.0790</w:t>
        <w:br/>
        <w:t>vn -0.7802 0.1049 -0.6167</w:t>
        <w:br/>
        <w:t>vn -0.6254 -0.5659 -0.5372</w:t>
        <w:br/>
        <w:t>vn -0.8306 -0.4834 -0.2765</w:t>
        <w:br/>
        <w:t>vn 0.6237 -0.4433 -0.6438</w:t>
        <w:br/>
        <w:t>vn 0.6390 -0.4236 -0.6421</w:t>
        <w:br/>
        <w:t>vn 0.6930 0.7187 0.0577</w:t>
        <w:br/>
        <w:t>vn 0.8321 0.5483 -0.0829</w:t>
        <w:br/>
        <w:t>vn 0.6929 0.7187 0.0577</w:t>
        <w:br/>
        <w:t>vn 0.2396 -0.3432 0.9082</w:t>
        <w:br/>
        <w:t>vn 0.2494 -0.2726 0.9292</w:t>
        <w:br/>
        <w:t>vn 0.6033 0.7714 -0.2023</w:t>
        <w:br/>
        <w:t>vn 0.6341 0.7607 -0.1387</w:t>
        <w:br/>
        <w:t>vn 0.5489 0.7892 -0.2753</w:t>
        <w:br/>
        <w:t>vn 0.5330 0.8009 -0.2731</w:t>
        <w:br/>
        <w:t>vn 0.6284 -0.3995 -0.6675</w:t>
        <w:br/>
        <w:t>vn 0.5822 0.1151 0.8049</w:t>
        <w:br/>
        <w:t>vn -0.8878 -0.4453 0.1158</w:t>
        <w:br/>
        <w:t>vn -0.9326 -0.2901 -0.2147</w:t>
        <w:br/>
        <w:t>vn -0.9362 -0.3509 -0.0207</w:t>
        <w:br/>
        <w:t>vn 0.5612 0.8023 -0.2033</w:t>
        <w:br/>
        <w:t>vn 0.6438 0.7651 0.0146</w:t>
        <w:br/>
        <w:t>vn 0.6437 0.7651 0.0146</w:t>
        <w:br/>
        <w:t>vn -0.8572 -0.4296 0.2840</w:t>
        <w:br/>
        <w:t>vn 0.7362 0.5839 0.3421</w:t>
        <w:br/>
        <w:t>vn 0.7362 0.5839 0.3422</w:t>
        <w:br/>
        <w:t>vn 0.5983 0.8001 0.0438</w:t>
        <w:br/>
        <w:t>vn 0.5804 0.7958 0.1729</w:t>
        <w:br/>
        <w:t>vn -0.8054 -0.5232 -0.2786</w:t>
        <w:br/>
        <w:t>vn -0.8992 -0.4188 -0.1263</w:t>
        <w:br/>
        <w:t>vn 0.8744 0.0560 -0.4819</w:t>
        <w:br/>
        <w:t>vn -0.9171 -0.3837 -0.1080</w:t>
        <w:br/>
        <w:t>vn -0.8638 -0.4105 0.2921</w:t>
        <w:br/>
        <w:t>vn -0.9042 -0.4270 0.0133</w:t>
        <w:br/>
        <w:t>vn -0.9511 -0.3071 0.0337</w:t>
        <w:br/>
        <w:t>vn -0.8914 -0.3811 -0.2454</w:t>
        <w:br/>
        <w:t>vn 0.1333 -0.3670 0.9206</w:t>
        <w:br/>
        <w:t>vn -0.7230 -0.5402 0.4307</w:t>
        <w:br/>
        <w:t>vn -0.3936 0.0429 0.9183</w:t>
        <w:br/>
        <w:t>vn 0.6308 -0.3613 -0.6867</w:t>
        <w:br/>
        <w:t>vn 0.3706 -0.0609 -0.9268</w:t>
        <w:br/>
        <w:t>vn -0.6493 0.5687 -0.5050</w:t>
        <w:br/>
        <w:t>vn -0.6258 0.6113 -0.4844</w:t>
        <w:br/>
        <w:t>vn -0.4212 0.7212 0.5500</w:t>
        <w:br/>
        <w:t>vn -0.4791 0.7590 0.4410</w:t>
        <w:br/>
        <w:t>vn -0.4572 0.4488 0.7678</w:t>
        <w:br/>
        <w:t>vn -0.2893 0.7043 0.6483</w:t>
        <w:br/>
        <w:t>vn -0.3230 0.7191 0.6153</w:t>
        <w:br/>
        <w:t>vn -0.4342 0.7380 0.5166</w:t>
        <w:br/>
        <w:t>vn -0.5805 0.6947 -0.4247</w:t>
        <w:br/>
        <w:t>vn -0.4829 0.6995 -0.5268</w:t>
        <w:br/>
        <w:t>vn -0.6123 0.6857 0.3935</w:t>
        <w:br/>
        <w:t>vn -0.9328 -0.3290 0.1472</w:t>
        <w:br/>
        <w:t>vn 0.0727 0.4368 0.8966</w:t>
        <w:br/>
        <w:t>vn -0.1678 0.8174 -0.5510</w:t>
        <w:br/>
        <w:t>vn -0.6429 -0.6864 0.3398</w:t>
        <w:br/>
        <w:t>vn -0.0096 -0.7720 -0.6355</w:t>
        <w:br/>
        <w:t>vn 0.1294 -0.8841 -0.4491</w:t>
        <w:br/>
        <w:t>vn -0.3281 -0.3329 -0.8840</w:t>
        <w:br/>
        <w:t>vn -0.3532 0.7206 0.5966</w:t>
        <w:br/>
        <w:t>vn -0.6038 0.4709 0.6431</w:t>
        <w:br/>
        <w:t>vn -0.5702 0.5471 0.6128</w:t>
        <w:br/>
        <w:t>vn 0.1208 0.0941 -0.9882</w:t>
        <w:br/>
        <w:t>vn -0.2232 0.2853 0.9321</w:t>
        <w:br/>
        <w:t>vn 0.5910 -0.6588 0.4654</w:t>
        <w:br/>
        <w:t>vn -0.6988 -0.4327 -0.5696</w:t>
        <w:br/>
        <w:t>vn -0.1853 -0.4442 0.8766</w:t>
        <w:br/>
        <w:t>vn -0.2616 -0.0339 -0.9646</w:t>
        <w:br/>
        <w:t>vn -0.0424 0.0522 -0.9977</w:t>
        <w:br/>
        <w:t>vn -0.0075 0.0672 -0.9977</w:t>
        <w:br/>
        <w:t>vn 0.0000 0.1801 -0.9837</w:t>
        <w:br/>
        <w:t>vn 0.1236 0.1800 -0.9759</w:t>
        <w:br/>
        <w:t>vn 0.1287 0.1704 -0.9769</w:t>
        <w:br/>
        <w:t>vn 0.1921 0.1679 -0.9669</w:t>
        <w:br/>
        <w:t>vn -0.7050 -0.2361 -0.6688</w:t>
        <w:br/>
        <w:t>vn -0.2639 -0.0319 -0.9640</w:t>
        <w:br/>
        <w:t>vn -0.3563 -0.4459 -0.8211</w:t>
        <w:br/>
        <w:t>vn 0.1761 0.1304 -0.9757</w:t>
        <w:br/>
        <w:t>vn 0.1529 0.1193 -0.9810</w:t>
        <w:br/>
        <w:t>vn 0.2447 0.1463 -0.9585</w:t>
        <w:br/>
        <w:t>vn 0.2326 0.1554 -0.9601</w:t>
        <w:br/>
        <w:t>vn -0.5122 -0.3264 0.7944</w:t>
        <w:br/>
        <w:t>vn -0.8969 -0.3627 0.2528</w:t>
        <w:br/>
        <w:t>vn -0.8171 -0.4071 0.4082</w:t>
        <w:br/>
        <w:t>vn -0.4560 -0.3496 0.8184</w:t>
        <w:br/>
        <w:t>vn 0.2141 0.1534 -0.9647</w:t>
        <w:br/>
        <w:t>vn -0.3379 -0.0814 -0.9377</w:t>
        <w:br/>
        <w:t>vn -0.3267 -0.0464 -0.9440</w:t>
        <w:br/>
        <w:t>vn -0.8159 -0.4523 -0.3602</w:t>
        <w:br/>
        <w:t>vn -0.7653 -0.2849 -0.5771</w:t>
        <w:br/>
        <w:t>vn -0.7303 -0.2869 -0.6200</w:t>
        <w:br/>
        <w:t>vn -0.8607 -0.3709 -0.3486</w:t>
        <w:br/>
        <w:t>vn -0.6338 -0.3875 0.6695</w:t>
        <w:br/>
        <w:t>vn -0.4204 -0.3374 0.8423</w:t>
        <w:br/>
        <w:t>vn -0.4805 -0.3570 0.8010</w:t>
        <w:br/>
        <w:t>vn -0.6256 -0.3991 0.6703</w:t>
        <w:br/>
        <w:t>vn -0.4132 -0.0330 -0.9100</w:t>
        <w:br/>
        <w:t>vn -0.0783 0.0652 -0.9948</w:t>
        <w:br/>
        <w:t>vn -0.8195 -0.2127 -0.5322</w:t>
        <w:br/>
        <w:t>vn -0.8566 -0.3226 -0.4027</w:t>
        <w:br/>
        <w:t>vn 0.2203 0.1644 -0.9615</w:t>
        <w:br/>
        <w:t>vn 0.1991 0.1413 -0.9697</w:t>
        <w:br/>
        <w:t>vn -0.6284 -0.4298 0.6483</w:t>
        <w:br/>
        <w:t>vn -0.4393 -0.3684 0.8193</w:t>
        <w:br/>
        <w:t>vn 0.0698 -0.2080 0.9756</w:t>
        <w:br/>
        <w:t>vn -0.1966 -0.2779 0.9403</w:t>
        <w:br/>
        <w:t>vn -0.1390 -0.2712 0.9524</w:t>
        <w:br/>
        <w:t>vn 0.0937 -0.2188 0.9713</w:t>
        <w:br/>
        <w:t>vn 0.1863 0.1776 -0.9663</w:t>
        <w:br/>
        <w:t>vn -0.2138 -0.1460 0.9659</w:t>
        <w:br/>
        <w:t>vn -0.1889 -0.1350 0.9727</w:t>
        <w:br/>
        <w:t>vn 0.0319 -0.0559 0.9979</w:t>
        <w:br/>
        <w:t>vn -0.0040 -0.0730 0.9973</w:t>
        <w:br/>
        <w:t>vn -0.1947 -0.1672 0.9665</w:t>
        <w:br/>
        <w:t>vn -0.1904 -0.1813 0.9648</w:t>
        <w:br/>
        <w:t>vn -0.1252 -0.1835 0.9750</w:t>
        <w:br/>
        <w:t>vn 0.8423 0.3002 0.4476</w:t>
        <w:br/>
        <w:t>vn 0.8178 0.2927 0.4955</w:t>
        <w:br/>
        <w:t>vn 0.6516 0.1969 0.7325</w:t>
        <w:br/>
        <w:t>vn 0.6833 0.2168 0.6973</w:t>
        <w:br/>
        <w:t>vn -0.2387 -0.1561 0.9585</w:t>
        <w:br/>
        <w:t>vn -0.2505 -0.1459 0.9571</w:t>
        <w:br/>
        <w:t>vn -0.1637 -0.1239 0.9787</w:t>
        <w:br/>
        <w:t>vn 0.2076 0.2786 -0.9377</w:t>
        <w:br/>
        <w:t>vn 0.1488 0.2583 -0.9545</w:t>
        <w:br/>
        <w:t>vn 0.4244 0.3485 -0.8358</w:t>
        <w:br/>
        <w:t>vn -0.0366 0.2081 -0.9774</w:t>
        <w:br/>
        <w:t>vn -0.0608 0.2091 -0.9760</w:t>
        <w:br/>
        <w:t>vn -0.0971 0.1871 -0.9775</w:t>
        <w:br/>
        <w:t>vn -0.0973 0.2002 -0.9749</w:t>
        <w:br/>
        <w:t>vn 0.0080 0.2216 -0.9751</w:t>
        <w:br/>
        <w:t>vn 0.0159 0.2290 -0.9733</w:t>
        <w:br/>
        <w:t>vn -0.2182 -0.1487 0.9645</w:t>
        <w:br/>
        <w:t>vn 0.3245 0.0782 0.9426</w:t>
        <w:br/>
        <w:t>vn 0.3178 0.0442 0.9471</w:t>
        <w:br/>
        <w:t>vn 0.7639 0.2873 0.5778</w:t>
        <w:br/>
        <w:t>vn 0.7179 0.2821 0.6365</w:t>
        <w:br/>
        <w:t>vn 0.4347 0.3472 -0.8310</w:t>
        <w:br/>
        <w:t>vn 0.3864 0.3143 -0.8671</w:t>
        <w:br/>
        <w:t>vn 0.0668 -0.0687 0.9954</w:t>
        <w:br/>
        <w:t>vn 0.4018 0.0431 0.9147</w:t>
        <w:br/>
        <w:t>vn 0.8039 0.2457 0.5417</w:t>
        <w:br/>
        <w:t>vn 0.2484 0.0266 0.9683</w:t>
        <w:br/>
        <w:t>vn -0.2268 -0.1662 0.9597</w:t>
        <w:br/>
        <w:t>vn -0.0976 0.2132 -0.9721</w:t>
        <w:br/>
        <w:t>vn -0.0848 0.2100 -0.9740</w:t>
        <w:br/>
        <w:t>vn 0.0004 0.2205 -0.9754</w:t>
        <w:br/>
        <w:t>vn 0.5583 -0.8181 -0.1383</w:t>
        <w:br/>
        <w:t>vn 0.5322 -0.8170 -0.2219</w:t>
        <w:br/>
        <w:t>vn -0.0000 0.9744 0.2250</w:t>
        <w:br/>
        <w:t>vn 0.1802 0.9501 0.2547</w:t>
        <w:br/>
        <w:t>vn 0.0941 0.9644 0.2470</w:t>
        <w:br/>
        <w:t>vn 0.2090 -0.6615 -0.7202</w:t>
        <w:br/>
        <w:t>vn -0.3565 -0.4459 -0.8211</w:t>
        <w:br/>
        <w:t>vn 0.4525 -0.7428 -0.4934</w:t>
        <w:br/>
        <w:t>vn -0.1783 0.9792 0.0965</w:t>
        <w:br/>
        <w:t>vn -0.0484 0.9859 0.1599</w:t>
        <w:br/>
        <w:t>vn -0.0484 0.9860 0.1598</w:t>
        <w:br/>
        <w:t>vn -0.1783 0.9792 0.0966</w:t>
        <w:br/>
        <w:t>vn -0.2738 0.8605 0.4295</w:t>
        <w:br/>
        <w:t>vn -0.1530 0.8946 0.4199</w:t>
        <w:br/>
        <w:t>vn 0.0377 0.9635 0.2652</w:t>
        <w:br/>
        <w:t>vn -0.0262 0.9283 0.3708</w:t>
        <w:br/>
        <w:t>vn -0.0262 0.9283 0.3709</w:t>
        <w:br/>
        <w:t>vn 0.0378 0.9771 0.2093</w:t>
        <w:br/>
        <w:t>vn -0.0067 0.9772 0.2123</w:t>
        <w:br/>
        <w:t>vn 0.0000 0.9743 0.2251</w:t>
        <w:br/>
        <w:t>vn -0.2891 0.9534 0.0863</w:t>
        <w:br/>
        <w:t>vn -0.3474 0.8724 0.3438</w:t>
        <w:br/>
        <w:t>vn -0.3375 0.9268 0.1650</w:t>
        <w:br/>
        <w:t>vn -0.0000 -0.9792 -0.2030</w:t>
        <w:br/>
        <w:t>vn 0.2647 -0.9558 -0.1282</w:t>
        <w:br/>
        <w:t>vn 0.4473 -0.8937 -0.0357</w:t>
        <w:br/>
        <w:t>vn 0.4920 -0.8701 -0.0307</w:t>
        <w:br/>
        <w:t>vn 0.4920 -0.8701 -0.0306</w:t>
        <w:br/>
        <w:t>vn 0.5358 -0.8413 -0.0714</w:t>
        <w:br/>
        <w:t>vn -0.0106 -0.7678 -0.6406</w:t>
        <w:br/>
        <w:t>vn 0.1148 -0.9067 -0.4058</w:t>
        <w:br/>
        <w:t>vn -0.0106 -0.7678 -0.6407</w:t>
        <w:br/>
        <w:t>vn 0.4532 -0.8553 -0.2512</w:t>
        <w:br/>
        <w:t>vn 0.6639 -0.7032 -0.2543</w:t>
        <w:br/>
        <w:t>vn 0.6640 -0.7032 -0.2543</w:t>
        <w:br/>
        <w:t>vn 0.7244 -0.6415 -0.2525</w:t>
        <w:br/>
        <w:t>vn 0.8691 0.4518 -0.2013</w:t>
        <w:br/>
        <w:t>vn 0.8872 0.3992 -0.2312</w:t>
        <w:br/>
        <w:t>vn 0.4995 0.3436 -0.7952</w:t>
        <w:br/>
        <w:t>vn 0.6359 0.3784 -0.6726</w:t>
        <w:br/>
        <w:t>vn 0.6351 0.4049 -0.6578</w:t>
        <w:br/>
        <w:t>vn 0.6361 0.3997 -0.6600</w:t>
        <w:br/>
        <w:t>vn 0.4242 0.3300 -0.8433</w:t>
        <w:br/>
        <w:t>vn 0.0458 -0.1970 0.9793</w:t>
        <w:br/>
        <w:t>vn -0.2356 -0.2730 0.9327</w:t>
        <w:br/>
        <w:t>vn 0.0760 -0.1685 0.9828</w:t>
        <w:br/>
        <w:t>vn 0.0853 -0.2039 0.9753</w:t>
        <w:br/>
        <w:t>vn -0.0004 -0.2239 0.9746</w:t>
        <w:br/>
        <w:t>vn -0.0270 -0.1625 0.9863</w:t>
        <w:br/>
        <w:t>vn -0.8085 -0.3561 -0.4686</w:t>
        <w:br/>
        <w:t>vn 0.2526 0.0068 0.9675</w:t>
        <w:br/>
        <w:t>vn 0.8552 0.3667 0.3663</w:t>
        <w:br/>
        <w:t>vn 0.4526 -0.7429 -0.4932</w:t>
        <w:br/>
        <w:t>vn 0.5204 -0.8108 -0.2680</w:t>
        <w:br/>
        <w:t>vn 0.0945 -0.2389 0.9664</w:t>
        <w:br/>
        <w:t>vn 0.0250 -0.2754 0.9610</w:t>
        <w:br/>
        <w:t>vn 0.1197 0.2366 -0.9642</w:t>
        <w:br/>
        <w:t>vn -0.0000 -0.2656 0.9641</w:t>
        <w:br/>
        <w:t>vn 0.0000 -0.2008 0.9796</w:t>
        <w:br/>
        <w:t>vn 0.7213 -0.6500 -0.2394</w:t>
        <w:br/>
        <w:t>vn 0.7213 -0.6499 -0.2395</w:t>
        <w:br/>
        <w:t>vn 0.0000 -0.1877 0.9822</w:t>
        <w:br/>
        <w:t>vn -0.1302 -0.1700 0.9768</w:t>
        <w:br/>
        <w:t>vn -0.0000 0.2519 -0.9677</w:t>
        <w:br/>
        <w:t>vn 0.0000 0.2424 -0.9702</w:t>
        <w:br/>
        <w:t>vn -0.1225 0.2004 -0.9720</w:t>
        <w:br/>
        <w:t>vn -0.1187 0.2453 -0.9621</w:t>
        <w:br/>
        <w:t>vn -0.0813 0.1924 -0.9779</w:t>
        <w:br/>
        <w:t>vn -0.1299 0.0899 -0.9874</w:t>
        <w:br/>
        <w:t>vn -0.0580 0.2987 -0.9526</w:t>
        <w:br/>
        <w:t>vn -0.1147 0.2897 -0.9502</w:t>
        <w:br/>
        <w:t>vn 0.1016 -0.2226 0.9696</w:t>
        <w:br/>
        <w:t>vn 0.1036 -0.1496 0.9833</w:t>
        <w:br/>
        <w:t>vn 0.0903 -0.1912 0.9774</w:t>
        <w:br/>
        <w:t>vn 0.1074 -0.2436 0.9639</w:t>
        <w:br/>
        <w:t>vn 0.0867 -0.2413 0.9666</w:t>
        <w:br/>
        <w:t>vn 0.1132 -0.2645 0.9577</w:t>
        <w:br/>
        <w:t>vn -0.2530 -0.9615 -0.1076</w:t>
        <w:br/>
        <w:t>vn -0.2530 -0.9615 -0.1075</w:t>
        <w:br/>
        <w:t>vn -0.3773 -0.9165 -0.1328</w:t>
        <w:br/>
        <w:t>vn 0.4753 0.8612 0.1800</w:t>
        <w:br/>
        <w:t>vn 0.5886 0.7920 0.1619</w:t>
        <w:br/>
        <w:t>vn -0.0000 0.1082 -0.9941</w:t>
        <w:br/>
        <w:t>vn -0.0000 0.2380 -0.9713</w:t>
        <w:br/>
        <w:t>vn -0.1129 0.2785 -0.9538</w:t>
        <w:br/>
        <w:t>vn -0.1140 0.2673 -0.9568</w:t>
        <w:br/>
        <w:t>vn -0.1151 0.2561 -0.9598</w:t>
        <w:br/>
        <w:t>vn 0.0007 -0.1430 0.9897</w:t>
        <w:br/>
        <w:t>vn 0.0025 -0.2018 0.9794</w:t>
        <w:br/>
        <w:t>vn 0.1099 -0.2724 0.9559</w:t>
        <w:br/>
        <w:t>vn 0.1091 -0.2667 0.9576</w:t>
        <w:br/>
        <w:t>vn 0.1084 -0.2610 0.9592</w:t>
        <w:br/>
        <w:t>vn 0.0000 -0.9918 -0.1277</w:t>
        <w:br/>
        <w:t>vn 0.6225 0.7639 0.1698</w:t>
        <w:br/>
        <w:t>vn 0.6225 0.7640 0.1698</w:t>
        <w:br/>
        <w:t>vn 0.3929 0.8964 0.2050</w:t>
        <w:br/>
        <w:t>vn -0.8930 0.4441 0.0729</w:t>
        <w:br/>
        <w:t>vn -0.9317 0.3596 0.0518</w:t>
        <w:br/>
        <w:t>vn -0.9317 0.3596 0.0521</w:t>
        <w:br/>
        <w:t>vn -0.9618 0.2719 0.0302</w:t>
        <w:br/>
        <w:t>vn -0.9618 0.2719 0.0303</w:t>
        <w:br/>
        <w:t>vn -0.4466 -0.8775 -0.1748</w:t>
        <w:br/>
        <w:t>vn -0.5178 0.4261 -0.7419</w:t>
        <w:br/>
        <w:t>vn 0.0181 0.3451 -0.9384</w:t>
        <w:br/>
        <w:t>vn -0.0330 0.4055 -0.9135</w:t>
        <w:br/>
        <w:t>vn -0.5403 0.4766 -0.6935</w:t>
        <w:br/>
        <w:t>vn -0.7238 0.4761 -0.4994</w:t>
        <w:br/>
        <w:t>vn -0.7260 0.4251 -0.5405</w:t>
        <w:br/>
        <w:t>vn 0.4253 0.2446 -0.8714</w:t>
        <w:br/>
        <w:t>vn 0.4522 0.1725 -0.8751</w:t>
        <w:br/>
        <w:t>vn 0.5338 0.1518 -0.8319</w:t>
        <w:br/>
        <w:t>vn 0.5064 0.2485 -0.8257</w:t>
        <w:br/>
        <w:t>vn -0.7264 0.0723 0.6834</w:t>
        <w:br/>
        <w:t>vn -0.8670 0.1552 0.4735</w:t>
        <w:br/>
        <w:t>vn -0.8392 0.2124 0.5006</w:t>
        <w:br/>
        <w:t>vn -0.7077 0.1161 0.6969</w:t>
        <w:br/>
        <w:t>vn -0.3709 -0.0750 0.9256</w:t>
        <w:br/>
        <w:t>vn -0.2359 -0.1439 0.9611</w:t>
        <w:br/>
        <w:t>vn -0.4011 -0.0759 0.9129</w:t>
        <w:br/>
        <w:t>vn -0.4921 0.3726 -0.7868</w:t>
        <w:br/>
        <w:t>vn 0.0690 0.2825 -0.9568</w:t>
        <w:br/>
        <w:t>vn 0.4027 0.3337 -0.8523</w:t>
        <w:br/>
        <w:t>vn 0.4162 0.2782 -0.8657</w:t>
        <w:br/>
        <w:t>vn -0.0000 0.3690 -0.9294</w:t>
        <w:br/>
        <w:t>vn -0.7251 0.3722 -0.5794</w:t>
        <w:br/>
        <w:t>vn 0.5028 0.3136 -0.8055</w:t>
        <w:br/>
        <w:t>vn 0.3958 0.3155 -0.8624</w:t>
        <w:br/>
        <w:t>vn -0.8073 0.2687 0.5254</w:t>
        <w:br/>
        <w:t>vn -0.6873 0.1594 0.7087</w:t>
        <w:br/>
        <w:t>vn -0.2347 -0.1420 0.9616</w:t>
        <w:br/>
        <w:t>vn -0.1361 -0.2014 0.9700</w:t>
        <w:br/>
        <w:t>vn 0.0000 -0.2379 0.9713</w:t>
        <w:br/>
        <w:t>vn -0.3956 -0.0446 0.9173</w:t>
        <w:br/>
        <w:t>vn 0.0193 -0.4235 0.9057</w:t>
        <w:br/>
        <w:t>vn -0.0363 -0.3405 0.9395</w:t>
        <w:br/>
        <w:t>vn 0.4858 -0.4236 0.7646</w:t>
        <w:br/>
        <w:t>vn 0.5063 -0.4883 0.7108</w:t>
        <w:br/>
        <w:t>vn -0.5082 -0.2497 0.8243</w:t>
        <w:br/>
        <w:t>vn -0.4202 -0.2832 0.8621</w:t>
        <w:br/>
        <w:t>vn -0.5332 -0.1657 0.8296</w:t>
        <w:br/>
        <w:t>vn 0.7195 -0.4248 0.5494</w:t>
        <w:br/>
        <w:t>vn 0.7112 -0.4817 0.5120</w:t>
        <w:br/>
        <w:t>vn -0.4364 -0.1725 0.8830</w:t>
        <w:br/>
        <w:t>vn -0.4084 -0.2537 0.8768</w:t>
        <w:br/>
        <w:t>vn 0.8254 -0.1972 -0.5290</w:t>
        <w:br/>
        <w:t>vn 0.8509 -0.1319 -0.5085</w:t>
        <w:br/>
        <w:t>vn 0.7149 -0.0575 -0.6968</w:t>
        <w:br/>
        <w:t>vn 0.6977 -0.1079 -0.7083</w:t>
        <w:br/>
        <w:t>vn 0.4610 -0.3541 0.8137</w:t>
        <w:br/>
        <w:t>vn -0.0913 -0.2540 0.9629</w:t>
        <w:br/>
        <w:t>vn 0.0000 -0.3685 0.9296</w:t>
        <w:br/>
        <w:t>vn -0.4060 -0.3273 0.8533</w:t>
        <w:br/>
        <w:t>vn 0.0000 -0.3686 0.9296</w:t>
        <w:br/>
        <w:t>vn 0.7244 -0.3660 0.5842</w:t>
        <w:br/>
        <w:t>vn -0.3772 -0.3335 0.8640</w:t>
        <w:br/>
        <w:t>vn -0.5012 -0.3055 0.8096</w:t>
        <w:br/>
        <w:t>vn 0.6783 -0.1578 -0.7176</w:t>
        <w:br/>
        <w:t>vn 0.7955 -0.2614 -0.5466</w:t>
        <w:br/>
        <w:t>vn 0.2366 0.1392 -0.9616</w:t>
        <w:br/>
        <w:t>vn 0.3721 0.0743 -0.9252</w:t>
        <w:br/>
        <w:t>vn 0.2376 0.1449 -0.9605</w:t>
        <w:br/>
        <w:t>vn 0.1362 0.2010 -0.9701</w:t>
        <w:br/>
        <w:t>vn 0.1362 0.2011 -0.9701</w:t>
        <w:br/>
        <w:t>vn -0.0000 0.2372 -0.9715</w:t>
        <w:br/>
        <w:t>vn 0.4022 0.0809 -0.9120</w:t>
        <w:br/>
        <w:t>vn 0.3951 0.0389 -0.9178</w:t>
        <w:br/>
        <w:t>vn -0.1072 -0.5848 -0.8041</w:t>
        <w:br/>
        <w:t>vn 0.1820 -0.6713 -0.7185</w:t>
        <w:br/>
        <w:t>vn 0.3087 0.8597 0.4071</w:t>
        <w:br/>
        <w:t>vn 0.2920 0.8143 0.5017</w:t>
        <w:br/>
        <w:t>vn -0.3954 -0.6564 -0.6425</w:t>
        <w:br/>
        <w:t>vn 0.2350 0.9265 0.2938</w:t>
        <w:br/>
        <w:t>vn 0.3405 0.7871 0.5143</w:t>
        <w:br/>
        <w:t>vn 0.1584 0.7334 0.6611</w:t>
        <w:br/>
        <w:t>vn 0.2226 0.9577 0.1822</w:t>
        <w:br/>
        <w:t>vn 0.3053 0.9178 0.2540</w:t>
        <w:br/>
        <w:t>vn 0.1840 0.9667 0.1781</w:t>
        <w:br/>
        <w:t>vn 0.1840 0.9666 0.1781</w:t>
        <w:br/>
        <w:t>vn -0.0000 0.9829 0.1843</w:t>
        <w:br/>
        <w:t>vn 0.1080 0.9461 0.3054</w:t>
        <w:br/>
        <w:t>vn 0.0216 0.8725 0.4881</w:t>
        <w:br/>
        <w:t>vn 0.0217 0.8725 0.4881</w:t>
        <w:br/>
        <w:t>vn 0.1081 0.9461 0.3054</w:t>
        <w:br/>
        <w:t>vn -0.0000 -0.8754 -0.4833</w:t>
        <w:br/>
        <w:t>vn 0.1048 -0.9014 -0.4201</w:t>
        <w:br/>
        <w:t>vn -0.0000 -0.8755 -0.4833</w:t>
        <w:br/>
        <w:t>vn 0.2289 -0.9060 -0.3561</w:t>
        <w:br/>
        <w:t>vn 0.2288 -0.9060 -0.3561</w:t>
        <w:br/>
        <w:t>vn 0.2947 -0.8184 -0.4933</w:t>
        <w:br/>
        <w:t>vn -0.3901 -0.8937 -0.2215</w:t>
        <w:br/>
        <w:t>vn 0.2948 -0.9520 0.0829</w:t>
        <w:br/>
        <w:t>vn 0.0099 -0.9949 0.1000</w:t>
        <w:br/>
        <w:t>vn 0.0098 -0.9949 0.1000</w:t>
        <w:br/>
        <w:t>vn 0.2476 -0.9667 -0.0643</w:t>
        <w:br/>
        <w:t>vn 0.2476 -0.9667 -0.0642</w:t>
        <w:br/>
        <w:t>vn 0.0000 -0.9888 -0.1495</w:t>
        <w:br/>
        <w:t>vn 0.0000 0.8444 0.5357</w:t>
        <w:br/>
        <w:t>vn -0.2089 0.3632 -0.9080</w:t>
        <w:br/>
        <w:t>vn -0.2218 0.4258 -0.8772</w:t>
        <w:br/>
        <w:t>vn -0.2355 0.4419 -0.8656</w:t>
        <w:br/>
        <w:t>vn -0.2318 0.4776 -0.8474</w:t>
        <w:br/>
        <w:t>vn -0.1760 0.3455 -0.9218</w:t>
        <w:br/>
        <w:t>vn -0.3387 0.4680 -0.8162</w:t>
        <w:br/>
        <w:t>vn -0.3048 0.4630 -0.8323</w:t>
        <w:br/>
        <w:t>vn -0.3205 0.4541 -0.8313</w:t>
        <w:br/>
        <w:t>vn -0.2864 0.4636 -0.8385</w:t>
        <w:br/>
        <w:t>vn -0.0000 0.3387 -0.9409</w:t>
        <w:br/>
        <w:t>vn -0.3272 0.4205 -0.8463</w:t>
        <w:br/>
        <w:t>vn -0.3239 0.4616 -0.8258</w:t>
        <w:br/>
        <w:t>vn 0.3272 -0.4205 0.8463</w:t>
        <w:br/>
        <w:t>vn 0.3189 -0.4258 0.8468</w:t>
        <w:br/>
        <w:t>vn 0.3205 -0.4540 0.8314</w:t>
        <w:br/>
        <w:t>vn 0.2351 -0.4417 0.8658</w:t>
        <w:br/>
        <w:t>vn 0.2211 -0.4256 0.8775</w:t>
        <w:br/>
        <w:t>vn 0.2081 -0.3630 0.9083</w:t>
        <w:br/>
        <w:t>vn 0.2081 -0.3629 0.9083</w:t>
        <w:br/>
        <w:t>vn 0.2313 -0.4774 0.8477</w:t>
        <w:br/>
        <w:t>vn 0.1799 -0.3437 0.9217</w:t>
        <w:br/>
        <w:t>vn 0.1798 -0.3438 0.9217</w:t>
        <w:br/>
        <w:t>vn 0.2865 -0.4636 0.8385</w:t>
        <w:br/>
        <w:t>vn 0.3051 -0.4627 0.8324</w:t>
        <w:br/>
        <w:t>vn 0.0000 -0.3359 0.9419</w:t>
        <w:br/>
        <w:t>vn 0.3240 -0.4615 0.8259</w:t>
        <w:br/>
        <w:t>vn -0.6285 0.6343 0.4501</w:t>
        <w:br/>
        <w:t>vn -0.6924 0.4764 0.5419</w:t>
        <w:br/>
        <w:t>vn 0.8987 -0.0216 -0.4380</w:t>
        <w:br/>
        <w:t>vn 0.8891 0.0425 -0.4557</w:t>
        <w:br/>
        <w:t>vn 0.8789 0.0327 -0.4759</w:t>
        <w:br/>
        <w:t>vn -0.3935 0.8221 0.4113</w:t>
        <w:br/>
        <w:t>vn -0.3936 0.8221 0.4113</w:t>
        <w:br/>
        <w:t>vn 0.8664 -0.3079 -0.3931</w:t>
        <w:br/>
        <w:t>vn 0.8664 -0.3080 -0.3931</w:t>
        <w:br/>
        <w:t>vn 0.8407 -0.0146 -0.5414</w:t>
        <w:br/>
        <w:t>vn 0.7647 -0.1278 -0.6316</w:t>
        <w:br/>
        <w:t>vn 0.7647 -0.1278 -0.6315</w:t>
        <w:br/>
        <w:t>vn -0.8486 -0.1185 0.5156</w:t>
        <w:br/>
        <w:t>vn -0.6699 0.3615 0.6485</w:t>
        <w:br/>
        <w:t>vn 0.0000 0.9152 0.4030</w:t>
        <w:br/>
        <w:t>vn 0.7921 -0.5097 -0.3358</w:t>
        <w:br/>
        <w:t>vn -0.3189 0.4257 -0.8468</w:t>
        <w:br/>
        <w:t>vn -0.3335 0.3906 -0.8580</w:t>
        <w:br/>
        <w:t>vn 0.7226 -0.1971 -0.6626</w:t>
        <w:br/>
        <w:t>vn -0.8039 -0.5625 0.1929</w:t>
        <w:br/>
        <w:t>vn -0.8039 -0.5625 0.1930</w:t>
        <w:br/>
        <w:t>vn -0.8161 -0.5114 0.2693</w:t>
        <w:br/>
        <w:t>vn -0.8102 -0.5630 0.1630</w:t>
        <w:br/>
        <w:t>vn 0.3392 -0.4675 0.8164</w:t>
        <w:br/>
        <w:t>vn 0.3335 -0.3905 0.8581</w:t>
        <w:br/>
        <w:t>vn 0.2616 -0.0339 -0.9646</w:t>
        <w:br/>
        <w:t>vn 0.0075 0.0672 -0.9977</w:t>
        <w:br/>
        <w:t>vn 0.0424 0.0522 -0.9977</w:t>
        <w:br/>
        <w:t>vn -0.1287 0.1704 -0.9769</w:t>
        <w:br/>
        <w:t>vn -0.1236 0.1800 -0.9759</w:t>
        <w:br/>
        <w:t>vn -0.1921 0.1679 -0.9669</w:t>
        <w:br/>
        <w:t>vn 0.7050 -0.2361 -0.6688</w:t>
        <w:br/>
        <w:t>vn 0.3563 -0.4459 -0.8211</w:t>
        <w:br/>
        <w:t>vn 0.2639 -0.0319 -0.9640</w:t>
        <w:br/>
        <w:t>vn -0.1761 0.1304 -0.9757</w:t>
        <w:br/>
        <w:t>vn -0.2326 0.1554 -0.9601</w:t>
        <w:br/>
        <w:t>vn -0.2447 0.1463 -0.9585</w:t>
        <w:br/>
        <w:t>vn -0.1529 0.1193 -0.9810</w:t>
        <w:br/>
        <w:t>vn 0.8171 -0.4071 0.4082</w:t>
        <w:br/>
        <w:t>vn 0.8969 -0.3627 0.2528</w:t>
        <w:br/>
        <w:t>vn 0.5122 -0.3264 0.7944</w:t>
        <w:br/>
        <w:t>vn 0.4560 -0.3496 0.8184</w:t>
        <w:br/>
        <w:t>vn -0.2141 0.1534 -0.9647</w:t>
        <w:br/>
        <w:t>vn 0.3379 -0.0815 -0.9376</w:t>
        <w:br/>
        <w:t>vn 0.3267 -0.0465 -0.9440</w:t>
        <w:br/>
        <w:t>vn 0.7303 -0.2869 -0.6200</w:t>
        <w:br/>
        <w:t>vn 0.7653 -0.2849 -0.5771</w:t>
        <w:br/>
        <w:t>vn 0.8159 -0.4523 -0.3602</w:t>
        <w:br/>
        <w:t>vn 0.8607 -0.3709 -0.3486</w:t>
        <w:br/>
        <w:t>vn 0.6338 -0.3875 0.6695</w:t>
        <w:br/>
        <w:t>vn 0.6256 -0.3991 0.6703</w:t>
        <w:br/>
        <w:t>vn 0.4805 -0.3571 0.8010</w:t>
        <w:br/>
        <w:t>vn 0.4204 -0.3374 0.8423</w:t>
        <w:br/>
        <w:t>vn 0.0783 0.0652 -0.9948</w:t>
        <w:br/>
        <w:t>vn 0.4133 -0.0331 -0.9100</w:t>
        <w:br/>
        <w:t>vn 0.8195 -0.2127 -0.5322</w:t>
        <w:br/>
        <w:t>vn 0.8566 -0.3226 -0.4027</w:t>
        <w:br/>
        <w:t>vn -0.2203 0.1644 -0.9615</w:t>
        <w:br/>
        <w:t>vn -0.1991 0.1413 -0.9697</w:t>
        <w:br/>
        <w:t>vn 0.4393 -0.3684 0.8193</w:t>
        <w:br/>
        <w:t>vn 0.6284 -0.4298 0.6483</w:t>
        <w:br/>
        <w:t>vn -0.0698 -0.2080 0.9756</w:t>
        <w:br/>
        <w:t>vn -0.0937 -0.2188 0.9713</w:t>
        <w:br/>
        <w:t>vn 0.1390 -0.2712 0.9524</w:t>
        <w:br/>
        <w:t>vn 0.1966 -0.2779 0.9403</w:t>
        <w:br/>
        <w:t>vn -0.1863 0.1776 -0.9663</w:t>
        <w:br/>
        <w:t>vn 0.2138 -0.1460 0.9659</w:t>
        <w:br/>
        <w:t>vn 0.0040 -0.0730 0.9973</w:t>
        <w:br/>
        <w:t>vn -0.0319 -0.0559 0.9979</w:t>
        <w:br/>
        <w:t>vn 0.1889 -0.1350 0.9727</w:t>
        <w:br/>
        <w:t>vn 0.1947 -0.1672 0.9665</w:t>
        <w:br/>
        <w:t>vn 0.1252 -0.1835 0.9750</w:t>
        <w:br/>
        <w:t>vn 0.1904 -0.1813 0.9648</w:t>
        <w:br/>
        <w:t>vn -0.8423 0.3002 0.4476</w:t>
        <w:br/>
        <w:t>vn -0.6833 0.2168 0.6973</w:t>
        <w:br/>
        <w:t>vn -0.6516 0.1969 0.7325</w:t>
        <w:br/>
        <w:t>vn -0.8178 0.2927 0.4955</w:t>
        <w:br/>
        <w:t>vn 0.2505 -0.1459 0.9571</w:t>
        <w:br/>
        <w:t>vn 0.2387 -0.1561 0.9585</w:t>
        <w:br/>
        <w:t>vn 0.1637 -0.1239 0.9787</w:t>
        <w:br/>
        <w:t>vn -0.2076 0.2786 -0.9377</w:t>
        <w:br/>
        <w:t>vn -0.4244 0.3485 -0.8358</w:t>
        <w:br/>
        <w:t>vn -0.1488 0.2583 -0.9545</w:t>
        <w:br/>
        <w:t>vn 0.0608 0.2091 -0.9760</w:t>
        <w:br/>
        <w:t>vn 0.0366 0.2081 -0.9774</w:t>
        <w:br/>
        <w:t>vn 0.0971 0.1871 -0.9775</w:t>
        <w:br/>
        <w:t>vn 0.0974 0.2002 -0.9749</w:t>
        <w:br/>
        <w:t>vn -0.0159 0.2290 -0.9733</w:t>
        <w:br/>
        <w:t>vn -0.0080 0.2216 -0.9751</w:t>
        <w:br/>
        <w:t>vn 0.2182 -0.1487 0.9645</w:t>
        <w:br/>
        <w:t>vn -0.3245 0.0782 0.9426</w:t>
        <w:br/>
        <w:t>vn -0.7178 0.2821 0.6365</w:t>
        <w:br/>
        <w:t>vn -0.7639 0.2873 0.5778</w:t>
        <w:br/>
        <w:t>vn -0.3178 0.0442 0.9471</w:t>
        <w:br/>
        <w:t>vn -0.4347 0.3472 -0.8310</w:t>
        <w:br/>
        <w:t>vn -0.3864 0.3143 -0.8671</w:t>
        <w:br/>
        <w:t>vn -0.0668 -0.0687 0.9954</w:t>
        <w:br/>
        <w:t>vn -0.8039 0.2457 0.5417</w:t>
        <w:br/>
        <w:t>vn -0.4018 0.0431 0.9147</w:t>
        <w:br/>
        <w:t>vn -0.2484 0.0266 0.9683</w:t>
        <w:br/>
        <w:t>vn 0.2268 -0.1662 0.9597</w:t>
        <w:br/>
        <w:t>vn 0.0848 0.2100 -0.9740</w:t>
        <w:br/>
        <w:t>vn 0.0976 0.2132 -0.9721</w:t>
        <w:br/>
        <w:t>vn -0.0004 0.2205 -0.9754</w:t>
        <w:br/>
        <w:t>vn -0.5583 -0.8181 -0.1383</w:t>
        <w:br/>
        <w:t>vn -0.5322 -0.8170 -0.2219</w:t>
        <w:br/>
        <w:t>vn -0.5582 -0.8181 -0.1383</w:t>
        <w:br/>
        <w:t>vn -0.1802 0.9501 0.2547</w:t>
        <w:br/>
        <w:t>vn -0.0941 0.9645 0.2469</w:t>
        <w:br/>
        <w:t>vn 0.3564 -0.4459 -0.8211</w:t>
        <w:br/>
        <w:t>vn -0.2091 -0.6614 -0.7203</w:t>
        <w:br/>
        <w:t>vn -0.2090 -0.6615 -0.7203</w:t>
        <w:br/>
        <w:t>vn -0.4525 -0.7429 -0.4934</w:t>
        <w:br/>
        <w:t>vn 0.1784 0.9792 0.0967</w:t>
        <w:br/>
        <w:t>vn 0.0484 0.9860 0.1598</w:t>
        <w:br/>
        <w:t>vn 0.1530 0.8946 0.4199</w:t>
        <w:br/>
        <w:t>vn 0.2738 0.8606 0.4295</w:t>
        <w:br/>
        <w:t>vn 0.2738 0.8605 0.4295</w:t>
        <w:br/>
        <w:t>vn 0.1530 0.8946 0.4198</w:t>
        <w:br/>
        <w:t>vn 0.0262 0.9283 0.3710</w:t>
        <w:br/>
        <w:t>vn -0.0377 0.9635 0.2652</w:t>
        <w:br/>
        <w:t>vn -0.0378 0.9771 0.2093</w:t>
        <w:br/>
        <w:t>vn 0.0067 0.9772 0.2124</w:t>
        <w:br/>
        <w:t>vn 0.0067 0.9772 0.2123</w:t>
        <w:br/>
        <w:t>vn 0.2891 0.9534 0.0862</w:t>
        <w:br/>
        <w:t>vn 0.3474 0.8724 0.3437</w:t>
        <w:br/>
        <w:t>vn 0.3474 0.8725 0.3437</w:t>
        <w:br/>
        <w:t>vn 0.3375 0.9268 0.1650</w:t>
        <w:br/>
        <w:t>vn 0.3374 0.9268 0.1650</w:t>
        <w:br/>
        <w:t>vn -0.2647 -0.9558 -0.1282</w:t>
        <w:br/>
        <w:t>vn -0.2647 -0.9558 -0.1283</w:t>
        <w:br/>
        <w:t>vn -0.4473 -0.8937 -0.0356</w:t>
        <w:br/>
        <w:t>vn -0.4920 -0.8701 -0.0307</w:t>
        <w:br/>
        <w:t>vn -0.5358 -0.8413 -0.0713</w:t>
        <w:br/>
        <w:t>vn -0.1148 -0.9067 -0.4058</w:t>
        <w:br/>
        <w:t>vn 0.0106 -0.7678 -0.6406</w:t>
        <w:br/>
        <w:t>vn -0.4531 -0.8552 -0.2515</w:t>
        <w:br/>
        <w:t>vn -0.6639 -0.7032 -0.2543</w:t>
        <w:br/>
        <w:t>vn -0.7244 -0.6415 -0.2526</w:t>
        <w:br/>
        <w:t>vn -0.7244 -0.6415 -0.2525</w:t>
        <w:br/>
        <w:t>vn -0.8691 0.4518 -0.2014</w:t>
        <w:br/>
        <w:t>vn -0.4995 0.3436 -0.7952</w:t>
        <w:br/>
        <w:t>vn -0.8872 0.3993 -0.2312</w:t>
        <w:br/>
        <w:t>vn -0.6351 0.4049 -0.6579</w:t>
        <w:br/>
        <w:t>vn -0.6359 0.3784 -0.6726</w:t>
        <w:br/>
        <w:t>vn -0.6361 0.3997 -0.6600</w:t>
        <w:br/>
        <w:t>vn -0.4242 0.3300 -0.8433</w:t>
        <w:br/>
        <w:t>vn 0.2356 -0.2730 0.9327</w:t>
        <w:br/>
        <w:t>vn -0.0458 -0.1970 0.9793</w:t>
        <w:br/>
        <w:t>vn -0.0760 -0.1685 0.9828</w:t>
        <w:br/>
        <w:t>vn -0.0853 -0.2039 0.9753</w:t>
        <w:br/>
        <w:t>vn 0.0270 -0.1625 0.9863</w:t>
        <w:br/>
        <w:t>vn 0.0004 -0.2239 0.9746</w:t>
        <w:br/>
        <w:t>vn 0.8085 -0.3562 -0.4685</w:t>
        <w:br/>
        <w:t>vn -0.2526 0.0068 0.9675</w:t>
        <w:br/>
        <w:t>vn -0.8552 0.3667 0.3663</w:t>
        <w:br/>
        <w:t>vn -0.5203 -0.8107 -0.2683</w:t>
        <w:br/>
        <w:t>vn -0.4525 -0.7428 -0.4935</w:t>
        <w:br/>
        <w:t>vn -0.0945 -0.2389 0.9664</w:t>
        <w:br/>
        <w:t>vn -0.0250 -0.2754 0.9610</w:t>
        <w:br/>
        <w:t>vn -0.1196 0.2366 -0.9642</w:t>
        <w:br/>
        <w:t>vn -0.7213 -0.6500 -0.2394</w:t>
        <w:br/>
        <w:t>vn -0.7213 -0.6499 -0.2395</w:t>
        <w:br/>
        <w:t>vn 0.1302 -0.1700 0.9768</w:t>
        <w:br/>
        <w:t>vn 0.0813 0.1924 -0.9779</w:t>
        <w:br/>
        <w:t>vn 0.1187 0.2453 -0.9621</w:t>
        <w:br/>
        <w:t>vn 0.1225 0.2004 -0.9720</w:t>
        <w:br/>
        <w:t>vn 0.1299 0.0899 -0.9874</w:t>
        <w:br/>
        <w:t>vn 0.0581 0.2988 -0.9526</w:t>
        <w:br/>
        <w:t>vn 0.1147 0.2897 -0.9502</w:t>
        <w:br/>
        <w:t>vn -0.1033 -0.2209 0.9698</w:t>
        <w:br/>
        <w:t>vn -0.1085 -0.2436 0.9638</w:t>
        <w:br/>
        <w:t>vn -0.0895 -0.1911 0.9775</w:t>
        <w:br/>
        <w:t>vn -0.1061 -0.1440 0.9839</w:t>
        <w:br/>
        <w:t>vn -0.0841 -0.2464 0.9655</w:t>
        <w:br/>
        <w:t>vn -0.1137 -0.2661 0.9572</w:t>
        <w:br/>
        <w:t>vn 0.3773 -0.9165 -0.1328</w:t>
        <w:br/>
        <w:t>vn 0.2530 -0.9615 -0.1075</w:t>
        <w:br/>
        <w:t>vn 0.2530 -0.9615 -0.1076</w:t>
        <w:br/>
        <w:t>vn -0.4755 0.8608 0.1813</w:t>
        <w:br/>
        <w:t>vn -0.5887 0.7918 0.1629</w:t>
        <w:br/>
        <w:t>vn 0.1129 0.2785 -0.9538</w:t>
        <w:br/>
        <w:t>vn 0.1140 0.2673 -0.9568</w:t>
        <w:br/>
        <w:t>vn 0.1151 0.2561 -0.9598</w:t>
        <w:br/>
        <w:t>vn -0.1094 -0.2666 0.9576</w:t>
        <w:br/>
        <w:t>vn -0.1103 -0.2722 0.9559</w:t>
        <w:br/>
        <w:t>vn -0.1084 -0.2609 0.9593</w:t>
        <w:br/>
        <w:t>vn -0.6225 0.7638 0.1704</w:t>
        <w:br/>
        <w:t>vn -0.3932 0.8961 0.2060</w:t>
        <w:br/>
        <w:t>vn -0.3932 0.8961 0.2059</w:t>
        <w:br/>
        <w:t>vn 0.9317 0.3596 0.0516</w:t>
        <w:br/>
        <w:t>vn 0.8930 0.4440 0.0733</w:t>
        <w:br/>
        <w:t>vn 0.8930 0.4441 0.0729</w:t>
        <w:br/>
        <w:t>vn 0.9317 0.3596 0.0521</w:t>
        <w:br/>
        <w:t>vn 0.9618 0.2719 0.0301</w:t>
        <w:br/>
        <w:t>vn 0.9618 0.2719 0.0303</w:t>
        <w:br/>
        <w:t>vn 0.4466 -0.8774 -0.1750</w:t>
        <w:br/>
        <w:t>vn 0.4466 -0.8775 -0.1750</w:t>
        <w:br/>
        <w:t>vn 0.0330 0.4056 -0.9135</w:t>
        <w:br/>
        <w:t>vn -0.0182 0.3452 -0.9384</w:t>
        <w:br/>
        <w:t>vn 0.5178 0.4261 -0.7419</w:t>
        <w:br/>
        <w:t>vn 0.5403 0.4766 -0.6935</w:t>
        <w:br/>
        <w:t>vn 0.7260 0.4251 -0.5405</w:t>
        <w:br/>
        <w:t>vn 0.7238 0.4761 -0.4994</w:t>
        <w:br/>
        <w:t>vn -0.5338 0.1518 -0.8319</w:t>
        <w:br/>
        <w:t>vn -0.4522 0.1725 -0.8751</w:t>
        <w:br/>
        <w:t>vn -0.4253 0.2446 -0.8714</w:t>
        <w:br/>
        <w:t>vn -0.5064 0.2484 -0.8258</w:t>
        <w:br/>
        <w:t>vn 0.8392 0.2124 0.5006</w:t>
        <w:br/>
        <w:t>vn 0.8670 0.1552 0.4735</w:t>
        <w:br/>
        <w:t>vn 0.7264 0.0723 0.6834</w:t>
        <w:br/>
        <w:t>vn 0.7076 0.1161 0.6970</w:t>
        <w:br/>
        <w:t>vn 0.3709 -0.0750 0.9256</w:t>
        <w:br/>
        <w:t>vn 0.4011 -0.0759 0.9129</w:t>
        <w:br/>
        <w:t>vn 0.2359 -0.1439 0.9611</w:t>
        <w:br/>
        <w:t>vn -0.0690 0.2825 -0.9568</w:t>
        <w:br/>
        <w:t>vn 0.4921 0.3726 -0.7868</w:t>
        <w:br/>
        <w:t>vn -0.4162 0.2782 -0.8657</w:t>
        <w:br/>
        <w:t>vn -0.4027 0.3337 -0.8523</w:t>
        <w:br/>
        <w:t>vn 0.7251 0.3722 -0.5794</w:t>
        <w:br/>
        <w:t>vn -0.3958 0.3155 -0.8624</w:t>
        <w:br/>
        <w:t>vn -0.5028 0.3136 -0.8055</w:t>
        <w:br/>
        <w:t>vn 0.8073 0.2687 0.5254</w:t>
        <w:br/>
        <w:t>vn 0.6873 0.1594 0.7087</w:t>
        <w:br/>
        <w:t>vn 0.2347 -0.1420 0.9616</w:t>
        <w:br/>
        <w:t>vn 0.1361 -0.2014 0.9700</w:t>
        <w:br/>
        <w:t>vn 0.3956 -0.0446 0.9173</w:t>
        <w:br/>
        <w:t>vn -0.0193 -0.4235 0.9057</w:t>
        <w:br/>
        <w:t>vn -0.5063 -0.4883 0.7108</w:t>
        <w:br/>
        <w:t>vn -0.4858 -0.4236 0.7646</w:t>
        <w:br/>
        <w:t>vn 0.0363 -0.3405 0.9395</w:t>
        <w:br/>
        <w:t>vn 0.5082 -0.2497 0.8243</w:t>
        <w:br/>
        <w:t>vn 0.5332 -0.1657 0.8296</w:t>
        <w:br/>
        <w:t>vn 0.4202 -0.2832 0.8621</w:t>
        <w:br/>
        <w:t>vn -0.7195 -0.4248 0.5494</w:t>
        <w:br/>
        <w:t>vn -0.7112 -0.4817 0.5121</w:t>
        <w:br/>
        <w:t>vn 0.4084 -0.2537 0.8768</w:t>
        <w:br/>
        <w:t>vn 0.4364 -0.1725 0.8830</w:t>
        <w:br/>
        <w:t>vn -0.7149 -0.0575 -0.6968</w:t>
        <w:br/>
        <w:t>vn -0.8509 -0.1319 -0.5085</w:t>
        <w:br/>
        <w:t>vn -0.8254 -0.1972 -0.5290</w:t>
        <w:br/>
        <w:t>vn -0.6977 -0.1079 -0.7083</w:t>
        <w:br/>
        <w:t>vn -0.4610 -0.3541 0.8137</w:t>
        <w:br/>
        <w:t>vn 0.0913 -0.2540 0.9629</w:t>
        <w:br/>
        <w:t>vn 0.4060 -0.3273 0.8533</w:t>
        <w:br/>
        <w:t>vn -0.7244 -0.3660 0.5842</w:t>
        <w:br/>
        <w:t>vn 0.5012 -0.3055 0.8096</w:t>
        <w:br/>
        <w:t>vn 0.3772 -0.3335 0.8640</w:t>
        <w:br/>
        <w:t>vn -0.7955 -0.2614 -0.5466</w:t>
        <w:br/>
        <w:t>vn -0.6784 -0.1578 -0.7176</w:t>
        <w:br/>
        <w:t>vn -0.2365 0.1392 -0.9616</w:t>
        <w:br/>
        <w:t>vn -0.2376 0.1449 -0.9605</w:t>
        <w:br/>
        <w:t>vn -0.3721 0.0743 -0.9252</w:t>
        <w:br/>
        <w:t>vn -0.1362 0.2011 -0.9701</w:t>
        <w:br/>
        <w:t>vn -0.1362 0.2010 -0.9701</w:t>
        <w:br/>
        <w:t>vn -0.4022 0.0809 -0.9120</w:t>
        <w:br/>
        <w:t>vn -0.3951 0.0389 -0.9178</w:t>
        <w:br/>
        <w:t>vn 0.1072 -0.5848 -0.8041</w:t>
        <w:br/>
        <w:t>vn -0.1820 -0.6713 -0.7185</w:t>
        <w:br/>
        <w:t>vn -0.3087 0.8597 0.4070</w:t>
        <w:br/>
        <w:t>vn -0.2920 0.8143 0.5017</w:t>
        <w:br/>
        <w:t>vn -0.3087 0.8597 0.4071</w:t>
        <w:br/>
        <w:t>vn 0.3954 -0.6565 -0.6425</w:t>
        <w:br/>
        <w:t>vn 0.3953 -0.6565 -0.6425</w:t>
        <w:br/>
        <w:t>vn -0.2350 0.9265 0.2939</w:t>
        <w:br/>
        <w:t>vn -0.1584 0.7333 0.6612</w:t>
        <w:br/>
        <w:t>vn -0.3405 0.7871 0.5144</w:t>
        <w:br/>
        <w:t>vn -0.3405 0.7871 0.5143</w:t>
        <w:br/>
        <w:t>vn -0.1584 0.7334 0.6611</w:t>
        <w:br/>
        <w:t>vn -0.3053 0.9178 0.2539</w:t>
        <w:br/>
        <w:t>vn -0.2226 0.9577 0.1822</w:t>
        <w:br/>
        <w:t>vn -0.1840 0.9666 0.1781</w:t>
        <w:br/>
        <w:t>vn -0.1081 0.9461 0.3053</w:t>
        <w:br/>
        <w:t>vn -0.0216 0.8726 0.4880</w:t>
        <w:br/>
        <w:t>vn -0.1048 -0.9014 -0.4201</w:t>
        <w:br/>
        <w:t>vn -0.1048 -0.9014 -0.4200</w:t>
        <w:br/>
        <w:t>vn -0.2288 -0.9060 -0.3561</w:t>
        <w:br/>
        <w:t>vn -0.2947 -0.8183 -0.4934</w:t>
        <w:br/>
        <w:t>vn 0.3901 -0.8937 -0.2215</w:t>
        <w:br/>
        <w:t>vn -0.0098 -0.9949 0.1001</w:t>
        <w:br/>
        <w:t>vn -0.2948 -0.9520 0.0830</w:t>
        <w:br/>
        <w:t>vn -0.2476 -0.9667 -0.0643</w:t>
        <w:br/>
        <w:t>vn -0.2476 -0.9667 -0.0642</w:t>
        <w:br/>
        <w:t>vn 0.2089 0.3632 -0.9080</w:t>
        <w:br/>
        <w:t>vn 0.2355 0.4419 -0.8656</w:t>
        <w:br/>
        <w:t>vn 0.2218 0.4258 -0.8772</w:t>
        <w:br/>
        <w:t>vn 0.2318 0.4776 -0.8475</w:t>
        <w:br/>
        <w:t>vn 0.1760 0.3455 -0.9218</w:t>
        <w:br/>
        <w:t>vn 0.3387 0.4680 -0.8162</w:t>
        <w:br/>
        <w:t>vn 0.3204 0.4541 -0.8313</w:t>
        <w:br/>
        <w:t>vn 0.3048 0.4630 -0.8323</w:t>
        <w:br/>
        <w:t>vn 0.2864 0.4636 -0.8385</w:t>
        <w:br/>
        <w:t>vn 0.3239 0.4616 -0.8258</w:t>
        <w:br/>
        <w:t>vn 0.3271 0.4205 -0.8462</w:t>
        <w:br/>
        <w:t>vn -0.3272 -0.4204 0.8463</w:t>
        <w:br/>
        <w:t>vn -0.3205 -0.4540 0.8314</w:t>
        <w:br/>
        <w:t>vn -0.3189 -0.4258 0.8468</w:t>
        <w:br/>
        <w:t>vn -0.2351 -0.4417 0.8658</w:t>
        <w:br/>
        <w:t>vn -0.2082 -0.3629 0.9083</w:t>
        <w:br/>
        <w:t>vn -0.2081 -0.3630 0.9083</w:t>
        <w:br/>
        <w:t>vn -0.2211 -0.4256 0.8775</w:t>
        <w:br/>
        <w:t>vn -0.2313 -0.4774 0.8477</w:t>
        <w:br/>
        <w:t>vn -0.1798 -0.3437 0.9217</w:t>
        <w:br/>
        <w:t>vn -0.1799 -0.3437 0.9217</w:t>
        <w:br/>
        <w:t>vn -0.3051 -0.4627 0.8324</w:t>
        <w:br/>
        <w:t>vn -0.2865 -0.4636 0.8385</w:t>
        <w:br/>
        <w:t>vn -0.3240 -0.4614 0.8259</w:t>
        <w:br/>
        <w:t>vn 0.6285 0.6343 0.4502</w:t>
        <w:br/>
        <w:t>vn 0.6924 0.4764 0.5419</w:t>
        <w:br/>
        <w:t>vn -0.8987 -0.0216 -0.4380</w:t>
        <w:br/>
        <w:t>vn -0.8891 0.0425 -0.4556</w:t>
        <w:br/>
        <w:t>vn -0.8891 0.0425 -0.4557</w:t>
        <w:br/>
        <w:t>vn -0.8789 0.0327 -0.4759</w:t>
        <w:br/>
        <w:t>vn 0.3935 0.8221 0.4114</w:t>
        <w:br/>
        <w:t>vn -0.8664 -0.3080 -0.3931</w:t>
        <w:br/>
        <w:t>vn -0.8664 -0.3079 -0.3931</w:t>
        <w:br/>
        <w:t>vn -0.8407 -0.0147 -0.5414</w:t>
        <w:br/>
        <w:t>vn -0.8407 -0.0146 -0.5414</w:t>
        <w:br/>
        <w:t>vn -0.7647 -0.1278 -0.6316</w:t>
        <w:br/>
        <w:t>vn 0.8486 -0.1185 0.5156</w:t>
        <w:br/>
        <w:t>vn 0.6699 0.3615 0.6485</w:t>
        <w:br/>
        <w:t>vn -0.7921 -0.5097 -0.3358</w:t>
        <w:br/>
        <w:t>vn 0.3335 0.3906 -0.8580</w:t>
        <w:br/>
        <w:t>vn 0.3189 0.4257 -0.8468</w:t>
        <w:br/>
        <w:t>vn -0.7226 -0.1972 -0.6626</w:t>
        <w:br/>
        <w:t>vn -0.7226 -0.1971 -0.6626</w:t>
        <w:br/>
        <w:t>vn 0.8039 -0.5626 0.1929</w:t>
        <w:br/>
        <w:t>vn 0.8161 -0.5113 0.2692</w:t>
        <w:br/>
        <w:t>vn 0.8161 -0.5113 0.2693</w:t>
        <w:br/>
        <w:t>vn 0.8102 -0.5630 0.1631</w:t>
        <w:br/>
        <w:t>vn -0.3392 -0.4675 0.8164</w:t>
        <w:br/>
        <w:t>vn -0.3335 -0.3905 0.8581</w:t>
        <w:br/>
        <w:t>vn 0.0003 0.1099 0.9939</w:t>
        <w:br/>
        <w:t>vn 0.0005 -0.3185 0.9479</w:t>
        <w:br/>
        <w:t>vn 0.0004 -0.3185 0.9479</w:t>
        <w:br/>
        <w:t>vn 0.0005 0.1103 0.9939</w:t>
        <w:br/>
        <w:t>vn 0.0003 0.6066 0.7950</w:t>
        <w:br/>
        <w:t>vn 0.0002 0.6066 0.7950</w:t>
        <w:br/>
        <w:t>vn 0.0001 0.8445 0.5356</w:t>
        <w:br/>
        <w:t>vn 0.0001 0.8444 0.5358</w:t>
        <w:br/>
        <w:t>vn -0.0003 0.9776 -0.2107</w:t>
        <w:br/>
        <w:t>vn -0.0001 0.9618 0.2738</w:t>
        <w:br/>
        <w:t>vn 0.0000 0.9774 -0.2113</w:t>
        <w:br/>
        <w:t>vn 0.0001 0.7021 -0.7120</w:t>
        <w:br/>
        <w:t>vn 0.0001 0.7023 -0.7119</w:t>
        <w:br/>
        <w:t>vn 0.0001 0.3737 -0.9276</w:t>
        <w:br/>
        <w:t>vn 0.0001 0.3735 -0.9276</w:t>
        <w:br/>
        <w:t>vn 0.0001 0.1559 -0.9878</w:t>
        <w:br/>
        <w:t>vn 0.0001 0.1558 -0.9878</w:t>
        <w:br/>
        <w:t>vn -0.0000 -0.1206 -0.9927</w:t>
        <w:br/>
        <w:t>vn 0.0000 -0.1207 -0.9927</w:t>
        <w:br/>
        <w:t>vn -0.0001 -0.4932 -0.8699</w:t>
        <w:br/>
        <w:t>vn 0.0002 -0.4935 -0.8697</w:t>
        <w:br/>
        <w:t>vn 0.0001 -0.8420 -0.5394</w:t>
        <w:br/>
        <w:t>vn 0.0001 -0.8422 -0.5392</w:t>
        <w:br/>
        <w:t>vn 0.0001 -0.9927 -0.1204</w:t>
        <w:br/>
        <w:t>vn 0.0000 -0.9604 0.2787</w:t>
        <w:br/>
        <w:t>vn -0.0001 -0.9605 0.2782</w:t>
        <w:br/>
        <w:t>vn 0.0001 -0.7490 0.6626</w:t>
        <w:br/>
        <w:t>vn -0.0002 -0.7494 0.6621</w:t>
        <w:br/>
        <w:t>vn 0.0003 -0.5183 0.8552</w:t>
        <w:br/>
        <w:t>vn 0.0001 -0.5186 0.8550</w:t>
        <w:br/>
        <w:t>vn -0.0003 -0.1037 -0.9946</w:t>
        <w:br/>
        <w:t>vn -0.0004 0.3195 -0.9476</w:t>
        <w:br/>
        <w:t>vn -0.0002 0.3198 -0.9475</w:t>
        <w:br/>
        <w:t>vn -0.0001 -0.6097 -0.7926</w:t>
        <w:br/>
        <w:t>vn -0.0001 -0.6097 -0.7927</w:t>
        <w:br/>
        <w:t>vn 0.0000 -0.8367 -0.5477</w:t>
        <w:br/>
        <w:t>vn -0.0000 -0.8368 -0.5475</w:t>
        <w:br/>
        <w:t>vn 0.0001 -0.9561 -0.2932</w:t>
        <w:br/>
        <w:t>vn 0.0001 -0.9561 -0.2930</w:t>
        <w:br/>
        <w:t>vn -0.0000 -0.9806 0.1959</w:t>
        <w:br/>
        <w:t>vn -0.0002 -0.6963 0.7178</w:t>
        <w:br/>
        <w:t>vn -0.0002 -0.3690 0.9294</w:t>
        <w:br/>
        <w:t>vn -0.0003 -0.3688 0.9295</w:t>
        <w:br/>
        <w:t>vn -0.0001 -0.1732 0.9849</w:t>
        <w:br/>
        <w:t>vn -0.0001 -0.1730 0.9849</w:t>
        <w:br/>
        <w:t>vn 0.0000 0.1148 0.9934</w:t>
        <w:br/>
        <w:t>vn -0.0001 0.4774 0.8787</w:t>
        <w:br/>
        <w:t>vn -0.0001 0.8268 0.5624</w:t>
        <w:br/>
        <w:t>vn -0.0002 0.8267 0.5626</w:t>
        <w:br/>
        <w:t>vn -0.0001 0.9933 0.1154</w:t>
        <w:br/>
        <w:t>vn 0.0007 0.9933 0.1154</w:t>
        <w:br/>
        <w:t>vn -0.0000 0.9532 -0.3025</w:t>
        <w:br/>
        <w:t>vn -0.0000 0.9531 -0.3026</w:t>
        <w:br/>
        <w:t>vn -0.0000 0.7714 -0.6363</w:t>
        <w:br/>
        <w:t>vn -0.0000 0.7715 -0.6362</w:t>
        <w:br/>
        <w:t>vn -0.0001 0.5479 -0.8365</w:t>
        <w:br/>
        <w:t>vn -0.0003 0.5476 -0.8368</w:t>
        <w:br/>
        <w:t>vn 0.9919 -0.0417 0.1202</w:t>
        <w:br/>
        <w:t>vn 0.9919 -0.0417 0.1201</w:t>
        <w:br/>
        <w:t>vn 0.9923 0.0112 0.1237</w:t>
        <w:br/>
        <w:t>vn 0.9905 0.0828 0.1100</w:t>
        <w:br/>
        <w:t>vn 0.9883 0.1279 0.0827</w:t>
        <w:br/>
        <w:t>vn 0.9914 0.1273 -0.0296</w:t>
        <w:br/>
        <w:t>vn 0.9914 0.1273 -0.0297</w:t>
        <w:br/>
        <w:t>vn 0.9890 0.1420 0.0421</w:t>
        <w:br/>
        <w:t>vn 0.9942 0.0733 -0.0790</w:t>
        <w:br/>
        <w:t>vn 0.9942 0.0734 -0.0790</w:t>
        <w:br/>
        <w:t>vn 0.9964 0.0292 -0.0798</w:t>
        <w:br/>
        <w:t>vn 0.9964 0.0161 -0.0831</w:t>
        <w:br/>
        <w:t>vn 0.9964 0.0161 -0.0832</w:t>
        <w:br/>
        <w:t>vn 0.9944 -0.0079 -0.1058</w:t>
        <w:br/>
        <w:t>vn 0.9909 -0.0627 -0.1190</w:t>
        <w:br/>
        <w:t>vn 0.9887 -0.1250 -0.0827</w:t>
        <w:br/>
        <w:t>vn 0.9882 -0.1522 -0.0165</w:t>
        <w:br/>
        <w:t>vn 0.9898 -0.1361 0.0431</w:t>
        <w:br/>
        <w:t>vn 0.9898 -0.1360 0.0431</w:t>
        <w:br/>
        <w:t>vn 0.9909 -0.0997 0.0900</w:t>
        <w:br/>
        <w:t>vn 0.9912 -0.0686 0.1130</w:t>
        <w:br/>
        <w:t>vn -0.9918 -0.0419 0.1206</w:t>
        <w:br/>
        <w:t>vn -0.9922 0.0112 0.1243</w:t>
        <w:br/>
        <w:t>vn -0.9922 0.0111 0.1243</w:t>
        <w:br/>
        <w:t>vn -0.9918 -0.0420 0.1206</w:t>
        <w:br/>
        <w:t>vn -0.9904 0.0831 0.1103</w:t>
        <w:br/>
        <w:t>vn -0.9883 0.1280 0.0827</w:t>
        <w:br/>
        <w:t>vn -0.9883 0.1279 0.0826</w:t>
        <w:br/>
        <w:t>vn -0.9890 0.1418 0.0421</w:t>
        <w:br/>
        <w:t>vn -0.9914 0.1274 -0.0295</w:t>
        <w:br/>
        <w:t>vn -0.9941 0.0737 -0.0791</w:t>
        <w:br/>
        <w:t>vn -0.9941 0.0736 -0.0791</w:t>
        <w:br/>
        <w:t>vn -0.9964 0.0293 -0.0801</w:t>
        <w:br/>
        <w:t>vn -0.9964 0.0162 -0.0833</w:t>
        <w:br/>
        <w:t>vn -0.9943 -0.0080 -0.1059</w:t>
        <w:br/>
        <w:t>vn -0.9943 -0.0079 -0.1059</w:t>
        <w:br/>
        <w:t>vn -0.9909 -0.0628 -0.1194</w:t>
        <w:br/>
        <w:t>vn -0.9887 -0.1251 -0.0830</w:t>
        <w:br/>
        <w:t>vn -0.9882 -0.1523 -0.0165</w:t>
        <w:br/>
        <w:t>vn -0.9910 -0.0995 0.0897</w:t>
        <w:br/>
        <w:t>vn -0.9910 -0.0996 0.0898</w:t>
        <w:br/>
        <w:t>vn -0.9898 -0.1360 0.0429</w:t>
        <w:br/>
        <w:t>vn -0.9912 -0.0686 0.1130</w:t>
        <w:br/>
        <w:t>vn -0.9912 -0.0686 0.1129</w:t>
        <w:br/>
        <w:t>vn 0.0000 -0.9927 -0.1204</w:t>
        <w:br/>
        <w:t>vn -0.0001 0.9933 0.1153</w:t>
        <w:br/>
        <w:t>vn 0.0011 0.9933 0.1155</w:t>
        <w:br/>
        <w:t>vn 0.9882 -0.1521 -0.0165</w:t>
        <w:br/>
        <w:t>vn -0.1310 -0.4379 -0.8894</w:t>
        <w:br/>
        <w:t>vn -0.1471 -0.4293 -0.8911</w:t>
        <w:br/>
        <w:t>vn -0.1309 -0.4379 -0.8894</w:t>
        <w:br/>
        <w:t>vn -0.1696 -0.3697 -0.9135</w:t>
        <w:br/>
        <w:t>vn -0.1695 -0.3698 -0.9135</w:t>
        <w:br/>
        <w:t>vn -0.1368 -0.4445 -0.8853</w:t>
        <w:br/>
        <w:t>vn -0.1533 -0.5119 -0.8453</w:t>
        <w:br/>
        <w:t>vn -0.2179 -0.4905 -0.8437</w:t>
        <w:br/>
        <w:t>vn 0.6713 0.2094 -0.7110</w:t>
        <w:br/>
        <w:t>vn 0.3371 0.5574 -0.7587</w:t>
        <w:br/>
        <w:t>vn 0.6713 0.2094 -0.7109</w:t>
        <w:br/>
        <w:t>vn -0.0532 0.8145 -0.5777</w:t>
        <w:br/>
        <w:t>vn 0.8087 -0.0682 -0.5843</w:t>
        <w:br/>
        <w:t>vn 0.7859 -0.0096 -0.6182</w:t>
        <w:br/>
        <w:t>vn 0.8087 -0.0682 -0.5842</w:t>
        <w:br/>
        <w:t>vn 0.8148 -0.0558 -0.5770</w:t>
        <w:br/>
        <w:t>vn 0.7712 0.0747 -0.6322</w:t>
        <w:br/>
        <w:t>vn -0.2132 -0.5187 -0.8280</w:t>
        <w:br/>
        <w:t>vn -0.2928 -0.4627 -0.8368</w:t>
        <w:br/>
        <w:t>vn -0.2814 -0.4670 -0.8383</w:t>
        <w:br/>
        <w:t>vn -0.1834 -0.3259 -0.9274</w:t>
        <w:br/>
        <w:t>vn 0.7950 -0.0408 -0.6052</w:t>
        <w:br/>
        <w:t>vn -0.1663 0.8678 -0.4683</w:t>
        <w:br/>
        <w:t>vn -0.0000 -0.2154 0.9765</w:t>
        <w:br/>
        <w:t>vn 0.0000 -0.1723 0.9850</w:t>
        <w:br/>
        <w:t>vn 0.0000 -0.1724 0.9850</w:t>
        <w:br/>
        <w:t>vn -0.0000 -0.2155 0.9765</w:t>
        <w:br/>
        <w:t>vn 0.0000 0.0501 -0.9987</w:t>
        <w:br/>
        <w:t>vn 0.0000 -0.2636 -0.9646</w:t>
        <w:br/>
        <w:t>vn 0.0000 -0.8749 0.4843</w:t>
        <w:br/>
        <w:t>vn -0.0000 -0.4967 0.8679</w:t>
        <w:br/>
        <w:t>vn 0.0000 -0.6492 -0.7606</w:t>
        <w:br/>
        <w:t>vn 0.0000 -0.2403 0.9707</w:t>
        <w:br/>
        <w:t>vn 0.0000 -0.3716 0.9284</w:t>
        <w:br/>
        <w:t>vn 0.0000 0.4108 -0.9117</w:t>
        <w:br/>
        <w:t>vn 0.0000 0.5351 -0.8448</w:t>
        <w:br/>
        <w:t>vn 0.0000 0.2473 -0.9689</w:t>
        <w:br/>
        <w:t>vn 0.0000 0.4519 -0.8921</w:t>
        <w:br/>
        <w:t>vn 0.0000 0.4518 -0.8921</w:t>
        <w:br/>
        <w:t>vn 0.0000 0.1977 -0.9803</w:t>
        <w:br/>
        <w:t>vn 0.0000 -0.0567 0.9984</w:t>
        <w:br/>
        <w:t>vn 0.0000 -0.2543 0.9671</w:t>
        <w:br/>
        <w:t>vn 0.0000 0.8578 -0.5139</w:t>
        <w:br/>
        <w:t>vn 0.0000 0.8579 -0.5139</w:t>
        <w:br/>
        <w:t>vn 0.0000 0.9717 0.2363</w:t>
        <w:br/>
        <w:t>vn 0.0000 0.9717 0.2361</w:t>
        <w:br/>
        <w:t>vn 0.0000 0.6088 0.7933</w:t>
        <w:br/>
        <w:t>vn 0.0000 0.6089 0.7932</w:t>
        <w:br/>
        <w:t>vn 0.0000 0.2405 -0.9707</w:t>
        <w:br/>
        <w:t>vn 0.0000 0.3769 -0.9263</w:t>
        <w:br/>
        <w:t>vn 0.0000 -0.5309 0.8474</w:t>
        <w:br/>
        <w:t>vn 0.0000 -0.4110 0.9116</w:t>
        <w:br/>
        <w:t>vn 0.0000 0.1653 -0.9862</w:t>
        <w:br/>
        <w:t>vn 0.0000 0.4668 -0.8843</w:t>
        <w:br/>
        <w:t>vn 0.0000 0.4668 -0.8844</w:t>
        <w:br/>
        <w:t>vn 0.0000 -0.5817 0.8134</w:t>
        <w:br/>
        <w:t>vn -1.0000 0.0000 0.0000</w:t>
        <w:br/>
        <w:t>vn 1.0000 0.0000 0.0000</w:t>
        <w:br/>
        <w:t>vn -1.0000 0.0018 0.0007</w:t>
        <w:br/>
        <w:t>vn -1.0000 0.0017 0.0007</w:t>
        <w:br/>
        <w:t>vn 1.0000 0.0017 0.0007</w:t>
        <w:br/>
        <w:t>vn 1.0000 0.0016 0.0009</w:t>
        <w:br/>
        <w:t>vn 1.0000 0.0011 0.0011</w:t>
        <w:br/>
        <w:t>vn -1.0000 0.0011 0.0011</w:t>
        <w:br/>
        <w:t>vn -1.0000 0.0031 0.0020</w:t>
        <w:br/>
        <w:t>vn -1.0000 0.0026 0.0023</w:t>
        <w:br/>
        <w:t>vn 1.0000 0.0021 0.0023</w:t>
        <w:br/>
        <w:t>vn 1.0000 0.0026 0.0021</w:t>
        <w:br/>
        <w:t>vn 0.0000 -0.4576 0.8892</w:t>
        <w:br/>
        <w:t>vn 0.0000 0.5897 -0.8076</w:t>
        <w:br/>
        <w:t>vn 1.0000 0.0026 0.0023</w:t>
        <w:br/>
        <w:t>vn 1.0000 0.0031 0.0020</w:t>
        <w:br/>
        <w:t>vn -1.0000 0.0026 0.0021</w:t>
        <w:br/>
        <w:t>vn -1.0000 0.0021 0.0022</w:t>
        <w:br/>
        <w:t>vn 0.0000 0.2228 0.9749</w:t>
        <w:br/>
        <w:t>vn 0.0000 -0.9752 -0.2215</w:t>
        <w:br/>
        <w:t>vn 0.0000 -0.9752 -0.2214</w:t>
        <w:br/>
        <w:t>vn 0.8242 -0.3292 0.4607</w:t>
        <w:br/>
        <w:t>vn 0.4204 -0.4475 0.7893</w:t>
        <w:br/>
        <w:t>vn 0.4205 -0.4475 0.7893</w:t>
        <w:br/>
        <w:t>vn -0.2444 0.4595 -0.8539</w:t>
        <w:br/>
        <w:t>vn -0.7267 0.3756 -0.5752</w:t>
        <w:br/>
        <w:t>vn -0.2443 0.4595 -0.8539</w:t>
        <w:br/>
        <w:t>vn 0.9879 -0.1446 0.0566</w:t>
        <w:br/>
        <w:t>vn 0.9878 -0.1447 0.0567</w:t>
        <w:br/>
        <w:t>vn 0.2483 0.4128 -0.8763</w:t>
        <w:br/>
        <w:t>vn 0.4816 -0.4313 0.7629</w:t>
        <w:br/>
        <w:t>vn 0.4233 -0.4432 0.7902</w:t>
        <w:br/>
        <w:t>vn 0.4233 -0.4433 0.7902</w:t>
        <w:br/>
        <w:t>vn -0.6615 0.3946 -0.6377</w:t>
        <w:br/>
        <w:t>vn 0.1013 0.8700 0.4826</w:t>
        <w:br/>
        <w:t>vn 0.1131 0.8807 0.4600</w:t>
        <w:br/>
        <w:t>vn 0.0173 0.9240 0.3821</w:t>
        <w:br/>
        <w:t>vn 0.0259 0.9514 0.3067</w:t>
        <w:br/>
        <w:t>vn -0.1976 -0.8300 -0.5216</w:t>
        <w:br/>
        <w:t>vn -0.1129 -0.8808 -0.4599</w:t>
        <w:br/>
        <w:t>vn -0.1013 -0.8699 -0.4827</w:t>
        <w:br/>
        <w:t>vn -0.1536 -0.8054 -0.5725</w:t>
        <w:br/>
        <w:t>vn 0.1493 0.8109 0.5658</w:t>
        <w:br/>
        <w:t>vn 0.0983 0.8826 0.4597</w:t>
        <w:br/>
        <w:t>vn 0.1123 0.8707 0.4788</w:t>
        <w:br/>
        <w:t>vn 0.2247 0.7967 0.5611</w:t>
        <w:br/>
        <w:t>vn -0.0563 -0.9228 -0.3811</w:t>
        <w:br/>
        <w:t>vn 0.0142 -0.9201 -0.3913</w:t>
        <w:br/>
        <w:t>vn -0.1117 -0.8710 -0.4784</w:t>
        <w:br/>
        <w:t>vn -0.0981 -0.8829 -0.4591</w:t>
        <w:br/>
        <w:t>vn -0.1743 -0.8796 -0.4427</w:t>
        <w:br/>
        <w:t>vn -0.1163 -0.8744 -0.4711</w:t>
        <w:br/>
        <w:t>vn 0.1163 0.8743 0.4713</w:t>
        <w:br/>
        <w:t>vn 0.0517 0.8522 0.5206</w:t>
        <w:br/>
        <w:t>vn -0.1375 -0.8327 -0.5364</w:t>
        <w:br/>
        <w:t>vn -0.1050 -0.8475 -0.5203</w:t>
        <w:br/>
        <w:t>vn 0.1058 0.8263 0.5533</w:t>
        <w:br/>
        <w:t>vn 0.1361 0.8575 0.4962</w:t>
        <w:br/>
        <w:t>vn 0.1432 0.8293 0.5402</w:t>
        <w:br/>
        <w:t>vn -0.1716 -0.8380 -0.5180</w:t>
        <w:br/>
        <w:t>vn -0.5326 0.4229 -0.7332</w:t>
        <w:br/>
        <w:t>vn -0.5325 0.4229 -0.7332</w:t>
        <w:br/>
        <w:t>vn -0.1923 -0.8189 -0.5407</w:t>
        <w:br/>
        <w:t>vn -0.1907 -0.8189 -0.5413</w:t>
        <w:br/>
        <w:t>vn 0.1291 0.8077 0.5753</w:t>
        <w:br/>
        <w:t>vn 0.1305 0.8039 0.5802</w:t>
        <w:br/>
        <w:t>vn 0.1318 0.8002 0.5851</w:t>
        <w:br/>
        <w:t>vn -0.1892 -0.8189 -0.5418</w:t>
        <w:br/>
        <w:t>vn 0.0939 0.8829 0.4601</w:t>
        <w:br/>
        <w:t>vn -0.1013 -0.8782 -0.4675</w:t>
        <w:br/>
        <w:t>vn 0.7578 0.5209 0.3928</w:t>
        <w:br/>
        <w:t>vn 0.7576 0.5208 0.3935</w:t>
        <w:br/>
        <w:t>vn 0.2265 0.2347 0.9453</w:t>
        <w:br/>
        <w:t>vn 0.2264 0.2347 0.9453</w:t>
        <w:br/>
        <w:t>vn 0.8121 0.4873 -0.3211</w:t>
        <w:br/>
        <w:t>vn 0.5826 0.2993 -0.7556</w:t>
        <w:br/>
        <w:t>vn 0.7126 0.3987 -0.5773</w:t>
        <w:br/>
        <w:t>vn 0.5639 0.2852 -0.7751</w:t>
        <w:br/>
        <w:t>vn 0.7126 0.3987 -0.5772</w:t>
        <w:br/>
        <w:t>vn -0.8065 -0.5375 -0.2462</w:t>
        <w:br/>
        <w:t>vn -0.8150 -0.5398 -0.2106</w:t>
        <w:br/>
        <w:t>vn -0.8065 -0.5375 -0.2463</w:t>
        <w:br/>
        <w:t>vn -0.4609 -0.2117 0.8618</w:t>
        <w:br/>
        <w:t>vn -0.8150 -0.4903 0.3089</w:t>
        <w:br/>
        <w:t>vn -0.8150 -0.4903 0.3090</w:t>
        <w:br/>
        <w:t>vn -0.8442 -0.5355 0.0234</w:t>
        <w:br/>
        <w:t>vn -0.8442 -0.5355 0.0235</w:t>
        <w:br/>
        <w:t>vn 0.5299 -0.8479 -0.0127</w:t>
        <w:br/>
        <w:t>vn 0.4489 -0.8927 0.0399</w:t>
        <w:br/>
        <w:t>vn 0.5564 -0.8251 0.0986</w:t>
        <w:br/>
        <w:t>vn 0.5623 -0.8175 0.1247</w:t>
        <w:br/>
        <w:t>vn -0.5831 0.7804 -0.2259</w:t>
        <w:br/>
        <w:t>vn -0.5526 0.8297 -0.0795</w:t>
        <w:br/>
        <w:t>vn -0.5354 0.8407 -0.0815</w:t>
        <w:br/>
        <w:t>vn -0.6600 0.7364 -0.1484</w:t>
        <w:br/>
        <w:t>vn 0.5452 -0.8329 0.0951</w:t>
        <w:br/>
        <w:t>vn 0.4265 -0.8922 0.1486</w:t>
        <w:br/>
        <w:t>vn -0.5449 0.8331 -0.0953</w:t>
        <w:br/>
        <w:t>vn -0.6895 0.7238 -0.0265</w:t>
        <w:br/>
        <w:t>vn -0.6621 0.7443 0.0869</w:t>
        <w:br/>
        <w:t>vn -0.5450 0.8332 -0.0937</w:t>
        <w:br/>
        <w:t>vn 0.4386 -0.8691 0.2286</w:t>
        <w:br/>
        <w:t>vn 0.5453 -0.8330 0.0934</w:t>
        <w:br/>
        <w:t>vn -0.5364 0.8402 -0.0803</w:t>
        <w:br/>
        <w:t>vn -0.5408 0.8370 -0.0834</w:t>
        <w:br/>
        <w:t>vn -0.5223 0.8528 -0.0055</w:t>
        <w:br/>
        <w:t>vn -0.6651 0.7360 0.1264</w:t>
        <w:br/>
        <w:t>vn 0.5511 -0.8235 0.1345</w:t>
        <w:br/>
        <w:t>vn 0.5350 -0.8414 0.0759</w:t>
        <w:br/>
        <w:t>vn 0.5367 -0.8400 0.0797</w:t>
        <w:br/>
        <w:t>vn 0.4165 -0.8792 0.2312</w:t>
        <w:br/>
        <w:t>vn -0.3184 0.9479 -0.0135</w:t>
        <w:br/>
        <w:t>vn -0.5363 0.8403 -0.0795</w:t>
        <w:br/>
        <w:t>vn -0.5378 0.8409 -0.0603</w:t>
        <w:br/>
        <w:t>vn -0.3429 0.9394 -0.0035</w:t>
        <w:br/>
        <w:t>vn 0.5373 -0.8412 0.0605</w:t>
        <w:br/>
        <w:t>vn 0.5366 -0.8401 0.0794</w:t>
        <w:br/>
        <w:t>vn 0.6863 -0.7161 0.1272</w:t>
        <w:br/>
        <w:t>vn 0.6709 -0.7348 0.0993</w:t>
        <w:br/>
        <w:t>vn 0.6085 -0.7932 -0.0214</w:t>
        <w:br/>
        <w:t>vn 0.5434 -0.8322 0.1102</w:t>
        <w:br/>
        <w:t>vn 0.5387 -0.8401 0.0625</w:t>
        <w:br/>
        <w:t>vn 0.6560 -0.7546 0.0169</w:t>
        <w:br/>
        <w:t>vn -0.4753 0.8520 -0.2193</w:t>
        <w:br/>
        <w:t>vn -0.3808 0.9184 -0.1072</w:t>
        <w:br/>
        <w:t>vn -0.5393 0.8398 -0.0623</w:t>
        <w:br/>
        <w:t>vn -0.5538 0.8286 -0.0819</w:t>
        <w:br/>
        <w:t>vn -0.5368 0.8395 -0.0843</w:t>
        <w:br/>
        <w:t>vn 0.5394 -0.8388 0.0738</w:t>
        <w:br/>
        <w:t>vn -0.8404 -0.5212 0.1488</w:t>
        <w:br/>
        <w:t>vn 0.7641 0.4418 -0.4701</w:t>
        <w:br/>
        <w:t>vn -0.5402 0.8369 -0.0878</w:t>
        <w:br/>
        <w:t>vn -0.5360 0.8395 -0.0892</w:t>
        <w:br/>
        <w:t>vn 0.5362 -0.8412 0.0706</w:t>
        <w:br/>
        <w:t>vn 0.5405 -0.8385 0.0685</w:t>
        <w:br/>
        <w:t>vn -0.5441 0.8345 -0.0868</w:t>
        <w:br/>
        <w:t>vn 0.5321 -0.8436 0.0725</w:t>
        <w:br/>
        <w:t>vn -0.6779 0.3854 -0.6261</w:t>
        <w:br/>
        <w:t>vn -0.9888 0.1116 0.0994</w:t>
        <w:br/>
        <w:t>vn -0.9888 0.1117 0.0992</w:t>
        <w:br/>
        <w:t>vn -0.6777 0.3854 -0.6263</w:t>
        <w:br/>
        <w:t>vn -0.7143 -0.1874 0.6743</w:t>
        <w:br/>
        <w:t>vn -0.7143 -0.1875 0.6743</w:t>
        <w:br/>
        <w:t>vn -0.3403 -0.3370 0.8779</w:t>
        <w:br/>
        <w:t>vn -0.3402 -0.3370 0.8779</w:t>
        <w:br/>
        <w:t>vn 0.7035 0.1934 -0.6839</w:t>
        <w:br/>
        <w:t>vn 0.7034 0.1935 -0.6840</w:t>
        <w:br/>
        <w:t>vn 0.9446 -0.0029 -0.3281</w:t>
        <w:br/>
        <w:t>vn 0.0776 0.3950 -0.9154</w:t>
        <w:br/>
        <w:t>vn -0.1424 -0.9042 -0.4027</w:t>
        <w:br/>
        <w:t>vn -0.1424 -0.9041 -0.4029</w:t>
        <w:br/>
        <w:t>vn -0.0639 -0.9432 -0.3260</w:t>
        <w:br/>
        <w:t>vn -0.0233 -0.9109 -0.4120</w:t>
        <w:br/>
        <w:t>vn 0.2418 0.8373 0.4904</w:t>
        <w:br/>
        <w:t>vn 0.1425 0.9041 0.4029</w:t>
        <w:br/>
        <w:t>vn 0.1424 0.9041 0.4028</w:t>
        <w:br/>
        <w:t>vn 0.3039 0.8745 0.3779</w:t>
        <w:br/>
        <w:t>vn -0.1425 -0.9045 -0.4021</w:t>
        <w:br/>
        <w:t>vn -0.0494 -0.8708 -0.4891</w:t>
        <w:br/>
        <w:t>vn 0.1420 0.9044 0.4025</w:t>
        <w:br/>
        <w:t>vn 0.2736 0.9257 0.2611</w:t>
        <w:br/>
        <w:t>vn -0.0930 -0.8485 -0.5210</w:t>
        <w:br/>
        <w:t>vn -0.1409 -0.9046 -0.4023</w:t>
        <w:br/>
        <w:t>vn 0.2099 0.9548 0.2105</w:t>
        <w:br/>
        <w:t>vn 0.1442 0.9041 0.4023</w:t>
        <w:br/>
        <w:t>vn -0.1430 -0.9044 -0.4021</w:t>
        <w:br/>
        <w:t>vn -0.1428 -0.9049 -0.4009</w:t>
        <w:br/>
        <w:t>vn -0.2867 -0.8931 -0.3465</w:t>
        <w:br/>
        <w:t>vn -0.2447 -0.9216 -0.3014</w:t>
        <w:br/>
        <w:t>vn -0.0372 0.8889 0.4567</w:t>
        <w:br/>
        <w:t>vn 0.1425 0.9037 0.4038</w:t>
        <w:br/>
        <w:t>vn 0.1425 0.9042 0.4026</w:t>
        <w:br/>
        <w:t>vn 0.0173 0.8593 0.5112</w:t>
        <w:br/>
        <w:t>vn -0.1520 -0.9482 -0.2790</w:t>
        <w:br/>
        <w:t>vn -0.1425 -0.9044 -0.4023</w:t>
        <w:br/>
        <w:t>vn 0.1426 0.9043 0.4024</w:t>
        <w:br/>
        <w:t>vn 0.1290 0.8311 0.5409</w:t>
        <w:br/>
        <w:t>vn -0.2191 -0.3676 0.9038</w:t>
        <w:br/>
        <w:t>vn -0.2190 -0.3676 0.9038</w:t>
        <w:br/>
        <w:t>vn 0.9746 -0.0572 -0.2166</w:t>
        <w:br/>
        <w:t>vn 0.9746 -0.0572 -0.2167</w:t>
        <w:br/>
        <w:t>vn -0.1987 -0.8728 -0.4458</w:t>
        <w:br/>
        <w:t>vn -0.1394 -0.9047 -0.4025</w:t>
        <w:br/>
        <w:t>vn 0.0743 0.9414 0.3290</w:t>
        <w:br/>
        <w:t>vn 0.1456 0.9040 0.4019</w:t>
        <w:br/>
        <w:t>vn -0.1431 -0.9055 -0.3995</w:t>
        <w:br/>
        <w:t>vn 0.1426 0.9031 0.4051</w:t>
        <w:br/>
        <w:t>vn -0.5367 0.8435 -0.0200</w:t>
        <w:br/>
        <w:t>vn 0.5562 -0.8224 0.1193</w:t>
        <w:br/>
        <w:t>vn 0.1657 0.8996 0.4040</w:t>
        <w:br/>
        <w:t>vn -0.1376 -0.9129 -0.3843</w:t>
        <w:br/>
        <w:t>vn -0.8243 -0.3292 0.4606</w:t>
        <w:br/>
        <w:t>vn -0.4205 -0.4475 0.7893</w:t>
        <w:br/>
        <w:t>vn -0.4204 -0.4475 0.7893</w:t>
        <w:br/>
        <w:t>vn 0.7268 0.3755 -0.5752</w:t>
        <w:br/>
        <w:t>vn 0.7268 0.3755 -0.5751</w:t>
        <w:br/>
        <w:t>vn 0.2444 0.4595 -0.8539</w:t>
        <w:br/>
        <w:t>vn 0.2443 0.4595 -0.8539</w:t>
        <w:br/>
        <w:t>vn -0.9879 -0.1446 0.0566</w:t>
        <w:br/>
        <w:t>vn -0.9879 -0.1447 0.0566</w:t>
        <w:br/>
        <w:t>vn -0.2483 0.4128 -0.8763</w:t>
        <w:br/>
        <w:t>vn -0.2482 0.4129 -0.8763</w:t>
        <w:br/>
        <w:t>vn -0.4409 -0.4450 0.7795</w:t>
        <w:br/>
        <w:t>vn -0.5154 -0.4335 0.7393</w:t>
        <w:br/>
        <w:t>vn -0.5154 -0.4335 0.7392</w:t>
        <w:br/>
        <w:t>vn 0.6754 0.3939 -0.6235</w:t>
        <w:br/>
        <w:t>vn -0.1014 0.8699 0.4826</w:t>
        <w:br/>
        <w:t>vn -0.0259 0.9514 0.3068</w:t>
        <w:br/>
        <w:t>vn -0.0173 0.9240 0.3820</w:t>
        <w:br/>
        <w:t>vn -0.1131 0.8807 0.4600</w:t>
        <w:br/>
        <w:t>vn 0.1013 -0.8699 -0.4826</w:t>
        <w:br/>
        <w:t>vn 0.1130 -0.8807 -0.4600</w:t>
        <w:br/>
        <w:t>vn 0.1976 -0.8300 -0.5217</w:t>
        <w:br/>
        <w:t>vn 0.1536 -0.8054 -0.5724</w:t>
        <w:br/>
        <w:t>vn -0.1493 0.8110 0.5657</w:t>
        <w:br/>
        <w:t>vn -0.2246 0.7967 0.5611</w:t>
        <w:br/>
        <w:t>vn -0.1120 0.8708 0.4787</w:t>
        <w:br/>
        <w:t>vn -0.0983 0.8827 0.4596</w:t>
        <w:br/>
        <w:t>vn 0.0564 -0.9227 -0.3813</w:t>
        <w:br/>
        <w:t>vn 0.0982 -0.8828 -0.4594</w:t>
        <w:br/>
        <w:t>vn 0.1118 -0.8709 -0.4785</w:t>
        <w:br/>
        <w:t>vn -0.0142 -0.9201 -0.3914</w:t>
        <w:br/>
        <w:t>vn 0.1163 -0.8743 -0.4713</w:t>
        <w:br/>
        <w:t>vn 0.1742 -0.8795 -0.4429</w:t>
        <w:br/>
        <w:t>vn -0.0517 0.8522 0.5206</w:t>
        <w:br/>
        <w:t>vn -0.1163 0.8742 0.4714</w:t>
        <w:br/>
        <w:t>vn 0.1375 -0.8327 -0.5364</w:t>
        <w:br/>
        <w:t>vn 0.1050 -0.8475 -0.5203</w:t>
        <w:br/>
        <w:t>vn -0.1335 0.8318 0.5387</w:t>
        <w:br/>
        <w:t>vn -0.1539 0.8613 0.4842</w:t>
        <w:br/>
        <w:t>vn -0.1679 0.8370 0.5208</w:t>
        <w:br/>
        <w:t>vn 0.1716 -0.8380 -0.5180</w:t>
        <w:br/>
        <w:t>vn 0.5636 0.4239 -0.7090</w:t>
        <w:br/>
        <w:t>vn 0.1907 -0.8189 -0.5413</w:t>
        <w:br/>
        <w:t>vn 0.1922 -0.8190 -0.5407</w:t>
        <w:br/>
        <w:t>vn -0.1830 0.8173 0.5464</w:t>
        <w:br/>
        <w:t>vn -0.1842 0.8176 0.5455</w:t>
        <w:br/>
        <w:t>vn -0.1818 0.8169 0.5473</w:t>
        <w:br/>
        <w:t>vn 0.1892 -0.8189 -0.5419</w:t>
        <w:br/>
        <w:t>vn -0.0939 0.8829 0.4601</w:t>
        <w:br/>
        <w:t>vn 0.1013 -0.8782 -0.4674</w:t>
        <w:br/>
        <w:t>vn -0.6628 -0.7421 -0.0999</w:t>
        <w:br/>
        <w:t>vn -0.6416 -0.7216 -0.2599</w:t>
        <w:br/>
        <w:t>vn -0.4342 -0.4418 -0.7850</w:t>
        <w:br/>
        <w:t>vn -0.4252 -0.4243 -0.7995</w:t>
        <w:br/>
        <w:t>vn -0.6268 -0.7783 -0.0372</w:t>
        <w:br/>
        <w:t>vn -0.5274 -0.7151 0.4589</w:t>
        <w:br/>
        <w:t>vn -0.4309 -0.5745 0.6959</w:t>
        <w:br/>
        <w:t>vn -0.4215 -0.5873 0.6910</w:t>
        <w:br/>
        <w:t>vn 0.4029 0.4691 -0.7859</w:t>
        <w:br/>
        <w:t>vn 0.4704 0.5010 -0.7264</w:t>
        <w:br/>
        <w:t>vn 0.1906 0.2850 -0.9394</w:t>
        <w:br/>
        <w:t>vn 0.2238 0.2969 -0.9283</w:t>
        <w:br/>
        <w:t>vn -0.1089 -0.0147 -0.9939</w:t>
        <w:br/>
        <w:t>vn -0.0220 0.0464 -0.9987</w:t>
        <w:br/>
        <w:t>vn -0.4754 -0.1409 -0.8684</w:t>
        <w:br/>
        <w:t>vn 0.2727 0.2801 -0.9204</w:t>
        <w:br/>
        <w:t>vn 0.4188 0.4192 -0.8055</w:t>
        <w:br/>
        <w:t>vn 0.4188 0.4193 -0.8055</w:t>
        <w:br/>
        <w:t>vn -0.2847 -0.3809 0.8797</w:t>
        <w:br/>
        <w:t>vn -0.4818 -0.6215 0.6177</w:t>
        <w:br/>
        <w:t>vn -0.2276 -0.2424 0.9431</w:t>
        <w:br/>
        <w:t>vn -0.2361 -0.2481 0.9395</w:t>
        <w:br/>
        <w:t>vn -0.2370 -0.2723 0.9326</w:t>
        <w:br/>
        <w:t>vn -0.1763 -0.2233 0.9587</w:t>
        <w:br/>
        <w:t>vn -0.3070 -0.4072 0.8602</w:t>
        <w:br/>
        <w:t>vn -0.0318 0.0131 -0.9994</w:t>
        <w:br/>
        <w:t>vn -0.0000 0.2128 -0.9771</w:t>
        <w:br/>
        <w:t>vn 0.5829 0.5689 0.5802</w:t>
        <w:br/>
        <w:t>vn 0.4329 0.3977 0.8090</w:t>
        <w:br/>
        <w:t>vn 0.4211 0.4318 0.7976</w:t>
        <w:br/>
        <w:t>vn 0.5622 0.6062 0.5626</w:t>
        <w:br/>
        <w:t>vn 0.0601 0.0437 0.9972</w:t>
        <w:br/>
        <w:t>vn 0.0258 -0.0313 0.9992</w:t>
        <w:br/>
        <w:t>vn -0.1879 -0.2448 0.9512</w:t>
        <w:br/>
        <w:t>vn 0.0652 0.6896 -0.7213</w:t>
        <w:br/>
        <w:t>vn 0.3992 0.5819 -0.7086</w:t>
        <w:br/>
        <w:t>vn 0.4251 0.5654 -0.7068</w:t>
        <w:br/>
        <w:t>vn 0.5390 0.6965 -0.4738</w:t>
        <w:br/>
        <w:t>vn -0.4037 -0.4696 0.7852</w:t>
        <w:br/>
        <w:t>vn -0.4038 -0.4696 0.7852</w:t>
        <w:br/>
        <w:t>vn -0.4704 -0.5008 0.7265</w:t>
        <w:br/>
        <w:t>vn -0.4704 -0.5008 0.7266</w:t>
        <w:br/>
        <w:t>vn 0.4086 0.4654 0.7851</w:t>
        <w:br/>
        <w:t>vn -0.2602 -0.2832 0.9231</w:t>
        <w:br/>
        <w:t>vn -0.2601 -0.2832 0.9231</w:t>
        <w:br/>
        <w:t>vn -0.4109 -0.4178 0.8103</w:t>
        <w:br/>
        <w:t>vn 0.5402 0.6422 0.5438</w:t>
        <w:br/>
        <w:t>vn 0.0574 -0.0445 0.9974</w:t>
        <w:br/>
        <w:t>vn -0.1910 -0.2833 0.9398</w:t>
        <w:br/>
        <w:t>vn 0.4820 0.5948 -0.6434</w:t>
        <w:br/>
        <w:t>vn 0.5793 0.6819 -0.4467</w:t>
        <w:br/>
        <w:t>vn 0.2276 0.2424 -0.9431</w:t>
        <w:br/>
        <w:t>vn 0.2361 0.2481 -0.9395</w:t>
        <w:br/>
        <w:t>vn 0.2369 0.2721 -0.9326</w:t>
        <w:br/>
        <w:t>vn 0.1819 0.2248 -0.9573</w:t>
        <w:br/>
        <w:t>vn 0.0000 0.2043 -0.9789</w:t>
        <w:br/>
        <w:t>vn 0.3175 0.4112 -0.8545</w:t>
        <w:br/>
        <w:t>vn 0.2886 0.3902 -0.8743</w:t>
        <w:br/>
        <w:t>vn -0.0000 -0.2221 0.9750</w:t>
        <w:br/>
        <w:t>vn 0.6993 -0.6796 0.2214</w:t>
        <w:br/>
        <w:t>vn 0.6994 -0.6796 0.2214</w:t>
        <w:br/>
        <w:t>vn 0.7765 -0.6293 -0.0329</w:t>
        <w:br/>
        <w:t>vn -0.4654 0.8561 -0.2245</w:t>
        <w:br/>
        <w:t>vn -0.6246 0.7807 0.0222</w:t>
        <w:br/>
        <w:t>vn -0.6246 0.7807 0.0221</w:t>
        <w:br/>
        <w:t>vn -0.4655 0.8561 -0.2245</w:t>
        <w:br/>
        <w:t>vn -0.7803 0.3775 -0.4987</w:t>
        <w:br/>
        <w:t>vn -0.6003 0.4568 -0.6565</w:t>
        <w:br/>
        <w:t>vn -0.8272 0.4219 -0.3712</w:t>
        <w:br/>
        <w:t>vn -0.4846 0.8747 0.0125</w:t>
        <w:br/>
        <w:t>vn -0.3309 0.9381 0.1026</w:t>
        <w:br/>
        <w:t>vn -0.6534 0.7563 0.0328</w:t>
        <w:br/>
        <w:t>vn -0.6712 0.7389 0.0602</w:t>
        <w:br/>
        <w:t>vn 0.8389 -0.4846 0.2478</w:t>
        <w:br/>
        <w:t>vn 0.8052 -0.5530 0.2140</w:t>
        <w:br/>
        <w:t>vn 0.5205 -0.8524 0.0496</w:t>
        <w:br/>
        <w:t>vn 0.6416 -0.7605 0.0999</w:t>
        <w:br/>
        <w:t>vn 0.6416 -0.7605 0.0998</w:t>
        <w:br/>
        <w:t>vn 0.7695 -0.6139 0.1759</w:t>
        <w:br/>
        <w:t>vn 0.8315 -0.4466 0.3305</w:t>
        <w:br/>
        <w:t>vn 0.8314 -0.4466 0.3305</w:t>
        <w:br/>
        <w:t>vn -0.3690 0.6954 -0.6166</w:t>
        <w:br/>
        <w:t>vn -0.3337 0.8422 -0.4235</w:t>
        <w:br/>
        <w:t>vn -0.3680 0.9235 0.1082</w:t>
        <w:br/>
        <w:t>vn -0.3680 0.9235 0.1081</w:t>
        <w:br/>
        <w:t>vn -0.5780 0.8160 0.0075</w:t>
        <w:br/>
        <w:t>vn -0.7876 0.5974 -0.1508</w:t>
        <w:br/>
        <w:t>vn 0.0653 0.6895 -0.7213</w:t>
        <w:br/>
        <w:t>vn -0.6002 0.4567 -0.6566</w:t>
        <w:br/>
        <w:t>vn -0.6224 0.7816 -0.0404</w:t>
        <w:br/>
        <w:t>vn -0.1582 0.9683 0.1935</w:t>
        <w:br/>
        <w:t>vn 0.0000 0.9739 0.2272</w:t>
        <w:br/>
        <w:t>vn 0.8570 -0.5137 0.0404</w:t>
        <w:br/>
        <w:t>vn 0.8292 -0.5091 0.2307</w:t>
        <w:br/>
        <w:t>vn 0.8292 -0.5091 0.2306</w:t>
        <w:br/>
        <w:t>vn 0.7354 -0.5410 0.4080</w:t>
        <w:br/>
        <w:t>vn 0.7353 -0.5826 0.3464</w:t>
        <w:br/>
        <w:t>vn 0.7617 -0.5687 0.3105</w:t>
        <w:br/>
        <w:t>vn 0.7320 -0.5890 0.3425</w:t>
        <w:br/>
        <w:t>vn 0.6341 -0.7517 0.1814</w:t>
        <w:br/>
        <w:t>vn 0.6341 -0.7517 0.1813</w:t>
        <w:br/>
        <w:t>vn 0.5094 -0.8594 0.0452</w:t>
        <w:br/>
        <w:t>vn 0.5094 -0.8594 0.0453</w:t>
        <w:br/>
        <w:t>vn 0.0000 0.9790 0.2038</w:t>
        <w:br/>
        <w:t>vn 0.6628 -0.7421 -0.0999</w:t>
        <w:br/>
        <w:t>vn 0.4252 -0.4243 -0.7995</w:t>
        <w:br/>
        <w:t>vn 0.4342 -0.4418 -0.7850</w:t>
        <w:br/>
        <w:t>vn 0.6416 -0.7216 -0.2599</w:t>
        <w:br/>
        <w:t>vn 0.6267 -0.7784 -0.0372</w:t>
        <w:br/>
        <w:t>vn 0.4215 -0.5873 0.6910</w:t>
        <w:br/>
        <w:t>vn 0.4309 -0.5745 0.6959</w:t>
        <w:br/>
        <w:t>vn 0.5273 -0.7151 0.4589</w:t>
        <w:br/>
        <w:t>vn -0.4029 0.4691 -0.7859</w:t>
        <w:br/>
        <w:t>vn -0.4704 0.5010 -0.7264</w:t>
        <w:br/>
        <w:t>vn -0.1906 0.2850 -0.9394</w:t>
        <w:br/>
        <w:t>vn -0.2238 0.2969 -0.9283</w:t>
        <w:br/>
        <w:t>vn 0.1089 -0.0147 -0.9939</w:t>
        <w:br/>
        <w:t>vn 0.4754 -0.1409 -0.8684</w:t>
        <w:br/>
        <w:t>vn 0.0220 0.0464 -0.9987</w:t>
        <w:br/>
        <w:t>vn -0.2727 0.2801 -0.9204</w:t>
        <w:br/>
        <w:t>vn -0.4188 0.4193 -0.8055</w:t>
        <w:br/>
        <w:t>vn -0.4188 0.4192 -0.8055</w:t>
        <w:br/>
        <w:t>vn 0.2847 -0.3809 0.8797</w:t>
        <w:br/>
        <w:t>vn 0.6268 -0.7783 -0.0372</w:t>
        <w:br/>
        <w:t>vn 0.4818 -0.6215 0.6177</w:t>
        <w:br/>
        <w:t>vn 0.2277 -0.2424 0.9431</w:t>
        <w:br/>
        <w:t>vn 0.2276 -0.2424 0.9431</w:t>
        <w:br/>
        <w:t>vn 0.2361 -0.2481 0.9395</w:t>
        <w:br/>
        <w:t>vn 0.2370 -0.2723 0.9326</w:t>
        <w:br/>
        <w:t>vn 0.2370 -0.2723 0.9325</w:t>
        <w:br/>
        <w:t>vn 0.1763 -0.2233 0.9587</w:t>
        <w:br/>
        <w:t>vn 0.3070 -0.4072 0.8602</w:t>
        <w:br/>
        <w:t>vn 0.0318 0.0131 -0.9994</w:t>
        <w:br/>
        <w:t>vn -0.5829 0.5689 0.5802</w:t>
        <w:br/>
        <w:t>vn -0.5621 0.6062 0.5626</w:t>
        <w:br/>
        <w:t>vn -0.4211 0.4318 0.7976</w:t>
        <w:br/>
        <w:t>vn -0.4329 0.3977 0.8090</w:t>
        <w:br/>
        <w:t>vn -0.0601 0.0437 0.9972</w:t>
        <w:br/>
        <w:t>vn 0.1879 -0.2448 0.9512</w:t>
        <w:br/>
        <w:t>vn -0.0258 -0.0313 0.9992</w:t>
        <w:br/>
        <w:t>vn -0.0652 0.6896 -0.7213</w:t>
        <w:br/>
        <w:t>vn -0.5390 0.6964 -0.4738</w:t>
        <w:br/>
        <w:t>vn -0.4251 0.5654 -0.7068</w:t>
        <w:br/>
        <w:t>vn -0.3992 0.5819 -0.7086</w:t>
        <w:br/>
        <w:t>vn 0.4037 -0.4696 0.7852</w:t>
        <w:br/>
        <w:t>vn 0.4704 -0.5008 0.7266</w:t>
        <w:br/>
        <w:t>vn 0.4704 -0.5008 0.7265</w:t>
        <w:br/>
        <w:t>vn 0.4038 -0.4696 0.7851</w:t>
        <w:br/>
        <w:t>vn -0.4086 0.4654 0.7851</w:t>
        <w:br/>
        <w:t>vn 0.2602 -0.2832 0.9231</w:t>
        <w:br/>
        <w:t>vn 0.4109 -0.4178 0.8103</w:t>
        <w:br/>
        <w:t>vn 0.2601 -0.2832 0.9231</w:t>
        <w:br/>
        <w:t>vn -0.5402 0.6422 0.5438</w:t>
        <w:br/>
        <w:t>vn 0.1910 -0.2833 0.9398</w:t>
        <w:br/>
        <w:t>vn -0.0574 -0.0445 0.9974</w:t>
        <w:br/>
        <w:t>vn -0.5793 0.6818 -0.4467</w:t>
        <w:br/>
        <w:t>vn -0.4820 0.5948 -0.6434</w:t>
        <w:br/>
        <w:t>vn -0.2276 0.2424 -0.9431</w:t>
        <w:br/>
        <w:t>vn -0.2361 0.2481 -0.9395</w:t>
        <w:br/>
        <w:t>vn -0.2369 0.2721 -0.9326</w:t>
        <w:br/>
        <w:t>vn -0.1819 0.2248 -0.9573</w:t>
        <w:br/>
        <w:t>vn -0.2886 0.3902 -0.8743</w:t>
        <w:br/>
        <w:t>vn -0.3175 0.4112 -0.8545</w:t>
        <w:br/>
        <w:t>vn -0.6993 -0.6797 0.2214</w:t>
        <w:br/>
        <w:t>vn -0.7765 -0.6293 -0.0330</w:t>
        <w:br/>
        <w:t>vn -0.6993 -0.6796 0.2214</w:t>
        <w:br/>
        <w:t>vn 0.4655 0.8561 -0.2244</w:t>
        <w:br/>
        <w:t>vn 0.4655 0.8561 -0.2245</w:t>
        <w:br/>
        <w:t>vn 0.6245 0.7807 0.0221</w:t>
        <w:br/>
        <w:t>vn 0.7803 0.3775 -0.4987</w:t>
        <w:br/>
        <w:t>vn 0.8272 0.4219 -0.3712</w:t>
        <w:br/>
        <w:t>vn 0.6003 0.4568 -0.6565</w:t>
        <w:br/>
        <w:t>vn 0.4846 0.8747 0.0125</w:t>
        <w:br/>
        <w:t>vn 0.3309 0.9381 0.1027</w:t>
        <w:br/>
        <w:t>vn 0.6534 0.7563 0.0328</w:t>
        <w:br/>
        <w:t>vn 0.6711 0.7389 0.0601</w:t>
        <w:br/>
        <w:t>vn -0.8389 -0.4846 0.2479</w:t>
        <w:br/>
        <w:t>vn -0.8052 -0.5530 0.2141</w:t>
        <w:br/>
        <w:t>vn -0.8052 -0.5531 0.2141</w:t>
        <w:br/>
        <w:t>vn -0.6416 -0.7605 0.0999</w:t>
        <w:br/>
        <w:t>vn -0.5205 -0.8524 0.0495</w:t>
        <w:br/>
        <w:t>vn -0.7695 -0.6139 0.1759</w:t>
        <w:br/>
        <w:t>vn -0.8314 -0.4466 0.3305</w:t>
        <w:br/>
        <w:t>vn 0.3690 0.6954 -0.6166</w:t>
        <w:br/>
        <w:t>vn 0.3337 0.8421 -0.4236</w:t>
        <w:br/>
        <w:t>vn 0.3680 0.9235 0.1082</w:t>
        <w:br/>
        <w:t>vn 0.5780 0.8160 0.0076</w:t>
        <w:br/>
        <w:t>vn 0.7876 0.5974 -0.1508</w:t>
        <w:br/>
        <w:t>vn 0.7876 0.5974 -0.1509</w:t>
        <w:br/>
        <w:t>vn -0.0652 0.6895 -0.7213</w:t>
        <w:br/>
        <w:t>vn 0.6003 0.4567 -0.6565</w:t>
        <w:br/>
        <w:t>vn 0.3690 0.6955 -0.6166</w:t>
        <w:br/>
        <w:t>vn 0.6224 0.7817 -0.0402</w:t>
        <w:br/>
        <w:t>vn 0.6224 0.7816 -0.0401</w:t>
        <w:br/>
        <w:t>vn 0.1582 0.9683 0.1935</w:t>
        <w:br/>
        <w:t>vn -0.8570 -0.5137 0.0404</w:t>
        <w:br/>
        <w:t>vn -0.8292 -0.5092 0.2307</w:t>
        <w:br/>
        <w:t>vn -0.7354 -0.5410 0.4080</w:t>
        <w:br/>
        <w:t>vn -0.7353 -0.5826 0.3464</w:t>
        <w:br/>
        <w:t>vn -0.7616 -0.5687 0.3105</w:t>
        <w:br/>
        <w:t>vn -0.7320 -0.5890 0.3426</w:t>
        <w:br/>
        <w:t>vn -0.7320 -0.5890 0.3425</w:t>
        <w:br/>
        <w:t>vn -0.5094 -0.8594 0.0449</w:t>
        <w:br/>
        <w:t>vn -0.6341 -0.7517 0.1815</w:t>
        <w:br/>
        <w:t>vn -0.6341 -0.7516 0.1814</w:t>
        <w:br/>
        <w:t>vn -0.5094 -0.8594 0.0448</w:t>
        <w:br/>
        <w:t>vn 0.8128 -0.2530 0.5248</w:t>
        <w:br/>
        <w:t>vn 0.8183 -0.1749 0.5476</w:t>
        <w:br/>
        <w:t>vn 0.9149 -0.1587 0.3712</w:t>
        <w:br/>
        <w:t>vn 0.9073 -0.2309 0.3513</w:t>
        <w:br/>
        <w:t>vn 0.8904 0.4351 0.1337</w:t>
        <w:br/>
        <w:t>vn 0.7954 0.5317 0.2907</w:t>
        <w:br/>
        <w:t>vn 0.8790 0.4281 0.2097</w:t>
        <w:br/>
        <w:t>vn 0.9298 0.3680 -0.0040</w:t>
        <w:br/>
        <w:t>vn 0.7379 -0.6474 0.1910</w:t>
        <w:br/>
        <w:t>vn 0.8853 -0.4608 0.0623</w:t>
        <w:br/>
        <w:t>vn 0.8890 -0.4232 0.1748</w:t>
        <w:br/>
        <w:t>vn 0.7477 -0.5944 0.2959</w:t>
        <w:br/>
        <w:t>vn 0.7626 -0.6132 0.2059</w:t>
        <w:br/>
        <w:t>vn 0.8821 -0.4703 0.0268</w:t>
        <w:br/>
        <w:t>vn 0.9777 -0.1936 -0.0810</w:t>
        <w:br/>
        <w:t>vn 0.9721 -0.1963 -0.1284</w:t>
        <w:br/>
        <w:t>vn 0.9862 -0.1597 0.0433</w:t>
        <w:br/>
        <w:t>vn 0.9823 0.0880 -0.1655</w:t>
        <w:br/>
        <w:t>vn 0.9896 0.1417 -0.0260</w:t>
        <w:br/>
        <w:t>vn 0.9560 0.1988 0.2156</w:t>
        <w:br/>
        <w:t>vn 0.8838 0.0205 0.4675</w:t>
        <w:br/>
        <w:t>vn 0.9597 -0.0622 0.2740</w:t>
        <w:br/>
        <w:t>vn 0.8525 0.1752 0.4925</w:t>
        <w:br/>
        <w:t>vn 0.7728 0.3706 0.5152</w:t>
        <w:br/>
        <w:t>vn 0.6754 0.5009 0.5413</w:t>
        <w:br/>
        <w:t>vn 0.7394 0.0402 0.6720</w:t>
        <w:br/>
        <w:t>vn 0.6191 -0.1334 0.7739</w:t>
        <w:br/>
        <w:t>vn 0.7043 -0.2715 0.6559</w:t>
        <w:br/>
        <w:t>vn 0.8045 -0.1216 0.5814</w:t>
        <w:br/>
        <w:t>vn 0.5285 0.3427 0.7767</w:t>
        <w:br/>
        <w:t>vn 0.3489 0.1218 0.9292</w:t>
        <w:br/>
        <w:t>vn 0.4703 0.0136 0.8824</w:t>
        <w:br/>
        <w:t>vn 0.6373 0.2143 0.7403</w:t>
        <w:br/>
        <w:t>vn 0.3188 0.1528 0.9354</w:t>
        <w:br/>
        <w:t>vn 0.4879 0.3806 0.7856</w:t>
        <w:br/>
        <w:t>vn 0.2517 -0.5075 -0.8241</w:t>
        <w:br/>
        <w:t>vn 0.4240 -0.6222 -0.6581</w:t>
        <w:br/>
        <w:t>vn 0.4559 -0.6215 -0.6371</w:t>
        <w:br/>
        <w:t>vn 0.2760 -0.5062 -0.8171</w:t>
        <w:br/>
        <w:t>vn 0.9846 -0.0597 -0.1641</w:t>
        <w:br/>
        <w:t>vn 0.9427 -0.2579 -0.2115</w:t>
        <w:br/>
        <w:t>vn 0.8300 -0.3884 -0.4003</w:t>
        <w:br/>
        <w:t>vn 0.9381 -0.2644 -0.2238</w:t>
        <w:br/>
        <w:t>vn -0.1089 -0.9930 0.0448</w:t>
        <w:br/>
        <w:t>vn -0.1596 -0.9352 0.3162</w:t>
        <w:br/>
        <w:t>vn -0.4017 -0.8037 0.4390</w:t>
        <w:br/>
        <w:t>vn -0.4467 -0.8896 0.0956</w:t>
        <w:br/>
        <w:t>vn 0.6280 -0.7376 0.2481</w:t>
        <w:br/>
        <w:t>vn 0.8099 -0.5641 0.1608</w:t>
        <w:br/>
        <w:t>vn 0.8118 -0.5183 -0.2691</w:t>
        <w:br/>
        <w:t>vn 0.5594 -0.8070 -0.1892</w:t>
        <w:br/>
        <w:t>vn 0.5487 -0.6909 -0.4708</w:t>
        <w:br/>
        <w:t>vn 0.4786 -0.6898 -0.5432</w:t>
        <w:br/>
        <w:t>vn 0.4486 -0.5799 -0.6800</w:t>
        <w:br/>
        <w:t>vn 0.6256 -0.5251 -0.5770</w:t>
        <w:br/>
        <w:t>vn 0.6371 -0.6069 -0.4752</w:t>
        <w:br/>
        <w:t>vn 0.3792 -0.5774 -0.7231</w:t>
        <w:br/>
        <w:t>vn 0.4892 0.0891 -0.8676</w:t>
        <w:br/>
        <w:t>vn 0.4301 -0.1226 -0.8944</w:t>
        <w:br/>
        <w:t>vn 0.4419 -0.4127 -0.7965</w:t>
        <w:br/>
        <w:t>vn 0.6033 -0.4125 -0.6825</w:t>
        <w:br/>
        <w:t>vn 0.3176 -0.4733 -0.8217</w:t>
        <w:br/>
        <w:t>vn 0.4777 -0.5022 -0.7208</w:t>
        <w:br/>
        <w:t>vn 0.3763 -0.4339 -0.8186</w:t>
        <w:br/>
        <w:t>vn 0.8337 -0.4358 -0.3392</w:t>
        <w:br/>
        <w:t>vn 0.6545 -0.5155 -0.5531</w:t>
        <w:br/>
        <w:t>vn 0.3781 -0.9238 -0.0595</w:t>
        <w:br/>
        <w:t>vn 0.5071 -0.8618 0.0134</w:t>
        <w:br/>
        <w:t>vn 0.5674 -0.8234 0.0069</w:t>
        <w:br/>
        <w:t>vn 0.4261 -0.9032 -0.0519</w:t>
        <w:br/>
        <w:t>vn 0.4505 -0.8911 -0.0539</w:t>
        <w:br/>
        <w:t>vn 0.4470 -0.8945 0.0070</w:t>
        <w:br/>
        <w:t>vn 0.3433 -0.9389 -0.0231</w:t>
        <w:br/>
        <w:t>vn 0.5519 -0.7991 0.2385</w:t>
        <w:br/>
        <w:t>vn 0.9815 0.0893 -0.1693</w:t>
        <w:br/>
        <w:t>vn 0.9739 -0.1749 -0.1443</w:t>
        <w:br/>
        <w:t>vn 0.9763 0.0357 -0.2137</w:t>
        <w:br/>
        <w:t>vn 0.9447 -0.2009 -0.2591</w:t>
        <w:br/>
        <w:t>vn 0.9410 -0.3373 0.0287</w:t>
        <w:br/>
        <w:t>vn 0.9840 -0.1584 -0.0819</w:t>
        <w:br/>
        <w:t>vn 0.8778 -0.3004 0.3731</w:t>
        <w:br/>
        <w:t>vn 0.9708 -0.0223 0.2387</w:t>
        <w:br/>
        <w:t>vn 0.8655 -0.4529 0.2140</w:t>
        <w:br/>
        <w:t>vn 0.9584 -0.2220 0.1793</w:t>
        <w:br/>
        <w:t>vn 0.9777 -0.1217 0.1709</w:t>
        <w:br/>
        <w:t>vn 0.9588 0.2779 0.0590</w:t>
        <w:br/>
        <w:t>vn 0.9931 0.0926 0.0720</w:t>
        <w:br/>
        <w:t>vn 0.9822 -0.0572 0.1787</w:t>
        <w:br/>
        <w:t>vn 0.7581 0.5507 0.3494</w:t>
        <w:br/>
        <w:t>vn 0.6318 0.5408 0.5553</w:t>
        <w:br/>
        <w:t>vn 0.7315 -0.6582 0.1781</w:t>
        <w:br/>
        <w:t>vn 0.9217 -0.3424 0.1820</w:t>
        <w:br/>
        <w:t>vn 0.8688 -0.4612 0.1800</w:t>
        <w:br/>
        <w:t>vn 0.6727 -0.6977 0.2463</w:t>
        <w:br/>
        <w:t>vn 0.7790 -0.6144 0.1255</w:t>
        <w:br/>
        <w:t>vn 0.7860 -0.6164 0.0468</w:t>
        <w:br/>
        <w:t>vn 0.5422 -0.8179 0.1927</w:t>
        <w:br/>
        <w:t>vn 0.2555 -0.9625 -0.0917</w:t>
        <w:br/>
        <w:t>vn 0.2414 -0.9561 -0.1662</w:t>
        <w:br/>
        <w:t>vn 0.5453 -0.8336 0.0879</w:t>
        <w:br/>
        <w:t>vn 0.0826 -0.9306 -0.3565</w:t>
        <w:br/>
        <w:t>vn 0.5395 -0.8410 -0.0402</w:t>
        <w:br/>
        <w:t>vn -0.0295 0.0546 0.9981</w:t>
        <w:br/>
        <w:t>vn 0.0790 -0.1314 0.9882</w:t>
        <w:br/>
        <w:t>vn -0.1890 -0.3316 0.9243</w:t>
        <w:br/>
        <w:t>vn -0.0242 -0.0618 0.9978</w:t>
        <w:br/>
        <w:t>vn -0.6163 -0.7788 0.1172</w:t>
        <w:br/>
        <w:t>vn -0.5500 -0.6690 0.5000</w:t>
        <w:br/>
        <w:t>vn -0.4629 -0.7430 0.4833</w:t>
        <w:br/>
        <w:t>vn -0.5335 -0.8394 0.1041</w:t>
        <w:br/>
        <w:t>vn -0.4191 -0.4414 0.7934</w:t>
        <w:br/>
        <w:t>vn -0.2789 -0.2257 0.9334</w:t>
        <w:br/>
        <w:t>vn -0.2166 -0.3433 0.9139</w:t>
        <w:br/>
        <w:t>vn -0.3421 -0.5448 0.7656</w:t>
        <w:br/>
        <w:t>vn -0.4362 -0.8948 0.0950</w:t>
        <w:br/>
        <w:t>vn -0.4486 -0.8578 -0.2509</w:t>
        <w:br/>
        <w:t>vn -0.5582 -0.7988 -0.2244</w:t>
        <w:br/>
        <w:t>vn -0.4748 -0.5066 -0.7197</w:t>
        <w:br/>
        <w:t>vn -0.5585 -0.5079 -0.6558</w:t>
        <w:br/>
        <w:t>vn -0.5644 -0.6737 -0.4770</w:t>
        <w:br/>
        <w:t>vn -0.4627 -0.7159 -0.5228</w:t>
        <w:br/>
        <w:t>vn -0.5663 -0.3531 -0.7447</w:t>
        <w:br/>
        <w:t>vn -0.4949 -0.3444 -0.7978</w:t>
        <w:br/>
        <w:t>vn -0.5133 -0.2343 -0.8256</w:t>
        <w:br/>
        <w:t>vn -0.5928 -0.2320 -0.7712</w:t>
        <w:br/>
        <w:t>vn -0.5377 -0.1525 -0.8292</w:t>
        <w:br/>
        <w:t>vn -0.6295 -0.1445 -0.7635</w:t>
        <w:br/>
        <w:t>vn -0.6970 -0.7054 0.1289</w:t>
        <w:br/>
        <w:t>vn -0.6065 -0.6052 0.5157</w:t>
        <w:br/>
        <w:t>vn -0.4531 -0.3943 0.7995</w:t>
        <w:br/>
        <w:t>vn -0.2798 -0.1982 0.9394</w:t>
        <w:br/>
        <w:t>vn -0.6198 -0.6505 -0.4389</w:t>
        <w:br/>
        <w:t>vn -0.6869 -0.6008 -0.4090</w:t>
        <w:br/>
        <w:t>vn -0.7068 -0.6823 -0.1870</w:t>
        <w:br/>
        <w:t>vn -0.6286 -0.7513 -0.2012</w:t>
        <w:br/>
        <w:t>vn -0.6187 -0.5016 -0.6046</w:t>
        <w:br/>
        <w:t>vn -0.6611 -0.2360 -0.7122</w:t>
        <w:br/>
        <w:t>vn -0.6357 -0.3479 -0.6891</w:t>
        <w:br/>
        <w:t>vn -0.6946 -0.1647 -0.7003</w:t>
        <w:br/>
        <w:t>vn 0.6528 -0.2117 0.7274</w:t>
        <w:br/>
        <w:t>vn 0.6500 -0.2959 0.6999</w:t>
        <w:br/>
        <w:t>vn 0.9604 0.0732 -0.2687</w:t>
        <w:br/>
        <w:t>vn 0.8308 0.2594 -0.4923</w:t>
        <w:br/>
        <w:t>vn 0.6219 -0.3615 0.6947</w:t>
        <w:br/>
        <w:t>vn 0.4839 -0.3129 0.8173</w:t>
        <w:br/>
        <w:t>vn 0.8686 -0.2980 0.3959</w:t>
        <w:br/>
        <w:t>vn 0.7458 -0.4362 0.5035</w:t>
        <w:br/>
        <w:t>vn 0.5766 -0.5002 0.6460</w:t>
        <w:br/>
        <w:t>vn 0.2382 -0.5928 -0.7694</w:t>
        <w:br/>
        <w:t>vn 0.3520 -0.6568 -0.6669</w:t>
        <w:br/>
        <w:t>vn 0.3639 -0.7856 -0.5005</w:t>
        <w:br/>
        <w:t>vn 0.2802 -0.7670 -0.5772</w:t>
        <w:br/>
        <w:t>vn 0.2446 -0.0960 -0.9649</w:t>
        <w:br/>
        <w:t>vn 0.2935 -0.1429 -0.9452</w:t>
        <w:br/>
        <w:t>vn 0.3547 -0.4139 -0.8383</w:t>
        <w:br/>
        <w:t>vn 0.2432 -0.3230 -0.9146</w:t>
        <w:br/>
        <w:t>vn 0.6182 -0.7687 -0.1639</w:t>
        <w:br/>
        <w:t>vn 0.4425 -0.8200 -0.3631</w:t>
        <w:br/>
        <w:t>vn 0.5529 -0.7923 -0.2580</w:t>
        <w:br/>
        <w:t>vn 0.7596 -0.6495 -0.0346</w:t>
        <w:br/>
        <w:t>vn 0.7299 -0.6820 -0.0463</w:t>
        <w:br/>
        <w:t>vn 0.1702 -0.9605 -0.2203</w:t>
        <w:br/>
        <w:t>vn 0.5843 -0.8071 -0.0844</w:t>
        <w:br/>
        <w:t>vn 0.4351 -0.8671 -0.2423</w:t>
        <w:br/>
        <w:t>vn -0.1101 -0.8426 -0.5272</w:t>
        <w:br/>
        <w:t>vn -0.7245 -0.1215 -0.6785</w:t>
        <w:br/>
        <w:t>vn -0.6908 -0.3238 -0.6464</w:t>
        <w:br/>
        <w:t>vn -0.6579 -0.3477 -0.6680</w:t>
        <w:br/>
        <w:t>vn -0.6067 -0.0986 -0.7888</w:t>
        <w:br/>
        <w:t>vn -0.6734 -0.0874 -0.7341</w:t>
        <w:br/>
        <w:t>vn -0.1102 -0.2073 0.9721</w:t>
        <w:br/>
        <w:t>vn -0.0558 -0.0900 0.9944</w:t>
        <w:br/>
        <w:t>vn 0.1968 -0.2803 0.9395</w:t>
        <w:br/>
        <w:t>vn 0.2324 -0.3702 0.8994</w:t>
        <w:br/>
        <w:t>vn -0.0216 -0.8540 -0.5198</w:t>
        <w:br/>
        <w:t>vn -0.0512 -0.6759 -0.7352</w:t>
        <w:br/>
        <w:t>vn -0.1162 -0.5791 -0.8069</w:t>
        <w:br/>
        <w:t>vn -0.1661 -0.5173 -0.8395</w:t>
        <w:br/>
        <w:t>vn -0.0364 -0.0541 0.9979</w:t>
        <w:br/>
        <w:t>vn -0.0407 -0.0844 0.9956</w:t>
        <w:br/>
        <w:t>vn -0.2807 -0.3879 -0.8779</w:t>
        <w:br/>
        <w:t>vn -0.8060 -0.2289 -0.5459</w:t>
        <w:br/>
        <w:t>vn -0.5832 -0.0802 -0.8084</w:t>
        <w:br/>
        <w:t>vn -0.1494 -0.0614 0.9869</w:t>
        <w:br/>
        <w:t>vn -0.1085 -0.0464 0.9930</w:t>
        <w:br/>
        <w:t>vn -0.1978 -0.3894 0.8996</w:t>
        <w:br/>
        <w:t>vn -0.1158 -0.1753 0.9777</w:t>
        <w:br/>
        <w:t>vn 0.5309 -0.7433 -0.4070</w:t>
        <w:br/>
        <w:t>vn 0.4764 -0.6498 -0.5923</w:t>
        <w:br/>
        <w:t>vn 0.4808 -0.3387 -0.8088</w:t>
        <w:br/>
        <w:t>vn 0.5712 -0.2956 -0.7658</w:t>
        <w:br/>
        <w:t>vn 0.2805 0.0131 -0.9598</w:t>
        <w:br/>
        <w:t>vn 0.4615 -0.4756 -0.7489</w:t>
        <w:br/>
        <w:t>vn 0.6234 -0.7424 -0.2454</w:t>
        <w:br/>
        <w:t>vn 0.6913 -0.7188 -0.0738</w:t>
        <w:br/>
        <w:t>vn 0.0756 0.0179 0.9970</w:t>
        <w:br/>
        <w:t>vn 0.1777 0.0971 0.9793</w:t>
        <w:br/>
        <w:t>vn 0.1119 0.1861 0.9761</w:t>
        <w:br/>
        <w:t>vn 0.0176 0.0685 0.9975</w:t>
        <w:br/>
        <w:t>vn -0.3091 -0.6325 0.7102</w:t>
        <w:br/>
        <w:t>vn -0.2180 -0.4194 0.8812</w:t>
        <w:br/>
        <w:t>vn -0.4165 -0.8398 -0.3482</w:t>
        <w:br/>
        <w:t>vn -0.4300 -0.8865 -0.1710</w:t>
        <w:br/>
        <w:t>vn -0.6587 -0.4948 -0.5669</w:t>
        <w:br/>
        <w:t>vn -0.3991 -0.7788 -0.4839</w:t>
        <w:br/>
        <w:t>vn -0.3393 -0.7865 -0.5161</w:t>
        <w:br/>
        <w:t>vn -0.6469 -0.4072 -0.6448</w:t>
        <w:br/>
        <w:t>vn -0.6474 -0.3555 -0.6742</w:t>
        <w:br/>
        <w:t>vn -0.3228 -0.7700 -0.5504</w:t>
        <w:br/>
        <w:t>vn -0.4224 -0.6772 -0.6025</w:t>
        <w:br/>
        <w:t>vn 0.0826 -0.9306 -0.3566</w:t>
        <w:br/>
        <w:t>vn 0.2414 -0.9561 -0.1663</w:t>
        <w:br/>
        <w:t>vn -0.5017 -0.6062 -0.6171</w:t>
        <w:br/>
        <w:t>vn -0.1100 -0.8426 -0.5272</w:t>
        <w:br/>
        <w:t>vn 0.7663 -0.4780 -0.4293</w:t>
        <w:br/>
        <w:t>vn 0.5930 -0.7422 -0.3123</w:t>
        <w:br/>
        <w:t>vn 0.3781 -0.9239 -0.0595</w:t>
        <w:br/>
        <w:t>vn 0.3433 -0.9390 -0.0230</w:t>
        <w:br/>
        <w:t>vn 0.9428 0.3072 -0.1294</w:t>
        <w:br/>
        <w:t>vn 0.1686 0.2465 0.9544</w:t>
        <w:br/>
        <w:t>vn 0.1712 0.2269 0.9587</w:t>
        <w:br/>
        <w:t>vn 0.2876 0.0974 0.9528</w:t>
        <w:br/>
        <w:t>vn 0.5964 -0.7951 -0.1103</w:t>
        <w:br/>
        <w:t>vn 0.8251 -0.5415 -0.1608</w:t>
        <w:br/>
        <w:t>vn -0.1580 -0.8041 0.5731</w:t>
        <w:br/>
        <w:t>vn 0.2555 -0.9625 -0.0916</w:t>
        <w:br/>
        <w:t>vn 0.1861 0.3321 0.9247</w:t>
        <w:br/>
        <w:t>vn 0.2323 0.2141 0.9488</w:t>
        <w:br/>
        <w:t>vn 0.1933 0.3019 0.9335</w:t>
        <w:br/>
        <w:t>vn -0.9027 -0.2625 -0.3409</w:t>
        <w:br/>
        <w:t>vn -0.8302 -0.4805 -0.2827</w:t>
        <w:br/>
        <w:t>vn -0.8757 -0.2402 -0.4189</w:t>
        <w:br/>
        <w:t>vn -0.5064 -0.0778 -0.8588</w:t>
        <w:br/>
        <w:t>vn -0.5089 -0.1326 -0.8506</w:t>
        <w:br/>
        <w:t>vn -0.2492 -0.4183 -0.8734</w:t>
        <w:br/>
        <w:t>vn -0.6010 -0.6898 -0.4037</w:t>
        <w:br/>
        <w:t>vn 0.1703 -0.9604 -0.2204</w:t>
        <w:br/>
        <w:t>vn -0.1575 0.4484 -0.8799</w:t>
        <w:br/>
        <w:t>vn -0.1554 0.4571 -0.8757</w:t>
        <w:br/>
        <w:t>vn -0.4268 0.5404 -0.7251</w:t>
        <w:br/>
        <w:t>vn -0.4208 0.5636 -0.7108</w:t>
        <w:br/>
        <w:t>vn -0.8670 -0.3416 -0.3629</w:t>
        <w:br/>
        <w:t>vn -0.8559 -0.3592 -0.3720</w:t>
        <w:br/>
        <w:t>vn -0.9028 -0.3769 -0.2071</w:t>
        <w:br/>
        <w:t>vn -0.9320 -0.3282 -0.1535</w:t>
        <w:br/>
        <w:t>vn -0.9458 0.3246 -0.0106</w:t>
        <w:br/>
        <w:t>vn -0.9852 0.1661 0.0430</w:t>
        <w:br/>
        <w:t>vn -0.9732 0.1989 0.1158</w:t>
        <w:br/>
        <w:t>vn -0.9365 0.3449 0.0632</w:t>
        <w:br/>
        <w:t>vn -0.9901 -0.1070 0.0911</w:t>
        <w:br/>
        <w:t>vn -0.9859 -0.0472 0.1606</w:t>
        <w:br/>
        <w:t>vn -0.9838 0.0823 -0.1593</w:t>
        <w:br/>
        <w:t>vn -0.9745 -0.1911 -0.1171</w:t>
        <w:br/>
        <w:t>vn -0.9195 0.2830 -0.2728</w:t>
        <w:br/>
        <w:t>vn -0.8600 0.1994 -0.4698</w:t>
        <w:br/>
        <w:t>vn -0.9211 -0.0213 -0.3888</w:t>
        <w:br/>
        <w:t>vn -0.9660 -0.2567 0.0320</w:t>
        <w:br/>
        <w:t>vn -0.9501 -0.2939 -0.1049</w:t>
        <w:br/>
        <w:t>vn -0.9906 -0.1119 -0.0784</w:t>
        <w:br/>
        <w:t>vn -0.9856 -0.1475 0.0830</w:t>
        <w:br/>
        <w:t>vn -0.8168 -0.0834 -0.5708</w:t>
        <w:br/>
        <w:t>vn -0.7874 -0.2536 -0.5618</w:t>
        <w:br/>
        <w:t>vn -0.9011 -0.2794 -0.3315</w:t>
        <w:br/>
        <w:t>vn -0.7766 -0.2868 -0.5609</w:t>
        <w:br/>
        <w:t>vn -0.7781 -0.2745 -0.5649</w:t>
        <w:br/>
        <w:t>vn -0.7356 0.0914 -0.6712</w:t>
        <w:br/>
        <w:t>vn -0.6312 -0.0413 -0.7745</w:t>
        <w:br/>
        <w:t>vn -0.6985 -0.1439 -0.7010</w:t>
        <w:br/>
        <w:t>vn -0.7699 0.0198 -0.6378</w:t>
        <w:br/>
        <w:t>vn -0.5573 -0.0772 -0.8267</w:t>
        <w:br/>
        <w:t>vn -0.6785 -0.1927 -0.7089</w:t>
        <w:br/>
        <w:t>vn -0.6858 -0.1985 -0.7002</w:t>
        <w:br/>
        <w:t>vn -0.5787 -0.0730 -0.8123</w:t>
        <w:br/>
        <w:t>vn -0.7202 0.2087 -0.6616</w:t>
        <w:br/>
        <w:t>vn -0.8236 0.1133 -0.5557</w:t>
        <w:br/>
        <w:t>vn -0.2284 0.4982 -0.8365</w:t>
        <w:br/>
        <w:t>vn -0.2233 0.3186 -0.9212</w:t>
        <w:br/>
        <w:t>vn -0.2934 0.3889 -0.8733</w:t>
        <w:br/>
        <w:t>vn -0.5954 0.5460 -0.5894</w:t>
        <w:br/>
        <w:t>vn -0.6154 0.4522 -0.6456</w:t>
        <w:br/>
        <w:t>vn -0.7931 0.3009 -0.5296</w:t>
        <w:br/>
        <w:t>vn -0.7914 0.4075 -0.4557</w:t>
        <w:br/>
        <w:t>vn -0.9920 0.0416 0.1192</w:t>
        <w:br/>
        <w:t>vn -0.9916 0.0006 0.1293</w:t>
        <w:br/>
        <w:t>vn -0.9972 -0.0425 0.0616</w:t>
        <w:br/>
        <w:t>vn -0.9952 0.0736 0.0649</w:t>
        <w:br/>
        <w:t>vn -0.9958 0.0617 -0.0681</w:t>
        <w:br/>
        <w:t>vn -0.9683 0.2382 -0.0747</w:t>
        <w:br/>
        <w:t>vn 0.2151 0.1470 0.9655</w:t>
        <w:br/>
        <w:t>vn 0.0280 -0.0800 0.9964</w:t>
        <w:br/>
        <w:t>vn -0.0855 0.0425 0.9954</w:t>
        <w:br/>
        <w:t>vn -0.0223 0.2228 0.9746</w:t>
        <w:br/>
        <w:t>vn -0.5706 0.8088 0.1423</w:t>
        <w:br/>
        <w:t>vn -0.4434 0.8381 0.3177</w:t>
        <w:br/>
        <w:t>vn -0.8147 0.4252 0.3943</w:t>
        <w:br/>
        <w:t>vn -0.9181 0.3364 0.2095</w:t>
        <w:br/>
        <w:t>vn 0.5855 0.6096 -0.5345</w:t>
        <w:br/>
        <w:t>vn 0.4631 0.7563 -0.4621</w:t>
        <w:br/>
        <w:t>vn 0.3041 0.6284 -0.7160</w:t>
        <w:br/>
        <w:t>vn 0.3605 0.5205 -0.7740</w:t>
        <w:br/>
        <w:t>vn -0.9694 0.2433 0.0334</w:t>
        <w:br/>
        <w:t>vn -0.9201 0.3847 -0.0737</w:t>
        <w:br/>
        <w:t>vn -0.2934 -0.0211 0.9558</w:t>
        <w:br/>
        <w:t>vn -0.2366 -0.1665 0.9572</w:t>
        <w:br/>
        <w:t>vn -0.5358 -0.2178 0.8158</w:t>
        <w:br/>
        <w:t>vn -0.5767 -0.0320 0.8163</w:t>
        <w:br/>
        <w:t>vn 0.0933 0.4580 0.8840</w:t>
        <w:br/>
        <w:t>vn -0.3773 0.5015 0.7785</w:t>
        <w:br/>
        <w:t>vn -0.1430 0.3316 0.9325</w:t>
        <w:br/>
        <w:t>vn -0.5666 0.4352 0.6997</w:t>
        <w:br/>
        <w:t>vn -0.6609 0.5119 0.5488</w:t>
        <w:br/>
        <w:t>vn -0.2758 0.8014 0.5308</w:t>
        <w:br/>
        <w:t>vn -0.1147 0.7064 0.6984</w:t>
        <w:br/>
        <w:t>vn -0.9817 0.0175 0.1898</w:t>
        <w:br/>
        <w:t>vn -0.9838 -0.0771 0.1617</w:t>
        <w:br/>
        <w:t>vn -0.9871 -0.0276 -0.1578</w:t>
        <w:br/>
        <w:t>vn -0.9875 0.0861 -0.1323</w:t>
        <w:br/>
        <w:t>vn -0.1354 0.1393 -0.9810</w:t>
        <w:br/>
        <w:t>vn -0.0770 0.0677 -0.9947</w:t>
        <w:br/>
        <w:t>vn -0.0790 0.2222 -0.9718</w:t>
        <w:br/>
        <w:t>vn -0.1524 0.2288 -0.9615</w:t>
        <w:br/>
        <w:t>vn -0.1854 0.3726 -0.9093</w:t>
        <w:br/>
        <w:t>vn -0.1885 0.3425 -0.9204</w:t>
        <w:br/>
        <w:t>vn -0.4603 0.3970 -0.7941</w:t>
        <w:br/>
        <w:t>vn -0.4535 0.4638 -0.7610</w:t>
        <w:br/>
        <w:t>vn -0.3765 0.3516 -0.8571</w:t>
        <w:br/>
        <w:t>vn -0.1983 0.3259 -0.9244</w:t>
        <w:br/>
        <w:t>vn -0.2142 0.2854 -0.9342</w:t>
        <w:br/>
        <w:t>vn -0.2142 0.2853 -0.9342</w:t>
        <w:br/>
        <w:t>vn -0.9165 0.3553 -0.1836</w:t>
        <w:br/>
        <w:t>vn -0.9584 0.2133 -0.1897</w:t>
        <w:br/>
        <w:t>vn -0.9799 0.0646 -0.1887</w:t>
        <w:br/>
        <w:t>vn -0.9701 0.0056 -0.2425</w:t>
        <w:br/>
        <w:t>vn -0.8944 0.0145 -0.4470</w:t>
        <w:br/>
        <w:t>vn -0.9438 -0.0836 -0.3196</w:t>
        <w:br/>
        <w:t>vn -0.6507 0.6526 -0.3882</w:t>
        <w:br/>
        <w:t>vn -0.7971 0.5743 -0.1863</w:t>
        <w:br/>
        <w:t>vn -0.5678 0.6095 -0.5533</w:t>
        <w:br/>
        <w:t>vn -0.8460 0.5005 -0.1837</w:t>
        <w:br/>
        <w:t>vn -0.7415 0.6460 -0.1812</w:t>
        <w:br/>
        <w:t>vn -0.6932 0.6885 -0.2132</w:t>
        <w:br/>
        <w:t>vn -0.7941 0.5960 -0.1192</w:t>
        <w:br/>
        <w:t>vn -0.8165 0.5718 -0.0803</w:t>
        <w:br/>
        <w:t>vn -0.6468 0.7174 -0.2589</w:t>
        <w:br/>
        <w:t>vn -0.6521 0.7503 -0.1088</w:t>
        <w:br/>
        <w:t>vn -0.7338 0.6285 -0.2577</w:t>
        <w:br/>
        <w:t>vn -0.6340 0.7442 -0.2104</w:t>
        <w:br/>
        <w:t>vn -0.6326 0.7623 -0.1367</w:t>
        <w:br/>
        <w:t>vn -0.6478 0.6792 -0.3451</w:t>
        <w:br/>
        <w:t>vn -0.7882 0.4608 -0.4080</w:t>
        <w:br/>
        <w:t>vn 0.1125 0.1837 -0.9765</w:t>
        <w:br/>
        <w:t>vn 0.0925 0.2120 -0.9729</w:t>
        <w:br/>
        <w:t>vn 0.0486 0.1370 -0.9894</w:t>
        <w:br/>
        <w:t>vn 0.0289 0.0865 -0.9958</w:t>
        <w:br/>
        <w:t>vn 0.2619 0.5854 -0.7673</w:t>
        <w:br/>
        <w:t>vn 0.3401 0.5463 -0.7654</w:t>
        <w:br/>
        <w:t>vn 0.4599 0.7429 -0.4865</w:t>
        <w:br/>
        <w:t>vn 0.3557 0.7908 -0.4981</w:t>
        <w:br/>
        <w:t>vn 0.1658 0.3799 -0.9100</w:t>
        <w:br/>
        <w:t>vn 0.2151 0.3509 -0.9114</w:t>
        <w:br/>
        <w:t>vn 0.4267 0.7162 0.5523</w:t>
        <w:br/>
        <w:t>vn 0.4196 0.8745 0.2432</w:t>
        <w:br/>
        <w:t>vn 0.5508 0.8058 0.2176</w:t>
        <w:br/>
        <w:t>vn 0.5560 0.6856 0.4700</w:t>
        <w:br/>
        <w:t>vn 0.4688 0.5000 0.7282</w:t>
        <w:br/>
        <w:t>vn 0.5490 0.5197 0.6546</w:t>
        <w:br/>
        <w:t>vn 0.5043 0.2506 0.8264</w:t>
        <w:br/>
        <w:t>vn 0.5009 0.3568 0.7885</w:t>
        <w:br/>
        <w:t>vn 0.5605 0.3646 0.7436</w:t>
        <w:br/>
        <w:t>vn 0.5923 0.2405 0.7690</w:t>
        <w:br/>
        <w:t>vn 0.6322 0.1550 0.7591</w:t>
        <w:br/>
        <w:t>vn 0.5425 0.1628 0.8242</w:t>
        <w:br/>
        <w:t>vn 0.1650 0.0317 -0.9858</w:t>
        <w:br/>
        <w:t>vn 0.1581 0.0985 -0.9825</w:t>
        <w:br/>
        <w:t>vn 0.0361 -0.0208 -0.9991</w:t>
        <w:br/>
        <w:t>vn 0.0290 -0.0735 -0.9969</w:t>
        <w:br/>
        <w:t>vn 0.3923 0.4685 -0.7916</w:t>
        <w:br/>
        <w:t>vn 0.4701 0.3577 -0.8069</w:t>
        <w:br/>
        <w:t>vn 0.6474 0.5222 -0.5551</w:t>
        <w:br/>
        <w:t>vn 0.5268 0.6897 -0.4969</w:t>
        <w:br/>
        <w:t>vn 0.3220 0.1057 -0.9408</w:t>
        <w:br/>
        <w:t>vn 0.2519 0.1716 -0.9524</w:t>
        <w:br/>
        <w:t>vn 0.4710 0.3721 -0.7998</w:t>
        <w:br/>
        <w:t>vn 0.5176 0.2886 -0.8055</w:t>
        <w:br/>
        <w:t>vn 0.7465 0.6519 -0.1331</w:t>
        <w:br/>
        <w:t>vn 0.7510 0.6336 0.1859</w:t>
        <w:br/>
        <w:t>vn 0.6054 0.7710 0.1978</w:t>
        <w:br/>
        <w:t>vn 0.5972 0.7941 -0.1130</w:t>
        <w:br/>
        <w:t>vn 0.7249 0.5527 0.4111</w:t>
        <w:br/>
        <w:t>vn 0.7109 0.4248 0.5606</w:t>
        <w:br/>
        <w:t>vn 0.6071 0.5158 0.6045</w:t>
        <w:br/>
        <w:t>vn 0.5984 0.6737 0.4337</w:t>
        <w:br/>
        <w:t>vn 0.7054 0.3096 0.6376</w:t>
        <w:br/>
        <w:t>vn 0.6795 0.2282 0.6973</w:t>
        <w:br/>
        <w:t>vn 0.6315 0.3542 0.6898</w:t>
        <w:br/>
        <w:t>vn 0.7067 0.1484 0.6918</w:t>
        <w:br/>
        <w:t>vn 0.6949 0.2862 0.6597</w:t>
        <w:br/>
        <w:t>vn 0.7001 0.2739 0.6594</w:t>
        <w:br/>
        <w:t>vn -0.2216 0.2529 -0.9418</w:t>
        <w:br/>
        <w:t>vn -0.8262 0.3155 0.4668</w:t>
        <w:br/>
        <w:t>vn -0.9580 0.1700 0.2311</w:t>
        <w:br/>
        <w:t>vn -0.4204 0.4756 -0.7727</w:t>
        <w:br/>
        <w:t>vn -0.4979 0.1997 -0.8439</w:t>
        <w:br/>
        <w:t>vn -0.6277 0.2542 -0.7358</w:t>
        <w:br/>
        <w:t>vn -0.9794 0.1586 0.1249</w:t>
        <w:br/>
        <w:t>vn -0.5542 0.3681 -0.7466</w:t>
        <w:br/>
        <w:t>vn -0.3656 0.1263 -0.9222</w:t>
        <w:br/>
        <w:t>vn -0.4641 0.4934 -0.7357</w:t>
        <w:br/>
        <w:t>vn -0.4088 0.1483 -0.9005</w:t>
        <w:br/>
        <w:t>vn -0.7777 0.6286 -0.0006</w:t>
        <w:br/>
        <w:t>vn -0.7460 0.6636 0.0553</w:t>
        <w:br/>
        <w:t>vn -0.3998 0.6577 0.6385</w:t>
        <w:br/>
        <w:t>vn -0.4528 0.7699 0.4497</w:t>
        <w:br/>
        <w:t>vn -0.7219 0.1649 0.6720</w:t>
        <w:br/>
        <w:t>vn -0.5948 0.1861 0.7820</w:t>
        <w:br/>
        <w:t>vn -0.7235 0.3330 0.6047</w:t>
        <w:br/>
        <w:t>vn -0.8186 0.3012 0.4891</w:t>
        <w:br/>
        <w:t>vn -0.4731 0.2860 0.8333</w:t>
        <w:br/>
        <w:t>vn -0.4050 0.4580 0.7913</w:t>
        <w:br/>
        <w:t>vn -0.5337 0.5626 0.6314</w:t>
        <w:br/>
        <w:t>vn -0.6099 0.4245 0.6691</w:t>
        <w:br/>
        <w:t>vn -0.8339 0.5499 -0.0480</w:t>
        <w:br/>
        <w:t>vn -0.5504 0.7796 0.2987</w:t>
        <w:br/>
        <w:t>vn -0.6364 0.7563 0.1517</w:t>
        <w:br/>
        <w:t>vn -0.8789 0.4631 -0.1145</w:t>
        <w:br/>
        <w:t>vn -0.9084 0.4045 0.1054</w:t>
        <w:br/>
        <w:t>vn -0.7997 0.1422 0.5833</w:t>
        <w:br/>
        <w:t>vn -0.9086 0.3278 -0.2587</w:t>
        <w:br/>
        <w:t>vn -0.6865 0.4645 -0.5594</w:t>
        <w:br/>
        <w:t>vn -0.9087 0.3277 -0.2587</w:t>
        <w:br/>
        <w:t>vn -0.7620 0.6476 -0.0077</w:t>
        <w:br/>
        <w:t>vn -0.5155 0.8370 0.1832</w:t>
        <w:br/>
        <w:t>vn -0.3186 0.8702 0.3757</w:t>
        <w:br/>
        <w:t>vn 0.2027 0.6197 0.7582</w:t>
        <w:br/>
        <w:t>vn 0.0366 0.8448 0.5338</w:t>
        <w:br/>
        <w:t>vn 0.6826 0.1045 0.7233</w:t>
        <w:br/>
        <w:t>vn 0.7366 0.1144 0.6666</w:t>
        <w:br/>
        <w:t>vn 0.6159 0.1052 0.7808</w:t>
        <w:br/>
        <w:t>vn 0.6648 0.5819 -0.4684</w:t>
        <w:br/>
        <w:t>vn 0.5963 0.4037 -0.6939</w:t>
        <w:br/>
        <w:t>vn 0.4584 0.2799 -0.8435</w:t>
        <w:br/>
        <w:t>vn 0.7025 0.6702 0.2395</w:t>
        <w:br/>
        <w:t>vn 0.7056 0.7026 -0.0917</w:t>
        <w:br/>
        <w:t>vn 0.4048 0.9089 -0.1000</w:t>
        <w:br/>
        <w:t>vn 0.4020 -0.1632 -0.9010</w:t>
        <w:br/>
        <w:t>vn 0.2694 -0.0785 -0.9598</w:t>
        <w:br/>
        <w:t>vn 0.0356 0.1114 -0.9931</w:t>
        <w:br/>
        <w:t>vn 0.4583 -0.2609 0.8497</w:t>
        <w:br/>
        <w:t>vn 0.6613 -0.2747 0.6981</w:t>
        <w:br/>
        <w:t>vn 0.5049 0.0798 0.8595</w:t>
        <w:br/>
        <w:t>vn 0.5714 0.0666 0.8180</w:t>
        <w:br/>
        <w:t>vn 0.3790 0.0689 -0.9228</w:t>
        <w:br/>
        <w:t>vn 0.1155 0.4897 -0.8642</w:t>
        <w:br/>
        <w:t>vn -0.0621 0.4306 -0.9004</w:t>
        <w:br/>
        <w:t>vn -0.0494 0.4134 -0.9092</w:t>
        <w:br/>
        <w:t>vn 0.1162 0.4663 -0.8770</w:t>
        <w:br/>
        <w:t>vn 0.0678 0.4127 0.9084</w:t>
        <w:br/>
        <w:t>vn 0.0131 0.6761 0.7367</w:t>
        <w:br/>
        <w:t>vn -0.3819 -0.1716 0.9081</w:t>
        <w:br/>
        <w:t>vn -0.1704 -0.2214 0.9602</w:t>
        <w:br/>
        <w:t>vn 0.0041 -0.1610 0.9870</w:t>
        <w:br/>
        <w:t>vn 0.0793 0.0587 0.9951</w:t>
        <w:br/>
        <w:t>vn -0.0528 0.7904 0.6103</w:t>
        <w:br/>
        <w:t>vn -0.3049 0.8609 0.4073</w:t>
        <w:br/>
        <w:t>vn -0.6105 -0.0330 0.7914</w:t>
        <w:br/>
        <w:t>vn -0.6439 0.7647 -0.0263</w:t>
        <w:br/>
        <w:t>vn -0.5142 0.5441 -0.6630</w:t>
        <w:br/>
        <w:t>vn -0.6235 0.3667 -0.6905</w:t>
        <w:br/>
        <w:t>vn 0.0752 0.0973 -0.9924</w:t>
        <w:br/>
        <w:t>vn 0.6759 0.5202 -0.5221</w:t>
        <w:br/>
        <w:t>vn 0.6218 0.7614 0.1832</w:t>
        <w:br/>
        <w:t>vn 0.8303 0.5280 0.1783</w:t>
        <w:br/>
        <w:t>vn 0.8151 0.5595 -0.1506</w:t>
        <w:br/>
        <w:t>vn 0.5775 0.8066 -0.1262</w:t>
        <w:br/>
        <w:t>vn 0.7811 0.4847 0.3936</w:t>
        <w:br/>
        <w:t>vn 0.7273 0.4147 0.5469</w:t>
        <w:br/>
        <w:t>vn 0.6778 0.4069 0.6124</w:t>
        <w:br/>
        <w:t>vn 0.6384 0.3998 0.6577</w:t>
        <w:br/>
        <w:t>vn 0.6549 0.5585 0.5091</w:t>
        <w:br/>
        <w:t>vn 0.5365 0.5148 0.6687</w:t>
        <w:br/>
        <w:t>vn 0.4505 0.6072 0.6545</w:t>
        <w:br/>
        <w:t>vn 0.6987 0.2813 0.6578</w:t>
        <w:br/>
        <w:t>vn -0.8395 -0.0273 0.5427</w:t>
        <w:br/>
        <w:t>vn -0.8275 -0.1755 0.5333</w:t>
        <w:br/>
        <w:t>vn -0.7656 0.2005 -0.6112</w:t>
        <w:br/>
        <w:t>vn -0.7051 0.6829 -0.1910</w:t>
        <w:br/>
        <w:t>vn -0.6698 0.7425 -0.0084</w:t>
        <w:br/>
        <w:t>vn -0.9571 0.2650 0.1175</w:t>
        <w:br/>
        <w:t>vn -0.0188 0.1597 0.9870</w:t>
        <w:br/>
        <w:t>vn 0.6436 0.6631 0.3821</w:t>
        <w:br/>
        <w:t>vn 0.7515 0.5515 0.3620</w:t>
        <w:br/>
        <w:t>vn 0.7630 0.4183 0.4927</w:t>
        <w:br/>
        <w:t>vn -0.9143 0.2000 -0.3523</w:t>
        <w:br/>
        <w:t>vn -0.9023 0.0475 -0.4285</w:t>
        <w:br/>
        <w:t>vn -0.9796 0.1105 0.1676</w:t>
        <w:br/>
        <w:t>vn -0.0641 -0.0766 -0.9950</w:t>
        <w:br/>
        <w:t>vn -0.0289 -0.1936 -0.9806</w:t>
        <w:br/>
        <w:t>vn -0.0255 -0.2787 -0.9600</w:t>
        <w:br/>
        <w:t>vn -0.0722 -0.1192 -0.9902</w:t>
        <w:br/>
        <w:t>vn 0.0319 -0.4084 -0.9123</w:t>
        <w:br/>
        <w:t>vn -0.1436 -0.0854 -0.9859</w:t>
        <w:br/>
        <w:t>vn 0.0767 -0.4321 -0.8986</w:t>
        <w:br/>
        <w:t>vn -0.0285 -0.2163 -0.9759</w:t>
        <w:br/>
        <w:t>vn -0.0000 0.0436 -0.9991</w:t>
        <w:br/>
        <w:t>vn -0.0531 -0.2253 -0.9728</w:t>
        <w:br/>
        <w:t>vn -0.0093 -0.3586 -0.9334</w:t>
        <w:br/>
        <w:t>vn -0.0062 -0.4163 -0.9092</w:t>
        <w:br/>
        <w:t>vn -0.1123 0.3701 -0.9222</w:t>
        <w:br/>
        <w:t>vn 0.7098 0.6811 -0.1799</w:t>
        <w:br/>
        <w:t>vn 0.7417 0.6544 0.1471</w:t>
        <w:br/>
        <w:t>vn -0.0036 -0.3810 -0.9246</w:t>
        <w:br/>
        <w:t>vn 0.1467 -0.6162 -0.7738</w:t>
        <w:br/>
        <w:t>vn -0.1491 0.1094 -0.9827</w:t>
        <w:br/>
        <w:t>vn -0.1715 0.2326 -0.9573</w:t>
        <w:br/>
        <w:t>vn -0.2179 -0.2004 -0.9552</w:t>
        <w:br/>
        <w:t>vn -0.1331 -0.3092 -0.9416</w:t>
        <w:br/>
        <w:t>vn 0.0572 -0.4431 -0.8946</w:t>
        <w:br/>
        <w:t>vn -0.0026 -0.4282 -0.9037</w:t>
        <w:br/>
        <w:t>vn 0.4017 -0.1142 0.9086</w:t>
        <w:br/>
        <w:t>vn 0.4725 -0.0664 0.8788</w:t>
        <w:br/>
        <w:t>vn 0.3591 -0.1059 0.9273</w:t>
        <w:br/>
        <w:t>vn 0.5205 0.1343 0.8432</w:t>
        <w:br/>
        <w:t>vn 0.4134 0.3168 0.8537</w:t>
        <w:br/>
        <w:t>vn 0.5032 0.0541 0.8625</w:t>
        <w:br/>
        <w:t>vn 0.4238 -0.6842 -0.5935</w:t>
        <w:br/>
        <w:t>vn 0.5231 -0.7788 -0.3461</w:t>
        <w:br/>
        <w:t>vn 0.5782 -0.6858 -0.4420</w:t>
        <w:br/>
        <w:t>vn 0.9914 -0.0330 -0.1266</w:t>
        <w:br/>
        <w:t>vn 0.9567 0.2599 -0.1308</w:t>
        <w:br/>
        <w:t>vn 0.9846 -0.0598 -0.1641</w:t>
        <w:br/>
        <w:t>vn 0.9381 -0.2644 -0.2239</w:t>
        <w:br/>
        <w:t>vn 0.4786 -0.6899 -0.5432</w:t>
        <w:br/>
        <w:t>vn 0.5487 -0.6908 -0.4708</w:t>
        <w:br/>
        <w:t>vn 0.4469 -0.8261 -0.3432</w:t>
        <w:br/>
        <w:t>vn 0.4934 -0.7775 -0.3899</w:t>
        <w:br/>
        <w:t>vn 0.6521 -0.6375 -0.4104</w:t>
        <w:br/>
        <w:t>vn 0.4558 -0.6215 -0.6372</w:t>
        <w:br/>
        <w:t>vn 0.8337 -0.4358 -0.3391</w:t>
        <w:br/>
        <w:t>vn 0.9542 -0.2623 -0.1441</w:t>
        <w:br/>
        <w:t>vn 0.2670 -0.9579 -0.1055</w:t>
        <w:br/>
        <w:t>vn 0.2918 -0.9561 -0.0271</w:t>
        <w:br/>
        <w:t>vn -0.9763 0.2115 -0.0451</w:t>
        <w:br/>
        <w:t>vn -0.9811 0.1899 -0.0375</w:t>
        <w:br/>
        <w:t>vn -0.9811 0.1899 -0.0374</w:t>
        <w:br/>
        <w:t>vn -0.9712 0.1621 0.1748</w:t>
        <w:br/>
        <w:t>vn 0.8432 0.0684 -0.5332</w:t>
        <w:br/>
        <w:t>vn 0.6991 -0.3280 -0.6353</w:t>
        <w:br/>
        <w:t>vn -0.4651 -0.6180 -0.6338</w:t>
        <w:br/>
        <w:t>vn -0.2653 -0.3195 -0.9097</w:t>
        <w:br/>
        <w:t>vn -0.2370 -0.1732 -0.9559</w:t>
        <w:br/>
        <w:t>vn -0.5249 -0.5363 -0.6609</w:t>
        <w:br/>
        <w:t>vn 0.3684 0.4775 0.7976</w:t>
        <w:br/>
        <w:t>vn 0.3282 0.5944 0.7341</w:t>
        <w:br/>
        <w:t>vn 0.3873 0.2965 0.8730</w:t>
        <w:br/>
        <w:t>vn 0.7239 -0.2081 -0.6578</w:t>
        <w:br/>
        <w:t>vn 0.6867 -0.3223 -0.6516</w:t>
        <w:br/>
        <w:t>vn 0.2980 -0.0165 -0.9544</w:t>
        <w:br/>
        <w:t>vn 0.9108 0.2420 -0.3344</w:t>
        <w:br/>
        <w:t>vn 0.8559 0.1188 -0.5033</w:t>
        <w:br/>
        <w:t>vn 0.1786 -0.5266 0.8311</w:t>
        <w:br/>
        <w:t>vn 0.5319 -0.5742 0.6225</w:t>
        <w:br/>
        <w:t>vn 0.4859 -0.6778 0.5518</w:t>
        <w:br/>
        <w:t>vn 0.1101 -0.6933 0.7122</w:t>
        <w:br/>
        <w:t>vn 0.3510 -0.9148 -0.1997</w:t>
        <w:br/>
        <w:t>vn -0.0150 -0.9686 -0.2480</w:t>
        <w:br/>
        <w:t>vn 0.0061 -0.9960 0.0886</w:t>
        <w:br/>
        <w:t>vn 0.3824 -0.9213 0.0712</w:t>
        <w:br/>
        <w:t>vn 0.3227 -0.7356 -0.5957</w:t>
        <w:br/>
        <w:t>vn 0.3555 -0.8382 -0.4136</w:t>
        <w:br/>
        <w:t>vn 0.8174 -0.2533 0.5173</w:t>
        <w:br/>
        <w:t>vn 0.6305 0.1437 0.7628</w:t>
        <w:br/>
        <w:t>vn 0.6657 -0.0602 0.7438</w:t>
        <w:br/>
        <w:t>vn 0.7699 -0.3757 0.5159</w:t>
        <w:br/>
        <w:t>vn 0.2420 -0.7172 -0.6536</w:t>
        <w:br/>
        <w:t>vn 0.0136 -0.4435 0.8962</w:t>
        <w:br/>
        <w:t>vn 0.6002 -0.5765 0.5545</w:t>
        <w:br/>
        <w:t>vn 0.5841 -0.5404 0.6057</w:t>
        <w:br/>
        <w:t>vn 0.3003 -0.3675 0.8802</w:t>
        <w:br/>
        <w:t>vn 0.0969 -0.6833 -0.7237</w:t>
        <w:br/>
        <w:t>vn -0.1661 -0.5174 -0.8395</w:t>
        <w:br/>
        <w:t>vn 0.1697 -0.7083 -0.6852</w:t>
        <w:br/>
        <w:t>vn -0.5813 -0.3786 -0.7203</w:t>
        <w:br/>
        <w:t>vn 0.0548 -0.6847 -0.7268</w:t>
        <w:br/>
        <w:t>vn 0.0543 -0.7016 -0.7105</w:t>
        <w:br/>
        <w:t>vn 0.2324 -0.3701 0.8994</w:t>
        <w:br/>
        <w:t>vn 0.5501 -0.4813 0.6825</w:t>
        <w:br/>
        <w:t>vn 0.3922 0.1679 0.9044</w:t>
        <w:br/>
        <w:t>vn 0.3507 0.4923 0.7966</w:t>
        <w:br/>
        <w:t>vn -0.1494 -0.3481 0.9255</w:t>
        <w:br/>
        <w:t>vn 0.1073 -0.4415 0.8908</w:t>
        <w:br/>
        <w:t>vn 0.6729 -0.5623 -0.4806</w:t>
        <w:br/>
        <w:t>vn 0.7228 -0.5679 -0.3937</w:t>
        <w:br/>
        <w:t>vn 0.5712 -0.2956 -0.7657</w:t>
        <w:br/>
        <w:t>vn 0.6932 -0.6204 -0.3667</w:t>
        <w:br/>
        <w:t>vn 0.4616 -0.4756 -0.7488</w:t>
        <w:br/>
        <w:t>vn 0.3399 0.6249 0.7028</w:t>
        <w:br/>
        <w:t>vn 0.3068 0.6902 0.6554</w:t>
        <w:br/>
        <w:t>vn 0.3462 0.6728 0.6538</w:t>
        <w:br/>
        <w:t>vn 0.7282 -0.6604 0.1831</w:t>
        <w:br/>
        <w:t>vn 0.8281 -0.5601 -0.0215</w:t>
        <w:br/>
        <w:t>vn 0.7631 -0.6208 -0.1798</w:t>
        <w:br/>
        <w:t>vn 0.4764 -0.6498 -0.5924</w:t>
        <w:br/>
        <w:t>vn 0.7307 -0.6487 -0.2127</w:t>
        <w:br/>
        <w:t>vn 0.7765 -0.6220 -0.1003</w:t>
        <w:br/>
        <w:t>vn 0.8339 -0.5519 0.0014</w:t>
        <w:br/>
        <w:t>vn 0.3742 -0.5370 0.7560</w:t>
        <w:br/>
        <w:t>vn 0.9052 -0.4232 0.0399</w:t>
        <w:br/>
        <w:t>vn 0.7337 -0.6278 0.2598</w:t>
        <w:br/>
        <w:t>vn 0.8526 -0.5019 0.1456</w:t>
        <w:br/>
        <w:t>vn 0.5843 -0.8071 -0.0845</w:t>
        <w:br/>
        <w:t>vn 0.4505 -0.8911 -0.0540</w:t>
        <w:br/>
        <w:t>vn 0.5594 -0.8070 -0.1891</w:t>
        <w:br/>
        <w:t>vn 0.4204 -0.7075 -0.5681</w:t>
        <w:br/>
        <w:t>vn 0.2917 -0.8922 -0.3449</w:t>
        <w:br/>
        <w:t>vn 0.5930 -0.7421 -0.3124</w:t>
        <w:br/>
        <w:t>vn 0.5963 -0.7951 -0.1103</w:t>
        <w:br/>
        <w:t>vn 0.2999 -0.9528 -0.0473</w:t>
        <w:br/>
        <w:t>vn 0.3538 -0.9214 -0.1608</w:t>
        <w:br/>
        <w:t>vn 0.2665 -0.9460 -0.1845</w:t>
        <w:br/>
        <w:t>vn 0.4469 -0.8945 0.0070</w:t>
        <w:br/>
        <w:t>vn 0.8486 0.3871 -0.3606</w:t>
        <w:br/>
        <w:t>vn 0.9762 0.0357 -0.2137</w:t>
        <w:br/>
        <w:t>vn 0.9815 0.0892 -0.1693</w:t>
        <w:br/>
        <w:t>vn 0.8590 0.4698 -0.2035</w:t>
        <w:br/>
        <w:t>vn 0.5530 -0.3473 0.7573</w:t>
        <w:br/>
        <w:t>vn 0.2322 0.2141 0.9488</w:t>
        <w:br/>
        <w:t>vn 0.6176 -0.3016 0.7264</w:t>
        <w:br/>
        <w:t>vn 0.6176 -0.3017 0.7264</w:t>
        <w:br/>
        <w:t>vn 0.1244 -0.2342 0.9642</w:t>
        <w:br/>
        <w:t>vn 0.0233 -0.3041 0.9524</w:t>
        <w:br/>
        <w:t>vn -0.9085 -0.4060 -0.0996</w:t>
        <w:br/>
        <w:t>vn -0.9276 -0.3689 -0.0584</w:t>
        <w:br/>
        <w:t>vn -0.2391 -0.9547 0.1771</w:t>
        <w:br/>
        <w:t>vn 0.4314 -0.8735 0.2258</w:t>
        <w:br/>
        <w:t>vn 0.1702 -0.9605 -0.2204</w:t>
        <w:br/>
        <w:t>vn 0.2189 -0.9619 0.1636</w:t>
        <w:br/>
        <w:t>vn -0.8705 0.1381 0.4724</w:t>
        <w:br/>
        <w:t>vn 0.4021 -0.0267 0.9152</w:t>
        <w:br/>
        <w:t>vn 0.1647 -0.2856 0.9441</w:t>
        <w:br/>
        <w:t>vn -0.1771 0.9805 0.0849</w:t>
        <w:br/>
        <w:t>vn -0.0311 0.9657 0.2579</w:t>
        <w:br/>
        <w:t>vn -0.1338 -0.3884 0.9117</w:t>
        <w:br/>
        <w:t>vn -0.4361 -0.4735 0.7652</w:t>
        <w:br/>
        <w:t>vn 0.4255 0.3152 0.8483</w:t>
        <w:br/>
        <w:t>vn 0.0836 0.8668 0.4917</w:t>
        <w:br/>
        <w:t>vn 0.2512 0.6398 0.7263</w:t>
        <w:br/>
        <w:t>vn -0.9378 -0.3160 0.1440</w:t>
        <w:br/>
        <w:t>vn -0.9433 -0.2815 -0.1757</w:t>
        <w:br/>
        <w:t>vn -0.3506 0.7219 -0.5966</w:t>
        <w:br/>
        <w:t>vn -0.3125 0.5131 -0.7994</w:t>
        <w:br/>
        <w:t>vn -0.5225 0.0687 -0.8499</w:t>
        <w:br/>
        <w:t>vn -0.3318 0.2568 -0.9077</w:t>
        <w:br/>
        <w:t>vn -0.7478 -0.4387 0.4984</w:t>
        <w:br/>
        <w:t>vn -0.7188 -0.0276 -0.6947</w:t>
        <w:br/>
        <w:t>vn -0.3216 0.9420 -0.0958</w:t>
        <w:br/>
        <w:t>vn -0.3748 0.8645 -0.3348</w:t>
        <w:br/>
        <w:t>vn -0.8553 -0.2037 -0.4763</w:t>
        <w:br/>
        <w:t>vn 0.0820 0.0925 -0.9923</w:t>
        <w:br/>
        <w:t>vn 0.2545 0.1309 -0.9582</w:t>
        <w:br/>
        <w:t>vn -0.0235 0.0457 -0.9987</w:t>
        <w:br/>
        <w:t>vn -0.1471 0.3207 -0.9357</w:t>
        <w:br/>
        <w:t>vn -0.1771 0.2621 -0.9486</w:t>
        <w:br/>
        <w:t>vn -0.0768 0.0303 -0.9966</w:t>
        <w:br/>
        <w:t>vn 0.9413 0.2377 -0.2396</w:t>
        <w:br/>
        <w:t>vn 0.7837 0.1966 -0.5892</w:t>
        <w:br/>
        <w:t>vn 0.9657 0.2459 0.0833</w:t>
        <w:br/>
        <w:t>vn 0.7031 0.4533 0.5479</w:t>
        <w:br/>
        <w:t>vn 0.5465 0.5260 0.6517</w:t>
        <w:br/>
        <w:t>vn -0.0000 0.2089 -0.9779</w:t>
        <w:br/>
        <w:t>vn -0.0000 -0.0135 -0.9999</w:t>
        <w:br/>
        <w:t>vn -0.0410 -0.0116 -0.9991</w:t>
        <w:br/>
        <w:t>vn -0.0845 -0.0020 -0.9964</w:t>
        <w:br/>
        <w:t>vn -0.0192 0.2307 -0.9728</w:t>
        <w:br/>
        <w:t>vn -0.1371 0.4254 -0.8946</w:t>
        <w:br/>
        <w:t>vn 0.9132 0.2270 0.3386</w:t>
        <w:br/>
        <w:t>vn 0.0068 0.3859 -0.9225</w:t>
        <w:br/>
        <w:t>vn 0.0111 0.0630 -0.9980</w:t>
        <w:br/>
        <w:t>vn -0.0831 0.3886 -0.9176</w:t>
        <w:br/>
        <w:t>vn 0.5132 0.1580 -0.8436</w:t>
        <w:br/>
        <w:t>vn 0.1827 0.4421 -0.8782</w:t>
        <w:br/>
        <w:t>vn 0.8095 0.5757 -0.1151</w:t>
        <w:br/>
        <w:t>vn 0.6682 0.5780 -0.4684</w:t>
        <w:br/>
        <w:t>vn 0.7671 0.4853 0.4197</w:t>
        <w:br/>
        <w:t>vn 0.8258 0.5295 0.1941</w:t>
        <w:br/>
        <w:t>vn -0.0000 0.4002 -0.9164</w:t>
        <w:br/>
        <w:t>vn 0.4265 0.5218 -0.7388</w:t>
        <w:br/>
        <w:t>vn 0.5158 0.5289 0.6740</w:t>
        <w:br/>
        <w:t>vn -0.0428 -0.0539 -0.9976</w:t>
        <w:br/>
        <w:t>vn -0.0840 0.2492 -0.9648</w:t>
        <w:br/>
        <w:t>vn -0.0598 -0.0826 0.9948</w:t>
        <w:br/>
        <w:t>vn -0.2491 -0.1546 0.9561</w:t>
        <w:br/>
        <w:t>vn 0.0207 -0.0176 0.9996</w:t>
        <w:br/>
        <w:t>vn 0.0527 0.0063 0.9986</w:t>
        <w:br/>
        <w:t>vn -0.8122 -0.2115 0.5437</w:t>
        <w:br/>
        <w:t>vn -0.5390 -0.1968 0.8190</w:t>
        <w:br/>
        <w:t>vn -0.9403 0.0365 -0.3385</w:t>
        <w:br/>
        <w:t>vn -0.9841 -0.1249 -0.1266</w:t>
        <w:br/>
        <w:t>vn -0.7618 0.6322 -0.1409</w:t>
        <w:br/>
        <w:t>vn -0.8768 0.2998 -0.3759</w:t>
        <w:br/>
        <w:t>vn 0.0514 0.0513 0.9974</w:t>
        <w:br/>
        <w:t>vn 0.0000 0.0614 0.9981</w:t>
        <w:br/>
        <w:t>vn 0.0000 0.0970 0.9953</w:t>
        <w:br/>
        <w:t>vn 0.0635 0.0864 0.9942</w:t>
        <w:br/>
        <w:t>vn -0.0006 0.4051 0.9143</w:t>
        <w:br/>
        <w:t>vn 0.0862 0.0257 0.9959</w:t>
        <w:br/>
        <w:t>vn -0.0099 0.3740 0.9274</w:t>
        <w:br/>
        <w:t>vn -0.8645 0.4749 -0.1648</w:t>
        <w:br/>
        <w:t>vn -0.9203 0.3811 -0.0885</w:t>
        <w:br/>
        <w:t>vn -0.2081 0.4078 0.8890</w:t>
        <w:br/>
        <w:t>vn -0.1463 0.3955 0.9067</w:t>
        <w:br/>
        <w:t>vn -0.5048 0.8496 0.1524</w:t>
        <w:br/>
        <w:t>vn -0.3360 0.2752 0.9008</w:t>
        <w:br/>
        <w:t>vn -0.7856 0.2120 0.5813</w:t>
        <w:br/>
        <w:t>vn -0.5556 0.2358 0.7973</w:t>
        <w:br/>
        <w:t>vn -0.9741 -0.1916 -0.1203</w:t>
        <w:br/>
        <w:t>vn -0.9633 0.0682 0.2595</w:t>
        <w:br/>
        <w:t>vn -0.9590 -0.1943 0.2065</w:t>
        <w:br/>
        <w:t>vn -0.5966 0.8009 0.0508</w:t>
        <w:br/>
        <w:t>vn 0.0000 0.4188 0.9081</w:t>
        <w:br/>
        <w:t>vn 0.0633 0.1271 0.9899</w:t>
        <w:br/>
        <w:t>vn -0.0406 0.3454 0.9376</w:t>
        <w:br/>
        <w:t>vn -0.5676 0.8131 0.1289</w:t>
        <w:br/>
        <w:t>vn -0.6604 0.7451 0.0934</w:t>
        <w:br/>
        <w:t>vn -0.1371 0.4253 -0.8946</w:t>
        <w:br/>
        <w:t>vn -0.1602 0.8008 -0.5771</w:t>
        <w:br/>
        <w:t>vn -0.0804 0.8014 -0.5928</w:t>
        <w:br/>
        <w:t>vn -0.1834 0.8099 -0.5572</w:t>
        <w:br/>
        <w:t>vn -0.6878 0.7060 0.1688</w:t>
        <w:br/>
        <w:t>vn -0.2538 0.6646 0.7028</w:t>
        <w:br/>
        <w:t>vn -0.2137 0.6422 0.7362</w:t>
        <w:br/>
        <w:t>vn -0.3511 0.6937 0.6289</w:t>
        <w:br/>
        <w:t>vn -0.2824 0.6991 0.6569</w:t>
        <w:br/>
        <w:t>vn -0.5919 0.6380 0.4925</w:t>
        <w:br/>
        <w:t>vn -0.4503 0.6752 0.5842</w:t>
        <w:br/>
        <w:t>vn 0.5296 0.8475 0.0353</w:t>
        <w:br/>
        <w:t>vn 0.5459 0.7869 0.2878</w:t>
        <w:br/>
        <w:t>vn -0.4065 0.8762 0.2590</w:t>
        <w:br/>
        <w:t>vn 0.2497 0.8315 -0.4963</w:t>
        <w:br/>
        <w:t>vn 0.0458 0.7653 -0.6420</w:t>
        <w:br/>
        <w:t>vn 0.3408 0.6643 0.6652</w:t>
        <w:br/>
        <w:t>vn 0.0349 0.8374 0.5455</w:t>
        <w:br/>
        <w:t>vn -0.1419 0.6717 0.7271</w:t>
        <w:br/>
        <w:t>vn -0.0960 0.6984 0.7092</w:t>
        <w:br/>
        <w:t>vn -0.6655 0.6556 0.3569</w:t>
        <w:br/>
        <w:t>vn -0.6503 0.6228 0.4350</w:t>
        <w:br/>
        <w:t>vn -0.6776 0.6890 0.2572</w:t>
        <w:br/>
        <w:t>vn 0.0787 -0.2054 -0.9755</w:t>
        <w:br/>
        <w:t>vn -0.3185 -0.1327 -0.9386</w:t>
        <w:br/>
        <w:t>vn -0.2948 -0.0904 -0.9513</w:t>
        <w:br/>
        <w:t>vn 0.0854 -0.1468 -0.9855</w:t>
        <w:br/>
        <w:t>vn 0.0624 -0.4462 -0.8927</w:t>
        <w:br/>
        <w:t>vn 0.0047 -0.4244 -0.9055</w:t>
        <w:br/>
        <w:t>vn 0.0516 -0.4005 -0.9149</w:t>
        <w:br/>
        <w:t>vn 0.0985 -0.4086 -0.9074</w:t>
        <w:br/>
        <w:t>vn -0.1824 -0.2600 -0.9482</w:t>
        <w:br/>
        <w:t>vn 0.0653 -0.3230 -0.9442</w:t>
        <w:br/>
        <w:t>vn -0.3936 -0.2794 -0.8758</w:t>
        <w:br/>
        <w:t>vn 0.0875 -0.4505 -0.8885</w:t>
        <w:br/>
        <w:t>vn 0.0355 -0.4281 -0.9030</w:t>
        <w:br/>
        <w:t>vn 0.1193 -0.6304 0.7671</w:t>
        <w:br/>
        <w:t>vn -0.3757 -0.6012 0.7052</w:t>
        <w:br/>
        <w:t>vn 0.0790 -0.1313 0.9882</w:t>
        <w:br/>
        <w:t>vn -0.9829 0.1798 -0.0391</w:t>
        <w:br/>
        <w:t>vn -0.9829 0.1798 -0.0392</w:t>
        <w:br/>
        <w:t>vn 0.5565 -0.4820 0.6767</w:t>
        <w:br/>
        <w:t>vn 0.0568 -0.8667 0.4957</w:t>
        <w:br/>
        <w:t>vn 0.4356 -0.8040 0.4047</w:t>
        <w:br/>
        <w:t>vn 0.7867 -0.0364 -0.6162</w:t>
        <w:br/>
        <w:t>vn 0.9424 0.3278 -0.0660</w:t>
        <w:br/>
        <w:t>vn 0.9350 0.3064 0.1786</w:t>
        <w:br/>
        <w:t>vn 0.9177 0.1580 0.3645</w:t>
        <w:br/>
        <w:t>vn 0.6833 0.5158 0.5168</w:t>
        <w:br/>
        <w:t>vn 0.6107 0.3436 0.7134</w:t>
        <w:br/>
        <w:t>vn 0.8632 -0.0763 0.4991</w:t>
        <w:br/>
        <w:t>vn 0.6713 -0.4048 -0.6208</w:t>
        <w:br/>
        <w:t>vn 0.6700 -0.4424 -0.5962</w:t>
        <w:br/>
        <w:t>vn 0.6265 -0.1050 0.7723</w:t>
        <w:br/>
        <w:t>vn 0.7224 -0.4815 0.4964</w:t>
        <w:br/>
        <w:t>vn 0.7018 -0.5808 0.4125</w:t>
        <w:br/>
        <w:t>vn 0.6857 -0.6380 0.3504</w:t>
        <w:br/>
        <w:t>vn 0.3130 -0.4216 0.8510</w:t>
        <w:br/>
        <w:t>vn 0.3988 -0.2237 0.8893</w:t>
        <w:br/>
        <w:t>vn -0.3533 -0.2143 0.9106</w:t>
        <w:br/>
        <w:t>vn -0.7589 0.0634 0.6481</w:t>
        <w:br/>
        <w:t>vn 0.3283 0.5944 0.7341</w:t>
        <w:br/>
        <w:t>vn -0.0776 -0.8006 -0.5942</w:t>
        <w:br/>
        <w:t>vn 0.2513 -0.8058 -0.5363</w:t>
        <w:br/>
        <w:t>vn 0.0929 -0.5808 -0.8087</w:t>
        <w:br/>
        <w:t>vn -0.0496 -0.4394 -0.8969</w:t>
        <w:br/>
        <w:t>vn 0.3898 -0.6770 -0.6242</w:t>
        <w:br/>
        <w:t>vn 0.3714 -0.8057 -0.4614</w:t>
        <w:br/>
        <w:t>vn 0.5873 -0.7264 -0.3570</w:t>
        <w:br/>
        <w:t>vn -0.9264 -0.3739 0.0445</w:t>
        <w:br/>
        <w:t>vn -0.1279 -0.3626 0.9231</w:t>
        <w:br/>
        <w:t>vn 0.3632 -0.0186 0.9315</w:t>
        <w:br/>
        <w:t>vn -0.3006 -0.5872 0.7516</w:t>
        <w:br/>
        <w:t>vn -0.3841 -0.7798 0.4943</w:t>
        <w:br/>
        <w:t>vn -0.0151 -0.9686 -0.2480</w:t>
        <w:br/>
        <w:t>vn 0.0137 -0.4435 0.8962</w:t>
        <w:br/>
        <w:t>vn -0.0305 -0.1278 0.9913</w:t>
        <w:br/>
        <w:t>vn -0.0058 -0.1155 0.9933</w:t>
        <w:br/>
        <w:t>vn -0.2109 -0.3393 0.9167</w:t>
        <w:br/>
        <w:t>vn -0.4852 -0.6314 0.6049</w:t>
        <w:br/>
        <w:t>vn -0.5023 -0.6741 0.5415</w:t>
        <w:br/>
        <w:t>vn -0.5192 -0.5476 -0.6562</w:t>
        <w:br/>
        <w:t>vn -0.0167 -0.0682 0.9975</w:t>
        <w:br/>
        <w:t>vn 0.0524 0.1149 -0.9920</w:t>
        <w:br/>
        <w:t>vn 0.0234 0.1288 -0.9914</w:t>
        <w:br/>
        <w:t>vn 0.0025 0.1099 -0.9939</w:t>
        <w:br/>
        <w:t>vn -0.0041 0.1024 -0.9947</w:t>
        <w:br/>
        <w:t>vn -0.2259 -0.3744 0.8993</w:t>
        <w:br/>
        <w:t>vn -0.5813 -0.3786 -0.7202</w:t>
        <w:br/>
        <w:t>vn -0.8991 -0.4268 -0.0969</w:t>
        <w:br/>
        <w:t>vn 0.2587 -0.1785 0.9493</w:t>
        <w:br/>
        <w:t>vn -0.8009 -0.5842 0.1313</w:t>
        <w:br/>
        <w:t>vn 0.5293 0.8418 -0.1053</w:t>
        <w:br/>
        <w:t>vn 0.5033 -0.5213 0.6892</w:t>
        <w:br/>
        <w:t>vn 0.4898 -0.4631 0.7387</w:t>
        <w:br/>
        <w:t>vn 0.2611 0.2581 -0.9302</w:t>
        <w:br/>
        <w:t>vn 0.0000 -0.3591 -0.9333</w:t>
        <w:br/>
        <w:t>vn 0.0000 -0.1892 -0.9819</w:t>
        <w:br/>
        <w:t>vn -0.0674 -0.1722 -0.9828</w:t>
        <w:br/>
        <w:t>vn 0.3549 0.6805 0.6411</w:t>
        <w:br/>
        <w:t>vn 0.3862 0.7140 0.5840</w:t>
        <w:br/>
        <w:t>vn -0.0402 0.7292 0.6831</w:t>
        <w:br/>
        <w:t>vn 0.4764 0.7457 0.4659</w:t>
        <w:br/>
        <w:t>vn -0.1187 0.7192 -0.6846</w:t>
        <w:br/>
        <w:t>vn -0.2125 0.7348 -0.6441</w:t>
        <w:br/>
        <w:t>vn 0.4191 0.8705 -0.2580</w:t>
        <w:br/>
        <w:t>vn -0.9633 0.0682 0.2596</w:t>
        <w:br/>
        <w:t>vn 0.0000 0.7966 -0.6045</w:t>
        <w:br/>
        <w:t>vn -0.2611 0.7781 -0.5714</w:t>
        <w:br/>
        <w:t>vn -0.2649 0.8010 -0.5369</w:t>
        <w:br/>
        <w:t>vn -0.2421 0.8081 -0.5370</w:t>
        <w:br/>
        <w:t>vn -0.2421 0.8081 -0.5369</w:t>
        <w:br/>
        <w:t>vn 0.4749 0.0372 -0.8793</w:t>
        <w:br/>
        <w:t>vn 0.3835 0.0736 -0.9206</w:t>
        <w:br/>
        <w:t>vn 0.5384 0.0132 -0.8426</w:t>
        <w:br/>
        <w:t>vn -0.7590 0.0634 0.6480</w:t>
        <w:br/>
        <w:t>vn 0.7906 -0.2555 0.5565</w:t>
        <w:br/>
        <w:t>vn 0.8974 -0.3073 0.3165</w:t>
        <w:br/>
        <w:t>vn 0.7816 -0.2240 0.5822</w:t>
        <w:br/>
        <w:t>vn 0.7688 -0.1586 0.6195</w:t>
        <w:br/>
        <w:t>vn 0.7639 -0.1064 0.6365</w:t>
        <w:br/>
        <w:t>vn 0.5103 -0.3122 -0.8013</w:t>
        <w:br/>
        <w:t>vn 0.6936 -0.2833 -0.6623</w:t>
        <w:br/>
        <w:t>vn 0.6906 -0.2324 -0.6849</w:t>
        <w:br/>
        <w:t>vn 0.5136 -0.2751 -0.8127</w:t>
        <w:br/>
        <w:t>vn 0.8545 -0.2459 -0.4576</w:t>
        <w:br/>
        <w:t>vn 0.8635 -0.1845 -0.4693</w:t>
        <w:br/>
        <w:t>vn 0.9366 -0.2284 -0.2659</w:t>
        <w:br/>
        <w:t>vn 0.9518 -0.1634 -0.2595</w:t>
        <w:br/>
        <w:t>vn 0.2245 -0.2071 -0.9522</w:t>
        <w:br/>
        <w:t>vn 0.4167 -0.1920 -0.8885</w:t>
        <w:br/>
        <w:t>vn 0.9313 -0.1720 -0.3212</w:t>
        <w:br/>
        <w:t>vn 0.8974 -0.2573 -0.3584</w:t>
        <w:br/>
        <w:t>vn 0.7261 -0.3658 -0.5822</w:t>
        <w:br/>
        <w:t>vn 0.7608 -0.2792 -0.5858</w:t>
        <w:br/>
        <w:t>vn 0.9738 -0.1002 -0.2041</w:t>
        <w:br/>
        <w:t>vn 0.9576 -0.1761 -0.2281</w:t>
        <w:br/>
        <w:t>vn 0.6394 -0.4840 -0.5975</w:t>
        <w:br/>
        <w:t>vn 0.6731 -0.4457 -0.5902</w:t>
        <w:br/>
        <w:t>vn 0.8517 -0.3545 -0.3859</w:t>
        <w:br/>
        <w:t>vn 0.8093 -0.4272 -0.4032</w:t>
        <w:br/>
        <w:t>vn 0.8008 -0.4294 -0.4175</w:t>
        <w:br/>
        <w:t>vn 0.8952 -0.3707 -0.2474</w:t>
        <w:br/>
        <w:t>vn 0.8824 -0.3935 -0.2580</w:t>
        <w:br/>
        <w:t>vn 0.4283 -0.5060 -0.7487</w:t>
        <w:br/>
        <w:t>vn 0.6459 -0.4569 -0.6116</w:t>
        <w:br/>
        <w:t>vn 0.4038 -0.4606 -0.7904</w:t>
        <w:br/>
        <w:t>vn 0.5403 -0.3665 -0.7574</w:t>
        <w:br/>
        <w:t>vn 0.4765 -0.4385 -0.7620</w:t>
        <w:br/>
        <w:t>vn 0.3632 -0.4691 -0.8050</w:t>
        <w:br/>
        <w:t>vn 0.2079 -0.4407 -0.8732</w:t>
        <w:br/>
        <w:t>vn 0.1819 -0.4600 -0.8691</w:t>
        <w:br/>
        <w:t>vn 0.2831 -0.4751 -0.8331</w:t>
        <w:br/>
        <w:t>vn 0.2976 -0.4758 -0.8277</w:t>
        <w:br/>
        <w:t>vn 0.3736 -0.5030 -0.7794</w:t>
        <w:br/>
        <w:t>vn 0.6774 -0.3812 -0.6292</w:t>
        <w:br/>
        <w:t>vn 0.8260 -0.3590 -0.4346</w:t>
        <w:br/>
        <w:t>vn 0.9019 -0.3382 -0.2686</w:t>
        <w:br/>
        <w:t>vn 0.3756 -0.3513 -0.8576</w:t>
        <w:br/>
        <w:t>vn 0.4619 -0.3991 -0.7921</w:t>
        <w:br/>
        <w:t>vn 0.2406 -0.3719 -0.8966</w:t>
        <w:br/>
        <w:t>vn 0.4156 -0.3666 -0.8324</w:t>
        <w:br/>
        <w:t>vn 0.3907 -0.4722 -0.7902</w:t>
        <w:br/>
        <w:t>vn 0.4319 -0.4954 -0.7537</w:t>
        <w:br/>
        <w:t>vn 0.9296 -0.2785 -0.2414</w:t>
        <w:br/>
        <w:t>vn 0.7986 -0.2243 0.5585</w:t>
        <w:br/>
        <w:t>vn 0.8004 -0.1707 0.5746</w:t>
        <w:br/>
        <w:t>vn 0.9682 -0.2492 0.0214</w:t>
        <w:br/>
        <w:t>vn 0.9480 -0.3182 0.0025</w:t>
        <w:br/>
        <w:t>vn 0.9358 -0.3521 -0.0199</w:t>
        <w:br/>
        <w:t>vn 0.8157 -0.2527 0.5204</w:t>
        <w:br/>
        <w:t>vn 0.9395 -0.3352 -0.0710</w:t>
        <w:br/>
        <w:t>vn 0.8743 -0.2048 0.4401</w:t>
        <w:br/>
        <w:t>vn 0.9357 -0.0144 0.3525</w:t>
        <w:br/>
        <w:t>vn 0.9686 -0.2196 -0.1168</w:t>
        <w:br/>
        <w:t>vn 0.8123 0.2817 -0.5107</w:t>
        <w:br/>
        <w:t>vn 0.6602 0.2023 -0.7234</w:t>
        <w:br/>
        <w:t>vn 0.5370 0.0278 -0.8431</w:t>
        <w:br/>
        <w:t>vn 0.1346 0.0337 -0.9903</w:t>
        <w:br/>
        <w:t>vn 0.2412 0.0461 -0.9694</w:t>
        <w:br/>
        <w:t>vn 0.3624 -0.4324 -0.8256</w:t>
        <w:br/>
        <w:t>vn -0.0738 -0.1365 -0.9879</w:t>
        <w:br/>
        <w:t>vn 0.2435 -0.4526 -0.8578</w:t>
        <w:br/>
        <w:t>vn 0.3072 -0.4575 -0.8344</w:t>
        <w:br/>
        <w:t>vn 0.1880 -0.4639 -0.8657</w:t>
        <w:br/>
        <w:t>vn 0.5606 -0.2861 -0.7771</w:t>
        <w:br/>
        <w:t>vn 0.3127 -0.2540 -0.9153</w:t>
        <w:br/>
        <w:t>vn 0.3640 -0.1941 -0.9109</w:t>
        <w:br/>
        <w:t>vn 0.8903 0.3484 -0.2934</w:t>
        <w:br/>
        <w:t>vn 0.6237 0.7709 -0.1293</w:t>
        <w:br/>
        <w:t>vn 0.9007 0.4106 -0.1418</w:t>
        <w:br/>
        <w:t>vn 0.6251 0.3568 -0.6942</w:t>
        <w:br/>
        <w:t>vn 0.0325 0.4862 -0.8733</w:t>
        <w:br/>
        <w:t>vn 0.3639 0.0938 -0.9267</w:t>
        <w:br/>
        <w:t>vn 0.1947 0.0133 -0.9808</w:t>
        <w:br/>
        <w:t>vn -0.0596 -0.2731 -0.9602</w:t>
        <w:br/>
        <w:t>vn -0.2179 -0.2005 -0.9552</w:t>
        <w:br/>
        <w:t>vn -0.7865 -0.0238 -0.6171</w:t>
        <w:br/>
        <w:t>vn -0.7431 -0.0077 -0.6691</w:t>
        <w:br/>
        <w:t>vn -0.6750 0.0292 -0.7372</w:t>
        <w:br/>
        <w:t>vn -0.8420 -0.0297 -0.5387</w:t>
        <w:br/>
        <w:t>vn -0.8389 -0.0480 -0.5421</w:t>
        <w:br/>
        <w:t>vn -0.7828 -0.0595 -0.6194</w:t>
        <w:br/>
        <w:t>vn -0.8193 -0.0763 -0.5682</w:t>
        <w:br/>
        <w:t>vn -0.7194 -0.0282 -0.6940</w:t>
        <w:br/>
        <w:t>vn -0.1825 -0.2600 -0.9482</w:t>
        <w:br/>
        <w:t>vn 0.8059 -0.1297 0.5776</w:t>
        <w:br/>
        <w:t>vn 0.9802 -0.1946 0.0370</w:t>
        <w:br/>
        <w:t>vn -0.6948 -0.0140 -0.7190</w:t>
        <w:br/>
        <w:t>vn 0.5939 -0.6906 -0.4127</w:t>
        <w:br/>
        <w:t>vn -0.3659 0.3981 -0.8412</w:t>
        <w:br/>
        <w:t>vn 0.0192 0.4485 0.8936</w:t>
        <w:br/>
        <w:t>vn 0.9300 -0.3359 -0.1489</w:t>
        <w:br/>
        <w:t>vn 0.9581 -0.2382 -0.1589</w:t>
        <w:br/>
        <w:t>vn 0.9196 -0.3618 -0.1528</w:t>
        <w:br/>
        <w:t>vn 0.9305 -0.3275 -0.1641</w:t>
        <w:br/>
        <w:t>vn 0.9602 -0.2387 -0.1450</w:t>
        <w:br/>
        <w:t>vn 0.9767 -0.1759 -0.1228</w:t>
        <w:br/>
        <w:t>vn 0.9564 0.2688 -0.1140</w:t>
        <w:br/>
        <w:t>vn -0.4077 0.5771 -0.7076</w:t>
        <w:br/>
        <w:t>vn -0.9789 0.0919 0.1823</w:t>
        <w:br/>
        <w:t>vn 0.9457 0.3251 0.0048</w:t>
        <w:br/>
        <w:t>vn 0.8925 0.4508 0.0112</w:t>
        <w:br/>
        <w:t>vn 0.9886 -0.0589 -0.1383</w:t>
        <w:br/>
        <w:t>vn 0.9539 0.2794 0.1092</w:t>
        <w:br/>
        <w:t>vn 0.5053 0.7959 0.3336</w:t>
        <w:br/>
        <w:t>vn 0.9841 -0.1755 0.0290</w:t>
        <w:br/>
        <w:t>vn 0.9965 0.0661 -0.0513</w:t>
        <w:br/>
        <w:t>vn 0.8631 0.4532 0.2231</w:t>
        <w:br/>
        <w:t>vn 0.9959 -0.0137 -0.0895</w:t>
        <w:br/>
        <w:t>vn 0.9935 -0.0334 -0.1085</w:t>
        <w:br/>
        <w:t>vn 0.9823 0.0435 -0.1820</w:t>
        <w:br/>
        <w:t>vn 0.9343 0.1853 0.3047</w:t>
        <w:br/>
        <w:t>vn 0.9344 0.1810 0.3067</w:t>
        <w:br/>
        <w:t>vn 0.5356 0.7074 0.4612</w:t>
        <w:br/>
        <w:t>vn 0.9874 -0.0974 -0.1244</w:t>
        <w:br/>
        <w:t>vn 0.9952 -0.0002 -0.0978</w:t>
        <w:br/>
        <w:t>vn 0.9812 -0.1185 -0.1526</w:t>
        <w:br/>
        <w:t>vn 0.9955 -0.0665 0.0676</w:t>
        <w:br/>
        <w:t>vn 0.9125 0.3091 0.2680</w:t>
        <w:br/>
        <w:t>vn 0.9933 -0.0035 -0.1155</w:t>
        <w:br/>
        <w:t>vn 0.9846 0.1439 -0.0990</w:t>
        <w:br/>
        <w:t>vn 0.9381 0.2754 0.2100</w:t>
        <w:br/>
        <w:t>vn 0.4808 -0.3244 0.8146</w:t>
        <w:br/>
        <w:t>vn 0.4804 -0.2504 0.8406</w:t>
        <w:br/>
        <w:t>vn 0.7793 -0.1558 -0.6070</w:t>
        <w:br/>
        <w:t>vn 0.9052 -0.4232 0.0398</w:t>
        <w:br/>
        <w:t>vn 0.9470 -0.2734 -0.1689</w:t>
        <w:br/>
        <w:t>vn 0.7793 -0.1559 -0.6070</w:t>
        <w:br/>
        <w:t>vn 0.8281 -0.5602 -0.0215</w:t>
        <w:br/>
        <w:t>vn 0.9610 -0.2632 0.0853</w:t>
        <w:br/>
        <w:t>vn -0.0176 -0.2777 0.9605</w:t>
        <w:br/>
        <w:t>vn 0.0357 -0.3465 0.9374</w:t>
        <w:br/>
        <w:t>vn -0.1358 -0.2766 0.9513</w:t>
        <w:br/>
        <w:t>vn -0.0368 -0.2431 0.9693</w:t>
        <w:br/>
        <w:t>vn -0.0234 -0.2690 0.9628</w:t>
        <w:br/>
        <w:t>vn -0.2846 -0.1932 0.9390</w:t>
        <w:br/>
        <w:t>vn -0.2663 -0.1893 0.9451</w:t>
        <w:br/>
        <w:t>vn 0.1262 -0.3538 0.9268</w:t>
        <w:br/>
        <w:t>vn 0.1360 -0.3076 0.9417</w:t>
        <w:br/>
        <w:t>vn 0.3318 -0.3891 0.8594</w:t>
        <w:br/>
        <w:t>vn 0.3188 -0.4591 0.8292</w:t>
        <w:br/>
        <w:t>vn 0.3038 -0.2791 0.9109</w:t>
        <w:br/>
        <w:t>vn 0.2875 -0.3327 0.8981</w:t>
        <w:br/>
        <w:t>vn 0.1537 -0.3802 0.9120</w:t>
        <w:br/>
        <w:t>vn 0.1304 -0.3051 0.9433</w:t>
        <w:br/>
        <w:t>vn 0.1523 -0.3107 0.9382</w:t>
        <w:br/>
        <w:t>vn 0.3303 -0.3615 0.8719</w:t>
        <w:br/>
        <w:t>vn 0.1405 -0.2354 0.9617</w:t>
        <w:br/>
        <w:t>vn 0.1740 -0.2676 0.9477</w:t>
        <w:br/>
        <w:t>vn 0.2061 -0.0852 0.9748</w:t>
        <w:br/>
        <w:t>vn 0.1993 -0.0602 0.9781</w:t>
        <w:br/>
        <w:t>vn 0.1070 -0.3895 0.9148</w:t>
        <w:br/>
        <w:t>vn 0.1146 -0.4080 0.9057</w:t>
        <w:br/>
        <w:t>vn 0.1104 -0.4112 0.9048</w:t>
        <w:br/>
        <w:t>vn 0.1324 -0.4379 0.8892</w:t>
        <w:br/>
        <w:t>vn 0.2914 -0.2052 0.9343</w:t>
        <w:br/>
        <w:t>vn 0.6615 -0.7115 0.2371</w:t>
        <w:br/>
        <w:t>vn 0.7008 -0.6597 0.2714</w:t>
        <w:br/>
        <w:t>vn 0.8125 -0.3312 0.4797</w:t>
        <w:br/>
        <w:t>vn 0.7931 -0.4588 0.4007</w:t>
        <w:br/>
        <w:t>vn 0.6521 -0.4501 0.6100</w:t>
        <w:br/>
        <w:t>vn 0.6560 -0.3734 0.6559</w:t>
        <w:br/>
        <w:t>vn 0.6047 -0.5997 0.5241</w:t>
        <w:br/>
        <w:t>vn 0.2809 -0.4135 0.8661</w:t>
        <w:br/>
        <w:t>vn 0.4289 -0.5084 0.7467</w:t>
        <w:br/>
        <w:t>vn 0.2849 -0.5366 0.7943</w:t>
        <w:br/>
        <w:t>vn 0.4663 -0.5438 0.6977</w:t>
        <w:br/>
        <w:t>vn 0.4142 -0.6453 0.6419</w:t>
        <w:br/>
        <w:t>vn 0.4925 -0.3845 0.7808</w:t>
        <w:br/>
        <w:t>vn 0.4996 -0.4274 0.7535</w:t>
        <w:br/>
        <w:t>vn 0.5860 -0.6163 0.5261</w:t>
        <w:br/>
        <w:t>vn 0.2617 -0.5459 0.7959</w:t>
        <w:br/>
        <w:t>vn 0.4149 -0.6300 0.6565</w:t>
        <w:br/>
        <w:t>vn 0.5375 -0.7019 0.4674</w:t>
        <w:br/>
        <w:t>vn -0.6480 0.5874 -0.4848</w:t>
        <w:br/>
        <w:t>vn -0.6415 0.6249 -0.4449</w:t>
        <w:br/>
        <w:t>vn -0.6544 0.6161 -0.4383</w:t>
        <w:br/>
        <w:t>vn -0.6901 0.5656 -0.4514</w:t>
        <w:br/>
        <w:t>vn -0.9084 0.4045 0.1056</w:t>
        <w:br/>
        <w:t>vn -0.9054 0.2268 0.3589</w:t>
        <w:br/>
        <w:t>vn 0.2870 0.1486 -0.9463</w:t>
        <w:br/>
        <w:t>vn 0.8362 -0.4969 -0.2318</w:t>
        <w:br/>
        <w:t>vn 0.4288 -0.4233 -0.7981</w:t>
        <w:br/>
        <w:t>vn 0.6495 -0.3795 -0.6589</w:t>
        <w:br/>
        <w:t>vn 0.3270 -0.4519 -0.8300</w:t>
        <w:br/>
        <w:t>vn 0.3606 -0.4368 -0.8241</w:t>
        <w:br/>
        <w:t>vn 0.1946 0.0133 -0.9808</w:t>
        <w:br/>
        <w:t>vn -0.1007 0.4601 -0.8822</w:t>
        <w:br/>
        <w:t>vn 0.4294 -0.2099 -0.8784</w:t>
        <w:br/>
        <w:t>vn 0.4727 -0.7254 -0.5004</w:t>
        <w:br/>
        <w:t>vn -0.2668 0.4646 -0.8444</w:t>
        <w:br/>
        <w:t>vn 0.0091 0.4760 0.8794</w:t>
        <w:br/>
        <w:t>vn -0.6750 0.0291 -0.7372</w:t>
        <w:br/>
        <w:t>vn -0.1038 0.4640 -0.8797</w:t>
        <w:br/>
        <w:t>vn -0.2669 0.4645 -0.8444</w:t>
        <w:br/>
        <w:t>vn 0.0000 -0.4160 -0.9094</w:t>
        <w:br/>
        <w:t>vn -0.0000 -0.3174 -0.9483</w:t>
        <w:br/>
        <w:t>vn -0.0000 -0.2027 -0.9792</w:t>
        <w:br/>
        <w:t>vn 0.0000 -0.4261 -0.9047</w:t>
        <w:br/>
        <w:t>vn 0.0000 0.7437 0.6685</w:t>
        <w:br/>
        <w:t>vn -0.0000 -0.4226 -0.9063</w:t>
        <w:br/>
        <w:t>vn -0.0000 -0.4125 -0.9110</w:t>
        <w:br/>
        <w:t>vn 0.0000 -0.3915 -0.9202</w:t>
        <w:br/>
        <w:t>vn -0.0000 -0.1456 -0.9893</w:t>
        <w:br/>
        <w:t>vn -0.8128 -0.2530 0.5248</w:t>
        <w:br/>
        <w:t>vn -0.9073 -0.2309 0.3513</w:t>
        <w:br/>
        <w:t>vn -0.9149 -0.1587 0.3712</w:t>
        <w:br/>
        <w:t>vn -0.8183 -0.1749 0.5476</w:t>
        <w:br/>
        <w:t>vn -0.8791 0.4281 0.2097</w:t>
        <w:br/>
        <w:t>vn -0.7954 0.5317 0.2907</w:t>
        <w:br/>
        <w:t>vn -0.8904 0.4351 0.1337</w:t>
        <w:br/>
        <w:t>vn -0.9298 0.3680 -0.0040</w:t>
        <w:br/>
        <w:t>vn -0.7379 -0.6473 0.1910</w:t>
        <w:br/>
        <w:t>vn -0.7477 -0.5944 0.2959</w:t>
        <w:br/>
        <w:t>vn -0.8890 -0.4232 0.1748</w:t>
        <w:br/>
        <w:t>vn -0.8853 -0.4608 0.0622</w:t>
        <w:br/>
        <w:t>vn -0.8821 -0.4703 0.0267</w:t>
        <w:br/>
        <w:t>vn -0.7626 -0.6132 0.2059</w:t>
        <w:br/>
        <w:t>vn -0.9777 -0.1936 -0.0810</w:t>
        <w:br/>
        <w:t>vn -0.9721 -0.1963 -0.1284</w:t>
        <w:br/>
        <w:t>vn -0.9862 -0.1597 0.0433</w:t>
        <w:br/>
        <w:t>vn -0.9896 0.1417 -0.0260</w:t>
        <w:br/>
        <w:t>vn -0.9823 0.0880 -0.1655</w:t>
        <w:br/>
        <w:t>vn -0.9560 0.1988 0.2156</w:t>
        <w:br/>
        <w:t>vn -0.8838 0.0205 0.4675</w:t>
        <w:br/>
        <w:t>vn -0.8525 0.1752 0.4925</w:t>
        <w:br/>
        <w:t>vn -0.9597 -0.0622 0.2740</w:t>
        <w:br/>
        <w:t>vn -0.7728 0.3706 0.5152</w:t>
        <w:br/>
        <w:t>vn -0.6754 0.5009 0.5413</w:t>
        <w:br/>
        <w:t>vn -0.7394 0.0402 0.6720</w:t>
        <w:br/>
        <w:t>vn -0.8045 -0.1216 0.5814</w:t>
        <w:br/>
        <w:t>vn -0.7043 -0.2715 0.6559</w:t>
        <w:br/>
        <w:t>vn -0.6191 -0.1334 0.7739</w:t>
        <w:br/>
        <w:t>vn -0.5285 0.3427 0.7767</w:t>
        <w:br/>
        <w:t>vn -0.6373 0.2143 0.7403</w:t>
        <w:br/>
        <w:t>vn -0.4702 0.0136 0.8824</w:t>
        <w:br/>
        <w:t>vn -0.3490 0.1218 0.9292</w:t>
        <w:br/>
        <w:t>vn -0.3188 0.1528 0.9354</w:t>
        <w:br/>
        <w:t>vn -0.4879 0.3806 0.7856</w:t>
        <w:br/>
        <w:t>vn -0.4786 -0.6899 -0.5432</w:t>
        <w:br/>
        <w:t>vn -0.4486 -0.5800 -0.6800</w:t>
        <w:br/>
        <w:t>vn -0.3051 -0.5251 -0.7945</w:t>
        <w:br/>
        <w:t>vn -0.4238 -0.6842 -0.5935</w:t>
        <w:br/>
        <w:t>vn -0.9846 -0.0597 -0.1641</w:t>
        <w:br/>
        <w:t>vn -0.9381 -0.2644 -0.2238</w:t>
        <w:br/>
        <w:t>vn -0.8300 -0.3884 -0.4003</w:t>
        <w:br/>
        <w:t>vn -0.9427 -0.2579 -0.2115</w:t>
        <w:br/>
        <w:t>vn 0.1089 -0.9930 0.0447</w:t>
        <w:br/>
        <w:t>vn 0.4467 -0.8896 0.0956</w:t>
        <w:br/>
        <w:t>vn 0.4017 -0.8037 0.4390</w:t>
        <w:br/>
        <w:t>vn 0.1596 -0.9352 0.3162</w:t>
        <w:br/>
        <w:t>vn -0.6280 -0.7376 0.2481</w:t>
        <w:br/>
        <w:t>vn -0.5594 -0.8070 -0.1891</w:t>
        <w:br/>
        <w:t>vn -0.8118 -0.5183 -0.2691</w:t>
        <w:br/>
        <w:t>vn -0.8099 -0.5641 0.1608</w:t>
        <w:br/>
        <w:t>vn -0.5487 -0.6909 -0.4708</w:t>
        <w:br/>
        <w:t>vn -0.6256 -0.5251 -0.5770</w:t>
        <w:br/>
        <w:t>vn -0.6371 -0.6069 -0.4752</w:t>
        <w:br/>
        <w:t>vn -0.4561 -0.6215 -0.6370</w:t>
        <w:br/>
        <w:t>vn -0.3792 -0.5774 -0.7231</w:t>
        <w:br/>
        <w:t>vn -0.4892 0.0891 -0.8676</w:t>
        <w:br/>
        <w:t>vn -0.6033 -0.4125 -0.6825</w:t>
        <w:br/>
        <w:t>vn -0.4419 -0.4127 -0.7965</w:t>
        <w:br/>
        <w:t>vn -0.4301 -0.1226 -0.8944</w:t>
        <w:br/>
        <w:t>vn -0.4288 -0.4233 -0.7981</w:t>
        <w:br/>
        <w:t>vn -0.4777 -0.5022 -0.7208</w:t>
        <w:br/>
        <w:t>vn -0.3764 -0.4339 -0.8186</w:t>
        <w:br/>
        <w:t>vn -0.6545 -0.5155 -0.5531</w:t>
        <w:br/>
        <w:t>vn -0.8337 -0.4358 -0.3392</w:t>
        <w:br/>
        <w:t>vn -0.5674 -0.8234 0.0069</w:t>
        <w:br/>
        <w:t>vn -0.5071 -0.8618 0.0134</w:t>
        <w:br/>
        <w:t>vn -0.3781 -0.9238 -0.0595</w:t>
        <w:br/>
        <w:t>vn -0.4261 -0.9032 -0.0519</w:t>
        <w:br/>
        <w:t>vn -0.4506 -0.8911 -0.0539</w:t>
        <w:br/>
        <w:t>vn -0.5519 -0.7991 0.2385</w:t>
        <w:br/>
        <w:t>vn -0.3433 -0.9389 -0.0230</w:t>
        <w:br/>
        <w:t>vn -0.4470 -0.8945 0.0070</w:t>
        <w:br/>
        <w:t>vn -0.9815 0.0893 -0.1693</w:t>
        <w:br/>
        <w:t>vn -0.9739 -0.1749 -0.1443</w:t>
        <w:br/>
        <w:t>vn -0.9762 0.0357 -0.2137</w:t>
        <w:br/>
        <w:t>vn -0.9840 -0.1584 -0.0819</w:t>
        <w:br/>
        <w:t>vn -0.9410 -0.3373 0.0287</w:t>
        <w:br/>
        <w:t>vn -0.9447 -0.2009 -0.2591</w:t>
        <w:br/>
        <w:t>vn -0.9708 -0.0223 0.2387</w:t>
        <w:br/>
        <w:t>vn -0.8778 -0.3004 0.3731</w:t>
        <w:br/>
        <w:t>vn -0.8655 -0.4529 0.2140</w:t>
        <w:br/>
        <w:t>vn -0.9584 -0.2220 0.1793</w:t>
        <w:br/>
        <w:t>vn -0.9931 0.0926 0.0720</w:t>
        <w:br/>
        <w:t>vn -0.9588 0.2779 0.0590</w:t>
        <w:br/>
        <w:t>vn -0.9777 -0.1218 0.1713</w:t>
        <w:br/>
        <w:t>vn -0.9822 -0.0572 0.1787</w:t>
        <w:br/>
        <w:t>vn -0.6318 0.5408 0.5553</w:t>
        <w:br/>
        <w:t>vn -0.7581 0.5507 0.3494</w:t>
        <w:br/>
        <w:t>vn -0.7315 -0.6582 0.1781</w:t>
        <w:br/>
        <w:t>vn -0.6728 -0.6977 0.2463</w:t>
        <w:br/>
        <w:t>vn -0.8688 -0.4612 0.1801</w:t>
        <w:br/>
        <w:t>vn -0.9217 -0.3424 0.1820</w:t>
        <w:br/>
        <w:t>vn -0.7790 -0.6144 0.1255</w:t>
        <w:br/>
        <w:t>vn -0.7860 -0.6164 0.0468</w:t>
        <w:br/>
        <w:t>vn -0.2414 -0.9561 -0.1662</w:t>
        <w:br/>
        <w:t>vn -0.2555 -0.9625 -0.0916</w:t>
        <w:br/>
        <w:t>vn -0.5422 -0.8179 0.1927</w:t>
        <w:br/>
        <w:t>vn -0.5453 -0.8336 0.0880</w:t>
        <w:br/>
        <w:t>vn -0.5396 -0.8410 -0.0402</w:t>
        <w:br/>
        <w:t>vn -0.0826 -0.9306 -0.3565</w:t>
        <w:br/>
        <w:t>vn 0.0240 -0.0612 0.9978</w:t>
        <w:br/>
        <w:t>vn 0.0289 0.0569 0.9980</w:t>
        <w:br/>
        <w:t>vn 0.1493 -0.0616 0.9869</w:t>
        <w:br/>
        <w:t>vn 0.1158 -0.1753 0.9777</w:t>
        <w:br/>
        <w:t>vn 0.6163 -0.7788 0.1172</w:t>
        <w:br/>
        <w:t>vn 0.5335 -0.8394 0.1041</w:t>
        <w:br/>
        <w:t>vn 0.4629 -0.7430 0.4833</w:t>
        <w:br/>
        <w:t>vn 0.5500 -0.6690 0.5000</w:t>
        <w:br/>
        <w:t>vn 0.2167 -0.3433 0.9139</w:t>
        <w:br/>
        <w:t>vn 0.2789 -0.2257 0.9334</w:t>
        <w:br/>
        <w:t>vn 0.4191 -0.4414 0.7934</w:t>
        <w:br/>
        <w:t>vn 0.3421 -0.5448 0.7656</w:t>
        <w:br/>
        <w:t>vn 0.4486 -0.8578 -0.2509</w:t>
        <w:br/>
        <w:t>vn 0.4362 -0.8948 0.0950</w:t>
        <w:br/>
        <w:t>vn 0.5582 -0.7988 -0.2244</w:t>
        <w:br/>
        <w:t>vn 0.5644 -0.6737 -0.4770</w:t>
        <w:br/>
        <w:t>vn 0.5585 -0.5079 -0.6558</w:t>
        <w:br/>
        <w:t>vn 0.4748 -0.5066 -0.7197</w:t>
        <w:br/>
        <w:t>vn 0.4627 -0.7159 -0.5228</w:t>
        <w:br/>
        <w:t>vn 0.5133 -0.2343 -0.8256</w:t>
        <w:br/>
        <w:t>vn 0.4949 -0.3444 -0.7978</w:t>
        <w:br/>
        <w:t>vn 0.5663 -0.3531 -0.7447</w:t>
        <w:br/>
        <w:t>vn 0.5928 -0.2320 -0.7712</w:t>
        <w:br/>
        <w:t>vn 0.6295 -0.1445 -0.7635</w:t>
        <w:br/>
        <w:t>vn 0.5377 -0.1525 -0.8292</w:t>
        <w:br/>
        <w:t>vn 0.1082 -0.0470 0.9930</w:t>
        <w:br/>
        <w:t>vn -0.0194 0.0698 0.9974</w:t>
        <w:br/>
        <w:t>vn 0.6970 -0.7054 0.1289</w:t>
        <w:br/>
        <w:t>vn 0.6065 -0.6052 0.5157</w:t>
        <w:br/>
        <w:t>vn 0.4531 -0.3943 0.7995</w:t>
        <w:br/>
        <w:t>vn 0.2798 -0.1982 0.9394</w:t>
        <w:br/>
        <w:t>vn 0.7068 -0.6823 -0.1870</w:t>
        <w:br/>
        <w:t>vn 0.6868 -0.6008 -0.4090</w:t>
        <w:br/>
        <w:t>vn 0.6198 -0.6506 -0.4389</w:t>
        <w:br/>
        <w:t>vn 0.6286 -0.7513 -0.2012</w:t>
        <w:br/>
        <w:t>vn 0.6187 -0.5016 -0.6046</w:t>
        <w:br/>
        <w:t>vn 0.6357 -0.3479 -0.6891</w:t>
        <w:br/>
        <w:t>vn 0.6611 -0.2360 -0.7122</w:t>
        <w:br/>
        <w:t>vn 0.6946 -0.1647 -0.7003</w:t>
        <w:br/>
        <w:t>vn -0.6528 -0.2117 0.7274</w:t>
        <w:br/>
        <w:t>vn -0.6500 -0.2959 0.7000</w:t>
        <w:br/>
        <w:t>vn -0.8308 0.2594 -0.4923</w:t>
        <w:br/>
        <w:t>vn -0.9604 0.0732 -0.2687</w:t>
        <w:br/>
        <w:t>vn -0.6219 -0.3615 0.6947</w:t>
        <w:br/>
        <w:t>vn -0.4839 -0.3129 0.8173</w:t>
        <w:br/>
        <w:t>vn -0.8686 -0.2980 0.3959</w:t>
        <w:br/>
        <w:t>vn -0.7458 -0.4362 0.5035</w:t>
        <w:br/>
        <w:t>vn -0.5766 -0.5002 0.6460</w:t>
        <w:br/>
        <w:t>vn -0.2381 -0.5930 -0.7692</w:t>
        <w:br/>
        <w:t>vn -0.2802 -0.7671 -0.5771</w:t>
        <w:br/>
        <w:t>vn -0.3639 -0.7856 -0.5004</w:t>
        <w:br/>
        <w:t>vn -0.3520 -0.6568 -0.6669</w:t>
        <w:br/>
        <w:t>vn -0.2446 -0.0960 -0.9649</w:t>
        <w:br/>
        <w:t>vn -0.2432 -0.3230 -0.9146</w:t>
        <w:br/>
        <w:t>vn -0.3547 -0.4139 -0.8383</w:t>
        <w:br/>
        <w:t>vn -0.2935 -0.1430 -0.9452</w:t>
        <w:br/>
        <w:t>vn -0.6183 -0.7687 -0.1639</w:t>
        <w:br/>
        <w:t>vn -0.7596 -0.6495 -0.0346</w:t>
        <w:br/>
        <w:t>vn -0.5529 -0.7923 -0.2580</w:t>
        <w:br/>
        <w:t>vn -0.4425 -0.8199 -0.3632</w:t>
        <w:br/>
        <w:t>vn -0.7299 -0.6820 -0.0463</w:t>
        <w:br/>
        <w:t>vn -0.4352 -0.8671 -0.2423</w:t>
        <w:br/>
        <w:t>vn -0.5843 -0.8071 -0.0844</w:t>
        <w:br/>
        <w:t>vn -0.1702 -0.9605 -0.2203</w:t>
        <w:br/>
        <w:t>vn 0.1100 -0.8426 -0.5272</w:t>
        <w:br/>
        <w:t>vn 0.7245 -0.1215 -0.6785</w:t>
        <w:br/>
        <w:t>vn 0.6579 -0.3477 -0.6680</w:t>
        <w:br/>
        <w:t>vn 0.6909 -0.3238 -0.6464</w:t>
        <w:br/>
        <w:t>vn 0.6734 -0.0874 -0.7341</w:t>
        <w:br/>
        <w:t>vn 0.6067 -0.0986 -0.7888</w:t>
        <w:br/>
        <w:t>vn -0.1968 -0.2803 0.9395</w:t>
        <w:br/>
        <w:t>vn 0.0558 -0.0900 0.9944</w:t>
        <w:br/>
        <w:t>vn 0.1102 -0.2073 0.9721</w:t>
        <w:br/>
        <w:t>vn -0.2324 -0.3702 0.8994</w:t>
        <w:br/>
        <w:t>vn 0.0512 -0.6759 -0.7352</w:t>
        <w:br/>
        <w:t>vn 0.0216 -0.8540 -0.5198</w:t>
        <w:br/>
        <w:t>vn 0.1661 -0.5173 -0.8395</w:t>
        <w:br/>
        <w:t>vn 0.1162 -0.5791 -0.8069</w:t>
        <w:br/>
        <w:t>vn 0.0363 -0.0541 0.9979</w:t>
        <w:br/>
        <w:t>vn 0.0407 -0.0844 0.9956</w:t>
        <w:br/>
        <w:t>vn 0.2807 -0.3879 -0.8779</w:t>
        <w:br/>
        <w:t>vn 0.8060 -0.2289 -0.5459</w:t>
        <w:br/>
        <w:t>vn 0.5832 -0.0802 -0.8084</w:t>
        <w:br/>
        <w:t>vn 0.1977 -0.3894 0.8996</w:t>
        <w:br/>
        <w:t>vn -0.4764 -0.6497 -0.5923</w:t>
        <w:br/>
        <w:t>vn -0.5309 -0.7433 -0.4070</w:t>
        <w:br/>
        <w:t>vn -0.5712 -0.2955 -0.7658</w:t>
        <w:br/>
        <w:t>vn -0.4808 -0.3387 -0.8088</w:t>
        <w:br/>
        <w:t>vn -0.2805 0.0131 -0.9598</w:t>
        <w:br/>
        <w:t>vn -0.4615 -0.4756 -0.7489</w:t>
        <w:br/>
        <w:t>vn -0.6234 -0.7424 -0.2454</w:t>
        <w:br/>
        <w:t>vn -0.6913 -0.7188 -0.0738</w:t>
        <w:br/>
        <w:t>vn 0.0505 -0.1066 0.9930</w:t>
        <w:br/>
        <w:t>vn 0.2180 -0.4194 0.8812</w:t>
        <w:br/>
        <w:t>vn 0.3091 -0.6325 0.7102</w:t>
        <w:br/>
        <w:t>vn 0.4165 -0.8398 -0.3482</w:t>
        <w:br/>
        <w:t>vn 0.4300 -0.8865 -0.1710</w:t>
        <w:br/>
        <w:t>vn 0.6587 -0.4948 -0.5669</w:t>
        <w:br/>
        <w:t>vn 0.3991 -0.7788 -0.4839</w:t>
        <w:br/>
        <w:t>vn 0.3393 -0.7865 -0.5161</w:t>
        <w:br/>
        <w:t>vn 0.3228 -0.7700 -0.5504</w:t>
        <w:br/>
        <w:t>vn 0.6474 -0.3555 -0.6742</w:t>
        <w:br/>
        <w:t>vn 0.6469 -0.4072 -0.6448</w:t>
        <w:br/>
        <w:t>vn 0.4224 -0.6772 -0.6025</w:t>
        <w:br/>
        <w:t>vn -0.2415 -0.9561 -0.1662</w:t>
        <w:br/>
        <w:t>vn -0.0826 -0.9306 -0.3566</w:t>
        <w:br/>
        <w:t>vn 0.5017 -0.6061 -0.6171</w:t>
        <w:br/>
        <w:t>vn -0.5930 -0.7422 -0.3123</w:t>
        <w:br/>
        <w:t>vn -0.7663 -0.4780 -0.4293</w:t>
        <w:br/>
        <w:t>vn -0.3433 -0.9389 -0.0231</w:t>
        <w:br/>
        <w:t>vn -0.9428 0.3072 -0.1294</w:t>
        <w:br/>
        <w:t>vn -0.0793 -0.1290 0.9885</w:t>
        <w:br/>
        <w:t>vn -0.1134 0.1878 0.9756</w:t>
        <w:br/>
        <w:t>vn -0.5964 -0.7951 -0.1103</w:t>
        <w:br/>
        <w:t>vn -0.8252 -0.5415 -0.1608</w:t>
        <w:br/>
        <w:t>vn 0.1580 -0.8041 0.5731</w:t>
        <w:br/>
        <w:t>vn -0.2555 -0.9625 -0.0917</w:t>
        <w:br/>
        <w:t>vn -0.1861 0.3321 0.9247</w:t>
        <w:br/>
        <w:t>vn -0.1932 0.3021 0.9335</w:t>
        <w:br/>
        <w:t>vn -0.2321 0.2147 0.9487</w:t>
        <w:br/>
        <w:t>vn -0.4010 0.0723 0.9132</w:t>
        <w:br/>
        <w:t>vn 0.8302 -0.4805 -0.2827</w:t>
        <w:br/>
        <w:t>vn 0.9027 -0.2625 -0.3409</w:t>
        <w:br/>
        <w:t>vn 0.8757 -0.2402 -0.4189</w:t>
        <w:br/>
        <w:t>vn 0.5089 -0.1326 -0.8506</w:t>
        <w:br/>
        <w:t>vn 0.5064 -0.0778 -0.8588</w:t>
        <w:br/>
        <w:t>vn 0.2492 -0.4183 -0.8734</w:t>
        <w:br/>
        <w:t>vn 0.6010 -0.6898 -0.4037</w:t>
        <w:br/>
        <w:t>vn 0.1575 0.4484 -0.8799</w:t>
        <w:br/>
        <w:t>vn 0.4208 0.5636 -0.7108</w:t>
        <w:br/>
        <w:t>vn 0.4268 0.5404 -0.7251</w:t>
        <w:br/>
        <w:t>vn 0.1554 0.4571 -0.8757</w:t>
        <w:br/>
        <w:t>vn 0.8962 -0.3987 -0.1948</w:t>
        <w:br/>
        <w:t>vn 0.8445 -0.3850 -0.3724</w:t>
        <w:br/>
        <w:t>vn 0.8613 -0.3498 -0.3686</w:t>
        <w:br/>
        <w:t>vn 0.9344 -0.3334 -0.1254</w:t>
        <w:br/>
        <w:t>vn 0.9732 0.1988 0.1158</w:t>
        <w:br/>
        <w:t>vn 0.9852 0.1661 0.0430</w:t>
        <w:br/>
        <w:t>vn 0.9458 0.3246 -0.0106</w:t>
        <w:br/>
        <w:t>vn 0.9365 0.3448 0.0632</w:t>
        <w:br/>
        <w:t>vn 0.9859 -0.0472 0.1606</w:t>
        <w:br/>
        <w:t>vn 0.9902 -0.0989 0.0986</w:t>
        <w:br/>
        <w:t>vn 0.9840 0.0909 -0.1529</w:t>
        <w:br/>
        <w:t>vn 0.9819 -0.1640 -0.0953</w:t>
        <w:br/>
        <w:t>vn 0.9195 -0.0037 -0.3931</w:t>
        <w:br/>
        <w:t>vn 0.8600 0.1994 -0.4698</w:t>
        <w:br/>
        <w:t>vn 0.9195 0.2830 -0.2728</w:t>
        <w:br/>
        <w:t>vn 0.9656 -0.2555 0.0485</w:t>
        <w:br/>
        <w:t>vn 0.9856 -0.1475 0.0830</w:t>
        <w:br/>
        <w:t>vn 0.9906 -0.1119 -0.0784</w:t>
        <w:br/>
        <w:t>vn 0.9491 -0.2993 -0.0979</w:t>
        <w:br/>
        <w:t>vn 0.9076 -0.2437 -0.3417</w:t>
        <w:br/>
        <w:t>vn 0.7797 -0.2299 -0.5825</w:t>
        <w:br/>
        <w:t>vn 0.8095 -0.0714 -0.5828</w:t>
        <w:br/>
        <w:t>vn 0.7640 -0.2848 -0.5790</w:t>
        <w:br/>
        <w:t>vn 0.7689 -0.2868 -0.5715</w:t>
        <w:br/>
        <w:t>vn 0.7356 0.0914 -0.6712</w:t>
        <w:br/>
        <w:t>vn 0.7699 0.0198 -0.6378</w:t>
        <w:br/>
        <w:t>vn 0.6993 -0.1397 -0.7011</w:t>
        <w:br/>
        <w:t>vn 0.6312 -0.0413 -0.7745</w:t>
        <w:br/>
        <w:t>vn 0.6836 -0.1957 -0.7031</w:t>
        <w:br/>
        <w:t>vn 0.6755 -0.1941 -0.7114</w:t>
        <w:br/>
        <w:t>vn 0.5573 -0.0772 -0.8267</w:t>
        <w:br/>
        <w:t>vn 0.5787 -0.0730 -0.8123</w:t>
        <w:br/>
        <w:t>vn 0.7202 0.2087 -0.6616</w:t>
        <w:br/>
        <w:t>vn 0.8237 0.1134 -0.5556</w:t>
        <w:br/>
        <w:t>vn 0.2284 0.4982 -0.8365</w:t>
        <w:br/>
        <w:t>vn 0.2934 0.3889 -0.8733</w:t>
        <w:br/>
        <w:t>vn 0.2233 0.3186 -0.9212</w:t>
        <w:br/>
        <w:t>vn 0.7931 0.3009 -0.5296</w:t>
        <w:br/>
        <w:t>vn 0.6154 0.4522 -0.6456</w:t>
        <w:br/>
        <w:t>vn 0.5954 0.5460 -0.5894</w:t>
        <w:br/>
        <w:t>vn 0.7914 0.4075 -0.4557</w:t>
        <w:br/>
        <w:t>vn 0.9920 0.0416 0.1192</w:t>
        <w:br/>
        <w:t>vn 0.9952 0.0736 0.0649</w:t>
        <w:br/>
        <w:t>vn 0.9972 -0.0425 0.0616</w:t>
        <w:br/>
        <w:t>vn 0.9916 0.0006 0.1293</w:t>
        <w:br/>
        <w:t>vn 0.9683 0.2383 -0.0747</w:t>
        <w:br/>
        <w:t>vn 0.9958 0.0617 -0.0681</w:t>
        <w:br/>
        <w:t>vn 0.0855 0.0425 0.9954</w:t>
        <w:br/>
        <w:t>vn -0.0280 -0.0800 0.9964</w:t>
        <w:br/>
        <w:t>vn -0.2151 0.1470 0.9655</w:t>
        <w:br/>
        <w:t>vn 0.0223 0.2228 0.9746</w:t>
        <w:br/>
        <w:t>vn 0.5707 0.8087 0.1423</w:t>
        <w:br/>
        <w:t>vn 0.9181 0.3364 0.2095</w:t>
        <w:br/>
        <w:t>vn 0.8147 0.4252 0.3943</w:t>
        <w:br/>
        <w:t>vn 0.4434 0.8381 0.3177</w:t>
        <w:br/>
        <w:t>vn -0.5854 0.6096 -0.5345</w:t>
        <w:br/>
        <w:t>vn -0.3605 0.5205 -0.7740</w:t>
        <w:br/>
        <w:t>vn -0.3041 0.6284 -0.7160</w:t>
        <w:br/>
        <w:t>vn -0.4631 0.7563 -0.4621</w:t>
        <w:br/>
        <w:t>vn 0.9694 0.2433 0.0334</w:t>
        <w:br/>
        <w:t>vn 0.9201 0.3847 -0.0737</w:t>
        <w:br/>
        <w:t>vn 0.5358 -0.2178 0.8157</w:t>
        <w:br/>
        <w:t>vn 0.2366 -0.1665 0.9572</w:t>
        <w:br/>
        <w:t>vn 0.2934 -0.0211 0.9558</w:t>
        <w:br/>
        <w:t>vn 0.5767 -0.0320 0.8163</w:t>
        <w:br/>
        <w:t>vn -0.0933 0.4580 0.8840</w:t>
        <w:br/>
        <w:t>vn 0.3773 0.5015 0.7785</w:t>
        <w:br/>
        <w:t>vn 0.5666 0.4352 0.6997</w:t>
        <w:br/>
        <w:t>vn 0.1430 0.3316 0.9325</w:t>
        <w:br/>
        <w:t>vn 0.1147 0.7064 0.6985</w:t>
        <w:br/>
        <w:t>vn 0.2758 0.8014 0.5308</w:t>
        <w:br/>
        <w:t>vn 0.6609 0.5119 0.5488</w:t>
        <w:br/>
        <w:t>vn 0.9871 -0.0276 -0.1578</w:t>
        <w:br/>
        <w:t>vn 0.9838 -0.0771 0.1618</w:t>
        <w:br/>
        <w:t>vn 0.9817 0.0175 0.1898</w:t>
        <w:br/>
        <w:t>vn 0.9875 0.0861 -0.1323</w:t>
        <w:br/>
        <w:t>vn 0.1354 0.1393 -0.9810</w:t>
        <w:br/>
        <w:t>vn 0.1523 0.2288 -0.9615</w:t>
        <w:br/>
        <w:t>vn 0.0790 0.2221 -0.9718</w:t>
        <w:br/>
        <w:t>vn 0.0770 0.0677 -0.9947</w:t>
        <w:br/>
        <w:t>vn 0.1854 0.3726 -0.9093</w:t>
        <w:br/>
        <w:t>vn 0.4535 0.4638 -0.7610</w:t>
        <w:br/>
        <w:t>vn 0.4603 0.3970 -0.7941</w:t>
        <w:br/>
        <w:t>vn 0.1885 0.3425 -0.9204</w:t>
        <w:br/>
        <w:t>vn 0.3765 0.3516 -0.8571</w:t>
        <w:br/>
        <w:t>vn 0.2142 0.2854 -0.9342</w:t>
        <w:br/>
        <w:t>vn 0.1983 0.3259 -0.9244</w:t>
        <w:br/>
        <w:t>vn 0.9165 0.3553 -0.1836</w:t>
        <w:br/>
        <w:t>vn 0.9584 0.2133 -0.1897</w:t>
        <w:br/>
        <w:t>vn 0.9799 0.0646 -0.1887</w:t>
        <w:br/>
        <w:t>vn 0.9700 0.0063 -0.2429</w:t>
        <w:br/>
        <w:t>vn 0.9440 -0.0826 -0.3195</w:t>
        <w:br/>
        <w:t>vn 0.8947 0.0147 -0.4465</w:t>
        <w:br/>
        <w:t>vn 0.6507 0.6526 -0.3882</w:t>
        <w:br/>
        <w:t>vn 0.5677 0.6095 -0.5533</w:t>
        <w:br/>
        <w:t>vn 0.7971 0.5743 -0.1863</w:t>
        <w:br/>
        <w:t>vn 0.8460 0.5005 -0.1837</w:t>
        <w:br/>
        <w:t>vn 0.6932 0.6885 -0.2132</w:t>
        <w:br/>
        <w:t>vn 0.7415 0.6460 -0.1812</w:t>
        <w:br/>
        <w:t>vn 0.7941 0.5960 -0.1192</w:t>
        <w:br/>
        <w:t>vn 0.8165 0.5718 -0.0803</w:t>
        <w:br/>
        <w:t>vn 0.6468 0.7174 -0.2589</w:t>
        <w:br/>
        <w:t>vn 0.6521 0.7503 -0.1088</w:t>
        <w:br/>
        <w:t>vn 0.6326 0.7623 -0.1367</w:t>
        <w:br/>
        <w:t>vn 0.6340 0.7442 -0.2104</w:t>
        <w:br/>
        <w:t>vn 0.7339 0.6285 -0.2577</w:t>
        <w:br/>
        <w:t>vn 0.6478 0.6791 -0.3451</w:t>
        <w:br/>
        <w:t>vn 0.7882 0.4608 -0.4080</w:t>
        <w:br/>
        <w:t>vn -0.0486 0.1370 -0.9894</w:t>
        <w:br/>
        <w:t>vn -0.0925 0.2120 -0.9729</w:t>
        <w:br/>
        <w:t>vn -0.1125 0.1837 -0.9765</w:t>
        <w:br/>
        <w:t>vn -0.0290 0.0868 -0.9958</w:t>
        <w:br/>
        <w:t>vn -0.2618 0.5854 -0.7673</w:t>
        <w:br/>
        <w:t>vn -0.3557 0.7908 -0.4981</w:t>
        <w:br/>
        <w:t>vn -0.4599 0.7428 -0.4865</w:t>
        <w:br/>
        <w:t>vn -0.3401 0.5463 -0.7654</w:t>
        <w:br/>
        <w:t>vn -0.1658 0.3799 -0.9100</w:t>
        <w:br/>
        <w:t>vn -0.2152 0.3509 -0.9114</w:t>
        <w:br/>
        <w:t>vn -0.4267 0.7162 0.5523</w:t>
        <w:br/>
        <w:t>vn -0.5560 0.6856 0.4700</w:t>
        <w:br/>
        <w:t>vn -0.5508 0.8058 0.2176</w:t>
        <w:br/>
        <w:t>vn -0.4196 0.8745 0.2432</w:t>
        <w:br/>
        <w:t>vn -0.4688 0.5000 0.7282</w:t>
        <w:br/>
        <w:t>vn -0.5490 0.5197 0.6546</w:t>
        <w:br/>
        <w:t>vn -0.5043 0.2506 0.8264</w:t>
        <w:br/>
        <w:t>vn -0.5923 0.2405 0.7690</w:t>
        <w:br/>
        <w:t>vn -0.5605 0.3646 0.7436</w:t>
        <w:br/>
        <w:t>vn -0.5009 0.3568 0.7885</w:t>
        <w:br/>
        <w:t>vn -0.6322 0.1550 0.7591</w:t>
        <w:br/>
        <w:t>vn -0.5425 0.1628 0.8242</w:t>
        <w:br/>
        <w:t>vn -0.0369 -0.0195 -0.9991</w:t>
        <w:br/>
        <w:t>vn -0.1581 0.0984 -0.9825</w:t>
        <w:br/>
        <w:t>vn -0.1660 0.0305 -0.9857</w:t>
        <w:br/>
        <w:t>vn -0.0307 -0.0719 -0.9969</w:t>
        <w:br/>
        <w:t>vn -0.4710 0.3721 -0.7998</w:t>
        <w:br/>
        <w:t>vn -0.2526 0.1721 -0.9521</w:t>
        <w:br/>
        <w:t>vn -0.3219 0.1057 -0.9408</w:t>
        <w:br/>
        <w:t>vn -0.4666 0.2936 -0.8343</w:t>
        <w:br/>
        <w:t>vn -0.6054 0.7710 0.1977</w:t>
        <w:br/>
        <w:t>vn -0.7510 0.6336 0.1859</w:t>
        <w:br/>
        <w:t>vn -0.7465 0.6519 -0.1331</w:t>
        <w:br/>
        <w:t>vn -0.5972 0.7941 -0.1130</w:t>
        <w:br/>
        <w:t>vn -0.7249 0.5527 0.4111</w:t>
        <w:br/>
        <w:t>vn -0.5983 0.6737 0.4337</w:t>
        <w:br/>
        <w:t>vn -0.6071 0.5158 0.6045</w:t>
        <w:br/>
        <w:t>vn -0.7108 0.4248 0.5606</w:t>
        <w:br/>
        <w:t>vn -0.7053 0.3096 0.6377</w:t>
        <w:br/>
        <w:t>vn -0.6315 0.3542 0.6898</w:t>
        <w:br/>
        <w:t>vn -0.6795 0.2282 0.6973</w:t>
        <w:br/>
        <w:t>vn -0.7067 0.1484 0.6918</w:t>
        <w:br/>
        <w:t>vn -0.7001 0.2739 0.6594</w:t>
        <w:br/>
        <w:t>vn -0.6949 0.2862 0.6597</w:t>
        <w:br/>
        <w:t>vn 0.2216 0.2529 -0.9418</w:t>
        <w:br/>
        <w:t>vn 0.8262 0.3155 0.4668</w:t>
        <w:br/>
        <w:t>vn 0.9580 0.1700 0.2311</w:t>
        <w:br/>
        <w:t>vn 0.4204 0.4756 -0.7727</w:t>
        <w:br/>
        <w:t>vn 0.6277 0.2542 -0.7358</w:t>
        <w:br/>
        <w:t>vn 0.4979 0.1997 -0.8439</w:t>
        <w:br/>
        <w:t>vn 0.9794 0.1586 0.1249</w:t>
        <w:br/>
        <w:t>vn 0.3656 0.1263 -0.9222</w:t>
        <w:br/>
        <w:t>vn 0.5542 0.3681 -0.7466</w:t>
        <w:br/>
        <w:t>vn 0.4641 0.4934 -0.7357</w:t>
        <w:br/>
        <w:t>vn 0.4088 0.1483 -0.9005</w:t>
        <w:br/>
        <w:t>vn 0.1885 0.3424 -0.9204</w:t>
        <w:br/>
        <w:t>vn 0.7777 0.6286 -0.0006</w:t>
        <w:br/>
        <w:t>vn 0.4528 0.7699 0.4496</w:t>
        <w:br/>
        <w:t>vn 0.3997 0.6577 0.6385</w:t>
        <w:br/>
        <w:t>vn 0.7460 0.6636 0.0553</w:t>
        <w:br/>
        <w:t>vn 0.7219 0.1650 0.6720</w:t>
        <w:br/>
        <w:t>vn 0.8186 0.3012 0.4891</w:t>
        <w:br/>
        <w:t>vn 0.7235 0.3330 0.6047</w:t>
        <w:br/>
        <w:t>vn 0.5948 0.1861 0.7820</w:t>
        <w:br/>
        <w:t>vn 0.5337 0.5625 0.6315</w:t>
        <w:br/>
        <w:t>vn 0.4050 0.4580 0.7913</w:t>
        <w:br/>
        <w:t>vn 0.4731 0.2860 0.8333</w:t>
        <w:br/>
        <w:t>vn 0.6099 0.4245 0.6692</w:t>
        <w:br/>
        <w:t>vn 0.6363 0.7563 0.1518</w:t>
        <w:br/>
        <w:t>vn 0.5504 0.7796 0.2987</w:t>
        <w:br/>
        <w:t>vn 0.8338 0.5500 -0.0478</w:t>
        <w:br/>
        <w:t>vn 0.8786 0.4636 -0.1144</w:t>
        <w:br/>
        <w:t>vn 0.7997 0.1422 0.5833</w:t>
        <w:br/>
        <w:t>vn 0.9084 0.4045 0.1054</w:t>
        <w:br/>
        <w:t>vn 0.6865 0.4645 -0.5594</w:t>
        <w:br/>
        <w:t>vn 0.9086 0.3278 -0.2588</w:t>
        <w:br/>
        <w:t>vn 0.9087 0.3277 -0.2587</w:t>
        <w:br/>
        <w:t>vn 0.7619 0.6476 -0.0077</w:t>
        <w:br/>
        <w:t>vn 0.5156 0.8370 0.1832</w:t>
        <w:br/>
        <w:t>vn -0.0366 0.8448 0.5338</w:t>
        <w:br/>
        <w:t>vn -0.2026 0.6197 0.7582</w:t>
        <w:br/>
        <w:t>vn 0.3186 0.8702 0.3757</w:t>
        <w:br/>
        <w:t>vn -0.6826 0.1045 0.7233</w:t>
        <w:br/>
        <w:t>vn -0.7366 0.1144 0.6666</w:t>
        <w:br/>
        <w:t>vn -0.6159 0.1052 0.7808</w:t>
        <w:br/>
        <w:t>vn -0.5963 0.4037 -0.6939</w:t>
        <w:br/>
        <w:t>vn -0.6648 0.5819 -0.4684</w:t>
        <w:br/>
        <w:t>vn -0.4584 0.2799 -0.8435</w:t>
        <w:br/>
        <w:t>vn -0.7025 0.6702 0.2395</w:t>
        <w:br/>
        <w:t>vn -0.4048 0.9089 -0.1000</w:t>
        <w:br/>
        <w:t>vn -0.7056 0.7026 -0.0917</w:t>
        <w:br/>
        <w:t>vn -0.4020 -0.1632 -0.9010</w:t>
        <w:br/>
        <w:t>vn -0.0356 0.1114 -0.9931</w:t>
        <w:br/>
        <w:t>vn -0.2694 -0.0786 -0.9598</w:t>
        <w:br/>
        <w:t>vn -0.4583 -0.2609 0.8497</w:t>
        <w:br/>
        <w:t>vn -0.5714 0.0666 0.8180</w:t>
        <w:br/>
        <w:t>vn -0.5049 0.0798 0.8595</w:t>
        <w:br/>
        <w:t>vn -0.6613 -0.2747 0.6980</w:t>
        <w:br/>
        <w:t>vn -0.3790 0.0689 -0.9228</w:t>
        <w:br/>
        <w:t>vn 0.1174 0.4035 -0.9074</w:t>
        <w:br/>
        <w:t>vn 0.0491 0.4116 -0.9100</w:t>
        <w:br/>
        <w:t>vn 0.0543 0.1655 0.7702</w:t>
        <w:br/>
        <w:t>vn -0.1149 0.4903 -0.8640</w:t>
        <w:br/>
        <w:t>vn -0.1162 0.4649 -0.8777</w:t>
        <w:br/>
        <w:t>vn -0.0131 0.6761 0.7367</w:t>
        <w:br/>
        <w:t>vn -0.0678 0.4126 0.9084</w:t>
        <w:br/>
        <w:t>vn 0.3819 -0.1716 0.9081</w:t>
        <w:br/>
        <w:t>vn 0.1704 -0.2214 0.9602</w:t>
        <w:br/>
        <w:t>vn -0.0792 0.0587 0.9951</w:t>
        <w:br/>
        <w:t>vn -0.0041 -0.1610 0.9870</w:t>
        <w:br/>
        <w:t>vn 0.3049 0.8609 0.4074</w:t>
        <w:br/>
        <w:t>vn 0.0528 0.7904 0.6103</w:t>
        <w:br/>
        <w:t>vn 0.6105 -0.0330 0.7913</w:t>
        <w:br/>
        <w:t>vn 0.6439 0.7647 -0.0263</w:t>
        <w:br/>
        <w:t>vn 0.5142 0.5441 -0.6630</w:t>
        <w:br/>
        <w:t>vn 0.6235 0.3667 -0.6905</w:t>
        <w:br/>
        <w:t>vn -0.0761 0.0979 -0.9923</w:t>
        <w:br/>
        <w:t>vn -0.6759 0.5202 -0.5221</w:t>
        <w:br/>
        <w:t>vn -0.6218 0.7614 0.1832</w:t>
        <w:br/>
        <w:t>vn -0.5775 0.8066 -0.1262</w:t>
        <w:br/>
        <w:t>vn -0.8151 0.5595 -0.1506</w:t>
        <w:br/>
        <w:t>vn -0.8303 0.5280 0.1783</w:t>
        <w:br/>
        <w:t>vn -0.7273 0.4147 0.5469</w:t>
        <w:br/>
        <w:t>vn -0.7811 0.4847 0.3936</w:t>
        <w:br/>
        <w:t>vn -0.6384 0.3998 0.6578</w:t>
        <w:br/>
        <w:t>vn -0.6778 0.4069 0.6124</w:t>
        <w:br/>
        <w:t>vn -0.6549 0.5585 0.5091</w:t>
        <w:br/>
        <w:t>vn -0.5365 0.5148 0.6687</w:t>
        <w:br/>
        <w:t>vn -0.4505 0.6072 0.6545</w:t>
        <w:br/>
        <w:t>vn -0.6987 0.2813 0.6578</w:t>
        <w:br/>
        <w:t>vn 0.8395 -0.0274 0.5427</w:t>
        <w:br/>
        <w:t>vn 0.8275 -0.1754 0.5334</w:t>
        <w:br/>
        <w:t>vn 0.7656 0.2005 -0.6112</w:t>
        <w:br/>
        <w:t>vn 0.6698 0.7425 -0.0084</w:t>
        <w:br/>
        <w:t>vn 0.7050 0.6830 -0.1910</w:t>
        <w:br/>
        <w:t>vn 0.9571 0.2650 0.1175</w:t>
        <w:br/>
        <w:t>vn 0.0188 0.1597 0.9870</w:t>
        <w:br/>
        <w:t>vn -0.6436 0.6631 0.3821</w:t>
        <w:br/>
        <w:t>vn -0.7631 0.4183 0.4927</w:t>
        <w:br/>
        <w:t>vn -0.7515 0.5515 0.3620</w:t>
        <w:br/>
        <w:t>vn 0.9143 0.2000 -0.3523</w:t>
        <w:br/>
        <w:t>vn 0.9023 0.0475 -0.4285</w:t>
        <w:br/>
        <w:t>vn 0.9796 0.1105 0.1676</w:t>
        <w:br/>
        <w:t>vn 0.0185 0.0107 -0.9998</w:t>
        <w:br/>
        <w:t>vn 0.0629 -0.0743 -0.9952</w:t>
        <w:br/>
        <w:t>vn 0.0276 -0.1914 -0.9811</w:t>
        <w:br/>
        <w:t>vn -0.0322 -0.4083 -0.9123</w:t>
        <w:br/>
        <w:t>vn -0.0767 -0.4321 -0.8986</w:t>
        <w:br/>
        <w:t>vn 0.1436 -0.0854 -0.9859</w:t>
        <w:br/>
        <w:t>vn 0.0285 -0.2163 -0.9759</w:t>
        <w:br/>
        <w:t>vn 0.0772 -0.2486 -0.9655</w:t>
        <w:br/>
        <w:t>vn 0.0093 -0.3586 -0.9334</w:t>
        <w:br/>
        <w:t>vn 0.0062 -0.4163 -0.9092</w:t>
        <w:br/>
        <w:t>vn -0.7417 0.6544 0.1471</w:t>
        <w:br/>
        <w:t>vn -0.7098 0.6811 -0.1799</w:t>
        <w:br/>
        <w:t>vn -0.1467 -0.6162 -0.7738</w:t>
        <w:br/>
        <w:t>vn 0.0030 -0.3808 -0.9246</w:t>
        <w:br/>
        <w:t>vn 0.1947 -0.5369 -0.8209</w:t>
        <w:br/>
        <w:t>vn 0.1493 0.1097 -0.9827</w:t>
        <w:br/>
        <w:t>vn 0.1715 0.2328 -0.9573</w:t>
        <w:br/>
        <w:t>vn 0.2179 -0.2004 -0.9552</w:t>
        <w:br/>
        <w:t>vn -0.0572 -0.4431 -0.8946</w:t>
        <w:br/>
        <w:t>vn 0.1331 -0.3092 -0.9416</w:t>
        <w:br/>
        <w:t>vn 0.0026 -0.4282 -0.9037</w:t>
        <w:br/>
        <w:t>vn -0.4017 -0.1142 0.9086</w:t>
        <w:br/>
        <w:t>vn -0.4725 -0.0664 0.8788</w:t>
        <w:br/>
        <w:t>vn -0.3591 -0.1060 0.9273</w:t>
        <w:br/>
        <w:t>vn -0.5205 0.1343 0.8433</w:t>
        <w:br/>
        <w:t>vn -0.5031 0.0541 0.8625</w:t>
        <w:br/>
        <w:t>vn -0.4134 0.3168 0.8537</w:t>
        <w:br/>
        <w:t>vn -0.5781 -0.6859 -0.4420</w:t>
        <w:br/>
        <w:t>vn -0.5232 -0.7788 -0.3461</w:t>
        <w:br/>
        <w:t>vn -0.4239 -0.6842 -0.5935</w:t>
        <w:br/>
        <w:t>vn -0.4242 -0.6223 -0.6578</w:t>
        <w:br/>
        <w:t>vn -0.9567 0.2600 -0.1308</w:t>
        <w:br/>
        <w:t>vn -0.9914 -0.0330 -0.1266</w:t>
        <w:br/>
        <w:t>vn -0.4469 -0.8261 -0.3432</w:t>
        <w:br/>
        <w:t>vn -0.5487 -0.6908 -0.4708</w:t>
        <w:br/>
        <w:t>vn -0.4934 -0.7775 -0.3899</w:t>
        <w:br/>
        <w:t>vn -0.6521 -0.6375 -0.4104</w:t>
        <w:br/>
        <w:t>vn -0.9542 -0.2623 -0.1441</w:t>
        <w:br/>
        <w:t>vn -0.5070 -0.8618 0.0134</w:t>
        <w:br/>
        <w:t>vn -0.5675 -0.8234 0.0069</w:t>
        <w:br/>
        <w:t>vn -0.2919 -0.9561 -0.0271</w:t>
        <w:br/>
        <w:t>vn -0.2669 -0.9579 -0.1055</w:t>
        <w:br/>
        <w:t>vn 0.9763 0.2115 -0.0451</w:t>
        <w:br/>
        <w:t>vn 0.9712 0.1621 0.1748</w:t>
        <w:br/>
        <w:t>vn 0.9811 0.1899 -0.0374</w:t>
        <w:br/>
        <w:t>vn -0.6991 -0.3280 -0.6353</w:t>
        <w:br/>
        <w:t>vn -0.8432 0.0684 -0.5332</w:t>
        <w:br/>
        <w:t>vn 0.4651 -0.6180 -0.6338</w:t>
        <w:br/>
        <w:t>vn 0.5249 -0.5363 -0.6610</w:t>
        <w:br/>
        <w:t>vn 0.2370 -0.1732 -0.9559</w:t>
        <w:br/>
        <w:t>vn 0.2653 -0.3192 -0.9098</w:t>
        <w:br/>
        <w:t>vn -0.3282 0.5944 0.7341</w:t>
        <w:br/>
        <w:t>vn -0.3684 0.4775 0.7976</w:t>
        <w:br/>
        <w:t>vn -0.3873 0.2965 0.8730</w:t>
        <w:br/>
        <w:t>vn -0.7239 -0.2081 -0.6578</w:t>
        <w:br/>
        <w:t>vn -0.2981 -0.0165 -0.9544</w:t>
        <w:br/>
        <w:t>vn -0.6867 -0.3223 -0.6516</w:t>
        <w:br/>
        <w:t>vn -0.9108 0.2420 -0.3344</w:t>
        <w:br/>
        <w:t>vn -0.8559 0.1188 -0.5034</w:t>
        <w:br/>
        <w:t>vn -0.1786 -0.5266 0.8311</w:t>
        <w:br/>
        <w:t>vn -0.1101 -0.6933 0.7122</w:t>
        <w:br/>
        <w:t>vn -0.4859 -0.6778 0.5518</w:t>
        <w:br/>
        <w:t>vn -0.5319 -0.5742 0.6225</w:t>
        <w:br/>
        <w:t>vn -0.0061 -0.9961 0.0886</w:t>
        <w:br/>
        <w:t>vn 0.0151 -0.9686 -0.2480</w:t>
        <w:br/>
        <w:t>vn -0.3510 -0.9149 -0.1997</w:t>
        <w:br/>
        <w:t>vn -0.3824 -0.9213 0.0712</w:t>
        <w:br/>
        <w:t>vn -0.3227 -0.7355 -0.5957</w:t>
        <w:br/>
        <w:t>vn -0.3555 -0.8382 -0.4135</w:t>
        <w:br/>
        <w:t>vn -0.6657 -0.0602 0.7438</w:t>
        <w:br/>
        <w:t>vn -0.6305 0.1437 0.7628</w:t>
        <w:br/>
        <w:t>vn -0.8174 -0.2533 0.5173</w:t>
        <w:br/>
        <w:t>vn -0.7698 -0.3757 0.5160</w:t>
        <w:br/>
        <w:t>vn -0.2419 -0.7172 -0.6536</w:t>
        <w:br/>
        <w:t>vn -0.0136 -0.4435 0.8962</w:t>
        <w:br/>
        <w:t>vn -0.3003 -0.3675 0.8802</w:t>
        <w:br/>
        <w:t>vn -0.5841 -0.5403 0.6057</w:t>
        <w:br/>
        <w:t>vn -0.6002 -0.5765 0.5544</w:t>
        <w:br/>
        <w:t>vn -0.0969 -0.6833 -0.7237</w:t>
        <w:br/>
        <w:t>vn -0.1697 -0.7083 -0.6852</w:t>
        <w:br/>
        <w:t>vn 0.5812 -0.3786 -0.7203</w:t>
        <w:br/>
        <w:t>vn -0.0543 -0.7017 -0.7104</w:t>
        <w:br/>
        <w:t>vn -0.0548 -0.6847 -0.7268</w:t>
        <w:br/>
        <w:t>vn 0.2493 -0.4183 -0.8734</w:t>
        <w:br/>
        <w:t>vn -0.5501 -0.4812 0.6825</w:t>
        <w:br/>
        <w:t>vn -0.2324 -0.3701 0.8994</w:t>
        <w:br/>
        <w:t>vn -0.3923 0.1679 0.9044</w:t>
        <w:br/>
        <w:t>vn -0.3508 0.4923 0.7966</w:t>
        <w:br/>
        <w:t>vn -0.1073 -0.4415 0.8908</w:t>
        <w:br/>
        <w:t>vn 0.1494 -0.3481 0.9255</w:t>
        <w:br/>
        <w:t>vn -0.7228 -0.5679 -0.3937</w:t>
        <w:br/>
        <w:t>vn -0.6729 -0.5623 -0.4806</w:t>
        <w:br/>
        <w:t>vn -0.6932 -0.6204 -0.3668</w:t>
        <w:br/>
        <w:t>vn -0.3462 0.6728 0.6538</w:t>
        <w:br/>
        <w:t>vn -0.3068 0.6902 0.6554</w:t>
        <w:br/>
        <w:t>vn -0.3399 0.6249 0.7028</w:t>
        <w:br/>
        <w:t>vn -0.7631 -0.6208 -0.1798</w:t>
        <w:br/>
        <w:t>vn -0.8281 -0.5601 -0.0214</w:t>
        <w:br/>
        <w:t>vn -0.7282 -0.6604 0.1831</w:t>
        <w:br/>
        <w:t>vn -0.4764 -0.6498 -0.5924</w:t>
        <w:br/>
        <w:t>vn -0.7307 -0.6487 -0.2127</w:t>
        <w:br/>
        <w:t>vn -0.7765 -0.6220 -0.1003</w:t>
        <w:br/>
        <w:t>vn -0.8339 -0.5519 0.0014</w:t>
        <w:br/>
        <w:t>vn -0.9052 -0.4232 0.0399</w:t>
        <w:br/>
        <w:t>vn -0.3742 -0.5370 0.7560</w:t>
        <w:br/>
        <w:t>vn -0.8526 -0.5019 0.1456</w:t>
        <w:br/>
        <w:t>vn -0.7337 -0.6278 0.2599</w:t>
        <w:br/>
        <w:t>vn -0.4204 -0.7075 -0.5681</w:t>
        <w:br/>
        <w:t>vn -0.5594 -0.8070 -0.1892</w:t>
        <w:br/>
        <w:t>vn -0.2918 -0.8922 -0.3448</w:t>
        <w:br/>
        <w:t>vn -0.2999 -0.9528 -0.0473</w:t>
        <w:br/>
        <w:t>vn -0.5963 -0.7951 -0.1103</w:t>
        <w:br/>
        <w:t>vn -0.5930 -0.7422 -0.3124</w:t>
        <w:br/>
        <w:t>vn -0.3537 -0.9214 -0.1608</w:t>
        <w:br/>
        <w:t>vn -0.2665 -0.9460 -0.1845</w:t>
        <w:br/>
        <w:t>vn -0.8486 0.3871 -0.3606</w:t>
        <w:br/>
        <w:t>vn -0.8590 0.4698 -0.2035</w:t>
        <w:br/>
        <w:t>vn -0.9815 0.0892 -0.1693</w:t>
        <w:br/>
        <w:t>vn -0.5530 -0.3453 0.7582</w:t>
        <w:br/>
        <w:t>vn -0.6176 -0.3017 0.7263</w:t>
        <w:br/>
        <w:t>vn -0.1244 -0.2342 0.9642</w:t>
        <w:br/>
        <w:t>vn -0.0233 -0.3041 0.9524</w:t>
        <w:br/>
        <w:t>vn 0.9084 -0.4060 -0.0996</w:t>
        <w:br/>
        <w:t>vn 0.9276 -0.3689 -0.0584</w:t>
        <w:br/>
        <w:t>vn -0.4314 -0.8735 0.2258</w:t>
        <w:br/>
        <w:t>vn 0.2391 -0.9547 0.1770</w:t>
        <w:br/>
        <w:t>vn -0.2189 -0.9619 0.1635</w:t>
        <w:br/>
        <w:t>vn 0.8705 0.1381 0.4724</w:t>
        <w:br/>
        <w:t>vn -0.1648 -0.2856 0.9441</w:t>
        <w:br/>
        <w:t>vn -0.4022 -0.0267 0.9152</w:t>
        <w:br/>
        <w:t>vn 0.1771 0.9805 0.0849</w:t>
        <w:br/>
        <w:t>vn 0.0311 0.9657 0.2580</w:t>
        <w:br/>
        <w:t>vn 0.4362 -0.4735 0.7652</w:t>
        <w:br/>
        <w:t>vn 0.1338 -0.3884 0.9117</w:t>
        <w:br/>
        <w:t>vn -0.4255 0.3152 0.8483</w:t>
        <w:br/>
        <w:t>vn -0.2512 0.6398 0.7263</w:t>
        <w:br/>
        <w:t>vn -0.0836 0.8667 0.4917</w:t>
        <w:br/>
        <w:t>vn 0.9434 -0.2815 -0.1757</w:t>
        <w:br/>
        <w:t>vn 0.9378 -0.3160 0.1440</w:t>
        <w:br/>
        <w:t>vn 0.3506 0.7219 -0.5966</w:t>
        <w:br/>
        <w:t>vn 0.3124 0.5131 -0.7994</w:t>
        <w:br/>
        <w:t>vn 0.3318 0.2567 -0.9077</w:t>
        <w:br/>
        <w:t>vn 0.5226 0.0688 -0.8498</w:t>
        <w:br/>
        <w:t>vn 0.7478 -0.4387 0.4984</w:t>
        <w:br/>
        <w:t>vn 0.7188 -0.0276 -0.6947</w:t>
        <w:br/>
        <w:t>vn 0.3216 0.9420 -0.0958</w:t>
        <w:br/>
        <w:t>vn 0.3748 0.8645 -0.3348</w:t>
        <w:br/>
        <w:t>vn 0.8554 -0.2037 -0.4763</w:t>
        <w:br/>
        <w:t>vn -0.2545 0.1309 -0.9582</w:t>
        <w:br/>
        <w:t>vn -0.0820 0.0924 -0.9923</w:t>
        <w:br/>
        <w:t>vn 0.1769 0.2625 -0.9486</w:t>
        <w:br/>
        <w:t>vn 0.1475 0.3214 -0.9354</w:t>
        <w:br/>
        <w:t>vn 0.0234 0.0457 -0.9987</w:t>
        <w:br/>
        <w:t>vn 0.0766 0.0303 -0.9966</w:t>
        <w:br/>
        <w:t>vn -0.9413 0.2377 -0.2397</w:t>
        <w:br/>
        <w:t>vn -0.7837 0.1966 -0.5892</w:t>
        <w:br/>
        <w:t>vn -0.9657 0.2459 0.0833</w:t>
        <w:br/>
        <w:t>vn -0.7031 0.4533 0.5479</w:t>
        <w:br/>
        <w:t>vn -0.5464 0.5260 0.6518</w:t>
        <w:br/>
        <w:t>vn 0.0410 -0.0116 -0.9991</w:t>
        <w:br/>
        <w:t>vn 0.0845 -0.0020 -0.9964</w:t>
        <w:br/>
        <w:t>vn 0.1371 0.4254 -0.8946</w:t>
        <w:br/>
        <w:t>vn 0.0192 0.2307 -0.9728</w:t>
        <w:br/>
        <w:t>vn -0.9132 0.2270 0.3386</w:t>
        <w:br/>
        <w:t>vn -0.0067 0.3859 -0.9225</w:t>
        <w:br/>
        <w:t>vn 0.0832 0.3887 -0.9176</w:t>
        <w:br/>
        <w:t>vn -0.0110 0.0629 -0.9980</w:t>
        <w:br/>
        <w:t>vn -0.5132 0.1580 -0.8436</w:t>
        <w:br/>
        <w:t>vn -0.1827 0.4421 -0.8782</w:t>
        <w:br/>
        <w:t>vn -0.8095 0.5757 -0.1151</w:t>
        <w:br/>
        <w:t>vn -0.6682 0.5780 -0.4684</w:t>
        <w:br/>
        <w:t>vn -0.7671 0.4852 0.4197</w:t>
        <w:br/>
        <w:t>vn -0.8258 0.5295 0.1941</w:t>
        <w:br/>
        <w:t>vn 0.1127 0.3703 -0.9221</w:t>
        <w:br/>
        <w:t>vn -0.4265 0.5218 -0.7388</w:t>
        <w:br/>
        <w:t>vn -0.5158 0.5289 0.6740</w:t>
        <w:br/>
        <w:t>vn 0.1403 0.4204 -0.8964</w:t>
        <w:br/>
        <w:t>vn 0.0428 -0.0539 -0.9976</w:t>
        <w:br/>
        <w:t>vn 0.0598 -0.0825 0.9948</w:t>
        <w:br/>
        <w:t>vn 0.2491 -0.1546 0.9561</w:t>
        <w:br/>
        <w:t>vn -0.0207 -0.0176 0.9996</w:t>
        <w:br/>
        <w:t>vn -0.0527 0.0063 0.9986</w:t>
        <w:br/>
        <w:t>vn 0.5390 -0.1968 0.8190</w:t>
        <w:br/>
        <w:t>vn 0.8122 -0.2115 0.5437</w:t>
        <w:br/>
        <w:t>vn 0.9403 0.0365 -0.3385</w:t>
        <w:br/>
        <w:t>vn 0.9841 -0.1249 -0.1266</w:t>
        <w:br/>
        <w:t>vn 0.7618 0.6322 -0.1409</w:t>
        <w:br/>
        <w:t>vn 0.8768 0.2998 -0.3759</w:t>
        <w:br/>
        <w:t>vn -0.0514 0.0513 0.9974</w:t>
        <w:br/>
        <w:t>vn -0.0635 0.0864 0.9942</w:t>
        <w:br/>
        <w:t>vn 0.0006 0.4051 0.9143</w:t>
        <w:br/>
        <w:t>vn 0.0099 0.3740 0.9274</w:t>
        <w:br/>
        <w:t>vn -0.0862 0.0257 0.9959</w:t>
        <w:br/>
        <w:t>vn 0.8645 0.4749 -0.1648</w:t>
        <w:br/>
        <w:t>vn 0.9203 0.3811 -0.0885</w:t>
        <w:br/>
        <w:t>vn 0.1463 0.3956 0.9067</w:t>
        <w:br/>
        <w:t>vn 0.2082 0.4079 0.8890</w:t>
        <w:br/>
        <w:t>vn 0.5048 0.8496 0.1524</w:t>
        <w:br/>
        <w:t>vn 0.3360 0.2752 0.9008</w:t>
        <w:br/>
        <w:t>vn 0.7855 0.2120 0.5813</w:t>
        <w:br/>
        <w:t>vn 0.5556 0.2358 0.7973</w:t>
        <w:br/>
        <w:t>vn 0.9741 -0.1916 -0.1203</w:t>
        <w:br/>
        <w:t>vn 0.9590 -0.1943 0.2065</w:t>
        <w:br/>
        <w:t>vn 0.9633 0.0682 0.2595</w:t>
        <w:br/>
        <w:t>vn 0.5966 0.8009 0.0508</w:t>
        <w:br/>
        <w:t>vn -0.0633 0.1271 0.9899</w:t>
        <w:br/>
        <w:t>vn 0.0406 0.3454 0.9376</w:t>
        <w:br/>
        <w:t>vn 0.5676 0.8132 0.1289</w:t>
        <w:br/>
        <w:t>vn 0.6604 0.7451 0.0934</w:t>
        <w:br/>
        <w:t>vn 0.0804 0.8014 -0.5928</w:t>
        <w:br/>
        <w:t>vn 0.1602 0.8008 -0.5771</w:t>
        <w:br/>
        <w:t>vn 0.1834 0.8099 -0.5571</w:t>
        <w:br/>
        <w:t>vn 0.6879 0.7060 0.1687</w:t>
        <w:br/>
        <w:t>vn 0.2137 0.6422 0.7362</w:t>
        <w:br/>
        <w:t>vn 0.2538 0.6647 0.7027</w:t>
        <w:br/>
        <w:t>vn 0.3511 0.6936 0.6290</w:t>
        <w:br/>
        <w:t>vn 0.2824 0.6991 0.6569</w:t>
        <w:br/>
        <w:t>vn 0.4503 0.6752 0.5843</w:t>
        <w:br/>
        <w:t>vn 0.5919 0.6380 0.4925</w:t>
        <w:br/>
        <w:t>vn -0.5296 0.8475 0.0353</w:t>
        <w:br/>
        <w:t>vn -0.5459 0.7869 0.2878</w:t>
        <w:br/>
        <w:t>vn 0.4065 0.8762 0.2590</w:t>
        <w:br/>
        <w:t>vn -0.2497 0.8314 -0.4963</w:t>
        <w:br/>
        <w:t>vn -0.0458 0.7653 -0.6420</w:t>
        <w:br/>
        <w:t>vn -0.0349 0.8374 0.5455</w:t>
        <w:br/>
        <w:t>vn -0.3408 0.6643 0.6652</w:t>
        <w:br/>
        <w:t>vn 0.1419 0.6717 0.7271</w:t>
        <w:br/>
        <w:t>vn 0.0960 0.6984 0.7093</w:t>
        <w:br/>
        <w:t>vn 0.6655 0.6555 0.3568</w:t>
        <w:br/>
        <w:t>vn 0.6504 0.6228 0.4349</w:t>
        <w:br/>
        <w:t>vn 0.6776 0.6890 0.2572</w:t>
        <w:br/>
        <w:t>vn -0.0787 -0.2054 -0.9755</w:t>
        <w:br/>
        <w:t>vn -0.0854 -0.1468 -0.9855</w:t>
        <w:br/>
        <w:t>vn 0.2948 -0.0904 -0.9513</w:t>
        <w:br/>
        <w:t>vn 0.3185 -0.1327 -0.9386</w:t>
        <w:br/>
        <w:t>vn -0.0047 -0.4244 -0.9055</w:t>
        <w:br/>
        <w:t>vn -0.0624 -0.4462 -0.8927</w:t>
        <w:br/>
        <w:t>vn -0.0516 -0.4004 -0.9149</w:t>
        <w:br/>
        <w:t>vn -0.0654 -0.3229 -0.9442</w:t>
        <w:br/>
        <w:t>vn 0.1825 -0.2600 -0.9482</w:t>
        <w:br/>
        <w:t>vn -0.0985 -0.4085 -0.9074</w:t>
        <w:br/>
        <w:t>vn 0.3936 -0.2794 -0.8758</w:t>
        <w:br/>
        <w:t>vn -0.0875 -0.4505 -0.8885</w:t>
        <w:br/>
        <w:t>vn -0.0355 -0.4281 -0.9030</w:t>
        <w:br/>
        <w:t>vn -0.1192 -0.6299 0.7675</w:t>
        <w:br/>
        <w:t>vn 0.1889 -0.3309 0.9246</w:t>
        <w:br/>
        <w:t>vn 0.3757 -0.6013 0.7052</w:t>
        <w:br/>
        <w:t>vn 0.9829 0.1798 -0.0391</w:t>
        <w:br/>
        <w:t>vn 0.9829 0.1798 -0.0392</w:t>
        <w:br/>
        <w:t>vn -0.5565 -0.4820 0.6767</w:t>
        <w:br/>
        <w:t>vn -0.4356 -0.8040 0.4046</w:t>
        <w:br/>
        <w:t>vn -0.0568 -0.8667 0.4956</w:t>
        <w:br/>
        <w:t>vn -0.7867 -0.0364 -0.6162</w:t>
        <w:br/>
        <w:t>vn -0.9424 0.3278 -0.0660</w:t>
        <w:br/>
        <w:t>vn -0.9350 0.3064 0.1786</w:t>
        <w:br/>
        <w:t>vn -0.9177 0.1580 0.3645</w:t>
        <w:br/>
        <w:t>vn -0.8632 -0.0763 0.4991</w:t>
        <w:br/>
        <w:t>vn -0.6107 0.3436 0.7134</w:t>
        <w:br/>
        <w:t>vn -0.6833 0.5158 0.5168</w:t>
        <w:br/>
        <w:t>vn -0.6713 -0.4048 -0.6208</w:t>
        <w:br/>
        <w:t>vn -0.6700 -0.4424 -0.5961</w:t>
        <w:br/>
        <w:t>vn -0.7224 -0.4814 0.4964</w:t>
        <w:br/>
        <w:t>vn -0.6265 -0.1050 0.7723</w:t>
        <w:br/>
        <w:t>vn -0.7018 -0.5808 0.4125</w:t>
        <w:br/>
        <w:t>vn -0.6857 -0.6380 0.3504</w:t>
        <w:br/>
        <w:t>vn -0.3130 -0.4216 0.8510</w:t>
        <w:br/>
        <w:t>vn -0.3988 -0.2237 0.8893</w:t>
        <w:br/>
        <w:t>vn 0.3533 -0.2143 0.9106</w:t>
        <w:br/>
        <w:t>vn 0.7589 0.0634 0.6481</w:t>
        <w:br/>
        <w:t>vn -0.0930 -0.5810 -0.8086</w:t>
        <w:br/>
        <w:t>vn -0.2513 -0.8058 -0.5362</w:t>
        <w:br/>
        <w:t>vn 0.0776 -0.8006 -0.5942</w:t>
        <w:br/>
        <w:t>vn 0.0492 -0.4384 -0.8974</w:t>
        <w:br/>
        <w:t>vn -0.3714 -0.8057 -0.4613</w:t>
        <w:br/>
        <w:t>vn -0.3898 -0.6770 -0.6242</w:t>
        <w:br/>
        <w:t>vn -0.5873 -0.7264 -0.3570</w:t>
        <w:br/>
        <w:t>vn 0.9264 -0.3739 0.0445</w:t>
        <w:br/>
        <w:t>vn 0.1279 -0.3626 0.9231</w:t>
        <w:br/>
        <w:t>vn -0.3631 -0.0186 0.9316</w:t>
        <w:br/>
        <w:t>vn -0.0568 -0.8667 0.4957</w:t>
        <w:br/>
        <w:t>vn 0.3006 -0.5872 0.7516</w:t>
        <w:br/>
        <w:t>vn 0.3841 -0.7798 0.4943</w:t>
        <w:br/>
        <w:t>vn 0.0150 -0.9686 -0.2480</w:t>
        <w:br/>
        <w:t>vn -0.0061 -0.9960 0.0886</w:t>
        <w:br/>
        <w:t>vn -0.0137 -0.4435 0.8962</w:t>
        <w:br/>
        <w:t>vn 0.2109 -0.3393 0.9167</w:t>
        <w:br/>
        <w:t>vn 0.0058 -0.1155 0.9933</w:t>
        <w:br/>
        <w:t>vn 0.0305 -0.1278 0.9913</w:t>
        <w:br/>
        <w:t>vn 0.5813 -0.3786 -0.7203</w:t>
        <w:br/>
        <w:t>vn 0.5023 -0.6741 0.5415</w:t>
        <w:br/>
        <w:t>vn 0.4852 -0.6314 0.6049</w:t>
        <w:br/>
        <w:t>vn 0.5193 -0.5476 -0.6561</w:t>
        <w:br/>
        <w:t>vn 0.5193 -0.5476 -0.6562</w:t>
        <w:br/>
        <w:t>vn 0.0167 -0.0682 0.9975</w:t>
        <w:br/>
        <w:t>vn -0.0524 0.1149 -0.9920</w:t>
        <w:br/>
        <w:t>vn -0.0025 0.1099 -0.9939</w:t>
        <w:br/>
        <w:t>vn -0.0234 0.1288 -0.9914</w:t>
        <w:br/>
        <w:t>vn 0.0041 0.1024 -0.9947</w:t>
        <w:br/>
        <w:t>vn 0.2259 -0.3744 0.8993</w:t>
        <w:br/>
        <w:t>vn 0.8991 -0.4268 -0.0970</w:t>
        <w:br/>
        <w:t>vn -0.2587 -0.1785 0.9493</w:t>
        <w:br/>
        <w:t>vn 0.8009 -0.5842 0.1313</w:t>
        <w:br/>
        <w:t>vn -0.5293 0.8419 -0.1053</w:t>
        <w:br/>
        <w:t>vn -0.5200 0.6634 -0.5381</w:t>
        <w:br/>
        <w:t>vn -0.6429 0.5266 -0.5562</w:t>
        <w:br/>
        <w:t>vn 0.1888 -0.3308 0.9246</w:t>
        <w:br/>
        <w:t>vn -0.2590 0.0722 0.9632</w:t>
        <w:br/>
        <w:t>vn -0.4899 -0.4608 0.7400</w:t>
        <w:br/>
        <w:t>vn -0.3858 0.4731 -0.7920</w:t>
        <w:br/>
        <w:t>vn -0.2844 0.2847 -0.9155</w:t>
        <w:br/>
        <w:t>vn 0.0672 -0.1727 -0.9827</w:t>
        <w:br/>
        <w:t>vn 0.2391 -0.9547 0.1771</w:t>
        <w:br/>
        <w:t>vn -0.3549 0.6805 0.6411</w:t>
        <w:br/>
        <w:t>vn -0.3861 0.7140 0.5841</w:t>
        <w:br/>
        <w:t>vn 0.0402 0.7293 0.6831</w:t>
        <w:br/>
        <w:t>vn -0.4764 0.7457 0.4659</w:t>
        <w:br/>
        <w:t>vn 0.2125 0.7348 -0.6442</w:t>
        <w:br/>
        <w:t>vn 0.2610 0.7781 -0.5714</w:t>
        <w:br/>
        <w:t>vn 0.1187 0.7191 -0.6847</w:t>
        <w:br/>
        <w:t>vn -0.4192 0.8705 -0.2580</w:t>
        <w:br/>
        <w:t>vn 0.9633 0.0682 0.2596</w:t>
        <w:br/>
        <w:t>vn 0.6655 0.6556 0.3568</w:t>
        <w:br/>
        <w:t>vn 0.2421 0.8081 -0.5369</w:t>
        <w:br/>
        <w:t>vn -0.4749 0.0372 -0.8793</w:t>
        <w:br/>
        <w:t>vn -0.5383 0.0132 -0.8426</w:t>
        <w:br/>
        <w:t>vn -0.3835 0.0736 -0.9206</w:t>
        <w:br/>
        <w:t>vn 0.7590 0.0634 0.6480</w:t>
        <w:br/>
        <w:t>vn -0.7906 -0.2555 0.5565</w:t>
        <w:br/>
        <w:t>vn -0.7816 -0.2240 0.5822</w:t>
        <w:br/>
        <w:t>vn -0.8974 -0.3074 0.3165</w:t>
        <w:br/>
        <w:t>vn -0.7688 -0.1586 0.6195</w:t>
        <w:br/>
        <w:t>vn -0.7639 -0.1064 0.6365</w:t>
        <w:br/>
        <w:t>vn -0.6906 -0.2324 -0.6849</w:t>
        <w:br/>
        <w:t>vn -0.6936 -0.2831 -0.6624</w:t>
        <w:br/>
        <w:t>vn -0.5104 -0.3121 -0.8013</w:t>
        <w:br/>
        <w:t>vn -0.5136 -0.2751 -0.8127</w:t>
        <w:br/>
        <w:t>vn -0.8635 -0.1845 -0.4693</w:t>
        <w:br/>
        <w:t>vn -0.8545 -0.2459 -0.4576</w:t>
        <w:br/>
        <w:t>vn -0.9366 -0.2284 -0.2659</w:t>
        <w:br/>
        <w:t>vn -0.9518 -0.1634 -0.2595</w:t>
        <w:br/>
        <w:t>vn -0.2245 -0.2071 -0.9522</w:t>
        <w:br/>
        <w:t>vn -0.4167 -0.1920 -0.8885</w:t>
        <w:br/>
        <w:t>vn -0.7261 -0.3658 -0.5822</w:t>
        <w:br/>
        <w:t>vn -0.8974 -0.2573 -0.3584</w:t>
        <w:br/>
        <w:t>vn -0.9313 -0.1720 -0.3212</w:t>
        <w:br/>
        <w:t>vn -0.7608 -0.2792 -0.5858</w:t>
        <w:br/>
        <w:t>vn -0.9576 -0.1761 -0.2281</w:t>
        <w:br/>
        <w:t>vn -0.9738 -0.1002 -0.2041</w:t>
        <w:br/>
        <w:t>vn -0.6394 -0.4840 -0.5975</w:t>
        <w:br/>
        <w:t>vn -0.8093 -0.4272 -0.4032</w:t>
        <w:br/>
        <w:t>vn -0.8517 -0.3545 -0.3859</w:t>
        <w:br/>
        <w:t>vn -0.6731 -0.4457 -0.5902</w:t>
        <w:br/>
        <w:t>vn -0.8008 -0.4294 -0.4174</w:t>
        <w:br/>
        <w:t>vn -0.8824 -0.3936 -0.2579</w:t>
        <w:br/>
        <w:t>vn -0.8952 -0.3707 -0.2474</w:t>
        <w:br/>
        <w:t>vn -0.6459 -0.4569 -0.6116</w:t>
        <w:br/>
        <w:t>vn -0.4283 -0.5060 -0.7487</w:t>
        <w:br/>
        <w:t>vn -0.4038 -0.4606 -0.7904</w:t>
        <w:br/>
        <w:t>vn -0.5403 -0.3665 -0.7574</w:t>
        <w:br/>
        <w:t>vn -0.4765 -0.4385 -0.7620</w:t>
        <w:br/>
        <w:t>vn -0.3632 -0.4692 -0.8050</w:t>
        <w:br/>
        <w:t>vn -0.2831 -0.4751 -0.8331</w:t>
        <w:br/>
        <w:t>vn -0.1819 -0.4600 -0.8691</w:t>
        <w:br/>
        <w:t>vn -0.2079 -0.4407 -0.8732</w:t>
        <w:br/>
        <w:t>vn -0.2976 -0.4758 -0.8277</w:t>
        <w:br/>
        <w:t>vn -0.3736 -0.5030 -0.7794</w:t>
        <w:br/>
        <w:t>vn -0.6774 -0.3812 -0.6292</w:t>
        <w:br/>
        <w:t>vn -0.8258 -0.3589 -0.4350</w:t>
        <w:br/>
        <w:t>vn -0.9019 -0.3382 -0.2686</w:t>
        <w:br/>
        <w:t>vn -0.3756 -0.3513 -0.8576</w:t>
        <w:br/>
        <w:t>vn -0.4619 -0.3991 -0.7921</w:t>
        <w:br/>
        <w:t>vn -0.2406 -0.3719 -0.8966</w:t>
        <w:br/>
        <w:t>vn -0.3907 -0.4722 -0.7902</w:t>
        <w:br/>
        <w:t>vn -0.4156 -0.3666 -0.8324</w:t>
        <w:br/>
        <w:t>vn -0.4319 -0.4954 -0.7537</w:t>
        <w:br/>
        <w:t>vn -0.9296 -0.2785 -0.2414</w:t>
        <w:br/>
        <w:t>vn -0.7986 -0.2242 0.5585</w:t>
        <w:br/>
        <w:t>vn -0.9480 -0.3182 0.0025</w:t>
        <w:br/>
        <w:t>vn -0.9682 -0.2492 0.0214</w:t>
        <w:br/>
        <w:t>vn -0.8004 -0.1707 0.5746</w:t>
        <w:br/>
        <w:t>vn -0.8157 -0.2527 0.5204</w:t>
        <w:br/>
        <w:t>vn -0.9358 -0.3521 -0.0199</w:t>
        <w:br/>
        <w:t>vn -0.8743 -0.2048 0.4401</w:t>
        <w:br/>
        <w:t>vn -0.9395 -0.3352 -0.0709</w:t>
        <w:br/>
        <w:t>vn -0.9357 -0.0144 0.3525</w:t>
        <w:br/>
        <w:t>vn -0.9686 -0.2196 -0.1168</w:t>
        <w:br/>
        <w:t>vn -0.8123 0.2817 -0.5107</w:t>
        <w:br/>
        <w:t>vn -0.6602 0.2023 -0.7234</w:t>
        <w:br/>
        <w:t>vn -0.5369 0.0279 -0.8432</w:t>
        <w:br/>
        <w:t>vn -0.1346 0.0337 -0.9903</w:t>
        <w:br/>
        <w:t>vn -0.3624 -0.4324 -0.8256</w:t>
        <w:br/>
        <w:t>vn -0.2412 0.0461 -0.9694</w:t>
        <w:br/>
        <w:t>vn 0.0738 -0.1365 -0.9879</w:t>
        <w:br/>
        <w:t>vn -0.3072 -0.4575 -0.8344</w:t>
        <w:br/>
        <w:t>vn -0.2435 -0.4526 -0.8578</w:t>
        <w:br/>
        <w:t>vn -0.1880 -0.4639 -0.8657</w:t>
        <w:br/>
        <w:t>vn -0.5606 -0.2861 -0.7771</w:t>
        <w:br/>
        <w:t>vn -0.3127 -0.2540 -0.9153</w:t>
        <w:br/>
        <w:t>vn -0.3640 -0.1941 -0.9110</w:t>
        <w:br/>
        <w:t>vn -0.6237 0.7709 -0.1293</w:t>
        <w:br/>
        <w:t>vn -0.8903 0.3484 -0.2934</w:t>
        <w:br/>
        <w:t>vn -0.9007 0.4106 -0.1418</w:t>
        <w:br/>
        <w:t>vn -0.6251 0.3568 -0.6942</w:t>
        <w:br/>
        <w:t>vn -0.3639 0.0938 -0.9267</w:t>
        <w:br/>
        <w:t>vn -0.0325 0.4862 -0.8733</w:t>
        <w:br/>
        <w:t>vn -0.1947 0.0133 -0.9808</w:t>
        <w:br/>
        <w:t>vn 0.2179 -0.2005 -0.9552</w:t>
        <w:br/>
        <w:t>vn 0.0596 -0.2731 -0.9602</w:t>
        <w:br/>
        <w:t>vn 0.7431 -0.0077 -0.6691</w:t>
        <w:br/>
        <w:t>vn 0.7865 -0.0238 -0.6171</w:t>
        <w:br/>
        <w:t>vn 0.6750 0.0292 -0.7372</w:t>
        <w:br/>
        <w:t>vn 0.8420 -0.0298 -0.5387</w:t>
        <w:br/>
        <w:t>vn 0.8420 -0.0297 -0.5387</w:t>
        <w:br/>
        <w:t>vn 0.8389 -0.0480 -0.5421</w:t>
        <w:br/>
        <w:t>vn 0.8193 -0.0763 -0.5682</w:t>
        <w:br/>
        <w:t>vn 0.7828 -0.0595 -0.6194</w:t>
        <w:br/>
        <w:t>vn 0.7194 -0.0282 -0.6940</w:t>
        <w:br/>
        <w:t>vn 0.7828 -0.0594 -0.6194</w:t>
        <w:br/>
        <w:t>vn -0.9802 -0.1946 0.0370</w:t>
        <w:br/>
        <w:t>vn -0.8059 -0.1297 0.5776</w:t>
        <w:br/>
        <w:t>vn 0.6948 -0.0140 -0.7190</w:t>
        <w:br/>
        <w:t>vn -0.5939 -0.6906 -0.4127</w:t>
        <w:br/>
        <w:t>vn 0.3659 0.3981 -0.8412</w:t>
        <w:br/>
        <w:t>vn -0.0192 0.4485 0.8936</w:t>
        <w:br/>
        <w:t>vn -0.9581 -0.2382 -0.1589</w:t>
        <w:br/>
        <w:t>vn -0.9300 -0.3359 -0.1489</w:t>
        <w:br/>
        <w:t>vn -0.9196 -0.3618 -0.1528</w:t>
        <w:br/>
        <w:t>vn -0.9305 -0.3275 -0.1641</w:t>
        <w:br/>
        <w:t>vn -0.9602 -0.2387 -0.1450</w:t>
        <w:br/>
        <w:t>vn -0.9767 -0.1759 -0.1228</w:t>
        <w:br/>
        <w:t>vn -0.9564 0.2688 -0.1140</w:t>
        <w:br/>
        <w:t>vn 0.4078 0.5771 -0.7076</w:t>
        <w:br/>
        <w:t>vn 0.9789 0.0919 0.1823</w:t>
        <w:br/>
        <w:t>vn -0.9457 0.3251 0.0048</w:t>
        <w:br/>
        <w:t>vn -0.8925 0.4508 0.0112</w:t>
        <w:br/>
        <w:t>vn -0.9886 -0.0589 -0.1383</w:t>
        <w:br/>
        <w:t>vn -0.5053 0.7959 0.3336</w:t>
        <w:br/>
        <w:t>vn -0.9234 0.3564 0.1425</w:t>
        <w:br/>
        <w:t>vn -0.9841 -0.1754 0.0290</w:t>
        <w:br/>
        <w:t>vn -0.9957 -0.0801 -0.0456</w:t>
        <w:br/>
        <w:t>vn -0.9935 -0.0334 -0.1085</w:t>
        <w:br/>
        <w:t>vn -0.9959 -0.0137 -0.0895</w:t>
        <w:br/>
        <w:t>vn -0.9823 0.0435 -0.1820</w:t>
        <w:br/>
        <w:t>vn -0.9342 0.1854 0.3047</w:t>
        <w:br/>
        <w:t>vn -0.9344 0.1810 0.3067</w:t>
        <w:br/>
        <w:t>vn -0.5356 0.7074 0.4612</w:t>
        <w:br/>
        <w:t>vn -0.8631 0.4532 0.2231</w:t>
        <w:br/>
        <w:t>vn -0.9874 -0.0974 -0.1244</w:t>
        <w:br/>
        <w:t>vn -0.9952 -0.0002 -0.0978</w:t>
        <w:br/>
        <w:t>vn -0.9812 -0.1185 -0.1526</w:t>
        <w:br/>
        <w:t>vn -0.9955 -0.0665 0.0676</w:t>
        <w:br/>
        <w:t>vn -0.9125 0.3091 0.2680</w:t>
        <w:br/>
        <w:t>vn -0.9933 -0.0035 -0.1155</w:t>
        <w:br/>
        <w:t>vn -0.9846 0.1439 -0.0990</w:t>
        <w:br/>
        <w:t>vn -0.9965 0.0661 -0.0513</w:t>
        <w:br/>
        <w:t>vn -0.9381 0.2754 0.2100</w:t>
        <w:br/>
        <w:t>vn -0.4803 -0.2505 0.8406</w:t>
        <w:br/>
        <w:t>vn -0.4808 -0.3244 0.8146</w:t>
        <w:br/>
        <w:t>vn -0.7793 -0.1558 -0.6070</w:t>
        <w:br/>
        <w:t>vn -0.9052 -0.4232 0.0398</w:t>
        <w:br/>
        <w:t>vn -0.8281 -0.5602 -0.0215</w:t>
        <w:br/>
        <w:t>vn -0.7792 -0.1558 -0.6071</w:t>
        <w:br/>
        <w:t>vn -0.9470 -0.2734 -0.1689</w:t>
        <w:br/>
        <w:t>vn -0.9610 -0.2632 0.0853</w:t>
        <w:br/>
        <w:t>vn 0.0176 -0.2777 0.9605</w:t>
        <w:br/>
        <w:t>vn 0.1358 -0.2766 0.9513</w:t>
        <w:br/>
        <w:t>vn -0.0357 -0.3465 0.9374</w:t>
        <w:br/>
        <w:t>vn 0.0368 -0.2431 0.9693</w:t>
        <w:br/>
        <w:t>vn 0.2663 -0.1893 0.9451</w:t>
        <w:br/>
        <w:t>vn 0.2846 -0.1932 0.9390</w:t>
        <w:br/>
        <w:t>vn 0.0234 -0.2691 0.9628</w:t>
        <w:br/>
        <w:t>vn -0.1262 -0.3538 0.9268</w:t>
        <w:br/>
        <w:t>vn -0.3188 -0.4591 0.8292</w:t>
        <w:br/>
        <w:t>vn -0.3318 -0.3891 0.8594</w:t>
        <w:br/>
        <w:t>vn -0.1360 -0.3076 0.9417</w:t>
        <w:br/>
        <w:t>vn -0.3038 -0.2791 0.9109</w:t>
        <w:br/>
        <w:t>vn -0.2875 -0.3327 0.8981</w:t>
        <w:br/>
        <w:t>vn -0.1537 -0.3802 0.9120</w:t>
        <w:br/>
        <w:t>vn -0.1304 -0.3051 0.9433</w:t>
        <w:br/>
        <w:t>vn -0.1523 -0.3107 0.9382</w:t>
        <w:br/>
        <w:t>vn -0.3303 -0.3615 0.8719</w:t>
        <w:br/>
        <w:t>vn -0.1405 -0.2354 0.9617</w:t>
        <w:br/>
        <w:t>vn -0.1993 -0.0602 0.9781</w:t>
        <w:br/>
        <w:t>vn -0.2061 -0.0852 0.9748</w:t>
        <w:br/>
        <w:t>vn -0.1740 -0.2676 0.9477</w:t>
        <w:br/>
        <w:t>vn -0.1070 -0.3895 0.9148</w:t>
        <w:br/>
        <w:t>vn -0.1146 -0.4080 0.9057</w:t>
        <w:br/>
        <w:t>vn -0.1324 -0.4379 0.8892</w:t>
        <w:br/>
        <w:t>vn -0.1104 -0.4112 0.9048</w:t>
        <w:br/>
        <w:t>vn -0.2914 -0.2052 0.9343</w:t>
        <w:br/>
        <w:t>vn -0.6616 -0.7114 0.2370</w:t>
        <w:br/>
        <w:t>vn -0.7008 -0.6597 0.2714</w:t>
        <w:br/>
        <w:t>vn -0.8125 -0.3312 0.4797</w:t>
        <w:br/>
        <w:t>vn -0.7931 -0.4588 0.4007</w:t>
        <w:br/>
        <w:t>vn -0.6521 -0.4501 0.6100</w:t>
        <w:br/>
        <w:t>vn -0.6560 -0.3734 0.6559</w:t>
        <w:br/>
        <w:t>vn -0.6047 -0.5997 0.5241</w:t>
        <w:br/>
        <w:t>vn -0.4289 -0.5084 0.7467</w:t>
        <w:br/>
        <w:t>vn -0.2809 -0.4135 0.8661</w:t>
        <w:br/>
        <w:t>vn -0.2849 -0.5366 0.7943</w:t>
        <w:br/>
        <w:t>vn -0.4663 -0.5438 0.6977</w:t>
        <w:br/>
        <w:t>vn -0.4142 -0.6453 0.6419</w:t>
        <w:br/>
        <w:t>vn -0.4924 -0.3845 0.7808</w:t>
        <w:br/>
        <w:t>vn -0.4996 -0.4274 0.7535</w:t>
        <w:br/>
        <w:t>vn -0.5860 -0.6163 0.5261</w:t>
        <w:br/>
        <w:t>vn -0.2617 -0.5459 0.7959</w:t>
        <w:br/>
        <w:t>vn -0.4149 -0.6300 0.6565</w:t>
        <w:br/>
        <w:t>vn -0.5375 -0.7019 0.4674</w:t>
        <w:br/>
        <w:t>vn 0.6415 0.6249 -0.4449</w:t>
        <w:br/>
        <w:t>vn 0.6480 0.5875 -0.4847</w:t>
        <w:br/>
        <w:t>vn 0.6544 0.6161 -0.4384</w:t>
        <w:br/>
        <w:t>vn 0.6901 0.5656 -0.4515</w:t>
        <w:br/>
        <w:t>vn 0.9084 0.4045 0.1055</w:t>
        <w:br/>
        <w:t>vn 0.9054 0.2268 0.3589</w:t>
        <w:br/>
        <w:t>vn 0.9087 0.3278 -0.2587</w:t>
        <w:br/>
        <w:t>vn -0.3063 0.1698 -0.9367</w:t>
        <w:br/>
        <w:t>vn -0.8362 -0.4969 -0.2318</w:t>
        <w:br/>
        <w:t>vn -0.6495 -0.3795 -0.6589</w:t>
        <w:br/>
        <w:t>vn -0.3270 -0.4519 -0.8300</w:t>
        <w:br/>
        <w:t>vn -0.1946 0.0133 -0.9808</w:t>
        <w:br/>
        <w:t>vn -0.3606 -0.4368 -0.8241</w:t>
        <w:br/>
        <w:t>vn 0.1007 0.4601 -0.8822</w:t>
        <w:br/>
        <w:t>vn -0.4294 -0.2099 -0.8784</w:t>
        <w:br/>
        <w:t>vn -0.4727 -0.7254 -0.5004</w:t>
        <w:br/>
        <w:t>vn 0.2668 0.4646 -0.8444</w:t>
        <w:br/>
        <w:t>vn -0.0091 0.4760 0.8794</w:t>
        <w:br/>
        <w:t>vn 0.6750 0.0291 -0.7372</w:t>
        <w:br/>
        <w:t>vn 0.1038 0.4640 -0.8797</w:t>
        <w:br/>
        <w:t>vn 0.2669 0.4645 -0.8444</w:t>
        <w:br/>
        <w:t>vn -0.2766 -0.5064 -0.8168</w:t>
        <w:br/>
        <w:t>vn -0.3175 -0.4733 -0.8217</w:t>
        <w:br/>
        <w:t>vn 0.8544 0.4665 0.2289</w:t>
        <w:br/>
        <w:t>vn 0.6740 0.5315 0.5131</w:t>
        <w:br/>
        <w:t>vn 0.6835 0.5280 0.5039</w:t>
        <w:br/>
        <w:t>vn 0.8685 0.4467 0.2148</w:t>
        <w:br/>
        <w:t>vn 0.1105 -0.3072 -0.9452</w:t>
        <w:br/>
        <w:t>vn -0.2277 -0.3674 -0.9018</w:t>
        <w:br/>
        <w:t>vn 0.0152 -0.3410 -0.9399</w:t>
        <w:br/>
        <w:t>vn 0.3808 0.5225 0.7629</w:t>
        <w:br/>
        <w:t>vn 0.6086 0.5562 0.5659</w:t>
        <w:br/>
        <w:t>vn 0.5992 0.5354 0.5953</w:t>
        <w:br/>
        <w:t>vn 0.3914 0.4856 0.7817</w:t>
        <w:br/>
        <w:t>vn 0.8720 0.4577 -0.1735</w:t>
        <w:br/>
        <w:t>vn 0.5757 0.1469 -0.8044</w:t>
        <w:br/>
        <w:t>vn 0.8894 0.4273 -0.1628</w:t>
        <w:br/>
        <w:t>vn 0.8809 0.4732 0.0009</w:t>
        <w:br/>
        <w:t>vn 0.6559 0.5346 0.5329</w:t>
        <w:br/>
        <w:t>vn 0.4588 0.5496 0.6981</w:t>
        <w:br/>
        <w:t>vn 0.4879 0.5515 0.6766</w:t>
        <w:br/>
        <w:t>vn 0.6613 0.5326 0.5281</w:t>
        <w:br/>
        <w:t>vn 0.8110 0.2799 -0.5137</w:t>
        <w:br/>
        <w:t>vn 0.8895 0.4029 -0.2156</w:t>
        <w:br/>
        <w:t>vn 0.8984 0.3272 -0.2929</w:t>
        <w:br/>
        <w:t>vn 0.5515 0.0267 -0.8337</w:t>
        <w:br/>
        <w:t>vn 0.9069 0.4003 0.1312</w:t>
        <w:br/>
        <w:t>vn 0.9143 0.3883 -0.1151</w:t>
        <w:br/>
        <w:t>vn 0.8979 0.3946 0.1953</w:t>
        <w:br/>
        <w:t>vn 0.3919 0.5428 0.7429</w:t>
        <w:br/>
        <w:t>vn 0.6276 0.5551 0.5459</w:t>
        <w:br/>
        <w:t>vn 0.8650 0.4343 -0.2514</w:t>
        <w:br/>
        <w:t>vn 0.7973 0.3349 -0.5022</w:t>
        <w:br/>
        <w:t>vn 0.6494 0.5501 0.5250</w:t>
        <w:br/>
        <w:t>vn 0.4311 0.5537 0.7124</w:t>
        <w:br/>
        <w:t>vn 0.7944 0.3003 -0.5279</w:t>
        <w:br/>
        <w:t>vn 0.8736 0.4199 -0.2462</w:t>
        <w:br/>
        <w:t>vn 0.6396 0.5623 0.5241</w:t>
        <w:br/>
        <w:t>vn 0.4096 0.5559 0.7233</w:t>
        <w:br/>
        <w:t>vn 0.7873 0.3191 -0.5275</w:t>
        <w:br/>
        <w:t>vn 0.8639 0.4303 -0.2617</w:t>
        <w:br/>
        <w:t>vn 0.5684 0.0014 -0.8227</w:t>
        <w:br/>
        <w:t>vn 0.5981 0.4746 0.6458</w:t>
        <w:br/>
        <w:t>vn 0.4109 0.4324 0.8026</w:t>
        <w:br/>
        <w:t>vn 0.8707 0.4607 0.1721</w:t>
        <w:br/>
        <w:t>vn 0.5942 0.4441 0.6706</w:t>
        <w:br/>
        <w:t>vn 0.4177 0.4098 0.8109</w:t>
        <w:br/>
        <w:t>vn 0.8626 0.4433 0.2437</w:t>
        <w:br/>
        <w:t>vn 0.5538 -0.0471 -0.8313</w:t>
        <w:br/>
        <w:t>vn 0.8486 0.1878 -0.4945</w:t>
        <w:br/>
        <w:t>vn 0.8570 0.1469 -0.4940</w:t>
        <w:br/>
        <w:t>vn 0.5602 -0.0771 -0.8248</w:t>
        <w:br/>
        <w:t>vn 0.8195 0.5375 0.1987</w:t>
        <w:br/>
        <w:t>vn 0.7993 0.5288 0.2855</w:t>
        <w:br/>
        <w:t>vn 0.8321 0.4942 0.2516</w:t>
        <w:br/>
        <w:t>vn 0.8263 0.5053 0.2488</w:t>
        <w:br/>
        <w:t>vn 0.8287 0.5273 0.1876</w:t>
        <w:br/>
        <w:t>vn 0.8255 0.5223 0.2141</w:t>
        <w:br/>
        <w:t>vn 0.8249 0.5323 0.1904</w:t>
        <w:br/>
        <w:t>vn 0.7640 0.4827 0.4282</w:t>
        <w:br/>
        <w:t>vn 0.7381 0.4567 0.4967</w:t>
        <w:br/>
        <w:t>vn 0.5096 0.5578 0.6551</w:t>
        <w:br/>
        <w:t>vn 0.4101 0.5770 0.7063</w:t>
        <w:br/>
        <w:t>vn 0.4165 0.5738 0.7052</w:t>
        <w:br/>
        <w:t>vn 0.5176 0.5599 0.6469</w:t>
        <w:br/>
        <w:t>vn 0.2861 0.4644 0.8381</w:t>
        <w:br/>
        <w:t>vn 0.2826 0.5088 0.8132</w:t>
        <w:br/>
        <w:t>vn 0.3894 0.5812 0.7145</w:t>
        <w:br/>
        <w:t>vn 0.3546 0.5818 0.7319</w:t>
        <w:br/>
        <w:t>vn 0.2804 0.5398 0.7938</w:t>
        <w:br/>
        <w:t>vn 0.3163 0.5743 0.7551</w:t>
        <w:br/>
        <w:t>vn 0.2902 0.5601 0.7759</w:t>
        <w:br/>
        <w:t>vn 0.2796 0.4149 0.8658</w:t>
        <w:br/>
        <w:t>vn 0.2733 0.3923 0.8783</w:t>
        <w:br/>
        <w:t>vn -0.7257 0.1416 -0.6733</w:t>
        <w:br/>
        <w:t>vn -0.7149 0.1668 -0.6790</w:t>
        <w:br/>
        <w:t>vn -0.2219 -0.1908 -0.9562</w:t>
        <w:br/>
        <w:t>vn -0.2692 -0.1878 -0.9446</w:t>
        <w:br/>
        <w:t>vn -0.1938 -0.1319 -0.9721</w:t>
        <w:br/>
        <w:t>vn -0.5673 0.1793 -0.8038</w:t>
        <w:br/>
        <w:t>vn -0.4743 0.1147 -0.8729</w:t>
        <w:br/>
        <w:t>vn -0.6185 0.2019 -0.7594</w:t>
        <w:br/>
        <w:t>vn -0.1394 -0.1746 -0.9747</w:t>
        <w:br/>
        <w:t>vn -0.3769 0.6165 0.6914</w:t>
        <w:br/>
        <w:t>vn -0.3388 0.6265 0.7020</w:t>
        <w:br/>
        <w:t>vn -0.3664 0.6202 0.6936</w:t>
        <w:br/>
        <w:t>vn 0.3139 0.5910 0.7431</w:t>
        <w:br/>
        <w:t>vn 0.2167 0.6063 0.7651</w:t>
        <w:br/>
        <w:t>vn 0.2389 0.5905 0.7709</w:t>
        <w:br/>
        <w:t>vn 0.3189 0.5830 0.7473</w:t>
        <w:br/>
        <w:t>vn 0.4698 0.5948 0.6524</w:t>
        <w:br/>
        <w:t>vn 0.0831 0.5929 0.8010</w:t>
        <w:br/>
        <w:t>vn 0.0548 0.5489 0.8341</w:t>
        <w:br/>
        <w:t>vn 0.4346 0.5601 0.7052</w:t>
        <w:br/>
        <w:t>vn 0.0278 0.4986 0.8664</w:t>
        <w:br/>
        <w:t>vn 0.4034 0.5188 0.7537</w:t>
        <w:br/>
        <w:t>vn 0.3671 0.4708 0.8022</w:t>
        <w:br/>
        <w:t>vn 0.0012 0.4456 0.8952</w:t>
        <w:br/>
        <w:t>vn -0.0268 0.4076 0.9128</w:t>
        <w:br/>
        <w:t>vn 0.3330 0.4359 0.8361</w:t>
        <w:br/>
        <w:t>vn -0.0418 0.3966 0.9171</w:t>
        <w:br/>
        <w:t>vn 0.3211 0.4277 0.8450</w:t>
        <w:br/>
        <w:t>vn 0.4902 0.6279 0.6045</w:t>
        <w:br/>
        <w:t>vn 0.1154 0.6279 0.7697</w:t>
        <w:br/>
        <w:t>vn 0.5064 0.6465 0.5706</w:t>
        <w:br/>
        <w:t>vn 0.1564 0.6409 0.7515</w:t>
        <w:br/>
        <w:t>vn 0.3454 0.6469 0.6798</w:t>
        <w:br/>
        <w:t>vn 0.1937 0.6230 0.7579</w:t>
        <w:br/>
        <w:t>vn 0.1300 0.3928 0.9104</w:t>
        <w:br/>
        <w:t>vn 0.1383 0.4113 0.9010</w:t>
        <w:br/>
        <w:t>vn 0.1510 0.4522 0.8790</w:t>
        <w:br/>
        <w:t>vn 0.1621 0.4977 0.8521</w:t>
        <w:br/>
        <w:t>vn 0.1795 0.5409 0.8217</w:t>
        <w:br/>
        <w:t>vn 0.2044 0.5763 0.7913</w:t>
        <w:br/>
        <w:t>vn 0.2368 0.6044 0.7607</w:t>
        <w:br/>
        <w:t>vn 0.2711 0.6144 0.7410</w:t>
        <w:br/>
        <w:t>vn 0.2984 0.6053 0.7380</w:t>
        <w:br/>
        <w:t>vn -0.7242 0.4444 0.5273</w:t>
        <w:br/>
        <w:t>vn -0.6823 0.4657 0.5635</w:t>
        <w:br/>
        <w:t>vn -0.5815 0.3893 0.7144</w:t>
        <w:br/>
        <w:t>vn -0.6215 0.3821 0.6840</w:t>
        <w:br/>
        <w:t>vn -0.6053 0.5254 0.5979</w:t>
        <w:br/>
        <w:t>vn -0.5010 0.4666 0.7288</w:t>
        <w:br/>
        <w:t>vn -0.5760 0.5999 0.5553</w:t>
        <w:br/>
        <w:t>vn -0.4436 0.5713 0.6905</w:t>
        <w:br/>
        <w:t>vn -0.4291 0.6164 0.6602</w:t>
        <w:br/>
        <w:t>vn -0.5498 0.6223 0.5571</w:t>
        <w:br/>
        <w:t>vn -0.4464 0.6230 0.6423</w:t>
        <w:br/>
        <w:t>vn -0.4346 0.6265 0.6470</w:t>
        <w:br/>
        <w:t>vn -0.5664 0.6327 0.5281</w:t>
        <w:br/>
        <w:t>vn -0.5777 0.6276 0.5219</w:t>
        <w:br/>
        <w:t>vn -0.5854 0.6191 0.5235</w:t>
        <w:br/>
        <w:t>vn -0.4591 0.6173 0.6389</w:t>
        <w:br/>
        <w:t>vn -0.4661 0.6179 0.6332</w:t>
        <w:br/>
        <w:t>vn -0.5889 0.6184 0.5204</w:t>
        <w:br/>
        <w:t>vn -0.3426 0.6196 0.7062</w:t>
        <w:br/>
        <w:t>vn 0.1426 -0.2639 -0.9539</w:t>
        <w:br/>
        <w:t>vn 0.0863 -0.2864 -0.9542</w:t>
        <w:br/>
        <w:t>vn 0.3837 -0.2024 -0.9010</w:t>
        <w:br/>
        <w:t>vn 0.4279 -0.1746 -0.8868</w:t>
        <w:br/>
        <w:t>vn 0.4248 -0.1242 -0.8967</w:t>
        <w:br/>
        <w:t>vn 0.1796 -0.1845 -0.9663</w:t>
        <w:br/>
        <w:t>vn -0.0727 -0.2863 -0.9554</w:t>
        <w:br/>
        <w:t>vn 0.1058 -0.2636 -0.9588</w:t>
        <w:br/>
        <w:t>vn 0.4438 -0.1477 -0.8839</w:t>
        <w:br/>
        <w:t>vn 0.5757 0.1470 -0.8044</w:t>
        <w:br/>
        <w:t>vn 0.6854 0.1570 -0.7110</w:t>
        <w:br/>
        <w:t>vn 0.2946 -0.0383 -0.9548</w:t>
        <w:br/>
        <w:t>vn -0.2027 -0.3053 -0.9304</w:t>
        <w:br/>
        <w:t>vn -0.2570 -0.3208 -0.9116</w:t>
        <w:br/>
        <w:t>vn 0.0599 -0.2070 -0.9765</w:t>
        <w:br/>
        <w:t>vn 0.0559 -0.2157 -0.9749</w:t>
        <w:br/>
        <w:t>vn -0.0084 -0.1979 -0.9802</w:t>
        <w:br/>
        <w:t>vn -0.2170 -0.2897 -0.9322</w:t>
        <w:br/>
        <w:t>vn 0.0441 -0.2014 -0.9785</w:t>
        <w:br/>
        <w:t>vn -0.2265 -0.3071 -0.9243</w:t>
        <w:br/>
        <w:t>vn 0.1294 -0.2485 -0.9599</w:t>
        <w:br/>
        <w:t>vn -0.0723 -0.2876 -0.9550</w:t>
        <w:br/>
        <w:t>vn -0.2244 -0.2874 -0.9312</w:t>
        <w:br/>
        <w:t>vn -0.0089 -0.2063 -0.9784</w:t>
        <w:br/>
        <w:t>vn 0.3513 -0.0007 -0.9362</w:t>
        <w:br/>
        <w:t>vn 0.4309 -0.2454 -0.8684</w:t>
        <w:br/>
        <w:t>vn -0.7800 0.6067 0.1532</w:t>
        <w:br/>
        <w:t>vn -0.8207 0.5476 -0.1629</w:t>
        <w:br/>
        <w:t>vn -0.6680 0.6258 0.4026</w:t>
        <w:br/>
        <w:t>vn -0.8261 0.5498 -0.1236</w:t>
        <w:br/>
        <w:t>vn -0.8371 0.5368 -0.1052</w:t>
        <w:br/>
        <w:t>vn -0.6956 0.6238 0.3564</w:t>
        <w:br/>
        <w:t>vn -0.6776 0.6311 0.3776</w:t>
        <w:br/>
        <w:t>vn -0.4994 0.1558 -0.8522</w:t>
        <w:br/>
        <w:t>vn -0.6029 0.2422 -0.7601</w:t>
        <w:br/>
        <w:t>vn -0.5812 0.2281 -0.7811</w:t>
        <w:br/>
        <w:t>vn -0.6600 0.2130 -0.7204</w:t>
        <w:br/>
        <w:t>vn -0.8756 0.4683 -0.1184</w:t>
        <w:br/>
        <w:t>vn -0.8671 0.4856 -0.1108</w:t>
        <w:br/>
        <w:t>vn -0.5588 0.2137 -0.8013</w:t>
        <w:br/>
        <w:t>vn -0.3816 0.5387 0.7511</w:t>
        <w:br/>
        <w:t>vn -0.4702 0.4629 0.7514</w:t>
        <w:br/>
        <w:t>vn -0.3091 0.5907 0.7453</w:t>
        <w:br/>
        <w:t>vn -0.3156 0.6186 0.7195</w:t>
        <w:br/>
        <w:t>vn -0.2922 0.6159 0.7316</w:t>
        <w:br/>
        <w:t>vn -0.2576 -0.0673 -0.9639</w:t>
        <w:br/>
        <w:t>vn -0.1766 -0.2224 -0.9588</w:t>
        <w:br/>
        <w:t>vn -0.0535 -0.3022 -0.9517</w:t>
        <w:br/>
        <w:t>vn -0.1820 -0.1596 -0.9703</w:t>
        <w:br/>
        <w:t>vn -0.1199 -0.2007 -0.9723</w:t>
        <w:br/>
        <w:t>vn -0.1027 -0.2155 -0.9711</w:t>
        <w:br/>
        <w:t>vn -0.7028 0.5518 0.4490</w:t>
        <w:br/>
        <w:t>vn -0.7138 0.6118 0.3410</w:t>
        <w:br/>
        <w:t>vn -0.7239 0.6045 0.3324</w:t>
        <w:br/>
        <w:t>vn -0.6748 0.4739 0.5657</w:t>
        <w:br/>
        <w:t>vn -0.7295 0.4663 0.5004</w:t>
        <w:br/>
        <w:t>vn -0.1308 -0.2139 -0.9681</w:t>
        <w:br/>
        <w:t>vn -0.3605 -0.1155 -0.9256</w:t>
        <w:br/>
        <w:t>vn -0.3133 -0.0903 -0.9454</w:t>
        <w:br/>
        <w:t>vn 0.9277 0.3325 -0.1700</w:t>
        <w:br/>
        <w:t>vn 0.9369 0.3068 -0.1675</w:t>
        <w:br/>
        <w:t>vn -0.2987 -0.3583 -0.8845</w:t>
        <w:br/>
        <w:t>vn -0.3530 -0.3628 -0.8624</w:t>
        <w:br/>
        <w:t>vn -0.2363 -0.3656 -0.9003</w:t>
        <w:br/>
        <w:t>vn -0.2724 -0.3616 -0.8917</w:t>
        <w:br/>
        <w:t>vn -0.2202 -0.3558 -0.9083</w:t>
        <w:br/>
        <w:t>vn 0.6854 0.1571 -0.7110</w:t>
        <w:br/>
        <w:t>vn 0.1137 -0.2746 -0.9548</w:t>
        <w:br/>
        <w:t>vn 0.4057 0.3921 -0.8256</w:t>
        <w:br/>
        <w:t>vn 0.0399 0.4466 -0.8938</w:t>
        <w:br/>
        <w:t>vn 0.3909 0.3697 -0.8429</w:t>
        <w:br/>
        <w:t>vn 0.0288 0.4276 -0.9035</w:t>
        <w:br/>
        <w:t>vn 0.1773 0.3881 -0.9044</w:t>
        <w:br/>
        <w:t>vn 0.4482 0.3231 -0.8335</w:t>
        <w:br/>
        <w:t>vn 0.0376 0.4235 -0.9051</w:t>
        <w:br/>
        <w:t>vn 0.4408 0.3271 -0.8359</w:t>
        <w:br/>
        <w:t>vn 0.0374 0.4231 -0.9053</w:t>
        <w:br/>
        <w:t>vn -0.0599 0.4026 -0.9134</w:t>
        <w:br/>
        <w:t>vn 0.2348 0.3503 -0.9067</w:t>
        <w:br/>
        <w:t>vn 0.4520 0.3316 -0.8281</w:t>
        <w:br/>
        <w:t>vn 0.0346 0.4311 -0.9016</w:t>
        <w:br/>
        <w:t>vn 0.0319 0.4439 -0.8955</w:t>
        <w:br/>
        <w:t>vn 0.4744 0.3389 -0.8125</w:t>
        <w:br/>
        <w:t>vn 0.0175 0.3641 -0.9312</w:t>
        <w:br/>
        <w:t>vn 0.0174 0.3946 -0.9187</w:t>
        <w:br/>
        <w:t>vn 0.0979 0.4095 -0.9070</w:t>
        <w:br/>
        <w:t>vn 0.0818 0.3790 -0.9218</w:t>
        <w:br/>
        <w:t>vn 0.0807 0.4894 -0.8683</w:t>
        <w:br/>
        <w:t>vn 0.1037 0.4217 -0.9008</w:t>
        <w:br/>
        <w:t>vn 0.1185 0.4300 -0.8950</w:t>
        <w:br/>
        <w:t>vn 0.1269 0.5269 -0.8404</w:t>
        <w:br/>
        <w:t>vn 0.5182 0.4017 -0.7551</w:t>
        <w:br/>
        <w:t>vn 0.5324 0.4033 -0.7442</w:t>
        <w:br/>
        <w:t>vn 0.0876 0.4205 -0.9031</w:t>
        <w:br/>
        <w:t>vn 0.0640 0.4292 -0.9009</w:t>
        <w:br/>
        <w:t>vn 0.0456 0.4415 -0.8961</w:t>
        <w:br/>
        <w:t>vn -0.0718 0.3849 -0.9202</w:t>
        <w:br/>
        <w:t>vn 0.1167 0.4109 -0.9042</w:t>
        <w:br/>
        <w:t>vn 0.0964 0.3945 -0.9138</w:t>
        <w:br/>
        <w:t>vn -0.5522 0.3635 0.7503</w:t>
        <w:br/>
        <w:t>vn -0.2565 0.5247 0.8118</w:t>
        <w:br/>
        <w:t>vn -0.2822 0.4653 0.8390</w:t>
        <w:br/>
        <w:t>vn -0.2228 0.5152 0.8276</w:t>
        <w:br/>
        <w:t>vn -0.2229 0.5152 0.8276</w:t>
        <w:br/>
        <w:t>vn -0.1423 0.5839 0.7993</w:t>
        <w:br/>
        <w:t>vn -0.1423 0.5838 0.7993</w:t>
        <w:br/>
        <w:t>vn -0.1359 0.6075 0.7826</w:t>
        <w:br/>
        <w:t>vn -0.1358 0.6075 0.7826</w:t>
        <w:br/>
        <w:t>vn -0.1343 0.6217 0.7716</w:t>
        <w:br/>
        <w:t>vn -0.1344 0.6217 0.7716</w:t>
        <w:br/>
        <w:t>vn -0.1432 0.6229 0.7691</w:t>
        <w:br/>
        <w:t>vn -0.1458 0.6222 0.7692</w:t>
        <w:br/>
        <w:t>vn -0.1736 0.5559 0.8129</w:t>
        <w:br/>
        <w:t>vn -0.3420 0.4223 0.8395</w:t>
        <w:br/>
        <w:t>vn 0.7673 0.4278 0.4777</w:t>
        <w:br/>
        <w:t>vn 0.7398 0.4023 0.5394</w:t>
        <w:br/>
        <w:t>vn 0.8276 0.4764 0.2970</w:t>
        <w:br/>
        <w:t>vn 0.8202 0.4536 0.3486</w:t>
        <w:br/>
        <w:t>vn 0.9370 0.3494 -0.0063</w:t>
        <w:br/>
        <w:t>vn 0.9115 0.4050 0.0715</w:t>
        <w:br/>
        <w:t>vn 0.8703 0.4634 0.1668</w:t>
        <w:br/>
        <w:t>vn 0.8180 0.5073 0.2710</w:t>
        <w:br/>
        <w:t>vn 0.8703 0.4633 0.1668</w:t>
        <w:br/>
        <w:t>vn 0.7906 0.4466 0.4189</w:t>
        <w:br/>
        <w:t>vn 0.7173 0.3789 0.5848</w:t>
        <w:br/>
        <w:t>vn -0.3703 0.4055 0.8357</w:t>
        <w:br/>
        <w:t>vn 0.7141 0.3699 0.5944</w:t>
        <w:br/>
        <w:t>vn 0.2331 0.3471 -0.9084</w:t>
        <w:br/>
        <w:t>vn -0.2195 0.4300 -0.8757</w:t>
        <w:br/>
        <w:t>vn -0.2193 0.4301 -0.8757</w:t>
        <w:br/>
        <w:t>vn -0.2177 0.4287 -0.8768</w:t>
        <w:br/>
        <w:t>vn 0.4826 0.3732 -0.7923</w:t>
        <w:br/>
        <w:t>vn 0.4690 0.3783 -0.7981</w:t>
        <w:br/>
        <w:t>vn -0.0746 0.4635 -0.8830</w:t>
        <w:br/>
        <w:t>vn -0.0746 0.4635 -0.8829</w:t>
        <w:br/>
        <w:t>vn 0.3327 0.3456 -0.8774</w:t>
        <w:br/>
        <w:t>vn -0.1764 0.4294 -0.8857</w:t>
        <w:br/>
        <w:t>vn -0.1315 0.4240 -0.8961</w:t>
        <w:br/>
        <w:t>vn 0.3262 0.3490 -0.8785</w:t>
        <w:br/>
        <w:t>vn 0.3767 0.4729 -0.7965</w:t>
        <w:br/>
        <w:t>vn 0.3887 0.4516 -0.8031</w:t>
        <w:br/>
        <w:t>vn 0.5291 0.4116 -0.7421</w:t>
        <w:br/>
        <w:t>vn -0.1057 0.4152 -0.9036</w:t>
        <w:br/>
        <w:t>vn 0.3579 0.3400 -0.8696</w:t>
        <w:br/>
        <w:t>vn -0.1708 0.4516 -0.8757</w:t>
        <w:br/>
        <w:t>vn 0.4804 0.4193 -0.7703</w:t>
        <w:br/>
        <w:t>vn 0.7974 0.1578 -0.5825</w:t>
        <w:br/>
        <w:t>vn 0.8015 0.1591 -0.5764</w:t>
        <w:br/>
        <w:t>vn 0.8293 0.1569 -0.5364</w:t>
        <w:br/>
        <w:t>vn 0.8221 0.1393 -0.5521</w:t>
        <w:br/>
        <w:t>vn 0.8164 0.1445 -0.5592</w:t>
        <w:br/>
        <w:t>vn 0.8271 0.1377 -0.5449</w:t>
        <w:br/>
        <w:t>vn 0.8170 0.1412 -0.5590</w:t>
        <w:br/>
        <w:t>vn 0.8095 0.1362 -0.5711</w:t>
        <w:br/>
        <w:t>vn 0.8232 0.1580 -0.5454</w:t>
        <w:br/>
        <w:t>vn -0.0944 0.4103 -0.9071</w:t>
        <w:br/>
        <w:t>vn 0.7383 0.1865 -0.6481</w:t>
        <w:br/>
        <w:t>vn 0.8018 0.1313 -0.5830</w:t>
        <w:br/>
        <w:t>vn -0.2193 -0.8696 -0.4425</w:t>
        <w:br/>
        <w:t>vn 0.5911 0.4011 -0.6998</w:t>
        <w:br/>
        <w:t>vn 0.1905 0.5462 -0.8157</w:t>
        <w:br/>
        <w:t>vn -0.0997 0.4058 -0.9085</w:t>
        <w:br/>
        <w:t>vn -0.0998 0.4058 -0.9085</w:t>
        <w:br/>
        <w:t>vn -0.0709 -0.2723 -0.9596</w:t>
        <w:br/>
        <w:t>vn 0.2961 -0.1513 -0.9431</w:t>
        <w:br/>
        <w:t>vn 0.3683 -0.1487 -0.9177</w:t>
        <w:br/>
        <w:t>vn 0.0009 -0.2723 -0.9622</w:t>
        <w:br/>
        <w:t>vn 0.0653 -0.7613 0.6452</w:t>
        <w:br/>
        <w:t>vn 0.0653 -0.7612 0.6452</w:t>
        <w:br/>
        <w:t>vn 0.2334 -0.8018 0.5502</w:t>
        <w:br/>
        <w:t>vn 0.4903 -0.7922 0.3633</w:t>
        <w:br/>
        <w:t>vn 0.6403 -0.7102 0.2926</w:t>
        <w:br/>
        <w:t>vn 0.2908 -0.8415 0.4554</w:t>
        <w:br/>
        <w:t>vn -0.2109 -0.6811 0.7011</w:t>
        <w:br/>
        <w:t>vn -0.2109 -0.6812 0.7011</w:t>
        <w:br/>
        <w:t>vn -0.1053 -0.6991 0.7072</w:t>
        <w:br/>
        <w:t>vn -0.6246 -0.6990 0.3483</w:t>
        <w:br/>
        <w:t>vn -0.8028 -0.5247 0.2830</w:t>
        <w:br/>
        <w:t>vn -0.8028 -0.5247 0.2831</w:t>
        <w:br/>
        <w:t>vn -0.2734 -0.7004 0.6593</w:t>
        <w:br/>
        <w:t>vn -0.3005 -0.7164 0.6296</w:t>
        <w:br/>
        <w:t>vn -0.2964 -0.7110 0.6376</w:t>
        <w:br/>
        <w:t>vn -0.2356 -0.6763 0.6979</w:t>
        <w:br/>
        <w:t>vn -0.0334 -0.7041 0.7093</w:t>
        <w:br/>
        <w:t>vn 0.1818 -0.6560 0.7325</w:t>
        <w:br/>
        <w:t>vn 0.1817 -0.6560 0.7325</w:t>
        <w:br/>
        <w:t>vn 0.6587 -0.3379 0.6723</w:t>
        <w:br/>
        <w:t>vn 0.9160 -0.0387 0.3993</w:t>
        <w:br/>
        <w:t>vn 0.9294 -0.0602 0.3641</w:t>
        <w:br/>
        <w:t>vn 0.9278 -0.0765 0.3652</w:t>
        <w:br/>
        <w:t>vn 0.3289 -0.8428 0.4260</w:t>
        <w:br/>
        <w:t>vn 0.2018 -0.9127 0.3554</w:t>
        <w:br/>
        <w:t>vn -0.6091 -0.4949 0.6197</w:t>
        <w:br/>
        <w:t>vn -0.4120 -0.5873 0.6967</w:t>
        <w:br/>
        <w:t>vn -0.6090 -0.4949 0.6198</w:t>
        <w:br/>
        <w:t>vn -0.7867 -0.4575 0.4145</w:t>
        <w:br/>
        <w:t>vn -0.7867 -0.4575 0.4146</w:t>
        <w:br/>
        <w:t>vn 0.6198 -0.6857 0.3816</w:t>
        <w:br/>
        <w:t>vn 0.4692 -0.7455 0.4733</w:t>
        <w:br/>
        <w:t>vn -0.3309 -0.8023 0.4968</w:t>
        <w:br/>
        <w:t>vn -0.1098 -0.9780 -0.1776</w:t>
        <w:br/>
        <w:t>vn -0.2127 -0.9359 -0.2808</w:t>
        <w:br/>
        <w:t>vn -0.2251 -0.9439 -0.2414</w:t>
        <w:br/>
        <w:t>vn 0.0004 -0.9954 -0.0960</w:t>
        <w:br/>
        <w:t>vn 0.0893 -0.9937 -0.0683</w:t>
        <w:br/>
        <w:t>vn 0.2430 -0.9458 -0.2155</w:t>
        <w:br/>
        <w:t>vn 0.1718 -0.9814 -0.0856</w:t>
        <w:br/>
        <w:t>vn 0.0369 -0.9194 0.3916</w:t>
        <w:br/>
        <w:t>vn -0.0875 -0.8694 0.4864</w:t>
        <w:br/>
        <w:t>vn 0.3255 -0.8335 0.4464</w:t>
        <w:br/>
        <w:t>vn 0.3255 -0.8336 0.4464</w:t>
        <w:br/>
        <w:t>vn 0.6704 -0.6865 0.2816</w:t>
        <w:br/>
        <w:t>vn -0.9651 -0.1918 -0.1783</w:t>
        <w:br/>
        <w:t>vn -0.9723 -0.2016 -0.1183</w:t>
        <w:br/>
        <w:t>vn -0.9723 -0.2017 -0.1183</w:t>
        <w:br/>
        <w:t>vn -0.9767 -0.2139 -0.0195</w:t>
        <w:br/>
        <w:t>vn -0.9710 -0.2391 0.0047</w:t>
        <w:br/>
        <w:t>vn -0.9451 -0.3192 0.0699</w:t>
        <w:br/>
        <w:t>vn -0.9451 -0.3193 0.0699</w:t>
        <w:br/>
        <w:t>vn -0.9507 -0.3060 0.0508</w:t>
        <w:br/>
        <w:t>vn -0.9612 -0.2748 0.0238</w:t>
        <w:br/>
        <w:t>vn -0.9612 -0.2749 0.0237</w:t>
        <w:br/>
        <w:t>vn -0.9549 -0.1780 -0.2378</w:t>
        <w:br/>
        <w:t>vn -0.9481 -0.1717 -0.2677</w:t>
        <w:br/>
        <w:t>vn -0.9481 -0.1717 -0.2676</w:t>
        <w:br/>
        <w:t>vn 0.1445 -0.7715 0.6196</w:t>
        <w:br/>
        <w:t>vn 0.2019 -0.8434 0.4979</w:t>
        <w:br/>
        <w:t>vn 0.1547 -0.7858 0.5989</w:t>
        <w:br/>
        <w:t>vn 0.1335 -0.7603 0.6357</w:t>
        <w:br/>
        <w:t>vn 0.1329 -0.7638 0.6316</w:t>
        <w:br/>
        <w:t>vn -0.9769 -0.2052 -0.0602</w:t>
        <w:br/>
        <w:t>vn 0.9532 0.2903 -0.0842</w:t>
        <w:br/>
        <w:t>vn 0.4972 0.3635 0.7878</w:t>
        <w:br/>
        <w:t>vn 0.6303 0.3778 0.6782</w:t>
        <w:br/>
        <w:t>vn 0.6205 0.2931 0.7273</w:t>
        <w:br/>
        <w:t>vn 0.4531 0.3633 0.8140</w:t>
        <w:br/>
        <w:t>vn 0.3434 0.3541 0.8699</w:t>
        <w:br/>
        <w:t>vn 0.3979 0.3751 0.8373</w:t>
        <w:br/>
        <w:t>vn 0.5012 0.3768 0.7790</w:t>
        <w:br/>
        <w:t>vn 0.3721 0.3266 0.8688</w:t>
        <w:br/>
        <w:t>vn 0.4501 0.3574 0.8184</w:t>
        <w:br/>
        <w:t>vn 0.4128 0.3545 0.8390</w:t>
        <w:br/>
        <w:t>vn 0.3697 0.3256 0.8702</w:t>
        <w:br/>
        <w:t>vn 0.4130 0.3456 0.8426</w:t>
        <w:br/>
        <w:t>vn 0.3693 0.3166 0.8737</w:t>
        <w:br/>
        <w:t>vn 0.3750 0.3233 0.8688</w:t>
        <w:br/>
        <w:t>vn 0.4699 0.3726 0.8003</w:t>
        <w:br/>
        <w:t>vn 0.3611 0.2920 0.8856</w:t>
        <w:br/>
        <w:t>vn 0.3765 0.3206 0.8692</w:t>
        <w:br/>
        <w:t>vn 0.4591 0.3587 0.8127</w:t>
        <w:br/>
        <w:t>vn 0.8068 0.5868 0.0685</w:t>
        <w:br/>
        <w:t>vn 0.7299 0.5322 0.4289</w:t>
        <w:br/>
        <w:t>vn 0.6995 0.5458 0.4613</w:t>
        <w:br/>
        <w:t>vn 0.8046 0.5920 0.0470</w:t>
        <w:br/>
        <w:t>vn 0.3231 0.3240 0.8892</w:t>
        <w:br/>
        <w:t>vn 0.6224 0.4237 0.6581</w:t>
        <w:br/>
        <w:t>vn 0.9167 0.1111 0.3838</w:t>
        <w:br/>
        <w:t>vn 0.7866 0.3366 0.5176</w:t>
        <w:br/>
        <w:t>vn 0.8798 0.3734 0.2940</w:t>
        <w:br/>
        <w:t>vn 0.7848 0.5769 -0.2265</w:t>
        <w:br/>
        <w:t>vn 0.7906 0.5562 -0.2559</w:t>
        <w:br/>
        <w:t>vn 0.4298 0.3888 -0.8149</w:t>
        <w:br/>
        <w:t>vn 0.5843 0.3775 -0.7184</w:t>
        <w:br/>
        <w:t>vn 0.2902 0.3551 -0.8887</w:t>
        <w:br/>
        <w:t>vn 0.3714 0.4072 -0.8344</w:t>
        <w:br/>
        <w:t>vn 0.2446 0.4180 -0.8749</w:t>
        <w:br/>
        <w:t>vn 0.2383 0.4211 -0.8751</w:t>
        <w:br/>
        <w:t>vn 0.3587 0.4138 -0.8367</w:t>
        <w:br/>
        <w:t>vn 0.2593 0.5043 -0.8237</w:t>
        <w:br/>
        <w:t>vn 0.4420 0.5120 -0.7366</w:t>
        <w:br/>
        <w:t>vn 0.4587 0.4577 -0.7617</w:t>
        <w:br/>
        <w:t>vn 0.2763 0.4535 -0.8473</w:t>
        <w:br/>
        <w:t>vn 0.1768 0.4487 -0.8760</w:t>
        <w:br/>
        <w:t>vn 0.1510 0.4951 -0.8556</w:t>
        <w:br/>
        <w:t>vn 0.4262 0.4063 -0.8083</w:t>
        <w:br/>
        <w:t>vn -0.0263 0.2695 -0.9626</w:t>
        <w:br/>
        <w:t>vn -0.0114 0.2894 -0.9571</w:t>
        <w:br/>
        <w:t>vn 0.4140 0.4200 -0.8076</w:t>
        <w:br/>
        <w:t>vn 0.9131 0.3104 -0.2643</w:t>
        <w:br/>
        <w:t>vn 0.9735 0.1951 0.1192</w:t>
        <w:br/>
        <w:t>vn 0.9430 0.2714 -0.1928</w:t>
        <w:br/>
        <w:t>vn 0.3337 0.4332 -0.8372</w:t>
        <w:br/>
        <w:t>vn 0.5221 0.4176 -0.7437</w:t>
        <w:br/>
        <w:t>vn 0.5458 0.4126 -0.7293</w:t>
        <w:br/>
        <w:t>vn 0.3401 0.4275 -0.8376</w:t>
        <w:br/>
        <w:t>vn 0.2345 0.4291 -0.8723</w:t>
        <w:br/>
        <w:t>vn 0.2444 0.4335 -0.8674</w:t>
        <w:br/>
        <w:t>vn 0.4273 0.5616 -0.7085</w:t>
        <w:br/>
        <w:t>vn 0.2542 0.5493 -0.7960</w:t>
        <w:br/>
        <w:t>vn 0.2602 0.5748 -0.7758</w:t>
        <w:br/>
        <w:t>vn 0.4279 0.5762 -0.6963</w:t>
        <w:br/>
        <w:t>vn 0.1384 0.5361 -0.8327</w:t>
        <w:br/>
        <w:t>vn 0.1463 0.5675 -0.8103</w:t>
        <w:br/>
        <w:t>vn 0.0701 0.3390 -0.9382</w:t>
        <w:br/>
        <w:t>vn 0.8966 0.3195 -0.3065</w:t>
        <w:br/>
        <w:t>vn 0.9757 0.2031 0.0817</w:t>
        <w:br/>
        <w:t>vn 0.3304 0.4294 -0.8405</w:t>
        <w:br/>
        <w:t>vn 0.4977 0.4185 -0.7597</w:t>
        <w:br/>
        <w:t>vn 0.2531 0.4296 -0.8668</w:t>
        <w:br/>
        <w:t>vn -0.0185 0.2812 -0.9595</w:t>
        <w:br/>
        <w:t>vn 0.9467 0.1068 0.3039</w:t>
        <w:br/>
        <w:t>vn 0.9674 0.2281 -0.1098</w:t>
        <w:br/>
        <w:t>vn 0.9619 0.1372 0.2363</w:t>
        <w:br/>
        <w:t>vn 0.6134 0.3830 -0.6907</w:t>
        <w:br/>
        <w:t>vn 0.0893 0.3495 -0.9327</w:t>
        <w:br/>
        <w:t>vn 0.4215 0.4524 -0.7859</w:t>
        <w:br/>
        <w:t>vn 0.4669 0.4498 -0.7613</w:t>
        <w:br/>
        <w:t>vn 0.8712 0.3380 -0.3560</w:t>
        <w:br/>
        <w:t>vn 0.9636 0.2550 -0.0799</w:t>
        <w:br/>
        <w:t>vn 0.3214 0.4255 -0.8460</w:t>
        <w:br/>
        <w:t>vn 0.4797 0.4142 -0.7735</w:t>
        <w:br/>
        <w:t>vn 0.2474 0.4286 -0.8690</w:t>
        <w:br/>
        <w:t>vn -0.1179 0.2473 -0.9617</w:t>
        <w:br/>
        <w:t>vn 0.9343 0.0873 0.3456</w:t>
        <w:br/>
        <w:t>vn 0.9724 0.2188 -0.0810</w:t>
        <w:br/>
        <w:t>vn 0.6624 0.3595 -0.6572</w:t>
        <w:br/>
        <w:t>vn 0.0930 0.3240 -0.9415</w:t>
        <w:br/>
        <w:t>vn 0.3965 0.4360 -0.8079</w:t>
        <w:br/>
        <w:t>vn 0.8227 0.3919 -0.4119</w:t>
        <w:br/>
        <w:t>vn 0.9267 0.3352 -0.1700</w:t>
        <w:br/>
        <w:t>vn 0.3007 0.4299 -0.8513</w:t>
        <w:br/>
        <w:t>vn 0.4682 0.4227 -0.7760</w:t>
        <w:br/>
        <w:t>vn 0.2177 0.4345 -0.8740</w:t>
        <w:br/>
        <w:t>vn 0.7709 0.4449 -0.4559</w:t>
        <w:br/>
        <w:t>vn 0.5688 0.5180 -0.6389</w:t>
        <w:br/>
        <w:t>vn 0.8511 0.4172 -0.3186</w:t>
        <w:br/>
        <w:t>vn 0.2314 0.5826 -0.7791</w:t>
        <w:br/>
        <w:t>vn 0.4306 0.5748 -0.6959</w:t>
        <w:br/>
        <w:t>vn 0.6396 0.4881 -0.5938</w:t>
        <w:br/>
        <w:t>vn 0.6681 0.5145 -0.5376</w:t>
        <w:br/>
        <w:t>vn 0.7813 0.5603 -0.2750</w:t>
        <w:br/>
        <w:t>vn 0.6782 0.5115 -0.5277</w:t>
        <w:br/>
        <w:t>vn 0.6752 0.5393 -0.5032</w:t>
        <w:br/>
        <w:t>vn 0.5822 0.5756 -0.5743</w:t>
        <w:br/>
        <w:t>vn 0.5821 0.5752 -0.5747</w:t>
        <w:br/>
        <w:t>vn 0.5934 0.5625 -0.5757</w:t>
        <w:br/>
        <w:t>vn 0.6270 0.5092 -0.5896</w:t>
        <w:br/>
        <w:t>vn 0.6685 0.4520 -0.5906</w:t>
        <w:br/>
        <w:t>vn 0.7521 0.3652 -0.5486</w:t>
        <w:br/>
        <w:t>vn 0.8225 0.3197 -0.4705</w:t>
        <w:br/>
        <w:t>vn 0.8200 0.4236 -0.3850</w:t>
        <w:br/>
        <w:t>vn 0.7600 0.4874 -0.4299</w:t>
        <w:br/>
        <w:t>vn 0.7594 0.5250 -0.3843</w:t>
        <w:br/>
        <w:t>vn 0.6460 0.4600 -0.6091</w:t>
        <w:br/>
        <w:t>vn 0.6723 0.4161 -0.6123</w:t>
        <w:br/>
        <w:t>vn 0.7225 0.3908 -0.5703</w:t>
        <w:br/>
        <w:t>vn 0.8230 0.4377 -0.3620</w:t>
        <w:br/>
        <w:t>vn 0.8216 0.4323 -0.3717</w:t>
        <w:br/>
        <w:t>vn 0.7185 0.3181 0.6185</w:t>
        <w:br/>
        <w:t>vn 0.8516 0.2768 0.4451</w:t>
        <w:br/>
        <w:t>vn 0.5650 0.3346 0.7542</w:t>
        <w:br/>
        <w:t>vn 0.6721 0.3385 0.6586</w:t>
        <w:br/>
        <w:t>vn 0.6840 0.3364 0.6473</w:t>
        <w:br/>
        <w:t>vn 0.5990 0.3723 0.7089</w:t>
        <w:br/>
        <w:t>vn 0.6134 0.3430 0.7114</w:t>
        <w:br/>
        <w:t>vn 0.3418 0.2955 0.8921</w:t>
        <w:br/>
        <w:t>vn 0.6562 0.3362 0.6756</w:t>
        <w:br/>
        <w:t>vn 0.6361 0.3326 0.6962</w:t>
        <w:br/>
        <w:t>vn 0.9204 0.3461 -0.1818</w:t>
        <w:br/>
        <w:t>vn 0.9204 0.3462 -0.1819</w:t>
        <w:br/>
        <w:t>vn 0.8572 0.1700 -0.4860</w:t>
        <w:br/>
        <w:t>vn 0.8540 0.3095 0.4181</w:t>
        <w:br/>
        <w:t>vn 0.8654 0.3007 0.4008</w:t>
        <w:br/>
        <w:t>vn 0.8084 0.3787 0.4507</w:t>
        <w:br/>
        <w:t>vn 0.8122 0.3491 0.4674</w:t>
        <w:br/>
        <w:t>vn 0.8358 0.3170 0.4482</w:t>
        <w:br/>
        <w:t>vn 0.9212 0.2509 0.2975</w:t>
        <w:br/>
        <w:t>vn 0.8178 0.3305 0.4711</w:t>
        <w:br/>
        <w:t>vn 0.9891 0.0688 0.1304</w:t>
        <w:br/>
        <w:t>vn 0.8904 0.0035 0.4551</w:t>
        <w:br/>
        <w:t>vn 0.9230 0.0305 0.3836</w:t>
        <w:br/>
        <w:t>vn -0.4114 0.1022 -0.9057</w:t>
        <w:br/>
        <w:t>vn -0.2306 0.1425 -0.9626</w:t>
        <w:br/>
        <w:t>vn -0.0207 0.1813 -0.9832</w:t>
        <w:br/>
        <w:t>vn -0.3570 0.1219 -0.9261</w:t>
        <w:br/>
        <w:t>vn 0.0130 0.2260 -0.9740</w:t>
        <w:br/>
        <w:t>vn -0.1365 0.1779 -0.9745</w:t>
        <w:br/>
        <w:t>vn 0.2240 0.2304 -0.9470</w:t>
        <w:br/>
        <w:t>vn -0.3885 0.0801 -0.9180</w:t>
        <w:br/>
        <w:t>vn -0.2296 0.1157 -0.9664</w:t>
        <w:br/>
        <w:t>vn -0.2745 0.1103 -0.9552</w:t>
        <w:br/>
        <w:t>vn -0.4962 0.0972 -0.8628</w:t>
        <w:br/>
        <w:t>vn -0.4785 0.1005 -0.8723</w:t>
        <w:br/>
        <w:t>vn -0.4388 0.1210 -0.8904</w:t>
        <w:br/>
        <w:t>vn -0.4549 0.1077 -0.8840</w:t>
        <w:br/>
        <w:t>vn -0.4086 0.1492 -0.9004</w:t>
        <w:br/>
        <w:t>vn -0.2227 0.1941 -0.9554</w:t>
        <w:br/>
        <w:t>vn 0.8136 0.4789 -0.3297</w:t>
        <w:br/>
        <w:t>vn 0.7333 0.5072 -0.4528</w:t>
        <w:br/>
        <w:t>vn 0.9025 0.0681 0.4252</w:t>
        <w:br/>
        <w:t>vn 0.9385 0.1122 0.3264</w:t>
        <w:br/>
        <w:t>vn 0.7611 0.5467 -0.3491</w:t>
        <w:br/>
        <w:t>vn 0.7741 0.5447 -0.3226</w:t>
        <w:br/>
        <w:t>vn 0.7518 0.5366 -0.3832</w:t>
        <w:br/>
        <w:t>vn 0.7811 0.5281 -0.3332</w:t>
        <w:br/>
        <w:t>vn 0.8463 0.0135 0.5325</w:t>
        <w:br/>
        <w:t>vn 0.9674 0.1483 0.2054</w:t>
        <w:br/>
        <w:t>vn 0.9758 0.2160 0.0334</w:t>
        <w:br/>
        <w:t>vn 0.8001 -0.0072 0.5998</w:t>
        <w:br/>
        <w:t>vn 0.9451 0.3103 -0.1022</w:t>
        <w:br/>
        <w:t>vn 0.7522 0.5526 -0.3588</w:t>
        <w:br/>
        <w:t>vn 0.7855 0.5451 -0.2930</w:t>
        <w:br/>
        <w:t>vn -0.4523 0.0787 -0.8884</w:t>
        <w:br/>
        <w:t>vn 0.7065 0.3879 -0.5920</w:t>
        <w:br/>
        <w:t>vn 0.7368 0.3786 -0.5602</w:t>
        <w:br/>
        <w:t>vn 0.8448 0.3022 -0.4415</w:t>
        <w:br/>
        <w:t>vn 0.6113 0.4303 0.6642</w:t>
        <w:br/>
        <w:t>vn 0.6569 0.5019 0.5626</w:t>
        <w:br/>
        <w:t>vn 0.5631 0.3663 0.7408</w:t>
        <w:br/>
        <w:t>vn 0.9775 0.0926 0.1893</w:t>
        <w:br/>
        <w:t>vn 0.9199 0.3892 0.0475</w:t>
        <w:br/>
        <w:t>vn 0.8784 0.3980 -0.2645</w:t>
        <w:br/>
        <w:t>vn 0.8875 0.4271 -0.1727</w:t>
        <w:br/>
        <w:t>vn -0.8514 0.1170 -0.5113</w:t>
        <w:br/>
        <w:t>vn -0.8699 0.1218 -0.4780</w:t>
        <w:br/>
        <w:t>vn -0.9032 0.0656 -0.4242</w:t>
        <w:br/>
        <w:t>vn -0.9155 0.0402 -0.4003</w:t>
        <w:br/>
        <w:t>vn -0.9032 0.0656 -0.4241</w:t>
        <w:br/>
        <w:t>vn -0.8959 0.1172 -0.4286</w:t>
        <w:br/>
        <w:t>vn -0.8780 0.0977 -0.4685</w:t>
        <w:br/>
        <w:t>vn -0.8646 0.1279 -0.4859</w:t>
        <w:br/>
        <w:t>vn -0.8930 0.0521 -0.4470</w:t>
        <w:br/>
        <w:t>vn -0.8930 0.0521 -0.4471</w:t>
        <w:br/>
        <w:t>vn -0.9036 0.0667 -0.4231</w:t>
        <w:br/>
        <w:t>vn -0.9036 0.0668 -0.4231</w:t>
        <w:br/>
        <w:t>vn -0.8562 0.0884 -0.5090</w:t>
        <w:br/>
        <w:t>vn -0.8562 0.0883 -0.5090</w:t>
        <w:br/>
        <w:t>vn -0.9182 0.0483 -0.3931</w:t>
        <w:br/>
        <w:t>vn -0.8445 0.1145 -0.5232</w:t>
        <w:br/>
        <w:t>vn -0.8446 0.1144 -0.5231</w:t>
        <w:br/>
        <w:t>vn -0.8914 0.1231 -0.4363</w:t>
        <w:br/>
        <w:t>vn -0.8422 0.1388 -0.5210</w:t>
        <w:br/>
        <w:t>vn 0.9603 0.2026 0.1920</w:t>
        <w:br/>
        <w:t>vn 0.5248 0.3962 0.7534</w:t>
        <w:br/>
        <w:t>vn 0.6188 0.5629 -0.5479</w:t>
        <w:br/>
        <w:t>vn 0.6709 0.5813 -0.4605</w:t>
        <w:br/>
        <w:t>vn 0.7294 0.5850 -0.3546</w:t>
        <w:br/>
        <w:t>vn 0.7581 0.5812 -0.2957</w:t>
        <w:br/>
        <w:t>vn 0.7615 0.5930 -0.2615</w:t>
        <w:br/>
        <w:t>vn 0.7107 0.5257 0.4675</w:t>
        <w:br/>
        <w:t>vn 0.7561 0.4787 0.4464</w:t>
        <w:br/>
        <w:t>vn 0.7405 0.3999 0.5402</w:t>
        <w:br/>
        <w:t>vn 0.5387 0.4574 0.7075</w:t>
        <w:br/>
        <w:t>vn 0.5221 0.4205 0.7421</w:t>
        <w:br/>
        <w:t>vn 0.5708 0.4879 0.6604</w:t>
        <w:br/>
        <w:t>vn 0.7808 0.6072 -0.1471</w:t>
        <w:br/>
        <w:t>vn 0.7662 0.6119 -0.1962</w:t>
        <w:br/>
        <w:t>vn 0.7880 0.5995 0.1400</w:t>
        <w:br/>
        <w:t>vn 0.7945 0.5987 0.1022</w:t>
        <w:br/>
        <w:t>vn 0.7587 0.6075 -0.2353</w:t>
        <w:br/>
        <w:t>vn 0.7344 0.5339 0.4192</w:t>
        <w:br/>
        <w:t>vn 0.8018 0.5920 0.0817</w:t>
        <w:br/>
        <w:t>vn 0.7284 0.5486 0.4104</w:t>
        <w:br/>
        <w:t>vn 0.7922 0.5834 0.1788</w:t>
        <w:br/>
        <w:t>vn 0.7872 0.6041 -0.1240</w:t>
        <w:br/>
        <w:t>vn 0.7980 0.5711 0.1925</w:t>
        <w:br/>
        <w:t>vn 0.7136 0.5570 0.4249</w:t>
        <w:br/>
        <w:t>vn 0.7890 0.5839 0.1911</w:t>
        <w:br/>
        <w:t>vn 0.8202 0.5716 -0.0239</w:t>
        <w:br/>
        <w:t>vn 0.8013 0.5774 -0.1567</w:t>
        <w:br/>
        <w:t>vn 0.7863 0.4618 -0.4105</w:t>
        <w:br/>
        <w:t>vn 0.8152 0.5667 -0.1192</w:t>
        <w:br/>
        <w:t>vn 0.9704 0.2003 -0.1349</w:t>
        <w:br/>
        <w:t>vn 0.9674 -0.1022 0.2316</w:t>
        <w:br/>
        <w:t>vn 0.9721 0.0280 -0.2330</w:t>
        <w:br/>
        <w:t>vn 0.8651 0.2247 -0.4485</w:t>
        <w:br/>
        <w:t>vn 0.8068 0.5870 0.0677</w:t>
        <w:br/>
        <w:t>vn 0.8029 0.5782 0.1452</w:t>
        <w:br/>
        <w:t>vn 0.9164 0.1934 0.3506</w:t>
        <w:br/>
        <w:t>vn 0.9744 0.2249 0.0077</w:t>
        <w:br/>
        <w:t>vn 0.8667 -0.0910 0.4904</w:t>
        <w:br/>
        <w:t>vn 0.7098 0.5040 0.4920</w:t>
        <w:br/>
        <w:t>vn 0.7838 0.5560 0.2766</w:t>
        <w:br/>
        <w:t>vn 0.7303 0.2008 0.6529</w:t>
        <w:br/>
        <w:t>vn 0.7878 0.0974 0.6081</w:t>
        <w:br/>
        <w:t>vn 0.8881 0.2529 -0.3838</w:t>
        <w:br/>
        <w:t>vn 0.7344 0.3904 0.5552</w:t>
        <w:br/>
        <w:t>vn 0.9039 0.0608 0.4234</w:t>
        <w:br/>
        <w:t>vn 0.9379 0.0965 0.3333</w:t>
        <w:br/>
        <w:t>vn -0.8566 0.2046 -0.4736</w:t>
        <w:br/>
        <w:t>vn -0.8566 0.2046 -0.4737</w:t>
        <w:br/>
        <w:t>vn 0.1670 0.5709 -0.8038</w:t>
        <w:br/>
        <w:t>vn 0.8573 0.1701 -0.4860</w:t>
        <w:br/>
        <w:t>vn -0.0087 -0.9351 0.3543</w:t>
        <w:br/>
        <w:t>vn -0.0088 -0.9351 0.3542</w:t>
        <w:br/>
        <w:t>vn 0.0868 -0.9131 0.3984</w:t>
        <w:br/>
        <w:t>vn 0.4213 -0.8740 0.2421</w:t>
        <w:br/>
        <w:t>vn 0.3628 -0.8762 0.3172</w:t>
        <w:br/>
        <w:t>vn 0.1980 -0.8862 0.4188</w:t>
        <w:br/>
        <w:t>vn 0.1980 -0.8863 0.4187</w:t>
        <w:br/>
        <w:t>vn 0.2867 -0.8766 0.3866</w:t>
        <w:br/>
        <w:t>vn 0.2868 -0.8766 0.3865</w:t>
        <w:br/>
        <w:t>vn 0.4906 -0.8626 -0.1235</w:t>
        <w:br/>
        <w:t>vn 0.4932 -0.8695 -0.0289</w:t>
        <w:br/>
        <w:t>vn 0.4251 -0.9043 -0.0390</w:t>
        <w:br/>
        <w:t>vn 0.3568 -0.9208 0.1574</w:t>
        <w:br/>
        <w:t>vn 0.4668 -0.8726 0.1436</w:t>
        <w:br/>
        <w:t>vn 0.4858 -0.8729 0.0447</w:t>
        <w:br/>
        <w:t>vn 0.1001 -0.9384 0.3308</w:t>
        <w:br/>
        <w:t>vn 0.0512 -0.9088 0.4141</w:t>
        <w:br/>
        <w:t>vn -0.0145 -0.9279 0.3726</w:t>
        <w:br/>
        <w:t>vn 0.1171 -0.8583 0.4996</w:t>
        <w:br/>
        <w:t>vn 0.2556 -0.9042 0.3421</w:t>
        <w:br/>
        <w:t>vn 0.3427 -0.9184 -0.1980</w:t>
        <w:br/>
        <w:t>vn 0.1695 -0.9684 -0.1830</w:t>
        <w:br/>
        <w:t>vn 0.1696 -0.9684 -0.1829</w:t>
        <w:br/>
        <w:t>vn 0.1904 -0.9376 0.2910</w:t>
        <w:br/>
        <w:t>vn 0.0355 -0.9361 0.3499</w:t>
        <w:br/>
        <w:t>vn 0.2262 -0.9737 -0.0281</w:t>
        <w:br/>
        <w:t>vn 0.3190 -0.9335 -0.1635</w:t>
        <w:br/>
        <w:t>vn 0.3511 -0.8955 -0.2735</w:t>
        <w:br/>
        <w:t>vn 0.2018 -0.9126 0.3555</w:t>
        <w:br/>
        <w:t>vn 0.2017 -0.9127 0.3555</w:t>
        <w:br/>
        <w:t>vn 0.3233 -0.8438 -0.4283</w:t>
        <w:br/>
        <w:t>vn 0.2430 -0.9458 -0.2156</w:t>
        <w:br/>
        <w:t>vn 0.1718 -0.9814 -0.0857</w:t>
        <w:br/>
        <w:t>vn 0.0123 -0.9150 0.4034</w:t>
        <w:br/>
        <w:t>vn -0.6436 0.3663 0.6720</w:t>
        <w:br/>
        <w:t>vn -0.7457 0.2700 0.6091</w:t>
        <w:br/>
        <w:t>vn -0.7732 0.3608 0.5216</w:t>
        <w:br/>
        <w:t>vn -0.4088 0.4112 0.8147</w:t>
        <w:br/>
        <w:t>vn -0.3924 0.4004 0.8281</w:t>
        <w:br/>
        <w:t>vn -0.4089 0.4170 0.8117</w:t>
        <w:br/>
        <w:t>vn -0.3962 0.3870 0.8326</w:t>
        <w:br/>
        <w:t>vn -0.5268 0.3969 0.7516</w:t>
        <w:br/>
        <w:t>vn -0.5094 0.4349 0.7426</w:t>
        <w:br/>
        <w:t>vn -0.5696 0.4776 0.6689</w:t>
        <w:br/>
        <w:t>vn -0.5952 0.4275 0.6804</w:t>
        <w:br/>
        <w:t>vn -0.5439 0.3579 0.7590</w:t>
        <w:br/>
        <w:t>vn -0.4853 0.4237 0.7648</w:t>
        <w:br/>
        <w:t>vn -0.4725 0.4217 0.7739</w:t>
        <w:br/>
        <w:t>vn -0.5708 0.5100 0.6434</w:t>
        <w:br/>
        <w:t>vn -0.7601 0.6482 -0.0452</w:t>
        <w:br/>
        <w:t>vn -0.7162 0.6428 0.2718</w:t>
        <w:br/>
        <w:t>vn -0.7642 0.6438 0.0400</w:t>
        <w:br/>
        <w:t>vn -0.5539 0.3473 0.7567</w:t>
        <w:br/>
        <w:t>vn -0.6326 0.3539 0.6889</w:t>
        <w:br/>
        <w:t>vn -0.4280 0.4020 0.8095</w:t>
        <w:br/>
        <w:t>vn -0.5043 0.4524 0.7355</w:t>
        <w:br/>
        <w:t>vn -0.5763 0.4773 0.6633</w:t>
        <w:br/>
        <w:t>vn -0.9424 0.0914 0.3218</w:t>
        <w:br/>
        <w:t>vn -0.8947 0.3923 0.2136</w:t>
        <w:br/>
        <w:t>vn -0.8639 0.3332 0.3777</w:t>
        <w:br/>
        <w:t>vn -0.7204 0.6173 -0.3161</w:t>
        <w:br/>
        <w:t>vn -0.7163 0.6082 -0.3420</w:t>
        <w:br/>
        <w:t>vn -0.2673 0.3752 -0.8875</w:t>
        <w:br/>
        <w:t>vn -0.1374 0.3391 -0.9307</w:t>
        <w:br/>
        <w:t>vn -0.3923 0.3839 -0.8359</w:t>
        <w:br/>
        <w:t>vn -0.3126 0.5099 -0.8014</w:t>
        <w:br/>
        <w:t>vn -0.3340 0.4576 -0.8241</w:t>
        <w:br/>
        <w:t>vn -0.5215 0.4490 -0.7255</w:t>
        <w:br/>
        <w:t>vn -0.4963 0.5014 -0.7087</w:t>
        <w:br/>
        <w:t>vn -0.2126 0.4551 -0.8647</w:t>
        <w:br/>
        <w:t>vn -0.1875 0.5062 -0.8418</w:t>
        <w:br/>
        <w:t>vn 0.0946 0.2747 -0.9569</w:t>
        <w:br/>
        <w:t>vn 0.1132 0.2571 -0.9597</w:t>
        <w:br/>
        <w:t>vn -0.2801 0.3794 -0.8818</w:t>
        <w:br/>
        <w:t>vn -0.2708 0.3941 -0.8783</w:t>
        <w:br/>
        <w:t>vn -0.8643 -0.0018 0.5029</w:t>
        <w:br/>
        <w:t>vn -0.9305 0.0898 0.3551</w:t>
        <w:br/>
        <w:t>vn -0.9776 0.2104 -0.0105</w:t>
        <w:br/>
        <w:t>vn -0.4732 0.5499 -0.6883</w:t>
        <w:br/>
        <w:t>vn -0.4663 0.5702 -0.6764</w:t>
        <w:br/>
        <w:t>vn -0.2918 0.5790 -0.7613</w:t>
        <w:br/>
        <w:t>vn -0.2971 0.5544 -0.7774</w:t>
        <w:br/>
        <w:t>vn -0.1648 0.5491 -0.8194</w:t>
        <w:br/>
        <w:t>vn -0.1668 0.5751 -0.8009</w:t>
        <w:br/>
        <w:t>vn 0.0483 0.3199 -0.9462</w:t>
        <w:br/>
        <w:t>vn -0.9394 0.2874 -0.1869</w:t>
        <w:br/>
        <w:t>vn -0.9530 0.2749 -0.1277</w:t>
        <w:br/>
        <w:t>vn -0.9666 0.1328 0.2192</w:t>
        <w:br/>
        <w:t>vn -0.7846 0.3627 -0.5028</w:t>
        <w:br/>
        <w:t>vn -0.7590 0.3819 -0.5274</w:t>
        <w:br/>
        <w:t>vn -0.5518 0.4193 -0.7209</w:t>
        <w:br/>
        <w:t>vn -0.5757 0.4031 -0.7114</w:t>
        <w:br/>
        <w:t>vn -0.2758 0.4305 -0.8594</w:t>
        <w:br/>
        <w:t>vn -0.2664 0.4282 -0.8635</w:t>
        <w:br/>
        <w:t>vn -0.3750 0.4254 -0.8236</w:t>
        <w:br/>
        <w:t>vn -0.3687 0.4315 -0.8233</w:t>
        <w:br/>
        <w:t>vn 0.1181 0.2770 -0.9536</w:t>
        <w:br/>
        <w:t>vn -0.9788 0.1755 0.1055</w:t>
        <w:br/>
        <w:t>vn -0.8297 0.0064 0.5581</w:t>
        <w:br/>
        <w:t>vn 0.0646 0.3141 -0.9472</w:t>
        <w:br/>
        <w:t>vn -0.3266 0.4465 -0.8330</w:t>
        <w:br/>
        <w:t>vn -0.3030 0.4623 -0.8334</w:t>
        <w:br/>
        <w:t>vn -0.9133 0.3016 -0.2738</w:t>
        <w:br/>
        <w:t>vn -0.9808 0.1949 -0.0006</w:t>
        <w:br/>
        <w:t>vn -0.7237 0.3910 -0.5687</w:t>
        <w:br/>
        <w:t>vn -0.5366 0.4252 -0.7289</w:t>
        <w:br/>
        <w:t>vn -0.2703 0.4327 -0.8601</w:t>
        <w:br/>
        <w:t>vn -0.3647 0.4339 -0.8238</w:t>
        <w:br/>
        <w:t>vn 0.1986 0.2490 -0.9479</w:t>
        <w:br/>
        <w:t>vn -0.9744 0.1813 0.1330</w:t>
        <w:br/>
        <w:t>vn -0.5561 -0.4244 0.7146</w:t>
        <w:br/>
        <w:t>vn 0.0352 0.2827 -0.9586</w:t>
        <w:br/>
        <w:t>vn -0.3091 0.4537 -0.8358</w:t>
        <w:br/>
        <w:t>vn -0.8556 0.3680 -0.3640</w:t>
        <w:br/>
        <w:t>vn -0.9464 0.2981 -0.1244</w:t>
        <w:br/>
        <w:t>vn -0.6925 0.4064 -0.5961</w:t>
        <w:br/>
        <w:t>vn -0.5322 0.4230 -0.7334</w:t>
        <w:br/>
        <w:t>vn -0.2444 0.4351 -0.8666</w:t>
        <w:br/>
        <w:t>vn -0.3545 0.4331 -0.8287</w:t>
        <w:br/>
        <w:t>vn -0.5410 0.5352 -0.6488</w:t>
        <w:br/>
        <w:t>vn -0.7212 0.4411 -0.5342</w:t>
        <w:br/>
        <w:t>vn -0.8750 0.3902 -0.2867</w:t>
        <w:br/>
        <w:t>vn -0.7070 0.4336 -0.5587</w:t>
        <w:br/>
        <w:t>vn -0.4669 0.5709 -0.6753</w:t>
        <w:br/>
        <w:t>vn -0.2570 0.5847 -0.7695</w:t>
        <w:br/>
        <w:t>vn -0.5199 0.4851 -0.7031</w:t>
        <w:br/>
        <w:t>vn -0.5827 0.5553 -0.5935</w:t>
        <w:br/>
        <w:t>vn -0.5632 0.5630 -0.6049</w:t>
        <w:br/>
        <w:t>vn -0.6849 0.6425 -0.3438</w:t>
        <w:br/>
        <w:t>vn -0.5915 0.5638 -0.5764</w:t>
        <w:br/>
        <w:t>vn -0.6172 0.5643 -0.5483</w:t>
        <w:br/>
        <w:t>vn -0.6193 0.5676 -0.5424</w:t>
        <w:br/>
        <w:t>vn -0.6294 0.5410 -0.5579</w:t>
        <w:br/>
        <w:t>vn -0.6674 0.4842 -0.5658</w:t>
        <w:br/>
        <w:t>vn -0.7018 0.4629 -0.5414</w:t>
        <w:br/>
        <w:t>vn -0.6709 0.5835 -0.4576</w:t>
        <w:br/>
        <w:t>vn -0.6527 0.4901 -0.5778</w:t>
        <w:br/>
        <w:t>vn -0.5169 0.4522 -0.7269</w:t>
        <w:br/>
        <w:t>vn -0.5015 0.4339 -0.7485</w:t>
        <w:br/>
        <w:t>vn -0.5291 0.4298 -0.7317</w:t>
        <w:br/>
        <w:t>vn -0.6951 0.4730 -0.5415</w:t>
        <w:br/>
        <w:t>vn -0.6833 0.4736 -0.5557</w:t>
        <w:br/>
        <w:t>vn -0.6235 0.4824 0.6153</w:t>
        <w:br/>
        <w:t>vn -0.5683 0.4707 0.6749</w:t>
        <w:br/>
        <w:t>vn -0.3796 0.4093 0.8297</w:t>
        <w:br/>
        <w:t>vn -0.4037 0.3790 0.8327</w:t>
        <w:br/>
        <w:t>vn -0.5631 0.4924 0.6637</w:t>
        <w:br/>
        <w:t>vn -0.8686 0.3979 0.2953</w:t>
        <w:br/>
        <w:t>vn -0.7994 0.4516 0.3962</w:t>
        <w:br/>
        <w:t>vn -0.6969 0.4417 0.5650</w:t>
        <w:br/>
        <w:t>vn -0.7582 0.4056 0.5105</w:t>
        <w:br/>
        <w:t>vn -0.9786 0.0469 0.2003</w:t>
        <w:br/>
        <w:t>vn -0.8935 -0.0190 0.4486</w:t>
        <w:br/>
        <w:t>vn -0.6755 -0.3469 0.6507</w:t>
        <w:br/>
        <w:t>vn 0.4239 0.1179 -0.8980</w:t>
        <w:br/>
        <w:t>vn 0.3826 0.1311 -0.9146</w:t>
        <w:br/>
        <w:t>vn 0.0715 0.1617 -0.9842</w:t>
        <w:br/>
        <w:t>vn 0.2681 0.1333 -0.9541</w:t>
        <w:br/>
        <w:t>vn 0.0199 0.2216 -0.9749</w:t>
        <w:br/>
        <w:t>vn -0.1869 0.2071 -0.9603</w:t>
        <w:br/>
        <w:t>vn 0.1707 0.1806 -0.9686</w:t>
        <w:br/>
        <w:t>vn 0.3999 0.1316 -0.9071</w:t>
        <w:br/>
        <w:t>vn 0.2983 0.1478 -0.9430</w:t>
        <w:br/>
        <w:t>vn 0.2390 0.1756 -0.9550</w:t>
        <w:br/>
        <w:t>vn 0.5087 0.1294 -0.8512</w:t>
        <w:br/>
        <w:t>vn 0.4929 0.1348 -0.8596</w:t>
        <w:br/>
        <w:t>vn 0.4516 0.1411 -0.8810</w:t>
        <w:br/>
        <w:t>vn 0.4668 0.1340 -0.8741</w:t>
        <w:br/>
        <w:t>vn 0.4456 0.1659 -0.8798</w:t>
        <w:br/>
        <w:t>vn 0.2880 0.1881 -0.9390</w:t>
        <w:br/>
        <w:t>vn -0.8439 0.4421 -0.3039</w:t>
        <w:br/>
        <w:t>vn -0.7621 0.4786 -0.4361</w:t>
        <w:br/>
        <w:t>vn -0.8044 -0.0517 0.5919</w:t>
        <w:br/>
        <w:t>vn -0.8663 0.0004 0.4995</w:t>
        <w:br/>
        <w:t>vn -0.7742 0.5136 -0.3700</w:t>
        <w:br/>
        <w:t>vn -0.7871 0.5345 -0.3078</w:t>
        <w:br/>
        <w:t>vn -0.7910 0.5299 -0.3057</w:t>
        <w:br/>
        <w:t>vn -0.8131 0.4972 -0.3027</w:t>
        <w:br/>
        <w:t>vn -0.7582 -0.0616 0.6491</w:t>
        <w:br/>
        <w:t>vn -0.9480 0.0610 0.3123</w:t>
        <w:br/>
        <w:t>vn -0.9844 0.1551 0.0827</w:t>
        <w:br/>
        <w:t>vn -0.4400 -0.4298 0.7885</w:t>
        <w:br/>
        <w:t>vn -0.9614 0.2679 -0.0630</w:t>
        <w:br/>
        <w:t>vn -0.7916 0.5457 -0.2748</w:t>
        <w:br/>
        <w:t>vn -0.7827 0.5419 -0.3062</w:t>
        <w:br/>
        <w:t>vn 0.4633 0.1157 -0.8786</w:t>
        <w:br/>
        <w:t>vn -0.7965 0.3550 -0.4895</w:t>
        <w:br/>
        <w:t>vn -0.8550 0.3250 -0.4041</w:t>
        <w:br/>
        <w:t>vn -0.8514 0.3221 -0.4139</w:t>
        <w:br/>
        <w:t>vn -0.6782 0.5446 0.4934</w:t>
        <w:br/>
        <w:t>vn -0.6871 0.6009 0.4084</w:t>
        <w:br/>
        <w:t>vn -0.6709 0.4143 0.6150</w:t>
        <w:br/>
        <w:t>vn -0.7308 0.6159 0.2943</w:t>
        <w:br/>
        <w:t>vn -0.6284 0.5363 0.5635</w:t>
        <w:br/>
        <w:t>vn -0.9800 0.0742 0.1847</w:t>
        <w:br/>
        <w:t>vn -0.9157 0.4017 0.0104</w:t>
        <w:br/>
        <w:t>vn -0.8472 0.4503 -0.2819</w:t>
        <w:br/>
        <w:t>vn -0.7969 0.4447 -0.4090</w:t>
        <w:br/>
        <w:t>vn 0.8364 0.1625 -0.5235</w:t>
        <w:br/>
        <w:t>vn 0.8329 0.1351 -0.5367</w:t>
        <w:br/>
        <w:t>vn 0.7135 0.1988 -0.6718</w:t>
        <w:br/>
        <w:t>vn 0.7538 0.1694 -0.6348</w:t>
        <w:br/>
        <w:t>vn 0.3261 0.3490 -0.8786</w:t>
        <w:br/>
        <w:t>vn 0.8367 0.1937 -0.5122</w:t>
        <w:br/>
        <w:t>vn 0.8756 0.1644 -0.4542</w:t>
        <w:br/>
        <w:t>vn 0.8028 0.1309 -0.5817</w:t>
        <w:br/>
        <w:t>vn 0.7481 0.1875 -0.6366</w:t>
        <w:br/>
        <w:t>vn 0.3579 0.3401 -0.8696</w:t>
        <w:br/>
        <w:t>vn 0.8002 0.1351 -0.5843</w:t>
        <w:br/>
        <w:t>vn 0.8038 0.1456 -0.5769</w:t>
        <w:br/>
        <w:t>vn -0.9192 0.3552 0.1701</w:t>
        <w:br/>
        <w:t>vn -0.8069 0.3895 0.4442</w:t>
        <w:br/>
        <w:t>vn -0.6170 0.5471 -0.5657</w:t>
        <w:br/>
        <w:t>vn -0.6866 0.5740 -0.4461</w:t>
        <w:br/>
        <w:t>vn -0.7488 0.5851 -0.3114</w:t>
        <w:br/>
        <w:t>vn -0.7697 0.5923 -0.2380</w:t>
        <w:br/>
        <w:t>vn -0.7545 0.5291 0.3884</w:t>
        <w:br/>
        <w:t>vn -0.7200 0.5818 0.3784</w:t>
        <w:br/>
        <w:t>vn -0.7202 0.4770 0.5038</w:t>
        <w:br/>
        <w:t>vn -0.6119 0.5200 0.5960</w:t>
        <w:br/>
        <w:t>vn -0.6276 0.5027 0.5945</w:t>
        <w:br/>
        <w:t>vn -0.6007 0.5516 0.5787</w:t>
        <w:br/>
        <w:t>vn -0.7716 0.6174 -0.1530</w:t>
        <w:br/>
        <w:t>vn -0.7938 0.6052 -0.0592</w:t>
        <w:br/>
        <w:t>vn -0.7424 0.6217 -0.2497</w:t>
        <w:br/>
        <w:t>vn -0.7753 0.6271 0.0750</w:t>
        <w:br/>
        <w:t>vn -0.7756 0.6195 0.1213</w:t>
        <w:br/>
        <w:t>vn -0.7531 0.5903 0.2905</w:t>
        <w:br/>
        <w:t>vn -0.7513 0.5966 0.2821</w:t>
        <w:br/>
        <w:t>vn -0.7741 0.6311 0.0494</w:t>
        <w:br/>
        <w:t>vn -0.7835 0.5966 0.1741</w:t>
        <w:br/>
        <w:t>vn -0.7979 0.6025 -0.0195</w:t>
        <w:br/>
        <w:t>vn -0.7901 0.5809 0.1956</w:t>
        <w:br/>
        <w:t>vn -0.7057 0.6175 -0.3474</w:t>
        <w:br/>
        <w:t>vn -0.7385 0.6058 0.2961</w:t>
        <w:br/>
        <w:t>vn -0.5548 0.4761 0.6823</w:t>
        <w:br/>
        <w:t>vn -0.7490 0.6599 0.0591</w:t>
        <w:br/>
        <w:t>vn -0.7481 0.6614 -0.0537</w:t>
        <w:br/>
        <w:t>vn -0.7461 0.6494 -0.1471</w:t>
        <w:br/>
        <w:t>vn -0.7159 0.6631 -0.2188</w:t>
        <w:br/>
        <w:t>vn -0.7402 0.6329 -0.2270</w:t>
        <w:br/>
        <w:t>vn -0.9511 -0.1811 0.2502</w:t>
        <w:br/>
        <w:t>vn -0.9584 0.2179 -0.1844</w:t>
        <w:br/>
        <w:t>vn -0.7083 0.5486 -0.4444</w:t>
        <w:br/>
        <w:t>vn -0.9577 0.0507 -0.2832</w:t>
        <w:br/>
        <w:t>vn -0.7936 0.2783 -0.5410</w:t>
        <w:br/>
        <w:t>vn -0.7648 0.6442 0.0108</w:t>
        <w:br/>
        <w:t>vn -0.9393 0.1233 0.3202</w:t>
        <w:br/>
        <w:t>vn -0.9720 0.2297 -0.0486</w:t>
        <w:br/>
        <w:t>vn -0.7457 0.5779 0.3316</w:t>
        <w:br/>
        <w:t>vn -0.7446 0.6504 0.1498</w:t>
        <w:br/>
        <w:t>vn -0.8086 0.1439 0.5704</w:t>
        <w:br/>
        <w:t>vn -0.8710 0.0429 0.4894</w:t>
        <w:br/>
        <w:t>vn -0.8672 -0.1963 0.4576</w:t>
        <w:br/>
        <w:t>vn -0.7942 0.3532 -0.4945</w:t>
        <w:br/>
        <w:t>vn -0.8419 -0.0482 0.5374</w:t>
        <w:br/>
        <w:t>vn -0.8673 -0.0272 0.4971</w:t>
        <w:br/>
        <w:t>vn 0.8765 0.1778 -0.4474</w:t>
        <w:br/>
        <w:t>vn -0.1876 0.5741 -0.7970</w:t>
        <w:br/>
        <w:t>vn -0.7008 0.5098 0.4990</w:t>
        <w:br/>
        <w:t>vn 0.0296 -0.9295 0.3675</w:t>
        <w:br/>
        <w:t>vn 0.0295 -0.9295 0.3676</w:t>
        <w:br/>
        <w:t>vn -0.0941 -0.9153 0.3917</w:t>
        <w:br/>
        <w:t>vn -0.3940 -0.8623 0.3181</w:t>
        <w:br/>
        <w:t>vn -0.3485 -0.8670 0.3561</w:t>
        <w:br/>
        <w:t>vn -0.2864 -0.8693 0.4029</w:t>
        <w:br/>
        <w:t>vn -0.2044 -0.8828 0.4230</w:t>
        <w:br/>
        <w:t>vn -0.2044 -0.8828 0.4229</w:t>
        <w:br/>
        <w:t>vn -0.4480 -0.8893 0.0917</w:t>
        <w:br/>
        <w:t>vn -0.4481 -0.8893 0.0916</w:t>
        <w:br/>
        <w:t>vn -0.4217 -0.9062 -0.0312</w:t>
        <w:br/>
        <w:t>vn -0.4216 -0.9062 -0.0312</w:t>
        <w:br/>
        <w:t>vn -0.4493 -0.8921 -0.0488</w:t>
        <w:br/>
        <w:t>vn -0.4550 -0.8722 0.1796</w:t>
        <w:br/>
        <w:t>vn -0.4421 -0.8824 0.1611</w:t>
        <w:br/>
        <w:t>vn -0.4421 -0.8824 0.1610</w:t>
        <w:br/>
        <w:t>vn -0.4312 -0.8687 0.2440</w:t>
        <w:br/>
        <w:t>vn 0.0266 -0.9130 0.4070</w:t>
        <w:br/>
        <w:t>vn -0.1107 -0.8528 0.5103</w:t>
        <w:br/>
        <w:t>vn -0.2345 -0.7041 0.6702</w:t>
        <w:br/>
        <w:t>vn -0.3184 -0.6740 0.6666</w:t>
        <w:br/>
        <w:t>vn -0.3957 -0.8178 0.4178</w:t>
        <w:br/>
        <w:t>vn -0.2093 -0.9673 -0.1431</w:t>
        <w:br/>
        <w:t>vn -0.2824 -0.9498 -0.1346</w:t>
        <w:br/>
        <w:t>vn -0.3633 -0.8088 0.4624</w:t>
        <w:br/>
        <w:t>vn -0.1642 -0.7409 0.6512</w:t>
        <w:br/>
        <w:t>vn -0.3499 -0.9367 0.0102</w:t>
        <w:br/>
        <w:t>vn -0.3290 -0.9141 -0.2372</w:t>
        <w:br/>
        <w:t>vn -0.3125 -0.9344 -0.1711</w:t>
        <w:br/>
        <w:t>vn -0.3309 -0.8023 0.4967</w:t>
        <w:br/>
        <w:t>vn -0.2225 -0.9660 -0.1315</w:t>
        <w:br/>
        <w:t>vn -0.1074 -0.7026 0.7035</w:t>
        <w:br/>
        <w:t>vn -0.7904 0.4887 0.3694</w:t>
        <w:br/>
        <w:t>vn -0.7530 0.5089 0.4171</w:t>
        <w:br/>
        <w:t>vn -0.6545 0.4935 0.5727</w:t>
        <w:br/>
        <w:t>vn -0.6774 0.4806 0.5569</w:t>
        <w:br/>
        <w:t>vn 0.9466 0.0109 -0.3222</w:t>
        <w:br/>
        <w:t>vn 0.9287 0.0282 -0.3696</w:t>
        <w:br/>
        <w:t>vn 0.8427 0.1158 -0.5257</w:t>
        <w:br/>
        <w:t>vn -0.4091 0.4182 -0.8110</w:t>
        <w:br/>
        <w:t>vn -0.4016 0.4158 -0.8160</w:t>
        <w:br/>
        <w:t>vn -0.2602 0.4234 -0.8678</w:t>
        <w:br/>
        <w:t>vn -0.2647 0.4246 -0.8658</w:t>
        <w:br/>
        <w:t>vn -0.5974 0.3922 -0.6995</w:t>
        <w:br/>
        <w:t>vn -0.2570 0.4254 -0.8677</w:t>
        <w:br/>
        <w:t>vn -0.3862 0.4190 -0.8217</w:t>
        <w:br/>
        <w:t>vn -0.6190 0.3845 -0.6849</w:t>
        <w:br/>
        <w:t>vn -0.6308 0.3819 -0.6755</w:t>
        <w:br/>
        <w:t>vn 0.6534 0.4162 -0.6323</w:t>
        <w:br/>
        <w:t>vn 0.6763 0.3940 -0.6224</w:t>
        <w:br/>
        <w:t>vn -0.4915 0.4431 0.7497</w:t>
        <w:br/>
        <w:t>vn 0.2006 0.6149 0.7627</w:t>
        <w:br/>
        <w:t>vn 0.9204 -0.0840 0.3819</w:t>
        <w:br/>
        <w:t>vn 0.9204 -0.0839 0.3820</w:t>
        <w:br/>
        <w:t>vn -0.2023 0.5643 0.8004</w:t>
        <w:br/>
        <w:t>vn 0.0363 0.4103 0.9112</w:t>
        <w:br/>
        <w:t>vn -0.0556 -0.2418 -0.9687</w:t>
        <w:br/>
        <w:t>vn -0.2654 -0.1242 -0.9561</w:t>
        <w:br/>
        <w:t>vn -0.1388 -0.1825 -0.9734</w:t>
        <w:br/>
        <w:t>vn -0.2391 0.6168 0.7499</w:t>
        <w:br/>
        <w:t>vn -0.8511 0.5152 -0.1006</w:t>
        <w:br/>
        <w:t>vn -0.6915 0.2047 -0.6928</w:t>
        <w:br/>
        <w:t>vn -0.1551 -0.1903 -0.9694</w:t>
        <w:br/>
        <w:t>vn -0.2645 -0.1291 -0.9557</w:t>
        <w:br/>
        <w:t>vn -0.1851 -0.2469 -0.9512</w:t>
        <w:br/>
        <w:t>vn 0.0436 -0.3867 -0.9212</w:t>
        <w:br/>
        <w:t>vn 0.8963 -0.0127 0.4432</w:t>
        <w:br/>
        <w:t>vn -0.2747 0.6234 0.7320</w:t>
        <w:br/>
        <w:t>vn -0.3091 0.6283 0.7139</w:t>
        <w:br/>
        <w:t>vn -0.7273 0.6018 0.3299</w:t>
        <w:br/>
        <w:t>vn -0.5898 0.6206 0.5167</w:t>
        <w:br/>
        <w:t>vn -0.4676 0.6202 0.6298</w:t>
        <w:br/>
        <w:t>vn 0.4884 -0.2106 -0.8468</w:t>
        <w:br/>
        <w:t>vn -0.2824 -0.3598 -0.8893</w:t>
        <w:br/>
        <w:t>vn 0.6375 -0.1639 -0.7528</w:t>
        <w:br/>
        <w:t>vn 0.1615 0.1702 -0.9721</w:t>
        <w:br/>
        <w:t>vn 0.0726 -0.1185 -0.9903</w:t>
        <w:br/>
        <w:t>vn 0.0255 -0.2786 -0.9601</w:t>
        <w:br/>
        <w:t>vn 0.0155 -0.3443 -0.9387</w:t>
        <w:br/>
        <w:t>vn 0.1433 0.3032 -0.9421</w:t>
        <w:br/>
        <w:t>vn -0.0157 -0.3438 -0.9389</w:t>
        <w:br/>
        <w:t>vn -0.0203 0.0092 -0.9998</w:t>
        <w:br/>
        <w:t>vn -0.1618 0.1689 -0.9723</w:t>
        <w:br/>
        <w:t>vn -0.1434 0.3016 -0.9426</w:t>
        <w:br/>
        <w:t>vn -0.2589 0.0722 0.9632</w:t>
        <w:br/>
        <w:t>vn -0.1686 0.2466 0.9544</w:t>
        <w:br/>
        <w:t>vn -0.2877 0.0973 0.9528</w:t>
        <w:br/>
        <w:t>vn -0.1803 0.0974 0.9788</w:t>
        <w:br/>
        <w:t>vn -0.0785 0.0174 0.9968</w:t>
        <w:br/>
        <w:t>vn -0.2523 -0.5077 -0.8238</w:t>
        <w:br/>
        <w:t>vn -0.4243 -0.6223 -0.6578</w:t>
        <w:br/>
        <w:t>vn -0.4243 -0.6223 -0.6579</w:t>
        <w:br/>
        <w:t>vn -0.0508 -0.1060 0.9931</w:t>
        <w:br/>
        <w:t>vn 0.3050 -0.5251 -0.7945</w:t>
        <w:br/>
        <w:t>vn 0.4010 0.0723 0.9132</w:t>
        <w:br/>
        <w:t>vn 0.1712 0.2270 0.9587</w:t>
        <w:br/>
        <w:t>vn 0.9409 0.3379 0.0207</w:t>
        <w:br/>
        <w:t>vn 0.9030 0.3753 0.2092</w:t>
        <w:br/>
        <w:t>vn 0.9078 0.3703 0.1969</w:t>
        <w:br/>
        <w:t>vn 0.9386 0.3449 -0.0061</w:t>
        <w:br/>
        <w:t>vn 0.6482 0.3771 0.6615</w:t>
        <w:br/>
        <w:t>vn 0.7785 0.3853 0.4955</w:t>
        <w:br/>
        <w:t>vn 0.7775 0.3854 0.4970</w:t>
        <w:br/>
        <w:t>vn 0.6494 0.3771 0.6604</w:t>
        <w:br/>
        <w:t>vn 0.6341 0.3855 0.6703</w:t>
        <w:br/>
        <w:t>vn 0.6370 0.3854 0.6676</w:t>
        <w:br/>
        <w:t>vn 0.4608 0.4409 0.7703</w:t>
        <w:br/>
        <w:t>vn 0.4644 0.4414 0.7678</w:t>
        <w:br/>
        <w:t>vn 0.8924 0.4415 0.0934</w:t>
        <w:br/>
        <w:t>vn 0.7937 0.4174 0.4425</w:t>
        <w:br/>
        <w:t>vn 0.8055 0.3968 0.4402</w:t>
        <w:br/>
        <w:t>vn 0.9137 0.4014 0.0635</w:t>
        <w:br/>
        <w:t>vn 0.6808 0.3766 0.6282</w:t>
        <w:br/>
        <w:t>vn 0.6822 0.3955 0.6150</w:t>
        <w:br/>
        <w:t>vn 0.5418 0.4009 0.7387</w:t>
        <w:br/>
        <w:t>vn 0.5610 0.3888 0.7308</w:t>
        <w:br/>
        <w:t>vn 0.3404 0.4139 0.8443</w:t>
        <w:br/>
        <w:t>vn 0.3497 0.4327 0.8310</w:t>
        <w:br/>
        <w:t>vn 0.0926 0.4021 0.9109</w:t>
        <w:br/>
        <w:t>vn 0.0492 0.4514 0.8910</w:t>
        <w:br/>
        <w:t>vn 0.8450 0.4739 0.2477</w:t>
        <w:br/>
        <w:t>vn 0.6956 0.4077 0.5916</w:t>
        <w:br/>
        <w:t>vn 0.7654 0.4358 0.4736</w:t>
        <w:br/>
        <w:t>vn 0.5344 0.4077 0.7404</w:t>
        <w:br/>
        <w:t>vn 0.3436 0.3963 0.8514</w:t>
        <w:br/>
        <w:t>vn 0.1213 0.3638 0.9235</w:t>
        <w:br/>
        <w:t>vn 0.9291 0.3552 0.1029</w:t>
        <w:br/>
        <w:t>vn 0.8082 0.3784 0.4512</w:t>
        <w:br/>
        <w:t>vn 0.8196 0.3799 0.4288</w:t>
        <w:br/>
        <w:t>vn 0.9338 0.3527 0.0611</w:t>
        <w:br/>
        <w:t>vn 0.6726 0.3677 0.6422</w:t>
        <w:br/>
        <w:t>vn 0.6658 0.3514 0.6582</w:t>
        <w:br/>
        <w:t>vn 0.5845 0.3760 0.7190</w:t>
        <w:br/>
        <w:t>vn 0.6084 0.3627 0.7059</w:t>
        <w:br/>
        <w:t>vn 0.3827 0.4267 0.8194</w:t>
        <w:br/>
        <w:t>vn 0.4208 0.4215 0.8033</w:t>
        <w:br/>
        <w:t>vn 0.0337 0.4676 0.8833</w:t>
        <w:br/>
        <w:t>vn 0.0388 0.4778 0.8776</w:t>
        <w:br/>
        <w:t>vn 0.6570 0.3596 0.6625</w:t>
        <w:br/>
        <w:t>vn 0.7802 0.3759 0.5001</w:t>
        <w:br/>
        <w:t>vn 0.6261 0.3712 0.6857</w:t>
        <w:br/>
        <w:t>vn 0.4479 0.4319 0.7828</w:t>
        <w:br/>
        <w:t>vn -0.0022 0.2886 -0.9574</w:t>
        <w:br/>
        <w:t>vn 0.2652 0.2867 -0.9206</w:t>
        <w:br/>
        <w:t>vn 0.2668 0.2867 -0.9201</w:t>
        <w:br/>
        <w:t>vn -0.0028 0.2888 -0.9574</w:t>
        <w:br/>
        <w:t>vn 0.2582 0.2874 -0.9223</w:t>
        <w:br/>
        <w:t>vn 0.4738 0.2726 -0.8374</w:t>
        <w:br/>
        <w:t>vn 0.4902 0.2698 -0.8288</w:t>
        <w:br/>
        <w:t>vn 0.9121 0.1794 -0.3687</w:t>
        <w:br/>
        <w:t>vn 0.7021 0.2399 -0.6704</w:t>
        <w:br/>
        <w:t>vn 0.6965 0.2405 -0.6760</w:t>
        <w:br/>
        <w:t>vn 0.9076 0.1799 -0.3793</w:t>
        <w:br/>
        <w:t>vn 0.9241 0.1456 -0.3532</w:t>
        <w:br/>
        <w:t>vn 0.8888 0.1917 -0.4164</w:t>
        <w:br/>
        <w:t>vn 0.9220 0.1625 -0.3514</w:t>
        <w:br/>
        <w:t>vn 0.0046 0.3934 -0.9194</w:t>
        <w:br/>
        <w:t>vn 0.0098 0.5204 -0.8539</w:t>
        <w:br/>
        <w:t>vn 0.2057 0.5353 -0.8192</w:t>
        <w:br/>
        <w:t>vn 0.2175 0.4024 -0.8892</w:t>
        <w:br/>
        <w:t>vn 0.4677 0.4097 -0.7832</w:t>
        <w:br/>
        <w:t>vn 0.4177 0.5318 -0.7367</w:t>
        <w:br/>
        <w:t>vn 0.7567 0.3941 -0.5216</w:t>
        <w:br/>
        <w:t>vn 0.6605 0.5078 -0.5531</w:t>
        <w:br/>
        <w:t>vn 0.8613 0.4469 -0.2420</w:t>
        <w:br/>
        <w:t>vn 0.8854 0.3894 -0.2540</w:t>
        <w:br/>
        <w:t>vn 0.0148 0.5686 -0.8225</w:t>
        <w:br/>
        <w:t>vn 0.2026 0.5865 -0.7842</w:t>
        <w:br/>
        <w:t>vn 0.3952 0.5706 -0.7199</w:t>
        <w:br/>
        <w:t>vn 0.6311 0.5370 -0.5597</w:t>
        <w:br/>
        <w:t>vn 0.8571 0.4943 -0.1451</w:t>
        <w:br/>
        <w:t>vn 0.0018 0.3019 -0.9533</w:t>
        <w:br/>
        <w:t>vn 0.2319 0.3025 -0.9245</w:t>
        <w:br/>
        <w:t>vn 0.2456 0.2865 -0.9261</w:t>
        <w:br/>
        <w:t>vn -0.0008 0.2929 -0.9561</w:t>
        <w:br/>
        <w:t>vn 0.5009 0.2975 -0.8128</w:t>
        <w:br/>
        <w:t>vn 0.5156 0.2825 -0.8089</w:t>
        <w:br/>
        <w:t>vn 0.7752 0.2830 -0.5647</w:t>
        <w:br/>
        <w:t>vn 0.7996 0.2420 -0.5497</w:t>
        <w:br/>
        <w:t>vn 0.8821 0.2904 -0.3708</w:t>
        <w:br/>
        <w:t>vn 0.9232 0.3318 -0.1939</w:t>
        <w:br/>
        <w:t>vn 0.9090 0.2704 -0.3172</w:t>
        <w:br/>
        <w:t>vn 0.9030 0.1971 -0.3817</w:t>
        <w:br/>
        <w:t>vn -0.0012 0.2920 -0.9564</w:t>
        <w:br/>
        <w:t>vn 0.6720 0.2601 -0.6933</w:t>
        <w:br/>
        <w:t>vn 0.8475 0.2002 -0.4915</w:t>
        <w:br/>
        <w:t>vn 0.8555 0.2593 -0.4483</w:t>
        <w:br/>
        <w:t>vn 0.8033 0.1902 -0.5644</w:t>
        <w:br/>
        <w:t>vn 0.8378 0.2578 -0.4812</w:t>
        <w:br/>
        <w:t>vn 0.8282 0.2567 -0.4982</w:t>
        <w:br/>
        <w:t>vn 0.7817 0.1884 -0.5945</w:t>
        <w:br/>
        <w:t>vn 0.9387 0.3443 -0.0187</w:t>
        <w:br/>
        <w:t>vn 0.9229 0.3083 -0.2305</w:t>
        <w:br/>
        <w:t>vn 0.9260 0.3096 -0.2160</w:t>
        <w:br/>
        <w:t>vn 0.9324 0.3177 -0.1724</w:t>
        <w:br/>
        <w:t>vn -0.7834 -0.3784 -0.4930</w:t>
        <w:br/>
        <w:t>vn -0.7906 -0.3751 -0.4841</w:t>
        <w:br/>
        <w:t>vn -0.9095 -0.3672 -0.1950</w:t>
        <w:br/>
        <w:t>vn -0.9115 -0.3627 -0.1940</w:t>
        <w:br/>
        <w:t>vn -0.6493 -0.3606 -0.6696</w:t>
        <w:br/>
        <w:t>vn -0.6571 -0.3576 -0.6636</w:t>
        <w:br/>
        <w:t>vn -0.6369 -0.3560 -0.6838</w:t>
        <w:br/>
        <w:t>vn -0.6276 -0.3589 -0.6909</w:t>
        <w:br/>
        <w:t>vn -0.4574 -0.4185 -0.7846</w:t>
        <w:br/>
        <w:t>vn -0.4752 -0.4129 -0.7770</w:t>
        <w:br/>
        <w:t>vn -0.0635 -0.4722 -0.8792</w:t>
        <w:br/>
        <w:t>vn -0.0535 -0.4783 -0.8766</w:t>
        <w:br/>
        <w:t>vn -0.8493 -0.5183 -0.1000</w:t>
        <w:br/>
        <w:t>vn -0.8904 -0.4523 -0.0510</w:t>
        <w:br/>
        <w:t>vn -0.7835 -0.4640 -0.4134</w:t>
        <w:br/>
        <w:t>vn -0.7523 -0.5164 -0.4092</w:t>
        <w:br/>
        <w:t>vn -0.6407 -0.4566 -0.6172</w:t>
        <w:br/>
        <w:t>vn -0.5947 -0.5159 -0.6166</w:t>
        <w:br/>
        <w:t>vn -0.3573 -0.5709 -0.7392</w:t>
        <w:br/>
        <w:t>vn -0.4728 -0.5107 -0.7181</w:t>
        <w:br/>
        <w:t>vn -0.1582 -0.6359 -0.7554</w:t>
        <w:br/>
        <w:t>vn -0.2491 -0.5962 -0.7632</w:t>
        <w:br/>
        <w:t>vn -0.0013 -0.6356 -0.7720</w:t>
        <w:br/>
        <w:t>vn -0.0025 -0.6652 -0.7467</w:t>
        <w:br/>
        <w:t>vn -0.7983 -0.5274 -0.2908</w:t>
        <w:br/>
        <w:t>vn -0.5989 -0.5230 -0.6064</w:t>
        <w:br/>
        <w:t>vn -0.2881 -0.5343 -0.7947</w:t>
        <w:br/>
        <w:t>vn -0.1137 -0.5588 -0.8214</w:t>
        <w:br/>
        <w:t>vn -0.0114 -0.5985 -0.8011</w:t>
        <w:br/>
        <w:t>vn -0.8714 -0.3605 -0.3328</w:t>
        <w:br/>
        <w:t>vn -0.8470 -0.4211 -0.3243</w:t>
        <w:br/>
        <w:t>vn -0.5314 -0.3767 -0.7587</w:t>
        <w:br/>
        <w:t>vn -0.5905 -0.1733 -0.7882</w:t>
        <w:br/>
        <w:t>vn -0.1889 -0.3595 -0.9138</w:t>
        <w:br/>
        <w:t>vn -0.2105 -0.1181 -0.9704</w:t>
        <w:br/>
        <w:t>vn -0.0096 -0.4116 -0.9113</w:t>
        <w:br/>
        <w:t>vn -0.0137 -0.1591 -0.9872</w:t>
        <w:br/>
        <w:t>vn -0.9160 -0.3937 -0.0778</w:t>
        <w:br/>
        <w:t>vn -0.9320 -0.3599 -0.0422</w:t>
        <w:br/>
        <w:t>vn -0.8288 -0.3901 -0.4012</w:t>
        <w:br/>
        <w:t>vn -0.8039 -0.4156 -0.4256</w:t>
        <w:br/>
        <w:t>vn -0.6654 -0.3705 -0.6481</w:t>
        <w:br/>
        <w:t>vn -0.6617 -0.4060 -0.6304</w:t>
        <w:br/>
        <w:t>vn -0.6033 -0.3796 -0.7014</w:t>
        <w:br/>
        <w:t>vn -0.5581 -0.4335 -0.7076</w:t>
        <w:br/>
        <w:t>vn -0.3485 -0.5038 -0.7904</w:t>
        <w:br/>
        <w:t>vn -0.4162 -0.4368 -0.7975</w:t>
        <w:br/>
        <w:t>vn -0.0143 -0.5508 -0.8345</w:t>
        <w:br/>
        <w:t>vn -0.0347 -0.4920 -0.8699</w:t>
        <w:br/>
        <w:t>vn -0.2641 -0.2520 0.9310</w:t>
        <w:br/>
        <w:t>vn -0.2581 -0.2699 0.9276</w:t>
        <w:br/>
        <w:t>vn -0.0024 -0.2747 0.9615</w:t>
        <w:br/>
        <w:t>vn -0.0055 -0.2548 0.9670</w:t>
        <w:br/>
        <w:t>vn -0.4701 -0.2464 0.8475</w:t>
        <w:br/>
        <w:t>vn -0.4538 -0.2612 0.8520</w:t>
        <w:br/>
        <w:t>vn -0.6885 -0.2237 0.6899</w:t>
        <w:br/>
        <w:t>vn -0.6559 -0.2546 0.7106</w:t>
        <w:br/>
        <w:t>vn -0.9129 -0.1544 0.3778</w:t>
        <w:br/>
        <w:t>vn -0.9126 -0.1703 0.3717</w:t>
        <w:br/>
        <w:t>vn -0.8902 -0.1919 0.4132</w:t>
        <w:br/>
        <w:t>vn -0.9052 -0.1705 0.3892</w:t>
        <w:br/>
        <w:t>vn -0.2196 -0.4021 0.8889</w:t>
        <w:br/>
        <w:t>vn -0.2063 -0.5412 0.8152</w:t>
        <w:br/>
        <w:t>vn 0.0053 -0.5375 0.8433</w:t>
        <w:br/>
        <w:t>vn 0.0028 -0.3921 0.9199</w:t>
        <w:br/>
        <w:t>vn -0.4741 -0.4226 0.7724</w:t>
        <w:br/>
        <w:t>vn -0.4395 -0.5451 0.7140</w:t>
        <w:br/>
        <w:t>vn -0.7663 -0.4192 0.4868</w:t>
        <w:br/>
        <w:t>vn -0.6950 -0.5309 0.4849</w:t>
        <w:br/>
        <w:t>vn -0.8758 -0.4227 0.2329</w:t>
        <w:br/>
        <w:t>vn -0.8449 -0.4982 0.1949</w:t>
        <w:br/>
        <w:t>vn -0.1888 -0.6262 0.7565</w:t>
        <w:br/>
        <w:t>vn 0.0073 -0.6167 0.7872</w:t>
        <w:br/>
        <w:t>vn -0.4032 -0.6269 0.6667</w:t>
        <w:br/>
        <w:t>vn -0.6572 -0.5878 0.4718</w:t>
        <w:br/>
        <w:t>vn -0.8315 -0.5456 0.1044</w:t>
        <w:br/>
        <w:t>vn -0.3083 -0.5772 0.7562</w:t>
        <w:br/>
        <w:t>vn 0.0030 -0.5700 0.8216</w:t>
        <w:br/>
        <w:t>vn 0.0056 -0.6254 0.7803</w:t>
        <w:br/>
        <w:t>vn -0.2900 -0.6298 0.7206</w:t>
        <w:br/>
        <w:t>vn -0.6044 -0.5812 0.5449</w:t>
        <w:br/>
        <w:t>vn -0.5799 -0.6155 0.5338</w:t>
        <w:br/>
        <w:t>vn -0.8422 -0.5217 0.1362</w:t>
        <w:br/>
        <w:t>vn -0.8464 -0.5092 0.1558</w:t>
        <w:br/>
        <w:t>vn 0.0011 -0.3039 0.9527</w:t>
        <w:br/>
        <w:t>vn 0.0007 -0.2932 0.9561</w:t>
        <w:br/>
        <w:t>vn -0.2451 -0.2869 0.9261</w:t>
        <w:br/>
        <w:t>vn -0.2317 -0.3046 0.9239</w:t>
        <w:br/>
        <w:t>vn -0.4916 -0.2846 0.8230</w:t>
        <w:br/>
        <w:t>vn -0.4901 -0.3115 0.8141</w:t>
        <w:br/>
        <w:t>vn -0.8185 -0.2396 0.5221</w:t>
        <w:br/>
        <w:t>vn -0.7694 -0.3106 0.5581</w:t>
        <w:br/>
        <w:t>vn -0.9074 -0.2894 0.3049</w:t>
        <w:br/>
        <w:t>vn -0.9105 -0.3651 0.1940</w:t>
        <w:br/>
        <w:t>vn -0.8798 -0.3213 0.3502</w:t>
        <w:br/>
        <w:t>vn -0.8951 -0.2111 0.3926</w:t>
        <w:br/>
        <w:t>vn -0.8344 -0.2134 0.5082</w:t>
        <w:br/>
        <w:t>vn -0.8054 -0.2034 0.5567</w:t>
        <w:br/>
        <w:t>vn -0.8636 -0.2730 0.4238</w:t>
        <w:br/>
        <w:t>vn -0.8552 -0.2685 0.4434</w:t>
        <w:br/>
        <w:t>vn -0.9294 -0.3166 0.1896</w:t>
        <w:br/>
        <w:t>vn -0.9329 -0.3203 0.1647</w:t>
        <w:br/>
        <w:t>vn 0.4189 -0.8418 0.3403</w:t>
        <w:br/>
        <w:t>vn 0.4190 -0.8418 0.3403</w:t>
        <w:br/>
        <w:t>vn 0.5028 -0.8357 0.2211</w:t>
        <w:br/>
        <w:t>vn 0.5028 -0.8357 0.2210</w:t>
        <w:br/>
        <w:t>vn 0.2235 -0.8639 0.4513</w:t>
        <w:br/>
        <w:t>vn 0.2235 -0.8640 0.4513</w:t>
        <w:br/>
        <w:t>vn 0.2780 -0.8479 0.4514</w:t>
        <w:br/>
        <w:t>vn 0.2779 -0.8479 0.4514</w:t>
        <w:br/>
        <w:t>vn 0.3900 -0.8224 0.4142</w:t>
        <w:br/>
        <w:t>vn 0.4650 -0.7280 0.5037</w:t>
        <w:br/>
        <w:t>vn 0.2919 -0.7219 0.6275</w:t>
        <w:br/>
        <w:t>vn 0.2919 -0.7219 0.6274</w:t>
        <w:br/>
        <w:t>vn 0.0016 -0.9109 -0.4125</w:t>
        <w:br/>
        <w:t>vn 0.0017 -0.9110 -0.4125</w:t>
        <w:br/>
        <w:t>vn 0.2068 -0.9100 -0.3594</w:t>
        <w:br/>
        <w:t>vn 0.3469 -0.9188 -0.1882</w:t>
        <w:br/>
        <w:t>vn 0.3469 -0.9189 -0.1881</w:t>
        <w:br/>
        <w:t>vn 0.3836 -0.9226 0.0406</w:t>
        <w:br/>
        <w:t>vn 0.3467 -0.9097 0.2286</w:t>
        <w:br/>
        <w:t>vn 0.3411 -0.9113 0.2305</w:t>
        <w:br/>
        <w:t>vn 0.4679 -0.8826 0.0454</w:t>
        <w:br/>
        <w:t>vn 0.5579 -0.8259 0.0810</w:t>
        <w:br/>
        <w:t>vn 0.5579 -0.8260 0.0810</w:t>
        <w:br/>
        <w:t>vn 0.9087 0.3701 0.1934</w:t>
        <w:br/>
        <w:t>vn -0.9404 -0.3398 -0.0136</w:t>
        <w:br/>
        <w:t>vn -0.9388 -0.3444 -0.0050</w:t>
        <w:br/>
        <w:t>vn 0.5511 -0.8342 -0.0205</w:t>
        <w:br/>
        <w:t>vn 0.0473 0.4845 0.8735</w:t>
        <w:br/>
        <w:t>vn 0.0460 0.4844 0.8736</w:t>
        <w:br/>
        <w:t>vn 0.0467 0.4840 0.8738</w:t>
        <w:br/>
        <w:t>vn -0.8793 0.3831 0.2831</w:t>
        <w:br/>
        <w:t>vn -0.9388 0.3438 0.0208</w:t>
        <w:br/>
        <w:t>vn -0.9391 0.3435 0.0111</w:t>
        <w:br/>
        <w:t>vn -0.8804 0.3831 0.2793</w:t>
        <w:br/>
        <w:t>vn -0.7506 0.4137 0.5152</w:t>
        <w:br/>
        <w:t>vn -0.7438 0.4167 0.5226</w:t>
        <w:br/>
        <w:t>vn -0.8743 0.3845 0.2963</w:t>
        <w:br/>
        <w:t>vn -0.8507 0.3834 0.3596</w:t>
        <w:br/>
        <w:t>vn -0.8691 0.3416 0.3579</w:t>
        <w:br/>
        <w:t>vn -0.9216 0.3747 0.1012</w:t>
        <w:br/>
        <w:t>vn -0.9263 0.3717 0.0624</w:t>
        <w:br/>
        <w:t>vn -0.7691 0.3364 0.5435</w:t>
        <w:br/>
        <w:t>vn -0.7483 0.3745 0.5475</w:t>
        <w:br/>
        <w:t>vn -0.5694 0.3719 0.7331</w:t>
        <w:br/>
        <w:t>vn -0.5715 0.3495 0.7425</w:t>
        <w:br/>
        <w:t>vn -0.2871 0.4104 0.8655</w:t>
        <w:br/>
        <w:t>vn -0.1656 0.3559 0.9198</w:t>
        <w:br/>
        <w:t>vn -0.9307 0.3515 0.1012</w:t>
        <w:br/>
        <w:t>vn -0.8867 0.2979 0.3535</w:t>
        <w:br/>
        <w:t>vn -0.7760 0.3153 0.5463</w:t>
        <w:br/>
        <w:t>vn -0.5723 0.3497 0.7417</w:t>
        <w:br/>
        <w:t>vn -0.4445 0.3441 0.8270</w:t>
        <w:br/>
        <w:t>vn 0.0774 0.3062 0.9488</w:t>
        <w:br/>
        <w:t>vn 0.0364 0.4103 0.9112</w:t>
        <w:br/>
        <w:t>vn -0.9350 0.3544 0.0133</w:t>
        <w:br/>
        <w:t>vn -0.8660 0.3851 0.3190</w:t>
        <w:br/>
        <w:t>vn -0.8567 0.3833 0.3452</w:t>
        <w:br/>
        <w:t>vn -0.9360 0.3437 0.0764</w:t>
        <w:br/>
        <w:t>vn -0.7327 0.4197 0.5357</w:t>
        <w:br/>
        <w:t>vn -0.7307 0.4058 0.5490</w:t>
        <w:br/>
        <w:t>vn -0.5670 0.4203 0.7085</w:t>
        <w:br/>
        <w:t>vn -0.3253 0.4502 0.8316</w:t>
        <w:br/>
        <w:t>vn -0.9357 0.3501 0.0433</w:t>
        <w:br/>
        <w:t>vn -0.2697 0.2827 -0.9205</w:t>
        <w:br/>
        <w:t>vn -0.2629 0.2858 -0.9215</w:t>
        <w:br/>
        <w:t>vn -0.5495 0.2661 -0.7920</w:t>
        <w:br/>
        <w:t>vn -0.5448 0.2663 -0.7951</w:t>
        <w:br/>
        <w:t>vn -0.2711 0.2828 -0.9201</w:t>
        <w:br/>
        <w:t>vn -0.8608 0.2027 -0.4668</w:t>
        <w:br/>
        <w:t>vn -0.8546 0.2040 -0.4775</w:t>
        <w:br/>
        <w:t>vn -0.8351 0.2109 -0.5081</w:t>
        <w:br/>
        <w:t>vn -0.8930 0.1778 -0.4135</w:t>
        <w:br/>
        <w:t>vn -0.9034 0.1794 -0.3894</w:t>
        <w:br/>
        <w:t>vn -0.1746 0.5139 -0.8399</w:t>
        <w:br/>
        <w:t>vn -0.2010 0.3852 -0.9007</w:t>
        <w:br/>
        <w:t>vn -0.4886 0.3731 -0.7887</w:t>
        <w:br/>
        <w:t>vn -0.4399 0.5042 -0.7431</w:t>
        <w:br/>
        <w:t>vn -0.7893 0.3457 -0.5074</w:t>
        <w:br/>
        <w:t>vn -0.7128 0.4670 -0.5233</w:t>
        <w:br/>
        <w:t>vn -0.9032 0.3516 -0.2461</w:t>
        <w:br/>
        <w:t>vn -0.8842 0.4121 -0.2201</w:t>
        <w:br/>
        <w:t>vn -0.1653 0.5588 -0.8127</w:t>
        <w:br/>
        <w:t>vn -0.4143 0.5472 -0.7273</w:t>
        <w:br/>
        <w:t>vn -0.6914 0.4918 -0.5293</w:t>
        <w:br/>
        <w:t>vn -0.8821 0.4148 -0.2233</w:t>
        <w:br/>
        <w:t>vn -0.2489 0.2845 -0.9258</w:t>
        <w:br/>
        <w:t>vn -0.2286 0.2899 -0.9293</w:t>
        <w:br/>
        <w:t>vn -0.5191 0.2679 -0.8116</w:t>
        <w:br/>
        <w:t>vn -0.5120 0.2743 -0.8140</w:t>
        <w:br/>
        <w:t>vn -0.8093 0.2270 -0.5418</w:t>
        <w:br/>
        <w:t>vn -0.7889 0.2541 -0.5595</w:t>
        <w:br/>
        <w:t>vn -0.8876 0.3048 -0.3453</w:t>
        <w:br/>
        <w:t>vn -0.9244 0.2937 -0.2434</w:t>
        <w:br/>
        <w:t>vn -0.8654 0.2217 -0.4495</w:t>
        <w:br/>
        <w:t>vn -0.8986 0.2387 -0.3681</w:t>
        <w:br/>
        <w:t>vn -0.5314 0.2683 -0.8035</w:t>
        <w:br/>
        <w:t>vn -0.8064 0.2285 -0.5454</w:t>
        <w:br/>
        <w:t>vn -0.8298 0.2723 -0.4870</w:t>
        <w:br/>
        <w:t>vn -0.7624 0.2282 -0.6055</w:t>
        <w:br/>
        <w:t>vn -0.8152 0.2702 -0.5122</w:t>
        <w:br/>
        <w:t>vn -0.9071 0.1892 -0.3761</w:t>
        <w:br/>
        <w:t>vn -0.9199 0.3284 -0.2141</w:t>
        <w:br/>
        <w:t>vn -0.9193 0.3068 -0.2465</w:t>
        <w:br/>
        <w:t>vn 0.9425 -0.3314 -0.0438</w:t>
        <w:br/>
        <w:t>vn 0.9373 -0.3440 -0.0567</w:t>
        <w:br/>
        <w:t>vn 0.8768 -0.3776 -0.2978</w:t>
        <w:br/>
        <w:t>vn 0.8836 -0.3687 -0.2886</w:t>
        <w:br/>
        <w:t>vn 0.7459 -0.4108 -0.5243</w:t>
        <w:br/>
        <w:t>vn 0.7535 -0.4018 -0.5204</w:t>
        <w:br/>
        <w:t>vn 0.5931 -0.4335 -0.6784</w:t>
        <w:br/>
        <w:t>vn 0.5854 -0.4415 -0.6800</w:t>
        <w:br/>
        <w:t>vn 0.3461 -0.4729 -0.8103</w:t>
        <w:br/>
        <w:t>vn 0.3478 -0.4668 -0.8131</w:t>
        <w:br/>
        <w:t>vn 0.8703 -0.4795 -0.1122</w:t>
        <w:br/>
        <w:t>vn 0.7946 -0.4835 -0.3672</w:t>
        <w:br/>
        <w:t>vn 0.8203 -0.4491 -0.3541</w:t>
        <w:br/>
        <w:t>vn 0.9022 -0.4288 -0.0460</w:t>
        <w:br/>
        <w:t>vn 0.6435 -0.5159 -0.5655</w:t>
        <w:br/>
        <w:t>vn 0.6910 -0.4674 -0.5514</w:t>
        <w:br/>
        <w:t>vn 0.3913 -0.5797 -0.7147</w:t>
        <w:br/>
        <w:t>vn 0.4902 -0.5180 -0.7010</w:t>
        <w:br/>
        <w:t>vn 0.2530 -0.5938 -0.7638</w:t>
        <w:br/>
        <w:t>vn 0.1683 -0.6411 -0.7488</w:t>
        <w:br/>
        <w:t>vn 0.8517 -0.5080 -0.1283</w:t>
        <w:br/>
        <w:t>vn 0.7619 -0.5017 -0.4096</w:t>
        <w:br/>
        <w:t>vn 0.5899 -0.5421 -0.5985</w:t>
        <w:br/>
        <w:t>vn 0.3038 -0.5718 -0.7621</w:t>
        <w:br/>
        <w:t>vn 0.1067 -0.5803 -0.8074</w:t>
        <w:br/>
        <w:t>vn 0.5622 -0.4535 -0.6916</w:t>
        <w:br/>
        <w:t>vn 0.8284 -0.4673 -0.3088</w:t>
        <w:br/>
        <w:t>vn 0.8689 -0.3849 -0.3113</w:t>
        <w:br/>
        <w:t>vn 0.5877 -0.2338 -0.7745</w:t>
        <w:br/>
        <w:t>vn 0.1789 -0.4041 -0.8970</w:t>
        <w:br/>
        <w:t>vn 0.1860 -0.1610 -0.9693</w:t>
        <w:br/>
        <w:t>vn 0.9320 -0.3617 -0.0221</w:t>
        <w:br/>
        <w:t>vn 0.9229 -0.3798 -0.0637</w:t>
        <w:br/>
        <w:t>vn 0.8463 -0.4094 -0.3410</w:t>
        <w:br/>
        <w:t>vn 0.8642 -0.3889 -0.3194</w:t>
        <w:br/>
        <w:t>vn 0.7150 -0.4373 -0.5454</w:t>
        <w:br/>
        <w:t>vn 0.7318 -0.4220 -0.5352</w:t>
        <w:br/>
        <w:t>vn 0.5449 -0.4710 -0.6937</w:t>
        <w:br/>
        <w:t>vn 0.5695 -0.4519 -0.6867</w:t>
        <w:br/>
        <w:t>vn 0.3150 -0.5218 -0.7928</w:t>
        <w:br/>
        <w:t>vn 0.3388 -0.4839 -0.8069</w:t>
        <w:br/>
        <w:t>vn 0.2713 -0.2544 0.9283</w:t>
        <w:br/>
        <w:t>vn 0.2641 -0.2715 0.9255</w:t>
        <w:br/>
        <w:t>vn 0.5317 -0.2581 0.8067</w:t>
        <w:br/>
        <w:t>vn 0.5387 -0.2458 0.8058</w:t>
        <w:br/>
        <w:t>vn 0.8405 -0.1922 0.5065</w:t>
        <w:br/>
        <w:t>vn 0.8238 -0.2092 0.5268</w:t>
        <w:br/>
        <w:t>vn 0.8861 -0.1503 0.4385</w:t>
        <w:br/>
        <w:t>vn 0.8835 -0.1792 0.4329</w:t>
        <w:br/>
        <w:t>vn 0.2175 -0.5411 0.8123</w:t>
        <w:br/>
        <w:t>vn 0.2301 -0.3996 0.8873</w:t>
        <w:br/>
        <w:t>vn 0.4578 -0.5377 0.7081</w:t>
        <w:br/>
        <w:t>vn 0.5029 -0.4087 0.7616</w:t>
        <w:br/>
        <w:t>vn 0.7119 -0.5105 0.4823</w:t>
        <w:br/>
        <w:t>vn 0.7845 -0.3929 0.4798</w:t>
        <w:br/>
        <w:t>vn 0.8847 -0.3991 0.2408</w:t>
        <w:br/>
        <w:t>vn 0.8560 -0.4805 0.1908</w:t>
        <w:br/>
        <w:t>vn 0.2004 -0.6227 0.7563</w:t>
        <w:br/>
        <w:t>vn 0.4111 -0.6120 0.6756</w:t>
        <w:br/>
        <w:t>vn 0.6758 -0.5662 0.4719</w:t>
        <w:br/>
        <w:t>vn 0.8339 -0.5248 0.1709</w:t>
        <w:br/>
        <w:t>vn 0.3006 -0.5733 0.7622</w:t>
        <w:br/>
        <w:t>vn 0.2871 -0.6216 0.7288</w:t>
        <w:br/>
        <w:t>vn 0.6078 -0.5839 0.5382</w:t>
        <w:br/>
        <w:t>vn 0.5891 -0.6032 0.5378</w:t>
        <w:br/>
        <w:t>vn 0.8412 -0.5306 0.1038</w:t>
        <w:br/>
        <w:t>vn 0.8505 -0.5075 0.1379</w:t>
        <w:br/>
        <w:t>vn 0.2502 -0.2872 0.9246</w:t>
        <w:br/>
        <w:t>vn 0.2396 -0.3011 0.9230</w:t>
        <w:br/>
        <w:t>vn 0.5179 -0.3013 0.8007</w:t>
        <w:br/>
        <w:t>vn 0.5205 -0.2736 0.8089</w:t>
        <w:br/>
        <w:t>vn 0.8002 -0.2382 0.5504</w:t>
        <w:br/>
        <w:t>vn 0.7855 -0.2946 0.5442</w:t>
        <w:br/>
        <w:t>vn 0.8837 -0.2897 0.3677</w:t>
        <w:br/>
        <w:t>vn 0.8579 -0.2568 0.4451</w:t>
        <w:br/>
        <w:t>vn 0.8834 -0.2159 0.4159</w:t>
        <w:br/>
        <w:t>vn 0.9082 -0.3415 0.2421</w:t>
        <w:br/>
        <w:t>vn 0.8113 -0.2234 0.5403</w:t>
        <w:br/>
        <w:t>vn 0.7858 -0.1958 0.5867</w:t>
        <w:br/>
        <w:t>vn 0.8457 -0.2677 0.4617</w:t>
        <w:br/>
        <w:t>vn 0.9231 -0.3262 0.2039</w:t>
        <w:br/>
        <w:t>vn 0.9252 -0.3005 0.2317</w:t>
        <w:br/>
        <w:t>vn 0.8347 -0.2546 0.4884</w:t>
        <w:br/>
        <w:t>vn 0.8933 -0.3190 0.3168</w:t>
        <w:br/>
        <w:t>vn -0.4888 -0.8554 0.1712</w:t>
        <w:br/>
        <w:t>vn -0.4887 -0.8555 0.1713</w:t>
        <w:br/>
        <w:t>vn -0.5332 -0.8418 0.0835</w:t>
        <w:br/>
        <w:t>vn -0.5333 -0.8418 0.0835</w:t>
        <w:br/>
        <w:t>vn -0.3881 -0.8587 0.3347</w:t>
        <w:br/>
        <w:t>vn -0.1906 -0.8246 0.5326</w:t>
        <w:br/>
        <w:t>vn 0.0361 -0.7647 0.6434</w:t>
        <w:br/>
        <w:t>vn 0.0361 -0.7646 0.6434</w:t>
        <w:br/>
        <w:t>vn -0.1883 -0.9114 -0.3659</w:t>
        <w:br/>
        <w:t>vn -0.3418 -0.9126 -0.2241</w:t>
        <w:br/>
        <w:t>vn -0.3949 -0.9186 0.0149</w:t>
        <w:br/>
        <w:t>vn -0.3026 -0.9514 0.0568</w:t>
        <w:br/>
        <w:t>vn -0.2858 -0.9548 -0.0815</w:t>
        <w:br/>
        <w:t>vn -0.5246 -0.8507 -0.0319</w:t>
        <w:br/>
        <w:t>vn -0.7486 0.2278 -0.6227</w:t>
        <w:br/>
        <w:t>vn -0.8888 0.1778 -0.4224</w:t>
        <w:br/>
        <w:t>vn -0.4180 -0.9013 -0.1139</w:t>
        <w:br/>
        <w:t>vn -0.9173 0.3057 -0.2553</w:t>
        <w:br/>
        <w:t>vn -0.8112 0.2695 -0.5189</w:t>
        <w:br/>
        <w:t>vn -0.5914 0.4419 0.6745</w:t>
        <w:br/>
        <w:t>vn -0.5831 0.4458 0.6792</w:t>
        <w:br/>
        <w:t>vn -0.3514 0.4706 0.8093</w:t>
        <w:br/>
        <w:t>vn -0.3499 0.4708 0.8099</w:t>
        <w:br/>
        <w:t>vn -0.5938 0.4416 0.6726</w:t>
        <w:br/>
        <w:t>vn -0.3457 0.4748 0.8093</w:t>
        <w:br/>
        <w:t>vn -0.5713 0.4478 0.6878</w:t>
        <w:br/>
        <w:t>vn -0.3397 0.4748 0.8119</w:t>
        <w:br/>
        <w:t>vn -0.9602 -0.1533 -0.2336</w:t>
        <w:br/>
        <w:t>vn 0.4966 0.2697 -0.8250</w:t>
        <w:br/>
        <w:t>vn 0.9200 0.1454 -0.3639</w:t>
        <w:br/>
        <w:t>vn -0.7523 0.4134 0.5129</w:t>
        <w:br/>
        <w:t>vn -0.1133 0.0751 -0.9907</w:t>
        <w:br/>
        <w:t>vn -0.0822 0.0860 -0.9929</w:t>
        <w:br/>
        <w:t>vn -0.0488 -0.0234 -0.9985</w:t>
        <w:br/>
        <w:t>vn -0.0699 -0.0592 -0.9958</w:t>
        <w:br/>
        <w:t>vn 0.0000 0.0970 -0.9953</w:t>
        <w:br/>
        <w:t>vn -0.0000 0.0125 -0.9999</w:t>
        <w:br/>
        <w:t>vn -0.1178 0.2416 -0.9632</w:t>
        <w:br/>
        <w:t>vn 0.0000 0.2596 -0.9657</w:t>
        <w:br/>
        <w:t>vn -0.0000 0.3371 -0.9415</w:t>
        <w:br/>
        <w:t>vn 0.1133 0.0751 -0.9907</w:t>
        <w:br/>
        <w:t>vn 0.0699 -0.0592 -0.9958</w:t>
        <w:br/>
        <w:t>vn 0.0488 -0.0234 -0.9985</w:t>
        <w:br/>
        <w:t>vn 0.0822 0.0860 -0.9929</w:t>
        <w:br/>
        <w:t>vn 0.1178 0.2416 -0.9632</w:t>
        <w:br/>
        <w:t>vn -0.0677 0.3240 0.9436</w:t>
        <w:br/>
        <w:t>vn -0.0943 0.4563 0.8848</w:t>
        <w:br/>
        <w:t>vn -0.1062 0.3929 0.9134</w:t>
        <w:br/>
        <w:t>vn -0.0741 0.2287 0.9707</w:t>
        <w:br/>
        <w:t>vn -0.0000 0.3767 0.9263</w:t>
        <w:br/>
        <w:t>vn 0.0000 0.2304 0.9731</w:t>
        <w:br/>
        <w:t>vn 0.3090 0.6183 0.7227</w:t>
        <w:br/>
        <w:t>vn 0.0126 0.5539 0.8325</w:t>
        <w:br/>
        <w:t>vn 0.0650 0.3980 0.9151</w:t>
        <w:br/>
        <w:t>vn -0.0273 0.0528 0.9982</w:t>
        <w:br/>
        <w:t>vn -0.0492 -0.0443 0.9978</w:t>
        <w:br/>
        <w:t>vn -0.0000 -0.0552 0.9985</w:t>
        <w:br/>
        <w:t>vn 0.3407 0.1782 0.9232</w:t>
        <w:br/>
        <w:t>vn 0.0016 -0.1736 0.9848</w:t>
        <w:br/>
        <w:t>vn 0.0000 -0.2071 0.9783</w:t>
        <w:br/>
        <w:t>vn -0.0186 -0.2776 0.9605</w:t>
        <w:br/>
        <w:t>vn -0.0353 -0.1905 0.9811</w:t>
        <w:br/>
        <w:t>vn -0.0000 -0.2795 0.9601</w:t>
        <w:br/>
        <w:t>vn -0.0000 -0.3249 0.9458</w:t>
        <w:br/>
        <w:t>vn 0.0938 0.1242 0.9878</w:t>
        <w:br/>
        <w:t>vn -0.3641 0.9281 -0.0773</w:t>
        <w:br/>
        <w:t>vn -0.3961 0.9065 -0.1463</w:t>
        <w:br/>
        <w:t>vn -0.0000 1.0000 -0.0056</w:t>
        <w:br/>
        <w:t>vn -0.0000 1.0000 -0.0055</w:t>
        <w:br/>
        <w:t>vn -0.0678 0.9726 0.2223</w:t>
        <w:br/>
        <w:t>vn -0.2764 0.9090 0.3118</w:t>
        <w:br/>
        <w:t>vn -0.4148 0.9032 -0.1106</w:t>
        <w:br/>
        <w:t>vn -0.3038 0.9437 -0.1308</w:t>
        <w:br/>
        <w:t>vn -0.0678 0.9726 0.2224</w:t>
        <w:br/>
        <w:t>vn -0.3039 0.9437 -0.1307</w:t>
        <w:br/>
        <w:t>vn 0.0627 0.2994 0.9521</w:t>
        <w:br/>
        <w:t>vn 0.0793 0.2525 0.9643</w:t>
        <w:br/>
        <w:t>vn 0.1061 0.3929 0.9134</w:t>
        <w:br/>
        <w:t>vn 0.0943 0.4563 0.8848</w:t>
        <w:br/>
        <w:t>vn -0.0692 0.4103 0.9093</w:t>
        <w:br/>
        <w:t>vn -0.0126 0.5539 0.8325</w:t>
        <w:br/>
        <w:t>vn -0.3090 0.6183 0.7227</w:t>
        <w:br/>
        <w:t>vn 0.0264 0.0230 0.9994</w:t>
        <w:br/>
        <w:t>vn 0.0476 -0.0405 0.9980</w:t>
        <w:br/>
        <w:t>vn -0.3407 0.1782 0.9232</w:t>
        <w:br/>
        <w:t>vn -0.0681 0.1434 0.9873</w:t>
        <w:br/>
        <w:t>vn -0.0016 -0.1736 0.9848</w:t>
        <w:br/>
        <w:t>vn 0.0353 -0.1905 0.9811</w:t>
        <w:br/>
        <w:t>vn 0.0186 -0.2776 0.9605</w:t>
        <w:br/>
        <w:t>vn 0.3641 0.9281 -0.0773</w:t>
        <w:br/>
        <w:t>vn 0.3961 0.9065 -0.1462</w:t>
        <w:br/>
        <w:t>vn 0.3641 0.9281 -0.0772</w:t>
        <w:br/>
        <w:t>vn 0.0678 0.9726 0.2224</w:t>
        <w:br/>
        <w:t>vn 0.3039 0.9437 -0.1307</w:t>
        <w:br/>
        <w:t>vn 0.4149 0.9031 -0.1106</w:t>
        <w:br/>
        <w:t>vn 0.2764 0.9090 0.3118</w:t>
        <w:br/>
        <w:t>vn 0.3039 0.9437 -0.1306</w:t>
        <w:br/>
        <w:t>vn 0.5859 -0.7695 0.2540</w:t>
        <w:br/>
        <w:t>vn 0.4077 -0.7005 0.5857</w:t>
        <w:br/>
        <w:t>vn 0.0144 -0.8179 0.5752</w:t>
        <w:br/>
        <w:t>vn 0.1541 -0.6282 0.7626</w:t>
        <w:br/>
        <w:t>vn 0.0249 -0.5957 0.8028</w:t>
        <w:br/>
        <w:t>vn 0.0027 -0.6464 -0.7630</w:t>
        <w:br/>
        <w:t>vn 0.2308 -0.6684 -0.7071</w:t>
        <w:br/>
        <w:t>vn 0.0034 -0.7761 -0.6306</w:t>
        <w:br/>
        <w:t>vn 0.4524 -0.7488 -0.4843</w:t>
        <w:br/>
        <w:t>vn 0.6008 -0.7900 -0.1222</w:t>
        <w:br/>
        <w:t>vn -0.3914 -0.7283 0.5624</w:t>
        <w:br/>
        <w:t>vn -0.5867 -0.7870 0.1910</w:t>
        <w:br/>
        <w:t>vn -0.1032 -0.6330 0.7672</w:t>
        <w:br/>
        <w:t>vn -0.2234 -0.6668 -0.7109</w:t>
        <w:br/>
        <w:t>vn 0.0035 -0.7761 -0.6306</w:t>
        <w:br/>
        <w:t>vn -0.4458 -0.7486 -0.4907</w:t>
        <w:br/>
        <w:t>vn -0.5926 -0.7909 -0.1527</w:t>
        <w:br/>
        <w:t>vn 0.1195 -0.6097 -0.7836</w:t>
        <w:br/>
        <w:t>vn 0.0298 -0.6689 -0.7428</w:t>
        <w:br/>
        <w:t>vn -0.8473 -0.4721 -0.2432</w:t>
        <w:br/>
        <w:t>vn -0.6718 -0.5529 -0.4929</w:t>
        <w:br/>
        <w:t>vn -0.8156 -0.5160 -0.2619</w:t>
        <w:br/>
        <w:t>vn -0.0167 0.2980 0.9544</w:t>
        <w:br/>
        <w:t>vn -0.0155 0.3217 0.9467</w:t>
        <w:br/>
        <w:t>vn 0.3023 0.3651 0.8805</w:t>
        <w:br/>
        <w:t>vn 0.3312 0.3567 0.8735</w:t>
        <w:br/>
        <w:t>vn -0.6318 -0.4452 -0.6345</w:t>
        <w:br/>
        <w:t>vn -0.8017 -0.4667 -0.3735</w:t>
        <w:br/>
        <w:t>vn -0.7511 -0.4775 -0.4559</w:t>
        <w:br/>
        <w:t>vn -0.8289 -0.4877 0.2740</w:t>
        <w:br/>
        <w:t>vn -0.8533 -0.4881 0.1835</w:t>
        <w:br/>
        <w:t>vn -0.8639 -0.5027 -0.0319</w:t>
        <w:br/>
        <w:t>vn -0.8727 -0.4862 -0.0451</w:t>
        <w:br/>
        <w:t>vn -0.6476 -0.5440 -0.5336</w:t>
        <w:br/>
        <w:t>vn -0.6465 -0.5103 -0.5671</w:t>
        <w:br/>
        <w:t>vn -0.4717 -0.5413 -0.6960</w:t>
        <w:br/>
        <w:t>vn -0.4453 -0.5626 -0.6965</w:t>
        <w:br/>
        <w:t>vn -0.8331 -0.3795 0.4024</w:t>
        <w:br/>
        <w:t>vn -0.9011 -0.4011 0.1648</w:t>
        <w:br/>
        <w:t>vn -0.8394 -0.4630 -0.2848</w:t>
        <w:br/>
        <w:t>vn -0.8488 -0.5047 -0.1575</w:t>
        <w:br/>
        <w:t>vn -0.3899 -0.6908 -0.6089</w:t>
        <w:br/>
        <w:t>vn -0.4168 -0.7562 -0.5043</w:t>
        <w:br/>
        <w:t>vn -0.6111 -0.7321 -0.3010</w:t>
        <w:br/>
        <w:t>vn -0.6921 -0.4432 -0.5697</w:t>
        <w:br/>
        <w:t>vn -0.6580 -0.4842 -0.5768</w:t>
        <w:br/>
        <w:t>vn -0.5925 -0.6188 -0.5159</w:t>
        <w:br/>
        <w:t>vn -0.5330 -0.4988 -0.6835</w:t>
        <w:br/>
        <w:t>vn -0.7369 -0.6730 -0.0640</w:t>
        <w:br/>
        <w:t>vn -0.6614 -0.6417 -0.3883</w:t>
        <w:br/>
        <w:t>vn -0.6621 -0.7187 -0.2123</w:t>
        <w:br/>
        <w:t>vn -0.4180 -0.6045 -0.6781</w:t>
        <w:br/>
        <w:t>vn -0.6197 -0.5962 -0.5104</w:t>
        <w:br/>
        <w:t>vn -0.3030 0.0326 0.9524</w:t>
        <w:br/>
        <w:t>vn -0.7887 -0.3087 0.5317</w:t>
        <w:br/>
        <w:t>vn -0.3919 -0.3190 -0.8629</w:t>
        <w:br/>
        <w:t>vn -0.3934 -0.3160 -0.8634</w:t>
        <w:br/>
        <w:t>vn -0.4716 -0.3808 -0.7954</w:t>
        <w:br/>
        <w:t>vn -0.5045 -0.3704 -0.7800</w:t>
        <w:br/>
        <w:t>vn -0.7645 -0.4634 -0.4480</w:t>
        <w:br/>
        <w:t>vn -0.7279 -0.5124 -0.4556</w:t>
        <w:br/>
        <w:t>vn -0.8234 -0.5670 -0.0213</w:t>
        <w:br/>
        <w:t>vn -0.8581 -0.5089 -0.0689</w:t>
        <w:br/>
        <w:t>vn -0.4985 -0.3938 -0.7723</w:t>
        <w:br/>
        <w:t>vn -0.3977 -0.3368 -0.8535</w:t>
        <w:br/>
        <w:t>vn -0.8589 -0.4691 -0.2057</w:t>
        <w:br/>
        <w:t>vn -0.4008 -0.6476 -0.6481</w:t>
        <w:br/>
        <w:t>vn -0.5744 -0.6566 -0.4888</w:t>
        <w:br/>
        <w:t>vn -0.7080 -0.3795 0.5956</w:t>
        <w:br/>
        <w:t>vn -0.3929 0.0186 0.9194</w:t>
        <w:br/>
        <w:t>vn -0.4783 -0.4008 -0.7814</w:t>
        <w:br/>
        <w:t>vn -0.7063 -0.5589 -0.4346</w:t>
        <w:br/>
        <w:t>vn -0.7913 -0.6101 -0.0412</w:t>
        <w:br/>
        <w:t>vn -0.8445 -0.4744 -0.2487</w:t>
        <w:br/>
        <w:t>vn -0.9174 -0.3783 0.1238</w:t>
        <w:br/>
        <w:t>vn -0.4740 -0.3868 -0.7910</w:t>
        <w:br/>
        <w:t>vn -0.4503 -0.3847 -0.8057</w:t>
        <w:br/>
        <w:t>vn -0.4010 -0.3479 -0.8474</w:t>
        <w:br/>
        <w:t>vn -0.4013 -0.3545 -0.8445</w:t>
        <w:br/>
        <w:t>vn -0.8386 -0.4784 -0.2604</w:t>
        <w:br/>
        <w:t>vn -0.6342 -0.5704 0.5219</w:t>
        <w:br/>
        <w:t>vn -0.7065 -0.7029 0.0826</w:t>
        <w:br/>
        <w:t>vn -0.7371 -0.5958 0.3189</w:t>
        <w:br/>
        <w:t>vn -0.7703 -0.5385 0.3415</w:t>
        <w:br/>
        <w:t>vn -0.7908 -0.5027 0.3492</w:t>
        <w:br/>
        <w:t>vn -0.7564 -0.5732 0.3152</w:t>
        <w:br/>
        <w:t>vn -0.7967 -0.2076 0.5676</w:t>
        <w:br/>
        <w:t>vn -0.7225 -0.2792 0.6325</w:t>
        <w:br/>
        <w:t>vn -0.8227 -0.4644 0.3277</w:t>
        <w:br/>
        <w:t>vn -0.7414 -0.5697 -0.3547</w:t>
        <w:br/>
        <w:t>vn -0.6971 -0.6353 -0.3323</w:t>
        <w:br/>
        <w:t>vn -0.5398 -0.5462 -0.6405</w:t>
        <w:br/>
        <w:t>vn -0.5373 -0.5933 -0.5995</w:t>
        <w:br/>
        <w:t>vn -0.4449 -0.6110 -0.6547</w:t>
        <w:br/>
        <w:t>vn -0.4392 -0.5758 -0.6896</w:t>
        <w:br/>
        <w:t>vn -0.3407 -0.5937 -0.7290</w:t>
        <w:br/>
        <w:t>vn -0.3104 -0.5996 -0.7377</w:t>
        <w:br/>
        <w:t>vn -0.2962 -0.6769 -0.6738</w:t>
        <w:br/>
        <w:t>vn -0.2980 -0.7069 -0.6415</w:t>
        <w:br/>
        <w:t>vn -0.2904 -0.6119 -0.7356</w:t>
        <w:br/>
        <w:t>vn -0.2900 -0.6323 -0.7184</w:t>
        <w:br/>
        <w:t>vn 0.0990 0.2694 0.9579</w:t>
        <w:br/>
        <w:t>vn 0.0702 0.2879 0.9551</w:t>
        <w:br/>
        <w:t>vn 0.2150 0.2133 0.9531</w:t>
        <w:br/>
        <w:t>vn 0.5240 -0.4402 -0.7292</w:t>
        <w:br/>
        <w:t>vn 0.6256 -0.4563 -0.6328</w:t>
        <w:br/>
        <w:t>vn 0.5899 -0.4142 -0.6931</w:t>
        <w:br/>
        <w:t>vn 0.8125 -0.4842 -0.3245</w:t>
        <w:br/>
        <w:t>vn 0.8502 -0.5014 -0.1606</w:t>
        <w:br/>
        <w:t>vn 0.8320 -0.5537 -0.0353</w:t>
        <w:br/>
        <w:t>vn 0.7809 -0.5427 -0.3091</w:t>
        <w:br/>
        <w:t>vn 0.5728 -0.0226 0.8194</w:t>
        <w:br/>
        <w:t>vn 0.1302 0.2406 0.9619</w:t>
        <w:br/>
        <w:t>vn 0.1048 0.2660 0.9583</w:t>
        <w:br/>
        <w:t>vn 0.5997 -0.0134 0.8001</w:t>
        <w:br/>
        <w:t>vn 0.1523 0.2049 0.9669</w:t>
        <w:br/>
        <w:t>vn 0.1815 0.1544 0.9712</w:t>
        <w:br/>
        <w:t>vn 0.1740 0.1772 0.9687</w:t>
        <w:br/>
        <w:t>vn 0.1154 0.2214 0.9683</w:t>
        <w:br/>
        <w:t>vn 0.2995 0.1093 0.9478</w:t>
        <w:br/>
        <w:t>vn 0.1233 0.2257 0.9664</w:t>
        <w:br/>
        <w:t>vn 0.4712 0.0237 0.8817</w:t>
        <w:br/>
        <w:t>vn 0.5293 -0.4333 -0.7294</w:t>
        <w:br/>
        <w:t>vn 0.6924 -0.5080 -0.5124</w:t>
        <w:br/>
        <w:t>vn 0.6434 -0.5614 -0.5205</w:t>
        <w:br/>
        <w:t>vn 0.6144 -0.4124 -0.6726</w:t>
        <w:br/>
        <w:t>vn 0.7071 -0.5139 -0.4856</w:t>
        <w:br/>
        <w:t>vn 0.3220 0.0792 0.9434</w:t>
        <w:br/>
        <w:t>vn 0.6251 -0.7799 0.0325</w:t>
        <w:br/>
        <w:t>vn 0.6515 -0.7280 -0.2135</w:t>
        <w:br/>
        <w:t>vn 0.6537 -0.7403 0.1571</w:t>
        <w:br/>
        <w:t>vn 0.8083 -0.5873 -0.0414</w:t>
        <w:br/>
        <w:t>vn 0.8232 -0.5677 -0.0060</w:t>
        <w:br/>
        <w:t>vn 0.8162 -0.5628 0.1306</w:t>
        <w:br/>
        <w:t>vn 0.7758 -0.6265 -0.0749</w:t>
        <w:br/>
        <w:t>vn 0.7377 -0.5933 0.3221</w:t>
        <w:br/>
        <w:t>vn 0.7303 -0.6137 0.3002</w:t>
        <w:br/>
        <w:t>vn 0.7540 -0.6476 -0.1100</w:t>
        <w:br/>
        <w:t>vn 0.8135 -0.5720 0.1047</w:t>
        <w:br/>
        <w:t>vn 0.7232 -0.6477 0.2398</w:t>
        <w:br/>
        <w:t>vn 0.7067 -0.6879 -0.1653</w:t>
        <w:br/>
        <w:t>vn 0.2902 -0.6461 -0.7059</w:t>
        <w:br/>
        <w:t>vn 0.3345 -0.6776 -0.6550</w:t>
        <w:br/>
        <w:t>vn 0.3854 -0.7604 -0.5228</w:t>
        <w:br/>
        <w:t>vn 0.3234 -0.6678 -0.6704</w:t>
        <w:br/>
        <w:t>vn -0.1213 -0.6519 -0.7485</w:t>
        <w:br/>
        <w:t>vn -0.1252 -0.6148 -0.7787</w:t>
        <w:br/>
        <w:t>vn 0.0131 -0.6074 -0.7943</w:t>
        <w:br/>
        <w:t>vn 0.0103 -0.6316 -0.7752</w:t>
        <w:br/>
        <w:t>vn -0.1208 -0.6859 -0.7176</w:t>
        <w:br/>
        <w:t>vn -0.0395 -0.6805 -0.7317</w:t>
        <w:br/>
        <w:t>vn 0.7378 -0.6290 -0.2451</w:t>
        <w:br/>
        <w:t>vn 0.6413 -0.6445 -0.4164</w:t>
        <w:br/>
        <w:t>vn 0.6544 -0.6830 -0.3244</w:t>
        <w:br/>
        <w:t>vn 0.5795 -0.7603 -0.2935</w:t>
        <w:br/>
        <w:t>vn 0.6773 -0.5249 -0.5155</w:t>
        <w:br/>
        <w:t>vn 0.6424 -0.5913 -0.4876</w:t>
        <w:br/>
        <w:t>vn 0.7588 -0.5467 -0.3539</w:t>
        <w:br/>
        <w:t>vn 0.6222 -0.6389 -0.4523</w:t>
        <w:br/>
        <w:t>vn 0.7336 -0.5996 -0.3199</w:t>
        <w:br/>
        <w:t>vn -0.0001 -0.6329 -0.7742</w:t>
        <w:br/>
        <w:t>vn -0.1453 -0.6266 -0.7657</w:t>
        <w:br/>
        <w:t>vn -0.0172 -0.6496 -0.7601</w:t>
        <w:br/>
        <w:t>vn -0.1835 -0.6380 -0.7479</w:t>
        <w:br/>
        <w:t>vn -0.2168 -0.6210 -0.7532</w:t>
        <w:br/>
        <w:t>vn -0.0621 -0.6279 -0.7758</w:t>
        <w:br/>
        <w:t>vn 0.5726 -0.6396 -0.5129</w:t>
        <w:br/>
        <w:t>vn 0.4580 -0.6463 -0.6104</w:t>
        <w:br/>
        <w:t>vn 0.4685 -0.6468 -0.6017</w:t>
        <w:br/>
        <w:t>vn 0.5797 -0.6530 -0.4874</w:t>
        <w:br/>
        <w:t>vn 0.7492 -0.4482 -0.4876</w:t>
        <w:br/>
        <w:t>vn -0.5581 -0.3874 0.7338</w:t>
        <w:br/>
        <w:t>vn -0.5288 -0.4210 0.7369</w:t>
        <w:br/>
        <w:t>vn -0.2936 -0.3998 0.8683</w:t>
        <w:br/>
        <w:t>vn -0.3049 -0.3593 0.8820</w:t>
        <w:br/>
        <w:t>vn -0.7080 -0.4507 0.5436</w:t>
        <w:br/>
        <w:t>vn -0.8557 -0.4307 0.2870</w:t>
        <w:br/>
        <w:t>vn -0.6662 -0.5432 0.5110</w:t>
        <w:br/>
        <w:t>vn -0.6773 -0.4891 0.5497</w:t>
        <w:br/>
        <w:t>vn -0.4052 -0.5327 0.7430</w:t>
        <w:br/>
        <w:t>vn -0.2077 -0.5161 0.8309</w:t>
        <w:br/>
        <w:t>vn -0.2074 -0.4809 0.8519</w:t>
        <w:br/>
        <w:t>vn -0.4259 -0.4947 0.7576</w:t>
        <w:br/>
        <w:t>vn -0.1268 -0.3225 0.9380</w:t>
        <w:br/>
        <w:t>vn -0.3474 -0.4125 0.8421</w:t>
        <w:br/>
        <w:t>vn -0.5615 -0.4618 0.6866</w:t>
        <w:br/>
        <w:t>vn -0.5695 -0.4789 0.6681</w:t>
        <w:br/>
        <w:t>vn -0.1104 -0.3508 0.9299</w:t>
        <w:br/>
        <w:t>vn -0.8991 -0.3239 0.2947</w:t>
        <w:br/>
        <w:t>vn -0.9394 -0.2709 0.2101</w:t>
        <w:br/>
        <w:t>vn -0.9808 -0.1490 -0.1259</w:t>
        <w:br/>
        <w:t>vn -0.9763 -0.2161 -0.0104</w:t>
        <w:br/>
        <w:t>vn -0.4827 -0.3992 0.7795</w:t>
        <w:br/>
        <w:t>vn -0.4682 -0.4214 0.7767</w:t>
        <w:br/>
        <w:t>vn -0.2157 -0.4213 0.8809</w:t>
        <w:br/>
        <w:t>vn -0.2143 -0.4107 0.8862</w:t>
        <w:br/>
        <w:t>vn -0.9734 -0.1866 -0.1331</w:t>
        <w:br/>
        <w:t>vn -0.9506 -0.1078 -0.2912</w:t>
        <w:br/>
        <w:t>vn -0.3520 -0.4183 0.8373</w:t>
        <w:br/>
        <w:t>vn -0.1172 -0.3628 0.9245</w:t>
        <w:br/>
        <w:t>vn -0.5565 -0.5020 0.6621</w:t>
        <w:br/>
        <w:t>vn -0.9485 -0.2880 0.1318</w:t>
        <w:br/>
        <w:t>vn -0.2121 -0.4247 0.8801</w:t>
        <w:br/>
        <w:t>vn -0.4949 -0.4314 0.7543</w:t>
        <w:br/>
        <w:t>vn 0.1331 -0.2762 0.9518</w:t>
        <w:br/>
        <w:t>vn 0.1342 -0.2600 0.9562</w:t>
        <w:br/>
        <w:t>vn -0.9609 -0.2616 0.0904</w:t>
        <w:br/>
        <w:t>vn -0.9698 -0.2328 0.0730</w:t>
        <w:br/>
        <w:t>vn -0.9250 -0.1081 -0.3643</w:t>
        <w:br/>
        <w:t>vn -0.9254 -0.1269 -0.3572</w:t>
        <w:br/>
        <w:t>vn -0.2042 -0.4461 0.8714</w:t>
        <w:br/>
        <w:t>vn -0.2911 -0.4339 0.8526</w:t>
        <w:br/>
        <w:t>vn -0.5734 -0.4016 0.7141</w:t>
        <w:br/>
        <w:t>vn -0.5235 -0.4192 0.7418</w:t>
        <w:br/>
        <w:t>vn -0.2342 -0.3639 0.9015</w:t>
        <w:br/>
        <w:t>vn -0.5732 -0.5398 0.6165</w:t>
        <w:br/>
        <w:t>vn -0.7447 -0.4100 0.5266</w:t>
        <w:br/>
        <w:t>vn -0.7707 -0.3959 0.4993</w:t>
        <w:br/>
        <w:t>vn -0.9246 -0.3318 0.1873</w:t>
        <w:br/>
        <w:t>vn -0.2087 -0.4362 0.8753</w:t>
        <w:br/>
        <w:t>vn -0.4560 -0.4421 0.7724</w:t>
        <w:br/>
        <w:t>vn -0.6941 -0.3995 0.5989</w:t>
        <w:br/>
        <w:t>vn -0.7493 -0.3508 0.5616</w:t>
        <w:br/>
        <w:t>vn -0.5514 -0.4027 0.7306</w:t>
        <w:br/>
        <w:t>vn -0.7687 -0.3633 0.5264</w:t>
        <w:br/>
        <w:t>vn -0.8269 -0.3277 0.4571</w:t>
        <w:br/>
        <w:t>vn -0.7955 -0.3670 0.4822</w:t>
        <w:br/>
        <w:t>vn 0.6471 -0.5390 0.5392</w:t>
        <w:br/>
        <w:t>vn 0.5328 -0.4926 0.6881</w:t>
        <w:br/>
        <w:t>vn 0.6902 -0.5736 0.4411</w:t>
        <w:br/>
        <w:t>vn 0.7888 0.0116 -0.6145</w:t>
        <w:br/>
        <w:t>vn 0.7207 0.0390 -0.6922</w:t>
        <w:br/>
        <w:t>vn 0.7788 0.0157 -0.6270</w:t>
        <w:br/>
        <w:t>vn 0.8338 -0.4343 0.3410</w:t>
        <w:br/>
        <w:t>vn 0.6996 -0.4605 0.5464</w:t>
        <w:br/>
        <w:t>vn 0.7109 -0.5025 0.4921</w:t>
        <w:br/>
        <w:t>vn 0.8684 -0.0317 -0.4949</w:t>
        <w:br/>
        <w:t>vn 0.9733 -0.2290 -0.0117</w:t>
        <w:br/>
        <w:t>vn 0.9606 -0.2601 0.0975</w:t>
        <w:br/>
        <w:t>vn 0.9359 -0.0860 -0.3415</w:t>
        <w:br/>
        <w:t>vn 0.5956 -0.4500 0.6654</w:t>
        <w:br/>
        <w:t>vn 0.5847 -0.6498 0.4856</w:t>
        <w:br/>
        <w:t>vn 0.5480 -0.5492 0.6310</w:t>
        <w:br/>
        <w:t>vn 0.0872 -0.3355 0.9380</w:t>
        <w:br/>
        <w:t>vn -0.0112 -0.3417 0.9397</w:t>
        <w:br/>
        <w:t>vn 0.4948 -0.5137 0.7009</w:t>
        <w:br/>
        <w:t>vn 0.5129 -0.4646 0.7218</w:t>
        <w:br/>
        <w:t>vn -0.0163 -0.2945 0.9555</w:t>
        <w:br/>
        <w:t>vn 0.9394 -0.2848 0.1910</w:t>
        <w:br/>
        <w:t>vn 0.9734 -0.1460 -0.1767</w:t>
        <w:br/>
        <w:t>vn 0.2192 -0.3878 0.8953</w:t>
        <w:br/>
        <w:t>vn -0.0021 -0.3107 0.9505</w:t>
        <w:br/>
        <w:t>vn 0.0334 -0.3570 0.9335</w:t>
        <w:br/>
        <w:t>vn 0.5138 -0.5309 0.6739</w:t>
        <w:br/>
        <w:t>vn 0.9121 -0.3122 0.2658</w:t>
        <w:br/>
        <w:t>vn 0.9785 -0.1963 -0.0628</w:t>
        <w:br/>
        <w:t>vn -0.0777 -0.3364 0.9385</w:t>
        <w:br/>
        <w:t>vn 0.3679 -0.4506 0.8134</w:t>
        <w:br/>
        <w:t>vn 0.1456 -0.3872 0.9104</w:t>
        <w:br/>
        <w:t>vn 0.7589 -0.4027 0.5118</w:t>
        <w:br/>
        <w:t>vn 0.9370 -0.2909 0.1936</w:t>
        <w:br/>
        <w:t>vn 0.8050 -0.5745 0.1481</w:t>
        <w:br/>
        <w:t>vn 0.6050 -0.4872 0.6298</w:t>
        <w:br/>
        <w:t>vn 0.4639 -0.4716 0.7499</w:t>
        <w:br/>
        <w:t>vn 0.4011 -0.4760 0.7827</w:t>
        <w:br/>
        <w:t>vn 0.3920 -0.5025 0.7706</w:t>
        <w:br/>
        <w:t>vn 0.4456 -0.4453 0.7766</w:t>
        <w:br/>
        <w:t>vn 0.6939 -0.4042 0.5959</w:t>
        <w:br/>
        <w:t>vn 0.4172 -0.4285 0.8015</w:t>
        <w:br/>
        <w:t>vn 0.7370 -0.3797 0.5592</w:t>
        <w:br/>
        <w:t>vn 0.4326 -0.4185 0.7986</w:t>
        <w:br/>
        <w:t>vn 0.7359 -0.3757 0.5633</w:t>
        <w:br/>
        <w:t>vn 0.4407 -0.4063 0.8004</w:t>
        <w:br/>
        <w:t>vn 0.5680 -0.4062 0.7158</w:t>
        <w:br/>
        <w:t>vn 0.4151 -0.4083 0.8130</w:t>
        <w:br/>
        <w:t>vn 0.8399 -0.3545 0.4110</w:t>
        <w:br/>
        <w:t>vn 0.6036 -0.3954 0.6924</w:t>
        <w:br/>
        <w:t>vn 0.4949 -0.4267 0.7570</w:t>
        <w:br/>
        <w:t>vn 0.8188 -0.3467 0.4576</w:t>
        <w:br/>
        <w:t>vn -0.7069 -0.4265 0.5643</w:t>
        <w:br/>
        <w:t>vn -0.6889 -0.4720 0.5502</w:t>
        <w:br/>
        <w:t>vn -0.8084 -0.4660 0.3597</w:t>
        <w:br/>
        <w:t>vn 0.3524 -0.6338 -0.6885</w:t>
        <w:br/>
        <w:t>vn 0.3528 -0.6235 -0.6977</w:t>
        <w:br/>
        <w:t>vn 0.3706 -0.6576 -0.6559</w:t>
        <w:br/>
        <w:t>vn 0.7419 -0.4527 -0.4947</w:t>
        <w:br/>
        <w:t>vn 0.6642 -0.4365 -0.6069</w:t>
        <w:br/>
        <w:t>vn 0.4933 -0.4258 -0.7585</w:t>
        <w:br/>
        <w:t>vn 0.5127 -0.4404 -0.7370</w:t>
        <w:br/>
        <w:t>vn -0.1696 0.2686 0.9482</w:t>
        <w:br/>
        <w:t>vn -0.1611 0.2702 0.9492</w:t>
        <w:br/>
        <w:t>vn -0.5390 0.1457 0.8296</w:t>
        <w:br/>
        <w:t>vn -0.8889 -0.2185 0.4026</w:t>
        <w:br/>
        <w:t>vn -0.5210 0.1241 0.8445</w:t>
        <w:br/>
        <w:t>vn -0.1525 0.2491 0.9564</w:t>
        <w:br/>
        <w:t>vn -0.5262 0.1598 0.8352</w:t>
        <w:br/>
        <w:t>vn -0.1544 0.2298 0.9609</w:t>
        <w:br/>
        <w:t>vn -0.5187 0.1171 0.8469</w:t>
        <w:br/>
        <w:t>vn -0.5129 0.2084 0.8328</w:t>
        <w:br/>
        <w:t>vn -0.9259 -0.0591 0.3731</w:t>
        <w:br/>
        <w:t>vn -0.9367 -0.2616 -0.2326</w:t>
        <w:br/>
        <w:t>vn -0.9259 -0.2508 -0.2826</w:t>
        <w:br/>
        <w:t>vn -0.9427 -0.0310 0.3323</w:t>
        <w:br/>
        <w:t>vn -0.6538 -0.7408 -0.1541</w:t>
        <w:br/>
        <w:t>vn -0.6195 -0.6894 -0.3755</w:t>
        <w:br/>
        <w:t>vn -0.7377 -0.3277 -0.5903</w:t>
        <w:br/>
        <w:t>vn -0.7126 -0.3352 -0.6163</w:t>
        <w:br/>
        <w:t>vn -0.6418 -0.3594 -0.6774</w:t>
        <w:br/>
        <w:t>vn -0.6559 -0.3417 -0.6731</w:t>
        <w:br/>
        <w:t>vn -0.6552 -0.3605 -0.6639</w:t>
        <w:br/>
        <w:t>vn -0.4742 0.0768 0.8771</w:t>
        <w:br/>
        <w:t>vn -0.6551 -0.0489 0.7540</w:t>
        <w:br/>
        <w:t>vn 0.0092 0.2605 0.9654</w:t>
        <w:br/>
        <w:t>vn -0.0040 0.2537 0.9673</w:t>
        <w:br/>
        <w:t>vn -0.9170 -0.2812 -0.2829</w:t>
        <w:br/>
        <w:t>vn -0.8896 -0.3027 -0.3420</w:t>
        <w:br/>
        <w:t>vn -0.8790 -0.3436 -0.3306</w:t>
        <w:br/>
        <w:t>vn -0.8428 -0.0353 -0.5371</w:t>
        <w:br/>
        <w:t>vn 0.2497 -0.1075 0.9623</w:t>
        <w:br/>
        <w:t>vn 0.1805 -0.1831 0.9664</w:t>
        <w:br/>
        <w:t>vn -0.1733 -0.2487 0.9530</w:t>
        <w:br/>
        <w:t>vn -0.1347 -0.1804 0.9743</w:t>
        <w:br/>
        <w:t>vn 0.0368 -0.2342 0.9715</w:t>
        <w:br/>
        <w:t>vn -0.3552 -0.3076 0.8827</w:t>
        <w:br/>
        <w:t>vn -0.8450 -0.3598 0.3955</w:t>
        <w:br/>
        <w:t>vn 0.5008 -0.1627 0.8501</w:t>
        <w:br/>
        <w:t>vn 0.5002 -0.1217 0.8573</w:t>
        <w:br/>
        <w:t>vn 0.3617 -0.1661 0.9174</w:t>
        <w:br/>
        <w:t>vn 0.4297 -0.0854 0.8989</w:t>
        <w:br/>
        <w:t>vn 0.0005 -0.3053 0.9523</w:t>
        <w:br/>
        <w:t>vn 0.4282 -0.1374 0.8932</w:t>
        <w:br/>
        <w:t>vn 0.2934 -0.1879 0.9373</w:t>
        <w:br/>
        <w:t>vn 0.6845 -0.6401 -0.3488</w:t>
        <w:br/>
        <w:t>vn 0.6790 -0.6234 -0.3876</w:t>
        <w:br/>
        <w:t>vn 0.8240 -0.5599 -0.0870</w:t>
        <w:br/>
        <w:t>vn 0.7397 -0.2549 0.6228</w:t>
        <w:br/>
        <w:t>vn 0.7281 -0.2899 0.6211</w:t>
        <w:br/>
        <w:t>vn 0.7956 -0.5912 -0.1319</w:t>
        <w:br/>
        <w:t>vn 0.7920 -0.6090 -0.0438</w:t>
        <w:br/>
        <w:t>vn 0.9288 -0.3596 0.0895</w:t>
        <w:br/>
        <w:t>vn 0.9160 -0.3714 0.1518</w:t>
        <w:br/>
        <w:t>vn 0.8395 -0.5163 -0.1695</w:t>
        <w:br/>
        <w:t>vn 0.7844 -0.4601 -0.4161</w:t>
        <w:br/>
        <w:t>vn 0.8568 -0.4496 -0.2525</w:t>
        <w:br/>
        <w:t>vn 0.9165 -0.3232 0.2358</w:t>
        <w:br/>
        <w:t>vn 0.9413 -0.3352 0.0392</w:t>
        <w:br/>
        <w:t>vn 0.8708 -0.4401 -0.2190</w:t>
        <w:br/>
        <w:t>vn 0.8526 -0.5195 0.0559</w:t>
        <w:br/>
        <w:t>vn 0.7471 -0.1891 0.6372</w:t>
        <w:br/>
        <w:t>vn 0.7461 -0.2142 0.6304</w:t>
        <w:br/>
        <w:t>vn 0.8458 -0.5330 0.0235</w:t>
        <w:br/>
        <w:t>vn -0.0109 -0.1928 0.9812</w:t>
        <w:br/>
        <w:t>vn -0.2636 -0.1701 0.9495</w:t>
        <w:br/>
        <w:t>vn -0.3099 -0.1929 0.9310</w:t>
        <w:br/>
        <w:t>vn 0.1604 -0.2441 0.9564</w:t>
        <w:br/>
        <w:t>vn -0.1492 -0.2073 0.9668</w:t>
        <w:br/>
        <w:t>vn -0.2117 -0.1831 0.9600</w:t>
        <w:br/>
        <w:t>vn 0.1354 -0.2223 0.9655</w:t>
        <w:br/>
        <w:t>vn -0.1299 -0.1711 0.9766</w:t>
        <w:br/>
        <w:t>vn 0.0969 -0.1822 0.9785</w:t>
        <w:br/>
        <w:t>vn 0.6412 -0.2613 0.7215</w:t>
        <w:br/>
        <w:t>vn -0.0409 -0.2202 0.9746</w:t>
        <w:br/>
        <w:t>vn 0.6470 -0.3000 0.7010</w:t>
        <w:br/>
        <w:t>vn 0.9982 -0.0589 0.0093</w:t>
        <w:br/>
        <w:t>vn 0.9399 -0.0148 -0.3411</w:t>
        <w:br/>
        <w:t>vn 0.9072 0.0067 -0.4207</w:t>
        <w:br/>
        <w:t>vn 0.9978 -0.0548 0.0370</w:t>
        <w:br/>
        <w:t>vn 0.9894 -0.0742 0.1245</w:t>
        <w:br/>
        <w:t>vn 0.9613 -0.0149 -0.2750</w:t>
        <w:br/>
        <w:t>vn 0.9871 -0.0742 -0.1417</w:t>
        <w:br/>
        <w:t>vn 0.9646 -0.1339 0.2274</w:t>
        <w:br/>
        <w:t>vn 0.9904 -0.1370 -0.0206</w:t>
        <w:br/>
        <w:t>vn 0.9401 -0.1860 0.2856</w:t>
        <w:br/>
        <w:t>vn 0.9771 -0.1924 0.0914</w:t>
        <w:br/>
        <w:t>vn -0.3023 -0.3143 0.8999</w:t>
        <w:br/>
        <w:t>vn -0.4306 -0.1886 0.8826</w:t>
        <w:br/>
        <w:t>vn -0.4007 -0.1515 0.9036</w:t>
        <w:br/>
        <w:t>vn -0.3763 -0.1805 0.9088</w:t>
        <w:br/>
        <w:t>vn -0.3029 -0.1929 0.9333</w:t>
        <w:br/>
        <w:t>vn -0.4047 -0.1414 0.9035</w:t>
        <w:br/>
        <w:t>vn -0.3388 -0.1975 0.9199</w:t>
        <w:br/>
        <w:t>vn 0.7882 -0.3551 0.5026</w:t>
        <w:br/>
        <w:t>vn -0.9798 -0.1071 -0.1686</w:t>
        <w:br/>
        <w:t>vn -0.9765 -0.1786 -0.1210</w:t>
        <w:br/>
        <w:t>vn -0.9733 -0.2240 -0.0498</w:t>
        <w:br/>
        <w:t>vn 0.9785 -0.1779 -0.1040</w:t>
        <w:br/>
        <w:t>vn 0.9802 -0.1954 -0.0315</w:t>
        <w:br/>
        <w:t>vn -0.4883 -0.2111 0.8468</w:t>
        <w:br/>
        <w:t>vn -0.3839 -0.1462 0.9117</w:t>
        <w:br/>
        <w:t>vn 0.3789 -0.1074 0.9192</w:t>
        <w:br/>
        <w:t>vn 0.3356 -0.1704 0.9265</w:t>
        <w:br/>
        <w:t>vn 0.4883 -0.1033 0.8665</w:t>
        <w:br/>
        <w:t>vn 0.0380 -0.2012 0.9788</w:t>
        <w:br/>
        <w:t>vn 0.1317 -0.1381 0.9816</w:t>
        <w:br/>
        <w:t>vn 0.4497 -0.7603 -0.4687</w:t>
        <w:br/>
        <w:t>vn -0.3518 -0.6053 -0.7141</w:t>
        <w:br/>
        <w:t>vn -0.9313 -0.2927 0.2167</w:t>
        <w:br/>
        <w:t>vn 0.7862 -0.5476 0.2864</w:t>
        <w:br/>
        <w:t>vn -0.8530 -0.4882 0.1845</w:t>
        <w:br/>
        <w:t>vn -0.8731 -0.4848 -0.0522</w:t>
        <w:br/>
        <w:t>vn -0.7378 -0.6256 0.2537</w:t>
        <w:br/>
        <w:t>vn -0.6818 -0.4990 0.5349</w:t>
        <w:br/>
        <w:t>vn 0.3312 -0.4463 0.8313</w:t>
        <w:br/>
        <w:t>vn 0.3737 -0.3773 0.8474</w:t>
        <w:br/>
        <w:t>vn 0.7266 -0.5621 0.3951</w:t>
        <w:br/>
        <w:t>vn 0.7871 -0.5425 -0.2935</w:t>
        <w:br/>
        <w:t>vn 0.1629 -0.3880 0.9072</w:t>
        <w:br/>
        <w:t>vn 0.1489 -0.4211 0.8947</w:t>
        <w:br/>
        <w:t>vn 0.1450 -0.4273 0.8924</w:t>
        <w:br/>
        <w:t>vn 0.1407 -0.4387 0.8876</w:t>
        <w:br/>
        <w:t>vn 0.1455 -0.4763 0.8671</w:t>
        <w:br/>
        <w:t>vn 0.1520 -0.5054 0.8494</w:t>
        <w:br/>
        <w:t>vn 0.1253 -0.4410 0.8887</w:t>
        <w:br/>
        <w:t>vn 0.1237 -0.4735 0.8721</w:t>
        <w:br/>
        <w:t>vn -0.0303 -0.5045 0.8629</w:t>
        <w:br/>
        <w:t>vn -0.0299 -0.4720 0.8811</w:t>
        <w:br/>
        <w:t>vn -0.0311 -0.4319 0.9014</w:t>
        <w:br/>
        <w:t>vn -0.0339 -0.4222 0.9059</w:t>
        <w:br/>
        <w:t>vn -0.0356 -0.4170 0.9082</w:t>
        <w:br/>
        <w:t>vn -0.0371 -0.3920 0.9192</w:t>
        <w:br/>
        <w:t>vn -0.0855 -0.4252 0.9010</w:t>
        <w:br/>
        <w:t>vn -0.0292 -0.4557 0.8896</w:t>
        <w:br/>
        <w:t>vn -0.0818 -0.4464 0.8911</w:t>
        <w:br/>
        <w:t>vn 0.0369 -0.4354 0.8995</w:t>
        <w:br/>
        <w:t>vn -0.1379 -0.4411 0.8868</w:t>
        <w:br/>
        <w:t>vn 0.1963 0.1776 0.9643</w:t>
        <w:br/>
        <w:t>vn 0.6629 -0.6126 -0.4304</w:t>
        <w:br/>
        <w:t>vn 0.6427 -0.6177 -0.4533</w:t>
        <w:br/>
        <w:t>vn 0.3366 0.0504 0.9403</w:t>
        <w:br/>
        <w:t>vn 0.3279 0.0356 0.9440</w:t>
        <w:br/>
        <w:t>vn 0.2809 0.0812 0.9563</w:t>
        <w:br/>
        <w:t>vn 0.1974 0.2285 0.9533</w:t>
        <w:br/>
        <w:t>vn 0.1182 0.2757 0.9540</w:t>
        <w:br/>
        <w:t>vn 0.1832 0.2213 0.9578</w:t>
        <w:br/>
        <w:t>vn 0.2198 0.1715 0.9604</w:t>
        <w:br/>
        <w:t>vn -0.8381 -0.3232 0.4395</w:t>
        <w:br/>
        <w:t>vn -0.7579 -0.3297 0.5630</w:t>
        <w:br/>
        <w:t>vn 0.3369 0.3552 0.8720</w:t>
        <w:br/>
        <w:t>vn 0.3132 0.3630 0.8776</w:t>
        <w:br/>
        <w:t>vn 0.2324 0.3077 0.9227</w:t>
        <w:br/>
        <w:t>vn 0.3399 0.3704 0.8644</w:t>
        <w:br/>
        <w:t>vn 0.2059 0.3171 0.9258</w:t>
        <w:br/>
        <w:t>vn 0.1333 0.2357 0.9626</w:t>
        <w:br/>
        <w:t>vn 0.3264 0.3480 0.8789</w:t>
        <w:br/>
        <w:t>vn -0.8153 -0.1468 0.5602</w:t>
        <w:br/>
        <w:t>vn -0.8997 -0.2973 0.3196</w:t>
        <w:br/>
        <w:t>vn -0.9597 -0.0621 -0.2741</w:t>
        <w:br/>
        <w:t>vn -0.9868 -0.1356 0.0881</w:t>
        <w:br/>
        <w:t>vn -0.9856 -0.1007 -0.1357</w:t>
        <w:br/>
        <w:t>vn -0.1143 -0.1998 0.9731</w:t>
        <w:br/>
        <w:t>vn 0.1201 -0.1720 0.9777</w:t>
        <w:br/>
        <w:t>vn 0.0840 -0.6378 -0.7656</w:t>
        <w:br/>
        <w:t>vn 0.0713 -0.6256 -0.7769</w:t>
        <w:br/>
        <w:t>vn 0.0707 -0.6033 -0.7943</w:t>
        <w:br/>
        <w:t>vn 0.0772 -0.6510 -0.7551</w:t>
        <w:br/>
        <w:t>vn 0.1113 -0.6458 -0.7554</w:t>
        <w:br/>
        <w:t>vn -0.7789 -0.3314 -0.5325</w:t>
        <w:br/>
        <w:t>vn -0.9539 -0.1133 0.2780</w:t>
        <w:br/>
        <w:t>vn 0.2710 -0.4774 0.8358</w:t>
        <w:br/>
        <w:t>vn -0.0663 -0.6685 -0.7407</w:t>
        <w:br/>
        <w:t>vn -0.3400 0.1315 0.9312</w:t>
        <w:br/>
        <w:t>vn -0.5572 -0.6765 -0.4816</w:t>
        <w:br/>
        <w:t>vn -0.0251 0.1674 0.9856</w:t>
        <w:br/>
        <w:t>vn -0.0265 0.2023 0.9790</w:t>
        <w:br/>
        <w:t>vn -0.7557 -0.5101 -0.4106</w:t>
        <w:br/>
        <w:t>vn -0.9130 -0.3908 0.1172</w:t>
        <w:br/>
        <w:t>vn -0.9249 -0.3580 0.1277</w:t>
        <w:br/>
        <w:t>vn -0.3496 -0.6213 -0.7013</w:t>
        <w:br/>
        <w:t>vn 0.0369 0.2949 0.9548</w:t>
        <w:br/>
        <w:t>vn -0.0888 0.2565 0.9625</w:t>
        <w:br/>
        <w:t>vn 0.5805 -0.5174 0.6287</w:t>
        <w:br/>
        <w:t>vn 0.0369 -0.9194 0.3915</w:t>
        <w:br/>
        <w:t>vn -0.0875 -0.8694 0.4863</w:t>
        <w:br/>
        <w:t>vn 0.0777 -0.5910 -0.8029</w:t>
        <w:br/>
        <w:t>vn -0.6416 -0.4479 -0.6227</w:t>
        <w:br/>
        <w:t>vn -0.9105 -0.0690 -0.4077</w:t>
        <w:br/>
        <w:t>vn -0.0173 -0.4328 0.9013</w:t>
        <w:br/>
        <w:t>vn 0.2847 -0.4218 0.8608</w:t>
        <w:br/>
        <w:t>vn -0.5407 0.1575 0.8263</w:t>
        <w:br/>
        <w:t>vn -0.2574 -0.6229 -0.7388</w:t>
        <w:br/>
        <w:t>vn -0.1852 -0.6326 -0.7520</w:t>
        <w:br/>
        <w:t>vn -0.6335 -0.4401 -0.6364</w:t>
        <w:br/>
        <w:t>vn 0.3552 -0.6378 -0.6834</w:t>
        <w:br/>
        <w:t>vn 0.3777 -0.6437 -0.6655</w:t>
        <w:br/>
        <w:t>vn 0.3750 -0.6229 -0.6866</w:t>
        <w:br/>
        <w:t>vn 0.5661 -0.6214 -0.5417</w:t>
        <w:br/>
        <w:t>vn 0.4995 -0.6203 -0.6047</w:t>
        <w:br/>
        <w:t>vn 0.8049 -0.5756 -0.1442</w:t>
        <w:br/>
        <w:t>vn 0.7419 -0.2433 0.6249</w:t>
        <w:br/>
        <w:t>vn 0.7915 -0.4688 -0.3920</w:t>
        <w:br/>
        <w:t>vn 0.5828 -0.4592 -0.6705</w:t>
        <w:br/>
        <w:t>vn 0.7037 -0.5076 -0.4972</w:t>
        <w:br/>
        <w:t>vn 0.7435 -0.5486 -0.3824</w:t>
        <w:br/>
        <w:t>vn 0.7593 -0.5817 0.2917</w:t>
        <w:br/>
        <w:t>vn 0.6418 -0.3849 0.6633</w:t>
        <w:br/>
        <w:t>vn 0.1706 -0.4449 0.8792</w:t>
        <w:br/>
        <w:t>vn 0.6107 -0.5215 0.5958</w:t>
        <w:br/>
        <w:t>vn 0.6314 -0.5702 0.5256</w:t>
        <w:br/>
        <w:t>vn 0.7407 -0.5660 0.3619</w:t>
        <w:br/>
        <w:t>vn 0.0886 -0.4310 0.8980</w:t>
        <w:br/>
        <w:t>vn -0.0062 -0.4279 0.9038</w:t>
        <w:br/>
        <w:t>vn -0.1981 -0.4298 0.8809</w:t>
        <w:br/>
        <w:t>vn -0.9794 -0.1142 -0.1667</w:t>
        <w:br/>
        <w:t>vn -0.5183 -0.4617 0.7198</w:t>
        <w:br/>
        <w:t>vn -0.7745 -0.4991 0.3888</w:t>
        <w:br/>
        <w:t>vn -0.7730 -0.4592 -0.4377</w:t>
        <w:br/>
        <w:t>vn -0.6210 -0.5262 -0.5809</w:t>
        <w:br/>
        <w:t>vn -0.2625 -0.6357 -0.7259</w:t>
        <w:br/>
        <w:t>vn -0.1832 -0.6748 -0.7149</w:t>
        <w:br/>
        <w:t>vn 0.0309 -0.6254 -0.7797</w:t>
        <w:br/>
        <w:t>vn 0.3311 -0.6163 -0.7146</w:t>
        <w:br/>
        <w:t>vn 0.3028 -0.6243 -0.7201</w:t>
        <w:br/>
        <w:t>vn 0.3513 -0.6057 -0.7140</w:t>
        <w:br/>
        <w:t>vn 0.8742 -0.4340 -0.2177</w:t>
        <w:br/>
        <w:t>vn 0.4548 -0.6065 -0.6522</w:t>
        <w:br/>
        <w:t>vn 0.4560 -0.6198 -0.6386</w:t>
        <w:br/>
        <w:t>vn 0.5717 -0.6131 -0.5452</w:t>
        <w:br/>
        <w:t>vn 0.5771 -0.6214 -0.5299</w:t>
        <w:br/>
        <w:t>vn 0.3191 -0.6307 -0.7074</w:t>
        <w:br/>
        <w:t>vn 0.2704 -0.6249 -0.7324</w:t>
        <w:br/>
        <w:t>vn 0.4536 -0.6598 -0.5991</w:t>
        <w:br/>
        <w:t>vn 0.5530 -0.6784 -0.4838</w:t>
        <w:br/>
        <w:t>vn 0.7424 -0.6602 -0.1140</w:t>
        <w:br/>
        <w:t>vn 0.5935 -0.6797 -0.4311</w:t>
        <w:br/>
        <w:t>vn 0.7960 -0.5757 0.1868</w:t>
        <w:br/>
        <w:t>vn 0.3563 -0.0087 0.9343</w:t>
        <w:br/>
        <w:t>vn 0.8301 -0.5471 -0.1080</w:t>
        <w:br/>
        <w:t>vn 0.5169 -0.7655 -0.3831</w:t>
        <w:br/>
        <w:t>vn 0.5264 -0.7685 -0.3637</w:t>
        <w:br/>
        <w:t>vn 0.6394 -0.7508 -0.1658</w:t>
        <w:br/>
        <w:t>vn 0.6486 -0.6173 -0.4453</w:t>
        <w:br/>
        <w:t>vn 0.3951 -0.6174 -0.6802</w:t>
        <w:br/>
        <w:t>vn 0.3849 -0.6456 -0.6596</w:t>
        <w:br/>
        <w:t>vn 0.0657 -0.5864 -0.8074</w:t>
        <w:br/>
        <w:t>vn 0.8809 0.3817 0.2799</w:t>
        <w:br/>
        <w:t>vn 0.8665 0.3666 0.3387</w:t>
        <w:br/>
        <w:t>vn 0.7347 0.4574 0.5009</w:t>
        <w:br/>
        <w:t>vn 0.7028 0.4535 0.5480</w:t>
        <w:br/>
        <w:t>vn 0.1639 -0.3070 -0.9375</w:t>
        <w:br/>
        <w:t>vn 0.1789 -0.3312 -0.9264</w:t>
        <w:br/>
        <w:t>vn -0.0347 -0.3397 -0.9399</w:t>
        <w:br/>
        <w:t>vn -0.0766 -0.3997 -0.9134</w:t>
        <w:br/>
        <w:t>vn 0.6881 0.3295 0.6465</w:t>
        <w:br/>
        <w:t>vn 0.6719 0.3402 0.6579</w:t>
        <w:br/>
        <w:t>vn 0.4585 0.3466 0.8183</w:t>
        <w:br/>
        <w:t>vn 0.4631 0.3225 0.8255</w:t>
        <w:br/>
        <w:t>vn 0.9669 0.2392 0.0891</w:t>
        <w:br/>
        <w:t>vn 0.9797 0.1843 0.0790</w:t>
        <w:br/>
        <w:t>vn 0.9611 0.2335 -0.1475</w:t>
        <w:br/>
        <w:t>vn 0.9719 0.1906 -0.1380</w:t>
        <w:br/>
        <w:t>vn 0.8488 0.3500 0.3964</w:t>
        <w:br/>
        <w:t>vn 0.9156 0.2757 0.2925</w:t>
        <w:br/>
        <w:t>vn 0.9646 0.2420 0.1049</w:t>
        <w:br/>
        <w:t>vn 0.4113 0.2703 0.8705</w:t>
        <w:br/>
        <w:t>vn 0.3740 0.2924 0.8801</w:t>
        <w:br/>
        <w:t>vn 0.4674 0.2982 0.8322</w:t>
        <w:br/>
        <w:t>vn 0.9152 0.3170 0.2489</w:t>
        <w:br/>
        <w:t>vn 0.9345 0.2599 0.2434</w:t>
        <w:br/>
        <w:t>vn 0.9508 0.2934 0.0990</w:t>
        <w:br/>
        <w:t>vn 0.8468 0.3047 0.4360</w:t>
        <w:br/>
        <w:t>vn 0.8669 0.2633 0.4233</w:t>
        <w:br/>
        <w:t>vn 0.9504 0.2017 0.2369</w:t>
        <w:br/>
        <w:t>vn 0.8246 0.3456 0.4479</w:t>
        <w:br/>
        <w:t>vn 0.6555 0.3508 0.6688</w:t>
        <w:br/>
        <w:t>vn 0.9483 0.2759 -0.1566</w:t>
        <w:br/>
        <w:t>vn 0.9580 0.2865 -0.0070</w:t>
        <w:br/>
        <w:t>vn 0.6687 0.4482 0.5933</w:t>
        <w:br/>
        <w:t>vn 0.5687 0.5158 0.6407</w:t>
        <w:br/>
        <w:t>vn 0.5892 0.5245 0.6146</w:t>
        <w:br/>
        <w:t>vn -0.2970 -0.2863 -0.9110</w:t>
        <w:br/>
        <w:t>vn -0.2983 -0.3042 -0.9047</w:t>
        <w:br/>
        <w:t>vn -0.2727 -0.2936 -0.9162</w:t>
        <w:br/>
        <w:t>vn -0.3138 -0.3072 -0.8984</w:t>
        <w:br/>
        <w:t>vn -0.6111 0.3603 0.7048</w:t>
        <w:br/>
        <w:t>vn -0.5107 0.3396 0.7898</w:t>
        <w:br/>
        <w:t>vn -0.6180 0.3509 0.7035</w:t>
        <w:br/>
        <w:t>vn -0.5297 0.3078 0.7904</w:t>
        <w:br/>
        <w:t>vn -0.8500 0.3170 0.4207</w:t>
        <w:br/>
        <w:t>vn -0.9196 0.3137 0.2364</w:t>
        <w:br/>
        <w:t>vn -0.8769 0.2311 0.4215</w:t>
        <w:br/>
        <w:t>vn -0.9291 0.2159 0.3003</w:t>
        <w:br/>
        <w:t>vn -0.4614 0.5420 0.7024</w:t>
        <w:br/>
        <w:t>vn -0.5090 0.5112 0.6925</w:t>
        <w:br/>
        <w:t>vn -0.6083 0.5255 0.5948</w:t>
        <w:br/>
        <w:t>vn -0.2825 -0.3011 -0.9108</w:t>
        <w:br/>
        <w:t>vn -0.7627 -0.0594 -0.6440</w:t>
        <w:br/>
        <w:t>vn -0.7906 -0.0545 -0.6099</w:t>
        <w:br/>
        <w:t>vn -0.7111 0.3716 0.5969</w:t>
        <w:br/>
        <w:t>vn -0.7762 0.3335 0.5351</w:t>
        <w:br/>
        <w:t>vn -0.6074 0.3335 0.7210</w:t>
        <w:br/>
        <w:t>vn -0.8974 0.4075 0.1690</w:t>
        <w:br/>
        <w:t>vn -0.8899 0.4542 -0.0419</w:t>
        <w:br/>
        <w:t>vn -0.9389 0.3437 0.0161</w:t>
        <w:br/>
        <w:t>vn 0.3513 0.5881 0.7285</w:t>
        <w:br/>
        <w:t>vn 0.3474 0.5711 0.7438</w:t>
        <w:br/>
        <w:t>vn 0.2689 0.5931 0.7589</w:t>
        <w:br/>
        <w:t>vn 0.2272 0.5978 0.7687</w:t>
        <w:br/>
        <w:t>vn -0.5016 0.3579 0.7876</w:t>
        <w:br/>
        <w:t>vn -0.5873 0.3636 0.7231</w:t>
        <w:br/>
        <w:t>vn 0.2543 0.5741 0.7783</w:t>
        <w:br/>
        <w:t>vn 0.3432 0.5538 0.7586</w:t>
        <w:br/>
        <w:t>vn -0.3715 0.5640 0.7375</w:t>
        <w:br/>
        <w:t>vn -0.3972 0.5741 0.7159</w:t>
        <w:br/>
        <w:t>vn -0.4921 0.5841 0.6455</w:t>
        <w:br/>
        <w:t>vn -0.7863 0.2651 0.5581</w:t>
        <w:br/>
        <w:t>vn 0.6930 0.2418 -0.6792</w:t>
        <w:br/>
        <w:t>vn 0.7151 0.2329 -0.6590</w:t>
        <w:br/>
        <w:t>vn 0.4312 0.2333 -0.8716</w:t>
        <w:br/>
        <w:t>vn 0.4424 0.2203 -0.8693</w:t>
        <w:br/>
        <w:t>vn 0.4200 0.2460 -0.8735</w:t>
        <w:br/>
        <w:t>vn 0.0344 0.1815 -0.9828</w:t>
        <w:br/>
        <w:t>vn 0.0247 0.1539 -0.9878</w:t>
        <w:br/>
        <w:t>vn 0.9782 0.0444 0.2028</w:t>
        <w:br/>
        <w:t>vn 0.9697 0.0608 0.2367</w:t>
        <w:br/>
        <w:t>vn 0.9842 0.1135 -0.1357</w:t>
        <w:br/>
        <w:t>vn 0.9855 0.1450 -0.0882</w:t>
        <w:br/>
        <w:t>vn 0.3364 0.3882 -0.8580</w:t>
        <w:br/>
        <w:t>vn 0.3916 0.3561 -0.8484</w:t>
        <w:br/>
        <w:t>vn 0.6385 0.3397 -0.6906</w:t>
        <w:br/>
        <w:t>vn 0.6235 0.3128 -0.7166</w:t>
        <w:br/>
        <w:t>vn 0.2103 0.3869 -0.8978</w:t>
        <w:br/>
        <w:t>vn 0.1268 0.4194 -0.8989</w:t>
        <w:br/>
        <w:t>vn 0.0760 0.4206 -0.9041</w:t>
        <w:br/>
        <w:t>vn 0.3392 0.4328 -0.8352</w:t>
        <w:br/>
        <w:t>vn 0.1232 0.4491 -0.8850</w:t>
        <w:br/>
        <w:t>vn 0.8729 0.2493 -0.4194</w:t>
        <w:br/>
        <w:t>vn 0.8589 0.2253 -0.4600</w:t>
        <w:br/>
        <w:t>vn 0.8848 0.2727 -0.3778</w:t>
        <w:br/>
        <w:t>vn 0.6526 0.3662 -0.6634</w:t>
        <w:br/>
        <w:t>vn -0.7711 0.3496 -0.5321</w:t>
        <w:br/>
        <w:t>vn -0.6745 0.3737 -0.6367</w:t>
        <w:br/>
        <w:t>vn -0.8116 0.3138 -0.4927</w:t>
        <w:br/>
        <w:t>vn -0.6686 0.3517 -0.6552</w:t>
        <w:br/>
        <w:t>vn -0.7796 -0.0754 0.6218</w:t>
        <w:br/>
        <w:t>vn -0.8671 -0.0958 0.4889</w:t>
        <w:br/>
        <w:t>vn -0.7880 -0.0683 0.6119</w:t>
        <w:br/>
        <w:t>vn -0.8542 -0.1013 0.5100</w:t>
        <w:br/>
        <w:t>vn -0.3651 0.3877 -0.8464</w:t>
        <w:br/>
        <w:t>vn -0.1575 0.4329 -0.8876</w:t>
        <w:br/>
        <w:t>vn -0.4103 0.4291 -0.8047</w:t>
        <w:br/>
        <w:t>vn -0.1601 0.4586 -0.8741</w:t>
        <w:br/>
        <w:t>vn -0.9841 0.0529 0.1694</w:t>
        <w:br/>
        <w:t>vn -0.9952 0.0978 -0.0002</w:t>
        <w:br/>
        <w:t>vn -0.7744 -0.0877 0.6265</w:t>
        <w:br/>
        <w:t>vn -0.4747 0.3404 -0.8117</w:t>
        <w:br/>
        <w:t>vn -0.2779 0.3731 -0.8852</w:t>
        <w:br/>
        <w:t>vn -0.2085 0.3981 -0.8933</w:t>
        <w:br/>
        <w:t>vn -0.0856 0.4241 -0.9016</w:t>
        <w:br/>
        <w:t>vn -0.0012 0.4240 -0.9056</w:t>
        <w:br/>
        <w:t>vn 0.0023 0.4318 -0.9020</w:t>
        <w:br/>
        <w:t>vn -0.7521 0.4022 -0.5221</w:t>
        <w:br/>
        <w:t>vn -0.8611 0.3747 -0.3435</w:t>
        <w:br/>
        <w:t>vn -0.9712 0.2262 0.0744</w:t>
        <w:br/>
        <w:t>vn -0.9203 0.2658 -0.2869</w:t>
        <w:br/>
        <w:t>vn -0.4220 0.3252 -0.8463</w:t>
        <w:br/>
        <w:t>vn -0.0887 0.2421 -0.9662</w:t>
        <w:br/>
        <w:t>vn -0.4054 0.3501 -0.8444</w:t>
        <w:br/>
        <w:t>vn -0.0867 0.3180 -0.9441</w:t>
        <w:br/>
        <w:t>vn -0.7211 0.3882 -0.5738</w:t>
        <w:br/>
        <w:t>vn -0.8949 0.2180 -0.3893</w:t>
        <w:br/>
        <w:t>vn -0.7227 0.2873 -0.6286</w:t>
        <w:br/>
        <w:t>vn -0.6539 0.3255 -0.6829</w:t>
        <w:br/>
        <w:t>vn -0.9177 0.2247 -0.3276</w:t>
        <w:br/>
        <w:t>vn -0.6864 0.3444 -0.6405</w:t>
        <w:br/>
        <w:t>vn 0.6700 0.2504 -0.6988</w:t>
        <w:br/>
        <w:t>vn 0.8244 0.2266 -0.5187</w:t>
        <w:br/>
        <w:t>vn 0.8196 0.2473 -0.5168</w:t>
        <w:br/>
        <w:t>vn 0.8288 0.2058 -0.5204</w:t>
        <w:br/>
        <w:t>vn 0.9111 0.1941 -0.3635</w:t>
        <w:br/>
        <w:t>vn 0.9012 0.2311 -0.3666</w:t>
        <w:br/>
        <w:t>vn -0.6267 0.2866 0.7246</w:t>
        <w:br/>
        <w:t>vn -0.6342 0.3700 0.6790</w:t>
        <w:br/>
        <w:t>vn -0.4863 0.3654 0.7937</w:t>
        <w:br/>
        <w:t>vn 0.1939 -0.3556 -0.9143</w:t>
        <w:br/>
        <w:t>vn 0.4991 -0.2448 -0.8313</w:t>
        <w:br/>
        <w:t>vn 0.4662 -0.2399 -0.8516</w:t>
        <w:br/>
        <w:t>vn 0.9843 0.1389 0.1089</w:t>
        <w:br/>
        <w:t>vn 0.9889 0.1371 0.0574</w:t>
        <w:br/>
        <w:t>vn 0.8721 0.2276 0.4331</w:t>
        <w:br/>
        <w:t>vn 0.8897 0.2201 0.4000</w:t>
        <w:br/>
        <w:t>vn 0.7438 0.2564 0.6172</w:t>
        <w:br/>
        <w:t>vn 0.5212 0.2888 0.8031</w:t>
        <w:br/>
        <w:t>vn 0.3637 0.3157 0.8764</w:t>
        <w:br/>
        <w:t>vn 0.9628 0.2303 -0.1414</w:t>
        <w:br/>
        <w:t>vn 0.9835 0.0957 -0.1536</w:t>
        <w:br/>
        <w:t>vn 0.9660 -0.0126 -0.2582</w:t>
        <w:br/>
        <w:t>vn 0.9935 0.1138 0.0075</w:t>
        <w:br/>
        <w:t>vn 0.1556 -0.3112 -0.9375</w:t>
        <w:br/>
        <w:t>vn 0.1077 -0.3950 -0.9124</w:t>
        <w:br/>
        <w:t>vn -0.1181 -0.4571 -0.8815</w:t>
        <w:br/>
        <w:t>vn 0.0585 -0.4754 -0.8779</w:t>
        <w:br/>
        <w:t>vn 0.5349 0.2872 0.7946</w:t>
        <w:br/>
        <w:t>vn 0.9771 0.1404 0.1602</w:t>
        <w:br/>
        <w:t>vn 0.4325 -0.2347 -0.8706</w:t>
        <w:br/>
        <w:t>vn 0.9097 0.0065 0.4151</w:t>
        <w:br/>
        <w:t>vn 0.9323 0.0115 0.3615</w:t>
        <w:br/>
        <w:t>vn 0.8976 -0.0197 0.4404</w:t>
        <w:br/>
        <w:t>vn 0.9358 -0.0054 0.3525</w:t>
        <w:br/>
        <w:t>vn 0.3272 0.1098 -0.9385</w:t>
        <w:br/>
        <w:t>vn 0.2622 0.1217 -0.9573</w:t>
        <w:br/>
        <w:t>vn -0.1251 0.0811 -0.9888</w:t>
        <w:br/>
        <w:t>vn -0.0359 0.0976 -0.9946</w:t>
        <w:br/>
        <w:t>vn -0.3815 0.0266 -0.9240</w:t>
        <w:br/>
        <w:t>vn -0.3952 0.0565 -0.9169</w:t>
        <w:br/>
        <w:t>vn 0.0151 0.1265 -0.9919</w:t>
        <w:br/>
        <w:t>vn -0.4497 0.0727 -0.8902</w:t>
        <w:br/>
        <w:t>vn -0.9740 0.2253 -0.0215</w:t>
        <w:br/>
        <w:t>vn -0.9746 0.2238 0.0053</w:t>
        <w:br/>
        <w:t>vn -0.8177 -0.0492 -0.5735</w:t>
        <w:br/>
        <w:t>vn -0.9745 0.2222 0.0310</w:t>
        <w:br/>
        <w:t>vn -0.9016 0.4091 0.1407</w:t>
        <w:br/>
        <w:t>vn -0.8462 0.0670 -0.5286</w:t>
        <w:br/>
        <w:t>vn -0.8672 0.4471 0.2190</w:t>
        <w:br/>
        <w:t>vn -0.8155 0.0590 -0.5757</w:t>
        <w:br/>
        <w:t>vn -0.7843 0.3543 0.5093</w:t>
        <w:br/>
        <w:t>vn -0.7956 0.3552 0.4908</w:t>
        <w:br/>
        <w:t>vn -0.8177 0.3417 0.4632</w:t>
        <w:br/>
        <w:t>vn -0.8876 0.4478 0.1079</w:t>
        <w:br/>
        <w:t>vn -0.7814 0.0506 -0.6220</w:t>
        <w:br/>
        <w:t>vn 0.2235 0.0584 -0.9730</w:t>
        <w:br/>
        <w:t>vn -0.0645 0.0582 -0.9962</w:t>
        <w:br/>
        <w:t>vn 0.2144 0.0873 -0.9728</w:t>
        <w:br/>
        <w:t>vn -0.0105 0.0838 -0.9964</w:t>
        <w:br/>
        <w:t>vn 0.0432 0.0385 -0.9983</w:t>
        <w:br/>
        <w:t>vn 0.3529 0.0288 -0.9352</w:t>
        <w:br/>
        <w:t>vn -0.9896 -0.0711 0.1254</w:t>
        <w:br/>
        <w:t>vn -0.9781 -0.0774 0.1930</w:t>
        <w:br/>
        <w:t>vn -0.9156 -0.1082 0.3872</w:t>
        <w:br/>
        <w:t>vn -0.9963 -0.0644 0.0572</w:t>
        <w:br/>
        <w:t>vn 0.4340 0.0677 -0.8984</w:t>
        <w:br/>
        <w:t>vn 0.4556 0.0946 -0.8851</w:t>
        <w:br/>
        <w:t>vn 0.2732 0.1498 -0.9502</w:t>
        <w:br/>
        <w:t>vn 0.3062 0.1940 -0.9320</w:t>
        <w:br/>
        <w:t>vn 0.4118 0.0409 -0.9103</w:t>
        <w:br/>
        <w:t>vn 0.1757 0.1213 -0.9769</w:t>
        <w:br/>
        <w:t>vn -0.8512 0.2237 -0.4748</w:t>
        <w:br/>
        <w:t>vn -0.9794 0.0593 0.1928</w:t>
        <w:br/>
        <w:t>vn 0.9517 0.0161 0.3068</w:t>
        <w:br/>
        <w:t>vn 0.9835 0.1761 -0.0405</w:t>
        <w:br/>
        <w:t>vn 0.9597 0.0771 0.2701</w:t>
        <w:br/>
        <w:t>vn -0.4979 0.0028 -0.8673</w:t>
        <w:br/>
        <w:t>vn -0.5155 0.0338 -0.8562</w:t>
        <w:br/>
        <w:t>vn -0.0244 0.0647 -0.9976</w:t>
        <w:br/>
        <w:t>vn -0.4442 0.0612 -0.8938</w:t>
        <w:br/>
        <w:t>vn 0.3907 0.0974 -0.9153</w:t>
        <w:br/>
        <w:t>vn 0.9652 0.0089 0.2613</w:t>
        <w:br/>
        <w:t>vn -0.4031 0.5352 0.7423</w:t>
        <w:br/>
        <w:t>vn -0.3965 0.5156 0.7596</w:t>
        <w:br/>
        <w:t>vn -0.6315 0.5712 0.5243</w:t>
        <w:br/>
        <w:t>vn -0.6727 0.5011 0.5443</w:t>
        <w:br/>
        <w:t>vn 0.4513 0.5549 0.6988</w:t>
        <w:br/>
        <w:t>vn 0.4543 0.5687 0.6856</w:t>
        <w:br/>
        <w:t>vn 0.8900 0.2676 -0.3692</w:t>
        <w:br/>
        <w:t>vn -0.8363 0.4744 -0.2750</w:t>
        <w:br/>
        <w:t>vn -0.4916 0.3347 -0.8039</w:t>
        <w:br/>
        <w:t>vn -0.6324 0.3864 -0.6714</w:t>
        <w:br/>
        <w:t>vn -0.8368 0.3645 0.4084</w:t>
        <w:br/>
        <w:t>vn -0.7933 0.3779 0.4774</w:t>
        <w:br/>
        <w:t>vn 0.0064 0.4511 -0.8924</w:t>
        <w:br/>
        <w:t>vn -0.2973 0.5161 0.8032</w:t>
        <w:br/>
        <w:t>vn -0.3417 0.5317 0.7750</w:t>
        <w:br/>
        <w:t>vn -0.3132 0.5583 0.7682</w:t>
        <w:br/>
        <w:t>vn 0.1921 0.5878 0.7858</w:t>
        <w:br/>
        <w:t>vn 0.1772 0.6095 0.7727</w:t>
        <w:br/>
        <w:t>vn 0.1704 0.5858 0.7924</w:t>
        <w:br/>
        <w:t>vn 0.2059 0.6098 0.7653</w:t>
        <w:br/>
        <w:t>vn -0.3430 0.5930 0.7285</w:t>
        <w:br/>
        <w:t>vn 0.1859 0.6299 0.7541</w:t>
        <w:br/>
        <w:t>vn 0.4481 0.5409 0.7117</w:t>
        <w:br/>
        <w:t>vn 0.5476 0.5066 0.6660</w:t>
        <w:br/>
        <w:t>vn -0.6045 0.3289 -0.7255</w:t>
        <w:br/>
        <w:t>vn -0.2782 0.2684 -0.9223</w:t>
        <w:br/>
        <w:t>vn -0.0428 0.1991 -0.9791</w:t>
        <w:br/>
        <w:t>vn -0.3217 -0.2785 -0.9049</w:t>
        <w:br/>
        <w:t>vn -0.3577 0.5871 0.7262</w:t>
        <w:br/>
        <w:t>vn -0.3543 0.5781 0.7351</w:t>
        <w:br/>
        <w:t>vn -0.5703 0.5133 0.6413</w:t>
        <w:br/>
        <w:t>vn 0.2402 -0.3749 -0.8954</w:t>
        <w:br/>
        <w:t>vn 0.2604 -0.2962 -0.9190</w:t>
        <w:br/>
        <w:t>vn 0.2184 -0.4509 -0.8655</w:t>
        <w:br/>
        <w:t>vn -0.1539 0.0324 -0.9876</w:t>
        <w:br/>
        <w:t>vn -0.8665 -0.3666 -0.3387</w:t>
        <w:br/>
        <w:t>vn -0.8809 -0.3817 -0.2799</w:t>
        <w:br/>
        <w:t>vn -0.7347 -0.4574 -0.5010</w:t>
        <w:br/>
        <w:t>vn -0.7028 -0.4535 -0.5480</w:t>
        <w:br/>
        <w:t>vn -0.1789 0.3312 0.9264</w:t>
        <w:br/>
        <w:t>vn -0.1640 0.3070 0.9375</w:t>
        <w:br/>
        <w:t>vn 0.0346 0.3397 0.9399</w:t>
        <w:br/>
        <w:t>vn 0.0767 0.3997 0.9134</w:t>
        <w:br/>
        <w:t>vn -0.6719 -0.3402 -0.6579</w:t>
        <w:br/>
        <w:t>vn -0.6881 -0.3294 -0.6465</w:t>
        <w:br/>
        <w:t>vn -0.4586 -0.3466 -0.8183</w:t>
        <w:br/>
        <w:t>vn -0.4631 -0.3225 -0.8255</w:t>
        <w:br/>
        <w:t>vn -0.9797 -0.1843 -0.0789</w:t>
        <w:br/>
        <w:t>vn -0.9669 -0.2391 -0.0891</w:t>
        <w:br/>
        <w:t>vn -0.9611 -0.2335 0.1474</w:t>
        <w:br/>
        <w:t>vn -0.9719 -0.1906 0.1380</w:t>
        <w:br/>
        <w:t>vn -0.8487 -0.3500 -0.3964</w:t>
        <w:br/>
        <w:t>vn -0.9157 -0.2757 -0.2925</w:t>
        <w:br/>
        <w:t>vn -0.9646 -0.2420 -0.1048</w:t>
        <w:br/>
        <w:t>vn -0.3740 -0.2925 -0.8801</w:t>
        <w:br/>
        <w:t>vn -0.4112 -0.2703 -0.8705</w:t>
        <w:br/>
        <w:t>vn -0.4674 -0.2981 -0.8322</w:t>
        <w:br/>
        <w:t>vn -0.9345 -0.2599 -0.2434</w:t>
        <w:br/>
        <w:t>vn -0.9152 -0.3170 -0.2489</w:t>
        <w:br/>
        <w:t>vn -0.9508 -0.2935 -0.0990</w:t>
        <w:br/>
        <w:t>vn -0.8669 -0.2633 -0.4233</w:t>
        <w:br/>
        <w:t>vn -0.8468 -0.3047 -0.4361</w:t>
        <w:br/>
        <w:t>vn -0.9504 -0.2017 -0.2369</w:t>
        <w:br/>
        <w:t>vn -0.8246 -0.3456 -0.4479</w:t>
        <w:br/>
        <w:t>vn -0.6555 -0.3508 -0.6688</w:t>
        <w:br/>
        <w:t>vn -0.9483 -0.2759 0.1566</w:t>
        <w:br/>
        <w:t>vn -0.9580 -0.2865 0.0070</w:t>
        <w:br/>
        <w:t>vn -0.6687 -0.4482 -0.5933</w:t>
        <w:br/>
        <w:t>vn -0.5892 -0.5245 -0.6146</w:t>
        <w:br/>
        <w:t>vn -0.5687 -0.5158 -0.6407</w:t>
        <w:br/>
        <w:t>vn 0.2982 0.3042 0.9047</w:t>
        <w:br/>
        <w:t>vn 0.2969 0.2863 0.9110</w:t>
        <w:br/>
        <w:t>vn 0.2727 0.2936 0.9162</w:t>
        <w:br/>
        <w:t>vn 0.3139 0.3072 0.8984</w:t>
        <w:br/>
        <w:t>vn 0.5107 -0.3396 -0.7898</w:t>
        <w:br/>
        <w:t>vn 0.6111 -0.3603 -0.7048</w:t>
        <w:br/>
        <w:t>vn 0.6180 -0.3509 -0.7035</w:t>
        <w:br/>
        <w:t>vn 0.5297 -0.3078 -0.7904</w:t>
        <w:br/>
        <w:t>vn 0.9196 -0.3137 -0.2364</w:t>
        <w:br/>
        <w:t>vn 0.8500 -0.3170 -0.4206</w:t>
        <w:br/>
        <w:t>vn 0.8769 -0.2311 -0.4215</w:t>
        <w:br/>
        <w:t>vn 0.9291 -0.2159 -0.3003</w:t>
        <w:br/>
        <w:t>vn 0.5091 -0.5112 -0.6925</w:t>
        <w:br/>
        <w:t>vn 0.4614 -0.5420 -0.7024</w:t>
        <w:br/>
        <w:t>vn 0.6083 -0.5255 -0.5948</w:t>
        <w:br/>
        <w:t>vn 0.7627 0.0594 0.6440</w:t>
        <w:br/>
        <w:t>vn 0.2825 0.3012 0.9108</w:t>
        <w:br/>
        <w:t>vn 0.7906 0.0544 0.6099</w:t>
        <w:br/>
        <w:t>vn 0.7761 -0.3335 -0.5352</w:t>
        <w:br/>
        <w:t>vn 0.7111 -0.3716 -0.5969</w:t>
        <w:br/>
        <w:t>vn 0.6074 -0.3336 -0.7209</w:t>
        <w:br/>
        <w:t>vn 0.8899 -0.4542 0.0419</w:t>
        <w:br/>
        <w:t>vn 0.8974 -0.4076 -0.1689</w:t>
        <w:br/>
        <w:t>vn 0.9389 -0.3437 -0.0162</w:t>
        <w:br/>
        <w:t>vn -0.3474 -0.5711 -0.7438</w:t>
        <w:br/>
        <w:t>vn -0.3513 -0.5881 -0.7285</w:t>
        <w:br/>
        <w:t>vn -0.2689 -0.5931 -0.7589</w:t>
        <w:br/>
        <w:t>vn -0.2272 -0.5978 -0.7688</w:t>
        <w:br/>
        <w:t>vn 0.5873 -0.3636 -0.7231</w:t>
        <w:br/>
        <w:t>vn 0.5016 -0.3579 -0.7876</w:t>
        <w:br/>
        <w:t>vn -0.2543 -0.5741 -0.7783</w:t>
        <w:br/>
        <w:t>vn -0.3432 -0.5538 -0.7586</w:t>
        <w:br/>
        <w:t>vn 0.3715 -0.5640 -0.7375</w:t>
        <w:br/>
        <w:t>vn 0.3973 -0.5741 -0.7159</w:t>
        <w:br/>
        <w:t>vn 0.4921 -0.5841 -0.6455</w:t>
        <w:br/>
        <w:t>vn 0.7863 -0.2651 -0.5581</w:t>
        <w:br/>
        <w:t>vn -0.7151 -0.2329 0.6590</w:t>
        <w:br/>
        <w:t>vn -0.6930 -0.2418 0.6792</w:t>
        <w:br/>
        <w:t>vn -0.4312 -0.2333 0.8716</w:t>
        <w:br/>
        <w:t>vn -0.4424 -0.2203 0.8693</w:t>
        <w:br/>
        <w:t>vn -0.4201 -0.2460 0.8735</w:t>
        <w:br/>
        <w:t>vn -0.0344 -0.1815 0.9828</w:t>
        <w:br/>
        <w:t>vn -0.0247 -0.1539 0.9878</w:t>
        <w:br/>
        <w:t>vn -0.9697 -0.0608 -0.2367</w:t>
        <w:br/>
        <w:t>vn -0.9782 -0.0444 -0.2028</w:t>
        <w:br/>
        <w:t>vn -0.9842 -0.1135 0.1357</w:t>
        <w:br/>
        <w:t>vn -0.9855 -0.1450 0.0882</w:t>
        <w:br/>
        <w:t>vn -0.3916 -0.3561 0.8484</w:t>
        <w:br/>
        <w:t>vn -0.3364 -0.3882 0.8580</w:t>
        <w:br/>
        <w:t>vn -0.6385 -0.3397 0.6906</w:t>
        <w:br/>
        <w:t>vn -0.6235 -0.3127 0.7166</w:t>
        <w:br/>
        <w:t>vn -0.2103 -0.3869 0.8978</w:t>
        <w:br/>
        <w:t>vn -0.0760 -0.4206 0.9041</w:t>
        <w:br/>
        <w:t>vn -0.1268 -0.4194 0.8989</w:t>
        <w:br/>
        <w:t>vn -0.3392 -0.4328 0.8352</w:t>
        <w:br/>
        <w:t>vn -0.1232 -0.4491 0.8850</w:t>
        <w:br/>
        <w:t>vn -0.8729 -0.2493 0.4194</w:t>
        <w:br/>
        <w:t>vn -0.8589 -0.2253 0.4600</w:t>
        <w:br/>
        <w:t>vn -0.8848 -0.2727 0.3778</w:t>
        <w:br/>
        <w:t>vn -0.6526 -0.3662 0.6634</w:t>
        <w:br/>
        <w:t>vn 0.6745 -0.3737 0.6367</w:t>
        <w:br/>
        <w:t>vn 0.7711 -0.3496 0.5321</w:t>
        <w:br/>
        <w:t>vn 0.8116 -0.3138 0.4928</w:t>
        <w:br/>
        <w:t>vn 0.6686 -0.3518 0.6552</w:t>
        <w:br/>
        <w:t>vn 0.8671 0.0958 -0.4889</w:t>
        <w:br/>
        <w:t>vn 0.7796 0.0754 -0.6218</w:t>
        <w:br/>
        <w:t>vn 0.7880 0.0683 -0.6119</w:t>
        <w:br/>
        <w:t>vn 0.8541 0.1013 -0.5101</w:t>
        <w:br/>
        <w:t>vn 0.1575 -0.4329 0.8876</w:t>
        <w:br/>
        <w:t>vn 0.3651 -0.3877 0.8464</w:t>
        <w:br/>
        <w:t>vn 0.4103 -0.4291 0.8047</w:t>
        <w:br/>
        <w:t>vn 0.1601 -0.4586 0.8741</w:t>
        <w:br/>
        <w:t>vn 0.9841 -0.0529 -0.1694</w:t>
        <w:br/>
        <w:t>vn 0.9952 -0.0978 0.0002</w:t>
        <w:br/>
        <w:t>vn 0.7744 0.0877 -0.6265</w:t>
        <w:br/>
        <w:t>vn 0.2779 -0.3731 0.8852</w:t>
        <w:br/>
        <w:t>vn 0.4747 -0.3404 0.8117</w:t>
        <w:br/>
        <w:t>vn 0.2085 -0.3981 0.8933</w:t>
        <w:br/>
        <w:t>vn 0.0012 -0.4240 0.9056</w:t>
        <w:br/>
        <w:t>vn 0.0856 -0.4241 0.9016</w:t>
        <w:br/>
        <w:t>vn -0.0023 -0.4318 0.9020</w:t>
        <w:br/>
        <w:t>vn 0.7521 -0.4022 0.5221</w:t>
        <w:br/>
        <w:t>vn 0.8611 -0.3747 0.3435</w:t>
        <w:br/>
        <w:t>vn 0.9712 -0.2262 -0.0744</w:t>
        <w:br/>
        <w:t>vn 0.9203 -0.2658 0.2870</w:t>
        <w:br/>
        <w:t>vn 0.0887 -0.2421 0.9662</w:t>
        <w:br/>
        <w:t>vn 0.4220 -0.3252 0.8463</w:t>
        <w:br/>
        <w:t>vn 0.4054 -0.3501 0.8444</w:t>
        <w:br/>
        <w:t>vn 0.0867 -0.3180 0.9441</w:t>
        <w:br/>
        <w:t>vn 0.7211 -0.3882 0.5738</w:t>
        <w:br/>
        <w:t>vn 0.7227 -0.2873 0.6286</w:t>
        <w:br/>
        <w:t>vn 0.8949 -0.2180 0.3893</w:t>
        <w:br/>
        <w:t>vn 0.6539 -0.3255 0.6829</w:t>
        <w:br/>
        <w:t>vn 0.9177 -0.2247 0.3276</w:t>
        <w:br/>
        <w:t>vn 0.6864 -0.3445 0.6405</w:t>
        <w:br/>
        <w:t>vn -0.6700 -0.2504 0.6988</w:t>
        <w:br/>
        <w:t>vn -0.8244 -0.2266 0.5187</w:t>
        <w:br/>
        <w:t>vn -0.8196 -0.2473 0.5168</w:t>
        <w:br/>
        <w:t>vn -0.8288 -0.2058 0.5204</w:t>
        <w:br/>
        <w:t>vn -0.9112 -0.1941 0.3635</w:t>
        <w:br/>
        <w:t>vn -0.9012 -0.2310 0.3666</w:t>
        <w:br/>
        <w:t>vn 0.6267 -0.2866 -0.7246</w:t>
        <w:br/>
        <w:t>vn 0.4863 -0.3654 -0.7937</w:t>
        <w:br/>
        <w:t>vn 0.6341 -0.3700 -0.6790</w:t>
        <w:br/>
        <w:t>vn -0.1939 0.3556 0.9143</w:t>
        <w:br/>
        <w:t>vn -0.4991 0.2448 0.8313</w:t>
        <w:br/>
        <w:t>vn -0.4661 0.2399 0.8516</w:t>
        <w:br/>
        <w:t>vn -0.9889 -0.1371 -0.0574</w:t>
        <w:br/>
        <w:t>vn -0.9843 -0.1389 -0.1089</w:t>
        <w:br/>
        <w:t>vn -0.8721 -0.2276 -0.4331</w:t>
        <w:br/>
        <w:t>vn -0.8897 -0.2202 -0.4000</w:t>
        <w:br/>
        <w:t>vn -0.7438 -0.2564 -0.6172</w:t>
        <w:br/>
        <w:t>vn -0.5212 -0.2888 -0.8031</w:t>
        <w:br/>
        <w:t>vn -0.3637 -0.3157 -0.8764</w:t>
        <w:br/>
        <w:t>vn -0.9628 -0.2303 0.1414</w:t>
        <w:br/>
        <w:t>vn -0.9835 -0.0957 0.1536</w:t>
        <w:br/>
        <w:t>vn -0.9660 0.0126 0.2582</w:t>
        <w:br/>
        <w:t>vn -0.9935 -0.1138 -0.0075</w:t>
        <w:br/>
        <w:t>vn -0.1556 0.3114 0.9375</w:t>
        <w:br/>
        <w:t>vn -0.1078 0.3950 0.9124</w:t>
        <w:br/>
        <w:t>vn 0.1181 0.4571 0.8815</w:t>
        <w:br/>
        <w:t>vn -0.0585 0.4754 0.8778</w:t>
        <w:br/>
        <w:t>vn -0.5349 -0.2872 -0.7946</w:t>
        <w:br/>
        <w:t>vn -0.9771 -0.1404 -0.1602</w:t>
        <w:br/>
        <w:t>vn -0.4325 0.2347 0.8706</w:t>
        <w:br/>
        <w:t>vn -0.9323 -0.0116 -0.3615</w:t>
        <w:br/>
        <w:t>vn -0.9098 -0.0070 -0.4149</w:t>
        <w:br/>
        <w:t>vn -0.8976 0.0197 -0.4404</w:t>
        <w:br/>
        <w:t>vn -0.9358 0.0054 -0.3525</w:t>
        <w:br/>
        <w:t>vn -0.2623 -0.1217 0.9573</w:t>
        <w:br/>
        <w:t>vn -0.3273 -0.1098 0.9385</w:t>
        <w:br/>
        <w:t>vn 0.1252 -0.0811 0.9888</w:t>
        <w:br/>
        <w:t>vn 0.0360 -0.0976 0.9946</w:t>
        <w:br/>
        <w:t>vn 0.3952 -0.0565 0.9169</w:t>
        <w:br/>
        <w:t>vn 0.3815 -0.0266 0.9240</w:t>
        <w:br/>
        <w:t>vn -0.0151 -0.1265 0.9919</w:t>
        <w:br/>
        <w:t>vn 0.4497 -0.0727 0.8902</w:t>
        <w:br/>
        <w:t>vn 0.9740 -0.2253 0.0215</w:t>
        <w:br/>
        <w:t>vn 0.9746 -0.2238 -0.0052</w:t>
        <w:br/>
        <w:t>vn 0.8177 0.0492 0.5735</w:t>
        <w:br/>
        <w:t>vn 0.9745 -0.2222 -0.0309</w:t>
        <w:br/>
        <w:t>vn 0.8462 -0.0669 0.5286</w:t>
        <w:br/>
        <w:t>vn 0.9016 -0.4091 -0.1407</w:t>
        <w:br/>
        <w:t>vn 0.8672 -0.4471 -0.2190</w:t>
        <w:br/>
        <w:t>vn 0.8155 -0.0590 0.5757</w:t>
        <w:br/>
        <w:t>vn 0.7843 -0.3543 -0.5093</w:t>
        <w:br/>
        <w:t>vn 0.7956 -0.3552 -0.4907</w:t>
        <w:br/>
        <w:t>vn 0.8177 -0.3417 -0.4632</w:t>
        <w:br/>
        <w:t>vn 0.8876 -0.4478 -0.1080</w:t>
        <w:br/>
        <w:t>vn 0.7814 -0.0506 0.6220</w:t>
        <w:br/>
        <w:t>vn 0.0645 -0.0582 0.9962</w:t>
        <w:br/>
        <w:t>vn -0.2235 -0.0584 0.9730</w:t>
        <w:br/>
        <w:t>vn -0.2144 -0.0873 0.9728</w:t>
        <w:br/>
        <w:t>vn 0.0105 -0.0838 0.9964</w:t>
        <w:br/>
        <w:t>vn -0.0432 -0.0385 0.9983</w:t>
        <w:br/>
        <w:t>vn -0.3529 -0.0288 0.9352</w:t>
        <w:br/>
        <w:t>vn 0.9896 0.0710 -0.1254</w:t>
        <w:br/>
        <w:t>vn 0.9781 0.0774 -0.1930</w:t>
        <w:br/>
        <w:t>vn 0.9156 0.1082 -0.3872</w:t>
        <w:br/>
        <w:t>vn 0.9963 0.0644 -0.0572</w:t>
        <w:br/>
        <w:t>vn -0.4556 -0.0946 0.8851</w:t>
        <w:br/>
        <w:t>vn -0.4340 -0.0677 0.8984</w:t>
        <w:br/>
        <w:t>vn -0.2732 -0.1498 0.9502</w:t>
        <w:br/>
        <w:t>vn -0.3063 -0.1940 0.9320</w:t>
        <w:br/>
        <w:t>vn -0.4118 -0.0409 0.9103</w:t>
        <w:br/>
        <w:t>vn -0.1758 -0.1213 0.9769</w:t>
        <w:br/>
        <w:t>vn 0.8512 -0.2237 0.4748</w:t>
        <w:br/>
        <w:t>vn 0.9794 -0.0593 -0.1928</w:t>
        <w:br/>
        <w:t>vn -0.9517 -0.0161 -0.3068</w:t>
        <w:br/>
        <w:t>vn -0.9835 -0.1761 0.0405</w:t>
        <w:br/>
        <w:t>vn -0.9597 -0.0770 -0.2701</w:t>
        <w:br/>
        <w:t>vn 0.5155 -0.0338 0.8562</w:t>
        <w:br/>
        <w:t>vn 0.4980 -0.0031 0.8672</w:t>
        <w:br/>
        <w:t>vn 0.0244 -0.0647 0.9976</w:t>
        <w:br/>
        <w:t>vn 0.4442 -0.0612 0.8938</w:t>
        <w:br/>
        <w:t>vn -0.3907 -0.0974 0.9153</w:t>
        <w:br/>
        <w:t>vn -0.9652 -0.0089 -0.2613</w:t>
        <w:br/>
        <w:t>vn 0.3965 -0.5156 -0.7596</w:t>
        <w:br/>
        <w:t>vn 0.4031 -0.5352 -0.7423</w:t>
        <w:br/>
        <w:t>vn 0.6315 -0.5712 -0.5243</w:t>
        <w:br/>
        <w:t>vn 0.6727 -0.5010 -0.5445</w:t>
        <w:br/>
        <w:t>vn -0.4513 -0.5549 -0.6988</w:t>
        <w:br/>
        <w:t>vn -0.4543 -0.5687 -0.6856</w:t>
        <w:br/>
        <w:t>vn -0.8900 -0.2676 0.3691</w:t>
        <w:br/>
        <w:t>vn 0.8362 -0.4744 0.2750</w:t>
        <w:br/>
        <w:t>vn 0.4916 -0.3347 0.8039</w:t>
        <w:br/>
        <w:t>vn 0.6324 -0.3864 0.6714</w:t>
        <w:br/>
        <w:t>vn 0.8368 -0.3645 -0.4084</w:t>
        <w:br/>
        <w:t>vn 0.7933 -0.3779 -0.4774</w:t>
        <w:br/>
        <w:t>vn -0.0064 -0.4511 0.8924</w:t>
        <w:br/>
        <w:t>vn 0.3417 -0.5317 -0.7750</w:t>
        <w:br/>
        <w:t>vn 0.2975 -0.5161 -0.8032</w:t>
        <w:br/>
        <w:t>vn 0.3132 -0.5583 -0.7682</w:t>
        <w:br/>
        <w:t>vn -0.1921 -0.5878 -0.7859</w:t>
        <w:br/>
        <w:t>vn -0.1772 -0.6095 -0.7727</w:t>
        <w:br/>
        <w:t>vn -0.1704 -0.5858 -0.7924</w:t>
        <w:br/>
        <w:t>vn -0.2059 -0.6098 -0.7653</w:t>
        <w:br/>
        <w:t>vn 0.3429 -0.5930 -0.7285</w:t>
        <w:br/>
        <w:t>vn -0.1859 -0.6299 -0.7541</w:t>
        <w:br/>
        <w:t>vn -0.4481 -0.5409 -0.7117</w:t>
        <w:br/>
        <w:t>vn -0.5476 -0.5065 -0.6660</w:t>
        <w:br/>
        <w:t>vn 0.6045 -0.3289 0.7255</w:t>
        <w:br/>
        <w:t>vn 0.2783 -0.2684 0.9223</w:t>
        <w:br/>
        <w:t>vn 0.0428 -0.1991 0.9790</w:t>
        <w:br/>
        <w:t>vn 0.3217 0.2785 0.9049</w:t>
        <w:br/>
        <w:t>vn 0.3577 -0.5871 -0.7262</w:t>
        <w:br/>
        <w:t>vn 0.3543 -0.5781 -0.7351</w:t>
        <w:br/>
        <w:t>vn 0.5703 -0.5133 -0.6413</w:t>
        <w:br/>
        <w:t>vn -0.2603 0.2962 0.9190</w:t>
        <w:br/>
        <w:t>vn -0.2402 0.3749 0.8954</w:t>
        <w:br/>
        <w:t>vn -0.2184 0.4509 0.8655</w:t>
        <w:br/>
        <w:t>vn 0.1539 -0.0324 0.9876</w:t>
        <w:br/>
        <w:t>vn -0.6074 0.4111 0.6797</w:t>
        <w:br/>
        <w:t>vn -0.7071 0.3971 0.5851</w:t>
        <w:br/>
        <w:t>vn -0.6136 0.3772 0.6937</w:t>
        <w:br/>
        <w:t>vn -0.3395 0.3930 0.8546</w:t>
        <w:br/>
        <w:t>vn -0.3718 0.4429 0.8158</w:t>
        <w:br/>
        <w:t>vn 0.1028 0.4008 0.9104</w:t>
        <w:br/>
        <w:t>vn 0.0376 0.4843 0.8741</w:t>
        <w:br/>
        <w:t>vn -0.5689 0.4742 0.6719</w:t>
        <w:br/>
        <w:t>vn -0.5448 0.5085 0.6668</w:t>
        <w:br/>
        <w:t>vn -0.6853 0.4573 0.5668</w:t>
        <w:br/>
        <w:t>vn -0.3196 0.5200 0.7921</w:t>
        <w:br/>
        <w:t>vn 0.0142 0.5505 0.8347</w:t>
        <w:br/>
        <w:t>vn -0.3074 0.5333 0.7881</w:t>
        <w:br/>
        <w:t>vn 0.3412 0.4540 0.8231</w:t>
        <w:br/>
        <w:t>vn -0.2082 0.4188 -0.8839</w:t>
        <w:br/>
        <w:t>vn -0.3964 0.3813 -0.8352</w:t>
        <w:br/>
        <w:t>vn -0.3743 0.4163 -0.8286</w:t>
        <w:br/>
        <w:t>vn -0.3517 0.4505 -0.8206</w:t>
        <w:br/>
        <w:t>vn -0.6374 0.3902 -0.6644</w:t>
        <w:br/>
        <w:t>vn -0.6080 0.4342 -0.6646</w:t>
        <w:br/>
        <w:t>vn -0.6650 0.3451 -0.6623</w:t>
        <w:br/>
        <w:t>vn -0.7338 0.3720 -0.5684</w:t>
        <w:br/>
        <w:t>vn 0.7944 0.4466 0.4118</w:t>
        <w:br/>
        <w:t>vn 0.8333 0.4213 0.3579</w:t>
        <w:br/>
        <w:t>vn 0.8737 0.1442 0.4646</w:t>
        <w:br/>
        <w:t>vn 0.8905 0.1314 0.4355</w:t>
        <w:br/>
        <w:t>vn -0.8914 -0.0752 -0.4469</w:t>
        <w:br/>
        <w:t>vn -0.8128 0.4053 -0.4186</w:t>
        <w:br/>
        <w:t>vn -0.8383 0.3412 -0.4252</w:t>
        <w:br/>
        <w:t>vn 0.4796 0.8390 0.2572</w:t>
        <w:br/>
        <w:t>vn 0.5414 0.8200 0.1855</w:t>
        <w:br/>
        <w:t>vn 0.7999 -0.3938 0.4529</w:t>
        <w:br/>
        <w:t>vn 0.4974 -0.8282 0.2582</w:t>
        <w:br/>
        <w:t>vn 0.7570 -0.3920 0.5228</w:t>
        <w:br/>
        <w:t>vn 0.4092 -0.8313 0.3762</w:t>
        <w:br/>
        <w:t>vn -0.1670 0.9839 -0.0637</w:t>
        <w:br/>
        <w:t>vn -0.1975 0.9803 -0.0050</w:t>
        <w:br/>
        <w:t>vn -0.7878 0.4648 -0.4041</w:t>
        <w:br/>
        <w:t>vn -0.5086 -0.7953 -0.3298</w:t>
        <w:br/>
        <w:t>vn -0.0042 -0.9992 -0.0393</w:t>
        <w:br/>
        <w:t>vn -0.4524 -0.7866 -0.4201</w:t>
        <w:br/>
        <w:t>vn 0.0908 -0.9808 -0.1727</w:t>
        <w:br/>
        <w:t>vn 0.8374 -0.3930 0.3799</w:t>
        <w:br/>
        <w:t>vn 0.8798 -0.0366 0.4739</w:t>
        <w:br/>
        <w:t>vn 0.8645 -0.0314 0.5016</w:t>
        <w:br/>
        <w:t>vn -0.8236 -0.2933 -0.4855</w:t>
        <w:br/>
        <w:t>vn -0.8728 -0.0857 -0.4805</w:t>
        <w:br/>
        <w:t>vn -0.8091 -0.3781 -0.4498</w:t>
        <w:br/>
        <w:t>vn 0.8558 0.1568 0.4931</w:t>
        <w:br/>
        <w:t>vn 0.7511 0.4696 0.4640</w:t>
        <w:br/>
        <w:t>vn -0.8873 -0.0432 -0.4592</w:t>
        <w:br/>
        <w:t>vn 0.4136 0.8501 0.3260</w:t>
        <w:br/>
        <w:t>vn 0.5741 -0.8074 0.1358</w:t>
        <w:br/>
        <w:t>vn -0.1350 0.9831 -0.1235</w:t>
        <w:br/>
        <w:t>vn -0.5590 -0.7949 -0.2359</w:t>
        <w:br/>
        <w:t>vn 0.8484 -0.0261 0.5288</w:t>
        <w:br/>
        <w:t>vn -0.8761 -0.0454 -0.4801</w:t>
        <w:br/>
        <w:t>vn -0.8242 -0.3676 -0.4307</w:t>
        <w:br/>
        <w:t>vn -0.8806 -0.1156 -0.4596</w:t>
        <w:br/>
        <w:t>vn -0.8244 -0.3676 -0.4304</w:t>
        <w:br/>
        <w:t>vn 0.8255 -0.3666 0.4291</w:t>
        <w:br/>
        <w:t>vn 0.8255 -0.3665 0.4291</w:t>
        <w:br/>
        <w:t>vn 0.8812 0.1128 0.4591</w:t>
        <w:br/>
        <w:t>vn -0.5827 -0.7512 -0.3101</w:t>
        <w:br/>
        <w:t>vn -0.4155 -0.8820 -0.2226</w:t>
        <w:br/>
        <w:t>vn -0.5828 -0.7511 -0.3101</w:t>
        <w:br/>
        <w:t>vn -0.4155 -0.8820 -0.2225</w:t>
        <w:br/>
        <w:t>vn -0.5388 0.7917 -0.2880</w:t>
        <w:br/>
        <w:t>vn -0.5387 0.7917 -0.2880</w:t>
        <w:br/>
        <w:t>vn -0.1871 0.9794 -0.0754</w:t>
        <w:br/>
        <w:t>vn 0.6026 -0.7400 0.2986</w:t>
        <w:br/>
        <w:t>vn 0.6026 -0.7401 0.2985</w:t>
        <w:br/>
        <w:t>vn 0.6535 0.6317 0.4171</w:t>
        <w:br/>
        <w:t>vn 0.6535 0.6316 0.4171</w:t>
        <w:br/>
        <w:t>vn 0.8040 0.3463 0.4835</w:t>
        <w:br/>
        <w:t>vn 0.8040 0.3462 0.4835</w:t>
        <w:br/>
        <w:t>vn -0.8685 -0.0352 -0.4945</w:t>
        <w:br/>
        <w:t>vn -0.8467 0.2135 -0.4873</w:t>
        <w:br/>
        <w:t>vn -0.8467 0.2136 -0.4873</w:t>
        <w:br/>
        <w:t>vn 0.8774 0.0406 0.4780</w:t>
        <w:br/>
        <w:t>vn -0.4650 0.0965 0.8800</w:t>
        <w:br/>
        <w:t>vn -0.5331 0.0637 0.8436</w:t>
        <w:br/>
        <w:t>vn -0.5332 0.0637 0.8436</w:t>
        <w:br/>
        <w:t>vn -0.6490 0.0473 0.7593</w:t>
        <w:br/>
        <w:t>vn -0.6937 0.1000 0.7133</w:t>
        <w:br/>
        <w:t>vn -0.4608 0.1455 0.8755</w:t>
        <w:br/>
        <w:t>vn -0.4607 0.1455 0.8755</w:t>
        <w:br/>
        <w:t>vn 0.7482 0.0853 -0.6579</w:t>
        <w:br/>
        <w:t>vn 0.7110 -0.0824 -0.6983</w:t>
        <w:br/>
        <w:t>vn 0.5250 0.0987 -0.8454</w:t>
        <w:br/>
        <w:t>vn 0.5888 0.1858 -0.7866</w:t>
        <w:br/>
        <w:t>vn -0.5649 -0.0583 0.8231</w:t>
        <w:br/>
        <w:t>vn -0.6076 0.0218 0.7939</w:t>
        <w:br/>
        <w:t>vn -0.5907 -0.0449 0.8056</w:t>
        <w:br/>
        <w:t>vn -0.4239 -0.0314 0.9051</w:t>
        <w:br/>
        <w:t>vn -0.4654 0.0292 0.8846</w:t>
        <w:br/>
        <w:t>vn -0.4239 -0.0314 0.9052</w:t>
        <w:br/>
        <w:t>vn 0.4433 0.1403 -0.8854</w:t>
        <w:br/>
        <w:t>vn 0.3883 0.1051 -0.9155</w:t>
        <w:br/>
        <w:t>vn 0.6654 0.1261 -0.7357</w:t>
        <w:br/>
        <w:t>vn 0.6405 0.0812 -0.7637</w:t>
        <w:br/>
        <w:t>vn 0.6405 0.0811 -0.7637</w:t>
        <w:br/>
        <w:t>vn 0.5143 0.0414 -0.8566</w:t>
        <w:br/>
        <w:t>vn 0.6491 0.1847 -0.7379</w:t>
        <w:br/>
        <w:t>vn 0.5888 0.1859 -0.7866</w:t>
        <w:br/>
        <w:t>vn -0.5218 -0.1035 0.8468</w:t>
        <w:br/>
        <w:t>vn -0.4767 -0.0858 0.8749</w:t>
        <w:br/>
        <w:t>vn -0.6024 0.1802 0.7776</w:t>
        <w:br/>
        <w:t>vn -0.6024 0.1801 0.7776</w:t>
        <w:br/>
        <w:t>vn 0.4319 -0.0392 -0.9011</w:t>
        <w:br/>
        <w:t>vn 0.4995 -0.0776 -0.8628</w:t>
        <w:br/>
        <w:t>vn 0.5609 -0.1465 -0.8148</w:t>
        <w:br/>
        <w:t>vn 0.6470 0.1651 -0.7444</w:t>
        <w:br/>
        <w:t>vn -0.5507 0.0225 0.8344</w:t>
        <w:br/>
        <w:t>vn 0.8703 0.0670 0.4880</w:t>
        <w:br/>
        <w:t>vn 0.8798 0.0580 0.4717</w:t>
        <w:br/>
        <w:t>vn -0.8853 -0.1012 -0.4540</w:t>
        <w:br/>
        <w:t>vn 0.8603 0.0760 0.5041</w:t>
        <w:br/>
        <w:t>vn -0.8773 -0.0705 -0.4748</w:t>
        <w:br/>
        <w:t>vn -0.8773 -0.0706 -0.4748</w:t>
        <w:br/>
        <w:t>vn 0.8859 0.1005 0.4528</w:t>
        <w:br/>
        <w:t>vn -0.5421 0.0300 0.8398</w:t>
        <w:br/>
        <w:t>vn -0.5719 0.0440 0.8192</w:t>
        <w:br/>
        <w:t>vn 0.4909 0.1015 -0.8653</w:t>
        <w:br/>
        <w:t>vn 0.5966 0.1207 -0.7934</w:t>
        <w:br/>
        <w:t>vn -0.7938 -0.3173 -0.5189</w:t>
        <w:br/>
        <w:t>vn -0.0982 -0.9907 0.0938</w:t>
        <w:br/>
        <w:t>vn -0.1351 0.9831 -0.1235</w:t>
        <w:br/>
        <w:t>vn -0.1975 0.9803 -0.0049</w:t>
        <w:br/>
        <w:t>vn -0.4597 0.5859 0.6674</w:t>
        <w:br/>
        <w:t>vn -0.4589 0.6033 0.6523</w:t>
        <w:br/>
        <w:t>vn -0.5362 0.2639 0.8018</w:t>
        <w:br/>
        <w:t>vn -0.5623 0.2855 0.7761</w:t>
        <w:br/>
        <w:t>vn 0.5485 0.0674 -0.8334</w:t>
        <w:br/>
        <w:t>vn 0.5728 -0.1730 -0.8012</w:t>
        <w:br/>
        <w:t>vn 0.6029 0.0034 -0.7978</w:t>
        <w:br/>
        <w:t>vn -0.1149 0.9880 0.1029</w:t>
        <w:br/>
        <w:t>vn -0.0490 0.9924 0.1130</w:t>
        <w:br/>
        <w:t>vn -0.3832 -0.7746 0.5032</w:t>
        <w:br/>
        <w:t>vn -0.4336 -0.7722 0.4645</w:t>
        <w:br/>
        <w:t>vn -0.6100 -0.3504 0.7107</w:t>
        <w:br/>
        <w:t>vn -0.6022 -0.3423 0.7213</w:t>
        <w:br/>
        <w:t>vn 0.4480 0.6940 -0.5636</w:t>
        <w:br/>
        <w:t>vn 0.0177 0.9923 0.1228</w:t>
        <w:br/>
        <w:t>vn 0.5361 0.6604 -0.5259</w:t>
        <w:br/>
        <w:t>vn 0.3488 -0.7627 -0.5446</w:t>
        <w:br/>
        <w:t>vn 0.2179 -0.7498 -0.6247</w:t>
        <w:br/>
        <w:t>vn -0.0313 -0.9968 -0.0739</w:t>
        <w:br/>
        <w:t>vn -0.1408 -0.9778 -0.1550</w:t>
        <w:br/>
        <w:t>vn -0.5942 -0.3340 0.7318</w:t>
        <w:br/>
        <w:t>vn -0.6208 -0.1208 0.7746</w:t>
        <w:br/>
        <w:t>vn -0.5877 -0.0995 0.8029</w:t>
        <w:br/>
        <w:t>vn 0.5615 -0.3111 -0.7668</w:t>
        <w:br/>
        <w:t>vn 0.6214 -0.1081 -0.7760</w:t>
        <w:br/>
        <w:t>vn 0.5791 -0.0959 -0.8096</w:t>
        <w:br/>
        <w:t>vn -0.4579 0.6203 0.6368</w:t>
        <w:br/>
        <w:t>vn -0.5874 0.3066 0.7490</w:t>
        <w:br/>
        <w:t>vn 0.5982 -0.1819 -0.7804</w:t>
        <w:br/>
        <w:t>vn 0.6563 0.0170 -0.7543</w:t>
        <w:br/>
        <w:t>vn -0.4821 -0.7667 0.4240</w:t>
        <w:br/>
        <w:t>vn 0.3550 0.7206 -0.5956</w:t>
        <w:br/>
        <w:t>vn 0.6440 -0.3441 -0.6832</w:t>
        <w:br/>
        <w:t>vn 0.4720 -0.7575 -0.4510</w:t>
        <w:br/>
        <w:t>vn -0.6525 -0.1418 0.7444</w:t>
        <w:br/>
        <w:t>vn 0.4502 -0.3348 -0.8278</w:t>
        <w:br/>
        <w:t>vn 0.5878 -0.2509 -0.7691</w:t>
        <w:br/>
        <w:t>vn 0.5005 -0.5530 -0.6661</w:t>
        <w:br/>
        <w:t>vn 0.5004 -0.5531 -0.6661</w:t>
        <w:br/>
        <w:t>vn -0.5532 0.2204 0.8034</w:t>
        <w:br/>
        <w:t>vn -0.5596 0.1943 0.8057</w:t>
        <w:br/>
        <w:t>vn -0.5596 0.1942 0.8057</w:t>
        <w:br/>
        <w:t>vn 0.4510 0.7574 -0.4721</w:t>
        <w:br/>
        <w:t>vn 0.1996 0.9731 -0.1154</w:t>
        <w:br/>
        <w:t>vn 0.1997 0.9730 -0.1155</w:t>
        <w:br/>
        <w:t>vn -0.4596 0.5946 0.6597</w:t>
        <w:br/>
        <w:t>vn -0.4595 0.5946 0.6598</w:t>
        <w:br/>
        <w:t>vn -0.5702 0.3032 0.7635</w:t>
        <w:br/>
        <w:t>vn -0.5701 0.3032 0.7635</w:t>
        <w:br/>
        <w:t>vn 0.6055 0.1536 -0.7809</w:t>
        <w:br/>
        <w:t>vn 0.6042 0.2596 -0.7534</w:t>
        <w:br/>
        <w:t>vn 0.6055 0.1536 -0.7808</w:t>
        <w:br/>
        <w:t>vn -0.6085 0.0137 0.7935</w:t>
        <w:br/>
        <w:t>vn -0.2585 -0.9210 0.2914</w:t>
        <w:br/>
        <w:t>vn -0.2585 -0.9210 0.2915</w:t>
        <w:br/>
        <w:t>vn 0.7795 0.0145 0.6263</w:t>
        <w:br/>
        <w:t>vn 0.7777 -0.0256 0.6281</w:t>
        <w:br/>
        <w:t>vn 0.7795 0.0146 0.6263</w:t>
        <w:br/>
        <w:t>vn 0.7777 -0.0256 0.6282</w:t>
        <w:br/>
        <w:t>vn 0.8459 -0.0647 0.5294</w:t>
        <w:br/>
        <w:t>vn 0.9067 -0.0183 0.4215</w:t>
        <w:br/>
        <w:t>vn 0.8895 0.0201 0.4564</w:t>
        <w:br/>
        <w:t>vn 0.8154 0.0757 0.5739</w:t>
        <w:br/>
        <w:t>vn -0.8079 0.1556 -0.5684</w:t>
        <w:br/>
        <w:t>vn -0.8233 0.0968 -0.5594</w:t>
        <w:br/>
        <w:t>vn -0.8232 0.0968 -0.5594</w:t>
        <w:br/>
        <w:t>vn -0.7264 0.2131 -0.6533</w:t>
        <w:br/>
        <w:t>vn -0.6776 0.1031 -0.7282</w:t>
        <w:br/>
        <w:t>vn -0.7202 0.1810 -0.6698</w:t>
        <w:br/>
        <w:t>vn 0.8498 -0.0686 0.5227</w:t>
        <w:br/>
        <w:t>vn 0.8473 -0.0861 0.5241</w:t>
        <w:br/>
        <w:t>vn 0.8400 -0.0757 0.5372</w:t>
        <w:br/>
        <w:t>vn 0.8180 -0.0507 0.5730</w:t>
        <w:br/>
        <w:t>vn 0.8179 -0.0507 0.5731</w:t>
        <w:br/>
        <w:t>vn 0.8059 -0.0607 0.5889</w:t>
        <w:br/>
        <w:t>vn 0.8060 -0.0607 0.5889</w:t>
        <w:br/>
        <w:t>vn -0.6874 0.1244 -0.7156</w:t>
        <w:br/>
        <w:t>vn -0.6790 0.1859 -0.7102</w:t>
        <w:br/>
        <w:t>vn -0.8045 0.1808 -0.5658</w:t>
        <w:br/>
        <w:t>vn -0.8096 0.1638 -0.5636</w:t>
        <w:br/>
        <w:t>vn -0.7344 0.1366 -0.6648</w:t>
        <w:br/>
        <w:t>vn 0.8094 -0.0628 0.5838</w:t>
        <w:br/>
        <w:t>vn 0.8295 -0.0622 0.5550</w:t>
        <w:br/>
        <w:t>vn 0.8094 -0.0628 0.5839</w:t>
        <w:br/>
        <w:t>vn 0.8951 0.0675 0.4408</w:t>
        <w:br/>
        <w:t>vn -0.7393 0.0135 -0.6733</w:t>
        <w:br/>
        <w:t>vn -0.8006 0.0181 -0.5990</w:t>
        <w:br/>
        <w:t>vn -0.7767 0.0305 -0.6291</w:t>
        <w:br/>
        <w:t>vn -0.8133 0.1819 -0.5527</w:t>
        <w:br/>
        <w:t>vn 0.8091 -0.0540 0.5852</w:t>
        <w:br/>
        <w:t>vn 0.5939 -0.1124 -0.7966</w:t>
        <w:br/>
        <w:t>vn 0.5939 -0.1124 -0.7967</w:t>
        <w:br/>
        <w:t>vn -0.5824 0.1083 0.8057</w:t>
        <w:br/>
        <w:t>vn 0.7978 -0.0640 0.5995</w:t>
        <w:br/>
        <w:t>vn -0.7375 0.1674 -0.6543</w:t>
        <w:br/>
        <w:t>vn -0.7375 0.1674 -0.6542</w:t>
        <w:br/>
        <w:t>vn 0.3583 -0.7946 -0.4902</w:t>
        <w:br/>
        <w:t>vn -0.8012 0.2397 -0.5483</w:t>
        <w:br/>
        <w:t>vn 0.0783 -0.9969 0.0081</w:t>
        <w:br/>
        <w:t>vn 0.4737 0.2800 -0.8350</w:t>
        <w:br/>
        <w:t>vn 0.4726 0.2742 -0.8376</w:t>
        <w:br/>
        <w:t>vn 0.4257 0.5092 -0.7480</w:t>
        <w:br/>
        <w:t>vn 0.4414 0.5076 -0.7400</w:t>
        <w:br/>
        <w:t>vn -0.5221 -0.2039 0.8282</w:t>
        <w:br/>
        <w:t>vn -0.5310 0.0407 0.8464</w:t>
        <w:br/>
        <w:t>vn -0.4799 -0.1883 0.8569</w:t>
        <w:br/>
        <w:t>vn 0.3081 0.8480 -0.4312</w:t>
        <w:br/>
        <w:t>vn 0.2593 0.8499 -0.4587</w:t>
        <w:br/>
        <w:t>vn 0.3683 -0.4856 -0.7928</w:t>
        <w:br/>
        <w:t>vn 0.3199 -0.4776 -0.8183</w:t>
        <w:br/>
        <w:t>vn 0.1541 -0.9054 -0.3957</w:t>
        <w:br/>
        <w:t>vn 0.0610 -0.8969 -0.4381</w:t>
        <w:br/>
        <w:t>vn -0.4304 0.7365 0.5218</w:t>
        <w:br/>
        <w:t>vn -0.0647 0.9967 -0.0484</w:t>
        <w:br/>
        <w:t>vn -0.3429 0.7659 0.5439</w:t>
        <w:br/>
        <w:t>vn 0.0095 0.9997 -0.0235</w:t>
        <w:br/>
        <w:t>vn -0.0270 -0.9782 0.2058</w:t>
        <w:br/>
        <w:t>vn -0.0997 -0.9771 0.1880</w:t>
        <w:br/>
        <w:t>vn -0.2833 -0.6679 0.6882</w:t>
        <w:br/>
        <w:t>vn -0.3202 -0.6462 0.6927</w:t>
        <w:br/>
        <w:t>vn 0.4154 -0.4921 -0.7650</w:t>
        <w:br/>
        <w:t>vn 0.4396 -0.1989 -0.8759</w:t>
        <w:br/>
        <w:t>vn 0.4350 -0.1874 -0.8807</w:t>
        <w:br/>
        <w:t>vn -0.4439 0.0194 0.8958</w:t>
        <w:br/>
        <w:t>vn -0.4304 -0.1345 0.8926</w:t>
        <w:br/>
        <w:t>vn -0.4353 -0.1637 0.8853</w:t>
        <w:br/>
        <w:t>vn 0.4748 0.2857 -0.8324</w:t>
        <w:br/>
        <w:t>vn 0.4099 0.5107 -0.7558</w:t>
        <w:br/>
        <w:t>vn -0.6047 0.0593 0.7942</w:t>
        <w:br/>
        <w:t>vn 0.2096 0.8491 -0.4848</w:t>
        <w:br/>
        <w:t>vn 0.2455 -0.9044 -0.3491</w:t>
        <w:br/>
        <w:t>vn -0.2533 0.7882 0.5609</w:t>
        <w:br/>
        <w:t>vn -0.4575 0.1358 0.8788</w:t>
        <w:br/>
        <w:t>vn -0.3565 -0.6234 0.6959</w:t>
        <w:br/>
        <w:t>vn 0.4303 -0.1759 -0.8854</w:t>
        <w:br/>
        <w:t>vn -0.4164 -0.1921 0.8886</w:t>
        <w:br/>
        <w:t>vn -0.4449 0.0195 0.8954</w:t>
        <w:br/>
        <w:t>vn 0.4832 0.2200 -0.8474</w:t>
        <w:br/>
        <w:t>vn 0.4832 0.2199 -0.8474</w:t>
        <w:br/>
        <w:t>vn 0.4999 -0.1496 -0.8530</w:t>
        <w:br/>
        <w:t>vn -0.0443 -0.9929 0.1100</w:t>
        <w:br/>
        <w:t>vn 0.0143 0.9990 -0.0416</w:t>
        <w:br/>
        <w:t>vn 0.0143 0.9990 -0.0415</w:t>
        <w:br/>
        <w:t>vn -0.1765 0.9099 0.3754</w:t>
        <w:br/>
        <w:t>vn -0.1766 0.9099 0.3755</w:t>
        <w:br/>
        <w:t>vn 0.4344 -0.5213 -0.7345</w:t>
        <w:br/>
        <w:t>vn 0.4237 0.1617 -0.8913</w:t>
        <w:br/>
        <w:t>vn 0.3864 0.3728 -0.8436</w:t>
        <w:br/>
        <w:t>vn 0.4535 -0.0313 -0.8907</w:t>
        <w:br/>
        <w:t>vn -0.8224 0.0394 -0.5675</w:t>
        <w:br/>
        <w:t>vn -0.8171 0.0203 -0.5762</w:t>
        <w:br/>
        <w:t>vn -0.8170 0.0202 -0.5762</w:t>
        <w:br/>
        <w:t>vn -0.8595 0.0175 -0.5108</w:t>
        <w:br/>
        <w:t>vn -0.8844 0.0094 -0.4666</w:t>
        <w:br/>
        <w:t>vn -0.8450 0.0545 -0.5320</w:t>
        <w:br/>
        <w:t>vn 0.9420 -0.0327 0.3340</w:t>
        <w:br/>
        <w:t>vn 0.9223 -0.1259 0.3655</w:t>
        <w:br/>
        <w:t>vn 0.8389 0.1689 0.5175</w:t>
        <w:br/>
        <w:t>vn 0.8295 0.1505 0.5379</w:t>
        <w:br/>
        <w:t>vn 0.8706 0.1272 0.4752</w:t>
        <w:br/>
        <w:t>vn -0.9186 0.0241 -0.3945</w:t>
        <w:br/>
        <w:t>vn -0.8989 -0.1848 -0.3973</w:t>
        <w:br/>
        <w:t>vn -0.9264 -0.1396 -0.3497</w:t>
        <w:br/>
        <w:t>vn -0.7444 0.0595 -0.6651</w:t>
        <w:br/>
        <w:t>vn -0.7246 -0.0739 -0.6852</w:t>
        <w:br/>
        <w:t>vn 0.8388 0.0820 0.5382</w:t>
        <w:br/>
        <w:t>vn 0.8388 0.0820 0.5383</w:t>
        <w:br/>
        <w:t>vn 0.8751 0.0828 0.4769</w:t>
        <w:br/>
        <w:t>vn 0.8859 0.1157 0.4493</w:t>
        <w:br/>
        <w:t>vn 0.8858 0.1156 0.4493</w:t>
        <w:br/>
        <w:t>vn 0.8815 0.0980 0.4620</w:t>
        <w:br/>
        <w:t>vn 0.9070 0.1311 0.4003</w:t>
        <w:br/>
        <w:t>vn 0.8735 0.1694 0.4564</w:t>
        <w:br/>
        <w:t>vn 0.8388 0.1922 0.5094</w:t>
        <w:br/>
        <w:t>vn -0.7672 -0.2410 -0.5944</w:t>
        <w:br/>
        <w:t>vn -0.8718 -0.2428 -0.4254</w:t>
        <w:br/>
        <w:t>vn -0.7672 -0.2410 -0.5943</w:t>
        <w:br/>
        <w:t>vn -0.8655 0.0271 -0.5001</w:t>
        <w:br/>
        <w:t>vn -0.8737 0.0162 -0.4861</w:t>
        <w:br/>
        <w:t>vn -0.8792 -0.0010 -0.4765</w:t>
        <w:br/>
        <w:t>vn 0.8734 -0.1364 0.4676</w:t>
        <w:br/>
        <w:t>vn 0.8622 -0.0618 0.5028</w:t>
        <w:br/>
        <w:t>vn 0.8449 -0.0226 0.5344</w:t>
        <w:br/>
        <w:t>vn 0.9269 0.0467 0.3723</w:t>
        <w:br/>
        <w:t>vn -0.8525 0.0913 -0.5147</w:t>
        <w:br/>
        <w:t>vn -0.4699 -0.0907 0.8781</w:t>
        <w:br/>
        <w:t>vn 0.4750 0.0949 -0.8749</w:t>
        <w:br/>
        <w:t>vn -0.8264 0.0392 -0.5617</w:t>
        <w:br/>
        <w:t>vn 0.9043 0.1102 0.4124</w:t>
        <w:br/>
        <w:t>vn 0.9043 0.1103 0.4124</w:t>
        <w:br/>
        <w:t>vn 0.0831 0.9965 0.0013</w:t>
        <w:br/>
        <w:t>vn -0.1726 -0.9704 0.1689</w:t>
        <w:br/>
        <w:t>vn -0.3288 0.6221 0.7105</w:t>
        <w:br/>
        <w:t>vn -0.3288 0.6221 0.7106</w:t>
        <w:br/>
        <w:t>vn -0.4414 0.5076 -0.7400</w:t>
        <w:br/>
        <w:t>vn -0.4726 0.2742 -0.8376</w:t>
        <w:br/>
        <w:t>vn -0.4257 0.5092 -0.7480</w:t>
        <w:br/>
        <w:t>vn -0.4737 0.2800 -0.8350</w:t>
        <w:br/>
        <w:t>vn 0.4799 -0.1883 0.8569</w:t>
        <w:br/>
        <w:t>vn 0.5310 0.0407 0.8464</w:t>
        <w:br/>
        <w:t>vn 0.5220 -0.2039 0.8282</w:t>
        <w:br/>
        <w:t>vn -0.3081 0.8480 -0.4312</w:t>
        <w:br/>
        <w:t>vn -0.2593 0.8499 -0.4587</w:t>
        <w:br/>
        <w:t>vn -0.0609 -0.8969 -0.4381</w:t>
        <w:br/>
        <w:t>vn -0.3199 -0.4776 -0.8183</w:t>
        <w:br/>
        <w:t>vn -0.1541 -0.9054 -0.3957</w:t>
        <w:br/>
        <w:t>vn -0.3683 -0.4856 -0.7928</w:t>
        <w:br/>
        <w:t>vn -0.0095 0.9997 -0.0235</w:t>
        <w:br/>
        <w:t>vn 0.0647 0.9967 -0.0483</w:t>
        <w:br/>
        <w:t>vn 0.3429 0.7659 0.5439</w:t>
        <w:br/>
        <w:t>vn 0.4304 0.7365 0.5218</w:t>
        <w:br/>
        <w:t>vn 0.0270 -0.9782 0.2058</w:t>
        <w:br/>
        <w:t>vn 0.2833 -0.6679 0.6882</w:t>
        <w:br/>
        <w:t>vn 0.0996 -0.9771 0.1880</w:t>
        <w:br/>
        <w:t>vn 0.3202 -0.6462 0.6927</w:t>
        <w:br/>
        <w:t>vn -0.4350 -0.1874 -0.8807</w:t>
        <w:br/>
        <w:t>vn -0.4397 -0.1988 -0.8759</w:t>
        <w:br/>
        <w:t>vn -0.4154 -0.4921 -0.7650</w:t>
        <w:br/>
        <w:t>vn 0.4353 -0.1637 0.8853</w:t>
        <w:br/>
        <w:t>vn 0.4304 -0.1345 0.8926</w:t>
        <w:br/>
        <w:t>vn 0.4439 0.0194 0.8958</w:t>
        <w:br/>
        <w:t>vn -0.4099 0.5107 -0.7558</w:t>
        <w:br/>
        <w:t>vn -0.4748 0.2858 -0.8324</w:t>
        <w:br/>
        <w:t>vn 0.6047 0.0593 0.7942</w:t>
        <w:br/>
        <w:t>vn -0.2096 0.8491 -0.4848</w:t>
        <w:br/>
        <w:t>vn -0.2455 -0.9044 -0.3490</w:t>
        <w:br/>
        <w:t>vn 0.2533 0.7882 0.5609</w:t>
        <w:br/>
        <w:t>vn 0.4575 0.1357 0.8788</w:t>
        <w:br/>
        <w:t>vn 0.3565 -0.6234 0.6959</w:t>
        <w:br/>
        <w:t>vn -0.4303 -0.1759 -0.8854</w:t>
        <w:br/>
        <w:t>vn 0.4449 0.0195 0.8954</w:t>
        <w:br/>
        <w:t>vn 0.4164 -0.1921 0.8886</w:t>
        <w:br/>
        <w:t>vn -0.4999 -0.1496 -0.8530</w:t>
        <w:br/>
        <w:t>vn -0.4832 0.2199 -0.8474</w:t>
        <w:br/>
        <w:t>vn -0.4832 0.2200 -0.8474</w:t>
        <w:br/>
        <w:t>vn 0.0443 -0.9929 0.1100</w:t>
        <w:br/>
        <w:t>vn -0.0143 0.9990 -0.0416</w:t>
        <w:br/>
        <w:t>vn 0.1765 0.9099 0.3754</w:t>
        <w:br/>
        <w:t>vn 0.1766 0.9099 0.3755</w:t>
        <w:br/>
        <w:t>vn -0.4345 -0.5213 -0.7345</w:t>
        <w:br/>
        <w:t>vn -0.4344 -0.5213 -0.7345</w:t>
        <w:br/>
        <w:t>vn -0.4237 0.1617 -0.8913</w:t>
        <w:br/>
        <w:t>vn -0.3864 0.3728 -0.8436</w:t>
        <w:br/>
        <w:t>vn -0.4534 -0.0313 -0.8908</w:t>
        <w:br/>
        <w:t>vn -0.4535 -0.0313 -0.8907</w:t>
        <w:br/>
        <w:t>vn 0.8224 0.0394 -0.5675</w:t>
        <w:br/>
        <w:t>vn 0.8170 0.0202 -0.5762</w:t>
        <w:br/>
        <w:t>vn 0.8170 0.0203 -0.5762</w:t>
        <w:br/>
        <w:t>vn 0.8595 0.0175 -0.5108</w:t>
        <w:br/>
        <w:t>vn 0.8844 0.0094 -0.4666</w:t>
        <w:br/>
        <w:t>vn 0.8450 0.0545 -0.5319</w:t>
        <w:br/>
        <w:t>vn -0.9223 -0.1259 0.3655</w:t>
        <w:br/>
        <w:t>vn -0.9420 -0.0327 0.3340</w:t>
        <w:br/>
        <w:t>vn -0.8389 0.1689 0.5175</w:t>
        <w:br/>
        <w:t>vn -0.8706 0.1272 0.4752</w:t>
        <w:br/>
        <w:t>vn -0.8295 0.1505 0.5379</w:t>
        <w:br/>
        <w:t>vn 0.9264 -0.1396 -0.3497</w:t>
        <w:br/>
        <w:t>vn 0.8989 -0.1848 -0.3973</w:t>
        <w:br/>
        <w:t>vn 0.9186 0.0241 -0.3945</w:t>
        <w:br/>
        <w:t>vn 0.7246 -0.0739 -0.6852</w:t>
        <w:br/>
        <w:t>vn 0.7444 0.0595 -0.6651</w:t>
        <w:br/>
        <w:t>vn -0.8388 0.0820 0.5382</w:t>
        <w:br/>
        <w:t>vn -0.8751 0.0828 0.4769</w:t>
        <w:br/>
        <w:t>vn -0.8388 0.0820 0.5383</w:t>
        <w:br/>
        <w:t>vn -0.8750 0.0828 0.4769</w:t>
        <w:br/>
        <w:t>vn -0.8858 0.1157 0.4494</w:t>
        <w:br/>
        <w:t>vn -0.8815 0.0980 0.4620</w:t>
        <w:br/>
        <w:t>vn -0.8858 0.1156 0.4494</w:t>
        <w:br/>
        <w:t>vn -0.9070 0.1311 0.4003</w:t>
        <w:br/>
        <w:t>vn -0.8388 0.1922 0.5095</w:t>
        <w:br/>
        <w:t>vn -0.8735 0.1694 0.4564</w:t>
        <w:br/>
        <w:t>vn 0.7672 -0.2410 -0.5943</w:t>
        <w:br/>
        <w:t>vn 0.7673 -0.2410 -0.5943</w:t>
        <w:br/>
        <w:t>vn 0.8718 -0.2428 -0.4254</w:t>
        <w:br/>
        <w:t>vn 0.8792 -0.0010 -0.4765</w:t>
        <w:br/>
        <w:t>vn 0.8737 0.0162 -0.4861</w:t>
        <w:br/>
        <w:t>vn 0.8655 0.0271 -0.5001</w:t>
        <w:br/>
        <w:t>vn -0.8449 -0.0226 0.5344</w:t>
        <w:br/>
        <w:t>vn -0.8622 -0.0618 0.5028</w:t>
        <w:br/>
        <w:t>vn -0.8734 -0.1364 0.4676</w:t>
        <w:br/>
        <w:t>vn -0.9269 0.0467 0.3723</w:t>
        <w:br/>
        <w:t>vn 0.8525 0.0913 -0.5147</w:t>
        <w:br/>
        <w:t>vn 0.4699 -0.0907 0.8781</w:t>
        <w:br/>
        <w:t>vn -0.4750 0.0949 -0.8749</w:t>
        <w:br/>
        <w:t>vn 0.8264 0.0392 -0.5617</w:t>
        <w:br/>
        <w:t>vn -0.9043 0.1102 0.4124</w:t>
        <w:br/>
        <w:t>vn -0.9043 0.1103 0.4124</w:t>
        <w:br/>
        <w:t>vn -0.0831 0.9965 0.0013</w:t>
        <w:br/>
        <w:t>vn 0.1726 -0.9704 0.1689</w:t>
        <w:br/>
        <w:t>vn 0.3288 0.6221 0.7106</w:t>
        <w:br/>
        <w:t>vn 0.3288 0.6221 0.7105</w:t>
        <w:br/>
        <w:t>vn -0.1522 0.2437 -0.9578</w:t>
        <w:br/>
        <w:t>vn -0.0000 0.2371 -0.9715</w:t>
        <w:br/>
        <w:t>vn -0.1455 0.3125 -0.9387</w:t>
        <w:br/>
        <w:t>vn 0.0000 0.3086 -0.9512</w:t>
        <w:br/>
        <w:t>vn -0.3213 0.2627 -0.9098</w:t>
        <w:br/>
        <w:t>vn -0.3072 0.3259 -0.8941</w:t>
        <w:br/>
        <w:t>vn -0.6554 0.3566 -0.6659</w:t>
        <w:br/>
        <w:t>vn -0.6649 0.3204 -0.6747</w:t>
        <w:br/>
        <w:t>vn -0.4857 0.3444 -0.8034</w:t>
        <w:br/>
        <w:t>vn -0.5017 0.2943 -0.8134</w:t>
        <w:br/>
        <w:t>vn -0.6351 0.4187 -0.6491</w:t>
        <w:br/>
        <w:t>vn -0.4627 0.4048 -0.7887</w:t>
        <w:br/>
        <w:t>vn -0.2950 0.4008 -0.8674</w:t>
        <w:br/>
        <w:t>vn -0.1375 0.4017 -0.9054</w:t>
        <w:br/>
        <w:t>vn -0.0003 0.3991 -0.9169</w:t>
        <w:br/>
        <w:t>vn -0.5938 0.5194 -0.6145</w:t>
        <w:br/>
        <w:t>vn -0.4293 0.4957 -0.7550</w:t>
        <w:br/>
        <w:t>vn -0.2894 0.4848 -0.8254</w:t>
        <w:br/>
        <w:t>vn -0.1393 0.5235 -0.8406</w:t>
        <w:br/>
        <w:t>vn -0.0009 0.5450 -0.8385</w:t>
        <w:br/>
        <w:t>vn -0.9400 0.3267 -0.0980</w:t>
        <w:br/>
        <w:t>vn -0.9531 0.2867 -0.0966</w:t>
        <w:br/>
        <w:t>vn -0.8942 0.3306 -0.3018</w:t>
        <w:br/>
        <w:t>vn -0.9046 0.2840 -0.3177</w:t>
        <w:br/>
        <w:t>vn -0.6650 0.3204 -0.6747</w:t>
        <w:br/>
        <w:t>vn -0.6553 0.3566 -0.6659</w:t>
        <w:br/>
        <w:t>vn -0.8088 0.3101 -0.4997</w:t>
        <w:br/>
        <w:t>vn -0.7998 0.3513 -0.4867</w:t>
        <w:br/>
        <w:t>vn -0.0000 0.2489 0.9685</w:t>
        <w:br/>
        <w:t>vn 0.0000 0.1476 0.9890</w:t>
        <w:br/>
        <w:t>vn -0.1218 0.2571 0.9587</w:t>
        <w:br/>
        <w:t>vn -0.1321 0.1634 0.9777</w:t>
        <w:br/>
        <w:t>vn -0.2374 0.2805 0.9300</w:t>
        <w:br/>
        <w:t>vn -0.2515 0.1945 0.9481</w:t>
        <w:br/>
        <w:t>vn -0.9417 0.3078 0.1358</w:t>
        <w:br/>
        <w:t>vn -0.9263 0.3571 0.1200</w:t>
        <w:br/>
        <w:t>vn -0.7588 0.2949 0.5808</w:t>
        <w:br/>
        <w:t>vn -0.8799 0.3126 0.3579</w:t>
        <w:br/>
        <w:t>vn -0.7345 0.3692 0.5695</w:t>
        <w:br/>
        <w:t>vn -0.8562 0.3807 0.3493</w:t>
        <w:br/>
        <w:t>vn -0.3828 0.2254 0.8959</w:t>
        <w:br/>
        <w:t>vn -0.3672 0.3097 0.8771</w:t>
        <w:br/>
        <w:t>vn -0.5670 0.2647 0.7801</w:t>
        <w:br/>
        <w:t>vn -0.5501 0.3444 0.7608</w:t>
        <w:br/>
        <w:t>vn -0.9195 0.3805 -0.0991</w:t>
        <w:br/>
        <w:t>vn -0.8793 0.3917 -0.2709</w:t>
        <w:br/>
        <w:t>vn -0.7837 0.4166 -0.4608</w:t>
        <w:br/>
        <w:t>vn -0.9100 0.4036 0.0952</w:t>
        <w:br/>
        <w:t>vn -0.2157 0.3818 0.8987</w:t>
        <w:br/>
        <w:t>vn -0.3445 0.4033 0.8477</w:t>
        <w:br/>
        <w:t>vn -0.8369 0.4306 0.3379</w:t>
        <w:br/>
        <w:t>vn -0.5321 0.4292 0.7298</w:t>
        <w:br/>
        <w:t>vn -0.7124 0.4362 0.5497</w:t>
        <w:br/>
        <w:t>vn -0.0000 0.3630 0.9318</w:t>
        <w:br/>
        <w:t>vn -0.1076 0.3663 0.9243</w:t>
        <w:br/>
        <w:t>vn -0.8758 0.4734 -0.0936</w:t>
        <w:br/>
        <w:t>vn -0.8416 0.4851 -0.2373</w:t>
        <w:br/>
        <w:t>vn -0.7481 0.5135 -0.4202</w:t>
        <w:br/>
        <w:t>vn -0.8730 0.4808 0.0812</w:t>
        <w:br/>
        <w:t>vn -0.5224 0.4982 0.6921</w:t>
        <w:br/>
        <w:t>vn -0.6959 0.4996 0.5159</w:t>
        <w:br/>
        <w:t>vn -0.1046 0.4479 0.8879</w:t>
        <w:br/>
        <w:t>vn -0.1992 0.4588 0.8659</w:t>
        <w:br/>
        <w:t>vn -0.8100 0.4924 0.3186</w:t>
        <w:br/>
        <w:t>vn -0.3306 0.4781 0.8137</w:t>
        <w:br/>
        <w:t>vn -0.0000 0.4515 0.8923</w:t>
        <w:br/>
        <w:t>vn -0.5585 0.5903 -0.5828</w:t>
        <w:br/>
        <w:t>vn -0.3982 0.5711 -0.7178</w:t>
        <w:br/>
        <w:t>vn -0.2786 0.5525 -0.7855</w:t>
        <w:br/>
        <w:t>vn -0.1956 0.5458 -0.8148</w:t>
        <w:br/>
        <w:t>vn -0.0003 0.6073 -0.7945</w:t>
        <w:br/>
        <w:t>vn -0.8316 0.5484 -0.0877</w:t>
        <w:br/>
        <w:t>vn -0.8008 0.5587 -0.2156</w:t>
        <w:br/>
        <w:t>vn -0.5589 0.5896 -0.5831</w:t>
        <w:br/>
        <w:t>vn -0.7138 0.5821 -0.3893</w:t>
        <w:br/>
        <w:t>vn -0.8277 0.5562 0.0752</w:t>
        <w:br/>
        <w:t>vn -0.5074 0.5570 0.6575</w:t>
        <w:br/>
        <w:t>vn -0.6685 0.5647 0.4839</w:t>
        <w:br/>
        <w:t>vn -0.1043 0.5092 0.8543</w:t>
        <w:br/>
        <w:t>vn 0.0000 0.5216 0.8532</w:t>
        <w:br/>
        <w:t>vn -0.7682 0.5667 0.2980</w:t>
        <w:br/>
        <w:t>vn -0.3192 0.5390 0.7795</w:t>
        <w:br/>
        <w:t>vn -0.1871 0.5164 0.8356</w:t>
        <w:br/>
        <w:t>vn 0.1522 0.2437 -0.9578</w:t>
        <w:br/>
        <w:t>vn 0.1454 0.3126 -0.9387</w:t>
        <w:br/>
        <w:t>vn 0.3213 0.2627 -0.9098</w:t>
        <w:br/>
        <w:t>vn 0.3073 0.3258 -0.8941</w:t>
        <w:br/>
        <w:t>vn 0.6554 0.3561 -0.6660</w:t>
        <w:br/>
        <w:t>vn 0.4860 0.3440 -0.8034</w:t>
        <w:br/>
        <w:t>vn 0.6649 0.3204 -0.6747</w:t>
        <w:br/>
        <w:t>vn 0.5017 0.2943 -0.8134</w:t>
        <w:br/>
        <w:t>vn 0.6313 0.4265 -0.6477</w:t>
        <w:br/>
        <w:t>vn 0.4609 0.4047 -0.7898</w:t>
        <w:br/>
        <w:t>vn 0.2974 0.3995 -0.8671</w:t>
        <w:br/>
        <w:t>vn 0.1375 0.4025 -0.9051</w:t>
        <w:br/>
        <w:t>vn 0.5890 0.5224 -0.6166</w:t>
        <w:br/>
        <w:t>vn 0.4262 0.4873 -0.7622</w:t>
        <w:br/>
        <w:t>vn 0.2986 0.4784 -0.8258</w:t>
        <w:br/>
        <w:t>vn 0.1405 0.5224 -0.8411</w:t>
        <w:br/>
        <w:t>vn 0.5582 0.5812 -0.5921</w:t>
        <w:br/>
        <w:t>vn 0.3969 0.5546 -0.7313</w:t>
        <w:br/>
        <w:t>vn 0.2926 0.5426 -0.7874</w:t>
        <w:br/>
        <w:t>vn 0.1998 0.5414 -0.8167</w:t>
        <w:br/>
        <w:t>vn 0.9046 0.2840 -0.3177</w:t>
        <w:br/>
        <w:t>vn 0.9531 0.2867 -0.0966</w:t>
        <w:br/>
        <w:t>vn 0.8942 0.3306 -0.3017</w:t>
        <w:br/>
        <w:t>vn 0.9400 0.3267 -0.0980</w:t>
        <w:br/>
        <w:t>vn 0.8088 0.3101 -0.4997</w:t>
        <w:br/>
        <w:t>vn 0.6554 0.3561 -0.6661</w:t>
        <w:br/>
        <w:t>vn 0.7998 0.3511 -0.4869</w:t>
        <w:br/>
        <w:t>vn 0.1321 0.1634 0.9777</w:t>
        <w:br/>
        <w:t>vn 0.1218 0.2570 0.9587</w:t>
        <w:br/>
        <w:t>vn 0.2515 0.1945 0.9481</w:t>
        <w:br/>
        <w:t>vn 0.2374 0.2805 0.9300</w:t>
        <w:br/>
        <w:t>vn 0.9263 0.3571 0.1200</w:t>
        <w:br/>
        <w:t>vn 0.9417 0.3078 0.1357</w:t>
        <w:br/>
        <w:t>vn 0.8562 0.3807 0.3493</w:t>
        <w:br/>
        <w:t>vn 0.8799 0.3126 0.3579</w:t>
        <w:br/>
        <w:t>vn 0.7345 0.3691 0.5694</w:t>
        <w:br/>
        <w:t>vn 0.7588 0.2949 0.5808</w:t>
        <w:br/>
        <w:t>vn 0.3672 0.3097 0.8771</w:t>
        <w:br/>
        <w:t>vn 0.3828 0.2254 0.8959</w:t>
        <w:br/>
        <w:t>vn 0.5500 0.3444 0.7608</w:t>
        <w:br/>
        <w:t>vn 0.5670 0.2647 0.7801</w:t>
        <w:br/>
        <w:t>vn 0.8791 0.3930 -0.2698</w:t>
        <w:br/>
        <w:t>vn 0.9195 0.3805 -0.0991</w:t>
        <w:br/>
        <w:t>vn 0.7827 0.4235 -0.4560</w:t>
        <w:br/>
        <w:t>vn 0.9100 0.4036 0.0952</w:t>
        <w:br/>
        <w:t>vn 0.3446 0.4032 0.8477</w:t>
        <w:br/>
        <w:t>vn 0.2154 0.3817 0.8988</w:t>
        <w:br/>
        <w:t>vn 0.8369 0.4306 0.3379</w:t>
        <w:br/>
        <w:t>vn 0.7124 0.4362 0.5497</w:t>
        <w:br/>
        <w:t>vn 0.5321 0.4292 0.7298</w:t>
        <w:br/>
        <w:t>vn 0.1075 0.3663 0.9242</w:t>
        <w:br/>
        <w:t>vn 0.8416 0.4860 -0.2355</w:t>
        <w:br/>
        <w:t>vn 0.8757 0.4737 -0.0933</w:t>
        <w:br/>
        <w:t>vn 0.7508 0.5175 -0.4105</w:t>
        <w:br/>
        <w:t>vn 0.8730 0.4808 0.0812</w:t>
        <w:br/>
        <w:t>vn 0.6959 0.4996 0.5159</w:t>
        <w:br/>
        <w:t>vn 0.5224 0.4982 0.6921</w:t>
        <w:br/>
        <w:t>vn 0.1991 0.4589 0.8659</w:t>
        <w:br/>
        <w:t>vn 0.1047 0.4479 0.8879</w:t>
        <w:br/>
        <w:t>vn 0.8100 0.4924 0.3186</w:t>
        <w:br/>
        <w:t>vn 0.3306 0.4781 0.8137</w:t>
        <w:br/>
        <w:t>vn 0.8016 0.5582 -0.2142</w:t>
        <w:br/>
        <w:t>vn 0.8313 0.5489 -0.0871</w:t>
        <w:br/>
        <w:t>vn 0.7224 0.5773 -0.3806</w:t>
        <w:br/>
        <w:t>vn 0.8277 0.5562 0.0752</w:t>
        <w:br/>
        <w:t>vn 0.6685 0.5647 0.4840</w:t>
        <w:br/>
        <w:t>vn 0.5074 0.5570 0.6575</w:t>
        <w:br/>
        <w:t>vn 0.1043 0.5092 0.8543</w:t>
        <w:br/>
        <w:t>vn 0.7681 0.5667 0.2980</w:t>
        <w:br/>
        <w:t>vn 0.3192 0.5390 0.7795</w:t>
        <w:br/>
        <w:t>vn 0.1871 0.5164 0.8356</w:t>
        <w:br/>
        <w:t>vn -0.8007 -0.5990 -0.0068</w:t>
        <w:br/>
        <w:t>vn -0.8493 -0.4903 0.1958</w:t>
        <w:br/>
        <w:t>vn -0.9240 -0.3822 -0.0076</w:t>
        <w:br/>
        <w:t>vn -0.7371 -0.6531 0.1736</w:t>
        <w:br/>
        <w:t>vn -0.7635 -0.4818 0.4301</w:t>
        <w:br/>
        <w:t>vn -0.8212 -0.4559 0.3432</w:t>
        <w:br/>
        <w:t>vn -0.1772 -0.6555 0.7341</w:t>
        <w:br/>
        <w:t>vn -0.3273 -0.4331 0.8398</w:t>
        <w:br/>
        <w:t>vn -0.3611 -0.4963 0.7895</w:t>
        <w:br/>
        <w:t>vn -0.2149 -0.5286 0.8212</w:t>
        <w:br/>
        <w:t>vn -0.1170 -0.6922 -0.7122</w:t>
        <w:br/>
        <w:t>vn -0.1701 -0.5560 -0.8136</w:t>
        <w:br/>
        <w:t>vn 0.0000 -0.6779 -0.7351</w:t>
        <w:br/>
        <w:t>vn -0.3453 -0.5189 -0.7820</w:t>
        <w:br/>
        <w:t>vn -0.2908 -0.4774 -0.8292</w:t>
        <w:br/>
        <w:t>vn -0.7523 -0.6315 -0.1879</w:t>
        <w:br/>
        <w:t>vn -0.8384 -0.4150 -0.3535</w:t>
        <w:br/>
        <w:t>vn -0.7550 -0.4667 -0.4606</w:t>
        <w:br/>
        <w:t>vn -0.8616 -0.4669 -0.1989</w:t>
        <w:br/>
        <w:t>vn -0.7183 -0.6537 0.2381</w:t>
        <w:br/>
        <w:t>vn -0.7167 -0.6452 0.2648</w:t>
        <w:br/>
        <w:t>vn -0.7377 -0.6750 -0.0108</w:t>
        <w:br/>
        <w:t>vn -0.7653 -0.6437 0.0004</w:t>
        <w:br/>
        <w:t>vn -0.5969 -0.6782 0.4287</w:t>
        <w:br/>
        <w:t>vn -0.6365 -0.6266 0.4496</w:t>
        <w:br/>
        <w:t>vn -0.5005 -0.6127 0.6116</w:t>
        <w:br/>
        <w:t>vn -0.4757 -0.6608 0.5805</w:t>
        <w:br/>
        <w:t>vn -0.3486 -0.6059 0.7151</w:t>
        <w:br/>
        <w:t>vn -0.3385 -0.6400 0.6898</w:t>
        <w:br/>
        <w:t>vn -0.2000 -0.6064 0.7696</w:t>
        <w:br/>
        <w:t>vn -0.1838 -0.6205 0.7623</w:t>
        <w:br/>
        <w:t>vn -0.0000 -0.6104 0.7921</w:t>
        <w:br/>
        <w:t>vn -0.1335 -0.6294 -0.7655</w:t>
        <w:br/>
        <w:t>vn 0.0000 -0.6203 -0.7844</w:t>
        <w:br/>
        <w:t>vn -0.1692 -0.5490 -0.8185</w:t>
        <w:br/>
        <w:t>vn -0.0039 -0.5297 -0.8482</w:t>
        <w:br/>
        <w:t>vn -0.2712 -0.5835 -0.7655</w:t>
        <w:br/>
        <w:t>vn -0.2335 -0.6632 -0.7111</w:t>
        <w:br/>
        <w:t>vn -0.3999 -0.6708 -0.6247</w:t>
        <w:br/>
        <w:t>vn -0.4056 -0.6471 -0.6456</w:t>
        <w:br/>
        <w:t>vn -0.5720 -0.6764 -0.4640</w:t>
        <w:br/>
        <w:t>vn -0.5616 -0.6875 -0.4604</w:t>
        <w:br/>
        <w:t>vn -0.7065 -0.6521 -0.2750</w:t>
        <w:br/>
        <w:t>vn -0.6766 -0.6901 -0.2570</w:t>
        <w:br/>
        <w:t>vn -0.7635 -0.6122 0.2059</w:t>
        <w:br/>
        <w:t>vn -0.7256 -0.6524 0.2188</w:t>
        <w:br/>
        <w:t>vn -0.7805 -0.6230 -0.0517</w:t>
        <w:br/>
        <w:t>vn -0.7284 -0.6845 -0.0301</w:t>
        <w:br/>
        <w:t>vn -0.6508 -0.6127 0.4483</w:t>
        <w:br/>
        <w:t>vn -0.6697 -0.5902 0.4508</w:t>
        <w:br/>
        <w:t>vn -0.5178 -0.5628 0.6443</w:t>
        <w:br/>
        <w:t>vn -0.5081 -0.5851 0.6321</w:t>
        <w:br/>
        <w:t>vn -0.3506 -0.5714 0.7420</w:t>
        <w:br/>
        <w:t>vn -0.3600 -0.5345 0.7647</w:t>
        <w:br/>
        <w:t>vn -0.2032 -0.5186 0.8305</w:t>
        <w:br/>
        <w:t>vn -0.1989 -0.5724 0.7955</w:t>
        <w:br/>
        <w:t>vn -0.0000 -0.5752 0.8180</w:t>
        <w:br/>
        <w:t>vn -0.0000 -0.5162 0.8564</w:t>
        <w:br/>
        <w:t>vn -0.2033 -0.4071 -0.8905</w:t>
        <w:br/>
        <w:t>vn -0.0133 -0.3824 -0.9239</w:t>
        <w:br/>
        <w:t>vn -0.2390 -0.2751 -0.9312</w:t>
        <w:br/>
        <w:t>vn -0.0145 -0.2497 -0.9682</w:t>
        <w:br/>
        <w:t>vn -0.4442 -0.3715 -0.8153</w:t>
        <w:br/>
        <w:t>vn -0.3427 -0.4800 -0.8076</w:t>
        <w:br/>
        <w:t>vn -0.4726 -0.5953 -0.6498</w:t>
        <w:br/>
        <w:t>vn -0.5816 -0.4944 -0.6460</w:t>
        <w:br/>
        <w:t>vn -0.6536 -0.5683 -0.4998</w:t>
        <w:br/>
        <w:t>vn -0.5778 -0.6667 -0.4709</w:t>
        <w:br/>
        <w:t>vn -0.6647 -0.6926 -0.2801</w:t>
        <w:br/>
        <w:t>vn -0.7270 -0.6095 -0.3160</w:t>
        <w:br/>
        <w:t>vn -0.7832 -0.6218 0.0004</w:t>
        <w:br/>
        <w:t>vn -0.6786 -0.4955 0.5423</w:t>
        <w:br/>
        <w:t>vn -0.6484 -0.5347 0.5420</w:t>
        <w:br/>
        <w:t>vn -0.4835 -0.6381 0.5992</w:t>
        <w:br/>
        <w:t>vn 0.0000 -0.6289 0.7775</w:t>
        <w:br/>
        <w:t>vn -0.0000 -0.6634 0.7483</w:t>
        <w:br/>
        <w:t>vn -0.3417 -0.5298 -0.7763</w:t>
        <w:br/>
        <w:t>vn -0.6585 -0.4804 -0.5793</w:t>
        <w:br/>
        <w:t>vn -0.8307 -0.5534 -0.0611</w:t>
        <w:br/>
        <w:t>vn -0.7973 -0.5671 0.2066</w:t>
        <w:br/>
        <w:t>vn -0.6847 -0.5666 0.4584</w:t>
        <w:br/>
        <w:t>vn -0.5253 -0.5497 0.6496</w:t>
        <w:br/>
        <w:t>vn -0.3679 -0.5205 0.7705</w:t>
        <w:br/>
        <w:t>vn -0.2077 -0.4949 0.8437</w:t>
        <w:br/>
        <w:t>vn -0.0000 -0.4881 0.8728</w:t>
        <w:br/>
        <w:t>vn -0.2560 -0.2400 -0.9364</w:t>
        <w:br/>
        <w:t>vn -0.0103 -0.2002 -0.9797</w:t>
        <w:br/>
        <w:t>vn -0.4929 -0.3514 -0.7960</w:t>
        <w:br/>
        <w:t>vn -0.6299 -0.4563 -0.6285</w:t>
        <w:br/>
        <w:t>vn -0.6935 -0.5084 -0.5104</w:t>
        <w:br/>
        <w:t>vn -0.7761 -0.5341 -0.3353</w:t>
        <w:br/>
        <w:t>vn -0.6118 -0.5275 -0.5895</w:t>
        <w:br/>
        <w:t>vn -0.5108 -0.4082 0.7566</w:t>
        <w:br/>
        <w:t>vn -0.4376 -0.5027 0.7455</w:t>
        <w:br/>
        <w:t>vn 0.0000 -0.7040 -0.7102</w:t>
        <w:br/>
        <w:t>vn -0.4356 -0.6398 -0.6332</w:t>
        <w:br/>
        <w:t>vn -0.0000 -0.6859 0.7277</w:t>
        <w:br/>
        <w:t>vn -0.8180 0.3194 0.4784</w:t>
        <w:br/>
        <w:t>vn -0.5187 0.7023 0.4875</w:t>
        <w:br/>
        <w:t>vn -0.6352 0.7723 -0.0058</w:t>
        <w:br/>
        <w:t>vn -0.6353 0.7723 -0.0058</w:t>
        <w:br/>
        <w:t>vn -0.7298 0.3130 0.6077</w:t>
        <w:br/>
        <w:t>vn -0.7119 0.1304 0.6901</w:t>
        <w:br/>
        <w:t>vn -0.4673 0.7433 0.4787</w:t>
        <w:br/>
        <w:t>vn -0.5472 0.7462 0.3790</w:t>
        <w:br/>
        <w:t>vn -0.5176 0.3408 0.7848</w:t>
        <w:br/>
        <w:t>vn -0.6318 0.5065 0.5867</w:t>
        <w:br/>
        <w:t>vn -0.4242 0.3191 0.8475</w:t>
        <w:br/>
        <w:t>vn -0.4008 0.7181 0.5690</w:t>
        <w:br/>
        <w:t>vn -0.6702 0.2770 -0.6886</w:t>
        <w:br/>
        <w:t>vn -0.6320 0.6675 -0.3937</w:t>
        <w:br/>
        <w:t>vn -0.5877 0.4441 -0.6763</w:t>
        <w:br/>
        <w:t>vn -0.5402 0.6903 -0.4813</w:t>
        <w:br/>
        <w:t>vn -0.8210 0.1689 -0.5454</w:t>
        <w:br/>
        <w:t>vn -0.6920 0.1573 -0.7046</w:t>
        <w:br/>
        <w:t>vn -0.5186 0.7082 -0.4790</w:t>
        <w:br/>
        <w:t>vn -0.8187 0.3305 -0.4695</w:t>
        <w:br/>
        <w:t>vn -0.5077 0.3079 0.8046</w:t>
        <w:br/>
        <w:t>vn -0.2162 0.7042 0.6763</w:t>
        <w:br/>
        <w:t>vn -0.2500 0.7170 0.6508</w:t>
        <w:br/>
        <w:t>vn -0.3048 0.7122 0.6324</w:t>
        <w:br/>
        <w:t>vn -0.8334 0.4778 -0.2776</w:t>
        <w:br/>
        <w:t>vn -0.9847 0.1732 -0.0173</w:t>
        <w:br/>
        <w:t>vn -0.9847 0.1731 -0.0173</w:t>
        <w:br/>
        <w:t>vn -0.5208 0.1362 -0.8427</w:t>
        <w:br/>
        <w:t>vn -0.6691 0.6481 -0.3636</w:t>
        <w:br/>
        <w:t>vn -0.2750 0.7290 -0.6268</w:t>
        <w:br/>
        <w:t>vn -0.1661 0.7090 -0.6854</w:t>
        <w:br/>
        <w:t>vn -0.2107 0.7300 -0.6501</w:t>
        <w:br/>
        <w:t>vn -0.3256 0.4727 -0.8189</w:t>
        <w:br/>
        <w:t>vn -0.6562 0.1502 -0.7395</w:t>
        <w:br/>
        <w:t>vn -0.1207 0.6854 -0.7181</w:t>
        <w:br/>
        <w:t>vn -0.6006 0.1705 0.7812</w:t>
        <w:br/>
        <w:t>vn -0.7278 0.3314 0.6004</w:t>
        <w:br/>
        <w:t>vn -0.6712 0.6949 0.2581</w:t>
        <w:br/>
        <w:t>vn -0.6292 0.7203 0.2919</w:t>
        <w:br/>
        <w:t>vn -0.4549 0.2796 -0.8455</w:t>
        <w:br/>
        <w:t>vn -0.4643 0.6737 -0.5749</w:t>
        <w:br/>
        <w:t>vn 0.0000 0.2972 -0.9548</w:t>
        <w:br/>
        <w:t>vn 0.0000 0.7307 -0.6827</w:t>
        <w:br/>
        <w:t>vn 0.4156 0.5688 -0.7097</w:t>
        <w:br/>
        <w:t>vn 0.4156 0.5689 -0.7097</w:t>
        <w:br/>
        <w:t>vn 0.2017 0.2444 -0.9485</w:t>
        <w:br/>
        <w:t>vn -0.3713 -0.1829 -0.9103</w:t>
        <w:br/>
        <w:t>vn -0.4432 0.3010 0.8444</w:t>
        <w:br/>
        <w:t>vn 0.3580 0.5761 0.7348</w:t>
        <w:br/>
        <w:t>vn 0.1259 0.2489 0.9603</w:t>
        <w:br/>
        <w:t>vn 0.0000 0.7510 0.6602</w:t>
        <w:br/>
        <w:t>vn 0.0000 0.7510 0.6603</w:t>
        <w:br/>
        <w:t>vn -0.4138 0.7106 0.5690</w:t>
        <w:br/>
        <w:t>vn -0.8542 0.4449 0.2691</w:t>
        <w:br/>
        <w:t>vn -0.9885 0.1512 0.0000</w:t>
        <w:br/>
        <w:t>vn -0.8542 0.4449 0.2690</w:t>
        <w:br/>
        <w:t>vn 0.8007 -0.5990 -0.0068</w:t>
        <w:br/>
        <w:t>vn 0.8493 -0.4903 0.1958</w:t>
        <w:br/>
        <w:t>vn 0.7832 -0.6217 0.0004</w:t>
        <w:br/>
        <w:t>vn 0.8212 -0.4559 0.3432</w:t>
        <w:br/>
        <w:t>vn 0.7635 -0.4818 0.4301</w:t>
        <w:br/>
        <w:t>vn 0.7371 -0.6530 0.1736</w:t>
        <w:br/>
        <w:t>vn 0.3611 -0.4963 0.7895</w:t>
        <w:br/>
        <w:t>vn 0.3273 -0.4331 0.8398</w:t>
        <w:br/>
        <w:t>vn 0.1772 -0.6555 0.7341</w:t>
        <w:br/>
        <w:t>vn 0.2149 -0.5286 0.8212</w:t>
        <w:br/>
        <w:t>vn 0.1701 -0.5559 -0.8136</w:t>
        <w:br/>
        <w:t>vn 0.1170 -0.6922 -0.7122</w:t>
        <w:br/>
        <w:t>vn 0.2908 -0.4774 -0.8292</w:t>
        <w:br/>
        <w:t>vn 0.3454 -0.5189 -0.7820</w:t>
        <w:br/>
        <w:t>vn 0.7550 -0.4667 -0.4606</w:t>
        <w:br/>
        <w:t>vn 0.8384 -0.4149 -0.3535</w:t>
        <w:br/>
        <w:t>vn 0.7523 -0.6315 -0.1879</w:t>
        <w:br/>
        <w:t>vn 0.8616 -0.4669 -0.1989</w:t>
        <w:br/>
        <w:t>vn 0.7653 -0.6437 0.0004</w:t>
        <w:br/>
        <w:t>vn 0.7167 -0.6452 0.2648</w:t>
        <w:br/>
        <w:t>vn 0.7377 -0.6750 -0.0109</w:t>
        <w:br/>
        <w:t>vn 0.7183 -0.6537 0.2381</w:t>
        <w:br/>
        <w:t>vn 0.6366 -0.6266 0.4496</w:t>
        <w:br/>
        <w:t>vn 0.5969 -0.6782 0.4287</w:t>
        <w:br/>
        <w:t>vn 0.5005 -0.6127 0.6116</w:t>
        <w:br/>
        <w:t>vn 0.4757 -0.6608 0.5805</w:t>
        <w:br/>
        <w:t>vn 0.3385 -0.6400 0.6898</w:t>
        <w:br/>
        <w:t>vn 0.3486 -0.6059 0.7151</w:t>
        <w:br/>
        <w:t>vn 0.1838 -0.6205 0.7623</w:t>
        <w:br/>
        <w:t>vn 0.1999 -0.6065 0.7695</w:t>
        <w:br/>
        <w:t>vn 0.1677 -0.5372 -0.8266</w:t>
        <w:br/>
        <w:t>vn 0.1335 -0.6294 -0.7655</w:t>
        <w:br/>
        <w:t>vn 0.2776 -0.5738 -0.7705</w:t>
        <w:br/>
        <w:t>vn 0.2336 -0.6632 -0.7111</w:t>
        <w:br/>
        <w:t>vn 0.4127 -0.6402 -0.6480</w:t>
        <w:br/>
        <w:t>vn 0.4005 -0.6724 -0.6225</w:t>
        <w:br/>
        <w:t>vn 0.5699 -0.6793 -0.4624</w:t>
        <w:br/>
        <w:t>vn 0.5683 -0.6783 -0.4658</w:t>
        <w:br/>
        <w:t>vn 0.7047 -0.6536 -0.2762</w:t>
        <w:br/>
        <w:t>vn 0.6800 -0.6855 -0.2601</w:t>
        <w:br/>
        <w:t>vn 0.7660 -0.6109 0.1999</w:t>
        <w:br/>
        <w:t>vn 0.7820 -0.6211 -0.0519</w:t>
        <w:br/>
        <w:t>vn 0.7209 -0.6590 0.2146</w:t>
        <w:br/>
        <w:t>vn 0.7204 -0.6929 -0.0296</w:t>
        <w:br/>
        <w:t>vn 0.6507 -0.6153 0.4449</w:t>
        <w:br/>
        <w:t>vn 0.6728 -0.5908 0.4452</w:t>
        <w:br/>
        <w:t>vn 0.5081 -0.5851 0.6321</w:t>
        <w:br/>
        <w:t>vn 0.5178 -0.5629 0.6443</w:t>
        <w:br/>
        <w:t>vn 0.3599 -0.5346 0.7646</w:t>
        <w:br/>
        <w:t>vn 0.3506 -0.5714 0.7420</w:t>
        <w:br/>
        <w:t>vn 0.1989 -0.5724 0.7955</w:t>
        <w:br/>
        <w:t>vn 0.2032 -0.5186 0.8305</w:t>
        <w:br/>
        <w:t>vn 0.1941 -0.3945 -0.8982</w:t>
        <w:br/>
        <w:t>vn 0.2348 -0.3035 -0.9234</w:t>
        <w:br/>
        <w:t>vn 0.4521 -0.4196 -0.7871</w:t>
        <w:br/>
        <w:t>vn 0.3428 -0.4454 -0.8271</w:t>
        <w:br/>
        <w:t>vn 0.4772 -0.5668 -0.6716</w:t>
        <w:br/>
        <w:t>vn 0.5801 -0.6658 -0.4693</w:t>
        <w:br/>
        <w:t>vn 0.6511 -0.5795 -0.4901</w:t>
        <w:br/>
        <w:t>vn 0.5759 -0.5361 -0.6172</w:t>
        <w:br/>
        <w:t>vn 0.7289 -0.6136 -0.3037</w:t>
        <w:br/>
        <w:t>vn 0.6650 -0.6965 -0.2696</w:t>
        <w:br/>
        <w:t>vn 0.6786 -0.4955 0.5423</w:t>
        <w:br/>
        <w:t>vn 0.4835 -0.6382 0.5992</w:t>
        <w:br/>
        <w:t>vn 0.6484 -0.5347 0.5420</w:t>
        <w:br/>
        <w:t>vn 0.3417 -0.5298 -0.7763</w:t>
        <w:br/>
        <w:t>vn 0.6585 -0.4804 -0.5794</w:t>
        <w:br/>
        <w:t>vn 0.8459 -0.5296 -0.0623</w:t>
        <w:br/>
        <w:t>vn 0.8101 -0.5502 0.2026</w:t>
        <w:br/>
        <w:t>vn 0.6910 -0.5623 0.4542</w:t>
        <w:br/>
        <w:t>vn 0.5253 -0.5497 0.6495</w:t>
        <w:br/>
        <w:t>vn 0.3679 -0.5206 0.7705</w:t>
        <w:br/>
        <w:t>vn 0.2077 -0.4950 0.8437</w:t>
        <w:br/>
        <w:t>vn 0.2625 -0.2966 -0.9182</w:t>
        <w:br/>
        <w:t>vn 0.4835 -0.4202 -0.7678</w:t>
        <w:br/>
        <w:t>vn 0.6085 -0.4845 -0.6285</w:t>
        <w:br/>
        <w:t>vn 0.6994 -0.5043 -0.5065</w:t>
        <w:br/>
        <w:t>vn 0.7885 -0.5173 -0.3327</w:t>
        <w:br/>
        <w:t>vn 0.6118 -0.5275 -0.5894</w:t>
        <w:br/>
        <w:t>vn 0.4376 -0.5027 0.7455</w:t>
        <w:br/>
        <w:t>vn 0.5108 -0.4082 0.7566</w:t>
        <w:br/>
        <w:t>vn 0.4356 -0.6398 -0.6332</w:t>
        <w:br/>
        <w:t>vn 0.5325 -0.4488 -0.7177</w:t>
        <w:br/>
        <w:t>vn 0.6352 0.7723 -0.0059</w:t>
        <w:br/>
        <w:t>vn 0.5188 0.7023 0.4874</w:t>
        <w:br/>
        <w:t>vn 0.8181 0.3193 0.4783</w:t>
        <w:br/>
        <w:t>vn 0.7118 0.1304 0.6901</w:t>
        <w:br/>
        <w:t>vn 0.7299 0.3130 0.6077</w:t>
        <w:br/>
        <w:t>vn 0.6318 0.5065 0.5867</w:t>
        <w:br/>
        <w:t>vn 0.5473 0.7462 0.3790</w:t>
        <w:br/>
        <w:t>vn 0.5176 0.3408 0.7848</w:t>
        <w:br/>
        <w:t>vn 0.4674 0.7432 0.4787</w:t>
        <w:br/>
        <w:t>vn 0.4242 0.3191 0.8474</w:t>
        <w:br/>
        <w:t>vn 0.4008 0.7180 0.5690</w:t>
        <w:br/>
        <w:t>vn 0.6702 0.2770 -0.6885</w:t>
        <w:br/>
        <w:t>vn 0.5876 0.4441 -0.6764</w:t>
        <w:br/>
        <w:t>vn 0.6320 0.6675 -0.3937</w:t>
        <w:br/>
        <w:t>vn 0.5402 0.6903 -0.4814</w:t>
        <w:br/>
        <w:t>vn 0.8210 0.1689 -0.5454</w:t>
        <w:br/>
        <w:t>vn 0.6920 0.1573 -0.7046</w:t>
        <w:br/>
        <w:t>vn 0.8188 0.3305 -0.4695</w:t>
        <w:br/>
        <w:t>vn 0.5187 0.7082 -0.4790</w:t>
        <w:br/>
        <w:t>vn 0.3049 0.7122 0.6323</w:t>
        <w:br/>
        <w:t>vn 0.2162 0.7041 0.6764</w:t>
        <w:br/>
        <w:t>vn 0.2501 0.7170 0.6507</w:t>
        <w:br/>
        <w:t>vn 0.5075 0.3079 0.8047</w:t>
        <w:br/>
        <w:t>vn 0.9847 0.1731 -0.0173</w:t>
        <w:br/>
        <w:t>vn 0.8335 0.4778 -0.2776</w:t>
        <w:br/>
        <w:t>vn 0.9847 0.1732 -0.0173</w:t>
        <w:br/>
        <w:t>vn 0.8334 0.4778 -0.2776</w:t>
        <w:br/>
        <w:t>vn 0.5208 0.1362 -0.8427</w:t>
        <w:br/>
        <w:t>vn 0.6692 0.6481 -0.3636</w:t>
        <w:br/>
        <w:t>vn 0.3256 0.4727 -0.8189</w:t>
        <w:br/>
        <w:t>vn 0.1661 0.7090 -0.6853</w:t>
        <w:br/>
        <w:t>vn 0.2108 0.7299 -0.6502</w:t>
        <w:br/>
        <w:t>vn 0.2750 0.7290 -0.6268</w:t>
        <w:br/>
        <w:t>vn 0.6562 0.1502 -0.7395</w:t>
        <w:br/>
        <w:t>vn 0.1207 0.6855 -0.7180</w:t>
        <w:br/>
        <w:t>vn 0.6006 0.1705 0.7811</w:t>
        <w:br/>
        <w:t>vn 0.6712 0.6949 0.2579</w:t>
        <w:br/>
        <w:t>vn 0.7278 0.3313 0.6004</w:t>
        <w:br/>
        <w:t>vn 0.6293 0.7202 0.2919</w:t>
        <w:br/>
        <w:t>vn 0.4643 0.6736 -0.5750</w:t>
        <w:br/>
        <w:t>vn 0.4548 0.2795 -0.8456</w:t>
        <w:br/>
        <w:t>vn -0.4156 0.5688 -0.7097</w:t>
        <w:br/>
        <w:t>vn -0.2017 0.2443 -0.9485</w:t>
        <w:br/>
        <w:t>vn 0.3714 -0.1830 -0.9103</w:t>
        <w:br/>
        <w:t>vn 0.4432 0.3010 0.8444</w:t>
        <w:br/>
        <w:t>vn -0.3580 0.5761 0.7348</w:t>
        <w:br/>
        <w:t>vn -0.1259 0.2488 0.9603</w:t>
        <w:br/>
        <w:t>vn -0.3580 0.5760 0.7349</w:t>
        <w:br/>
        <w:t>vn 0.4138 0.7106 0.5690</w:t>
        <w:br/>
        <w:t>vn 0.8542 0.4449 0.2690</w:t>
        <w:br/>
        <w:t>vn 0.9885 0.1513 0.0000</w:t>
        <w:br/>
        <w:t>vn -0.9916 -0.1293 -0.0079</w:t>
        <w:br/>
        <w:t>vn -0.3050 0.7122 0.6323</w:t>
        <w:br/>
        <w:t>vn -0.4837 -0.1451 0.8631</w:t>
        <w:br/>
        <w:t>vn -0.4070 0.7288 -0.5506</w:t>
        <w:br/>
        <w:t>vn -0.2751 0.7291 -0.6268</w:t>
        <w:br/>
        <w:t>vn -0.3380 0.7247 -0.6005</w:t>
        <w:br/>
        <w:t>vn -0.6920 0.1572 -0.7045</w:t>
        <w:br/>
        <w:t>vn -0.6860 -0.5136 0.5154</w:t>
        <w:br/>
        <w:t>vn -0.7020 -0.1560 -0.6948</w:t>
        <w:br/>
        <w:t>vn 0.0000 -0.4705 -0.8824</w:t>
        <w:br/>
        <w:t>vn -0.3284 -0.5006 -0.8010</w:t>
        <w:br/>
        <w:t>vn -0.1820 0.6899 0.7006</w:t>
        <w:br/>
        <w:t>vn -0.1329 -0.1311 0.9824</w:t>
        <w:br/>
        <w:t>vn 0.1259 0.2488 0.9603</w:t>
        <w:br/>
        <w:t>vn -0.0000 -0.4505 0.8928</w:t>
        <w:br/>
        <w:t>vn 0.0000 -0.1649 0.9863</w:t>
        <w:br/>
        <w:t>vn -0.9482 -0.1691 -0.2690</w:t>
        <w:br/>
        <w:t>vn 0.9240 -0.3822 -0.0076</w:t>
        <w:br/>
        <w:t>vn 0.9916 -0.1293 -0.0080</w:t>
        <w:br/>
        <w:t>vn 0.3050 0.7122 0.6323</w:t>
        <w:br/>
        <w:t>vn 0.4837 -0.1452 0.8631</w:t>
        <w:br/>
        <w:t>vn 0.4070 0.7288 -0.5507</w:t>
        <w:br/>
        <w:t>vn 0.3379 0.7247 -0.6005</w:t>
        <w:br/>
        <w:t>vn 0.2751 0.7290 -0.6268</w:t>
        <w:br/>
        <w:t>vn 0.6860 -0.5136 0.5154</w:t>
        <w:br/>
        <w:t>vn 0.7021 -0.1561 -0.6948</w:t>
        <w:br/>
        <w:t>vn 0.1820 0.6898 0.7007</w:t>
        <w:br/>
        <w:t>vn 0.1329 -0.1311 0.9824</w:t>
        <w:br/>
        <w:t>vn 0.4071 0.7288 -0.5506</w:t>
        <w:br/>
        <w:t>vn 0.9885 0.1512 0.0001</w:t>
        <w:br/>
        <w:t>vn -0.8333 -0.4213 -0.3579</w:t>
        <w:br/>
        <w:t>vn -0.7944 -0.4465 -0.4118</w:t>
        <w:br/>
        <w:t>vn -0.8737 -0.1442 -0.4646</w:t>
        <w:br/>
        <w:t>vn -0.8905 -0.1314 -0.4355</w:t>
        <w:br/>
        <w:t>vn 0.8128 -0.4053 0.4186</w:t>
        <w:br/>
        <w:t>vn 0.8914 0.0752 0.4469</w:t>
        <w:br/>
        <w:t>vn 0.8383 -0.3412 0.4252</w:t>
        <w:br/>
        <w:t>vn -0.5414 -0.8200 -0.1855</w:t>
        <w:br/>
        <w:t>vn -0.4795 -0.8390 -0.2572</w:t>
        <w:br/>
        <w:t>vn -0.4974 0.8282 -0.2582</w:t>
        <w:br/>
        <w:t>vn -0.7999 0.3938 -0.4528</w:t>
        <w:br/>
        <w:t>vn -0.7570 0.3920 -0.5228</w:t>
        <w:br/>
        <w:t>vn -0.4092 0.8313 -0.3762</w:t>
        <w:br/>
        <w:t>vn 0.1975 -0.9803 0.0049</w:t>
        <w:br/>
        <w:t>vn 0.1670 -0.9839 0.0637</w:t>
        <w:br/>
        <w:t>vn 0.7878 -0.4648 0.4041</w:t>
        <w:br/>
        <w:t>vn 0.0043 0.9992 0.0393</w:t>
        <w:br/>
        <w:t>vn 0.5086 0.7953 0.3299</w:t>
        <w:br/>
        <w:t>vn 0.4524 0.7866 0.4201</w:t>
        <w:br/>
        <w:t>vn -0.0907 0.9808 0.1728</w:t>
        <w:br/>
        <w:t>vn -0.8374 0.3930 -0.3799</w:t>
        <w:br/>
        <w:t>vn -0.8798 0.0366 -0.4739</w:t>
        <w:br/>
        <w:t>vn -0.8645 0.0313 -0.5016</w:t>
        <w:br/>
        <w:t>vn 0.8728 0.0857 0.4805</w:t>
        <w:br/>
        <w:t>vn 0.8236 0.2933 0.4855</w:t>
        <w:br/>
        <w:t>vn 0.8091 0.3781 0.4498</w:t>
        <w:br/>
        <w:t>vn -0.8558 -0.1568 -0.4930</w:t>
        <w:br/>
        <w:t>vn -0.7511 -0.4696 -0.4640</w:t>
        <w:br/>
        <w:t>vn 0.8873 0.0432 0.4592</w:t>
        <w:br/>
        <w:t>vn -0.4136 -0.8501 -0.3260</w:t>
        <w:br/>
        <w:t>vn -0.5741 0.8074 -0.1358</w:t>
        <w:br/>
        <w:t>vn 0.1350 -0.9831 0.1236</w:t>
        <w:br/>
        <w:t>vn 0.5589 0.7949 0.2359</w:t>
        <w:br/>
        <w:t>vn -0.8484 0.0261 -0.5288</w:t>
        <w:br/>
        <w:t>vn 0.8761 0.0453 0.4801</w:t>
        <w:br/>
        <w:t>vn 0.8806 0.1157 0.4596</w:t>
        <w:br/>
        <w:t>vn 0.8242 0.3676 0.4307</w:t>
        <w:br/>
        <w:t>vn 0.8806 0.1156 0.4596</w:t>
        <w:br/>
        <w:t>vn -0.8255 0.3666 -0.4291</w:t>
        <w:br/>
        <w:t>vn -0.8812 -0.1128 -0.4591</w:t>
        <w:br/>
        <w:t>vn 0.4156 0.8819 0.2223</w:t>
        <w:br/>
        <w:t>vn 0.5831 0.7511 0.3096</w:t>
        <w:br/>
        <w:t>vn 0.5827 0.7512 0.3101</w:t>
        <w:br/>
        <w:t>vn 0.4155 0.8820 0.2225</w:t>
        <w:br/>
        <w:t>vn 0.5387 -0.7917 0.2881</w:t>
        <w:br/>
        <w:t>vn 0.5388 -0.7917 0.2881</w:t>
        <w:br/>
        <w:t>vn 0.1871 -0.9794 0.0754</w:t>
        <w:br/>
        <w:t>vn -0.6027 0.7401 -0.2986</w:t>
        <w:br/>
        <w:t>vn -0.6026 0.7401 -0.2985</w:t>
        <w:br/>
        <w:t>vn -0.6535 -0.6316 -0.4171</w:t>
        <w:br/>
        <w:t>vn -0.6535 -0.6317 -0.4171</w:t>
        <w:br/>
        <w:t>vn -0.8040 -0.3463 -0.4835</w:t>
        <w:br/>
        <w:t>vn -0.8040 -0.3462 -0.4835</w:t>
        <w:br/>
        <w:t>vn 0.8685 0.0352 0.4945</w:t>
        <w:br/>
        <w:t>vn 0.8467 -0.2135 0.4873</w:t>
        <w:br/>
        <w:t>vn 0.8467 -0.2136 0.4873</w:t>
        <w:br/>
        <w:t>vn -0.8774 -0.0406 -0.4780</w:t>
        <w:br/>
        <w:t>vn 0.4650 -0.0965 -0.8800</w:t>
        <w:br/>
        <w:t>vn 0.5331 -0.0637 -0.8436</w:t>
        <w:br/>
        <w:t>vn 0.5332 -0.0637 -0.8436</w:t>
        <w:br/>
        <w:t>vn 0.6937 -0.1000 -0.7133</w:t>
        <w:br/>
        <w:t>vn 0.6490 -0.0473 -0.7593</w:t>
        <w:br/>
        <w:t>vn 0.4608 -0.1455 -0.8755</w:t>
        <w:br/>
        <w:t>vn -0.7482 -0.0853 0.6580</w:t>
        <w:br/>
        <w:t>vn -0.7482 -0.0853 0.6579</w:t>
        <w:br/>
        <w:t>vn -0.7110 0.0824 0.6983</w:t>
        <w:br/>
        <w:t>vn -0.5250 -0.0987 0.8454</w:t>
        <w:br/>
        <w:t>vn -0.5888 -0.1858 0.7866</w:t>
        <w:br/>
        <w:t>vn 0.6076 -0.0218 -0.7939</w:t>
        <w:br/>
        <w:t>vn 0.5649 0.0583 -0.8231</w:t>
        <w:br/>
        <w:t>vn 0.5907 0.0450 -0.8056</w:t>
        <w:br/>
        <w:t>vn 0.6076 -0.0218 -0.7940</w:t>
        <w:br/>
        <w:t>vn 0.4654 -0.0292 -0.8846</w:t>
        <w:br/>
        <w:t>vn 0.4239 0.0314 -0.9052</w:t>
        <w:br/>
        <w:t>vn -0.3883 -0.1051 0.9155</w:t>
        <w:br/>
        <w:t>vn -0.4433 -0.1403 0.8853</w:t>
        <w:br/>
        <w:t>vn -0.6405 -0.0811 0.7637</w:t>
        <w:br/>
        <w:t>vn -0.6655 -0.1261 0.7357</w:t>
        <w:br/>
        <w:t>vn -0.6654 -0.1261 0.7357</w:t>
        <w:br/>
        <w:t>vn -0.5143 -0.0414 0.8566</w:t>
        <w:br/>
        <w:t>vn -0.6492 -0.1847 0.7379</w:t>
        <w:br/>
        <w:t>vn -0.6491 -0.1847 0.7379</w:t>
        <w:br/>
        <w:t>vn -0.5888 -0.1859 0.7866</w:t>
        <w:br/>
        <w:t>vn 0.4767 0.0858 -0.8749</w:t>
        <w:br/>
        <w:t>vn 0.5218 0.1035 -0.8468</w:t>
        <w:br/>
        <w:t>vn 0.6024 -0.1801 -0.7776</w:t>
        <w:br/>
        <w:t>vn -0.4995 0.0776 0.8628</w:t>
        <w:br/>
        <w:t>vn -0.4319 0.0392 0.9011</w:t>
        <w:br/>
        <w:t>vn -0.5609 0.1465 0.8148</w:t>
        <w:br/>
        <w:t>vn -0.6470 -0.1651 0.7444</w:t>
        <w:br/>
        <w:t>vn 0.5507 -0.0225 -0.8344</w:t>
        <w:br/>
        <w:t>vn -0.8703 -0.0670 -0.4880</w:t>
        <w:br/>
        <w:t>vn -0.8799 -0.0580 -0.4717</w:t>
        <w:br/>
        <w:t>vn 0.8853 0.1012 0.4540</w:t>
        <w:br/>
        <w:t>vn -0.8603 -0.0760 -0.5041</w:t>
        <w:br/>
        <w:t>vn 0.8773 0.0705 0.4748</w:t>
        <w:br/>
        <w:t>vn -0.8859 -0.1005 -0.4528</w:t>
        <w:br/>
        <w:t>vn 0.5421 -0.0300 -0.8398</w:t>
        <w:br/>
        <w:t>vn 0.5719 -0.0440 -0.8192</w:t>
        <w:br/>
        <w:t>vn -0.4909 -0.1015 0.8653</w:t>
        <w:br/>
        <w:t>vn -0.5966 -0.1207 0.7934</w:t>
        <w:br/>
        <w:t>vn 0.7938 0.3173 0.5189</w:t>
        <w:br/>
        <w:t>vn 0.0982 0.9907 -0.0938</w:t>
        <w:br/>
        <w:t>vn 0.1350 -0.9831 0.1235</w:t>
        <w:br/>
        <w:t>vn 0.4589 -0.6033 -0.6523</w:t>
        <w:br/>
        <w:t>vn 0.4597 -0.5859 -0.6674</w:t>
        <w:br/>
        <w:t>vn 0.5362 -0.2639 -0.8018</w:t>
        <w:br/>
        <w:t>vn 0.5623 -0.2855 -0.7761</w:t>
        <w:br/>
        <w:t>vn -0.5728 0.1730 0.8012</w:t>
        <w:br/>
        <w:t>vn -0.5485 -0.0674 0.8334</w:t>
        <w:br/>
        <w:t>vn -0.6029 -0.0034 0.7978</w:t>
        <w:br/>
        <w:t>vn 0.0490 -0.9924 -0.1130</w:t>
        <w:br/>
        <w:t>vn 0.1149 -0.9880 -0.1029</w:t>
        <w:br/>
        <w:t>vn 0.4335 0.7722 -0.4645</w:t>
        <w:br/>
        <w:t>vn 0.3831 0.7746 -0.5032</w:t>
        <w:br/>
        <w:t>vn 0.6100 0.3504 -0.7107</w:t>
        <w:br/>
        <w:t>vn 0.6022 0.3423 -0.7213</w:t>
        <w:br/>
        <w:t>vn -0.4480 -0.6940 0.5635</w:t>
        <w:br/>
        <w:t>vn -0.0177 -0.9923 -0.1227</w:t>
        <w:br/>
        <w:t>vn -0.5361 -0.6604 0.5259</w:t>
        <w:br/>
        <w:t>vn -0.2176 0.7498 0.6249</w:t>
        <w:br/>
        <w:t>vn -0.3485 0.7627 0.5449</w:t>
        <w:br/>
        <w:t>vn 0.0315 0.9968 0.0741</w:t>
        <w:br/>
        <w:t>vn 0.1408 0.9778 0.1550</w:t>
        <w:br/>
        <w:t>vn 0.5941 0.3340 -0.7318</w:t>
        <w:br/>
        <w:t>vn 0.6208 0.1208 -0.7746</w:t>
        <w:br/>
        <w:t>vn 0.5877 0.0995 -0.8029</w:t>
        <w:br/>
        <w:t>vn -0.6214 0.1081 0.7760</w:t>
        <w:br/>
        <w:t>vn -0.5615 0.3111 0.7668</w:t>
        <w:br/>
        <w:t>vn -0.5791 0.0959 0.8096</w:t>
        <w:br/>
        <w:t>vn 0.4580 -0.6203 -0.6368</w:t>
        <w:br/>
        <w:t>vn 0.5874 -0.3066 -0.7490</w:t>
        <w:br/>
        <w:t>vn -0.6563 -0.0170 0.7543</w:t>
        <w:br/>
        <w:t>vn -0.5982 0.1819 0.7804</w:t>
        <w:br/>
        <w:t>vn 0.4821 0.7667 -0.4240</w:t>
        <w:br/>
        <w:t>vn -0.3549 -0.7206 0.5956</w:t>
        <w:br/>
        <w:t>vn -0.6440 0.3441 0.6833</w:t>
        <w:br/>
        <w:t>vn -0.4720 0.7575 0.4510</w:t>
        <w:br/>
        <w:t>vn 0.6525 0.1418 -0.7444</w:t>
        <w:br/>
        <w:t>vn -0.4502 0.3348 0.8278</w:t>
        <w:br/>
        <w:t>vn -0.5005 0.5530 0.6661</w:t>
        <w:br/>
        <w:t>vn -0.5879 0.2509 0.7691</w:t>
        <w:br/>
        <w:t>vn -0.5878 0.2509 0.7691</w:t>
        <w:br/>
        <w:t>vn -0.5004 0.5530 0.6661</w:t>
        <w:br/>
        <w:t>vn 0.5532 -0.2204 -0.8034</w:t>
        <w:br/>
        <w:t>vn 0.5596 -0.1943 -0.8057</w:t>
        <w:br/>
        <w:t>vn 0.5596 -0.1942 -0.8057</w:t>
        <w:br/>
        <w:t>vn -0.1997 -0.9730 0.1154</w:t>
        <w:br/>
        <w:t>vn -0.4510 -0.7575 0.4720</w:t>
        <w:br/>
        <w:t>vn -0.4510 -0.7574 0.4721</w:t>
        <w:br/>
        <w:t>vn 0.4595 -0.5946 -0.6598</w:t>
        <w:br/>
        <w:t>vn 0.4596 -0.5946 -0.6597</w:t>
        <w:br/>
        <w:t>vn 0.5702 -0.3032 -0.7635</w:t>
        <w:br/>
        <w:t>vn 0.5701 -0.3032 -0.7635</w:t>
        <w:br/>
        <w:t>vn -0.6042 -0.2596 0.7534</w:t>
        <w:br/>
        <w:t>vn -0.6055 -0.1536 0.7809</w:t>
        <w:br/>
        <w:t>vn -0.6055 -0.1536 0.7808</w:t>
        <w:br/>
        <w:t>vn 0.6085 -0.0137 -0.7935</w:t>
        <w:br/>
        <w:t>vn 0.6085 -0.0136 -0.7935</w:t>
        <w:br/>
        <w:t>vn 0.2584 0.9210 -0.2915</w:t>
        <w:br/>
        <w:t>vn 0.2585 0.9210 -0.2915</w:t>
        <w:br/>
        <w:t>vn -0.7777 0.0256 -0.6281</w:t>
        <w:br/>
        <w:t>vn -0.7795 -0.0145 -0.6263</w:t>
        <w:br/>
        <w:t>vn -0.7795 -0.0146 -0.6263</w:t>
        <w:br/>
        <w:t>vn -0.7777 0.0256 -0.6282</w:t>
        <w:br/>
        <w:t>vn -0.9067 0.0183 -0.4215</w:t>
        <w:br/>
        <w:t>vn -0.8459 0.0647 -0.5294</w:t>
        <w:br/>
        <w:t>vn -0.8895 -0.0201 -0.4564</w:t>
        <w:br/>
        <w:t>vn -0.8154 -0.0757 -0.5739</w:t>
        <w:br/>
        <w:t>vn 0.8233 -0.0968 0.5593</w:t>
        <w:br/>
        <w:t>vn 0.8079 -0.1556 0.5684</w:t>
        <w:br/>
        <w:t>vn 0.8232 -0.0968 0.5594</w:t>
        <w:br/>
        <w:t>vn 0.6776 -0.1031 0.7282</w:t>
        <w:br/>
        <w:t>vn 0.7264 -0.2131 0.6533</w:t>
        <w:br/>
        <w:t>vn 0.7202 -0.1810 0.6698</w:t>
        <w:br/>
        <w:t>vn -0.8497 0.0686 -0.5227</w:t>
        <w:br/>
        <w:t>vn -0.8473 0.0861 -0.5241</w:t>
        <w:br/>
        <w:t>vn -0.8400 0.0757 -0.5372</w:t>
        <w:br/>
        <w:t>vn -0.8179 0.0507 -0.5731</w:t>
        <w:br/>
        <w:t>vn -0.8059 0.0607 -0.5889</w:t>
        <w:br/>
        <w:t>vn 0.6874 -0.1244 0.7156</w:t>
        <w:br/>
        <w:t>vn 0.6790 -0.1859 0.7102</w:t>
        <w:br/>
        <w:t>vn 0.8045 -0.1808 0.5658</w:t>
        <w:br/>
        <w:t>vn 0.8096 -0.1638 0.5636</w:t>
        <w:br/>
        <w:t>vn 0.7344 -0.1366 0.6648</w:t>
        <w:br/>
        <w:t>vn -0.8296 0.0623 -0.5549</w:t>
        <w:br/>
        <w:t>vn -0.8094 0.0628 -0.5838</w:t>
        <w:br/>
        <w:t>vn -0.8094 0.0628 -0.5839</w:t>
        <w:br/>
        <w:t>vn -0.8951 -0.0675 -0.4408</w:t>
        <w:br/>
        <w:t>vn 0.8006 -0.0181 0.5990</w:t>
        <w:br/>
        <w:t>vn 0.7393 -0.0135 0.6733</w:t>
        <w:br/>
        <w:t>vn 0.7767 -0.0306 0.6291</w:t>
        <w:br/>
        <w:t>vn 0.8133 -0.1819 0.5527</w:t>
        <w:br/>
        <w:t>vn -0.8091 0.0539 -0.5852</w:t>
        <w:br/>
        <w:t>vn -0.8091 0.0540 -0.5852</w:t>
        <w:br/>
        <w:t>vn -0.5939 0.1124 0.7966</w:t>
        <w:br/>
        <w:t>vn 0.5824 -0.1083 -0.8057</w:t>
        <w:br/>
        <w:t>vn -0.7978 0.0640 -0.5994</w:t>
        <w:br/>
        <w:t>vn -0.7978 0.0640 -0.5995</w:t>
        <w:br/>
        <w:t>vn 0.7375 -0.1674 0.6543</w:t>
        <w:br/>
        <w:t>vn 0.7375 -0.1674 0.6542</w:t>
        <w:br/>
        <w:t>vn -0.3583 0.7946 0.4902</w:t>
        <w:br/>
        <w:t>vn 0.8012 -0.2397 0.5483</w:t>
        <w:br/>
        <w:t>vn -0.0783 0.9969 -0.0082</w:t>
        <w:br/>
        <w:t>vn -0.4726 -0.2741 0.8376</w:t>
        <w:br/>
        <w:t>vn -0.4737 -0.2800 0.8350</w:t>
        <w:br/>
        <w:t>vn -0.4257 -0.5092 0.7480</w:t>
        <w:br/>
        <w:t>vn -0.4414 -0.5076 0.7400</w:t>
        <w:br/>
        <w:t>vn 0.5310 -0.0407 -0.8464</w:t>
        <w:br/>
        <w:t>vn 0.5220 0.2039 -0.8282</w:t>
        <w:br/>
        <w:t>vn 0.4799 0.1883 -0.8569</w:t>
        <w:br/>
        <w:t>vn -0.3081 -0.8480 0.4312</w:t>
        <w:br/>
        <w:t>vn -0.2593 -0.8499 0.4587</w:t>
        <w:br/>
        <w:t>vn -0.3199 0.4776 0.8183</w:t>
        <w:br/>
        <w:t>vn -0.3683 0.4856 0.7928</w:t>
        <w:br/>
        <w:t>vn -0.1540 0.9054 0.3956</w:t>
        <w:br/>
        <w:t>vn -0.0609 0.8969 0.4381</w:t>
        <w:br/>
        <w:t>vn 0.0647 -0.9967 0.0483</w:t>
        <w:br/>
        <w:t>vn 0.4304 -0.7365 -0.5219</w:t>
        <w:br/>
        <w:t>vn 0.3429 -0.7659 -0.5439</w:t>
        <w:br/>
        <w:t>vn -0.0095 -0.9997 0.0235</w:t>
        <w:br/>
        <w:t>vn 0.0997 0.9771 -0.1880</w:t>
        <w:br/>
        <w:t>vn 0.0269 0.9782 -0.2058</w:t>
        <w:br/>
        <w:t>vn 0.2833 0.6679 -0.6882</w:t>
        <w:br/>
        <w:t>vn 0.3202 0.6462 -0.6927</w:t>
        <w:br/>
        <w:t>vn -0.4396 0.1988 0.8759</w:t>
        <w:br/>
        <w:t>vn -0.4154 0.4921 0.7650</w:t>
        <w:br/>
        <w:t>vn -0.4350 0.1874 0.8807</w:t>
        <w:br/>
        <w:t>vn 0.4304 0.1345 -0.8926</w:t>
        <w:br/>
        <w:t>vn 0.4439 -0.0194 -0.8958</w:t>
        <w:br/>
        <w:t>vn 0.4353 0.1637 -0.8853</w:t>
        <w:br/>
        <w:t>vn -0.4748 -0.2857 0.8324</w:t>
        <w:br/>
        <w:t>vn -0.4099 -0.5107 0.7558</w:t>
        <w:br/>
        <w:t>vn 0.6047 -0.0593 -0.7942</w:t>
        <w:br/>
        <w:t>vn -0.2096 -0.8492 0.4848</w:t>
        <w:br/>
        <w:t>vn -0.2455 0.9044 0.3490</w:t>
        <w:br/>
        <w:t>vn 0.4575 -0.1357 -0.8788</w:t>
        <w:br/>
        <w:t>vn 0.2533 -0.7882 -0.5609</w:t>
        <w:br/>
        <w:t>vn 0.3565 0.6234 -0.6959</w:t>
        <w:br/>
        <w:t>vn -0.4303 0.1759 0.8854</w:t>
        <w:br/>
        <w:t>vn 0.4164 0.1922 -0.8886</w:t>
        <w:br/>
        <w:t>vn 0.4449 -0.0195 -0.8954</w:t>
        <w:br/>
        <w:t>vn -0.4832 -0.2200 0.8474</w:t>
        <w:br/>
        <w:t>vn -0.4999 0.1496 0.8530</w:t>
        <w:br/>
        <w:t>vn 0.0443 0.9929 -0.1100</w:t>
        <w:br/>
        <w:t>vn -0.0143 -0.9990 0.0415</w:t>
        <w:br/>
        <w:t>vn -0.0143 -0.9990 0.0416</w:t>
        <w:br/>
        <w:t>vn 0.1765 -0.9099 -0.3754</w:t>
        <w:br/>
        <w:t>vn 0.1766 -0.9099 -0.3755</w:t>
        <w:br/>
        <w:t>vn -0.4345 0.5213 0.7345</w:t>
        <w:br/>
        <w:t>vn -0.4237 -0.1617 0.8913</w:t>
        <w:br/>
        <w:t>vn -0.4236 -0.1617 0.8913</w:t>
        <w:br/>
        <w:t>vn -0.3864 -0.3728 0.8436</w:t>
        <w:br/>
        <w:t>vn -0.4535 0.0313 0.8907</w:t>
        <w:br/>
        <w:t>vn 0.8224 -0.0394 0.5675</w:t>
        <w:br/>
        <w:t>vn 0.8171 -0.0203 0.5762</w:t>
        <w:br/>
        <w:t>vn 0.8170 -0.0202 0.5762</w:t>
        <w:br/>
        <w:t>vn 0.8595 -0.0175 0.5108</w:t>
        <w:br/>
        <w:t>vn 0.8844 -0.0094 0.4666</w:t>
        <w:br/>
        <w:t>vn 0.8450 -0.0545 0.5320</w:t>
        <w:br/>
        <w:t>vn 0.8450 -0.0545 0.5319</w:t>
        <w:br/>
        <w:t>vn -0.9223 0.1259 -0.3655</w:t>
        <w:br/>
        <w:t>vn -0.9420 0.0327 -0.3340</w:t>
        <w:br/>
        <w:t>vn -0.8295 -0.1505 -0.5379</w:t>
        <w:br/>
        <w:t>vn -0.8389 -0.1689 -0.5175</w:t>
        <w:br/>
        <w:t>vn -0.8706 -0.1272 -0.4752</w:t>
        <w:br/>
        <w:t>vn 0.8989 0.1848 0.3972</w:t>
        <w:br/>
        <w:t>vn 0.9186 -0.0241 0.3945</w:t>
        <w:br/>
        <w:t>vn 0.9264 0.1396 0.3497</w:t>
        <w:br/>
        <w:t>vn 0.7444 -0.0595 0.6650</w:t>
        <w:br/>
        <w:t>vn 0.7444 -0.0595 0.6651</w:t>
        <w:br/>
        <w:t>vn 0.7246 0.0739 0.6852</w:t>
        <w:br/>
        <w:t>vn -0.8388 -0.0820 -0.5382</w:t>
        <w:br/>
        <w:t>vn -0.8750 -0.0828 -0.4769</w:t>
        <w:br/>
        <w:t>vn -0.8858 -0.1157 -0.4493</w:t>
        <w:br/>
        <w:t>vn -0.8858 -0.1157 -0.4494</w:t>
        <w:br/>
        <w:t>vn -0.8815 -0.0980 -0.4620</w:t>
        <w:br/>
        <w:t>vn -0.9070 -0.1311 -0.4003</w:t>
        <w:br/>
        <w:t>vn -0.8735 -0.1694 -0.4564</w:t>
        <w:br/>
        <w:t>vn -0.8388 -0.1922 -0.5095</w:t>
        <w:br/>
        <w:t>vn 0.8719 0.2428 0.4254</w:t>
        <w:br/>
        <w:t>vn 0.7673 0.2410 0.5943</w:t>
        <w:br/>
        <w:t>vn 0.7672 0.2410 0.5944</w:t>
        <w:br/>
        <w:t>vn 0.8737 -0.0162 0.4861</w:t>
        <w:br/>
        <w:t>vn 0.8656 -0.0271 0.5001</w:t>
        <w:br/>
        <w:t>vn 0.8792 0.0009 0.4765</w:t>
        <w:br/>
        <w:t>vn -0.8622 0.0618 -0.5028</w:t>
        <w:br/>
        <w:t>vn -0.8734 0.1364 -0.4676</w:t>
        <w:br/>
        <w:t>vn -0.8449 0.0226 -0.5344</w:t>
        <w:br/>
        <w:t>vn -0.9269 -0.0467 -0.3723</w:t>
        <w:br/>
        <w:t>vn 0.8525 -0.0913 0.5147</w:t>
        <w:br/>
        <w:t>vn 0.4699 0.0907 -0.8781</w:t>
        <w:br/>
        <w:t>vn -0.4749 -0.0950 0.8749</w:t>
        <w:br/>
        <w:t>vn -0.4750 -0.0949 0.8749</w:t>
        <w:br/>
        <w:t>vn 0.8264 -0.0392 0.5617</w:t>
        <w:br/>
        <w:t>vn 0.8265 -0.0392 0.5616</w:t>
        <w:br/>
        <w:t>vn -0.9043 -0.1102 -0.4124</w:t>
        <w:br/>
        <w:t>vn -0.0831 -0.9965 -0.0013</w:t>
        <w:br/>
        <w:t>vn 0.1726 0.9704 -0.1689</w:t>
        <w:br/>
        <w:t>vn 0.3288 -0.6221 -0.7105</w:t>
        <w:br/>
        <w:t>vn 0.3288 -0.6221 -0.7106</w:t>
        <w:br/>
        <w:t>vn 0.4726 -0.2742 0.8375</w:t>
        <w:br/>
        <w:t>vn 0.4414 -0.5076 0.7400</w:t>
        <w:br/>
        <w:t>vn 0.4257 -0.5092 0.7480</w:t>
        <w:br/>
        <w:t>vn 0.4737 -0.2800 0.8350</w:t>
        <w:br/>
        <w:t>vn -0.5310 -0.0407 -0.8464</w:t>
        <w:br/>
        <w:t>vn -0.4799 0.1883 -0.8569</w:t>
        <w:br/>
        <w:t>vn -0.5221 0.2039 -0.8282</w:t>
        <w:br/>
        <w:t>vn 0.3081 -0.8480 0.4312</w:t>
        <w:br/>
        <w:t>vn 0.2596 -0.8499 0.4585</w:t>
        <w:br/>
        <w:t>vn 0.3199 0.4776 0.8183</w:t>
        <w:br/>
        <w:t>vn 0.0610 0.8969 0.4381</w:t>
        <w:br/>
        <w:t>vn 0.1541 0.9054 0.3957</w:t>
        <w:br/>
        <w:t>vn 0.3683 0.4856 0.7928</w:t>
        <w:br/>
        <w:t>vn -0.0647 -0.9967 0.0483</w:t>
        <w:br/>
        <w:t>vn 0.0095 -0.9997 0.0235</w:t>
        <w:br/>
        <w:t>vn -0.3429 -0.7659 -0.5439</w:t>
        <w:br/>
        <w:t>vn -0.4301 -0.7365 -0.5221</w:t>
        <w:br/>
        <w:t>vn -0.2833 0.6679 -0.6882</w:t>
        <w:br/>
        <w:t>vn -0.0270 0.9782 -0.2058</w:t>
        <w:br/>
        <w:t>vn -0.0997 0.9771 -0.1880</w:t>
        <w:br/>
        <w:t>vn -0.3202 0.6462 -0.6927</w:t>
        <w:br/>
        <w:t>vn 0.4396 0.1988 0.8759</w:t>
        <w:br/>
        <w:t>vn 0.4350 0.1874 0.8807</w:t>
        <w:br/>
        <w:t>vn 0.4154 0.4921 0.7650</w:t>
        <w:br/>
        <w:t>vn -0.4304 0.1345 -0.8926</w:t>
        <w:br/>
        <w:t>vn -0.4353 0.1637 -0.8853</w:t>
        <w:br/>
        <w:t>vn -0.4439 -0.0194 -0.8958</w:t>
        <w:br/>
        <w:t>vn 0.4099 -0.5107 0.7558</w:t>
        <w:br/>
        <w:t>vn 0.4748 -0.2858 0.8324</w:t>
        <w:br/>
        <w:t>vn -0.6047 -0.0593 -0.7942</w:t>
        <w:br/>
        <w:t>vn 0.2096 -0.8492 0.4848</w:t>
        <w:br/>
        <w:t>vn 0.2455 0.9044 0.3490</w:t>
        <w:br/>
        <w:t>vn -0.2533 -0.7882 -0.5609</w:t>
        <w:br/>
        <w:t>vn -0.4575 -0.1357 -0.8788</w:t>
        <w:br/>
        <w:t>vn -0.3565 0.6234 -0.6959</w:t>
        <w:br/>
        <w:t>vn 0.4303 0.1759 0.8854</w:t>
        <w:br/>
        <w:t>vn -0.4449 -0.0196 -0.8954</w:t>
        <w:br/>
        <w:t>vn -0.4164 0.1922 -0.8886</w:t>
        <w:br/>
        <w:t>vn 0.4832 -0.2200 0.8474</w:t>
        <w:br/>
        <w:t>vn 0.4999 0.1496 0.8530</w:t>
        <w:br/>
        <w:t>vn 0.5000 0.1496 0.8530</w:t>
        <w:br/>
        <w:t>vn -0.0443 0.9929 -0.1100</w:t>
        <w:br/>
        <w:t>vn -0.1765 -0.9099 -0.3754</w:t>
        <w:br/>
        <w:t>vn 0.0143 -0.9990 0.0416</w:t>
        <w:br/>
        <w:t>vn 0.0143 -0.9990 0.0415</w:t>
        <w:br/>
        <w:t>vn -0.1766 -0.9099 -0.3755</w:t>
        <w:br/>
        <w:t>vn 0.4345 0.5213 0.7345</w:t>
        <w:br/>
        <w:t>vn 0.3864 -0.3728 0.8436</w:t>
        <w:br/>
        <w:t>vn 0.4237 -0.1617 0.8913</w:t>
        <w:br/>
        <w:t>vn 0.4535 0.0313 0.8907</w:t>
        <w:br/>
        <w:t>vn -0.8171 -0.0203 0.5762</w:t>
        <w:br/>
        <w:t>vn -0.8224 -0.0394 0.5675</w:t>
        <w:br/>
        <w:t>vn -0.8170 -0.0203 0.5762</w:t>
        <w:br/>
        <w:t>vn -0.8844 -0.0094 0.4666</w:t>
        <w:br/>
        <w:t>vn -0.8595 -0.0175 0.5108</w:t>
        <w:br/>
        <w:t>vn -0.8450 -0.0545 0.5319</w:t>
        <w:br/>
        <w:t>vn -0.8450 -0.0545 0.5320</w:t>
        <w:br/>
        <w:t>vn 0.9223 0.1259 -0.3655</w:t>
        <w:br/>
        <w:t>vn 0.9420 0.0327 -0.3340</w:t>
        <w:br/>
        <w:t>vn 0.8706 -0.1272 -0.4752</w:t>
        <w:br/>
        <w:t>vn 0.8389 -0.1689 -0.5175</w:t>
        <w:br/>
        <w:t>vn 0.8295 -0.1505 -0.5379</w:t>
        <w:br/>
        <w:t>vn -0.8989 0.1848 0.3973</w:t>
        <w:br/>
        <w:t>vn -0.9264 0.1396 0.3497</w:t>
        <w:br/>
        <w:t>vn -0.9186 -0.0241 0.3945</w:t>
        <w:br/>
        <w:t>vn -0.7444 -0.0595 0.6650</w:t>
        <w:br/>
        <w:t>vn -0.7246 0.0739 0.6852</w:t>
        <w:br/>
        <w:t>vn -0.7444 -0.0595 0.6651</w:t>
        <w:br/>
        <w:t>vn 0.8750 -0.0828 -0.4769</w:t>
        <w:br/>
        <w:t>vn 0.8388 -0.0820 -0.5382</w:t>
        <w:br/>
        <w:t>vn 0.8815 -0.0980 -0.4620</w:t>
        <w:br/>
        <w:t>vn 0.8858 -0.1156 -0.4494</w:t>
        <w:br/>
        <w:t>vn 0.8858 -0.1157 -0.4493</w:t>
        <w:br/>
        <w:t>vn 0.9070 -0.1311 -0.4003</w:t>
        <w:br/>
        <w:t>vn 0.8388 -0.1922 -0.5094</w:t>
        <w:br/>
        <w:t>vn 0.8735 -0.1694 -0.4564</w:t>
        <w:br/>
        <w:t>vn -0.7672 0.2410 0.5944</w:t>
        <w:br/>
        <w:t>vn -0.7673 0.2410 0.5943</w:t>
        <w:br/>
        <w:t>vn -0.8719 0.2428 0.4254</w:t>
        <w:br/>
        <w:t>vn -0.8737 -0.0162 0.4861</w:t>
        <w:br/>
        <w:t>vn -0.8792 0.0009 0.4765</w:t>
        <w:br/>
        <w:t>vn -0.8656 -0.0271 0.5001</w:t>
        <w:br/>
        <w:t>vn 0.8622 0.0618 -0.5028</w:t>
        <w:br/>
        <w:t>vn 0.8449 0.0226 -0.5344</w:t>
        <w:br/>
        <w:t>vn 0.8734 0.1364 -0.4676</w:t>
        <w:br/>
        <w:t>vn 0.9269 -0.0467 -0.3723</w:t>
        <w:br/>
        <w:t>vn -0.8525 -0.0913 0.5147</w:t>
        <w:br/>
        <w:t>vn -0.4699 0.0906 -0.8781</w:t>
        <w:br/>
        <w:t>vn -0.4699 0.0907 -0.8781</w:t>
        <w:br/>
        <w:t>vn 0.4749 -0.0950 0.8749</w:t>
        <w:br/>
        <w:t>vn 0.4750 -0.0949 0.8749</w:t>
        <w:br/>
        <w:t>vn -0.8264 -0.0392 0.5617</w:t>
        <w:br/>
        <w:t>vn -0.8265 -0.0392 0.5616</w:t>
        <w:br/>
        <w:t>vn 0.9043 -0.1102 -0.4124</w:t>
        <w:br/>
        <w:t>vn 0.0831 -0.9965 -0.0013</w:t>
        <w:br/>
        <w:t>vn -0.1726 0.9704 -0.1689</w:t>
        <w:br/>
        <w:t>vn -0.3288 -0.6221 -0.7106</w:t>
        <w:br/>
        <w:t>vn -0.3288 -0.6222 -0.7105</w:t>
        <w:br/>
        <w:t>vn -0.0000 -0.2371 0.9715</w:t>
        <w:br/>
        <w:t>vn 0.1522 -0.2437 0.9578</w:t>
        <w:br/>
        <w:t>vn 0.1455 -0.3125 0.9387</w:t>
        <w:br/>
        <w:t>vn -0.0000 -0.3086 0.9512</w:t>
        <w:br/>
        <w:t>vn 0.3213 -0.2627 0.9098</w:t>
        <w:br/>
        <w:t>vn 0.3072 -0.3259 0.8941</w:t>
        <w:br/>
        <w:t>vn 0.6649 -0.3204 0.6747</w:t>
        <w:br/>
        <w:t>vn 0.6553 -0.3566 0.6659</w:t>
        <w:br/>
        <w:t>vn 0.4857 -0.3444 0.8034</w:t>
        <w:br/>
        <w:t>vn 0.5017 -0.2943 0.8134</w:t>
        <w:br/>
        <w:t>vn 0.6351 -0.4187 0.6491</w:t>
        <w:br/>
        <w:t>vn 0.4627 -0.4048 0.7887</w:t>
        <w:br/>
        <w:t>vn 0.2950 -0.4008 0.8674</w:t>
        <w:br/>
        <w:t>vn 0.1375 -0.4017 0.9054</w:t>
        <w:br/>
        <w:t>vn 0.0003 -0.3991 0.9169</w:t>
        <w:br/>
        <w:t>vn 0.5938 -0.5194 0.6145</w:t>
        <w:br/>
        <w:t>vn 0.4293 -0.4957 0.7550</w:t>
        <w:br/>
        <w:t>vn 0.2894 -0.4848 0.8254</w:t>
        <w:br/>
        <w:t>vn 0.1393 -0.5235 0.8406</w:t>
        <w:br/>
        <w:t>vn 0.0009 -0.5450 0.8385</w:t>
        <w:br/>
        <w:t>vn 0.9532 -0.2866 0.0966</w:t>
        <w:br/>
        <w:t>vn 0.9400 -0.3267 0.0980</w:t>
        <w:br/>
        <w:t>vn 0.8944 -0.3303 0.3016</w:t>
        <w:br/>
        <w:t>vn 0.9046 -0.2840 0.3177</w:t>
        <w:br/>
        <w:t>vn 0.6554 -0.3566 0.6659</w:t>
        <w:br/>
        <w:t>vn 0.6650 -0.3204 0.6747</w:t>
        <w:br/>
        <w:t>vn 0.8088 -0.3101 0.4997</w:t>
        <w:br/>
        <w:t>vn 0.7998 -0.3512 0.4867</w:t>
        <w:br/>
        <w:t>vn -0.0000 -0.1476 -0.9890</w:t>
        <w:br/>
        <w:t>vn -0.0000 -0.2488 -0.9685</w:t>
        <w:br/>
        <w:t>vn 0.1218 -0.2570 -0.9587</w:t>
        <w:br/>
        <w:t>vn 0.1321 -0.1634 -0.9777</w:t>
        <w:br/>
        <w:t>vn 0.2374 -0.2805 -0.9300</w:t>
        <w:br/>
        <w:t>vn 0.2515 -0.1944 -0.9481</w:t>
        <w:br/>
        <w:t>vn 0.9417 -0.3078 -0.1358</w:t>
        <w:br/>
        <w:t>vn 0.9263 -0.3571 -0.1200</w:t>
        <w:br/>
        <w:t>vn 0.8799 -0.3126 -0.3579</w:t>
        <w:br/>
        <w:t>vn 0.7588 -0.2949 -0.5808</w:t>
        <w:br/>
        <w:t>vn 0.7345 -0.3692 -0.5694</w:t>
        <w:br/>
        <w:t>vn 0.8562 -0.3807 -0.3493</w:t>
        <w:br/>
        <w:t>vn 0.3828 -0.2254 -0.8959</w:t>
        <w:br/>
        <w:t>vn 0.3672 -0.3097 -0.8771</w:t>
        <w:br/>
        <w:t>vn 0.5669 -0.2647 -0.7801</w:t>
        <w:br/>
        <w:t>vn 0.5500 -0.3444 -0.7608</w:t>
        <w:br/>
        <w:t>vn 0.9195 -0.3804 0.0991</w:t>
        <w:br/>
        <w:t>vn 0.8794 -0.3915 0.2709</w:t>
        <w:br/>
        <w:t>vn 0.7836 -0.4166 0.4608</w:t>
        <w:br/>
        <w:t>vn 0.9100 -0.4036 -0.0952</w:t>
        <w:br/>
        <w:t>vn 0.2154 -0.3817 -0.8988</w:t>
        <w:br/>
        <w:t>vn 0.3446 -0.4032 -0.8477</w:t>
        <w:br/>
        <w:t>vn 0.8369 -0.4306 -0.3378</w:t>
        <w:br/>
        <w:t>vn 0.5321 -0.4292 -0.7298</w:t>
        <w:br/>
        <w:t>vn 0.7124 -0.4362 -0.5497</w:t>
        <w:br/>
        <w:t>vn 0.0000 -0.3630 -0.9318</w:t>
        <w:br/>
        <w:t>vn 0.1075 -0.3664 -0.9242</w:t>
        <w:br/>
        <w:t>vn 0.8758 -0.4734 0.0937</w:t>
        <w:br/>
        <w:t>vn 0.8416 -0.4851 0.2373</w:t>
        <w:br/>
        <w:t>vn 0.7481 -0.5135 0.4203</w:t>
        <w:br/>
        <w:t>vn 0.5939 -0.5194 0.6144</w:t>
        <w:br/>
        <w:t>vn 0.8730 -0.4808 -0.0812</w:t>
        <w:br/>
        <w:t>vn 0.5224 -0.4982 -0.6921</w:t>
        <w:br/>
        <w:t>vn 0.6959 -0.4996 -0.5159</w:t>
        <w:br/>
        <w:t>vn 0.1047 -0.4479 -0.8879</w:t>
        <w:br/>
        <w:t>vn 0.1992 -0.4588 -0.8659</w:t>
        <w:br/>
        <w:t>vn 0.8100 -0.4924 -0.3186</w:t>
        <w:br/>
        <w:t>vn 0.3306 -0.4781 -0.8137</w:t>
        <w:br/>
        <w:t>vn 0.0000 -0.4515 -0.8923</w:t>
        <w:br/>
        <w:t>vn 0.5585 -0.5903 0.5828</w:t>
        <w:br/>
        <w:t>vn 0.3981 -0.5711 0.7178</w:t>
        <w:br/>
        <w:t>vn 0.2787 -0.5526 0.7855</w:t>
        <w:br/>
        <w:t>vn 0.1956 -0.5458 0.8148</w:t>
        <w:br/>
        <w:t>vn 0.0003 -0.6073 0.7944</w:t>
        <w:br/>
        <w:t>vn 0.8316 -0.5484 0.0877</w:t>
        <w:br/>
        <w:t>vn 0.8008 -0.5588 0.2156</w:t>
        <w:br/>
        <w:t>vn 0.7138 -0.5822 0.3893</w:t>
        <w:br/>
        <w:t>vn 0.8277 -0.5562 -0.0752</w:t>
        <w:br/>
        <w:t>vn 0.5074 -0.5570 -0.6575</w:t>
        <w:br/>
        <w:t>vn 0.6685 -0.5647 -0.4839</w:t>
        <w:br/>
        <w:t>vn 0.0000 -0.5216 -0.8532</w:t>
        <w:br/>
        <w:t>vn 0.1043 -0.5092 -0.8543</w:t>
        <w:br/>
        <w:t>vn 0.7682 -0.5666 -0.2980</w:t>
        <w:br/>
        <w:t>vn 0.3192 -0.5390 -0.7795</w:t>
        <w:br/>
        <w:t>vn 0.1871 -0.5164 -0.8356</w:t>
        <w:br/>
        <w:t>vn -0.1455 -0.3125 0.9387</w:t>
        <w:br/>
        <w:t>vn -0.1522 -0.2437 0.9578</w:t>
        <w:br/>
        <w:t>vn -0.3074 -0.3257 0.8941</w:t>
        <w:br/>
        <w:t>vn -0.3213 -0.2627 0.9098</w:t>
        <w:br/>
        <w:t>vn -0.4860 -0.3440 0.8035</w:t>
        <w:br/>
        <w:t>vn -0.6554 -0.3561 0.6661</w:t>
        <w:br/>
        <w:t>vn -0.6649 -0.3204 0.6747</w:t>
        <w:br/>
        <w:t>vn -0.5017 -0.2943 0.8134</w:t>
        <w:br/>
        <w:t>vn -0.4609 -0.4047 0.7898</w:t>
        <w:br/>
        <w:t>vn -0.6313 -0.4265 0.6477</w:t>
        <w:br/>
        <w:t>vn -0.2974 -0.3995 0.8671</w:t>
        <w:br/>
        <w:t>vn -0.1375 -0.4025 0.9050</w:t>
        <w:br/>
        <w:t>vn -0.4262 -0.4872 0.7622</w:t>
        <w:br/>
        <w:t>vn -0.5890 -0.5224 0.6166</w:t>
        <w:br/>
        <w:t>vn -0.2986 -0.4784 0.8258</w:t>
        <w:br/>
        <w:t>vn -0.1405 -0.5224 0.8411</w:t>
        <w:br/>
        <w:t>vn -0.3969 -0.5547 0.7313</w:t>
        <w:br/>
        <w:t>vn -0.5582 -0.5812 0.5921</w:t>
        <w:br/>
        <w:t>vn -0.2926 -0.5426 0.7874</w:t>
        <w:br/>
        <w:t>vn -0.1995 -0.5414 0.8167</w:t>
        <w:br/>
        <w:t>vn -0.9532 -0.2866 0.0966</w:t>
        <w:br/>
        <w:t>vn -0.9046 -0.2840 0.3177</w:t>
        <w:br/>
        <w:t>vn -0.8942 -0.3306 0.3017</w:t>
        <w:br/>
        <w:t>vn -0.9400 -0.3267 0.0980</w:t>
        <w:br/>
        <w:t>vn -0.8088 -0.3101 0.4997</w:t>
        <w:br/>
        <w:t>vn -0.7998 -0.3512 0.4869</w:t>
        <w:br/>
        <w:t>vn -0.1321 -0.1634 -0.9777</w:t>
        <w:br/>
        <w:t>vn -0.1218 -0.2570 -0.9587</w:t>
        <w:br/>
        <w:t>vn -0.2515 -0.1945 -0.9481</w:t>
        <w:br/>
        <w:t>vn -0.2374 -0.2805 -0.9300</w:t>
        <w:br/>
        <w:t>vn -0.9263 -0.3571 -0.1200</w:t>
        <w:br/>
        <w:t>vn -0.9418 -0.3077 -0.1356</w:t>
        <w:br/>
        <w:t>vn -0.8799 -0.3126 -0.3579</w:t>
        <w:br/>
        <w:t>vn -0.8562 -0.3807 -0.3493</w:t>
        <w:br/>
        <w:t>vn -0.7345 -0.3692 -0.5694</w:t>
        <w:br/>
        <w:t>vn -0.7588 -0.2949 -0.5808</w:t>
        <w:br/>
        <w:t>vn -0.3828 -0.2254 -0.8959</w:t>
        <w:br/>
        <w:t>vn -0.3672 -0.3097 -0.8771</w:t>
        <w:br/>
        <w:t>vn -0.5669 -0.2647 -0.7801</w:t>
        <w:br/>
        <w:t>vn -0.5501 -0.3444 -0.7608</w:t>
        <w:br/>
        <w:t>vn -0.8791 -0.3930 0.2698</w:t>
        <w:br/>
        <w:t>vn -0.9195 -0.3804 0.0991</w:t>
        <w:br/>
        <w:t>vn -0.7827 -0.4235 0.4560</w:t>
        <w:br/>
        <w:t>vn -0.9100 -0.4036 -0.0952</w:t>
        <w:br/>
        <w:t>vn -0.3446 -0.4032 -0.8477</w:t>
        <w:br/>
        <w:t>vn -0.2154 -0.3817 -0.8988</w:t>
        <w:br/>
        <w:t>vn -0.8369 -0.4306 -0.3378</w:t>
        <w:br/>
        <w:t>vn -0.7124 -0.4362 -0.5497</w:t>
        <w:br/>
        <w:t>vn -0.5321 -0.4292 -0.7298</w:t>
        <w:br/>
        <w:t>vn -0.1076 -0.3663 -0.9242</w:t>
        <w:br/>
        <w:t>vn -0.8417 -0.4860 0.2355</w:t>
        <w:br/>
        <w:t>vn -0.8757 -0.4737 0.0933</w:t>
        <w:br/>
        <w:t>vn -0.7508 -0.5175 0.4105</w:t>
        <w:br/>
        <w:t>vn -0.8731 -0.4808 -0.0812</w:t>
        <w:br/>
        <w:t>vn -0.6959 -0.4996 -0.5159</w:t>
        <w:br/>
        <w:t>vn -0.5224 -0.4982 -0.6921</w:t>
        <w:br/>
        <w:t>vn -0.1991 -0.4589 -0.8659</w:t>
        <w:br/>
        <w:t>vn -0.1046 -0.4479 -0.8879</w:t>
        <w:br/>
        <w:t>vn -0.8100 -0.4924 -0.3186</w:t>
        <w:br/>
        <w:t>vn -0.3306 -0.4781 -0.8137</w:t>
        <w:br/>
        <w:t>vn -0.8016 -0.5582 0.2142</w:t>
        <w:br/>
        <w:t>vn -0.8313 -0.5489 0.0871</w:t>
        <w:br/>
        <w:t>vn -0.7224 -0.5773 0.3806</w:t>
        <w:br/>
        <w:t>vn -0.8277 -0.5561 -0.0752</w:t>
        <w:br/>
        <w:t>vn -0.6685 -0.5647 -0.4839</w:t>
        <w:br/>
        <w:t>vn -0.5074 -0.5570 -0.6575</w:t>
        <w:br/>
        <w:t>vn -0.1043 -0.5092 -0.8543</w:t>
        <w:br/>
        <w:t>vn -0.7681 -0.5667 -0.2980</w:t>
        <w:br/>
        <w:t>vn -0.3192 -0.5390 -0.7795</w:t>
        <w:br/>
        <w:t>vn -0.1871 -0.5164 -0.8357</w:t>
        <w:br/>
        <w:t>vn 0.8493 0.4903 -0.1958</w:t>
        <w:br/>
        <w:t>vn 0.8007 0.5990 0.0068</w:t>
        <w:br/>
        <w:t>vn 0.9240 0.3822 0.0076</w:t>
        <w:br/>
        <w:t>vn 0.7634 0.4818 -0.4301</w:t>
        <w:br/>
        <w:t>vn 0.7371 0.6531 -0.1736</w:t>
        <w:br/>
        <w:t>vn 0.8212 0.4559 -0.3432</w:t>
        <w:br/>
        <w:t>vn 0.3273 0.4331 -0.8398</w:t>
        <w:br/>
        <w:t>vn 0.1772 0.6555 -0.7342</w:t>
        <w:br/>
        <w:t>vn 0.3611 0.4963 -0.7895</w:t>
        <w:br/>
        <w:t>vn 0.2149 0.5286 -0.8212</w:t>
        <w:br/>
        <w:t>vn 0.1701 0.5560 0.8136</w:t>
        <w:br/>
        <w:t>vn 0.1170 0.6922 0.7122</w:t>
        <w:br/>
        <w:t>vn -0.0000 0.6779 0.7351</w:t>
        <w:br/>
        <w:t>vn 0.3453 0.5189 0.7820</w:t>
        <w:br/>
        <w:t>vn 0.2908 0.4774 0.8292</w:t>
        <w:br/>
        <w:t>vn 0.8384 0.4149 0.3535</w:t>
        <w:br/>
        <w:t>vn 0.7523 0.6315 0.1879</w:t>
        <w:br/>
        <w:t>vn 0.7550 0.4667 0.4606</w:t>
        <w:br/>
        <w:t>vn 0.8617 0.4669 0.1989</w:t>
        <w:br/>
        <w:t>vn 0.7167 0.6452 -0.2648</w:t>
        <w:br/>
        <w:t>vn 0.7183 0.6537 -0.2381</w:t>
        <w:br/>
        <w:t>vn 0.7377 0.6750 0.0109</w:t>
        <w:br/>
        <w:t>vn 0.7653 0.6437 -0.0004</w:t>
        <w:br/>
        <w:t>vn 0.5969 0.6782 -0.4287</w:t>
        <w:br/>
        <w:t>vn 0.6366 0.6266 -0.4496</w:t>
        <w:br/>
        <w:t>vn 0.4757 0.6608 -0.5805</w:t>
        <w:br/>
        <w:t>vn 0.5005 0.6127 -0.6116</w:t>
        <w:br/>
        <w:t>vn 0.3385 0.6400 -0.6898</w:t>
        <w:br/>
        <w:t>vn 0.3487 0.6059 -0.7151</w:t>
        <w:br/>
        <w:t>vn 0.1838 0.6205 -0.7623</w:t>
        <w:br/>
        <w:t>vn 0.1999 0.6065 -0.7695</w:t>
        <w:br/>
        <w:t>vn 0.0000 0.6104 -0.7921</w:t>
        <w:br/>
        <w:t>vn -0.0000 0.6203 0.7844</w:t>
        <w:br/>
        <w:t>vn 0.1335 0.6294 0.7655</w:t>
        <w:br/>
        <w:t>vn 0.1692 0.5490 0.8185</w:t>
        <w:br/>
        <w:t>vn 0.0039 0.5296 0.8482</w:t>
        <w:br/>
        <w:t>vn 0.2712 0.5835 0.7655</w:t>
        <w:br/>
        <w:t>vn 0.2335 0.6632 0.7111</w:t>
        <w:br/>
        <w:t>vn 0.3998 0.6708 0.6247</w:t>
        <w:br/>
        <w:t>vn 0.4056 0.6471 0.6456</w:t>
        <w:br/>
        <w:t>vn 0.5720 0.6764 0.4640</w:t>
        <w:br/>
        <w:t>vn 0.5616 0.6875 0.4604</w:t>
        <w:br/>
        <w:t>vn 0.7065 0.6521 0.2750</w:t>
        <w:br/>
        <w:t>vn 0.6766 0.6901 0.2570</w:t>
        <w:br/>
        <w:t>vn 0.7256 0.6524 -0.2188</w:t>
        <w:br/>
        <w:t>vn 0.7635 0.6122 -0.2059</w:t>
        <w:br/>
        <w:t>vn 0.7805 0.6230 0.0517</w:t>
        <w:br/>
        <w:t>vn 0.7284 0.6845 0.0301</w:t>
        <w:br/>
        <w:t>vn 0.6508 0.6127 -0.4484</w:t>
        <w:br/>
        <w:t>vn 0.6697 0.5902 -0.4508</w:t>
        <w:br/>
        <w:t>vn 0.5081 0.5850 -0.6321</w:t>
        <w:br/>
        <w:t>vn 0.5178 0.5628 -0.6443</w:t>
        <w:br/>
        <w:t>vn 0.3505 0.5714 -0.7421</w:t>
        <w:br/>
        <w:t>vn 0.3600 0.5345 -0.7647</w:t>
        <w:br/>
        <w:t>vn 0.1989 0.5724 -0.7955</w:t>
        <w:br/>
        <w:t>vn 0.2032 0.5186 -0.8305</w:t>
        <w:br/>
        <w:t>vn -0.0000 0.5752 -0.8180</w:t>
        <w:br/>
        <w:t>vn 0.0000 0.5162 -0.8564</w:t>
        <w:br/>
        <w:t>vn 0.0133 0.3824 0.9239</w:t>
        <w:br/>
        <w:t>vn 0.2033 0.4071 0.8905</w:t>
        <w:br/>
        <w:t>vn 0.2390 0.2751 0.9312</w:t>
        <w:br/>
        <w:t>vn 0.0145 0.2497 0.9682</w:t>
        <w:br/>
        <w:t>vn 0.4442 0.3715 0.8153</w:t>
        <w:br/>
        <w:t>vn 0.3427 0.4800 0.8076</w:t>
        <w:br/>
        <w:t>vn 0.4726 0.5953 0.6498</w:t>
        <w:br/>
        <w:t>vn 0.5816 0.4944 0.6460</w:t>
        <w:br/>
        <w:t>vn 0.6536 0.5683 0.4998</w:t>
        <w:br/>
        <w:t>vn 0.5778 0.6667 0.4709</w:t>
        <w:br/>
        <w:t>vn 0.6647 0.6926 0.2801</w:t>
        <w:br/>
        <w:t>vn 0.7270 0.6095 0.3160</w:t>
        <w:br/>
        <w:t>vn 0.7832 0.6217 -0.0004</w:t>
        <w:br/>
        <w:t>vn 0.6786 0.4954 -0.5423</w:t>
        <w:br/>
        <w:t>vn 0.6484 0.5347 -0.5420</w:t>
        <w:br/>
        <w:t>vn 0.4835 0.6381 -0.5992</w:t>
        <w:br/>
        <w:t>vn -0.0000 0.6289 -0.7775</w:t>
        <w:br/>
        <w:t>vn 0.0000 0.6635 -0.7482</w:t>
        <w:br/>
        <w:t>vn 0.3417 0.5298 0.7762</w:t>
        <w:br/>
        <w:t>vn 0.6585 0.4804 0.5794</w:t>
        <w:br/>
        <w:t>vn 0.7973 0.5671 -0.2066</w:t>
        <w:br/>
        <w:t>vn 0.8307 0.5533 0.0612</w:t>
        <w:br/>
        <w:t>vn 0.6847 0.5666 -0.4584</w:t>
        <w:br/>
        <w:t>vn 0.5253 0.5497 -0.6496</w:t>
        <w:br/>
        <w:t>vn 0.3679 0.5205 -0.7705</w:t>
        <w:br/>
        <w:t>vn 0.2077 0.4949 -0.8437</w:t>
        <w:br/>
        <w:t>vn 0.0000 0.4881 -0.8728</w:t>
        <w:br/>
        <w:t>vn 0.2560 0.2400 0.9364</w:t>
        <w:br/>
        <w:t>vn 0.0103 0.2002 0.9797</w:t>
        <w:br/>
        <w:t>vn 0.4929 0.3514 0.7960</w:t>
        <w:br/>
        <w:t>vn 0.6299 0.4563 0.6285</w:t>
        <w:br/>
        <w:t>vn 0.6936 0.5084 0.5104</w:t>
        <w:br/>
        <w:t>vn 0.7761 0.5341 0.3353</w:t>
        <w:br/>
        <w:t>vn 0.6118 0.5275 0.5895</w:t>
        <w:br/>
        <w:t>vn 0.5109 0.4082 -0.7566</w:t>
        <w:br/>
        <w:t>vn 0.4376 0.5027 -0.7455</w:t>
        <w:br/>
        <w:t>vn -0.0000 0.7040 0.7102</w:t>
        <w:br/>
        <w:t>vn 0.4356 0.6398 0.6332</w:t>
        <w:br/>
        <w:t>vn 0.0000 0.6859 -0.7277</w:t>
        <w:br/>
        <w:t>vn 0.5188 -0.7023 -0.4875</w:t>
        <w:br/>
        <w:t>vn 0.8180 -0.3194 -0.4784</w:t>
        <w:br/>
        <w:t>vn 0.6352 -0.7723 0.0058</w:t>
        <w:br/>
        <w:t>vn 0.6353 -0.7723 0.0058</w:t>
        <w:br/>
        <w:t>vn 0.7299 -0.3130 -0.6077</w:t>
        <w:br/>
        <w:t>vn 0.7119 -0.1304 -0.6901</w:t>
        <w:br/>
        <w:t>vn 0.5473 -0.7462 -0.3790</w:t>
        <w:br/>
        <w:t>vn 0.4673 -0.7433 -0.4787</w:t>
        <w:br/>
        <w:t>vn 0.5175 -0.3408 -0.7849</w:t>
        <w:br/>
        <w:t>vn 0.6318 -0.5065 -0.5867</w:t>
        <w:br/>
        <w:t>vn 0.4242 -0.3191 -0.8475</w:t>
        <w:br/>
        <w:t>vn 0.4008 -0.7181 -0.5690</w:t>
        <w:br/>
        <w:t>vn 0.6320 -0.6675 0.3937</w:t>
        <w:br/>
        <w:t>vn 0.6702 -0.2770 0.6886</w:t>
        <w:br/>
        <w:t>vn 0.5877 -0.4441 0.6763</w:t>
        <w:br/>
        <w:t>vn 0.5402 -0.6903 0.4813</w:t>
        <w:br/>
        <w:t>vn 0.6920 -0.1573 0.7046</w:t>
        <w:br/>
        <w:t>vn 0.8210 -0.1689 0.5454</w:t>
        <w:br/>
        <w:t>vn 0.5186 -0.7082 0.4790</w:t>
        <w:br/>
        <w:t>vn 0.8187 -0.3305 0.4695</w:t>
        <w:br/>
        <w:t>vn 0.2162 -0.7041 -0.6763</w:t>
        <w:br/>
        <w:t>vn 0.5076 -0.3079 -0.8047</w:t>
        <w:br/>
        <w:t>vn 0.2500 -0.7169 -0.6508</w:t>
        <w:br/>
        <w:t>vn 0.3048 -0.7122 -0.6324</w:t>
        <w:br/>
        <w:t>vn 0.8334 -0.4778 0.2776</w:t>
        <w:br/>
        <w:t>vn 0.9847 -0.1732 0.0173</w:t>
        <w:br/>
        <w:t>vn 0.9847 -0.1731 0.0173</w:t>
        <w:br/>
        <w:t>vn 0.6691 -0.6481 0.3636</w:t>
        <w:br/>
        <w:t>vn 0.5209 -0.1363 0.8427</w:t>
        <w:br/>
        <w:t>vn 0.1661 -0.7090 0.6854</w:t>
        <w:br/>
        <w:t>vn 0.2750 -0.7291 0.6268</w:t>
        <w:br/>
        <w:t>vn 0.2107 -0.7300 0.6501</w:t>
        <w:br/>
        <w:t>vn 0.3256 -0.4727 0.8189</w:t>
        <w:br/>
        <w:t>vn 0.6562 -0.1502 0.7395</w:t>
        <w:br/>
        <w:t>vn 0.1207 -0.6854 0.7181</w:t>
        <w:br/>
        <w:t>vn 0.7278 -0.3314 -0.6004</w:t>
        <w:br/>
        <w:t>vn 0.6006 -0.1705 -0.7812</w:t>
        <w:br/>
        <w:t>vn 0.6712 -0.6949 -0.2581</w:t>
        <w:br/>
        <w:t>vn 0.6293 -0.7203 -0.2919</w:t>
        <w:br/>
        <w:t>vn 0.4644 -0.6737 0.5749</w:t>
        <w:br/>
        <w:t>vn 0.4549 -0.2795 0.8455</w:t>
        <w:br/>
        <w:t>vn -0.0000 -0.2973 0.9548</w:t>
        <w:br/>
        <w:t>vn -0.0000 -0.7306 0.6828</w:t>
        <w:br/>
        <w:t>vn -0.4156 -0.5689 0.7097</w:t>
        <w:br/>
        <w:t>vn -0.4156 -0.5688 0.7097</w:t>
        <w:br/>
        <w:t>vn -0.2017 -0.2444 0.9485</w:t>
        <w:br/>
        <w:t>vn 0.3713 0.1829 0.9103</w:t>
        <w:br/>
        <w:t>vn 0.4432 -0.3010 -0.8444</w:t>
        <w:br/>
        <w:t>vn -0.3580 -0.5761 -0.7348</w:t>
        <w:br/>
        <w:t>vn -0.1259 -0.2489 -0.9603</w:t>
        <w:br/>
        <w:t>vn 0.0000 -0.7510 -0.6603</w:t>
        <w:br/>
        <w:t>vn 0.0000 -0.7511 -0.6602</w:t>
        <w:br/>
        <w:t>vn 0.4138 -0.7106 -0.5690</w:t>
        <w:br/>
        <w:t>vn 0.8542 -0.4449 -0.2691</w:t>
        <w:br/>
        <w:t>vn 0.9885 -0.1512 -0.0000</w:t>
        <w:br/>
        <w:t>vn 0.8542 -0.4449 -0.2690</w:t>
        <w:br/>
        <w:t>vn -0.8493 0.4903 -0.1958</w:t>
        <w:br/>
        <w:t>vn -0.8007 0.5990 0.0068</w:t>
        <w:br/>
        <w:t>vn -0.7832 0.6217 -0.0004</w:t>
        <w:br/>
        <w:t>vn -0.7635 0.4818 -0.4301</w:t>
        <w:br/>
        <w:t>vn -0.8212 0.4559 -0.3432</w:t>
        <w:br/>
        <w:t>vn -0.7371 0.6531 -0.1736</w:t>
        <w:br/>
        <w:t>vn -0.3273 0.4331 -0.8398</w:t>
        <w:br/>
        <w:t>vn -0.3611 0.4963 -0.7895</w:t>
        <w:br/>
        <w:t>vn -0.1772 0.6555 -0.7342</w:t>
        <w:br/>
        <w:t>vn -0.2150 0.5286 -0.8212</w:t>
        <w:br/>
        <w:t>vn -0.1701 0.5560 0.8136</w:t>
        <w:br/>
        <w:t>vn -0.1170 0.6922 0.7122</w:t>
        <w:br/>
        <w:t>vn -0.3453 0.5189 0.7820</w:t>
        <w:br/>
        <w:t>vn -0.2908 0.4774 0.8292</w:t>
        <w:br/>
        <w:t>vn -0.8384 0.4149 0.3535</w:t>
        <w:br/>
        <w:t>vn -0.7550 0.4667 0.4606</w:t>
        <w:br/>
        <w:t>vn -0.7523 0.6315 0.1879</w:t>
        <w:br/>
        <w:t>vn -0.8617 0.4669 0.1989</w:t>
        <w:br/>
        <w:t>vn -0.7167 0.6452 -0.2648</w:t>
        <w:br/>
        <w:t>vn -0.7653 0.6437 -0.0004</w:t>
        <w:br/>
        <w:t>vn -0.7377 0.6750 0.0109</w:t>
        <w:br/>
        <w:t>vn -0.7183 0.6537 -0.2381</w:t>
        <w:br/>
        <w:t>vn -0.6366 0.6266 -0.4496</w:t>
        <w:br/>
        <w:t>vn -0.5969 0.6782 -0.4287</w:t>
        <w:br/>
        <w:t>vn -0.5005 0.6127 -0.6116</w:t>
        <w:br/>
        <w:t>vn -0.4757 0.6608 -0.5805</w:t>
        <w:br/>
        <w:t>vn -0.3385 0.6400 -0.6898</w:t>
        <w:br/>
        <w:t>vn -0.3486 0.6059 -0.7151</w:t>
        <w:br/>
        <w:t>vn -0.1838 0.6205 -0.7623</w:t>
        <w:br/>
        <w:t>vn -0.1998 0.6065 -0.7695</w:t>
        <w:br/>
        <w:t>vn -0.1678 0.5372 0.8266</w:t>
        <w:br/>
        <w:t>vn -0.1335 0.6294 0.7655</w:t>
        <w:br/>
        <w:t>vn -0.2776 0.5738 0.7705</w:t>
        <w:br/>
        <w:t>vn -0.2335 0.6632 0.7111</w:t>
        <w:br/>
        <w:t>vn -0.4127 0.6402 0.6480</w:t>
        <w:br/>
        <w:t>vn -0.4005 0.6724 0.6225</w:t>
        <w:br/>
        <w:t>vn -0.5683 0.6783 0.4658</w:t>
        <w:br/>
        <w:t>vn -0.5699 0.6793 0.4624</w:t>
        <w:br/>
        <w:t>vn -0.6801 0.6854 0.2601</w:t>
        <w:br/>
        <w:t>vn -0.7047 0.6535 0.2763</w:t>
        <w:br/>
        <w:t>vn -0.7820 0.6211 0.0519</w:t>
        <w:br/>
        <w:t>vn -0.7660 0.6109 -0.1999</w:t>
        <w:br/>
        <w:t>vn -0.7209 0.6590 -0.2147</w:t>
        <w:br/>
        <w:t>vn -0.7204 0.6929 0.0297</w:t>
        <w:br/>
        <w:t>vn -0.6507 0.6153 -0.4449</w:t>
        <w:br/>
        <w:t>vn -0.6728 0.5908 -0.4452</w:t>
        <w:br/>
        <w:t>vn -0.5081 0.5851 -0.6321</w:t>
        <w:br/>
        <w:t>vn -0.5178 0.5629 -0.6442</w:t>
        <w:br/>
        <w:t>vn -0.3600 0.5345 -0.7646</w:t>
        <w:br/>
        <w:t>vn -0.3506 0.5714 -0.7420</w:t>
        <w:br/>
        <w:t>vn -0.1989 0.5723 -0.7955</w:t>
        <w:br/>
        <w:t>vn -0.2032 0.5186 -0.8305</w:t>
        <w:br/>
        <w:t>vn -0.2349 0.3035 0.9234</w:t>
        <w:br/>
        <w:t>vn -0.1941 0.3945 0.8982</w:t>
        <w:br/>
        <w:t>vn -0.4521 0.4196 0.7871</w:t>
        <w:br/>
        <w:t>vn -0.3428 0.4454 0.8271</w:t>
        <w:br/>
        <w:t>vn -0.4772 0.5668 0.6716</w:t>
        <w:br/>
        <w:t>vn -0.6511 0.5795 0.4901</w:t>
        <w:br/>
        <w:t>vn -0.5801 0.6658 0.4693</w:t>
        <w:br/>
        <w:t>vn -0.5759 0.5362 0.6172</w:t>
        <w:br/>
        <w:t>vn -0.7289 0.6136 0.3037</w:t>
        <w:br/>
        <w:t>vn -0.6650 0.6965 0.2697</w:t>
        <w:br/>
        <w:t>vn -0.6786 0.4954 -0.5423</w:t>
        <w:br/>
        <w:t>vn -0.4835 0.6382 -0.5992</w:t>
        <w:br/>
        <w:t>vn -0.6484 0.5347 -0.5420</w:t>
        <w:br/>
        <w:t>vn -0.3417 0.5298 0.7763</w:t>
        <w:br/>
        <w:t>vn -0.6585 0.4804 0.5794</w:t>
        <w:br/>
        <w:t>vn -0.8459 0.5296 0.0623</w:t>
        <w:br/>
        <w:t>vn -0.8101 0.5502 -0.2026</w:t>
        <w:br/>
        <w:t>vn -0.6910 0.5623 -0.4542</w:t>
        <w:br/>
        <w:t>vn -0.5252 0.5498 -0.6495</w:t>
        <w:br/>
        <w:t>vn -0.3679 0.5206 -0.7705</w:t>
        <w:br/>
        <w:t>vn -0.2077 0.4950 -0.8437</w:t>
        <w:br/>
        <w:t>vn -0.2626 0.2966 0.9182</w:t>
        <w:br/>
        <w:t>vn -0.4835 0.4202 0.7679</w:t>
        <w:br/>
        <w:t>vn -0.6085 0.4845 0.6285</w:t>
        <w:br/>
        <w:t>vn -0.6994 0.5043 0.5065</w:t>
        <w:br/>
        <w:t>vn -0.7885 0.5172 0.3328</w:t>
        <w:br/>
        <w:t>vn -0.6118 0.5275 0.5894</w:t>
        <w:br/>
        <w:t>vn -0.5108 0.4082 -0.7566</w:t>
        <w:br/>
        <w:t>vn -0.4376 0.5027 -0.7455</w:t>
        <w:br/>
        <w:t>vn -0.4356 0.6398 0.6332</w:t>
        <w:br/>
        <w:t>vn -0.5325 0.4488 0.7177</w:t>
        <w:br/>
        <w:t>vn -0.5188 -0.7023 -0.4874</w:t>
        <w:br/>
        <w:t>vn -0.6352 -0.7723 0.0059</w:t>
        <w:br/>
        <w:t>vn -0.8180 -0.3194 -0.4783</w:t>
        <w:br/>
        <w:t>vn -0.7118 -0.1304 -0.6901</w:t>
        <w:br/>
        <w:t>vn -0.7299 -0.3130 -0.6077</w:t>
        <w:br/>
        <w:t>vn -0.5473 -0.7462 -0.3790</w:t>
        <w:br/>
        <w:t>vn -0.6318 -0.5065 -0.5867</w:t>
        <w:br/>
        <w:t>vn -0.5176 -0.3408 -0.7848</w:t>
        <w:br/>
        <w:t>vn -0.4673 -0.7432 -0.4787</w:t>
        <w:br/>
        <w:t>vn -0.4243 -0.3191 -0.8474</w:t>
        <w:br/>
        <w:t>vn -0.4008 -0.7180 -0.5690</w:t>
        <w:br/>
        <w:t>vn -0.5876 -0.4441 0.6764</w:t>
        <w:br/>
        <w:t>vn -0.6702 -0.2770 0.6885</w:t>
        <w:br/>
        <w:t>vn -0.6320 -0.6675 0.3937</w:t>
        <w:br/>
        <w:t>vn -0.5402 -0.6903 0.4813</w:t>
        <w:br/>
        <w:t>vn -0.8210 -0.1689 0.5454</w:t>
        <w:br/>
        <w:t>vn -0.6920 -0.1572 0.7046</w:t>
        <w:br/>
        <w:t>vn -0.5187 -0.7082 0.4790</w:t>
        <w:br/>
        <w:t>vn -0.8188 -0.3305 0.4695</w:t>
        <w:br/>
        <w:t>vn -0.2162 -0.7041 -0.6764</w:t>
        <w:br/>
        <w:t>vn -0.3049 -0.7122 -0.6323</w:t>
        <w:br/>
        <w:t>vn -0.2501 -0.7170 -0.6507</w:t>
        <w:br/>
        <w:t>vn -0.5075 -0.3079 -0.8048</w:t>
        <w:br/>
        <w:t>vn -0.8335 -0.4778 0.2776</w:t>
        <w:br/>
        <w:t>vn -0.9848 -0.1731 0.0172</w:t>
        <w:br/>
        <w:t>vn -0.9847 -0.1732 0.0173</w:t>
        <w:br/>
        <w:t>vn -0.8334 -0.4778 0.2776</w:t>
        <w:br/>
        <w:t>vn -0.5208 -0.1363 0.8427</w:t>
        <w:br/>
        <w:t>vn -0.6692 -0.6481 0.3636</w:t>
        <w:br/>
        <w:t>vn -0.1661 -0.7090 0.6853</w:t>
        <w:br/>
        <w:t>vn -0.3256 -0.4727 0.8189</w:t>
        <w:br/>
        <w:t>vn -0.2107 -0.7300 0.6502</w:t>
        <w:br/>
        <w:t>vn -0.2750 -0.7290 0.6269</w:t>
        <w:br/>
        <w:t>vn -0.1207 -0.6854 0.7181</w:t>
        <w:br/>
        <w:t>vn -0.6562 -0.1501 0.7395</w:t>
        <w:br/>
        <w:t>vn -0.6713 -0.6949 -0.2579</w:t>
        <w:br/>
        <w:t>vn -0.6006 -0.1705 -0.7811</w:t>
        <w:br/>
        <w:t>vn -0.7278 -0.3313 -0.6004</w:t>
        <w:br/>
        <w:t>vn -0.6293 -0.7203 -0.2919</w:t>
        <w:br/>
        <w:t>vn -0.4643 -0.6736 0.5750</w:t>
        <w:br/>
        <w:t>vn -0.4548 -0.2795 0.8456</w:t>
        <w:br/>
        <w:t>vn 0.4156 -0.5688 0.7097</w:t>
        <w:br/>
        <w:t>vn 0.2017 -0.2443 0.9485</w:t>
        <w:br/>
        <w:t>vn -0.3714 0.1830 0.9103</w:t>
        <w:br/>
        <w:t>vn -0.4432 -0.3010 -0.8444</w:t>
        <w:br/>
        <w:t>vn 0.1258 -0.2488 -0.9603</w:t>
        <w:br/>
        <w:t>vn 0.3580 -0.5761 -0.7348</w:t>
        <w:br/>
        <w:t>vn 0.3580 -0.5760 -0.7349</w:t>
        <w:br/>
        <w:t>vn -0.4139 -0.7106 -0.5690</w:t>
        <w:br/>
        <w:t>vn -0.8542 -0.4449 -0.2690</w:t>
        <w:br/>
        <w:t>vn -0.9885 -0.1513 0.0000</w:t>
        <w:br/>
        <w:t>vn 0.9916 0.1293 0.0080</w:t>
        <w:br/>
        <w:t>vn 0.3051 -0.7122 -0.6323</w:t>
        <w:br/>
        <w:t>vn 0.4837 0.1452 -0.8631</w:t>
        <w:br/>
        <w:t>vn 0.4070 -0.7288 0.5506</w:t>
        <w:br/>
        <w:t>vn 0.3380 -0.7247 0.6005</w:t>
        <w:br/>
        <w:t>vn 0.6920 -0.1573 0.7045</w:t>
        <w:br/>
        <w:t>vn 0.6860 0.5136 -0.5154</w:t>
        <w:br/>
        <w:t>vn 0.7020 0.1561 0.6948</w:t>
        <w:br/>
        <w:t>vn 0.0000 0.4705 0.8824</w:t>
        <w:br/>
        <w:t>vn 0.3284 0.5006 0.8010</w:t>
        <w:br/>
        <w:t>vn -0.2017 -0.2443 0.9485</w:t>
        <w:br/>
        <w:t>vn 0.1820 -0.6899 -0.7007</w:t>
        <w:br/>
        <w:t>vn 0.1329 0.1311 -0.9824</w:t>
        <w:br/>
        <w:t>vn -0.0000 0.4505 -0.8928</w:t>
        <w:br/>
        <w:t>vn -0.0000 0.1648 -0.9863</w:t>
        <w:br/>
        <w:t>vn 0.9482 0.1691 0.2690</w:t>
        <w:br/>
        <w:t>vn -0.9240 0.3822 0.0076</w:t>
        <w:br/>
        <w:t>vn -0.9916 0.1293 0.0080</w:t>
        <w:br/>
        <w:t>vn -0.3050 -0.7122 -0.6323</w:t>
        <w:br/>
        <w:t>vn -0.4837 0.1451 -0.8631</w:t>
        <w:br/>
        <w:t>vn -0.3380 -0.7246 0.6006</w:t>
        <w:br/>
        <w:t>vn -0.4070 -0.7288 0.5507</w:t>
        <w:br/>
        <w:t>vn -0.2751 -0.7290 0.6268</w:t>
        <w:br/>
        <w:t>vn -0.6920 -0.1573 0.7045</w:t>
        <w:br/>
        <w:t>vn -0.6860 0.5136 -0.5154</w:t>
        <w:br/>
        <w:t>vn -0.7021 0.1561 0.6948</w:t>
        <w:br/>
        <w:t>vn 0.2017 -0.2444 0.9485</w:t>
        <w:br/>
        <w:t>vn -0.1820 -0.6899 -0.7007</w:t>
        <w:br/>
        <w:t>vn -0.1329 0.1311 -0.9824</w:t>
        <w:br/>
        <w:t>vn 0.1259 -0.2488 -0.9603</w:t>
        <w:br/>
        <w:t>vn -0.4071 -0.7288 0.5506</w:t>
        <w:br/>
        <w:t>vn -0.9885 -0.1512 -0.0001</w:t>
        <w:br/>
        <w:t>vn 0.2065 0.0608 -0.9766</w:t>
        <w:br/>
        <w:t>vn 0.2406 0.1986 -0.9501</w:t>
        <w:br/>
        <w:t>vn -0.3462 0.2343 -0.9084</w:t>
        <w:br/>
        <w:t>vn -0.3610 0.0475 -0.9314</w:t>
        <w:br/>
        <w:t>vn -0.8622 0.1319 -0.4891</w:t>
        <w:br/>
        <w:t>vn -0.8566 -0.0343 -0.5149</w:t>
        <w:br/>
        <w:t>vn 0.2308 -0.0212 -0.9728</w:t>
        <w:br/>
        <w:t>vn -0.3171 -0.0694 -0.9459</w:t>
        <w:br/>
        <w:t>vn -0.6228 -0.2231 0.7499</w:t>
        <w:br/>
        <w:t>vn -0.6261 -0.2244 0.7467</w:t>
        <w:br/>
        <w:t>vn 0.0615 -0.3434 0.9372</w:t>
        <w:br/>
        <w:t>vn 0.0657 -0.2850 0.9563</w:t>
        <w:br/>
        <w:t>vn 0.7000 -0.2267 0.6772</w:t>
        <w:br/>
        <w:t>vn 0.6810 -0.2958 0.6699</w:t>
        <w:br/>
        <w:t>vn 0.0749 -0.0957 0.9926</w:t>
        <w:br/>
        <w:t>vn -0.6067 -0.1812 0.7740</w:t>
        <w:br/>
        <w:t>vn -0.6196 -0.1789 0.7643</w:t>
        <w:br/>
        <w:t>vn 0.0686 -0.1028 0.9923</w:t>
        <w:br/>
        <w:t>vn 0.9636 -0.1801 0.1976</w:t>
        <w:br/>
        <w:t>vn 0.9677 -0.0447 -0.2481</w:t>
        <w:br/>
        <w:t>vn 0.9750 -0.1156 0.1900</w:t>
        <w:br/>
        <w:t>vn 0.6831 0.0015 -0.7303</w:t>
        <w:br/>
        <w:t>vn 0.9719 0.0077 -0.2354</w:t>
        <w:br/>
        <w:t>vn 0.9635 0.0354 -0.2655</w:t>
        <w:br/>
        <w:t>vn 0.6539 0.0461 -0.7552</w:t>
        <w:br/>
        <w:t>vn -0.8927 -0.1917 0.4078</w:t>
        <w:br/>
        <w:t>vn -0.9003 -0.2005 0.3864</w:t>
        <w:br/>
        <w:t>vn -0.9835 -0.1798 0.0193</w:t>
        <w:br/>
        <w:t>vn -0.9845 -0.1428 0.1023</w:t>
        <w:br/>
        <w:t>vn -0.6228 -0.2084 0.7541</w:t>
        <w:br/>
        <w:t>vn -0.8999 -0.1061 0.4230</w:t>
        <w:br/>
        <w:t>vn -0.9109 -0.0450 0.4103</w:t>
        <w:br/>
        <w:t>vn 0.9758 0.0423 -0.2147</w:t>
        <w:br/>
        <w:t>vn 0.9577 -0.0917 0.2728</w:t>
        <w:br/>
        <w:t>vn 0.9566 -0.0046 0.2913</w:t>
        <w:br/>
        <w:t>vn 0.9790 0.0736 -0.1903</w:t>
        <w:br/>
        <w:t>vn -0.8648 0.2443 -0.4386</w:t>
        <w:br/>
        <w:t>vn -0.8761 0.0900 -0.4737</w:t>
        <w:br/>
        <w:t>vn -0.9975 0.0191 0.0677</w:t>
        <w:br/>
        <w:t>vn -0.9894 0.1143 0.0901</w:t>
        <w:br/>
        <w:t>vn 0.1005 -0.1499 0.9836</w:t>
        <w:br/>
        <w:t>vn 0.6607 -0.0797 0.7465</w:t>
        <w:br/>
        <w:t>vn 0.6654 -0.0910 0.7409</w:t>
        <w:br/>
        <w:t>vn 0.0926 -0.1442 0.9852</w:t>
        <w:br/>
        <w:t>vn 0.2618 0.2956 -0.9187</w:t>
        <w:br/>
        <w:t>vn 0.7353 0.1962 -0.6488</w:t>
        <w:br/>
        <w:t>vn 0.7360 0.1351 -0.6634</w:t>
        <w:br/>
        <w:t>vn 0.2454 0.1594 -0.9562</w:t>
        <w:br/>
        <w:t>vn -0.3318 -0.0344 -0.9427</w:t>
        <w:br/>
        <w:t>vn -0.3486 0.1494 -0.9253</w:t>
        <w:br/>
        <w:t>vn 0.2290 -0.0031 -0.9734</w:t>
        <w:br/>
        <w:t>vn -0.5837 -0.1891 0.7896</w:t>
        <w:br/>
        <w:t>vn -0.9120 -0.1973 0.3597</w:t>
        <w:br/>
        <w:t>vn 0.0551 -0.3650 0.9294</w:t>
        <w:br/>
        <w:t>vn -0.5111 -0.1582 0.8448</w:t>
        <w:br/>
        <w:t>vn -0.5429 -0.1137 0.8321</w:t>
        <w:br/>
        <w:t>vn 0.9520 -0.0025 0.3062</w:t>
        <w:br/>
        <w:t>vn 0.9772 0.0411 -0.2081</w:t>
        <w:br/>
        <w:t>vn -0.8527 -0.0694 -0.5177</w:t>
        <w:br/>
        <w:t>vn -0.9953 -0.0914 0.0322</w:t>
        <w:br/>
        <w:t>vn -0.8962 -0.1492 0.4178</w:t>
        <w:br/>
        <w:t>vn -0.8945 0.0172 0.4468</w:t>
        <w:br/>
        <w:t>vn -0.8879 -0.0396 0.4583</w:t>
        <w:br/>
        <w:t>vn -0.5722 -0.0874 0.8154</w:t>
        <w:br/>
        <w:t>vn 0.9724 -0.0412 -0.2297</w:t>
        <w:br/>
        <w:t>vn 0.9475 -0.1970 0.2519</w:t>
        <w:br/>
        <w:t>vn -0.3307 0.3583 -0.8731</w:t>
        <w:br/>
        <w:t>vn -0.3413 0.3179 -0.8846</w:t>
        <w:br/>
        <w:t>vn -0.8523 0.2659 -0.4504</w:t>
        <w:br/>
        <w:t>vn 0.0781 -0.1708 0.9822</w:t>
        <w:br/>
        <w:t>vn 0.6600 -0.1693 0.7319</w:t>
        <w:br/>
        <w:t>vn 0.6496 -0.2861 0.7044</w:t>
        <w:br/>
        <w:t>vn 0.0594 -0.2848 0.9567</w:t>
        <w:br/>
        <w:t>vn 0.7075 0.0303 -0.7061</w:t>
        <w:br/>
        <w:t>vn 0.2694 0.3121 -0.9110</w:t>
        <w:br/>
        <w:t>vn 0.6656 0.0981 -0.7398</w:t>
        <w:br/>
        <w:t>vn -0.6035 -0.1439 0.7843</w:t>
        <w:br/>
        <w:t>vn -0.9001 0.0078 0.4357</w:t>
        <w:br/>
        <w:t>vn 0.9677 -0.0447 -0.2482</w:t>
        <w:br/>
        <w:t>vn 0.7086 0.1737 -0.6839</w:t>
        <w:br/>
        <w:t>vn 0.6589 -0.3332 0.6744</w:t>
        <w:br/>
        <w:t>vn -0.9859 -0.0461 0.1608</w:t>
        <w:br/>
        <w:t>vn -0.9874 0.0851 0.1334</w:t>
        <w:br/>
        <w:t>vn 0.9758 0.0424 -0.2147</w:t>
        <w:br/>
        <w:t>vn 0.6777 -0.0189 0.7350</w:t>
        <w:br/>
        <w:t>vn 0.6985 -0.0069 0.7155</w:t>
        <w:br/>
        <w:t>vn 0.9665 -0.1983 0.1629</w:t>
        <w:br/>
        <w:t>vn 0.9723 0.0430 0.2297</w:t>
        <w:br/>
        <w:t>vn 0.9602 0.0140 0.2791</w:t>
        <w:br/>
        <w:t>vn -0.8720 -0.1213 0.4741</w:t>
        <w:br/>
        <w:t>vn 0.0871 -0.1276 0.9880</w:t>
        <w:br/>
        <w:t>vn 0.6987 -0.0372 -0.7145</w:t>
        <w:br/>
        <w:t>vn 0.9399 -0.0366 -0.3396</w:t>
        <w:br/>
        <w:t>vn -0.8185 -0.1389 -0.5574</w:t>
        <w:br/>
        <w:t>vn 0.9358 -0.0498 0.3489</w:t>
        <w:br/>
        <w:t>vn 0.6469 -0.0770 0.7587</w:t>
        <w:br/>
        <w:t>vn -0.6212 -0.2003 0.7576</w:t>
        <w:br/>
        <w:t>vn 0.0686 -0.1867 0.9800</w:t>
        <w:br/>
        <w:t>vn 0.7098 -0.1099 0.6958</w:t>
        <w:br/>
        <w:t>vn -0.8920 -0.1747 0.4169</w:t>
        <w:br/>
        <w:t>vn 0.9798 -0.0242 0.1984</w:t>
        <w:br/>
        <w:t>vn -0.6401 -0.1259 -0.7579</w:t>
        <w:br/>
        <w:t>vn -0.2292 -0.0937 -0.9689</w:t>
        <w:br/>
        <w:t>vn -0.4262 -0.1636 0.8897</w:t>
        <w:br/>
        <w:t>vn 0.1785 -0.1277 0.9756</w:t>
        <w:br/>
        <w:t>vn 0.1516 -0.1322 0.9796</w:t>
        <w:br/>
        <w:t>vn -0.4444 -0.1665 0.8802</w:t>
        <w:br/>
        <w:t>vn -0.3405 -0.1063 -0.9342</w:t>
        <w:br/>
        <w:t>vn -0.8309 -0.1509 -0.5355</w:t>
        <w:br/>
        <w:t>vn -0.8486 -0.1458 -0.5086</w:t>
        <w:br/>
        <w:t>vn -0.4078 -0.0927 -0.9083</w:t>
        <w:br/>
        <w:t>vn -0.4526 -0.0719 -0.8888</w:t>
        <w:br/>
        <w:t>vn -0.8675 -0.1220 -0.4822</w:t>
        <w:br/>
        <w:t>vn 0.0910 -0.0247 -0.9955</w:t>
        <w:br/>
        <w:t>vn 0.1260 -0.0361 -0.9914</w:t>
        <w:br/>
        <w:t>vn 0.6653 -0.0201 -0.7463</w:t>
        <w:br/>
        <w:t>vn 0.1901 -0.0533 -0.9803</w:t>
        <w:br/>
        <w:t>vn 0.9605 -0.0594 0.2720</w:t>
        <w:br/>
        <w:t>vn 0.6948 -0.0868 0.7140</w:t>
        <w:br/>
        <w:t>vn 0.7188 -0.0841 0.6901</w:t>
        <w:br/>
        <w:t>vn 0.9671 -0.0614 0.2470</w:t>
        <w:br/>
        <w:t>vn -0.4785 -0.1716 0.8611</w:t>
        <w:br/>
        <w:t>vn 0.1142 -0.1429 0.9831</w:t>
        <w:br/>
        <w:t>vn 0.9731 -0.0124 -0.2301</w:t>
        <w:br/>
        <w:t>vn 0.9707 -0.0409 -0.2368</w:t>
        <w:br/>
        <w:t>vn 0.9518 -0.0385 0.3042</w:t>
        <w:br/>
        <w:t>vn 0.6638 -0.0849 0.7431</w:t>
        <w:br/>
        <w:t>vn 0.6367 -0.0259 -0.7707</w:t>
        <w:br/>
        <w:t>vn 0.6272 -0.0267 -0.7784</w:t>
        <w:br/>
        <w:t>vn -0.9869 -0.1585 -0.0293</w:t>
        <w:br/>
        <w:t>vn -0.9848 -0.1717 -0.0261</w:t>
        <w:br/>
        <w:t>vn -0.9866 -0.1630 -0.0037</w:t>
        <w:br/>
        <w:t>vn -0.8516 -0.1793 0.4925</w:t>
        <w:br/>
        <w:t>vn -0.8497 -0.1777 0.4964</w:t>
        <w:br/>
        <w:t>vn -0.8577 -0.1691 0.4856</w:t>
        <w:br/>
        <w:t>vn 0.9697 -0.0471 -0.2395</w:t>
        <w:br/>
        <w:t>vn 0.9993 -0.0363 0.0101</w:t>
        <w:br/>
        <w:t>vn -0.9022 -0.1551 -0.4025</w:t>
        <w:br/>
        <w:t>vn -0.9831 -0.1832 -0.0002</w:t>
        <w:br/>
        <w:t>vn 0.2867 -0.0541 -0.9565</w:t>
        <w:br/>
        <w:t>vn -0.9156 0.3793 0.1335</w:t>
        <w:br/>
        <w:t>vn -0.9169 0.3761 0.1337</w:t>
        <w:br/>
        <w:t>vn -0.8208 0.2760 0.5002</w:t>
        <w:br/>
        <w:t>vn -0.8201 0.2717 0.5037</w:t>
        <w:br/>
        <w:t>vn -0.5635 0.0976 0.8203</w:t>
        <w:br/>
        <w:t>vn -0.5439 0.0663 0.8366</w:t>
        <w:br/>
        <w:t>vn -0.0063 0.6161 -0.7877</w:t>
        <w:br/>
        <w:t>vn 0.0088 0.5335 -0.8457</w:t>
        <w:br/>
        <w:t>vn -0.3514 0.6067 -0.7131</w:t>
        <w:br/>
        <w:t>vn -0.2814 0.6480 -0.7077</w:t>
        <w:br/>
        <w:t>vn -0.6016 0.5929 -0.5352</w:t>
        <w:br/>
        <w:t>vn -0.5788 0.6365 -0.5098</w:t>
        <w:br/>
        <w:t>vn -0.8597 0.4839 -0.1632</w:t>
        <w:br/>
        <w:t>vn -0.8765 0.4620 -0.1351</w:t>
        <w:br/>
        <w:t>vn -0.7660 0.5437 -0.3429</w:t>
        <w:br/>
        <w:t>vn -0.7375 0.5798 -0.3464</w:t>
        <w:br/>
        <w:t>vn -0.0535 0.6051 -0.7944</w:t>
        <w:br/>
        <w:t>vn 0.1073 0.5478 -0.8297</w:t>
        <w:br/>
        <w:t>vn 0.1342 0.5656 -0.8137</w:t>
        <w:br/>
        <w:t>vn 0.0000 0.5227 -0.8525</w:t>
        <w:br/>
        <w:t>vn 0.0004 0.5103 -0.8600</w:t>
        <w:br/>
        <w:t>vn 0.1635 -0.3053 0.9381</w:t>
        <w:br/>
        <w:t>vn -0.1117 -0.1556 0.9815</w:t>
        <w:br/>
        <w:t>vn 0.0309 -0.0327 0.9990</w:t>
        <w:br/>
        <w:t>vn 0.2817 -0.9475 -0.1514</w:t>
        <w:br/>
        <w:t>vn 0.0956 -0.9951 -0.0237</w:t>
        <w:br/>
        <w:t>vn 0.5390 -0.8412 0.0434</w:t>
        <w:br/>
        <w:t>vn -0.1325 -0.9625 0.2368</w:t>
        <w:br/>
        <w:t>vn -0.1776 -0.7655 0.6184</w:t>
        <w:br/>
        <w:t>vn 0.2653 -0.5585 0.7860</w:t>
        <w:br/>
        <w:t>vn 0.1207 -0.9784 0.1680</w:t>
        <w:br/>
        <w:t>vn -0.1182 -0.3785 0.9180</w:t>
        <w:br/>
        <w:t>vn -0.1046 -0.2138 0.9713</w:t>
        <w:br/>
        <w:t>vn -0.2332 -0.2039 0.9508</w:t>
        <w:br/>
        <w:t>vn -0.1741 -0.4908 0.8537</w:t>
        <w:br/>
        <w:t>vn 0.1837 0.5560 -0.8106</w:t>
        <w:br/>
        <w:t>vn 0.2132 0.4617 -0.8610</w:t>
        <w:br/>
        <w:t>vn 0.2480 0.3633 -0.8980</w:t>
        <w:br/>
        <w:t>vn -0.0864 -0.0868 0.9925</w:t>
        <w:br/>
        <w:t>vn -0.2782 -0.0512 0.9592</w:t>
        <w:br/>
        <w:t>vn 0.0955 -0.9951 -0.0237</w:t>
        <w:br/>
        <w:t>vn 0.9826 -0.0433 0.1806</w:t>
        <w:br/>
        <w:t>vn 0.5390 -0.8412 0.0435</w:t>
        <w:br/>
        <w:t>vn 0.0029 -0.9992 -0.0404</w:t>
        <w:br/>
        <w:t>vn 0.2837 -0.9437 -0.1701</w:t>
        <w:br/>
        <w:t>vn 0.8861 -0.4546 -0.0909</w:t>
        <w:br/>
        <w:t>vn 0.8924 -0.4230 0.1569</w:t>
        <w:br/>
        <w:t>vn 0.8357 -0.5383 0.1093</w:t>
        <w:br/>
        <w:t>vn -0.4911 0.0665 0.8686</w:t>
        <w:br/>
        <w:t>vn -0.4719 0.0961 0.8764</w:t>
        <w:br/>
        <w:t>vn -0.0110 -0.3609 0.9325</w:t>
        <w:br/>
        <w:t>vn -0.0068 -0.1971 0.9804</w:t>
        <w:br/>
        <w:t>vn 0.8410 -0.1103 -0.5296</w:t>
        <w:br/>
        <w:t>vn 0.8611 -0.1657 -0.4806</w:t>
        <w:br/>
        <w:t>vn 0.6481 -0.1826 -0.7393</w:t>
        <w:br/>
        <w:t>vn 0.6205 -0.0548 -0.7823</w:t>
        <w:br/>
        <w:t>vn -0.0102 -0.9670 0.2547</w:t>
        <w:br/>
        <w:t>vn 0.8831 -0.2398 -0.4032</w:t>
        <w:br/>
        <w:t>vn 0.6586 -0.3079 -0.6867</w:t>
        <w:br/>
        <w:t>vn -0.0147 -0.7991 0.6010</w:t>
        <w:br/>
        <w:t>vn -0.1981 -0.5277 0.8260</w:t>
        <w:br/>
        <w:t>vn -0.0143 -0.5318 0.8468</w:t>
        <w:br/>
        <w:t>vn -0.9005 0.4235 -0.0991</w:t>
        <w:br/>
        <w:t>vn -0.9237 0.3597 0.1320</w:t>
        <w:br/>
        <w:t>vn -0.9674 0.2284 0.1092</w:t>
        <w:br/>
        <w:t>vn -0.9767 0.1742 0.1256</w:t>
        <w:br/>
        <w:t>vn -0.8813 0.1530 0.4472</w:t>
        <w:br/>
        <w:t>vn -0.8715 0.1827 0.4551</w:t>
        <w:br/>
        <w:t>vn -0.4485 0.1710 -0.8772</w:t>
        <w:br/>
        <w:t>vn -0.4496 -0.0057 -0.8932</w:t>
        <w:br/>
        <w:t>vn -0.7208 0.1252 -0.6817</w:t>
        <w:br/>
        <w:t>vn -0.7068 0.2633 -0.6566</w:t>
        <w:br/>
        <w:t>vn -0.6819 0.3870 -0.6207</w:t>
        <w:br/>
        <w:t>vn -0.8749 0.3046 -0.3765</w:t>
        <w:br/>
        <w:t>vn -0.8417 0.4025 -0.3600</w:t>
        <w:br/>
        <w:t>vn 0.9522 -0.2981 0.0669</w:t>
        <w:br/>
        <w:t>vn 0.9987 -0.0491 -0.0093</w:t>
        <w:br/>
        <w:t>vn 0.9940 0.0378 -0.1031</w:t>
        <w:br/>
        <w:t>vn -0.9031 0.1846 -0.3876</w:t>
        <w:br/>
        <w:t>vn -0.9744 0.1962 -0.1095</w:t>
        <w:br/>
        <w:t>vn -0.9527 0.2911 -0.0878</w:t>
        <w:br/>
        <w:t>vn -0.0486 0.0332 -0.9983</w:t>
        <w:br/>
        <w:t>vn -0.0464 -0.1684 -0.9846</w:t>
        <w:br/>
        <w:t>vn -0.8536 0.2225 0.4710</w:t>
        <w:br/>
        <w:t>vn -0.8305 0.2680 0.4883</w:t>
        <w:br/>
        <w:t>vn -0.9440 0.3033 0.1297</w:t>
        <w:br/>
        <w:t>vn -0.8092 0.4758 -0.3447</w:t>
        <w:br/>
        <w:t>vn -0.5055 0.0754 0.8595</w:t>
        <w:br/>
        <w:t>vn -0.4923 0.0985 0.8648</w:t>
        <w:br/>
        <w:t>vn 0.0572 -0.0052 0.9984</w:t>
        <w:br/>
        <w:t>vn 0.0475 -0.0085 0.9988</w:t>
        <w:br/>
        <w:t>vn 0.4298 -0.6062 -0.6691</w:t>
        <w:br/>
        <w:t>vn 0.3205 -0.1506 -0.9352</w:t>
        <w:br/>
        <w:t>vn 0.0969 -0.4270 -0.8990</w:t>
        <w:br/>
        <w:t>vn 0.2910 0.2536 -0.9225</w:t>
        <w:br/>
        <w:t>vn -0.0392 0.3972 -0.9169</w:t>
        <w:br/>
        <w:t>vn 0.3368 -0.1071 -0.9355</w:t>
        <w:br/>
        <w:t>vn 0.3405 -0.2769 -0.8986</w:t>
        <w:br/>
        <w:t>vn 0.6610 -0.6144 -0.4308</w:t>
        <w:br/>
        <w:t>vn 0.4421 -0.8611 -0.2512</w:t>
        <w:br/>
        <w:t>vn 0.8498 -0.4203 -0.3182</w:t>
        <w:br/>
        <w:t>vn 0.9369 0.0140 0.3494</w:t>
        <w:br/>
        <w:t>vn 0.8110 -0.0389 0.5837</w:t>
        <w:br/>
        <w:t>vn 0.9365 -0.1238 0.3281</w:t>
        <w:br/>
        <w:t>vn -0.6471 0.4932 -0.5814</w:t>
        <w:br/>
        <w:t>vn -0.4009 0.4752 -0.7832</w:t>
        <w:br/>
        <w:t>vn 0.4952 -0.1042 0.8625</w:t>
        <w:br/>
        <w:t>vn 0.4969 -0.0440 0.8667</w:t>
        <w:br/>
        <w:t>vn 0.3171 0.0780 -0.9452</w:t>
        <w:br/>
        <w:t>vn 0.7739 -0.1727 -0.6093</w:t>
        <w:br/>
        <w:t>vn -0.9826 0.1232 -0.1393</w:t>
        <w:br/>
        <w:t>vn -0.9263 0.3661 -0.0897</w:t>
        <w:br/>
        <w:t>vn -0.6610 -0.0779 -0.7463</w:t>
        <w:br/>
        <w:t>vn -0.7075 -0.0848 -0.7016</w:t>
        <w:br/>
        <w:t>vn -0.3945 -0.3447 -0.8518</w:t>
        <w:br/>
        <w:t>vn -0.2791 -0.2728 -0.9207</w:t>
        <w:br/>
        <w:t>vn -0.9120 0.0787 -0.4026</w:t>
        <w:br/>
        <w:t>vn -0.0359 -0.5735 -0.8184</w:t>
        <w:br/>
        <w:t>vn 0.4909 0.2243 -0.8418</w:t>
        <w:br/>
        <w:t>vn 0.5639 0.0908 -0.8208</w:t>
        <w:br/>
        <w:t>vn 0.4216 0.3504 -0.8363</w:t>
        <w:br/>
        <w:t>vn 0.8920 -0.3263 -0.3129</w:t>
        <w:br/>
        <w:t>vn 0.6436 -0.4417 -0.6250</w:t>
        <w:br/>
        <w:t>vn 0.7244 -0.6468 -0.2386</w:t>
        <w:br/>
        <w:t>vn 0.7250 -0.6870 -0.0502</w:t>
        <w:br/>
        <w:t>vn 0.7443 0.0821 -0.6628</w:t>
        <w:br/>
        <w:t>vn 0.8206 -0.0340 -0.5704</w:t>
        <w:br/>
        <w:t>vn 0.9639 0.0353 0.2638</w:t>
        <w:br/>
        <w:t>vn 0.8204 -0.0415 0.5703</w:t>
        <w:br/>
        <w:t>vn 0.4895 -0.0715 0.8691</w:t>
        <w:br/>
        <w:t>vn -0.9000 0.0270 -0.4351</w:t>
        <w:br/>
        <w:t>vn -0.8811 0.0299 -0.4719</w:t>
        <w:br/>
        <w:t>vn -0.6120 -0.0324 -0.7902</w:t>
        <w:br/>
        <w:t>vn -0.1050 -0.0464 -0.9934</w:t>
        <w:br/>
        <w:t>vn -0.1485 -0.0716 -0.9863</w:t>
        <w:br/>
        <w:t>vn 0.9531 0.0569 -0.2971</w:t>
        <w:br/>
        <w:t>vn 0.3211 -0.4493 -0.8337</w:t>
        <w:br/>
        <w:t>vn -0.0392 -0.3608 -0.9318</w:t>
        <w:br/>
        <w:t>vn 0.5319 -0.6947 -0.4842</w:t>
        <w:br/>
        <w:t>vn 0.2574 -0.6845 -0.6821</w:t>
        <w:br/>
        <w:t>vn -0.4315 -0.1739 -0.8852</w:t>
        <w:br/>
        <w:t>vn -0.7230 0.0027 -0.6909</w:t>
        <w:br/>
        <w:t>vn 0.3604 0.4439 -0.8204</w:t>
        <w:br/>
        <w:t>vn 0.9111 -0.0702 -0.4061</w:t>
        <w:br/>
        <w:t>vn 0.9083 -0.1110 -0.4033</w:t>
        <w:br/>
        <w:t>vn -0.0472 0.2259 -0.9730</w:t>
        <w:br/>
        <w:t>vn -0.4307 0.3324 -0.8390</w:t>
        <w:br/>
        <w:t>vn -0.9803 0.0412 -0.1931</w:t>
        <w:br/>
        <w:t>vn -0.9818 0.0994 -0.1616</w:t>
        <w:br/>
        <w:t>vn -0.8657 0.0085 -0.5005</w:t>
        <w:br/>
        <w:t>vn -0.5865 -0.0371 -0.8091</w:t>
        <w:br/>
        <w:t>vn 0.0527 -0.0340 0.9980</w:t>
        <w:br/>
        <w:t>vn 0.0589 -0.0693 0.9959</w:t>
        <w:br/>
        <w:t>vn 0.4918 -0.0999 0.8650</w:t>
        <w:br/>
        <w:t>vn -0.5217 -0.0143 0.8530</w:t>
        <w:br/>
        <w:t>vn -0.5154 0.0303 0.8564</w:t>
        <w:br/>
        <w:t>vn -0.9849 0.1315 0.1127</w:t>
        <w:br/>
        <w:t>vn -0.9940 0.0564 0.0937</w:t>
        <w:br/>
        <w:t>vn -0.8966 0.0390 0.4410</w:t>
        <w:br/>
        <w:t>vn -0.8890 0.1004 0.4468</w:t>
        <w:br/>
        <w:t>vn 0.9754 0.0080 0.2203</w:t>
        <w:br/>
        <w:t>vn 0.9532 0.0569 -0.2971</w:t>
        <w:br/>
        <w:t>vn 0.8089 -0.0725 0.5834</w:t>
        <w:br/>
        <w:t>vn 0.0025 0.4150 -0.9098</w:t>
        <w:br/>
        <w:t>vn 0.5462 0.2771 -0.7905</w:t>
        <w:br/>
        <w:t>vn 0.8894 -0.4444 -0.1069</w:t>
        <w:br/>
        <w:t>vn 0.9236 -0.1390 -0.3574</w:t>
        <w:br/>
        <w:t>vn 0.9486 -0.1780 -0.2617</w:t>
        <w:br/>
        <w:t>vn 0.9656 -0.2009 -0.1648</w:t>
        <w:br/>
        <w:t>vn 0.2391 0.0448 0.9700</w:t>
        <w:br/>
        <w:t>vn -0.0028 -0.0042 1.0000</w:t>
        <w:br/>
        <w:t>vn 0.5011 0.1523 0.8519</w:t>
        <w:br/>
        <w:t>vn -0.9204 -0.1865 0.3437</w:t>
        <w:br/>
        <w:t>vn -0.5634 -0.1917 0.8036</w:t>
        <w:br/>
        <w:t>vn 0.9957 -0.0679 0.0627</w:t>
        <w:br/>
        <w:t>vn 0.9042 -0.0917 0.4171</w:t>
        <w:br/>
        <w:t>vn -0.9011 -0.1367 -0.4116</w:t>
        <w:br/>
        <w:t>vn -0.6024 -0.0962 -0.7924</w:t>
        <w:br/>
        <w:t>vn -0.9855 -0.1691 -0.0170</w:t>
        <w:br/>
        <w:t>vn 0.9500 -0.0568 -0.3070</w:t>
        <w:br/>
        <w:t>vn 0.9849 -0.1021 0.1394</w:t>
        <w:br/>
        <w:t>vn 0.9908 -0.0851 0.1048</w:t>
        <w:br/>
        <w:t>vn 0.9454 -0.0481 -0.3224</w:t>
        <w:br/>
        <w:t>vn -0.8810 -0.1270 -0.4558</w:t>
        <w:br/>
        <w:t>vn -0.8930 -0.1278 -0.4315</w:t>
        <w:br/>
        <w:t>vn -0.9860 -0.1638 -0.0320</w:t>
        <w:br/>
        <w:t>vn -0.9857 -0.1620 -0.0466</w:t>
        <w:br/>
        <w:t>vn -0.1672 -0.0613 -0.9840</w:t>
        <w:br/>
        <w:t>vn 0.3220 -0.0337 -0.9461</w:t>
        <w:br/>
        <w:t>vn 0.7003 -0.0290 -0.7132</w:t>
        <w:br/>
        <w:t>vn 0.7089 -0.0206 -0.7050</w:t>
        <w:br/>
        <w:t>vn 0.9500 -0.0567 -0.3070</w:t>
        <w:br/>
        <w:t>vn 0.9454 -0.0482 -0.3224</w:t>
        <w:br/>
        <w:t>vn 0.7059 -0.0225 -0.7079</w:t>
        <w:br/>
        <w:t>vn -0.8617 -0.1230 -0.4923</w:t>
        <w:br/>
        <w:t>vn -0.8496 -0.0926 -0.5192</w:t>
        <w:br/>
        <w:t>vn -0.5567 -0.0811 -0.8267</w:t>
        <w:br/>
        <w:t>vn -0.5615 -0.0837 -0.8233</w:t>
        <w:br/>
        <w:t>vn -0.9770 -0.1401 -0.1610</w:t>
        <w:br/>
        <w:t>vn -0.9773 -0.0940 -0.1897</w:t>
        <w:br/>
        <w:t>vn 0.9537 -0.0538 -0.2960</w:t>
        <w:br/>
        <w:t>vn 0.9776 -0.1180 0.1742</w:t>
        <w:br/>
        <w:t>vn 0.7092 -0.0091 -0.7049</w:t>
        <w:br/>
        <w:t>vn -0.9936 -0.0975 0.0570</w:t>
        <w:br/>
        <w:t>vn -0.9880 -0.1478 0.0457</w:t>
        <w:br/>
        <w:t>vn -0.9149 -0.1518 0.3740</w:t>
        <w:br/>
        <w:t>vn -0.9106 -0.1014 0.4007</w:t>
        <w:br/>
        <w:t>vn -0.5348 -0.1509 0.8314</w:t>
        <w:br/>
        <w:t>vn -0.5267 -0.1150 0.8422</w:t>
        <w:br/>
        <w:t>vn 0.8460 -0.1276 0.5177</w:t>
        <w:br/>
        <w:t>vn 0.8088 -0.1481 0.5691</w:t>
        <w:br/>
        <w:t>vn 0.0795 -0.1414 0.9868</w:t>
        <w:br/>
        <w:t>vn 0.0678 -0.1148 0.9911</w:t>
        <w:br/>
        <w:t>vn -0.5244 -0.0667 0.8489</w:t>
        <w:br/>
        <w:t>vn 0.5451 -0.1497 0.8249</w:t>
        <w:br/>
        <w:t>vn 0.5723 -0.1422 0.8076</w:t>
        <w:br/>
        <w:t>vn 0.5920 -0.1398 0.7937</w:t>
        <w:br/>
        <w:t>vn 0.8746 -0.1160 0.4708</w:t>
        <w:br/>
        <w:t>vn 0.1039 -0.1653 0.9808</w:t>
        <w:br/>
        <w:t>vn 0.1042 -0.1707 0.9798</w:t>
        <w:br/>
        <w:t>vn -0.5420 -0.1819 0.8204</w:t>
        <w:br/>
        <w:t>vn -0.5496 -0.1969 0.8119</w:t>
        <w:br/>
        <w:t>vn -0.9972 -0.0246 0.0712</w:t>
        <w:br/>
        <w:t>vn -0.9058 -0.0301 0.4227</w:t>
        <w:br/>
        <w:t>vn -0.9791 -0.0276 -0.2015</w:t>
        <w:br/>
        <w:t>vn 0.3654 0.0033 -0.9309</w:t>
        <w:br/>
        <w:t>vn 0.3516 0.0002 -0.9361</w:t>
        <w:br/>
        <w:t>vn -0.1007 -0.0354 -0.9943</w:t>
        <w:br/>
        <w:t>vn -0.0807 -0.0425 -0.9958</w:t>
        <w:br/>
        <w:t>vn 0.3456 -0.0113 -0.9383</w:t>
        <w:br/>
        <w:t>vn -0.8545 -0.0400 -0.5179</w:t>
        <w:br/>
        <w:t>vn -0.5671 -0.0611 -0.8214</w:t>
        <w:br/>
        <w:t>vn -0.1224 -0.0366 -0.9918</w:t>
        <w:br/>
        <w:t>vn 0.0932 -0.1531 0.9838</w:t>
        <w:br/>
        <w:t>vn 0.5148 -0.1544 0.8433</w:t>
        <w:br/>
        <w:t>vn 0.7799 -0.1477 0.6083</w:t>
        <w:br/>
        <w:t>vn 0.9750 -0.0972 0.2000</w:t>
        <w:br/>
        <w:t>vn 0.9762 -0.0458 0.2122</w:t>
        <w:br/>
        <w:t>vn 0.7756 -0.1131 0.6210</w:t>
        <w:br/>
        <w:t>vn 0.4980 -0.1344 0.8567</w:t>
        <w:br/>
        <w:t>vn 0.9573 -0.0230 -0.2882</w:t>
        <w:br/>
        <w:t>vn 0.9598 0.0224 -0.2796</w:t>
        <w:br/>
        <w:t>vn 0.9573 -0.0230 -0.2881</w:t>
        <w:br/>
        <w:t>vn 0.7137 0.0147 -0.7003</w:t>
        <w:br/>
        <w:t>vn 0.7288 0.0323 -0.6840</w:t>
        <w:br/>
        <w:t>vn 0.9599 0.0224 -0.2796</w:t>
        <w:br/>
        <w:t>vn 0.3814 -0.0104 -0.9243</w:t>
        <w:br/>
        <w:t>vn -0.0836 -0.0538 -0.9950</w:t>
        <w:br/>
        <w:t>vn -0.5738 -0.0770 -0.8154</w:t>
        <w:br/>
        <w:t>vn -0.9212 -0.1771 0.3464</w:t>
        <w:br/>
        <w:t>vn -0.9230 -0.1847 0.3375</w:t>
        <w:br/>
        <w:t>vn -0.5855 -0.0810 -0.8066</w:t>
        <w:br/>
        <w:t>vn 0.9389 -0.0460 -0.3410</w:t>
        <w:br/>
        <w:t>vn -0.1400 -0.0454 -0.9891</w:t>
        <w:br/>
        <w:t>vn 0.6155 -0.1188 0.7791</w:t>
        <w:br/>
        <w:t>vn 0.0972 -0.1558 0.9830</w:t>
        <w:br/>
        <w:t>vn 0.3383 -0.0216 -0.9408</w:t>
        <w:br/>
        <w:t>vn 0.9149 -0.1849 0.3588</w:t>
        <w:br/>
        <w:t>vn 0.5781 -0.1921 0.7931</w:t>
        <w:br/>
        <w:t>vn 0.5910 -0.2102 0.7788</w:t>
        <w:br/>
        <w:t>vn 0.9013 -0.2201 0.3732</w:t>
        <w:br/>
        <w:t>vn 0.6240 -0.1131 -0.7732</w:t>
        <w:br/>
        <w:t>vn 0.9030 -0.1310 -0.4092</w:t>
        <w:br/>
        <w:t>vn 0.8937 -0.1719 -0.4144</w:t>
        <w:br/>
        <w:t>vn 0.6477 -0.1471 -0.7476</w:t>
        <w:br/>
        <w:t>vn 0.9884 -0.1515 -0.0051</w:t>
        <w:br/>
        <w:t>vn 0.9792 -0.2029 0.0056</w:t>
        <w:br/>
        <w:t>vn -0.9706 -0.1846 0.1543</w:t>
        <w:br/>
        <w:t>vn -0.9789 -0.0972 0.1799</w:t>
        <w:br/>
        <w:t>vn -0.9465 -0.0351 -0.3208</w:t>
        <w:br/>
        <w:t>vn -0.9394 -0.1315 -0.3167</w:t>
        <w:br/>
        <w:t>vn 0.9811 -0.1282 -0.1452</w:t>
        <w:br/>
        <w:t>vn 0.9835 -0.1756 -0.0446</w:t>
        <w:br/>
        <w:t>vn 0.8784 -0.1519 -0.4531</w:t>
        <w:br/>
        <w:t>vn 0.8732 -0.0995 -0.4770</w:t>
        <w:br/>
        <w:t>vn -0.6916 -0.0493 -0.7206</w:t>
        <w:br/>
        <w:t>vn -0.9294 -0.0460 -0.3662</w:t>
        <w:br/>
        <w:t>vn -0.9287 0.0035 -0.3709</w:t>
        <w:br/>
        <w:t>vn -0.6913 -0.0189 -0.7223</w:t>
        <w:br/>
        <w:t>vn 0.2412 -0.1120 -0.9640</w:t>
        <w:br/>
        <w:t>vn 0.1897 -0.0733 -0.9791</w:t>
        <w:br/>
        <w:t>vn 0.5565 -0.0714 -0.8278</w:t>
        <w:br/>
        <w:t>vn 0.8496 -0.0835 -0.5208</w:t>
        <w:br/>
        <w:t>vn 0.8585 -0.1016 -0.5027</w:t>
        <w:br/>
        <w:t>vn 0.5584 -0.0605 -0.8273</w:t>
        <w:br/>
        <w:t>vn 0.9784 -0.1205 -0.1678</w:t>
        <w:br/>
        <w:t>vn 0.9781 -0.0852 -0.1898</w:t>
        <w:br/>
        <w:t>vn -0.9506 0.0026 -0.3105</w:t>
        <w:br/>
        <w:t>vn -0.9787 -0.0684 0.1937</w:t>
        <w:br/>
        <w:t>vn -0.9394 -0.1316 -0.3167</w:t>
        <w:br/>
        <w:t>vn -0.6947 0.0132 -0.7192</w:t>
        <w:br/>
        <w:t>vn -0.6973 -0.0589 -0.7143</w:t>
        <w:br/>
        <w:t>vn 0.9158 -0.1315 0.3796</w:t>
        <w:br/>
        <w:t>vn 0.9906 -0.1287 0.0466</w:t>
        <w:br/>
        <w:t>vn 0.9945 -0.0884 0.0560</w:t>
        <w:br/>
        <w:t>vn 0.9117 -0.0912 0.4006</w:t>
        <w:br/>
        <w:t>vn 0.5347 -0.1273 0.8354</w:t>
        <w:br/>
        <w:t>vn 0.5270 -0.1034 0.8435</w:t>
        <w:br/>
        <w:t>vn -0.8317 -0.1767 0.5263</w:t>
        <w:br/>
        <w:t>vn -0.8172 -0.1141 0.5650</w:t>
        <w:br/>
        <w:t>vn -0.0703 -0.1139 0.9910</w:t>
        <w:br/>
        <w:t>vn -0.0829 -0.1292 0.9881</w:t>
        <w:br/>
        <w:t>vn 0.5244 -0.0657 0.8489</w:t>
        <w:br/>
        <w:t>vn -0.5662 -0.1149 0.8162</w:t>
        <w:br/>
        <w:t>vn -0.5469 -0.1258 0.8277</w:t>
        <w:br/>
        <w:t>vn -0.7964 -0.1195 0.5929</w:t>
        <w:br/>
        <w:t>vn -0.6496 -0.0830 0.7558</w:t>
        <w:br/>
        <w:t>vn -0.6302 -0.0889 0.7713</w:t>
        <w:br/>
        <w:t>vn -0.9182 -0.0426 0.3938</w:t>
        <w:br/>
        <w:t>vn -0.9328 -0.0578 0.3556</w:t>
        <w:br/>
        <w:t>vn -0.1054 -0.1975 0.9746</w:t>
        <w:br/>
        <w:t>vn -0.1029 -0.1314 0.9860</w:t>
        <w:br/>
        <w:t>vn -0.5723 -0.1744 0.8013</w:t>
        <w:br/>
        <w:t>vn -0.0910 -0.1349 0.9867</w:t>
        <w:br/>
        <w:t>vn -0.0830 -0.1388 0.9868</w:t>
        <w:br/>
        <w:t>vn 0.9972 -0.0245 0.0708</w:t>
        <w:br/>
        <w:t>vn 0.9060 -0.0295 0.4223</w:t>
        <w:br/>
        <w:t>vn -0.9994 0.0040 0.0340</w:t>
        <w:br/>
        <w:t>vn -0.9991 -0.0422 0.0008</w:t>
        <w:br/>
        <w:t>vn 0.9793 -0.0278 -0.2006</w:t>
        <w:br/>
        <w:t>vn 0.0955 -0.0108 -0.9954</w:t>
        <w:br/>
        <w:t>vn -0.3535 0.0250 -0.9351</w:t>
        <w:br/>
        <w:t>vn -0.3670 0.0142 -0.9301</w:t>
        <w:br/>
        <w:t>vn 0.0798 -0.0320 -0.9963</w:t>
        <w:br/>
        <w:t>vn -0.6996 0.0267 -0.7140</w:t>
        <w:br/>
        <w:t>vn -0.3490 0.0275 -0.9367</w:t>
        <w:br/>
        <w:t>vn 0.8543 -0.0406 -0.5182</w:t>
        <w:br/>
        <w:t>vn 0.5670 -0.0618 -0.8214</w:t>
        <w:br/>
        <w:t>vn 0.1097 0.0030 -0.9940</w:t>
        <w:br/>
        <w:t>vn -0.3219 -0.0354 -0.9461</w:t>
        <w:br/>
        <w:t>vn -0.2924 -0.0654 -0.9540</w:t>
        <w:br/>
        <w:t>vn -0.0954 -0.1290 0.9870</w:t>
        <w:br/>
        <w:t>vn -0.5196 -0.1423 0.8425</w:t>
        <w:br/>
        <w:t>vn -0.7790 -0.1317 0.6130</w:t>
        <w:br/>
        <w:t>vn -0.7754 -0.1129 0.6213</w:t>
        <w:br/>
        <w:t>vn -0.9758 -0.0460 0.2138</w:t>
        <w:br/>
        <w:t>vn -0.9763 -0.0718 0.2042</w:t>
        <w:br/>
        <w:t>vn -0.5013 -0.1337 0.8549</w:t>
        <w:br/>
        <w:t>vn -0.9599 0.0222 -0.2796</w:t>
        <w:br/>
        <w:t>vn -0.9561 0.0019 -0.2931</w:t>
        <w:br/>
        <w:t>vn -0.7286 0.0318 -0.6842</w:t>
        <w:br/>
        <w:t>vn -0.7112 0.0297 -0.7023</w:t>
        <w:br/>
        <w:t>vn -0.9561 0.0019 -0.2932</w:t>
        <w:br/>
        <w:t>vn -0.3830 -0.0109 -0.9237</w:t>
        <w:br/>
        <w:t>vn -0.9505 0.0025 -0.3106</w:t>
        <w:br/>
        <w:t>vn 0.0829 -0.0545 -0.9951</w:t>
        <w:br/>
        <w:t>vn 0.5659 -0.0423 -0.8234</w:t>
        <w:br/>
        <w:t>vn 0.9897 -0.1380 0.0379</w:t>
        <w:br/>
        <w:t>vn 0.9217 -0.1434 0.3605</w:t>
        <w:br/>
        <w:t>vn 0.5417 -0.1388 0.8290</w:t>
        <w:br/>
        <w:t>vn 0.5392 -0.2106 0.8154</w:t>
        <w:br/>
        <w:t>vn 0.9166 -0.2038 0.3439</w:t>
        <w:br/>
        <w:t>vn 0.5708 -0.1009 -0.8149</w:t>
        <w:br/>
        <w:t>vn 0.1188 -0.0587 -0.9912</w:t>
        <w:br/>
        <w:t>vn -0.9310 0.1070 -0.3489</w:t>
        <w:br/>
        <w:t>vn -0.9948 0.0914 0.0456</w:t>
        <w:br/>
        <w:t>vn -0.6252 0.0126 0.7803</w:t>
        <w:br/>
        <w:t>vn -0.0958 -0.0150 0.9953</w:t>
        <w:br/>
        <w:t>vn 0.5787 0.0623 0.8132</w:t>
        <w:br/>
        <w:t>vn 0.5810 -0.0486 0.8124</w:t>
        <w:br/>
        <w:t>vn 0.9352 -0.0528 0.3501</w:t>
        <w:br/>
        <w:t>vn 0.9379 0.0357 0.3450</w:t>
        <w:br/>
        <w:t>vn 0.9105 0.0473 -0.4108</w:t>
        <w:br/>
        <w:t>vn 0.6183 0.1008 -0.7794</w:t>
        <w:br/>
        <w:t>vn 0.5959 0.2795 -0.7529</w:t>
        <w:br/>
        <w:t>vn 0.8938 0.1886 -0.4069</w:t>
        <w:br/>
        <w:t>vn 0.9997 -0.0186 -0.0153</w:t>
        <w:br/>
        <w:t>vn 0.9975 0.0679 -0.0208</w:t>
        <w:br/>
        <w:t>vn -0.9388 -0.3231 0.1195</w:t>
        <w:br/>
        <w:t>vn -0.9072 -0.2958 -0.2991</w:t>
        <w:br/>
        <w:t>vn 0.9447 -0.3260 -0.0358</w:t>
        <w:br/>
        <w:t>vn 0.8541 -0.2972 -0.4269</w:t>
        <w:br/>
        <w:t>vn -0.6796 0.2224 -0.6990</w:t>
        <w:br/>
        <w:t>vn -0.6913 0.1137 -0.7135</w:t>
        <w:br/>
        <w:t>vn -0.9262 0.1714 -0.3359</w:t>
        <w:br/>
        <w:t>vn 0.1739 0.1221 -0.9772</w:t>
        <w:br/>
        <w:t>vn 0.1656 0.2920 -0.9420</w:t>
        <w:br/>
        <w:t>vn -0.9082 0.1189 0.4014</w:t>
        <w:br/>
        <w:t>vn -0.9147 0.0504 0.4010</w:t>
        <w:br/>
        <w:t>vn -0.6194 0.1007 0.7786</w:t>
        <w:br/>
        <w:t>vn -0.5597 -0.3193 0.7647</w:t>
        <w:br/>
        <w:t>vn -0.1032 -0.3521 0.9303</w:t>
        <w:br/>
        <w:t>vn -0.9889 0.1401 0.0496</w:t>
        <w:br/>
        <w:t>vn -0.3138 0.2758 -0.9086</w:t>
        <w:br/>
        <w:t>vn -0.3240 0.1296 -0.9372</w:t>
        <w:br/>
        <w:t>vn 0.5150 -0.3749 0.7708</w:t>
        <w:br/>
        <w:t>vn 0.8788 -0.3525 0.3217</w:t>
        <w:br/>
        <w:t>vn 0.4938 -0.4644 0.7352</w:t>
        <w:br/>
        <w:t>vn 0.8464 -0.4351 0.3070</w:t>
        <w:br/>
        <w:t>vn 0.5599 -0.2563 -0.7879</w:t>
        <w:br/>
        <w:t>vn 0.8274 -0.3832 -0.4105</w:t>
        <w:br/>
        <w:t>vn 0.5463 -0.3431 -0.7641</w:t>
        <w:br/>
        <w:t>vn 0.9124 -0.4079 -0.0343</w:t>
        <w:br/>
        <w:t>vn -0.6896 -0.2258 -0.6881</w:t>
        <w:br/>
        <w:t>vn -0.8749 -0.3921 -0.2844</w:t>
        <w:br/>
        <w:t>vn -0.6747 -0.3252 -0.6626</w:t>
        <w:br/>
        <w:t>vn 0.1236 -0.2199 -0.9677</w:t>
        <w:br/>
        <w:t>vn 0.1237 -0.3103 -0.9425</w:t>
        <w:br/>
        <w:t>vn -0.8223 -0.3123 0.4757</w:t>
        <w:br/>
        <w:t>vn -0.5447 -0.4018 0.7361</w:t>
        <w:br/>
        <w:t>vn -0.8051 -0.3902 0.4467</w:t>
        <w:br/>
        <w:t>vn -0.1001 -0.4381 0.8933</w:t>
        <w:br/>
        <w:t>vn -0.9100 -0.4021 0.1011</w:t>
        <w:br/>
        <w:t>vn -0.3476 -0.0337 -0.9371</w:t>
        <w:br/>
        <w:t>vn -0.3394 -0.1923 -0.9208</w:t>
        <w:br/>
        <w:t>vn -0.3306 -0.2831 -0.9003</w:t>
        <w:br/>
        <w:t>vn -0.8749 -0.3920 -0.2844</w:t>
        <w:br/>
        <w:t>vn -0.0965 0.0856 0.9916</w:t>
        <w:br/>
        <w:t>vn -0.9294 -0.0460 -0.3663</w:t>
        <w:br/>
        <w:t>vn 0.8655 0.0076 -0.5008</w:t>
        <w:br/>
        <w:t>vn 0.9805 0.0408 -0.1923</w:t>
        <w:br/>
        <w:t>vn 0.9940 0.0567 0.0933</w:t>
        <w:br/>
        <w:t>vn 0.1043 -0.0476 -0.9934</w:t>
        <w:br/>
        <w:t>vn 0.5866 -0.0384 -0.8090</w:t>
        <w:br/>
        <w:t>vn -0.0613 -0.0676 0.9958</w:t>
        <w:br/>
        <w:t>vn 0.5217 -0.0126 0.8530</w:t>
        <w:br/>
        <w:t>vn -0.4950 -0.0988 0.8633</w:t>
        <w:br/>
        <w:t>vn -0.8084 -0.0722 0.5843</w:t>
        <w:br/>
        <w:t>vn -0.9750 0.0079 0.2219</w:t>
        <w:br/>
        <w:t>vn -0.9532 0.0561 -0.2969</w:t>
        <w:br/>
        <w:t>vn -0.7737 -0.1742 -0.6092</w:t>
        <w:br/>
        <w:t>vn -0.9533 0.0561 -0.2969</w:t>
        <w:br/>
        <w:t>vn -0.3219 -0.1520 -0.9345</w:t>
        <w:br/>
        <w:t>vn 0.8968 0.0400 0.4406</w:t>
        <w:br/>
        <w:t>vn -0.2065 0.0608 -0.9766</w:t>
        <w:br/>
        <w:t>vn 0.3610 0.0475 -0.9314</w:t>
        <w:br/>
        <w:t>vn 0.3462 0.2343 -0.9084</w:t>
        <w:br/>
        <w:t>vn -0.2406 0.1986 -0.9501</w:t>
        <w:br/>
        <w:t>vn 0.8566 -0.0343 -0.5149</w:t>
        <w:br/>
        <w:t>vn 0.8622 0.1319 -0.4891</w:t>
        <w:br/>
        <w:t>vn -0.2340 -0.0284 -0.9718</w:t>
        <w:br/>
        <w:t>vn 0.3206 -0.0765 -0.9441</w:t>
        <w:br/>
        <w:t>vn 0.6228 -0.2230 0.7500</w:t>
        <w:br/>
        <w:t>vn -0.0658 -0.2850 0.9563</w:t>
        <w:br/>
        <w:t>vn -0.0615 -0.3434 0.9372</w:t>
        <w:br/>
        <w:t>vn 0.6261 -0.2244 0.7467</w:t>
        <w:br/>
        <w:t>vn -0.7000 -0.2266 0.6772</w:t>
        <w:br/>
        <w:t>vn -0.6810 -0.2958 0.6699</w:t>
        <w:br/>
        <w:t>vn 0.6195 -0.1789 0.7643</w:t>
        <w:br/>
        <w:t>vn 0.6100 -0.1846 0.7706</w:t>
        <w:br/>
        <w:t>vn -0.0734 -0.1024 0.9920</w:t>
        <w:br/>
        <w:t>vn -0.0686 -0.1027 0.9923</w:t>
        <w:br/>
        <w:t>vn -0.9636 -0.1801 0.1976</w:t>
        <w:br/>
        <w:t>vn -0.9750 -0.1155 0.1900</w:t>
        <w:br/>
        <w:t>vn -0.9677 -0.0447 -0.2482</w:t>
        <w:br/>
        <w:t>vn -0.9635 0.0354 -0.2654</w:t>
        <w:br/>
        <w:t>vn -0.9702 -0.0095 -0.2420</w:t>
        <w:br/>
        <w:t>vn -0.6813 -0.0063 -0.7320</w:t>
        <w:br/>
        <w:t>vn -0.6538 0.0461 -0.7552</w:t>
        <w:br/>
        <w:t>vn 0.8927 -0.1917 0.4078</w:t>
        <w:br/>
        <w:t>vn 0.9845 -0.1428 0.1023</w:t>
        <w:br/>
        <w:t>vn 0.9820 -0.1875 0.0213</w:t>
        <w:br/>
        <w:t>vn 0.8973 -0.2040 0.3916</w:t>
        <w:br/>
        <w:t>vn 0.8999 -0.1061 0.4230</w:t>
        <w:br/>
        <w:t>vn 0.6228 -0.2085 0.7541</w:t>
        <w:br/>
        <w:t>vn 0.9109 -0.0450 0.4103</w:t>
        <w:br/>
        <w:t>vn -0.9566 -0.0046 0.2913</w:t>
        <w:br/>
        <w:t>vn -0.9577 -0.0917 0.2728</w:t>
        <w:br/>
        <w:t>vn -0.9758 0.0423 -0.2147</w:t>
        <w:br/>
        <w:t>vn -0.9790 0.0736 -0.1903</w:t>
        <w:br/>
        <w:t>vn 0.8648 0.2443 -0.4386</w:t>
        <w:br/>
        <w:t>vn 0.9894 0.1143 0.0901</w:t>
        <w:br/>
        <w:t>vn 0.9975 0.0191 0.0677</w:t>
        <w:br/>
        <w:t>vn 0.8761 0.0900 -0.4737</w:t>
        <w:br/>
        <w:t>vn -0.1005 -0.1499 0.9836</w:t>
        <w:br/>
        <w:t>vn -0.0926 -0.1442 0.9852</w:t>
        <w:br/>
        <w:t>vn -0.6654 -0.0910 0.7409</w:t>
        <w:br/>
        <w:t>vn -0.6607 -0.0797 0.7465</w:t>
        <w:br/>
        <w:t>vn -0.7360 0.1351 -0.6634</w:t>
        <w:br/>
        <w:t>vn -0.7353 0.1962 -0.6488</w:t>
        <w:br/>
        <w:t>vn -0.2618 0.2956 -0.9187</w:t>
        <w:br/>
        <w:t>vn -0.2454 0.1594 -0.9562</w:t>
        <w:br/>
        <w:t>vn 0.3485 0.1494 -0.9253</w:t>
        <w:br/>
        <w:t>vn 0.3318 -0.0343 -0.9427</w:t>
        <w:br/>
        <w:t>vn -0.2290 -0.0031 -0.9734</w:t>
        <w:br/>
        <w:t>vn -0.0551 -0.3650 0.9294</w:t>
        <w:br/>
        <w:t>vn 0.5111 -0.1582 0.8449</w:t>
        <w:br/>
        <w:t>vn 0.5429 -0.1137 0.8321</w:t>
        <w:br/>
        <w:t>vn -0.9520 -0.0025 0.3062</w:t>
        <w:br/>
        <w:t>vn -0.9772 0.0411 -0.2081</w:t>
        <w:br/>
        <w:t>vn 0.8527 -0.0694 -0.5177</w:t>
        <w:br/>
        <w:t>vn 0.9953 -0.0914 0.0322</w:t>
        <w:br/>
        <w:t>vn 0.8962 -0.1491 0.4178</w:t>
        <w:br/>
        <w:t>vn 0.8879 -0.0396 0.4583</w:t>
        <w:br/>
        <w:t>vn 0.8945 0.0172 0.4468</w:t>
        <w:br/>
        <w:t>vn 0.5722 -0.0874 0.8154</w:t>
        <w:br/>
        <w:t>vn -0.9724 -0.0412 -0.2297</w:t>
        <w:br/>
        <w:t>vn -0.9475 -0.1970 0.2519</w:t>
        <w:br/>
        <w:t>vn 0.3413 0.3179 -0.8846</w:t>
        <w:br/>
        <w:t>vn 0.3307 0.3583 -0.8731</w:t>
        <w:br/>
        <w:t>vn 0.8523 0.2659 -0.4504</w:t>
        <w:br/>
        <w:t>vn -0.0780 -0.1708 0.9822</w:t>
        <w:br/>
        <w:t>vn -0.0594 -0.2848 0.9567</w:t>
        <w:br/>
        <w:t>vn -0.6496 -0.2860 0.7044</w:t>
        <w:br/>
        <w:t>vn -0.6600 -0.1693 0.7319</w:t>
        <w:br/>
        <w:t>vn -0.7075 0.0303 -0.7061</w:t>
        <w:br/>
        <w:t>vn -0.2694 0.3121 -0.9110</w:t>
        <w:br/>
        <w:t>vn -0.6656 0.0981 -0.7398</w:t>
        <w:br/>
        <w:t>vn 0.9001 0.0078 0.4357</w:t>
        <w:br/>
        <w:t>vn 0.6035 -0.1439 0.7843</w:t>
        <w:br/>
        <w:t>vn -0.7086 0.1737 -0.6839</w:t>
        <w:br/>
        <w:t>vn -0.6589 -0.3331 0.6745</w:t>
        <w:br/>
        <w:t>vn 0.9859 -0.0461 0.1608</w:t>
        <w:br/>
        <w:t>vn 0.9874 0.0851 0.1334</w:t>
        <w:br/>
        <w:t>vn -0.9758 0.0424 -0.2147</w:t>
        <w:br/>
        <w:t>vn -0.6780 -0.0253 0.7346</w:t>
        <w:br/>
        <w:t>vn -0.6985 -0.0069 0.7155</w:t>
        <w:br/>
        <w:t>vn -0.9665 -0.1983 0.1629</w:t>
        <w:br/>
        <w:t>vn -0.9586 0.0026 0.2848</w:t>
        <w:br/>
        <w:t>vn -0.9723 0.0430 0.2297</w:t>
        <w:br/>
        <w:t>vn 0.8720 -0.1213 0.4741</w:t>
        <w:br/>
        <w:t>vn -0.9635 0.0355 -0.2654</w:t>
        <w:br/>
        <w:t>vn 0.8165 -0.1445 -0.5590</w:t>
        <w:br/>
        <w:t>vn 0.6212 -0.2003 0.7576</w:t>
        <w:br/>
        <w:t>vn -0.0686 -0.1867 0.9800</w:t>
        <w:br/>
        <w:t>vn -0.7098 -0.1099 0.6958</w:t>
        <w:br/>
        <w:t>vn 0.8920 -0.1747 0.4169</w:t>
        <w:br/>
        <w:t>vn -0.9798 -0.0242 0.1984</w:t>
        <w:br/>
        <w:t>vn 0.4262 -0.1636 0.8897</w:t>
        <w:br/>
        <w:t>vn 0.4444 -0.1665 0.8802</w:t>
        <w:br/>
        <w:t>vn -0.1516 -0.1322 0.9796</w:t>
        <w:br/>
        <w:t>vn -0.1785 -0.1277 0.9756</w:t>
        <w:br/>
        <w:t>vn 0.8309 -0.1509 -0.5355</w:t>
        <w:br/>
        <w:t>vn 0.3405 -0.1063 -0.9342</w:t>
        <w:br/>
        <w:t>vn 0.8486 -0.1458 -0.5086</w:t>
        <w:br/>
        <w:t>vn 0.8675 -0.1220 -0.4822</w:t>
        <w:br/>
        <w:t>vn 0.4526 -0.0719 -0.8888</w:t>
        <w:br/>
        <w:t>vn 0.4078 -0.0926 -0.9084</w:t>
        <w:br/>
        <w:t>vn -0.0910 -0.0247 -0.9955</w:t>
        <w:br/>
        <w:t>vn -0.1260 -0.0362 -0.9914</w:t>
        <w:br/>
        <w:t>vn -0.1901 -0.0533 -0.9803</w:t>
        <w:br/>
        <w:t>vn -0.6653 -0.0201 -0.7463</w:t>
        <w:br/>
        <w:t>vn -0.7188 -0.0841 0.6901</w:t>
        <w:br/>
        <w:t>vn -0.6948 -0.0868 0.7140</w:t>
        <w:br/>
        <w:t>vn -0.9605 -0.0594 0.2720</w:t>
        <w:br/>
        <w:t>vn -0.9671 -0.0614 0.2470</w:t>
        <w:br/>
        <w:t>vn -0.1143 -0.1429 0.9831</w:t>
        <w:br/>
        <w:t>vn 0.4785 -0.1716 0.8612</w:t>
        <w:br/>
        <w:t>vn -0.9731 -0.0124 -0.2301</w:t>
        <w:br/>
        <w:t>vn -0.9518 -0.0385 0.3043</w:t>
        <w:br/>
        <w:t>vn -0.9707 -0.0409 -0.2368</w:t>
        <w:br/>
        <w:t>vn -0.6638 -0.0849 0.7430</w:t>
        <w:br/>
        <w:t>vn -0.6272 -0.0267 -0.7784</w:t>
        <w:br/>
        <w:t>vn -0.6367 -0.0259 -0.7707</w:t>
        <w:br/>
        <w:t>vn 0.9869 -0.1585 -0.0294</w:t>
        <w:br/>
        <w:t>vn 0.9848 -0.1717 -0.0261</w:t>
        <w:br/>
        <w:t>vn 0.9866 -0.1630 -0.0037</w:t>
        <w:br/>
        <w:t>vn 0.8497 -0.1777 0.4964</w:t>
        <w:br/>
        <w:t>vn 0.8516 -0.1793 0.4925</w:t>
        <w:br/>
        <w:t>vn 0.8577 -0.1691 0.4856</w:t>
        <w:br/>
        <w:t>vn -0.9697 -0.0471 -0.2395</w:t>
        <w:br/>
        <w:t>vn 0.9153 0.3801 0.1334</w:t>
        <w:br/>
        <w:t>vn 0.8193 0.2748 0.5031</w:t>
        <w:br/>
        <w:t>vn 0.8201 0.2790 0.4996</w:t>
        <w:br/>
        <w:t>vn 0.9166 0.3769 0.1336</w:t>
        <w:br/>
        <w:t>vn 0.5627 0.1023 0.8203</w:t>
        <w:br/>
        <w:t>vn 0.5428 0.0713 0.8368</w:t>
        <w:br/>
        <w:t>vn 0.0069 0.6152 -0.7884</w:t>
        <w:br/>
        <w:t>vn 0.2820 0.6469 -0.7085</w:t>
        <w:br/>
        <w:t>vn 0.3524 0.6042 -0.7147</w:t>
        <w:br/>
        <w:t>vn -0.0068 0.5303 -0.8478</w:t>
        <w:br/>
        <w:t>vn 0.6027 0.5911 -0.5360</w:t>
        <w:br/>
        <w:t>vn 0.5795 0.6353 -0.5104</w:t>
        <w:br/>
        <w:t>vn 0.8601 0.4834 -0.1633</w:t>
        <w:br/>
        <w:t>vn 0.8768 0.4615 -0.1352</w:t>
        <w:br/>
        <w:t>vn 0.7667 0.5424 -0.3433</w:t>
        <w:br/>
        <w:t>vn 0.7381 0.5788 -0.3467</w:t>
        <w:br/>
        <w:t>vn -0.1343 0.5654 -0.8138</w:t>
        <w:br/>
        <w:t>vn -0.1073 0.5478 -0.8297</w:t>
        <w:br/>
        <w:t>vn 0.0535 0.6051 -0.7944</w:t>
        <w:br/>
        <w:t>vn -0.1666 -0.3032 0.9383</w:t>
        <w:br/>
        <w:t>vn -0.0328 -0.0291 0.9990</w:t>
        <w:br/>
        <w:t>vn 0.1094 -0.1512 0.9824</w:t>
        <w:br/>
        <w:t>vn -0.2696 -0.9508 -0.1524</w:t>
        <w:br/>
        <w:t>vn -0.5397 -0.8407 0.0437</w:t>
        <w:br/>
        <w:t>vn -0.0930 -0.9954 -0.0237</w:t>
        <w:br/>
        <w:t>vn -0.2671 -0.5574 0.7861</w:t>
        <w:br/>
        <w:t>vn 0.1646 -0.7659 0.6215</w:t>
        <w:br/>
        <w:t>vn 0.1225 -0.9633 0.2390</w:t>
        <w:br/>
        <w:t>vn -0.1208 -0.9782 0.1691</w:t>
        <w:br/>
        <w:t>vn 0.2318 -0.1995 0.9521</w:t>
        <w:br/>
        <w:t>vn 0.0977 -0.2106 0.9727</w:t>
        <w:br/>
        <w:t>vn 0.1063 -0.3765 0.9203</w:t>
        <w:br/>
        <w:t>vn 0.1713 -0.4894 0.8551</w:t>
        <w:br/>
        <w:t>vn -0.2124 0.4592 -0.8626</w:t>
        <w:br/>
        <w:t>vn -0.1834 0.5545 -0.8117</w:t>
        <w:br/>
        <w:t>vn -0.2464 0.3587 -0.9003</w:t>
        <w:br/>
        <w:t>vn 0.2775 -0.0465 0.9596</w:t>
        <w:br/>
        <w:t>vn 0.0810 -0.0838 0.9932</w:t>
        <w:br/>
        <w:t>vn -0.9823 -0.0433 0.1820</w:t>
        <w:br/>
        <w:t>vn -0.5397 -0.8407 0.0436</w:t>
        <w:br/>
        <w:t>vn -0.8838 -0.4585 -0.0927</w:t>
        <w:br/>
        <w:t>vn -0.8362 -0.5375 0.1091</w:t>
        <w:br/>
        <w:t>vn -0.8932 -0.4215 0.1568</w:t>
        <w:br/>
        <w:t>vn 0.4716 0.1001 0.8761</w:t>
        <w:br/>
        <w:t>vn 0.4903 0.0713 0.8687</w:t>
        <w:br/>
        <w:t>vn -0.8285 -0.1177 -0.5475</w:t>
        <w:br/>
        <w:t>vn -0.6189 -0.0592 -0.7833</w:t>
        <w:br/>
        <w:t>vn -0.6476 -0.1860 -0.7389</w:t>
        <w:br/>
        <w:t>vn -0.8503 -0.1744 -0.4966</w:t>
        <w:br/>
        <w:t>vn -0.6584 -0.3102 -0.6858</w:t>
        <w:br/>
        <w:t>vn -0.8756 -0.2488 -0.4140</w:t>
        <w:br/>
        <w:t>vn 0.1820 -0.5281 0.8295</w:t>
        <w:br/>
        <w:t>vn 0.9234 0.3604 0.1318</w:t>
        <w:br/>
        <w:t>vn 0.9007 0.4230 -0.0990</w:t>
        <w:br/>
        <w:t>vn 0.8812 0.1546 0.4467</w:t>
        <w:br/>
        <w:t>vn 0.9766 0.1746 0.1253</w:t>
        <w:br/>
        <w:t>vn 0.9673 0.2289 0.1091</w:t>
        <w:br/>
        <w:t>vn 0.8713 0.1847 0.4546</w:t>
        <w:br/>
        <w:t>vn 0.4485 0.1676 -0.8779</w:t>
        <w:br/>
        <w:t>vn 0.7073 0.2608 -0.6570</w:t>
        <w:br/>
        <w:t>vn 0.7211 0.1229 -0.6819</w:t>
        <w:br/>
        <w:t>vn 0.4492 -0.0089 -0.8934</w:t>
        <w:br/>
        <w:t>vn 0.6828 0.3844 -0.6213</w:t>
        <w:br/>
        <w:t>vn 0.8422 0.4010 -0.3605</w:t>
        <w:br/>
        <w:t>vn 0.8752 0.3032 -0.3770</w:t>
        <w:br/>
        <w:t>vn -0.9988 -0.0490 -0.0093</w:t>
        <w:br/>
        <w:t>vn -0.9524 -0.2976 0.0668</w:t>
        <w:br/>
        <w:t>vn -0.9940 0.0376 -0.1029</w:t>
        <w:br/>
        <w:t>vn 0.9745 0.1959 -0.1091</w:t>
        <w:br/>
        <w:t>vn 0.9032 0.1833 -0.3880</w:t>
        <w:br/>
        <w:t>vn 0.9528 0.2908 -0.0876</w:t>
        <w:br/>
        <w:t>vn 0.0488 0.0290 -0.9984</w:t>
        <w:br/>
        <w:t>vn 0.0463 -0.1720 -0.9840</w:t>
        <w:br/>
        <w:t>vn 0.8299 0.2707 0.4878</w:t>
        <w:br/>
        <w:t>vn 0.8532 0.2249 0.4706</w:t>
        <w:br/>
        <w:t>vn 0.9438 0.3040 0.1295</w:t>
        <w:br/>
        <w:t>vn 0.8099 0.4742 -0.3452</w:t>
        <w:br/>
        <w:t>vn 0.4921 0.1019 0.8646</w:t>
        <w:br/>
        <w:t>vn 0.5053 0.0783 0.8594</w:t>
        <w:br/>
        <w:t>vn -0.0494 -0.0054 0.9988</w:t>
        <w:br/>
        <w:t>vn -0.0592 -0.0025 0.9982</w:t>
        <w:br/>
        <w:t>vn -0.4290 -0.6078 -0.6683</w:t>
        <w:br/>
        <w:t>vn -0.0979 -0.4286 -0.8982</w:t>
        <w:br/>
        <w:t>vn 0.0408 0.3925 -0.9188</w:t>
        <w:br/>
        <w:t>vn -0.2895 0.2479 -0.9245</w:t>
        <w:br/>
        <w:t>vn -0.3360 -0.1110 -0.9353</w:t>
        <w:br/>
        <w:t>vn -0.3396 -0.2800 -0.8979</w:t>
        <w:br/>
        <w:t>vn -0.6607 -0.6150 -0.4305</w:t>
        <w:br/>
        <w:t>vn -0.8494 -0.4211 -0.3181</w:t>
        <w:br/>
        <w:t>vn -0.4418 -0.8613 -0.2509</w:t>
        <w:br/>
        <w:t>vn -0.8109 -0.0382 0.5840</w:t>
        <w:br/>
        <w:t>vn -0.9357 0.0138 0.3524</w:t>
        <w:br/>
        <w:t>vn -0.9355 -0.1235 0.3311</w:t>
        <w:br/>
        <w:t>vn 0.6482 0.4906 -0.5823</w:t>
        <w:br/>
        <w:t>vn 0.4019 0.4717 -0.7848</w:t>
        <w:br/>
        <w:t>vn -0.4979 -0.1025 0.8611</w:t>
        <w:br/>
        <w:t>vn -0.4998 -0.0423 0.8651</w:t>
        <w:br/>
        <w:t>vn -0.3166 0.0736 -0.9457</w:t>
        <w:br/>
        <w:t>vn 0.9827 0.1228 -0.1388</w:t>
        <w:br/>
        <w:t>vn 0.9264 0.3657 -0.0896</w:t>
        <w:br/>
        <w:t>vn 0.3938 -0.3469 -0.8512</w:t>
        <w:br/>
        <w:t>vn 0.7075 -0.0866 -0.7014</w:t>
        <w:br/>
        <w:t>vn 0.6611 -0.0795 -0.7461</w:t>
        <w:br/>
        <w:t>vn 0.2784 -0.2746 -0.9204</w:t>
        <w:br/>
        <w:t>vn 0.9119 0.0774 -0.4030</w:t>
        <w:br/>
        <w:t>vn 0.0351 -0.5753 -0.8172</w:t>
        <w:br/>
        <w:t>vn -0.4852 0.2194 -0.8464</w:t>
        <w:br/>
        <w:t>vn -0.5590 0.0841 -0.8249</w:t>
        <w:br/>
        <w:t>vn -0.4180 0.3488 -0.8388</w:t>
        <w:br/>
        <w:t>vn -0.6433 -0.4434 -0.6241</w:t>
        <w:br/>
        <w:t>vn -0.8884 -0.3321 -0.3169</w:t>
        <w:br/>
        <w:t>vn -0.7241 -0.6472 -0.2384</w:t>
        <w:br/>
        <w:t>vn -0.9940 0.0376 -0.1030</w:t>
        <w:br/>
        <w:t>vn -0.9524 -0.2976 0.0667</w:t>
        <w:br/>
        <w:t>vn -0.7249 -0.6870 -0.0503</w:t>
        <w:br/>
        <w:t>vn -0.8067 -0.0402 -0.5896</w:t>
        <w:br/>
        <w:t>vn -0.7309 0.0784 -0.6780</w:t>
        <w:br/>
        <w:t>vn -0.9634 0.0354 0.2658</w:t>
        <w:br/>
        <w:t>vn -0.8198 -0.0408 0.5712</w:t>
        <w:br/>
        <w:t>vn -0.4925 -0.0700 0.8675</w:t>
        <w:br/>
        <w:t>vn 0.8998 0.0258 -0.4355</w:t>
        <w:br/>
        <w:t>vn 0.8810 0.0288 -0.4723</w:t>
        <w:br/>
        <w:t>vn 0.6121 -0.0341 -0.7901</w:t>
        <w:br/>
        <w:t>vn 0.1478 -0.0731 -0.9863</w:t>
        <w:br/>
        <w:t>vn -0.3202 -0.4517 -0.8328</w:t>
        <w:br/>
        <w:t>vn 0.0387 -0.3635 -0.9308</w:t>
        <w:br/>
        <w:t>vn -0.5315 -0.6956 -0.4834</w:t>
        <w:br/>
        <w:t>vn -0.2565 -0.6859 -0.6810</w:t>
        <w:br/>
        <w:t>vn 0.4309 -0.1766 -0.8850</w:t>
        <w:br/>
        <w:t>vn 0.7231 0.0006 -0.6908</w:t>
        <w:br/>
        <w:t>vn -0.3582 0.4429 -0.8219</w:t>
        <w:br/>
        <w:t>vn -0.8957 -0.0760 -0.4381</w:t>
        <w:br/>
        <w:t>vn -0.8907 -0.1217 -0.4380</w:t>
        <w:br/>
        <w:t>vn 0.0479 0.2215 -0.9740</w:t>
        <w:br/>
        <w:t>vn 0.4311 0.3289 -0.8402</w:t>
        <w:br/>
        <w:t>vn 0.9820 0.0990 -0.1610</w:t>
        <w:br/>
        <w:t>vn -0.0549 -0.0318 0.9980</w:t>
        <w:br/>
        <w:t>vn 0.5153 0.0327 0.8564</w:t>
        <w:br/>
        <w:t>vn 0.9849 0.1318 0.1124</w:t>
        <w:br/>
        <w:t>vn 0.8890 0.1018 0.4464</w:t>
        <w:br/>
        <w:t>vn -0.8084 -0.0722 0.5842</w:t>
        <w:br/>
        <w:t>vn -0.5387 0.2774 -0.7955</w:t>
        <w:br/>
        <w:t>vn -0.7428 -0.6642 -0.0842</w:t>
        <w:br/>
        <w:t>vn -0.8839 -0.4542 -0.1113</w:t>
        <w:br/>
        <w:t>vn -0.9076 -0.1537 -0.3908</w:t>
        <w:br/>
        <w:t>vn -0.9385 -0.1949 -0.2851</w:t>
        <w:br/>
        <w:t>vn -0.9606 -0.2148 -0.1763</w:t>
        <w:br/>
        <w:t>vn -0.2420 0.0459 0.9692</w:t>
        <w:br/>
        <w:t>vn -0.5011 0.1523 0.8519</w:t>
        <w:br/>
        <w:t>vn -0.9415 -0.0136 -0.3368</w:t>
        <w:br/>
        <w:t>vn -0.8902 -0.3238 -0.3206</w:t>
        <w:br/>
        <w:t>vn -0.9364 -0.3442 0.0689</w:t>
        <w:br/>
        <w:t>vn -0.9960 -0.0444 0.0771</w:t>
        <w:br/>
        <w:t>vn 0.7933 -0.4802 -0.3743</w:t>
        <w:br/>
        <w:t>vn 0.8910 -0.1729 -0.4199</w:t>
        <w:br/>
        <w:t>vn 0.9867 -0.1608 -0.0246</w:t>
        <w:br/>
        <w:t>vn 0.9236 -0.3828 -0.0234</w:t>
        <w:br/>
        <w:t>vn -0.0957 -0.3643 0.9263</w:t>
        <w:br/>
        <w:t>vn -0.1006 -0.0780 0.9919</w:t>
        <w:br/>
        <w:t>vn -0.6130 -0.0565 0.7880</w:t>
        <w:br/>
        <w:t>vn -0.5831 -0.3217 0.7460</w:t>
        <w:br/>
        <w:t>vn 0.9294 -0.1407 0.3412</w:t>
        <w:br/>
        <w:t>vn 0.5693 -0.1078 0.8150</w:t>
        <w:br/>
        <w:t>vn 0.5280 -0.3926 0.7530</w:t>
        <w:br/>
        <w:t>vn 0.8763 -0.3607 0.3194</w:t>
        <w:br/>
        <w:t>vn 0.5968 -0.1237 -0.7928</w:t>
        <w:br/>
        <w:t>vn 0.5321 -0.4698 -0.7044</w:t>
        <w:br/>
        <w:t>vn -0.9415 -0.0136 -0.3369</w:t>
        <w:br/>
        <w:t>vn -0.6867 0.0362 -0.7261</w:t>
        <w:br/>
        <w:t>vn -0.6661 -0.2469 -0.7038</w:t>
        <w:br/>
        <w:t>vn 0.1501 -0.0163 -0.9885</w:t>
        <w:br/>
        <w:t>vn 0.1449 -0.3256 -0.9343</w:t>
        <w:br/>
        <w:t>vn -0.8993 -0.0423 0.4352</w:t>
        <w:br/>
        <w:t>vn -0.8560 -0.3158 0.4094</w:t>
        <w:br/>
        <w:t>vn -0.3262 0.0459 -0.9442</w:t>
        <w:br/>
        <w:t>vn -0.3177 -0.2252 -0.9211</w:t>
        <w:br/>
        <w:t>vn -0.9624 0.2601 0.0781</w:t>
        <w:br/>
        <w:t>vn -0.8994 0.2980 -0.3197</w:t>
        <w:br/>
        <w:t>vn 0.8938 0.1553 -0.4207</w:t>
        <w:br/>
        <w:t>vn 0.9973 0.0699 -0.0244</w:t>
        <w:br/>
        <w:t>vn -0.5982 0.2131 0.7725</w:t>
        <w:br/>
        <w:t>vn -0.0968 0.2165 0.9715</w:t>
        <w:br/>
        <w:t>vn 0.5612 0.1882 0.8060</w:t>
        <w:br/>
        <w:t>vn 0.9343 0.0879 0.3454</w:t>
        <w:br/>
        <w:t>vn 0.5825 0.2406 -0.7764</w:t>
        <w:br/>
        <w:t>vn -0.6516 0.3159 -0.6896</w:t>
        <w:br/>
        <w:t>vn 0.1406 0.2929 -0.9458</w:t>
        <w:br/>
        <w:t>vn -0.8731 0.2345 0.4274</w:t>
        <w:br/>
        <w:t>vn -0.3105 0.3130 -0.8975</w:t>
        <w:br/>
        <w:t>vn 0.0000 0.3402 -0.9403</w:t>
        <w:br/>
        <w:t>vn 0.0000 0.3403 -0.9403</w:t>
        <w:br/>
        <w:t>vn -0.0001 0.3402 -0.9403</w:t>
        <w:br/>
        <w:t>vn 0.0006 0.3395 -0.9406</w:t>
        <w:br/>
        <w:t>vn 0.0006 0.3393 -0.9407</w:t>
        <w:br/>
        <w:t>vn 0.0000 -0.3402 0.9403</w:t>
        <w:br/>
        <w:t>vn -0.0000 -0.3403 0.9403</w:t>
        <w:br/>
        <w:t>vn -0.0001 -0.3403 0.9403</w:t>
        <w:br/>
        <w:t>vn 0.0001 -0.3402 0.9403</w:t>
        <w:br/>
        <w:t>vn 0.0004 -0.3409 0.9401</w:t>
        <w:br/>
        <w:t>vn 0.0006 -0.3411 0.9400</w:t>
        <w:br/>
        <w:t>vn 0.0016 -0.3425 0.9395</w:t>
        <w:br/>
        <w:t>vn -0.3089 0.8941 0.3243</w:t>
        <w:br/>
        <w:t>vn 0.0000 0.9400 0.3411</w:t>
        <w:br/>
        <w:t>vn 0.0000 0.9401 0.3410</w:t>
        <w:br/>
        <w:t>vn -0.3091 0.8940 0.3242</w:t>
        <w:br/>
        <w:t>vn -0.0000 -0.9401 -0.3408</w:t>
        <w:br/>
        <w:t>vn 0.4537 -0.8377 -0.3040</w:t>
        <w:br/>
        <w:t>vn 0.4541 -0.8376 -0.3038</w:t>
        <w:br/>
        <w:t>vn -0.5876 0.7605 0.2763</w:t>
        <w:br/>
        <w:t>vn -0.5878 0.7604 0.2762</w:t>
        <w:br/>
        <w:t>vn -0.8092 0.5524 0.2002</w:t>
        <w:br/>
        <w:t>vn -0.8089 0.5527 0.2005</w:t>
        <w:br/>
        <w:t>vn 0.8089 -0.5526 -0.2005</w:t>
        <w:br/>
        <w:t>vn 0.8089 -0.5527 -0.2005</w:t>
        <w:br/>
        <w:t>vn -0.9511 0.2903 0.1053</w:t>
        <w:br/>
        <w:t>vn -0.9510 0.2907 0.1056</w:t>
        <w:br/>
        <w:t>vn 0.9876 -0.1473 -0.0536</w:t>
        <w:br/>
        <w:t>vn 0.9877 -0.1468 -0.0532</w:t>
        <w:br/>
        <w:t>vn -1.0000 -0.0002 -0.0002</w:t>
        <w:br/>
        <w:t>vn -1.0000 0.0002 0.0002</w:t>
        <w:br/>
        <w:t>vn -0.9510 -0.2907 -0.1057</w:t>
        <w:br/>
        <w:t>vn -0.9510 -0.2906 -0.1056</w:t>
        <w:br/>
        <w:t>vn 0.9659 0.2434 0.0879</w:t>
        <w:br/>
        <w:t>vn 0.9658 0.2437 0.0882</w:t>
        <w:br/>
        <w:t>vn -0.8089 -0.5527 -0.2008</w:t>
        <w:br/>
        <w:t>vn -0.8091 -0.5524 -0.2006</w:t>
        <w:br/>
        <w:t>vn 0.8267 0.5290 0.1917</w:t>
        <w:br/>
        <w:t>vn 0.8264 0.5293 0.1920</w:t>
        <w:br/>
        <w:t>vn -0.5887 -0.7600 -0.2754</w:t>
        <w:br/>
        <w:t>vn -0.5884 -0.7602 -0.2755</w:t>
        <w:br/>
        <w:t>vn 0.7489 0.6230 0.2258</w:t>
        <w:br/>
        <w:t>vn 0.7489 0.6230 0.2259</w:t>
        <w:br/>
        <w:t>vn -0.4554 -0.8371 -0.3032</w:t>
        <w:br/>
        <w:t>vn -0.4552 -0.8370 -0.3038</w:t>
        <w:br/>
        <w:t>vn 0.0017 0.3378 -0.9412</w:t>
        <w:br/>
        <w:t>vn 0.0001 0.3402 -0.9403</w:t>
        <w:br/>
        <w:t>vn -0.0005 0.3395 -0.9406</w:t>
        <w:br/>
        <w:t>vn -0.0006 0.3393 -0.9407</w:t>
        <w:br/>
        <w:t>vn 0.0001 -0.3403 0.9403</w:t>
        <w:br/>
        <w:t>vn -0.0001 -0.3402 0.9403</w:t>
        <w:br/>
        <w:t>vn -0.0006 -0.3411 0.9400</w:t>
        <w:br/>
        <w:t>vn -0.0008 -0.3414 0.9399</w:t>
        <w:br/>
        <w:t>vn -0.0016 -0.3425 0.9395</w:t>
        <w:br/>
        <w:t>vn 0.3089 0.8941 0.3243</w:t>
        <w:br/>
        <w:t>vn 0.3091 0.8940 0.3243</w:t>
        <w:br/>
        <w:t>vn -0.4537 -0.8377 -0.3040</w:t>
        <w:br/>
        <w:t>vn -0.4541 -0.8376 -0.3038</w:t>
        <w:br/>
        <w:t>vn 0.5878 0.7605 0.2760</w:t>
        <w:br/>
        <w:t>vn 0.5878 0.7604 0.2762</w:t>
        <w:br/>
        <w:t>vn 0.8091 0.5525 0.2005</w:t>
        <w:br/>
        <w:t>vn 0.8089 0.5526 0.2006</w:t>
        <w:br/>
        <w:t>vn -0.8092 -0.5524 -0.2004</w:t>
        <w:br/>
        <w:t>vn -0.8087 -0.5528 -0.2008</w:t>
        <w:br/>
        <w:t>vn 0.9510 0.2907 0.1056</w:t>
        <w:br/>
        <w:t>vn 0.9511 0.2903 0.1053</w:t>
        <w:br/>
        <w:t>vn -0.9877 -0.1468 -0.0532</w:t>
        <w:br/>
        <w:t>vn -0.9877 -0.1469 -0.0534</w:t>
        <w:br/>
        <w:t>vn 1.0000 0.0002 0.0002</w:t>
        <w:br/>
        <w:t>vn 1.0000 -0.0002 -0.0002</w:t>
        <w:br/>
        <w:t>vn 0.9511 -0.2903 -0.1054</w:t>
        <w:br/>
        <w:t>vn 0.9510 -0.2907 -0.1057</w:t>
        <w:br/>
        <w:t>vn -0.9658 0.2437 0.0882</w:t>
        <w:br/>
        <w:t>vn 0.8089 -0.5527 -0.2008</w:t>
        <w:br/>
        <w:t>vn -0.8264 0.5293 0.1920</w:t>
        <w:br/>
        <w:t>vn -0.8267 0.5290 0.1917</w:t>
        <w:br/>
        <w:t>vn 0.5883 -0.7602 -0.2758</w:t>
        <w:br/>
        <w:t>vn 0.5884 -0.7601 -0.2757</w:t>
        <w:br/>
        <w:t>vn -0.7489 0.6230 0.2258</w:t>
        <w:br/>
        <w:t>vn -0.7489 0.6230 0.2259</w:t>
        <w:br/>
        <w:t>vn 0.4553 -0.8370 -0.3037</w:t>
        <w:br/>
        <w:t>vn 0.4552 -0.8370 -0.3038</w:t>
        <w:br/>
        <w:t>vn -0.0017 0.3379 -0.9412</w:t>
        <w:br/>
        <w:t>vn -0.1240 0.5079 -0.8524</w:t>
        <w:br/>
        <w:t>vn 0.0001 0.2324 -0.9726</w:t>
        <w:br/>
        <w:t>vn -0.1072 0.3327 -0.9369</w:t>
        <w:br/>
        <w:t>vn 0.0011 0.0827 -0.9966</w:t>
        <w:br/>
        <w:t>vn -0.1207 -0.0687 -0.9903</w:t>
        <w:br/>
        <w:t>vn -0.0014 0.3769 -0.9262</w:t>
        <w:br/>
        <w:t>vn 0.1208 0.5090 -0.8522</w:t>
        <w:br/>
        <w:t>vn 0.1249 -0.0671 -0.9899</w:t>
        <w:br/>
        <w:t>vn -0.1064 0.1251 -0.9864</w:t>
        <w:br/>
        <w:t>vn -0.2955 0.0989 -0.9502</w:t>
        <w:br/>
        <w:t>vn -0.2975 0.3368 -0.8933</w:t>
        <w:br/>
        <w:t>vn 0.1064 0.3345 -0.9364</w:t>
        <w:br/>
        <w:t>vn 0.2954 0.3418 -0.8921</w:t>
        <w:br/>
        <w:t>vn 0.2973 0.1031 -0.9492</w:t>
        <w:br/>
        <w:t>vn 0.1078 0.1266 -0.9861</w:t>
        <w:br/>
        <w:t>vn -0.1513 0.2288 -0.9617</w:t>
        <w:br/>
        <w:t>vn 0.1513 0.2309 -0.9611</w:t>
        <w:br/>
        <w:t>vn -0.1245 0.0672 0.9899</w:t>
        <w:br/>
        <w:t>vn -0.1073 -0.1271 0.9861</w:t>
        <w:br/>
        <w:t>vn 0.0000 -0.2325 0.9726</w:t>
        <w:br/>
        <w:t>vn 0.0010 -0.3765 0.9264</w:t>
        <w:br/>
        <w:t>vn -0.1208 -0.5092 0.8521</w:t>
        <w:br/>
        <w:t>vn -0.0008 -0.0832 0.9965</w:t>
        <w:br/>
        <w:t>vn 0.1207 0.0689 0.9903</w:t>
        <w:br/>
        <w:t>vn 0.1249 -0.5076 0.8525</w:t>
        <w:br/>
        <w:t>vn -0.1060 -0.3341 0.9366</w:t>
        <w:br/>
        <w:t>vn -0.2954 -0.3414 0.8923</w:t>
        <w:br/>
        <w:t>vn -0.2972 -0.1031 0.9492</w:t>
        <w:br/>
        <w:t>vn 0.1056 -0.1254 0.9865</w:t>
        <w:br/>
        <w:t>vn 0.2955 -0.0988 0.9502</w:t>
        <w:br/>
        <w:t>vn 0.1075 -0.3326 0.9369</w:t>
        <w:br/>
        <w:t>vn 0.2973 -0.3373 0.8932</w:t>
        <w:br/>
        <w:t>vn -0.1507 -0.2309 0.9612</w:t>
        <w:br/>
        <w:t>vn 0.1508 -0.2288 0.9617</w:t>
        <w:br/>
        <w:t>vn 0.7564 0.1186 0.6432</w:t>
        <w:br/>
        <w:t>vn 0.5147 0.0876 0.8529</w:t>
        <w:br/>
        <w:t>vn 0.7314 -0.0724 0.6781</w:t>
        <w:br/>
        <w:t>vn 0.6790 0.2960 0.6719</w:t>
        <w:br/>
        <w:t>vn 0.5146 0.0875 0.8529</w:t>
        <w:br/>
        <w:t>vn 0.5286 0.3918 0.7530</w:t>
        <w:br/>
        <w:t>vn 0.5287 0.3918 0.7530</w:t>
        <w:br/>
        <w:t>vn 0.3630 0.3696 0.8553</w:t>
        <w:br/>
        <w:t>vn 0.5146 0.0875 0.8530</w:t>
        <w:br/>
        <w:t>vn 0.2456 0.2382 0.9397</w:t>
        <w:br/>
        <w:t>vn 0.5146 0.0876 0.8530</w:t>
        <w:br/>
        <w:t>vn 0.2208 0.0477 0.9742</w:t>
        <w:br/>
        <w:t>vn 0.2980 -0.1292 0.9458</w:t>
        <w:br/>
        <w:t>vn 0.4478 -0.2253 0.8653</w:t>
        <w:br/>
        <w:t>vn 0.6135 -0.2038 0.7630</w:t>
        <w:br/>
        <w:t>vn 0.7651 -0.4910 -0.4166</w:t>
        <w:br/>
        <w:t>vn 0.8427 0.1113 -0.5268</w:t>
        <w:br/>
        <w:t>vn 0.5993 0.6712 -0.4363</w:t>
        <w:br/>
        <w:t>vn 0.1265 0.9757 -0.1790</w:t>
        <w:br/>
        <w:t>vn 0.1266 0.9757 -0.1790</w:t>
        <w:br/>
        <w:t>vn -0.8426 -0.1113 0.5269</w:t>
        <w:br/>
        <w:t>vn -0.7650 0.4910 0.4167</w:t>
        <w:br/>
        <w:t>vn -0.5992 -0.6712 0.4363</w:t>
        <w:br/>
        <w:t>vn -0.5992 -0.6713 0.4363</w:t>
        <w:br/>
        <w:t>vn -0.1266 -0.9757 0.1789</w:t>
        <w:br/>
        <w:t>vn -0.1267 -0.9757 0.1789</w:t>
        <w:br/>
        <w:t>vn 0.3950 -0.9068 -0.1472</w:t>
        <w:br/>
        <w:t>vn -0.7651 0.4910 0.4167</w:t>
        <w:br/>
        <w:t>vn -0.6834 0.4981 0.5338</w:t>
        <w:br/>
        <w:t>vn -0.7601 -0.0976 0.6424</w:t>
        <w:br/>
        <w:t>vn -0.8427 -0.1113 0.5267</w:t>
        <w:br/>
        <w:t>vn -0.0518 -0.9529 0.2989</w:t>
        <w:br/>
        <w:t>vn 0.4646 -0.8852 -0.0238</w:t>
        <w:br/>
        <w:t>vn 0.3951 -0.9068 -0.1471</w:t>
        <w:br/>
        <w:t>vn 0.8313 -0.4737 -0.2909</w:t>
        <w:br/>
        <w:t>vn 0.7651 -0.4909 -0.4166</w:t>
        <w:br/>
        <w:t>vn 0.8427 0.1114 -0.5267</w:t>
        <w:br/>
        <w:t>vn 0.9082 0.1229 -0.4000</w:t>
        <w:br/>
        <w:t>vn 0.6670 0.6774 -0.3103</w:t>
        <w:br/>
        <w:t>vn 0.5993 0.6713 -0.4362</w:t>
        <w:br/>
        <w:t>vn 0.1988 0.9785 -0.0553</w:t>
        <w:br/>
        <w:t>vn 0.1266 0.9757 -0.1789</w:t>
        <w:br/>
        <w:t>vn -0.3951 0.9068 0.1473</w:t>
        <w:br/>
        <w:t>vn -0.3174 0.9098 0.2675</w:t>
        <w:br/>
        <w:t>vn -0.3951 0.9068 0.1472</w:t>
        <w:br/>
        <w:t>vn -0.3950 0.9068 0.1472</w:t>
        <w:br/>
        <w:t>vn -0.5195 -0.6514 0.5530</w:t>
        <w:br/>
        <w:t>vn -0.5994 -0.6712 0.4361</w:t>
        <w:br/>
        <w:t>vn -0.0519 -0.9529 0.2988</w:t>
        <w:br/>
        <w:t>vn 0.2210 0.0477 0.9741</w:t>
        <w:br/>
        <w:t>vn 0.2457 0.2382 0.9396</w:t>
        <w:br/>
        <w:t>vn 0.2981 -0.1292 0.9457</w:t>
        <w:br/>
        <w:t>vn 0.4479 -0.2253 0.8653</w:t>
        <w:br/>
        <w:t>vn 0.6134 -0.2038 0.7630</w:t>
        <w:br/>
        <w:t>vn 0.4479 -0.2253 0.8652</w:t>
        <w:br/>
        <w:t>vn 0.7313 -0.0725 0.6782</w:t>
        <w:br/>
        <w:t>vn 0.7564 0.1186 0.6433</w:t>
        <w:br/>
        <w:t>vn 0.6789 0.2960 0.6719</w:t>
        <w:br/>
        <w:t>vn 0.5285 0.3919 0.7530</w:t>
        <w:br/>
        <w:t>vn 0.3630 0.3697 0.8553</w:t>
        <w:br/>
        <w:t>vn -0.5146 -0.0876 -0.8530</w:t>
        <w:br/>
        <w:t>vn -0.5146 -0.0875 -0.8529</w:t>
        <w:br/>
        <w:t>vn -0.2208 -0.0477 -0.9742</w:t>
        <w:br/>
        <w:t>vn -0.2457 -0.2381 -0.9396</w:t>
        <w:br/>
        <w:t>vn -0.2979 0.1293 -0.9458</w:t>
        <w:br/>
        <w:t>vn -0.4479 0.2253 -0.8653</w:t>
        <w:br/>
        <w:t>vn -0.5146 -0.0877 -0.8530</w:t>
        <w:br/>
        <w:t>vn -0.5145 -0.0876 -0.8530</w:t>
        <w:br/>
        <w:t>vn -0.6134 0.2037 -0.7631</w:t>
        <w:br/>
        <w:t>vn -0.4478 0.2253 -0.8653</w:t>
        <w:br/>
        <w:t>vn -0.5146 -0.0876 -0.8529</w:t>
        <w:br/>
        <w:t>vn -0.7313 0.0723 -0.6782</w:t>
        <w:br/>
        <w:t>vn -0.5147 -0.0876 -0.8529</w:t>
        <w:br/>
        <w:t>vn -0.7563 -0.1186 -0.6434</w:t>
        <w:br/>
        <w:t>vn -0.6789 -0.2959 -0.6720</w:t>
        <w:br/>
        <w:t>vn -0.5146 -0.0875 -0.8530</w:t>
        <w:br/>
        <w:t>vn -0.5285 -0.3918 -0.7531</w:t>
        <w:br/>
        <w:t>vn -0.3632 -0.3696 -0.8553</w:t>
        <w:br/>
        <w:t>vn -0.7564 -0.1185 -0.6433</w:t>
        <w:br/>
        <w:t>vn -0.7312 0.0723 -0.6783</w:t>
        <w:br/>
        <w:t>vn -0.6789 -0.2959 -0.6719</w:t>
        <w:br/>
        <w:t>vn -0.5285 -0.3919 -0.7531</w:t>
        <w:br/>
        <w:t>vn -0.5285 -0.3919 -0.7530</w:t>
        <w:br/>
        <w:t>vn -0.3631 -0.3697 -0.8553</w:t>
        <w:br/>
        <w:t>vn -0.2458 -0.2381 -0.9396</w:t>
        <w:br/>
        <w:t>vn -0.2210 -0.0477 -0.9741</w:t>
        <w:br/>
        <w:t>vn -0.2980 0.1293 -0.9458</w:t>
        <w:br/>
        <w:t>vn -0.6134 0.2036 -0.7631</w:t>
        <w:br/>
        <w:t>vn -0.9083 -0.1227 0.4000</w:t>
        <w:br/>
        <w:t>vn -0.8312 0.4739 0.2909</w:t>
        <w:br/>
        <w:t>vn 0.3175 -0.9098 -0.2674</w:t>
        <w:br/>
        <w:t>vn -0.1989 -0.9785 0.0552</w:t>
        <w:br/>
        <w:t>vn 0.6834 -0.4981 -0.5337</w:t>
        <w:br/>
        <w:t>vn 0.5193 0.6514 -0.5531</w:t>
        <w:br/>
        <w:t>vn 0.7601 0.0977 -0.6424</w:t>
        <w:br/>
        <w:t>vn 0.0518 0.9529 -0.2988</w:t>
        <w:br/>
        <w:t>vn -0.4647 0.8852 0.0239</w:t>
        <w:br/>
        <w:t>vn -0.6671 -0.6773 0.3102</w:t>
        <w:br/>
        <w:t>vn 0.2644 -0.1845 0.9466</w:t>
        <w:br/>
        <w:t>vn 0.2479 0.0099 0.9687</w:t>
        <w:br/>
        <w:t>vn -0.0470 -0.1169 0.9920</w:t>
        <w:br/>
        <w:t>vn -0.0471 -0.1170 0.9920</w:t>
        <w:br/>
        <w:t>vn 0.1196 0.1582 0.9801</w:t>
        <w:br/>
        <w:t>vn -0.0471 -0.1168 0.9920</w:t>
        <w:br/>
        <w:t>vn -0.0713 0.2036 0.9765</w:t>
        <w:br/>
        <w:t>vn -0.0471 -0.1167 0.9920</w:t>
        <w:br/>
        <w:t>vn -0.2520 0.1289 0.9591</w:t>
        <w:br/>
        <w:t>vn -0.0713 0.2036 0.9764</w:t>
        <w:br/>
        <w:t>vn -0.3536 -0.0374 0.9346</w:t>
        <w:br/>
        <w:t>vn -0.3370 -0.2316 0.9126</w:t>
        <w:br/>
        <w:t>vn -0.2089 -0.3798 0.9012</w:t>
        <w:br/>
        <w:t>vn -0.0471 -0.1169 0.9920</w:t>
        <w:br/>
        <w:t>vn -0.0181 -0.4251 0.9050</w:t>
        <w:br/>
        <w:t>vn -0.0472 -0.1169 0.9920</w:t>
        <w:br/>
        <w:t>vn 0.1626 -0.3506 0.9223</w:t>
        <w:br/>
        <w:t>vn 0.9726 -0.2317 0.0189</w:t>
        <w:br/>
        <w:t>vn 0.9207 0.3802 0.0886</w:t>
        <w:br/>
        <w:t>vn 0.9726 -0.2318 0.0189</w:t>
        <w:br/>
        <w:t>vn 0.5171 0.8468 0.1244</w:t>
        <w:br/>
        <w:t>vn -0.0840 0.9901 0.1127</w:t>
        <w:br/>
        <w:t>vn -0.6531 0.7551 0.0580</w:t>
        <w:br/>
        <w:t>vn -0.9726 0.2317 -0.0189</w:t>
        <w:br/>
        <w:t>vn -0.9207 -0.3801 -0.0887</w:t>
        <w:br/>
        <w:t>vn -0.9207 -0.3802 -0.0886</w:t>
        <w:br/>
        <w:t>vn 0.0840 -0.9901 -0.1128</w:t>
        <w:br/>
        <w:t>vn 0.0840 -0.9901 -0.1129</w:t>
        <w:br/>
        <w:t>vn -0.5170 -0.8469 -0.1245</w:t>
        <w:br/>
        <w:t>vn 0.6530 -0.7551 -0.0580</w:t>
        <w:br/>
        <w:t>vn 0.6531 -0.7551 -0.0580</w:t>
        <w:br/>
        <w:t>vn -0.9207 -0.3801 -0.0886</w:t>
        <w:br/>
        <w:t>vn -0.9726 0.2316 -0.0189</w:t>
        <w:br/>
        <w:t>vn -0.9694 0.2127 0.1224</w:t>
        <w:br/>
        <w:t>vn -0.9180 -0.3930 0.0535</w:t>
        <w:br/>
        <w:t>vn 0.6529 -0.7552 -0.0581</w:t>
        <w:br/>
        <w:t>vn 0.0841 -0.9900 -0.1129</w:t>
        <w:br/>
        <w:t>vn 0.0765 -0.9966 0.0292</w:t>
        <w:br/>
        <w:t>vn 0.6396 -0.7641 0.0836</w:t>
        <w:br/>
        <w:t>vn 0.9206 0.3803 0.0886</w:t>
        <w:br/>
        <w:t>vn 0.9046 0.3598 0.2286</w:t>
        <w:br/>
        <w:t>vn 0.5051 0.8216 0.2643</w:t>
        <w:br/>
        <w:t>vn 0.5169 0.8469 0.1245</w:t>
        <w:br/>
        <w:t>vn -0.0898 0.9634 0.2526</w:t>
        <w:br/>
        <w:t>vn -0.0840 0.9901 0.1128</w:t>
        <w:br/>
        <w:t>vn -0.6532 0.7308 0.1984</w:t>
        <w:br/>
        <w:t>vn -0.6530 0.7551 0.0580</w:t>
        <w:br/>
        <w:t>vn -0.5185 -0.8549 0.0177</w:t>
        <w:br/>
        <w:t>vn -0.5171 -0.8468 -0.1246</w:t>
        <w:br/>
        <w:t>vn 0.0842 -0.9900 -0.1129</w:t>
        <w:br/>
        <w:t>vn 0.0766 -0.9966 0.0292</w:t>
        <w:br/>
        <w:t>vn 0.9560 -0.2460 0.1597</w:t>
        <w:br/>
        <w:t>vn 0.9725 -0.2319 0.0189</w:t>
        <w:br/>
        <w:t>vn -0.3369 -0.2316 0.9126</w:t>
        <w:br/>
        <w:t>vn -0.3535 -0.0375 0.9347</w:t>
        <w:br/>
        <w:t>vn -0.2089 -0.3796 0.9013</w:t>
        <w:br/>
        <w:t>vn -0.0180 -0.4249 0.9050</w:t>
        <w:br/>
        <w:t>vn -0.0180 -0.4250 0.9050</w:t>
        <w:br/>
        <w:t>vn 0.1627 -0.3508 0.9222</w:t>
        <w:br/>
        <w:t>vn 0.2642 -0.1846 0.9466</w:t>
        <w:br/>
        <w:t>vn 0.2474 0.0097 0.9689</w:t>
        <w:br/>
        <w:t>vn 0.1196 0.1581 0.9802</w:t>
        <w:br/>
        <w:t>vn -0.0714 0.2034 0.9765</w:t>
        <w:br/>
        <w:t>vn -0.2521 0.1288 0.9591</w:t>
        <w:br/>
        <w:t>vn 0.3373 0.2317 -0.9125</w:t>
        <w:br/>
        <w:t>vn 0.3535 0.0374 -0.9347</w:t>
        <w:br/>
        <w:t>vn 0.0472 0.1170 -0.9920</w:t>
        <w:br/>
        <w:t>vn 0.2091 0.3802 -0.9010</w:t>
        <w:br/>
        <w:t>vn 0.0472 0.1171 -0.9920</w:t>
        <w:br/>
        <w:t>vn 0.0180 0.4256 -0.9047</w:t>
        <w:br/>
        <w:t>vn -0.1627 0.3509 -0.9222</w:t>
        <w:br/>
        <w:t>vn 0.0180 0.4255 -0.9048</w:t>
        <w:br/>
        <w:t>vn 0.0471 0.1171 -0.9920</w:t>
        <w:br/>
        <w:t>vn -0.2643 0.1846 -0.9466</w:t>
        <w:br/>
        <w:t>vn 0.0471 0.1169 -0.9920</w:t>
        <w:br/>
        <w:t>vn -0.2476 -0.0098 -0.9688</w:t>
        <w:br/>
        <w:t>vn -0.1194 -0.1578 -0.9802</w:t>
        <w:br/>
        <w:t>vn 0.0713 -0.2031 -0.9765</w:t>
        <w:br/>
        <w:t>vn 0.2521 -0.1288 -0.9591</w:t>
        <w:br/>
        <w:t>vn -0.2478 -0.0100 -0.9687</w:t>
        <w:br/>
        <w:t>vn -0.2641 0.1844 -0.9467</w:t>
        <w:br/>
        <w:t>vn -0.1197 -0.1582 -0.9801</w:t>
        <w:br/>
        <w:t>vn 0.0714 -0.2035 -0.9765</w:t>
        <w:br/>
        <w:t>vn 0.2520 -0.1288 -0.9591</w:t>
        <w:br/>
        <w:t>vn 0.3536 0.0373 -0.9347</w:t>
        <w:br/>
        <w:t>vn 0.3369 0.2316 -0.9126</w:t>
        <w:br/>
        <w:t>vn 0.2089 0.3798 -0.9012</w:t>
        <w:br/>
        <w:t>vn 0.0179 0.4254 -0.9048</w:t>
        <w:br/>
        <w:t>vn -0.1625 0.3506 -0.9223</w:t>
        <w:br/>
        <w:t>vn -0.9047 -0.3595 -0.2287</w:t>
        <w:br/>
        <w:t>vn -0.9560 0.2461 -0.1597</w:t>
        <w:br/>
        <w:t>vn 0.6531 -0.7308 -0.1985</w:t>
        <w:br/>
        <w:t>vn 0.0900 -0.9633 -0.2527</w:t>
        <w:br/>
        <w:t>vn 0.9180 0.3931 -0.0533</w:t>
        <w:br/>
        <w:t>vn 0.5186 0.8549 -0.0180</w:t>
        <w:br/>
        <w:t>vn -0.0764 0.9966 -0.0294</w:t>
        <w:br/>
        <w:t>vn -0.6397 0.7641 -0.0835</w:t>
        <w:br/>
        <w:t>vn -0.5051 -0.8216 -0.2642</w:t>
        <w:br/>
        <w:t>vn 0.0899 -0.9634 -0.2527</w:t>
        <w:br/>
        <w:t>vn 0.9693 -0.2130 -0.1224</w:t>
        <w:br/>
        <w:t>vn -0.5676 -0.6641 -0.4867</w:t>
        <w:br/>
        <w:t>vn -0.5675 -0.6558 -0.4979</w:t>
        <w:br/>
        <w:t>vn -0.5674 -0.6559 -0.4979</w:t>
        <w:br/>
        <w:t>vn 0.5695 0.6666 0.4810</w:t>
        <w:br/>
        <w:t>vn 0.5712 0.6643 0.4820</w:t>
        <w:br/>
        <w:t>vn 0.5711 0.6644 0.4821</w:t>
        <w:br/>
        <w:t>vn 0.5695 0.6665 0.4811</w:t>
        <w:br/>
        <w:t>vn -0.5645 -0.6835 -0.4628</w:t>
        <w:br/>
        <w:t>vn 0.5680 0.6730 0.4737</w:t>
        <w:br/>
        <w:t>vn 0.5680 0.6730 0.4736</w:t>
        <w:br/>
        <w:t>vn 0.5668 0.6742 0.4734</w:t>
        <w:br/>
        <w:t>vn 0.5747 0.6516 0.4951</w:t>
        <w:br/>
        <w:t>vn 0.5747 0.6516 0.4952</w:t>
        <w:br/>
        <w:t>vn 0.5670 0.6739 0.4737</w:t>
        <w:br/>
        <w:t>vn -0.5639 -0.6689 -0.4842</w:t>
        <w:br/>
        <w:t>vn -0.5639 -0.6689 -0.4843</w:t>
        <w:br/>
        <w:t>vn -0.5698 -0.6570 -0.4936</w:t>
        <w:br/>
        <w:t>vn 0.5643 0.6839 0.4624</w:t>
        <w:br/>
        <w:t>vn 0.5642 0.6840 0.4623</w:t>
        <w:br/>
        <w:t>vn -0.5682 -0.6727 -0.4739</w:t>
        <w:br/>
        <w:t>vn -0.5682 -0.6728 -0.4739</w:t>
        <w:br/>
        <w:t>vn 0.7691 -0.2338 -0.5948</w:t>
        <w:br/>
        <w:t>vn 0.8009 -0.3413 -0.4920</w:t>
        <w:br/>
        <w:t>vn 0.8009 -0.3412 -0.4920</w:t>
        <w:br/>
        <w:t>vn -0.8169 0.3390 0.4666</w:t>
        <w:br/>
        <w:t>vn -0.7843 0.2280 0.5770</w:t>
        <w:br/>
        <w:t>vn -0.7842 0.2280 0.5771</w:t>
        <w:br/>
        <w:t>vn -0.7715 0.2434 0.5878</w:t>
        <w:br/>
        <w:t>vn -0.8050 0.3528 0.4769</w:t>
        <w:br/>
        <w:t>vn -0.8051 0.3528 0.4769</w:t>
        <w:br/>
        <w:t>vn -0.7716 0.2433 0.5878</w:t>
        <w:br/>
        <w:t>vn 0.7808 -0.2199 -0.5849</w:t>
        <w:br/>
        <w:t>vn 0.7808 -0.2198 -0.5849</w:t>
        <w:br/>
        <w:t>vn 0.8151 -0.3241 -0.4802</w:t>
        <w:br/>
        <w:t>vn 0.8150 -0.3241 -0.4803</w:t>
        <w:br/>
        <w:t>vn 0.7371 -0.1632 -0.6558</w:t>
        <w:br/>
        <w:t>vn 0.7370 -0.1633 -0.6558</w:t>
        <w:br/>
        <w:t>vn -0.8311 0.4161 0.3689</w:t>
        <w:br/>
        <w:t>vn -0.8132 0.4375 0.3837</w:t>
        <w:br/>
        <w:t>vn -0.8133 0.4375 0.3837</w:t>
        <w:br/>
        <w:t>vn 0.7504 -0.1469 -0.6445</w:t>
        <w:br/>
        <w:t>vn 0.7503 -0.1469 -0.6445</w:t>
        <w:br/>
        <w:t>vn -0.2512 -0.9561 0.1507</w:t>
        <w:br/>
        <w:t>vn -0.2512 -0.9561 0.1508</w:t>
        <w:br/>
        <w:t>vn -0.5193 -0.7856 -0.3365</w:t>
        <w:br/>
        <w:t>vn 0.5956 0.5740 0.5620</w:t>
        <w:br/>
        <w:t>vn 0.5956 0.5739 0.5620</w:t>
        <w:br/>
        <w:t>vn -0.6011 -0.4838 -0.6361</w:t>
        <w:br/>
        <w:t>vn -0.6010 -0.4838 -0.6362</w:t>
        <w:br/>
        <w:t>vn 0.4928 0.8224 0.2841</w:t>
        <w:br/>
        <w:t>vn 0.4928 0.8225 0.2842</w:t>
        <w:br/>
        <w:t>vn 0.5611 0.6963 0.4475</w:t>
        <w:br/>
        <w:t>vn 0.5611 0.6964 0.4475</w:t>
        <w:br/>
        <w:t>vn -0.5683 -0.6762 -0.4689</w:t>
        <w:br/>
        <w:t>vn -0.5683 -0.6762 -0.4688</w:t>
        <w:br/>
        <w:t>vn -0.2201 0.6892 -0.6903</w:t>
        <w:br/>
        <w:t>vn 0.0607 0.9139 -0.4014</w:t>
        <w:br/>
        <w:t>vn 0.0608 0.9138 -0.4016</w:t>
        <w:br/>
        <w:t>vn -0.2200 0.6891 -0.6904</w:t>
        <w:br/>
        <w:t>vn -0.2200 0.6892 -0.6904</w:t>
        <w:br/>
        <w:t>vn -0.4541 0.3178 -0.8323</w:t>
        <w:br/>
        <w:t>vn -0.4541 0.3179 -0.8323</w:t>
        <w:br/>
        <w:t>vn 0.6001 0.1903 0.7770</w:t>
        <w:br/>
        <w:t>vn 0.2230 -0.6902 0.6884</w:t>
        <w:br/>
        <w:t>vn 0.2228 -0.6902 0.6884</w:t>
        <w:br/>
        <w:t>vn -0.0713 -0.9228 0.3785</w:t>
        <w:br/>
        <w:t>vn -0.0715 -0.9230 0.3781</w:t>
        <w:br/>
        <w:t>vn -0.5558 -0.6926 -0.4597</w:t>
        <w:br/>
        <w:t>vn -0.5557 -0.6927 -0.4597</w:t>
        <w:br/>
        <w:t>vn 0.7335 -0.1626 -0.6600</w:t>
        <w:br/>
        <w:t>vn 0.7320 -0.1577 -0.6628</w:t>
        <w:br/>
        <w:t>vn -0.8346 0.4315 0.3424</w:t>
        <w:br/>
        <w:t>vn -0.8344 0.4313 0.3431</w:t>
        <w:br/>
        <w:t>vn -0.8356 0.4320 0.3394</w:t>
        <w:br/>
        <w:t>vn 0.7499 -0.1417 -0.6462</w:t>
        <w:br/>
        <w:t>vn 0.7477 -0.1377 -0.6496</w:t>
        <w:br/>
        <w:t>vn -0.8110 0.4598 0.3617</w:t>
        <w:br/>
        <w:t>vn -0.8102 0.4628 0.3597</w:t>
        <w:br/>
        <w:t>vn 0.7340 -0.1666 -0.6584</w:t>
        <w:br/>
        <w:t>vn 0.7454 -0.1610 -0.6469</w:t>
        <w:br/>
        <w:t>vn -0.8225 0.4417 0.3583</w:t>
        <w:br/>
        <w:t>vn -0.8225 0.4417 0.3584</w:t>
        <w:br/>
        <w:t>vn -0.8107 0.4608 0.3612</w:t>
        <w:br/>
        <w:t>vn -0.7654 0.2036 0.6105</w:t>
        <w:br/>
        <w:t>vn -0.7654 0.2040 0.6104</w:t>
        <w:br/>
        <w:t>vn -0.7751 0.1891 0.6029</w:t>
        <w:br/>
        <w:t>vn -0.7724 0.1865 0.6072</w:t>
        <w:br/>
        <w:t>vn 0.8237 -0.3499 -0.4461</w:t>
        <w:br/>
        <w:t>vn 0.8243 -0.3551 -0.4410</w:t>
        <w:br/>
        <w:t>vn 0.8138 -0.3587 -0.4573</w:t>
        <w:br/>
        <w:t>vn 0.8137 -0.3588 -0.4573</w:t>
        <w:br/>
        <w:t>vn 0.8034 -0.3729 -0.4641</w:t>
        <w:br/>
        <w:t>vn 0.8049 -0.3776 -0.4578</w:t>
        <w:br/>
        <w:t>vn 0.8082 -0.3784 -0.4513</w:t>
        <w:br/>
        <w:t>vn -0.7676 0.1874 0.6129</w:t>
        <w:br/>
        <w:t>vn -0.7536 0.2145 0.6214</w:t>
        <w:br/>
        <w:t>vn -0.7530 0.2098 0.6237</w:t>
        <w:br/>
        <w:t>vn -0.7552 0.2031 0.6232</w:t>
        <w:br/>
        <w:t>vn 0.8219 -0.3620 -0.4397</w:t>
        <w:br/>
        <w:t>vn 0.7517 -0.1439 -0.6436</w:t>
        <w:br/>
        <w:t>vn 0.7453 -0.1610 -0.6470</w:t>
        <w:br/>
        <w:t>vn 0.5694 0.0181 0.8219</w:t>
        <w:br/>
        <w:t>vn 0.5693 0.0181 0.8219</w:t>
        <w:br/>
        <w:t>vn 0.2168 -0.6897 0.6908</w:t>
        <w:br/>
        <w:t>vn 0.2169 -0.6898 0.6908</w:t>
        <w:br/>
        <w:t>vn -0.2144 0.6968 -0.6845</w:t>
        <w:br/>
        <w:t>vn 0.2075 0.9570 -0.2025</w:t>
        <w:br/>
        <w:t>vn -0.2145 0.6968 -0.6844</w:t>
        <w:br/>
        <w:t>vn -0.5450 0.0602 -0.8362</w:t>
        <w:br/>
        <w:t>vn -0.5450 0.0602 -0.8363</w:t>
        <w:br/>
        <w:t>vn 0.7535 0.6555 -0.0499</w:t>
        <w:br/>
        <w:t>vn 0.9609 0.2557 0.1059</w:t>
        <w:br/>
        <w:t>vn 0.8632 0.3859 -0.3256</w:t>
        <w:br/>
        <w:t>vn 0.5512 0.7395 -0.3863</w:t>
        <w:br/>
        <w:t>vn 0.3662 0.9305 -0.0096</w:t>
        <w:br/>
        <w:t>vn 0.1813 0.9323 -0.3131</w:t>
        <w:br/>
        <w:t>vn 0.0725 0.9276 0.3665</w:t>
        <w:br/>
        <w:t>vn -0.0905 0.9959 0.0058</w:t>
        <w:br/>
        <w:t>vn -0.3215 0.8590 0.3984</w:t>
        <w:br/>
        <w:t>vn -0.0746 0.6695 0.7391</w:t>
        <w:br/>
        <w:t>vn -0.4154 0.5791 0.7014</w:t>
        <w:br/>
        <w:t>vn 0.1742 0.3125 0.9338</w:t>
        <w:br/>
        <w:t>vn -0.2253 0.2797 0.9333</w:t>
        <w:br/>
        <w:t>vn 0.0862 -0.0745 0.9935</w:t>
        <w:br/>
        <w:t>vn 0.5200 -0.0054 0.8542</w:t>
        <w:br/>
        <w:t>vn 0.3898 -0.3358 0.8575</w:t>
        <w:br/>
        <w:t>vn 0.8546 0.0408 0.5176</w:t>
        <w:br/>
        <w:t>vn 0.7274 -0.3303 0.6015</w:t>
        <w:br/>
        <w:t>vn 0.9586 -0.1934 0.2091</w:t>
        <w:br/>
        <w:t>vn 0.9875 0.0180 -0.1565</w:t>
        <w:br/>
        <w:t>vn 0.5777 0.6027 0.5505</w:t>
        <w:br/>
        <w:t>vn 0.1617 0.1930 -0.9678</w:t>
        <w:br/>
        <w:t>vn -0.0000 0.5178 -0.8555</w:t>
        <w:br/>
        <w:t>vn 0.2346 0.4869 -0.8413</w:t>
        <w:br/>
        <w:t>vn 0.0000 0.9997 0.0247</w:t>
        <w:br/>
        <w:t>vn 0.0000 0.9997 0.0245</w:t>
        <w:br/>
        <w:t>vn 0.1325 0.9251 0.3559</w:t>
        <w:br/>
        <w:t>vn 0.2196 0.9746 0.0445</w:t>
        <w:br/>
        <w:t>vn -0.0000 0.4811 0.8767</w:t>
        <w:br/>
        <w:t>vn -0.0000 0.4813 0.8766</w:t>
        <w:br/>
        <w:t>vn -0.0479 0.4990 0.8653</w:t>
        <w:br/>
        <w:t>vn -0.0113 0.4813 0.8765</w:t>
        <w:br/>
        <w:t>vn 0.0000 -0.5172 0.8559</w:t>
        <w:br/>
        <w:t>vn 0.0000 -0.5170 0.8560</w:t>
        <w:br/>
        <w:t>vn -0.3102 -0.4597 0.8321</w:t>
        <w:br/>
        <w:t>vn -0.3102 -0.4597 0.8322</w:t>
        <w:br/>
        <w:t>vn -0.2943 -0.9534 -0.0662</w:t>
        <w:br/>
        <w:t>vn -0.0000 -0.9997 -0.0254</w:t>
        <w:br/>
        <w:t>vn -0.0000 -0.9997 -0.0256</w:t>
        <w:br/>
        <w:t>vn -0.2944 -0.9534 -0.0661</w:t>
        <w:br/>
        <w:t>vn -0.0189 -0.4668 -0.8842</w:t>
        <w:br/>
        <w:t>vn -0.0000 -0.4802 -0.8772</w:t>
        <w:br/>
        <w:t>vn -0.0000 -0.4800 -0.8773</w:t>
        <w:br/>
        <w:t>vn -0.0008 -0.4801 -0.8772</w:t>
        <w:br/>
        <w:t>vn 0.0000 -0.9972 0.0750</w:t>
        <w:br/>
        <w:t>vn 0.2105 -0.9748 0.0736</w:t>
        <w:br/>
        <w:t>vn 0.2535 -0.8876 0.3847</w:t>
        <w:br/>
        <w:t>vn 0.0000 -0.4256 0.9049</w:t>
        <w:br/>
        <w:t>vn -0.0000 -0.4255 0.9050</w:t>
        <w:br/>
        <w:t>vn 0.1365 -0.4215 0.8965</w:t>
        <w:br/>
        <w:t>vn 0.1954 -0.4178 0.8873</w:t>
        <w:br/>
        <w:t>vn 0.0000 0.5687 0.8225</w:t>
        <w:br/>
        <w:t>vn -0.0138 0.5646 0.8253</w:t>
        <w:br/>
        <w:t>vn -0.0138 0.5646 0.8252</w:t>
        <w:br/>
        <w:t>vn 0.0000 0.5689 0.8224</w:t>
        <w:br/>
        <w:t>vn -0.2008 0.8982 -0.3911</w:t>
        <w:br/>
        <w:t>vn -0.0000 0.9970 -0.0780</w:t>
        <w:br/>
        <w:t>vn -0.0000 0.9970 -0.0778</w:t>
        <w:br/>
        <w:t>vn -0.1580 0.9841 -0.0808</w:t>
        <w:br/>
        <w:t>vn 0.0000 0.4287 -0.9035</w:t>
        <w:br/>
        <w:t>vn 0.0000 0.4285 -0.9035</w:t>
        <w:br/>
        <w:t>vn -0.0784 0.4272 -0.9007</w:t>
        <w:br/>
        <w:t>vn -0.1488 0.4271 -0.8919</w:t>
        <w:br/>
        <w:t>vn -0.0000 -0.5649 -0.8251</w:t>
        <w:br/>
        <w:t>vn -0.0000 -0.5648 -0.8252</w:t>
        <w:br/>
        <w:t>vn 0.0134 -0.5690 -0.8223</w:t>
        <w:br/>
        <w:t>vn 0.0134 -0.5689 -0.8223</w:t>
        <w:br/>
        <w:t>vn 0.4272 -0.6965 -0.5766</w:t>
        <w:br/>
        <w:t>vn 0.5398 -0.4277 -0.7250</w:t>
        <w:br/>
        <w:t>vn 0.8863 -0.2479 -0.3911</w:t>
        <w:br/>
        <w:t>vn 0.7286 -0.6680 -0.1516</w:t>
        <w:br/>
        <w:t>vn 0.8337 0.2864 0.4721</w:t>
        <w:br/>
        <w:t>vn 0.4504 0.4868 0.7484</w:t>
        <w:br/>
        <w:t>vn 0.3511 0.2690 0.8969</w:t>
        <w:br/>
        <w:t>vn 0.6786 -0.0958 0.7282</w:t>
        <w:br/>
        <w:t>vn -0.5151 0.5424 0.6637</w:t>
        <w:br/>
        <w:t>vn -0.3799 0.7628 0.5233</w:t>
        <w:br/>
        <w:t>vn -0.8671 0.3825 0.3193</w:t>
        <w:br/>
        <w:t>vn -0.6240 0.7793 0.0569</w:t>
        <w:br/>
        <w:t>vn -0.3119 -0.1981 -0.9292</w:t>
        <w:br/>
        <w:t>vn -0.5884 0.2195 -0.7782</w:t>
        <w:br/>
        <w:t>vn -0.8135 -0.1692 -0.5565</w:t>
        <w:br/>
        <w:t>vn -0.4256 -0.3836 -0.8196</w:t>
        <w:br/>
        <w:t>vn 0.4241 -0.1905 -0.8853</w:t>
        <w:br/>
        <w:t>vn 0.2699 -0.0464 -0.9618</w:t>
        <w:br/>
        <w:t>vn 0.4749 0.3916 -0.7881</w:t>
        <w:br/>
        <w:t>vn 0.7273 0.1604 -0.6673</w:t>
        <w:br/>
        <w:t>vn 0.4465 0.8888 0.1031</w:t>
        <w:br/>
        <w:t>vn 0.2203 0.8028 0.5541</w:t>
        <w:br/>
        <w:t>vn 0.3504 0.6911 0.6322</w:t>
        <w:br/>
        <w:t>vn 0.6803 0.6894 0.2486</w:t>
        <w:br/>
        <w:t>vn -0.3713 0.1112 0.9218</w:t>
        <w:br/>
        <w:t>vn -0.4754 0.2516 0.8430</w:t>
        <w:br/>
        <w:t>vn -0.5860 -0.3175 0.7455</w:t>
        <w:br/>
        <w:t>vn -0.7814 -0.0915 0.6173</w:t>
        <w:br/>
        <w:t>vn -0.4000 -0.6281 -0.6674</w:t>
        <w:br/>
        <w:t>vn -0.7328 -0.6176 -0.2856</w:t>
        <w:br/>
        <w:t>vn -0.5515 -0.8209 -0.1483</w:t>
        <w:br/>
        <w:t>vn -0.3184 -0.7400 -0.5925</w:t>
        <w:br/>
        <w:t>vn -0.3999 -0.6281 -0.6675</w:t>
        <w:br/>
        <w:t>vn -0.3184 -0.7401 -0.5923</w:t>
        <w:br/>
        <w:t>vn 0.9789 0.1950 -0.0615</w:t>
        <w:br/>
        <w:t>vn 0.8800 -0.0805 -0.4682</w:t>
        <w:br/>
        <w:t>vn 0.8320 0.4215 0.3606</w:t>
        <w:br/>
        <w:t>vn -0.0499 0.5548 0.8305</w:t>
        <w:br/>
        <w:t>vn -0.8887 0.1578 0.4305</w:t>
        <w:br/>
        <w:t>vn -0.9936 -0.1122 0.0092</w:t>
        <w:br/>
        <w:t>vn -0.8388 -0.3530 -0.4146</w:t>
        <w:br/>
        <w:t>vn 0.0584 -0.4768 -0.8770</w:t>
        <w:br/>
        <w:t>vn 0.0584 -0.4768 -0.8771</w:t>
        <w:br/>
        <w:t>vn -0.0480 0.4990 0.8653</w:t>
        <w:br/>
        <w:t>vn -0.0188 -0.4669 -0.8841</w:t>
        <w:br/>
        <w:t>vn 0.8603 -0.0530 -0.5071</w:t>
        <w:br/>
        <w:t>vn 0.8602 -0.0530 -0.5071</w:t>
        <w:br/>
        <w:t>vn 0.8093 0.4673 0.3560</w:t>
        <w:br/>
        <w:t>vn 0.8092 0.4674 0.3561</w:t>
        <w:br/>
        <w:t>vn -0.5481 0.3798 0.7452</w:t>
        <w:br/>
        <w:t>vn -0.0713 0.5479 0.8335</w:t>
        <w:br/>
        <w:t>vn -0.9801 -0.0476 0.1929</w:t>
        <w:br/>
        <w:t>vn -0.4630 -0.5053 -0.7282</w:t>
        <w:br/>
        <w:t>vn -0.8180 -0.4427 -0.3673</w:t>
        <w:br/>
        <w:t>vn 0.0289 -0.4803 -0.8766</w:t>
        <w:br/>
        <w:t>vn -0.4628 -0.5052 -0.7284</w:t>
        <w:br/>
        <w:t>vn 0.8773 -0.0827 -0.4727</w:t>
        <w:br/>
        <w:t>vn 0.9786 0.1963 -0.0617</w:t>
        <w:br/>
        <w:t>vn 0.8284 0.4246 0.3652</w:t>
        <w:br/>
        <w:t>vn -0.0610 0.5530 0.8310</w:t>
        <w:br/>
        <w:t>vn -0.0610 0.5530 0.8309</w:t>
        <w:br/>
        <w:t>vn -0.8911 0.1545 0.4267</w:t>
        <w:br/>
        <w:t>vn -0.9936 -0.1124 0.0100</w:t>
        <w:br/>
        <w:t>vn -0.8424 -0.3506 -0.4092</w:t>
        <w:br/>
        <w:t>vn 0.0451 -0.4787 -0.8768</w:t>
        <w:br/>
        <w:t>vn -0.4628 -0.5053 -0.7284</w:t>
        <w:br/>
        <w:t>vn 0.4399 -0.7371 0.5130</w:t>
        <w:br/>
        <w:t>vn 0.3983 -0.9162 0.0447</w:t>
        <w:br/>
        <w:t>vn 0.3703 -0.3721 0.8511</w:t>
        <w:br/>
        <w:t>vn -0.0454 0.5476 0.8355</w:t>
        <w:br/>
        <w:t>vn -0.0454 0.5477 0.8355</w:t>
        <w:br/>
        <w:t>vn -0.3528 0.7694 -0.5325</w:t>
        <w:br/>
        <w:t>vn -0.3182 0.9445 -0.0810</w:t>
        <w:br/>
        <w:t>vn -0.3042 0.4130 -0.8584</w:t>
        <w:br/>
        <w:t>vn 0.0070 -0.5791 -0.8152</w:t>
        <w:br/>
        <w:t>vn 0.1954 -0.4177 0.8873</w:t>
        <w:br/>
        <w:t>vn -0.7564 0.1186 0.6433</w:t>
        <w:br/>
        <w:t>vn -0.7314 -0.0724 0.6781</w:t>
        <w:br/>
        <w:t>vn -0.5146 0.0876 0.8529</w:t>
        <w:br/>
        <w:t>vn -0.5147 0.0876 0.8529</w:t>
        <w:br/>
        <w:t>vn -0.6790 0.2960 0.6719</w:t>
        <w:br/>
        <w:t>vn -0.5286 0.3918 0.7530</w:t>
        <w:br/>
        <w:t>vn -0.3631 0.3696 0.8553</w:t>
        <w:br/>
        <w:t>vn -0.5146 0.0875 0.8529</w:t>
        <w:br/>
        <w:t>vn -0.5145 0.0876 0.8530</w:t>
        <w:br/>
        <w:t>vn -0.5146 0.0876 0.8530</w:t>
        <w:br/>
        <w:t>vn -0.2456 0.2382 0.9397</w:t>
        <w:br/>
        <w:t>vn -0.2207 0.0477 0.9742</w:t>
        <w:br/>
        <w:t>vn -0.2980 -0.1292 0.9458</w:t>
        <w:br/>
        <w:t>vn -0.4478 -0.2253 0.8653</w:t>
        <w:br/>
        <w:t>vn -0.6134 -0.2038 0.7630</w:t>
        <w:br/>
        <w:t>vn -0.8427 0.1113 -0.5268</w:t>
        <w:br/>
        <w:t>vn -0.7651 -0.4910 -0.4166</w:t>
        <w:br/>
        <w:t>vn -0.7650 -0.4910 -0.4167</w:t>
        <w:br/>
        <w:t>vn -0.5993 0.6712 -0.4363</w:t>
        <w:br/>
        <w:t>vn -0.1266 0.9757 -0.1789</w:t>
        <w:br/>
        <w:t>vn 0.7650 0.4910 0.4167</w:t>
        <w:br/>
        <w:t>vn 0.8426 -0.1113 0.5269</w:t>
        <w:br/>
        <w:t>vn 0.5992 -0.6713 0.4363</w:t>
        <w:br/>
        <w:t>vn 0.5992 -0.6712 0.4363</w:t>
        <w:br/>
        <w:t>vn 0.1267 -0.9757 0.1789</w:t>
        <w:br/>
        <w:t>vn 0.1266 -0.9757 0.1789</w:t>
        <w:br/>
        <w:t>vn -0.3950 -0.9068 -0.1472</w:t>
        <w:br/>
        <w:t>vn 0.7651 0.4910 0.4167</w:t>
        <w:br/>
        <w:t>vn 0.8427 -0.1113 0.5267</w:t>
        <w:br/>
        <w:t>vn 0.7601 -0.0976 0.6424</w:t>
        <w:br/>
        <w:t>vn 0.6833 0.4981 0.5338</w:t>
        <w:br/>
        <w:t>vn -0.3951 -0.9068 -0.1471</w:t>
        <w:br/>
        <w:t>vn -0.4646 -0.8852 -0.0239</w:t>
        <w:br/>
        <w:t>vn 0.0518 -0.9529 0.2988</w:t>
        <w:br/>
        <w:t>vn -0.7651 -0.4909 -0.4166</w:t>
        <w:br/>
        <w:t>vn -0.8312 -0.4737 -0.2909</w:t>
        <w:br/>
        <w:t>vn -0.6670 0.6774 -0.3103</w:t>
        <w:br/>
        <w:t>vn -0.9082 0.1229 -0.4000</w:t>
        <w:br/>
        <w:t>vn -0.8427 0.1114 -0.5267</w:t>
        <w:br/>
        <w:t>vn -0.5993 0.6713 -0.4362</w:t>
        <w:br/>
        <w:t>vn -0.1987 0.9785 -0.0554</w:t>
        <w:br/>
        <w:t>vn 0.3950 0.9068 0.1473</w:t>
        <w:br/>
        <w:t>vn 0.3174 0.9098 0.2675</w:t>
        <w:br/>
        <w:t>vn -0.1267 0.9757 -0.1788</w:t>
        <w:br/>
        <w:t>vn 0.3951 0.9068 0.1471</w:t>
        <w:br/>
        <w:t>vn 0.3950 0.9068 0.1471</w:t>
        <w:br/>
        <w:t>vn 0.5994 -0.6712 0.4361</w:t>
        <w:br/>
        <w:t>vn 0.5195 -0.6514 0.5530</w:t>
        <w:br/>
        <w:t>vn 0.0519 -0.9529 0.2988</w:t>
        <w:br/>
        <w:t>vn -0.2210 0.0477 0.9741</w:t>
        <w:br/>
        <w:t>vn -0.2456 0.2382 0.9396</w:t>
        <w:br/>
        <w:t>vn -0.2981 -0.1292 0.9457</w:t>
        <w:br/>
        <w:t>vn -0.4479 -0.2253 0.8652</w:t>
        <w:br/>
        <w:t>vn -0.7314 -0.0725 0.6781</w:t>
        <w:br/>
        <w:t>vn -0.7563 0.1186 0.6433</w:t>
        <w:br/>
        <w:t>vn -0.6788 0.2960 0.6720</w:t>
        <w:br/>
        <w:t>vn -0.5285 0.3919 0.7531</w:t>
        <w:br/>
        <w:t>vn -0.3630 0.3697 0.8553</w:t>
        <w:br/>
        <w:t>vn 0.2208 -0.0477 -0.9742</w:t>
        <w:br/>
        <w:t>vn 0.5146 -0.0875 -0.8530</w:t>
        <w:br/>
        <w:t>vn 0.5146 -0.0876 -0.8530</w:t>
        <w:br/>
        <w:t>vn 0.2457 -0.2381 -0.9396</w:t>
        <w:br/>
        <w:t>vn 0.2979 0.1293 -0.9458</w:t>
        <w:br/>
        <w:t>vn 0.5146 -0.0875 -0.8529</w:t>
        <w:br/>
        <w:t>vn 0.4479 0.2253 -0.8653</w:t>
        <w:br/>
        <w:t>vn 0.5145 -0.0877 -0.8530</w:t>
        <w:br/>
        <w:t>vn 0.4478 0.2253 -0.8653</w:t>
        <w:br/>
        <w:t>vn 0.6134 0.2037 -0.7631</w:t>
        <w:br/>
        <w:t>vn 0.5146 -0.0876 -0.8529</w:t>
        <w:br/>
        <w:t>vn 0.7313 0.0723 -0.6782</w:t>
        <w:br/>
        <w:t>vn 0.5147 -0.0876 -0.8529</w:t>
        <w:br/>
        <w:t>vn 0.7562 -0.1185 -0.6435</w:t>
        <w:br/>
        <w:t>vn 0.6788 -0.2959 -0.6720</w:t>
        <w:br/>
        <w:t>vn 0.5285 -0.3918 -0.7531</w:t>
        <w:br/>
        <w:t>vn 0.5145 -0.0875 -0.8530</w:t>
        <w:br/>
        <w:t>vn 0.3632 -0.3695 -0.8553</w:t>
        <w:br/>
        <w:t>vn 0.7564 -0.1185 -0.6433</w:t>
        <w:br/>
        <w:t>vn 0.6789 -0.2959 -0.6719</w:t>
        <w:br/>
        <w:t>vn 0.5284 -0.3919 -0.7531</w:t>
        <w:br/>
        <w:t>vn 0.5285 -0.3919 -0.7531</w:t>
        <w:br/>
        <w:t>vn 0.3629 -0.3697 -0.8553</w:t>
        <w:br/>
        <w:t>vn 0.2458 -0.2382 -0.9396</w:t>
        <w:br/>
        <w:t>vn 0.2210 -0.0477 -0.9741</w:t>
        <w:br/>
        <w:t>vn 0.2981 0.1293 -0.9457</w:t>
        <w:br/>
        <w:t>vn 0.4478 0.2254 -0.8652</w:t>
        <w:br/>
        <w:t>vn 0.9082 -0.1227 0.4000</w:t>
        <w:br/>
        <w:t>vn 0.8312 0.4738 0.2909</w:t>
        <w:br/>
        <w:t>vn -0.3174 -0.9098 -0.2674</w:t>
        <w:br/>
        <w:t>vn 0.1990 -0.9785 0.0551</w:t>
        <w:br/>
        <w:t>vn -0.6834 -0.4981 -0.5336</w:t>
        <w:br/>
        <w:t>vn -0.7601 0.0977 -0.6424</w:t>
        <w:br/>
        <w:t>vn -0.5194 0.6515 -0.5531</w:t>
        <w:br/>
        <w:t>vn -0.0518 0.9529 -0.2988</w:t>
        <w:br/>
        <w:t>vn 0.4647 0.8851 0.0240</w:t>
        <w:br/>
        <w:t>vn 0.6671 -0.6773 0.3102</w:t>
        <w:br/>
        <w:t>vn 0.1989 -0.9785 0.0552</w:t>
        <w:br/>
        <w:t>vn -0.2644 -0.1845 0.9466</w:t>
        <w:br/>
        <w:t>vn 0.0471 -0.1170 0.9920</w:t>
        <w:br/>
        <w:t>vn 0.0470 -0.1169 0.9920</w:t>
        <w:br/>
        <w:t>vn -0.2479 0.0099 0.9687</w:t>
        <w:br/>
        <w:t>vn -0.1196 0.1582 0.9801</w:t>
        <w:br/>
        <w:t>vn 0.0471 -0.1167 0.9920</w:t>
        <w:br/>
        <w:t>vn 0.0713 0.2036 0.9764</w:t>
        <w:br/>
        <w:t>vn 0.0472 -0.1169 0.9920</w:t>
        <w:br/>
        <w:t>vn 0.2520 0.1289 0.9591</w:t>
        <w:br/>
        <w:t>vn 0.0713 0.2036 0.9765</w:t>
        <w:br/>
        <w:t>vn 0.3536 -0.0374 0.9346</w:t>
        <w:br/>
        <w:t>vn 0.3370 -0.2316 0.9126</w:t>
        <w:br/>
        <w:t>vn 0.2089 -0.3798 0.9012</w:t>
        <w:br/>
        <w:t>vn 0.0181 -0.4251 0.9050</w:t>
        <w:br/>
        <w:t>vn -0.1626 -0.3506 0.9223</w:t>
        <w:br/>
        <w:t>vn -0.9726 -0.2317 0.0189</w:t>
        <w:br/>
        <w:t>vn -0.9726 -0.2318 0.0189</w:t>
        <w:br/>
        <w:t>vn -0.9207 0.3802 0.0886</w:t>
        <w:br/>
        <w:t>vn 0.0840 0.9901 0.1127</w:t>
        <w:br/>
        <w:t>vn 0.0840 0.9901 0.1128</w:t>
        <w:br/>
        <w:t>vn -0.5171 0.8468 0.1244</w:t>
        <w:br/>
        <w:t>vn 0.6531 0.7551 0.0580</w:t>
        <w:br/>
        <w:t>vn 0.9726 0.2317 -0.0189</w:t>
        <w:br/>
        <w:t>vn 0.9207 -0.3801 -0.0887</w:t>
        <w:br/>
        <w:t>vn 0.9207 -0.3802 -0.0886</w:t>
        <w:br/>
        <w:t>vn 0.5170 -0.8469 -0.1244</w:t>
        <w:br/>
        <w:t>vn -0.0840 -0.9901 -0.1129</w:t>
        <w:br/>
        <w:t>vn -0.0840 -0.9901 -0.1128</w:t>
        <w:br/>
        <w:t>vn -0.6531 -0.7551 -0.0580</w:t>
        <w:br/>
        <w:t>vn -0.6530 -0.7551 -0.0580</w:t>
        <w:br/>
        <w:t>vn 0.9207 -0.3801 -0.0886</w:t>
        <w:br/>
        <w:t>vn 0.9180 -0.3930 0.0535</w:t>
        <w:br/>
        <w:t>vn 0.9694 0.2127 0.1224</w:t>
        <w:br/>
        <w:t>vn 0.9726 0.2316 -0.0189</w:t>
        <w:br/>
        <w:t>vn -0.0766 -0.9966 0.0292</w:t>
        <w:br/>
        <w:t>vn -0.0841 -0.9900 -0.1129</w:t>
        <w:br/>
        <w:t>vn -0.6529 -0.7552 -0.0581</w:t>
        <w:br/>
        <w:t>vn -0.6396 -0.7641 0.0835</w:t>
        <w:br/>
        <w:t>vn -0.5051 0.8216 0.2643</w:t>
        <w:br/>
        <w:t>vn -0.9046 0.3598 0.2286</w:t>
        <w:br/>
        <w:t>vn -0.9206 0.3803 0.0886</w:t>
        <w:br/>
        <w:t>vn -0.5169 0.8469 0.1245</w:t>
        <w:br/>
        <w:t>vn 0.0898 0.9634 0.2526</w:t>
        <w:br/>
        <w:t>vn 0.6532 0.7308 0.1984</w:t>
        <w:br/>
        <w:t>vn 0.6530 0.7551 0.0580</w:t>
        <w:br/>
        <w:t>vn 0.0841 0.9901 0.1127</w:t>
        <w:br/>
        <w:t>vn 0.5171 -0.8468 -0.1246</w:t>
        <w:br/>
        <w:t>vn 0.5185 -0.8549 0.0177</w:t>
        <w:br/>
        <w:t>vn -0.9725 -0.2320 0.0189</w:t>
        <w:br/>
        <w:t>vn -0.9560 -0.2460 0.1597</w:t>
        <w:br/>
        <w:t>vn 0.3536 -0.0375 0.9347</w:t>
        <w:br/>
        <w:t>vn 0.3370 -0.2317 0.9126</w:t>
        <w:br/>
        <w:t>vn 0.2089 -0.3796 0.9013</w:t>
        <w:br/>
        <w:t>vn 0.0180 -0.4250 0.9050</w:t>
        <w:br/>
        <w:t>vn -0.1627 -0.3508 0.9222</w:t>
        <w:br/>
        <w:t>vn -0.2642 -0.1846 0.9466</w:t>
        <w:br/>
        <w:t>vn -0.2474 0.0097 0.9689</w:t>
        <w:br/>
        <w:t>vn -0.1196 0.1581 0.9802</w:t>
        <w:br/>
        <w:t>vn 0.0714 0.2034 0.9765</w:t>
        <w:br/>
        <w:t>vn 0.2521 0.1288 0.9591</w:t>
        <w:br/>
        <w:t>vn -0.0472 0.1170 -0.9920</w:t>
        <w:br/>
        <w:t>vn -0.3535 0.0374 -0.9347</w:t>
        <w:br/>
        <w:t>vn -0.3373 0.2317 -0.9125</w:t>
        <w:br/>
        <w:t>vn -0.2091 0.3801 -0.9010</w:t>
        <w:br/>
        <w:t>vn -0.0471 0.1170 -0.9920</w:t>
        <w:br/>
        <w:t>vn -0.0180 0.4256 -0.9047</w:t>
        <w:br/>
        <w:t>vn -0.0472 0.1171 -0.9920</w:t>
        <w:br/>
        <w:t>vn 0.1627 0.3509 -0.9222</w:t>
        <w:br/>
        <w:t>vn -0.0471 0.1171 -0.9920</w:t>
        <w:br/>
        <w:t>vn 0.2643 0.1846 -0.9466</w:t>
        <w:br/>
        <w:t>vn 0.2476 -0.0098 -0.9688</w:t>
        <w:br/>
        <w:t>vn -0.0472 0.1169 -0.9920</w:t>
        <w:br/>
        <w:t>vn 0.1194 -0.1578 -0.9802</w:t>
        <w:br/>
        <w:t>vn -0.0714 -0.2035 -0.9765</w:t>
        <w:br/>
        <w:t>vn -0.2521 -0.1288 -0.9591</w:t>
        <w:br/>
        <w:t>vn 0.2478 -0.0100 -0.9688</w:t>
        <w:br/>
        <w:t>vn 0.2641 0.1844 -0.9467</w:t>
        <w:br/>
        <w:t>vn 0.1197 -0.1582 -0.9801</w:t>
        <w:br/>
        <w:t>vn -0.2520 -0.1288 -0.9591</w:t>
        <w:br/>
        <w:t>vn -0.3536 0.0373 -0.9347</w:t>
        <w:br/>
        <w:t>vn -0.3369 0.2316 -0.9126</w:t>
        <w:br/>
        <w:t>vn -0.2089 0.3799 -0.9011</w:t>
        <w:br/>
        <w:t>vn -0.0179 0.4255 -0.9048</w:t>
        <w:br/>
        <w:t>vn 0.1625 0.3506 -0.9223</w:t>
        <w:br/>
        <w:t>vn 0.9560 0.2461 -0.1597</w:t>
        <w:br/>
        <w:t>vn 0.9047 -0.3595 -0.2287</w:t>
        <w:br/>
        <w:t>vn -0.0900 -0.9633 -0.2527</w:t>
        <w:br/>
        <w:t>vn -0.6530 -0.7308 -0.1985</w:t>
        <w:br/>
        <w:t>vn -0.9180 0.3931 -0.0533</w:t>
        <w:br/>
        <w:t>vn -0.5186 0.8549 -0.0181</w:t>
        <w:br/>
        <w:t>vn 0.0764 0.9966 -0.0295</w:t>
        <w:br/>
        <w:t>vn 0.6397 0.7640 -0.0836</w:t>
        <w:br/>
        <w:t>vn 0.5051 -0.8216 -0.2642</w:t>
        <w:br/>
        <w:t>vn -0.0900 -0.9634 -0.2527</w:t>
        <w:br/>
        <w:t>vn -0.9694 -0.2128 -0.1223</w:t>
        <w:br/>
        <w:t>vn 0.5676 -0.6641 -0.4867</w:t>
        <w:br/>
        <w:t>vn 0.5674 -0.6559 -0.4979</w:t>
        <w:br/>
        <w:t>vn 0.5675 -0.6558 -0.4978</w:t>
        <w:br/>
        <w:t>vn 0.5676 -0.6641 -0.4866</w:t>
        <w:br/>
        <w:t>vn -0.5711 0.6644 0.4820</w:t>
        <w:br/>
        <w:t>vn -0.5713 0.6643 0.4820</w:t>
        <w:br/>
        <w:t>vn -0.5696 0.6664 0.4811</w:t>
        <w:br/>
        <w:t>vn -0.5695 0.6665 0.4811</w:t>
        <w:br/>
        <w:t>vn 0.5645 -0.6835 -0.4628</w:t>
        <w:br/>
        <w:t>vn 0.5644 -0.6835 -0.4629</w:t>
        <w:br/>
        <w:t>vn -0.5680 0.6730 0.4737</w:t>
        <w:br/>
        <w:t>vn -0.5670 0.6740 0.4736</w:t>
        <w:br/>
        <w:t>vn -0.5670 0.6739 0.4736</w:t>
        <w:br/>
        <w:t>vn -0.5747 0.6516 0.4952</w:t>
        <w:br/>
        <w:t>vn -0.5747 0.6516 0.4951</w:t>
        <w:br/>
        <w:t>vn 0.5639 -0.6689 -0.4842</w:t>
        <w:br/>
        <w:t>vn 0.5698 -0.6570 -0.4936</w:t>
        <w:br/>
        <w:t>vn 0.5639 -0.6689 -0.4843</w:t>
        <w:br/>
        <w:t>vn -0.5643 0.6839 0.4623</w:t>
        <w:br/>
        <w:t>vn -0.5643 0.6840 0.4623</w:t>
        <w:br/>
        <w:t>vn 0.5682 -0.6727 -0.4739</w:t>
        <w:br/>
        <w:t>vn 0.5682 -0.6728 -0.4739</w:t>
        <w:br/>
        <w:t>vn -0.7691 -0.2338 -0.5949</w:t>
        <w:br/>
        <w:t>vn -0.7691 -0.2338 -0.5948</w:t>
        <w:br/>
        <w:t>vn -0.8009 -0.3413 -0.4920</w:t>
        <w:br/>
        <w:t>vn 0.8169 0.3389 0.4666</w:t>
        <w:br/>
        <w:t>vn 0.7842 0.2280 0.5771</w:t>
        <w:br/>
        <w:t>vn 0.7843 0.2280 0.5770</w:t>
        <w:br/>
        <w:t>vn 0.8170 0.3389 0.4666</w:t>
        <w:br/>
        <w:t>vn 0.8051 0.3528 0.4769</w:t>
        <w:br/>
        <w:t>vn 0.8050 0.3528 0.4769</w:t>
        <w:br/>
        <w:t>vn 0.7716 0.2434 0.5877</w:t>
        <w:br/>
        <w:t>vn 0.7716 0.2433 0.5878</w:t>
        <w:br/>
        <w:t>vn -0.8151 -0.3241 -0.4802</w:t>
        <w:br/>
        <w:t>vn -0.7808 -0.2198 -0.5849</w:t>
        <w:br/>
        <w:t>vn -0.8150 -0.3242 -0.4802</w:t>
        <w:br/>
        <w:t>vn -0.7370 -0.1633 -0.6558</w:t>
        <w:br/>
        <w:t>vn 0.8311 0.4161 0.3688</w:t>
        <w:br/>
        <w:t>vn 0.8311 0.4161 0.3689</w:t>
        <w:br/>
        <w:t>vn 0.8132 0.4375 0.3837</w:t>
        <w:br/>
        <w:t>vn -0.7504 -0.1469 -0.6445</w:t>
        <w:br/>
        <w:t>vn -0.7503 -0.1469 -0.6445</w:t>
        <w:br/>
        <w:t>vn 0.5193 -0.7855 -0.3366</w:t>
        <w:br/>
        <w:t>vn 0.2513 -0.9561 0.1507</w:t>
        <w:br/>
        <w:t>vn 0.2513 -0.9561 0.1508</w:t>
        <w:br/>
        <w:t>vn 0.5194 -0.7856 -0.3364</w:t>
        <w:br/>
        <w:t>vn -0.5956 0.5739 0.5620</w:t>
        <w:br/>
        <w:t>vn 0.6011 -0.4839 -0.6360</w:t>
        <w:br/>
        <w:t>vn 0.6010 -0.4839 -0.6361</w:t>
        <w:br/>
        <w:t>vn -0.4928 0.8225 0.2842</w:t>
        <w:br/>
        <w:t>vn -0.4928 0.8224 0.2841</w:t>
        <w:br/>
        <w:t>vn -0.5611 0.6963 0.4475</w:t>
        <w:br/>
        <w:t>vn 0.5683 -0.6762 -0.4688</w:t>
        <w:br/>
        <w:t>vn 0.5683 -0.6762 -0.4689</w:t>
        <w:br/>
        <w:t>vn -0.0608 0.9138 -0.4016</w:t>
        <w:br/>
        <w:t>vn -0.0608 0.9138 -0.4015</w:t>
        <w:br/>
        <w:t>vn 0.2200 0.6892 -0.6904</w:t>
        <w:br/>
        <w:t>vn 0.2200 0.6891 -0.6904</w:t>
        <w:br/>
        <w:t>vn 0.4541 0.3179 -0.8323</w:t>
        <w:br/>
        <w:t>vn 0.2201 0.6892 -0.6903</w:t>
        <w:br/>
        <w:t>vn 0.4541 0.3178 -0.8323</w:t>
        <w:br/>
        <w:t>vn -0.2230 -0.6902 0.6884</w:t>
        <w:br/>
        <w:t>vn -0.6001 0.1903 0.7769</w:t>
        <w:br/>
        <w:t>vn -0.6001 0.1903 0.7770</w:t>
        <w:br/>
        <w:t>vn -0.2228 -0.6902 0.6884</w:t>
        <w:br/>
        <w:t>vn 0.0715 -0.9230 0.3781</w:t>
        <w:br/>
        <w:t>vn 0.0713 -0.9228 0.3785</w:t>
        <w:br/>
        <w:t>vn 0.5558 -0.6926 -0.4597</w:t>
        <w:br/>
        <w:t>vn 0.5557 -0.6927 -0.4597</w:t>
        <w:br/>
        <w:t>vn -0.7320 -0.1578 -0.6628</w:t>
        <w:br/>
        <w:t>vn -0.7335 -0.1627 -0.6600</w:t>
        <w:br/>
        <w:t>vn 0.8346 0.4315 0.3424</w:t>
        <w:br/>
        <w:t>vn 0.8356 0.4319 0.3394</w:t>
        <w:br/>
        <w:t>vn 0.8344 0.4313 0.3431</w:t>
        <w:br/>
        <w:t>vn -0.7499 -0.1417 -0.6462</w:t>
        <w:br/>
        <w:t>vn -0.7478 -0.1377 -0.6495</w:t>
        <w:br/>
        <w:t>vn 0.8110 0.4597 0.3617</w:t>
        <w:br/>
        <w:t>vn 0.8102 0.4628 0.3597</w:t>
        <w:br/>
        <w:t>vn -0.7340 -0.1666 -0.6584</w:t>
        <w:br/>
        <w:t>vn -0.7453 -0.1610 -0.6470</w:t>
        <w:br/>
        <w:t>vn -0.7454 -0.1610 -0.6469</w:t>
        <w:br/>
        <w:t>vn 0.8107 0.4608 0.3612</w:t>
        <w:br/>
        <w:t>vn 0.8225 0.4417 0.3583</w:t>
        <w:br/>
        <w:t>vn 0.7654 0.2040 0.6104</w:t>
        <w:br/>
        <w:t>vn 0.7723 0.1865 0.6072</w:t>
        <w:br/>
        <w:t>vn 0.7751 0.1891 0.6029</w:t>
        <w:br/>
        <w:t>vn -0.8136 -0.3590 -0.4573</w:t>
        <w:br/>
        <w:t>vn -0.8243 -0.3551 -0.4410</w:t>
        <w:br/>
        <w:t>vn -0.8238 -0.3499 -0.4461</w:t>
        <w:br/>
        <w:t>vn -0.8137 -0.3588 -0.4573</w:t>
        <w:br/>
        <w:t>vn -0.8034 -0.3729 -0.4641</w:t>
        <w:br/>
        <w:t>vn -0.8082 -0.3784 -0.4513</w:t>
        <w:br/>
        <w:t>vn -0.8049 -0.3776 -0.4578</w:t>
        <w:br/>
        <w:t>vn 0.7676 0.1874 0.6129</w:t>
        <w:br/>
        <w:t>vn 0.7536 0.2145 0.6214</w:t>
        <w:br/>
        <w:t>vn 0.7553 0.2031 0.6232</w:t>
        <w:br/>
        <w:t>vn 0.7530 0.2098 0.6237</w:t>
        <w:br/>
        <w:t>vn -0.8219 -0.3621 -0.4397</w:t>
        <w:br/>
        <w:t>vn -0.7453 -0.1609 -0.6470</w:t>
        <w:br/>
        <w:t>vn -0.7517 -0.1439 -0.6436</w:t>
        <w:br/>
        <w:t>vn -0.5694 0.0181 0.8219</w:t>
        <w:br/>
        <w:t>vn -0.2169 -0.6898 0.6908</w:t>
        <w:br/>
        <w:t>vn -0.2169 -0.6897 0.6908</w:t>
        <w:br/>
        <w:t>vn 0.2144 0.6968 -0.6845</w:t>
        <w:br/>
        <w:t>vn 0.2144 0.6969 -0.6843</w:t>
        <w:br/>
        <w:t>vn -0.2075 0.9571 -0.2025</w:t>
        <w:br/>
        <w:t>vn -0.2075 0.9570 -0.2026</w:t>
        <w:br/>
        <w:t>vn 0.5451 0.0601 -0.8362</w:t>
        <w:br/>
        <w:t>vn 0.5450 0.0601 -0.8363</w:t>
        <w:br/>
        <w:t>vn -0.7535 0.6555 -0.0499</w:t>
        <w:br/>
        <w:t>vn -0.8632 0.3859 -0.3256</w:t>
        <w:br/>
        <w:t>vn -0.9610 0.2557 0.1059</w:t>
        <w:br/>
        <w:t>vn -0.5512 0.7395 -0.3864</w:t>
        <w:br/>
        <w:t>vn -0.3662 0.9305 -0.0097</w:t>
        <w:br/>
        <w:t>vn -0.1813 0.9322 -0.3131</w:t>
        <w:br/>
        <w:t>vn -0.0725 0.9276 0.3665</w:t>
        <w:br/>
        <w:t>vn 0.0905 0.9959 0.0058</w:t>
        <w:br/>
        <w:t>vn 0.3215 0.8590 0.3985</w:t>
        <w:br/>
        <w:t>vn 0.0746 0.6695 0.7391</w:t>
        <w:br/>
        <w:t>vn 0.4154 0.5791 0.7014</w:t>
        <w:br/>
        <w:t>vn -0.1742 0.3125 0.9338</w:t>
        <w:br/>
        <w:t>vn 0.2254 0.2797 0.9333</w:t>
        <w:br/>
        <w:t>vn -0.0862 -0.0745 0.9935</w:t>
        <w:br/>
        <w:t>vn -0.5200 -0.0054 0.8542</w:t>
        <w:br/>
        <w:t>vn -0.3898 -0.3359 0.8575</w:t>
        <w:br/>
        <w:t>vn -0.8546 0.0408 0.5177</w:t>
        <w:br/>
        <w:t>vn -0.7273 -0.3303 0.6016</w:t>
        <w:br/>
        <w:t>vn -0.9586 -0.1934 0.2091</w:t>
        <w:br/>
        <w:t>vn -0.9875 0.0180 -0.1565</w:t>
        <w:br/>
        <w:t>vn -0.5777 0.6027 0.5505</w:t>
        <w:br/>
        <w:t>vn -0.1618 0.1930 -0.9678</w:t>
        <w:br/>
        <w:t>vn -0.2346 0.4869 -0.8413</w:t>
        <w:br/>
        <w:t>vn -0.1325 0.9251 0.3560</w:t>
        <w:br/>
        <w:t>vn -0.2196 0.9746 0.0446</w:t>
        <w:br/>
        <w:t>vn 0.0479 0.4990 0.8653</w:t>
        <w:br/>
        <w:t>vn 0.0113 0.4813 0.8765</w:t>
        <w:br/>
        <w:t>vn 0.3102 -0.4597 0.8321</w:t>
        <w:br/>
        <w:t>vn 0.3101 -0.4596 0.8322</w:t>
        <w:br/>
        <w:t>vn 0.2943 -0.9534 -0.0662</w:t>
        <w:br/>
        <w:t>vn 0.2944 -0.9534 -0.0661</w:t>
        <w:br/>
        <w:t>vn 0.0189 -0.4668 -0.8841</w:t>
        <w:br/>
        <w:t>vn 0.0008 -0.4801 -0.8772</w:t>
        <w:br/>
        <w:t>vn -0.2535 -0.8876 0.3846</w:t>
        <w:br/>
        <w:t>vn -0.2105 -0.9748 0.0735</w:t>
        <w:br/>
        <w:t>vn -0.1953 -0.4177 0.8873</w:t>
        <w:br/>
        <w:t>vn -0.1365 -0.4216 0.8965</w:t>
        <w:br/>
        <w:t>vn 0.0138 0.5645 0.8253</w:t>
        <w:br/>
        <w:t>vn 0.2008 0.8982 -0.3911</w:t>
        <w:br/>
        <w:t>vn 0.1580 0.9841 -0.0808</w:t>
        <w:br/>
        <w:t>vn 0.1488 0.4271 -0.8919</w:t>
        <w:br/>
        <w:t>vn 0.0785 0.4273 -0.9007</w:t>
        <w:br/>
        <w:t>vn -0.0134 -0.5690 -0.8223</w:t>
        <w:br/>
        <w:t>vn -0.4272 -0.6965 -0.5766</w:t>
        <w:br/>
        <w:t>vn -0.7286 -0.6679 -0.1516</w:t>
        <w:br/>
        <w:t>vn -0.8864 -0.2479 -0.3911</w:t>
        <w:br/>
        <w:t>vn -0.5398 -0.4277 -0.7250</w:t>
        <w:br/>
        <w:t>vn -0.8337 0.2863 0.4721</w:t>
        <w:br/>
        <w:t>vn -0.6786 -0.0958 0.7282</w:t>
        <w:br/>
        <w:t>vn -0.3511 0.2690 0.8969</w:t>
        <w:br/>
        <w:t>vn -0.4504 0.4868 0.7484</w:t>
        <w:br/>
        <w:t>vn 0.5151 0.5424 0.6637</w:t>
        <w:br/>
        <w:t>vn 0.3799 0.7628 0.5233</w:t>
        <w:br/>
        <w:t>vn 0.8671 0.3825 0.3192</w:t>
        <w:br/>
        <w:t>vn 0.6240 0.7793 0.0569</w:t>
        <w:br/>
        <w:t>vn 0.3119 -0.1981 -0.9292</w:t>
        <w:br/>
        <w:t>vn 0.4255 -0.3836 -0.8196</w:t>
        <w:br/>
        <w:t>vn 0.8135 -0.1692 -0.5565</w:t>
        <w:br/>
        <w:t>vn 0.5884 0.2195 -0.7782</w:t>
        <w:br/>
        <w:t>vn 0.4256 -0.3836 -0.8196</w:t>
        <w:br/>
        <w:t>vn -0.4241 -0.1905 -0.8853</w:t>
        <w:br/>
        <w:t>vn -0.7273 0.1604 -0.6673</w:t>
        <w:br/>
        <w:t>vn -0.4749 0.3916 -0.7881</w:t>
        <w:br/>
        <w:t>vn -0.2699 -0.0464 -0.9618</w:t>
        <w:br/>
        <w:t>vn -0.3504 0.6911 0.6322</w:t>
        <w:br/>
        <w:t>vn -0.2203 0.8028 0.5540</w:t>
        <w:br/>
        <w:t>vn -0.4466 0.8888 0.1031</w:t>
        <w:br/>
        <w:t>vn -0.6803 0.6894 0.2486</w:t>
        <w:br/>
        <w:t>vn 0.4754 0.2516 0.8431</w:t>
        <w:br/>
        <w:t>vn 0.3714 0.1113 0.9218</w:t>
        <w:br/>
        <w:t>vn 0.5860 -0.3175 0.7455</w:t>
        <w:br/>
        <w:t>vn 0.7813 -0.0915 0.6174</w:t>
        <w:br/>
        <w:t>vn 0.5515 -0.8209 -0.1484</w:t>
        <w:br/>
        <w:t>vn 0.7328 -0.6176 -0.2858</w:t>
        <w:br/>
        <w:t>vn 0.4000 -0.6281 -0.6674</w:t>
        <w:br/>
        <w:t>vn 0.3184 -0.7400 -0.5925</w:t>
        <w:br/>
        <w:t>vn 0.3999 -0.6281 -0.6675</w:t>
        <w:br/>
        <w:t>vn 0.3184 -0.7401 -0.5923</w:t>
        <w:br/>
        <w:t>vn -0.9789 0.1949 -0.0615</w:t>
        <w:br/>
        <w:t>vn -0.8799 -0.0806 -0.4682</w:t>
        <w:br/>
        <w:t>vn -0.8320 0.4215 0.3607</w:t>
        <w:br/>
        <w:t>vn 0.0499 0.5547 0.8305</w:t>
        <w:br/>
        <w:t>vn 0.0499 0.5548 0.8305</w:t>
        <w:br/>
        <w:t>vn 0.9936 -0.1124 0.0090</w:t>
        <w:br/>
        <w:t>vn 0.8887 0.1578 0.4305</w:t>
        <w:br/>
        <w:t>vn 0.8387 -0.3530 -0.4146</w:t>
        <w:br/>
        <w:t>vn -0.0584 -0.4768 -0.8771</w:t>
        <w:br/>
        <w:t>vn 0.0480 0.4990 0.8653</w:t>
        <w:br/>
        <w:t>vn 0.0188 -0.4668 -0.8841</w:t>
        <w:br/>
        <w:t>vn -0.8602 -0.0530 -0.5071</w:t>
        <w:br/>
        <w:t>vn -0.8603 -0.0530 -0.5070</w:t>
        <w:br/>
        <w:t>vn -0.8092 0.4673 0.3560</w:t>
        <w:br/>
        <w:t>vn 0.0713 0.5478 0.8336</w:t>
        <w:br/>
        <w:t>vn 0.5481 0.3798 0.7452</w:t>
        <w:br/>
        <w:t>vn 0.9801 -0.0476 0.1929</w:t>
        <w:br/>
        <w:t>vn 0.8179 -0.4427 -0.3675</w:t>
        <w:br/>
        <w:t>vn 0.4630 -0.5053 -0.7282</w:t>
        <w:br/>
        <w:t>vn -0.0289 -0.4804 -0.8766</w:t>
        <w:br/>
        <w:t>vn 0.4628 -0.5052 -0.7284</w:t>
        <w:br/>
        <w:t>vn -0.9786 0.1962 -0.0617</w:t>
        <w:br/>
        <w:t>vn -0.8773 -0.0827 -0.4728</w:t>
        <w:br/>
        <w:t>vn -0.8285 0.4246 0.3652</w:t>
        <w:br/>
        <w:t>vn 0.0611 0.5529 0.8310</w:t>
        <w:br/>
        <w:t>vn 0.0610 0.5530 0.8310</w:t>
        <w:br/>
        <w:t>vn 0.9936 -0.1124 0.0100</w:t>
        <w:br/>
        <w:t>vn 0.8911 0.1544 0.4267</w:t>
        <w:br/>
        <w:t>vn 0.8424 -0.3506 -0.4093</w:t>
        <w:br/>
        <w:t>vn -0.0451 -0.4787 -0.8768</w:t>
        <w:br/>
        <w:t>vn 0.4628 -0.5053 -0.7284</w:t>
        <w:br/>
        <w:t>vn -0.4399 -0.7371 0.5130</w:t>
        <w:br/>
        <w:t>vn -0.3983 -0.9162 0.0447</w:t>
        <w:br/>
        <w:t>vn -0.3703 -0.3721 0.8511</w:t>
        <w:br/>
        <w:t>vn 0.0454 0.5476 0.8355</w:t>
        <w:br/>
        <w:t>vn 0.0453 0.5476 0.8355</w:t>
        <w:br/>
        <w:t>vn 0.3182 0.9445 -0.0810</w:t>
        <w:br/>
        <w:t>vn 0.3528 0.7694 -0.5325</w:t>
        <w:br/>
        <w:t>vn 0.3042 0.4130 -0.8584</w:t>
        <w:br/>
        <w:t>vn -0.0069 -0.5791 -0.8152</w:t>
        <w:br/>
        <w:t>vn -0.0070 -0.5791 -0.8152</w:t>
        <w:br/>
        <w:t>vn -0.1954 -0.4177 0.8873</w:t>
        <w:br/>
        <w:t>vn 0.1488 0.4270 -0.8919</w:t>
        <w:br/>
        <w:t>vn -0.0163 -0.0006 0.9999</w:t>
        <w:br/>
        <w:t>vn -0.0172 0.0000 0.9999</w:t>
        <w:br/>
        <w:t>vn -0.0163 -0.0008 0.9999</w:t>
        <w:br/>
        <w:t>vn -0.0168 0.0009 0.9999</w:t>
        <w:br/>
        <w:t>vn -0.0163 0.0007 0.9999</w:t>
        <w:br/>
        <w:t>vn 0.0179 -0.0011 -0.9998</w:t>
        <w:br/>
        <w:t>vn 0.0181 -0.0010 -0.9998</w:t>
        <w:br/>
        <w:t>vn 0.0172 -0.0000 -0.9999</w:t>
        <w:br/>
        <w:t>vn 0.0181 0.0010 -0.9998</w:t>
        <w:br/>
        <w:t>vn 0.0179 0.0010 -0.9998</w:t>
        <w:br/>
        <w:t>vn -0.9903 -0.1380 -0.0172</w:t>
        <w:br/>
        <w:t>vn -0.9998 0.0000 -0.0174</w:t>
        <w:br/>
        <w:t>vn 0.9998 -0.0000 0.0176</w:t>
        <w:br/>
        <w:t>vn 0.9816 0.1901 0.0167</w:t>
        <w:br/>
        <w:t>vn 0.9816 0.1902 0.0170</w:t>
        <w:br/>
        <w:t>vn 0.9999 0.0000 0.0170</w:t>
        <w:br/>
        <w:t>vn -0.9913 0.1308 -0.0172</w:t>
        <w:br/>
        <w:t>vn 0.9829 -0.1833 0.0171</w:t>
        <w:br/>
        <w:t>vn -0.0178 0.0006 0.9998</w:t>
        <w:br/>
        <w:t>vn -0.0177 -0.0011 0.9998</w:t>
        <w:br/>
        <w:t>vn -0.0177 -0.0008 0.9998</w:t>
        <w:br/>
        <w:t>vn -0.0177 0.0008 0.9998</w:t>
        <w:br/>
        <w:t>vn -0.0164 -0.0001 0.9999</w:t>
        <w:br/>
        <w:t>vn -0.0164 -0.0000 0.9999</w:t>
        <w:br/>
        <w:t>vn -0.0165 0.0005 0.9999</w:t>
        <w:br/>
        <w:t>vn -0.0168 0.0007 0.9999</w:t>
        <w:br/>
        <w:t>vn 0.0166 -0.0011 -0.9999</w:t>
        <w:br/>
        <w:t>vn 0.0165 0.0007 -0.9999</w:t>
        <w:br/>
        <w:t>vn 0.0166 0.0009 -0.9999</w:t>
        <w:br/>
        <w:t>vn 0.0166 -0.0008 -0.9999</w:t>
        <w:br/>
        <w:t>vn 0.0179 -0.0005 -0.9998</w:t>
        <w:br/>
        <w:t>vn 0.0180 -0.0002 -0.9998</w:t>
        <w:br/>
        <w:t>vn 0.0180 0.0002 -0.9998</w:t>
        <w:br/>
        <w:t>vn 0.0181 0.0002 -0.9998</w:t>
        <w:br/>
        <w:t>vn 0.9998 0.0000 0.0174</w:t>
        <w:br/>
        <w:t>vn -0.9999 -0.0000 -0.0172</w:t>
        <w:br/>
        <w:t>vn 0.0003 1.0000 -0.0001</w:t>
        <w:br/>
        <w:t>vn 0.0003 1.0000 0.0001</w:t>
        <w:br/>
        <w:t>vn -0.0005 -1.0000 0.0000</w:t>
        <w:br/>
        <w:t>vn 0.9574 0.2882 0.0165</w:t>
        <w:br/>
        <w:t>vn 0.9575 0.2881 0.0161</w:t>
        <w:br/>
        <w:t>vn -0.9735 -0.2279 -0.0170</w:t>
        <w:br/>
        <w:t>vn -0.9735 -0.2279 -0.0169</w:t>
        <w:br/>
        <w:t>vn 0.0004 -1.0000 0.0001</w:t>
        <w:br/>
        <w:t>vn 0.0004 -1.0000 -0.0000</w:t>
        <w:br/>
        <w:t>vn -0.0005 1.0000 0.0000</w:t>
        <w:br/>
        <w:t>vn -0.9767 0.2137 -0.0167</w:t>
        <w:br/>
        <w:t>vn -0.9768 0.2137 -0.0167</w:t>
        <w:br/>
        <w:t>vn 0.9614 -0.2748 0.0166</w:t>
        <w:br/>
        <w:t>vn 0.9614 -0.2748 0.0165</w:t>
        <w:br/>
        <w:t>vn 0.2039 0.7006 0.6838</w:t>
        <w:br/>
        <w:t>vn 0.2175 0.7428 0.6332</w:t>
        <w:br/>
        <w:t>vn 0.0906 0.6401 0.7630</w:t>
        <w:br/>
        <w:t>vn 0.0907 0.6401 0.7630</w:t>
        <w:br/>
        <w:t>vn 0.0093 0.6506 0.7594</w:t>
        <w:br/>
        <w:t>vn 0.2039 -0.7008 0.6836</w:t>
        <w:br/>
        <w:t>vn 0.2174 -0.7430 0.6330</w:t>
        <w:br/>
        <w:t>vn 0.0906 -0.6402 0.7628</w:t>
        <w:br/>
        <w:t>vn 0.0093 -0.6509 0.7591</w:t>
        <w:br/>
        <w:t>vn -0.0097 -0.0000 -1.0000</w:t>
        <w:br/>
        <w:t>vn -0.0365 -0.0000 -0.9993</w:t>
        <w:br/>
        <w:t>vn -0.0364 -0.0000 -0.9993</w:t>
        <w:br/>
        <w:t>vn 0.0017 -0.0000 -1.0000</w:t>
        <w:br/>
        <w:t>vn 0.0019 -0.0000 -1.0000</w:t>
        <w:br/>
        <w:t>vn 0.0031 -0.0000 -1.0000</w:t>
        <w:br/>
        <w:t>vn 0.0277 0.6819 0.7309</w:t>
        <w:br/>
        <w:t>vn 0.0276 -0.6825 0.7304</w:t>
        <w:br/>
        <w:t>vn -0.0535 0.0000 -0.9986</w:t>
        <w:br/>
        <w:t>vn 0.9397 0.2691 0.2110</w:t>
        <w:br/>
        <w:t>vn 0.8070 0.1354 0.5749</w:t>
        <w:br/>
        <w:t>vn 0.8006 0.1423 0.5820</w:t>
        <w:br/>
        <w:t>vn 0.9660 0.1417 0.2161</w:t>
        <w:br/>
        <w:t>vn 0.9026 0.3554 0.2428</w:t>
        <w:br/>
        <w:t>vn 0.8425 0.4405 0.3101</w:t>
        <w:br/>
        <w:t>vn 0.8097 0.1350 0.5712</w:t>
        <w:br/>
        <w:t>vn 0.8139 0.1427 0.5632</w:t>
        <w:br/>
        <w:t>vn 0.7669 0.5071 0.3932</w:t>
        <w:br/>
        <w:t>vn 0.6967 0.5116 0.5028</w:t>
        <w:br/>
        <w:t>vn 0.8171 0.1313 0.5613</w:t>
        <w:br/>
        <w:t>vn 0.6291 0.4891 0.6042</w:t>
        <w:br/>
        <w:t>vn 0.8197 0.1292 0.5581</w:t>
        <w:br/>
        <w:t>vn 0.5849 0.4425 0.6798</w:t>
        <w:br/>
        <w:t>vn 0.5566 0.3415 0.7574</w:t>
        <w:br/>
        <w:t>vn 0.8261 0.1298 0.5484</w:t>
        <w:br/>
        <w:t>vn 0.5263 0.2305 0.8185</w:t>
        <w:br/>
        <w:t>vn 0.8229 0.1406 0.5505</w:t>
        <w:br/>
        <w:t>vn 0.5304 0.1330 0.8373</w:t>
        <w:br/>
        <w:t>vn 0.8252 0.1502 0.5445</w:t>
        <w:br/>
        <w:t>vn 0.5705 0.0100 0.8213</w:t>
        <w:br/>
        <w:t>vn 0.6081 -0.1096 0.7863</w:t>
        <w:br/>
        <w:t>vn 0.8186 0.1539 0.5534</w:t>
        <w:br/>
        <w:t>vn 0.6571 -0.1774 0.7326</w:t>
        <w:br/>
        <w:t>vn 0.7370 -0.2205 0.6389</w:t>
        <w:br/>
        <w:t>vn 0.8149 0.1646 0.5558</w:t>
        <w:br/>
        <w:t>vn 0.8076 -0.2508 0.5338</w:t>
        <w:br/>
        <w:t>vn 0.8105 0.1578 0.5641</w:t>
        <w:br/>
        <w:t>vn 0.8610 -0.2329 0.4521</w:t>
        <w:br/>
        <w:t>vn 0.8036 0.1607 0.5731</w:t>
        <w:br/>
        <w:t>vn 0.9188 -0.1600 0.3608</w:t>
        <w:br/>
        <w:t>vn 0.9600 -0.0770 0.2693</w:t>
        <w:br/>
        <w:t>vn 0.8051 0.1494 0.5741</w:t>
        <w:br/>
        <w:t>vn 0.9739 0.0118 0.2267</w:t>
        <w:br/>
        <w:t>vn 0.5424 -0.0134 0.8400</w:t>
        <w:br/>
        <w:t>vn 0.5058 0.1200 0.8542</w:t>
        <w:br/>
        <w:t>vn 0.5832 -0.1079 0.8051</w:t>
        <w:br/>
        <w:t>vn 0.6452 -0.1925 0.7394</w:t>
        <w:br/>
        <w:t>vn 0.7274 -0.2450 0.6410</w:t>
        <w:br/>
        <w:t>vn 0.8047 -0.2704 0.5286</w:t>
        <w:br/>
        <w:t>vn 0.8703 -0.2479 0.4256</w:t>
        <w:br/>
        <w:t>vn 0.9184 -0.1970 0.3431</w:t>
        <w:br/>
        <w:t>vn 0.9626 -0.1031 0.2507</w:t>
        <w:br/>
        <w:t>vn 0.9799 0.0240 0.1982</w:t>
        <w:br/>
        <w:t>vn 0.9754 0.1304 0.1777</w:t>
        <w:br/>
        <w:t>vn 0.9470 0.2662 0.1795</w:t>
        <w:br/>
        <w:t>vn 0.8941 0.3838 0.2310</w:t>
        <w:br/>
        <w:t>vn 0.8404 0.4580 0.2896</w:t>
        <w:br/>
        <w:t>vn 0.7613 0.5234 0.3828</w:t>
        <w:br/>
        <w:t>vn 0.6837 0.5342 0.4971</w:t>
        <w:br/>
        <w:t>vn 0.6252 0.5148 0.5865</w:t>
        <w:br/>
        <w:t>vn 0.5586 0.4558 0.6930</w:t>
        <w:br/>
        <w:t>vn 0.5218 0.3519 0.7771</w:t>
        <w:br/>
        <w:t>vn 0.5067 0.2552 0.8235</w:t>
        <w:br/>
        <w:t>vn 0.4976 0.3289 -0.8026</w:t>
        <w:br/>
        <w:t>vn 0.5659 0.0244 -0.8241</w:t>
        <w:br/>
        <w:t>vn 0.5659 0.0243 -0.8241</w:t>
        <w:br/>
        <w:t>vn 0.3806 0.6013 -0.7026</w:t>
        <w:br/>
        <w:t>vn 0.3806 0.6013 -0.7025</w:t>
        <w:br/>
        <w:t>vn 0.0499 0.9486 -0.3126</w:t>
        <w:br/>
        <w:t>vn -0.1315 0.9894 -0.0608</w:t>
        <w:br/>
        <w:t>vn -0.1315 0.9895 -0.0607</w:t>
        <w:br/>
        <w:t>vn 0.0500 0.9486 -0.3126</w:t>
        <w:br/>
        <w:t>vn -0.5788 0.2825 0.7650</w:t>
        <w:br/>
        <w:t>vn -0.5659 -0.0246 0.8241</w:t>
        <w:br/>
        <w:t>vn -0.4976 -0.3290 0.8026</w:t>
        <w:br/>
        <w:t>vn -0.4976 -0.3291 0.8026</w:t>
        <w:br/>
        <w:t>vn -0.3807 -0.6013 0.7026</w:t>
        <w:br/>
        <w:t>vn -0.0497 -0.9486 0.3126</w:t>
        <w:br/>
        <w:t>vn 0.1314 -0.9895 0.0608</w:t>
        <w:br/>
        <w:t>vn 0.1315 -0.9894 0.0610</w:t>
        <w:br/>
        <w:t>vn -0.0498 -0.9486 0.3127</w:t>
        <w:br/>
        <w:t>vn 0.2998 -0.9335 -0.1967</w:t>
        <w:br/>
        <w:t>vn 0.2999 -0.9335 -0.1967</w:t>
        <w:br/>
        <w:t>vn 0.4389 -0.7861 -0.4352</w:t>
        <w:br/>
        <w:t>vn -0.4975 -0.3291 0.8026</w:t>
        <w:br/>
        <w:t>vn -0.5660 -0.0242 0.8241</w:t>
        <w:br/>
        <w:t>vn -0.5659 -0.0243 0.8241</w:t>
        <w:br/>
        <w:t>vn 0.2997 -0.9336 -0.1965</w:t>
        <w:br/>
        <w:t>vn 0.4389 -0.7863 -0.4349</w:t>
        <w:br/>
        <w:t>vn 0.4389 -0.7862 -0.4351</w:t>
        <w:br/>
        <w:t>vn 0.2997 -0.9336 -0.1967</w:t>
        <w:br/>
        <w:t>vn 0.5350 -0.5617 -0.6311</w:t>
        <w:br/>
        <w:t>vn 0.5351 -0.5618 -0.6309</w:t>
        <w:br/>
        <w:t>vn 0.3807 0.6012 -0.7026</w:t>
        <w:br/>
        <w:t>vn 0.2263 0.8149 -0.5336</w:t>
        <w:br/>
        <w:t>vn 0.0498 0.9487 -0.3124</w:t>
        <w:br/>
        <w:t>vn -0.1314 0.9895 -0.0609</w:t>
        <w:br/>
        <w:t>vn -0.1313 0.9895 -0.0610</w:t>
        <w:br/>
        <w:t>vn -0.3000 0.9334 0.1968</w:t>
        <w:br/>
        <w:t>vn -0.3001 0.9334 0.1968</w:t>
        <w:br/>
        <w:t>vn -0.5787 0.2828 0.7649</w:t>
        <w:br/>
        <w:t>vn -0.5787 0.2827 0.7650</w:t>
        <w:br/>
        <w:t>vn -0.5615 0.0058 -0.8275</w:t>
        <w:br/>
        <w:t>vn -0.5451 -0.1234 -0.8293</w:t>
        <w:br/>
        <w:t>vn -0.8268 -0.1432 -0.5439</w:t>
        <w:br/>
        <w:t>vn -0.8208 -0.1500 -0.5512</w:t>
        <w:br/>
        <w:t>vn -0.5987 0.0923 -0.7957</w:t>
        <w:br/>
        <w:t>vn -0.8181 -0.1503 -0.5552</w:t>
        <w:br/>
        <w:t>vn -0.6604 0.1772 -0.7297</w:t>
        <w:br/>
        <w:t>vn -0.8139 -0.1427 -0.5632</w:t>
        <w:br/>
        <w:t>vn -0.7274 0.2452 -0.6409</w:t>
        <w:br/>
        <w:t>vn -0.8107 -0.1539 -0.5648</w:t>
        <w:br/>
        <w:t>vn -0.8062 0.2483 -0.5370</w:t>
        <w:br/>
        <w:t>vn -0.8081 -0.1562 -0.5680</w:t>
        <w:br/>
        <w:t>vn -0.8720 0.2257 -0.4343</w:t>
        <w:br/>
        <w:t>vn -0.9161 0.1790 -0.3588</w:t>
        <w:br/>
        <w:t>vn -0.8013 -0.1556 -0.5777</w:t>
        <w:br/>
        <w:t>vn -0.9545 0.0765 -0.2882</w:t>
        <w:br/>
        <w:t>vn -0.8048 -0.1448 -0.5756</w:t>
        <w:br/>
        <w:t>vn -0.9750 -0.0328 -0.2198</w:t>
        <w:br/>
        <w:t>vn -0.9709 -0.1303 -0.2009</w:t>
        <w:br/>
        <w:t>vn -0.8023 -0.1351 -0.5814</w:t>
        <w:br/>
        <w:t>vn -0.9407 -0.2549 -0.2241</w:t>
        <w:br/>
        <w:t>vn -0.8930 -0.3729 -0.2522</w:t>
        <w:br/>
        <w:t>vn -0.8091 -0.1316 -0.5728</w:t>
        <w:br/>
        <w:t>vn -0.8440 -0.4406 -0.3058</w:t>
        <w:br/>
        <w:t>vn -0.8126 -0.1207 -0.5702</w:t>
        <w:br/>
        <w:t>vn -0.7741 -0.4853 -0.4064</w:t>
        <w:br/>
        <w:t>vn -0.6935 -0.5140 -0.5048</w:t>
        <w:br/>
        <w:t>vn -0.8173 -0.1275 -0.5620</w:t>
        <w:br/>
        <w:t>vn -0.6400 -0.4963 -0.5866</w:t>
        <w:br/>
        <w:t>vn -0.8238 -0.1246 -0.5530</w:t>
        <w:br/>
        <w:t>vn -0.5922 -0.4250 -0.6846</w:t>
        <w:br/>
        <w:t>vn -0.5411 -0.3400 -0.7692</w:t>
        <w:br/>
        <w:t>vn -0.8227 -0.1361 -0.5520</w:t>
        <w:br/>
        <w:t>vn -0.5272 -0.2513 -0.8117</w:t>
        <w:br/>
        <w:t>vn -0.9754 -0.1399 -0.1704</w:t>
        <w:br/>
        <w:t>vn -0.9432 -0.2739 -0.1879</w:t>
        <w:br/>
        <w:t>vn -0.9026 -0.3683 -0.2228</w:t>
        <w:br/>
        <w:t>vn -0.8427 -0.4535 -0.2901</w:t>
        <w:br/>
        <w:t>vn -0.7670 -0.5072 -0.3930</w:t>
        <w:br/>
        <w:t>vn -0.6833 -0.5313 -0.5008</w:t>
        <w:br/>
        <w:t>vn -0.6158 -0.5084 -0.6019</w:t>
        <w:br/>
        <w:t>vn -0.5673 -0.4574 -0.6847</w:t>
        <w:br/>
        <w:t>vn -0.5186 -0.3628 -0.7742</w:t>
        <w:br/>
        <w:t>vn -0.5057 -0.2364 -0.8297</w:t>
        <w:br/>
        <w:t>vn -0.5102 -0.1300 -0.8502</w:t>
        <w:br/>
        <w:t>vn -0.5343 0.0066 -0.8453</w:t>
        <w:br/>
        <w:t>vn -0.5915 0.1232 -0.7968</w:t>
        <w:br/>
        <w:t>vn -0.6449 0.1972 -0.7384</w:t>
        <w:br/>
        <w:t>vn -0.7198 0.2637 -0.6421</w:t>
        <w:br/>
        <w:t>vn -0.8022 0.2740 -0.5305</w:t>
        <w:br/>
        <w:t>vn -0.8605 0.2545 -0.4413</w:t>
        <w:br/>
        <w:t>vn -0.9227 0.1961 -0.3320</w:t>
        <w:br/>
        <w:t>vn -0.9637 0.0914 -0.2508</w:t>
        <w:br/>
        <w:t>vn -0.9789 -0.0053 -0.2043</w:t>
        <w:br/>
        <w:t>vn 0.2263 0.8148 -0.5337</w:t>
        <w:br/>
        <w:t>vn 0.2264 0.8149 -0.5336</w:t>
        <w:br/>
        <w:t>vn -0.1314 0.9895 -0.0608</w:t>
        <w:br/>
        <w:t>vn -0.2999 0.9334 0.1969</w:t>
        <w:br/>
        <w:t>vn -0.1315 0.9895 -0.0608</w:t>
        <w:br/>
        <w:t>vn -0.4389 0.7862 0.4350</w:t>
        <w:br/>
        <w:t>vn -0.4389 0.7862 0.4351</w:t>
        <w:br/>
        <w:t>vn -0.5350 0.5620 0.6309</w:t>
        <w:br/>
        <w:t>vn -0.5349 0.5620 0.6309</w:t>
        <w:br/>
        <w:t>vn -0.2263 -0.8148 0.5337</w:t>
        <w:br/>
        <w:t>vn -0.2263 -0.8149 0.5336</w:t>
        <w:br/>
        <w:t>vn 0.5350 -0.5618 -0.6309</w:t>
        <w:br/>
        <w:t>vn 0.5788 -0.2826 -0.7650</w:t>
        <w:br/>
        <w:t>vn 0.5787 -0.2826 -0.7650</w:t>
        <w:br/>
        <w:t>vn -0.3805 -0.6014 0.7025</w:t>
        <w:br/>
        <w:t>vn -0.2262 -0.8150 0.5335</w:t>
        <w:br/>
        <w:t>vn -0.0498 -0.9486 0.3124</w:t>
        <w:br/>
        <w:t>vn -0.0500 -0.9486 0.3125</w:t>
        <w:br/>
        <w:t>vn 0.1313 -0.9895 0.0608</w:t>
        <w:br/>
        <w:t>vn 0.1313 -0.9895 0.0609</w:t>
        <w:br/>
        <w:t>vn 0.1314 -0.9895 0.0610</w:t>
        <w:br/>
        <w:t>vn 0.5787 -0.2824 -0.7651</w:t>
        <w:br/>
        <w:t>vn 0.5788 -0.2824 -0.7650</w:t>
        <w:br/>
        <w:t>vn 0.5659 0.0245 -0.8241</w:t>
        <w:br/>
        <w:t>vn 0.5659 0.0246 -0.8241</w:t>
        <w:br/>
        <w:t>vn 0.4976 0.3290 -0.8026</w:t>
        <w:br/>
        <w:t>vn -0.4391 0.7860 0.4353</w:t>
        <w:br/>
        <w:t>vn -0.4391 0.7860 0.4352</w:t>
        <w:br/>
        <w:t>vn -0.5350 0.5617 0.6310</w:t>
        <w:br/>
        <w:t>vn 0.0669 0.5186 0.8524</w:t>
        <w:br/>
        <w:t>vn 0.0670 0.5184 0.8525</w:t>
        <w:br/>
        <w:t>vn 0.0670 0.5185 0.8524</w:t>
        <w:br/>
        <w:t>vn 0.0668 0.5186 0.8524</w:t>
        <w:br/>
        <w:t>vn 0.0670 0.5186 0.8524</w:t>
        <w:br/>
        <w:t>vn 0.0671 0.5187 0.8523</w:t>
        <w:br/>
        <w:t>vn -0.0669 -0.5184 -0.8525</w:t>
        <w:br/>
        <w:t>vn -0.0671 -0.5185 -0.8524</w:t>
        <w:br/>
        <w:t>vn -0.0671 -0.5186 -0.8524</w:t>
        <w:br/>
        <w:t>vn -0.0670 -0.5186 -0.8524</w:t>
        <w:br/>
        <w:t>vn -0.0670 -0.5185 -0.8524</w:t>
        <w:br/>
        <w:t>vn -0.0671 -0.5187 -0.8523</w:t>
        <w:br/>
        <w:t>vn -0.0671 -0.5186 -0.8523</w:t>
        <w:br/>
        <w:t>vn -0.0669 -0.5186 -0.8524</w:t>
        <w:br/>
        <w:t>vn 0.5720 -0.7199 0.3931</w:t>
        <w:br/>
        <w:t>vn 0.2844 -0.8288 0.4820</w:t>
        <w:br/>
        <w:t>vn 0.2843 -0.8288 0.4819</w:t>
        <w:br/>
        <w:t>vn -0.2842 0.8288 -0.4819</w:t>
        <w:br/>
        <w:t>vn -0.5721 0.7199 -0.3929</w:t>
        <w:br/>
        <w:t>vn -0.5721 0.7200 -0.3929</w:t>
        <w:br/>
        <w:t>vn -0.2843 0.8289 -0.4819</w:t>
        <w:br/>
        <w:t>vn -0.8174 -0.4614 0.3448</w:t>
        <w:br/>
        <w:t>vn -0.9564 -0.2100 0.2028</w:t>
        <w:br/>
        <w:t>vn -0.9564 -0.2101 0.2030</w:t>
        <w:br/>
        <w:t>vn -0.8174 -0.4614 0.3449</w:t>
        <w:br/>
        <w:t>vn -0.2843 0.8288 -0.4819</w:t>
        <w:br/>
        <w:t>vn 0.9564 0.2100 -0.2028</w:t>
        <w:br/>
        <w:t>vn 0.8175 0.4613 -0.3449</w:t>
        <w:br/>
        <w:t>vn 0.8175 0.4613 -0.3450</w:t>
        <w:br/>
        <w:t>vn 0.5721 -0.7199 0.3930</w:t>
        <w:br/>
        <w:t>vn 0.2842 -0.8289 0.4819</w:t>
        <w:br/>
        <w:t>vn 0.9564 0.2101 -0.2030</w:t>
        <w:br/>
        <w:t>vn 0.8175 0.4614 -0.3448</w:t>
        <w:br/>
        <w:t>vn 0.9564 0.2099 -0.2030</w:t>
        <w:br/>
        <w:t>vn -0.9564 -0.2100 0.2029</w:t>
        <w:br/>
        <w:t>vn -0.9564 -0.2101 0.2029</w:t>
        <w:br/>
        <w:t>vn -0.8175 -0.4613 0.3448</w:t>
        <w:br/>
        <w:t>vn -0.8174 -0.4613 0.3449</w:t>
        <w:br/>
        <w:t>vn 0.0671 0.5186 0.8524</w:t>
        <w:br/>
        <w:t>vn 0.0671 0.5185 0.8524</w:t>
        <w:br/>
        <w:t>vn -0.3285 -0.7952 0.5096</w:t>
        <w:br/>
        <w:t>vn -0.3285 -0.7953 0.5095</w:t>
        <w:br/>
        <w:t>vn 0.9421 -0.3143 0.1173</w:t>
        <w:br/>
        <w:t>vn -0.9420 0.3144 -0.1171</w:t>
        <w:br/>
        <w:t>vn -0.9421 0.3141 -0.1171</w:t>
        <w:br/>
        <w:t>vn 0.3287 0.7952 -0.5096</w:t>
        <w:br/>
        <w:t>vn 0.3288 0.7951 -0.5096</w:t>
        <w:br/>
        <w:t>vn -0.9421 0.3142 -0.1169</w:t>
        <w:br/>
        <w:t>vn -0.9421 0.3142 -0.1171</w:t>
        <w:br/>
        <w:t>vn 0.3286 0.7952 -0.5096</w:t>
        <w:br/>
        <w:t>vn 0.3286 0.7952 -0.5095</w:t>
        <w:br/>
        <w:t>vn 0.9421 -0.3141 0.1171</w:t>
        <w:br/>
        <w:t>vn 0.9421 -0.3142 0.1171</w:t>
        <w:br/>
        <w:t>vn -0.3285 -0.7952 0.5097</w:t>
        <w:br/>
        <w:t>vn -0.3287 -0.7951 0.5096</w:t>
        <w:br/>
        <w:t>vn -0.0668 -0.5187 -0.8524</w:t>
        <w:br/>
        <w:t>vn -0.0669 -0.5185 -0.8524</w:t>
        <w:br/>
        <w:t>vn 0.8345 0.3784 0.4005</w:t>
        <w:br/>
        <w:t>vn 0.8585 0.3515 0.3733</w:t>
        <w:br/>
        <w:t>vn 0.7667 0.5173 0.3803</w:t>
        <w:br/>
        <w:t>vn 0.7448 0.6001 0.2919</w:t>
        <w:br/>
        <w:t>vn 0.7448 0.6000 0.2919</w:t>
        <w:br/>
        <w:t>vn -0.5436 -0.1502 0.8258</w:t>
        <w:br/>
        <w:t>vn -0.5556 -0.1900 0.8094</w:t>
        <w:br/>
        <w:t>vn -0.5986 -0.0057 0.8011</w:t>
        <w:br/>
        <w:t>vn -0.5985 -0.0057 0.8011</w:t>
        <w:br/>
        <w:t>vn -0.6807 0.0569 0.7304</w:t>
        <w:br/>
        <w:t>vn -0.0678 -0.5172 -0.8532</w:t>
        <w:br/>
        <w:t>vn -0.0743 -0.5055 -0.8596</w:t>
        <w:br/>
        <w:t>vn -0.0801 -0.4948 -0.8653</w:t>
        <w:br/>
        <w:t>vn -0.0891 -0.4782 -0.8737</w:t>
        <w:br/>
        <w:t>vn 0.7757 0.5771 0.2556</w:t>
        <w:br/>
        <w:t>vn -0.7031 0.0148 0.7109</w:t>
        <w:br/>
        <w:t>vn -0.0582 -0.5343 -0.8433</w:t>
        <w:br/>
        <w:t>vn -0.4355 0.7878 -0.4356</w:t>
        <w:br/>
        <w:t>vn 0.6612 0.6433 0.3859</w:t>
        <w:br/>
        <w:t>vn 0.9999 0.0099 -0.0062</w:t>
        <w:br/>
        <w:t>vn 0.9988 0.0480 -0.0077</w:t>
        <w:br/>
        <w:t>vn 0.6498 0.3746 0.6614</w:t>
        <w:br/>
        <w:t>vn -0.0001 0.8510 0.5252</w:t>
        <w:br/>
        <w:t>vn -0.0000 0.4720 0.8816</w:t>
        <w:br/>
        <w:t>vn -0.6500 0.3746 0.6613</w:t>
        <w:br/>
        <w:t>vn -0.6613 0.6436 0.3854</w:t>
        <w:br/>
        <w:t>vn 0.0001 0.8510 0.5252</w:t>
        <w:br/>
        <w:t>vn -0.9988 0.0480 -0.0079</w:t>
        <w:br/>
        <w:t>vn -0.9999 0.0100 -0.0060</w:t>
        <w:br/>
        <w:t>vn -0.6613 -0.3104 -0.6829</w:t>
        <w:br/>
        <w:t>vn -0.6661 -0.6388 -0.3850</w:t>
        <w:br/>
        <w:t>vn -0.0000 -0.4331 -0.9013</w:t>
        <w:br/>
        <w:t>vn -0.0000 -0.8600 -0.5104</w:t>
        <w:br/>
        <w:t>vn 0.6659 -0.6389 -0.3852</w:t>
        <w:br/>
        <w:t>vn 0.6611 -0.3105 -0.6830</w:t>
        <w:br/>
        <w:t>vn 0.9976 0.0698 -0.0016</w:t>
        <w:br/>
        <w:t>vn 0.6740 0.0791 0.7345</w:t>
        <w:br/>
        <w:t>vn 0.0000 0.0893 0.9960</w:t>
        <w:br/>
        <w:t>vn -0.0000 0.0892 0.9960</w:t>
        <w:br/>
        <w:t>vn -0.6741 0.0791 0.7344</w:t>
        <w:br/>
        <w:t>vn -0.9975 0.0699 -0.0019</w:t>
        <w:br/>
        <w:t>vn -0.6831 0.0746 -0.7265</w:t>
        <w:br/>
        <w:t>vn -0.0002 0.0787 -0.9969</w:t>
        <w:br/>
        <w:t>vn 0.6831 0.0745 -0.7265</w:t>
        <w:br/>
        <w:t>vn 0.7192 -0.3561 0.5966</w:t>
        <w:br/>
        <w:t>vn 0.9990 0.0440 0.0052</w:t>
        <w:br/>
        <w:t>vn -0.0000 -0.5384 0.8427</w:t>
        <w:br/>
        <w:t>vn 0.0000 -0.5383 0.8427</w:t>
        <w:br/>
        <w:t>vn -0.7194 -0.3560 0.5964</w:t>
        <w:br/>
        <w:t>vn -0.9990 0.0443 0.0047</w:t>
        <w:br/>
        <w:t>vn -0.6919 0.4094 -0.5947</w:t>
        <w:br/>
        <w:t>vn -0.0002 0.5479 -0.8366</w:t>
        <w:br/>
        <w:t>vn 0.6920 0.4094 -0.5946</w:t>
        <w:br/>
        <w:t>vn 0.9981 0.0426 -0.0450</w:t>
        <w:br/>
        <w:t>vn 0.6941 -0.6661 -0.2731</w:t>
        <w:br/>
        <w:t>vn 0.7349 -0.6660 0.1276</w:t>
        <w:br/>
        <w:t>vn 0.9989 0.0346 -0.0327</w:t>
        <w:br/>
        <w:t>vn 0.0000 -0.9388 -0.3444</w:t>
        <w:br/>
        <w:t>vn 0.0000 -0.9824 0.1866</w:t>
        <w:br/>
        <w:t>vn -0.0001 -0.9825 0.1865</w:t>
        <w:br/>
        <w:t>vn -0.0001 -0.9388 -0.3444</w:t>
        <w:br/>
        <w:t>vn -0.6941 -0.6661 -0.2730</w:t>
        <w:br/>
        <w:t>vn -0.7350 -0.6660 0.1274</w:t>
        <w:br/>
        <w:t>vn -0.9981 0.0425 -0.0451</w:t>
        <w:br/>
        <w:t>vn -0.9988 0.0348 -0.0330</w:t>
        <w:br/>
        <w:t>vn -0.6837 0.7007 0.2038</w:t>
        <w:br/>
        <w:t>vn -0.7254 0.6533 -0.2168</w:t>
        <w:br/>
        <w:t>vn -0.0001 0.9522 0.3055</w:t>
        <w:br/>
        <w:t>vn -0.0001 0.9479 -0.3187</w:t>
        <w:br/>
        <w:t>vn 0.7255 0.6532 -0.2166</w:t>
        <w:br/>
        <w:t>vn 0.6837 0.7007 0.2039</w:t>
        <w:br/>
        <w:t>vn 0.9986 0.0487 -0.0197</w:t>
        <w:br/>
        <w:t>vn 0.6859 -0.5382 -0.4898</w:t>
        <w:br/>
        <w:t>vn -0.0000 -0.7598 -0.6501</w:t>
        <w:br/>
        <w:t>vn -0.0002 -0.7598 -0.6501</w:t>
        <w:br/>
        <w:t>vn -0.6858 -0.5382 -0.4898</w:t>
        <w:br/>
        <w:t>vn -0.9986 0.0486 -0.0198</w:t>
        <w:br/>
        <w:t>vn -0.6742 0.5825 0.4540</w:t>
        <w:br/>
        <w:t>vn 0.0000 0.7726 0.6349</w:t>
        <w:br/>
        <w:t>vn 0.6742 0.5826 0.4539</w:t>
        <w:br/>
        <w:t>vn 0.6802 -0.3049 -0.6666</w:t>
        <w:br/>
        <w:t>vn 0.9981 0.0602 -0.0130</w:t>
        <w:br/>
        <w:t>vn -0.0000 -0.4384 -0.8988</w:t>
        <w:br/>
        <w:t>vn -0.6801 -0.3048 -0.6667</w:t>
        <w:br/>
        <w:t>vn -0.9981 0.0602 -0.0132</w:t>
        <w:br/>
        <w:t>vn -0.6644 0.4016 0.6303</w:t>
        <w:br/>
        <w:t>vn 0.0000 0.5154 0.8570</w:t>
        <w:br/>
        <w:t>vn 0.6644 0.4016 0.6304</w:t>
        <w:br/>
        <w:t>vn 0.9999 -0.0119 -0.0112</w:t>
        <w:br/>
        <w:t>vn 0.6568 0.3327 -0.6767</w:t>
        <w:br/>
        <w:t>vn 0.6742 0.0078 -0.7386</w:t>
        <w:br/>
        <w:t>vn 0.9996 0.0243 -0.0114</w:t>
        <w:br/>
        <w:t>vn 0.0001 0.4324 -0.9017</w:t>
        <w:br/>
        <w:t>vn 0.0000 -0.0146 -0.9999</w:t>
        <w:br/>
        <w:t>vn -0.6742 0.0077 -0.7385</w:t>
        <w:br/>
        <w:t>vn 0.0001 -0.0146 -0.9999</w:t>
        <w:br/>
        <w:t>vn -0.0001 0.4325 -0.9016</w:t>
        <w:br/>
        <w:t>vn -0.6569 0.3325 -0.6767</w:t>
        <w:br/>
        <w:t>vn -0.9999 -0.0121 -0.0113</w:t>
        <w:br/>
        <w:t>vn -0.9996 0.0253 -0.0114</w:t>
        <w:br/>
        <w:t>vn -0.6514 -0.3921 0.6495</w:t>
        <w:br/>
        <w:t>vn -0.6930 0.0032 0.7209</w:t>
        <w:br/>
        <w:t>vn -0.0000 -0.5189 0.8549</w:t>
        <w:br/>
        <w:t>vn 0.0000 -0.0119 0.9999</w:t>
        <w:br/>
        <w:t>vn 0.6512 -0.3921 0.6497</w:t>
        <w:br/>
        <w:t>vn 0.6929 0.0032 0.7210</w:t>
        <w:br/>
        <w:t>vn 0.6937 0.6753 -0.2504</w:t>
        <w:br/>
        <w:t>vn 0.9999 0.0027 -0.0104</w:t>
        <w:br/>
        <w:t>vn -0.0001 0.9804 0.1971</w:t>
        <w:br/>
        <w:t>vn -0.0000 0.9804 0.1970</w:t>
        <w:br/>
        <w:t>vn -0.6939 0.6752 -0.2503</w:t>
        <w:br/>
        <w:t>vn -0.9999 0.0026 -0.0103</w:t>
        <w:br/>
        <w:t>vn -0.6974 -0.6693 0.2562</w:t>
        <w:br/>
        <w:t>vn -0.0001 -0.9866 -0.1632</w:t>
        <w:br/>
        <w:t>vn 0.6973 -0.6694 0.2562</w:t>
        <w:br/>
        <w:t>vn -0.0000 0.6334 -0.7738</w:t>
        <w:br/>
        <w:t>vn -0.0001 0.6335 -0.7738</w:t>
        <w:br/>
        <w:t>vn -0.6975 -0.6693 0.2561</w:t>
        <w:br/>
        <w:t>vn -0.0000 -0.6065 0.7951</w:t>
        <w:br/>
        <w:t>vn 0.6974 -0.6694 0.2562</w:t>
        <w:br/>
        <w:t>vn 0.7350 -0.6660 0.1276</w:t>
        <w:br/>
        <w:t>vn 0.0001 -0.9825 0.1864</w:t>
        <w:br/>
        <w:t>vn -0.7351 -0.6659 0.1275</w:t>
        <w:br/>
        <w:t>vn 0.0001 -0.9824 0.1869</w:t>
        <w:br/>
        <w:t>vn -0.9988 0.0348 -0.0331</w:t>
        <w:br/>
        <w:t>vn -0.7255 0.6533 -0.2166</w:t>
        <w:br/>
        <w:t>vn -0.0002 0.9479 -0.3186</w:t>
        <w:br/>
        <w:t>vn 0.7255 0.6533 -0.2165</w:t>
        <w:br/>
        <w:t>vn -0.1786 -0.1258 0.9759</w:t>
        <w:br/>
        <w:t>vn -0.1785 -0.1258 0.9759</w:t>
        <w:br/>
        <w:t>vn 0.5174 -0.8556 -0.0156</w:t>
        <w:br/>
        <w:t>vn 0.5173 -0.8556 -0.0156</w:t>
        <w:br/>
        <w:t>vn -0.5112 0.8595 0.0014</w:t>
        <w:br/>
        <w:t>vn -0.5112 0.8595 0.0013</w:t>
        <w:br/>
        <w:t>vn -0.5178 0.8555 -0.0005</w:t>
        <w:br/>
        <w:t>vn -0.5111 0.8595 0.0037</w:t>
        <w:br/>
        <w:t>vn -0.5188 0.8549 0.0016</w:t>
        <w:br/>
        <w:t>vn -0.5189 0.8548 0.0016</w:t>
        <w:br/>
        <w:t>vn -0.1786 -0.1257 0.9759</w:t>
        <w:br/>
        <w:t>vn -0.1785 -0.1257 0.9759</w:t>
        <w:br/>
        <w:t>vn -0.8367 -0.5019 -0.2190</w:t>
        <w:br/>
        <w:t>vn -0.8366 -0.5020 -0.2194</w:t>
        <w:br/>
        <w:t>vn -0.8360 -0.5015 -0.2228</w:t>
        <w:br/>
        <w:t>vn -0.8359 -0.5016 -0.2228</w:t>
        <w:br/>
        <w:t>vn -0.5197 0.8542 -0.0150</w:t>
        <w:br/>
        <w:t>vn 0.8387 0.5034 0.2078</w:t>
        <w:br/>
        <w:t>vn 0.8386 0.5035 0.2079</w:t>
        <w:br/>
        <w:t>vn 0.8388 0.5033 0.2076</w:t>
        <w:br/>
        <w:t>vn 0.5172 -0.8558 -0.0083</w:t>
        <w:br/>
        <w:t>vn 0.5175 -0.8556 -0.0037</w:t>
        <w:br/>
        <w:t>vn 0.5175 -0.8557 -0.0037</w:t>
        <w:br/>
        <w:t>vn -0.5115 0.8593 0.0029</w:t>
        <w:br/>
        <w:t>vn -0.5181 0.8553 0.0009</w:t>
        <w:br/>
        <w:t>vn -0.5180 0.8554 0.0009</w:t>
        <w:br/>
        <w:t>vn 0.1785 0.1258 -0.9759</w:t>
        <w:br/>
        <w:t>vn 0.1784 0.1259 -0.9759</w:t>
        <w:br/>
        <w:t>vn -0.1784 -0.1259 0.9759</w:t>
        <w:br/>
        <w:t>vn 0.5135 -0.8581 -0.0062</w:t>
        <w:br/>
        <w:t>vn 0.5135 -0.8581 -0.0063</w:t>
        <w:br/>
        <w:t>vn 0.5176 -0.8556 -0.0052</w:t>
        <w:br/>
        <w:t>vn -0.8358 -0.5020 -0.2223</w:t>
        <w:br/>
        <w:t>vn -0.8366 -0.5021 -0.2193</w:t>
        <w:br/>
        <w:t>vn -0.8364 -0.5021 -0.2199</w:t>
        <w:br/>
        <w:t>vn -0.8358 -0.5021 -0.2221</w:t>
        <w:br/>
        <w:t>vn 0.8388 0.5033 0.2077</w:t>
        <w:br/>
        <w:t>vn 0.5182 -0.8553 0.0031</w:t>
        <w:br/>
        <w:t>vn 0.5181 -0.8553 0.0031</w:t>
        <w:br/>
        <w:t>vn 0.8369 0.5021 0.2181</w:t>
        <w:br/>
        <w:t>vn 0.8354 0.5020 0.2239</w:t>
        <w:br/>
        <w:t>vn 0.8360 0.5014 0.2230</w:t>
        <w:br/>
        <w:t>vn 0.1786 0.1257 -0.9759</w:t>
        <w:br/>
        <w:t>vn 0.1786 0.1256 -0.9759</w:t>
        <w:br/>
        <w:t>vn 0.5149 -0.8572 -0.0092</w:t>
        <w:br/>
        <w:t>vn 0.5148 -0.8572 -0.0091</w:t>
        <w:br/>
        <w:t>vn 0.8360 0.5014 0.2229</w:t>
        <w:br/>
        <w:t>vn 0.8332 0.4993 0.2378</w:t>
        <w:br/>
        <w:t>vn 0.8331 0.4993 0.2379</w:t>
        <w:br/>
        <w:t>vn 0.8356 0.5012 0.2247</w:t>
        <w:br/>
        <w:t>vn -0.5042 0.8635 -0.0107</w:t>
        <w:br/>
        <w:t>vn -0.8295 -0.4968 -0.2551</w:t>
        <w:br/>
        <w:t>vn 0.5129 -0.8585 -0.0050</w:t>
        <w:br/>
        <w:t>vn 0.5128 -0.8585 -0.0050</w:t>
        <w:br/>
        <w:t>vn 0.8347 0.5019 0.2266</w:t>
        <w:br/>
        <w:t>vn 0.8322 0.5019 0.2357</w:t>
        <w:br/>
        <w:t>vn 0.8322 0.5018 0.2358</w:t>
        <w:br/>
        <w:t>vn -0.8294 -0.4970 -0.2551</w:t>
        <w:br/>
        <w:t>vn -0.8294 -0.4970 -0.2552</w:t>
        <w:br/>
        <w:t>vn 0.5099 -0.8602 0.0010</w:t>
        <w:br/>
        <w:t>vn 0.5100 -0.8602 0.0009</w:t>
        <w:br/>
        <w:t>vn -0.1784 -0.1257 0.9759</w:t>
        <w:br/>
        <w:t>vn -0.1784 -0.1258 0.9759</w:t>
        <w:br/>
        <w:t>vn -0.1788 -0.1258 0.9758</w:t>
        <w:br/>
        <w:t>vn -0.1785 -0.1259 0.9758</w:t>
        <w:br/>
        <w:t>vn -0.8367 -0.5020 -0.2191</w:t>
        <w:br/>
        <w:t>vn -0.8370 -0.5022 -0.2175</w:t>
        <w:br/>
        <w:t>vn -0.8370 -0.5022 -0.2174</w:t>
        <w:br/>
        <w:t>vn -0.8364 -0.5020 -0.2201</w:t>
        <w:br/>
        <w:t>vn -0.1785 -0.1259 0.9759</w:t>
        <w:br/>
        <w:t>vn 0.8347 0.5019 0.2267</w:t>
        <w:br/>
        <w:t>vn 0.1785 -0.1258 0.9759</w:t>
        <w:br/>
        <w:t>vn 0.1786 -0.1258 0.9759</w:t>
        <w:br/>
        <w:t>vn -0.5174 -0.8556 -0.0159</w:t>
        <w:br/>
        <w:t>vn -0.5173 -0.8556 -0.0156</w:t>
        <w:br/>
        <w:t>vn 0.5178 0.8555 -0.0005</w:t>
        <w:br/>
        <w:t>vn 0.5113 0.8594 0.0013</w:t>
        <w:br/>
        <w:t>vn 0.5112 0.8594 0.0013</w:t>
        <w:br/>
        <w:t>vn 0.5178 0.8555 -0.0004</w:t>
        <w:br/>
        <w:t>vn 0.5189 0.8549 0.0015</w:t>
        <w:br/>
        <w:t>vn 0.5111 0.8595 0.0038</w:t>
        <w:br/>
        <w:t>vn 0.5189 0.8548 0.0016</w:t>
        <w:br/>
        <w:t>vn 0.1785 -0.1257 0.9759</w:t>
        <w:br/>
        <w:t>vn 0.1786 -0.1257 0.9759</w:t>
        <w:br/>
        <w:t>vn 0.8360 -0.5015 -0.2227</w:t>
        <w:br/>
        <w:t>vn 0.8366 -0.5019 -0.2193</w:t>
        <w:br/>
        <w:t>vn 0.8367 -0.5019 -0.2190</w:t>
        <w:br/>
        <w:t>vn 0.8359 -0.5016 -0.2228</w:t>
        <w:br/>
        <w:t>vn 0.5198 0.8541 -0.0149</w:t>
        <w:br/>
        <w:t>vn 0.5198 0.8542 -0.0149</w:t>
        <w:br/>
        <w:t>vn -0.8387 0.5034 0.2078</w:t>
        <w:br/>
        <w:t>vn -0.8388 0.5033 0.2076</w:t>
        <w:br/>
        <w:t>vn -0.8387 0.5034 0.2077</w:t>
        <w:br/>
        <w:t>vn -0.8389 0.5032 0.2075</w:t>
        <w:br/>
        <w:t>vn -0.5174 -0.8557 -0.0037</w:t>
        <w:br/>
        <w:t>vn -0.5173 -0.8558 -0.0084</w:t>
        <w:br/>
        <w:t>vn -0.5173 -0.8558 -0.0085</w:t>
        <w:br/>
        <w:t>vn -0.5175 -0.8557 -0.0037</w:t>
        <w:br/>
        <w:t>vn 0.5181 0.8553 0.0009</w:t>
        <w:br/>
        <w:t>vn 0.5115 0.8593 0.0029</w:t>
        <w:br/>
        <w:t>vn 0.5181 0.8553 0.0010</w:t>
        <w:br/>
        <w:t>vn -0.1784 0.1259 -0.9759</w:t>
        <w:br/>
        <w:t>vn -0.1785 0.1258 -0.9759</w:t>
        <w:br/>
        <w:t>vn 0.1784 -0.1259 0.9759</w:t>
        <w:br/>
        <w:t>vn -0.5176 -0.8556 -0.0051</w:t>
        <w:br/>
        <w:t>vn -0.5135 -0.8581 -0.0062</w:t>
        <w:br/>
        <w:t>vn 0.8364 -0.5021 -0.2200</w:t>
        <w:br/>
        <w:t>vn 0.8366 -0.5020 -0.2192</w:t>
        <w:br/>
        <w:t>vn 0.8358 -0.5020 -0.2223</w:t>
        <w:br/>
        <w:t>vn -0.8387 0.5033 0.2078</w:t>
        <w:br/>
        <w:t>vn -0.8388 0.5033 0.2077</w:t>
        <w:br/>
        <w:t>vn -0.5182 -0.8553 0.0031</w:t>
        <w:br/>
        <w:t>vn -0.5182 -0.8552 0.0031</w:t>
        <w:br/>
        <w:t>vn -0.8369 0.5021 0.2181</w:t>
        <w:br/>
        <w:t>vn -0.8360 0.5014 0.2229</w:t>
        <w:br/>
        <w:t>vn -0.8354 0.5020 0.2238</w:t>
        <w:br/>
        <w:t>vn -0.1786 0.1257 -0.9759</w:t>
        <w:br/>
        <w:t>vn -0.1786 0.1256 -0.9759</w:t>
        <w:br/>
        <w:t>vn -0.5148 -0.8573 -0.0090</w:t>
        <w:br/>
        <w:t>vn -0.5148 -0.8572 -0.0090</w:t>
        <w:br/>
        <w:t>vn -0.8331 0.4994 0.2379</w:t>
        <w:br/>
        <w:t>vn -0.8331 0.4993 0.2378</w:t>
        <w:br/>
        <w:t>vn -0.8357 0.5012 0.2247</w:t>
        <w:br/>
        <w:t>vn 0.5042 0.8635 -0.0107</w:t>
        <w:br/>
        <w:t>vn 0.5042 0.8635 -0.0106</w:t>
        <w:br/>
        <w:t>vn 0.8295 -0.4968 -0.2551</w:t>
        <w:br/>
        <w:t>vn -0.5129 -0.8584 -0.0050</w:t>
        <w:br/>
        <w:t>vn -0.5130 -0.8584 -0.0050</w:t>
        <w:br/>
        <w:t>vn -0.8322 0.5018 0.2358</w:t>
        <w:br/>
        <w:t>vn -0.8354 0.5019 0.2239</w:t>
        <w:br/>
        <w:t>vn -0.8347 0.5019 0.2267</w:t>
        <w:br/>
        <w:t>vn 0.8294 -0.4970 -0.2552</w:t>
        <w:br/>
        <w:t>vn 0.8294 -0.4970 -0.2551</w:t>
        <w:br/>
        <w:t>vn -0.5101 -0.8601 0.0009</w:t>
        <w:br/>
        <w:t>vn 0.1784 -0.1258 0.9759</w:t>
        <w:br/>
        <w:t>vn 0.1784 -0.1257 0.9759</w:t>
        <w:br/>
        <w:t>vn 0.1788 -0.1257 0.9758</w:t>
        <w:br/>
        <w:t>vn 0.1785 -0.1259 0.9758</w:t>
        <w:br/>
        <w:t>vn 0.8366 -0.5019 -0.2194</w:t>
        <w:br/>
        <w:t>vn 0.8370 -0.5022 -0.2176</w:t>
        <w:br/>
        <w:t>vn 0.8369 -0.5020 -0.2181</w:t>
        <w:br/>
        <w:t>vn 0.8364 -0.5021 -0.2201</w:t>
        <w:br/>
        <w:t>vn 0.8367 -0.5019 -0.2189</w:t>
        <w:br/>
        <w:t>vn 0.8366 -0.5021 -0.2193</w:t>
        <w:br/>
        <w:t>vn 0.1788 -0.1258 0.9758</w:t>
        <w:br/>
        <w:t>vn 0.1785 -0.1259 0.9759</w:t>
        <w:br/>
        <w:t>vn -0.8356 0.5012 0.2248</w:t>
        <w:br/>
        <w:t>vn -0.8347 0.5019 0.2266</w:t>
        <w:br/>
        <w:t>vn 0.7631 -0.6109 0.2109</w:t>
        <w:br/>
        <w:t>vn 0.9226 -0.2454 0.2976</w:t>
        <w:br/>
        <w:t>vn 0.9226 -0.2455 0.2975</w:t>
        <w:br/>
        <w:t>vn 0.7629 -0.6111 0.2109</w:t>
        <w:br/>
        <w:t>vn 0.3266 0.0799 -0.9418</w:t>
        <w:br/>
        <w:t>vn 0.3266 0.0798 -0.9418</w:t>
        <w:br/>
        <w:t>vn 0.3265 0.0799 -0.9418</w:t>
        <w:br/>
        <w:t>vn -0.9089 0.3017 -0.2880</w:t>
        <w:br/>
        <w:t>vn -0.9089 0.3016 -0.2880</w:t>
        <w:br/>
        <w:t>vn -0.7631 0.6109 -0.2109</w:t>
        <w:br/>
        <w:t>vn -0.7630 0.6110 -0.2109</w:t>
        <w:br/>
        <w:t>vn -0.3266 -0.0799 0.9418</w:t>
        <w:br/>
        <w:t>vn -0.3267 -0.0798 0.9417</w:t>
        <w:br/>
        <w:t>vn -0.3265 -0.0800 0.9418</w:t>
        <w:br/>
        <w:t>vn 0.9455 -0.0263 0.3245</w:t>
        <w:br/>
        <w:t>vn 0.9455 -0.0265 0.3244</w:t>
        <w:br/>
        <w:t>vn -0.9444 0.0778 -0.3195</w:t>
        <w:br/>
        <w:t>vn -0.9444 0.0776 -0.3195</w:t>
        <w:br/>
        <w:t>vn -0.3264 -0.0807 0.9418</w:t>
        <w:br/>
        <w:t>vn -0.3263 -0.0805 0.9418</w:t>
        <w:br/>
        <w:t>vn 0.3266 0.0789 -0.9419</w:t>
        <w:br/>
        <w:t>vn 0.3269 0.0793 -0.9417</w:t>
        <w:br/>
        <w:t>vn 0.3267 0.0788 -0.9418</w:t>
        <w:br/>
        <w:t>vn 0.3274 0.0799 -0.9415</w:t>
        <w:br/>
        <w:t>vn 0.3273 0.0798 -0.9415</w:t>
        <w:br/>
        <w:t>vn 0.3267 0.0786 -0.9418</w:t>
        <w:br/>
        <w:t>vn 0.4764 -0.8747 0.0892</w:t>
        <w:br/>
        <w:t>vn 0.3267 0.0798 -0.9418</w:t>
        <w:br/>
        <w:t>vn 0.3267 0.0797 -0.9418</w:t>
        <w:br/>
        <w:t>vn -0.5234 0.8452 -0.1079</w:t>
        <w:br/>
        <w:t>vn -0.3267 -0.0800 0.9417</w:t>
        <w:br/>
        <w:t>vn 0.2845 -0.9586 0.0156</w:t>
        <w:br/>
        <w:t>vn 0.2844 -0.9586 0.0156</w:t>
        <w:br/>
        <w:t>vn -0.3306 0.9432 -0.0328</w:t>
        <w:br/>
        <w:t>vn -0.3306 0.9432 -0.0329</w:t>
        <w:br/>
        <w:t>vn -0.3259 -0.0799 0.9420</w:t>
        <w:br/>
        <w:t>vn -0.3260 -0.0800 0.9420</w:t>
        <w:br/>
        <w:t>vn 0.3277 0.0803 -0.9414</w:t>
        <w:br/>
        <w:t>vn 0.3275 0.0805 -0.9414</w:t>
        <w:br/>
        <w:t>vn -0.3260 -0.0811 0.9419</w:t>
        <w:br/>
        <w:t>vn -0.3252 -0.0812 0.9422</w:t>
        <w:br/>
        <w:t>vn -0.3251 -0.0811 0.9422</w:t>
        <w:br/>
        <w:t>vn -0.3260 -0.0812 0.9419</w:t>
        <w:br/>
        <w:t>vn 0.8160 0.4791 0.3233</w:t>
        <w:br/>
        <w:t>vn 0.8158 0.4795 0.3233</w:t>
        <w:br/>
        <w:t>vn 0.5567 0.7888 0.2606</w:t>
        <w:br/>
        <w:t>vn -0.7630 0.6110 -0.2110</w:t>
        <w:br/>
        <w:t>vn -0.7630 0.6110 -0.2111</w:t>
        <w:br/>
        <w:t>vn -0.3250 -0.0810 0.9422</w:t>
        <w:br/>
        <w:t>vn -0.3249 -0.0810 0.9423</w:t>
        <w:br/>
        <w:t>vn 0.7630 -0.6110 0.2110</w:t>
        <w:br/>
        <w:t>vn 0.7630 -0.6110 0.2111</w:t>
        <w:br/>
        <w:t>vn -0.8313 -0.4503 -0.3259</w:t>
        <w:br/>
        <w:t>vn -0.8312 -0.4503 -0.3259</w:t>
        <w:br/>
        <w:t>vn -0.5556 -0.7898 -0.2599</w:t>
        <w:br/>
        <w:t>vn 0.3234 0.0807 -0.9428</w:t>
        <w:br/>
        <w:t>vn 0.3250 0.0829 -0.9421</w:t>
        <w:br/>
        <w:t>vn -0.3253 -0.0801 0.9422</w:t>
        <w:br/>
        <w:t>vn -0.3254 -0.0802 0.9422</w:t>
        <w:br/>
        <w:t>vn -0.2099 -0.9652 -0.1558</w:t>
        <w:br/>
        <w:t>vn -0.2098 -0.9653 -0.1557</w:t>
        <w:br/>
        <w:t>vn -0.5624 -0.7843 -0.2618</w:t>
        <w:br/>
        <w:t>vn 0.1784 0.9731 0.1455</w:t>
        <w:br/>
        <w:t>vn 0.1783 0.9732 0.1455</w:t>
        <w:br/>
        <w:t>vn 0.5613 0.7852 0.2616</w:t>
        <w:br/>
        <w:t>vn -0.7629 0.6111 -0.2109</w:t>
        <w:br/>
        <w:t>vn -0.8218 0.4835 0.3015</w:t>
        <w:br/>
        <w:t>vn -0.7082 0.6168 0.3435</w:t>
        <w:br/>
        <w:t>vn -0.6653 0.7277 -0.1670</w:t>
        <w:br/>
        <w:t>vn 0.0418 -0.3406 0.9393</w:t>
        <w:br/>
        <w:t>vn 0.4316 -0.5441 0.7195</w:t>
        <w:br/>
        <w:t>vn 0.5708 -0.3018 0.7636</w:t>
        <w:br/>
        <w:t>vn 0.1848 -0.1259 0.9747</w:t>
        <w:br/>
        <w:t>vn -0.6496 0.2201 0.7277</w:t>
        <w:br/>
        <w:t>vn -0.3234 -0.0826 0.9426</w:t>
        <w:br/>
        <w:t>vn -0.1790 0.1091 0.9778</w:t>
        <w:br/>
        <w:t>vn -0.5072 0.3914 0.7678</w:t>
        <w:br/>
        <w:t>vn 0.8925 -0.3554 0.2778</w:t>
        <w:br/>
        <w:t>vn 0.7630 -0.6109 0.2113</w:t>
        <w:br/>
        <w:t>vn -0.7629 0.6111 -0.2110</w:t>
        <w:br/>
        <w:t>vn -0.6652 0.7277 -0.1672</w:t>
        <w:br/>
        <w:t>vn -0.3797 0.6983 -0.6068</w:t>
        <w:br/>
        <w:t>vn -0.4879 0.5659 -0.6646</w:t>
        <w:br/>
        <w:t>vn 0.9341 -0.2122 -0.2872</w:t>
        <w:br/>
        <w:t>vn 0.8101 -0.4506 -0.3751</w:t>
        <w:br/>
        <w:t>vn 0.6285 -0.1967 -0.7525</w:t>
        <w:br/>
        <w:t>vn 0.7511 0.0132 -0.6601</w:t>
        <w:br/>
        <w:t>vn 0.4550 0.2647 -0.8502</w:t>
        <w:br/>
        <w:t>vn 0.3304 0.0771 -0.9407</w:t>
        <w:br/>
        <w:t>vn -0.0751 0.3609 -0.9296</w:t>
        <w:br/>
        <w:t>vn 0.0525 0.5292 -0.8468</w:t>
        <w:br/>
        <w:t>vn -0.9087 0.3344 0.2497</w:t>
        <w:br/>
        <w:t>vn -0.8414 0.4792 -0.2497</w:t>
        <w:br/>
        <w:t>vn -0.1183 -0.9319 0.3429</w:t>
        <w:br/>
        <w:t>vn -0.3886 -0.7764 0.4962</w:t>
        <w:br/>
        <w:t>vn -0.8736 -0.2023 0.4426</w:t>
        <w:br/>
        <w:t>vn -0.4486 -0.2698 0.8521</w:t>
        <w:br/>
        <w:t>vn 0.5675 -0.8136 0.1262</w:t>
        <w:br/>
        <w:t>vn -0.5802 0.4151 -0.7007</w:t>
        <w:br/>
        <w:t>vn -0.8414 0.4792 -0.2496</w:t>
        <w:br/>
        <w:t>vn 0.1514 -0.8656 -0.4774</w:t>
        <w:br/>
        <w:t>vn 0.0233 -0.6783 -0.7344</w:t>
        <w:br/>
        <w:t>vn 0.1865 -0.1153 -0.9757</w:t>
        <w:br/>
        <w:t>vn -0.1988 0.1741 -0.9645</w:t>
        <w:br/>
        <w:t>vn 0.7648 -0.5958 0.2453</w:t>
        <w:br/>
        <w:t>vn 0.7324 -0.3373 -0.5915</w:t>
        <w:br/>
        <w:t>vn 0.3090 0.0600 -0.9492</w:t>
        <w:br/>
        <w:t>vn 0.3089 0.0600 -0.9492</w:t>
        <w:br/>
        <w:t>vn -0.2227 0.4125 -0.8833</w:t>
        <w:br/>
        <w:t>vn -0.2228 0.4125 -0.8833</w:t>
        <w:br/>
        <w:t>vn -0.5025 0.5454 -0.6709</w:t>
        <w:br/>
        <w:t>vn 0.2505 -0.4193 0.8726</w:t>
        <w:br/>
        <w:t>vn 0.2504 -0.4193 0.8726</w:t>
        <w:br/>
        <w:t>vn 0.7648 -0.5958 0.2454</w:t>
        <w:br/>
        <w:t>vn -0.2959 -0.0674 0.9528</w:t>
        <w:br/>
        <w:t>vn -0.7168 0.3183 0.6204</w:t>
        <w:br/>
        <w:t>vn -0.8221 0.4828 0.3018</w:t>
        <w:br/>
        <w:t>vn -0.8221 0.4828 0.3017</w:t>
        <w:br/>
        <w:t>vn 0.3912 0.8769 0.2794</w:t>
        <w:br/>
        <w:t>vn 0.4035 0.8630 0.3041</w:t>
        <w:br/>
        <w:t>vn 0.4138 0.8841 0.2170</w:t>
        <w:br/>
        <w:t>vn 0.4136 0.8842 0.2171</w:t>
        <w:br/>
        <w:t>vn 0.5003 0.7635 0.4084</w:t>
        <w:br/>
        <w:t>vn 0.5691 0.7262 0.3856</w:t>
        <w:br/>
        <w:t>vn 0.5350 0.7500 0.3890</w:t>
        <w:br/>
        <w:t>vn 0.4034 0.8507 0.3370</w:t>
        <w:br/>
        <w:t>vn 0.4456 0.8136 0.3734</w:t>
        <w:br/>
        <w:t>vn 0.6284 0.7261 0.2792</w:t>
        <w:br/>
        <w:t>vn 0.6285 0.7260 0.2792</w:t>
        <w:br/>
        <w:t>vn 0.4139 0.8841 0.2171</w:t>
        <w:br/>
        <w:t>vn 0.4640 0.8725 0.1529</w:t>
        <w:br/>
        <w:t>vn 0.4440 0.8798 0.1694</w:t>
        <w:br/>
        <w:t>vn 0.4139 0.8840 0.2171</w:t>
        <w:br/>
        <w:t>vn 0.6508 0.7424 0.1591</w:t>
        <w:br/>
        <w:t>vn 0.6088 0.7867 0.1024</w:t>
        <w:br/>
        <w:t>vn 0.6244 0.7688 0.1382</w:t>
        <w:br/>
        <w:t>vn 0.4826 0.8660 0.1308</w:t>
        <w:br/>
        <w:t>vn 0.5359 0.8374 0.1076</w:t>
        <w:br/>
        <w:t>vn 0.5359 0.8374 0.1075</w:t>
        <w:br/>
        <w:t>vn -0.7528 -0.5811 -0.3091</w:t>
        <w:br/>
        <w:t>vn -0.7682 -0.6255 -0.1364</w:t>
        <w:br/>
        <w:t>vn -0.7886 -0.5887 -0.1775</w:t>
        <w:br/>
        <w:t>vn -0.5187 -0.8550 -0.0005</w:t>
        <w:br/>
        <w:t>vn -0.6797 -0.7332 -0.0203</w:t>
        <w:br/>
        <w:t>vn -0.7196 -0.6924 -0.0531</w:t>
        <w:br/>
        <w:t>vn -0.3770 -0.9035 -0.2039</w:t>
        <w:br/>
        <w:t>vn -0.3770 -0.9035 -0.2038</w:t>
        <w:br/>
        <w:t>vn -0.6922 -0.5892 -0.4167</w:t>
        <w:br/>
        <w:t>vn -0.6544 -0.6163 -0.4382</w:t>
        <w:br/>
        <w:t>vn -0.7527 -0.5812 -0.3092</w:t>
        <w:br/>
        <w:t>vn -0.3896 -0.8137 -0.4314</w:t>
        <w:br/>
        <w:t>vn -0.5251 -0.6989 -0.4857</w:t>
        <w:br/>
        <w:t>vn -0.6161 -0.6320 -0.4702</w:t>
        <w:br/>
        <w:t>vn -0.5251 -0.6989 -0.4856</w:t>
        <w:br/>
        <w:t>vn 0.4615 -0.0459 0.8859</w:t>
        <w:br/>
        <w:t>vn 0.7385 -0.2048 0.6424</w:t>
        <w:br/>
        <w:t>vn 0.6550 0.2589 0.7099</w:t>
        <w:br/>
        <w:t>vn 0.2487 0.3807 0.8906</w:t>
        <w:br/>
        <w:t>vn 0.4174 0.6080 0.6754</w:t>
        <w:br/>
        <w:t>vn -0.2232 0.4452 0.8672</w:t>
        <w:br/>
        <w:t>vn 0.0099 0.7216 0.6923</w:t>
        <w:br/>
        <w:t>vn -0.4534 0.6500 0.6099</w:t>
        <w:br/>
        <w:t>vn -0.6344 0.2445 0.7333</w:t>
        <w:br/>
        <w:t>vn -0.7792 0.4229 0.4626</w:t>
        <w:br/>
        <w:t>vn -0.6988 -0.2246 0.6792</w:t>
        <w:br/>
        <w:t>vn -0.9014 0.0190 0.4326</w:t>
        <w:br/>
        <w:t>vn -0.8178 -0.4447 0.3652</w:t>
        <w:br/>
        <w:t>vn -0.4751 -0.6392 0.6047</w:t>
        <w:br/>
        <w:t>vn -0.5633 -0.7744 0.2882</w:t>
        <w:br/>
        <w:t>vn -0.0140 -0.7160 0.6979</w:t>
        <w:br/>
        <w:t>vn -0.1727 -0.9075 0.3829</w:t>
        <w:br/>
        <w:t>vn 0.2906 -0.8362 0.4652</w:t>
        <w:br/>
        <w:t>vn 0.4079 -0.5031 0.7619</w:t>
        <w:br/>
        <w:t>vn 0.6333 -0.5899 0.5010</w:t>
        <w:br/>
        <w:t>vn -0.1477 -0.1685 0.9746</w:t>
        <w:br/>
        <w:t>vn -0.3814 0.8941 -0.2349</w:t>
        <w:br/>
        <w:t>vn -0.5214 0.8484 -0.0909</w:t>
        <w:br/>
        <w:t>vn 0.0172 0.8580 0.5134</w:t>
        <w:br/>
        <w:t>vn 0.2304 0.9275 0.2942</w:t>
        <w:br/>
        <w:t>vn -0.7222 0.3658 -0.5870</w:t>
        <w:br/>
        <w:t>vn -0.6881 -0.3525 -0.6343</w:t>
        <w:br/>
        <w:t>vn -0.5479 -0.3070 -0.7782</w:t>
        <w:br/>
        <w:t>vn -0.2304 -0.9275 -0.2942</w:t>
        <w:br/>
        <w:t>vn -0.0171 -0.8580 -0.5134</w:t>
        <w:br/>
        <w:t>vn 0.3814 -0.8941 0.2348</w:t>
        <w:br/>
        <w:t>vn 0.5214 -0.8484 0.0909</w:t>
        <w:br/>
        <w:t>vn 0.7223 -0.3658 0.5870</w:t>
        <w:br/>
        <w:t>vn 0.7222 -0.3658 0.5870</w:t>
        <w:br/>
        <w:t>vn 0.6880 0.3526 0.6342</w:t>
        <w:br/>
        <w:t>vn 0.5479 0.3069 0.7782</w:t>
        <w:br/>
        <w:t>vn 0.6521 0.0773 -0.7542</w:t>
        <w:br/>
        <w:t>vn -0.0957 0.3250 -0.9409</w:t>
        <w:br/>
        <w:t>vn -0.0699 0.5111 -0.8567</w:t>
        <w:br/>
        <w:t>vn 0.6914 0.3608 -0.6260</w:t>
        <w:br/>
        <w:t>vn -0.7223 0.3657 -0.5870</w:t>
        <w:br/>
        <w:t>vn -0.7222 0.3657 -0.5871</w:t>
        <w:br/>
        <w:t>vn -0.9995 0.0303 -0.0125</w:t>
        <w:br/>
        <w:t>vn -0.9736 0.2165 0.0718</w:t>
        <w:br/>
        <w:t>vn -0.6520 -0.0772 0.7543</w:t>
        <w:br/>
        <w:t>vn -0.6914 -0.3608 0.6260</w:t>
        <w:br/>
        <w:t>vn 0.0957 -0.3250 0.9409</w:t>
        <w:br/>
        <w:t>vn 0.0699 -0.5111 0.8567</w:t>
        <w:br/>
        <w:t>vn -0.6914 -0.3607 0.6260</w:t>
        <w:br/>
        <w:t>vn -0.6520 -0.0772 0.7542</w:t>
        <w:br/>
        <w:t>vn 0.7223 -0.3657 0.5870</w:t>
        <w:br/>
        <w:t>vn 0.7222 -0.3657 0.5871</w:t>
        <w:br/>
        <w:t>vn 0.9737 -0.2164 -0.0718</w:t>
        <w:br/>
        <w:t>vn 0.9995 -0.0303 0.0125</w:t>
        <w:br/>
        <w:t>vn -0.6880 -0.3527 -0.6342</w:t>
        <w:br/>
        <w:t>vn -0.2305 -0.9275 -0.2943</w:t>
        <w:br/>
        <w:t>vn -0.3813 0.8941 -0.2348</w:t>
        <w:br/>
        <w:t>vn 0.2305 0.9275 0.2943</w:t>
        <w:br/>
        <w:t>vn 0.0172 0.8579 0.5135</w:t>
        <w:br/>
        <w:t>vn 0.6880 0.3527 0.6343</w:t>
        <w:br/>
        <w:t>vn 0.5480 0.3069 0.7782</w:t>
        <w:br/>
        <w:t>vn 0.7223 -0.3656 0.5870</w:t>
        <w:br/>
        <w:t>vn 0.3813 -0.8941 0.2349</w:t>
        <w:br/>
        <w:t>vn 0.5213 -0.8485 0.0909</w:t>
        <w:br/>
        <w:t>vn -0.0172 -0.8580 -0.5134</w:t>
        <w:br/>
        <w:t>vn -0.6914 -0.3608 0.6259</w:t>
        <w:br/>
        <w:t>vn -0.6520 -0.0773 0.7543</w:t>
        <w:br/>
        <w:t>vn -0.9736 0.2164 0.0718</w:t>
        <w:br/>
        <w:t>vn -0.0956 0.3249 -0.9409</w:t>
        <w:br/>
        <w:t>vn -0.0698 0.5112 -0.8566</w:t>
        <w:br/>
        <w:t>vn 0.6521 0.0772 -0.7542</w:t>
        <w:br/>
        <w:t>vn 0.6915 0.3608 -0.6259</w:t>
        <w:br/>
        <w:t>vn 0.9736 -0.2165 -0.0718</w:t>
        <w:br/>
        <w:t>vn 0.0958 -0.3250 0.9409</w:t>
        <w:br/>
        <w:t>vn 0.0700 -0.5112 0.8566</w:t>
        <w:br/>
        <w:t>vn -0.6520 -0.0773 0.7542</w:t>
        <w:br/>
        <w:t>vn -0.2322 0.7720 -0.5918</w:t>
        <w:br/>
        <w:t>vn 0.5696 0.7960 -0.2050</w:t>
        <w:br/>
        <w:t>vn -0.8126 0.5827 0.0047</w:t>
        <w:br/>
        <w:t>vn -0.3922 0.4823 0.7833</w:t>
        <w:br/>
        <w:t>vn -0.9196 -0.1888 -0.3444</w:t>
        <w:br/>
        <w:t>vn -0.3391 0.0004 -0.9408</w:t>
        <w:br/>
        <w:t>vn -0.5696 -0.7960 0.2050</w:t>
        <w:br/>
        <w:t>vn 0.3923 -0.4825 -0.7832</w:t>
        <w:br/>
        <w:t>vn -0.5696 -0.7959 0.2049</w:t>
        <w:br/>
        <w:t>vn 0.2322 -0.7719 0.5918</w:t>
        <w:br/>
        <w:t>vn 0.8126 -0.5828 -0.0045</w:t>
        <w:br/>
        <w:t>vn 0.3923 -0.4824 -0.7832</w:t>
        <w:br/>
        <w:t>vn 0.9197 0.1888 0.3443</w:t>
        <w:br/>
        <w:t>vn 0.3392 -0.0005 0.9407</w:t>
        <w:br/>
        <w:t>vn -0.3923 0.4823 0.7833</w:t>
        <w:br/>
        <w:t>vn -0.8127 0.5827 0.0047</w:t>
        <w:br/>
        <w:t>vn 0.8126 -0.5827 -0.0046</w:t>
        <w:br/>
        <w:t>vn -0.9197 -0.1888 -0.3444</w:t>
        <w:br/>
        <w:t>vn -0.2321 0.7720 -0.5917</w:t>
        <w:br/>
        <w:t>vn 0.5696 0.7960 -0.2048</w:t>
        <w:br/>
        <w:t>vn 0.9196 0.1888 0.3444</w:t>
        <w:br/>
        <w:t>vn 0.2322 -0.7720 0.5917</w:t>
        <w:br/>
        <w:t>vn -0.5696 -0.7960 0.2049</w:t>
        <w:br/>
        <w:t>vn -0.7119 0.5950 -0.3730</w:t>
        <w:br/>
        <w:t>vn -0.7119 0.5942 -0.3743</w:t>
        <w:br/>
        <w:t>vn -0.7118 0.5951 -0.3731</w:t>
        <w:br/>
        <w:t>vn 0.7122 -0.5954 0.3719</w:t>
        <w:br/>
        <w:t>vn 0.7122 -0.5941 0.3739</w:t>
        <w:br/>
        <w:t>vn 0.7003 0.6384 -0.3193</w:t>
        <w:br/>
        <w:t>vn 0.7001 0.6384 -0.3198</w:t>
        <w:br/>
        <w:t>vn 0.6254 0.7788 0.0479</w:t>
        <w:br/>
        <w:t>vn 0.6252 0.7790 0.0477</w:t>
        <w:br/>
        <w:t>vn 0.0110 0.5412 0.8408</w:t>
        <w:br/>
        <w:t>vn 0.0111 0.5412 0.8408</w:t>
        <w:br/>
        <w:t>vn 0.0109 0.5414 0.8407</w:t>
        <w:br/>
        <w:t>vn -0.6985 -0.5468 0.4616</w:t>
        <w:br/>
        <w:t>vn -0.6701 -0.7342 0.1092</w:t>
        <w:br/>
        <w:t>vn -0.6699 -0.7344 0.1093</w:t>
        <w:br/>
        <w:t>vn -0.0107 -0.5414 -0.8407</w:t>
        <w:br/>
        <w:t>vn -0.0109 -0.5413 -0.8408</w:t>
        <w:br/>
        <w:t>vn -0.0107 -0.5415 -0.8407</w:t>
        <w:br/>
        <w:t>vn -0.0112 -0.5412 -0.8408</w:t>
        <w:br/>
        <w:t>vn 0.6630 0.3955 -0.6356</w:t>
        <w:br/>
        <w:t>vn 0.7016 0.5949 -0.3922</w:t>
        <w:br/>
        <w:t>vn 0.7011 0.5985 -0.3876</w:t>
        <w:br/>
        <w:t>vn 0.6946 0.5884 -0.4139</w:t>
        <w:br/>
        <w:t>vn 0.6870 0.5815 -0.4358</w:t>
        <w:br/>
        <w:t>vn 0.6870 0.5814 -0.4358</w:t>
        <w:br/>
        <w:t>vn 0.7007 0.6023 -0.3824</w:t>
        <w:br/>
        <w:t>vn -0.7022 -0.5944 0.3919</w:t>
        <w:br/>
        <w:t>vn -0.7022 -0.5944 0.3918</w:t>
        <w:br/>
        <w:t>vn -0.7043 -0.5922 0.3916</w:t>
        <w:br/>
        <w:t>vn -0.7044 -0.5921 0.3914</w:t>
        <w:br/>
        <w:t>vn -0.7094 -0.5942 0.3790</w:t>
        <w:br/>
        <w:t>vn -0.7095 -0.5942 0.3790</w:t>
        <w:br/>
        <w:t>vn -0.7166 -0.5940 0.3655</w:t>
        <w:br/>
        <w:t>vn -0.7063 -0.5896 0.3918</w:t>
        <w:br/>
        <w:t>vn -0.7063 -0.5896 0.3917</w:t>
        <w:br/>
        <w:t>vn 0.7123 -0.5960 0.3706</w:t>
        <w:br/>
        <w:t>vn 0.5454 -0.8063 -0.2289</w:t>
        <w:br/>
        <w:t>vn 0.5942 -0.1435 0.7914</w:t>
        <w:br/>
        <w:t>vn 0.3616 0.2329 0.9028</w:t>
        <w:br/>
        <w:t>vn 0.2644 -0.7404 -0.6180</w:t>
        <w:br/>
        <w:t>vn 0.2644 -0.7404 -0.6179</w:t>
        <w:br/>
        <w:t>vn -0.7122 0.5962 -0.3704</w:t>
        <w:br/>
        <w:t>vn -0.7121 0.5963 -0.3705</w:t>
        <w:br/>
        <w:t>vn 0.7122 -0.5926 0.3762</w:t>
        <w:br/>
        <w:t>vn 0.7122 -0.5926 0.3763</w:t>
        <w:br/>
        <w:t>vn -0.6150 -0.2715 0.7403</w:t>
        <w:br/>
        <w:t>vn -0.7122 0.5963 -0.3705</w:t>
        <w:br/>
        <w:t>vn -0.7128 0.5942 -0.3726</w:t>
        <w:br/>
        <w:t>vn -0.7125 0.5948 -0.3723</w:t>
        <w:br/>
        <w:t>vn -0.7122 0.5962 -0.3707</w:t>
        <w:br/>
        <w:t>vn -0.7123 0.5935 -0.3747</w:t>
        <w:br/>
        <w:t>vn -0.7122 0.5936 -0.3747</w:t>
        <w:br/>
        <w:t>vn -0.7122 0.5936 -0.3748</w:t>
        <w:br/>
        <w:t>vn -0.7124 0.5934 -0.3747</w:t>
        <w:br/>
        <w:t>vn -0.7126 0.5936 -0.3740</w:t>
        <w:br/>
        <w:t>vn -0.7123 0.5944 -0.3733</w:t>
        <w:br/>
        <w:t>vn -0.5382 0.8086 0.2377</w:t>
        <w:br/>
        <w:t>vn -0.5383 0.8086 0.2377</w:t>
        <w:br/>
        <w:t>vn -0.2513 0.7386 0.6255</w:t>
        <w:br/>
        <w:t>vn -0.2513 0.7386 0.6256</w:t>
        <w:br/>
        <w:t>vn -0.5660 0.1164 -0.8161</w:t>
        <w:br/>
        <w:t>vn -0.2977 -0.2751 -0.9142</w:t>
        <w:br/>
        <w:t>vn -0.6905 0.5631 -0.4541</w:t>
        <w:br/>
        <w:t>vn -0.6900 0.5623 -0.4558</w:t>
        <w:br/>
        <w:t>vn -0.6903 0.5620 -0.4557</w:t>
        <w:br/>
        <w:t>vn -0.6905 0.5630 -0.4541</w:t>
        <w:br/>
        <w:t>vn -0.6912 0.5631 -0.4530</w:t>
        <w:br/>
        <w:t>vn -0.6913 0.5633 -0.4525</w:t>
        <w:br/>
        <w:t>vn -0.6921 0.5620 -0.4529</w:t>
        <w:br/>
        <w:t>vn -0.6923 0.5623 -0.4523</w:t>
        <w:br/>
        <w:t>vn -0.6912 0.5612 -0.4553</w:t>
        <w:br/>
        <w:t>vn -0.6918 0.5614 -0.4541</w:t>
        <w:br/>
        <w:t>vn -0.6909 0.5611 -0.4559</w:t>
        <w:br/>
        <w:t>vn 0.6926 -0.5615 0.4527</w:t>
        <w:br/>
        <w:t>vn 0.6929 -0.5616 0.4522</w:t>
        <w:br/>
        <w:t>vn 0.6924 -0.5607 0.4541</w:t>
        <w:br/>
        <w:t>vn 0.6923 -0.5608 0.4541</w:t>
        <w:br/>
        <w:t>vn 0.6913 -0.5607 0.4558</w:t>
        <w:br/>
        <w:t>vn 0.6907 -0.5618 0.4553</w:t>
        <w:br/>
        <w:t>vn 0.6906 -0.5615 0.4559</w:t>
        <w:br/>
        <w:t>vn 0.6917 -0.5626 0.4528</w:t>
        <w:br/>
        <w:t>vn 0.6920 -0.5627 0.4523</w:t>
        <w:br/>
        <w:t>vn -0.7085 -0.6504 0.2740</w:t>
        <w:br/>
        <w:t>vn -0.6329 -0.7742 0.0056</w:t>
        <w:br/>
        <w:t>vn -0.6328 -0.7743 0.0055</w:t>
        <w:br/>
        <w:t>vn -0.3034 0.3442 0.8885</w:t>
        <w:br/>
        <w:t>vn 0.0613 0.6718 0.7382</w:t>
        <w:br/>
        <w:t>vn 0.3919 -0.2367 -0.8890</w:t>
        <w:br/>
        <w:t>vn 0.6411 0.1873 -0.7443</w:t>
        <w:br/>
        <w:t>vn 0.6411 0.1872 -0.7443</w:t>
        <w:br/>
        <w:t>vn -0.4983 -0.8260 -0.2634</w:t>
        <w:br/>
        <w:t>vn 0.6329 0.7742 -0.0055</w:t>
        <w:br/>
        <w:t>vn 0.6330 0.7742 -0.0055</w:t>
        <w:br/>
        <w:t>vn -0.6329 -0.7742 0.0055</w:t>
        <w:br/>
        <w:t>vn -0.7221 -0.5612 0.4046</w:t>
        <w:br/>
        <w:t>vn -0.7221 -0.5611 0.4047</w:t>
        <w:br/>
        <w:t>vn -0.4092 -0.8226 -0.3947</w:t>
        <w:br/>
        <w:t>vn -0.4092 -0.8227 -0.3947</w:t>
        <w:br/>
        <w:t>vn 0.3070 -0.3407 -0.8886</w:t>
        <w:br/>
        <w:t>vn 0.3071 -0.3408 -0.8886</w:t>
        <w:br/>
        <w:t>vn 0.3070 -0.3407 -0.8887</w:t>
        <w:br/>
        <w:t>vn 0.6330 0.7741 -0.0055</w:t>
        <w:br/>
        <w:t>vn 0.6330 0.7741 -0.0054</w:t>
        <w:br/>
        <w:t>vn -0.3884 0.2405 0.8895</w:t>
        <w:br/>
        <w:t>vn -0.3885 0.2405 0.8895</w:t>
        <w:br/>
        <w:t>vn -0.3884 0.2404 0.8896</w:t>
        <w:br/>
        <w:t>vn 0.6911 -0.5623 0.4541</w:t>
        <w:br/>
        <w:t>vn 0.7642 0.5571 -0.3249</w:t>
        <w:br/>
        <w:t>vn 0.7645 0.5561 -0.3261</w:t>
        <w:br/>
        <w:t>vn 0.7643 0.5573 -0.3243</w:t>
        <w:br/>
        <w:t>vn -0.7645 -0.5575 0.3237</w:t>
        <w:br/>
        <w:t>vn -0.7645 -0.5561 0.3260</w:t>
        <w:br/>
        <w:t>vn -0.7645 -0.5562 0.3259</w:t>
        <w:br/>
        <w:t>vn -0.5732 0.8178 0.0527</w:t>
        <w:br/>
        <w:t>vn -0.5731 0.8178 0.0527</w:t>
        <w:br/>
        <w:t>vn -0.6425 0.6954 -0.3218</w:t>
        <w:br/>
        <w:t>vn -0.6429 0.6949 -0.3221</w:t>
        <w:br/>
        <w:t>vn -0.0076 0.5123 0.8588</w:t>
        <w:br/>
        <w:t>vn 0.6416 -0.6083 0.4673</w:t>
        <w:br/>
        <w:t>vn 0.6144 -0.7817 0.1073</w:t>
        <w:br/>
        <w:t>vn 0.6416 -0.6083 0.4672</w:t>
        <w:br/>
        <w:t>vn 0.0079 -0.5122 -0.8589</w:t>
        <w:br/>
        <w:t>vn 0.0076 -0.5123 -0.8588</w:t>
        <w:br/>
        <w:t>vn 0.0079 -0.5121 -0.8589</w:t>
        <w:br/>
        <w:t>vn 0.0080 -0.5121 -0.8589</w:t>
        <w:br/>
        <w:t>vn -0.6095 0.4611 -0.6449</w:t>
        <w:br/>
        <w:t>vn -0.6440 0.6545 -0.3962</w:t>
        <w:br/>
        <w:t>vn -0.6436 0.6578 -0.3913</w:t>
        <w:br/>
        <w:t>vn -0.6436 0.6577 -0.3913</w:t>
        <w:br/>
        <w:t>vn -0.6368 0.6481 -0.4177</w:t>
        <w:br/>
        <w:t>vn -0.6290 0.6413 -0.4395</w:t>
        <w:br/>
        <w:t>vn -0.6433 0.6612 -0.3859</w:t>
        <w:br/>
        <w:t>vn 0.6474 -0.6515 0.3955</w:t>
        <w:br/>
        <w:t>vn 0.6450 -0.6538 0.3956</w:t>
        <w:br/>
        <w:t>vn 0.6452 -0.6536 0.3956</w:t>
        <w:br/>
        <w:t>vn 0.6474 -0.6515 0.3954</w:t>
        <w:br/>
        <w:t>vn 0.6528 -0.6535 0.3832</w:t>
        <w:br/>
        <w:t>vn 0.6604 -0.6534 0.3701</w:t>
        <w:br/>
        <w:t>vn 0.6604 -0.6533 0.3701</w:t>
        <w:br/>
        <w:t>vn 0.6494 -0.6492 0.3960</w:t>
        <w:br/>
        <w:t>vn -0.5887 -0.7591 -0.2779</w:t>
        <w:br/>
        <w:t>vn -0.7645 -0.5583 0.3223</w:t>
        <w:br/>
        <w:t>vn -0.6331 -0.1291 0.7633</w:t>
        <w:br/>
        <w:t>vn -0.3804 0.2266 0.8966</w:t>
        <w:br/>
        <w:t>vn -0.2889 -0.6994 -0.6537</w:t>
        <w:br/>
        <w:t>vn 0.7645 0.5584 -0.3222</w:t>
        <w:br/>
        <w:t>vn -0.7645 -0.5550 0.3279</w:t>
        <w:br/>
        <w:t>vn 0.5654 -0.3379 0.7524</w:t>
        <w:br/>
        <w:t>vn 0.7649 0.5566 -0.3242</w:t>
        <w:br/>
        <w:t>vn 0.7650 0.5564 -0.3243</w:t>
        <w:br/>
        <w:t>vn 0.7645 0.5584 -0.3221</w:t>
        <w:br/>
        <w:t>vn 0.7644 0.5584 -0.3222</w:t>
        <w:br/>
        <w:t>vn 0.7645 0.5558 -0.3266</w:t>
        <w:br/>
        <w:t>vn 0.7646 0.5556 -0.3266</w:t>
        <w:br/>
        <w:t>vn 0.7646 0.5558 -0.3263</w:t>
        <w:br/>
        <w:t>vn 0.7645 0.5558 -0.3265</w:t>
        <w:br/>
        <w:t>vn 0.7647 0.5558 -0.3261</w:t>
        <w:br/>
        <w:t>vn 0.5813 0.7616 0.2863</w:t>
        <w:br/>
        <w:t>vn 0.7643 0.5568 -0.3252</w:t>
        <w:br/>
        <w:t>vn 0.7644 0.5568 -0.3252</w:t>
        <w:br/>
        <w:t>vn 0.5813 0.7617 0.2863</w:t>
        <w:br/>
        <w:t>vn 0.2754 0.6984 0.6606</w:t>
        <w:br/>
        <w:t>vn 0.6041 0.1051 -0.7900</w:t>
        <w:br/>
        <w:t>vn 0.6041 0.1051 -0.7899</w:t>
        <w:br/>
        <w:t>vn 0.3145 -0.2638 -0.9119</w:t>
        <w:br/>
        <w:t>vn 0.3814 0.8941 -0.2349</w:t>
        <w:br/>
        <w:t>vn -0.2305 0.9275 0.2943</w:t>
        <w:br/>
        <w:t>vn -0.0172 0.8580 0.5134</w:t>
        <w:br/>
        <w:t>vn 0.5214 0.8484 -0.0909</w:t>
        <w:br/>
        <w:t>vn 0.7222 0.3658 -0.5870</w:t>
        <w:br/>
        <w:t>vn 0.7223 0.3658 -0.5870</w:t>
        <w:br/>
        <w:t>vn 0.6881 -0.3526 -0.6342</w:t>
        <w:br/>
        <w:t>vn 0.5479 -0.3070 -0.7782</w:t>
        <w:br/>
        <w:t>vn 0.0172 -0.8580 -0.5134</w:t>
        <w:br/>
        <w:t>vn 0.2306 -0.9275 -0.2942</w:t>
        <w:br/>
        <w:t>vn -0.3813 -0.8941 0.2348</w:t>
        <w:br/>
        <w:t>vn 0.2305 -0.9275 -0.2942</w:t>
        <w:br/>
        <w:t>vn -0.5214 -0.8485 0.0909</w:t>
        <w:br/>
        <w:t>vn -0.7223 -0.3657 0.5870</w:t>
        <w:br/>
        <w:t>vn -0.5479 0.3070 0.7782</w:t>
        <w:br/>
        <w:t>vn -0.6880 0.3526 0.6343</w:t>
        <w:br/>
        <w:t>vn 0.0699 0.5112 -0.8566</w:t>
        <w:br/>
        <w:t>vn 0.0957 0.3249 -0.9409</w:t>
        <w:br/>
        <w:t>vn -0.6521 0.0773 -0.7542</w:t>
        <w:br/>
        <w:t>vn -0.6914 0.3608 -0.6259</w:t>
        <w:br/>
        <w:t>vn 0.7223 0.3657 -0.5870</w:t>
        <w:br/>
        <w:t>vn 0.9995 0.0303 -0.0125</w:t>
        <w:br/>
        <w:t>vn 0.9737 0.2164 0.0718</w:t>
        <w:br/>
        <w:t>vn 0.6914 -0.3607 0.6260</w:t>
        <w:br/>
        <w:t>vn 0.6521 -0.0773 0.7542</w:t>
        <w:br/>
        <w:t>vn 0.6914 -0.3608 0.6260</w:t>
        <w:br/>
        <w:t>vn -0.0698 -0.5111 0.8567</w:t>
        <w:br/>
        <w:t>vn -0.0956 -0.3250 0.9409</w:t>
        <w:br/>
        <w:t>vn -0.9737 -0.2164 -0.0718</w:t>
        <w:br/>
        <w:t>vn -0.9995 -0.0303 0.0125</w:t>
        <w:br/>
        <w:t>vn 0.6880 -0.3527 -0.6342</w:t>
        <w:br/>
        <w:t>vn 0.5214 0.8484 -0.0910</w:t>
        <w:br/>
        <w:t>vn 0.3813 0.8941 -0.2349</w:t>
        <w:br/>
        <w:t>vn -0.5479 0.3069 0.7782</w:t>
        <w:br/>
        <w:t>vn -0.7222 -0.3658 0.5870</w:t>
        <w:br/>
        <w:t>vn -0.5213 -0.8485 0.0910</w:t>
        <w:br/>
        <w:t>vn -0.3814 -0.8941 0.2349</w:t>
        <w:br/>
        <w:t>vn 0.2305 -0.9275 -0.2943</w:t>
        <w:br/>
        <w:t>vn 0.6520 -0.0773 0.7543</w:t>
        <w:br/>
        <w:t>vn 0.6914 -0.3608 0.6259</w:t>
        <w:br/>
        <w:t>vn 0.0957 0.3250 -0.9409</w:t>
        <w:br/>
        <w:t>vn 0.0699 0.5111 -0.8566</w:t>
        <w:br/>
        <w:t>vn -0.6521 0.0772 -0.7542</w:t>
        <w:br/>
        <w:t>vn -0.9736 -0.2165 -0.0718</w:t>
        <w:br/>
        <w:t>vn -0.0958 -0.3250 0.9409</w:t>
        <w:br/>
        <w:t>vn -0.0700 -0.5112 0.8566</w:t>
        <w:br/>
        <w:t>vn 0.6520 -0.0773 0.7542</w:t>
        <w:br/>
        <w:t>vn 0.2322 0.7720 -0.5917</w:t>
        <w:br/>
        <w:t>vn -0.5695 0.7960 -0.2049</w:t>
        <w:br/>
        <w:t>vn 0.3922 0.4823 0.7833</w:t>
        <w:br/>
        <w:t>vn 0.8127 0.5827 0.0047</w:t>
        <w:br/>
        <w:t>vn 0.9197 -0.1887 -0.3444</w:t>
        <w:br/>
        <w:t>vn 0.3391 0.0004 -0.9408</w:t>
        <w:br/>
        <w:t>vn 0.5696 -0.7960 0.2049</w:t>
        <w:br/>
        <w:t>vn -0.3923 -0.4824 -0.7832</w:t>
        <w:br/>
        <w:t>vn -0.2322 -0.7720 0.5918</w:t>
        <w:br/>
        <w:t>vn 0.5696 -0.7960 0.2050</w:t>
        <w:br/>
        <w:t>vn -0.8126 -0.5828 -0.0047</w:t>
        <w:br/>
        <w:t>vn -0.7222 -0.3657 0.5870</w:t>
        <w:br/>
        <w:t>vn -0.9196 0.1888 0.3444</w:t>
        <w:br/>
        <w:t>vn -0.3392 -0.0005 0.9407</w:t>
        <w:br/>
        <w:t>vn 0.3391 0.0005 -0.9407</w:t>
        <w:br/>
        <w:t>vn 0.8127 0.5827 0.0046</w:t>
        <w:br/>
        <w:t>vn 0.3923 0.4823 0.7832</w:t>
        <w:br/>
        <w:t>vn 0.3923 0.4824 0.7832</w:t>
        <w:br/>
        <w:t>vn -0.7222 -0.3657 0.5871</w:t>
        <w:br/>
        <w:t>vn -0.8126 -0.5828 -0.0046</w:t>
        <w:br/>
        <w:t>vn 0.9197 -0.1889 -0.3443</w:t>
        <w:br/>
        <w:t>vn 0.5696 -0.7959 0.2049</w:t>
        <w:br/>
        <w:t>vn 0.2321 0.7720 -0.5917</w:t>
        <w:br/>
        <w:t>vn -0.5696 0.7960 -0.2049</w:t>
        <w:br/>
        <w:t>vn -0.2322 -0.7720 0.5917</w:t>
        <w:br/>
        <w:t>vn -0.5685 0.6604 0.4906</w:t>
        <w:br/>
        <w:t>vn -0.5684 0.6604 0.4907</w:t>
        <w:br/>
        <w:t>vn -0.5684 0.6604 0.4908</w:t>
        <w:br/>
        <w:t>vn -0.5684 0.6603 0.4908</w:t>
        <w:br/>
        <w:t>vn -0.5688 0.6599 0.4909</w:t>
        <w:br/>
        <w:t>vn -0.5684 0.6604 0.4906</w:t>
        <w:br/>
        <w:t>vn -0.5682 0.6606 0.4906</w:t>
        <w:br/>
        <w:t>vn -0.5682 0.6605 0.4907</w:t>
        <w:br/>
        <w:t>vn -0.5684 0.6605 0.4906</w:t>
        <w:br/>
        <w:t>vn 0.5684 -0.6604 -0.4907</w:t>
        <w:br/>
        <w:t>vn 0.5686 -0.6605 -0.4904</w:t>
        <w:br/>
        <w:t>vn 0.5686 -0.6603 -0.4906</w:t>
        <w:br/>
        <w:t>vn 0.5684 -0.6604 -0.4906</w:t>
        <w:br/>
        <w:t>vn 0.5682 -0.6606 -0.4906</w:t>
        <w:br/>
        <w:t>vn 0.5685 -0.6603 -0.4908</w:t>
        <w:br/>
        <w:t>vn 0.5685 -0.6602 -0.4909</w:t>
        <w:br/>
        <w:t>vn 0.5685 -0.6604 -0.4907</w:t>
        <w:br/>
        <w:t>vn 0.5685 -0.6604 -0.4905</w:t>
        <w:br/>
        <w:t>vn 0.5686 -0.6604 -0.4905</w:t>
        <w:br/>
        <w:t>vn 0.5684 -0.6605 -0.4906</w:t>
        <w:br/>
        <w:t>vn 0.5686 -0.6602 -0.4908</w:t>
        <w:br/>
        <w:t>vn 0.5685 -0.6604 -0.4906</w:t>
        <w:br/>
        <w:t>vn 0.0861 0.6410 -0.7627</w:t>
        <w:br/>
        <w:t>vn 0.3403 0.7317 -0.5906</w:t>
        <w:br/>
        <w:t>vn 0.3402 0.7317 -0.5907</w:t>
        <w:br/>
        <w:t>vn 0.0859 0.6408 -0.7629</w:t>
        <w:br/>
        <w:t>vn -0.3415 -0.7321 0.5895</w:t>
        <w:br/>
        <w:t>vn -0.3415 -0.7321 0.5894</w:t>
        <w:br/>
        <w:t>vn -0.0986 -0.6467 0.7564</w:t>
        <w:br/>
        <w:t>vn -0.0986 -0.6468 0.7562</w:t>
        <w:br/>
        <w:t>vn 0.3294 0.7290 -0.6000</w:t>
        <w:br/>
        <w:t>vn 0.0915 0.6434 -0.7600</w:t>
        <w:br/>
        <w:t>vn 0.0916 0.6434 -0.7600</w:t>
        <w:br/>
        <w:t>vn 0.3291 0.7292 -0.6000</w:t>
        <w:br/>
        <w:t>vn -0.0860 -0.6408 0.7628</w:t>
        <w:br/>
        <w:t>vn -0.0860 -0.6408 0.7629</w:t>
        <w:br/>
        <w:t>vn -0.3403 -0.7318 0.5905</w:t>
        <w:br/>
        <w:t>vn -0.3403 -0.7317 0.5906</w:t>
        <w:br/>
        <w:t>vn 0.7543 0.1807 0.6311</w:t>
        <w:br/>
        <w:t>vn 0.8175 0.3854 0.4280</w:t>
        <w:br/>
        <w:t>vn 0.8174 0.3855 0.4282</w:t>
        <w:br/>
        <w:t>vn 0.7544 0.1807 0.6311</w:t>
        <w:br/>
        <w:t>vn -0.7490 -0.1689 -0.6406</w:t>
        <w:br/>
        <w:t>vn -0.7490 -0.1690 -0.6406</w:t>
        <w:br/>
        <w:t>vn -0.8181 -0.3915 -0.4212</w:t>
        <w:br/>
        <w:t>vn -0.8181 -0.3916 -0.4212</w:t>
        <w:br/>
        <w:t>vn 0.8182 0.3914 0.4211</w:t>
        <w:br/>
        <w:t>vn 0.8182 0.3916 0.4211</w:t>
        <w:br/>
        <w:t>vn 0.7492 0.1683 0.6406</w:t>
        <w:br/>
        <w:t>vn 0.7492 0.1686 0.6405</w:t>
        <w:br/>
        <w:t>vn -0.7525 -0.1761 -0.6346</w:t>
        <w:br/>
        <w:t>vn -0.8184 -0.3916 -0.4205</w:t>
        <w:br/>
        <w:t>vn -0.7525 -0.1763 -0.6345</w:t>
        <w:br/>
        <w:t>vn -0.5683 0.6605 0.4906</w:t>
        <w:br/>
        <w:t>vn -0.5685 0.6602 0.4908</w:t>
        <w:br/>
        <w:t>vn -0.5685 0.6604 0.4907</w:t>
        <w:br/>
        <w:t>vn 0.5684 -0.6603 -0.4908</w:t>
        <w:br/>
        <w:t>vn 0.5686 -0.6604 -0.4906</w:t>
        <w:br/>
        <w:t>vn 0.5685 -0.6603 -0.4907</w:t>
        <w:br/>
        <w:t>vn 0.7139 0.6924 -0.1046</w:t>
        <w:br/>
        <w:t>vn 0.7140 0.6923 -0.1045</w:t>
        <w:br/>
        <w:t>vn -0.4087 0.2906 -0.8651</w:t>
        <w:br/>
        <w:t>vn -0.4086 0.2909 -0.8651</w:t>
        <w:br/>
        <w:t>vn 0.4103 -0.2894 0.8648</w:t>
        <w:br/>
        <w:t>vn 0.4102 -0.2897 0.8648</w:t>
        <w:br/>
        <w:t>vn -0.3416 -0.7321 0.5894</w:t>
        <w:br/>
        <w:t>vn -0.7142 -0.6921 0.1044</w:t>
        <w:br/>
        <w:t>vn -0.7143 -0.6920 0.1045</w:t>
        <w:br/>
        <w:t>vn -0.4114 0.2882 -0.8647</w:t>
        <w:br/>
        <w:t>vn -0.4115 0.2883 -0.8646</w:t>
        <w:br/>
        <w:t>vn 0.7116 0.6939 -0.1100</w:t>
        <w:br/>
        <w:t>vn 0.7117 0.6938 -0.1100</w:t>
        <w:br/>
        <w:t>vn -0.7140 -0.6923 0.1045</w:t>
        <w:br/>
        <w:t>vn -0.7142 -0.6922 0.1043</w:t>
        <w:br/>
        <w:t>vn -0.0860 -0.6409 0.7628</w:t>
        <w:br/>
        <w:t>vn 0.4087 -0.2908 0.8651</w:t>
        <w:br/>
        <w:t>vn 0.4086 -0.2911 0.8650</w:t>
        <w:br/>
        <w:t>vn -0.5719 0.6879 0.4468</w:t>
        <w:br/>
        <w:t>vn -0.5720 0.6879 0.4468</w:t>
        <w:br/>
        <w:t>vn -0.5728 0.6912 0.4407</w:t>
        <w:br/>
        <w:t>vn -0.5729 0.6912 0.4406</w:t>
        <w:br/>
        <w:t>vn -0.5854 0.7039 0.4022</w:t>
        <w:br/>
        <w:t>vn -0.5854 0.7039 0.4024</w:t>
        <w:br/>
        <w:t>vn -0.5832 0.7043 0.4048</w:t>
        <w:br/>
        <w:t>vn -0.5832 0.7043 0.4047</w:t>
        <w:br/>
        <w:t>vn -0.5736 0.6945 0.4343</w:t>
        <w:br/>
        <w:t>vn -0.5737 0.6945 0.4343</w:t>
        <w:br/>
        <w:t>vn -0.5867 0.7042 0.3999</w:t>
        <w:br/>
        <w:t>vn -0.5868 0.7041 0.3998</w:t>
        <w:br/>
        <w:t>vn -0.5689 0.7145 0.4072</w:t>
        <w:br/>
        <w:t>vn -0.5492 0.7268 0.4124</w:t>
        <w:br/>
        <w:t>vn -0.5533 0.7224 0.4147</w:t>
        <w:br/>
        <w:t>vn -0.5665 0.7141 0.4112</w:t>
        <w:br/>
        <w:t>vn -0.5480 0.7118 0.4394</w:t>
        <w:br/>
        <w:t>vn -0.5500 0.7072 0.4442</w:t>
        <w:br/>
        <w:t>vn -0.5501 0.7072 0.4441</w:t>
        <w:br/>
        <w:t>vn -0.5480 0.7117 0.4395</w:t>
        <w:br/>
        <w:t>vn -0.5352 0.7333 0.4193</w:t>
        <w:br/>
        <w:t>vn -0.5366 0.7321 0.4195</w:t>
        <w:br/>
        <w:t>vn -0.5366 0.7321 0.4196</w:t>
        <w:br/>
        <w:t>vn -0.5351 0.7334 0.4193</w:t>
        <w:br/>
        <w:t>vn -0.5462 0.7157 0.4353</w:t>
        <w:br/>
        <w:t>vn -0.5462 0.7157 0.4352</w:t>
        <w:br/>
        <w:t>vn -0.5348 0.7339 0.4188</w:t>
        <w:br/>
        <w:t>vn -0.5349 0.7338 0.4188</w:t>
        <w:br/>
        <w:t>vn -0.5567 0.7133 0.4257</w:t>
        <w:br/>
        <w:t>vn -0.5659 0.7068 0.4245</w:t>
        <w:br/>
        <w:t>vn -0.5543 0.7133 0.4288</w:t>
        <w:br/>
        <w:t>vn -0.5679 0.7036 0.4271</w:t>
        <w:br/>
        <w:t>vn 0.5720 -0.6882 -0.4463</w:t>
        <w:br/>
        <w:t>vn 0.5731 -0.6912 -0.4403</w:t>
        <w:br/>
        <w:t>vn 0.5730 -0.6912 -0.4403</w:t>
        <w:br/>
        <w:t>vn 0.5720 -0.6881 -0.4464</w:t>
        <w:br/>
        <w:t>vn 0.5867 -0.7029 -0.4020</w:t>
        <w:br/>
        <w:t>vn 0.5841 -0.7037 -0.4044</w:t>
        <w:br/>
        <w:t>vn 0.5842 -0.7037 -0.4043</w:t>
        <w:br/>
        <w:t>vn 0.5868 -0.7030 -0.4018</w:t>
        <w:br/>
        <w:t>vn 0.5738 -0.6945 -0.4342</w:t>
        <w:br/>
        <w:t>vn 0.5736 -0.6945 -0.4343</w:t>
        <w:br/>
        <w:t>vn 0.5883 -0.7027 -0.4002</w:t>
        <w:br/>
        <w:t>vn 0.5883 -0.7027 -0.4001</w:t>
        <w:br/>
        <w:t>vn 0.5530 -0.7225 -0.4150</w:t>
        <w:br/>
        <w:t>vn 0.5489 -0.7262 -0.4140</w:t>
        <w:br/>
        <w:t>vn 0.5695 -0.7141 -0.4071</w:t>
        <w:br/>
        <w:t>vn 0.5667 -0.7145 -0.4103</w:t>
        <w:br/>
        <w:t>vn 0.5477 -0.7119 -0.4394</w:t>
        <w:br/>
        <w:t>vn 0.5477 -0.7120 -0.4395</w:t>
        <w:br/>
        <w:t>vn 0.5502 -0.7073 -0.4438</w:t>
        <w:br/>
        <w:t>vn 0.5503 -0.7072 -0.4438</w:t>
        <w:br/>
        <w:t>vn 0.5361 -0.7322 -0.4200</w:t>
        <w:br/>
        <w:t>vn 0.5361 -0.7323 -0.4199</w:t>
        <w:br/>
        <w:t>vn 0.5347 -0.7337 -0.4191</w:t>
        <w:br/>
        <w:t>vn 0.5345 -0.7339 -0.4192</w:t>
        <w:br/>
        <w:t>vn 0.5461 -0.7157 -0.4354</w:t>
        <w:br/>
        <w:t>vn 0.5462 -0.7156 -0.4354</w:t>
        <w:br/>
        <w:t>vn 0.5375 -0.7305 -0.4213</w:t>
        <w:br/>
        <w:t>vn 0.5349 -0.7340 -0.4186</w:t>
        <w:br/>
        <w:t>vn 0.5350 -0.7339 -0.4185</w:t>
        <w:br/>
        <w:t>vn 0.5659 -0.7068 -0.4246</w:t>
        <w:br/>
        <w:t>vn 0.5569 -0.7134 -0.4253</w:t>
        <w:br/>
        <w:t>vn 0.5549 -0.7125 -0.4295</w:t>
        <w:br/>
        <w:t>vn 0.5682 -0.7025 -0.4285</w:t>
        <w:br/>
        <w:t>vn 0.6927 0.0626 0.7185</w:t>
        <w:br/>
        <w:t>vn 0.8027 0.3147 0.5066</w:t>
        <w:br/>
        <w:t>vn 0.8027 0.3146 0.5067</w:t>
        <w:br/>
        <w:t>vn -0.8033 -0.3163 -0.5047</w:t>
        <w:br/>
        <w:t>vn -0.6892 -0.0564 -0.7224</w:t>
        <w:br/>
        <w:t>vn -0.6893 -0.0564 -0.7223</w:t>
        <w:br/>
        <w:t>vn 0.8033 0.3159 0.5049</w:t>
        <w:br/>
        <w:t>vn 0.6857 0.0502 0.7262</w:t>
        <w:br/>
        <w:t>vn 0.6858 0.0502 0.7261</w:t>
        <w:br/>
        <w:t>vn -0.7063 -0.0846 -0.7029</w:t>
        <w:br/>
        <w:t>vn -0.8042 -0.3175 -0.5024</w:t>
        <w:br/>
        <w:t>vn -0.8159 -0.5290 -0.2332</w:t>
        <w:br/>
        <w:t>vn -0.8159 -0.5291 -0.2332</w:t>
        <w:br/>
        <w:t>vn 0.8144 0.5361 0.2221</w:t>
        <w:br/>
        <w:t>vn -0.8187 -0.5168 -0.2504</w:t>
        <w:br/>
        <w:t>vn 0.8175 0.5209 0.2455</w:t>
        <w:br/>
        <w:t>vn 0.8179 0.5186 0.2494</w:t>
        <w:br/>
        <w:t>vn 0.8009 0.3076 0.5137</w:t>
        <w:br/>
        <w:t>vn -0.8016 -0.3108 -0.5107</w:t>
        <w:br/>
        <w:t>vn -0.8181 -0.5172 -0.2517</w:t>
        <w:br/>
        <w:t>vn -0.8180 -0.5172 -0.2517</w:t>
        <w:br/>
        <w:t>vn 0.8066 0.3342 0.4876</w:t>
        <w:br/>
        <w:t>vn 0.8169 0.5197 0.2502</w:t>
        <w:br/>
        <w:t>vn 0.8169 0.5197 0.2503</w:t>
        <w:br/>
        <w:t>vn -0.8141 -0.5354 -0.2248</w:t>
        <w:br/>
        <w:t>vn -0.8074 -0.3375 -0.4840</w:t>
        <w:br/>
        <w:t>vn -0.6835 -0.0477 -0.7284</w:t>
        <w:br/>
        <w:t>vn -0.6836 -0.0477 -0.7283</w:t>
        <w:br/>
        <w:t>vn 0.6905 0.0587 0.7209</w:t>
        <w:br/>
        <w:t>vn 0.6906 0.0587 0.7209</w:t>
        <w:br/>
        <w:t>vn -0.7128 -0.1002 -0.6941</w:t>
        <w:br/>
        <w:t>vn -0.7129 -0.1001 -0.6941</w:t>
        <w:br/>
        <w:t>vn 0.7156 0.1050 0.6905</w:t>
        <w:br/>
        <w:t>vn -0.8059 -0.5667 -0.1713</w:t>
        <w:br/>
        <w:t>vn -0.6776 -0.0375 -0.7345</w:t>
        <w:br/>
        <w:t>vn 0.6569 0.0027 0.7540</w:t>
        <w:br/>
        <w:t>vn 0.8121 0.5439 0.2114</w:t>
        <w:br/>
        <w:t>vn 0.6568 0.0028 0.7541</w:t>
        <w:br/>
        <w:t>vn -0.5778 0.7092 0.4039</w:t>
        <w:br/>
        <w:t>vn -0.5526 0.7228 0.4149</w:t>
        <w:br/>
        <w:t>vn -0.5672 0.6882 0.4524</w:t>
        <w:br/>
        <w:t>vn -0.5672 0.6881 0.4525</w:t>
        <w:br/>
        <w:t>vn -0.5715 0.6852 0.4515</w:t>
        <w:br/>
        <w:t>vn -0.5804 0.7052 0.4073</w:t>
        <w:br/>
        <w:t>vn -0.5803 0.7052 0.4074</w:t>
        <w:br/>
        <w:t>vn -0.5735 0.6987 0.4277</w:t>
        <w:br/>
        <w:t>vn -0.5735 0.6985 0.4279</w:t>
        <w:br/>
        <w:t>vn -0.5873 0.7048 0.3978</w:t>
        <w:br/>
        <w:t>vn -0.5876 0.7047 0.3977</w:t>
        <w:br/>
        <w:t>vn -0.5522 0.7026 0.4487</w:t>
        <w:br/>
        <w:t>vn -0.5581 0.6964 0.4512</w:t>
        <w:br/>
        <w:t>vn -0.5523 0.7027 0.4486</w:t>
        <w:br/>
        <w:t>vn -0.5386 0.7309 0.4192</w:t>
        <w:br/>
        <w:t>vn -0.5385 0.7308 0.4193</w:t>
        <w:br/>
        <w:t>vn -0.5454 0.7190 0.4307</w:t>
        <w:br/>
        <w:t>vn -0.5456 0.7190 0.4305</w:t>
        <w:br/>
        <w:t>vn -0.5359 0.7333 0.4184</w:t>
        <w:br/>
        <w:t>vn -0.5361 0.7332 0.4185</w:t>
        <w:br/>
        <w:t>vn 0.5538 -0.7223 -0.4142</w:t>
        <w:br/>
        <w:t>vn 0.5538 -0.7223 -0.4141</w:t>
        <w:br/>
        <w:t>vn 0.5784 -0.7082 -0.4048</w:t>
        <w:br/>
        <w:t>vn 0.5704 -0.6859 -0.4518</w:t>
        <w:br/>
        <w:t>vn 0.5664 -0.6883 -0.4533</w:t>
        <w:br/>
        <w:t>vn 0.5665 -0.6883 -0.4532</w:t>
        <w:br/>
        <w:t>vn 0.5705 -0.6860 -0.4516</w:t>
        <w:br/>
        <w:t>vn 0.5809 -0.7049 -0.4070</w:t>
        <w:br/>
        <w:t>vn 0.5810 -0.7049 -0.4070</w:t>
        <w:br/>
        <w:t>vn 0.5735 -0.6980 -0.4289</w:t>
        <w:br/>
        <w:t>vn 0.5735 -0.6981 -0.4287</w:t>
        <w:br/>
        <w:t>vn 0.5886 -0.7031 -0.3990</w:t>
        <w:br/>
        <w:t>vn 0.5591 -0.6960 -0.4506</w:t>
        <w:br/>
        <w:t>vn 0.5591 -0.6959 -0.4506</w:t>
        <w:br/>
        <w:t>vn 0.5531 -0.7030 -0.4472</w:t>
        <w:br/>
        <w:t>vn 0.5532 -0.7027 -0.4475</w:t>
        <w:br/>
        <w:t>vn 0.5460 -0.7185 -0.4309</w:t>
        <w:br/>
        <w:t>vn 0.5373 -0.7325 -0.4181</w:t>
        <w:br/>
        <w:t>vn 0.5372 -0.7327 -0.4179</w:t>
        <w:br/>
        <w:t>vn 0.4833 0.7509 -0.4500</w:t>
        <w:br/>
        <w:t>vn -0.1213 0.5224 -0.8441</w:t>
        <w:br/>
        <w:t>vn -0.1213 0.5224 -0.8440</w:t>
        <w:br/>
        <w:t>vn 0.4833 0.7509 -0.4501</w:t>
        <w:br/>
        <w:t>vn -0.4914 -0.7504 0.4422</w:t>
        <w:br/>
        <w:t>vn 0.1319 -0.5147 0.8472</w:t>
        <w:br/>
        <w:t>vn 0.5163 -0.1779 0.8377</w:t>
        <w:br/>
        <w:t>vn 0.1041 -0.5337 0.8393</w:t>
        <w:br/>
        <w:t>vn 0.1042 -0.5337 0.8393</w:t>
        <w:br/>
        <w:t>vn -0.0807 0.5487 -0.8321</w:t>
        <w:br/>
        <w:t>vn -0.4897 0.2078 -0.8468</w:t>
        <w:br/>
        <w:t>vn -0.4897 0.2077 -0.8468</w:t>
        <w:br/>
        <w:t>vn 0.4677 -0.2314 0.8530</w:t>
        <w:br/>
        <w:t>vn 0.0623 -0.5596 0.8264</w:t>
        <w:br/>
        <w:t>vn 0.0622 -0.5596 0.8264</w:t>
        <w:br/>
        <w:t>vn 0.4678 -0.2314 0.8530</w:t>
        <w:br/>
        <w:t>vn -0.5477 0.1419 -0.8246</w:t>
        <w:br/>
        <w:t>vn -0.4751 -0.7498 0.4606</w:t>
        <w:br/>
        <w:t>vn -0.7388 -0.6722 0.0485</w:t>
        <w:br/>
        <w:t>vn -0.7388 -0.6722 0.0486</w:t>
        <w:br/>
        <w:t>vn 0.4561 0.7492 -0.4802</w:t>
        <w:br/>
        <w:t>vn 0.7269 0.6824 -0.0764</w:t>
        <w:br/>
        <w:t>vn 0.7269 0.6824 -0.0765</w:t>
        <w:br/>
        <w:t>vn 0.4561 0.7492 -0.4803</w:t>
        <w:br/>
        <w:t>vn -0.4914 -0.7504 0.4421</w:t>
        <w:br/>
        <w:t>vn -0.7571 -0.6532 0.0046</w:t>
        <w:br/>
        <w:t>vn -0.7572 -0.6532 0.0046</w:t>
        <w:br/>
        <w:t>vn 0.7507 0.6603 -0.0193</w:t>
        <w:br/>
        <w:t>vn 0.4833 0.7510 -0.4499</w:t>
        <w:br/>
        <w:t>vn 0.4834 0.7509 -0.4500</w:t>
        <w:br/>
        <w:t>vn 0.7507 0.6603 -0.0192</w:t>
        <w:br/>
        <w:t>vn 0.7445 0.6667 -0.0353</w:t>
        <w:br/>
        <w:t>vn 0.4749 0.7502 -0.4600</w:t>
        <w:br/>
        <w:t>vn -0.7559 -0.6547 0.0056</w:t>
        <w:br/>
        <w:t>vn -0.7559 -0.6547 0.0057</w:t>
        <w:br/>
        <w:t>vn -0.4913 -0.7507 0.4416</w:t>
        <w:br/>
        <w:t>vn -0.4913 -0.7508 0.4416</w:t>
        <w:br/>
        <w:t>vn 0.7612 0.6483 0.0170</w:t>
        <w:br/>
        <w:t>vn 0.7612 0.6483 0.0171</w:t>
        <w:br/>
        <w:t>vn -0.7402 -0.6708 0.0451</w:t>
        <w:br/>
        <w:t>vn -0.7402 -0.6708 0.0450</w:t>
        <w:br/>
        <w:t>vn 0.1041 -0.5337 0.8392</w:t>
        <w:br/>
        <w:t>vn 0.1023 -0.5316 0.8408</w:t>
        <w:br/>
        <w:t>vn -0.4756 0.2226 -0.8510</w:t>
        <w:br/>
        <w:t>vn -0.0704 0.5550 -0.8289</w:t>
        <w:br/>
        <w:t>vn -0.0704 0.5550 -0.8288</w:t>
        <w:br/>
        <w:t>vn 0.5003 -0.1959 0.8434</w:t>
        <w:br/>
        <w:t>vn -0.5421 0.1463 -0.8275</w:t>
        <w:br/>
        <w:t>vn 0.5544 -0.1315 0.8218</w:t>
        <w:br/>
        <w:t>vn 0.5685 0.6604 0.4906</w:t>
        <w:br/>
        <w:t>vn 0.5684 0.6606 0.4905</w:t>
        <w:br/>
        <w:t>vn 0.5683 0.6606 0.4906</w:t>
        <w:br/>
        <w:t>vn 0.5685 0.6606 0.4903</w:t>
        <w:br/>
        <w:t>vn 0.5684 0.6604 0.4907</w:t>
        <w:br/>
        <w:t>vn 0.5684 0.6603 0.4908</w:t>
        <w:br/>
        <w:t>vn 0.5686 0.6603 0.4907</w:t>
        <w:br/>
        <w:t>vn 0.5687 0.6601 0.4908</w:t>
        <w:br/>
        <w:t>vn 0.5682 0.6606 0.4907</w:t>
        <w:br/>
        <w:t>vn 0.5684 0.6605 0.4905</w:t>
        <w:br/>
        <w:t>vn 0.5682 0.6606 0.4906</w:t>
        <w:br/>
        <w:t>vn 0.5682 0.6605 0.4907</w:t>
        <w:br/>
        <w:t>vn -0.5686 -0.6603 -0.4906</w:t>
        <w:br/>
        <w:t>vn -0.5685 -0.6604 -0.4907</w:t>
        <w:br/>
        <w:t>vn -0.5684 -0.6605 -0.4907</w:t>
        <w:br/>
        <w:t>vn -0.5684 -0.6604 -0.4907</w:t>
        <w:br/>
        <w:t>vn -0.5685 -0.6603 -0.4907</w:t>
        <w:br/>
        <w:t>vn -0.5685 -0.6604 -0.4906</w:t>
        <w:br/>
        <w:t>vn -0.5685 -0.6603 -0.4908</w:t>
        <w:br/>
        <w:t>vn -0.5684 -0.6605 -0.4906</w:t>
        <w:br/>
        <w:t>vn -0.5686 -0.6604 -0.4905</w:t>
        <w:br/>
        <w:t>vn -0.5685 -0.6604 -0.4905</w:t>
        <w:br/>
        <w:t>vn -0.5686 -0.6602 -0.4908</w:t>
        <w:br/>
        <w:t>vn -0.0861 0.6410 -0.7627</w:t>
        <w:br/>
        <w:t>vn -0.0859 0.6408 -0.7629</w:t>
        <w:br/>
        <w:t>vn -0.3402 0.7317 -0.5907</w:t>
        <w:br/>
        <w:t>vn -0.3403 0.7317 -0.5907</w:t>
        <w:br/>
        <w:t>vn 0.3415 -0.7320 0.5895</w:t>
        <w:br/>
        <w:t>vn 0.0986 -0.6468 0.7562</w:t>
        <w:br/>
        <w:t>vn 0.0986 -0.6467 0.7563</w:t>
        <w:br/>
        <w:t>vn -0.0916 0.6434 -0.7600</w:t>
        <w:br/>
        <w:t>vn -0.0915 0.6434 -0.7600</w:t>
        <w:br/>
        <w:t>vn -0.3294 0.7290 -0.6001</w:t>
        <w:br/>
        <w:t>vn -0.3294 0.7291 -0.6000</w:t>
        <w:br/>
        <w:t>vn 0.0860 -0.6408 0.7628</w:t>
        <w:br/>
        <w:t>vn 0.3400 -0.7319 0.5906</w:t>
        <w:br/>
        <w:t>vn 0.3403 -0.7318 0.5905</w:t>
        <w:br/>
        <w:t>vn 0.0860 -0.6409 0.7628</w:t>
        <w:br/>
        <w:t>vn -0.7543 0.1807 0.6311</w:t>
        <w:br/>
        <w:t>vn -0.7544 0.1807 0.6311</w:t>
        <w:br/>
        <w:t>vn -0.8176 0.3854 0.4278</w:t>
        <w:br/>
        <w:t>vn -0.8175 0.3854 0.4280</w:t>
        <w:br/>
        <w:t>vn 0.7490 -0.1689 -0.6406</w:t>
        <w:br/>
        <w:t>vn 0.8181 -0.3916 -0.4212</w:t>
        <w:br/>
        <w:t>vn 0.8181 -0.3915 -0.4212</w:t>
        <w:br/>
        <w:t>vn 0.7490 -0.1687 -0.6407</w:t>
        <w:br/>
        <w:t>vn -0.7492 0.1683 0.6406</w:t>
        <w:br/>
        <w:t>vn -0.8182 0.3915 0.4211</w:t>
        <w:br/>
        <w:t>vn -0.8182 0.3913 0.4211</w:t>
        <w:br/>
        <w:t>vn -0.7492 0.1686 0.6406</w:t>
        <w:br/>
        <w:t>vn 0.7525 -0.1761 -0.6346</w:t>
        <w:br/>
        <w:t>vn 0.7525 -0.1763 -0.6345</w:t>
        <w:br/>
        <w:t>vn 0.8184 -0.3916 -0.4205</w:t>
        <w:br/>
        <w:t>vn 0.5684 0.6605 0.4906</w:t>
        <w:br/>
        <w:t>vn 0.5684 0.6604 0.4906</w:t>
        <w:br/>
        <w:t>vn 0.5681 0.6607 0.4906</w:t>
        <w:br/>
        <w:t>vn 0.5685 0.6602 0.4908</w:t>
        <w:br/>
        <w:t>vn 0.5685 0.6604 0.4907</w:t>
        <w:br/>
        <w:t>vn -0.5684 -0.6604 -0.4906</w:t>
        <w:br/>
        <w:t>vn -0.5684 -0.6603 -0.4908</w:t>
        <w:br/>
        <w:t>vn -0.5686 -0.6604 -0.4906</w:t>
        <w:br/>
        <w:t>vn -0.7139 0.6924 -0.1046</w:t>
        <w:br/>
        <w:t>vn -0.7140 0.6923 -0.1045</w:t>
        <w:br/>
        <w:t>vn 0.4086 0.2909 -0.8651</w:t>
        <w:br/>
        <w:t>vn 0.4086 0.2910 -0.8651</w:t>
        <w:br/>
        <w:t>vn -0.4103 -0.2894 0.8648</w:t>
        <w:br/>
        <w:t>vn -0.4102 -0.2897 0.8648</w:t>
        <w:br/>
        <w:t>vn 0.3416 -0.7321 0.5894</w:t>
        <w:br/>
        <w:t>vn 0.7141 -0.6922 0.1041</w:t>
        <w:br/>
        <w:t>vn 0.7142 -0.6921 0.1044</w:t>
        <w:br/>
        <w:t>vn 0.4114 0.2882 -0.8647</w:t>
        <w:br/>
        <w:t>vn 0.4115 0.2884 -0.8646</w:t>
        <w:br/>
        <w:t>vn -0.7114 0.6941 -0.1098</w:t>
        <w:br/>
        <w:t>vn -0.7116 0.6939 -0.1100</w:t>
        <w:br/>
        <w:t>vn 0.7140 -0.6923 0.1045</w:t>
        <w:br/>
        <w:t>vn 0.7142 -0.6922 0.1043</w:t>
        <w:br/>
        <w:t>vn 0.0860 -0.6408 0.7629</w:t>
        <w:br/>
        <w:t>vn -0.4086 -0.2911 0.8650</w:t>
        <w:br/>
        <w:t>vn -0.4087 -0.2908 0.8651</w:t>
        <w:br/>
        <w:t>vn 0.5728 0.6911 0.4408</w:t>
        <w:br/>
        <w:t>vn 0.5720 0.6878 0.4468</w:t>
        <w:br/>
        <w:t>vn 0.5720 0.6879 0.4468</w:t>
        <w:br/>
        <w:t>vn 0.5728 0.6912 0.4406</w:t>
        <w:br/>
        <w:t>vn 0.5854 0.7039 0.4023</w:t>
        <w:br/>
        <w:t>vn 0.5832 0.7043 0.4048</w:t>
        <w:br/>
        <w:t>vn 0.5832 0.7044 0.4047</w:t>
        <w:br/>
        <w:t>vn 0.5854 0.7039 0.4022</w:t>
        <w:br/>
        <w:t>vn 0.5736 0.6945 0.4343</w:t>
        <w:br/>
        <w:t>vn 0.5866 0.7042 0.4000</w:t>
        <w:br/>
        <w:t>vn 0.5868 0.7041 0.3998</w:t>
        <w:br/>
        <w:t>vn 0.5689 0.7145 0.4072</w:t>
        <w:br/>
        <w:t>vn 0.5665 0.7141 0.4112</w:t>
        <w:br/>
        <w:t>vn 0.5534 0.7224 0.4147</w:t>
        <w:br/>
        <w:t>vn 0.5492 0.7269 0.4123</w:t>
        <w:br/>
        <w:t>vn 0.5478 0.7117 0.4397</w:t>
        <w:br/>
        <w:t>vn 0.5480 0.7117 0.4396</w:t>
        <w:br/>
        <w:t>vn 0.5499 0.7071 0.4445</w:t>
        <w:br/>
        <w:t>vn 0.5500 0.7072 0.4442</w:t>
        <w:br/>
        <w:t>vn 0.5366 0.7321 0.4196</w:t>
        <w:br/>
        <w:t>vn 0.5366 0.7322 0.4195</w:t>
        <w:br/>
        <w:t>vn 0.5351 0.7333 0.4193</w:t>
        <w:br/>
        <w:t>vn 0.5350 0.7334 0.4194</w:t>
        <w:br/>
        <w:t>vn 0.5462 0.7157 0.4353</w:t>
        <w:br/>
        <w:t>vn 0.5462 0.7157 0.4352</w:t>
        <w:br/>
        <w:t>vn 0.5348 0.7339 0.4188</w:t>
        <w:br/>
        <w:t>vn 0.5659 0.7068 0.4245</w:t>
        <w:br/>
        <w:t>vn 0.5567 0.7134 0.4257</w:t>
        <w:br/>
        <w:t>vn 0.5679 0.7036 0.4271</w:t>
        <w:br/>
        <w:t>vn 0.5542 0.7134 0.4289</w:t>
        <w:br/>
        <w:t>vn -0.5730 -0.6912 -0.4404</w:t>
        <w:br/>
        <w:t>vn -0.5731 -0.6912 -0.4403</w:t>
        <w:br/>
        <w:t>vn -0.5720 -0.6881 -0.4464</w:t>
        <w:br/>
        <w:t>vn -0.5720 -0.6881 -0.4465</w:t>
        <w:br/>
        <w:t>vn -0.5868 -0.7030 -0.4019</w:t>
        <w:br/>
        <w:t>vn -0.5842 -0.7037 -0.4043</w:t>
        <w:br/>
        <w:t>vn -0.5738 -0.6945 -0.4341</w:t>
        <w:br/>
        <w:t>vn -0.5737 -0.6945 -0.4342</w:t>
        <w:br/>
        <w:t>vn -0.5883 -0.7027 -0.4002</w:t>
        <w:br/>
        <w:t>vn -0.5885 -0.7027 -0.3999</w:t>
        <w:br/>
        <w:t>vn -0.5696 -0.7141 -0.4070</w:t>
        <w:br/>
        <w:t>vn -0.5489 -0.7262 -0.4140</w:t>
        <w:br/>
        <w:t>vn -0.5530 -0.7225 -0.4150</w:t>
        <w:br/>
        <w:t>vn -0.5667 -0.7145 -0.4103</w:t>
        <w:br/>
        <w:t>vn -0.5477 -0.7120 -0.4395</w:t>
        <w:br/>
        <w:t>vn -0.5503 -0.7072 -0.4439</w:t>
        <w:br/>
        <w:t>vn -0.5502 -0.7073 -0.4438</w:t>
        <w:br/>
        <w:t>vn -0.5476 -0.7120 -0.4396</w:t>
        <w:br/>
        <w:t>vn -0.5361 -0.7322 -0.4200</w:t>
        <w:br/>
        <w:t>vn -0.5348 -0.7337 -0.4191</w:t>
        <w:br/>
        <w:t>vn -0.5360 -0.7323 -0.4200</w:t>
        <w:br/>
        <w:t>vn -0.5462 -0.7156 -0.4354</w:t>
        <w:br/>
        <w:t>vn -0.5374 -0.7306 -0.4213</w:t>
        <w:br/>
        <w:t>vn -0.5375 -0.7305 -0.4213</w:t>
        <w:br/>
        <w:t>vn -0.5349 -0.7339 -0.4186</w:t>
        <w:br/>
        <w:t>vn -0.5351 -0.7338 -0.4185</w:t>
        <w:br/>
        <w:t>vn -0.5569 -0.7134 -0.4253</w:t>
        <w:br/>
        <w:t>vn -0.5659 -0.7068 -0.4245</w:t>
        <w:br/>
        <w:t>vn -0.5549 -0.7125 -0.4294</w:t>
        <w:br/>
        <w:t>vn -0.5683 -0.7025 -0.4284</w:t>
        <w:br/>
        <w:t>vn -0.8027 0.3147 0.5066</w:t>
        <w:br/>
        <w:t>vn -0.8027 0.3146 0.5066</w:t>
        <w:br/>
        <w:t>vn -0.6927 0.0626 0.7185</w:t>
        <w:br/>
        <w:t>vn 0.6893 -0.0564 -0.7223</w:t>
        <w:br/>
        <w:t>vn 0.8033 -0.3163 -0.5047</w:t>
        <w:br/>
        <w:t>vn 0.6892 -0.0563 -0.7223</w:t>
        <w:br/>
        <w:t>vn -0.8033 0.3159 0.5049</w:t>
        <w:br/>
        <w:t>vn -0.8033 0.3159 0.5048</w:t>
        <w:br/>
        <w:t>vn -0.6858 0.0502 0.7261</w:t>
        <w:br/>
        <w:t>vn -0.6857 0.0502 0.7262</w:t>
        <w:br/>
        <w:t>vn 0.8042 -0.3175 -0.5024</w:t>
        <w:br/>
        <w:t>vn 0.7062 -0.0846 -0.7029</w:t>
        <w:br/>
        <w:t>vn 0.7063 -0.0846 -0.7029</w:t>
        <w:br/>
        <w:t>vn 0.8159 -0.5290 -0.2333</w:t>
        <w:br/>
        <w:t>vn 0.8159 -0.5291 -0.2332</w:t>
        <w:br/>
        <w:t>vn -0.8144 0.5361 0.2221</w:t>
        <w:br/>
        <w:t>vn 0.8187 -0.5168 -0.2504</w:t>
        <w:br/>
        <w:t>vn -0.8176 0.5209 0.2454</w:t>
        <w:br/>
        <w:t>vn -0.8175 0.5209 0.2455</w:t>
        <w:br/>
        <w:t>vn -0.8179 0.5186 0.2494</w:t>
        <w:br/>
        <w:t>vn -0.8009 0.3076 0.5138</w:t>
        <w:br/>
        <w:t>vn -0.8009 0.3076 0.5137</w:t>
        <w:br/>
        <w:t>vn 0.8180 -0.5172 -0.2517</w:t>
        <w:br/>
        <w:t>vn 0.8016 -0.3108 -0.5107</w:t>
        <w:br/>
        <w:t>vn 0.8017 -0.3108 -0.5106</w:t>
        <w:br/>
        <w:t>vn 0.8181 -0.5171 -0.2517</w:t>
        <w:br/>
        <w:t>vn -0.8169 0.5196 0.2503</w:t>
        <w:br/>
        <w:t>vn -0.8169 0.5197 0.2503</w:t>
        <w:br/>
        <w:t>vn -0.8066 0.3342 0.4876</w:t>
        <w:br/>
        <w:t>vn 0.8074 -0.3375 -0.4839</w:t>
        <w:br/>
        <w:t>vn 0.8141 -0.5354 -0.2248</w:t>
        <w:br/>
        <w:t>vn 0.6836 -0.0477 -0.7283</w:t>
        <w:br/>
        <w:t>vn -0.6905 0.0587 0.7209</w:t>
        <w:br/>
        <w:t>vn -0.6906 0.0587 0.7209</w:t>
        <w:br/>
        <w:t>vn 0.7129 -0.1001 -0.6941</w:t>
        <w:br/>
        <w:t>vn 0.7128 -0.1001 -0.6941</w:t>
        <w:br/>
        <w:t>vn -0.7156 0.1050 0.6906</w:t>
        <w:br/>
        <w:t>vn -0.7156 0.1050 0.6905</w:t>
        <w:br/>
        <w:t>vn 0.8059 -0.5667 -0.1713</w:t>
        <w:br/>
        <w:t>vn 0.6776 -0.0375 -0.7345</w:t>
        <w:br/>
        <w:t>vn -0.6569 0.0027 0.7540</w:t>
        <w:br/>
        <w:t>vn -0.8121 0.5439 0.2115</w:t>
        <w:br/>
        <w:t>vn 0.5777 0.7092 0.4040</w:t>
        <w:br/>
        <w:t>vn 0.5778 0.7092 0.4040</w:t>
        <w:br/>
        <w:t>vn 0.5526 0.7228 0.4149</w:t>
        <w:br/>
        <w:t>vn 0.5526 0.7228 0.4150</w:t>
        <w:br/>
        <w:t>vn 0.5672 0.6881 0.4525</w:t>
        <w:br/>
        <w:t>vn 0.5715 0.6852 0.4516</w:t>
        <w:br/>
        <w:t>vn 0.5715 0.6851 0.4518</w:t>
        <w:br/>
        <w:t>vn 0.5672 0.6881 0.4526</w:t>
        <w:br/>
        <w:t>vn 0.5802 0.7052 0.4074</w:t>
        <w:br/>
        <w:t>vn 0.5803 0.7052 0.4073</w:t>
        <w:br/>
        <w:t>vn 0.5734 0.6987 0.4278</w:t>
        <w:br/>
        <w:t>vn 0.5735 0.6986 0.4279</w:t>
        <w:br/>
        <w:t>vn 0.5873 0.7049 0.3977</w:t>
        <w:br/>
        <w:t>vn 0.5873 0.7050 0.3976</w:t>
        <w:br/>
        <w:t>vn 0.5581 0.6964 0.4512</w:t>
        <w:br/>
        <w:t>vn 0.5522 0.7027 0.4486</w:t>
        <w:br/>
        <w:t>vn 0.5386 0.7308 0.4194</w:t>
        <w:br/>
        <w:t>vn 0.5386 0.7308 0.4193</w:t>
        <w:br/>
        <w:t>vn 0.5454 0.7190 0.4307</w:t>
        <w:br/>
        <w:t>vn 0.5454 0.7191 0.4307</w:t>
        <w:br/>
        <w:t>vn 0.5359 0.7333 0.4184</w:t>
        <w:br/>
        <w:t>vn 0.5360 0.7332 0.4185</w:t>
        <w:br/>
        <w:t>vn -0.5539 -0.7223 -0.4142</w:t>
        <w:br/>
        <w:t>vn -0.5784 -0.7082 -0.4048</w:t>
        <w:br/>
        <w:t>vn -0.5539 -0.7223 -0.4141</w:t>
        <w:br/>
        <w:t>vn -0.5704 -0.6859 -0.4518</w:t>
        <w:br/>
        <w:t>vn -0.5704 -0.6861 -0.4517</w:t>
        <w:br/>
        <w:t>vn -0.5664 -0.6883 -0.4533</w:t>
        <w:br/>
        <w:t>vn -0.5665 -0.6882 -0.4533</w:t>
        <w:br/>
        <w:t>vn -0.5809 -0.7049 -0.4070</w:t>
        <w:br/>
        <w:t>vn -0.5809 -0.7049 -0.4069</w:t>
        <w:br/>
        <w:t>vn -0.5734 -0.6983 -0.4284</w:t>
        <w:br/>
        <w:t>vn -0.5735 -0.6980 -0.4289</w:t>
        <w:br/>
        <w:t>vn -0.5886 -0.7032 -0.3990</w:t>
        <w:br/>
        <w:t>vn -0.5885 -0.7032 -0.3990</w:t>
        <w:br/>
        <w:t>vn -0.5591 -0.6959 -0.4507</w:t>
        <w:br/>
        <w:t>vn -0.5532 -0.7026 -0.4475</w:t>
        <w:br/>
        <w:t>vn -0.5533 -0.7026 -0.4474</w:t>
        <w:br/>
        <w:t>vn -0.5459 -0.7185 -0.4310</w:t>
        <w:br/>
        <w:t>vn -0.5460 -0.7185 -0.4309</w:t>
        <w:br/>
        <w:t>vn -0.5374 -0.7325 -0.4179</w:t>
        <w:br/>
        <w:t>vn -0.5372 -0.7326 -0.4180</w:t>
        <w:br/>
        <w:t>vn 0.1213 0.5224 -0.8440</w:t>
        <w:br/>
        <w:t>vn -0.4833 0.7509 -0.4500</w:t>
        <w:br/>
        <w:t>vn -0.1319 -0.5147 0.8472</w:t>
        <w:br/>
        <w:t>vn 0.4915 -0.7503 0.4421</w:t>
        <w:br/>
        <w:t>vn -0.1319 -0.5147 0.8471</w:t>
        <w:br/>
        <w:t>vn -0.5163 -0.1779 0.8377</w:t>
        <w:br/>
        <w:t>vn -0.1041 -0.5337 0.8392</w:t>
        <w:br/>
        <w:t>vn -0.1042 -0.5337 0.8393</w:t>
        <w:br/>
        <w:t>vn 0.4897 0.2078 -0.8468</w:t>
        <w:br/>
        <w:t>vn 0.0807 0.5488 -0.8321</w:t>
        <w:br/>
        <w:t>vn 0.0808 0.5487 -0.8321</w:t>
        <w:br/>
        <w:t>vn 0.4898 0.2077 -0.8467</w:t>
        <w:br/>
        <w:t>vn -0.0623 -0.5596 0.8264</w:t>
        <w:br/>
        <w:t>vn -0.0622 -0.5596 0.8264</w:t>
        <w:br/>
        <w:t>vn -0.4677 -0.2314 0.8530</w:t>
        <w:br/>
        <w:t>vn -0.4678 -0.2314 0.8530</w:t>
        <w:br/>
        <w:t>vn 0.5477 0.1419 -0.8246</w:t>
        <w:br/>
        <w:t>vn 0.4751 -0.7498 0.4606</w:t>
        <w:br/>
        <w:t>vn 0.7388 -0.6722 0.0486</w:t>
        <w:br/>
        <w:t>vn -0.4561 0.7492 -0.4802</w:t>
        <w:br/>
        <w:t>vn -0.7269 0.6825 -0.0764</w:t>
        <w:br/>
        <w:t>vn -0.7269 0.6825 -0.0765</w:t>
        <w:br/>
        <w:t>vn 0.4914 -0.7503 0.4421</w:t>
        <w:br/>
        <w:t>vn 0.7571 -0.6532 0.0046</w:t>
        <w:br/>
        <w:t>vn 0.7572 -0.6532 0.0046</w:t>
        <w:br/>
        <w:t>vn 0.4914 -0.7503 0.4422</w:t>
        <w:br/>
        <w:t>vn -0.7507 0.6604 -0.0193</w:t>
        <w:br/>
        <w:t>vn -0.7507 0.6603 -0.0192</w:t>
        <w:br/>
        <w:t>vn -0.4834 0.7509 -0.4500</w:t>
        <w:br/>
        <w:t>vn -0.7445 0.6667 -0.0353</w:t>
        <w:br/>
        <w:t>vn -0.7445 0.6667 -0.0352</w:t>
        <w:br/>
        <w:t>vn -0.4749 0.7502 -0.4600</w:t>
        <w:br/>
        <w:t>vn 0.7559 -0.6547 0.0056</w:t>
        <w:br/>
        <w:t>vn 0.4913 -0.7508 0.4415</w:t>
        <w:br/>
        <w:t>vn 0.4913 -0.7507 0.4416</w:t>
        <w:br/>
        <w:t>vn -0.7612 0.6483 0.0170</w:t>
        <w:br/>
        <w:t>vn -0.7612 0.6483 0.0171</w:t>
        <w:br/>
        <w:t>vn 0.7402 -0.6708 0.0450</w:t>
        <w:br/>
        <w:t>vn 0.7403 -0.6708 0.0450</w:t>
        <w:br/>
        <w:t>vn -0.1042 -0.5337 0.8392</w:t>
        <w:br/>
        <w:t>vn -0.1024 -0.5316 0.8408</w:t>
        <w:br/>
        <w:t>vn 0.4756 0.2227 -0.8510</w:t>
        <w:br/>
        <w:t>vn 0.0704 0.5551 -0.8288</w:t>
        <w:br/>
        <w:t>vn 0.0704 0.5550 -0.8288</w:t>
        <w:br/>
        <w:t>vn 0.4756 0.2226 -0.8510</w:t>
        <w:br/>
        <w:t>vn -0.5003 -0.1959 0.8434</w:t>
        <w:br/>
        <w:t>vn -0.5002 -0.1959 0.8434</w:t>
        <w:br/>
        <w:t>vn 0.5421 0.1463 -0.8275</w:t>
        <w:br/>
        <w:t>vn -0.5544 -0.1315 0.8218</w:t>
        <w:br/>
        <w:t>vn 0.7434 0.5283 -0.4102</w:t>
        <w:br/>
        <w:t>vn 0.7437 0.5298 -0.4077</w:t>
        <w:br/>
        <w:t>vn 0.7436 0.5290 -0.4090</w:t>
        <w:br/>
        <w:t>vn 0.7440 0.5294 -0.4077</w:t>
        <w:br/>
        <w:t>vn 0.7446 0.5297 -0.4062</w:t>
        <w:br/>
        <w:t>vn 0.7455 0.5286 -0.4059</w:t>
        <w:br/>
        <w:t>vn 0.7452 0.5297 -0.4051</w:t>
        <w:br/>
        <w:t>vn 0.7459 0.5287 -0.4051</w:t>
        <w:br/>
        <w:t>vn 0.7451 0.5279 -0.4076</w:t>
        <w:br/>
        <w:t>vn 0.7443 0.5277 -0.4094</w:t>
        <w:br/>
        <w:t>vn -0.7460 -0.5282 0.4056</w:t>
        <w:br/>
        <w:t>vn -0.7457 -0.5276 0.4070</w:t>
        <w:br/>
        <w:t>vn -0.7457 -0.5271 0.4076</w:t>
        <w:br/>
        <w:t>vn -0.7453 -0.5275 0.4077</w:t>
        <w:br/>
        <w:t>vn -0.7452 -0.5273 0.4083</w:t>
        <w:br/>
        <w:t>vn -0.7440 -0.5281 0.4093</w:t>
        <w:br/>
        <w:t>vn -0.7443 -0.5272 0.4099</w:t>
        <w:br/>
        <w:t>vn -0.7452 -0.5290 0.4060</w:t>
        <w:br/>
        <w:t>vn 0.5788 -0.8154 0.0009</w:t>
        <w:br/>
        <w:t>vn 0.5790 -0.8153 0.0008</w:t>
        <w:br/>
        <w:t>vn 0.6523 -0.7059 0.2760</w:t>
        <w:br/>
        <w:t>vn -0.0449 0.6493 0.7592</w:t>
        <w:br/>
        <w:t>vn 0.2910 0.2930 0.9108</w:t>
        <w:br/>
        <w:t>vn -0.3715 -0.1793 -0.9110</w:t>
        <w:br/>
        <w:t>vn -0.5969 0.2555 -0.7605</w:t>
        <w:br/>
        <w:t>vn -0.5973 0.2554 -0.7603</w:t>
        <w:br/>
        <w:t>vn 0.4521 -0.8487 -0.2746</w:t>
        <w:br/>
        <w:t>vn 0.4520 -0.8487 -0.2746</w:t>
        <w:br/>
        <w:t>vn -0.5787 0.8155 -0.0010</w:t>
        <w:br/>
        <w:t>vn -0.5787 0.8155 -0.0012</w:t>
        <w:br/>
        <w:t>vn 0.6663 -0.6225 0.4105</w:t>
        <w:br/>
        <w:t>vn 0.5789 -0.8154 0.0012</w:t>
        <w:br/>
        <w:t>vn 0.5789 -0.8154 0.0010</w:t>
        <w:br/>
        <w:t>vn 0.3685 -0.8350 -0.4087</w:t>
        <w:br/>
        <w:t>vn 0.3684 -0.8351 -0.4086</w:t>
        <w:br/>
        <w:t>vn -0.2938 -0.2888 -0.9112</w:t>
        <w:br/>
        <w:t>vn -0.2939 -0.2889 -0.9112</w:t>
        <w:br/>
        <w:t>vn -0.2939 -0.2889 -0.9111</w:t>
        <w:br/>
        <w:t>vn -0.5790 0.8154 -0.0009</w:t>
        <w:br/>
        <w:t>vn -0.5789 0.8154 -0.0009</w:t>
        <w:br/>
        <w:t>vn -0.5789 0.8154 -0.0010</w:t>
        <w:br/>
        <w:t>vn 0.3687 0.1836 0.9112</w:t>
        <w:br/>
        <w:t>vn 0.3686 0.1836 0.9113</w:t>
        <w:br/>
        <w:t>vn 0.7441 0.5274 -0.4101</w:t>
        <w:br/>
        <w:t>vn -0.7444 -0.5288 0.4076</w:t>
        <w:br/>
        <w:t>vn -0.7437 -0.5280 0.4100</w:t>
        <w:br/>
        <w:t>vn -0.7454 -0.5292 0.4053</w:t>
        <w:br/>
        <w:t>vn -0.4365 0.7684 0.4680</w:t>
        <w:br/>
        <w:t>vn -0.1835 0.9800 0.0767</w:t>
        <w:br/>
        <w:t>vn -0.5083 0.7682 0.3893</w:t>
        <w:br/>
        <w:t>vn -0.6650 0.5907 0.4571</w:t>
        <w:br/>
        <w:t>vn -0.6810 0.5804 0.4464</w:t>
        <w:br/>
        <w:t>vn -0.1677 -0.1762 0.9700</w:t>
        <w:br/>
        <w:t>vn -0.4177 0.2287 0.8793</w:t>
        <w:br/>
        <w:t>vn -0.1703 -0.1572 0.9728</w:t>
        <w:br/>
        <w:t>vn -0.4178 0.2287 0.8793</w:t>
        <w:br/>
        <w:t>vn -0.7021 0.3632 0.6125</w:t>
        <w:br/>
        <w:t>vn -0.4059 0.8480 0.3408</w:t>
        <w:br/>
        <w:t>vn -0.5816 0.3714 0.7238</w:t>
        <w:br/>
        <w:t>vn 0.4865 0.8539 0.1850</w:t>
        <w:br/>
        <w:t>vn -0.6081 0.6964 0.3812</w:t>
        <w:br/>
        <w:t>vn 0.2012 0.0692 0.9771</w:t>
        <w:br/>
        <w:t>vn 0.5083 0.7681 0.3894</w:t>
        <w:br/>
        <w:t>vn 0.1835 0.9800 0.0767</w:t>
        <w:br/>
        <w:t>vn 0.4365 0.7684 0.4680</w:t>
        <w:br/>
        <w:t>vn 0.6650 0.5907 0.4571</w:t>
        <w:br/>
        <w:t>vn 0.6810 0.5804 0.4464</w:t>
        <w:br/>
        <w:t>vn 0.5083 0.7682 0.3894</w:t>
        <w:br/>
        <w:t>vn 0.1677 -0.1762 0.9700</w:t>
        <w:br/>
        <w:t>vn 0.1703 -0.1572 0.9728</w:t>
        <w:br/>
        <w:t>vn 0.4178 0.2287 0.8793</w:t>
        <w:br/>
        <w:t>vn 0.7118 0.3576 0.6045</w:t>
        <w:br/>
        <w:t>vn 0.7020 0.3632 0.6125</w:t>
        <w:br/>
        <w:t>vn 0.5815 0.3714 0.7238</w:t>
        <w:br/>
        <w:t>vn -0.4864 0.8539 0.1851</w:t>
        <w:br/>
        <w:t>vn 0.4177 0.2287 0.8793</w:t>
        <w:br/>
        <w:t>vn 0.6081 0.6964 0.3811</w:t>
        <w:br/>
        <w:t>vn -0.2012 0.0692 0.9771</w:t>
        <w:br/>
        <w:t>vn 0.5082 -0.2501 -0.8241</w:t>
        <w:br/>
        <w:t>vn 0.1835 0.0945 -0.9785</w:t>
        <w:br/>
        <w:t>vn 0.4058 -0.1885 -0.8943</w:t>
        <w:br/>
        <w:t>vn 0.6650 -0.3475 -0.6610</w:t>
        <w:br/>
        <w:t>vn 0.6811 -0.3388 -0.6491</w:t>
        <w:br/>
        <w:t>vn -0.2599 -0.9444 -0.2017</w:t>
        <w:br/>
        <w:t>vn 0.1703 -0.9853 -0.0141</w:t>
        <w:br/>
        <w:t>vn 0.4178 -0.8262 -0.3779</w:t>
        <w:br/>
        <w:t>vn 0.4059 -0.1885 -0.8943</w:t>
        <w:br/>
        <w:t>vn 0.7020 -0.5402 -0.4641</w:t>
        <w:br/>
        <w:t>vn 0.5815 -0.6483 -0.4915</w:t>
        <w:br/>
        <w:t>vn 0.4364 -0.3275 -0.8380</w:t>
        <w:br/>
        <w:t>vn -0.4865 -0.0339 -0.8730</w:t>
        <w:br/>
        <w:t>vn 0.6081 -0.2544 -0.7520</w:t>
        <w:br/>
        <w:t>vn -0.2012 -0.9502 -0.2378</w:t>
        <w:br/>
        <w:t>vn -0.4365 -0.3275 -0.8380</w:t>
        <w:br/>
        <w:t>vn -0.5082 -0.2501 -0.8241</w:t>
        <w:br/>
        <w:t>vn -0.1835 0.0945 -0.9785</w:t>
        <w:br/>
        <w:t>vn -0.6967 -0.3299 -0.6369</w:t>
        <w:br/>
        <w:t>vn -0.6810 -0.3388 -0.6492</w:t>
        <w:br/>
        <w:t>vn -0.2599 -0.9443 -0.2016</w:t>
        <w:br/>
        <w:t>vn -0.4178 -0.8263 -0.3778</w:t>
        <w:br/>
        <w:t>vn -0.1703 -0.9853 -0.0140</w:t>
        <w:br/>
        <w:t>vn -0.7021 -0.5401 -0.4640</w:t>
        <w:br/>
        <w:t>vn -0.5815 -0.6483 -0.4915</w:t>
        <w:br/>
        <w:t>vn 0.4865 -0.0339 -0.8730</w:t>
        <w:br/>
        <w:t>vn -0.4177 -0.8263 -0.3779</w:t>
        <w:br/>
        <w:t>vn -0.6080 -0.2545 -0.7520</w:t>
        <w:br/>
        <w:t>vn -0.4177 -0.8262 -0.3779</w:t>
        <w:br/>
        <w:t>vn 0.2012 -0.9502 -0.2378</w:t>
        <w:br/>
        <w:t>vn 0.2598 0.0348 0.9650</w:t>
        <w:br/>
        <w:t>vn -0.7118 0.3577 0.6045</w:t>
        <w:br/>
        <w:t>vn -0.4059 0.8480 0.3409</w:t>
        <w:br/>
        <w:t>vn 0.6968 0.5699 0.4355</w:t>
        <w:br/>
        <w:t>vn 0.1677 -0.9858 0.0051</w:t>
        <w:br/>
        <w:t>vn 0.7118 -0.5332 -0.4572</w:t>
        <w:br/>
        <w:t>vn 0.4058 -0.1886 -0.8943</w:t>
        <w:br/>
        <w:t>vn -0.6650 -0.3475 -0.6610</w:t>
        <w:br/>
        <w:t>vn -0.1677 -0.9858 0.0051</w:t>
        <w:br/>
        <w:t>vn -0.7118 -0.5332 -0.4572</w:t>
        <w:br/>
        <w:t>vn -0.6632 -0.7392 -0.1170</w:t>
        <w:br/>
        <w:t>vn -0.6519 -0.7479 -0.1255</w:t>
        <w:br/>
        <w:t>vn -0.4493 -0.7929 -0.4116</w:t>
        <w:br/>
        <w:t>vn -0.4752 -0.7679 -0.4296</w:t>
        <w:br/>
        <w:t>vn -0.7382 -0.5434 0.3997</w:t>
        <w:br/>
        <w:t>vn -0.7690 -0.5172 0.3757</w:t>
        <w:br/>
        <w:t>vn -0.4762 -0.7720 -0.4209</w:t>
        <w:br/>
        <w:t>vn -0.3768 -0.8654 -0.3302</w:t>
        <w:br/>
        <w:t>vn -0.4838 0.0347 0.8745</w:t>
        <w:br/>
        <w:t>vn -0.6581 -0.2040 0.7248</w:t>
        <w:br/>
        <w:t>vn -0.4999 0.0463 0.8648</w:t>
        <w:br/>
        <w:t>vn 0.1328 -0.5854 -0.7998</w:t>
        <w:br/>
        <w:t>vn 0.0948 -0.5371 -0.8382</w:t>
        <w:br/>
        <w:t>vn 0.1037 -0.5353 -0.8383</w:t>
        <w:br/>
        <w:t>vn 0.2286 -0.6540 -0.7211</w:t>
        <w:br/>
        <w:t>vn 0.3585 -0.7716 -0.5255</w:t>
        <w:br/>
        <w:t>vn 0.5128 -0.8445 -0.1544</w:t>
        <w:br/>
        <w:t>vn -0.1694 -0.9723 0.1613</w:t>
        <w:br/>
        <w:t>vn -0.2227 -0.9559 -0.1914</w:t>
        <w:br/>
        <w:t>vn 0.4662 -0.8533 -0.2336</w:t>
        <w:br/>
        <w:t>vn 0.4334 -0.8579 -0.2761</w:t>
        <w:br/>
        <w:t>vn 0.3629 -0.8680 -0.3391</w:t>
        <w:br/>
        <w:t>vn -0.0254 0.4886 0.8721</w:t>
        <w:br/>
        <w:t>vn -0.5192 -0.0333 0.8540</w:t>
        <w:br/>
        <w:t>vn -0.4985 -0.1906 0.8457</w:t>
        <w:br/>
        <w:t>vn -0.2389 0.2704 0.9326</w:t>
        <w:br/>
        <w:t>vn 0.6498 -0.0866 -0.7551</w:t>
        <w:br/>
        <w:t>vn 0.8564 0.4818 -0.1858</w:t>
        <w:br/>
        <w:t>vn 0.8059 0.5907 -0.0413</w:t>
        <w:br/>
        <w:t>vn 0.6303 -0.0599 -0.7740</w:t>
        <w:br/>
        <w:t>vn 0.5009 0.7164 0.4857</w:t>
        <w:br/>
        <w:t>vn 0.8059 0.5907 -0.0412</w:t>
        <w:br/>
        <w:t>vn 0.4868 0.7315 0.4775</w:t>
        <w:br/>
        <w:t>vn 0.9459 -0.2467 -0.2107</w:t>
        <w:br/>
        <w:t>vn 0.7843 -0.2810 -0.5531</w:t>
        <w:br/>
        <w:t>vn 0.0051 0.4327 0.9015</w:t>
        <w:br/>
        <w:t>vn 0.2443 0.5960 0.7649</w:t>
        <w:br/>
        <w:t>vn 0.6328 -0.0593 -0.7720</w:t>
        <w:br/>
        <w:t>vn 0.6962 -0.1476 -0.7025</w:t>
        <w:br/>
        <w:t>vn -0.6117 -0.6957 0.3766</w:t>
        <w:br/>
        <w:t>vn 0.8571 0.4850 -0.1736</w:t>
        <w:br/>
        <w:t>vn 0.8398 0.5072 -0.1938</w:t>
        <w:br/>
        <w:t>vn -0.0051 0.5188 0.8549</w:t>
        <w:br/>
        <w:t>vn -0.0070 0.5041 0.8636</w:t>
        <w:br/>
        <w:t>vn -0.5038 0.0462 0.8626</w:t>
        <w:br/>
        <w:t>vn 0.9486 0.1357 -0.2859</w:t>
        <w:br/>
        <w:t>vn 0.4534 0.7239 0.5200</w:t>
        <w:br/>
        <w:t>vn 0.5478 0.6563 0.5188</w:t>
        <w:br/>
        <w:t>vn 0.6811 0.6837 0.2619</w:t>
        <w:br/>
        <w:t>vn 0.6347 -0.7110 -0.3029</w:t>
        <w:br/>
        <w:t>vn 0.4189 -0.7974 -0.4344</w:t>
        <w:br/>
        <w:t>vn -0.5423 0.0825 0.8361</w:t>
        <w:br/>
        <w:t>vn 0.6834 0.5733 0.4520</w:t>
        <w:br/>
        <w:t>vn -0.0182 -0.1029 0.9945</w:t>
        <w:br/>
        <w:t>vn 0.0460 0.0485 0.9978</w:t>
        <w:br/>
        <w:t>vn 0.3750 0.4956 0.7834</w:t>
        <w:br/>
        <w:t>vn 0.3907 0.4849 0.7824</w:t>
        <w:br/>
        <w:t>vn -0.0480 -0.0937 0.9944</w:t>
        <w:br/>
        <w:t>vn -0.4253 -0.6864 0.5899</w:t>
        <w:br/>
        <w:t>vn -0.4241 -0.7026 0.5714</w:t>
        <w:br/>
        <w:t>vn -0.0527 -0.1123 0.9923</w:t>
        <w:br/>
        <w:t>vn -0.3944 -0.7291 0.5593</w:t>
        <w:br/>
        <w:t>vn 0.0335 0.0260 0.9991</w:t>
        <w:br/>
        <w:t>vn 0.3640 0.5014 0.7850</w:t>
        <w:br/>
        <w:t>vn 0.3741 0.4932 0.7854</w:t>
        <w:br/>
        <w:t>vn -0.0479 -0.0937 0.9944</w:t>
        <w:br/>
        <w:t>vn -0.4753 -0.8577 -0.1963</w:t>
        <w:br/>
        <w:t>vn -0.4803 -0.8542 -0.1991</w:t>
        <w:br/>
        <w:t>vn -0.4323 -0.8794 -0.1993</w:t>
        <w:br/>
        <w:t>vn -0.0993 -0.8543 0.5102</w:t>
        <w:br/>
        <w:t>vn -0.0371 -0.9807 -0.1920</w:t>
        <w:br/>
        <w:t>vn 0.4892 -0.8674 -0.0911</w:t>
        <w:br/>
        <w:t>vn 0.3614 -0.8517 0.3795</w:t>
        <w:br/>
        <w:t>vn 0.3615 -0.8516 0.3795</w:t>
        <w:br/>
        <w:t>vn 0.3022 -0.9415 -0.1495</w:t>
        <w:br/>
        <w:t>vn 0.2049 -0.9783 -0.0308</w:t>
        <w:br/>
        <w:t>vn 0.5845 0.7850 0.2054</w:t>
        <w:br/>
        <w:t>vn 0.5971 0.7778 0.1963</w:t>
        <w:br/>
        <w:t>vn 0.3075 0.5610 0.7686</w:t>
        <w:br/>
        <w:t>vn 0.5311 0.8252 0.1923</w:t>
        <w:br/>
        <w:t>vn 0.5677 0.7995 0.1961</w:t>
        <w:br/>
        <w:t>vn 0.3506 0.5259 0.7749</w:t>
        <w:br/>
        <w:t>vn 0.2803 0.2595 -0.9242</w:t>
        <w:br/>
        <w:t>vn 0.2169 0.1572 -0.9634</w:t>
        <w:br/>
        <w:t>vn 0.5560 0.6396 -0.5308</w:t>
        <w:br/>
        <w:t>vn 0.5423 0.6515 -0.5306</w:t>
        <w:br/>
        <w:t>vn 0.2804 0.2595 -0.9242</w:t>
        <w:br/>
        <w:t>vn -0.1879 -0.4681 -0.8634</w:t>
        <w:br/>
        <w:t>vn -0.1952 -0.4626 -0.8648</w:t>
        <w:br/>
        <w:t>vn 0.2170 0.1573 -0.9634</w:t>
        <w:br/>
        <w:t>vn 0.2036 0.1578 -0.9663</w:t>
        <w:br/>
        <w:t>vn 0.2071 0.1547 -0.9660</w:t>
        <w:br/>
        <w:t>vn -0.2113 -0.4790 -0.8520</w:t>
        <w:br/>
        <w:t>vn -0.2028 -0.4713 -0.8584</w:t>
        <w:br/>
        <w:t>vn 0.5319 0.6585 -0.5324</w:t>
        <w:br/>
        <w:t>vn 0.5344 0.6704 -0.5148</w:t>
        <w:br/>
        <w:t>vn -0.4607 -0.8678 -0.1860</w:t>
        <w:br/>
        <w:t>vn -0.4631 -0.8677 -0.1805</w:t>
        <w:br/>
        <w:t>vn -0.1677 -0.4899 -0.8555</w:t>
        <w:br/>
        <w:t>vn 0.5731 -0.4694 -0.6717</w:t>
        <w:br/>
        <w:t>vn 0.1434 -0.5517 -0.8216</w:t>
        <w:br/>
        <w:t>vn 0.4869 0.7180 -0.4973</w:t>
        <w:br/>
        <w:t>vn 0.5480 0.6832 -0.4827</w:t>
        <w:br/>
        <w:t>vn -0.2917 -0.7904 0.5387</w:t>
        <w:br/>
        <w:t>vn -0.0114 -0.1615 0.9868</w:t>
        <w:br/>
        <w:t>vn -0.2934 -0.9337 -0.2052</w:t>
        <w:br/>
        <w:t>vn -0.0478 -0.5138 -0.8566</w:t>
        <w:br/>
        <w:t>vn 0.0752 -0.2804 0.9569</w:t>
        <w:br/>
        <w:t>vn 0.3833 0.1251 -0.9151</w:t>
        <w:br/>
        <w:t>vn 0.3214 0.2857 -0.9028</w:t>
        <w:br/>
        <w:t>vn 0.3008 0.2014 -0.9322</w:t>
        <w:br/>
        <w:t>vn -0.4054 -0.6874 0.6027</w:t>
        <w:br/>
        <w:t>vn 0.0461 0.0485 0.9978</w:t>
        <w:br/>
        <w:t>vn -0.3845 -0.6981 0.6040</w:t>
        <w:br/>
        <w:t>vn 0.5559 0.6706 -0.4911</w:t>
        <w:br/>
        <w:t>vn 0.3505 0.5133 0.7834</w:t>
        <w:br/>
        <w:t>vn 0.0334 0.0260 0.9991</w:t>
        <w:br/>
        <w:t>vn 0.5772 0.7898 0.2077</w:t>
        <w:br/>
        <w:t>vn 0.5470 0.6737 -0.4970</w:t>
        <w:br/>
        <w:t>vn 0.3862 0.5098 0.7687</w:t>
        <w:br/>
        <w:t>vn 0.2547 -0.0147 0.9669</w:t>
        <w:br/>
        <w:t>vn 0.4499 0.4616 0.7645</w:t>
        <w:br/>
        <w:t>vn 0.5566 0.6949 -0.4552</w:t>
        <w:br/>
        <w:t>vn 0.6003 0.7646 0.2347</w:t>
        <w:br/>
        <w:t>vn 0.5212 0.8296 0.2006</w:t>
        <w:br/>
        <w:t>vn -0.1710 -0.9443 -0.2813</w:t>
        <w:br/>
        <w:t>vn -0.0869 -0.9759 -0.2002</w:t>
        <w:br/>
        <w:t>vn 0.6305 0.6712 -0.3898</w:t>
        <w:br/>
        <w:t>vn 0.5732 -0.4694 -0.6717</w:t>
        <w:br/>
        <w:t>vn 0.1158 -0.0589 0.9915</w:t>
        <w:br/>
        <w:t>vn 0.1827 0.0509 0.9819</w:t>
        <w:br/>
        <w:t>vn 0.4332 0.4995 0.7502</w:t>
        <w:br/>
        <w:t>vn 0.4299 0.4989 0.7525</w:t>
        <w:br/>
        <w:t>vn -0.2985 -0.6911 0.6583</w:t>
        <w:br/>
        <w:t>vn -0.2639 -0.7301 0.6303</w:t>
        <w:br/>
        <w:t>vn 0.1823 0.0293 0.9828</w:t>
        <w:br/>
        <w:t>vn 0.1047 -0.0838 0.9910</w:t>
        <w:br/>
        <w:t>vn 0.1423 -0.1316 0.9810</w:t>
        <w:br/>
        <w:t>vn 0.4292 0.5883 0.6853</w:t>
        <w:br/>
        <w:t>vn 0.4411 0.5370 0.7191</w:t>
        <w:br/>
        <w:t>vn 0.1823 0.0292 0.9828</w:t>
        <w:br/>
        <w:t>vn 0.4492 0.5195 0.7269</w:t>
        <w:br/>
        <w:t>vn 0.4620 0.5127 0.7237</w:t>
        <w:br/>
        <w:t>vn -0.4120 -0.9056 -0.1006</w:t>
        <w:br/>
        <w:t>vn -0.4704 -0.8767 -0.1005</w:t>
        <w:br/>
        <w:t>vn -0.0283 -0.9933 -0.1124</w:t>
        <w:br/>
        <w:t>vn 0.5389 -0.8330 -0.1252</w:t>
        <w:br/>
        <w:t>vn 0.5369 -0.5865 0.6065</w:t>
        <w:br/>
        <w:t>vn 0.0444 -0.7886 0.6133</w:t>
        <w:br/>
        <w:t>vn 0.1091 -0.9921 -0.0621</w:t>
        <w:br/>
        <w:t>vn 0.4684 -0.8755 -0.1191</w:t>
        <w:br/>
        <w:t>vn 0.1286 -0.9834 -0.1278</w:t>
        <w:br/>
        <w:t>vn 0.5922 0.8049 0.0380</w:t>
        <w:br/>
        <w:t>vn 0.5624 0.8225 0.0848</w:t>
        <w:br/>
        <w:t>vn 0.5918 0.8010 0.0907</w:t>
        <w:br/>
        <w:t>vn 0.5750 0.8120 0.1001</w:t>
        <w:br/>
        <w:t>vn 0.0239 0.1329 -0.9908</w:t>
        <w:br/>
        <w:t>vn 0.3829 0.6385 -0.6676</w:t>
        <w:br/>
        <w:t>vn 0.3942 0.6307 -0.6684</w:t>
        <w:br/>
        <w:t>vn 0.1054 0.2298 -0.9675</w:t>
        <w:br/>
        <w:t>vn -0.3424 -0.4963 -0.7978</w:t>
        <w:br/>
        <w:t>vn -0.3395 -0.4963 -0.7991</w:t>
        <w:br/>
        <w:t>vn 0.0743 0.0725 -0.9946</w:t>
        <w:br/>
        <w:t>vn 0.1312 0.2445 -0.9607</w:t>
        <w:br/>
        <w:t>vn 0.4163 0.6695 -0.6152</w:t>
        <w:br/>
        <w:t>vn 0.3708 0.6991 -0.6114</w:t>
        <w:br/>
        <w:t>vn 0.1311 0.2445 -0.9607</w:t>
        <w:br/>
        <w:t>vn 0.0743 0.0726 -0.9946</w:t>
        <w:br/>
        <w:t>vn -0.2262 -0.5941 -0.7719</w:t>
        <w:br/>
        <w:t>vn -0.2891 -0.5426 -0.7887</w:t>
        <w:br/>
        <w:t>vn 0.0576 0.1485 -0.9872</w:t>
        <w:br/>
        <w:t>vn -0.3216 -0.4988 -0.8049</w:t>
        <w:br/>
        <w:t>vn 0.4274 0.6617 -0.6160</w:t>
        <w:br/>
        <w:t>vn 0.4190 0.6759 -0.6063</w:t>
        <w:br/>
        <w:t>vn -0.4831 -0.8722 -0.0763</w:t>
        <w:br/>
        <w:t>vn -0.4634 -0.8827 -0.0778</w:t>
        <w:br/>
        <w:t>vn 0.0100 -0.6253 -0.7803</w:t>
        <w:br/>
        <w:t>vn 0.4513 -0.4531 -0.7687</w:t>
        <w:br/>
        <w:t>vn 0.0496 0.1361 -0.9895</w:t>
        <w:br/>
        <w:t>vn 0.4314 0.6114 -0.6634</w:t>
        <w:br/>
        <w:t>vn 0.4326 0.6331 -0.6419</w:t>
        <w:br/>
        <w:t>vn 0.0496 0.1361 -0.9894</w:t>
        <w:br/>
        <w:t>vn -0.3439 -0.4910 -0.8004</w:t>
        <w:br/>
        <w:t>vn 0.6323 0.7722 0.0627</w:t>
        <w:br/>
        <w:t>vn 0.6199 0.7812 0.0741</w:t>
        <w:br/>
        <w:t>vn -0.5021 -0.8609 -0.0820</w:t>
        <w:br/>
        <w:t>vn -0.3047 -0.6575 0.6891</w:t>
        <w:br/>
        <w:t>vn -0.2710 -0.6583 0.7023</w:t>
        <w:br/>
        <w:t>vn -0.3308 -0.9397 -0.0873</w:t>
        <w:br/>
        <w:t>vn -0.1911 -0.7550 0.6272</w:t>
        <w:br/>
        <w:t>vn 0.2610 -0.1880 0.9469</w:t>
        <w:br/>
        <w:t>vn 0.1480 0.0067 -0.9890</w:t>
        <w:br/>
        <w:t>vn -0.2435 -0.6684 0.7029</w:t>
        <w:br/>
        <w:t>vn 0.1827 0.0508 0.9819</w:t>
        <w:br/>
        <w:t>vn 0.5905 0.8042 0.0677</w:t>
        <w:br/>
        <w:t>vn 0.5782 0.8129 0.0703</w:t>
        <w:br/>
        <w:t>vn 0.6237 0.7813 0.0229</w:t>
        <w:br/>
        <w:t>vn 0.5297 0.7656 0.3651</w:t>
        <w:br/>
        <w:t>vn 0.4885 0.8242 -0.2864</w:t>
        <w:br/>
        <w:t>vn 0.4605 0.5320 0.7106</w:t>
        <w:br/>
        <w:t>vn 0.4548 0.4384 0.7752</w:t>
        <w:br/>
        <w:t>vn 0.3639 0.6733 -0.6437</w:t>
        <w:br/>
        <w:t>vn 0.4414 0.7968 0.4126</w:t>
        <w:br/>
        <w:t>vn 0.4610 0.8850 0.0657</w:t>
        <w:br/>
        <w:t>vn 0.3884 0.8830 -0.2637</w:t>
        <w:br/>
        <w:t>vn 0.4535 0.8891 0.0627</w:t>
        <w:br/>
        <w:t>vn 0.1124 -0.0660 0.9915</w:t>
        <w:br/>
        <w:t>vn 0.0993 -0.9770 -0.1885</w:t>
        <w:br/>
        <w:t>vn 0.4513 -0.4532 -0.7687</w:t>
        <w:br/>
        <w:t>vn 0.3359 0.6043 -0.7225</w:t>
        <w:br/>
        <w:t>vn 0.3970 0.1624 0.9033</w:t>
        <w:br/>
        <w:t>vn 0.4407 0.2801 0.8528</w:t>
        <w:br/>
        <w:t>vn 0.6080 0.6853 0.4009</w:t>
        <w:br/>
        <w:t>vn 0.6192 0.6763 0.3990</w:t>
        <w:br/>
        <w:t>vn -0.0472 -0.4525 0.8905</w:t>
        <w:br/>
        <w:t>vn 0.3733 0.1609 0.9137</w:t>
        <w:br/>
        <w:t>vn 0.4406 0.2801 0.8529</w:t>
        <w:br/>
        <w:t>vn -0.0126 -0.4425 0.8967</w:t>
        <w:br/>
        <w:t>vn -0.0464 -0.4950 0.8676</w:t>
        <w:br/>
        <w:t>vn -0.0230 -0.5263 0.8500</w:t>
        <w:br/>
        <w:t>vn 0.4807 0.2947 0.8259</w:t>
        <w:br/>
        <w:t>vn 0.3873 0.1547 0.9089</w:t>
        <w:br/>
        <w:t>vn 0.6245 0.6931 0.3601</w:t>
        <w:br/>
        <w:t>vn 0.6202 0.6910 0.3714</w:t>
        <w:br/>
        <w:t>vn 0.3874 0.1547 0.9089</w:t>
        <w:br/>
        <w:t>vn 0.6192 0.6778 0.3965</w:t>
        <w:br/>
        <w:t>vn 0.6228 0.6805 0.3861</w:t>
        <w:br/>
        <w:t>vn -0.4270 -0.8468 0.3172</w:t>
        <w:br/>
        <w:t>vn -0.4172 -0.8547 0.3088</w:t>
        <w:br/>
        <w:t>vn -0.4107 -0.8566 0.3125</w:t>
        <w:br/>
        <w:t>vn -0.3699 -0.8767 0.3076</w:t>
        <w:br/>
        <w:t>vn -0.0164 -0.9777 0.2093</w:t>
        <w:br/>
        <w:t>vn 0.5716 -0.8198 -0.0341</w:t>
        <w:br/>
        <w:t>vn 0.4902 -0.6925 0.5293</w:t>
        <w:br/>
        <w:t>vn 0.2272 -0.6606 0.7155</w:t>
        <w:br/>
        <w:t>vn -0.0207 -0.9929 0.1168</w:t>
        <w:br/>
        <w:t>vn 0.2789 -0.9582 0.0645</w:t>
        <w:br/>
        <w:t>vn 0.0350 -0.9854 0.1665</w:t>
        <w:br/>
        <w:t>vn 0.5154 0.7894 -0.3334</w:t>
        <w:br/>
        <w:t>vn 0.5071 0.7965 -0.3292</w:t>
        <w:br/>
        <w:t>vn 0.5189 0.7837 -0.3414</w:t>
        <w:br/>
        <w:t>vn 0.5220 0.7788 -0.3479</w:t>
        <w:br/>
        <w:t>vn 0.5052 0.7907 -0.3456</w:t>
        <w:br/>
        <w:t>vn 0.5155 0.7833 -0.3474</w:t>
        <w:br/>
        <w:t>vn 0.6052 0.7161 0.3479</w:t>
        <w:br/>
        <w:t>vn 0.6027 0.7410 0.2960</w:t>
        <w:br/>
        <w:t>vn 0.4943 0.7928 -0.3567</w:t>
        <w:br/>
        <w:t>vn 0.4920 0.8035 -0.3351</w:t>
        <w:br/>
        <w:t>vn 0.1362 0.4552 -0.8799</w:t>
        <w:br/>
        <w:t>vn -0.2097 -0.0206 -0.9775</w:t>
        <w:br/>
        <w:t>vn -0.2888 -0.1321 -0.9482</w:t>
        <w:br/>
        <w:t>vn 0.1395 0.4530 -0.8805</w:t>
        <w:br/>
        <w:t>vn -0.5322 -0.6762 -0.5094</w:t>
        <w:br/>
        <w:t>vn -0.5207 -0.6812 -0.5147</w:t>
        <w:br/>
        <w:t>vn -0.2887 -0.1321 -0.9483</w:t>
        <w:br/>
        <w:t>vn -0.2793 -0.1410 -0.9498</w:t>
        <w:br/>
        <w:t>vn 0.1576 0.4696 -0.8687</w:t>
        <w:br/>
        <w:t>vn 0.1481 0.4753 -0.8673</w:t>
        <w:br/>
        <w:t>vn -0.2090 -0.0394 -0.9771</w:t>
        <w:br/>
        <w:t>vn -0.4996 -0.7464 -0.4396</w:t>
        <w:br/>
        <w:t>vn -0.5280 -0.7103 -0.4656</w:t>
        <w:br/>
        <w:t>vn -0.2090 -0.0395 -0.9771</w:t>
        <w:br/>
        <w:t>vn -0.2781 -0.1334 -0.9512</w:t>
        <w:br/>
        <w:t>vn -0.5291 -0.6895 -0.4946</w:t>
        <w:br/>
        <w:t>vn -0.2781 -0.1335 -0.9512</w:t>
        <w:br/>
        <w:t>vn 0.1548 0.4442 -0.8824</w:t>
        <w:br/>
        <w:t>vn 0.1512 0.4624 -0.8737</w:t>
        <w:br/>
        <w:t>vn -0.3819 -0.8771 0.2914</w:t>
        <w:br/>
        <w:t>vn 0.1535 -0.8958 -0.4172</w:t>
        <w:br/>
        <w:t>vn -0.2424 -0.8860 -0.3953</w:t>
        <w:br/>
        <w:t>vn 0.1435 0.4666 -0.8728</w:t>
        <w:br/>
        <w:t>vn 0.1498 0.4934 -0.8568</w:t>
        <w:br/>
        <w:t>vn 0.4534 0.1155 0.8838</w:t>
        <w:br/>
        <w:t>vn 0.0466 -0.5836 0.8107</w:t>
        <w:br/>
        <w:t>vn -0.2778 -0.9193 0.2786</w:t>
        <w:br/>
        <w:t>vn -0.4227 -0.8073 -0.4118</w:t>
        <w:br/>
        <w:t>vn 0.5281 0.0369 0.8484</w:t>
        <w:br/>
        <w:t>vn -0.1953 -0.3319 -0.9229</w:t>
        <w:br/>
        <w:t>vn -0.2597 -0.2511 -0.9325</w:t>
        <w:br/>
        <w:t>vn 0.0257 -0.4600 0.8876</w:t>
        <w:br/>
        <w:t>vn 0.4536 0.1155 0.8837</w:t>
        <w:br/>
        <w:t>vn 0.3382 0.6978 -0.6314</w:t>
        <w:br/>
        <w:t>vn 0.6341 0.6949 0.3392</w:t>
        <w:br/>
        <w:t>vn 0.1585 0.4486 -0.8796</w:t>
        <w:br/>
        <w:t>vn 0.4626 0.8227 -0.3303</w:t>
        <w:br/>
        <w:t>vn 0.6297 0.6526 0.4214</w:t>
        <w:br/>
        <w:t>vn 0.5615 0.8258 0.0531</w:t>
        <w:br/>
        <w:t>vn 0.4791 0.8154 -0.3250</w:t>
        <w:br/>
        <w:t>vn 0.2972 0.7000 -0.6494</w:t>
        <w:br/>
        <w:t>vn -0.0091 0.0568 -0.9983</w:t>
        <w:br/>
        <w:t>vn 0.1210 0.3843 -0.9152</w:t>
        <w:br/>
        <w:t>vn 0.7077 0.6457 0.2866</w:t>
        <w:br/>
        <w:t>vn 0.7000 0.6524 0.2905</w:t>
        <w:br/>
        <w:t>vn 0.5332 0.1977 0.8225</w:t>
        <w:br/>
        <w:t>vn 0.5975 0.3019 0.7428</w:t>
        <w:br/>
        <w:t>vn 0.5441 0.2287 0.8073</w:t>
        <w:br/>
        <w:t>vn 0.0582 -0.4094 0.9105</w:t>
        <w:br/>
        <w:t>vn 0.0778 -0.4473 0.8910</w:t>
        <w:br/>
        <w:t>vn 0.6001 0.3290 0.7291</w:t>
        <w:br/>
        <w:t>vn 0.6933 0.6903 0.2068</w:t>
        <w:br/>
        <w:t>vn 0.7254 0.6551 0.2113</w:t>
        <w:br/>
        <w:t>vn 0.0507 -0.3898 0.9195</w:t>
        <w:br/>
        <w:t>vn 0.0361 -0.4044 0.9139</w:t>
        <w:br/>
        <w:t>vn -0.4651 -0.7695 0.4376</w:t>
        <w:br/>
        <w:t>vn -0.4581 -0.7718 0.4411</w:t>
        <w:br/>
        <w:t>vn -0.4162 -0.8049 0.4230</w:t>
        <w:br/>
        <w:t>vn -0.3740 -0.8300 0.4139</w:t>
        <w:br/>
        <w:t>vn 0.0196 -0.9554 0.2947</w:t>
        <w:br/>
        <w:t>vn 0.4882 -0.8724 0.0228</w:t>
        <w:br/>
        <w:t>vn 0.6729 -0.5106 0.5353</w:t>
        <w:br/>
        <w:t>vn 0.3331 -0.6240 0.7069</w:t>
        <w:br/>
        <w:t>vn 0.0412 -0.9691 0.2433</w:t>
        <w:br/>
        <w:t>vn 0.2882 -0.9437 0.1623</w:t>
        <w:br/>
        <w:t>vn 0.0816 -0.9587 0.2726</w:t>
        <w:br/>
        <w:t>vn 0.4956 0.7226 -0.4818</w:t>
        <w:br/>
        <w:t>vn 0.5380 0.6890 -0.4856</w:t>
        <w:br/>
        <w:t>vn 0.6879 0.6978 0.1997</w:t>
        <w:br/>
        <w:t>vn 0.6545 0.7415 0.1477</w:t>
        <w:br/>
        <w:t>vn 0.4674 0.7239 -0.5075</w:t>
        <w:br/>
        <w:t>vn 0.4699 0.7359 -0.4875</w:t>
        <w:br/>
        <w:t>vn -0.4189 -0.1988 -0.8860</w:t>
        <w:br/>
        <w:t>vn 0.0598 0.4026 -0.9134</w:t>
        <w:br/>
        <w:t>vn 0.0505 0.3956 -0.9170</w:t>
        <w:br/>
        <w:t>vn -0.3471 -0.0909 -0.9334</w:t>
        <w:br/>
        <w:t>vn -0.6481 -0.7105 -0.2743</w:t>
        <w:br/>
        <w:t>vn -0.4190 -0.1988 -0.8860</w:t>
        <w:br/>
        <w:t>vn -0.3471 -0.0910 -0.9334</w:t>
        <w:br/>
        <w:t>vn -0.6593 -0.6999 -0.2746</w:t>
        <w:br/>
        <w:t>vn 0.0822 0.3418 -0.9362</w:t>
        <w:br/>
        <w:t>vn 0.0698 0.3647 -0.9285</w:t>
        <w:br/>
        <w:t>vn -0.3302 -0.1495 -0.9320</w:t>
        <w:br/>
        <w:t>vn -0.4175 -0.2622 -0.8701</w:t>
        <w:br/>
        <w:t>vn -0.4174 -0.2622 -0.8701</w:t>
        <w:br/>
        <w:t>vn -0.5740 -0.7707 -0.2768</w:t>
        <w:br/>
        <w:t>vn -0.6151 -0.7369 -0.2805</w:t>
        <w:br/>
        <w:t>vn -0.4354 -0.2354 -0.8689</w:t>
        <w:br/>
        <w:t>vn -0.6556 -0.7016 -0.2792</w:t>
        <w:br/>
        <w:t>vn -0.4355 -0.2354 -0.8689</w:t>
        <w:br/>
        <w:t>vn 0.0663 0.3472 -0.9355</w:t>
        <w:br/>
        <w:t>vn 0.0692 0.3408 -0.9376</w:t>
        <w:br/>
        <w:t>vn -0.4467 -0.7868 0.4258</w:t>
        <w:br/>
        <w:t>vn -0.2806 -0.9028 -0.3258</w:t>
        <w:br/>
        <w:t>vn 0.0741 -0.9376 -0.3397</w:t>
        <w:br/>
        <w:t>vn 0.5444 0.6946 -0.4701</w:t>
        <w:br/>
        <w:t>vn 0.5507 0.6825 -0.4806</w:t>
        <w:br/>
        <w:t>vn 0.0233 0.4066 -0.9133</w:t>
        <w:br/>
        <w:t>vn 0.0501 0.3719 -0.9269</w:t>
        <w:br/>
        <w:t>vn 0.1519 -0.5059 0.8491</w:t>
        <w:br/>
        <w:t>vn 0.5726 0.1733 0.8013</w:t>
        <w:br/>
        <w:t>vn -0.2616 -0.8787 0.3994</w:t>
        <w:br/>
        <w:t>vn -0.5035 -0.8168 -0.2817</w:t>
        <w:br/>
        <w:t>vn 0.7323 0.6294 0.2600</w:t>
        <w:br/>
        <w:t>vn 0.7350 0.6360 0.2352</w:t>
        <w:br/>
        <w:t>vn 0.5469 0.2231 0.8069</w:t>
        <w:br/>
        <w:t>vn 0.6677 0.0200 0.7442</w:t>
        <w:br/>
        <w:t>vn -0.3163 -0.3901 -0.8648</w:t>
        <w:br/>
        <w:t>vn -0.3922 -0.3109 -0.8657</w:t>
        <w:br/>
        <w:t>vn 0.5332 0.1978 0.8226</w:t>
        <w:br/>
        <w:t>vn 0.0367 -0.4235 0.9052</w:t>
        <w:br/>
        <w:t>vn -0.3923 -0.3109 -0.8657</w:t>
        <w:br/>
        <w:t>vn 0.5897 0.7817 -0.2028</w:t>
        <w:br/>
        <w:t>vn 0.4340 0.7515 -0.4969</w:t>
        <w:br/>
        <w:t>vn 0.0157 0.3261 -0.9452</w:t>
        <w:br/>
        <w:t>vn 0.2528 0.6115 -0.7497</w:t>
        <w:br/>
        <w:t>vn 0.7793 0.5666 0.2676</w:t>
        <w:br/>
        <w:t>vn 0.7238 0.6655 0.1820</w:t>
        <w:br/>
        <w:t>vn -0.3163 -0.3900 -0.8648</w:t>
        <w:br/>
        <w:t>vn 0.6018 0.7782 -0.1797</w:t>
        <w:br/>
        <w:t>vn 0.4692 0.7195 -0.5121</w:t>
        <w:br/>
        <w:t>vn 0.2398 0.5980 -0.7648</w:t>
        <w:br/>
        <w:t>vn -0.0257 0.2228 -0.9745</w:t>
        <w:br/>
        <w:t>vn -0.1940 -0.1421 -0.9707</w:t>
        <w:br/>
        <w:t>vn 0.4772 0.4906 0.7291</w:t>
        <w:br/>
        <w:t>vn 0.4768 0.4778 0.7378</w:t>
        <w:br/>
        <w:t>vn 0.1123 -0.0660 0.9915</w:t>
        <w:br/>
        <w:t>vn 0.6239 0.7544 0.2038</w:t>
        <w:br/>
        <w:t>vn 0.6071 0.7677 0.2050</w:t>
        <w:br/>
        <w:t>vn 0.5104 0.7389 -0.4398</w:t>
        <w:br/>
        <w:t>vn 0.4944 0.7546 -0.4315</w:t>
        <w:br/>
        <w:t>vn 0.0209 0.4993 0.8662</w:t>
        <w:br/>
        <w:t>vn 0.5160 0.6985 0.4959</w:t>
        <w:br/>
        <w:t>vn 0.6336 0.4183 0.6509</w:t>
        <w:br/>
        <w:t>vn 0.4971 -0.8498 0.1753</w:t>
        <w:br/>
        <w:t>vn 0.6729 -0.5105 0.5353</w:t>
        <w:br/>
        <w:t>vn 0.4011 -0.9137 -0.0656</w:t>
        <w:br/>
        <w:t>vn 0.0740 -0.9376 -0.3397</w:t>
        <w:br/>
        <w:t>vn 0.5347 -0.8310 0.1531</w:t>
        <w:br/>
        <w:t>vn 0.5717 -0.8198 -0.0341</w:t>
        <w:br/>
        <w:t>vn 0.4714 -0.8614 -0.1891</w:t>
        <w:br/>
        <w:t>vn 0.1535 -0.8958 -0.4171</w:t>
        <w:br/>
        <w:t>vn 0.3538 0.5108 0.7835</w:t>
        <w:br/>
        <w:t>vn 0.5857 0.7851 0.2015</w:t>
        <w:br/>
        <w:t>vn 0.5347 0.6540 -0.5352</w:t>
        <w:br/>
        <w:t>vn 0.5916 0.7827 0.1935</w:t>
        <w:br/>
        <w:t>vn 0.5384 0.6473 -0.5395</w:t>
        <w:br/>
        <w:t>vn 0.3601 0.5056 0.7840</w:t>
        <w:br/>
        <w:t>vn 0.3459 0.5183 0.7821</w:t>
        <w:br/>
        <w:t>vn 0.5730 0.7935 0.2049</w:t>
        <w:br/>
        <w:t>vn 0.4558 0.4879 0.7444</w:t>
        <w:br/>
        <w:t>vn 0.6229 0.7799 0.0619</w:t>
        <w:br/>
        <w:t>vn 0.4224 0.6105 -0.6700</w:t>
        <w:br/>
        <w:t>vn 0.4461 0.5181 0.7298</w:t>
        <w:br/>
        <w:t>vn 0.5746 0.8121 0.1016</w:t>
        <w:br/>
        <w:t>vn 0.4209 0.6739 -0.6072</w:t>
        <w:br/>
        <w:t>vn 0.6073 0.6860 0.4008</w:t>
        <w:br/>
        <w:t>vn 0.5131 0.7847 -0.3477</w:t>
        <w:br/>
        <w:t>vn 0.1502 0.4422 -0.8842</w:t>
        <w:br/>
        <w:t>vn 0.6214 0.6977 0.3564</w:t>
        <w:br/>
        <w:t>vn 0.5020 0.7998 -0.3290</w:t>
        <w:br/>
        <w:t>vn 0.1388 0.4774 -0.8677</w:t>
        <w:br/>
        <w:t>vn 0.7288 0.6271 0.2749</w:t>
        <w:br/>
        <w:t>vn 0.5389 0.7071 -0.4578</w:t>
        <w:br/>
        <w:t>vn 0.0583 0.3667 -0.9285</w:t>
        <w:br/>
        <w:t>vn 0.6915 0.6924 0.2061</w:t>
        <w:br/>
        <w:t>vn 0.4845 0.7293 -0.4832</w:t>
        <w:br/>
        <w:t>vn 0.0558 0.3788 -0.9238</w:t>
        <w:br/>
        <w:t>vn 0.8564 0.4818 -0.1857</w:t>
        <w:br/>
        <w:t>vn 0.5393 0.6678 0.5130</w:t>
        <w:br/>
        <w:t>vn 0.0404 0.4797 0.8765</w:t>
        <w:br/>
        <w:t>vn -0.4750 0.0285 0.8795</w:t>
        <w:br/>
        <w:t>vn -0.6430 -0.2265 0.7316</w:t>
        <w:br/>
        <w:t>vn -0.5050 0.0497 0.8617</w:t>
        <w:br/>
        <w:t>vn -0.0172 0.4776 0.8784</w:t>
        <w:br/>
        <w:t>vn -0.0173 0.4924 0.8702</w:t>
        <w:br/>
        <w:t>vn 0.5022 0.7080 0.4965</w:t>
        <w:br/>
        <w:t>vn -0.1490 -0.9758 -0.1600</w:t>
        <w:br/>
        <w:t>vn 0.2357 -0.9132 -0.3325</w:t>
        <w:br/>
        <w:t>vn 0.5579 0.6223 0.5491</w:t>
        <w:br/>
        <w:t>vn 0.6853 0.7239 -0.0798</w:t>
        <w:br/>
        <w:t>vn 0.6799 0.6871 0.2561</w:t>
        <w:br/>
        <w:t>vn 0.5439 0.8241 -0.1584</w:t>
        <w:br/>
        <w:t>vn 0.5660 0.7993 0.2019</w:t>
        <w:br/>
        <w:t>vn 0.4403 0.7442 0.5022</w:t>
        <w:br/>
        <w:t>vn 0.4120 -0.8382 -0.3573</w:t>
        <w:br/>
        <w:t>vn 0.4573 -0.8777 0.1431</w:t>
        <w:br/>
        <w:t>vn 0.5369 -0.5865 0.6064</w:t>
        <w:br/>
        <w:t>vn 0.5388 -0.8330 -0.1253</w:t>
        <w:br/>
        <w:t>vn 0.5101 0.7815 -0.3592</w:t>
        <w:br/>
        <w:t>vn 0.5733 0.8186 -0.0353</w:t>
        <w:br/>
        <w:t>vn 0.0424 -0.9702 0.2387</w:t>
        <w:br/>
        <w:t>vn 0.5020 0.6911 -0.5201</w:t>
        <w:br/>
        <w:t>vn 0.1298 -0.9424 0.3083</w:t>
        <w:br/>
        <w:t>vn 0.2395 0.6335 0.7358</w:t>
        <w:br/>
        <w:t>vn 0.0131 0.4473 0.8943</w:t>
        <w:br/>
        <w:t>vn -0.3187 0.2947 0.9009</w:t>
        <w:br/>
        <w:t>vn 0.3123 -0.9437 -0.1094</w:t>
        <w:br/>
        <w:t>vn -0.1695 -0.9723 0.1613</w:t>
        <w:br/>
        <w:t>vn 0.6632 -0.7393 -0.1169</w:t>
        <w:br/>
        <w:t>vn 0.4752 -0.7679 -0.4296</w:t>
        <w:br/>
        <w:t>vn 0.4493 -0.7929 -0.4116</w:t>
        <w:br/>
        <w:t>vn 0.6518 -0.7480 -0.1255</w:t>
        <w:br/>
        <w:t>vn 0.7382 -0.5434 0.3997</w:t>
        <w:br/>
        <w:t>vn 0.3768 -0.8654 -0.3302</w:t>
        <w:br/>
        <w:t>vn 0.4762 -0.7720 -0.4209</w:t>
        <w:br/>
        <w:t>vn 0.7690 -0.5172 0.3757</w:t>
        <w:br/>
        <w:t>vn 0.4838 0.0347 0.8745</w:t>
        <w:br/>
        <w:t>vn 0.4999 0.0463 0.8648</w:t>
        <w:br/>
        <w:t>vn 0.6582 -0.2040 0.7247</w:t>
        <w:br/>
        <w:t>vn -0.0948 -0.5371 -0.8382</w:t>
        <w:br/>
        <w:t>vn -0.1328 -0.5854 -0.7998</w:t>
        <w:br/>
        <w:t>vn -0.2287 -0.6540 -0.7211</w:t>
        <w:br/>
        <w:t>vn -0.1037 -0.5353 -0.8383</w:t>
        <w:br/>
        <w:t>vn 0.1693 -0.9723 0.1613</w:t>
        <w:br/>
        <w:t>vn -0.5128 -0.8445 -0.1544</w:t>
        <w:br/>
        <w:t>vn -0.3585 -0.7716 -0.5255</w:t>
        <w:br/>
        <w:t>vn 0.2227 -0.9559 -0.1914</w:t>
        <w:br/>
        <w:t>vn -0.4661 -0.8533 -0.2336</w:t>
        <w:br/>
        <w:t>vn -0.3629 -0.8679 -0.3393</w:t>
        <w:br/>
        <w:t>vn -0.4334 -0.8579 -0.2761</w:t>
        <w:br/>
        <w:t>vn 0.4985 -0.1906 0.8457</w:t>
        <w:br/>
        <w:t>vn 0.5192 -0.0333 0.8540</w:t>
        <w:br/>
        <w:t>vn 0.0254 0.4887 0.8721</w:t>
        <w:br/>
        <w:t>vn 0.2389 0.2704 0.9326</w:t>
        <w:br/>
        <w:t>vn -0.8059 0.5906 -0.0412</w:t>
        <w:br/>
        <w:t>vn -0.8564 0.4818 -0.1858</w:t>
        <w:br/>
        <w:t>vn -0.6498 -0.0866 -0.7551</w:t>
        <w:br/>
        <w:t>vn -0.6303 -0.0598 -0.7740</w:t>
        <w:br/>
        <w:t>vn -0.5008 0.7164 0.4858</w:t>
        <w:br/>
        <w:t>vn -0.4868 0.7315 0.4775</w:t>
        <w:br/>
        <w:t>vn -0.8059 0.5907 -0.0412</w:t>
        <w:br/>
        <w:t>vn -0.9459 -0.2466 -0.2108</w:t>
        <w:br/>
        <w:t>vn -0.7843 -0.2810 -0.5532</w:t>
        <w:br/>
        <w:t>vn -0.2443 0.5959 0.7650</w:t>
        <w:br/>
        <w:t>vn -0.0050 0.4327 0.9015</w:t>
        <w:br/>
        <w:t>vn -0.6328 -0.0593 -0.7721</w:t>
        <w:br/>
        <w:t>vn -0.6962 -0.1476 -0.7025</w:t>
        <w:br/>
        <w:t>vn 0.6117 -0.6957 0.3766</w:t>
        <w:br/>
        <w:t>vn -0.8571 0.4850 -0.1735</w:t>
        <w:br/>
        <w:t>vn -0.8398 0.5072 -0.1938</w:t>
        <w:br/>
        <w:t>vn 0.0051 0.5188 0.8549</w:t>
        <w:br/>
        <w:t>vn 0.0070 0.5041 0.8636</w:t>
        <w:br/>
        <w:t>vn 0.5039 0.0462 0.8625</w:t>
        <w:br/>
        <w:t>vn -0.9486 0.1357 -0.2859</w:t>
        <w:br/>
        <w:t>vn -0.4534 0.7239 0.5200</w:t>
        <w:br/>
        <w:t>vn -0.8571 0.4850 -0.1736</w:t>
        <w:br/>
        <w:t>vn -0.6811 0.6838 0.2619</w:t>
        <w:br/>
        <w:t>vn -0.5478 0.6563 0.5188</w:t>
        <w:br/>
        <w:t>vn -0.4188 -0.7973 -0.4346</w:t>
        <w:br/>
        <w:t>vn -0.6347 -0.7109 -0.3029</w:t>
        <w:br/>
        <w:t>vn 0.5423 0.0825 0.8361</w:t>
        <w:br/>
        <w:t>vn -0.6834 0.5732 0.4521</w:t>
        <w:br/>
        <w:t>vn 0.0182 -0.1029 0.9945</w:t>
        <w:br/>
        <w:t>vn -0.3908 0.4849 0.7824</w:t>
        <w:br/>
        <w:t>vn -0.3750 0.4956 0.7834</w:t>
        <w:br/>
        <w:t>vn -0.0460 0.0485 0.9978</w:t>
        <w:br/>
        <w:t>vn 0.4241 -0.7026 0.5714</w:t>
        <w:br/>
        <w:t>vn 0.4253 -0.6864 0.5899</w:t>
        <w:br/>
        <w:t>vn 0.0480 -0.0937 0.9944</w:t>
        <w:br/>
        <w:t>vn 0.0527 -0.1123 0.9923</w:t>
        <w:br/>
        <w:t>vn 0.3941 -0.7294 0.5591</w:t>
        <w:br/>
        <w:t>vn -0.0334 0.0259 0.9991</w:t>
        <w:br/>
        <w:t>vn 0.0528 -0.1123 0.9923</w:t>
        <w:br/>
        <w:t>vn 0.0479 -0.0937 0.9944</w:t>
        <w:br/>
        <w:t>vn -0.3741 0.4932 0.7854</w:t>
        <w:br/>
        <w:t>vn -0.3639 0.5013 0.7850</w:t>
        <w:br/>
        <w:t>vn 0.4803 -0.8542 -0.1991</w:t>
        <w:br/>
        <w:t>vn 0.4752 -0.8577 -0.1963</w:t>
        <w:br/>
        <w:t>vn 0.4323 -0.8794 -0.1993</w:t>
        <w:br/>
        <w:t>vn 0.0993 -0.8543 0.5102</w:t>
        <w:br/>
        <w:t>vn -0.3614 -0.8516 0.3796</w:t>
        <w:br/>
        <w:t>vn -0.4892 -0.8674 -0.0911</w:t>
        <w:br/>
        <w:t>vn 0.0371 -0.9807 -0.1919</w:t>
        <w:br/>
        <w:t>vn -0.3615 -0.8516 0.3795</w:t>
        <w:br/>
        <w:t>vn -0.2050 -0.9783 -0.0309</w:t>
        <w:br/>
        <w:t>vn -0.3023 -0.9414 -0.1494</w:t>
        <w:br/>
        <w:t>vn -0.5972 0.7777 0.1963</w:t>
        <w:br/>
        <w:t>vn -0.5845 0.7850 0.2054</w:t>
        <w:br/>
        <w:t>vn -0.3074 0.5610 0.7686</w:t>
        <w:br/>
        <w:t>vn -0.3507 0.5259 0.7749</w:t>
        <w:br/>
        <w:t>vn -0.5677 0.7996 0.1961</w:t>
        <w:br/>
        <w:t>vn -0.5311 0.8252 0.1923</w:t>
        <w:br/>
        <w:t>vn -0.2803 0.2595 -0.9242</w:t>
        <w:br/>
        <w:t>vn -0.5423 0.6514 -0.5306</w:t>
        <w:br/>
        <w:t>vn -0.5560 0.6396 -0.5308</w:t>
        <w:br/>
        <w:t>vn -0.2169 0.1572 -0.9634</w:t>
        <w:br/>
        <w:t>vn 0.1951 -0.4627 -0.8647</w:t>
        <w:br/>
        <w:t>vn 0.1879 -0.4681 -0.8635</w:t>
        <w:br/>
        <w:t>vn -0.2169 0.1573 -0.9634</w:t>
        <w:br/>
        <w:t>vn 0.2113 -0.4790 -0.8520</w:t>
        <w:br/>
        <w:t>vn -0.2071 0.1547 -0.9660</w:t>
        <w:br/>
        <w:t>vn -0.2036 0.1578 -0.9663</w:t>
        <w:br/>
        <w:t>vn 0.2028 -0.4713 -0.8583</w:t>
        <w:br/>
        <w:t>vn -0.5344 0.6704 -0.5148</w:t>
        <w:br/>
        <w:t>vn -0.5319 0.6585 -0.5324</w:t>
        <w:br/>
        <w:t>vn 0.4630 -0.8678 -0.1805</w:t>
        <w:br/>
        <w:t>vn 0.4606 -0.8679 -0.1860</w:t>
        <w:br/>
        <w:t>vn 0.1677 -0.4899 -0.8555</w:t>
        <w:br/>
        <w:t>vn -0.5732 -0.4694 -0.6717</w:t>
        <w:br/>
        <w:t>vn -0.1434 -0.5517 -0.8216</w:t>
        <w:br/>
        <w:t>vn -0.5480 0.6832 -0.4826</w:t>
        <w:br/>
        <w:t>vn -0.4870 0.7180 -0.4973</w:t>
        <w:br/>
        <w:t>vn 0.2917 -0.7904 0.5387</w:t>
        <w:br/>
        <w:t>vn 0.0114 -0.1615 0.9868</w:t>
        <w:br/>
        <w:t>vn 0.2934 -0.9337 -0.2051</w:t>
        <w:br/>
        <w:t>vn 0.0478 -0.5138 -0.8566</w:t>
        <w:br/>
        <w:t>vn -0.0752 -0.2804 0.9569</w:t>
        <w:br/>
        <w:t>vn -0.3833 0.1251 -0.9151</w:t>
        <w:br/>
        <w:t>vn -0.3214 0.2857 -0.9028</w:t>
        <w:br/>
        <w:t>vn -0.3008 0.2014 -0.9322</w:t>
        <w:br/>
        <w:t>vn 0.4054 -0.6874 0.6027</w:t>
        <w:br/>
        <w:t>vn 0.3845 -0.6982 0.6040</w:t>
        <w:br/>
        <w:t>vn -0.0461 0.0485 0.9978</w:t>
        <w:br/>
        <w:t>vn -0.5558 0.6707 -0.4912</w:t>
        <w:br/>
        <w:t>vn -0.3505 0.5133 0.7834</w:t>
        <w:br/>
        <w:t>vn -0.5772 0.7898 0.2077</w:t>
        <w:br/>
        <w:t>vn -0.5470 0.6737 -0.4969</w:t>
        <w:br/>
        <w:t>vn 0.0114 -0.1616 0.9868</w:t>
        <w:br/>
        <w:t>vn -0.3862 0.5098 0.7687</w:t>
        <w:br/>
        <w:t>vn -0.4498 0.4616 0.7646</w:t>
        <w:br/>
        <w:t>vn -0.2547 -0.0147 0.9669</w:t>
        <w:br/>
        <w:t>vn -0.5566 0.6949 -0.4552</w:t>
        <w:br/>
        <w:t>vn -0.6003 0.7646 0.2347</w:t>
        <w:br/>
        <w:t>vn -0.5212 0.8295 0.2006</w:t>
        <w:br/>
        <w:t>vn 0.0870 -0.9759 -0.2003</w:t>
        <w:br/>
        <w:t>vn 0.1709 -0.9443 -0.2813</w:t>
        <w:br/>
        <w:t>vn -0.6306 0.6712 -0.3897</w:t>
        <w:br/>
        <w:t>vn -0.1158 -0.0589 0.9915</w:t>
        <w:br/>
        <w:t>vn -0.4300 0.4989 0.7525</w:t>
        <w:br/>
        <w:t>vn -0.4332 0.4995 0.7502</w:t>
        <w:br/>
        <w:t>vn -0.1827 0.0509 0.9819</w:t>
        <w:br/>
        <w:t>vn 0.2985 -0.6911 0.6583</w:t>
        <w:br/>
        <w:t>vn -0.1047 -0.0838 0.9910</w:t>
        <w:br/>
        <w:t>vn -0.1823 0.0292 0.9828</w:t>
        <w:br/>
        <w:t>vn 0.2640 -0.7301 0.6303</w:t>
        <w:br/>
        <w:t>vn -0.1423 -0.1316 0.9810</w:t>
        <w:br/>
        <w:t>vn -0.1823 0.0293 0.9828</w:t>
        <w:br/>
        <w:t>vn -0.4412 0.5370 0.7191</w:t>
        <w:br/>
        <w:t>vn -0.4292 0.5883 0.6853</w:t>
        <w:br/>
        <w:t>vn -0.4491 0.5196 0.7268</w:t>
        <w:br/>
        <w:t>vn -0.4620 0.5127 0.7237</w:t>
        <w:br/>
        <w:t>vn 0.4120 -0.9056 -0.1006</w:t>
        <w:br/>
        <w:t>vn 0.4704 -0.8767 -0.1005</w:t>
        <w:br/>
        <w:t>vn -0.5369 -0.5865 0.6065</w:t>
        <w:br/>
        <w:t>vn -0.5389 -0.8330 -0.1252</w:t>
        <w:br/>
        <w:t>vn 0.0283 -0.9933 -0.1124</w:t>
        <w:br/>
        <w:t>vn -0.0444 -0.7886 0.6133</w:t>
        <w:br/>
        <w:t>vn -0.1088 -0.9921 -0.0621</w:t>
        <w:br/>
        <w:t>vn -0.1289 -0.9834 -0.1278</w:t>
        <w:br/>
        <w:t>vn -0.4685 -0.8754 -0.1191</w:t>
        <w:br/>
        <w:t>vn -0.5922 0.8049 0.0381</w:t>
        <w:br/>
        <w:t>vn -0.5624 0.8225 0.0848</w:t>
        <w:br/>
        <w:t>vn -0.5918 0.8010 0.0907</w:t>
        <w:br/>
        <w:t>vn -0.5751 0.8120 0.1001</w:t>
        <w:br/>
        <w:t>vn -0.3942 0.6307 -0.6684</w:t>
        <w:br/>
        <w:t>vn -0.3829 0.6385 -0.6676</w:t>
        <w:br/>
        <w:t>vn -0.0239 0.1329 -0.9908</w:t>
        <w:br/>
        <w:t>vn -0.1054 0.2298 -0.9675</w:t>
        <w:br/>
        <w:t>vn 0.3395 -0.4963 -0.7990</w:t>
        <w:br/>
        <w:t>vn 0.3424 -0.4963 -0.7978</w:t>
        <w:br/>
        <w:t>vn -0.4163 0.6695 -0.6151</w:t>
        <w:br/>
        <w:t>vn -0.1312 0.2445 -0.9607</w:t>
        <w:br/>
        <w:t>vn -0.0743 0.0725 -0.9946</w:t>
        <w:br/>
        <w:t>vn -0.3708 0.6991 -0.6114</w:t>
        <w:br/>
        <w:t>vn 0.2891 -0.5426 -0.7886</w:t>
        <w:br/>
        <w:t>vn 0.2262 -0.5941 -0.7719</w:t>
        <w:br/>
        <w:t>vn -0.0576 0.1485 -0.9872</w:t>
        <w:br/>
        <w:t>vn 0.3216 -0.4988 -0.8049</w:t>
        <w:br/>
        <w:t>vn -0.0577 0.1485 -0.9872</w:t>
        <w:br/>
        <w:t>vn -0.4190 0.6759 -0.6063</w:t>
        <w:br/>
        <w:t>vn -0.4274 0.6617 -0.6160</w:t>
        <w:br/>
        <w:t>vn 0.4831 -0.8723 -0.0763</w:t>
        <w:br/>
        <w:t>vn 0.4634 -0.8827 -0.0778</w:t>
        <w:br/>
        <w:t>vn -0.4513 -0.4532 -0.7687</w:t>
        <w:br/>
        <w:t>vn -0.0100 -0.6253 -0.7803</w:t>
        <w:br/>
        <w:t>vn -0.0496 0.1361 -0.9894</w:t>
        <w:br/>
        <w:t>vn -0.4326 0.6331 -0.6419</w:t>
        <w:br/>
        <w:t>vn -0.4313 0.6115 -0.6634</w:t>
        <w:br/>
        <w:t>vn 0.3439 -0.4910 -0.8004</w:t>
        <w:br/>
        <w:t>vn -0.6322 0.7722 0.0627</w:t>
        <w:br/>
        <w:t>vn -0.6199 0.7812 0.0741</w:t>
        <w:br/>
        <w:t>vn 0.3046 -0.6575 0.6891</w:t>
        <w:br/>
        <w:t>vn 0.5021 -0.8609 -0.0820</w:t>
        <w:br/>
        <w:t>vn 0.2709 -0.6583 0.7023</w:t>
        <w:br/>
        <w:t>vn 0.1911 -0.7550 0.6272</w:t>
        <w:br/>
        <w:t>vn 0.3308 -0.9397 -0.0873</w:t>
        <w:br/>
        <w:t>vn -0.2610 -0.1879 0.9469</w:t>
        <w:br/>
        <w:t>vn -0.1480 0.0067 -0.9890</w:t>
        <w:br/>
        <w:t>vn 0.2434 -0.6684 0.7029</w:t>
        <w:br/>
        <w:t>vn -0.1827 0.0508 0.9819</w:t>
        <w:br/>
        <w:t>vn -0.5783 0.8128 0.0703</w:t>
        <w:br/>
        <w:t>vn -0.5904 0.8043 0.0676</w:t>
        <w:br/>
        <w:t>vn -0.6237 0.7813 0.0233</w:t>
        <w:br/>
        <w:t>vn -0.5297 0.7655 0.3652</w:t>
        <w:br/>
        <w:t>vn -0.4884 0.8242 -0.2865</w:t>
        <w:br/>
        <w:t>vn -0.4605 0.5320 0.7105</w:t>
        <w:br/>
        <w:t>vn -0.4548 0.4385 0.7752</w:t>
        <w:br/>
        <w:t>vn -0.5369 -0.5865 0.6064</w:t>
        <w:br/>
        <w:t>vn -0.2610 -0.1880 0.9469</w:t>
        <w:br/>
        <w:t>vn -0.3639 0.6733 -0.6436</w:t>
        <w:br/>
        <w:t>vn -0.4610 0.8850 0.0658</w:t>
        <w:br/>
        <w:t>vn -0.4414 0.7968 0.4127</w:t>
        <w:br/>
        <w:t>vn -0.3884 0.8830 -0.2637</w:t>
        <w:br/>
        <w:t>vn -0.4535 0.8891 0.0628</w:t>
        <w:br/>
        <w:t>vn -0.1123 -0.0660 0.9915</w:t>
        <w:br/>
        <w:t>vn -0.0995 -0.9770 -0.1886</w:t>
        <w:br/>
        <w:t>vn -0.3359 0.6043 -0.7225</w:t>
        <w:br/>
        <w:t>vn -0.3970 0.1624 0.9033</w:t>
        <w:br/>
        <w:t>vn -0.6193 0.6763 0.3990</w:t>
        <w:br/>
        <w:t>vn -0.6080 0.6853 0.4009</w:t>
        <w:br/>
        <w:t>vn -0.4407 0.2801 0.8529</w:t>
        <w:br/>
        <w:t>vn -0.4406 0.2801 0.8529</w:t>
        <w:br/>
        <w:t>vn -0.3732 0.1609 0.9137</w:t>
        <w:br/>
        <w:t>vn 0.0472 -0.4525 0.8905</w:t>
        <w:br/>
        <w:t>vn 0.0126 -0.4425 0.8967</w:t>
        <w:br/>
        <w:t>vn -0.4807 0.2947 0.8259</w:t>
        <w:br/>
        <w:t>vn 0.0230 -0.5263 0.8500</w:t>
        <w:br/>
        <w:t>vn 0.0464 -0.4950 0.8676</w:t>
        <w:br/>
        <w:t>vn -0.3873 0.1547 0.9089</w:t>
        <w:br/>
        <w:t>vn -0.6202 0.6910 0.3714</w:t>
        <w:br/>
        <w:t>vn -0.6245 0.6931 0.3601</w:t>
        <w:br/>
        <w:t>vn -0.3733 0.1609 0.9137</w:t>
        <w:br/>
        <w:t>vn -0.6193 0.6778 0.3964</w:t>
        <w:br/>
        <w:t>vn -0.6228 0.6805 0.3861</w:t>
        <w:br/>
        <w:t>vn 0.4270 -0.8468 0.3172</w:t>
        <w:br/>
        <w:t>vn 0.4173 -0.8547 0.3088</w:t>
        <w:br/>
        <w:t>vn 0.3699 -0.8767 0.3076</w:t>
        <w:br/>
        <w:t>vn 0.4108 -0.8565 0.3125</w:t>
        <w:br/>
        <w:t>vn 0.0164 -0.9777 0.2093</w:t>
        <w:br/>
        <w:t>vn -0.2271 -0.6606 0.7156</w:t>
        <w:br/>
        <w:t>vn -0.4902 -0.6925 0.5293</w:t>
        <w:br/>
        <w:t>vn -0.5717 -0.8198 -0.0341</w:t>
        <w:br/>
        <w:t>vn 0.0206 -0.9930 0.1167</w:t>
        <w:br/>
        <w:t>vn -0.0351 -0.9854 0.1665</w:t>
        <w:br/>
        <w:t>vn -0.2789 -0.9582 0.0645</w:t>
        <w:br/>
        <w:t>vn -0.5154 0.7894 -0.3334</w:t>
        <w:br/>
        <w:t>vn -0.5071 0.7965 -0.3292</w:t>
        <w:br/>
        <w:t>vn -0.5219 0.7788 -0.3479</w:t>
        <w:br/>
        <w:t>vn -0.5189 0.7837 -0.3414</w:t>
        <w:br/>
        <w:t>vn -0.5155 0.7833 -0.3474</w:t>
        <w:br/>
        <w:t>vn -0.5052 0.7908 -0.3456</w:t>
        <w:br/>
        <w:t>vn -0.6052 0.7160 0.3479</w:t>
        <w:br/>
        <w:t>vn -0.4920 0.8035 -0.3351</w:t>
        <w:br/>
        <w:t>vn -0.4943 0.7927 -0.3567</w:t>
        <w:br/>
        <w:t>vn -0.6027 0.7410 0.2960</w:t>
        <w:br/>
        <w:t>vn 0.2887 -0.1321 -0.9482</w:t>
        <w:br/>
        <w:t>vn 0.2098 -0.0206 -0.9775</w:t>
        <w:br/>
        <w:t>vn -0.1362 0.4552 -0.8799</w:t>
        <w:br/>
        <w:t>vn -0.1394 0.4530 -0.8805</w:t>
        <w:br/>
        <w:t>vn 0.5207 -0.6812 -0.5147</w:t>
        <w:br/>
        <w:t>vn 0.5323 -0.6761 -0.5095</w:t>
        <w:br/>
        <w:t>vn 0.2793 -0.1410 -0.9498</w:t>
        <w:br/>
        <w:t>vn 0.2090 -0.0395 -0.9771</w:t>
        <w:br/>
        <w:t>vn -0.1481 0.4753 -0.8673</w:t>
        <w:br/>
        <w:t>vn -0.1575 0.4696 -0.8687</w:t>
        <w:br/>
        <w:t>vn 0.4996 -0.7464 -0.4396</w:t>
        <w:br/>
        <w:t>vn 0.2090 -0.0394 -0.9771</w:t>
        <w:br/>
        <w:t>vn 0.5280 -0.7102 -0.4656</w:t>
        <w:br/>
        <w:t>vn 0.5291 -0.6895 -0.4946</w:t>
        <w:br/>
        <w:t>vn 0.2781 -0.1334 -0.9512</w:t>
        <w:br/>
        <w:t>vn -0.1548 0.4442 -0.8824</w:t>
        <w:br/>
        <w:t>vn 0.2781 -0.1335 -0.9512</w:t>
        <w:br/>
        <w:t>vn -0.1512 0.4624 -0.8737</w:t>
        <w:br/>
        <w:t>vn 0.3819 -0.8771 0.2914</w:t>
        <w:br/>
        <w:t>vn -0.1535 -0.8958 -0.4172</w:t>
        <w:br/>
        <w:t>vn 0.2424 -0.8860 -0.3952</w:t>
        <w:br/>
        <w:t>vn -0.1435 0.4666 -0.8727</w:t>
        <w:br/>
        <w:t>vn -0.1498 0.4934 -0.8568</w:t>
        <w:br/>
        <w:t>vn -0.4535 0.1155 0.8837</w:t>
        <w:br/>
        <w:t>vn -0.0466 -0.5836 0.8107</w:t>
        <w:br/>
        <w:t>vn 0.2778 -0.9193 0.2786</w:t>
        <w:br/>
        <w:t>vn 0.4227 -0.8073 -0.4118</w:t>
        <w:br/>
        <w:t>vn -0.5281 0.0369 0.8484</w:t>
        <w:br/>
        <w:t>vn 0.1953 -0.3319 -0.9229</w:t>
        <w:br/>
        <w:t>vn 0.2597 -0.2510 -0.9325</w:t>
        <w:br/>
        <w:t>vn -0.0257 -0.4600 0.8875</w:t>
        <w:br/>
        <w:t>vn 0.2597 -0.2511 -0.9325</w:t>
        <w:br/>
        <w:t>vn -0.4536 0.1154 0.8837</w:t>
        <w:br/>
        <w:t>vn -0.3382 0.6978 -0.6314</w:t>
        <w:br/>
        <w:t>vn -0.6341 0.6949 0.3392</w:t>
        <w:br/>
        <w:t>vn -0.1585 0.4486 -0.8796</w:t>
        <w:br/>
        <w:t>vn -0.4626 0.8227 -0.3303</w:t>
        <w:br/>
        <w:t>vn -0.5615 0.8258 0.0531</w:t>
        <w:br/>
        <w:t>vn -0.6296 0.6526 0.4215</w:t>
        <w:br/>
        <w:t>vn -0.2972 0.7000 -0.6493</w:t>
        <w:br/>
        <w:t>vn -0.4791 0.8153 -0.3251</w:t>
        <w:br/>
        <w:t>vn 0.0091 0.0568 -0.9983</w:t>
        <w:br/>
        <w:t>vn -0.1210 0.3844 -0.9152</w:t>
        <w:br/>
        <w:t>vn -0.6001 0.3291 0.7291</w:t>
        <w:br/>
        <w:t>vn -0.0778 -0.4474 0.8910</w:t>
        <w:br/>
        <w:t>vn -0.0583 -0.4094 0.9105</w:t>
        <w:br/>
        <w:t>vn -0.0507 -0.3898 0.9195</w:t>
        <w:br/>
        <w:t>vn 0.4580 -0.7718 0.4411</w:t>
        <w:br/>
        <w:t>vn 0.4651 -0.7696 0.4376</w:t>
        <w:br/>
        <w:t>vn -0.0361 -0.4044 0.9139</w:t>
        <w:br/>
        <w:t>vn 0.3740 -0.8299 0.4139</w:t>
        <w:br/>
        <w:t>vn 0.4162 -0.8049 0.4230</w:t>
        <w:br/>
        <w:t>vn -0.0196 -0.9554 0.2947</w:t>
        <w:br/>
        <w:t>vn -0.3331 -0.6240 0.7069</w:t>
        <w:br/>
        <w:t>vn 0.6481 -0.7105 -0.2743</w:t>
        <w:br/>
        <w:t>vn 0.6593 -0.6999 -0.2746</w:t>
        <w:br/>
        <w:t>vn 0.4174 -0.2621 -0.8701</w:t>
        <w:br/>
        <w:t>vn 0.6151 -0.7369 -0.2805</w:t>
        <w:br/>
        <w:t>vn 0.5740 -0.7706 -0.2768</w:t>
        <w:br/>
        <w:t>vn 0.6555 -0.7016 -0.2792</w:t>
        <w:br/>
        <w:t>vn 0.4354 -0.2353 -0.8689</w:t>
        <w:br/>
        <w:t>vn 0.4467 -0.7868 0.4258</w:t>
        <w:br/>
        <w:t>vn -0.0741 -0.9376 -0.3397</w:t>
        <w:br/>
        <w:t>vn 0.2807 -0.9028 -0.3258</w:t>
        <w:br/>
        <w:t>vn -0.1519 -0.5059 0.8491</w:t>
        <w:br/>
        <w:t>vn 0.2615 -0.8787 0.3994</w:t>
        <w:br/>
        <w:t>vn 0.5035 -0.8168 -0.2817</w:t>
        <w:br/>
        <w:t>vn -0.5975 0.3019 0.7429</w:t>
        <w:br/>
        <w:t>vn -0.6677 0.0201 0.7442</w:t>
        <w:br/>
        <w:t>vn -0.0367 -0.4235 0.9052</w:t>
        <w:br/>
        <w:t>vn -0.5332 0.1978 0.8226</w:t>
        <w:br/>
        <w:t>vn -0.4772 0.4906 0.7291</w:t>
        <w:br/>
        <w:t>vn -0.4768 0.4778 0.7378</w:t>
        <w:br/>
        <w:t>vn -0.6239 0.7544 0.2039</w:t>
        <w:br/>
        <w:t>vn -0.6071 0.7677 0.2050</w:t>
        <w:br/>
        <w:t>vn -0.0209 0.4993 0.8662</w:t>
        <w:br/>
        <w:t>vn -0.5160 0.6985 0.4958</w:t>
        <w:br/>
        <w:t>vn -0.6335 0.4182 0.6509</w:t>
        <w:br/>
        <w:t>vn -0.5348 -0.8310 0.1530</w:t>
        <w:br/>
        <w:t>vn -0.4714 -0.8614 -0.1892</w:t>
        <w:br/>
        <w:t>vn -0.1535 -0.8958 -0.4171</w:t>
        <w:br/>
        <w:t>vn -0.3537 0.5108 0.7835</w:t>
        <w:br/>
        <w:t>vn -0.5857 0.7851 0.2015</w:t>
        <w:br/>
        <w:t>vn -0.5347 0.6540 -0.5352</w:t>
        <w:br/>
        <w:t>vn -0.5385 0.6473 -0.5395</w:t>
        <w:br/>
        <w:t>vn -0.5915 0.7827 0.1935</w:t>
        <w:br/>
        <w:t>vn -0.3601 0.5057 0.7840</w:t>
        <w:br/>
        <w:t>vn -0.3458 0.5183 0.7821</w:t>
        <w:br/>
        <w:t>vn -0.5730 0.7935 0.2050</w:t>
        <w:br/>
        <w:t>vn -0.4558 0.4879 0.7444</w:t>
        <w:br/>
        <w:t>vn -0.6228 0.7799 0.0619</w:t>
        <w:br/>
        <w:t>vn -0.4224 0.6106 -0.6700</w:t>
        <w:br/>
        <w:t>vn -0.4460 0.5181 0.7298</w:t>
        <w:br/>
        <w:t>vn -0.5746 0.8121 0.1015</w:t>
        <w:br/>
        <w:t>vn -0.4209 0.6739 -0.6072</w:t>
        <w:br/>
        <w:t>vn -0.6073 0.6860 0.4008</w:t>
        <w:br/>
        <w:t>vn -0.5131 0.7848 -0.3478</w:t>
        <w:br/>
        <w:t>vn -0.1502 0.4423 -0.8842</w:t>
        <w:br/>
        <w:t>vn -0.6214 0.6977 0.3565</w:t>
        <w:br/>
        <w:t>vn -0.5021 0.7998 -0.3290</w:t>
        <w:br/>
        <w:t>vn -0.1388 0.4774 -0.8677</w:t>
        <w:br/>
        <w:t>vn -0.8563 0.4819 -0.1857</w:t>
        <w:br/>
        <w:t>vn -0.5394 0.6678 0.5129</w:t>
        <w:br/>
        <w:t>vn -0.0404 0.4797 0.8765</w:t>
        <w:br/>
        <w:t>vn 0.4750 0.0284 0.8795</w:t>
        <w:br/>
        <w:t>vn 0.6429 -0.2265 0.7317</w:t>
        <w:br/>
        <w:t>vn 0.5050 0.0497 0.8617</w:t>
        <w:br/>
        <w:t>vn 0.0173 0.4924 0.8702</w:t>
        <w:br/>
        <w:t>vn 0.0171 0.4776 0.8784</w:t>
        <w:br/>
        <w:t>vn -0.5022 0.7080 0.4965</w:t>
        <w:br/>
        <w:t>vn 0.1487 -0.9759 -0.1600</w:t>
        <w:br/>
        <w:t>vn -0.2357 -0.9132 -0.3325</w:t>
        <w:br/>
        <w:t>vn -0.5731 -0.4694 -0.6717</w:t>
        <w:br/>
        <w:t>vn -0.5579 0.6223 0.5491</w:t>
        <w:br/>
        <w:t>vn -0.6853 0.7239 -0.0797</w:t>
        <w:br/>
        <w:t>vn -0.6799 0.6872 0.2560</w:t>
        <w:br/>
        <w:t>vn -0.5439 0.8241 -0.1584</w:t>
        <w:br/>
        <w:t>vn -0.5660 0.7993 0.2019</w:t>
        <w:br/>
        <w:t>vn -0.4403 0.7442 0.5022</w:t>
        <w:br/>
        <w:t>vn -0.4119 -0.8383 -0.3573</w:t>
        <w:br/>
        <w:t>vn -0.4572 -0.8778 0.1431</w:t>
        <w:br/>
        <w:t>vn -0.5389 -0.8330 -0.1253</w:t>
        <w:br/>
        <w:t>vn -0.5101 0.7815 -0.3591</w:t>
        <w:br/>
        <w:t>vn -0.5733 0.8186 -0.0353</w:t>
        <w:br/>
        <w:t>vn -0.0423 -0.9702 0.2386</w:t>
        <w:br/>
        <w:t>vn -0.2394 0.6335 0.7358</w:t>
        <w:br/>
        <w:t>vn -0.0132 0.4473 0.8943</w:t>
        <w:br/>
        <w:t>vn 0.3188 0.2947 0.9008</w:t>
        <w:br/>
        <w:t>vn -0.9459 -0.2467 -0.2107</w:t>
        <w:br/>
        <w:t>vn -0.3123 -0.9437 -0.1094</w:t>
        <w:br/>
        <w:t>vn 0.1096 0.4664 0.8778</w:t>
        <w:br/>
        <w:t>vn 0.1613 0.2108 0.9641</w:t>
        <w:br/>
        <w:t>vn 0.0000 0.2073 0.9783</w:t>
        <w:br/>
        <w:t>vn -0.0000 0.4619 0.8869</w:t>
        <w:br/>
        <w:t>vn -0.0056 0.6613 0.7501</w:t>
        <w:br/>
        <w:t>vn -0.0345 0.7331 0.6792</w:t>
        <w:br/>
        <w:t>vn -0.0000 0.6967 0.7174</w:t>
        <w:br/>
        <w:t>vn -0.0000 0.6108 0.7918</w:t>
        <w:br/>
        <w:t>vn 0.2405 0.7137 0.6579</w:t>
        <w:br/>
        <w:t>vn 0.1593 0.7750 0.6116</w:t>
        <w:br/>
        <w:t>vn 0.2817 0.7485 0.6003</w:t>
        <w:br/>
        <w:t>vn 0.3892 0.6834 0.6177</w:t>
        <w:br/>
        <w:t>vn 0.2917 0.6301 0.7196</w:t>
        <w:br/>
        <w:t>vn 0.5328 0.8400 -0.1029</w:t>
        <w:br/>
        <w:t>vn 0.5576 0.7426 0.3710</w:t>
        <w:br/>
        <w:t>vn 0.4161 0.8422 0.3430</w:t>
        <w:br/>
        <w:t>vn 0.4111 0.9048 -0.1106</w:t>
        <w:br/>
        <w:t>vn 0.0618 0.5758 0.8153</w:t>
        <w:br/>
        <w:t>vn -0.0000 0.5529 0.8333</w:t>
        <w:br/>
        <w:t>vn 0.2643 0.7449 0.6126</w:t>
        <w:br/>
        <w:t>vn 0.2870 0.7271 0.6237</w:t>
        <w:br/>
        <w:t>vn 0.3807 0.7687 0.5140</w:t>
        <w:br/>
        <w:t>vn 0.2929 0.7976 0.5272</w:t>
        <w:br/>
        <w:t>vn 0.3101 0.8994 0.3080</w:t>
        <w:br/>
        <w:t>vn 0.3084 0.9427 -0.1272</w:t>
        <w:br/>
        <w:t>vn 0.2915 0.6837 -0.6690</w:t>
        <w:br/>
        <w:t>vn 0.1708 0.7288 -0.6631</w:t>
        <w:br/>
        <w:t>vn 0.0769 0.6726 -0.7360</w:t>
        <w:br/>
        <w:t>vn -0.0613 0.3792 -0.9233</w:t>
        <w:br/>
        <w:t>vn 0.9413 0.3174 -0.1148</w:t>
        <w:br/>
        <w:t>vn 0.9751 0.1716 -0.1401</w:t>
        <w:br/>
        <w:t>vn 0.9575 0.1290 0.2579</w:t>
        <w:br/>
        <w:t>vn 0.9167 0.2617 0.3021</w:t>
        <w:br/>
        <w:t>vn 0.7031 0.1378 0.6976</w:t>
        <w:br/>
        <w:t>vn 0.7361 0.0375 0.6759</w:t>
        <w:br/>
        <w:t>vn 0.3774 0.0158 0.9259</w:t>
        <w:br/>
        <w:t>vn 0.4179 0.0733 0.9056</w:t>
        <w:br/>
        <w:t>vn 0.9031 0.0754 0.4227</w:t>
        <w:br/>
        <w:t>vn 0.8557 0.2034 0.4758</w:t>
        <w:br/>
        <w:t>vn 0.4229 0.5839 0.6930</w:t>
        <w:br/>
        <w:t>vn 0.2407 0.5091 0.8263</w:t>
        <w:br/>
        <w:t>vn 0.5211 0.6519 0.5509</w:t>
        <w:br/>
        <w:t>vn 0.7949 0.4153 0.4423</w:t>
        <w:br/>
        <w:t>vn 0.6428 0.4672 0.6071</w:t>
        <w:br/>
        <w:t>vn 0.5403 0.5924 0.5976</w:t>
        <w:br/>
        <w:t>vn 0.8649 0.4938 0.0898</w:t>
        <w:br/>
        <w:t>vn 0.9796 0.1961 -0.0442</w:t>
        <w:br/>
        <w:t>vn 0.9277 0.3521 0.1241</w:t>
        <w:br/>
        <w:t>vn 0.5317 0.6878 0.4942</w:t>
        <w:br/>
        <w:t>vn 0.7833 0.5596 0.2707</w:t>
        <w:br/>
        <w:t>vn 0.2613 0.7365 0.6239</w:t>
        <w:br/>
        <w:t>vn 0.2751 0.6723 0.6873</w:t>
        <w:br/>
        <w:t>vn 0.0791 0.6654 0.7423</w:t>
        <w:br/>
        <w:t>vn 0.0285 0.7177 0.6958</w:t>
        <w:br/>
        <w:t>vn -0.0179 0.6372 0.7705</w:t>
        <w:br/>
        <w:t>vn -0.1131 0.6462 0.7547</w:t>
        <w:br/>
        <w:t>vn 0.2824 0.6140 0.7370</w:t>
        <w:br/>
        <w:t>vn 0.0875 0.6195 0.7801</w:t>
        <w:br/>
        <w:t>vn 0.4342 0.5997 0.6721</w:t>
        <w:br/>
        <w:t>vn -0.0023 0.6159 0.7878</w:t>
        <w:br/>
        <w:t>vn 0.0000 0.6413 0.7673</w:t>
        <w:br/>
        <w:t>vn 0.0000 0.6329 0.7742</w:t>
        <w:br/>
        <w:t>vn 0.0643 0.5057 0.8603</w:t>
        <w:br/>
        <w:t>vn 0.1962 0.0334 0.9800</w:t>
        <w:br/>
        <w:t>vn -0.0000 0.0044 1.0000</w:t>
        <w:br/>
        <w:t>vn 0.0000 0.0256 0.9997</w:t>
        <w:br/>
        <w:t>vn 0.0465 0.4102 -0.9108</w:t>
        <w:br/>
        <w:t>vn 0.0000 0.2617 -0.9652</w:t>
        <w:br/>
        <w:t>vn 0.2784 0.9044 0.3234</w:t>
        <w:br/>
        <w:t>vn 0.2430 0.9604 -0.1361</w:t>
        <w:br/>
        <w:t>vn 0.2270 0.7708 0.5952</w:t>
        <w:br/>
        <w:t>vn 0.2336 0.8501 0.4719</w:t>
        <w:br/>
        <w:t>vn 0.0595 0.6335 -0.7715</w:t>
        <w:br/>
        <w:t>vn -0.0416 0.2304 -0.9722</w:t>
        <w:br/>
        <w:t>vn -0.1136 0.2038 -0.9724</w:t>
        <w:br/>
        <w:t>vn -0.0462 0.3757 -0.9256</w:t>
        <w:br/>
        <w:t>vn 0.6709 0.3562 0.6504</w:t>
        <w:br/>
        <w:t>vn 0.4414 0.5283 0.7253</w:t>
        <w:br/>
        <w:t>vn -0.2287 0.1217 -0.9659</w:t>
        <w:br/>
        <w:t>vn 0.0000 0.0998 -0.9950</w:t>
        <w:br/>
        <w:t>vn 0.9834 0.0221 0.1801</w:t>
        <w:br/>
        <w:t>vn 0.9420 0.0110 0.3354</w:t>
        <w:br/>
        <w:t>vn 0.9623 0.1624 0.2184</w:t>
        <w:br/>
        <w:t>vn 0.9918 0.1166 0.0532</w:t>
        <w:br/>
        <w:t>vn 0.8491 0.2535 0.4635</w:t>
        <w:br/>
        <w:t>vn 0.8201 0.1219 0.5590</w:t>
        <w:br/>
        <w:t>vn 0.1063 -0.3047 -0.9465</w:t>
        <w:br/>
        <w:t>vn 0.0946 -0.2322 -0.9681</w:t>
        <w:br/>
        <w:t>vn 0.0534 0.1649 -0.9849</w:t>
        <w:br/>
        <w:t>vn 0.1049 0.1443 -0.9840</w:t>
        <w:br/>
        <w:t>vn 0.6035 -0.7354 -0.3081</w:t>
        <w:br/>
        <w:t>vn 0.7553 -0.6554 0.0035</w:t>
        <w:br/>
        <w:t>vn 0.9841 -0.1306 -0.1206</w:t>
        <w:br/>
        <w:t>vn 0.8807 -0.2960 -0.3698</w:t>
        <w:br/>
        <w:t>vn 0.4150 0.9062 -0.0804</w:t>
        <w:br/>
        <w:t>vn 0.5990 0.7891 -0.1361</w:t>
        <w:br/>
        <w:t>vn 0.3481 0.5578 -0.7534</w:t>
        <w:br/>
        <w:t>vn 0.2152 0.6125 -0.7606</w:t>
        <w:br/>
        <w:t>vn 0.6756 0.0399 0.7362</w:t>
        <w:br/>
        <w:t>vn 0.8536 -0.1700 0.4924</w:t>
        <w:br/>
        <w:t>vn 0.6198 -0.4012 0.6745</w:t>
        <w:br/>
        <w:t>vn 0.5257 -0.1315 0.8404</w:t>
        <w:br/>
        <w:t>vn 0.0100 -0.3618 -0.9322</w:t>
        <w:br/>
        <w:t>vn 0.1382 0.1344 -0.9812</w:t>
        <w:br/>
        <w:t>vn 0.0114 0.1861 -0.9825</w:t>
        <w:br/>
        <w:t>vn 0.1220 0.6567 -0.7442</w:t>
        <w:br/>
        <w:t>vn 0.0309 -0.1305 -0.9910</w:t>
        <w:br/>
        <w:t>vn 0.9716 -0.1451 0.1871</w:t>
        <w:br/>
        <w:t>vn 0.4401 0.5342 -0.7218</w:t>
        <w:br/>
        <w:t>vn 0.0633 -0.9871 0.1469</w:t>
        <w:br/>
        <w:t>vn 0.1945 -0.7979 0.5706</w:t>
        <w:br/>
        <w:t>vn 0.7308 -0.5777 0.3635</w:t>
        <w:br/>
        <w:t>vn 0.6772 0.7280 -0.1070</w:t>
        <w:br/>
        <w:t>vn -0.0301 -0.9864 -0.1616</w:t>
        <w:br/>
        <w:t>vn 0.2847 0.9473 -0.1467</w:t>
        <w:br/>
        <w:t>vn 0.3108 -0.7096 -0.6324</w:t>
        <w:br/>
        <w:t>vn 0.3519 -0.5267 -0.7738</w:t>
        <w:br/>
        <w:t>vn -0.0708 -0.8269 -0.5579</w:t>
        <w:br/>
        <w:t>vn 0.3183 0.7927 0.5199</w:t>
        <w:br/>
        <w:t>vn 0.3105 0.9058 0.2883</w:t>
        <w:br/>
        <w:t>vn 0.4869 0.7574 0.4351</w:t>
        <w:br/>
        <w:t>vn 0.6249 0.6280 0.4638</w:t>
        <w:br/>
        <w:t>vn 0.5487 0.3363 0.7654</w:t>
        <w:br/>
        <w:t>vn 0.5262 0.4178 0.7406</w:t>
        <w:br/>
        <w:t>vn 0.6751 0.2181 0.7048</w:t>
        <w:br/>
        <w:t>vn 0.5474 0.2437 0.8006</w:t>
        <w:br/>
        <w:t>vn 0.4859 0.2000 0.8508</w:t>
        <w:br/>
        <w:t>vn 0.6544 0.5882 0.4752</w:t>
        <w:br/>
        <w:t>vn 0.3481 -0.2254 0.9100</w:t>
        <w:br/>
        <w:t>vn -0.0347 0.0534 -0.9980</w:t>
        <w:br/>
        <w:t>vn 0.2899 -0.4734 0.8318</w:t>
        <w:br/>
        <w:t>vn -0.1128 0.0851 -0.9900</w:t>
        <w:br/>
        <w:t>vn -0.3433 0.0799 -0.9358</w:t>
        <w:br/>
        <w:t>vn -0.3618 0.0288 -0.9318</w:t>
        <w:br/>
        <w:t>vn -0.0000 -0.0029 -1.0000</w:t>
        <w:br/>
        <w:t>vn -0.0000 0.3229 -0.9464</w:t>
        <w:br/>
        <w:t>vn 0.5031 0.5280 -0.6842</w:t>
        <w:br/>
        <w:t>vn 0.7695 0.6305 -0.1018</w:t>
        <w:br/>
        <w:t>vn 0.1839 0.3716 -0.9100</w:t>
        <w:br/>
        <w:t>vn -0.0000 0.3275 -0.9448</w:t>
        <w:br/>
        <w:t>vn 0.7564 0.5500 0.3541</w:t>
        <w:br/>
        <w:t>vn 0.7046 0.4595 0.5406</w:t>
        <w:br/>
        <w:t>vn 0.3498 0.2635 0.8990</w:t>
        <w:br/>
        <w:t>vn 0.5821 0.3598 0.7291</w:t>
        <w:br/>
        <w:t>vn 0.1491 0.1735 -0.9735</w:t>
        <w:br/>
        <w:t>vn -0.0953 -0.3427 -0.9346</w:t>
        <w:br/>
        <w:t>vn 0.4537 0.5800 -0.6765</w:t>
        <w:br/>
        <w:t>vn -0.3206 -0.9323 0.1675</w:t>
        <w:br/>
        <w:t>vn -0.1523 -0.7295 0.6668</w:t>
        <w:br/>
        <w:t>vn 0.6371 0.7673 -0.0737</w:t>
        <w:br/>
        <w:t>vn -0.3026 -0.8724 -0.3839</w:t>
        <w:br/>
        <w:t>vn 0.3564 0.2491 0.9005</w:t>
        <w:br/>
        <w:t>vn 0.5832 0.6496 0.4877</w:t>
        <w:br/>
        <w:t>vn 0.1210 -0.2741 0.9541</w:t>
        <w:br/>
        <w:t>vn 0.9790 0.0988 -0.1785</w:t>
        <w:br/>
        <w:t>vn 0.7106 0.1932 -0.6766</w:t>
        <w:br/>
        <w:t>vn 0.7113 0.1212 -0.6923</w:t>
        <w:br/>
        <w:t>vn 0.6705 0.3003 -0.6784</w:t>
        <w:br/>
        <w:t>vn 0.3264 0.2024 -0.9233</w:t>
        <w:br/>
        <w:t>vn 0.3474 0.1309 -0.9285</w:t>
        <w:br/>
        <w:t>vn 0.2866 0.2446 -0.9263</w:t>
        <w:br/>
        <w:t>vn -0.0000 0.1995 -0.9799</w:t>
        <w:br/>
        <w:t>vn -0.0000 0.1286 -0.9917</w:t>
        <w:br/>
        <w:t>vn 0.0000 0.2238 -0.9746</w:t>
        <w:br/>
        <w:t>vn 0.3460 0.0349 -0.9376</w:t>
        <w:br/>
        <w:t>vn 0.6867 -0.0101 -0.7269</w:t>
        <w:br/>
        <w:t>vn -0.0000 0.0468 -0.9989</w:t>
        <w:br/>
        <w:t>vn 0.3342 0.0111 -0.9424</w:t>
        <w:br/>
        <w:t>vn 0.6613 -0.0697 -0.7468</w:t>
        <w:br/>
        <w:t>vn 0.0000 0.0366 -0.9993</w:t>
        <w:br/>
        <w:t>vn 0.8978 -0.1863 -0.3990</w:t>
        <w:br/>
        <w:t>vn 0.9155 -0.3858 -0.1138</w:t>
        <w:br/>
        <w:t>vn 0.9576 -0.1183 -0.2628</w:t>
        <w:br/>
        <w:t>vn 0.9691 -0.2010 0.1427</w:t>
        <w:br/>
        <w:t>vn 0.9720 0.0659 0.2257</w:t>
        <w:br/>
        <w:t>vn 0.7458 -0.5043 -0.4351</w:t>
        <w:br/>
        <w:t>vn 0.7352 -0.5990 -0.3172</w:t>
        <w:br/>
        <w:t>vn 0.6666 -0.6164 -0.4192</w:t>
        <w:br/>
        <w:t>vn 0.9178 -0.3894 0.0777</w:t>
        <w:br/>
        <w:t>vn 0.7941 -0.5949 -0.1241</w:t>
        <w:br/>
        <w:t>vn 0.8336 -0.5485 -0.0660</w:t>
        <w:br/>
        <w:t>vn 0.9244 -0.2706 0.2688</w:t>
        <w:br/>
        <w:t>vn 0.8197 -0.5725 -0.0179</w:t>
        <w:br/>
        <w:t>vn -0.0000 -0.3036 0.9528</w:t>
        <w:br/>
        <w:t>vn 0.4376 -0.2863 0.8524</w:t>
        <w:br/>
        <w:t>vn 0.4308 -0.4718 0.7693</w:t>
        <w:br/>
        <w:t>vn 0.0000 -0.4859 0.8740</w:t>
        <w:br/>
        <w:t>vn 0.7399 -0.0010 0.6728</w:t>
        <w:br/>
        <w:t>vn 0.7472 -0.3080 0.5889</w:t>
        <w:br/>
        <w:t>vn 0.4147 -0.0397 0.9091</w:t>
        <w:br/>
        <w:t>vn 0.9148 0.0338 0.4025</w:t>
        <w:br/>
        <w:t>vn 0.6639 -0.6040 -0.4409</w:t>
        <w:br/>
        <w:t>vn 0.7970 -0.5565 0.2345</w:t>
        <w:br/>
        <w:t>vn 0.0000 -0.0604 0.9982</w:t>
        <w:br/>
        <w:t>vn 0.0000 0.5985 0.8011</w:t>
        <w:br/>
        <w:t>vn 0.9975 0.0292 0.0645</w:t>
        <w:br/>
        <w:t>vn 0.9940 0.1089 0.0133</w:t>
        <w:br/>
        <w:t>vn 0.9874 0.1342 -0.0843</w:t>
        <w:br/>
        <w:t>vn -0.2401 0.6203 0.7467</w:t>
        <w:br/>
        <w:t>vn 0.0000 0.5901 0.8073</w:t>
        <w:br/>
        <w:t>vn -0.2364 0.7050 0.6687</w:t>
        <w:br/>
        <w:t>vn 0.5126 0.7709 0.3781</w:t>
        <w:br/>
        <w:t>vn 0.7213 0.6538 0.2287</w:t>
        <w:br/>
        <w:t>vn -0.3434 0.5444 0.7654</w:t>
        <w:br/>
        <w:t>vn 0.0000 0.5186 0.8550</w:t>
        <w:br/>
        <w:t>vn -0.2947 0.6608 0.6902</w:t>
        <w:br/>
        <w:t>vn 0.1832 0.8384 0.5134</w:t>
        <w:br/>
        <w:t>vn 0.2099 0.8241 0.5261</w:t>
        <w:br/>
        <w:t>vn -0.0526 0.7851 0.6172</w:t>
        <w:br/>
        <w:t>vn -0.0807 0.7695 0.6335</w:t>
        <w:br/>
        <w:t>vn 0.5071 0.8016 0.3166</w:t>
        <w:br/>
        <w:t>vn 0.7903 0.5991 0.1284</w:t>
        <w:br/>
        <w:t>vn 0.5117 0.8488 -0.1333</w:t>
        <w:br/>
        <w:t>vn -0.3573 0.4898 0.7953</w:t>
        <w:br/>
        <w:t>vn -0.2764 0.9091 0.3118</w:t>
        <w:br/>
        <w:t>vn -0.0000 0.3704 0.9289</w:t>
        <w:br/>
        <w:t>vn -0.3976 0.3638 0.8424</w:t>
        <w:br/>
        <w:t>vn -0.3711 0.2340 0.8986</w:t>
        <w:br/>
        <w:t>vn -0.3889 0.2074 0.8976</w:t>
        <w:br/>
        <w:t>vn 0.0000 0.2782 0.9605</w:t>
        <w:br/>
        <w:t>vn 0.0000 0.1700 0.9854</w:t>
        <w:br/>
        <w:t>vn -0.3165 0.1650 0.9341</w:t>
        <w:br/>
        <w:t>vn 0.0000 0.0809 0.9967</w:t>
        <w:br/>
        <w:t>vn 0.6440 -0.4713 0.6027</w:t>
        <w:br/>
        <w:t>vn 0.6882 -0.6147 -0.3853</w:t>
        <w:br/>
        <w:t>vn 0.6773 -0.6528 -0.3393</w:t>
        <w:br/>
        <w:t>vn 0.6916 -0.6679 -0.2751</w:t>
        <w:br/>
        <w:t>vn 0.7355 -0.6537 -0.1780</w:t>
        <w:br/>
        <w:t>vn 0.6847 -0.6111 -0.3972</w:t>
        <w:br/>
        <w:t>vn 0.6754 -0.7123 -0.1911</w:t>
        <w:br/>
        <w:t>vn -0.1096 0.4664 0.8778</w:t>
        <w:br/>
        <w:t>vn -0.1613 0.2108 0.9641</w:t>
        <w:br/>
        <w:t>vn 0.0056 0.6613 0.7501</w:t>
        <w:br/>
        <w:t>vn 0.0345 0.7331 0.6792</w:t>
        <w:br/>
        <w:t>vn -0.1593 0.7750 0.6116</w:t>
        <w:br/>
        <w:t>vn -0.2405 0.7137 0.6579</w:t>
        <w:br/>
        <w:t>vn -0.2817 0.7485 0.6003</w:t>
        <w:br/>
        <w:t>vn -0.3892 0.6834 0.6177</w:t>
        <w:br/>
        <w:t>vn -0.2917 0.6301 0.7196</w:t>
        <w:br/>
        <w:t>vn -0.5328 0.8400 -0.1029</w:t>
        <w:br/>
        <w:t>vn -0.4111 0.9048 -0.1106</w:t>
        <w:br/>
        <w:t>vn -0.4161 0.8422 0.3430</w:t>
        <w:br/>
        <w:t>vn -0.5576 0.7426 0.3710</w:t>
        <w:br/>
        <w:t>vn -0.0618 0.5758 0.8153</w:t>
        <w:br/>
        <w:t>vn -0.2643 0.7449 0.6126</w:t>
        <w:br/>
        <w:t>vn -0.2870 0.7271 0.6237</w:t>
        <w:br/>
        <w:t>vn -0.3807 0.7687 0.5140</w:t>
        <w:br/>
        <w:t>vn -0.2929 0.7976 0.5272</w:t>
        <w:br/>
        <w:t>vn -0.3084 0.9427 -0.1272</w:t>
        <w:br/>
        <w:t>vn -0.3101 0.8994 0.3080</w:t>
        <w:br/>
        <w:t>vn -0.2915 0.6837 -0.6690</w:t>
        <w:br/>
        <w:t>vn -0.1708 0.7288 -0.6631</w:t>
        <w:br/>
        <w:t>vn -0.0769 0.6726 -0.7360</w:t>
        <w:br/>
        <w:t>vn 0.0613 0.3792 -0.9233</w:t>
        <w:br/>
        <w:t>vn -0.9413 0.3174 -0.1148</w:t>
        <w:br/>
        <w:t>vn -0.9167 0.2617 0.3021</w:t>
        <w:br/>
        <w:t>vn -0.9575 0.1290 0.2579</w:t>
        <w:br/>
        <w:t>vn -0.9751 0.1716 -0.1401</w:t>
        <w:br/>
        <w:t>vn -0.7031 0.1378 0.6976</w:t>
        <w:br/>
        <w:t>vn -0.4178 0.0733 0.9056</w:t>
        <w:br/>
        <w:t>vn -0.3774 0.0158 0.9259</w:t>
        <w:br/>
        <w:t>vn -0.7361 0.0375 0.6759</w:t>
        <w:br/>
        <w:t>vn -0.8557 0.2035 0.4758</w:t>
        <w:br/>
        <w:t>vn -0.9031 0.0754 0.4227</w:t>
        <w:br/>
        <w:t>vn -0.2407 0.5091 0.8263</w:t>
        <w:br/>
        <w:t>vn -0.4229 0.5839 0.6930</w:t>
        <w:br/>
        <w:t>vn -0.5211 0.6519 0.5509</w:t>
        <w:br/>
        <w:t>vn -0.7949 0.4153 0.4423</w:t>
        <w:br/>
        <w:t>vn -0.5403 0.5924 0.5976</w:t>
        <w:br/>
        <w:t>vn -0.6428 0.4672 0.6071</w:t>
        <w:br/>
        <w:t>vn -0.8649 0.4938 0.0898</w:t>
        <w:br/>
        <w:t>vn -0.9277 0.3521 0.1241</w:t>
        <w:br/>
        <w:t>vn -0.9796 0.1961 -0.0442</w:t>
        <w:br/>
        <w:t>vn -0.5317 0.6878 0.4942</w:t>
        <w:br/>
        <w:t>vn -0.7833 0.5596 0.2707</w:t>
        <w:br/>
        <w:t>vn -0.2613 0.7365 0.6239</w:t>
        <w:br/>
        <w:t>vn -0.0285 0.7177 0.6957</w:t>
        <w:br/>
        <w:t>vn -0.0791 0.6654 0.7423</w:t>
        <w:br/>
        <w:t>vn -0.2751 0.6723 0.6873</w:t>
        <w:br/>
        <w:t>vn 0.1131 0.6462 0.7547</w:t>
        <w:br/>
        <w:t>vn 0.0179 0.6372 0.7705</w:t>
        <w:br/>
        <w:t>vn -0.0875 0.6195 0.7801</w:t>
        <w:br/>
        <w:t>vn -0.2825 0.6141 0.7370</w:t>
        <w:br/>
        <w:t>vn -0.4342 0.5997 0.6721</w:t>
        <w:br/>
        <w:t>vn 0.0022 0.6159 0.7878</w:t>
        <w:br/>
        <w:t>vn -0.0643 0.5057 0.8603</w:t>
        <w:br/>
        <w:t>vn -0.1962 0.0334 0.9800</w:t>
        <w:br/>
        <w:t>vn -0.0465 0.4102 -0.9108</w:t>
        <w:br/>
        <w:t>vn -0.2430 0.9604 -0.1361</w:t>
        <w:br/>
        <w:t>vn -0.2784 0.9044 0.3234</w:t>
        <w:br/>
        <w:t>vn -0.2270 0.7708 0.5952</w:t>
        <w:br/>
        <w:t>vn -0.2336 0.8501 0.4719</w:t>
        <w:br/>
        <w:t>vn -0.0595 0.6335 -0.7715</w:t>
        <w:br/>
        <w:t>vn 0.0416 0.2304 -0.9722</w:t>
        <w:br/>
        <w:t>vn 0.0462 0.3757 -0.9256</w:t>
        <w:br/>
        <w:t>vn 0.1136 0.2038 -0.9724</w:t>
        <w:br/>
        <w:t>vn -0.4414 0.5283 0.7253</w:t>
        <w:br/>
        <w:t>vn -0.6709 0.3562 0.6504</w:t>
        <w:br/>
        <w:t>vn 0.2287 0.1217 -0.9659</w:t>
        <w:br/>
        <w:t>vn -0.9834 0.0221 0.1801</w:t>
        <w:br/>
        <w:t>vn -0.9918 0.1166 0.0532</w:t>
        <w:br/>
        <w:t>vn -0.9623 0.1624 0.2184</w:t>
        <w:br/>
        <w:t>vn -0.9420 0.0110 0.3354</w:t>
        <w:br/>
        <w:t>vn -0.8491 0.2535 0.4635</w:t>
        <w:br/>
        <w:t>vn -0.8201 0.1219 0.5590</w:t>
        <w:br/>
        <w:t>vn -0.1063 -0.3048 -0.9465</w:t>
        <w:br/>
        <w:t>vn -0.1049 0.1443 -0.9840</w:t>
        <w:br/>
        <w:t>vn -0.0534 0.1649 -0.9849</w:t>
        <w:br/>
        <w:t>vn -0.0946 -0.2322 -0.9680</w:t>
        <w:br/>
        <w:t>vn -0.6035 -0.7354 -0.3081</w:t>
        <w:br/>
        <w:t>vn -0.8807 -0.2960 -0.3698</w:t>
        <w:br/>
        <w:t>vn -0.9841 -0.1306 -0.1206</w:t>
        <w:br/>
        <w:t>vn -0.7553 -0.6554 0.0035</w:t>
        <w:br/>
        <w:t>vn -0.4151 0.9062 -0.0804</w:t>
        <w:br/>
        <w:t>vn -0.2152 0.6125 -0.7606</w:t>
        <w:br/>
        <w:t>vn -0.3481 0.5578 -0.7534</w:t>
        <w:br/>
        <w:t>vn -0.5990 0.7891 -0.1361</w:t>
        <w:br/>
        <w:t>vn -0.6756 0.0399 0.7361</w:t>
        <w:br/>
        <w:t>vn -0.5257 -0.1315 0.8404</w:t>
        <w:br/>
        <w:t>vn -0.6198 -0.4012 0.6745</w:t>
        <w:br/>
        <w:t>vn -0.8536 -0.1700 0.4924</w:t>
        <w:br/>
        <w:t>vn -0.0100 -0.3619 -0.9322</w:t>
        <w:br/>
        <w:t>vn -0.1382 0.1345 -0.9812</w:t>
        <w:br/>
        <w:t>vn -0.0114 0.1861 -0.9825</w:t>
        <w:br/>
        <w:t>vn -0.1220 0.6566 -0.7443</w:t>
        <w:br/>
        <w:t>vn -0.0309 -0.1305 -0.9910</w:t>
        <w:br/>
        <w:t>vn -0.9716 -0.1451 0.1871</w:t>
        <w:br/>
        <w:t>vn -0.4401 0.5342 -0.7218</w:t>
        <w:br/>
        <w:t>vn -0.7308 -0.5777 0.3636</w:t>
        <w:br/>
        <w:t>vn -0.1946 -0.7979 0.5706</w:t>
        <w:br/>
        <w:t>vn -0.0633 -0.9871 0.1469</w:t>
        <w:br/>
        <w:t>vn -0.6772 0.7280 -0.1070</w:t>
        <w:br/>
        <w:t>vn 0.0301 -0.9864 -0.1616</w:t>
        <w:br/>
        <w:t>vn -0.2846 0.9474 -0.1467</w:t>
        <w:br/>
        <w:t>vn -0.3108 -0.7095 -0.6324</w:t>
        <w:br/>
        <w:t>vn -0.3519 -0.5267 -0.7738</w:t>
        <w:br/>
        <w:t>vn 0.0707 -0.8269 -0.5579</w:t>
        <w:br/>
        <w:t>vn -0.3105 0.9058 0.2883</w:t>
        <w:br/>
        <w:t>vn -0.3183 0.7927 0.5199</w:t>
        <w:br/>
        <w:t>vn -0.4869 0.7574 0.4351</w:t>
        <w:br/>
        <w:t>vn -0.6249 0.6280 0.4638</w:t>
        <w:br/>
        <w:t>vn -0.5487 0.3363 0.7654</w:t>
        <w:br/>
        <w:t>vn -0.6751 0.2181 0.7048</w:t>
        <w:br/>
        <w:t>vn -0.5262 0.4178 0.7406</w:t>
        <w:br/>
        <w:t>vn -0.5474 0.2437 0.8006</w:t>
        <w:br/>
        <w:t>vn -0.6544 0.5882 0.4752</w:t>
        <w:br/>
        <w:t>vn -0.4859 0.2000 0.8508</w:t>
        <w:br/>
        <w:t>vn -0.3481 -0.2254 0.9100</w:t>
        <w:br/>
        <w:t>vn 0.0347 0.0534 -0.9980</w:t>
        <w:br/>
        <w:t>vn -0.2899 -0.4734 0.8318</w:t>
        <w:br/>
        <w:t>vn 0.1128 0.0851 -0.9900</w:t>
        <w:br/>
        <w:t>vn 0.3433 0.0799 -0.9358</w:t>
        <w:br/>
        <w:t>vn 0.3618 0.0288 -0.9318</w:t>
        <w:br/>
        <w:t>vn -0.5031 0.5280 -0.6842</w:t>
        <w:br/>
        <w:t>vn -0.7695 0.6305 -0.1018</w:t>
        <w:br/>
        <w:t>vn -0.1839 0.3716 -0.9100</w:t>
        <w:br/>
        <w:t>vn -0.7564 0.5500 0.3541</w:t>
        <w:br/>
        <w:t>vn -0.7046 0.4595 0.5406</w:t>
        <w:br/>
        <w:t>vn -0.3498 0.2635 0.8990</w:t>
        <w:br/>
        <w:t>vn -0.5821 0.3598 0.7292</w:t>
        <w:br/>
        <w:t>vn 0.0953 -0.3427 -0.9346</w:t>
        <w:br/>
        <w:t>vn -0.1491 0.1736 -0.9735</w:t>
        <w:br/>
        <w:t>vn -0.4537 0.5800 -0.6766</w:t>
        <w:br/>
        <w:t>vn 0.1523 -0.7296 0.6667</w:t>
        <w:br/>
        <w:t>vn 0.3206 -0.9323 0.1675</w:t>
        <w:br/>
        <w:t>vn -0.6371 0.7673 -0.0737</w:t>
        <w:br/>
        <w:t>vn 0.3027 -0.8724 -0.3838</w:t>
        <w:br/>
        <w:t>vn -0.5832 0.6496 0.4877</w:t>
        <w:br/>
        <w:t>vn -0.3564 0.2491 0.9005</w:t>
        <w:br/>
        <w:t>vn -0.1210 -0.2741 0.9541</w:t>
        <w:br/>
        <w:t>vn -0.9790 0.0988 -0.1785</w:t>
        <w:br/>
        <w:t>vn -0.7113 0.1212 -0.6923</w:t>
        <w:br/>
        <w:t>vn -0.7106 0.1932 -0.6766</w:t>
        <w:br/>
        <w:t>vn -0.6705 0.3003 -0.6784</w:t>
        <w:br/>
        <w:t>vn -0.3474 0.1308 -0.9286</w:t>
        <w:br/>
        <w:t>vn -0.3261 0.2024 -0.9234</w:t>
        <w:br/>
        <w:t>vn -0.2865 0.2445 -0.9263</w:t>
        <w:br/>
        <w:t>vn -0.3460 0.0349 -0.9376</w:t>
        <w:br/>
        <w:t>vn -0.6867 -0.0101 -0.7269</w:t>
        <w:br/>
        <w:t>vn -0.6613 -0.0697 -0.7468</w:t>
        <w:br/>
        <w:t>vn -0.3342 0.0111 -0.9424</w:t>
        <w:br/>
        <w:t>vn -0.8978 -0.1863 -0.3990</w:t>
        <w:br/>
        <w:t>vn -0.9576 -0.1183 -0.2628</w:t>
        <w:br/>
        <w:t>vn -0.9155 -0.3858 -0.1138</w:t>
        <w:br/>
        <w:t>vn -0.9691 -0.2010 0.1427</w:t>
        <w:br/>
        <w:t>vn -0.9720 0.0658 0.2257</w:t>
        <w:br/>
        <w:t>vn -0.7458 -0.5043 -0.4351</w:t>
        <w:br/>
        <w:t>vn -0.7352 -0.5990 -0.3172</w:t>
        <w:br/>
        <w:t>vn -0.6666 -0.6164 -0.4192</w:t>
        <w:br/>
        <w:t>vn -0.9178 -0.3894 0.0777</w:t>
        <w:br/>
        <w:t>vn -0.8336 -0.5485 -0.0660</w:t>
        <w:br/>
        <w:t>vn -0.7941 -0.5949 -0.1241</w:t>
        <w:br/>
        <w:t>vn -0.9244 -0.2706 0.2688</w:t>
        <w:br/>
        <w:t>vn -0.8197 -0.5725 -0.0179</w:t>
        <w:br/>
        <w:t>vn -0.4308 -0.4718 0.7693</w:t>
        <w:br/>
        <w:t>vn -0.4376 -0.2860 0.8525</w:t>
        <w:br/>
        <w:t>vn -0.7399 -0.0009 0.6728</w:t>
        <w:br/>
        <w:t>vn -0.4147 -0.0397 0.9091</w:t>
        <w:br/>
        <w:t>vn -0.7472 -0.3080 0.5889</w:t>
        <w:br/>
        <w:t>vn -0.9148 0.0339 0.4025</w:t>
        <w:br/>
        <w:t>vn -0.6639 -0.6040 -0.4409</w:t>
        <w:br/>
        <w:t>vn -0.7970 -0.5565 0.2345</w:t>
        <w:br/>
        <w:t>vn -0.9975 0.0292 0.0644</w:t>
        <w:br/>
        <w:t>vn -0.9940 0.1089 0.0133</w:t>
        <w:br/>
        <w:t>vn -0.9874 0.1342 -0.0843</w:t>
        <w:br/>
        <w:t>vn 0.2401 0.6203 0.7467</w:t>
        <w:br/>
        <w:t>vn 0.2364 0.7050 0.6687</w:t>
        <w:br/>
        <w:t>vn -0.5126 0.7709 0.3781</w:t>
        <w:br/>
        <w:t>vn -0.7213 0.6538 0.2287</w:t>
        <w:br/>
        <w:t>vn 0.3434 0.5443 0.7654</w:t>
        <w:br/>
        <w:t>vn 0.2945 0.6606 0.6906</w:t>
        <w:br/>
        <w:t>vn -0.1832 0.8384 0.5134</w:t>
        <w:br/>
        <w:t>vn 0.0807 0.7695 0.6335</w:t>
        <w:br/>
        <w:t>vn 0.0526 0.7851 0.6172</w:t>
        <w:br/>
        <w:t>vn -0.2098 0.8241 0.5261</w:t>
        <w:br/>
        <w:t>vn -0.5071 0.8016 0.3166</w:t>
        <w:br/>
        <w:t>vn -0.7903 0.5991 0.1284</w:t>
        <w:br/>
        <w:t>vn -0.5117 0.8488 -0.1333</w:t>
        <w:br/>
        <w:t>vn 0.2764 0.9091 0.3118</w:t>
        <w:br/>
        <w:t>vn 0.3573 0.4898 0.7953</w:t>
        <w:br/>
        <w:t>vn 0.3976 0.3638 0.8424</w:t>
        <w:br/>
        <w:t>vn 0.3889 0.2074 0.8976</w:t>
        <w:br/>
        <w:t>vn 0.3711 0.2340 0.8986</w:t>
        <w:br/>
        <w:t>vn 0.3165 0.1650 0.9341</w:t>
        <w:br/>
        <w:t>vn -0.6439 -0.4713 0.6027</w:t>
        <w:br/>
        <w:t>vn -0.6773 -0.6528 -0.3393</w:t>
        <w:br/>
        <w:t>vn -0.6882 -0.6147 -0.3853</w:t>
        <w:br/>
        <w:t>vn -0.7355 -0.6537 -0.1780</w:t>
        <w:br/>
        <w:t>vn -0.6916 -0.6679 -0.2751</w:t>
        <w:br/>
        <w:t>vn -0.6847 -0.6111 -0.3971</w:t>
        <w:br/>
        <w:t>vn -0.6754 -0.7123 -0.1911</w:t>
        <w:br/>
        <w:t>vn -0.2029 0.2236 -0.9533</w:t>
        <w:br/>
        <w:t>vn -0.4833 0.6232 -0.6148</w:t>
        <w:br/>
        <w:t>vn -0.4537 0.5800 -0.6765</w:t>
        <w:br/>
        <w:t>vn -0.1490 0.1736 -0.9735</w:t>
        <w:br/>
        <w:t>vn -0.5831 0.6497 0.4878</w:t>
        <w:br/>
        <w:t>vn -0.5536 0.6659 0.5001</w:t>
        <w:br/>
        <w:t>vn -0.3133 0.2834 0.9064</w:t>
        <w:br/>
        <w:t>vn 0.4289 -0.7934 -0.4319</w:t>
        <w:br/>
        <w:t>vn 0.1275 -0.3094 -0.9424</w:t>
        <w:br/>
        <w:t>vn 0.3026 -0.8724 -0.3839</w:t>
        <w:br/>
        <w:t>vn 0.4663 -0.8690 0.1657</w:t>
        <w:br/>
        <w:t>vn 0.3010 -0.6821 0.6664</w:t>
        <w:br/>
        <w:t>vn -0.6152 0.7878 -0.0308</w:t>
        <w:br/>
        <w:t>vn 0.0131 -0.2273 0.9737</w:t>
        <w:br/>
        <w:t>vn -0.2683 0.2410 -0.9327</w:t>
        <w:br/>
        <w:t>vn -0.2885 0.2419 -0.9264</w:t>
        <w:br/>
        <w:t>vn -0.5468 0.6252 -0.5570</w:t>
        <w:br/>
        <w:t>vn -0.5317 0.6275 -0.5688</w:t>
        <w:br/>
        <w:t>vn 0.1048 -0.2993 -0.9484</w:t>
        <w:br/>
        <w:t>vn 0.1101 -0.3003 -0.9475</w:t>
        <w:br/>
        <w:t>vn 0.4410 -0.7778 -0.4478</w:t>
        <w:br/>
        <w:t>vn 0.4504 -0.7710 -0.4501</w:t>
        <w:br/>
        <w:t>vn -0.6267 0.7792 0.0099</w:t>
        <w:br/>
        <w:t>vn -0.6355 0.7717 0.0255</w:t>
        <w:br/>
        <w:t>vn -0.3380 0.2744 0.9002</w:t>
        <w:br/>
        <w:t>vn 0.0382 -0.2599 0.9649</w:t>
        <w:br/>
        <w:t>vn 0.0385 -0.2503 0.9674</w:t>
        <w:br/>
        <w:t>vn -0.3273 0.2852 0.9008</w:t>
        <w:br/>
        <w:t>vn -0.5532 0.6525 0.5179</w:t>
        <w:br/>
        <w:t>vn 0.4956 -0.8536 0.1605</w:t>
        <w:br/>
        <w:t>vn 0.3483 -0.6802 0.6450</w:t>
        <w:br/>
        <w:t>vn 0.3178 0.2952 0.9010</w:t>
        <w:br/>
        <w:t>vn 0.2404 0.2863 0.9275</w:t>
        <w:br/>
        <w:t>vn -0.0914 -0.1694 0.9813</w:t>
        <w:br/>
        <w:t>vn -0.0431 -0.1911 0.9806</w:t>
        <w:br/>
        <w:t>vn -0.4123 -0.6713 0.6159</w:t>
        <w:br/>
        <w:t>vn -0.3856 -0.6870 0.6159</w:t>
        <w:br/>
        <w:t>vn -0.5093 -0.8585 0.0593</w:t>
        <w:br/>
        <w:t>vn -0.4944 -0.8681 0.0450</w:t>
        <w:br/>
        <w:t>vn -0.4192 -0.7204 -0.5524</w:t>
        <w:br/>
        <w:t>vn -0.3761 -0.7327 -0.5672</w:t>
        <w:br/>
        <w:t>vn 0.5699 0.5924 0.5695</w:t>
        <w:br/>
        <w:t>vn 0.5004 0.5764 0.6461</w:t>
        <w:br/>
        <w:t>vn 0.6974 0.7156 0.0378</w:t>
        <w:br/>
        <w:t>vn 0.6709 0.7370 0.0821</w:t>
        <w:br/>
        <w:t>vn 0.3536 0.3355 0.8731</w:t>
        <w:br/>
        <w:t>vn -0.0310 -0.1629 0.9862</w:t>
        <w:br/>
        <w:t>vn 0.5903 0.6307 0.5038</w:t>
        <w:br/>
        <w:t>vn -0.5083 -0.8609 0.0227</w:t>
        <w:br/>
        <w:t>vn -0.3870 -0.6681 0.6355</w:t>
        <w:br/>
        <w:t>vn 0.6856 0.7276 0.0230</w:t>
        <w:br/>
        <w:t>vn -0.3816 -0.7278 -0.5698</w:t>
        <w:br/>
        <w:t>vn -0.0169 -0.2211 -0.9751</w:t>
        <w:br/>
        <w:t>vn -0.0118 -0.2198 -0.9755</w:t>
        <w:br/>
        <w:t>vn 0.4122 0.3665 -0.8341</w:t>
        <w:br/>
        <w:t>vn 0.3748 0.3239 -0.8687</w:t>
        <w:br/>
        <w:t>vn 0.6142 0.6234 -0.4839</w:t>
        <w:br/>
        <w:t>vn 0.6194 0.6510 -0.4388</w:t>
        <w:br/>
        <w:t>vn 0.5856 0.6270 -0.5138</w:t>
        <w:br/>
        <w:t>vn -0.0711 -0.2164 -0.9737</w:t>
        <w:br/>
        <w:t>vn 0.3203 0.3056 -0.8967</w:t>
        <w:br/>
        <w:t>vn 0.2047 0.3100 -0.9284</w:t>
        <w:br/>
        <w:t>vn -0.1923 -0.2173 -0.9570</w:t>
        <w:br/>
        <w:t>vn -0.2096 -0.2408 -0.9477</w:t>
        <w:br/>
        <w:t>vn 0.1875 0.3095 -0.9322</w:t>
        <w:br/>
        <w:t>vn 0.1482 0.2647 0.9529</w:t>
        <w:br/>
        <w:t>vn 0.2127 0.2381 0.9477</w:t>
        <w:br/>
        <w:t>vn -0.1660 -0.2404 0.9564</w:t>
        <w:br/>
        <w:t>vn -0.2256 -0.1676 0.9597</w:t>
        <w:br/>
        <w:t>vn -0.5660 -0.8138 0.1316</w:t>
        <w:br/>
        <w:t>vn -0.5477 -0.8242 0.1437</w:t>
        <w:br/>
        <w:t>vn -0.5037 -0.7291 -0.4633</w:t>
        <w:br/>
        <w:t>vn -0.5209 -0.7215 -0.4562</w:t>
        <w:br/>
        <w:t>vn -0.6609 -0.7485 0.0544</w:t>
        <w:br/>
        <w:t>vn -0.6538 -0.7557 0.0381</w:t>
        <w:br/>
        <w:t>vn -0.5513 -0.6834 -0.4785</w:t>
        <w:br/>
        <w:t>vn -0.5495 -0.6578 -0.5152</w:t>
        <w:br/>
        <w:t>vn -0.5607 -0.5644 0.6059</w:t>
        <w:br/>
        <w:t>vn -0.5674 -0.5744 0.5901</w:t>
        <w:br/>
        <w:t>vn 0.4322 0.7249 -0.5364</w:t>
        <w:br/>
        <w:t>vn 0.5261 0.8469 0.0778</w:t>
        <w:br/>
        <w:t>vn 0.5301 0.8345 0.1503</w:t>
        <w:br/>
        <w:t>vn 0.4555 0.7081 -0.5396</w:t>
        <w:br/>
        <w:t>vn -0.1413 -0.2673 0.9532</w:t>
        <w:br/>
        <w:t>vn -0.1230 -0.2620 0.9572</w:t>
        <w:br/>
        <w:t>vn -0.4244 -0.6626 0.6172</w:t>
        <w:br/>
        <w:t>vn -0.4547 -0.6665 0.5907</w:t>
        <w:br/>
        <w:t>vn 0.5992 0.7914 0.1210</w:t>
        <w:br/>
        <w:t>vn 0.6119 0.7826 0.1143</w:t>
        <w:br/>
        <w:t>vn 0.4946 0.6168 0.6123</w:t>
        <w:br/>
        <w:t>vn 0.4789 0.6060 0.6351</w:t>
        <w:br/>
        <w:t>vn 0.4537 0.5800 -0.6766</w:t>
        <w:br/>
        <w:t>vn 0.4787 0.6263 -0.6153</w:t>
        <w:br/>
        <w:t>vn 0.1979 0.2264 -0.9537</w:t>
        <w:br/>
        <w:t>vn 0.1490 0.1736 -0.9735</w:t>
        <w:br/>
        <w:t>vn 0.5496 0.6689 0.5005</w:t>
        <w:br/>
        <w:t>vn 0.5831 0.6497 0.4878</w:t>
        <w:br/>
        <w:t>vn 0.3087 0.2863 0.9071</w:t>
        <w:br/>
        <w:t>vn -0.4341 -0.7905 -0.4321</w:t>
        <w:br/>
        <w:t>vn -0.1326 -0.3066 -0.9426</w:t>
        <w:br/>
        <w:t>vn -0.4712 -0.8664 0.1655</w:t>
        <w:br/>
        <w:t>vn -0.3061 -0.6797 0.6666</w:t>
        <w:br/>
        <w:t>vn 0.6111 0.7909 -0.0310</w:t>
        <w:br/>
        <w:t>vn -0.0180 -0.2249 0.9742</w:t>
        <w:br/>
        <w:t>vn 0.2449 0.2533 -0.9359</w:t>
        <w:br/>
        <w:t>vn 0.5101 0.6457 -0.5682</w:t>
        <w:br/>
        <w:t>vn 0.5245 0.6523 -0.5471</w:t>
        <w:br/>
        <w:t>vn 0.2542 0.2565 -0.9325</w:t>
        <w:br/>
        <w:t>vn 0.3020 0.2914 0.9077</w:t>
        <w:br/>
        <w:t>vn 0.2771 0.2743 0.9208</w:t>
        <w:br/>
        <w:t>vn 0.5098 0.6368 0.5785</w:t>
        <w:br/>
        <w:t>vn 0.5288 0.6607 0.5328</w:t>
        <w:br/>
        <w:t>vn -0.4531 -0.7681 -0.4524</w:t>
        <w:br/>
        <w:t>vn -0.1275 -0.2888 -0.9489</w:t>
        <w:br/>
        <w:t>vn -0.1349 -0.2757 -0.9517</w:t>
        <w:br/>
        <w:t>vn -0.4783 -0.7459 -0.4635</w:t>
        <w:br/>
        <w:t>vn -0.5315 -0.8331 0.1532</w:t>
        <w:br/>
        <w:t>vn -0.5057 -0.8475 0.1610</w:t>
        <w:br/>
        <w:t>vn -0.5057 -0.8475 0.1611</w:t>
        <w:br/>
        <w:t>vn -0.3923 -0.6605 0.6402</w:t>
        <w:br/>
        <w:t>vn -0.3604 -0.6706 0.6483</w:t>
        <w:br/>
        <w:t>vn 0.6053 0.7957 0.0244</w:t>
        <w:br/>
        <w:t>vn 0.6073 0.7902 0.0820</w:t>
        <w:br/>
        <w:t>vn -0.0915 -0.2516 0.9635</w:t>
        <w:br/>
        <w:t>vn -0.0578 -0.2435 0.9682</w:t>
        <w:br/>
        <w:t>vn 0.5262 0.6571 -0.5397</w:t>
        <w:br/>
        <w:t>vn 0.2367 0.2634 -0.9352</w:t>
        <w:br/>
        <w:t>vn 0.2548 0.2568 0.9323</w:t>
        <w:br/>
        <w:t>vn -0.1602 -0.2592 -0.9524</w:t>
        <w:br/>
        <w:t>vn -0.5477 -0.8242 0.1438</w:t>
        <w:br/>
        <w:t>vn 0.2397 0.2421 0.9402</w:t>
        <w:br/>
        <w:t>vn 0.5256 0.6663 -0.5289</w:t>
        <w:br/>
        <w:t>vn 0.2377 0.3245 -0.9155</w:t>
        <w:br/>
        <w:t>vn 0.4230 0.5838 0.6930</w:t>
        <w:br/>
        <w:t>vn 0.3641 0.6056 0.7076</w:t>
        <w:br/>
        <w:t>vn 0.1143 0.2897 0.9503</w:t>
        <w:br/>
        <w:t>vn 0.1636 0.2905 0.9428</w:t>
        <w:br/>
        <w:t>vn -0.1690 -0.1918 -0.9668</w:t>
        <w:br/>
        <w:t>vn -0.5055 -0.6757 -0.5365</w:t>
        <w:br/>
        <w:t>vn -0.5847 -0.8093 0.0561</w:t>
        <w:br/>
        <w:t>vn -0.5847 -0.8093 0.0560</w:t>
        <w:br/>
        <w:t>vn -0.4758 -0.6224 0.6214</w:t>
        <w:br/>
        <w:t>vn 0.6128 0.7800 0.1264</w:t>
        <w:br/>
        <w:t>vn -0.1553 -0.1378 0.9782</w:t>
        <w:br/>
        <w:t>vn -0.2271 -0.1247 0.9658</w:t>
        <w:br/>
        <w:t>vn 0.3869 0.6046 0.6962</w:t>
        <w:br/>
        <w:t>vn 0.4504 0.5957 0.6651</w:t>
        <w:br/>
        <w:t>vn -0.5586 -0.6936 -0.4549</w:t>
        <w:br/>
        <w:t>vn -0.6095 -0.7837 0.1197</w:t>
        <w:br/>
        <w:t>vn -0.5432 -0.7064 -0.4538</w:t>
        <w:br/>
        <w:t>vn -0.4998 -0.6390 0.5847</w:t>
        <w:br/>
        <w:t>vn 0.5780 0.8057 0.1292</w:t>
        <w:br/>
        <w:t>vn 0.4659 0.7029 -0.5374</w:t>
        <w:br/>
        <w:t>vn 0.4949 0.6796 -0.5416</w:t>
        <w:br/>
        <w:t>vn -0.2340 -0.2314 -0.9443</w:t>
        <w:br/>
        <w:t>vn -0.2019 -0.2444 -0.9484</w:t>
        <w:br/>
        <w:t>vn 0.5077 0.6711 -0.5403</w:t>
        <w:br/>
        <w:t>vn -0.1855 -0.2481 -0.9508</w:t>
        <w:br/>
        <w:t>vn 0.2107 0.2778 -0.9372</w:t>
        <w:br/>
        <w:t>vn 0.1768 0.3104 -0.9340</w:t>
        <w:br/>
        <w:t>vn 0.2026 0.2850 -0.9369</w:t>
        <w:br/>
        <w:t>vn -0.5620 0.6383 0.5260</w:t>
        <w:br/>
        <w:t>vn 0.5086 -0.8470 0.1547</w:t>
        <w:br/>
        <w:t>vn 0.3576 -0.6811 0.6390</w:t>
        <w:br/>
        <w:t>vn -0.0311 -0.1400 0.9897</w:t>
        <w:br/>
        <w:t>vn 0.3547 0.3617 0.8622</w:t>
        <w:br/>
        <w:t>vn -0.3878 -0.6561 0.6474</w:t>
        <w:br/>
        <w:t>vn -0.5178 -0.8555 0.0113</w:t>
        <w:br/>
        <w:t>vn -0.3941 -0.7227 -0.5678</w:t>
        <w:br/>
        <w:t>vn -0.0151 -0.2217 -0.9750</w:t>
        <w:br/>
        <w:t>vn 0.4274 0.3811 -0.8198</w:t>
        <w:br/>
        <w:t>vn 0.2156 0.9761 0.0261</w:t>
        <w:br/>
        <w:t>vn 0.1712 -0.9179 -0.3580</w:t>
        <w:br/>
        <w:t>vn -0.2713 -0.7625 0.5874</w:t>
        <w:br/>
        <w:t>vn -0.3700 -0.4844 0.7927</w:t>
        <w:br/>
        <w:t>vn -0.3700 -0.4844 0.7928</w:t>
        <w:br/>
        <w:t>vn -0.4223 -0.0905 0.9019</w:t>
        <w:br/>
        <w:t>vn -0.4223 -0.0906 0.9019</w:t>
        <w:br/>
        <w:t>vn -0.1278 0.9498 0.2856</w:t>
        <w:br/>
        <w:t>vn -0.1280 0.9497 0.2859</w:t>
        <w:br/>
        <w:t>vn -0.1280 0.9497 0.2858</w:t>
        <w:br/>
        <w:t>vn 0.3706 0.4711 -0.8004</w:t>
        <w:br/>
        <w:t>vn 0.2791 0.7503 -0.5993</w:t>
        <w:br/>
        <w:t>vn 0.3706 0.4712 -0.8004</w:t>
        <w:br/>
        <w:t>vn 0.4218 0.0694 -0.9040</w:t>
        <w:br/>
        <w:t>vn 0.4218 0.0695 -0.9040</w:t>
        <w:br/>
        <w:t>vn 0.4201 0.0836 -0.9036</w:t>
        <w:br/>
        <w:t>vn -0.4234 -0.0061 0.9059</w:t>
        <w:br/>
        <w:t>vn -0.8477 0.3876 -0.3622</w:t>
        <w:br/>
        <w:t>vn -0.4665 0.8685 -0.1678</w:t>
        <w:br/>
        <w:t>vn 0.4359 0.8617 0.2598</w:t>
        <w:br/>
        <w:t>vn 0.8304 0.3712 0.4156</w:t>
        <w:br/>
        <w:t>vn 0.8304 0.3711 0.4156</w:t>
        <w:br/>
        <w:t>vn 0.8806 0.0047 0.4739</w:t>
        <w:br/>
        <w:t>vn -0.9520 0.0074 -0.3060</w:t>
        <w:br/>
        <w:t>vn -0.0266 0.9979 0.0595</w:t>
        <w:br/>
        <w:t>vn -0.8784 -0.0643 -0.4736</w:t>
        <w:br/>
        <w:t>vn -0.9248 -0.1394 -0.3540</w:t>
        <w:br/>
        <w:t>vn 0.8540 -0.2913 0.4310</w:t>
        <w:br/>
        <w:t>vn 0.8322 -0.1196 0.5414</w:t>
        <w:br/>
        <w:t>vn 0.8324 -0.1194 0.5412</w:t>
        <w:br/>
        <w:t>vn 0.8940 -0.3453 0.2856</w:t>
        <w:br/>
        <w:t>vn -0.9686 -0.1133 -0.2214</w:t>
        <w:br/>
        <w:t>vn 0.4183 0.0967 -0.9031</w:t>
        <w:br/>
        <w:t>vn -0.4248 -0.0024 0.9053</w:t>
        <w:br/>
        <w:t>vn -0.4247 -0.0023 0.9053</w:t>
        <w:br/>
        <w:t>vn 0.4176 0.0892 -0.9042</w:t>
        <w:br/>
        <w:t>vn -0.4253 -0.0296 0.9046</w:t>
        <w:br/>
        <w:t>vn -0.0517 -0.8891 -0.4549</w:t>
        <w:br/>
        <w:t>vn -0.0517 -0.8891 -0.4548</w:t>
        <w:br/>
        <w:t>vn -0.0517 -0.8890 -0.4549</w:t>
        <w:br/>
        <w:t>vn 0.1132 -0.5421 0.8326</w:t>
        <w:br/>
        <w:t>vn 0.0849 -0.8042 0.5883</w:t>
        <w:br/>
        <w:t>vn 0.0849 -0.8042 0.5882</w:t>
        <w:br/>
        <w:t>vn 0.1133 -0.5421 0.8326</w:t>
        <w:br/>
        <w:t>vn 0.1294 -0.1573 0.9790</w:t>
        <w:br/>
        <w:t>vn 0.1294 -0.1574 0.9790</w:t>
        <w:br/>
        <w:t>vn 0.0495 0.9264 0.3732</w:t>
        <w:br/>
        <w:t>vn 0.0495 0.9266 0.3728</w:t>
        <w:br/>
        <w:t>vn 0.0495 0.9265 0.3729</w:t>
        <w:br/>
        <w:t>vn 0.0495 0.9266 0.3729</w:t>
        <w:br/>
        <w:t>vn -0.0848 0.7930 -0.6033</w:t>
        <w:br/>
        <w:t>vn -0.1169 0.5294 -0.8403</w:t>
        <w:br/>
        <w:t>vn -0.1169 0.5295 -0.8402</w:t>
        <w:br/>
        <w:t>vn -0.0848 0.7931 -0.6032</w:t>
        <w:br/>
        <w:t>vn -0.1322 0.1504 -0.9797</w:t>
        <w:br/>
        <w:t>vn -0.1322 0.1504 -0.9798</w:t>
        <w:br/>
        <w:t>vn -0.1310 0.1363 -0.9820</w:t>
        <w:br/>
        <w:t>vn -0.1310 0.1364 -0.9820</w:t>
        <w:br/>
        <w:t>vn 0.1309 -0.0734 0.9887</w:t>
        <w:br/>
        <w:t>vn -0.4803 0.8608 0.1684</w:t>
        <w:br/>
        <w:t>vn -0.4802 0.8608 0.1684</w:t>
        <w:br/>
        <w:t>vn -0.9079 0.3798 0.1774</w:t>
        <w:br/>
        <w:t>vn 0.5103 0.8589 0.0423</w:t>
        <w:br/>
        <w:t>vn 0.9248 0.3735 -0.0719</w:t>
        <w:br/>
        <w:t>vn 0.9972 0.0062 -0.0745</w:t>
        <w:br/>
        <w:t>vn -0.9670 -0.0063 0.2549</w:t>
        <w:br/>
        <w:t>vn 0.0132 0.9912 0.1318</w:t>
        <w:br/>
        <w:t>vn -0.9954 -0.0653 0.0696</w:t>
        <w:br/>
        <w:t>vn -0.9704 -0.1490 0.1899</w:t>
        <w:br/>
        <w:t>vn -0.9705 -0.1490 0.1898</w:t>
        <w:br/>
        <w:t>vn 0.9506 -0.2877 -0.1163</w:t>
        <w:br/>
        <w:t>vn 0.9924 -0.1234 -0.0001</w:t>
        <w:br/>
        <w:t>vn 0.9924 -0.1232 -0.0003</w:t>
        <w:br/>
        <w:t>vn 0.9057 -0.3320 -0.2637</w:t>
        <w:br/>
        <w:t>vn -0.9359 -0.1322 0.3265</w:t>
        <w:br/>
        <w:t>vn -0.9359 -0.1322 0.3266</w:t>
        <w:br/>
        <w:t>vn -0.1333 0.1637 -0.9775</w:t>
        <w:br/>
        <w:t>vn 0.1295 -0.0699 0.9891</w:t>
        <w:br/>
        <w:t>vn -0.1344 0.1566 -0.9785</w:t>
        <w:br/>
        <w:t>vn 0.1285 -0.0972 0.9869</w:t>
        <w:br/>
        <w:t>vn -0.0608 -0.6870 0.7241</w:t>
        <w:br/>
        <w:t>vn -0.0886 -0.6343 0.7679</w:t>
        <w:br/>
        <w:t>vn -0.1070 -0.9870 0.1196</w:t>
        <w:br/>
        <w:t>vn -0.3498 -0.9337 0.0762</w:t>
        <w:br/>
        <w:t>vn 0.2542 -0.0334 0.9666</w:t>
        <w:br/>
        <w:t>vn -0.0287 0.0894 0.9956</w:t>
        <w:br/>
        <w:t>vn 0.4068 0.6577 0.6339</w:t>
        <w:br/>
        <w:t>vn 0.0446 0.7841 0.6190</w:t>
        <w:br/>
        <w:t>vn 0.3035 0.9503 -0.0692</w:t>
        <w:br/>
        <w:t>vn 0.0758 0.9898 -0.1206</w:t>
        <w:br/>
        <w:t>vn 0.0458 0.6345 -0.7715</w:t>
        <w:br/>
        <w:t>vn 0.0200 0.6929 -0.7207</w:t>
        <w:br/>
        <w:t>vn -0.2869 0.0420 -0.9570</w:t>
        <w:br/>
        <w:t>vn -0.0226 -0.0883 -0.9958</w:t>
        <w:br/>
        <w:t>vn -0.4464 -0.6377 -0.6277</w:t>
        <w:br/>
        <w:t>vn -0.0837 -0.7784 -0.6221</w:t>
        <w:br/>
        <w:t>vn -0.4465 -0.6377 -0.6277</w:t>
        <w:br/>
        <w:t>vn -0.0713 -0.6804 0.7294</w:t>
        <w:br/>
        <w:t>vn -0.4959 -0.8609 0.1134</w:t>
        <w:br/>
        <w:t>vn 0.3612 -0.1151 0.9254</w:t>
        <w:br/>
        <w:t>vn 0.5862 0.5467 0.5979</w:t>
        <w:br/>
        <w:t>vn 0.4568 0.8834 -0.1049</w:t>
        <w:br/>
        <w:t>vn 0.0588 0.6771 -0.7335</w:t>
        <w:br/>
        <w:t>vn -0.3630 0.1190 -0.9242</w:t>
        <w:br/>
        <w:t>vn -0.6161 -0.5066 -0.6031</w:t>
        <w:br/>
        <w:t>vn -0.1091 -0.6506 0.7515</w:t>
        <w:br/>
        <w:t>vn -0.6040 -0.7870 0.1254</w:t>
        <w:br/>
        <w:t>vn 0.3466 -0.1844 0.9197</w:t>
        <w:br/>
        <w:t>vn 0.6371 0.4345 0.6366</w:t>
        <w:br/>
        <w:t>vn 0.5370 0.8366 -0.1080</w:t>
        <w:br/>
        <w:t>vn 0.0826 0.6569 -0.7494</w:t>
        <w:br/>
        <w:t>vn -0.3569 0.2064 -0.9111</w:t>
        <w:br/>
        <w:t>vn -0.6832 -0.3545 -0.6384</w:t>
        <w:br/>
        <w:t>vn -0.3755 -0.6927 0.6157</w:t>
        <w:br/>
        <w:t>vn -0.1678 -0.5903 0.7895</w:t>
        <w:br/>
        <w:t>vn 0.2822 -0.2114 0.9358</w:t>
        <w:br/>
        <w:t>vn 0.6353 0.3257 0.7002</w:t>
        <w:br/>
        <w:t>vn 0.7024 0.5686 0.4281</w:t>
        <w:br/>
        <w:t>vn 0.1244 0.6150 -0.7787</w:t>
        <w:br/>
        <w:t>vn 0.3246 0.7275 -0.6045</w:t>
        <w:br/>
        <w:t>vn -0.3089 0.2584 -0.9153</w:t>
        <w:br/>
        <w:t>vn -0.6986 -0.2401 -0.6740</w:t>
        <w:br/>
        <w:t>vn -0.6986 -0.2402 -0.6740</w:t>
        <w:br/>
        <w:t>vn -0.7856 -0.4862 -0.3827</w:t>
        <w:br/>
        <w:t>vn -0.6013 0.0349 0.7983</w:t>
        <w:br/>
        <w:t>vn -0.3315 0.0826 0.9398</w:t>
        <w:br/>
        <w:t>vn -0.2493 -0.4586 0.8530</w:t>
        <w:br/>
        <w:t>vn -0.4695 -0.5579 0.6843</w:t>
        <w:br/>
        <w:t>vn 0.1683 0.1720 0.9706</w:t>
        <w:br/>
        <w:t>vn 0.2117 -0.1490 0.9659</w:t>
        <w:br/>
        <w:t>vn 0.6168 0.2636 0.7416</w:t>
        <w:br/>
        <w:t>vn 0.6099 0.2499 0.7520</w:t>
        <w:br/>
        <w:t>vn 0.8000 0.2659 0.5379</w:t>
        <w:br/>
        <w:t>vn 0.7440 0.4623 0.4824</w:t>
        <w:br/>
        <w:t>vn 0.2899 -0.0535 -0.9556</w:t>
        <w:br/>
        <w:t>vn 0.2069 0.4606 -0.8632</w:t>
        <w:br/>
        <w:t>vn 0.4068 0.5670 -0.7163</w:t>
        <w:br/>
        <w:t>vn 0.5462 0.0125 -0.8376</w:t>
        <w:br/>
        <w:t>vn -0.1878 -0.1621 -0.9687</w:t>
        <w:br/>
        <w:t>vn -0.2318 0.1704 -0.9577</w:t>
        <w:br/>
        <w:t>vn -0.6561 -0.2165 -0.7230</w:t>
        <w:br/>
        <w:t>vn -0.6837 -0.2236 -0.6946</w:t>
        <w:br/>
        <w:t>vn -0.8614 -0.2068 -0.4639</w:t>
        <w:br/>
        <w:t>vn -0.8226 -0.4201 -0.3833</w:t>
        <w:br/>
        <w:t>vn -0.4662 0.6266 0.6245</w:t>
        <w:br/>
        <w:t>vn -0.2449 0.6063 0.7566</w:t>
        <w:br/>
        <w:t>vn 0.1916 0.4721 0.8605</w:t>
        <w:br/>
        <w:t>vn 0.6360 0.1961 0.7463</w:t>
        <w:br/>
        <w:t>vn 0.8234 -0.0078 0.5673</w:t>
        <w:br/>
        <w:t>vn 0.4901 -0.5844 -0.6467</w:t>
        <w:br/>
        <w:t>vn 0.2297 -0.5699 -0.7890</w:t>
        <w:br/>
        <w:t>vn -0.2239 -0.4521 -0.8634</w:t>
        <w:br/>
        <w:t>vn -0.6531 -0.1975 -0.7311</w:t>
        <w:br/>
        <w:t>vn -0.8396 0.0101 -0.5431</w:t>
        <w:br/>
        <w:t>vn -0.1498 0.7587 0.6340</w:t>
        <w:br/>
        <w:t>vn -0.3663 0.7852 0.4993</w:t>
        <w:br/>
        <w:t>vn 0.2713 0.5438 0.7942</w:t>
        <w:br/>
        <w:t>vn 0.6585 0.0618 0.7500</w:t>
        <w:br/>
        <w:t>vn 0.7737 -0.2597 0.5779</w:t>
        <w:br/>
        <w:t>vn 0.3690 -0.8258 -0.4266</w:t>
        <w:br/>
        <w:t>vn 0.1266 -0.7763 -0.6176</w:t>
        <w:br/>
        <w:t>vn -0.2984 -0.5484 -0.7812</w:t>
        <w:br/>
        <w:t>vn -0.6849 -0.1909 -0.7032</w:t>
        <w:br/>
        <w:t>vn -0.8357 0.0614 -0.5457</w:t>
        <w:br/>
        <w:t>vn -0.2605 0.9231 0.2828</w:t>
        <w:br/>
        <w:t>vn -0.0341 0.8835 0.4671</w:t>
        <w:br/>
        <w:t>vn 0.3683 0.5537 0.7468</w:t>
        <w:br/>
        <w:t>vn 0.6158 -0.0903 0.7827</w:t>
        <w:br/>
        <w:t>vn 0.6282 -0.4550 0.6311</w:t>
        <w:br/>
        <w:t>vn 0.2117 -0.9530 -0.2168</w:t>
        <w:br/>
        <w:t>vn -0.0020 -0.8905 -0.4549</w:t>
        <w:br/>
        <w:t>vn -0.3903 -0.5675 -0.7250</w:t>
        <w:br/>
        <w:t>vn -0.7111 -0.0701 -0.6996</w:t>
        <w:br/>
        <w:t>vn -0.7976 0.2334 -0.5562</w:t>
        <w:br/>
        <w:t>vn -0.1761 0.9765 0.1243</w:t>
        <w:br/>
        <w:t>vn 0.3424 0.8797 0.3299</w:t>
        <w:br/>
        <w:t>vn 0.5683 0.4791 0.6689</w:t>
        <w:br/>
        <w:t>vn 0.3908 -0.1228 0.9122</w:t>
        <w:br/>
        <w:t>vn 0.2272 -0.4524 0.8624</w:t>
        <w:br/>
        <w:t>vn -0.2987 -0.9401 0.1645</w:t>
        <w:br/>
        <w:t>vn -0.4565 -0.8712 -0.1808</w:t>
        <w:br/>
        <w:t>vn -0.5699 -0.4838 -0.6642</w:t>
        <w:br/>
        <w:t>vn -0.4741 0.0547 -0.8788</w:t>
        <w:br/>
        <w:t>vn -0.3229 0.3910 -0.8619</w:t>
        <w:br/>
        <w:t>vn 0.6707 0.4962 -0.5512</w:t>
        <w:br/>
        <w:t>vn 0.4992 0.3568 -0.7896</w:t>
        <w:br/>
        <w:t>vn 0.8601 0.4854 -0.1568</w:t>
        <w:br/>
        <w:t>vn 0.6707 0.4963 -0.5513</w:t>
        <w:br/>
        <w:t>vn 0.7156 0.3449 0.6074</w:t>
        <w:br/>
        <w:t>vn 0.1574 -0.0353 0.9869</w:t>
        <w:br/>
        <w:t>vn -0.4904 -0.4152 0.7663</w:t>
        <w:br/>
        <w:t>vn -0.8405 -0.5368 0.0735</w:t>
        <w:br/>
        <w:t>vn -0.7082 -0.3437 -0.6167</w:t>
        <w:br/>
        <w:t>vn -0.1616 0.0351 -0.9862</w:t>
        <w:br/>
        <w:t>vn 0.9083 0.4018 -0.1166</w:t>
        <w:br/>
        <w:t>vn 0.5515 0.2818 -0.7851</w:t>
        <w:br/>
        <w:t>vn 0.7234 0.2949 0.6243</w:t>
        <w:br/>
        <w:t>vn 0.1158 0.0226 0.9930</w:t>
        <w:br/>
        <w:t>vn -0.5625 -0.2592 0.7851</w:t>
        <w:br/>
        <w:t>vn -0.9169 -0.3845 0.1072</w:t>
        <w:br/>
        <w:t>vn -0.7295 -0.2690 -0.6288</w:t>
        <w:br/>
        <w:t>vn -0.1252 0.0084 -0.9921</w:t>
        <w:br/>
        <w:t>vn -0.1252 0.0083 -0.9921</w:t>
        <w:br/>
        <w:t>vn 0.5381 0.3022 -0.7869</w:t>
        <w:br/>
        <w:t>vn 0.8905 0.4412 -0.1113</w:t>
        <w:br/>
        <w:t>vn 0.7036 0.3256 0.6316</w:t>
        <w:br/>
        <w:t>vn 0.1107 0.0338 0.9933</w:t>
        <w:br/>
        <w:t>vn -0.5371 -0.2714 0.7987</w:t>
        <w:br/>
        <w:t>vn -0.8971 -0.4263 0.1157</w:t>
        <w:br/>
        <w:t>vn -0.6998 -0.3003 -0.6482</w:t>
        <w:br/>
        <w:t>vn -0.1117 0.0011 -0.9937</w:t>
        <w:br/>
        <w:t>vn -0.1116 0.0011 -0.9937</w:t>
        <w:br/>
        <w:t>vn 0.7853 0.6090 -0.1116</w:t>
        <w:br/>
        <w:t>vn 0.4555 0.4006 -0.7950</w:t>
        <w:br/>
        <w:t>vn 0.2653 0.5306 -0.8050</w:t>
        <w:br/>
        <w:t>vn 0.5151 0.8506 -0.1055</w:t>
        <w:br/>
        <w:t>vn 0.3910 0.6115 0.6879</w:t>
        <w:br/>
        <w:t>vn 0.6120 0.4486 0.6513</w:t>
        <w:br/>
        <w:t>vn 0.0372 0.0599 0.9975</w:t>
        <w:br/>
        <w:t>vn 0.0852 0.0486 0.9952</w:t>
        <w:br/>
        <w:t>vn -0.3146 -0.4876 0.8144</w:t>
        <w:br/>
        <w:t>vn -0.4707 -0.3559 0.8073</w:t>
        <w:br/>
        <w:t>vn -0.5478 -0.8295 0.1088</w:t>
        <w:br/>
        <w:t>vn -0.8068 -0.5795 0.1155</w:t>
        <w:br/>
        <w:t>vn -0.4296 -0.5720 -0.6988</w:t>
        <w:br/>
        <w:t>vn -0.6227 -0.4067 -0.6685</w:t>
        <w:br/>
        <w:t>vn -0.1053 -0.0202 -0.9942</w:t>
        <w:br/>
        <w:t>vn -0.1102 -0.0071 -0.9939</w:t>
        <w:br/>
        <w:t>vn -0.1102 -0.0072 -0.9939</w:t>
        <w:br/>
        <w:t>vn -0.0550 0.5923 -0.8039</w:t>
        <w:br/>
        <w:t>vn -0.3817 0.5325 -0.7555</w:t>
        <w:br/>
        <w:t>vn -0.5873 0.8070 -0.0617</w:t>
        <w:br/>
        <w:t>vn -0.0528 0.9941 -0.0942</w:t>
        <w:br/>
        <w:t>vn -0.4378 0.5961 0.6731</w:t>
        <w:br/>
        <w:t>vn -0.0329 0.6963 0.7170</w:t>
        <w:br/>
        <w:t>vn -0.0055 0.0481 0.9988</w:t>
        <w:br/>
        <w:t>vn -0.0228 0.0422 0.9988</w:t>
        <w:br/>
        <w:t>vn 0.0241 -0.5940 0.8041</w:t>
        <w:br/>
        <w:t>vn 0.4073 -0.5218 0.7496</w:t>
        <w:br/>
        <w:t>vn 0.0319 -0.9952 0.0920</w:t>
        <w:br/>
        <w:t>vn 0.6094 -0.7906 0.0596</w:t>
        <w:br/>
        <w:t>vn 0.4602 -0.5834 -0.6692</w:t>
        <w:br/>
        <w:t>vn 0.0102 -0.6985 -0.7156</w:t>
        <w:br/>
        <w:t>vn 0.0522 -0.0398 -0.9978</w:t>
        <w:br/>
        <w:t>vn -0.0272 -0.0470 -0.9985</w:t>
        <w:br/>
        <w:t>vn 0.0522 -0.0397 -0.9978</w:t>
        <w:br/>
        <w:t>vn -0.8769 0.4803 -0.0192</w:t>
        <w:br/>
        <w:t>vn -0.8177 0.5747 -0.0324</w:t>
        <w:br/>
        <w:t>vn -0.5689 0.3905 -0.7238</w:t>
        <w:br/>
        <w:t>vn -0.5998 0.3486 -0.7202</w:t>
        <w:br/>
        <w:t>vn -0.6562 0.3633 0.6614</w:t>
        <w:br/>
        <w:t>vn -0.6049 0.4441 0.6609</w:t>
        <w:br/>
        <w:t>vn -0.0121 0.0600 0.9981</w:t>
        <w:br/>
        <w:t>vn -0.0347 0.0499 0.9982</w:t>
        <w:br/>
        <w:t>vn 0.6374 -0.2876 0.7148</w:t>
        <w:br/>
        <w:t>vn 0.6137 -0.3439 0.7107</w:t>
        <w:br/>
        <w:t>vn 0.8579 -0.5128 0.0304</w:t>
        <w:br/>
        <w:t>vn 0.9060 -0.4226 0.0231</w:t>
        <w:br/>
        <w:t>vn 0.6910 -0.3111 -0.6525</w:t>
        <w:br/>
        <w:t>vn 0.6433 -0.4018 -0.6517</w:t>
        <w:br/>
        <w:t>vn 0.0822 0.0036 -0.9966</w:t>
        <w:br/>
        <w:t>vn 0.0536 -0.0322 -0.9980</w:t>
        <w:br/>
        <w:t>vn 0.0821 0.0036 -0.9966</w:t>
        <w:br/>
        <w:t>vn -0.7694 0.6388 0.0055</w:t>
        <w:br/>
        <w:t>vn -0.4292 0.5736 -0.6977</w:t>
        <w:br/>
        <w:t>vn 0.0852 0.9018 -0.4237</w:t>
        <w:br/>
        <w:t>vn -0.4135 0.8786 0.2388</w:t>
        <w:br/>
        <w:t>vn -0.6613 0.3678 0.6538</w:t>
        <w:br/>
        <w:t>vn -0.6154 0.3931 0.6832</w:t>
        <w:br/>
        <w:t>vn -0.5280 -0.2978 0.7953</w:t>
        <w:br/>
        <w:t>vn -0.1926 -0.1096 0.9751</w:t>
        <w:br/>
        <w:t>vn -0.0897 -0.9049 0.4161</w:t>
        <w:br/>
        <w:t>vn 0.4491 -0.5511 0.7033</w:t>
        <w:br/>
        <w:t>vn 0.4207 -0.8738 -0.2439</w:t>
        <w:br/>
        <w:t>vn 0.7959 -0.6054 -0.0072</w:t>
        <w:br/>
        <w:t>vn 0.6374 -0.3728 -0.6744</w:t>
        <w:br/>
        <w:t>vn 0.6962 -0.3171 -0.6440</w:t>
        <w:br/>
        <w:t>vn 0.5405 0.3014 -0.7855</w:t>
        <w:br/>
        <w:t>vn 0.2211 0.1520 -0.9633</w:t>
        <w:br/>
        <w:t>vn 0.6331 0.7680 0.0969</w:t>
        <w:br/>
        <w:t>vn 0.0009 0.8046 0.5938</w:t>
        <w:br/>
        <w:t>vn -0.5537 0.4014 0.7296</w:t>
        <w:br/>
        <w:t>vn -0.8377 -0.2351 0.4930</w:t>
        <w:br/>
        <w:t>vn -0.6106 -0.7873 -0.0854</w:t>
        <w:br/>
        <w:t>vn 0.0113 -0.8058 -0.5920</w:t>
        <w:br/>
        <w:t>vn 0.5665 -0.3983 -0.7214</w:t>
        <w:br/>
        <w:t>vn 0.8531 0.2097 -0.4778</w:t>
        <w:br/>
        <w:t>vn 0.8531 0.2098 -0.4778</w:t>
        <w:br/>
        <w:t>vn 0.8083 0.4490 0.3807</w:t>
        <w:br/>
        <w:t>vn 0.1663 0.5748 0.8012</w:t>
        <w:br/>
        <w:t>vn -0.5284 0.3807 0.7588</w:t>
        <w:br/>
        <w:t>vn -0.9546 -0.0403 0.2953</w:t>
        <w:br/>
        <w:t>vn -0.7971 -0.4684 -0.3810</w:t>
        <w:br/>
        <w:t>vn -0.1457 -0.5869 -0.7965</w:t>
        <w:br/>
        <w:t>vn 0.5342 -0.3833 -0.7535</w:t>
        <w:br/>
        <w:t>vn 0.9541 0.0297 -0.2979</w:t>
        <w:br/>
        <w:t>vn 0.1609 0.1889 0.9687</w:t>
        <w:br/>
        <w:t>vn 0.8134 -0.0445 0.5800</w:t>
        <w:br/>
        <w:t>vn -0.5387 0.3116 0.7827</w:t>
        <w:br/>
        <w:t>vn -0.9517 0.2510 0.1767</w:t>
        <w:br/>
        <w:t>vn -0.8148 0.0157 -0.5795</w:t>
        <w:br/>
        <w:t>vn -0.1494 -0.2235 -0.9632</w:t>
        <w:br/>
        <w:t>vn 0.5407 -0.3208 -0.7776</w:t>
        <w:br/>
        <w:t>vn 0.9493 -0.2570 -0.1813</w:t>
        <w:br/>
        <w:t>vn 0.9493 -0.2570 -0.1812</w:t>
        <w:br/>
        <w:t>vn 0.5558 -0.5885 0.5871</w:t>
        <w:br/>
        <w:t>vn 0.0079 -0.2585 0.9660</w:t>
        <w:br/>
        <w:t>vn -0.5730 0.2292 0.7868</w:t>
        <w:br/>
        <w:t>vn -0.8239 0.5514 0.1313</w:t>
        <w:br/>
        <w:t>vn -0.5958 0.5396 -0.5948</w:t>
        <w:br/>
        <w:t>vn -0.0170 0.2189 -0.9756</w:t>
        <w:br/>
        <w:t>vn 0.5717 -0.2406 -0.7844</w:t>
        <w:br/>
        <w:t>vn 0.8037 -0.5825 -0.1218</w:t>
        <w:br/>
        <w:t>vn -0.1452 -0.4154 0.8980</w:t>
        <w:br/>
        <w:t>vn 0.3768 -0.7721 0.5118</w:t>
        <w:br/>
        <w:t>vn -0.6029 0.1857 0.7759</w:t>
        <w:br/>
        <w:t>vn -0.7171 0.6730 0.1814</w:t>
        <w:br/>
        <w:t>vn -0.4013 0.7567 -0.5160</w:t>
        <w:br/>
        <w:t>vn 0.1486 0.4091 -0.9003</w:t>
        <w:br/>
        <w:t>vn 0.6135 -0.1776 -0.7695</w:t>
        <w:br/>
        <w:t>vn 0.7076 -0.6849 -0.1737</w:t>
        <w:br/>
        <w:t>vn 0.3067 -0.8219 0.4800</w:t>
        <w:br/>
        <w:t>vn -0.1674 -0.4064 0.8982</w:t>
        <w:br/>
        <w:t>vn -0.1904 -0.4207 0.8870</w:t>
        <w:br/>
        <w:t>vn 0.3353 -0.7981 0.5006</w:t>
        <w:br/>
        <w:t>vn -0.5971 0.1916 0.7790</w:t>
        <w:br/>
        <w:t>vn -0.5225 0.2371 0.8190</w:t>
        <w:br/>
        <w:t>vn -0.5708 0.7776 0.2635</w:t>
        <w:br/>
        <w:t>vn -0.6636 0.7170 0.2133</w:t>
        <w:br/>
        <w:t>vn -0.2554 0.8504 -0.4600</w:t>
        <w:br/>
        <w:t>vn -0.3124 0.8158 -0.4867</w:t>
        <w:br/>
        <w:t>vn 0.2083 0.4280 -0.8794</w:t>
        <w:br/>
        <w:t>vn 0.2210 0.4410 -0.8699</w:t>
        <w:br/>
        <w:t>vn 0.5646 -0.2121 -0.7976</w:t>
        <w:br/>
        <w:t>vn 0.6286 -0.1641 -0.7602</w:t>
        <w:br/>
        <w:t>vn 0.6227 -0.7445 -0.2407</w:t>
        <w:br/>
        <w:t>vn 0.6906 -0.6956 -0.1981</w:t>
        <w:br/>
        <w:t>vn 0.1655 -0.9314 0.3240</w:t>
        <w:br/>
        <w:t>vn -0.1341 -0.4948 0.8586</w:t>
        <w:br/>
        <w:t>vn -0.3449 0.2188 0.9128</w:t>
        <w:br/>
        <w:t>vn -0.3446 0.8336 0.4318</w:t>
        <w:br/>
        <w:t>vn -0.1298 0.9389 -0.3189</w:t>
        <w:br/>
        <w:t>vn 0.1467 0.4954 -0.8562</w:t>
        <w:br/>
        <w:t>vn 0.3482 -0.2161 -0.9122</w:t>
        <w:br/>
        <w:t>vn 0.3710 -0.8247 -0.4270</w:t>
        <w:br/>
        <w:t>vn 0.3710 -0.8247 -0.4269</w:t>
        <w:br/>
        <w:t>vn -0.1069 -0.9870 0.1196</w:t>
        <w:br/>
        <w:t>vn -0.0886 -0.6343 0.7680</w:t>
        <w:br/>
        <w:t>vn 0.0758 0.9898 -0.1207</w:t>
        <w:br/>
        <w:t>vn 0.0459 0.6345 -0.7715</w:t>
        <w:br/>
        <w:t>vn -0.0226 -0.0882 -0.9958</w:t>
        <w:br/>
        <w:t>vn -0.5414 -0.6154 -0.5728</w:t>
        <w:br/>
        <w:t>vn -0.5728 -0.8197 0.0014</w:t>
        <w:br/>
        <w:t>vn 0.2765 -0.9610 0.0084</w:t>
        <w:br/>
        <w:t>vn 0.3536 -0.7196 -0.5975</w:t>
        <w:br/>
        <w:t>vn 0.7145 -0.6995 0.0129</w:t>
        <w:br/>
        <w:t>vn 0.7564 -0.5495 -0.3549</w:t>
        <w:br/>
        <w:t>vn 0.3536 -0.7196 -0.5976</w:t>
        <w:br/>
        <w:t>vn 0.8460 0.3271 0.4211</w:t>
        <w:br/>
        <w:t>vn 0.8481 0.5298 -0.0012</w:t>
        <w:br/>
        <w:t>vn 0.6757 0.7372 -0.0014</w:t>
        <w:br/>
        <w:t>vn 0.6548 0.5042 0.5631</w:t>
        <w:br/>
        <w:t>vn 0.1669 0.6946 0.6998</w:t>
        <w:br/>
        <w:t>vn 0.2408 0.9706 -0.0016</w:t>
        <w:br/>
        <w:t>vn -0.3836 0.9235 -0.0011</w:t>
        <w:br/>
        <w:t>vn -0.4695 0.6145 0.6340</w:t>
        <w:br/>
        <w:t>vn -0.7147 0.6994 -0.0003</w:t>
        <w:br/>
        <w:t>vn -0.7750 0.4257 0.4671</w:t>
        <w:br/>
        <w:t>vn -0.8102 -0.4459 -0.3805</w:t>
        <w:br/>
        <w:t>vn -0.8107 -0.5854 0.0012</w:t>
        <w:br/>
        <w:t>vn -0.5527 -0.5998 0.5786</w:t>
        <w:br/>
        <w:t>vn -0.1871 -0.6839 0.7051</w:t>
        <w:br/>
        <w:t>vn 0.7800 -0.5195 0.3489</w:t>
        <w:br/>
        <w:t>vn 0.7800 -0.5196 0.3488</w:t>
        <w:br/>
        <w:t>vn 0.8463 0.3168 -0.4282</w:t>
        <w:br/>
        <w:t>vn 0.6554 0.4914 -0.5736</w:t>
        <w:br/>
        <w:t>vn 0.1645 0.6806 -0.7140</w:t>
        <w:br/>
        <w:t>vn -0.4708 0.6027 -0.6443</w:t>
        <w:br/>
        <w:t>vn -0.7735 0.4200 -0.4746</w:t>
        <w:br/>
        <w:t>vn -0.8146 -0.4380 0.3803</w:t>
        <w:br/>
        <w:t>vn -0.4764 -0.0245 0.8789</w:t>
        <w:br/>
        <w:t>vn 0.0002 0.0407 0.9992</w:t>
        <w:br/>
        <w:t>vn 0.8543 -0.1493 0.4979</w:t>
        <w:br/>
        <w:t>vn 0.5811 -0.1113 -0.8062</w:t>
        <w:br/>
        <w:t>vn 0.8124 -0.1432 -0.5653</w:t>
        <w:br/>
        <w:t>vn 0.0097 -0.0507 -0.9987</w:t>
        <w:br/>
        <w:t>vn -0.5977 -0.0587 -0.7996</w:t>
        <w:br/>
        <w:t>vn -0.8456 -0.0750 -0.5286</w:t>
        <w:br/>
        <w:t>vn -0.8196 -0.0805 0.5672</w:t>
        <w:br/>
        <w:t>vn 0.1370 0.7312 0.6683</w:t>
        <w:br/>
        <w:t>vn 0.6178 0.5299 0.5810</w:t>
        <w:br/>
        <w:t>vn 0.9753 -0.0645 0.2115</w:t>
        <w:br/>
        <w:t>vn 0.7857 -0.3689 -0.4965</w:t>
        <w:br/>
        <w:t>vn 0.5686 -0.6449 -0.5107</w:t>
        <w:br/>
        <w:t>vn -0.0804 -0.7379 -0.6701</w:t>
        <w:br/>
        <w:t>vn -0.6981 -0.5402 -0.4700</w:t>
        <w:br/>
        <w:t>vn -0.9926 -0.0716 -0.0978</w:t>
        <w:br/>
        <w:t>vn -0.8097 0.1242 0.5736</w:t>
        <w:br/>
        <w:t>vn -0.8494 0.3141 0.4241</w:t>
        <w:br/>
        <w:t>vn 0.1768 0.9841 -0.0145</w:t>
        <w:br/>
        <w:t>vn 0.6438 0.7651 -0.0116</w:t>
        <w:br/>
        <w:t>vn 0.9975 0.0507 0.0485</w:t>
        <w:br/>
        <w:t>vn 0.9752 -0.0645 0.2115</w:t>
        <w:br/>
        <w:t>vn 0.8072 -0.5764 -0.1269</w:t>
        <w:br/>
        <w:t>vn 0.5638 -0.8259 0.0100</w:t>
        <w:br/>
        <w:t>vn -0.1002 -0.9949 0.0134</w:t>
        <w:br/>
        <w:t>vn -0.7167 -0.6973 0.0100</w:t>
        <w:br/>
        <w:t>vn -0.9990 0.0443 -0.0003</w:t>
        <w:br/>
        <w:t>vn -0.8667 0.4988 -0.0069</w:t>
        <w:br/>
        <w:t>vn 0.1767 0.9842 -0.0145</w:t>
        <w:br/>
        <w:t>vn 0.1381 0.7369 -0.6617</w:t>
        <w:br/>
        <w:t>vn 0.6130 0.5402 -0.5766</w:t>
        <w:br/>
        <w:t>vn 0.9102 0.2185 -0.3518</w:t>
        <w:br/>
        <w:t>vn 0.8106 -0.4893 0.3216</w:t>
        <w:br/>
        <w:t>vn 0.5612 -0.6510 0.5111</w:t>
        <w:br/>
        <w:t>vn -0.1002 -0.9949 0.0133</w:t>
        <w:br/>
        <w:t>vn -0.0824 -0.7419 0.6654</w:t>
        <w:br/>
        <w:t>vn -0.6938 -0.5467 0.4689</w:t>
        <w:br/>
        <w:t>vn -0.9955 -0.0152 -0.0937</w:t>
        <w:br/>
        <w:t>vn -0.8440 0.3256 -0.4262</w:t>
        <w:br/>
        <w:t>vn -0.8667 0.4987 -0.0069</w:t>
        <w:br/>
        <w:t>vn -0.3123 -0.0868 -0.9460</w:t>
        <w:br/>
        <w:t>vn 0.5070 -0.0609 -0.8598</w:t>
        <w:br/>
        <w:t>vn 0.8466 -0.1437 -0.5125</w:t>
        <w:br/>
        <w:t>vn 0.8159 -0.1425 0.5604</w:t>
        <w:br/>
        <w:t>vn 0.5868 -0.1120 0.8020</w:t>
        <w:br/>
        <w:t>vn 0.0104 -0.0517 0.9986</w:t>
        <w:br/>
        <w:t>vn -0.6045 -0.0580 0.7945</w:t>
        <w:br/>
        <w:t>vn -0.8506 -0.0730 0.5207</w:t>
        <w:br/>
        <w:t>vn -0.8191 -0.0724 -0.5691</w:t>
        <w:br/>
        <w:t>vn -0.8078 0.1556 -0.5685</w:t>
        <w:br/>
        <w:t>vn 0.8022 0.4214 0.4229</w:t>
        <w:br/>
        <w:t>vn 0.8098 0.3823 0.4451</w:t>
        <w:br/>
        <w:t>vn 0.8098 0.3823 0.4450</w:t>
        <w:br/>
        <w:t>vn 0.8022 0.4214 0.4230</w:t>
        <w:br/>
        <w:t>vn -0.0950 0.5099 0.8550</w:t>
        <w:br/>
        <w:t>vn -0.0951 0.5099 0.8549</w:t>
        <w:br/>
        <w:t>vn -0.0875 0.4648 0.8811</w:t>
        <w:br/>
        <w:t>vn -0.0873 0.4646 0.8812</w:t>
        <w:br/>
        <w:t>vn -0.9001 0.1037 0.4231</w:t>
        <w:br/>
        <w:t>vn -0.9000 0.1038 0.4233</w:t>
        <w:br/>
        <w:t>vn -0.8984 0.0939 0.4291</w:t>
        <w:br/>
        <w:t>vn -0.8983 0.0941 0.4293</w:t>
        <w:br/>
        <w:t>vn -0.8079 -0.3911 -0.4408</w:t>
        <w:br/>
        <w:t>vn -0.8078 -0.3911 -0.4410</w:t>
        <w:br/>
        <w:t>vn -0.8138 -0.3587 -0.4573</w:t>
        <w:br/>
        <w:t>vn -0.8137 -0.3590 -0.4572</w:t>
        <w:br/>
        <w:t>vn 0.0836 -0.4415 -0.8934</w:t>
        <w:br/>
        <w:t>vn 0.0898 -0.4797 -0.8728</w:t>
        <w:br/>
        <w:t>vn 0.0896 -0.4796 -0.8729</w:t>
        <w:br/>
        <w:t>vn 0.0837 -0.4415 -0.8933</w:t>
        <w:br/>
        <w:t>vn 0.8948 -0.0732 -0.4405</w:t>
        <w:br/>
        <w:t>vn 0.8944 -0.0708 -0.4416</w:t>
        <w:br/>
        <w:t>vn 0.8947 -0.0732 -0.4405</w:t>
        <w:br/>
        <w:t>vn 0.8202 0.3158 0.4770</w:t>
        <w:br/>
        <w:t>vn -0.0722 0.3693 0.9265</w:t>
        <w:br/>
        <w:t>vn -0.0724 0.3691 0.9266</w:t>
        <w:br/>
        <w:t>vn -0.8929 0.0570 0.4467</w:t>
        <w:br/>
        <w:t>vn -0.8928 0.0572 0.4468</w:t>
        <w:br/>
        <w:t>vn -0.8213 -0.3077 -0.4804</w:t>
        <w:br/>
        <w:t>vn -0.8213 -0.3077 -0.4803</w:t>
        <w:br/>
        <w:t>vn 0.0710 -0.3611 -0.9298</w:t>
        <w:br/>
        <w:t>vn 0.0709 -0.3611 -0.9298</w:t>
        <w:br/>
        <w:t>vn 0.8916 -0.0490 -0.4503</w:t>
        <w:br/>
        <w:t>vn 0.8289 0.2559 0.4974</w:t>
        <w:br/>
        <w:t>vn -0.0569 0.2630 0.9631</w:t>
        <w:br/>
        <w:t>vn -0.0568 0.2630 0.9631</w:t>
        <w:br/>
        <w:t>vn -0.8857 0.0077 0.4643</w:t>
        <w:br/>
        <w:t>vn -0.8857 0.0077 0.4642</w:t>
        <w:br/>
        <w:t>vn -0.8290 -0.2542 -0.4981</w:t>
        <w:br/>
        <w:t>vn -0.8290 -0.2542 -0.4982</w:t>
        <w:br/>
        <w:t>vn 0.0565 -0.2613 -0.9636</w:t>
        <w:br/>
        <w:t>vn 0.0564 -0.2613 -0.9636</w:t>
        <w:br/>
        <w:t>vn 0.8855 -0.0059 -0.4645</w:t>
        <w:br/>
        <w:t>vn 0.8856 -0.0058 -0.4645</w:t>
        <w:br/>
        <w:t>vn 0.8296 0.2466 0.5009</w:t>
        <w:br/>
        <w:t>vn -0.0493 0.2090 0.9767</w:t>
        <w:br/>
        <w:t>vn -0.0493 0.2091 0.9767</w:t>
        <w:br/>
        <w:t>vn -0.8797 -0.0311 0.4744</w:t>
        <w:br/>
        <w:t>vn -0.8798 -0.0311 0.4744</w:t>
        <w:br/>
        <w:t>vn -0.8317 -0.2337 -0.5037</w:t>
        <w:br/>
        <w:t>vn -0.8316 -0.2337 -0.5038</w:t>
        <w:br/>
        <w:t>vn 0.0469 -0.1962 -0.9794</w:t>
        <w:br/>
        <w:t>vn 0.0468 -0.1962 -0.9794</w:t>
        <w:br/>
        <w:t>vn 0.8776 0.0440 -0.4773</w:t>
        <w:br/>
        <w:t>vn 0.8777 0.0442 -0.4772</w:t>
        <w:br/>
        <w:t>vn 0.8188 0.3002 0.4893</w:t>
        <w:br/>
        <w:t>vn 0.8186 0.3003 0.4896</w:t>
        <w:br/>
        <w:t>vn -0.0525 0.2192 0.9743</w:t>
        <w:br/>
        <w:t>vn -0.8738 -0.0668 0.4817</w:t>
        <w:br/>
        <w:t>vn -0.8737 -0.0667 0.4818</w:t>
        <w:br/>
        <w:t>vn -0.8251 -0.2719 -0.4952</w:t>
        <w:br/>
        <w:t>vn 0.0446 -0.1913 -0.9805</w:t>
        <w:br/>
        <w:t>vn 0.8672 0.0948 -0.4888</w:t>
        <w:br/>
        <w:t>vn 0.8673 0.0948 -0.4887</w:t>
        <w:br/>
        <w:t>vn 0.7506 0.4851 0.4486</w:t>
        <w:br/>
        <w:t>vn 0.7506 0.4852 0.4485</w:t>
        <w:br/>
        <w:t>vn -0.0698 0.2502 0.9657</w:t>
        <w:br/>
        <w:t>vn -0.0698 0.2501 0.9657</w:t>
        <w:br/>
        <w:t>vn -0.8244 -0.2142 0.5239</w:t>
        <w:br/>
        <w:t>vn -0.7657 -0.4532 -0.4563</w:t>
        <w:br/>
        <w:t>vn 0.0533 -0.2198 -0.9741</w:t>
        <w:br/>
        <w:t>vn 0.0533 -0.2197 -0.9741</w:t>
        <w:br/>
        <w:t>vn 0.8094 0.2454 -0.5336</w:t>
        <w:br/>
        <w:t>vn 0.8093 0.2454 -0.5337</w:t>
        <w:br/>
        <w:t>vn 0.4904 0.7958 0.3553</w:t>
        <w:br/>
        <w:t>vn 0.3259 0.7015 0.6338</w:t>
        <w:br/>
        <w:t>vn -0.0844 0.2738 0.9581</w:t>
        <w:br/>
        <w:t>vn -0.0949 0.2753 0.9567</w:t>
        <w:br/>
        <w:t>vn -0.6084 -0.4953 0.6201</w:t>
        <w:br/>
        <w:t>vn -0.6084 -0.4952 0.6201</w:t>
        <w:br/>
        <w:t>vn -0.5199 -0.7736 -0.3623</w:t>
        <w:br/>
        <w:t>vn -0.5198 -0.7737 -0.3623</w:t>
        <w:br/>
        <w:t>vn 0.0851 -0.2620 -0.9613</w:t>
        <w:br/>
        <w:t>vn 0.5814 0.5158 -0.6292</w:t>
        <w:br/>
        <w:t>vn 0.5814 0.5158 -0.6293</w:t>
        <w:br/>
        <w:t>vn 0.0002 0.9540 0.2997</w:t>
        <w:br/>
        <w:t>vn 0.0406 0.8085 0.5871</w:t>
        <w:br/>
        <w:t>vn 0.0000 0.2783 0.9605</w:t>
        <w:br/>
        <w:t>vn -0.0948 0.2753 0.9567</w:t>
        <w:br/>
        <w:t>vn -0.1053 0.2768 0.9551</w:t>
        <w:br/>
        <w:t>vn 0.0006 -0.6904 0.7234</w:t>
        <w:br/>
        <w:t>vn 0.0003 -0.9509 -0.3096</w:t>
        <w:br/>
        <w:t>vn -0.0412 -0.8027 -0.5950</w:t>
        <w:br/>
        <w:t>vn 0.1074 -0.2774 -0.9548</w:t>
        <w:br/>
        <w:t>vn -0.0000 -0.2789 -0.9603</w:t>
        <w:br/>
        <w:t>vn 0.0002 0.6930 -0.7210</w:t>
        <w:br/>
        <w:t>vn -0.4979 0.7882 0.3618</w:t>
        <w:br/>
        <w:t>vn -0.3343 0.6947 0.6369</w:t>
        <w:br/>
        <w:t>vn 0.1053 0.2767 0.9552</w:t>
        <w:br/>
        <w:t>vn 0.0995 0.2790 0.9551</w:t>
        <w:br/>
        <w:t>vn 0.0405 0.8085 0.5871</w:t>
        <w:br/>
        <w:t>vn 0.6223 -0.4831 0.6159</w:t>
        <w:br/>
        <w:t>vn 0.3649 -0.6689 -0.6477</w:t>
        <w:br/>
        <w:t>vn 0.5273 -0.7653 -0.3692</w:t>
        <w:br/>
        <w:t>vn -0.0906 -0.2656 -0.9598</w:t>
        <w:br/>
        <w:t>vn -0.0412 -0.8026 -0.5950</w:t>
        <w:br/>
        <w:t>vn -0.1074 -0.2773 -0.9548</w:t>
        <w:br/>
        <w:t>vn -0.5953 0.5043 -0.6255</w:t>
        <w:br/>
        <w:t>vn -0.5953 0.5044 -0.6255</w:t>
        <w:br/>
        <w:t>vn -0.7626 0.4493 0.4654</w:t>
        <w:br/>
        <w:t>vn 0.0790 0.2553 0.9636</w:t>
        <w:br/>
        <w:t>vn 0.3935 0.1825 0.9010</w:t>
        <w:br/>
        <w:t>vn 0.7827 -0.3113 0.5389</w:t>
        <w:br/>
        <w:t>vn 0.8446 -0.1709 0.5073</w:t>
        <w:br/>
        <w:t>vn 0.7769 -0.4145 -0.4739</w:t>
        <w:br/>
        <w:t>vn 0.3649 -0.6689 -0.6476</w:t>
        <w:br/>
        <w:t>vn -0.0638 -0.2223 -0.9729</w:t>
        <w:br/>
        <w:t>vn -0.0638 -0.2222 -0.9729</w:t>
        <w:br/>
        <w:t>vn -0.0905 -0.2656 -0.9598</w:t>
        <w:br/>
        <w:t>vn -0.8307 0.2049 -0.5176</w:t>
        <w:br/>
        <w:t>vn -0.8307 0.2050 -0.5177</w:t>
        <w:br/>
        <w:t>vn -0.8254 0.2419 0.5102</w:t>
        <w:br/>
        <w:t>vn -0.8254 0.2419 0.5100</w:t>
        <w:br/>
        <w:t>vn 0.0604 0.2122 0.9754</w:t>
        <w:br/>
        <w:t>vn 0.8869 -0.0141 0.4617</w:t>
        <w:br/>
        <w:t>vn 0.8870 -0.0142 0.4616</w:t>
        <w:br/>
        <w:t>vn 0.8446 -0.1709 0.5074</w:t>
        <w:br/>
        <w:t>vn 0.3935 0.1826 0.9010</w:t>
        <w:br/>
        <w:t>vn 0.8300 -0.2107 -0.5165</w:t>
        <w:br/>
        <w:t>vn 0.8300 -0.2110 -0.5163</w:t>
        <w:br/>
        <w:t>vn -0.0537 -0.1816 -0.9819</w:t>
        <w:br/>
        <w:t>vn -0.0538 -0.1816 -0.9819</w:t>
        <w:br/>
        <w:t>vn -0.8819 0.0448 -0.4694</w:t>
        <w:br/>
        <w:t>vn -0.8819 0.0449 -0.4692</w:t>
        <w:br/>
        <w:t>vn -0.8295 0.2150 0.5154</w:t>
        <w:br/>
        <w:t>vn 0.0583 0.2109 0.9758</w:t>
        <w:br/>
        <w:t>vn 0.8886 0.0023 0.4587</w:t>
        <w:br/>
        <w:t>vn 0.8311 -0.2020 -0.5182</w:t>
        <w:br/>
        <w:t>vn 0.8311 -0.2021 -0.5182</w:t>
        <w:br/>
        <w:t>vn -0.0567 -0.1980 -0.9786</w:t>
        <w:br/>
        <w:t>vn -0.0568 -0.1979 -0.9786</w:t>
        <w:br/>
        <w:t>vn -0.8871 0.0106 -0.4615</w:t>
        <w:br/>
        <w:t>vn -0.8267 0.2409 0.5085</w:t>
        <w:br/>
        <w:t>vn 0.0647 0.2662 0.9618</w:t>
        <w:br/>
        <w:t>vn 0.8914 0.0260 0.4524</w:t>
        <w:br/>
        <w:t>vn 0.8267 -0.2392 -0.5092</w:t>
        <w:br/>
        <w:t>vn -0.0645 -0.2645 -0.9622</w:t>
        <w:br/>
        <w:t>vn -0.8914 -0.0242 -0.4527</w:t>
        <w:br/>
        <w:t>vn -0.8913 -0.0242 -0.4527</w:t>
        <w:br/>
        <w:t>vn -0.8193 0.3008 0.4881</w:t>
        <w:br/>
        <w:t>vn -0.8194 0.3007 0.4879</w:t>
        <w:br/>
        <w:t>vn 0.0759 0.3524 0.9328</w:t>
        <w:br/>
        <w:t>vn 0.0759 0.3523 0.9328</w:t>
        <w:br/>
        <w:t>vn 0.8951 0.0553 0.4425</w:t>
        <w:br/>
        <w:t>vn 0.8202 -0.2930 -0.4914</w:t>
        <w:br/>
        <w:t>vn -0.0748 -0.3445 -0.9358</w:t>
        <w:br/>
        <w:t>vn -0.0749 -0.3445 -0.9358</w:t>
        <w:br/>
        <w:t>vn -0.8940 -0.0474 -0.4456</w:t>
        <w:br/>
        <w:t>vn -0.8068 0.3853 0.4479</w:t>
        <w:br/>
        <w:t>vn -0.8069 0.3853 0.4478</w:t>
        <w:br/>
        <w:t>vn 0.0934 0.4670 0.8793</w:t>
        <w:br/>
        <w:t>vn 0.9011 0.0923 0.4236</w:t>
        <w:br/>
        <w:t>vn 0.9011 0.0923 0.4237</w:t>
        <w:br/>
        <w:t>vn 0.8104 -0.3629 -0.4598</w:t>
        <w:br/>
        <w:t>vn 0.8104 -0.3627 -0.4601</w:t>
        <w:br/>
        <w:t>vn -0.0896 -0.4443 -0.8914</w:t>
        <w:br/>
        <w:t>vn -0.0896 -0.4444 -0.8914</w:t>
        <w:br/>
        <w:t>vn -0.8975 -0.0695 -0.4356</w:t>
        <w:br/>
        <w:t>vn -0.8975 -0.0700 -0.4355</w:t>
        <w:br/>
        <w:t>vn -0.7984 0.4288 0.4228</w:t>
        <w:br/>
        <w:t>vn -0.7982 0.4288 0.4231</w:t>
        <w:br/>
        <w:t>vn 0.1044 0.5329 0.8397</w:t>
        <w:br/>
        <w:t>vn 0.1043 0.5328 0.8398</w:t>
        <w:br/>
        <w:t>vn 0.9051 0.1189 0.4082</w:t>
        <w:br/>
        <w:t>vn 0.9050 0.1189 0.4085</w:t>
        <w:br/>
        <w:t>vn 0.8038 -0.3997 -0.4406</w:t>
        <w:br/>
        <w:t>vn 0.8039 -0.3997 -0.4404</w:t>
        <w:br/>
        <w:t>vn -0.0990 -0.5041 -0.8580</w:t>
        <w:br/>
        <w:t>vn -0.0989 -0.5040 -0.8580</w:t>
        <w:br/>
        <w:t>vn -0.9005 -0.0894 -0.4256</w:t>
        <w:br/>
        <w:t>vn -0.9004 -0.0894 -0.4258</w:t>
        <w:br/>
        <w:t>vn 0.1585 -0.8495 0.5032</w:t>
        <w:br/>
        <w:t>vn 0.1585 -0.8495 0.5033</w:t>
        <w:br/>
        <w:t>vn 0.1585 -0.8494 0.5034</w:t>
        <w:br/>
        <w:t>vn -0.1476 -0.8364 0.5279</w:t>
        <w:br/>
        <w:t>vn -0.1475 -0.8364 0.5279</w:t>
        <w:br/>
        <w:t>vn -0.1476 -0.8364 0.5280</w:t>
        <w:br/>
        <w:t>vn 0.9648 0.0652 -0.2549</w:t>
        <w:br/>
        <w:t>vn 0.9237 0.1003 -0.3698</w:t>
        <w:br/>
        <w:t>vn 0.9237 0.1003 -0.3697</w:t>
        <w:br/>
        <w:t>vn 0.8950 0.1208 -0.4294</w:t>
        <w:br/>
        <w:t>vn 0.8950 0.1208 -0.4295</w:t>
        <w:br/>
        <w:t>vn 0.9996 0.0004 0.0293</w:t>
        <w:br/>
        <w:t>vn 0.9996 0.0004 0.0294</w:t>
        <w:br/>
        <w:t>vn 0.9015 0.1126 -0.4178</w:t>
        <w:br/>
        <w:t>vn 0.9015 0.1127 -0.4178</w:t>
        <w:br/>
        <w:t>vn 0.8663 -0.1078 0.4877</w:t>
        <w:br/>
        <w:t>vn 0.8891 -0.0585 0.4539</w:t>
        <w:br/>
        <w:t>vn -0.9642 -0.0658 0.2570</w:t>
        <w:br/>
        <w:t>vn -0.9246 -0.0997 0.3677</w:t>
        <w:br/>
        <w:t>vn -0.9246 -0.0998 0.3677</w:t>
        <w:br/>
        <w:t>vn -0.8956 -0.1205 0.4282</w:t>
        <w:br/>
        <w:t>vn -0.9995 0.0001 -0.0307</w:t>
        <w:br/>
        <w:t>vn -0.9995 0.0001 -0.0308</w:t>
        <w:br/>
        <w:t>vn -0.8956 -0.1205 0.4283</w:t>
        <w:br/>
        <w:t>vn -0.9012 -0.1129 0.4185</w:t>
        <w:br/>
        <w:t>vn -0.9011 -0.1130 0.4185</w:t>
        <w:br/>
        <w:t>vn -0.8679 0.1071 -0.4851</w:t>
        <w:br/>
        <w:t>vn -0.8932 0.0564 -0.4462</w:t>
        <w:br/>
        <w:t>vn -0.8684 -0.1333 0.4776</w:t>
        <w:br/>
        <w:t>vn -0.8684 -0.1334 0.4776</w:t>
        <w:br/>
        <w:t>vn 0.0085 -0.9668 -0.2554</w:t>
        <w:br/>
        <w:t>vn 0.0083 -0.9668 -0.2553</w:t>
        <w:br/>
        <w:t>vn 0.0072 -0.9662 -0.2577</w:t>
        <w:br/>
        <w:t>vn 0.0074 -0.9662 -0.2578</w:t>
        <w:br/>
        <w:t>vn 0.0077 -0.9659 -0.2588</w:t>
        <w:br/>
        <w:t>vn 0.0076 -0.9659 -0.2587</w:t>
        <w:br/>
        <w:t>vn 0.0106 -0.9676 -0.2521</w:t>
        <w:br/>
        <w:t>vn 0.0105 -0.9677 -0.2520</w:t>
        <w:br/>
        <w:t>vn 0.0097 -0.9674 -0.2531</w:t>
        <w:br/>
        <w:t>vn 0.0052 -0.9678 -0.2516</w:t>
        <w:br/>
        <w:t>vn 0.0051 -0.9678 -0.2517</w:t>
        <w:br/>
        <w:t>vn 0.0055 -0.9677 -0.2522</w:t>
        <w:br/>
        <w:t>vn 0.0055 -0.9677 -0.2521</w:t>
        <w:br/>
        <w:t>vn -0.0081 0.9669 0.2551</w:t>
        <w:br/>
        <w:t>vn -0.0077 0.9669 0.2549</w:t>
        <w:br/>
        <w:t>vn -0.0073 0.9663 0.2573</w:t>
        <w:br/>
        <w:t>vn -0.0074 0.9663 0.2573</w:t>
        <w:br/>
        <w:t>vn -0.0105 0.9677 0.2518</w:t>
        <w:br/>
        <w:t>vn -0.0105 0.9677 0.2519</w:t>
        <w:br/>
        <w:t>vn -0.0102 0.9676 0.2523</w:t>
        <w:br/>
        <w:t>vn -0.0105 0.9677 0.2520</w:t>
        <w:br/>
        <w:t>vn -0.0075 0.9659 0.2586</w:t>
        <w:br/>
        <w:t>vn -0.0090 0.9660 0.2585</w:t>
        <w:br/>
        <w:t>vn -0.0089 0.9660 0.2586</w:t>
        <w:br/>
        <w:t>vn -0.0074 0.9660 0.2585</w:t>
        <w:br/>
        <w:t>vn -0.4553 0.6914 -0.5610</w:t>
        <w:br/>
        <w:t>vn -0.5430 0.2107 -0.8129</w:t>
        <w:br/>
        <w:t>vn -0.5429 0.2105 -0.8130</w:t>
        <w:br/>
        <w:t>vn -0.4488 -0.3240 -0.8328</w:t>
        <w:br/>
        <w:t>vn -0.0098 0.9654 0.2607</w:t>
        <w:br/>
        <w:t>vn -0.0097 0.9654 0.2607</w:t>
        <w:br/>
        <w:t>vn 0.9759 0.0277 0.2166</w:t>
        <w:br/>
        <w:t>vn -0.9776 -0.0298 -0.2086</w:t>
        <w:br/>
        <w:t>vn -0.9775 -0.0298 -0.2086</w:t>
        <w:br/>
        <w:t>vn -0.0297 -0.2481 0.9683</w:t>
        <w:br/>
        <w:t>vn 0.0086 -0.9659 -0.2588</w:t>
        <w:br/>
        <w:t>vn -0.1745 -0.8275 -0.5336</w:t>
        <w:br/>
        <w:t>vn -0.0096 0.9650 0.2621</w:t>
        <w:br/>
        <w:t>vn -0.0097 0.9650 0.2621</w:t>
        <w:br/>
        <w:t>vn -0.1861 0.9813 -0.0495</w:t>
        <w:br/>
        <w:t>vn 0.8731 0.1312 -0.4696</w:t>
        <w:br/>
        <w:t>vn 0.8479 0.1419 -0.5108</w:t>
        <w:br/>
        <w:t>vn -0.8415 -0.1445 0.5205</w:t>
        <w:br/>
        <w:t>vn -0.8416 -0.1444 0.5205</w:t>
        <w:br/>
        <w:t>vn 0.8401 0.1450 -0.5227</w:t>
        <w:br/>
        <w:t>vn -0.8400 -0.1450 0.5228</w:t>
        <w:br/>
        <w:t>vn 0.0610 -0.6869 0.7242</w:t>
        <w:br/>
        <w:t>vn 0.3498 -0.9337 0.0762</w:t>
        <w:br/>
        <w:t>vn 0.1070 -0.9870 0.1196</w:t>
        <w:br/>
        <w:t>vn 0.0886 -0.6343 0.7680</w:t>
        <w:br/>
        <w:t>vn 0.0287 0.0894 0.9956</w:t>
        <w:br/>
        <w:t>vn -0.2542 -0.0334 0.9666</w:t>
        <w:br/>
        <w:t>vn -0.0446 0.7841 0.6190</w:t>
        <w:br/>
        <w:t>vn -0.4069 0.6576 0.6340</w:t>
        <w:br/>
        <w:t>vn -0.0758 0.9898 -0.1206</w:t>
        <w:br/>
        <w:t>vn -0.3035 0.9503 -0.0693</w:t>
        <w:br/>
        <w:t>vn -0.0458 0.6345 -0.7715</w:t>
        <w:br/>
        <w:t>vn -0.0200 0.6929 -0.7207</w:t>
        <w:br/>
        <w:t>vn 0.0226 -0.0883 -0.9958</w:t>
        <w:br/>
        <w:t>vn 0.2869 0.0420 -0.9570</w:t>
        <w:br/>
        <w:t>vn 0.4464 -0.6377 -0.6277</w:t>
        <w:br/>
        <w:t>vn 0.0837 -0.7784 -0.6221</w:t>
        <w:br/>
        <w:t>vn 0.4465 -0.6377 -0.6278</w:t>
        <w:br/>
        <w:t>vn 0.0713 -0.6804 0.7294</w:t>
        <w:br/>
        <w:t>vn 0.4959 -0.8609 0.1134</w:t>
        <w:br/>
        <w:t>vn -0.3612 -0.1151 0.9253</w:t>
        <w:br/>
        <w:t>vn -0.5862 0.5467 0.5979</w:t>
        <w:br/>
        <w:t>vn -0.4567 0.8834 -0.1049</w:t>
        <w:br/>
        <w:t>vn -0.0588 0.6771 -0.7335</w:t>
        <w:br/>
        <w:t>vn 0.3630 0.1190 -0.9242</w:t>
        <w:br/>
        <w:t>vn 0.6161 -0.5066 -0.6031</w:t>
        <w:br/>
        <w:t>vn 0.1091 -0.6506 0.7515</w:t>
        <w:br/>
        <w:t>vn 0.6040 -0.7870 0.1254</w:t>
        <w:br/>
        <w:t>vn -0.3466 -0.1844 0.9197</w:t>
        <w:br/>
        <w:t>vn -0.6371 0.4345 0.6366</w:t>
        <w:br/>
        <w:t>vn -0.5370 0.8366 -0.1080</w:t>
        <w:br/>
        <w:t>vn -0.0826 0.6569 -0.7494</w:t>
        <w:br/>
        <w:t>vn 0.3569 0.2064 -0.9111</w:t>
        <w:br/>
        <w:t>vn 0.6832 -0.3545 -0.6384</w:t>
        <w:br/>
        <w:t>vn 0.6832 -0.3546 -0.6384</w:t>
        <w:br/>
        <w:t>vn 0.1678 -0.5903 0.7895</w:t>
        <w:br/>
        <w:t>vn 0.3756 -0.6927 0.6157</w:t>
        <w:br/>
        <w:t>vn -0.2822 -0.2114 0.9358</w:t>
        <w:br/>
        <w:t>vn -0.6353 0.3257 0.7002</w:t>
        <w:br/>
        <w:t>vn -0.7024 0.5686 0.4281</w:t>
        <w:br/>
        <w:t>vn -0.1244 0.6150 -0.7787</w:t>
        <w:br/>
        <w:t>vn -0.3246 0.7275 -0.6045</w:t>
        <w:br/>
        <w:t>vn 0.3089 0.2584 -0.9153</w:t>
        <w:br/>
        <w:t>vn 0.6986 -0.2401 -0.6740</w:t>
        <w:br/>
        <w:t>vn 0.7856 -0.4862 -0.3827</w:t>
        <w:br/>
        <w:t>vn 0.6013 0.0349 0.7983</w:t>
        <w:br/>
        <w:t>vn 0.4695 -0.5579 0.6843</w:t>
        <w:br/>
        <w:t>vn 0.2492 -0.4586 0.8530</w:t>
        <w:br/>
        <w:t>vn 0.3315 0.0826 0.9398</w:t>
        <w:br/>
        <w:t>vn -0.2117 -0.1490 0.9659</w:t>
        <w:br/>
        <w:t>vn -0.1683 0.1720 0.9706</w:t>
        <w:br/>
        <w:t>vn -0.6168 0.2636 0.7417</w:t>
        <w:br/>
        <w:t>vn -0.6099 0.2499 0.7521</w:t>
        <w:br/>
        <w:t>vn -0.7440 0.4623 0.4824</w:t>
        <w:br/>
        <w:t>vn -0.8000 0.2659 0.5379</w:t>
        <w:br/>
        <w:t>vn -0.4068 0.5670 -0.7163</w:t>
        <w:br/>
        <w:t>vn -0.2069 0.4606 -0.8632</w:t>
        <w:br/>
        <w:t>vn -0.2899 -0.0535 -0.9556</w:t>
        <w:br/>
        <w:t>vn -0.5462 0.0125 -0.8376</w:t>
        <w:br/>
        <w:t>vn 0.2318 0.1704 -0.9577</w:t>
        <w:br/>
        <w:t>vn 0.1878 -0.1621 -0.9687</w:t>
        <w:br/>
        <w:t>vn 0.6837 -0.2236 -0.6946</w:t>
        <w:br/>
        <w:t>vn 0.6561 -0.2165 -0.7230</w:t>
        <w:br/>
        <w:t>vn 0.8614 -0.2068 -0.4640</w:t>
        <w:br/>
        <w:t>vn 0.8226 -0.4201 -0.3833</w:t>
        <w:br/>
        <w:t>vn 0.4662 0.6266 0.6245</w:t>
        <w:br/>
        <w:t>vn 0.2449 0.6063 0.7566</w:t>
        <w:br/>
        <w:t>vn -0.1916 0.4721 0.8605</w:t>
        <w:br/>
        <w:t>vn -0.6360 0.1961 0.7463</w:t>
        <w:br/>
        <w:t>vn -0.8234 -0.0078 0.5673</w:t>
        <w:br/>
        <w:t>vn -0.2297 -0.5699 -0.7890</w:t>
        <w:br/>
        <w:t>vn -0.4901 -0.5844 -0.6467</w:t>
        <w:br/>
        <w:t>vn 0.2239 -0.4521 -0.8634</w:t>
        <w:br/>
        <w:t>vn 0.6531 -0.1975 -0.7311</w:t>
        <w:br/>
        <w:t>vn 0.8396 0.0101 -0.5431</w:t>
        <w:br/>
        <w:t>vn 0.1498 0.7587 0.6340</w:t>
        <w:br/>
        <w:t>vn 0.3663 0.7852 0.4993</w:t>
        <w:br/>
        <w:t>vn -0.2713 0.5438 0.7942</w:t>
        <w:br/>
        <w:t>vn -0.6585 0.0618 0.7500</w:t>
        <w:br/>
        <w:t>vn -0.7737 -0.2597 0.5779</w:t>
        <w:br/>
        <w:t>vn -0.3690 -0.8258 -0.4266</w:t>
        <w:br/>
        <w:t>vn -0.1266 -0.7763 -0.6176</w:t>
        <w:br/>
        <w:t>vn 0.2984 -0.5484 -0.7812</w:t>
        <w:br/>
        <w:t>vn 0.6849 -0.1909 -0.7032</w:t>
        <w:br/>
        <w:t>vn 0.8357 0.0614 -0.5457</w:t>
        <w:br/>
        <w:t>vn 0.2605 0.9231 0.2828</w:t>
        <w:br/>
        <w:t>vn 0.0341 0.8835 0.4671</w:t>
        <w:br/>
        <w:t>vn -0.3683 0.5537 0.7468</w:t>
        <w:br/>
        <w:t>vn -0.6158 -0.0903 0.7827</w:t>
        <w:br/>
        <w:t>vn -0.6282 -0.4550 0.6311</w:t>
        <w:br/>
        <w:t>vn -0.2117 -0.9530 -0.2168</w:t>
        <w:br/>
        <w:t>vn 0.0020 -0.8905 -0.4549</w:t>
        <w:br/>
        <w:t>vn 0.3903 -0.5675 -0.7250</w:t>
        <w:br/>
        <w:t>vn 0.7111 -0.0701 -0.6996</w:t>
        <w:br/>
        <w:t>vn 0.7976 0.2334 -0.5562</w:t>
        <w:br/>
        <w:t>vn -0.3424 0.8797 0.3299</w:t>
        <w:br/>
        <w:t>vn 0.1761 0.9765 0.1243</w:t>
        <w:br/>
        <w:t>vn -0.5683 0.4791 0.6689</w:t>
        <w:br/>
        <w:t>vn -0.3908 -0.1228 0.9122</w:t>
        <w:br/>
        <w:t>vn -0.2272 -0.4524 0.8624</w:t>
        <w:br/>
        <w:t>vn 0.2987 -0.9401 0.1645</w:t>
        <w:br/>
        <w:t>vn 0.4565 -0.8712 -0.1808</w:t>
        <w:br/>
        <w:t>vn 0.5699 -0.4838 -0.6642</w:t>
        <w:br/>
        <w:t>vn 0.4741 0.0547 -0.8788</w:t>
        <w:br/>
        <w:t>vn 0.3229 0.3910 -0.8619</w:t>
        <w:br/>
        <w:t>vn -0.8601 0.4854 -0.1568</w:t>
        <w:br/>
        <w:t>vn -0.4992 0.3568 -0.7896</w:t>
        <w:br/>
        <w:t>vn -0.6707 0.4962 -0.5512</w:t>
        <w:br/>
        <w:t>vn -0.6707 0.4963 -0.5513</w:t>
        <w:br/>
        <w:t>vn -0.7156 0.3449 0.6074</w:t>
        <w:br/>
        <w:t>vn -0.1574 -0.0353 0.9869</w:t>
        <w:br/>
        <w:t>vn 0.4904 -0.4152 0.7663</w:t>
        <w:br/>
        <w:t>vn 0.8405 -0.5368 0.0734</w:t>
        <w:br/>
        <w:t>vn 0.7082 -0.3437 -0.6167</w:t>
        <w:br/>
        <w:t>vn 0.1616 0.0351 -0.9862</w:t>
        <w:br/>
        <w:t>vn -0.9083 0.4018 -0.1166</w:t>
        <w:br/>
        <w:t>vn -0.5515 0.2818 -0.7851</w:t>
        <w:br/>
        <w:t>vn -0.7234 0.2949 0.6243</w:t>
        <w:br/>
        <w:t>vn -0.1158 0.0226 0.9930</w:t>
        <w:br/>
        <w:t>vn 0.5625 -0.2591 0.7851</w:t>
        <w:br/>
        <w:t>vn 0.9169 -0.3845 0.1072</w:t>
        <w:br/>
        <w:t>vn 0.7295 -0.2690 -0.6288</w:t>
        <w:br/>
        <w:t>vn 0.1252 0.0083 -0.9921</w:t>
        <w:br/>
        <w:t>vn -0.8905 0.4412 -0.1113</w:t>
        <w:br/>
        <w:t>vn -0.5381 0.3022 -0.7869</w:t>
        <w:br/>
        <w:t>vn -0.7036 0.3256 0.6316</w:t>
        <w:br/>
        <w:t>vn -0.1107 0.0338 0.9933</w:t>
        <w:br/>
        <w:t>vn 0.5371 -0.2714 0.7987</w:t>
        <w:br/>
        <w:t>vn 0.8971 -0.4263 0.1157</w:t>
        <w:br/>
        <w:t>vn 0.6998 -0.3003 -0.6482</w:t>
        <w:br/>
        <w:t>vn 0.1117 0.0011 -0.9937</w:t>
        <w:br/>
        <w:t>vn 0.1116 0.0011 -0.9937</w:t>
        <w:br/>
        <w:t>vn -0.2653 0.5306 -0.8051</w:t>
        <w:br/>
        <w:t>vn -0.4555 0.4006 -0.7950</w:t>
        <w:br/>
        <w:t>vn -0.7853 0.6090 -0.1116</w:t>
        <w:br/>
        <w:t>vn -0.5151 0.8506 -0.1055</w:t>
        <w:br/>
        <w:t>vn -0.3910 0.6115 0.6880</w:t>
        <w:br/>
        <w:t>vn -0.6120 0.4486 0.6513</w:t>
        <w:br/>
        <w:t>vn -0.0852 0.0486 0.9952</w:t>
        <w:br/>
        <w:t>vn -0.0372 0.0599 0.9975</w:t>
        <w:br/>
        <w:t>vn 0.4707 -0.3559 0.8073</w:t>
        <w:br/>
        <w:t>vn 0.3146 -0.4876 0.8144</w:t>
        <w:br/>
        <w:t>vn 0.8068 -0.5794 0.1156</w:t>
        <w:br/>
        <w:t>vn 0.5478 -0.8295 0.1088</w:t>
        <w:br/>
        <w:t>vn 0.4296 -0.5719 -0.6988</w:t>
        <w:br/>
        <w:t>vn 0.6227 -0.4067 -0.6685</w:t>
        <w:br/>
        <w:t>vn 0.1102 -0.0071 -0.9939</w:t>
        <w:br/>
        <w:t>vn 0.1053 -0.0202 -0.9942</w:t>
        <w:br/>
        <w:t>vn 0.1102 -0.0072 -0.9939</w:t>
        <w:br/>
        <w:t>vn 0.5873 0.8070 -0.0617</w:t>
        <w:br/>
        <w:t>vn 0.3817 0.5325 -0.7555</w:t>
        <w:br/>
        <w:t>vn 0.0550 0.5923 -0.8039</w:t>
        <w:br/>
        <w:t>vn 0.0528 0.9942 -0.0942</w:t>
        <w:br/>
        <w:t>vn 0.0329 0.6963 0.7170</w:t>
        <w:br/>
        <w:t>vn 0.4378 0.5961 0.6731</w:t>
        <w:br/>
        <w:t>vn 0.0055 0.0481 0.9988</w:t>
        <w:br/>
        <w:t>vn 0.0228 0.0422 0.9988</w:t>
        <w:br/>
        <w:t>vn -0.0241 -0.5940 0.8041</w:t>
        <w:br/>
        <w:t>vn -0.4073 -0.5218 0.7496</w:t>
        <w:br/>
        <w:t>vn -0.0318 -0.9952 0.0920</w:t>
        <w:br/>
        <w:t>vn -0.6094 -0.7906 0.0596</w:t>
        <w:br/>
        <w:t>vn -0.0102 -0.6985 -0.7156</w:t>
        <w:br/>
        <w:t>vn -0.4602 -0.5834 -0.6692</w:t>
        <w:br/>
        <w:t>vn 0.0272 -0.0470 -0.9985</w:t>
        <w:br/>
        <w:t>vn -0.0521 -0.0397 -0.9978</w:t>
        <w:br/>
        <w:t>vn -0.0522 -0.0397 -0.9978</w:t>
        <w:br/>
        <w:t>vn 0.5689 0.3905 -0.7238</w:t>
        <w:br/>
        <w:t>vn 0.8177 0.5747 -0.0324</w:t>
        <w:br/>
        <w:t>vn 0.8769 0.4803 -0.0193</w:t>
        <w:br/>
        <w:t>vn 0.5998 0.3486 -0.7202</w:t>
        <w:br/>
        <w:t>vn 0.6049 0.4442 0.6609</w:t>
        <w:br/>
        <w:t>vn 0.6562 0.3633 0.6614</w:t>
        <w:br/>
        <w:t>vn 0.0121 0.0600 0.9981</w:t>
        <w:br/>
        <w:t>vn 0.0347 0.0499 0.9982</w:t>
        <w:br/>
        <w:t>vn -0.6137 -0.3439 0.7107</w:t>
        <w:br/>
        <w:t>vn -0.6374 -0.2876 0.7148</w:t>
        <w:br/>
        <w:t>vn -0.8579 -0.5128 0.0304</w:t>
        <w:br/>
        <w:t>vn -0.9060 -0.4226 0.0231</w:t>
        <w:br/>
        <w:t>vn -0.6433 -0.4018 -0.6517</w:t>
        <w:br/>
        <w:t>vn -0.6910 -0.3110 -0.6525</w:t>
        <w:br/>
        <w:t>vn -0.0536 -0.0322 -0.9980</w:t>
        <w:br/>
        <w:t>vn -0.0822 0.0036 -0.9966</w:t>
        <w:br/>
        <w:t>vn -0.0821 0.0036 -0.9966</w:t>
        <w:br/>
        <w:t>vn -0.0852 0.9018 -0.4237</w:t>
        <w:br/>
        <w:t>vn 0.4292 0.5736 -0.6977</w:t>
        <w:br/>
        <w:t>vn 0.7694 0.6388 0.0055</w:t>
        <w:br/>
        <w:t>vn 0.4135 0.8786 0.2388</w:t>
        <w:br/>
        <w:t>vn 0.6613 0.3678 0.6538</w:t>
        <w:br/>
        <w:t>vn 0.6154 0.3931 0.6832</w:t>
        <w:br/>
        <w:t>vn 0.1926 -0.1096 0.9751</w:t>
        <w:br/>
        <w:t>vn 0.5280 -0.2978 0.7953</w:t>
        <w:br/>
        <w:t>vn -0.4490 -0.5511 0.7033</w:t>
        <w:br/>
        <w:t>vn 0.0897 -0.9049 0.4161</w:t>
        <w:br/>
        <w:t>vn -0.7959 -0.6054 -0.0072</w:t>
        <w:br/>
        <w:t>vn -0.4207 -0.8738 -0.2439</w:t>
        <w:br/>
        <w:t>vn -0.6962 -0.3171 -0.6440</w:t>
        <w:br/>
        <w:t>vn -0.6374 -0.3728 -0.6744</w:t>
        <w:br/>
        <w:t>vn -0.2211 0.1520 -0.9633</w:t>
        <w:br/>
        <w:t>vn -0.5405 0.3014 -0.7855</w:t>
        <w:br/>
        <w:t>vn -0.0009 0.8046 0.5938</w:t>
        <w:br/>
        <w:t>vn -0.6331 0.7680 0.0969</w:t>
        <w:br/>
        <w:t>vn 0.5537 0.4013 0.7296</w:t>
        <w:br/>
        <w:t>vn 0.8377 -0.2351 0.4930</w:t>
        <w:br/>
        <w:t>vn 0.6106 -0.7873 -0.0854</w:t>
        <w:br/>
        <w:t>vn -0.0113 -0.8058 -0.5920</w:t>
        <w:br/>
        <w:t>vn -0.5665 -0.3983 -0.7214</w:t>
        <w:br/>
        <w:t>vn -0.8531 0.2097 -0.4778</w:t>
        <w:br/>
        <w:t>vn -0.8531 0.2098 -0.4778</w:t>
        <w:br/>
        <w:t>vn -0.1663 0.5748 0.8012</w:t>
        <w:br/>
        <w:t>vn -0.8083 0.4490 0.3807</w:t>
        <w:br/>
        <w:t>vn 0.5284 0.3807 0.7588</w:t>
        <w:br/>
        <w:t>vn 0.9546 -0.0403 0.2953</w:t>
        <w:br/>
        <w:t>vn 0.7971 -0.4684 -0.3810</w:t>
        <w:br/>
        <w:t>vn 0.1457 -0.5869 -0.7965</w:t>
        <w:br/>
        <w:t>vn -0.5342 -0.3833 -0.7535</w:t>
        <w:br/>
        <w:t>vn -0.9541 0.0297 -0.2979</w:t>
        <w:br/>
        <w:t>vn -0.1609 0.1889 0.9687</w:t>
        <w:br/>
        <w:t>vn -0.8134 -0.0445 0.5800</w:t>
        <w:br/>
        <w:t>vn 0.5387 0.3116 0.7827</w:t>
        <w:br/>
        <w:t>vn 0.9517 0.2510 0.1767</w:t>
        <w:br/>
        <w:t>vn 0.8148 0.0157 -0.5795</w:t>
        <w:br/>
        <w:t>vn 0.1494 -0.2235 -0.9632</w:t>
        <w:br/>
        <w:t>vn -0.5407 -0.3208 -0.7776</w:t>
        <w:br/>
        <w:t>vn -0.9493 -0.2570 -0.1813</w:t>
        <w:br/>
        <w:t>vn -0.9493 -0.2570 -0.1812</w:t>
        <w:br/>
        <w:t>vn -0.0079 -0.2585 0.9660</w:t>
        <w:br/>
        <w:t>vn -0.5558 -0.5885 0.5871</w:t>
        <w:br/>
        <w:t>vn 0.5730 0.2292 0.7868</w:t>
        <w:br/>
        <w:t>vn 0.8239 0.5514 0.1313</w:t>
        <w:br/>
        <w:t>vn 0.5958 0.5396 -0.5948</w:t>
        <w:br/>
        <w:t>vn 0.0170 0.2189 -0.9756</w:t>
        <w:br/>
        <w:t>vn -0.5717 -0.2406 -0.7844</w:t>
        <w:br/>
        <w:t>vn -0.8037 -0.5825 -0.1218</w:t>
        <w:br/>
        <w:t>vn 0.1452 -0.4154 0.8980</w:t>
        <w:br/>
        <w:t>vn -0.3768 -0.7720 0.5118</w:t>
        <w:br/>
        <w:t>vn 0.6029 0.1857 0.7759</w:t>
        <w:br/>
        <w:t>vn 0.7171 0.6730 0.1814</w:t>
        <w:br/>
        <w:t>vn 0.4012 0.7568 -0.5160</w:t>
        <w:br/>
        <w:t>vn -0.1486 0.4091 -0.9003</w:t>
        <w:br/>
        <w:t>vn -0.6135 -0.1776 -0.7695</w:t>
        <w:br/>
        <w:t>vn -0.7076 -0.6849 -0.1737</w:t>
        <w:br/>
        <w:t>vn -0.3067 -0.8219 0.4800</w:t>
        <w:br/>
        <w:t>vn -0.3353 -0.7981 0.5006</w:t>
        <w:br/>
        <w:t>vn 0.1904 -0.4207 0.8870</w:t>
        <w:br/>
        <w:t>vn 0.1674 -0.4064 0.8982</w:t>
        <w:br/>
        <w:t>vn 0.5971 0.1916 0.7790</w:t>
        <w:br/>
        <w:t>vn 0.5225 0.2371 0.8190</w:t>
        <w:br/>
        <w:t>vn 0.6636 0.7170 0.2133</w:t>
        <w:br/>
        <w:t>vn 0.5708 0.7776 0.2635</w:t>
        <w:br/>
        <w:t>vn 0.3124 0.8158 -0.4867</w:t>
        <w:br/>
        <w:t>vn 0.2554 0.8504 -0.4600</w:t>
        <w:br/>
        <w:t>vn -0.2210 0.4410 -0.8699</w:t>
        <w:br/>
        <w:t>vn -0.2083 0.4280 -0.8794</w:t>
        <w:br/>
        <w:t>vn -0.6286 -0.1641 -0.7602</w:t>
        <w:br/>
        <w:t>vn -0.5647 -0.2121 -0.7976</w:t>
        <w:br/>
        <w:t>vn -0.6906 -0.6956 -0.1981</w:t>
        <w:br/>
        <w:t>vn -0.6227 -0.7445 -0.2407</w:t>
        <w:br/>
        <w:t>vn -0.1655 -0.9314 0.3241</w:t>
        <w:br/>
        <w:t>vn 0.1341 -0.4948 0.8586</w:t>
        <w:br/>
        <w:t>vn 0.3449 0.2188 0.9128</w:t>
        <w:br/>
        <w:t>vn 0.3446 0.8336 0.4318</w:t>
        <w:br/>
        <w:t>vn 0.1298 0.9389 -0.3189</w:t>
        <w:br/>
        <w:t>vn -0.1467 0.4954 -0.8562</w:t>
        <w:br/>
        <w:t>vn -0.3482 -0.2161 -0.9122</w:t>
        <w:br/>
        <w:t>vn -0.3710 -0.8247 -0.4269</w:t>
        <w:br/>
        <w:t>vn 0.0886 -0.6343 0.7679</w:t>
        <w:br/>
        <w:t>vn -0.0758 0.9898 -0.1207</w:t>
        <w:br/>
        <w:t>vn -0.0459 0.6345 -0.7715</w:t>
        <w:br/>
        <w:t>vn 0.0226 -0.0882 -0.9958</w:t>
        <w:br/>
        <w:t>vn -0.2765 -0.9610 0.0084</w:t>
        <w:br/>
        <w:t>vn 0.5728 -0.8197 0.0014</w:t>
        <w:br/>
        <w:t>vn 0.5414 -0.6154 -0.5728</w:t>
        <w:br/>
        <w:t>vn -0.3536 -0.7196 -0.5975</w:t>
        <w:br/>
        <w:t>vn -0.3536 -0.7196 -0.5976</w:t>
        <w:br/>
        <w:t>vn -0.7564 -0.5495 -0.3549</w:t>
        <w:br/>
        <w:t>vn -0.7145 -0.6995 0.0129</w:t>
        <w:br/>
        <w:t>vn -0.6757 0.7372 -0.0015</w:t>
        <w:br/>
        <w:t>vn -0.8481 0.5298 -0.0012</w:t>
        <w:br/>
        <w:t>vn -0.8460 0.3271 0.4211</w:t>
        <w:br/>
        <w:t>vn -0.6548 0.5042 0.5631</w:t>
        <w:br/>
        <w:t>vn -0.1669 0.6946 0.6998</w:t>
        <w:br/>
        <w:t>vn -0.2408 0.9706 -0.0016</w:t>
        <w:br/>
        <w:t>vn 0.4695 0.6145 0.6340</w:t>
        <w:br/>
        <w:t>vn 0.3836 0.9235 -0.0011</w:t>
        <w:br/>
        <w:t>vn 0.7750 0.4257 0.4671</w:t>
        <w:br/>
        <w:t>vn 0.7147 0.6994 -0.0003</w:t>
        <w:br/>
        <w:t>vn 0.8107 -0.5854 0.0012</w:t>
        <w:br/>
        <w:t>vn 0.8102 -0.4459 -0.3805</w:t>
        <w:br/>
        <w:t>vn 0.1871 -0.6839 0.7051</w:t>
        <w:br/>
        <w:t>vn 0.5527 -0.5999 0.5786</w:t>
        <w:br/>
        <w:t>vn -0.7800 -0.5196 0.3488</w:t>
        <w:br/>
        <w:t>vn -0.6554 0.4914 -0.5736</w:t>
        <w:br/>
        <w:t>vn -0.8463 0.3168 -0.4282</w:t>
        <w:br/>
        <w:t>vn -0.1645 0.6806 -0.7140</w:t>
        <w:br/>
        <w:t>vn 0.4708 0.6027 -0.6443</w:t>
        <w:br/>
        <w:t>vn 0.7735 0.4200 -0.4746</w:t>
        <w:br/>
        <w:t>vn 0.8146 -0.4380 0.3803</w:t>
        <w:br/>
        <w:t>vn 0.4764 -0.0245 0.8789</w:t>
        <w:br/>
        <w:t>vn -0.0002 0.0407 0.9992</w:t>
        <w:br/>
        <w:t>vn -0.8543 -0.1493 0.4979</w:t>
        <w:br/>
        <w:t>vn -0.5811 -0.1113 -0.8062</w:t>
        <w:br/>
        <w:t>vn -0.8124 -0.1432 -0.5653</w:t>
        <w:br/>
        <w:t>vn -0.0097 -0.0507 -0.9987</w:t>
        <w:br/>
        <w:t>vn 0.5977 -0.0587 -0.7996</w:t>
        <w:br/>
        <w:t>vn 0.8456 -0.0750 -0.5286</w:t>
        <w:br/>
        <w:t>vn 0.8196 -0.0805 0.5672</w:t>
        <w:br/>
        <w:t>vn -0.1370 0.7312 0.6683</w:t>
        <w:br/>
        <w:t>vn -0.6178 0.5299 0.5810</w:t>
        <w:br/>
        <w:t>vn -0.9753 -0.0645 0.2115</w:t>
        <w:br/>
        <w:t>vn -0.5686 -0.6449 -0.5107</w:t>
        <w:br/>
        <w:t>vn -0.7857 -0.3689 -0.4965</w:t>
        <w:br/>
        <w:t>vn 0.0804 -0.7379 -0.6701</w:t>
        <w:br/>
        <w:t>vn 0.6981 -0.5402 -0.4700</w:t>
        <w:br/>
        <w:t>vn 0.9926 -0.0716 -0.0978</w:t>
        <w:br/>
        <w:t>vn 0.8494 0.3141 0.4241</w:t>
        <w:br/>
        <w:t>vn 0.8097 0.1242 0.5736</w:t>
        <w:br/>
        <w:t>vn -0.6438 0.7651 -0.0116</w:t>
        <w:br/>
        <w:t>vn -0.1768 0.9841 -0.0145</w:t>
        <w:br/>
        <w:t>vn -0.9975 0.0507 0.0485</w:t>
        <w:br/>
        <w:t>vn -0.5638 -0.8259 0.0100</w:t>
        <w:br/>
        <w:t>vn -0.8072 -0.5764 -0.1269</w:t>
        <w:br/>
        <w:t>vn 0.1002 -0.9949 0.0134</w:t>
        <w:br/>
        <w:t>vn 0.7167 -0.6973 0.0100</w:t>
        <w:br/>
        <w:t>vn 0.9990 0.0443 -0.0003</w:t>
        <w:br/>
        <w:t>vn 0.8667 0.4988 -0.0068</w:t>
        <w:br/>
        <w:t>vn -0.6130 0.5402 -0.5766</w:t>
        <w:br/>
        <w:t>vn -0.1381 0.7369 -0.6617</w:t>
        <w:br/>
        <w:t>vn -0.1767 0.9842 -0.0145</w:t>
        <w:br/>
        <w:t>vn -0.9102 0.2185 -0.3518</w:t>
        <w:br/>
        <w:t>vn -0.5612 -0.6510 0.5111</w:t>
        <w:br/>
        <w:t>vn -0.8106 -0.4893 0.3216</w:t>
        <w:br/>
        <w:t>vn 0.1002 -0.9949 0.0133</w:t>
        <w:br/>
        <w:t>vn 0.0824 -0.7419 0.6654</w:t>
        <w:br/>
        <w:t>vn 0.6938 -0.5467 0.4689</w:t>
        <w:br/>
        <w:t>vn 0.9955 -0.0152 -0.0937</w:t>
        <w:br/>
        <w:t>vn 0.8667 0.4987 -0.0069</w:t>
        <w:br/>
        <w:t>vn 0.8440 0.3256 -0.4262</w:t>
        <w:br/>
        <w:t>vn -0.5070 -0.0609 -0.8598</w:t>
        <w:br/>
        <w:t>vn 0.3123 -0.0868 -0.9460</w:t>
        <w:br/>
        <w:t>vn -0.8466 -0.1437 -0.5125</w:t>
        <w:br/>
        <w:t>vn -0.5868 -0.1120 0.8020</w:t>
        <w:br/>
        <w:t>vn -0.8159 -0.1425 0.5604</w:t>
        <w:br/>
        <w:t>vn -0.0104 -0.0517 0.9986</w:t>
        <w:br/>
        <w:t>vn 0.6045 -0.0580 0.7945</w:t>
        <w:br/>
        <w:t>vn 0.8506 -0.0730 0.5207</w:t>
        <w:br/>
        <w:t>vn 0.8078 0.1556 -0.5685</w:t>
        <w:br/>
        <w:t>vn 0.8191 -0.0724 -0.5691</w:t>
        <w:br/>
        <w:t>vn -0.8100 0.3820 0.4451</w:t>
        <w:br/>
        <w:t>vn -0.8098 0.3823 0.4451</w:t>
        <w:br/>
        <w:t>vn -0.8021 0.4214 0.4232</w:t>
        <w:br/>
        <w:t>vn -0.8021 0.4214 0.4231</w:t>
        <w:br/>
        <w:t>vn 0.0950 0.5099 0.8550</w:t>
        <w:br/>
        <w:t>vn 0.0875 0.4648 0.8811</w:t>
        <w:br/>
        <w:t>vn 0.0873 0.4646 0.8812</w:t>
        <w:br/>
        <w:t>vn 0.0951 0.5099 0.8549</w:t>
        <w:br/>
        <w:t>vn 0.9000 0.1038 0.4234</w:t>
        <w:br/>
        <w:t>vn 0.8983 0.0938 0.4292</w:t>
        <w:br/>
        <w:t>vn 0.8984 0.0939 0.4291</w:t>
        <w:br/>
        <w:t>vn 0.9001 0.1038 0.4232</w:t>
        <w:br/>
        <w:t>vn 0.8079 -0.3911 -0.4408</w:t>
        <w:br/>
        <w:t>vn 0.8137 -0.3590 -0.4572</w:t>
        <w:br/>
        <w:t>vn 0.8081 -0.3911 -0.4405</w:t>
        <w:br/>
        <w:t>vn -0.0834 -0.4413 -0.8935</w:t>
        <w:br/>
        <w:t>vn -0.0896 -0.4796 -0.8729</w:t>
        <w:br/>
        <w:t>vn -0.0895 -0.4796 -0.8729</w:t>
        <w:br/>
        <w:t>vn -0.8948 -0.0732 -0.4405</w:t>
        <w:br/>
        <w:t>vn -0.8947 -0.0732 -0.4407</w:t>
        <w:br/>
        <w:t>vn -0.8944 -0.0708 -0.4417</w:t>
        <w:br/>
        <w:t>vn -0.8944 -0.0708 -0.4416</w:t>
        <w:br/>
        <w:t>vn -0.8202 0.3158 0.4770</w:t>
        <w:br/>
        <w:t>vn 0.0722 0.3693 0.9265</w:t>
        <w:br/>
        <w:t>vn 0.0721 0.3693 0.9265</w:t>
        <w:br/>
        <w:t>vn 0.8928 0.0572 0.4468</w:t>
        <w:br/>
        <w:t>vn 0.8929 0.0570 0.4467</w:t>
        <w:br/>
        <w:t>vn 0.8214 -0.3077 -0.4803</w:t>
        <w:br/>
        <w:t>vn 0.8213 -0.3077 -0.4804</w:t>
        <w:br/>
        <w:t>vn -0.0710 -0.3611 -0.9298</w:t>
        <w:br/>
        <w:t>vn -0.0709 -0.3611 -0.9298</w:t>
        <w:br/>
        <w:t>vn -0.8916 -0.0489 -0.4503</w:t>
        <w:br/>
        <w:t>vn -0.8915 -0.0490 -0.4503</w:t>
        <w:br/>
        <w:t>vn -0.8289 0.2559 0.4974</w:t>
        <w:br/>
        <w:t>vn 0.0572 0.2630 0.9631</w:t>
        <w:br/>
        <w:t>vn 0.0573 0.2630 0.9631</w:t>
        <w:br/>
        <w:t>vn 0.8857 0.0077 0.4643</w:t>
        <w:br/>
        <w:t>vn 0.8857 0.0077 0.4642</w:t>
        <w:br/>
        <w:t>vn 0.8292 -0.2541 -0.4979</w:t>
        <w:br/>
        <w:t>vn 0.8292 -0.2541 -0.4978</w:t>
        <w:br/>
        <w:t>vn -0.0569 -0.2612 -0.9636</w:t>
        <w:br/>
        <w:t>vn -0.0565 -0.2613 -0.9636</w:t>
        <w:br/>
        <w:t>vn -0.8854 -0.0060 -0.4648</w:t>
        <w:br/>
        <w:t>vn -0.8856 -0.0058 -0.4645</w:t>
        <w:br/>
        <w:t>vn -0.8296 0.2466 0.5009</w:t>
        <w:br/>
        <w:t>vn 0.0493 0.2090 0.9767</w:t>
        <w:br/>
        <w:t>vn 0.8798 -0.0311 0.4744</w:t>
        <w:br/>
        <w:t>vn 0.8797 -0.0311 0.4744</w:t>
        <w:br/>
        <w:t>vn 0.8316 -0.2337 -0.5038</w:t>
        <w:br/>
        <w:t>vn 0.8315 -0.2338 -0.5039</w:t>
        <w:br/>
        <w:t>vn -0.0468 -0.1962 -0.9794</w:t>
        <w:br/>
        <w:t>vn -0.0469 -0.1962 -0.9794</w:t>
        <w:br/>
        <w:t>vn -0.8776 0.0440 -0.4773</w:t>
        <w:br/>
        <w:t>vn -0.8189 0.3002 0.4892</w:t>
        <w:br/>
        <w:t>vn -0.8186 0.3004 0.4895</w:t>
        <w:br/>
        <w:t>vn 0.0526 0.2192 0.9743</w:t>
        <w:br/>
        <w:t>vn 0.8737 -0.0666 0.4819</w:t>
        <w:br/>
        <w:t>vn 0.8736 -0.0664 0.4821</w:t>
        <w:br/>
        <w:t>vn 0.8251 -0.2719 -0.4952</w:t>
        <w:br/>
        <w:t>vn 0.8251 -0.2719 -0.4953</w:t>
        <w:br/>
        <w:t>vn -0.0445 -0.1914 -0.9805</w:t>
        <w:br/>
        <w:t>vn -0.0446 -0.1913 -0.9805</w:t>
        <w:br/>
        <w:t>vn -0.8673 0.0948 -0.4887</w:t>
        <w:br/>
        <w:t>vn -0.8672 0.0948 -0.4889</w:t>
        <w:br/>
        <w:t>vn -0.7505 0.4853 0.4486</w:t>
        <w:br/>
        <w:t>vn -0.7504 0.4854 0.4486</w:t>
        <w:br/>
        <w:t>vn 0.0698 0.2502 0.9657</w:t>
        <w:br/>
        <w:t>vn 0.0700 0.2505 0.9656</w:t>
        <w:br/>
        <w:t>vn 0.8244 -0.2142 0.5239</w:t>
        <w:br/>
        <w:t>vn 0.7658 -0.4532 -0.4564</w:t>
        <w:br/>
        <w:t>vn 0.7658 -0.4532 -0.4563</w:t>
        <w:br/>
        <w:t>vn -0.0533 -0.2198 -0.9741</w:t>
        <w:br/>
        <w:t>vn -0.0533 -0.2197 -0.9741</w:t>
        <w:br/>
        <w:t>vn -0.8092 0.2455 -0.5337</w:t>
        <w:br/>
        <w:t>vn -0.8092 0.2456 -0.5337</w:t>
        <w:br/>
        <w:t>vn -0.3259 0.7015 0.6338</w:t>
        <w:br/>
        <w:t>vn -0.4903 0.7958 0.3552</w:t>
        <w:br/>
        <w:t>vn 0.0949 0.2753 0.9567</w:t>
        <w:br/>
        <w:t>vn 0.0844 0.2738 0.9581</w:t>
        <w:br/>
        <w:t>vn 0.6084 -0.4953 0.6201</w:t>
        <w:br/>
        <w:t>vn 0.5198 -0.7737 -0.3623</w:t>
        <w:br/>
        <w:t>vn 0.5199 -0.7736 -0.3623</w:t>
        <w:br/>
        <w:t>vn -0.0851 -0.2620 -0.9613</w:t>
        <w:br/>
        <w:t>vn -0.5814 0.5158 -0.6293</w:t>
        <w:br/>
        <w:t>vn -0.5814 0.5158 -0.6292</w:t>
        <w:br/>
        <w:t>vn -0.0406 0.8085 0.5871</w:t>
        <w:br/>
        <w:t>vn -0.0002 0.9540 0.2997</w:t>
        <w:br/>
        <w:t>vn 0.1053 0.2768 0.9551</w:t>
        <w:br/>
        <w:t>vn 0.0948 0.2753 0.9567</w:t>
        <w:br/>
        <w:t>vn -0.0006 -0.6904 0.7234</w:t>
        <w:br/>
        <w:t>vn 0.0412 -0.8027 -0.5950</w:t>
        <w:br/>
        <w:t>vn -0.0003 -0.9509 -0.3096</w:t>
        <w:br/>
        <w:t>vn -0.0002 0.6930 -0.7210</w:t>
        <w:br/>
        <w:t>vn 0.4979 0.7882 0.3618</w:t>
        <w:br/>
        <w:t>vn 0.3343 0.6947 0.6369</w:t>
        <w:br/>
        <w:t>vn -0.1053 0.2768 0.9552</w:t>
        <w:br/>
        <w:t>vn -0.0405 0.8085 0.5871</w:t>
        <w:br/>
        <w:t>vn -0.0995 0.2790 0.9551</w:t>
        <w:br/>
        <w:t>vn -0.6223 -0.4831 0.6159</w:t>
        <w:br/>
        <w:t>vn -0.3649 -0.6689 -0.6477</w:t>
        <w:br/>
        <w:t>vn -0.5272 -0.7653 -0.3692</w:t>
        <w:br/>
        <w:t>vn 0.0906 -0.2656 -0.9598</w:t>
        <w:br/>
        <w:t>vn 0.1074 -0.2773 -0.9548</w:t>
        <w:br/>
        <w:t>vn 0.0412 -0.8026 -0.5950</w:t>
        <w:br/>
        <w:t>vn 0.5953 0.5044 -0.6255</w:t>
        <w:br/>
        <w:t>vn 0.5953 0.5043 -0.6255</w:t>
        <w:br/>
        <w:t>vn 0.7626 0.4493 0.4654</w:t>
        <w:br/>
        <w:t>vn -0.3935 0.1825 0.9010</w:t>
        <w:br/>
        <w:t>vn -0.0791 0.2554 0.9636</w:t>
        <w:br/>
        <w:t>vn -0.7827 -0.3113 0.5389</w:t>
        <w:br/>
        <w:t>vn -0.8446 -0.1709 0.5074</w:t>
        <w:br/>
        <w:t>vn -0.7769 -0.4145 -0.4739</w:t>
        <w:br/>
        <w:t>vn 0.0638 -0.2222 -0.9729</w:t>
        <w:br/>
        <w:t>vn 0.8307 0.2048 -0.5177</w:t>
        <w:br/>
        <w:t>vn 0.8307 0.2048 -0.5176</w:t>
        <w:br/>
        <w:t>vn 0.8250 0.2421 0.5106</w:t>
        <w:br/>
        <w:t>vn 0.8254 0.2419 0.5100</w:t>
        <w:br/>
        <w:t>vn -0.0603 0.2122 0.9754</w:t>
        <w:br/>
        <w:t>vn -0.0604 0.2122 0.9754</w:t>
        <w:br/>
        <w:t>vn -0.8869 -0.0141 0.4617</w:t>
        <w:br/>
        <w:t>vn -0.3935 0.1826 0.9010</w:t>
        <w:br/>
        <w:t>vn -0.8300 -0.2107 -0.5164</w:t>
        <w:br/>
        <w:t>vn -0.8300 -0.2110 -0.5163</w:t>
        <w:br/>
        <w:t>vn 0.0538 -0.1816 -0.9819</w:t>
        <w:br/>
        <w:t>vn 0.0537 -0.1816 -0.9819</w:t>
        <w:br/>
        <w:t>vn 0.8820 0.0449 -0.4691</w:t>
        <w:br/>
        <w:t>vn 0.8819 0.0449 -0.4692</w:t>
        <w:br/>
        <w:t>vn 0.8295 0.2150 0.5154</w:t>
        <w:br/>
        <w:t>vn -0.0583 0.2109 0.9758</w:t>
        <w:br/>
        <w:t>vn -0.8886 0.0023 0.4587</w:t>
        <w:br/>
        <w:t>vn -0.8311 -0.2020 -0.5182</w:t>
        <w:br/>
        <w:t>vn -0.8311 -0.2021 -0.5182</w:t>
        <w:br/>
        <w:t>vn 0.0567 -0.1980 -0.9786</w:t>
        <w:br/>
        <w:t>vn 0.0568 -0.1979 -0.9786</w:t>
        <w:br/>
        <w:t>vn 0.8871 0.0106 -0.4615</w:t>
        <w:br/>
        <w:t>vn 0.8267 0.2409 0.5085</w:t>
        <w:br/>
        <w:t>vn 0.8265 0.2409 0.5088</w:t>
        <w:br/>
        <w:t>vn -0.0647 0.2662 0.9618</w:t>
        <w:br/>
        <w:t>vn -0.8914 0.0260 0.4524</w:t>
        <w:br/>
        <w:t>vn -0.8267 -0.2392 -0.5092</w:t>
        <w:br/>
        <w:t>vn 0.0645 -0.2645 -0.9622</w:t>
        <w:br/>
        <w:t>vn 0.8913 -0.0242 -0.4527</w:t>
        <w:br/>
        <w:t>vn 0.8914 -0.0242 -0.4527</w:t>
        <w:br/>
        <w:t>vn 0.8196 0.3006 0.4878</w:t>
        <w:br/>
        <w:t>vn -0.0759 0.3524 0.9328</w:t>
        <w:br/>
        <w:t>vn -0.0759 0.3523 0.9328</w:t>
        <w:br/>
        <w:t>vn -0.8951 0.0553 0.4425</w:t>
        <w:br/>
        <w:t>vn -0.8202 -0.2930 -0.4914</w:t>
        <w:br/>
        <w:t>vn 0.0748 -0.3445 -0.9358</w:t>
        <w:br/>
        <w:t>vn 0.0749 -0.3445 -0.9358</w:t>
        <w:br/>
        <w:t>vn 0.8939 -0.0476 -0.4458</w:t>
        <w:br/>
        <w:t>vn 0.8938 -0.0476 -0.4459</w:t>
        <w:br/>
        <w:t>vn 0.8069 0.3853 0.4478</w:t>
        <w:br/>
        <w:t>vn 0.8068 0.3853 0.4479</w:t>
        <w:br/>
        <w:t>vn -0.0933 0.4673 0.8792</w:t>
        <w:br/>
        <w:t>vn -0.9011 0.0923 0.4237</w:t>
        <w:br/>
        <w:t>vn -0.9011 0.0923 0.4236</w:t>
        <w:br/>
        <w:t>vn -0.8104 -0.3629 -0.4598</w:t>
        <w:br/>
        <w:t>vn -0.8104 -0.3627 -0.4601</w:t>
        <w:br/>
        <w:t>vn 0.0895 -0.4448 -0.8911</w:t>
        <w:br/>
        <w:t>vn 0.0896 -0.4444 -0.8914</w:t>
        <w:br/>
        <w:t>vn 0.8974 -0.0700 -0.4356</w:t>
        <w:br/>
        <w:t>vn 0.8975 -0.0700 -0.4355</w:t>
        <w:br/>
        <w:t>vn 0.7984 0.4288 0.4227</w:t>
        <w:br/>
        <w:t>vn 0.7982 0.4288 0.4231</w:t>
        <w:br/>
        <w:t>vn -0.1043 0.5328 0.8398</w:t>
        <w:br/>
        <w:t>vn -0.1039 0.5328 0.8398</w:t>
        <w:br/>
        <w:t>vn -0.9050 0.1189 0.4085</w:t>
        <w:br/>
        <w:t>vn -0.9049 0.1190 0.4086</w:t>
        <w:br/>
        <w:t>vn -0.8039 -0.3997 -0.4404</w:t>
        <w:br/>
        <w:t>vn -0.8039 -0.3997 -0.4405</w:t>
        <w:br/>
        <w:t>vn 0.0989 -0.5040 -0.8580</w:t>
        <w:br/>
        <w:t>vn 0.0990 -0.5041 -0.8580</w:t>
        <w:br/>
        <w:t>vn 0.9004 -0.0894 -0.4258</w:t>
        <w:br/>
        <w:t>vn 0.9003 -0.0895 -0.4260</w:t>
        <w:br/>
        <w:t>vn -0.1585 -0.8495 0.5032</w:t>
        <w:br/>
        <w:t>vn -0.1585 -0.8495 0.5033</w:t>
        <w:br/>
        <w:t>vn -0.1585 -0.8494 0.5034</w:t>
        <w:br/>
        <w:t>vn 0.1476 -0.8364 0.5280</w:t>
        <w:br/>
        <w:t>vn 0.1476 -0.8364 0.5279</w:t>
        <w:br/>
        <w:t>vn 0.1475 -0.8364 0.5279</w:t>
        <w:br/>
        <w:t>vn -0.9237 0.1002 -0.3699</w:t>
        <w:br/>
        <w:t>vn -0.9237 0.1003 -0.3698</w:t>
        <w:br/>
        <w:t>vn -0.9648 0.0652 -0.2549</w:t>
        <w:br/>
        <w:t>vn -0.8950 0.1208 -0.4294</w:t>
        <w:br/>
        <w:t>vn -0.9996 0.0004 0.0294</w:t>
        <w:br/>
        <w:t>vn -0.9996 0.0004 0.0293</w:t>
        <w:br/>
        <w:t>vn -0.8950 0.1208 -0.4295</w:t>
        <w:br/>
        <w:t>vn -0.9015 0.1127 -0.4178</w:t>
        <w:br/>
        <w:t>vn -0.8891 -0.0585 0.4539</w:t>
        <w:br/>
        <w:t>vn -0.8663 -0.1078 0.4877</w:t>
        <w:br/>
        <w:t>vn 0.9246 -0.0996 0.3676</w:t>
        <w:br/>
        <w:t>vn 0.9246 -0.0997 0.3677</w:t>
        <w:br/>
        <w:t>vn 0.9642 -0.0658 0.2570</w:t>
        <w:br/>
        <w:t>vn 0.9642 -0.0657 0.2570</w:t>
        <w:br/>
        <w:t>vn 0.9995 0.0001 -0.0308</w:t>
        <w:br/>
        <w:t>vn 0.9995 0.0001 -0.0309</w:t>
        <w:br/>
        <w:t>vn 0.8957 -0.1205 0.4281</w:t>
        <w:br/>
        <w:t>vn 0.8956 -0.1205 0.4283</w:t>
        <w:br/>
        <w:t>vn 0.9012 -0.1129 0.4185</w:t>
        <w:br/>
        <w:t>vn 0.8932 0.0564 -0.4462</w:t>
        <w:br/>
        <w:t>vn 0.8679 0.1071 -0.4851</w:t>
        <w:br/>
        <w:t>vn 0.8684 -0.1334 0.4776</w:t>
        <w:br/>
        <w:t>vn 0.8684 -0.1333 0.4776</w:t>
        <w:br/>
        <w:t>vn -0.0072 -0.9662 -0.2577</w:t>
        <w:br/>
        <w:t>vn -0.0080 -0.9669 -0.2552</w:t>
        <w:br/>
        <w:t>vn -0.0083 -0.9668 -0.2553</w:t>
        <w:br/>
        <w:t>vn -0.0074 -0.9662 -0.2578</w:t>
        <w:br/>
        <w:t>vn -0.0077 -0.9659 -0.2588</w:t>
        <w:br/>
        <w:t>vn -0.0105 -0.9678 -0.2517</w:t>
        <w:br/>
        <w:t>vn -0.0105 -0.9676 -0.2522</w:t>
        <w:br/>
        <w:t>vn -0.0076 -0.9659 -0.2587</w:t>
        <w:br/>
        <w:t>vn -0.0097 -0.9674 -0.2532</w:t>
        <w:br/>
        <w:t>vn -0.0097 -0.9674 -0.2531</w:t>
        <w:br/>
        <w:t>vn -0.0051 -0.9678 -0.2518</w:t>
        <w:br/>
        <w:t>vn -0.0055 -0.9677 -0.2522</w:t>
        <w:br/>
        <w:t>vn -0.0051 -0.9678 -0.2517</w:t>
        <w:br/>
        <w:t>vn 0.0075 0.9663 0.2573</w:t>
        <w:br/>
        <w:t>vn 0.0076 0.9669 0.2549</w:t>
        <w:br/>
        <w:t>vn 0.0081 0.9669 0.2551</w:t>
        <w:br/>
        <w:t>vn 0.0102 0.9677 0.2518</w:t>
        <w:br/>
        <w:t>vn 0.0105 0.9677 0.2520</w:t>
        <w:br/>
        <w:t>vn 0.0102 0.9676 0.2523</w:t>
        <w:br/>
        <w:t>vn 0.0104 0.9677 0.2519</w:t>
        <w:br/>
        <w:t>vn 0.0074 0.9660 0.2586</w:t>
        <w:br/>
        <w:t>vn 0.0078 0.9659 0.2588</w:t>
        <w:br/>
        <w:t>vn 0.0089 0.9660 0.2586</w:t>
        <w:br/>
        <w:t>vn 0.0090 0.9660 0.2585</w:t>
        <w:br/>
        <w:t>vn 0.5429 0.2105 -0.8130</w:t>
        <w:br/>
        <w:t>vn 0.5430 0.2107 -0.8129</w:t>
        <w:br/>
        <w:t>vn 0.4553 0.6914 -0.5610</w:t>
        <w:br/>
        <w:t>vn 0.4488 -0.3240 -0.8328</w:t>
        <w:br/>
        <w:t>vn 0.0097 0.9654 0.2607</w:t>
        <w:br/>
        <w:t>vn -0.9759 0.0277 0.2166</w:t>
        <w:br/>
        <w:t>vn 0.9776 -0.0298 -0.2086</w:t>
        <w:br/>
        <w:t>vn 0.9775 -0.0298 -0.2086</w:t>
        <w:br/>
        <w:t>vn 0.0297 -0.2481 0.9683</w:t>
        <w:br/>
        <w:t>vn -0.0087 -0.9659 -0.2587</w:t>
        <w:br/>
        <w:t>vn -0.0086 -0.9659 -0.2588</w:t>
        <w:br/>
        <w:t>vn 0.1745 -0.8275 -0.5336</w:t>
        <w:br/>
        <w:t>vn 0.0096 0.9650 0.2621</w:t>
        <w:br/>
        <w:t>vn 0.0097 0.9650 0.2621</w:t>
        <w:br/>
        <w:t>vn 0.1861 0.9813 -0.0495</w:t>
        <w:br/>
        <w:t>vn -0.8731 0.1312 -0.4696</w:t>
        <w:br/>
        <w:t>vn -0.8479 0.1419 -0.5108</w:t>
        <w:br/>
        <w:t>vn 0.8416 -0.1444 0.5205</w:t>
        <w:br/>
        <w:t>vn 0.8415 -0.1445 0.5205</w:t>
        <w:br/>
        <w:t>vn -0.8401 0.1450 -0.5227</w:t>
        <w:br/>
        <w:t>vn 0.8400 -0.1450 0.5228</w:t>
        <w:br/>
        <w:t>vn 0.2918 -0.9442 -0.1528</w:t>
        <w:br/>
        <w:t>vn 0.2849 -0.9585 -0.0123</w:t>
        <w:br/>
        <w:t>vn 0.5093 0.8262 -0.2409</w:t>
        <w:br/>
        <w:t>vn 0.5613 0.8271 -0.0291</w:t>
        <w:br/>
        <w:t>vn 0.5093 0.8262 -0.2408</w:t>
        <w:br/>
        <w:t>vn 0.2264 -0.9207 -0.3180</w:t>
        <w:br/>
        <w:t>vn 0.2993 0.8679 -0.3964</w:t>
        <w:br/>
        <w:t>vn 0.0624 -0.9183 -0.3909</w:t>
        <w:br/>
        <w:t>vn 0.0686 0.9158 -0.3956</w:t>
        <w:br/>
        <w:t>vn 0.0686 0.9159 -0.3956</w:t>
        <w:br/>
        <w:t>vn -0.1174 -0.9290 -0.3509</w:t>
        <w:br/>
        <w:t>vn -0.1175 -0.9290 -0.3509</w:t>
        <w:br/>
        <w:t>vn -0.1091 0.9432 -0.3137</w:t>
        <w:br/>
        <w:t>vn -0.2401 -0.9364 -0.2559</w:t>
        <w:br/>
        <w:t>vn -0.2198 0.9517 -0.2144</w:t>
        <w:br/>
        <w:t>vn -0.3354 -0.9355 -0.1114</w:t>
        <w:br/>
        <w:t>vn -0.3355 -0.9355 -0.1113</w:t>
        <w:br/>
        <w:t>vn -0.3393 0.9359 -0.0949</w:t>
        <w:br/>
        <w:t>vn -0.3354 -0.9355 -0.1113</w:t>
        <w:br/>
        <w:t>vn -0.4000 -0.9153 0.0474</w:t>
        <w:br/>
        <w:t>vn -0.4557 0.8879 0.0625</w:t>
        <w:br/>
        <w:t>vn -0.3901 -0.8994 0.1974</w:t>
        <w:br/>
        <w:t>vn -0.7194 -0.5854 0.3739</w:t>
        <w:br/>
        <w:t>vn -0.4607 0.8510 0.2522</w:t>
        <w:br/>
        <w:t>vn -0.2555 -0.9152 0.3115</w:t>
        <w:br/>
        <w:t>vn -0.4900 -0.6152 0.6176</w:t>
        <w:br/>
        <w:t>vn -0.0432 -0.9463 0.3205</w:t>
        <w:br/>
        <w:t>vn -0.3099 0.8643 0.3962</w:t>
        <w:br/>
        <w:t>vn -0.0534 0.8900 0.4528</w:t>
        <w:br/>
        <w:t>vn 0.1448 -0.9640 0.2232</w:t>
        <w:br/>
        <w:t>vn 0.2469 0.8972 0.3661</w:t>
        <w:br/>
        <w:t>vn 0.2462 -0.9648 0.0919</w:t>
        <w:br/>
        <w:t>vn 0.2462 -0.9649 0.0918</w:t>
        <w:br/>
        <w:t>vn 0.4625 0.8718 0.1614</w:t>
        <w:br/>
        <w:t>vn -0.6086 -0.1565 0.7779</w:t>
        <w:br/>
        <w:t>vn -0.8781 -0.1248 0.4618</w:t>
        <w:br/>
        <w:t>vn 0.9281 -0.1491 0.3411</w:t>
        <w:br/>
        <w:t>vn 0.5495 -0.1905 0.8135</w:t>
        <w:br/>
        <w:t>vn 0.8916 -0.0943 -0.4430</w:t>
        <w:br/>
        <w:t>vn 0.9928 -0.1114 -0.0436</w:t>
        <w:br/>
        <w:t>vn 0.5863 -0.0862 -0.8055</w:t>
        <w:br/>
        <w:t>vn 0.1456 -0.0847 -0.9857</w:t>
        <w:br/>
        <w:t>vn 0.1455 -0.0847 -0.9857</w:t>
        <w:br/>
        <w:t>vn -0.3298 -0.0825 -0.9404</w:t>
        <w:br/>
        <w:t>vn -0.6979 -0.0715 -0.7127</w:t>
        <w:br/>
        <w:t>vn -0.6979 -0.0715 -0.7126</w:t>
        <w:br/>
        <w:t>vn -0.9504 -0.0687 -0.3032</w:t>
        <w:br/>
        <w:t>vn -0.9504 -0.0687 -0.3033</w:t>
        <w:br/>
        <w:t>vn -0.9504 -0.0688 -0.3032</w:t>
        <w:br/>
        <w:t>vn -0.9504 -0.0688 -0.3033</w:t>
        <w:br/>
        <w:t>vn -0.9872 -0.0912 0.1311</w:t>
        <w:br/>
        <w:t>vn -0.1082 -0.1859 0.9766</w:t>
        <w:br/>
        <w:t>vn -0.1083 -0.1859 0.9766</w:t>
        <w:br/>
        <w:t>vn 0.8033 -0.5947 -0.0328</w:t>
        <w:br/>
        <w:t>vn 0.8026 -0.4082 -0.4350</w:t>
        <w:br/>
        <w:t>vn 0.8957 -0.0862 -0.4363</w:t>
        <w:br/>
        <w:t>vn 0.9931 -0.1104 -0.0399</w:t>
        <w:br/>
        <w:t>vn 0.5325 -0.3825 -0.7551</w:t>
        <w:br/>
        <w:t>vn 0.6094 -0.0662 -0.7901</w:t>
        <w:br/>
        <w:t>vn 0.1362 -0.5312 -0.8362</w:t>
        <w:br/>
        <w:t>vn 0.1654 -0.0714 -0.9836</w:t>
        <w:br/>
        <w:t>vn -0.2714 -0.5134 -0.8141</w:t>
        <w:br/>
        <w:t>vn -0.3151 -0.0785 -0.9458</w:t>
        <w:br/>
        <w:t>vn -0.6140 -0.4909 -0.6181</w:t>
        <w:br/>
        <w:t>vn -0.6985 -0.0876 -0.7102</w:t>
        <w:br/>
        <w:t>vn -0.8240 -0.4792 -0.3024</w:t>
        <w:br/>
        <w:t>vn -0.9338 -0.1024 -0.3429</w:t>
        <w:br/>
        <w:t>vn -0.8458 -0.5325 0.0317</w:t>
        <w:br/>
        <w:t>vn -0.9920 -0.1190 0.0417</w:t>
        <w:br/>
        <w:t>vn -0.7379 -0.5807 0.3439</w:t>
        <w:br/>
        <w:t>vn -0.8966 -0.1405 0.4200</w:t>
        <w:br/>
        <w:t>vn -0.5006 -0.5988 0.6252</w:t>
        <w:br/>
        <w:t>vn -0.6149 -0.1612 0.7720</w:t>
        <w:br/>
        <w:t>vn -0.0794 -0.6246 0.7769</w:t>
        <w:br/>
        <w:t>vn -0.0969 -0.1733 0.9801</w:t>
        <w:br/>
        <w:t>vn 0.4454 -0.6348 0.6314</w:t>
        <w:br/>
        <w:t>vn 0.5686 -0.1633 0.8063</w:t>
        <w:br/>
        <w:t>vn 0.9305 -0.1293 0.3428</w:t>
        <w:br/>
        <w:t>vn 0.3825 -0.9047 -0.1874</w:t>
        <w:br/>
        <w:t>vn 0.4148 -0.9055 -0.0896</w:t>
        <w:br/>
        <w:t>vn 0.4028 -0.9151 -0.0171</w:t>
        <w:br/>
        <w:t>vn 0.3954 0.9184 -0.0156</w:t>
        <w:br/>
        <w:t>vn 0.3437 0.9243 -0.1658</w:t>
        <w:br/>
        <w:t>vn 0.2787 -0.8890 -0.3634</w:t>
        <w:br/>
        <w:t>vn 0.3462 -0.8944 -0.2833</w:t>
        <w:br/>
        <w:t>vn 0.2248 0.9302 -0.2901</w:t>
        <w:br/>
        <w:t>vn 0.0770 -0.8602 -0.5042</w:t>
        <w:br/>
        <w:t>vn 0.0605 0.9321 -0.3570</w:t>
        <w:br/>
        <w:t>vn 0.0605 0.9322 -0.3570</w:t>
        <w:br/>
        <w:t>vn -0.1733 -0.8368 -0.5193</w:t>
        <w:br/>
        <w:t>vn -0.1123 0.9336 -0.3403</w:t>
        <w:br/>
        <w:t>vn -0.4241 -0.8023 -0.4200</w:t>
        <w:br/>
        <w:t>vn -0.2675 0.9260 -0.2664</w:t>
        <w:br/>
        <w:t>vn -0.5891 -0.7787 -0.2160</w:t>
        <w:br/>
        <w:t>vn -0.3835 0.9129 -0.1397</w:t>
        <w:br/>
        <w:t>vn -0.5406 -0.8412 0.0156</w:t>
        <w:br/>
        <w:t>vn -0.5890 -0.7787 -0.2160</w:t>
        <w:br/>
        <w:t>vn -0.3835 0.9129 -0.1396</w:t>
        <w:br/>
        <w:t>vn -0.3789 0.9253 0.0138</w:t>
        <w:br/>
        <w:t>vn -0.4202 -0.8865 0.1939</w:t>
        <w:br/>
        <w:t>vn -0.3184 0.9358 0.1514</w:t>
        <w:br/>
        <w:t>vn -0.2800 -0.8956 0.3457</w:t>
        <w:br/>
        <w:t>vn -0.2223 0.9335 0.2813</w:t>
        <w:br/>
        <w:t>vn -0.0445 -0.9137 0.4040</w:t>
        <w:br/>
        <w:t>vn -0.0339 0.9347 0.3539</w:t>
        <w:br/>
        <w:t>vn 0.2215 -0.9233 0.3136</w:t>
        <w:br/>
        <w:t>vn 0.2169 0.9298 0.2972</w:t>
        <w:br/>
        <w:t>vn 0.2169 0.9299 0.2972</w:t>
        <w:br/>
        <w:t>vn 0.3692 -0.9191 0.1380</w:t>
        <w:br/>
        <w:t>vn 0.3708 0.9184 0.1380</w:t>
        <w:br/>
        <w:t>vn 0.2082 0.8251 -0.5252</w:t>
        <w:br/>
        <w:t>vn 0.1075 0.8476 -0.5197</w:t>
        <w:br/>
        <w:t>vn 0.2960 0.8359 -0.4622</w:t>
        <w:br/>
        <w:t>vn 0.3795 0.8059 -0.4544</w:t>
        <w:br/>
        <w:t>vn 0.3615 0.9280 -0.0905</w:t>
        <w:br/>
        <w:t>vn 0.5418 0.7830 0.3056</w:t>
        <w:br/>
        <w:t>vn 0.5418 0.7829 0.3057</w:t>
        <w:br/>
        <w:t>vn 0.5080 0.8255 0.2458</w:t>
        <w:br/>
        <w:t>vn 0.8788 -0.1938 0.4360</w:t>
        <w:br/>
        <w:t>vn 0.9949 0.0978 0.0232</w:t>
        <w:br/>
        <w:t>vn 0.9716 0.1629 0.1715</w:t>
        <w:br/>
        <w:t>vn 0.8711 -0.0729 0.4857</w:t>
        <w:br/>
        <w:t>vn 0.0028 -0.7615 -0.6481</w:t>
        <w:br/>
        <w:t>vn 0.0023 -0.8489 -0.5286</w:t>
        <w:br/>
        <w:t>vn 0.0009 -0.7044 -0.7098</w:t>
        <w:br/>
        <w:t>vn 0.0004 -0.8450 -0.5347</w:t>
        <w:br/>
        <w:t>vn 0.9929 0.0077 -0.1188</w:t>
        <w:br/>
        <w:t>vn 0.9702 -0.0069 -0.2423</w:t>
        <w:br/>
        <w:t>vn 0.9748 0.0258 -0.2214</w:t>
        <w:br/>
        <w:t>vn 0.9644 -0.0761 -0.2532</w:t>
        <w:br/>
        <w:t>vn 0.9571 -0.1731 -0.2325</w:t>
        <w:br/>
        <w:t>vn 0.9571 -0.1732 -0.2325</w:t>
        <w:br/>
        <w:t>vn 0.9618 -0.0013 -0.2738</w:t>
        <w:br/>
        <w:t>vn 0.9672 0.0294 -0.2521</w:t>
        <w:br/>
        <w:t>vn 0.9858 0.0178 0.1667</w:t>
        <w:br/>
        <w:t>vn 0.8386 0.3645 0.4048</w:t>
        <w:br/>
        <w:t>vn 0.8937 -0.1255 0.4308</w:t>
        <w:br/>
        <w:t>vn 0.9588 -0.1612 0.2339</w:t>
        <w:br/>
        <w:t>vn 0.9217 0.3156 0.2256</w:t>
        <w:br/>
        <w:t>vn 0.0000 -1.0000 0.0005</w:t>
        <w:br/>
        <w:t>vn 0.0002 -1.0000 0.0001</w:t>
        <w:br/>
        <w:t>vn -0.0002 -1.0000 -0.0009</w:t>
        <w:br/>
        <w:t>vn -0.0002 -1.0000 -0.0008</w:t>
        <w:br/>
        <w:t>vn 0.7844 -0.1341 0.6056</w:t>
        <w:br/>
        <w:t>vn -0.0001 -1.0000 -0.0007</w:t>
        <w:br/>
        <w:t>vn -0.0003 -1.0000 -0.0003</w:t>
        <w:br/>
        <w:t>vn 0.0000 -1.0000 0.0000</w:t>
        <w:br/>
        <w:t>vn 0.0001 -1.0000 -0.0001</w:t>
        <w:br/>
        <w:t>vn 0.4533 -0.2406 0.8583</w:t>
        <w:br/>
        <w:t>vn -0.0061 -0.2758 0.9612</w:t>
        <w:br/>
        <w:t>vn -0.0063 -0.4150 0.9098</w:t>
        <w:br/>
        <w:t>vn 0.4641 -0.3424 0.8169</w:t>
        <w:br/>
        <w:t>vn 0.9906 0.0974 -0.0959</w:t>
        <w:br/>
        <w:t>vn 0.6424 0.1367 0.7541</w:t>
        <w:br/>
        <w:t>vn 0.4139 0.5534 0.7228</w:t>
        <w:br/>
        <w:t>vn 0.4893 0.1731 0.8547</w:t>
        <w:br/>
        <w:t>vn 0.8899 0.2487 0.3823</w:t>
        <w:br/>
        <w:t>vn 0.0001 -0.9877 -0.1561</w:t>
        <w:br/>
        <w:t>vn 0.9925 -0.1046 0.0632</w:t>
        <w:br/>
        <w:t>vn 0.3345 0.7608 -0.5562</w:t>
        <w:br/>
        <w:t>vn 0.2495 0.4083 0.8781</w:t>
        <w:br/>
        <w:t>vn 0.2079 -0.1961 0.9583</w:t>
        <w:br/>
        <w:t>vn 0.3740 -0.2593 0.8904</w:t>
        <w:br/>
        <w:t>vn 0.6936 0.2435 0.6780</w:t>
        <w:br/>
        <w:t>vn 0.7807 -0.0001 0.6249</w:t>
        <w:br/>
        <w:t>vn 0.7729 0.0180 0.6343</w:t>
        <w:br/>
        <w:t>vn 0.8263 -0.0888 0.5562</w:t>
        <w:br/>
        <w:t>vn 0.8577 -0.1459 0.4930</w:t>
        <w:br/>
        <w:t>vn 0.7915 0.4722 0.3880</w:t>
        <w:br/>
        <w:t>vn 0.8667 0.4471 0.2212</w:t>
        <w:br/>
        <w:t>vn 0.7072 0.4744 0.5242</w:t>
        <w:br/>
        <w:t>vn 0.4342 0.8390 0.3279</w:t>
        <w:br/>
        <w:t>vn 0.3619 0.8604 0.3587</w:t>
        <w:br/>
        <w:t>vn 0.2349 0.8707 0.4322</w:t>
        <w:br/>
        <w:t>vn 0.4206 0.8993 0.1199</w:t>
        <w:br/>
        <w:t>vn 0.6706 -0.1959 0.7155</w:t>
        <w:br/>
        <w:t>vn -0.0001 0.8780 0.4787</w:t>
        <w:br/>
        <w:t>vn 0.2102 -0.8671 0.4516</w:t>
        <w:br/>
        <w:t>vn -0.2568 -0.8578 0.4453</w:t>
        <w:br/>
        <w:t>vn -0.2913 0.7853 -0.5462</w:t>
        <w:br/>
        <w:t>vn -0.1868 0.8135 -0.5507</w:t>
        <w:br/>
        <w:t>vn -0.2913 0.7854 -0.5462</w:t>
        <w:br/>
        <w:t>vn -0.1980 0.8681 -0.4552</w:t>
        <w:br/>
        <w:t>vn -0.2628 0.9619 -0.0750</w:t>
        <w:br/>
        <w:t>vn -0.3049 0.8461 -0.4372</w:t>
        <w:br/>
        <w:t>vn -0.3302 0.9000 0.2844</w:t>
        <w:br/>
        <w:t>vn -0.3246 0.8602 0.3932</w:t>
        <w:br/>
        <w:t>vn -0.9703 0.1803 0.1615</w:t>
        <w:br/>
        <w:t>vn -0.9950 0.0990 0.0152</w:t>
        <w:br/>
        <w:t>vn -0.9160 -0.1269 0.3807</w:t>
        <w:br/>
        <w:t>vn -0.8735 -0.1048 0.4754</w:t>
        <w:br/>
        <w:t>vn -0.9556 -0.0544 -0.2897</w:t>
        <w:br/>
        <w:t>vn -0.9878 -0.0198 -0.1543</w:t>
        <w:br/>
        <w:t>vn -0.9663 0.0045 -0.2576</w:t>
        <w:br/>
        <w:t>vn -0.9551 -0.1880 -0.2288</w:t>
        <w:br/>
        <w:t>vn -0.9576 -0.0822 -0.2760</w:t>
        <w:br/>
        <w:t>vn -0.9487 -0.0242 -0.3151</w:t>
        <w:br/>
        <w:t>vn -0.9582 0.0138 -0.2858</w:t>
        <w:br/>
        <w:t>vn -0.9955 0.0120 0.0937</w:t>
        <w:br/>
        <w:t>vn -0.9780 -0.1608 0.1331</w:t>
        <w:br/>
        <w:t>vn -0.9538 -0.1046 0.2818</w:t>
        <w:br/>
        <w:t>vn -0.8992 0.3418 0.2733</w:t>
        <w:br/>
        <w:t>vn -0.9532 0.2712 0.1339</w:t>
        <w:br/>
        <w:t>vn -0.8780 -0.1077 0.4663</w:t>
        <w:br/>
        <w:t>vn -0.8045 0.4185 0.4215</w:t>
        <w:br/>
        <w:t>vn -0.0047 -0.7823 0.6229</w:t>
        <w:br/>
        <w:t>vn -0.5359 -0.3306 0.7768</w:t>
        <w:br/>
        <w:t>vn -0.9907 0.0844 -0.1068</w:t>
        <w:br/>
        <w:t>vn -0.7248 0.4386 0.5314</w:t>
        <w:br/>
        <w:t>vn -0.9068 0.2558 0.3350</w:t>
        <w:br/>
        <w:t>vn -0.8130 -0.0385 0.5810</w:t>
        <w:br/>
        <w:t>vn -0.7095 0.0656 0.7017</w:t>
        <w:br/>
        <w:t>vn -0.2709 0.7973 -0.5394</w:t>
        <w:br/>
        <w:t>vn -0.5490 -0.3530 0.7576</w:t>
        <w:br/>
        <w:t>vn -0.5976 -0.3875 0.7019</w:t>
        <w:br/>
        <w:t>vn -0.8783 -0.0050 0.4780</w:t>
        <w:br/>
        <w:t>vn -0.9135 -0.0655 0.4016</w:t>
        <w:br/>
        <w:t>vn -0.9087 0.4122 0.0661</w:t>
        <w:br/>
        <w:t>vn -0.9012 0.4115 0.1358</w:t>
        <w:br/>
        <w:t>vn -0.8586 0.4324 0.2753</w:t>
        <w:br/>
        <w:t>vn -0.7968 0.4564 0.3961</w:t>
        <w:br/>
        <w:t>vn -0.4614 0.8184 0.3424</w:t>
        <w:br/>
        <w:t>vn -0.6758 0.5901 0.4417</w:t>
        <w:br/>
        <w:t>vn -0.2990 0.8411 0.4508</w:t>
        <w:br/>
        <w:t>vn -0.7427 -0.2834 0.6067</w:t>
        <w:br/>
        <w:t>vn -0.3038 0.9425 0.1391</w:t>
        <w:br/>
        <w:t>vn -0.7352 -0.2309 0.6374</w:t>
        <w:br/>
        <w:t>vn 0.9906 0.1193 0.0668</w:t>
        <w:br/>
        <w:t>vn 0.7181 0.3797 0.5833</w:t>
        <w:br/>
        <w:t>vn 0.7791 0.3500 0.5201</w:t>
        <w:br/>
        <w:t>vn 0.5330 0.4876 0.6915</w:t>
        <w:br/>
        <w:t>vn 0.9368 0.2075 0.2815</w:t>
        <w:br/>
        <w:t>vn -0.8815 0.4375 -0.1775</w:t>
        <w:br/>
        <w:t>vn -0.8616 0.4985 -0.0952</w:t>
        <w:br/>
        <w:t>vn -0.8616 0.4985 -0.0953</w:t>
        <w:br/>
        <w:t>vn -0.9885 0.1284 0.0798</w:t>
        <w:br/>
        <w:t>vn -0.7233 0.4014 0.5620</w:t>
        <w:br/>
        <w:t>vn -0.9094 0.2051 0.3617</w:t>
        <w:br/>
        <w:t>vn -0.9656 0.1540 0.2095</w:t>
        <w:br/>
        <w:t>vn 0.9364 0.3443 -0.0673</w:t>
        <w:br/>
        <w:t>vn 0.9146 0.4043 -0.0029</w:t>
        <w:br/>
        <w:t>vn 0.0869 0.8573 -0.5074</w:t>
        <w:br/>
        <w:t>vn 0.0868 0.8573 -0.5075</w:t>
        <w:br/>
        <w:t>vn 0.3486 0.4731 0.8091</w:t>
        <w:br/>
        <w:t>vn -0.8323 0.5542 -0.0119</w:t>
        <w:br/>
        <w:t>vn -0.8323 0.5542 -0.0120</w:t>
        <w:br/>
        <w:t>vn -0.3362 0.0912 0.9374</w:t>
        <w:br/>
        <w:t>vn -0.2433 -0.2119 0.9465</w:t>
        <w:br/>
        <w:t>vn -0.0217 -0.1627 0.9864</w:t>
        <w:br/>
        <w:t>vn -0.0493 0.8547 -0.5168</w:t>
        <w:br/>
        <w:t>vn -0.0492 0.8547 -0.5168</w:t>
        <w:br/>
        <w:t>vn -0.0986 0.8357 -0.5403</w:t>
        <w:br/>
        <w:t>vn -0.5453 0.5037 0.6700</w:t>
        <w:br/>
        <w:t>vn -0.4239 0.5828 0.6933</w:t>
        <w:br/>
        <w:t>vn -0.3934 0.4810 0.7835</w:t>
        <w:br/>
        <w:t>vn -0.0229 0.7269 0.6863</w:t>
        <w:br/>
        <w:t>vn -0.1945 0.7943 0.5755</w:t>
        <w:br/>
        <w:t>vn -0.0211 0.7948 0.6065</w:t>
        <w:br/>
        <w:t>vn 0.8853 0.4610 0.0615</w:t>
        <w:br/>
        <w:t>vn 0.9957 -0.0145 -0.0912</w:t>
        <w:br/>
        <w:t>vn -0.9839 -0.0759 -0.1620</w:t>
        <w:br/>
        <w:t>vn 0.8715 -0.1687 0.4604</w:t>
        <w:br/>
        <w:t>vn 0.6847 0.7229 0.0929</w:t>
        <w:br/>
        <w:t>vn -0.9907 -0.1340 -0.0248</w:t>
        <w:br/>
        <w:t>vn -0.5343 0.1781 0.8263</w:t>
        <w:br/>
        <w:t>vn -0.4171 -0.3028 0.8569</w:t>
        <w:br/>
        <w:t>vn 0.6379 -0.2754 0.7192</w:t>
        <w:br/>
        <w:t>vn -0.5112 -0.2643 0.8178</w:t>
        <w:br/>
        <w:t>vn -0.7567 -0.1915 0.6250</w:t>
        <w:br/>
        <w:t>vn 0.7514 0.5243 0.4006</w:t>
        <w:br/>
        <w:t>vn 0.6855 0.5949 0.4197</w:t>
        <w:br/>
        <w:t>vn 0.8035 0.4223 0.4197</w:t>
        <w:br/>
        <w:t>vn 0.8783 0.3493 0.3266</w:t>
        <w:br/>
        <w:t>vn -0.0115 0.8357 0.5491</w:t>
        <w:br/>
        <w:t>vn -0.0100 0.9236 0.3832</w:t>
        <w:br/>
        <w:t>vn 0.4909 0.7505 0.4425</w:t>
        <w:br/>
        <w:t>vn 0.5020 0.7115 0.4918</w:t>
        <w:br/>
        <w:t>vn 0.9400 0.2052 0.2727</w:t>
        <w:br/>
        <w:t>vn -0.8531 0.4415 0.2780</w:t>
        <w:br/>
        <w:t>vn -0.7071 0.6480 0.2832</w:t>
        <w:br/>
        <w:t>vn -0.7648 0.5842 0.2715</w:t>
        <w:br/>
        <w:t>vn -0.8914 0.4088 0.1955</w:t>
        <w:br/>
        <w:t>vn -0.5172 0.7785 0.3556</w:t>
        <w:br/>
        <w:t>vn -0.5296 0.7523 0.3919</w:t>
        <w:br/>
        <w:t>vn 0.5001 -0.0875 0.8615</w:t>
        <w:br/>
        <w:t>vn 0.4905 0.4284 0.7589</w:t>
        <w:br/>
        <w:t>vn -0.0095 0.4651 0.8852</w:t>
        <w:br/>
        <w:t>vn -0.0091 -0.0860 0.9963</w:t>
        <w:br/>
        <w:t>vn 0.2780 0.7757 0.5665</w:t>
        <w:br/>
        <w:t>vn -0.5544 -0.0441 0.8311</w:t>
        <w:br/>
        <w:t>vn -0.5350 0.4694 0.7024</w:t>
        <w:br/>
        <w:t>vn -0.8169 0.1184 0.5645</w:t>
        <w:br/>
        <w:t>vn -0.3215 0.7945 0.5152</w:t>
        <w:br/>
        <w:t>vn 0.8760 0.2154 0.4315</w:t>
        <w:br/>
        <w:t>vn 0.8004 0.1754 0.5733</w:t>
        <w:br/>
        <w:t>vn -0.0073 -0.2872 0.9578</w:t>
        <w:br/>
        <w:t>vn 0.4867 -0.2393 0.8401</w:t>
        <w:br/>
        <w:t>vn 0.7227 -0.1372 0.6774</w:t>
        <w:br/>
        <w:t>vn 0.7356 0.0608 0.6747</w:t>
        <w:br/>
        <w:t>vn 0.5679 0.6359 0.5226</w:t>
        <w:br/>
        <w:t>vn -0.6119 0.6589 0.4376</w:t>
        <w:br/>
        <w:t>vn -0.8819 0.1741 0.4382</w:t>
        <w:br/>
        <w:t>vn -0.7920 0.4786 0.3790</w:t>
        <w:br/>
        <w:t>vn -0.9349 0.1988 0.2940</w:t>
        <w:br/>
        <w:t>vn 0.7317 0.4764 0.4875</w:t>
        <w:br/>
        <w:t>vn -0.9601 0.2288 0.1605</w:t>
        <w:br/>
        <w:t>vn -0.5400 -0.2009 0.8173</w:t>
        <w:br/>
        <w:t>vn -0.7587 -0.1131 0.6415</w:t>
        <w:br/>
        <w:t>vn -0.0118 0.8673 0.4976</w:t>
        <w:br/>
        <w:t>vn 0.5008 0.7097 0.4954</w:t>
        <w:br/>
        <w:t>vn -0.7000 0.6339 0.3288</w:t>
        <w:br/>
        <w:t>vn -0.5335 0.7550 0.3813</w:t>
        <w:br/>
        <w:t>vn -0.0006 0.8246 0.5657</w:t>
        <w:br/>
        <w:t>vn -0.8123 0.5270 0.2501</w:t>
        <w:br/>
        <w:t>vn 0.3494 0.7756 -0.5257</w:t>
        <w:br/>
        <w:t>vn 0.7173 0.4614 0.5221</w:t>
        <w:br/>
        <w:t>vn 0.8948 0.3338 0.2964</w:t>
        <w:br/>
        <w:t>vn 0.9238 0.2796 0.2617</w:t>
        <w:br/>
        <w:t>vn 0.7576 0.4029 0.5135</w:t>
        <w:br/>
        <w:t>vn -0.0015 0.5651 0.8250</w:t>
        <w:br/>
        <w:t>vn 0.0022 0.6203 0.7844</w:t>
        <w:br/>
        <w:t>vn 0.4771 0.5502 0.6853</w:t>
        <w:br/>
        <w:t>vn 0.5016 0.4971 0.7080</w:t>
        <w:br/>
        <w:t>vn 0.6671 0.5238 0.5298</w:t>
        <w:br/>
        <w:t>vn 0.8670 0.3759 0.3269</w:t>
        <w:br/>
        <w:t>vn 0.0088 0.6873 0.7263</w:t>
        <w:br/>
        <w:t>vn 0.4452 0.6061 0.6591</w:t>
        <w:br/>
        <w:t>vn 0.9678 0.2143 0.1320</w:t>
        <w:br/>
        <w:t>vn 0.9482 0.2615 0.1803</w:t>
        <w:br/>
        <w:t>vn 0.9389 0.2713 0.2121</w:t>
        <w:br/>
        <w:t>vn -0.7354 0.4509 0.5058</w:t>
        <w:br/>
        <w:t>vn -0.7736 0.3914 0.4983</w:t>
        <w:br/>
        <w:t>vn -0.9428 0.2417 0.2296</w:t>
        <w:br/>
        <w:t>vn -0.9006 0.3342 0.2779</w:t>
        <w:br/>
        <w:t>vn -0.3485 0.6192 0.7037</w:t>
        <w:br/>
        <w:t>vn -0.0738 0.6494 0.7569</w:t>
        <w:br/>
        <w:t>vn -0.0400 0.6758 0.7360</w:t>
        <w:br/>
        <w:t>vn -0.4902 0.6000 0.6323</w:t>
        <w:br/>
        <w:t>vn -0.4553 0.6101 0.6484</w:t>
        <w:br/>
        <w:t>vn -0.6944 0.5086 0.5090</w:t>
        <w:br/>
        <w:t>vn -0.6752 0.5304 0.5126</w:t>
        <w:br/>
        <w:t>vn -0.4856 0.5488 0.6804</w:t>
        <w:br/>
        <w:t>vn -0.5089 0.4973 0.7026</w:t>
        <w:br/>
        <w:t>vn -0.5476 -0.5282 -0.6490</w:t>
        <w:br/>
        <w:t>vn -0.8699 -0.2716 -0.4116</w:t>
        <w:br/>
        <w:t>vn -0.8814 -0.2404 -0.4066</w:t>
        <w:br/>
        <w:t>vn -0.5903 -0.5198 -0.6175</w:t>
        <w:br/>
        <w:t>vn -0.8642 0.3862 0.3225</w:t>
        <w:br/>
        <w:t>vn -0.8481 0.3980 0.3497</w:t>
        <w:br/>
        <w:t>vn -0.9692 0.2039 0.1384</w:t>
        <w:br/>
        <w:t>vn -0.9465 0.2769 0.1654</w:t>
        <w:br/>
        <w:t>vn -0.9174 0.3229 0.2328</w:t>
        <w:br/>
        <w:t>vn -0.9032 0.3311 0.2730</w:t>
        <w:br/>
        <w:t>vn 0.2181 0.6625 0.7166</w:t>
        <w:br/>
        <w:t>vn 0.3211 0.6610 0.6782</w:t>
        <w:br/>
        <w:t>vn 0.6383 0.5509 0.5376</w:t>
        <w:br/>
        <w:t>vn 0.4693 0.6015 0.6465</w:t>
        <w:br/>
        <w:t>vn 0.8537 0.3920 0.3428</w:t>
        <w:br/>
        <w:t>vn 0.9379 0.2674 0.2208</w:t>
        <w:br/>
        <w:t>vn 0.5775 -0.6241 -0.5263</w:t>
        <w:br/>
        <w:t>vn 0.5554 -0.6728 -0.4888</w:t>
        <w:br/>
        <w:t>vn 0.8983 -0.3264 -0.2942</w:t>
        <w:br/>
        <w:t>vn -0.3441 0.6472 0.6802</w:t>
        <w:br/>
        <w:t>vn 0.5955 -0.5307 -0.6031</w:t>
        <w:br/>
        <w:t>vn 0.8938 -0.2539 -0.3697</w:t>
        <w:br/>
        <w:t>vn 0.5409 -0.5209 -0.6604</w:t>
        <w:br/>
        <w:t>vn 0.8743 -0.2451 -0.4191</w:t>
        <w:br/>
        <w:t>vn -0.8000 -0.4115 -0.4366</w:t>
        <w:br/>
        <w:t>vn -0.5841 -0.6063 -0.5396</w:t>
        <w:br/>
        <w:t>vn 0.9772 -0.1079 -0.1827</w:t>
        <w:br/>
        <w:t>vn 0.9758 -0.0929 -0.1979</w:t>
        <w:br/>
        <w:t>vn 0.9524 -0.1657 -0.2560</w:t>
        <w:br/>
        <w:t>vn 0.9564 -0.1950 -0.2174</w:t>
        <w:br/>
        <w:t>vn 0.9932 0.0352 -0.1112</w:t>
        <w:br/>
        <w:t>vn 0.9938 0.0104 -0.1103</w:t>
        <w:br/>
        <w:t>vn 0.9976 0.0161 -0.0668</w:t>
        <w:br/>
        <w:t>vn 0.9964 0.0557 0.0641</w:t>
        <w:br/>
        <w:t>vn 0.9975 0.0452 -0.0535</w:t>
        <w:br/>
        <w:t>vn 0.9964 0.0557 0.0642</w:t>
        <w:br/>
        <w:t>vn 0.9934 0.0655 0.0937</w:t>
        <w:br/>
        <w:t>vn 0.9792 -0.0414 -0.1986</w:t>
        <w:br/>
        <w:t>vn -0.9536 -0.1464 -0.2631</w:t>
        <w:br/>
        <w:t>vn -0.9752 -0.0584 -0.2137</w:t>
        <w:br/>
        <w:t>vn -0.9835 -0.0855 -0.1597</w:t>
        <w:br/>
        <w:t>vn -0.9609 -0.1833 -0.2074</w:t>
        <w:br/>
        <w:t>vn -0.9950 0.0300 -0.0956</w:t>
        <w:br/>
        <w:t>vn -0.9886 0.0547 -0.1402</w:t>
        <w:br/>
        <w:t>vn -0.9984 0.0514 0.0253</w:t>
        <w:br/>
        <w:t>vn -0.9940 0.0834 0.0713</w:t>
        <w:br/>
        <w:t>vn -0.9939 0.0263 -0.1075</w:t>
        <w:br/>
        <w:t>vn -0.9935 0.0009 -0.1142</w:t>
        <w:br/>
        <w:t>vn -0.9706 -0.0583 -0.2335</w:t>
        <w:br/>
        <w:t>vn -0.3668 0.7709 -0.5208</w:t>
        <w:br/>
        <w:t>vn 0.4048 0.7375 -0.5406</w:t>
        <w:br/>
        <w:t>vn 0.5380 0.7947 0.2810</w:t>
        <w:br/>
        <w:t>vn 0.5137 0.7933 0.3268</w:t>
        <w:br/>
        <w:t>vn 0.5897 0.8035 0.0812</w:t>
        <w:br/>
        <w:t>vn 0.5351 0.8393 0.0960</w:t>
        <w:br/>
        <w:t>vn 0.9375 -0.2196 -0.2700</w:t>
        <w:br/>
        <w:t>vn 0.9425 -0.2804 -0.1819</w:t>
        <w:br/>
        <w:t>vn 0.9204 -0.3081 -0.2408</w:t>
        <w:br/>
        <w:t>vn 0.0069 -0.1576 -0.9875</w:t>
        <w:br/>
        <w:t>vn 0.0123 -0.1031 -0.9946</w:t>
        <w:br/>
        <w:t>vn 0.3310 0.4049 -0.8523</w:t>
        <w:br/>
        <w:t>vn 0.3210 -0.1613 -0.9332</w:t>
        <w:br/>
        <w:t>vn 0.9224 -0.3433 -0.1770</w:t>
        <w:br/>
        <w:t>vn 0.9438 -0.2549 -0.2104</w:t>
        <w:br/>
        <w:t>vn 0.8456 -0.2573 -0.4678</w:t>
        <w:br/>
        <w:t>vn 0.8588 -0.1800 -0.4797</w:t>
        <w:br/>
        <w:t>vn 0.4853 0.7843 -0.3866</w:t>
        <w:br/>
        <w:t>vn 0.3122 0.4473 -0.8381</w:t>
        <w:br/>
        <w:t>vn 0.6402 0.4193 -0.6436</w:t>
        <w:br/>
        <w:t>vn 0.3399 -0.2452 -0.9079</w:t>
        <w:br/>
        <w:t>vn 0.6272 -0.2012 -0.7524</w:t>
        <w:br/>
        <w:t>vn 0.6376 -0.2924 -0.7127</w:t>
        <w:br/>
        <w:t>vn 0.8673 -0.4618 -0.1861</w:t>
        <w:br/>
        <w:t>vn 0.8810 -0.4203 -0.2172</w:t>
        <w:br/>
        <w:t>vn 0.4942 -0.1408 -0.8579</w:t>
        <w:br/>
        <w:t>vn 0.5261 -0.1002 -0.8445</w:t>
        <w:br/>
        <w:t>vn 0.0001 -0.1008 -0.9949</w:t>
        <w:br/>
        <w:t>vn 0.0001 -0.1350 -0.9908</w:t>
        <w:br/>
        <w:t>vn 0.9637 -0.1693 -0.2066</w:t>
        <w:br/>
        <w:t>vn 0.9626 -0.1039 -0.2502</w:t>
        <w:br/>
        <w:t>vn 0.8465 -0.1050 -0.5219</w:t>
        <w:br/>
        <w:t>vn 0.8212 -0.1556 -0.5491</w:t>
        <w:br/>
        <w:t>vn 0.4112 -0.2287 -0.8824</w:t>
        <w:br/>
        <w:t>vn 0.0003 -0.2097 -0.9778</w:t>
        <w:br/>
        <w:t>vn 0.9618 -0.2636 -0.0733</w:t>
        <w:br/>
        <w:t>vn 0.9123 -0.3426 -0.2243</w:t>
        <w:br/>
        <w:t>vn 0.7528 -0.2903 -0.5908</w:t>
        <w:br/>
        <w:t>vn 0.5645 0.8211 -0.0847</w:t>
        <w:br/>
        <w:t>vn 0.5357 0.8441 -0.0255</w:t>
        <w:br/>
        <w:t>vn 0.8287 -0.3515 -0.4356</w:t>
        <w:br/>
        <w:t>vn 0.8911 -0.4379 -0.1191</w:t>
        <w:br/>
        <w:t>vn 0.9833 -0.1348 -0.1219</w:t>
        <w:br/>
        <w:t>vn 0.9854 -0.0961 -0.1408</w:t>
        <w:br/>
        <w:t>vn 0.6342 -0.1379 -0.7608</w:t>
        <w:br/>
        <w:t>vn 0.0176 0.8756 -0.4827</w:t>
        <w:br/>
        <w:t>vn 0.0103 0.5085 -0.8610</w:t>
        <w:br/>
        <w:t>vn 0.0010 -0.2311 -0.9729</w:t>
        <w:br/>
        <w:t>vn 0.3128 -0.4349 -0.8444</w:t>
        <w:br/>
        <w:t>vn 0.4323 -0.5526 -0.7126</w:t>
        <w:br/>
        <w:t>vn 0.7894 -0.2395 -0.5653</w:t>
        <w:br/>
        <w:t>vn 0.9991 -0.0076 0.0426</w:t>
        <w:br/>
        <w:t>vn 0.9950 0.0679 -0.0737</w:t>
        <w:br/>
        <w:t>vn 0.9813 0.0714 0.1786</w:t>
        <w:br/>
        <w:t>vn 0.9834 0.0754 -0.1648</w:t>
        <w:br/>
        <w:t>vn 0.9926 0.0598 0.1057</w:t>
        <w:br/>
        <w:t>vn 0.8833 0.0346 0.4675</w:t>
        <w:br/>
        <w:t>vn 0.5816 0.0025 0.8134</w:t>
        <w:br/>
        <w:t>vn 0.5493 0.0964 0.8300</w:t>
        <w:br/>
        <w:t>vn 0.8507 0.0925 0.5174</w:t>
        <w:br/>
        <w:t>vn 0.5264 0.3971 0.7518</w:t>
        <w:br/>
        <w:t>vn -0.0056 0.4543 0.8908</w:t>
        <w:br/>
        <w:t>vn -0.0029 0.0964 0.9953</w:t>
        <w:br/>
        <w:t>vn -0.0060 0.2624 0.9649</w:t>
        <w:br/>
        <w:t>vn 0.5358 0.2301 0.8124</w:t>
        <w:br/>
        <w:t>vn -0.0018 -0.0141 0.9999</w:t>
        <w:br/>
        <w:t>vn 0.9182 0.0716 -0.3895</w:t>
        <w:br/>
        <w:t>vn 0.9080 0.0105 -0.4189</w:t>
        <w:br/>
        <w:t>vn 0.9868 0.0196 -0.1609</w:t>
        <w:br/>
        <w:t>vn 0.8953 -0.0191 0.4451</w:t>
        <w:br/>
        <w:t>vn 0.5962 -0.0504 0.8013</w:t>
        <w:br/>
        <w:t>vn 0.7948 0.3150 0.5187</w:t>
        <w:br/>
        <w:t>vn 0.9604 0.1759 0.2163</w:t>
        <w:br/>
        <w:t>vn 0.9697 0.0654 0.2355</w:t>
        <w:br/>
        <w:t>vn 0.8236 0.1738 0.5399</w:t>
        <w:br/>
        <w:t>vn -0.0012 -0.3879 -0.9217</w:t>
        <w:br/>
        <w:t>vn -0.0009 -0.0943 -0.9955</w:t>
        <w:br/>
        <w:t>vn 0.4059 -0.0569 -0.9122</w:t>
        <w:br/>
        <w:t>vn 0.1851 -0.3574 -0.9154</w:t>
        <w:br/>
        <w:t>vn 0.3995 -0.2098 -0.8924</w:t>
        <w:br/>
        <w:t>vn 0.7586 0.0330 -0.6507</w:t>
        <w:br/>
        <w:t>vn 0.9608 0.1020 -0.2576</w:t>
        <w:br/>
        <w:t>vn 0.6793 -0.1317 -0.7219</w:t>
        <w:br/>
        <w:t>vn 0.7353 -0.0298 -0.6770</w:t>
        <w:br/>
        <w:t>vn 0.9989 0.0290 0.0363</w:t>
        <w:br/>
        <w:t>vn 0.9989 0.0413 -0.0224</w:t>
        <w:br/>
        <w:t>vn 0.9844 0.0481 -0.1691</w:t>
        <w:br/>
        <w:t>vn 0.9900 0.0279 -0.1380</w:t>
        <w:br/>
        <w:t>vn 0.9897 0.1163 0.0835</w:t>
        <w:br/>
        <w:t>vn 0.8329 -0.1757 -0.5248</w:t>
        <w:br/>
        <w:t>vn 0.5428 -0.2298 -0.8078</w:t>
        <w:br/>
        <w:t>vn 0.2881 -0.3407 -0.8950</w:t>
        <w:br/>
        <w:t>vn 0.6440 -0.0690 -0.7619</w:t>
        <w:br/>
        <w:t>vn 0.1797 -0.3821 -0.9065</w:t>
        <w:br/>
        <w:t>vn 0.2806 -0.3165 -0.9061</w:t>
        <w:br/>
        <w:t>vn 0.0011 -0.4211 -0.9070</w:t>
        <w:br/>
        <w:t>vn 0.1481 -0.3928 -0.9076</w:t>
        <w:br/>
        <w:t>vn 0.4229 -0.1883 -0.8864</w:t>
        <w:br/>
        <w:t>vn 0.9516 -0.0111 -0.3070</w:t>
        <w:br/>
        <w:t>vn 0.9490 0.1683 -0.2667</w:t>
        <w:br/>
        <w:t>vn 0.9913 0.0859 -0.1000</w:t>
        <w:br/>
        <w:t>vn 0.9885 -0.0756 -0.1308</w:t>
        <w:br/>
        <w:t>vn 0.9895 -0.0915 0.1122</w:t>
        <w:br/>
        <w:t>vn 0.9875 0.0738 -0.1393</w:t>
        <w:br/>
        <w:t>vn 0.8957 0.0298 -0.4436</w:t>
        <w:br/>
        <w:t>vn 0.9080 0.1547 -0.3895</w:t>
        <w:br/>
        <w:t>vn 0.9193 0.2406 -0.3113</w:t>
        <w:br/>
        <w:t>vn 0.9860 -0.0982 -0.1350</w:t>
        <w:br/>
        <w:t>vn 0.9652 -0.1946 -0.1747</w:t>
        <w:br/>
        <w:t>vn 0.9705 -0.1769 -0.1637</w:t>
        <w:br/>
        <w:t>vn 0.9360 -0.1009 -0.3373</w:t>
        <w:br/>
        <w:t>vn 0.9605 -0.1272 0.2476</w:t>
        <w:br/>
        <w:t>vn 0.9954 0.0671 -0.0684</w:t>
        <w:br/>
        <w:t>vn 0.9961 0.0449 -0.0756</w:t>
        <w:br/>
        <w:t>vn 0.8778 -0.0447 -0.4770</w:t>
        <w:br/>
        <w:t>vn 0.8695 0.3188 -0.3773</w:t>
        <w:br/>
        <w:t>vn 0.7199 0.3821 -0.5794</w:t>
        <w:br/>
        <w:t>vn 0.7515 0.2776 -0.5985</w:t>
        <w:br/>
        <w:t>vn 0.8857 0.2011 -0.4185</w:t>
        <w:br/>
        <w:t>vn 0.3948 0.3580 -0.8462</w:t>
        <w:br/>
        <w:t>vn 0.3984 0.1912 -0.8971</w:t>
        <w:br/>
        <w:t>vn 0.6991 0.1183 -0.7052</w:t>
        <w:br/>
        <w:t>vn 0.8566 0.1827 -0.4826</w:t>
        <w:br/>
        <w:t>vn 0.8348 0.0010 -0.5505</w:t>
        <w:br/>
        <w:t>vn 0.6635 0.0443 -0.7469</w:t>
        <w:br/>
        <w:t>vn 0.6852 0.2447 -0.6860</w:t>
        <w:br/>
        <w:t>vn 0.8209 -0.0694 -0.5669</w:t>
        <w:br/>
        <w:t>vn 0.6841 -0.4339 0.5863</w:t>
        <w:br/>
        <w:t>vn 0.7138 -0.2113 0.6677</w:t>
        <w:br/>
        <w:t>vn 0.5396 -0.5698 0.6197</w:t>
        <w:br/>
        <w:t>vn 0.4468 -0.1661 0.8791</w:t>
        <w:br/>
        <w:t>vn 0.4671 -0.3583 0.8083</w:t>
        <w:br/>
        <w:t>vn 0.4372 -0.1188 0.8915</w:t>
        <w:br/>
        <w:t>vn 0.3434 0.1271 -0.9306</w:t>
        <w:br/>
        <w:t>vn 0.0051 0.2004 -0.9797</w:t>
        <w:br/>
        <w:t>vn 0.0081 -0.1140 -0.9935</w:t>
        <w:br/>
        <w:t>vn 0.3558 -0.1157 -0.9274</w:t>
        <w:br/>
        <w:t>vn 0.0043 0.3648 -0.9311</w:t>
        <w:br/>
        <w:t>vn 0.0114 0.2479 -0.9687</w:t>
        <w:br/>
        <w:t>vn 0.3559 0.4142 -0.8377</w:t>
        <w:br/>
        <w:t>vn -0.0005 0.4005 -0.9163</w:t>
        <w:br/>
        <w:t>vn 0.3182 0.2888 -0.9030</w:t>
        <w:br/>
        <w:t>vn 0.0000 0.2859 -0.9583</w:t>
        <w:br/>
        <w:t>vn 0.3072 0.0908 -0.9473</w:t>
        <w:br/>
        <w:t>vn 0.0000 0.0962 -0.9954</w:t>
        <w:br/>
        <w:t>vn 0.6773 0.0262 -0.7353</w:t>
        <w:br/>
        <w:t>vn 0.7516 0.0113 -0.6595</w:t>
        <w:br/>
        <w:t>vn 0.5504 -0.0457 -0.8336</w:t>
        <w:br/>
        <w:t>vn 0.8559 0.0598 -0.5137</w:t>
        <w:br/>
        <w:t>vn 0.6959 -0.2097 0.6869</w:t>
        <w:br/>
        <w:t>vn 0.6958 -0.2097 0.6869</w:t>
        <w:br/>
        <w:t>vn 0.0533 -0.0498 -0.9973</w:t>
        <w:br/>
        <w:t>vn 0.3731 -0.0777 -0.9245</w:t>
        <w:br/>
        <w:t>vn 0.3686 0.9251 0.0909</w:t>
        <w:br/>
        <w:t>vn -0.4126 0.8572 0.3081</w:t>
        <w:br/>
        <w:t>vn -0.3424 0.8619 0.3741</w:t>
        <w:br/>
        <w:t>vn -0.4726 0.8701 0.1401</w:t>
        <w:br/>
        <w:t>vn -0.4720 0.8704 0.1399</w:t>
        <w:br/>
        <w:t>vn -0.9480 -0.2678 -0.1720</w:t>
        <w:br/>
        <w:t>vn -0.9368 -0.2265 -0.2666</w:t>
        <w:br/>
        <w:t>vn -0.9201 -0.3074 -0.2427</w:t>
        <w:br/>
        <w:t>vn -0.3139 -0.1714 -0.9338</w:t>
        <w:br/>
        <w:t>vn -0.3115 -0.1236 -0.9422</w:t>
        <w:br/>
        <w:t>vn -0.9453 -0.2578 -0.1999</w:t>
        <w:br/>
        <w:t>vn -0.9265 -0.3308 -0.1793</w:t>
        <w:br/>
        <w:t>vn -0.8510 -0.1925 -0.4885</w:t>
        <w:br/>
        <w:t>vn -0.8389 -0.2638 -0.4761</w:t>
        <w:br/>
        <w:t>vn -0.0000 -1.0000 -0.0012</w:t>
        <w:br/>
        <w:t>vn 0.0000 -1.0000 -0.0001</w:t>
        <w:br/>
        <w:t>vn -0.4175 0.8610 -0.2903</w:t>
        <w:br/>
        <w:t>vn -0.2102 0.8797 -0.4266</w:t>
        <w:br/>
        <w:t>vn -0.6256 -0.2107 -0.7512</w:t>
        <w:br/>
        <w:t>vn -0.3374 -0.2467 -0.9085</w:t>
        <w:br/>
        <w:t>vn -0.6341 -0.2933 -0.7154</w:t>
        <w:br/>
        <w:t>vn -0.9265 -0.3309 -0.1793</w:t>
        <w:br/>
        <w:t>vn -0.8783 -0.4244 -0.2203</w:t>
        <w:br/>
        <w:t>vn -0.8658 -0.4643 -0.1864</w:t>
        <w:br/>
        <w:t>vn -0.5261 -0.1003 -0.8445</w:t>
        <w:br/>
        <w:t>vn -0.4935 -0.1411 -0.8582</w:t>
        <w:br/>
        <w:t>vn -0.9638 -0.1696 -0.2056</w:t>
        <w:br/>
        <w:t>vn -0.8210 -0.1565 -0.5491</w:t>
        <w:br/>
        <w:t>vn -0.8468 -0.1055 -0.5214</w:t>
        <w:br/>
        <w:t>vn -0.9625 -0.1046 -0.2502</w:t>
        <w:br/>
        <w:t>vn -0.4098 -0.2289 -0.8830</w:t>
        <w:br/>
        <w:t>vn -0.9619 -0.2641 -0.0712</w:t>
        <w:br/>
        <w:t>vn -0.9115 -0.3462 -0.2221</w:t>
        <w:br/>
        <w:t>vn -0.7508 -0.2914 -0.5927</w:t>
        <w:br/>
        <w:t>vn -0.4882 0.8714 -0.0489</w:t>
        <w:br/>
        <w:t>vn -0.4821 0.8760 0.0131</w:t>
        <w:br/>
        <w:t>vn -0.8250 -0.3538 -0.4407</w:t>
        <w:br/>
        <w:t>vn -0.8897 -0.4421 -0.1137</w:t>
        <w:br/>
        <w:t>vn 0.0000 -1.0000 0.0001</w:t>
        <w:br/>
        <w:t>vn 0.0000 -1.0000 0.0003</w:t>
        <w:br/>
        <w:t>vn -0.9834 -0.1343 -0.1222</w:t>
        <w:br/>
        <w:t>vn -0.9852 -0.0968 -0.1417</w:t>
        <w:br/>
        <w:t>vn -0.0002 -0.3016 0.9534</w:t>
        <w:br/>
        <w:t>vn 0.0015 -0.5736 0.8191</w:t>
        <w:br/>
        <w:t>vn -0.6334 -0.1539 -0.7584</w:t>
        <w:br/>
        <w:t>vn -0.0004 -0.1262 0.9920</w:t>
        <w:br/>
        <w:t>vn -0.0002 -0.0369 0.9993</w:t>
        <w:br/>
        <w:t>vn -0.0004 -0.1263 0.9920</w:t>
        <w:br/>
        <w:t>vn 0.0035 -0.8868 0.4622</w:t>
        <w:br/>
        <w:t>vn -0.0000 0.0053 1.0000</w:t>
        <w:br/>
        <w:t>vn -0.0002 -0.9986 -0.0524</w:t>
        <w:br/>
        <w:t>vn -0.0018 -0.9311 -0.3648</w:t>
        <w:br/>
        <w:t>vn -0.3597 -0.5591 -0.7470</w:t>
        <w:br/>
        <w:t>vn -0.4464 -0.5725 -0.6877</w:t>
        <w:br/>
        <w:t>vn -0.9682 0.0735 0.2393</w:t>
        <w:br/>
        <w:t>vn -0.9964 0.0343 0.0780</w:t>
        <w:br/>
        <w:t>vn -0.9970 0.0321 0.0704</w:t>
        <w:br/>
        <w:t>vn -0.9973 0.0705 0.0182</w:t>
        <w:br/>
        <w:t>vn -0.9841 0.1342 -0.1160</w:t>
        <w:br/>
        <w:t>vn -0.9846 0.1090 0.1366</w:t>
        <w:br/>
        <w:t>vn -0.5526 0.0945 0.8280</w:t>
        <w:br/>
        <w:t>vn -0.5833 0.0051 0.8122</w:t>
        <w:br/>
        <w:t>vn -0.8863 0.0315 0.4620</w:t>
        <w:br/>
        <w:t>vn -0.8749 0.0962 0.4747</w:t>
        <w:br/>
        <w:t>vn -0.5304 0.3975 0.7488</w:t>
        <w:br/>
        <w:t>vn -0.5376 0.2279 0.8118</w:t>
        <w:br/>
        <w:t>vn -0.9275 0.0142 -0.3736</w:t>
        <w:br/>
        <w:t>vn -0.9390 0.0853 -0.3331</w:t>
        <w:br/>
        <w:t>vn -0.9996 0.0016 0.0285</w:t>
        <w:br/>
        <w:t>vn -0.8959 -0.0176 0.4439</w:t>
        <w:br/>
        <w:t>vn -0.5955 -0.0451 0.8021</w:t>
        <w:br/>
        <w:t>vn -0.9779 0.1579 0.1371</w:t>
        <w:br/>
        <w:t>vn -0.9662 0.1474 0.2114</w:t>
        <w:br/>
        <w:t>vn -0.8013 0.3031 0.5158</w:t>
        <w:br/>
        <w:t>vn -0.8442 0.1568 0.5126</w:t>
        <w:br/>
        <w:t>vn -0.9603 0.0823 0.2667</w:t>
        <w:br/>
        <w:t>vn -0.4047 -0.0506 -0.9131</w:t>
        <w:br/>
        <w:t>vn -0.0008 -0.0943 -0.9955</w:t>
        <w:br/>
        <w:t>vn -0.1802 -0.3719 -0.9106</w:t>
        <w:br/>
        <w:t>vn -0.4010 -0.2257 -0.8878</w:t>
        <w:br/>
        <w:t>vn -0.9617 0.1119 -0.2500</w:t>
        <w:br/>
        <w:t>vn -0.7514 -0.0284 -0.6592</w:t>
        <w:br/>
        <w:t>vn -0.7162 -0.0978 -0.6910</w:t>
        <w:br/>
        <w:t>vn -0.9982 0.0362 -0.0476</w:t>
        <w:br/>
        <w:t>vn -0.9857 0.0842 -0.1462</w:t>
        <w:br/>
        <w:t>vn -0.8828 -0.0518 -0.4668</w:t>
        <w:br/>
        <w:t>vn -0.9959 0.0399 -0.0817</w:t>
        <w:br/>
        <w:t>vn -0.9912 0.0868 0.0998</w:t>
        <w:br/>
        <w:t>vn -0.7580 0.0323 -0.6514</w:t>
        <w:br/>
        <w:t>vn -0.5901 -0.2545 -0.7661</w:t>
        <w:br/>
        <w:t>vn -0.8183 -0.2191 -0.5314</w:t>
        <w:br/>
        <w:t>vn -0.3190 -0.4736 -0.8209</w:t>
        <w:br/>
        <w:t>vn -0.3200 -0.3569 -0.8776</w:t>
        <w:br/>
        <w:t>vn -0.5795 -0.1549 -0.8001</w:t>
        <w:br/>
        <w:t>vn -0.6001 -0.1543 -0.7849</w:t>
        <w:br/>
        <w:t>vn -0.3287 -0.2709 -0.9048</w:t>
        <w:br/>
        <w:t>vn -0.1747 -0.3918 -0.9033</w:t>
        <w:br/>
        <w:t>vn -0.2825 -0.3173 -0.9053</w:t>
        <w:br/>
        <w:t>vn 0.0011 -0.4210 -0.9070</w:t>
        <w:br/>
        <w:t>vn -0.4656 -0.1733 -0.8678</w:t>
        <w:br/>
        <w:t>vn -0.1444 -0.3970 -0.9064</w:t>
        <w:br/>
        <w:t>vn -0.9955 0.0573 -0.0752</w:t>
        <w:br/>
        <w:t>vn -0.9661 0.1627 -0.2006</w:t>
        <w:br/>
        <w:t>vn -0.9672 -0.0537 -0.2481</w:t>
        <w:br/>
        <w:t>vn -0.9893 -0.1055 -0.1007</w:t>
        <w:br/>
        <w:t>vn -0.9921 0.0427 -0.1183</w:t>
        <w:br/>
        <w:t>vn -0.9973 -0.0065 -0.0738</w:t>
        <w:br/>
        <w:t>vn -0.9951 -0.0915 0.0372</w:t>
        <w:br/>
        <w:t>vn -0.9948 -0.0338 0.0959</w:t>
        <w:br/>
        <w:t>vn -0.9863 -0.0768 0.1461</w:t>
        <w:br/>
        <w:t>vn -0.9893 -0.1140 -0.0912</w:t>
        <w:br/>
        <w:t>vn -0.9676 -0.2084 -0.1426</w:t>
        <w:br/>
        <w:t>vn -0.9685 -0.2088 -0.1358</w:t>
        <w:br/>
        <w:t>vn -0.9448 -0.1528 -0.2899</w:t>
        <w:br/>
        <w:t>vn -0.9519 0.0112 -0.3061</w:t>
        <w:br/>
        <w:t>vn -0.9992 0.0173 -0.0354</w:t>
        <w:br/>
        <w:t>vn -0.9995 0.0065 -0.0321</w:t>
        <w:br/>
        <w:t>vn -0.9984 -0.0084 -0.0568</w:t>
        <w:br/>
        <w:t>vn -0.9863 -0.1542 0.0592</w:t>
        <w:br/>
        <w:t>vn -0.7515 0.2681 -0.6028</w:t>
        <w:br/>
        <w:t>vn -0.7133 0.3861 -0.5849</w:t>
        <w:br/>
        <w:t>vn -0.8621 0.3274 -0.3868</w:t>
        <w:br/>
        <w:t>vn -0.8776 0.2122 -0.4299</w:t>
        <w:br/>
        <w:t>vn -0.9989 -0.0240 -0.0414</w:t>
        <w:br/>
        <w:t>vn -0.6733 0.2460 -0.6973</w:t>
        <w:br/>
        <w:t>vn -0.6525 0.0452 -0.7565</w:t>
        <w:br/>
        <w:t>vn -0.9929 -0.0799 -0.0879</w:t>
        <w:br/>
        <w:t>vn -0.6438 -0.0453 -0.7638</w:t>
        <w:br/>
        <w:t>vn -0.8117 -0.0622 -0.5807</w:t>
        <w:br/>
        <w:t>vn -0.7630 -0.3412 0.5490</w:t>
        <w:br/>
        <w:t>vn -0.7114 -0.1893 0.6769</w:t>
        <w:br/>
        <w:t>vn -0.5928 -0.2328 0.7710</w:t>
        <w:br/>
        <w:t>vn -0.6190 -0.2224 0.7533</w:t>
        <w:br/>
        <w:t>vn -0.7631 -0.3412 0.5490</w:t>
        <w:br/>
        <w:t>vn -0.7835 -0.4032 0.4728</w:t>
        <w:br/>
        <w:t>vn -0.9951 -0.0915 0.0371</w:t>
        <w:br/>
        <w:t>vn -0.8430 -0.1629 0.5126</w:t>
        <w:br/>
        <w:t>vn -0.3644 -0.0920 -0.9267</w:t>
        <w:br/>
        <w:t>vn -0.4229 0.1388 -0.8955</w:t>
        <w:br/>
        <w:t>vn -0.3981 0.3405 -0.8518</w:t>
        <w:br/>
        <w:t>vn -0.4344 0.2075 -0.8765</w:t>
        <w:br/>
        <w:t>vn -0.3546 0.4145 -0.8381</w:t>
        <w:br/>
        <w:t>vn -0.3144 0.2906 -0.9037</w:t>
        <w:br/>
        <w:t>vn -0.3039 0.0901 -0.9484</w:t>
        <w:br/>
        <w:t>vn -0.3016 -0.0148 -0.9533</w:t>
        <w:br/>
        <w:t>vn -0.7322 0.0721 -0.6773</w:t>
        <w:br/>
        <w:t>vn -0.7426 0.0740 -0.6656</w:t>
        <w:br/>
        <w:t>vn -0.3713 0.0215 -0.9283</w:t>
        <w:br/>
        <w:t>vn -0.7209 0.0609 -0.6903</w:t>
        <w:br/>
        <w:t>vn -0.8389 0.0650 -0.5404</w:t>
        <w:br/>
        <w:t>vn -0.7300 0.1067 -0.6751</w:t>
        <w:br/>
        <w:t>vn -0.4769 0.8759 0.0733</w:t>
        <w:br/>
        <w:t>vn -0.5693 -0.6666 -0.4812</w:t>
        <w:br/>
        <w:t>vn -0.0017 -0.0659 0.9978</w:t>
        <w:br/>
        <w:t>vn 0.9968 0.0095 0.0798</w:t>
        <w:br/>
        <w:t>vn 0.5939 -0.0873 0.7998</w:t>
        <w:br/>
        <w:t>vn 0.9183 -0.0743 0.3889</w:t>
        <w:br/>
        <w:t>vn 0.0271 0.0107 -0.9996</w:t>
        <w:br/>
        <w:t>vn 0.3842 0.0108 -0.9232</w:t>
        <w:br/>
        <w:t>vn 0.0002 -0.0912 0.9958</w:t>
        <w:br/>
        <w:t>vn 0.0002 -0.0909 0.9959</w:t>
        <w:br/>
        <w:t>vn 0.9891 -0.0941 0.1131</w:t>
        <w:br/>
        <w:t>vn 0.9394 -0.1067 -0.3259</w:t>
        <w:br/>
        <w:t>vn 0.6337 0.0031 -0.7736</w:t>
        <w:br/>
        <w:t>vn 0.9738 -0.0694 0.2168</w:t>
        <w:br/>
        <w:t>vn 0.6680 -0.0195 -0.7439</w:t>
        <w:br/>
        <w:t>vn -0.9003 -0.0976 0.4242</w:t>
        <w:br/>
        <w:t>vn -0.5785 -0.0931 0.8103</w:t>
        <w:br/>
        <w:t>vn -0.9003 -0.0976 0.4243</w:t>
        <w:br/>
        <w:t>vn -0.3973 0.0028 -0.9177</w:t>
        <w:br/>
        <w:t>vn -0.3974 0.0028 -0.9176</w:t>
        <w:br/>
        <w:t>vn -0.9945 -0.1042 0.0083</w:t>
        <w:br/>
        <w:t>vn -0.9115 -0.0838 -0.4027</w:t>
        <w:br/>
        <w:t>vn -0.7119 -0.0322 -0.7016</w:t>
        <w:br/>
        <w:t>vn 0.7120 -0.0636 -0.6993</w:t>
        <w:br/>
        <w:t>vn -0.1664 0.9832 -0.0757</w:t>
        <w:br/>
        <w:t>vn -0.0830 0.9887 -0.1247</w:t>
        <w:br/>
        <w:t>vn 0.1085 0.9834 0.1452</w:t>
        <w:br/>
        <w:t>vn 0.1850 0.9808 0.0617</w:t>
        <w:br/>
        <w:t>vn 0.1430 -0.9718 0.1876</w:t>
        <w:br/>
        <w:t>vn 0.2398 -0.9648 0.1079</w:t>
        <w:br/>
        <w:t>vn 0.2398 -0.9648 0.1078</w:t>
        <w:br/>
        <w:t>vn 0.0033 0.9840 -0.1780</w:t>
        <w:br/>
        <w:t>vn 0.0037 0.9762 0.2168</w:t>
        <w:br/>
        <w:t>vn -0.0825 0.9719 0.2205</w:t>
        <w:br/>
        <w:t>vn 0.0716 0.9827 -0.1708</w:t>
        <w:br/>
        <w:t>vn 0.0065 -0.9488 -0.3159</w:t>
        <w:br/>
        <w:t>vn 0.1178 -0.9489 -0.2928</w:t>
        <w:br/>
        <w:t>vn 0.0010 -0.9769 0.2136</w:t>
        <w:br/>
        <w:t>vn 0.0010 -0.9769 0.2135</w:t>
        <w:br/>
        <w:t>vn 0.0073 0.9847 -0.1743</w:t>
        <w:br/>
        <w:t>vn 0.0003 0.9849 0.1731</w:t>
        <w:br/>
        <w:t>vn 0.1858 -0.9773 -0.1021</w:t>
        <w:br/>
        <w:t>vn 0.1804 -0.9811 -0.0699</w:t>
        <w:br/>
        <w:t>vn 0.1889 -0.9820 -0.0090</w:t>
        <w:br/>
        <w:t>vn 0.1067 0.9942 0.0162</w:t>
        <w:br/>
        <w:t>vn 0.1030 0.9939 -0.0393</w:t>
        <w:br/>
        <w:t>vn -0.1374 0.9898 0.0374</w:t>
        <w:br/>
        <w:t>vn 0.2090 -0.9479 -0.2404</w:t>
        <w:br/>
        <w:t>vn 0.2162 -0.9519 -0.2172</w:t>
        <w:br/>
        <w:t>vn 0.1204 0.9816 -0.1480</w:t>
        <w:br/>
        <w:t>vn -0.1614 0.9675 0.1945</w:t>
        <w:br/>
        <w:t>vn -0.1394 0.9902 -0.0041</w:t>
        <w:br/>
        <w:t>vn 0.2492 -0.9679 0.0336</w:t>
        <w:br/>
        <w:t>vn -0.2699 0.9471 0.1737</w:t>
        <w:br/>
        <w:t>vn 0.1215 0.9852 -0.1207</w:t>
        <w:br/>
        <w:t>vn 0.2105 -0.9595 -0.1872</w:t>
        <w:br/>
        <w:t>vn -0.2111 -0.9725 0.0980</w:t>
        <w:br/>
        <w:t>vn -0.2111 -0.9726 0.0979</w:t>
        <w:br/>
        <w:t>vn -0.1293 -0.9757 0.1767</w:t>
        <w:br/>
        <w:t>vn -0.1556 0.9852 0.0719</w:t>
        <w:br/>
        <w:t>vn -0.0981 0.9857 0.1368</w:t>
        <w:br/>
        <w:t>vn 0.1211 0.9787 -0.1658</w:t>
        <w:br/>
        <w:t>vn 0.2117 0.9723 -0.0991</w:t>
        <w:br/>
        <w:t>vn -0.1157 -0.9551 -0.2729</w:t>
        <w:br/>
        <w:t>vn -0.1156 -0.9551 -0.2729</w:t>
        <w:br/>
        <w:t>vn 0.0852 0.9754 0.2035</w:t>
        <w:br/>
        <w:t>vn -0.0694 0.9840 -0.1641</w:t>
        <w:br/>
        <w:t>vn 0.2825 0.9523 0.1154</w:t>
        <w:br/>
        <w:t>vn -0.1524 0.9858 -0.0701</w:t>
        <w:br/>
        <w:t>vn -0.1693 0.9856 0.0014</w:t>
        <w:br/>
        <w:t>vn 0.2914 0.9566 -0.0037</w:t>
        <w:br/>
        <w:t>vn -0.2634 -0.9585 -0.1094</w:t>
        <w:br/>
        <w:t>vn -0.2633 -0.9585 -0.1094</w:t>
        <w:br/>
        <w:t>vn -0.2576 -0.9662 0.0008</w:t>
        <w:br/>
        <w:t>vn 0.1793 0.9659 0.1869</w:t>
        <w:br/>
        <w:t>vn -0.1211 0.9842 -0.1294</w:t>
        <w:br/>
        <w:t>vn -0.2164 -0.9548 -0.2038</w:t>
        <w:br/>
        <w:t>vn 0.1669 0.9858 0.0185</w:t>
        <w:br/>
        <w:t>vn 0.0969 0.9911 -0.0909</w:t>
        <w:br/>
        <w:t>vn 0.1767 -0.9727 -0.1505</w:t>
        <w:br/>
        <w:t>vn -0.4836 0.8478 -0.2177</w:t>
        <w:br/>
        <w:t>vn -0.2664 0.8848 -0.3823</w:t>
        <w:br/>
        <w:t>vn -0.2225 0.7880 0.5741</w:t>
        <w:br/>
        <w:t>vn 0.0036 0.8141 0.5807</w:t>
        <w:br/>
        <w:t>vn 0.0135 0.8622 -0.5063</w:t>
        <w:br/>
        <w:t>vn -0.4243 0.7913 0.4402</w:t>
        <w:br/>
        <w:t>vn -0.5689 0.8224 0.0084</w:t>
        <w:br/>
        <w:t>vn -0.4859 0.8420 0.2344</w:t>
        <w:br/>
        <w:t>vn 0.5479 0.7966 -0.2556</w:t>
        <w:br/>
        <w:t>vn 0.3251 0.8330 -0.4477</w:t>
        <w:br/>
        <w:t>vn 0.0035 0.8141 0.5807</w:t>
        <w:br/>
        <w:t>vn 0.2268 0.8106 0.5399</w:t>
        <w:br/>
        <w:t>vn 0.6583 0.6999 0.2769</w:t>
        <w:br/>
        <w:t>vn 0.6938 0.7201 -0.0081</w:t>
        <w:br/>
        <w:t>vn 0.4480 0.7603 0.4703</w:t>
        <w:br/>
        <w:t>vn 0.2039 -0.9789 -0.0101</w:t>
        <w:br/>
        <w:t>vn -0.3446 -0.0983 -0.9336</w:t>
        <w:br/>
        <w:t>vn -0.3304 -0.1665 -0.9291</w:t>
        <w:br/>
        <w:t>vn -0.0227 -0.1693 -0.9853</w:t>
        <w:br/>
        <w:t>vn -0.0099 -0.1003 -0.9949</w:t>
        <w:br/>
        <w:t>vn -0.6795 -0.1143 -0.7247</w:t>
        <w:br/>
        <w:t>vn -0.9121 -0.1364 -0.3866</w:t>
        <w:br/>
        <w:t>vn -0.8962 -0.1872 -0.4023</w:t>
        <w:br/>
        <w:t>vn -0.6564 -0.1755 -0.7337</w:t>
        <w:br/>
        <w:t>vn -0.9888 -0.1492 -0.0088</w:t>
        <w:br/>
        <w:t>vn -0.9793 -0.2020 -0.0111</w:t>
        <w:br/>
        <w:t>vn -0.8950 -0.1593 0.4166</w:t>
        <w:br/>
        <w:t>vn -0.8824 -0.2056 0.4233</w:t>
        <w:br/>
        <w:t>vn -0.5729 -0.1556 0.8047</w:t>
        <w:br/>
        <w:t>vn -0.5648 -0.2049 0.7994</w:t>
        <w:br/>
        <w:t>vn -0.0354 -0.1612 0.9863</w:t>
        <w:br/>
        <w:t>vn -0.0485 -0.2282 0.9724</w:t>
        <w:br/>
        <w:t>vn 0.5473 -0.2019 0.8122</w:t>
        <w:br/>
        <w:t>vn 0.5182 -0.2600 0.8148</w:t>
        <w:br/>
        <w:t>vn 0.8690 -0.2711 0.4140</w:t>
        <w:br/>
        <w:t>vn 0.8878 -0.2215 0.4034</w:t>
        <w:br/>
        <w:t>vn 0.9811 -0.1934 0.0033</w:t>
        <w:br/>
        <w:t>vn 0.9687 -0.2481 -0.0058</w:t>
        <w:br/>
        <w:t>vn 0.9109 -0.1665 -0.3775</w:t>
        <w:br/>
        <w:t>vn 0.8931 -0.2158 -0.3948</w:t>
        <w:br/>
        <w:t>vn -0.3147 -0.2335 -0.9200</w:t>
        <w:br/>
        <w:t>vn -0.0354 -0.2372 -0.9708</w:t>
        <w:br/>
        <w:t>vn -0.9670 -0.2545 -0.0133</w:t>
        <w:br/>
        <w:t>vn -0.8775 -0.2375 -0.4166</w:t>
        <w:br/>
        <w:t>vn -0.8677 -0.2511 0.4290</w:t>
        <w:br/>
        <w:t>vn -0.5552 -0.2537 0.7921</w:t>
        <w:br/>
        <w:t>vn -0.0616 -0.2935 0.9540</w:t>
        <w:br/>
        <w:t>vn 0.4870 -0.3169 0.8139</w:t>
        <w:br/>
        <w:t>vn 0.2912 -0.1882 -0.9379</w:t>
        <w:br/>
        <w:t>vn 0.3095 -0.1311 -0.9418</w:t>
        <w:br/>
        <w:t>vn -0.6304 -0.2359 -0.7396</w:t>
        <w:br/>
        <w:t>vn -0.0353 -0.2372 -0.9708</w:t>
        <w:br/>
        <w:t>vn 0.2719 -0.2449 -0.9306</w:t>
        <w:br/>
        <w:t>vn 0.9837 0.1321 0.1223</w:t>
        <w:br/>
        <w:t>vn -0.4656 -0.1733 -0.8679</w:t>
        <w:br/>
        <w:t>vn -0.9944 0.1039 -0.0190</w:t>
        <w:br/>
        <w:t>vn 0.6434 0.1131 -0.7571</w:t>
        <w:br/>
        <w:t>vn 0.0126 0.0513 -0.9986</w:t>
        <w:br/>
        <w:t>vn 0.3838 0.0415 -0.9225</w:t>
        <w:br/>
        <w:t>vn -0.4255 0.0703 -0.9022</w:t>
        <w:br/>
        <w:t>vn 0.9531 -0.3023 -0.0150</w:t>
        <w:br/>
        <w:t>vn 0.8476 -0.3200 0.4233</w:t>
        <w:br/>
        <w:t>vn 0.8726 -0.2643 -0.4108</w:t>
        <w:br/>
        <w:t>vn 0.6400 -0.2015 -0.7415</w:t>
        <w:br/>
        <w:t>vn 0.6247 -0.2458 -0.7412</w:t>
        <w:br/>
        <w:t>vn 0.6539 -0.1567 -0.7402</w:t>
        <w:br/>
        <w:t>vn -0.2148 0.8719 -0.4401</w:t>
        <w:br/>
        <w:t>vn -0.2147 0.8719 -0.4402</w:t>
        <w:br/>
        <w:t>vn -0.3209 0.8682 -0.3784</w:t>
        <w:br/>
        <w:t>vn -0.3208 0.8682 -0.3784</w:t>
        <w:br/>
        <w:t>vn -0.4335 0.8675 -0.2439</w:t>
        <w:br/>
        <w:t>vn -0.4335 0.8675 -0.2438</w:t>
        <w:br/>
        <w:t>vn -0.4696 0.8818 -0.0430</w:t>
        <w:br/>
        <w:t>vn -0.3986 0.9040 0.1546</w:t>
        <w:br/>
        <w:t>vn -0.2163 0.9303 0.2964</w:t>
        <w:br/>
        <w:t>vn 0.0417 0.9350 0.3522</w:t>
        <w:br/>
        <w:t>vn 0.0416 0.9350 0.3522</w:t>
        <w:br/>
        <w:t>vn 0.2484 0.9160 0.3152</w:t>
        <w:br/>
        <w:t>vn 0.2484 0.9160 0.3151</w:t>
        <w:br/>
        <w:t>vn 0.3999 0.8976 0.1856</w:t>
        <w:br/>
        <w:t>vn 0.4000 0.8976 0.1855</w:t>
        <w:br/>
        <w:t>vn 0.4881 0.8725 -0.0230</w:t>
        <w:br/>
        <w:t>vn 0.4620 0.8624 -0.2068</w:t>
        <w:br/>
        <w:t>vn 0.4620 0.8624 -0.2069</w:t>
        <w:br/>
        <w:t>vn 0.3378 0.8756 -0.3452</w:t>
        <w:br/>
        <w:t>vn 0.1645 0.8849 -0.4358</w:t>
        <w:br/>
        <w:t>vn -0.0482 0.8861 -0.4609</w:t>
        <w:br/>
        <w:t>vn 0.2778 0.3992 0.8738</w:t>
        <w:br/>
        <w:t>vn 0.2778 0.3992 0.8737</w:t>
        <w:br/>
        <w:t>vn 0.5848 0.3978 0.7069</w:t>
        <w:br/>
        <w:t>vn 0.5849 0.3978 0.7069</w:t>
        <w:br/>
        <w:t>vn 0.8317 0.3882 0.3970</w:t>
        <w:br/>
        <w:t>vn 0.9165 0.4000 -0.0101</w:t>
        <w:br/>
        <w:t>vn 0.9165 0.3999 -0.0100</w:t>
        <w:br/>
        <w:t>vn 0.8027 0.4248 -0.4185</w:t>
        <w:br/>
        <w:t>vn 0.8028 0.4248 -0.4185</w:t>
        <w:br/>
        <w:t>vn 0.5176 0.4617 -0.7204</w:t>
        <w:br/>
        <w:t>vn 0.0805 0.4952 -0.8650</w:t>
        <w:br/>
        <w:t>vn -0.4255 0.4924 -0.7593</w:t>
        <w:br/>
        <w:t>vn -0.7897 0.4489 -0.4183</w:t>
        <w:br/>
        <w:t>vn -0.9118 0.4104 0.0145</w:t>
        <w:br/>
        <w:t>vn -0.8173 0.3938 0.4208</w:t>
        <w:br/>
        <w:t>vn -0.8172 0.3938 0.4208</w:t>
        <w:br/>
        <w:t>vn -0.5774 0.4003 0.7116</w:t>
        <w:br/>
        <w:t>vn -0.5775 0.4002 0.7116</w:t>
        <w:br/>
        <w:t>vn 0.0361 0.3988 0.9163</w:t>
        <w:br/>
        <w:t>vn -0.2494 0.4058 0.8793</w:t>
        <w:br/>
        <w:t>vn 0.0360 0.3988 0.9163</w:t>
        <w:br/>
        <w:t>vn -0.2908 0.4819 0.8265</w:t>
        <w:br/>
        <w:t>vn 0.2340 0.4846 0.8428</w:t>
        <w:br/>
        <w:t>vn -0.5280 -0.2524 0.8109</w:t>
        <w:br/>
        <w:t>vn -0.5389 -0.2525 0.8037</w:t>
        <w:br/>
        <w:t>vn -0.9992 0.0399 -0.0069</w:t>
        <w:br/>
        <w:t>vn -0.9491 0.0302 -0.3136</w:t>
        <w:br/>
        <w:t>vn -0.0589 0.8409 -0.5379</w:t>
        <w:br/>
        <w:t>vn 0.1487 0.8122 -0.5642</w:t>
        <w:br/>
        <w:t>vn -0.0646 -0.3669 -0.9280</w:t>
        <w:br/>
        <w:t>vn 0.0000 -1.0000 -0.0025</w:t>
        <w:br/>
        <w:t>vn -0.1075 0.8476 -0.5197</w:t>
        <w:br/>
        <w:t>vn -0.2082 0.8251 -0.5252</w:t>
        <w:br/>
        <w:t>vn -0.3615 0.9280 -0.0905</w:t>
        <w:br/>
        <w:t>vn -0.3795 0.8059 -0.4544</w:t>
        <w:br/>
        <w:t>vn -0.2960 0.8359 -0.4622</w:t>
        <w:br/>
        <w:t>vn -0.5418 0.7829 0.3057</w:t>
        <w:br/>
        <w:t>vn -0.5080 0.8255 0.2458</w:t>
        <w:br/>
        <w:t>vn -0.8788 -0.1938 0.4360</w:t>
        <w:br/>
        <w:t>vn -0.8711 -0.0729 0.4857</w:t>
        <w:br/>
        <w:t>vn -0.9716 0.1629 0.1715</w:t>
        <w:br/>
        <w:t>vn -0.9949 0.0978 0.0232</w:t>
        <w:br/>
        <w:t>vn -0.0028 -0.7615 -0.6481</w:t>
        <w:br/>
        <w:t>vn -0.0023 -0.8489 -0.5286</w:t>
        <w:br/>
        <w:t>vn -0.0027 -0.7615 -0.6482</w:t>
        <w:br/>
        <w:t>vn -0.0009 -0.7044 -0.7098</w:t>
        <w:br/>
        <w:t>vn -0.0004 -0.8450 -0.5347</w:t>
        <w:br/>
        <w:t>vn -0.9929 0.0077 -0.1188</w:t>
        <w:br/>
        <w:t>vn -0.9748 0.0258 -0.2214</w:t>
        <w:br/>
        <w:t>vn -0.9702 -0.0069 -0.2422</w:t>
        <w:br/>
        <w:t>vn -0.9571 -0.1732 -0.2325</w:t>
        <w:br/>
        <w:t>vn -0.9571 -0.1731 -0.2325</w:t>
        <w:br/>
        <w:t>vn -0.9644 -0.0761 -0.2532</w:t>
        <w:br/>
        <w:t>vn -0.9618 -0.0013 -0.2738</w:t>
        <w:br/>
        <w:t>vn -0.9673 0.0294 -0.2521</w:t>
        <w:br/>
        <w:t>vn -0.9858 0.0178 0.1667</w:t>
        <w:br/>
        <w:t>vn -0.8386 0.3645 0.4048</w:t>
        <w:br/>
        <w:t>vn -0.9217 0.3156 0.2256</w:t>
        <w:br/>
        <w:t>vn -0.9588 -0.1612 0.2339</w:t>
        <w:br/>
        <w:t>vn -0.8937 -0.1255 0.4308</w:t>
        <w:br/>
        <w:t>vn 0.0002 -1.0000 -0.0009</w:t>
        <w:br/>
        <w:t>vn -0.0002 -1.0000 0.0001</w:t>
        <w:br/>
        <w:t>vn 0.0002 -1.0000 -0.0008</w:t>
        <w:br/>
        <w:t>vn -0.7844 -0.1341 0.6056</w:t>
        <w:br/>
        <w:t>vn 0.0003 -1.0000 -0.0003</w:t>
        <w:br/>
        <w:t>vn 0.0001 -1.0000 -0.0005</w:t>
        <w:br/>
        <w:t>vn -0.0001 -1.0000 -0.0001</w:t>
        <w:br/>
        <w:t>vn -0.4533 -0.2406 0.8583</w:t>
        <w:br/>
        <w:t>vn -0.4641 -0.3424 0.8169</w:t>
        <w:br/>
        <w:t>vn 0.0063 -0.4150 0.9098</w:t>
        <w:br/>
        <w:t>vn 0.0061 -0.2758 0.9612</w:t>
        <w:br/>
        <w:t>vn -0.9906 0.0974 -0.0959</w:t>
        <w:br/>
        <w:t>vn -0.6424 0.1367 0.7541</w:t>
        <w:br/>
        <w:t>vn -0.4893 0.1731 0.8547</w:t>
        <w:br/>
        <w:t>vn -0.4139 0.5534 0.7228</w:t>
        <w:br/>
        <w:t>vn -0.8899 0.2487 0.3823</w:t>
        <w:br/>
        <w:t>vn -0.0001 -0.9877 -0.1561</w:t>
        <w:br/>
        <w:t>vn -0.9925 -0.1046 0.0632</w:t>
        <w:br/>
        <w:t>vn -0.3345 0.7608 -0.5562</w:t>
        <w:br/>
        <w:t>vn -0.2079 -0.1961 0.9583</w:t>
        <w:br/>
        <w:t>vn -0.2495 0.4083 0.8781</w:t>
        <w:br/>
        <w:t>vn -0.3740 -0.2593 0.8904</w:t>
        <w:br/>
        <w:t>vn -0.6936 0.2435 0.6780</w:t>
        <w:br/>
        <w:t>vn -0.7729 0.0180 0.6343</w:t>
        <w:br/>
        <w:t>vn -0.7807 -0.0001 0.6249</w:t>
        <w:br/>
        <w:t>vn -0.8263 -0.0888 0.5562</w:t>
        <w:br/>
        <w:t>vn -0.8577 -0.1459 0.4930</w:t>
        <w:br/>
        <w:t>vn -0.7915 0.4722 0.3880</w:t>
        <w:br/>
        <w:t>vn -0.8667 0.4471 0.2212</w:t>
        <w:br/>
        <w:t>vn -0.4342 0.8390 0.3279</w:t>
        <w:br/>
        <w:t>vn -0.7072 0.4744 0.5242</w:t>
        <w:br/>
        <w:t>vn -0.3619 0.8604 0.3587</w:t>
        <w:br/>
        <w:t>vn -0.2349 0.8707 0.4322</w:t>
        <w:br/>
        <w:t>vn -0.4206 0.8993 0.1199</w:t>
        <w:br/>
        <w:t>vn -0.6706 -0.1959 0.7155</w:t>
        <w:br/>
        <w:t>vn 0.0001 0.8780 0.4787</w:t>
        <w:br/>
        <w:t>vn 0.2568 -0.8578 0.4453</w:t>
        <w:br/>
        <w:t>vn -0.2102 -0.8671 0.4516</w:t>
        <w:br/>
        <w:t>vn 0.2913 0.7853 -0.5462</w:t>
        <w:br/>
        <w:t>vn 0.2913 0.7853 -0.5463</w:t>
        <w:br/>
        <w:t>vn 0.1868 0.8135 -0.5507</w:t>
        <w:br/>
        <w:t>vn 0.2628 0.9619 -0.0750</w:t>
        <w:br/>
        <w:t>vn 0.1980 0.8681 -0.4552</w:t>
        <w:br/>
        <w:t>vn 0.3049 0.8461 -0.4372</w:t>
        <w:br/>
        <w:t>vn 0.3246 0.8602 0.3932</w:t>
        <w:br/>
        <w:t>vn 0.3302 0.9000 0.2844</w:t>
        <w:br/>
        <w:t>vn 0.9160 -0.1269 0.3807</w:t>
        <w:br/>
        <w:t>vn 0.9950 0.0990 0.0152</w:t>
        <w:br/>
        <w:t>vn 0.9703 0.1803 0.1615</w:t>
        <w:br/>
        <w:t>vn 0.8735 -0.1047 0.4754</w:t>
        <w:br/>
        <w:t>vn 0.9556 -0.0544 -0.2897</w:t>
        <w:br/>
        <w:t>vn 0.9663 0.0045 -0.2576</w:t>
        <w:br/>
        <w:t>vn 0.9878 -0.0198 -0.1543</w:t>
        <w:br/>
        <w:t>vn 0.9552 -0.1880 -0.2288</w:t>
        <w:br/>
        <w:t>vn 0.9576 -0.0822 -0.2760</w:t>
        <w:br/>
        <w:t>vn 0.9551 -0.1880 -0.2288</w:t>
        <w:br/>
        <w:t>vn 0.9582 0.0138 -0.2858</w:t>
        <w:br/>
        <w:t>vn 0.9487 -0.0242 -0.3151</w:t>
        <w:br/>
        <w:t>vn 0.9955 0.0120 0.0937</w:t>
        <w:br/>
        <w:t>vn 0.8992 0.3418 0.2733</w:t>
        <w:br/>
        <w:t>vn 0.9538 -0.1046 0.2818</w:t>
        <w:br/>
        <w:t>vn 0.9780 -0.1608 0.1331</w:t>
        <w:br/>
        <w:t>vn 0.9532 0.2712 0.1339</w:t>
        <w:br/>
        <w:t>vn 0.8045 0.4185 0.4215</w:t>
        <w:br/>
        <w:t>vn 0.8780 -0.1077 0.4663</w:t>
        <w:br/>
        <w:t>vn 0.0047 -0.7823 0.6229</w:t>
        <w:br/>
        <w:t>vn 0.5359 -0.3306 0.7768</w:t>
        <w:br/>
        <w:t>vn 0.9907 0.0844 -0.1068</w:t>
        <w:br/>
        <w:t>vn 0.7248 0.4386 0.5314</w:t>
        <w:br/>
        <w:t>vn 0.7095 0.0656 0.7017</w:t>
        <w:br/>
        <w:t>vn 0.8130 -0.0385 0.5810</w:t>
        <w:br/>
        <w:t>vn 0.9068 0.2558 0.3350</w:t>
        <w:br/>
        <w:t>vn 0.2709 0.7973 -0.5394</w:t>
        <w:br/>
        <w:t>vn 0.5490 -0.3530 0.7576</w:t>
        <w:br/>
        <w:t>vn 0.5976 -0.3875 0.7019</w:t>
        <w:br/>
        <w:t>vn 0.8783 -0.0050 0.4780</w:t>
        <w:br/>
        <w:t>vn 0.9135 -0.0655 0.4016</w:t>
        <w:br/>
        <w:t>vn 0.9087 0.4122 0.0661</w:t>
        <w:br/>
        <w:t>vn 0.9012 0.4115 0.1359</w:t>
        <w:br/>
        <w:t>vn 0.8586 0.4324 0.2753</w:t>
        <w:br/>
        <w:t>vn 0.7968 0.4564 0.3961</w:t>
        <w:br/>
        <w:t>vn 0.6758 0.5901 0.4417</w:t>
        <w:br/>
        <w:t>vn 0.4614 0.8184 0.3424</w:t>
        <w:br/>
        <w:t>vn 0.2990 0.8411 0.4508</w:t>
        <w:br/>
        <w:t>vn 0.7427 -0.2834 0.6068</w:t>
        <w:br/>
        <w:t>vn 0.3038 0.9425 0.1391</w:t>
        <w:br/>
        <w:t>vn 0.7352 -0.2309 0.6374</w:t>
        <w:br/>
        <w:t>vn -0.9906 0.1193 0.0668</w:t>
        <w:br/>
        <w:t>vn -0.7181 0.3797 0.5833</w:t>
        <w:br/>
        <w:t>vn -0.5330 0.4876 0.6915</w:t>
        <w:br/>
        <w:t>vn -0.7791 0.3500 0.5201</w:t>
        <w:br/>
        <w:t>vn -0.9368 0.2075 0.2815</w:t>
        <w:br/>
        <w:t>vn 0.8815 0.4375 -0.1775</w:t>
        <w:br/>
        <w:t>vn 0.8616 0.4985 -0.0953</w:t>
        <w:br/>
        <w:t>vn 0.9885 0.1284 0.0798</w:t>
        <w:br/>
        <w:t>vn 0.9094 0.2052 0.3617</w:t>
        <w:br/>
        <w:t>vn 0.7233 0.4014 0.5620</w:t>
        <w:br/>
        <w:t>vn 0.9656 0.1540 0.2095</w:t>
        <w:br/>
        <w:t>vn -0.9364 0.3443 -0.0673</w:t>
        <w:br/>
        <w:t>vn -0.9146 0.4043 -0.0029</w:t>
        <w:br/>
        <w:t>vn -0.0868 0.8573 -0.5075</w:t>
        <w:br/>
        <w:t>vn -0.0869 0.8573 -0.5074</w:t>
        <w:br/>
        <w:t>vn -0.3487 0.4731 0.8091</w:t>
        <w:br/>
        <w:t>vn 0.8323 0.5542 -0.0119</w:t>
        <w:br/>
        <w:t>vn 0.8323 0.5542 -0.0120</w:t>
        <w:br/>
        <w:t>vn 0.0217 -0.1627 0.9864</w:t>
        <w:br/>
        <w:t>vn 0.2433 -0.2119 0.9465</w:t>
        <w:br/>
        <w:t>vn 0.3362 0.0912 0.9374</w:t>
        <w:br/>
        <w:t>vn 0.0493 0.8547 -0.5168</w:t>
        <w:br/>
        <w:t>vn 0.0986 0.8357 -0.5403</w:t>
        <w:br/>
        <w:t>vn 0.0492 0.8547 -0.5168</w:t>
        <w:br/>
        <w:t>vn 0.5453 0.5037 0.6700</w:t>
        <w:br/>
        <w:t>vn 0.3934 0.4810 0.7835</w:t>
        <w:br/>
        <w:t>vn 0.4239 0.5828 0.6933</w:t>
        <w:br/>
        <w:t>vn 0.0229 0.7269 0.6863</w:t>
        <w:br/>
        <w:t>vn 0.0211 0.7948 0.6065</w:t>
        <w:br/>
        <w:t>vn 0.1944 0.7943 0.5756</w:t>
        <w:br/>
        <w:t>vn -0.8853 0.4610 0.0615</w:t>
        <w:br/>
        <w:t>vn -0.9957 -0.0145 -0.0912</w:t>
        <w:br/>
        <w:t>vn 0.9839 -0.0759 -0.1620</w:t>
        <w:br/>
        <w:t>vn -0.8715 -0.1687 0.4604</w:t>
        <w:br/>
        <w:t>vn -0.6847 0.7229 0.0929</w:t>
        <w:br/>
        <w:t>vn 0.9907 -0.1340 -0.0248</w:t>
        <w:br/>
        <w:t>vn 0.5343 0.1781 0.8263</w:t>
        <w:br/>
        <w:t>vn 0.4171 -0.3028 0.8569</w:t>
        <w:br/>
        <w:t>vn -0.6379 -0.2754 0.7192</w:t>
        <w:br/>
        <w:t>vn 0.5112 -0.2643 0.8178</w:t>
        <w:br/>
        <w:t>vn 0.7567 -0.1915 0.6250</w:t>
        <w:br/>
        <w:t>vn -0.7514 0.5243 0.4006</w:t>
        <w:br/>
        <w:t>vn -0.8783 0.3492 0.3266</w:t>
        <w:br/>
        <w:t>vn -0.8035 0.4223 0.4197</w:t>
        <w:br/>
        <w:t>vn -0.6855 0.5949 0.4197</w:t>
        <w:br/>
        <w:t>vn 0.0115 0.8357 0.5491</w:t>
        <w:br/>
        <w:t>vn -0.5020 0.7115 0.4918</w:t>
        <w:br/>
        <w:t>vn -0.4909 0.7505 0.4425</w:t>
        <w:br/>
        <w:t>vn 0.0100 0.9236 0.3832</w:t>
        <w:br/>
        <w:t>vn -0.9399 0.2052 0.2728</w:t>
        <w:br/>
        <w:t>vn 0.7648 0.5842 0.2715</w:t>
        <w:br/>
        <w:t>vn 0.7071 0.6480 0.2832</w:t>
        <w:br/>
        <w:t>vn 0.8531 0.4415 0.2780</w:t>
        <w:br/>
        <w:t>vn 0.8914 0.4088 0.1955</w:t>
        <w:br/>
        <w:t>vn 0.5172 0.7785 0.3556</w:t>
        <w:br/>
        <w:t>vn 0.5296 0.7523 0.3919</w:t>
        <w:br/>
        <w:t>vn -0.5001 -0.0875 0.8615</w:t>
        <w:br/>
        <w:t>vn 0.0091 -0.0860 0.9963</w:t>
        <w:br/>
        <w:t>vn 0.0095 0.4651 0.8852</w:t>
        <w:br/>
        <w:t>vn -0.4905 0.4284 0.7589</w:t>
        <w:br/>
        <w:t>vn -0.2780 0.7757 0.5665</w:t>
        <w:br/>
        <w:t>vn 0.5544 -0.0441 0.8311</w:t>
        <w:br/>
        <w:t>vn 0.8169 0.1184 0.5645</w:t>
        <w:br/>
        <w:t>vn 0.5350 0.4694 0.7024</w:t>
        <w:br/>
        <w:t>vn 0.3215 0.7945 0.5152</w:t>
        <w:br/>
        <w:t>vn -0.8760 0.2154 0.4315</w:t>
        <w:br/>
        <w:t>vn -0.8004 0.1754 0.5733</w:t>
        <w:br/>
        <w:t>vn 0.0073 -0.2871 0.9579</w:t>
        <w:br/>
        <w:t>vn -0.4867 -0.2393 0.8401</w:t>
        <w:br/>
        <w:t>vn -0.7356 0.0608 0.6747</w:t>
        <w:br/>
        <w:t>vn -0.7227 -0.1372 0.6774</w:t>
        <w:br/>
        <w:t>vn -0.5679 0.6359 0.5226</w:t>
        <w:br/>
        <w:t>vn 0.6119 0.6589 0.4376</w:t>
        <w:br/>
        <w:t>vn 0.7920 0.4786 0.3791</w:t>
        <w:br/>
        <w:t>vn 0.8819 0.1741 0.4382</w:t>
        <w:br/>
        <w:t>vn 0.9349 0.1988 0.2940</w:t>
        <w:br/>
        <w:t>vn -0.7317 0.4764 0.4875</w:t>
        <w:br/>
        <w:t>vn 0.9601 0.2288 0.1605</w:t>
        <w:br/>
        <w:t>vn 0.5400 -0.2009 0.8173</w:t>
        <w:br/>
        <w:t>vn 0.7587 -0.1131 0.6415</w:t>
        <w:br/>
        <w:t>vn 0.0118 0.8673 0.4976</w:t>
        <w:br/>
        <w:t>vn -0.5008 0.7097 0.4954</w:t>
        <w:br/>
        <w:t>vn 0.7000 0.6339 0.3288</w:t>
        <w:br/>
        <w:t>vn 0.5335 0.7550 0.3813</w:t>
        <w:br/>
        <w:t>vn 0.0006 0.8246 0.5657</w:t>
        <w:br/>
        <w:t>vn 0.8123 0.5270 0.2501</w:t>
        <w:br/>
        <w:t>vn -0.3494 0.7756 -0.5257</w:t>
        <w:br/>
        <w:t>vn -0.9238 0.2796 0.2617</w:t>
        <w:br/>
        <w:t>vn -0.8948 0.3338 0.2964</w:t>
        <w:br/>
        <w:t>vn -0.7173 0.4614 0.5221</w:t>
        <w:br/>
        <w:t>vn -0.7576 0.4028 0.5135</w:t>
        <w:br/>
        <w:t>vn -0.4771 0.5502 0.6853</w:t>
        <w:br/>
        <w:t>vn -0.0019 0.6203 0.7844</w:t>
        <w:br/>
        <w:t>vn 0.0015 0.5651 0.8250</w:t>
        <w:br/>
        <w:t>vn -0.5015 0.4971 0.7081</w:t>
        <w:br/>
        <w:t>vn -0.6671 0.5237 0.5298</w:t>
        <w:br/>
        <w:t>vn -0.8670 0.3759 0.3269</w:t>
        <w:br/>
        <w:t>vn -0.4452 0.6061 0.6591</w:t>
        <w:br/>
        <w:t>vn -0.0088 0.6873 0.7263</w:t>
        <w:br/>
        <w:t>vn -0.9678 0.2143 0.1320</w:t>
        <w:br/>
        <w:t>vn -0.9482 0.2615 0.1803</w:t>
        <w:br/>
        <w:t>vn -0.9389 0.2713 0.2121</w:t>
        <w:br/>
        <w:t>vn 0.9428 0.2417 0.2296</w:t>
        <w:br/>
        <w:t>vn 0.7736 0.3914 0.4983</w:t>
        <w:br/>
        <w:t>vn 0.7354 0.4509 0.5058</w:t>
        <w:br/>
        <w:t>vn 0.9006 0.3342 0.2779</w:t>
        <w:br/>
        <w:t>vn 0.3485 0.6193 0.7036</w:t>
        <w:br/>
        <w:t>vn 0.0400 0.6758 0.7360</w:t>
        <w:br/>
        <w:t>vn 0.0738 0.6494 0.7569</w:t>
        <w:br/>
        <w:t>vn 0.4902 0.6000 0.6323</w:t>
        <w:br/>
        <w:t>vn 0.6752 0.5304 0.5126</w:t>
        <w:br/>
        <w:t>vn 0.6944 0.5086 0.5090</w:t>
        <w:br/>
        <w:t>vn 0.4553 0.6101 0.6484</w:t>
        <w:br/>
        <w:t>vn 0.4856 0.5488 0.6804</w:t>
        <w:br/>
        <w:t>vn 0.5089 0.4973 0.7026</w:t>
        <w:br/>
        <w:t>vn 0.5476 -0.5282 -0.6490</w:t>
        <w:br/>
        <w:t>vn 0.5903 -0.5198 -0.6175</w:t>
        <w:br/>
        <w:t>vn 0.8814 -0.2404 -0.4066</w:t>
        <w:br/>
        <w:t>vn 0.8699 -0.2716 -0.4116</w:t>
        <w:br/>
        <w:t>vn 0.8642 0.3862 0.3225</w:t>
        <w:br/>
        <w:t>vn 0.8481 0.3980 0.3497</w:t>
        <w:br/>
        <w:t>vn 0.9465 0.2769 0.1654</w:t>
        <w:br/>
        <w:t>vn 0.9691 0.2040 0.1384</w:t>
        <w:br/>
        <w:t>vn 0.9174 0.3229 0.2328</w:t>
        <w:br/>
        <w:t>vn 0.9032 0.3311 0.2730</w:t>
        <w:br/>
        <w:t>vn -0.2181 0.6625 0.7166</w:t>
        <w:br/>
        <w:t>vn -0.3211 0.6610 0.6782</w:t>
        <w:br/>
        <w:t>vn -0.6383 0.5509 0.5376</w:t>
        <w:br/>
        <w:t>vn -0.4693 0.6015 0.6465</w:t>
        <w:br/>
        <w:t>vn -0.8538 0.3919 0.3428</w:t>
        <w:br/>
        <w:t>vn -0.9379 0.2674 0.2209</w:t>
        <w:br/>
        <w:t>vn -0.5775 -0.6241 -0.5263</w:t>
        <w:br/>
        <w:t>vn -0.8983 -0.3264 -0.2942</w:t>
        <w:br/>
        <w:t>vn -0.5554 -0.6728 -0.4888</w:t>
        <w:br/>
        <w:t>vn 0.3441 0.6472 0.6802</w:t>
        <w:br/>
        <w:t>vn -0.5955 -0.5307 -0.6031</w:t>
        <w:br/>
        <w:t>vn -0.8938 -0.2539 -0.3697</w:t>
        <w:br/>
        <w:t>vn -0.5409 -0.5209 -0.6604</w:t>
        <w:br/>
        <w:t>vn -0.8743 -0.2451 -0.4191</w:t>
        <w:br/>
        <w:t>vn 0.8000 -0.4115 -0.4366</w:t>
        <w:br/>
        <w:t>vn 0.5841 -0.6063 -0.5396</w:t>
        <w:br/>
        <w:t>vn -0.9772 -0.1079 -0.1827</w:t>
        <w:br/>
        <w:t>vn -0.9564 -0.1949 -0.2174</w:t>
        <w:br/>
        <w:t>vn -0.9524 -0.1657 -0.2560</w:t>
        <w:br/>
        <w:t>vn -0.9758 -0.0929 -0.1979</w:t>
        <w:br/>
        <w:t>vn -0.9932 0.0352 -0.1112</w:t>
        <w:br/>
        <w:t>vn -0.9938 0.0104 -0.1103</w:t>
        <w:br/>
        <w:t>vn -0.9976 0.0161 -0.0668</w:t>
        <w:br/>
        <w:t>vn -0.9975 0.0452 -0.0535</w:t>
        <w:br/>
        <w:t>vn -0.9964 0.0557 0.0641</w:t>
        <w:br/>
        <w:t>vn -0.9964 0.0557 0.0642</w:t>
        <w:br/>
        <w:t>vn -0.9934 0.0655 0.0937</w:t>
        <w:br/>
        <w:t>vn -0.9792 -0.0414 -0.1986</w:t>
        <w:br/>
        <w:t>vn 0.9536 -0.1464 -0.2631</w:t>
        <w:br/>
        <w:t>vn 0.9609 -0.1833 -0.2074</w:t>
        <w:br/>
        <w:t>vn 0.9835 -0.0855 -0.1597</w:t>
        <w:br/>
        <w:t>vn 0.9752 -0.0584 -0.2137</w:t>
        <w:br/>
        <w:t>vn 0.9886 0.0547 -0.1402</w:t>
        <w:br/>
        <w:t>vn 0.9950 0.0300 -0.0956</w:t>
        <w:br/>
        <w:t>vn 0.9940 0.0834 0.0713</w:t>
        <w:br/>
        <w:t>vn 0.9984 0.0514 0.0253</w:t>
        <w:br/>
        <w:t>vn 0.9939 0.0263 -0.1075</w:t>
        <w:br/>
        <w:t>vn 0.9935 0.0010 -0.1141</w:t>
        <w:br/>
        <w:t>vn 0.9706 -0.0583 -0.2335</w:t>
        <w:br/>
        <w:t>vn 0.3668 0.7709 -0.5208</w:t>
        <w:br/>
        <w:t>vn -0.4048 0.7375 -0.5406</w:t>
        <w:br/>
        <w:t>vn -0.5380 0.7947 0.2810</w:t>
        <w:br/>
        <w:t>vn -0.5137 0.7933 0.3268</w:t>
        <w:br/>
        <w:t>vn -0.5351 0.8393 0.0960</w:t>
        <w:br/>
        <w:t>vn -0.5897 0.8035 0.0812</w:t>
        <w:br/>
        <w:t>vn -0.9375 -0.2196 -0.2700</w:t>
        <w:br/>
        <w:t>vn -0.9204 -0.3081 -0.2408</w:t>
        <w:br/>
        <w:t>vn -0.9425 -0.2803 -0.1820</w:t>
        <w:br/>
        <w:t>vn -0.3310 0.4049 -0.8523</w:t>
        <w:br/>
        <w:t>vn -0.0123 -0.1031 -0.9946</w:t>
        <w:br/>
        <w:t>vn -0.0069 -0.1576 -0.9875</w:t>
        <w:br/>
        <w:t>vn -0.3210 -0.1613 -0.9332</w:t>
        <w:br/>
        <w:t>vn -0.9438 -0.2549 -0.2104</w:t>
        <w:br/>
        <w:t>vn -0.9224 -0.3433 -0.1770</w:t>
        <w:br/>
        <w:t>vn -0.8456 -0.2573 -0.4678</w:t>
        <w:br/>
        <w:t>vn -0.8588 -0.1800 -0.4797</w:t>
        <w:br/>
        <w:t>vn -0.3122 0.4473 -0.8381</w:t>
        <w:br/>
        <w:t>vn -0.4853 0.7843 -0.3866</w:t>
        <w:br/>
        <w:t>vn -0.6402 0.4193 -0.6436</w:t>
        <w:br/>
        <w:t>vn -0.6272 -0.2012 -0.7524</w:t>
        <w:br/>
        <w:t>vn -0.3399 -0.2452 -0.9079</w:t>
        <w:br/>
        <w:t>vn -0.6376 -0.2924 -0.7127</w:t>
        <w:br/>
        <w:t>vn -0.8810 -0.4203 -0.2172</w:t>
        <w:br/>
        <w:t>vn -0.8673 -0.4618 -0.1861</w:t>
        <w:br/>
        <w:t>vn -0.4942 -0.1408 -0.8579</w:t>
        <w:br/>
        <w:t>vn -0.0001 -0.1351 -0.9908</w:t>
        <w:br/>
        <w:t>vn -0.0001 -0.1008 -0.9949</w:t>
        <w:br/>
        <w:t>vn -0.5261 -0.1002 -0.8445</w:t>
        <w:br/>
        <w:t>vn -0.9637 -0.1693 -0.2066</w:t>
        <w:br/>
        <w:t>vn -0.8212 -0.1556 -0.5491</w:t>
        <w:br/>
        <w:t>vn -0.8465 -0.1050 -0.5219</w:t>
        <w:br/>
        <w:t>vn -0.9626 -0.1039 -0.2502</w:t>
        <w:br/>
        <w:t>vn -0.4111 -0.2287 -0.8824</w:t>
        <w:br/>
        <w:t>vn -0.0004 -0.2099 -0.9777</w:t>
        <w:br/>
        <w:t>vn -0.9618 -0.2636 -0.0733</w:t>
        <w:br/>
        <w:t>vn -0.9123 -0.3426 -0.2243</w:t>
        <w:br/>
        <w:t>vn -0.7528 -0.2903 -0.5908</w:t>
        <w:br/>
        <w:t>vn -0.5645 0.8211 -0.0847</w:t>
        <w:br/>
        <w:t>vn -0.5357 0.8440 -0.0255</w:t>
        <w:br/>
        <w:t>vn -0.8287 -0.3515 -0.4356</w:t>
        <w:br/>
        <w:t>vn -0.8911 -0.4379 -0.1191</w:t>
        <w:br/>
        <w:t>vn -0.9854 -0.0961 -0.1408</w:t>
        <w:br/>
        <w:t>vn -0.9833 -0.1348 -0.1219</w:t>
        <w:br/>
        <w:t>vn -0.6342 -0.1379 -0.7608</w:t>
        <w:br/>
        <w:t>vn -0.0103 0.5085 -0.8610</w:t>
        <w:br/>
        <w:t>vn -0.0176 0.8756 -0.4827</w:t>
        <w:br/>
        <w:t>vn -0.0010 -0.2312 -0.9729</w:t>
        <w:br/>
        <w:t>vn -0.3128 -0.4349 -0.8444</w:t>
        <w:br/>
        <w:t>vn -0.7894 -0.2395 -0.5653</w:t>
        <w:br/>
        <w:t>vn -0.4323 -0.5526 -0.7126</w:t>
        <w:br/>
        <w:t>vn -0.9991 -0.0076 0.0426</w:t>
        <w:br/>
        <w:t>vn -0.9813 0.0714 0.1786</w:t>
        <w:br/>
        <w:t>vn -0.9950 0.0679 -0.0737</w:t>
        <w:br/>
        <w:t>vn -0.9834 0.0755 -0.1647</w:t>
        <w:br/>
        <w:t>vn -0.9926 0.0598 0.1057</w:t>
        <w:br/>
        <w:t>vn -0.8833 0.0346 0.4675</w:t>
        <w:br/>
        <w:t>vn -0.8507 0.0925 0.5174</w:t>
        <w:br/>
        <w:t>vn -0.5493 0.0964 0.8300</w:t>
        <w:br/>
        <w:t>vn -0.5816 0.0025 0.8134</w:t>
        <w:br/>
        <w:t>vn -0.5264 0.3971 0.7518</w:t>
        <w:br/>
        <w:t>vn 0.0056 0.4543 0.8908</w:t>
        <w:br/>
        <w:t>vn 0.0060 0.2624 0.9649</w:t>
        <w:br/>
        <w:t>vn 0.0029 0.0964 0.9953</w:t>
        <w:br/>
        <w:t>vn -0.5358 0.2301 0.8124</w:t>
        <w:br/>
        <w:t>vn 0.0018 -0.0141 0.9999</w:t>
        <w:br/>
        <w:t>vn -0.9080 0.0105 -0.4189</w:t>
        <w:br/>
        <w:t>vn -0.9182 0.0716 -0.3895</w:t>
        <w:br/>
        <w:t>vn -0.9868 0.0196 -0.1609</w:t>
        <w:br/>
        <w:t>vn -0.8953 -0.0191 0.4451</w:t>
        <w:br/>
        <w:t>vn -0.5962 -0.0503 0.8013</w:t>
        <w:br/>
        <w:t>vn -0.7948 0.3150 0.5187</w:t>
        <w:br/>
        <w:t>vn -0.8236 0.1738 0.5399</w:t>
        <w:br/>
        <w:t>vn -0.9697 0.0654 0.2355</w:t>
        <w:br/>
        <w:t>vn -0.9604 0.1759 0.2163</w:t>
        <w:br/>
        <w:t>vn -0.4059 -0.0569 -0.9121</w:t>
        <w:br/>
        <w:t>vn 0.0009 -0.0943 -0.9955</w:t>
        <w:br/>
        <w:t>vn 0.0012 -0.3879 -0.9217</w:t>
        <w:br/>
        <w:t>vn -0.1851 -0.3574 -0.9154</w:t>
        <w:br/>
        <w:t>vn -0.3995 -0.2098 -0.8924</w:t>
        <w:br/>
        <w:t>vn -0.7586 0.0330 -0.6507</w:t>
        <w:br/>
        <w:t>vn -0.7353 -0.0298 -0.6770</w:t>
        <w:br/>
        <w:t>vn -0.6793 -0.1317 -0.7219</w:t>
        <w:br/>
        <w:t>vn -0.9608 0.1020 -0.2576</w:t>
        <w:br/>
        <w:t>vn -0.9844 0.0481 -0.1691</w:t>
        <w:br/>
        <w:t>vn -0.9989 0.0413 -0.0224</w:t>
        <w:br/>
        <w:t>vn -0.9989 0.0290 0.0363</w:t>
        <w:br/>
        <w:t>vn -0.9900 0.0279 -0.1380</w:t>
        <w:br/>
        <w:t>vn -0.9897 0.1163 0.0835</w:t>
        <w:br/>
        <w:t>vn -0.8329 -0.1757 -0.5248</w:t>
        <w:br/>
        <w:t>vn -0.5428 -0.2298 -0.8078</w:t>
        <w:br/>
        <w:t>vn -0.6440 -0.0691 -0.7619</w:t>
        <w:br/>
        <w:t>vn -0.2881 -0.3407 -0.8950</w:t>
        <w:br/>
        <w:t>vn -0.1797 -0.3821 -0.9065</w:t>
        <w:br/>
        <w:t>vn -0.2806 -0.3165 -0.9061</w:t>
        <w:br/>
        <w:t>vn -0.0011 -0.4211 -0.9070</w:t>
        <w:br/>
        <w:t>vn -0.4229 -0.1883 -0.8864</w:t>
        <w:br/>
        <w:t>vn -0.1481 -0.3928 -0.9076</w:t>
        <w:br/>
        <w:t>vn -0.9516 -0.0111 -0.3070</w:t>
        <w:br/>
        <w:t>vn -0.9885 -0.0756 -0.1308</w:t>
        <w:br/>
        <w:t>vn -0.9913 0.0859 -0.1000</w:t>
        <w:br/>
        <w:t>vn -0.9490 0.1683 -0.2667</w:t>
        <w:br/>
        <w:t>vn -0.9875 0.0738 -0.1393</w:t>
        <w:br/>
        <w:t>vn -0.9895 -0.0915 0.1122</w:t>
        <w:br/>
        <w:t>vn -0.8957 0.0298 -0.4436</w:t>
        <w:br/>
        <w:t>vn -0.9080 0.1547 -0.3895</w:t>
        <w:br/>
        <w:t>vn -0.9193 0.2406 -0.3113</w:t>
        <w:br/>
        <w:t>vn -0.9860 -0.0982 -0.1349</w:t>
        <w:br/>
        <w:t>vn -0.9652 -0.1946 -0.1747</w:t>
        <w:br/>
        <w:t>vn -0.9705 -0.1769 -0.1637</w:t>
        <w:br/>
        <w:t>vn -0.9360 -0.1009 -0.3373</w:t>
        <w:br/>
        <w:t>vn -0.9605 -0.1272 0.2476</w:t>
        <w:br/>
        <w:t>vn -0.9961 0.0449 -0.0756</w:t>
        <w:br/>
        <w:t>vn -0.9954 0.0671 -0.0684</w:t>
        <w:br/>
        <w:t>vn -0.8778 -0.0448 -0.4769</w:t>
        <w:br/>
        <w:t>vn -0.8695 0.3188 -0.3773</w:t>
        <w:br/>
        <w:t>vn -0.8857 0.2011 -0.4185</w:t>
        <w:br/>
        <w:t>vn -0.7515 0.2776 -0.5985</w:t>
        <w:br/>
        <w:t>vn -0.7199 0.3821 -0.5794</w:t>
        <w:br/>
        <w:t>vn -0.3948 0.3579 -0.8462</w:t>
        <w:br/>
        <w:t>vn -0.6991 0.1183 -0.7052</w:t>
        <w:br/>
        <w:t>vn -0.3984 0.1912 -0.8971</w:t>
        <w:br/>
        <w:t>vn -0.8566 0.1826 -0.4826</w:t>
        <w:br/>
        <w:t>vn -0.6852 0.2447 -0.6860</w:t>
        <w:br/>
        <w:t>vn -0.6634 0.0443 -0.7469</w:t>
        <w:br/>
        <w:t>vn -0.8348 0.0010 -0.5505</w:t>
        <w:br/>
        <w:t>vn -0.8209 -0.0694 -0.5669</w:t>
        <w:br/>
        <w:t>vn -0.7138 -0.2113 0.6677</w:t>
        <w:br/>
        <w:t>vn -0.6841 -0.4339 0.5863</w:t>
        <w:br/>
        <w:t>vn -0.5396 -0.5698 0.6197</w:t>
        <w:br/>
        <w:t>vn -0.5397 -0.5698 0.6197</w:t>
        <w:br/>
        <w:t>vn -0.4468 -0.1661 0.8791</w:t>
        <w:br/>
        <w:t>vn -0.4671 -0.3583 0.8083</w:t>
        <w:br/>
        <w:t>vn -0.4371 -0.1188 0.8915</w:t>
        <w:br/>
        <w:t>vn -0.4372 -0.1188 0.8915</w:t>
        <w:br/>
        <w:t>vn -0.3434 0.1271 -0.9306</w:t>
        <w:br/>
        <w:t>vn -0.3558 -0.1156 -0.9274</w:t>
        <w:br/>
        <w:t>vn -0.0081 -0.1140 -0.9935</w:t>
        <w:br/>
        <w:t>vn -0.0051 0.2004 -0.9797</w:t>
        <w:br/>
        <w:t>vn -0.0043 0.3648 -0.9311</w:t>
        <w:br/>
        <w:t>vn -0.0114 0.2479 -0.9687</w:t>
        <w:br/>
        <w:t>vn -0.3559 0.4142 -0.8377</w:t>
        <w:br/>
        <w:t>vn 0.0005 0.4005 -0.9163</w:t>
        <w:br/>
        <w:t>vn -0.3181 0.2888 -0.9030</w:t>
        <w:br/>
        <w:t>vn 0.0000 0.2859 -0.9582</w:t>
        <w:br/>
        <w:t>vn -0.3072 0.0908 -0.9473</w:t>
        <w:br/>
        <w:t>vn -0.6773 0.0262 -0.7353</w:t>
        <w:br/>
        <w:t>vn -0.5504 -0.0457 -0.8336</w:t>
        <w:br/>
        <w:t>vn -0.7516 0.0113 -0.6595</w:t>
        <w:br/>
        <w:t>vn -0.8559 0.0599 -0.5137</w:t>
        <w:br/>
        <w:t>vn -0.6958 -0.2097 0.6869</w:t>
        <w:br/>
        <w:t>vn -0.3731 -0.0777 -0.9245</w:t>
        <w:br/>
        <w:t>vn -0.0533 -0.0498 -0.9973</w:t>
        <w:br/>
        <w:t>vn -0.3686 0.9251 0.0909</w:t>
        <w:br/>
        <w:t>vn 0.4126 0.8572 0.3081</w:t>
        <w:br/>
        <w:t>vn 0.3424 0.8619 0.3741</w:t>
        <w:br/>
        <w:t>vn 0.3425 0.8619 0.3741</w:t>
        <w:br/>
        <w:t>vn 0.4720 0.8704 0.1399</w:t>
        <w:br/>
        <w:t>vn 0.4726 0.8701 0.1401</w:t>
        <w:br/>
        <w:t>vn 0.9480 -0.2678 -0.1720</w:t>
        <w:br/>
        <w:t>vn 0.9201 -0.3073 -0.2427</w:t>
        <w:br/>
        <w:t>vn 0.9368 -0.2265 -0.2666</w:t>
        <w:br/>
        <w:t>vn 0.3115 -0.1236 -0.9422</w:t>
        <w:br/>
        <w:t>vn 0.3139 -0.1714 -0.9338</w:t>
        <w:br/>
        <w:t>vn 0.9265 -0.3308 -0.1793</w:t>
        <w:br/>
        <w:t>vn 0.9453 -0.2578 -0.1999</w:t>
        <w:br/>
        <w:t>vn 0.8389 -0.2638 -0.4761</w:t>
        <w:br/>
        <w:t>vn 0.8510 -0.1925 -0.4885</w:t>
        <w:br/>
        <w:t>vn 0.2102 0.8797 -0.4266</w:t>
        <w:br/>
        <w:t>vn 0.4175 0.8610 -0.2903</w:t>
        <w:br/>
        <w:t>vn 0.6256 -0.2107 -0.7512</w:t>
        <w:br/>
        <w:t>vn 0.6341 -0.2933 -0.7154</w:t>
        <w:br/>
        <w:t>vn 0.3374 -0.2467 -0.9085</w:t>
        <w:br/>
        <w:t>vn 0.8783 -0.4244 -0.2203</w:t>
        <w:br/>
        <w:t>vn 0.9265 -0.3309 -0.1793</w:t>
        <w:br/>
        <w:t>vn 0.8658 -0.4643 -0.1864</w:t>
        <w:br/>
        <w:t>vn 0.4935 -0.1411 -0.8582</w:t>
        <w:br/>
        <w:t>vn 0.5262 -0.1003 -0.8444</w:t>
        <w:br/>
        <w:t>vn 0.8468 -0.1055 -0.5214</w:t>
        <w:br/>
        <w:t>vn 0.8210 -0.1565 -0.5491</w:t>
        <w:br/>
        <w:t>vn 0.9638 -0.1696 -0.2056</w:t>
        <w:br/>
        <w:t>vn 0.9625 -0.1046 -0.2502</w:t>
        <w:br/>
        <w:t>vn 0.4099 -0.2289 -0.8830</w:t>
        <w:br/>
        <w:t>vn 0.9115 -0.3462 -0.2221</w:t>
        <w:br/>
        <w:t>vn 0.9619 -0.2641 -0.0712</w:t>
        <w:br/>
        <w:t>vn 0.7508 -0.2914 -0.5927</w:t>
        <w:br/>
        <w:t>vn 0.4882 0.8714 -0.0489</w:t>
        <w:br/>
        <w:t>vn 0.4821 0.8760 0.0131</w:t>
        <w:br/>
        <w:t>vn 0.8250 -0.3538 -0.4407</w:t>
        <w:br/>
        <w:t>vn 0.8897 -0.4421 -0.1137</w:t>
        <w:br/>
        <w:t>vn 0.9834 -0.1343 -0.1222</w:t>
        <w:br/>
        <w:t>vn 0.9852 -0.0968 -0.1417</w:t>
        <w:br/>
        <w:t>vn -0.0015 -0.5736 0.8191</w:t>
        <w:br/>
        <w:t>vn 0.0002 -0.3016 0.9534</w:t>
        <w:br/>
        <w:t>vn 0.6334 -0.1539 -0.7584</w:t>
        <w:br/>
        <w:t>vn 0.0004 -0.1262 0.9920</w:t>
        <w:br/>
        <w:t>vn 0.0002 -0.0369 0.9993</w:t>
        <w:br/>
        <w:t>vn -0.0035 -0.8868 0.4622</w:t>
        <w:br/>
        <w:t>vn 0.0002 -0.9986 -0.0524</w:t>
        <w:br/>
        <w:t>vn 0.0016 -0.9311 -0.3648</w:t>
        <w:br/>
        <w:t>vn 0.0018 -0.9311 -0.3648</w:t>
        <w:br/>
        <w:t>vn 0.3598 -0.5591 -0.7470</w:t>
        <w:br/>
        <w:t>vn 0.3597 -0.5591 -0.7470</w:t>
        <w:br/>
        <w:t>vn 0.4464 -0.5725 -0.6877</w:t>
        <w:br/>
        <w:t>vn 0.9682 0.0735 0.2393</w:t>
        <w:br/>
        <w:t>vn 0.9970 0.0321 0.0704</w:t>
        <w:br/>
        <w:t>vn 0.9964 0.0343 0.0780</w:t>
        <w:br/>
        <w:t>vn 0.9973 0.0705 0.0182</w:t>
        <w:br/>
        <w:t>vn 0.9846 0.1090 0.1366</w:t>
        <w:br/>
        <w:t>vn 0.9841 0.1342 -0.1160</w:t>
        <w:br/>
        <w:t>vn 0.5526 0.0945 0.8280</w:t>
        <w:br/>
        <w:t>vn 0.8749 0.0962 0.4747</w:t>
        <w:br/>
        <w:t>vn 0.8863 0.0315 0.4620</w:t>
        <w:br/>
        <w:t>vn 0.5833 0.0051 0.8122</w:t>
        <w:br/>
        <w:t>vn 0.5304 0.3975 0.7488</w:t>
        <w:br/>
        <w:t>vn 0.5376 0.2279 0.8118</w:t>
        <w:br/>
        <w:t>vn 0.9275 0.0142 -0.3736</w:t>
        <w:br/>
        <w:t>vn 0.9996 0.0016 0.0285</w:t>
        <w:br/>
        <w:t>vn 0.9390 0.0853 -0.3331</w:t>
        <w:br/>
        <w:t>vn 0.8959 -0.0176 0.4439</w:t>
        <w:br/>
        <w:t>vn 0.5955 -0.0451 0.8021</w:t>
        <w:br/>
        <w:t>vn 0.9779 0.1579 0.1371</w:t>
        <w:br/>
        <w:t>vn 0.9662 0.1474 0.2114</w:t>
        <w:br/>
        <w:t>vn 0.8013 0.3031 0.5158</w:t>
        <w:br/>
        <w:t>vn 0.8442 0.1568 0.5126</w:t>
        <w:br/>
        <w:t>vn 0.9603 0.0823 0.2667</w:t>
        <w:br/>
        <w:t>vn 0.4047 -0.0506 -0.9131</w:t>
        <w:br/>
        <w:t>vn 0.1802 -0.3719 -0.9106</w:t>
        <w:br/>
        <w:t>vn 0.0008 -0.0943 -0.9955</w:t>
        <w:br/>
        <w:t>vn 0.4010 -0.2257 -0.8878</w:t>
        <w:br/>
        <w:t>vn 0.7514 -0.0284 -0.6592</w:t>
        <w:br/>
        <w:t>vn 0.9617 0.1119 -0.2500</w:t>
        <w:br/>
        <w:t>vn 0.7162 -0.0978 -0.6910</w:t>
        <w:br/>
        <w:t>vn 0.9982 0.0362 -0.0476</w:t>
        <w:br/>
        <w:t>vn 0.9959 0.0399 -0.0817</w:t>
        <w:br/>
        <w:t>vn 0.8828 -0.0518 -0.4668</w:t>
        <w:br/>
        <w:t>vn 0.9857 0.0842 -0.1462</w:t>
        <w:br/>
        <w:t>vn 0.9912 0.0868 0.0998</w:t>
        <w:br/>
        <w:t>vn 0.7580 0.0323 -0.6514</w:t>
        <w:br/>
        <w:t>vn 0.5901 -0.2545 -0.7661</w:t>
        <w:br/>
        <w:t>vn 0.3200 -0.3569 -0.8776</w:t>
        <w:br/>
        <w:t>vn 0.3190 -0.4736 -0.8209</w:t>
        <w:br/>
        <w:t>vn 0.8183 -0.2191 -0.5314</w:t>
        <w:br/>
        <w:t>vn 0.6001 -0.1543 -0.7849</w:t>
        <w:br/>
        <w:t>vn 0.5795 -0.1549 -0.8001</w:t>
        <w:br/>
        <w:t>vn 0.3287 -0.2709 -0.9048</w:t>
        <w:br/>
        <w:t>vn 0.2825 -0.3173 -0.9053</w:t>
        <w:br/>
        <w:t>vn 0.1747 -0.3918 -0.9033</w:t>
        <w:br/>
        <w:t>vn -0.0011 -0.4210 -0.9070</w:t>
        <w:br/>
        <w:t>vn 0.1444 -0.3970 -0.9064</w:t>
        <w:br/>
        <w:t>vn 0.4656 -0.1733 -0.8678</w:t>
        <w:br/>
        <w:t>vn 0.9672 -0.0537 -0.2481</w:t>
        <w:br/>
        <w:t>vn 0.9661 0.1627 -0.2006</w:t>
        <w:br/>
        <w:t>vn 0.9955 0.0573 -0.0752</w:t>
        <w:br/>
        <w:t>vn 0.9893 -0.1055 -0.1007</w:t>
        <w:br/>
        <w:t>vn 0.9921 0.0427 -0.1183</w:t>
        <w:br/>
        <w:t>vn 0.9973 -0.0065 -0.0738</w:t>
        <w:br/>
        <w:t>vn 0.9951 -0.0915 0.0372</w:t>
        <w:br/>
        <w:t>vn 0.9948 -0.0338 0.0959</w:t>
        <w:br/>
        <w:t>vn 0.9863 -0.0768 0.1461</w:t>
        <w:br/>
        <w:t>vn 0.9893 -0.1140 -0.0912</w:t>
        <w:br/>
        <w:t>vn 0.9676 -0.2084 -0.1426</w:t>
        <w:br/>
        <w:t>vn 0.9685 -0.2088 -0.1358</w:t>
        <w:br/>
        <w:t>vn 0.9448 -0.1528 -0.2899</w:t>
        <w:br/>
        <w:t>vn 0.9519 0.0112 -0.3061</w:t>
        <w:br/>
        <w:t>vn 0.9992 0.0173 -0.0355</w:t>
        <w:br/>
        <w:t>vn 0.9995 0.0065 -0.0321</w:t>
        <w:br/>
        <w:t>vn 0.9984 -0.0086 -0.0567</w:t>
        <w:br/>
        <w:t>vn 0.9863 -0.1542 0.0592</w:t>
        <w:br/>
        <w:t>vn 0.8621 0.3274 -0.3868</w:t>
        <w:br/>
        <w:t>vn 0.7133 0.3861 -0.5849</w:t>
        <w:br/>
        <w:t>vn 0.7515 0.2681 -0.6028</w:t>
        <w:br/>
        <w:t>vn 0.8776 0.2122 -0.4299</w:t>
        <w:br/>
        <w:t>vn 0.9989 -0.0240 -0.0414</w:t>
        <w:br/>
        <w:t>vn 0.9929 -0.0799 -0.0879</w:t>
        <w:br/>
        <w:t>vn 0.6525 0.0452 -0.7565</w:t>
        <w:br/>
        <w:t>vn 0.6733 0.2460 -0.6973</w:t>
        <w:br/>
        <w:t>vn 0.6438 -0.0453 -0.7638</w:t>
        <w:br/>
        <w:t>vn 0.8117 -0.0622 -0.5807</w:t>
        <w:br/>
        <w:t>vn 0.5928 -0.2328 0.7710</w:t>
        <w:br/>
        <w:t>vn 0.7114 -0.1893 0.6769</w:t>
        <w:br/>
        <w:t>vn 0.7631 -0.3412 0.5490</w:t>
        <w:br/>
        <w:t>vn 0.6190 -0.2224 0.7533</w:t>
        <w:br/>
        <w:t>vn 0.7631 -0.3411 0.5490</w:t>
        <w:br/>
        <w:t>vn 0.7835 -0.4032 0.4728</w:t>
        <w:br/>
        <w:t>vn 0.9948 -0.0338 0.0960</w:t>
        <w:br/>
        <w:t>vn 0.9951 -0.0915 0.0371</w:t>
        <w:br/>
        <w:t>vn 0.8430 -0.1629 0.5126</w:t>
        <w:br/>
        <w:t>vn 0.3644 -0.0920 -0.9267</w:t>
        <w:br/>
        <w:t>vn 0.4229 0.1388 -0.8955</w:t>
        <w:br/>
        <w:t>vn 0.4344 0.2075 -0.8765</w:t>
        <w:br/>
        <w:t>vn 0.3981 0.3405 -0.8518</w:t>
        <w:br/>
        <w:t>vn 0.3546 0.4145 -0.8381</w:t>
        <w:br/>
        <w:t>vn 0.3144 0.2906 -0.9037</w:t>
        <w:br/>
        <w:t>vn 0.3039 0.0901 -0.9484</w:t>
        <w:br/>
        <w:t>vn 0.3016 -0.0148 -0.9533</w:t>
        <w:br/>
        <w:t>vn 0.7322 0.0721 -0.6773</w:t>
        <w:br/>
        <w:t>vn 0.7426 0.0740 -0.6656</w:t>
        <w:br/>
        <w:t>vn 0.3713 0.0215 -0.9283</w:t>
        <w:br/>
        <w:t>vn 0.7209 0.0609 -0.6903</w:t>
        <w:br/>
        <w:t>vn 0.8389 0.0650 -0.5404</w:t>
        <w:br/>
        <w:t>vn 0.7300 0.1067 -0.6751</w:t>
        <w:br/>
        <w:t>vn 0.4769 0.8759 0.0733</w:t>
        <w:br/>
        <w:t>vn 0.5693 -0.6666 -0.4812</w:t>
        <w:br/>
        <w:t>vn 0.0017 -0.0659 0.9978</w:t>
        <w:br/>
        <w:t>vn -0.9968 0.0095 0.0798</w:t>
        <w:br/>
        <w:t>vn -0.5939 -0.0873 0.7998</w:t>
        <w:br/>
        <w:t>vn -0.9183 -0.0743 0.3889</w:t>
        <w:br/>
        <w:t>vn -0.3842 0.0108 -0.9232</w:t>
        <w:br/>
        <w:t>vn -0.0271 0.0107 -0.9996</w:t>
        <w:br/>
        <w:t>vn -0.0002 -0.0912 0.9958</w:t>
        <w:br/>
        <w:t>vn -0.0002 -0.0909 0.9959</w:t>
        <w:br/>
        <w:t>vn -0.9891 -0.0941 0.1131</w:t>
        <w:br/>
        <w:t>vn -0.9394 -0.1067 -0.3259</w:t>
        <w:br/>
        <w:t>vn -0.9891 -0.0941 0.1132</w:t>
        <w:br/>
        <w:t>vn -0.6337 0.0031 -0.7736</w:t>
        <w:br/>
        <w:t>vn -0.9738 -0.0694 0.2168</w:t>
        <w:br/>
        <w:t>vn -0.6680 -0.0195 -0.7439</w:t>
        <w:br/>
        <w:t>vn 0.9003 -0.0976 0.4242</w:t>
        <w:br/>
        <w:t>vn 0.9003 -0.0976 0.4243</w:t>
        <w:br/>
        <w:t>vn 0.5785 -0.0931 0.8103</w:t>
        <w:br/>
        <w:t>vn 0.5785 -0.0931 0.8104</w:t>
        <w:br/>
        <w:t>vn 0.3973 0.0028 -0.9177</w:t>
        <w:br/>
        <w:t>vn 0.3974 0.0028 -0.9176</w:t>
        <w:br/>
        <w:t>vn 0.9945 -0.1042 0.0083</w:t>
        <w:br/>
        <w:t>vn 0.9115 -0.0838 -0.4027</w:t>
        <w:br/>
        <w:t>vn 0.7119 -0.0322 -0.7016</w:t>
        <w:br/>
        <w:t>vn -0.7120 -0.0636 -0.6993</w:t>
        <w:br/>
        <w:t>vn 0.1664 0.9832 -0.0757</w:t>
        <w:br/>
        <w:t>vn -0.1850 0.9808 0.0617</w:t>
        <w:br/>
        <w:t>vn -0.1085 0.9834 0.1452</w:t>
        <w:br/>
        <w:t>vn 0.0830 0.9887 -0.1247</w:t>
        <w:br/>
        <w:t>vn -0.1430 -0.9718 0.1876</w:t>
        <w:br/>
        <w:t>vn -0.2398 -0.9648 0.1078</w:t>
        <w:br/>
        <w:t>vn -0.2398 -0.9648 0.1079</w:t>
        <w:br/>
        <w:t>vn -0.0033 0.9840 -0.1780</w:t>
        <w:br/>
        <w:t>vn -0.0717 0.9827 -0.1708</w:t>
        <w:br/>
        <w:t>vn 0.0825 0.9719 0.2205</w:t>
        <w:br/>
        <w:t>vn -0.0037 0.9762 0.2168</w:t>
        <w:br/>
        <w:t>vn -0.0065 -0.9488 -0.3159</w:t>
        <w:br/>
        <w:t>vn -0.1178 -0.9489 -0.2928</w:t>
        <w:br/>
        <w:t>vn -0.0010 -0.9769 0.2136</w:t>
        <w:br/>
        <w:t>vn -0.0010 -0.9769 0.2135</w:t>
        <w:br/>
        <w:t>vn -0.0003 0.9849 0.1731</w:t>
        <w:br/>
        <w:t>vn -0.0073 0.9847 -0.1743</w:t>
        <w:br/>
        <w:t>vn -0.1858 -0.9773 -0.1021</w:t>
        <w:br/>
        <w:t>vn -0.1889 -0.9820 -0.0090</w:t>
        <w:br/>
        <w:t>vn -0.1804 -0.9811 -0.0699</w:t>
        <w:br/>
        <w:t>vn -0.1067 0.9942 0.0162</w:t>
        <w:br/>
        <w:t>vn 0.1373 0.9898 0.0377</w:t>
        <w:br/>
        <w:t>vn -0.1030 0.9939 -0.0392</w:t>
        <w:br/>
        <w:t>vn -0.2162 -0.9519 -0.2172</w:t>
        <w:br/>
        <w:t>vn -0.2090 -0.9479 -0.2404</w:t>
        <w:br/>
        <w:t>vn -0.1204 0.9816 -0.1480</w:t>
        <w:br/>
        <w:t>vn 0.1614 0.9675 0.1945</w:t>
        <w:br/>
        <w:t>vn 0.1394 0.9902 -0.0041</w:t>
        <w:br/>
        <w:t>vn -0.2492 -0.9679 0.0336</w:t>
        <w:br/>
        <w:t>vn -0.1215 0.9852 -0.1207</w:t>
        <w:br/>
        <w:t>vn 0.2699 0.9471 0.1737</w:t>
        <w:br/>
        <w:t>vn -0.2105 -0.9595 -0.1872</w:t>
        <w:br/>
        <w:t>vn 0.2111 -0.9725 0.0980</w:t>
        <w:br/>
        <w:t>vn 0.1293 -0.9757 0.1767</w:t>
        <w:br/>
        <w:t>vn 0.2111 -0.9726 0.0979</w:t>
        <w:br/>
        <w:t>vn 0.1556 0.9852 0.0719</w:t>
        <w:br/>
        <w:t>vn -0.2118 0.9723 -0.0992</w:t>
        <w:br/>
        <w:t>vn -0.1211 0.9787 -0.1658</w:t>
        <w:br/>
        <w:t>vn 0.0981 0.9857 0.1368</w:t>
        <w:br/>
        <w:t>vn 0.1156 -0.9551 -0.2729</w:t>
        <w:br/>
        <w:t>vn 0.1157 -0.9551 -0.2729</w:t>
        <w:br/>
        <w:t>vn -0.0852 0.9754 0.2035</w:t>
        <w:br/>
        <w:t>vn 0.0694 0.9840 -0.1641</w:t>
        <w:br/>
        <w:t>vn 0.1693 0.9856 0.0014</w:t>
        <w:br/>
        <w:t>vn 0.1524 0.9858 -0.0701</w:t>
        <w:br/>
        <w:t>vn -0.2825 0.9523 0.1154</w:t>
        <w:br/>
        <w:t>vn -0.2914 0.9566 -0.0037</w:t>
        <w:br/>
        <w:t>vn 0.2634 -0.9585 -0.1094</w:t>
        <w:br/>
        <w:t>vn 0.2576 -0.9662 0.0008</w:t>
        <w:br/>
        <w:t>vn -0.1793 0.9659 0.1869</w:t>
        <w:br/>
        <w:t>vn 0.1211 0.9842 -0.1294</w:t>
        <w:br/>
        <w:t>vn 0.2164 -0.9548 -0.2038</w:t>
        <w:br/>
        <w:t>vn -0.1669 0.9858 0.0184</w:t>
        <w:br/>
        <w:t>vn -0.0969 0.9911 -0.0909</w:t>
        <w:br/>
        <w:t>vn -0.1767 -0.9727 -0.1505</w:t>
        <w:br/>
        <w:t>vn 0.2664 0.8848 -0.3823</w:t>
        <w:br/>
        <w:t>vn 0.4836 0.8478 -0.2177</w:t>
        <w:br/>
        <w:t>vn 0.2225 0.7880 0.5741</w:t>
        <w:br/>
        <w:t>vn -0.0036 0.8141 0.5807</w:t>
        <w:br/>
        <w:t>vn -0.0135 0.8622 -0.5064</w:t>
        <w:br/>
        <w:t>vn 0.4243 0.7913 0.4402</w:t>
        <w:br/>
        <w:t>vn 0.5689 0.8224 0.0084</w:t>
        <w:br/>
        <w:t>vn 0.4859 0.8420 0.2343</w:t>
        <w:br/>
        <w:t>vn -0.5478 0.7966 -0.2556</w:t>
        <w:br/>
        <w:t>vn -0.3251 0.8330 -0.4477</w:t>
        <w:br/>
        <w:t>vn -0.0035 0.8141 0.5807</w:t>
        <w:br/>
        <w:t>vn -0.2268 0.8106 0.5399</w:t>
        <w:br/>
        <w:t>vn -0.6583 0.6999 0.2769</w:t>
        <w:br/>
        <w:t>vn -0.6939 0.7201 -0.0080</w:t>
        <w:br/>
        <w:t>vn -0.4480 0.7603 0.4703</w:t>
        <w:br/>
        <w:t>vn -0.2039 -0.9789 -0.0101</w:t>
        <w:br/>
        <w:t>vn 0.3445 -0.0982 -0.9336</w:t>
        <w:br/>
        <w:t>vn 0.0099 -0.1003 -0.9949</w:t>
        <w:br/>
        <w:t>vn 0.0227 -0.1693 -0.9853</w:t>
        <w:br/>
        <w:t>vn 0.3304 -0.1665 -0.9290</w:t>
        <w:br/>
        <w:t>vn 0.8962 -0.1872 -0.4022</w:t>
        <w:br/>
        <w:t>vn 0.9121 -0.1364 -0.3866</w:t>
        <w:br/>
        <w:t>vn 0.6795 -0.1143 -0.7247</w:t>
        <w:br/>
        <w:t>vn 0.6564 -0.1755 -0.7337</w:t>
        <w:br/>
        <w:t>vn 0.9793 -0.2020 -0.0111</w:t>
        <w:br/>
        <w:t>vn 0.9888 -0.1492 -0.0088</w:t>
        <w:br/>
        <w:t>vn 0.8950 -0.1593 0.4166</w:t>
        <w:br/>
        <w:t>vn 0.8824 -0.2055 0.4233</w:t>
        <w:br/>
        <w:t>vn 0.5729 -0.1556 0.8047</w:t>
        <w:br/>
        <w:t>vn 0.5648 -0.2049 0.7994</w:t>
        <w:br/>
        <w:t>vn 0.0354 -0.1612 0.9863</w:t>
        <w:br/>
        <w:t>vn 0.0485 -0.2282 0.9724</w:t>
        <w:br/>
        <w:t>vn -0.5472 -0.2019 0.8123</w:t>
        <w:br/>
        <w:t>vn -0.5182 -0.2600 0.8148</w:t>
        <w:br/>
        <w:t>vn -0.8690 -0.2711 0.4140</w:t>
        <w:br/>
        <w:t>vn -0.8878 -0.2215 0.4034</w:t>
        <w:br/>
        <w:t>vn -0.9687 -0.2481 -0.0058</w:t>
        <w:br/>
        <w:t>vn -0.9811 -0.1934 0.0033</w:t>
        <w:br/>
        <w:t>vn -0.9109 -0.1665 -0.3775</w:t>
        <w:br/>
        <w:t>vn -0.8931 -0.2158 -0.3948</w:t>
        <w:br/>
        <w:t>vn 0.3147 -0.2335 -0.9200</w:t>
        <w:br/>
        <w:t>vn 0.0354 -0.2372 -0.9708</w:t>
        <w:br/>
        <w:t>vn 0.8775 -0.2375 -0.4166</w:t>
        <w:br/>
        <w:t>vn 0.9670 -0.2545 -0.0133</w:t>
        <w:br/>
        <w:t>vn 0.8677 -0.2511 0.4290</w:t>
        <w:br/>
        <w:t>vn 0.5552 -0.2537 0.7921</w:t>
        <w:br/>
        <w:t>vn 0.0616 -0.2937 0.9539</w:t>
        <w:br/>
        <w:t>vn -0.4870 -0.3169 0.8139</w:t>
        <w:br/>
        <w:t>vn -0.3095 -0.1311 -0.9418</w:t>
        <w:br/>
        <w:t>vn -0.2912 -0.1882 -0.9379</w:t>
        <w:br/>
        <w:t>vn 0.6303 -0.2359 -0.7396</w:t>
        <w:br/>
        <w:t>vn -0.2719 -0.2448 -0.9306</w:t>
        <w:br/>
        <w:t>vn 0.0353 -0.2372 -0.9708</w:t>
        <w:br/>
        <w:t>vn -0.9837 0.1321 0.1223</w:t>
        <w:br/>
        <w:t>vn 0.4656 -0.1733 -0.8679</w:t>
        <w:br/>
        <w:t>vn 0.9944 0.1039 -0.0190</w:t>
        <w:br/>
        <w:t>vn -0.6434 0.1131 -0.7571</w:t>
        <w:br/>
        <w:t>vn -0.0126 0.0513 -0.9986</w:t>
        <w:br/>
        <w:t>vn -0.3838 0.0415 -0.9225</w:t>
        <w:br/>
        <w:t>vn 0.4255 0.0703 -0.9022</w:t>
        <w:br/>
        <w:t>vn -0.9531 -0.3023 -0.0150</w:t>
        <w:br/>
        <w:t>vn -0.8476 -0.3200 0.4233</w:t>
        <w:br/>
        <w:t>vn -0.8726 -0.2643 -0.4108</w:t>
        <w:br/>
        <w:t>vn -0.6399 -0.2014 -0.7416</w:t>
        <w:br/>
        <w:t>vn -0.6247 -0.2458 -0.7412</w:t>
        <w:br/>
        <w:t>vn -0.6539 -0.1567 -0.7402</w:t>
        <w:br/>
        <w:t>vn 0.2148 0.8718 -0.4401</w:t>
        <w:br/>
        <w:t>vn 0.3209 0.8682 -0.3784</w:t>
        <w:br/>
        <w:t>vn 0.3208 0.8682 -0.3784</w:t>
        <w:br/>
        <w:t>vn 0.2147 0.8719 -0.4402</w:t>
        <w:br/>
        <w:t>vn 0.4335 0.8675 -0.2438</w:t>
        <w:br/>
        <w:t>vn 0.4335 0.8675 -0.2439</w:t>
        <w:br/>
        <w:t>vn 0.4697 0.8818 -0.0430</w:t>
        <w:br/>
        <w:t>vn 0.3986 0.9040 0.1546</w:t>
        <w:br/>
        <w:t>vn 0.2163 0.9303 0.2964</w:t>
        <w:br/>
        <w:t>vn -0.0417 0.9350 0.3522</w:t>
        <w:br/>
        <w:t>vn -0.2484 0.9160 0.3152</w:t>
        <w:br/>
        <w:t>vn -0.2484 0.9160 0.3151</w:t>
        <w:br/>
        <w:t>vn -0.3999 0.8976 0.1856</w:t>
        <w:br/>
        <w:t>vn -0.4881 0.8725 -0.0230</w:t>
        <w:br/>
        <w:t>vn -0.4620 0.8624 -0.2068</w:t>
        <w:br/>
        <w:t>vn -0.4620 0.8624 -0.2069</w:t>
        <w:br/>
        <w:t>vn -0.3378 0.8756 -0.3452</w:t>
        <w:br/>
        <w:t>vn 0.0482 0.8861 -0.4609</w:t>
        <w:br/>
        <w:t>vn -0.1646 0.8849 -0.4358</w:t>
        <w:br/>
        <w:t>vn -0.1645 0.8849 -0.4358</w:t>
        <w:br/>
        <w:t>vn -0.2778 0.3992 0.8737</w:t>
        <w:br/>
        <w:t>vn -0.5849 0.3978 0.7069</w:t>
        <w:br/>
        <w:t>vn -0.5848 0.3978 0.7069</w:t>
        <w:br/>
        <w:t>vn -0.8317 0.3882 0.3971</w:t>
        <w:br/>
        <w:t>vn -0.9165 0.3998 -0.0100</w:t>
        <w:br/>
        <w:t>vn -0.8028 0.4248 -0.4185</w:t>
        <w:br/>
        <w:t>vn -0.8027 0.4248 -0.4185</w:t>
        <w:br/>
        <w:t>vn -0.5176 0.4617 -0.7204</w:t>
        <w:br/>
        <w:t>vn -0.0805 0.4952 -0.8650</w:t>
        <w:br/>
        <w:t>vn 0.4255 0.4924 -0.7593</w:t>
        <w:br/>
        <w:t>vn 0.7897 0.4488 -0.4183</w:t>
        <w:br/>
        <w:t>vn 0.7897 0.4489 -0.4183</w:t>
        <w:br/>
        <w:t>vn 0.9118 0.4104 0.0145</w:t>
        <w:br/>
        <w:t>vn 0.8173 0.3938 0.4208</w:t>
        <w:br/>
        <w:t>vn 0.8172 0.3938 0.4208</w:t>
        <w:br/>
        <w:t>vn 0.5775 0.4003 0.7116</w:t>
        <w:br/>
        <w:t>vn 0.5774 0.4003 0.7116</w:t>
        <w:br/>
        <w:t>vn -0.0361 0.3988 0.9163</w:t>
        <w:br/>
        <w:t>vn -0.0360 0.3988 0.9163</w:t>
        <w:br/>
        <w:t>vn 0.2494 0.4058 0.8793</w:t>
        <w:br/>
        <w:t>vn 0.2908 0.4819 0.8265</w:t>
        <w:br/>
        <w:t>vn -0.2340 0.4846 0.8428</w:t>
        <w:br/>
        <w:t>vn 0.5280 -0.2524 0.8109</w:t>
        <w:br/>
        <w:t>vn 0.5389 -0.2525 0.8037</w:t>
        <w:br/>
        <w:t>vn 0.9992 0.0399 -0.0069</w:t>
        <w:br/>
        <w:t>vn 0.9491 0.0302 -0.3136</w:t>
        <w:br/>
        <w:t>vn 0.0589 0.8409 -0.5379</w:t>
        <w:br/>
        <w:t>vn -0.1487 0.8121 -0.5642</w:t>
        <w:br/>
        <w:t>vn 0.0646 -0.3669 -0.9280</w:t>
        <w:br/>
        <w:t>vn 0.8806 0.4411 -0.1733</w:t>
        <w:br/>
        <w:t>vn 0.9564 -0.0607 -0.2856</w:t>
        <w:br/>
        <w:t>vn 0.8865 0.3334 -0.3210</w:t>
        <w:br/>
        <w:t>vn 0.9234 -0.0520 -0.3803</w:t>
        <w:br/>
        <w:t>vn 0.8461 -0.3792 -0.3746</w:t>
        <w:br/>
        <w:t>vn 0.7099 -0.5382 -0.4543</w:t>
        <w:br/>
        <w:t>vn 0.7278 -0.0767 -0.6815</w:t>
        <w:br/>
        <w:t>vn 0.9575 -0.0481 -0.2844</w:t>
        <w:br/>
        <w:t>vn 0.9393 -0.0402 -0.3407</w:t>
        <w:br/>
        <w:t>vn 0.8887 0.4170 0.1904</w:t>
        <w:br/>
        <w:t>vn 0.9706 0.0588 0.2334</w:t>
        <w:br/>
        <w:t>vn 0.9894 -0.0494 0.1363</w:t>
        <w:br/>
        <w:t>vn 0.9957 -0.0643 0.0660</w:t>
        <w:br/>
        <w:t>vn 0.8363 -0.5097 0.2020</w:t>
        <w:br/>
        <w:t>vn 0.8291 -0.5380 -0.1522</w:t>
        <w:br/>
        <w:t>vn 0.9236 -0.0565 -0.3791</w:t>
        <w:br/>
        <w:t>vn 0.7303 -0.0261 -0.6826</w:t>
        <w:br/>
        <w:t>vn 0.7609 0.4433 -0.4738</w:t>
        <w:br/>
        <w:t>vn 0.7955 0.4442 -0.4121</w:t>
        <w:br/>
        <w:t>vn 0.9166 -0.0557 -0.3958</w:t>
        <w:br/>
        <w:t>vn -0.9570 0.0475 0.2862</w:t>
        <w:br/>
        <w:t>vn -0.8402 0.4480 0.3055</w:t>
        <w:br/>
        <w:t>vn -0.9565 0.0606 0.2852</w:t>
        <w:br/>
        <w:t>vn -0.9232 0.0519 0.3807</w:t>
        <w:br/>
        <w:t>vn -0.9943 0.0557 0.0911</w:t>
        <w:br/>
        <w:t>vn -0.9080 0.0676 0.4134</w:t>
        <w:br/>
        <w:t>vn -0.8984 -0.2648 0.3504</w:t>
        <w:br/>
        <w:t>vn -0.9234 0.0566 0.3795</w:t>
        <w:br/>
        <w:t>vn -0.9213 0.0501 0.3857</w:t>
        <w:br/>
        <w:t>vn -0.9576 0.0480 0.2842</w:t>
        <w:br/>
        <w:t>vn -0.8812 -0.3478 0.3201</w:t>
        <w:br/>
        <w:t>vn -0.9570 0.0648 0.2827</w:t>
        <w:br/>
        <w:t>vn -0.9681 0.0392 0.2474</w:t>
        <w:br/>
        <w:t>vn -0.9650 0.0525 0.2568</w:t>
        <w:br/>
        <w:t>vn -0.7820 0.0529 0.6210</w:t>
        <w:br/>
        <w:t>vn -0.9660 0.0735 0.2477</w:t>
        <w:br/>
        <w:t>vn -0.9645 0.0593 0.2572</w:t>
        <w:br/>
        <w:t>vn -0.9089 0.0443 0.4146</w:t>
        <w:br/>
        <w:t>vn -0.9944 0.0525 0.0918</w:t>
        <w:br/>
        <w:t>vn -0.9986 0.0526 0.0086</w:t>
        <w:br/>
        <w:t>vn 0.5273 0.8282 -0.1898</w:t>
        <w:br/>
        <w:t>vn 0.5750 0.8180 -0.0145</w:t>
        <w:br/>
        <w:t>vn 0.1112 -0.3779 -0.9191</w:t>
        <w:br/>
        <w:t>vn 0.2362 -0.6734 -0.7005</w:t>
        <w:br/>
        <w:t>vn 0.1129 -0.2238 -0.9681</w:t>
        <w:br/>
        <w:t>vn 0.3255 -0.8674 -0.3763</w:t>
        <w:br/>
        <w:t>vn 0.3698 -0.8795 -0.2994</w:t>
        <w:br/>
        <w:t>vn 0.4605 0.8237 -0.3307</w:t>
        <w:br/>
        <w:t>vn -0.0527 -0.9984 0.0191</w:t>
        <w:br/>
        <w:t>vn -0.0524 -0.9984 0.0191</w:t>
        <w:br/>
        <w:t>vn -0.0527 -0.9984 0.0192</w:t>
        <w:br/>
        <w:t>vn 0.4852 -0.8742 0.0186</w:t>
        <w:br/>
        <w:t>vn 0.4352 -0.8866 -0.1566</w:t>
        <w:br/>
        <w:t>vn 0.4351 -0.8867 -0.1565</w:t>
        <w:br/>
        <w:t>vn 0.0525 0.9984 -0.0187</w:t>
        <w:br/>
        <w:t>vn 0.7009 0.5939 0.3949</w:t>
        <w:br/>
        <w:t>vn 0.7262 0.1557 0.6697</w:t>
        <w:br/>
        <w:t>vn 0.7240 -0.0250 0.6894</w:t>
        <w:br/>
        <w:t>vn -0.2836 -0.0032 -0.9589</w:t>
        <w:br/>
        <w:t>vn -0.2833 -0.0033 -0.9590</w:t>
        <w:br/>
        <w:t>vn 0.7067 -0.2192 0.6727</w:t>
        <w:br/>
        <w:t>vn 0.6303 -0.6595 0.4095</w:t>
        <w:br/>
        <w:t>vn 0.6709 -0.3808 0.6363</w:t>
        <w:br/>
        <w:t>vn 0.3699 -0.8796 -0.2993</w:t>
        <w:br/>
        <w:t>vn 0.1306 0.1613 -0.9782</w:t>
        <w:br/>
        <w:t>vn 0.3016 0.6083 -0.7342</w:t>
        <w:br/>
        <w:t>vn 0.1420 0.3047 -0.9418</w:t>
        <w:br/>
        <w:t>vn 0.1140 -0.0248 -0.9932</w:t>
        <w:br/>
        <w:t>vn 0.3915 -0.0028 0.9202</w:t>
        <w:br/>
        <w:t>vn 0.7304 -0.0261 -0.6826</w:t>
        <w:br/>
        <w:t>vn 0.1306 0.1612 -0.9782</w:t>
        <w:br/>
        <w:t>vn -0.4373 0.8850 0.1600</w:t>
        <w:br/>
        <w:t>vn -0.3944 0.8784 0.2699</w:t>
        <w:br/>
        <w:t>vn -0.8140 -0.1492 -0.5613</w:t>
        <w:br/>
        <w:t>vn -0.7422 -0.6135 -0.2699</w:t>
        <w:br/>
        <w:t>vn -0.7897 -0.3042 -0.5328</w:t>
        <w:br/>
        <w:t>vn -0.5580 -0.8243 0.0955</w:t>
        <w:br/>
        <w:t>vn -0.5707 -0.8203 0.0381</w:t>
        <w:br/>
        <w:t>vn -0.4672 0.8821 0.0608</w:t>
        <w:br/>
        <w:t>vn -0.4672 0.8820 0.0608</w:t>
        <w:br/>
        <w:t>vn -0.4865 -0.8206 0.3000</w:t>
        <w:br/>
        <w:t>vn -0.8812 -0.3479 0.3201</w:t>
        <w:br/>
        <w:t>vn -0.5293 -0.8262 0.1930</w:t>
        <w:br/>
        <w:t>vn -0.2492 0.2035 0.9468</w:t>
        <w:br/>
        <w:t>vn -0.3284 0.6558 0.6798</w:t>
        <w:br/>
        <w:t>vn -0.2596 0.0319 0.9652</w:t>
        <w:br/>
        <w:t>vn -0.3952 -0.6013 0.6944</w:t>
        <w:br/>
        <w:t>vn -0.2698 -0.1529 0.9507</w:t>
        <w:br/>
        <w:t>vn -0.6801 0.6685 -0.3010</w:t>
        <w:br/>
        <w:t>vn -0.6801 0.6684 -0.3010</w:t>
        <w:br/>
        <w:t>vn -0.7962 0.1997 -0.5712</w:t>
        <w:br/>
        <w:t>vn -0.7593 0.3407 -0.5544</w:t>
        <w:br/>
        <w:t>vn -0.8170 0.0320 -0.5758</w:t>
        <w:br/>
        <w:t>vn -0.9944 0.0526 0.0918</w:t>
        <w:br/>
        <w:t>vn 0.9995 -0.0015 0.0313</w:t>
        <w:br/>
        <w:t>vn 0.9995 -0.0025 0.0299</w:t>
        <w:br/>
        <w:t>vn 0.9995 -0.0023 0.0303</w:t>
        <w:br/>
        <w:t>vn 0.9996 -0.0007 0.0296</w:t>
        <w:br/>
        <w:t>vn 0.9996 0.0004 0.0287</w:t>
        <w:br/>
        <w:t>vn 0.9995 0.0014 0.0300</w:t>
        <w:br/>
        <w:t>vn 0.9996 0.0004 0.0291</w:t>
        <w:br/>
        <w:t>vn 0.0027 -0.9961 -0.0883</w:t>
        <w:br/>
        <w:t>vn 0.0027 -0.9961 -0.0882</w:t>
        <w:br/>
        <w:t>vn 0.0128 -0.9095 -0.4155</w:t>
        <w:br/>
        <w:t>vn -0.0027 0.9961 0.0883</w:t>
        <w:br/>
        <w:t>vn -0.0126 0.9095 0.4156</w:t>
        <w:br/>
        <w:t>vn -0.0126 0.9095 0.4155</w:t>
        <w:br/>
        <w:t>vn 0.0266 0.4955 -0.8682</w:t>
        <w:br/>
        <w:t>vn 0.0308 -0.0014 -0.9995</w:t>
        <w:br/>
        <w:t>vn 0.0263 0.4957 -0.8681</w:t>
        <w:br/>
        <w:t>vn -0.0308 0.0014 0.9995</w:t>
        <w:br/>
        <w:t>vn -0.0267 -0.4957 0.8681</w:t>
        <w:br/>
        <w:t>vn -0.0268 -0.4957 0.8681</w:t>
        <w:br/>
        <w:t>vn 0.9995 0.0019 0.0311</w:t>
        <w:br/>
        <w:t>vn 0.9995 0.0005 0.0313</w:t>
        <w:br/>
        <w:t>vn 0.9995 0.0006 0.0317</w:t>
        <w:br/>
        <w:t>vn 0.9996 -0.0004 0.0299</w:t>
        <w:br/>
        <w:t>vn -0.9995 0.0011 -0.0313</w:t>
        <w:br/>
        <w:t>vn -0.9995 0.0007 -0.0313</w:t>
        <w:br/>
        <w:t>vn -0.9995 0.0002 -0.0321</w:t>
        <w:br/>
        <w:t>vn -0.9996 0.0009 -0.0294</w:t>
        <w:br/>
        <w:t>vn -0.9996 0.0011 -0.0292</w:t>
        <w:br/>
        <w:t>vn -0.9995 0.0022 -0.0302</w:t>
        <w:br/>
        <w:t>vn -0.9995 -0.0009 -0.0320</w:t>
        <w:br/>
        <w:t>vn -0.9995 -0.0007 -0.0323</w:t>
        <w:br/>
        <w:t>vn -0.9995 -0.0023 -0.0312</w:t>
        <w:br/>
        <w:t>vn -0.0130 -0.9060 0.4230</w:t>
        <w:br/>
        <w:t>vn -0.0080 0.9668 0.2556</w:t>
        <w:br/>
        <w:t>vn 0.0079 -0.9667 -0.2556</w:t>
        <w:br/>
        <w:t>vn 0.0079 -0.9668 -0.2556</w:t>
        <w:br/>
        <w:t>vn 0.0129 0.9060 -0.4230</w:t>
        <w:br/>
        <w:t>vn 0.0130 0.9060 -0.4230</w:t>
        <w:br/>
        <w:t>vn -0.0296 -0.2557 0.9663</w:t>
        <w:br/>
        <w:t>vn -0.0297 -0.2557 0.9663</w:t>
        <w:br/>
        <w:t>vn -0.0250 0.5783 0.8154</w:t>
        <w:br/>
        <w:t>vn 0.0297 0.2557 -0.9663</w:t>
        <w:br/>
        <w:t>vn 0.0296 0.2558 -0.9663</w:t>
        <w:br/>
        <w:t>vn 0.0297 0.2558 -0.9663</w:t>
        <w:br/>
        <w:t>vn 0.0251 -0.5783 -0.8154</w:t>
        <w:br/>
        <w:t>vn 0.0250 -0.5783 -0.8154</w:t>
        <w:br/>
        <w:t>vn 0.9996 0.0015 0.0297</w:t>
        <w:br/>
        <w:t>vn 0.9995 0.0026 0.0313</w:t>
        <w:br/>
        <w:t>vn 0.9995 -0.0004 0.0323</w:t>
        <w:br/>
        <w:t>vn -0.9995 -0.0016 -0.0310</w:t>
        <w:br/>
        <w:t>vn -0.9995 -0.0006 -0.0301</w:t>
        <w:br/>
        <w:t>vn -0.9995 -0.0010 -0.0301</w:t>
        <w:br/>
        <w:t>vn -0.9995 0.0017 -0.0303</w:t>
        <w:br/>
        <w:t>vn -0.9996 -0.0006 -0.0288</w:t>
        <w:br/>
        <w:t>vn -0.9995 0.0007 -0.0326</w:t>
        <w:br/>
        <w:t>vn -0.9996 -0.0002 -0.0294</w:t>
        <w:br/>
        <w:t>vn 0.9995 -0.0003 0.0326</w:t>
        <w:br/>
        <w:t>vn 0.9995 -0.0018 0.0312</w:t>
        <w:br/>
        <w:t>vn -0.8806 0.4411 -0.1733</w:t>
        <w:br/>
        <w:t>vn -0.8865 0.3334 -0.3209</w:t>
        <w:br/>
        <w:t>vn -0.9565 -0.0606 -0.2855</w:t>
        <w:br/>
        <w:t>vn -0.9234 -0.0520 -0.3803</w:t>
        <w:br/>
        <w:t>vn -0.7278 -0.0767 -0.6815</w:t>
        <w:br/>
        <w:t>vn -0.7099 -0.5382 -0.4543</w:t>
        <w:br/>
        <w:t>vn -0.8461 -0.3792 -0.3746</w:t>
        <w:br/>
        <w:t>vn -0.9575 -0.0481 -0.2844</w:t>
        <w:br/>
        <w:t>vn -0.9393 -0.0402 -0.3407</w:t>
        <w:br/>
        <w:t>vn -0.8887 0.4170 0.1904</w:t>
        <w:br/>
        <w:t>vn -0.9706 0.0588 0.2334</w:t>
        <w:br/>
        <w:t>vn -0.9957 -0.0643 0.0659</w:t>
        <w:br/>
        <w:t>vn -0.9894 -0.0494 0.1363</w:t>
        <w:br/>
        <w:t>vn -0.8363 -0.5097 0.2020</w:t>
        <w:br/>
        <w:t>vn -0.8291 -0.5380 -0.1522</w:t>
        <w:br/>
        <w:t>vn -0.9236 -0.0565 -0.3791</w:t>
        <w:br/>
        <w:t>vn -0.7955 0.4442 -0.4122</w:t>
        <w:br/>
        <w:t>vn -0.7609 0.4433 -0.4738</w:t>
        <w:br/>
        <w:t>vn -0.7303 -0.0261 -0.6826</w:t>
        <w:br/>
        <w:t>vn -0.9166 -0.0557 -0.3958</w:t>
        <w:br/>
        <w:t>vn 0.9570 0.0475 0.2862</w:t>
        <w:br/>
        <w:t>vn 0.9565 0.0606 0.2852</w:t>
        <w:br/>
        <w:t>vn 0.8402 0.4480 0.3055</w:t>
        <w:br/>
        <w:t>vn 0.9232 0.0519 0.3807</w:t>
        <w:br/>
        <w:t>vn 0.8984 -0.2648 0.3504</w:t>
        <w:br/>
        <w:t>vn 0.9080 0.0676 0.4134</w:t>
        <w:br/>
        <w:t>vn 0.9943 0.0557 0.0911</w:t>
        <w:br/>
        <w:t>vn 0.9234 0.0566 0.3795</w:t>
        <w:br/>
        <w:t>vn 0.9213 0.0501 0.3857</w:t>
        <w:br/>
        <w:t>vn 0.9576 0.0480 0.2842</w:t>
        <w:br/>
        <w:t>vn 0.9570 0.0648 0.2827</w:t>
        <w:br/>
        <w:t>vn 0.8812 -0.3478 0.3201</w:t>
        <w:br/>
        <w:t>vn 0.9681 0.0392 0.2474</w:t>
        <w:br/>
        <w:t>vn 0.9650 0.0525 0.2568</w:t>
        <w:br/>
        <w:t>vn 0.7820 0.0529 0.6210</w:t>
        <w:br/>
        <w:t>vn 0.9645 0.0593 0.2572</w:t>
        <w:br/>
        <w:t>vn 0.9661 0.0734 0.2476</w:t>
        <w:br/>
        <w:t>vn 0.9089 0.0443 0.4146</w:t>
        <w:br/>
        <w:t>vn 0.9944 0.0525 0.0918</w:t>
        <w:br/>
        <w:t>vn 0.9986 0.0526 0.0086</w:t>
        <w:br/>
        <w:t>vn -0.5273 0.8282 -0.1898</w:t>
        <w:br/>
        <w:t>vn -0.5750 0.8180 -0.0145</w:t>
        <w:br/>
        <w:t>vn -0.1129 -0.2238 -0.9681</w:t>
        <w:br/>
        <w:t>vn -0.2362 -0.6734 -0.7005</w:t>
        <w:br/>
        <w:t>vn -0.1112 -0.3779 -0.9191</w:t>
        <w:br/>
        <w:t>vn -0.3698 -0.8795 -0.2993</w:t>
        <w:br/>
        <w:t>vn -0.3255 -0.8674 -0.3763</w:t>
        <w:br/>
        <w:t>vn -0.4605 0.8237 -0.3307</w:t>
        <w:br/>
        <w:t>vn 0.0527 -0.9984 0.0191</w:t>
        <w:br/>
        <w:t>vn 0.0527 -0.9984 0.0192</w:t>
        <w:br/>
        <w:t>vn 0.0524 -0.9984 0.0191</w:t>
        <w:br/>
        <w:t>vn -0.4351 -0.8867 -0.1566</w:t>
        <w:br/>
        <w:t>vn -0.4852 -0.8742 0.0186</w:t>
        <w:br/>
        <w:t>vn -0.4351 -0.8867 -0.1565</w:t>
        <w:br/>
        <w:t>vn -0.0525 0.9984 -0.0187</w:t>
        <w:br/>
        <w:t>vn -0.7262 0.1558 0.6696</w:t>
        <w:br/>
        <w:t>vn -0.7009 0.5939 0.3949</w:t>
        <w:br/>
        <w:t>vn -0.7240 -0.0250 0.6894</w:t>
        <w:br/>
        <w:t>vn 0.2836 -0.0032 -0.9589</w:t>
        <w:br/>
        <w:t>vn 0.2837 -0.0032 -0.9589</w:t>
        <w:br/>
        <w:t>vn -0.6303 -0.6595 0.4095</w:t>
        <w:br/>
        <w:t>vn -0.7067 -0.2192 0.6727</w:t>
        <w:br/>
        <w:t>vn -0.6709 -0.3808 0.6363</w:t>
        <w:br/>
        <w:t>vn -0.3698 -0.8795 -0.2994</w:t>
        <w:br/>
        <w:t>vn -0.1306 0.1613 -0.9782</w:t>
        <w:br/>
        <w:t>vn -0.1420 0.3047 -0.9418</w:t>
        <w:br/>
        <w:t>vn -0.3016 0.6083 -0.7342</w:t>
        <w:br/>
        <w:t>vn -0.7278 -0.0767 -0.6814</w:t>
        <w:br/>
        <w:t>vn -0.1140 -0.0248 -0.9932</w:t>
        <w:br/>
        <w:t>vn -0.3915 -0.0028 0.9202</w:t>
        <w:br/>
        <w:t>vn -0.1306 0.1612 -0.9782</w:t>
        <w:br/>
        <w:t>vn 0.4373 0.8850 0.1600</w:t>
        <w:br/>
        <w:t>vn 0.3944 0.8784 0.2699</w:t>
        <w:br/>
        <w:t>vn 0.7422 -0.6135 -0.2699</w:t>
        <w:br/>
        <w:t>vn 0.8140 -0.1492 -0.5613</w:t>
        <w:br/>
        <w:t>vn 0.7897 -0.3042 -0.5328</w:t>
        <w:br/>
        <w:t>vn 0.5580 -0.8243 0.0955</w:t>
        <w:br/>
        <w:t>vn 0.5707 -0.8203 0.0381</w:t>
        <w:br/>
        <w:t>vn 0.4672 0.8820 0.0608</w:t>
        <w:br/>
        <w:t>vn 0.5293 -0.8262 0.1930</w:t>
        <w:br/>
        <w:t>vn 0.8812 -0.3479 0.3201</w:t>
        <w:br/>
        <w:t>vn 0.4865 -0.8206 0.3000</w:t>
        <w:br/>
        <w:t>vn 0.3284 0.6558 0.6798</w:t>
        <w:br/>
        <w:t>vn 0.2492 0.2035 0.9468</w:t>
        <w:br/>
        <w:t>vn 0.2596 0.0319 0.9652</w:t>
        <w:br/>
        <w:t>vn 0.3952 -0.6013 0.6944</w:t>
        <w:br/>
        <w:t>vn 0.2698 -0.1529 0.9507</w:t>
        <w:br/>
        <w:t>vn 0.6801 0.6685 -0.3010</w:t>
        <w:br/>
        <w:t>vn 0.7593 0.3407 -0.5544</w:t>
        <w:br/>
        <w:t>vn 0.7962 0.1997 -0.5712</w:t>
        <w:br/>
        <w:t>vn 0.8170 0.0320 -0.5758</w:t>
        <w:br/>
        <w:t>vn 0.9944 0.0526 0.0918</w:t>
        <w:br/>
        <w:t>vn -0.9995 -0.0023 0.0303</w:t>
        <w:br/>
        <w:t>vn -0.9995 -0.0025 0.0299</w:t>
        <w:br/>
        <w:t>vn -0.9995 -0.0015 0.0313</w:t>
        <w:br/>
        <w:t>vn -0.9996 -0.0007 0.0296</w:t>
        <w:br/>
        <w:t>vn -0.9996 0.0004 0.0287</w:t>
        <w:br/>
        <w:t>vn -0.9996 0.0005 0.0294</w:t>
        <w:br/>
        <w:t>vn -0.9995 0.0014 0.0300</w:t>
        <w:br/>
        <w:t>vn -0.0027 -0.9961 -0.0883</w:t>
        <w:br/>
        <w:t>vn -0.0128 -0.9095 -0.4155</w:t>
        <w:br/>
        <w:t>vn -0.0027 -0.9961 -0.0882</w:t>
        <w:br/>
        <w:t>vn 0.0027 0.9961 0.0883</w:t>
        <w:br/>
        <w:t>vn 0.0126 0.9095 0.4155</w:t>
        <w:br/>
        <w:t>vn 0.0126 0.9095 0.4156</w:t>
        <w:br/>
        <w:t>vn -0.0308 -0.0014 -0.9995</w:t>
        <w:br/>
        <w:t>vn -0.0305 -0.0012 -0.9995</w:t>
        <w:br/>
        <w:t>vn -0.0263 0.4957 -0.8681</w:t>
        <w:br/>
        <w:t>vn 0.0308 0.0014 0.9995</w:t>
        <w:br/>
        <w:t>vn 0.0268 -0.4957 0.8681</w:t>
        <w:br/>
        <w:t>vn 0.0267 -0.4957 0.8681</w:t>
        <w:br/>
        <w:t>vn -0.9995 0.0019 0.0311</w:t>
        <w:br/>
        <w:t>vn -0.9995 0.0006 0.0317</w:t>
        <w:br/>
        <w:t>vn -0.9995 0.0005 0.0313</w:t>
        <w:br/>
        <w:t>vn -0.9996 -0.0004 0.0299</w:t>
        <w:br/>
        <w:t>vn 0.9995 0.0011 -0.0313</w:t>
        <w:br/>
        <w:t>vn 0.9995 0.0002 -0.0321</w:t>
        <w:br/>
        <w:t>vn 0.9995 0.0007 -0.0313</w:t>
        <w:br/>
        <w:t>vn 0.9996 0.0009 -0.0294</w:t>
        <w:br/>
        <w:t>vn 0.9995 0.0022 -0.0302</w:t>
        <w:br/>
        <w:t>vn 0.9996 0.0011 -0.0292</w:t>
        <w:br/>
        <w:t>vn 0.9995 -0.0009 -0.0320</w:t>
        <w:br/>
        <w:t>vn 0.9995 -0.0023 -0.0312</w:t>
        <w:br/>
        <w:t>vn 0.9995 -0.0007 -0.0323</w:t>
        <w:br/>
        <w:t>vn 0.0130 -0.9060 0.4230</w:t>
        <w:br/>
        <w:t>vn 0.0080 0.9668 0.2556</w:t>
        <w:br/>
        <w:t>vn -0.0079 -0.9668 -0.2556</w:t>
        <w:br/>
        <w:t>vn -0.0079 -0.9667 -0.2556</w:t>
        <w:br/>
        <w:t>vn -0.0130 0.9060 -0.4230</w:t>
        <w:br/>
        <w:t>vn -0.0129 0.9060 -0.4230</w:t>
        <w:br/>
        <w:t>vn 0.0297 -0.2557 0.9663</w:t>
        <w:br/>
        <w:t>vn 0.0296 -0.2557 0.9663</w:t>
        <w:br/>
        <w:t>vn 0.0250 0.5783 0.8154</w:t>
        <w:br/>
        <w:t>vn -0.0297 0.2557 -0.9663</w:t>
        <w:br/>
        <w:t>vn -0.0250 -0.5783 -0.8154</w:t>
        <w:br/>
        <w:t>vn -0.9995 0.0026 0.0313</w:t>
        <w:br/>
        <w:t>vn -0.9996 0.0015 0.0297</w:t>
        <w:br/>
        <w:t>vn -0.9995 -0.0004 0.0323</w:t>
        <w:br/>
        <w:t>vn 0.9995 -0.0016 -0.0310</w:t>
        <w:br/>
        <w:t>vn 0.9995 -0.0010 -0.0301</w:t>
        <w:br/>
        <w:t>vn 0.9995 -0.0006 -0.0301</w:t>
        <w:br/>
        <w:t>vn 0.9995 0.0017 -0.0303</w:t>
        <w:br/>
        <w:t>vn 0.9996 -0.0006 -0.0288</w:t>
        <w:br/>
        <w:t>vn 0.9995 0.0007 -0.0326</w:t>
        <w:br/>
        <w:t>vn 0.9996 -0.0002 -0.0294</w:t>
        <w:br/>
        <w:t>vn -0.9995 -0.0003 0.0326</w:t>
        <w:br/>
        <w:t>vn -0.9995 -0.0018 0.0312</w:t>
        <w:br/>
        <w:t>vn -0.5282 0.6624 -0.5313</w:t>
        <w:br/>
        <w:t>vn -0.7255 0.4459 -0.5242</w:t>
        <w:br/>
        <w:t>vn -0.7514 0.5062 -0.4232</w:t>
        <w:br/>
        <w:t>vn -0.8643 -0.0215 -0.5024</w:t>
        <w:br/>
        <w:t>vn -0.9156 -0.3894 0.1004</w:t>
        <w:br/>
        <w:t>vn -0.9881 -0.1414 0.0602</w:t>
        <w:br/>
        <w:t>vn -0.9128 -0.3632 0.1868</w:t>
        <w:br/>
        <w:t>vn -0.7900 -0.5873 0.1760</w:t>
        <w:br/>
        <w:t>vn -0.7463 -0.5596 0.3606</w:t>
        <w:br/>
        <w:t>vn -0.7462 -0.5596 0.3606</w:t>
        <w:br/>
        <w:t>vn -0.7900 -0.5873 0.1759</w:t>
        <w:br/>
        <w:t>vn -0.7525 0.3857 -0.5338</w:t>
        <w:br/>
        <w:t>vn -0.7854 0.2306 -0.5745</w:t>
        <w:br/>
        <w:t>vn -0.7275 0.2197 -0.6499</w:t>
        <w:br/>
        <w:t>vn -0.6783 -0.6675 0.3071</w:t>
        <w:br/>
        <w:t>vn -0.5838 -0.7925 0.1763</w:t>
        <w:br/>
        <w:t>vn -0.6438 -0.6769 0.3568</w:t>
        <w:br/>
        <w:t>vn -0.6439 -0.6769 0.3568</w:t>
        <w:br/>
        <w:t>vn -0.4652 -0.8562 -0.2245</w:t>
        <w:br/>
        <w:t>vn -0.5555 -0.8276 -0.0812</w:t>
        <w:br/>
        <w:t>vn -0.5287 -0.7868 -0.3184</w:t>
        <w:br/>
        <w:t>vn -0.5838 -0.7926 0.1763</w:t>
        <w:br/>
        <w:t>vn -0.2750 -0.7939 -0.5423</w:t>
        <w:br/>
        <w:t>vn -0.4541 -0.8546 -0.2519</w:t>
        <w:br/>
        <w:t>vn -0.3755 -0.8049 -0.4594</w:t>
        <w:br/>
        <w:t>vn -0.7311 0.5228 -0.4384</w:t>
        <w:br/>
        <w:t>vn -0.7195 0.5375 -0.4397</w:t>
        <w:br/>
        <w:t>vn -0.8945 0.1279 -0.4283</w:t>
        <w:br/>
        <w:t>vn -0.2265 -0.9221 0.3137</w:t>
        <w:br/>
        <w:t>vn -0.1786 -0.9387 0.2949</w:t>
        <w:br/>
        <w:t>vn -0.7707 -0.6365 -0.0286</w:t>
        <w:br/>
        <w:t>vn -0.8335 -0.5368 -0.1307</w:t>
        <w:br/>
        <w:t>vn -0.7302 -0.6762 -0.0977</w:t>
        <w:br/>
        <w:t>vn -0.6493 -0.7123 0.2664</w:t>
        <w:br/>
        <w:t>vn -0.6243 -0.7139 0.3172</w:t>
        <w:br/>
        <w:t>vn -0.4245 -0.8183 0.3876</w:t>
        <w:br/>
        <w:t>vn -0.5884 -0.7866 0.1872</w:t>
        <w:br/>
        <w:t>vn -0.1976 -0.9068 0.3724</w:t>
        <w:br/>
        <w:t>vn 0.7807 -0.6242 0.0287</w:t>
        <w:br/>
        <w:t>vn 0.6541 -0.7553 0.0413</w:t>
        <w:br/>
        <w:t>vn 0.7127 -0.6918 0.1156</w:t>
        <w:br/>
        <w:t>vn 0.7968 -0.5831 0.1584</w:t>
        <w:br/>
        <w:t>vn 0.6833 -0.6727 0.2838</w:t>
        <w:br/>
        <w:t>vn 0.6844 -0.7066 0.1796</w:t>
        <w:br/>
        <w:t>vn 0.7469 -0.6448 0.1627</w:t>
        <w:br/>
        <w:t>vn -0.7099 -0.6272 0.3205</w:t>
        <w:br/>
        <w:t>vn -0.7576 -0.5742 0.3102</w:t>
        <w:br/>
        <w:t>vn -0.8875 -0.4259 0.1760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-0.8018 0.5789 -0.1480</w:t>
        <w:br/>
        <w:t>vn -0.7869 0.6082 -0.1044</w:t>
        <w:br/>
        <w:t>vn -0.9849 -0.1666 0.0466</w:t>
        <w:br/>
        <w:t>vn -0.9677 -0.2434 0.0658</w:t>
        <w:br/>
        <w:t>vn -0.9835 -0.0901 -0.1568</w:t>
        <w:br/>
        <w:t>vn 0.8135 0.3721 -0.4469</w:t>
        <w:br/>
        <w:t>vn 0.8353 0.3715 -0.4053</w:t>
        <w:br/>
        <w:t>vn 0.8257 0.3785 -0.4183</w:t>
        <w:br/>
        <w:t>vn -0.9435 -0.3191 0.0897</w:t>
        <w:br/>
        <w:t>vn -0.8586 -0.3713 0.3534</w:t>
        <w:br/>
        <w:t>vn -0.8690 -0.3229 0.3749</w:t>
        <w:br/>
        <w:t>vn -0.4350 0.8435 -0.3152</w:t>
        <w:br/>
        <w:t>vn -0.6194 0.6347 -0.4621</w:t>
        <w:br/>
        <w:t>vn -0.4258 0.8333 -0.3527</w:t>
        <w:br/>
        <w:t>vn -0.4436 0.8524 -0.2769</w:t>
        <w:br/>
        <w:t>vn -0.6680 0.5766 -0.4703</w:t>
        <w:br/>
        <w:t>vn -0.7760 0.3642 -0.5150</w:t>
        <w:br/>
        <w:t>vn -0.7428 0.3840 -0.5484</w:t>
        <w:br/>
        <w:t>vn -0.6434 0.4398 -0.6266</w:t>
        <w:br/>
        <w:t>vn -0.4220 0.8248 -0.3763</w:t>
        <w:br/>
        <w:t>vn 0.2941 0.7209 -0.6275</w:t>
        <w:br/>
        <w:t>vn -0.2966 0.9239 -0.2418</w:t>
        <w:br/>
        <w:t>vn 0.5977 0.3963 -0.6969</w:t>
        <w:br/>
        <w:t>vn 0.6189 0.4487 -0.6447</w:t>
        <w:br/>
        <w:t>vn 0.4351 0.5346 -0.7245</w:t>
        <w:br/>
        <w:t>vn 0.5057 0.5261 -0.6838</w:t>
        <w:br/>
        <w:t>vn 0.4326 0.5893 -0.6824</w:t>
        <w:br/>
        <w:t>vn -0.9778 -0.1661 -0.1275</w:t>
        <w:br/>
        <w:t>vn -0.9370 0.1822 -0.2981</w:t>
        <w:br/>
        <w:t>vn -0.9434 -0.3192 0.0897</w:t>
        <w:br/>
        <w:t>vn -0.9631 -0.2502 -0.0995</w:t>
        <w:br/>
        <w:t>vn -0.1506 0.9785 -0.1412</w:t>
        <w:br/>
        <w:t>vn -0.1877 0.9701 -0.1541</w:t>
        <w:br/>
        <w:t>vn -0.1492 0.9787 -0.1411</w:t>
        <w:br/>
        <w:t>vn -0.2070 0.9651 -0.1605</w:t>
        <w:br/>
        <w:t>vn -0.9730 0.1236 0.1950</w:t>
        <w:br/>
        <w:t>vn -0.9290 0.3700 -0.0085</w:t>
        <w:br/>
        <w:t>vn -0.9995 -0.0022 0.0322</w:t>
        <w:br/>
        <w:t>vn -0.9995 -0.0022 0.0321</w:t>
        <w:br/>
        <w:t>vn -0.2794 0.9381 -0.2047</w:t>
        <w:br/>
        <w:t>vn -0.2975 0.9266 -0.2299</w:t>
        <w:br/>
        <w:t>vn -0.3705 0.8862 -0.2781</w:t>
        <w:br/>
        <w:t>vn -0.6419 0.6347 -0.4303</w:t>
        <w:br/>
        <w:t>vn -0.8669 0.4610 -0.1895</w:t>
        <w:br/>
        <w:t>vn -0.6809 0.7230 -0.1165</w:t>
        <w:br/>
        <w:t>vn -0.4545 0.8656 -0.2102</w:t>
        <w:br/>
        <w:t>vn -0.3814 0.8927 -0.2401</w:t>
        <w:br/>
        <w:t>vn -0.9871 -0.0986 0.1261</w:t>
        <w:br/>
        <w:t>vn -0.8984 -0.3915 0.1989</w:t>
        <w:br/>
        <w:t>vn -0.9279 0.0642 0.3673</w:t>
        <w:br/>
        <w:t>vn -0.8175 -0.0648 0.5723</w:t>
        <w:br/>
        <w:t>vn -0.5343 0.7386 -0.4110</w:t>
        <w:br/>
        <w:t>vn -0.3705 0.8862 -0.2780</w:t>
        <w:br/>
        <w:t>vn -0.9380 0.2220 0.2663</w:t>
        <w:br/>
        <w:t>vn 0.0521 -0.5020 0.8633</w:t>
        <w:br/>
        <w:t>vn -0.0326 -0.4702 0.8819</w:t>
        <w:br/>
        <w:t>vn 0.9374 -0.3434 -0.0584</w:t>
        <w:br/>
        <w:t>vn 0.9593 -0.1552 -0.2361</w:t>
        <w:br/>
        <w:t>vn 0.9722 -0.1121 -0.2057</w:t>
        <w:br/>
        <w:t>vn 0.0806 -0.7444 0.6629</w:t>
        <w:br/>
        <w:t>vn 0.0696 -0.9060 0.4175</w:t>
        <w:br/>
        <w:t>vn 0.1013 -0.9248 0.3667</w:t>
        <w:br/>
        <w:t>vn 0.1759 -0.9203 0.3495</w:t>
        <w:br/>
        <w:t>vn 0.0825 -0.9779 0.1923</w:t>
        <w:br/>
        <w:t>vn 0.0907 -0.9788 0.1836</w:t>
        <w:br/>
        <w:t>vn 0.0663 -0.9612 0.2677</w:t>
        <w:br/>
        <w:t>vn 0.0630 -0.9643 0.2573</w:t>
        <w:br/>
        <w:t>vn -0.7458 -0.4945 0.4463</w:t>
        <w:br/>
        <w:t>vn -0.9849 -0.1666 0.0467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0.9536 -0.2419 0.1795</w:t>
        <w:br/>
        <w:t>vn 0.9943 0.0850 -0.0638</w:t>
        <w:br/>
        <w:t>vn 0.8057 -0.3541 0.4749</w:t>
        <w:br/>
        <w:t>vn 0.7512 -0.4665 0.4670</w:t>
        <w:br/>
        <w:t>vn 0.5400 -0.8416 -0.0053</w:t>
        <w:br/>
        <w:t>vn -0.5532 0.3050 -0.7752</w:t>
        <w:br/>
        <w:t>vn -0.4574 0.3424 -0.8207</w:t>
        <w:br/>
        <w:t>vn -0.3812 0.3227 -0.8663</w:t>
        <w:br/>
        <w:t>vn 0.8154 0.3869 -0.4307</w:t>
        <w:br/>
        <w:t>vn 0.8155 0.3866 -0.4308</w:t>
        <w:br/>
        <w:t>vn -0.7170 0.3071 -0.6258</w:t>
        <w:br/>
        <w:t>vn -0.7170 0.3070 -0.6258</w:t>
        <w:br/>
        <w:t>vn -0.8427 -0.4863 -0.2311</w:t>
        <w:br/>
        <w:t>vn -0.7302 -0.6762 -0.0978</w:t>
        <w:br/>
        <w:t>vn -0.8028 -0.4342 -0.4087</w:t>
        <w:br/>
        <w:t>vn -0.8928 -0.4456 -0.0662</w:t>
        <w:br/>
        <w:t>vn -0.6773 0.5696 -0.4656</w:t>
        <w:br/>
        <w:t>vn -0.6946 0.5791 -0.4268</w:t>
        <w:br/>
        <w:t>vn -0.9745 -0.0606 -0.2158</w:t>
        <w:br/>
        <w:t>vn -0.9129 -0.4077 -0.0204</w:t>
        <w:br/>
        <w:t>vn -0.7375 0.5187 -0.4326</w:t>
        <w:br/>
        <w:t>vn -0.3184 0.5272 -0.7878</w:t>
        <w:br/>
        <w:t>vn -0.0119 0.3998 -0.9165</w:t>
        <w:br/>
        <w:t>vn -0.0166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-0.1742 0.9774 -0.1199</w:t>
        <w:br/>
        <w:t>vn -0.4730 0.5848 -0.6590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0.5178 -0.0189</w:t>
        <w:br/>
        <w:t>vn -0.5524 0.6109 -0.5671</w:t>
        <w:br/>
        <w:t>vn -0.5934 0.6382 -0.4906</w:t>
        <w:br/>
        <w:t>vn 0.7968 0.5936 -0.1125</w:t>
        <w:br/>
        <w:t>vn 0.8072 0.5891 0.0369</w:t>
        <w:br/>
        <w:t>vn 0.6022 0.7891 -0.1211</w:t>
        <w:br/>
        <w:t>vn 0.8979 0.4400 0.0099</w:t>
        <w:br/>
        <w:t>vn -0.0907 -0.9140 -0.3954</w:t>
        <w:br/>
        <w:t>vn -0.2426 -0.7266 -0.6428</w:t>
        <w:br/>
        <w:t>vn -0.0884 0.9355 -0.3420</w:t>
        <w:br/>
        <w:t>vn -0.0885 0.9355 -0.3420</w:t>
        <w:br/>
        <w:t>vn -0.1040 0.9353 -0.3384</w:t>
        <w:br/>
        <w:t>vn 0.1225 0.4183 -0.9000</w:t>
        <w:br/>
        <w:t>vn -0.0163 0.1734 -0.9847</w:t>
        <w:br/>
        <w:t>vn 0.1249 0.2518 -0.9597</w:t>
        <w:br/>
        <w:t>vn 0.0096 0.9871 0.1599</w:t>
        <w:br/>
        <w:t>vn 0.0221 0.9836 0.1790</w:t>
        <w:br/>
        <w:t>vn 0.0222 0.9836 0.1789</w:t>
        <w:br/>
        <w:t>vn -0.1152 0.2733 -0.9550</w:t>
        <w:br/>
        <w:t>vn -0.1151 0.2732 -0.9550</w:t>
        <w:br/>
        <w:t>vn -0.0177 0.3078 -0.9513</w:t>
        <w:br/>
        <w:t>vn 0.1496 0.0271 -0.9884</w:t>
        <w:br/>
        <w:t>vn 0.4569 0.7254 0.5147</w:t>
        <w:br/>
        <w:t>vn 0.0048 0.8189 0.5740</w:t>
        <w:br/>
        <w:t>vn 0.2566 -0.8818 -0.3956</w:t>
        <w:br/>
        <w:t>vn 0.2565 -0.8818 -0.3957</w:t>
        <w:br/>
        <w:t>vn -0.0491 0.9352 -0.3508</w:t>
        <w:br/>
        <w:t>vn -0.0186 -0.3895 -0.9208</w:t>
        <w:br/>
        <w:t>vn -0.0504 -0.4700 -0.8812</w:t>
        <w:br/>
        <w:t>vn -0.0591 -0.5708 -0.8190</w:t>
        <w:br/>
        <w:t>vn -0.0692 -0.5937 -0.8017</w:t>
        <w:br/>
        <w:t>vn -0.0700 -0.5567 -0.8277</w:t>
        <w:br/>
        <w:t>vn 0.0584 -0.9331 0.3549</w:t>
        <w:br/>
        <w:t>vn 0.1997 -0.9211 0.3342</w:t>
        <w:br/>
        <w:t>vn 0.1600 -0.9490 0.2717</w:t>
        <w:br/>
        <w:t>vn 0.0742 -0.9462 0.3150</w:t>
        <w:br/>
        <w:t>vn 0.1193 -0.9709 0.2077</w:t>
        <w:br/>
        <w:t>vn -0.0459 -0.9169 0.3966</w:t>
        <w:br/>
        <w:t>vn -0.1262 -0.9847 0.1205</w:t>
        <w:br/>
        <w:t>vn -0.1615 -0.7698 -0.6175</w:t>
        <w:br/>
        <w:t>vn -0.0650 -0.6614 -0.7472</w:t>
        <w:br/>
        <w:t>vn -0.1748 -0.9831 0.0544</w:t>
        <w:br/>
        <w:t>vn 0.0024 -0.8968 0.4425</w:t>
        <w:br/>
        <w:t>vn -0.2076 -0.9669 0.1482</w:t>
        <w:br/>
        <w:t>vn 0.8017 0.5973 -0.0234</w:t>
        <w:br/>
        <w:t>vn -0.6825 -0.7300 0.0374</w:t>
        <w:br/>
        <w:t>vn -0.5628 -0.8019 0.2003</w:t>
        <w:br/>
        <w:t>vn -0.3991 -0.8782 0.2637</w:t>
        <w:br/>
        <w:t>vn -0.4130 -0.8174 -0.4016</w:t>
        <w:br/>
        <w:t>vn -0.4030 -0.8724 -0.2765</w:t>
        <w:br/>
        <w:t>vn -0.5074 -0.6773 -0.5327</w:t>
        <w:br/>
        <w:t>vn -0.2785 -0.9426 0.1845</w:t>
        <w:br/>
        <w:t>vn -0.2822 -0.9262 0.2500</w:t>
        <w:br/>
        <w:t>vn -0.3290 -0.8640 0.3812</w:t>
        <w:br/>
        <w:t>vn -0.2245 -0.8692 0.4406</w:t>
        <w:br/>
        <w:t>vn -0.4097 -0.9020 0.1365</w:t>
        <w:br/>
        <w:t>vn -0.2458 -0.8417 0.4807</w:t>
        <w:br/>
        <w:t>vn -0.3989 0.1775 -0.8996</w:t>
        <w:br/>
        <w:t>vn -0.4706 0.1909 -0.8614</w:t>
        <w:br/>
        <w:t>vn -0.1713 0.1886 -0.9670</w:t>
        <w:br/>
        <w:t>vn -0.1708 0.1672 -0.9710</w:t>
        <w:br/>
        <w:t>vn -0.6072 -0.7943 0.0213</w:t>
        <w:br/>
        <w:t>vn -0.3353 -0.8973 0.2871</w:t>
        <w:br/>
        <w:t>vn -0.5724 0.2094 -0.7928</w:t>
        <w:br/>
        <w:t>vn -0.5946 0.3112 -0.7414</w:t>
        <w:br/>
        <w:t>vn -0.1505 -0.9180 -0.3670</w:t>
        <w:br/>
        <w:t>vn -0.4032 -0.8951 -0.1902</w:t>
        <w:br/>
        <w:t>vn -0.5575 0.4092 -0.7223</w:t>
        <w:br/>
        <w:t>vn -0.5320 0.4100 -0.7408</w:t>
        <w:br/>
        <w:t>vn -0.5277 0.4072 -0.7455</w:t>
        <w:br/>
        <w:t>vn -0.7135 0.0265 -0.7001</w:t>
        <w:br/>
        <w:t>vn -0.3692 0.1693 -0.9138</w:t>
        <w:br/>
        <w:t>vn -0.1620 0.2408 -0.9569</w:t>
        <w:br/>
        <w:t>vn -0.4185 0.3516 -0.8374</w:t>
        <w:br/>
        <w:t>vn -0.4672 0.4842 -0.7398</w:t>
        <w:br/>
        <w:t>vn 0.8516 0.5229 -0.0368</w:t>
        <w:br/>
        <w:t>vn 0.8946 0.4405 0.0752</w:t>
        <w:br/>
        <w:t>vn 0.8960 0.4075 0.1765</w:t>
        <w:br/>
        <w:t>vn -0.6454 0.2234 -0.7305</w:t>
        <w:br/>
        <w:t>vn -0.6037 0.3081 -0.7352</w:t>
        <w:br/>
        <w:t>vn -0.6033 0.3279 -0.7269</w:t>
        <w:br/>
        <w:t>vn -0.6662 -0.6863 0.2918</w:t>
        <w:br/>
        <w:t>vn -0.5680 -0.7011 0.4311</w:t>
        <w:br/>
        <w:t>vn 0.8788 0.4772 0.0033</w:t>
        <w:br/>
        <w:t>vn -0.5566 0.3901 -0.7334</w:t>
        <w:br/>
        <w:t>vn -0.3648 0.3665 -0.8559</w:t>
        <w:br/>
        <w:t>vn -0.4537 0.4083 -0.7921</w:t>
        <w:br/>
        <w:t>vn -0.3915 0.5169 -0.7612</w:t>
        <w:br/>
        <w:t>vn -0.5545 -0.0718 -0.8291</w:t>
        <w:br/>
        <w:t>vn -0.8169 -0.5766 -0.0129</w:t>
        <w:br/>
        <w:t>vn -0.8236 -0.5672 0.0025</w:t>
        <w:br/>
        <w:t>vn -0.4511 0.2549 -0.8553</w:t>
        <w:br/>
        <w:t>vn -0.2959 0.3632 -0.8835</w:t>
        <w:br/>
        <w:t>vn -0.3082 0.2767 -0.9102</w:t>
        <w:br/>
        <w:t>vn -0.3432 0.6677 -0.6607</w:t>
        <w:br/>
        <w:t>vn -0.3000 0.6177 -0.7270</w:t>
        <w:br/>
        <w:t>vn -0.3477 0.1942 -0.9173</w:t>
        <w:br/>
        <w:t>vn -0.3476 0.1942 -0.9173</w:t>
        <w:br/>
        <w:t>vn -0.2803 0.5058 -0.8158</w:t>
        <w:br/>
        <w:t>vn -0.0720 0.4705 -0.8795</w:t>
        <w:br/>
        <w:t>vn -0.2143 0.5148 -0.8301</w:t>
        <w:br/>
        <w:t>vn -0.5425 -0.7208 -0.4314</w:t>
        <w:br/>
        <w:t>vn -0.7687 -0.6388 0.0316</w:t>
        <w:br/>
        <w:t>vn -0.7688 -0.6388 0.0316</w:t>
        <w:br/>
        <w:t>vn -0.2880 0.3622 -0.8865</w:t>
        <w:br/>
        <w:t>vn -0.3649 0.3665 -0.8559</w:t>
        <w:br/>
        <w:t>vn -0.2953 0.4045 -0.8656</w:t>
        <w:br/>
        <w:t>vn -0.2953 0.4044 -0.8656</w:t>
        <w:br/>
        <w:t>vn -0.5620 -0.1601 -0.8115</w:t>
        <w:br/>
        <w:t>vn -0.6018 0.0304 -0.7981</w:t>
        <w:br/>
        <w:t>vn -0.5424 -0.7208 -0.4315</w:t>
        <w:br/>
        <w:t>vn -0.4758 -0.7066 -0.5238</w:t>
        <w:br/>
        <w:t>vn -0.3125 0.3047 -0.8997</w:t>
        <w:br/>
        <w:t>vn -0.2926 0.3739 -0.8801</w:t>
        <w:br/>
        <w:t>vn 0.4689 0.8054 -0.3627</w:t>
        <w:br/>
        <w:t>vn 0.4429 0.8543 -0.2722</w:t>
        <w:br/>
        <w:t>vn 0.5440 0.7977 -0.2603</w:t>
        <w:br/>
        <w:t>vn 0.6329 0.5743 0.5192</w:t>
        <w:br/>
        <w:t>vn 0.6118 0.6641 0.4298</w:t>
        <w:br/>
        <w:t>vn 0.4751 0.7845 0.3986</w:t>
        <w:br/>
        <w:t>vn 0.5778 0.6337 0.5143</w:t>
        <w:br/>
        <w:t>vn 0.0122 0.6459 -0.7633</w:t>
        <w:br/>
        <w:t>vn 0.0521 0.4917 -0.8692</w:t>
        <w:br/>
        <w:t>vn -0.0088 0.2864 -0.9581</w:t>
        <w:br/>
        <w:t>vn 0.4689 0.8054 -0.3626</w:t>
        <w:br/>
        <w:t>vn -0.0801 0.7879 -0.6105</w:t>
        <w:br/>
        <w:t>vn 0.5573 0.4833 0.6752</w:t>
        <w:br/>
        <w:t>vn 0.4322 0.7220 0.5403</w:t>
        <w:br/>
        <w:t>vn 0.6349 0.6346 0.4406</w:t>
        <w:br/>
        <w:t>vn 0.5354 0.6908 0.4860</w:t>
        <w:br/>
        <w:t>vn 0.5330 0.6425 0.5506</w:t>
        <w:br/>
        <w:t>vn 0.4906 0.5327 0.6895</w:t>
        <w:br/>
        <w:t>vn 0.6031 0.7816 -0.1595</w:t>
        <w:br/>
        <w:t>vn 0.6380 0.7148 -0.2865</w:t>
        <w:br/>
        <w:t>vn 0.6646 0.6991 -0.2640</w:t>
        <w:br/>
        <w:t>vn 0.6087 0.7856 -0.1111</w:t>
        <w:br/>
        <w:t>vn 0.6105 0.7294 -0.3086</w:t>
        <w:br/>
        <w:t>vn 0.6349 0.6346 0.4407</w:t>
        <w:br/>
        <w:t>vn 0.6360 0.3544 0.6855</w:t>
        <w:br/>
        <w:t>vn 0.3455 0.9348 -0.0819</w:t>
        <w:br/>
        <w:t>vn 0.4845 0.8703 0.0885</w:t>
        <w:br/>
        <w:t>vn 0.0145 0.9134 -0.4068</w:t>
        <w:br/>
        <w:t>vn 0.6239 -0.1628 0.7644</w:t>
        <w:br/>
        <w:t>vn 0.7040 0.1230 0.6994</w:t>
        <w:br/>
        <w:t>vn 0.6367 -0.0918 0.7656</w:t>
        <w:br/>
        <w:t>vn 0.6902 -0.0397 0.7225</w:t>
        <w:br/>
        <w:t>vn 0.4312 0.1350 0.8921</w:t>
        <w:br/>
        <w:t>vn 0.5076 0.3363 0.7932</w:t>
        <w:br/>
        <w:t>vn 0.6437 0.6146 0.4560</w:t>
        <w:br/>
        <w:t>vn -0.9128 -0.0262 0.4075</w:t>
        <w:br/>
        <w:t>vn -0.9251 0.2545 0.2819</w:t>
        <w:br/>
        <w:t>vn -0.9633 0.1324 0.2333</w:t>
        <w:br/>
        <w:t>vn 0.0748 -0.7576 0.6484</w:t>
        <w:br/>
        <w:t>vn 0.1639 -0.8281 0.5361</w:t>
        <w:br/>
        <w:t>vn 0.0070 -0.8902 0.4555</w:t>
        <w:br/>
        <w:t>vn -0.2174 -0.9414 0.2579</w:t>
        <w:br/>
        <w:t>vn -0.0118 -0.8612 0.5081</w:t>
        <w:br/>
        <w:t>vn -0.2722 0.7653 -0.5832</w:t>
        <w:br/>
        <w:t>vn -0.9146 -0.3935 0.0936</w:t>
        <w:br/>
        <w:t>vn -0.8969 -0.3955 0.1979</w:t>
        <w:br/>
        <w:t>vn 0.9985 0.0537 -0.0041</w:t>
        <w:br/>
        <w:t>vn -0.4528 -0.6955 0.5578</w:t>
        <w:br/>
        <w:t>vn -0.9760 0.1154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-0.2833 0.5859 -0.7592</w:t>
        <w:br/>
        <w:t>vn -0.1047 -0.4252 0.8990</w:t>
        <w:br/>
        <w:t>vn -0.1047 -0.4251 0.8990</w:t>
        <w:br/>
        <w:t>vn -0.9221 0.3088 0.2331</w:t>
        <w:br/>
        <w:t>vn -0.8035 0.3644 0.4708</w:t>
        <w:br/>
        <w:t>vn -0.9637 0.2657 -0.0276</w:t>
        <w:br/>
        <w:t>vn -0.9438 0.3222 -0.0739</w:t>
        <w:br/>
        <w:t>vn -0.1164 -0.2602 0.9585</w:t>
        <w:br/>
        <w:t>vn -0.1324 -0.2080 0.9691</w:t>
        <w:br/>
        <w:t>vn -0.1163 -0.2602 0.9585</w:t>
        <w:br/>
        <w:t>vn -0.2389 0.5767 -0.7812</w:t>
        <w:br/>
        <w:t>vn -0.9404 0.3344 -0.0622</w:t>
        <w:br/>
        <w:t>vn -0.1492 -0.2063 0.9670</w:t>
        <w:br/>
        <w:t>vn -0.7873 -0.1387 0.6008</w:t>
        <w:br/>
        <w:t>vn 0.8884 0.2922 -0.3541</w:t>
        <w:br/>
        <w:t>vn 0.9471 0.1786 -0.2667</w:t>
        <w:br/>
        <w:t>vn 0.8964 0.0550 -0.4398</w:t>
        <w:br/>
        <w:t>vn 0.9741 -0.1880 -0.1259</w:t>
        <w:br/>
        <w:t>vn 0.9997 -0.0146 0.0219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0.7903 -0.6055 0.0937</w:t>
        <w:br/>
        <w:t>vn 0.6997 -0.6964 -0.1595</w:t>
        <w:br/>
        <w:t>vn 0.8311 -0.4935 -0.2564</w:t>
        <w:br/>
        <w:t>vn 0.7903 -0.6054 0.0937</w:t>
        <w:br/>
        <w:t>vn 0.4613 -0.8553 -0.2359</w:t>
        <w:br/>
        <w:t>vn 0.4380 -0.8720 -0.2187</w:t>
        <w:br/>
        <w:t>vn 0.4994 -0.8655 -0.0399</w:t>
        <w:br/>
        <w:t>vn 0.3641 -0.8261 -0.4301</w:t>
        <w:br/>
        <w:t>vn 0.7248 0.5396 -0.4285</w:t>
        <w:br/>
        <w:t>vn 0.8705 -0.0647 -0.4878</w:t>
        <w:br/>
        <w:t>vn 0.7248 0.5395 -0.4285</w:t>
        <w:br/>
        <w:t>vn 0.5243 -0.8515 0.0079</w:t>
        <w:br/>
        <w:t>vn 0.3470 -0.9316 -0.1082</w:t>
        <w:br/>
        <w:t>vn 0.6501 -0.7115 0.2667</w:t>
        <w:br/>
        <w:t>vn 0.7115 -0.6946 0.1064</w:t>
        <w:br/>
        <w:t>vn 0.6282 -0.7057 0.3278</w:t>
        <w:br/>
        <w:t>vn 0.6088 -0.7240 0.3244</w:t>
        <w:br/>
        <w:t>vn 0.5947 -0.7826 0.1841</w:t>
        <w:br/>
        <w:t>vn -0.6589 -0.7518 0.0269</w:t>
        <w:br/>
        <w:t>vn -0.7285 -0.6844 0.0307</w:t>
        <w:br/>
        <w:t>vn -0.7729 -0.6105 0.1729</w:t>
        <w:br/>
        <w:t>vn -0.7196 -0.6792 0.1444</w:t>
        <w:br/>
        <w:t>vn -0.6833 -0.6727 0.2839</w:t>
        <w:br/>
        <w:t>vn -0.7188 -0.6787 0.1504</w:t>
        <w:br/>
        <w:t>vn -0.6849 -0.7132 0.1494</w:t>
        <w:br/>
        <w:t>vn 0.7098 -0.6272 0.3206</w:t>
        <w:br/>
        <w:t>vn 0.7576 -0.5743 0.3103</w:t>
        <w:br/>
        <w:t>vn 0.8875 -0.4259 0.1760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0.6031 -0.2964</w:t>
        <w:br/>
        <w:t>vn 0.7564 0.6319 -0.1691</w:t>
        <w:br/>
        <w:t>vn 0.7707 0.6216 -0.1401</w:t>
        <w:br/>
        <w:t>vn 0.9849 -0.1666 0.0467</w:t>
        <w:br/>
        <w:t>vn 0.8004 0.5800 -0.1513</w:t>
        <w:br/>
        <w:t>vn 0.9863 -0.0793 -0.1447</w:t>
        <w:br/>
        <w:t>vn 0.9863 -0.0793 -0.1446</w:t>
        <w:br/>
        <w:t>vn -0.8050 0.3393 -0.4866</w:t>
        <w:br/>
        <w:t>vn -0.8103 0.3577 -0.4641</w:t>
        <w:br/>
        <w:t>vn -0.8156 0.3267 -0.4776</w:t>
        <w:br/>
        <w:t>vn 0.8229 -0.4083 0.3951</w:t>
        <w:br/>
        <w:t>vn 0.8227 -0.4084 0.3954</w:t>
        <w:br/>
        <w:t>vn 0.7991 -0.4175 0.4326</w:t>
        <w:br/>
        <w:t>vn 0.6005 0.7519 -0.2721</w:t>
        <w:br/>
        <w:t>vn 0.5265 0.8017 -0.2829</w:t>
        <w:br/>
        <w:t>vn 0.4762 0.8032 -0.3579</w:t>
        <w:br/>
        <w:t>vn 0.7644 0.4095 -0.4980</w:t>
        <w:br/>
        <w:t>vn 0.4479 0.8452 -0.2914</w:t>
        <w:br/>
        <w:t>vn 0.6501 0.6292 -0.4260</w:t>
        <w:br/>
        <w:t>vn 0.6287 0.6015 -0.4929</w:t>
        <w:br/>
        <w:t>vn 0.6861 0.5644 -0.4590</w:t>
        <w:br/>
        <w:t>vn 0.3201 0.9106 -0.2614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0.4331 -0.6778</w:t>
        <w:br/>
        <w:t>vn -0.5960 0.3923 -0.7006</w:t>
        <w:br/>
        <w:t>vn 0.9874 -0.0876 -0.1321</w:t>
        <w:br/>
        <w:t>vn 0.9047 0.3881 -0.1757</w:t>
        <w:br/>
        <w:t>vn 0.9733 -0.2013 -0.1100</w:t>
        <w:br/>
        <w:t>vn 0.8501 -0.0915 -0.5187</w:t>
        <w:br/>
        <w:t>vn 0.1815 0.9713 -0.1538</w:t>
        <w:br/>
        <w:t>vn 0.1326 0.9800 -0.1486</w:t>
        <w:br/>
        <w:t>vn 0.2055 0.9699 -0.1309</w:t>
        <w:br/>
        <w:t>vn 0.2415 0.9627 -0.1217</w:t>
        <w:br/>
        <w:t>vn 0.9774 0.1252 0.1703</w:t>
        <w:br/>
        <w:t>vn 0.9995 0.0111 0.0289</w:t>
        <w:br/>
        <w:t>vn 0.9995 0.0111 0.0288</w:t>
        <w:br/>
        <w:t>vn 0.8369 0.5378 -0.1020</w:t>
        <w:br/>
        <w:t>vn 0.3135 0.9337 -0.1730</w:t>
        <w:br/>
        <w:t>vn 0.6965 0.7105 -0.1009</w:t>
        <w:br/>
        <w:t>vn 0.4455 0.8614 -0.2439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0.4800</w:t>
        <w:br/>
        <w:t>vn 0.8168 -0.1888 0.5452</w:t>
        <w:br/>
        <w:t>vn 0.9222 0.0362 0.3851</w:t>
        <w:br/>
        <w:t>vn 0.9411 -0.1067 0.3210</w:t>
        <w:br/>
        <w:t>vn 0.4712 0.8100 -0.3492</w:t>
        <w:br/>
        <w:t>vn 0.9523 0.2745 0.1335</w:t>
        <w:br/>
        <w:t>vn 0.9142 -0.2932 0.2796</w:t>
        <w:br/>
        <w:t>vn 0.9415 0.2213 0.2542</w:t>
        <w:br/>
        <w:t>vn -0.0655 -0.4792 0.8753</w:t>
        <w:br/>
        <w:t>vn -0.0656 -0.4792 0.8753</w:t>
        <w:br/>
        <w:t>vn -0.1108 -0.7380 0.6657</w:t>
        <w:br/>
        <w:t>vn -0.9593 -0.1790 -0.2186</w:t>
        <w:br/>
        <w:t>vn -0.9342 -0.3531 -0.0513</w:t>
        <w:br/>
        <w:t>vn -0.9723 -0.1275 -0.1960</w:t>
        <w:br/>
        <w:t>vn -0.1222 -0.9161 0.3818</w:t>
        <w:br/>
        <w:t>vn -0.0821 -0.9051 0.4173</w:t>
        <w:br/>
        <w:t>vn -0.0764 -0.9782 0.1928</w:t>
        <w:br/>
        <w:t>vn -0.0906 -0.9788 0.1837</w:t>
        <w:br/>
        <w:t>vn -0.0751 -0.9778 0.1959</w:t>
        <w:br/>
        <w:t>vn -0.0558 -0.9616 0.2686</w:t>
        <w:br/>
        <w:t>vn -0.0982 -0.9609 0.2587</w:t>
        <w:br/>
        <w:t>vn 0.7441 -0.5470 0.3834</w:t>
        <w:br/>
        <w:t>vn 0.9849 -0.1667 0.0466</w:t>
        <w:br/>
        <w:t>vn 0.7458 -0.4946 0.4463</w:t>
        <w:br/>
        <w:t>vn -0.1406 -0.9584 0.2483</w:t>
        <w:br/>
        <w:t>vn -0.0792 -0.9792 0.1868</w:t>
        <w:br/>
        <w:t>vn 0.7643 -0.4703 0.4412</w:t>
        <w:br/>
        <w:t>vn -0.8001 -0.3851 0.4600</w:t>
        <w:br/>
        <w:t>vn -0.8188 -0.2955 0.4923</w:t>
        <w:br/>
        <w:t>vn -0.8789 -0.2029 0.4317</w:t>
        <w:br/>
        <w:t>vn -0.9728 -0.1909 0.1314</w:t>
        <w:br/>
        <w:t>vn -0.9945 -0.0018 -0.1043</w:t>
        <w:br/>
        <w:t>vn -0.9942 0.0832 -0.0677</w:t>
        <w:br/>
        <w:t>vn -0.7779 -0.3553 0.5184</w:t>
        <w:br/>
        <w:t>vn -0.7295 -0.4886 0.4786</w:t>
        <w:br/>
        <w:t>vn -0.5903 -0.8068 -0.0250</w:t>
        <w:br/>
        <w:t>vn 0.5769 0.3204 -0.7513</w:t>
        <w:br/>
        <w:t>vn 0.4592 0.3735 -0.8060</w:t>
        <w:br/>
        <w:t>vn 0.4932 0.3676 -0.7884</w:t>
        <w:br/>
        <w:t>vn -0.7978 0.4151 -0.4372</w:t>
        <w:br/>
        <w:t>vn -0.8041 0.3885 -0.4499</w:t>
        <w:br/>
        <w:t>vn 0.6801 0.3046 -0.6668</w:t>
        <w:br/>
        <w:t>vn 0.8503 0.2050 -0.4847</w:t>
        <w:br/>
        <w:t>vn 0.8440 -0.5102 -0.1654</w:t>
        <w:br/>
        <w:t>vn 0.8705 -0.0646 -0.4878</w:t>
        <w:br/>
        <w:t>vn 0.9037 -0.4234 -0.0630</w:t>
        <w:br/>
        <w:t>vn 0.8435 -0.4735 -0.2534</w:t>
        <w:br/>
        <w:t>vn 0.9084 -0.4180 -0.0002</w:t>
        <w:br/>
        <w:t>vn 0.8914 -0.4515 0.0392</w:t>
        <w:br/>
        <w:t>vn 0.8484 -0.5254 0.0648</w:t>
        <w:br/>
        <w:t>vn 0.8819 -0.4677 0.0589</w:t>
        <w:br/>
        <w:t>vn 0.7609 0.4584 -0.4594</w:t>
        <w:br/>
        <w:t>vn 0.7518 0.5164 -0.4101</w:t>
        <w:br/>
        <w:t>vn 0.7518 0.5164 -0.4102</w:t>
        <w:br/>
        <w:t>vn 0.1043 0.4474 -0.8882</w:t>
        <w:br/>
        <w:t>vn 0.3473 0.5056 -0.7898</w:t>
        <w:br/>
        <w:t>vn 0.9499 -0.2655 0.1651</w:t>
        <w:br/>
        <w:t>vn 0.5772 0.5433 -0.6097</w:t>
        <w:br/>
        <w:t>vn 0.2659 0.8783 -0.3973</w:t>
        <w:br/>
        <w:t>vn 0.2497 0.9412 -0.2277</w:t>
        <w:br/>
        <w:t>vn 0.2659 0.8783 -0.3974</w:t>
        <w:br/>
        <w:t>vn 0.2488 0.9603 -0.1265</w:t>
        <w:br/>
        <w:t>vn 0.5014 0.5982 -0.6251</w:t>
        <w:br/>
        <w:t>vn 0.2472 0.5495 -0.7981</w:t>
        <w:br/>
        <w:t>vn 0.2014 0.5248 -0.8270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0.5412 0.0007</w:t>
        <w:br/>
        <w:t>vn 0.5582 0.6119 -0.5603</w:t>
        <w:br/>
        <w:t>vn 0.5933 0.6382 -0.4906</w:t>
        <w:br/>
        <w:t>vn -0.7952 0.6060 0.0195</w:t>
        <w:br/>
        <w:t>vn -0.8048 0.5885 -0.0777</w:t>
        <w:br/>
        <w:t>vn -0.6022 0.7891 -0.1212</w:t>
        <w:br/>
        <w:t>vn -0.8979 0.4400 0.0100</w:t>
        <w:br/>
        <w:t>vn 0.1404 -0.9031 -0.4058</w:t>
        <w:br/>
        <w:t>vn 0.1403 -0.9031 -0.4058</w:t>
        <w:br/>
        <w:t>vn 0.1301 -0.5190 -0.8448</w:t>
        <w:br/>
        <w:t>vn 0.0815 0.9356 -0.3436</w:t>
        <w:br/>
        <w:t>vn 0.1147 0.9349 -0.3358</w:t>
        <w:br/>
        <w:t>vn 0.0765 0.2752 -0.9583</w:t>
        <w:br/>
        <w:t>vn -0.1201 0.2060 -0.9712</w:t>
        <w:br/>
        <w:t>vn -0.1132 0.4066 -0.9066</w:t>
        <w:br/>
        <w:t>vn -0.0180 0.4965 -0.8678</w:t>
        <w:br/>
        <w:t>vn -0.0218 0.9789 0.2030</w:t>
        <w:br/>
        <w:t>vn -0.4239 0.7183 0.5517</w:t>
        <w:br/>
        <w:t>vn -0.4793 0.7581 0.4422</w:t>
        <w:br/>
        <w:t>vn -0.0218 0.9790 0.2029</w:t>
        <w:br/>
        <w:t>vn 0.0932 0.3708 -0.9240</w:t>
        <w:br/>
        <w:t>vn 0.1005 0.4024 -0.9099</w:t>
        <w:br/>
        <w:t>vn 0.0933 0.3708 -0.9240</w:t>
        <w:br/>
        <w:t>vn -0.1371 -0.0350 -0.9899</w:t>
        <w:br/>
        <w:t>vn -0.4640 0.6964 0.5474</w:t>
        <w:br/>
        <w:t>vn -0.5785 0.5791 0.5745</w:t>
        <w:br/>
        <w:t>vn 0.0992 -0.8636 -0.4944</w:t>
        <w:br/>
        <w:t>vn 0.2426 0.4159 -0.8765</w:t>
        <w:br/>
        <w:t>vn 0.0527 -0.4842 -0.8734</w:t>
        <w:br/>
        <w:t>vn 0.0576 -0.4998 -0.8642</w:t>
        <w:br/>
        <w:t>vn 0.1301 -0.5192 -0.8447</w:t>
        <w:br/>
        <w:t>vn -0.1622 -0.9434 0.2894</w:t>
        <w:br/>
        <w:t>vn 0.0027 -0.9634 0.2680</w:t>
        <w:br/>
        <w:t>vn -0.2001 -0.9214 0.3331</w:t>
        <w:br/>
        <w:t>vn -0.1236 -0.9617 0.2446</w:t>
        <w:br/>
        <w:t>vn 0.0055 -0.9805 0.1966</w:t>
        <w:br/>
        <w:t>vn -0.0843 -0.9367 0.3399</w:t>
        <w:br/>
        <w:t>vn -0.0640 -0.9272 0.3690</w:t>
        <w:br/>
        <w:t>vn 0.1384 -0.9663 0.2170</w:t>
        <w:br/>
        <w:t>vn 0.0088 -0.8999 0.4359</w:t>
        <w:br/>
        <w:t>vn 0.1218 -0.5601 -0.8194</w:t>
        <w:br/>
        <w:t>vn 0.0992 -0.8636 -0.4943</w:t>
        <w:br/>
        <w:t>vn 0.1637 -0.6762 -0.7183</w:t>
        <w:br/>
        <w:t>vn 0.1297 -0.5828 -0.8022</w:t>
        <w:br/>
        <w:t>vn 0.2323 -0.9623 0.1415</w:t>
        <w:br/>
        <w:t>vn -0.8064 0.5913 -0.0025</w:t>
        <w:br/>
        <w:t>vn 0.6994 -0.7074 0.1025</w:t>
        <w:br/>
        <w:t>vn 0.6832 -0.7245 0.0913</w:t>
        <w:br/>
        <w:t>vn 0.5958 -0.7999 0.0719</w:t>
        <w:br/>
        <w:t>vn 0.4270 -0.8064 -0.4092</w:t>
        <w:br/>
        <w:t>vn 0.4808 -0.6960 -0.5332</w:t>
        <w:br/>
        <w:t>vn 0.3974 -0.8662 -0.3029</w:t>
        <w:br/>
        <w:t>vn 0.2380 -0.9430 0.2324</w:t>
        <w:br/>
        <w:t>vn 0.2593 -0.9224 0.2862</w:t>
        <w:br/>
        <w:t>vn 0.5196 -0.8156 0.2547</w:t>
        <w:br/>
        <w:t>vn 0.1218 -0.8503 0.5120</w:t>
        <w:br/>
        <w:t>vn 0.4466 -0.8882 0.1076</w:t>
        <w:br/>
        <w:t>vn 0.1754 -0.8080 0.5624</w:t>
        <w:br/>
        <w:t>vn 0.4382 0.1563 -0.8852</w:t>
        <w:br/>
        <w:t>vn 0.1751 0.1978 -0.9645</w:t>
        <w:br/>
        <w:t>vn 0.2290 -0.9377 0.2613</w:t>
        <w:br/>
        <w:t>vn 0.5253 -0.8458 -0.0934</w:t>
        <w:br/>
        <w:t>vn 0.6130 -0.7897 0.0253</w:t>
        <w:br/>
        <w:t>vn 0.3305 -0.8945 0.3009</w:t>
        <w:br/>
        <w:t>vn 0.5291 0.1842 -0.8283</w:t>
        <w:br/>
        <w:t>vn 0.4253 -0.8843 -0.1927</w:t>
        <w:br/>
        <w:t>vn 0.6087 0.3702 -0.7018</w:t>
        <w:br/>
        <w:t>vn 0.5696 0.3916 -0.7226</w:t>
        <w:br/>
        <w:t>vn 0.5968 0.3208 -0.7355</w:t>
        <w:br/>
        <w:t>vn 0.6214 0.1733 -0.7641</w:t>
        <w:br/>
        <w:t>vn 0.1760 0.2071 -0.9624</w:t>
        <w:br/>
        <w:t>vn 0.3100 0.1344 -0.9412</w:t>
        <w:br/>
        <w:t>vn 0.4429 0.4934 -0.7486</w:t>
        <w:br/>
        <w:t>vn 0.3623 0.3265 -0.8730</w:t>
        <w:br/>
        <w:t>vn -0.8879 0.4473 0.1076</w:t>
        <w:br/>
        <w:t>vn 0.6055 0.3311 -0.7237</w:t>
        <w:br/>
        <w:t>vn 0.6504 0.3356 -0.6814</w:t>
        <w:br/>
        <w:t>vn 0.6188 0.3245 -0.7154</w:t>
        <w:br/>
        <w:t>vn 0.5123 0.1977 -0.8357</w:t>
        <w:br/>
        <w:t>vn -0.8866 0.4599 0.0495</w:t>
        <w:br/>
        <w:t>vn -0.8862 0.4605 0.0502</w:t>
        <w:br/>
        <w:t>vn 0.6321 0.3177 -0.7068</w:t>
        <w:br/>
        <w:t>vn 0.3576 0.3772 -0.8543</w:t>
        <w:br/>
        <w:t>vn 0.3328 0.3822 -0.8621</w:t>
        <w:br/>
        <w:t>vn 0.4424 0.4081 -0.7986</w:t>
        <w:br/>
        <w:t>vn 0.5372 -0.6559 -0.5303</w:t>
        <w:br/>
        <w:t>vn 0.6498 -0.6244 -0.4335</w:t>
        <w:br/>
        <w:t>vn 0.5639 -0.1980 -0.8018</w:t>
        <w:br/>
        <w:t>vn 0.5270 -0.7058 -0.4735</w:t>
        <w:br/>
        <w:t>vn 0.7989 -0.5893 0.1205</w:t>
        <w:br/>
        <w:t>vn 0.7579 -0.6420 0.1156</w:t>
        <w:br/>
        <w:t>vn 0.5124 0.1977 -0.8357</w:t>
        <w:br/>
        <w:t>vn 0.3058 0.3849 -0.8708</w:t>
        <w:br/>
        <w:t>vn 0.3228 0.6169 -0.7178</w:t>
        <w:br/>
        <w:t>vn 0.3432 0.6676 -0.6606</w:t>
        <w:br/>
        <w:t>vn 0.2910 0.4785 -0.8284</w:t>
        <w:br/>
        <w:t>vn 0.0879 0.4466 -0.8904</w:t>
        <w:br/>
        <w:t>vn 0.2168 0.4749 -0.8529</w:t>
        <w:br/>
        <w:t>vn 0.5270 -0.7058 -0.4734</w:t>
        <w:br/>
        <w:t>vn 0.2906 0.3712 -0.8819</w:t>
        <w:br/>
        <w:t>vn 0.5440 -0.2183 -0.8102</w:t>
        <w:br/>
        <w:t>vn 0.3522 -0.6825 -0.6404</w:t>
        <w:br/>
        <w:t>vn 0.2169 0.4748 -0.8529</w:t>
        <w:br/>
        <w:t>vn 0.3083 0.3279 -0.8930</w:t>
        <w:br/>
        <w:t>vn -0.4406 0.8294 -0.3435</w:t>
        <w:br/>
        <w:t>vn -0.6085 0.7595 -0.2301</w:t>
        <w:br/>
        <w:t>vn -0.5767 0.7947 -0.1894</w:t>
        <w:br/>
        <w:t>vn -0.5402 0.6872 0.4858</w:t>
        <w:br/>
        <w:t>vn -0.6268 0.5536 0.5483</w:t>
        <w:br/>
        <w:t>vn -0.6105 0.6518 0.4500</w:t>
        <w:br/>
        <w:t>vn -0.0035 0.6402 -0.7682</w:t>
        <w:br/>
        <w:t>vn 0.0856 0.7823 -0.6170</w:t>
        <w:br/>
        <w:t>vn -0.5564 0.4792 0.6789</w:t>
        <w:br/>
        <w:t>vn -0.4971 0.5268 0.6895</w:t>
        <w:br/>
        <w:t>vn -0.6091 0.6428 0.4646</w:t>
        <w:br/>
        <w:t>vn -0.5329 0.6426 0.5505</w:t>
        <w:br/>
        <w:t>vn -0.6164 0.7600 -0.2059</w:t>
        <w:br/>
        <w:t>vn -0.6111 0.7758 -0.1572</w:t>
        <w:br/>
        <w:t>vn -0.6042 0.4346 0.6679</w:t>
        <w:br/>
        <w:t>vn -0.4892 0.8696 0.0668</w:t>
        <w:br/>
        <w:t>vn -0.3477 0.9325 -0.0972</w:t>
        <w:br/>
        <w:t>vn -0.0143 0.9133 -0.4069</w:t>
        <w:br/>
        <w:t>vn -0.6239 -0.1627 0.7644</w:t>
        <w:br/>
        <w:t>vn -0.6449 -0.0928 0.7586</w:t>
        <w:br/>
        <w:t>vn -0.7094 0.1223 0.6941</w:t>
        <w:br/>
        <w:t>vn -0.4941 0.2819 0.8225</w:t>
        <w:br/>
        <w:t>vn -0.6438 0.6146 0.4559</w:t>
        <w:br/>
        <w:t>vn 0.9635 -0.0187 0.2672</w:t>
        <w:br/>
        <w:t>vn 0.9214 0.2684 0.2810</w:t>
        <w:br/>
        <w:t>vn -0.3249 -0.6255 0.7093</w:t>
        <w:br/>
        <w:t>vn -0.2896 -0.6500 0.7026</w:t>
        <w:br/>
        <w:t>vn -0.3278 -0.7056 0.6282</w:t>
        <w:br/>
        <w:t>vn -0.3911 -0.7400 0.5472</w:t>
        <w:br/>
        <w:t>vn 0.0021 -0.8824 0.4706</w:t>
        <w:br/>
        <w:t>vn -0.0058 -0.8506 0.5257</w:t>
        <w:br/>
        <w:t>vn 0.2898 0.7759 -0.5604</w:t>
        <w:br/>
        <w:t>vn 0.2897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0.6395 -0.6619 0.3912</w:t>
        <w:br/>
        <w:t>vn 0.9491 -0.0461 0.3115</w:t>
        <w:br/>
        <w:t>vn 0.9968 -0.0385 0.0707</w:t>
        <w:br/>
        <w:t>vn 0.9657 0.1198 0.2305</w:t>
        <w:br/>
        <w:t>vn 0.9916 -0.0716 0.1078</w:t>
        <w:br/>
        <w:t>vn 0.3593 0.7741 -0.5213</w:t>
        <w:br/>
        <w:t>vn 0.3261 0.5803 -0.7462</w:t>
        <w:br/>
        <w:t>vn 0.0519 -0.5504 0.8333</w:t>
        <w:br/>
        <w:t>vn 0.0163 -0.5074 0.8616</w:t>
        <w:br/>
        <w:t>vn 0.0520 -0.5503 0.8333</w:t>
        <w:br/>
        <w:t>vn 0.9132 0.3334 0.2341</w:t>
        <w:br/>
        <w:t>vn 0.9764 0.1269 0.1745</w:t>
        <w:br/>
        <w:t>vn 0.9259 0.1202 0.3583</w:t>
        <w:br/>
        <w:t>vn 0.8305 0.3859 0.4016</w:t>
        <w:br/>
        <w:t>vn 0.9615 0.2685 0.0579</w:t>
        <w:br/>
        <w:t>vn 0.9879 0.0821 0.1317</w:t>
        <w:br/>
        <w:t>vn 0.0636 -0.2735 0.9598</w:t>
        <w:br/>
        <w:t>vn 0.0636 -0.2736 0.9597</w:t>
        <w:br/>
        <w:t>vn 0.1159 -0.2118 0.9704</w:t>
        <w:br/>
        <w:t>vn 0.2702 0.5907 -0.7603</w:t>
        <w:br/>
        <w:t>vn 0.2389 0.5768 -0.7812</w:t>
        <w:br/>
        <w:t>vn 0.9443 0.3238 -0.0582</w:t>
        <w:br/>
        <w:t>vn 0.9407 0.3378 -0.0317</w:t>
        <w:br/>
        <w:t>vn 0.9106 0.3906 0.1350</w:t>
        <w:br/>
        <w:t>vn 0.1445 -0.1768 0.9736</w:t>
        <w:br/>
        <w:t>vn 0.8207 -0.0833 0.5652</w:t>
        <w:br/>
        <w:t>vn 0.7963 -0.2992 -0.5258</w:t>
        <w:br/>
        <w:t>vn 0.7714 -0.6037 0.2014</w:t>
        <w:br/>
        <w:t>vn 0.8213 -0.5563 0.1268</w:t>
        <w:br/>
        <w:t>vn 0.7810 -0.1994 -0.5918</w:t>
        <w:br/>
        <w:t>vn -0.9285 0.2327 0.2894</w:t>
        <w:br/>
        <w:t>vn -0.9312 0.2566 0.2587</w:t>
        <w:br/>
        <w:t>vn -0.9350 0.3177 0.1578</w:t>
        <w:br/>
        <w:t>vn -0.9341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0.4341 -0.4603 0.7744</w:t>
        <w:br/>
        <w:t>vn 0.3233 -0.3947 0.8601</w:t>
        <w:br/>
        <w:t>vn -0.4176 0.5245 -0.7419</w:t>
        <w:br/>
        <w:t>vn -0.3531 0.5114 -0.7834</w:t>
        <w:br/>
        <w:t>vn -0.2912 0.5091 -0.8099</w:t>
        <w:br/>
        <w:t>vn -0.5474 0.7878 0.2824</w:t>
        <w:br/>
        <w:t>vn -0.5963 0.7817 0.1828</w:t>
        <w:br/>
        <w:t>vn -0.3941 0.9190 -0.0091</w:t>
        <w:br/>
        <w:t>vn -0.2972 0.9532 0.0547</w:t>
        <w:br/>
        <w:t>vn 0.1591 0.9606 -0.2280</w:t>
        <w:br/>
        <w:t>vn -0.4178 0.8746 0.2458</w:t>
        <w:br/>
        <w:t>vn 0.1342 0.9585 -0.2514</w:t>
        <w:br/>
        <w:t>vn 0.8589 -0.5097 0.0497</w:t>
        <w:br/>
        <w:t>vn 0.7663 -0.0727 -0.6383</w:t>
        <w:br/>
        <w:t>vn -0.8565 0.2392 0.4574</w:t>
        <w:br/>
        <w:t>vn -0.8258 0.2044 0.5256</w:t>
        <w:br/>
        <w:t>vn -0.8043 -0.4251 0.4153</w:t>
        <w:br/>
        <w:t>vn -0.8590 -0.1215 0.4974</w:t>
        <w:br/>
        <w:t>vn -0.8011 0.1233 0.5857</w:t>
        <w:br/>
        <w:t>vn -0.8232 -0.3888 0.4138</w:t>
        <w:br/>
        <w:t>vn -0.8087 0.1456 0.5700</w:t>
        <w:br/>
        <w:t>vn -0.3784 -0.9242 0.0507</w:t>
        <w:br/>
        <w:t>vn -0.2049 -0.9771 0.0578</w:t>
        <w:br/>
        <w:t>vn -0.2048 -0.9771 0.0578</w:t>
        <w:br/>
        <w:t>vn -0.2983 -0.9535 0.0441</w:t>
        <w:br/>
        <w:t>vn 0.5155 -0.6254 0.5857</w:t>
        <w:br/>
        <w:t>vn 0.5288 -0.6547 0.5402</w:t>
        <w:br/>
        <w:t>vn 0.5823 -0.0803 -0.8090</w:t>
        <w:br/>
        <w:t>vn 0.5448 0.5374 -0.6437</w:t>
        <w:br/>
        <w:t>vn 0.5683 0.4618 -0.6810</w:t>
        <w:br/>
        <w:t>vn 0.6329 -0.1707 -0.7552</w:t>
        <w:br/>
        <w:t>vn 0.7513 -0.6264 -0.2077</w:t>
        <w:br/>
        <w:t>vn 0.3789 -0.9093 0.1720</w:t>
        <w:br/>
        <w:t>vn 0.3170 -0.9484 -0.0068</w:t>
        <w:br/>
        <w:t>vn 0.5624 -0.8014 -0.2036</w:t>
        <w:br/>
        <w:t>vn 0.4320 -0.8436 0.3189</w:t>
        <w:br/>
        <w:t>vn 0.2244 -0.8593 0.4596</w:t>
        <w:br/>
        <w:t>vn 0.1370 -0.9324 0.3346</w:t>
        <w:br/>
        <w:t>vn 0.6098 0.3932 -0.6881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0.7847 0.0095 -0.6198</w:t>
        <w:br/>
        <w:t>vn 0.7109 0.1068 -0.6952</w:t>
        <w:br/>
        <w:t>vn 0.8524 -0.3919 -0.3462</w:t>
        <w:br/>
        <w:t>vn -0.8042 -0.4251 0.4153</w:t>
        <w:br/>
        <w:t>vn -0.4557 -0.8883 0.0569</w:t>
        <w:br/>
        <w:t>vn -0.4964 -0.8677 0.0247</w:t>
        <w:br/>
        <w:t>vn -0.3785 -0.9242 0.0507</w:t>
        <w:br/>
        <w:t>vn -0.9200 0.1982 0.3381</w:t>
        <w:br/>
        <w:t>vn -0.9280 0.3204 0.1902</w:t>
        <w:br/>
        <w:t>vn -0.9203 0.0487 0.3883</w:t>
        <w:br/>
        <w:t>vn -0.9186 0.1274 0.3741</w:t>
        <w:br/>
        <w:t>vn -0.9310 0.3025 0.2043</w:t>
        <w:br/>
        <w:t>vn -0.9366 0.2697 0.2236</w:t>
        <w:br/>
        <w:t>vn -0.9057 -0.0939 0.4134</w:t>
        <w:br/>
        <w:t>vn -0.9155 -0.0243 0.4016</w:t>
        <w:br/>
        <w:t>vn -0.9330 0.2465 0.2621</w:t>
        <w:br/>
        <w:t>vn -0.9269 0.2226 0.3023</w:t>
        <w:br/>
        <w:t>vn -0.7647 0.5514 -0.3336</w:t>
        <w:br/>
        <w:t>vn -0.7557 0.5933 -0.2772</w:t>
        <w:br/>
        <w:t>vn -0.5510 0.7168 -0.4273</w:t>
        <w:br/>
        <w:t>vn -0.7542 0.6246 -0.2025</w:t>
        <w:br/>
        <w:t>vn -0.5283 0.6529 -0.5428</w:t>
        <w:br/>
        <w:t>vn -0.5185 0.8237 -0.2298</w:t>
        <w:br/>
        <w:t>vn -0.4655 0.8749 -0.1339</w:t>
        <w:br/>
        <w:t>vn -0.6681 0.7419 0.0571</w:t>
        <w:br/>
        <w:t>vn -0.7130 0.7001 -0.0380</w:t>
        <w:br/>
        <w:t>vn -0.9028 0.2217 0.3686</w:t>
        <w:br/>
        <w:t>vn -0.7395 0.6641 -0.1103</w:t>
        <w:br/>
        <w:t>vn -0.4975 0.5784 -0.6465</w:t>
        <w:br/>
        <w:t>vn -0.7551 0.3142 0.5754</w:t>
        <w:br/>
        <w:t>vn 0.9388 0.0459 0.3414</w:t>
        <w:br/>
        <w:t>vn 0.8794 -0.0317 -0.4751</w:t>
        <w:br/>
        <w:t>vn 0.9915 -0.0020 -0.1298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0.4661 0.2197 0.8570</w:t>
        <w:br/>
        <w:t>vn 0.3758 0.2847 0.8819</w:t>
        <w:br/>
        <w:t>vn 0.7860 0.1419 -0.6018</w:t>
        <w:br/>
        <w:t>vn 0.6254 -0.2111 -0.7512</w:t>
        <w:br/>
        <w:t>vn 0.7870 0.1333 -0.6024</w:t>
        <w:br/>
        <w:t>vn 0.9153 0.2393 -0.3239</w:t>
        <w:br/>
        <w:t>vn 0.8944 0.3117 -0.3208</w:t>
        <w:br/>
        <w:t>vn 0.8000 0.1022 -0.5912</w:t>
        <w:br/>
        <w:t>vn 0.8035 0.0833 -0.5894</w:t>
        <w:br/>
        <w:t>vn 0.8030 0.0481 -0.5941</w:t>
        <w:br/>
        <w:t>vn 0.8064 0.0331 -0.5904</w:t>
        <w:br/>
        <w:t>vn 0.9280 0.1322 -0.3483</w:t>
        <w:br/>
        <w:t>vn 0.9267 0.1688 -0.3357</w:t>
        <w:br/>
        <w:t>vn 0.3216 0.3574 0.8769</w:t>
        <w:br/>
        <w:t>vn 0.3216 0.3573 0.8769</w:t>
        <w:br/>
        <w:t>vn 0.2806 0.4160 0.8650</w:t>
        <w:br/>
        <w:t>vn 0.6590 0.1332 0.7402</w:t>
        <w:br/>
        <w:t>vn 0.9180 0.0719 0.3900</w:t>
        <w:br/>
        <w:t>vn 0.9891 0.0207 -0.1455</w:t>
        <w:br/>
        <w:t>vn 0.6690 -0.0544 -0.7413</w:t>
        <w:br/>
        <w:t>vn 0.6665 -0.0338 -0.7447</w:t>
        <w:br/>
        <w:t>vn 0.6547 -0.0708 -0.7526</w:t>
        <w:br/>
        <w:t>vn 0.6670 -0.0668 -0.7420</w:t>
        <w:br/>
        <w:t>vn 0.6670 -0.0669 -0.7420</w:t>
        <w:br/>
        <w:t>vn 0.6341 -0.0603 -0.7709</w:t>
        <w:br/>
        <w:t>vn 0.6400 -0.0675 -0.7654</w:t>
        <w:br/>
        <w:t>vn 0.6715 -0.0335 -0.7403</w:t>
        <w:br/>
        <w:t>vn 0.6661 -0.0252 -0.7455</w:t>
        <w:br/>
        <w:t>vn 0.6662 -0.0254 -0.7453</w:t>
        <w:br/>
        <w:t>vn 0.6843 -0.0396 -0.7281</w:t>
        <w:br/>
        <w:t>vn 0.2399 0.4625 0.8535</w:t>
        <w:br/>
        <w:t>vn 0.2189 0.4838 0.8474</w:t>
        <w:br/>
        <w:t>vn 0.2399 0.4626 0.8535</w:t>
        <w:br/>
        <w:t>vn 0.3542 -0.1719 -0.9192</w:t>
        <w:br/>
        <w:t>vn 0.0553 -0.2582 -0.9645</w:t>
        <w:br/>
        <w:t>vn 0.0264 -0.1859 -0.9822</w:t>
        <w:br/>
        <w:t>vn 0.3678 -0.1245 -0.9215</w:t>
        <w:br/>
        <w:t>vn 0.5228 -0.0840 -0.8483</w:t>
        <w:br/>
        <w:t>vn 0.8442 0.0169 -0.5358</w:t>
        <w:br/>
        <w:t>vn 0.8217 0.0314 -0.5690</w:t>
        <w:br/>
        <w:t>vn 0.9324 0.0723 -0.3542</w:t>
        <w:br/>
        <w:t>vn 0.9281 0.1085 -0.3560</w:t>
        <w:br/>
        <w:t>vn 0.8671 0.0074 -0.4981</w:t>
        <w:br/>
        <w:t>vn 0.9381 0.0511 -0.3425</w:t>
        <w:br/>
        <w:t>vn -0.5392 0.0167 0.8420</w:t>
        <w:br/>
        <w:t>vn -0.3686 0.0896 0.9252</w:t>
        <w:br/>
        <w:t>vn -0.3344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0.8305</w:t>
        <w:br/>
        <w:t>vn -0.7742 -0.0833 0.6274</w:t>
        <w:br/>
        <w:t>vn -0.5020 -0.0093 0.8648</w:t>
        <w:br/>
        <w:t>vn -0.4922 -0.0345 0.8698</w:t>
        <w:br/>
        <w:t>vn -0.7725 -0.0761 0.6304</w:t>
        <w:br/>
        <w:t>vn -0.9367 -0.1393 -0.3213</w:t>
        <w:br/>
        <w:t>vn -0.9906 -0.1316 -0.0379</w:t>
        <w:br/>
        <w:t>vn -0.9943 -0.0917 -0.0552</w:t>
        <w:br/>
        <w:t>vn -0.9380 -0.0966 -0.3329</w:t>
        <w:br/>
        <w:t>vn -0.9709 -0.2368 0.0361</w:t>
        <w:br/>
        <w:t>vn -0.9442 -0.2483 -0.2165</w:t>
        <w:br/>
        <w:t>vn -0.9364 -0.3216 -0.1406</w:t>
        <w:br/>
        <w:t>vn -0.9519 -0.2924 0.0916</w:t>
        <w:br/>
        <w:t>vn -0.9270 -0.3524 0.1281</w:t>
        <w:br/>
        <w:t>vn -0.9097 -0.4020 -0.1045</w:t>
        <w:br/>
        <w:t>vn -0.8676 -0.4911 -0.0778</w:t>
        <w:br/>
        <w:t>vn -0.8927 -0.4232 0.1549</w:t>
        <w:br/>
        <w:t>vn -0.5795 -0.0128 0.8148</w:t>
        <w:br/>
        <w:t>vn -0.6582 -0.1340 0.7408</w:t>
        <w:br/>
        <w:t>vn -0.6527 -0.1370 0.7452</w:t>
        <w:br/>
        <w:t>vn -0.5789 0.0170 0.8152</w:t>
        <w:br/>
        <w:t>vn -0.7907 -0.3114 0.5272</w:t>
        <w:br/>
        <w:t>vn -0.5743 -0.0325 0.8180</w:t>
        <w:br/>
        <w:t>vn -0.8426 -0.3469 0.4119</w:t>
        <w:br/>
        <w:t>vn -0.4856 0.1088 0.8674</w:t>
        <w:br/>
        <w:t>vn -0.4801 0.0551 0.8755</w:t>
        <w:br/>
        <w:t>vn -0.7462 -0.6581 -0.1009</w:t>
        <w:br/>
        <w:t>vn -0.6060 -0.7926 -0.0676</w:t>
        <w:br/>
        <w:t>vn -0.6862 -0.7170 -0.1223</w:t>
        <w:br/>
        <w:t>vn -0.9306 -0.0841 0.3561</w:t>
        <w:br/>
        <w:t>vn -0.9180 -0.1056 0.3822</w:t>
        <w:br/>
        <w:t>vn -0.9072 -0.1873 0.3767</w:t>
        <w:br/>
        <w:t>vn -0.9124 -0.1358 0.3861</w:t>
        <w:br/>
        <w:t>vn -0.9845 -0.1750 -0.0107</w:t>
        <w:br/>
        <w:t>vn -0.4855 0.1705 0.8574</w:t>
        <w:br/>
        <w:t>vn -0.8917 -0.2829 0.3532</w:t>
        <w:br/>
        <w:t>vn -0.9051 -0.2462 0.3466</w:t>
        <w:br/>
        <w:t>vn -0.8382 -0.2410 0.4893</w:t>
        <w:br/>
        <w:t>vn -0.9054 -0.3771 0.1953</w:t>
        <w:br/>
        <w:t>vn -0.8511 -0.5250 -0.0011</w:t>
        <w:br/>
        <w:t>vn -0.7877 -0.1053 0.6069</w:t>
        <w:br/>
        <w:t>vn -0.7808 -0.0736 0.6204</w:t>
        <w:br/>
        <w:t>vn -0.8210 -0.5683 -0.0547</w:t>
        <w:br/>
        <w:t>vn -0.8562 -0.4866 0.1737</w:t>
        <w:br/>
        <w:t>vn -0.8649 -0.3302 0.3780</w:t>
        <w:br/>
        <w:t>vn -0.8399 -0.3757 0.3917</w:t>
        <w:br/>
        <w:t>vn 0.8580 0.3890 -0.3353</w:t>
        <w:br/>
        <w:t>vn 0.8172 0.4556 -0.3529</w:t>
        <w:br/>
        <w:t>vn 0.7923 0.1158 -0.5990</w:t>
        <w:br/>
        <w:t>vn 0.6092 -0.1743 -0.7736</w:t>
        <w:br/>
        <w:t>vn 0.6051 -0.1200 -0.7871</w:t>
        <w:br/>
        <w:t>vn 0.4662 -0.1596 -0.8702</w:t>
        <w:br/>
        <w:t>vn 0.3724 -0.1966 -0.9070</w:t>
        <w:br/>
        <w:t>vn -0.8113 -0.1547 0.5638</w:t>
        <w:br/>
        <w:t>vn -0.4878 -0.8729 0.0080</w:t>
        <w:br/>
        <w:t>vn -0.8105 -0.5589 0.1754</w:t>
        <w:br/>
        <w:t>vn -0.7593 -0.6475 -0.0651</w:t>
        <w:br/>
        <w:t>vn -0.7790 -0.6025 0.1738</w:t>
        <w:br/>
        <w:t>vn -0.8063 -0.4323 0.4037</w:t>
        <w:br/>
        <w:t>vn 0.6783 -0.0217 -0.7344</w:t>
        <w:br/>
        <w:t>vn 0.6894 -0.0207 -0.7241</w:t>
        <w:br/>
        <w:t>vn 0.1132 -0.3004 -0.9471</w:t>
        <w:br/>
        <w:t>vn -0.9964 0.0253 -0.0809</w:t>
        <w:br/>
        <w:t>vn -0.9431 0.0289 -0.3312</w:t>
        <w:br/>
        <w:t>vn -0.7963 -0.0185 0.6046</w:t>
        <w:br/>
        <w:t>vn -0.9545 0.0021 0.2982</w:t>
        <w:br/>
        <w:t>vn -0.2483 -0.0106 0.9686</w:t>
        <w:br/>
        <w:t>vn -0.4588 -0.0159 0.8884</w:t>
        <w:br/>
        <w:t>vn -0.4800 -0.0400 0.8763</w:t>
        <w:br/>
        <w:t>vn -0.2693 -0.0200 0.9628</w:t>
        <w:br/>
        <w:t>vn -0.2881 -0.0129 0.9575</w:t>
        <w:br/>
        <w:t>vn -0.7921 0.0650 0.6069</w:t>
        <w:br/>
        <w:t>vn -0.9569 0.0965 0.2739</w:t>
        <w:br/>
        <w:t>vn 0.7618 -0.0505 -0.6459</w:t>
        <w:br/>
        <w:t>vn 0.9233 -0.1046 -0.3695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0.0188 0.8978</w:t>
        <w:br/>
        <w:t>vn -0.2161 -0.0028 0.9764</w:t>
        <w:br/>
        <w:t>vn -0.7999 0.0588 0.5972</w:t>
        <w:br/>
        <w:t>vn -0.9383 0.1163 0.3255</w:t>
        <w:br/>
        <w:t>vn 0.7192 -0.0647 -0.6918</w:t>
        <w:br/>
        <w:t>vn 0.9205 -0.1518 -0.3601</w:t>
        <w:br/>
        <w:t>vn 0.9643 -0.1660 -0.2063</w:t>
        <w:br/>
        <w:t>vn 0.5434 0.0083 -0.8395</w:t>
        <w:br/>
        <w:t>vn -0.9856 0.1539 -0.0703</w:t>
        <w:br/>
        <w:t>vn -0.9475 0.1745 -0.2680</w:t>
        <w:br/>
        <w:t>vn -0.4463 -0.0490 0.8936</w:t>
        <w:br/>
        <w:t>vn -0.0986 -0.1071 0.9893</w:t>
        <w:br/>
        <w:t>vn -0.8175 0.0243 0.5755</w:t>
        <w:br/>
        <w:t>vn -0.9252 0.1121 0.3626</w:t>
        <w:br/>
        <w:t>vn 0.6934 -0.0864 -0.7153</w:t>
        <w:br/>
        <w:t>vn 0.9197 -0.1727 -0.3526</w:t>
        <w:br/>
        <w:t>vn 0.9616 -0.1877 -0.2001</w:t>
        <w:br/>
        <w:t>vn 0.4780 -0.0126 -0.8783</w:t>
        <w:br/>
        <w:t>vn -0.9816 0.1841 -0.0504</w:t>
        <w:br/>
        <w:t>vn -0.9456 0.2203 -0.2394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-0.6739 -0.0418 -0.7377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0.2686</w:t>
        <w:br/>
        <w:t>vn 0.9397 -0.0215 0.3412</w:t>
        <w:br/>
        <w:t>vn 0.9677 0.2286 0.1068</w:t>
        <w:br/>
        <w:t>vn -0.6735 -0.0381 -0.7382</w:t>
        <w:br/>
        <w:t>vn -0.4860 -0.0135 -0.8739</w:t>
        <w:br/>
        <w:t>vn 0.7382 0.0247 0.6742</w:t>
        <w:br/>
        <w:t>vn 0.7202 -0.0273 0.6933</w:t>
        <w:br/>
        <w:t>vn 0.9467 0.2633 -0.1855</w:t>
        <w:br/>
        <w:t>vn 0.7978 0.1575 0.5820</w:t>
        <w:br/>
        <w:t>vn -0.9319 -0.0760 -0.3546</w:t>
        <w:br/>
        <w:t>vn -0.9366 -0.0900 -0.3386</w:t>
        <w:br/>
        <w:t>vn -0.6739 -0.0418 -0.7376</w:t>
        <w:br/>
        <w:t>vn -0.9941 -0.1054 -0.0266</w:t>
        <w:br/>
        <w:t>vn -0.9993 -0.0341 0.0183</w:t>
        <w:br/>
        <w:t>vn -0.4477 0.1346 0.8840</w:t>
        <w:br/>
        <w:t>vn -0.4007 0.1873 0.8969</w:t>
        <w:br/>
        <w:t>vn -0.6403 -0.0750 -0.7645</w:t>
        <w:br/>
        <w:t>vn -0.7839 0.2036 -0.5866</w:t>
        <w:br/>
        <w:t>vn -0.7976 0.1988 -0.5695</w:t>
        <w:br/>
        <w:t>vn -0.6284 -0.0725 -0.7745</w:t>
        <w:br/>
        <w:t>vn -0.8102 0.1956 -0.5526</w:t>
        <w:br/>
        <w:t>vn -0.8076 0.1948 -0.5567</w:t>
        <w:br/>
        <w:t>vn -0.8677 0.4340 -0.2425</w:t>
        <w:br/>
        <w:t>vn -0.8788 0.4256 -0.2157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-0.3324 0.2865 0.8986</w:t>
        <w:br/>
        <w:t>vn -0.2945 0.3561 0.8868</w:t>
        <w:br/>
        <w:t>vn -0.6191 0.0637 0.7827</w:t>
        <w:br/>
        <w:t>vn -0.8683 0.1392 0.4761</w:t>
        <w:br/>
        <w:t>vn -0.8095 0.0901 0.5801</w:t>
        <w:br/>
        <w:t>vn -0.7075 -0.0499 -0.7050</w:t>
        <w:br/>
        <w:t>vn -0.7130 -0.0686 -0.6978</w:t>
        <w:br/>
        <w:t>vn -0.7041 -0.0254 -0.7096</w:t>
        <w:br/>
        <w:t>vn -0.7039 -0.0253 -0.7098</w:t>
        <w:br/>
        <w:t>vn -0.7039 -0.0119 -0.7102</w:t>
        <w:br/>
        <w:t>vn -0.7039 -0.0118 -0.7102</w:t>
        <w:br/>
        <w:t>vn -0.7104 0.0191 -0.7036</w:t>
        <w:br/>
        <w:t>vn -0.7103 0.0190 -0.7036</w:t>
        <w:br/>
        <w:t>vn -0.7075 0.0005 -0.7067</w:t>
        <w:br/>
        <w:t>vn -0.7076 0.0005 -0.7066</w:t>
        <w:br/>
        <w:t>vn -0.7138 -0.0896 -0.6946</w:t>
        <w:br/>
        <w:t>vn -0.7139 -0.0896 -0.6945</w:t>
        <w:br/>
        <w:t>vn -0.7038 -0.0960 -0.7039</w:t>
        <w:br/>
        <w:t>vn -0.7038 -0.0961 -0.7039</w:t>
        <w:br/>
        <w:t>vn -0.6762 -0.1027 -0.7296</w:t>
        <w:br/>
        <w:t>vn -0.1329 0.5438 0.8287</w:t>
        <w:br/>
        <w:t>vn -0.1717 0.4847 0.8577</w:t>
        <w:br/>
        <w:t>vn -0.0084 -0.2175 -0.9760</w:t>
        <w:br/>
        <w:t>vn -0.0082 -0.2315 -0.9728</w:t>
        <w:br/>
        <w:t>vn -0.2472 -0.1949 -0.9492</w:t>
        <w:br/>
        <w:t>vn -0.2604 -0.1839 -0.9478</w:t>
        <w:br/>
        <w:t>vn -0.8754 -0.0446 -0.4814</w:t>
        <w:br/>
        <w:t>vn -0.3800 -0.1793 -0.9075</w:t>
        <w:br/>
        <w:t>vn -0.8507 -0.0103 -0.5256</w:t>
        <w:br/>
        <w:t>vn -0.9909 0.1203 -0.0607</w:t>
        <w:br/>
        <w:t>vn -0.9963 0.0820 -0.0261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0.2804 0.0772 0.9568</w:t>
        <w:br/>
        <w:t>vn 0.4007 0.0391 0.9154</w:t>
        <w:br/>
        <w:t>vn 0.3847 0.0453 0.9219</w:t>
        <w:br/>
        <w:t>vn 0.4207 0.0468 0.9060</w:t>
        <w:br/>
        <w:t>vn 0.4108 0.0417 0.9108</w:t>
        <w:br/>
        <w:t>vn 0.2857 0.0863 0.9544</w:t>
        <w:br/>
        <w:t>vn 0.2959 0.1037 0.9496</w:t>
        <w:br/>
        <w:t>vn 0.3663 0.0413 0.9296</w:t>
        <w:br/>
        <w:t>vn 0.7308 -0.0639 0.6795</w:t>
        <w:br/>
        <w:t>vn 0.7227 -0.0419 0.6899</w:t>
        <w:br/>
        <w:t>vn 0.8850 -0.1347 -0.4457</w:t>
        <w:br/>
        <w:t>vn 0.8985 -0.0932 -0.4290</w:t>
        <w:br/>
        <w:t>vn 0.9933 -0.0950 -0.0659</w:t>
        <w:br/>
        <w:t>vn 0.9904 -0.1329 -0.0383</w:t>
        <w:br/>
        <w:t>vn 0.8738 -0.1741 -0.4541</w:t>
        <w:br/>
        <w:t>vn 0.9863 -0.1649 0.0088</w:t>
        <w:br/>
        <w:t>vn 0.9640 -0.2188 -0.1510</w:t>
        <w:br/>
        <w:t>vn 0.8335 -0.3027 -0.4622</w:t>
        <w:br/>
        <w:t>vn 0.8569 -0.2306 -0.4610</w:t>
        <w:br/>
        <w:t>vn 0.4581 0.0855 0.8848</w:t>
        <w:br/>
        <w:t>vn 0.4578 0.1079 0.8825</w:t>
        <w:br/>
        <w:t>vn 0.6112 -0.1210 0.7822</w:t>
        <w:br/>
        <w:t>vn 0.6069 -0.1026 0.7882</w:t>
        <w:br/>
        <w:t>vn 0.4505 0.0575 0.8909</w:t>
        <w:br/>
        <w:t>vn 0.4530 0.0485 0.8902</w:t>
        <w:br/>
        <w:t>vn 0.5625 -0.0395 0.8259</w:t>
        <w:br/>
        <w:t>vn 0.5544 -0.0244 0.8319</w:t>
        <w:br/>
        <w:t>vn 0.3127 0.1169 0.9426</w:t>
        <w:br/>
        <w:t>vn 0.3296 0.1310 0.9350</w:t>
        <w:br/>
        <w:t>vn 0.4409 0.0588 0.8956</w:t>
        <w:br/>
        <w:t>vn 0.4313 0.0537 0.9006</w:t>
        <w:br/>
        <w:t>vn 0.2229 0.0772 0.9718</w:t>
        <w:br/>
        <w:t>vn 0.8561 -0.5162 0.0265</w:t>
        <w:br/>
        <w:t>vn 0.9015 -0.4183 0.1111</w:t>
        <w:br/>
        <w:t>vn 0.8100 -0.2405 0.5348</w:t>
        <w:br/>
        <w:t>vn 0.8092 -0.3065 0.5012</w:t>
        <w:br/>
        <w:t>vn 0.9198 -0.0844 0.3833</w:t>
        <w:br/>
        <w:t>vn 0.9069 -0.1173 0.4046</w:t>
        <w:br/>
        <w:t>vn 0.8886 -0.1465 0.4347</w:t>
        <w:br/>
        <w:t>vn 0.2786 0.2680 0.9223</w:t>
        <w:br/>
        <w:t>vn 0.2649 0.3277 0.9069</w:t>
        <w:br/>
        <w:t>vn 0.8812 -0.1762 0.4387</w:t>
        <w:br/>
        <w:t>vn 0.8103 -0.0997 0.5774</w:t>
        <w:br/>
        <w:t>vn 0.8104 -0.0996 0.5774</w:t>
        <w:br/>
        <w:t>vn 0.8187 -0.0814 0.5684</w:t>
        <w:br/>
        <w:t>vn 0.7682 -0.1344 0.6259</w:t>
        <w:br/>
        <w:t>vn 0.7955 -0.1895 0.5756</w:t>
        <w:br/>
        <w:t>vn 0.9186 -0.3360 0.2081</w:t>
        <w:br/>
        <w:t>vn 0.7445 -0.0918 0.6613</w:t>
        <w:br/>
        <w:t>vn 0.6840 -0.5914 -0.4270</w:t>
        <w:br/>
        <w:t>vn 0.6129 -0.6700 -0.4189</w:t>
        <w:br/>
        <w:t>vn 0.7440 -0.1503 0.6510</w:t>
        <w:br/>
        <w:t>vn 0.7089 -0.1577 0.6874</w:t>
        <w:br/>
        <w:t>vn -0.8257 0.4558 -0.3324</w:t>
        <w:br/>
        <w:t>vn -0.8518 0.4415 -0.2821</w:t>
        <w:br/>
        <w:t>vn -0.8132 0.1445 -0.5637</w:t>
        <w:br/>
        <w:t>vn -0.5438 -0.0909 -0.8343</w:t>
        <w:br/>
        <w:t>vn -0.5648 -0.0761 -0.8217</w:t>
        <w:br/>
        <w:t>vn -0.8226 0.1662 -0.5438</w:t>
        <w:br/>
        <w:t>vn -0.2423 -0.2083 -0.9476</w:t>
        <w:br/>
        <w:t>vn 0.5292 -0.8484 -0.0101</w:t>
        <w:br/>
        <w:t>vn 0.5674 -0.8234 -0.0077</w:t>
        <w:br/>
        <w:t>vn 0.5292 -0.8484 -0.0102</w:t>
        <w:br/>
        <w:t>vn 0.5400 -0.7543 -0.3733</w:t>
        <w:br/>
        <w:t>vn 0.6250 -0.1254 0.7705</w:t>
        <w:br/>
        <w:t>vn 0.6365 -0.1347 0.7595</w:t>
        <w:br/>
        <w:t>vn 0.6365 -0.1347 0.7594</w:t>
        <w:br/>
        <w:t>vn -0.0080 -0.2481 -0.9687</w:t>
        <w:br/>
        <w:t>vn -0.6514 -0.0891 -0.7535</w:t>
        <w:br/>
        <w:t>vn -0.7764 0.2029 -0.5967</w:t>
        <w:br/>
        <w:t>vn 0.6157 -0.1352 0.7763</w:t>
        <w:br/>
        <w:t>vn 0.4642 0.1302 0.8761</w:t>
        <w:br/>
        <w:t>vn 0.2646 0.3823 0.8854</w:t>
        <w:br/>
        <w:t>vn -0.8040 0.4694 -0.3650</w:t>
        <w:br/>
        <w:t>vn 0.4975 -0.8675 -0.0018</w:t>
        <w:br/>
        <w:t>vn 0.4974 -0.8675 -0.0018</w:t>
        <w:br/>
        <w:t>vn -0.9408 0.2248 -0.2537</w:t>
        <w:br/>
        <w:t>vn -0.7828 0.0379 -0.6211</w:t>
        <w:br/>
        <w:t>vn -0.7874 0.1064 -0.6072</w:t>
        <w:br/>
        <w:t>vn -0.9165 0.3157 -0.2457</w:t>
        <w:br/>
        <w:t>vn -0.3550 0.2278 0.9067</w:t>
        <w:br/>
        <w:t>vn -0.3551 0.2278 0.9066</w:t>
        <w:br/>
        <w:t>vn -0.7034 -0.0354 -0.7099</w:t>
        <w:br/>
        <w:t>vn -0.7034 -0.0453 -0.7094</w:t>
        <w:br/>
        <w:t>vn 0.3371 0.1382 0.9313</w:t>
        <w:br/>
        <w:t>vn 0.3327 0.1354 0.9333</w:t>
        <w:br/>
        <w:t>vn 0.8014 -0.5954 -0.0563</w:t>
        <w:br/>
        <w:t>vn 0.7550 -0.6489 -0.0939</w:t>
        <w:br/>
        <w:t>vn 0.7550 -0.6489 -0.0938</w:t>
        <w:br/>
        <w:t>vn 0.7831 -0.4490 -0.4303</w:t>
        <w:br/>
        <w:t>vn 0.7453 -0.5136 -0.4251</w:t>
        <w:br/>
        <w:t>vn 0.7453 -0.5137 -0.4250</w:t>
        <w:br/>
        <w:t>vn 0.7831 -0.4489 -0.4304</w:t>
        <w:br/>
        <w:t>vn 0.7709 -0.1375 0.6220</w:t>
        <w:br/>
        <w:t>vn -0.3268 -0.1998 -0.9238</w:t>
        <w:br/>
        <w:t>vn -0.5079 -0.1232 -0.8525</w:t>
        <w:br/>
        <w:t>vn 0.3322 -0.0262 0.9428</w:t>
        <w:br/>
        <w:t>vn 0.3498 0.0016 0.9368</w:t>
        <w:br/>
        <w:t>vn 0.1820 0.0198 0.9831</w:t>
        <w:br/>
        <w:t>vn 0.1005 -0.0388 0.9942</w:t>
        <w:br/>
        <w:t>vn -0.9301 -0.0956 -0.3547</w:t>
        <w:br/>
        <w:t>vn -0.9840 -0.1253 -0.1269</w:t>
        <w:br/>
        <w:t>vn 0.3642 -0.0316 0.9308</w:t>
        <w:br/>
        <w:t>vn -0.0356 -0.1488 0.9882</w:t>
        <w:br/>
        <w:t>vn -0.8255 -0.2279 -0.5163</w:t>
        <w:br/>
        <w:t>vn -0.6862 -0.0340 -0.7266</w:t>
        <w:br/>
        <w:t>vn 0.9318 0.3290 0.1534</w:t>
        <w:br/>
        <w:t>vn 0.9379 0.3196 -0.1351</w:t>
        <w:br/>
        <w:t>vn 0.8295 0.2435 0.5026</w:t>
        <w:br/>
        <w:t>vn -0.9268 -0.0847 -0.3660</w:t>
        <w:br/>
        <w:t>vn -0.9754 -0.1217 -0.1835</w:t>
        <w:br/>
        <w:t>vn 0.8026 0.1735 0.5707</w:t>
        <w:br/>
        <w:t>vn -0.4970 -0.3842 0.7780</w:t>
        <w:br/>
        <w:t>vn -0.1121 -0.2446 0.9631</w:t>
        <w:br/>
        <w:t>vn -0.9375 -0.1583 -0.3098</w:t>
        <w:br/>
        <w:t>vn -0.9396 -0.1576 -0.3038</w:t>
        <w:br/>
        <w:t>vn -0.8175 -0.0442 -0.5742</w:t>
        <w:br/>
        <w:t>vn -0.7807 -0.0415 -0.6235</w:t>
        <w:br/>
        <w:t>vn -0.9617 -0.1618 -0.2211</w:t>
        <w:br/>
        <w:t>vn -0.9393 -0.1213 -0.3211</w:t>
        <w:br/>
        <w:t>vn 0.9967 -0.0357 0.0724</w:t>
        <w:br/>
        <w:t>vn 0.8847 -0.2988 0.3577</w:t>
        <w:br/>
        <w:t>vn 0.8918 -0.2774 0.3575</w:t>
        <w:br/>
        <w:t>vn 0.9351 0.2218 0.2763</w:t>
        <w:br/>
        <w:t>vn 0.6607 0.0727 0.7472</w:t>
        <w:br/>
        <w:t>vn 0.7018 -0.0190 0.7122</w:t>
        <w:br/>
        <w:t>vn 0.9547 0.1509 0.2563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0.1045 0.8000</w:t>
        <w:br/>
        <w:t>vn 0.0329 -0.4665 0.8839</w:t>
        <w:br/>
        <w:t>vn 0.1501 -0.2862 0.9464</w:t>
        <w:br/>
        <w:t>vn -0.3287 -0.7156 0.6163</w:t>
        <w:br/>
        <w:t>vn -0.2587 -0.7545 0.6032</w:t>
        <w:br/>
        <w:t>vn 0.0455 -0.7310 0.6809</w:t>
        <w:br/>
        <w:t>vn 0.1617 -0.6611 0.7326</w:t>
        <w:br/>
        <w:t>vn -0.4323 -0.5470 0.7168</w:t>
        <w:br/>
        <w:t>vn -0.3818 -0.6467 0.6604</w:t>
        <w:br/>
        <w:t>vn -0.0913 -0.6072 0.7893</w:t>
        <w:br/>
        <w:t>vn -0.4965 -0.4126 0.7637</w:t>
        <w:br/>
        <w:t>vn -0.5342 -0.3278 0.7792</w:t>
        <w:br/>
        <w:t>vn -0.5613 -0.3010 0.7709</w:t>
        <w:br/>
        <w:t>vn -0.7403 -0.2513 -0.6236</w:t>
        <w:br/>
        <w:t>vn -0.7044 -0.2678 -0.6574</w:t>
        <w:br/>
        <w:t>vn -0.5462 -0.1484 -0.8244</w:t>
        <w:br/>
        <w:t>vn -0.5961 -0.1122 -0.7951</w:t>
        <w:br/>
        <w:t>vn -0.7811 -0.1792 -0.5981</w:t>
        <w:br/>
        <w:t>vn -0.6579 -0.0208 -0.7529</w:t>
        <w:br/>
        <w:t>vn -0.7273 0.0736 -0.6824</w:t>
        <w:br/>
        <w:t>vn -0.7392 0.0588 -0.6709</w:t>
        <w:br/>
        <w:t>vn -0.8205 -0.0554 -0.5689</w:t>
        <w:br/>
        <w:t>vn -0.8199 -0.0588 -0.5695</w:t>
        <w:br/>
        <w:t>vn -0.3512 -0.0191 -0.9361</w:t>
        <w:br/>
        <w:t>vn -0.4101 0.0349 -0.9114</w:t>
        <w:br/>
        <w:t>vn -0.7016 0.0300 -0.7119</w:t>
        <w:br/>
        <w:t>vn -0.4920 0.1392 -0.8594</w:t>
        <w:br/>
        <w:t>vn -0.5648 0.1704 -0.8075</w:t>
        <w:br/>
        <w:t>vn -0.7555 0.2486 -0.6061</w:t>
        <w:br/>
        <w:t>vn -0.7654 0.1313 -0.6300</w:t>
        <w:br/>
        <w:t>vn -0.7518 0.1441 -0.6435</w:t>
        <w:br/>
        <w:t>vn 0.4070 -0.6783 0.6117</w:t>
        <w:br/>
        <w:t>vn 0.7627 -0.2420 0.5998</w:t>
        <w:br/>
        <w:t>vn 0.5813 -0.4186 0.6977</w:t>
        <w:br/>
        <w:t>vn 0.7767 -0.3107 0.5479</w:t>
        <w:br/>
        <w:t>vn 0.9851 -0.0181 0.1709</w:t>
        <w:br/>
        <w:t>vn 0.7886 -0.3581 0.4999</w:t>
        <w:br/>
        <w:t>vn 0.9866 -0.0704 0.1472</w:t>
        <w:br/>
        <w:t>vn 0.6730 -0.4688 0.5721</w:t>
        <w:br/>
        <w:t>vn 0.3126 -0.6942 0.6484</w:t>
        <w:br/>
        <w:t>vn 0.7679 -0.4100 0.4923</w:t>
        <w:br/>
        <w:t>vn -0.7388 0.0202 -0.6736</w:t>
        <w:br/>
        <w:t>vn -0.7910 -0.0348 -0.6108</w:t>
        <w:br/>
        <w:t>vn -0.6062 0.2034 -0.7689</w:t>
        <w:br/>
        <w:t>vn 0.9812 0.0198 0.1917</w:t>
        <w:br/>
        <w:t>vn 0.9913 0.1272 -0.0330</w:t>
        <w:br/>
        <w:t>vn 0.9929 0.1177 0.0148</w:t>
        <w:br/>
        <w:t>vn 0.9882 0.1326 -0.0770</w:t>
        <w:br/>
        <w:t>vn 0.9810 0.1580 -0.1126</w:t>
        <w:br/>
        <w:t>vn -0.8037 0.1756 0.5686</w:t>
        <w:br/>
        <w:t>vn -0.9700 0.2350 0.0622</w:t>
        <w:br/>
        <w:t>vn -0.7036 0.0740 0.7067</w:t>
        <w:br/>
        <w:t>vn -0.6510 0.1719 0.7394</w:t>
        <w:br/>
        <w:t>vn -0.9750 0.2145 0.0582</w:t>
        <w:br/>
        <w:t>vn -0.9793 0.1919 0.0636</w:t>
        <w:br/>
        <w:t>vn -0.7498 -0.0703 0.6579</w:t>
        <w:br/>
        <w:t>vn -0.7307 0.0027 0.6827</w:t>
        <w:br/>
        <w:t>vn -0.0773 -0.3554 0.9315</w:t>
        <w:br/>
        <w:t>vn -0.0416 -0.2257 0.9733</w:t>
        <w:br/>
        <w:t>vn -0.7669 -0.2851 0.5749</w:t>
        <w:br/>
        <w:t>vn -0.7719 -0.3918 0.5006</w:t>
        <w:br/>
        <w:t>vn -0.2440 -0.7002 0.6710</w:t>
        <w:br/>
        <w:t>vn -0.1790 -0.6018 0.7783</w:t>
        <w:br/>
        <w:t>vn -0.1118 -0.4810 0.8696</w:t>
        <w:br/>
        <w:t>vn -0.1789 -0.6018 0.7783</w:t>
        <w:br/>
        <w:t>vn 0.1748 -0.6656 0.7256</w:t>
        <w:br/>
        <w:t>vn 0.3142 -0.5450 0.7773</w:t>
        <w:br/>
        <w:t>vn 0.3688 -0.4431 0.8171</w:t>
        <w:br/>
        <w:t>vn 0.6974 -0.2241 -0.6808</w:t>
        <w:br/>
        <w:t>vn 0.7854 -0.2942 -0.5446</w:t>
        <w:br/>
        <w:t>vn 0.7955 -0.2590 -0.5478</w:t>
        <w:br/>
        <w:t>vn 0.7255 -0.1943 -0.6602</w:t>
        <w:br/>
        <w:t>vn 0.7471 -0.1900 -0.6369</w:t>
        <w:br/>
        <w:t>vn 0.7888 -0.2431 -0.5646</w:t>
        <w:br/>
        <w:t>vn 0.7831 -0.2173 -0.5827</w:t>
        <w:br/>
        <w:t>vn 0.7696 -0.1810 -0.6124</w:t>
        <w:br/>
        <w:t>vn 0.8020 -0.1259 -0.5839</w:t>
        <w:br/>
        <w:t>vn 0.8018 -0.1061 -0.5882</w:t>
        <w:br/>
        <w:t>vn 0.7837 -0.1491 -0.6029</w:t>
        <w:br/>
        <w:t>vn 0.6869 -0.2262 -0.6907</w:t>
        <w:br/>
        <w:t>vn 0.5876 -0.1469 -0.7957</w:t>
        <w:br/>
        <w:t>vn 0.6982 -0.1351 -0.7031</w:t>
        <w:br/>
        <w:t>vn 0.6398 -0.1253 -0.7583</w:t>
        <w:br/>
        <w:t>vn 0.7542 -0.1442 -0.6406</w:t>
        <w:br/>
        <w:t>vn 0.8012 -0.0862 -0.5922</w:t>
        <w:br/>
        <w:t>vn -0.1741 -0.0812 0.9814</w:t>
        <w:br/>
        <w:t>vn 0.8290 -0.0031 -0.5592</w:t>
        <w:br/>
        <w:t>vn 0.7880 0.0883 -0.6093</w:t>
        <w:br/>
        <w:t>vn 0.8327 0.0103 -0.5536</w:t>
        <w:br/>
        <w:t>vn -0.9115 -0.0685 0.4056</w:t>
        <w:br/>
        <w:t>vn -0.7453 -0.4126 0.5237</w:t>
        <w:br/>
        <w:t>vn -0.9049 -0.2107 0.3700</w:t>
        <w:br/>
        <w:t>vn -0.9878 0.1110 0.1093</w:t>
        <w:br/>
        <w:t>vn -0.9251 0.2732 -0.2637</w:t>
        <w:br/>
        <w:t>vn -0.9424 0.2568 -0.2144</w:t>
        <w:br/>
        <w:t>vn -0.9928 0.0954 0.0726</w:t>
        <w:br/>
        <w:t>vn -0.9861 0.1517 0.0671</w:t>
        <w:br/>
        <w:t>vn -0.7432 -0.4684 0.4777</w:t>
        <w:br/>
        <w:t>vn -0.2967 -0.7604 0.5777</w:t>
        <w:br/>
        <w:t>vn -0.7617 -0.1656 0.6264</w:t>
        <w:br/>
        <w:t>vn -0.9429 0.3017 -0.1408</w:t>
        <w:br/>
        <w:t>vn -0.9945 0.0195 0.1024</w:t>
        <w:br/>
        <w:t>vn -0.9453 0.2867 -0.1557</w:t>
        <w:br/>
        <w:t>vn 0.8289 0.0248 -0.5589</w:t>
        <w:br/>
        <w:t>vn 0.8313 0.0050 -0.5558</w:t>
        <w:br/>
        <w:t>vn 0.8399 0.0485 -0.5406</w:t>
        <w:br/>
        <w:t>vn 0.8167 0.0795 -0.5716</w:t>
        <w:br/>
        <w:t>vn 0.4069 -0.6784 0.6117</w:t>
        <w:br/>
        <w:t>vn 0.0164 -0.7970 0.6038</w:t>
        <w:br/>
        <w:t>vn 0.0796 -0.8148 0.5743</w:t>
        <w:br/>
        <w:t>vn -0.1304 -0.7752 0.6181</w:t>
        <w:br/>
        <w:t>vn 0.3125 -0.6942 0.6484</w:t>
        <w:br/>
        <w:t>vn 0.5393 -0.1336 0.8315</w:t>
        <w:br/>
        <w:t>vn 0.4983 -0.1771 0.8487</w:t>
        <w:br/>
        <w:t>vn 0.5393 -0.1336 0.8314</w:t>
        <w:br/>
        <w:t>vn -0.6795 0.0750 -0.7299</w:t>
        <w:br/>
        <w:t>vn -0.7378 0.1567 -0.6566</w:t>
        <w:br/>
        <w:t>vn 0.9638 0.2591 0.0622</w:t>
        <w:br/>
        <w:t>vn 0.9691 0.2409 0.0525</w:t>
        <w:br/>
        <w:t>vn 0.7991 0.1927 0.5695</w:t>
        <w:br/>
        <w:t>vn 0.8610 0.0175 -0.5083</w:t>
        <w:br/>
        <w:t>vn 0.8334 -0.0148 -0.5525</w:t>
        <w:br/>
        <w:t>vn 0.8682 -0.0679 -0.4916</w:t>
        <w:br/>
        <w:t>vn 0.1331 -0.9020 0.4107</w:t>
        <w:br/>
        <w:t>vn 0.0501 -0.8486 0.5267</w:t>
        <w:br/>
        <w:t>vn 0.1701 -0.9204 0.3520</w:t>
        <w:br/>
        <w:t>vn -0.8930 0.2891 -0.3450</w:t>
        <w:br/>
        <w:t>vn -0.8968 0.2664 -0.3531</w:t>
        <w:br/>
        <w:t>vn -0.9094 0.3011 -0.2870</w:t>
        <w:br/>
        <w:t>vn 0.8882 0.3953 0.2342</w:t>
        <w:br/>
        <w:t>vn 0.8758 0.3860 0.2899</w:t>
        <w:br/>
        <w:t>vn 0.9074 0.3257 0.2656</w:t>
        <w:br/>
        <w:t>vn 0.9089 0.3471 0.2312</w:t>
        <w:br/>
        <w:t>vn 0.0623 0.9979 -0.0185</w:t>
        <w:br/>
        <w:t>vn -0.0137 0.9516 0.3070</w:t>
        <w:br/>
        <w:t>vn -0.0088 0.9391 0.3435</w:t>
        <w:br/>
        <w:t>vn 0.0480 0.9323 0.3585</w:t>
        <w:br/>
        <w:t>vn 0.4234 0.8404 0.3383</w:t>
        <w:br/>
        <w:t>vn 0.3936 0.9190 -0.0232</w:t>
        <w:br/>
        <w:t>vn 0.5949 0.7480 0.2942</w:t>
        <w:br/>
        <w:t>vn 0.6091 0.7416 0.2810</w:t>
        <w:br/>
        <w:t>vn 0.7304 0.6382 0.2432</w:t>
        <w:br/>
        <w:t>vn 0.6922 0.7192 -0.0590</w:t>
        <w:br/>
        <w:t>vn 0.6452 0.3141 0.6965</w:t>
        <w:br/>
        <w:t>vn 0.6814 0.3178 0.6593</w:t>
        <w:br/>
        <w:t>vn 0.6681 0.1598 0.7267</w:t>
        <w:br/>
        <w:t>vn 0.0102 0.8783 0.4780</w:t>
        <w:br/>
        <w:t>vn 0.0208 0.6489 0.7606</w:t>
        <w:br/>
        <w:t>vn -0.0023 0.6383 0.7698</w:t>
        <w:br/>
        <w:t>vn 0.0408 0.8739 0.4843</w:t>
        <w:br/>
        <w:t>vn 0.2495 0.6265 0.7384</w:t>
        <w:br/>
        <w:t>vn 0.4103 0.8182 0.4028</w:t>
        <w:br/>
        <w:t>vn 0.4990 0.8431 0.2006</w:t>
        <w:br/>
        <w:t>vn 0.5943 0.7093 0.3791</w:t>
        <w:br/>
        <w:t>vn 0.4592 0.8474 0.2667</w:t>
        <w:br/>
        <w:t>vn 0.6376 0.4873 0.5966</w:t>
        <w:br/>
        <w:t>vn 0.5905 0.5009 0.6328</w:t>
        <w:br/>
        <w:t>vn 0.5028 0.7128 0.4890</w:t>
        <w:br/>
        <w:t>vn 0.8303 0.4911 0.2636</w:t>
        <w:br/>
        <w:t>vn 0.8117 0.4799 0.3329</w:t>
        <w:br/>
        <w:t>vn 0.5692 0.7519 0.3327</w:t>
        <w:br/>
        <w:t>vn 0.5484 0.7496 0.3706</w:t>
        <w:br/>
        <w:t>vn 0.7042 0.6136 0.3572</w:t>
        <w:br/>
        <w:t>vn 0.7153 0.6333 0.2955</w:t>
        <w:br/>
        <w:t>vn 0.6608 0.0376 0.7496</w:t>
        <w:br/>
        <w:t>vn 0.5471 -0.0400 0.8361</w:t>
        <w:br/>
        <w:t>vn 0.4887 -0.1317 0.8625</w:t>
        <w:br/>
        <w:t>vn 0.6391 -0.0416 0.7680</w:t>
        <w:br/>
        <w:t>vn 0.7384 0.1866 0.6480</w:t>
        <w:br/>
        <w:t>vn 0.8195 0.1654 0.5487</w:t>
        <w:br/>
        <w:t>vn 0.7877 0.1164 0.6049</w:t>
        <w:br/>
        <w:t>vn 0.6354 0.2951 0.7135</w:t>
        <w:br/>
        <w:t>vn 0.7035 0.3612 0.6121</w:t>
        <w:br/>
        <w:t>vn 0.5907 0.4788 0.6495</w:t>
        <w:br/>
        <w:t>vn 0.5219 0.4259 0.7391</w:t>
        <w:br/>
        <w:t>vn 0.4148 0.5962 0.6874</w:t>
        <w:br/>
        <w:t>vn 0.0422 0.8473 0.5294</w:t>
        <w:br/>
        <w:t>vn -0.0538 0.8280 0.5581</w:t>
        <w:br/>
        <w:t>vn 0.2262 0.6322 0.7410</w:t>
        <w:br/>
        <w:t>vn 0.0165 0.7470 -0.6646</w:t>
        <w:br/>
        <w:t>vn -0.0064 0.7268 -0.6868</w:t>
        <w:br/>
        <w:t>vn -0.0377 0.7253 -0.6874</w:t>
        <w:br/>
        <w:t>vn 0.0707 0.7658 -0.6392</w:t>
        <w:br/>
        <w:t>vn 0.1312 0.7503 -0.6479</w:t>
        <w:br/>
        <w:t>vn 0.2305 0.7141 -0.6611</w:t>
        <w:br/>
        <w:t>vn 0.2305 0.7140 -0.6611</w:t>
        <w:br/>
        <w:t>vn 0.1311 0.7503 -0.6479</w:t>
        <w:br/>
        <w:t>vn 0.3937 0.9190 -0.0232</w:t>
        <w:br/>
        <w:t>vn 0.2695 0.6947 -0.6669</w:t>
        <w:br/>
        <w:t>vn 0.3369 0.6910 -0.6396</w:t>
        <w:br/>
        <w:t>vn -0.0950 0.9597 0.2645</w:t>
        <w:br/>
        <w:t>vn -0.1086 0.9831 0.1471</w:t>
        <w:br/>
        <w:t>vn -0.0539 0.8280 0.5581</w:t>
        <w:br/>
        <w:t>vn 0.2006 0.9703 0.1353</w:t>
        <w:br/>
        <w:t>vn 0.4206 0.9042 0.0742</w:t>
        <w:br/>
        <w:t>vn 0.5104 0.2834 0.8119</w:t>
        <w:br/>
        <w:t>vn 0.6376 0.4873 0.5967</w:t>
        <w:br/>
        <w:t>vn 0.3867 0.4049 0.8285</w:t>
        <w:br/>
        <w:t>vn -0.0314 0.8992 0.4363</w:t>
        <w:br/>
        <w:t>vn -0.1249 0.4765 0.8702</w:t>
        <w:br/>
        <w:t>vn -0.1998 0.2561 0.9458</w:t>
        <w:br/>
        <w:t>vn 0.5173 0.2789 0.8091</w:t>
        <w:br/>
        <w:t>vn 0.4018 0.4150 0.8163</w:t>
        <w:br/>
        <w:t>vn 0.0293 0.8002 0.5991</w:t>
        <w:br/>
        <w:t>vn 0.1186 0.8117 0.5720</w:t>
        <w:br/>
        <w:t>vn 0.4990 0.8431 0.2007</w:t>
        <w:br/>
        <w:t>vn 0.1534 0.6432 0.7502</w:t>
        <w:br/>
        <w:t>vn 0.2581 0.5135 0.8183</w:t>
        <w:br/>
        <w:t>vn 0.5943 0.7093 0.3792</w:t>
        <w:br/>
        <w:t>vn -0.1868 0.2943 0.9373</w:t>
        <w:br/>
        <w:t>vn 0.0880 0.5856 0.8058</w:t>
        <w:br/>
        <w:t>vn 0.2760 0.8123 0.5138</w:t>
        <w:br/>
        <w:t>vn 0.8909 0.4186 0.1761</w:t>
        <w:br/>
        <w:t>vn 0.7504 0.5601 -0.3509</w:t>
        <w:br/>
        <w:t>vn 0.7228 0.6340 -0.2749</w:t>
        <w:br/>
        <w:t>vn 0.8400 0.5024 0.2047</w:t>
        <w:br/>
        <w:t>vn 0.4429 0.6154 -0.6520</w:t>
        <w:br/>
        <w:t>vn 0.4240 0.5371 -0.7292</w:t>
        <w:br/>
        <w:t>vn 0.8191 0.1674 0.5486</w:t>
        <w:br/>
        <w:t>vn 0.8401 0.1097 0.5313</w:t>
        <w:br/>
        <w:t>vn 0.9303 0.2696 0.2487</w:t>
        <w:br/>
        <w:t>vn 0.9015 0.3982 0.1697</w:t>
        <w:br/>
        <w:t>vn 0.8921 0.4423 0.0927</w:t>
        <w:br/>
        <w:t>vn 0.8438 0.0511 0.5342</w:t>
        <w:br/>
        <w:t>vn 0.7807 0.2498 0.5728</w:t>
        <w:br/>
        <w:t>vn 0.3538 0.5556 0.7524</w:t>
        <w:br/>
        <w:t>vn -0.8037 0.1755 0.5686</w:t>
        <w:br/>
        <w:t>vn -0.6335 0.3101 0.7089</w:t>
        <w:br/>
        <w:t>vn -0.6319 0.3225 0.7048</w:t>
        <w:br/>
        <w:t>vn -0.6445 0.1322 0.7531</w:t>
        <w:br/>
        <w:t>vn -0.4616 0.6318 0.6226</w:t>
        <w:br/>
        <w:t>vn -0.3350 0.7809 0.5273</w:t>
        <w:br/>
        <w:t>vn -0.2449 0.6608 0.7095</w:t>
        <w:br/>
        <w:t>vn -0.4360 0.5838 0.6849</w:t>
        <w:br/>
        <w:t>vn -0.5626 0.4943 0.6627</w:t>
        <w:br/>
        <w:t>vn -0.5385 0.4736 0.6970</w:t>
        <w:br/>
        <w:t>vn -0.4211 0.5798 0.6975</w:t>
        <w:br/>
        <w:t>vn -0.0836 0.9223 0.3773</w:t>
        <w:br/>
        <w:t>vn 0.0114 0.7845 0.6200</w:t>
        <w:br/>
        <w:t>vn -0.5365 0.3145 0.7831</w:t>
        <w:br/>
        <w:t>vn -0.3911 0.4435 0.8065</w:t>
        <w:br/>
        <w:t>vn -0.1723 0.7845 0.5957</w:t>
        <w:br/>
        <w:t>vn -0.7003 0.1653 0.6944</w:t>
        <w:br/>
        <w:t>vn -0.6144 0.3413 0.7113</w:t>
        <w:br/>
        <w:t>vn -0.4357 0.5244 0.7315</w:t>
        <w:br/>
        <w:t>vn -0.5015 0.4406 0.7446</w:t>
        <w:br/>
        <w:t>vn -0.0988 0.7706 0.6296</w:t>
        <w:br/>
        <w:t>vn -0.2043 0.7472 0.6325</w:t>
        <w:br/>
        <w:t>vn -0.3215 0.7109 0.6255</w:t>
        <w:br/>
        <w:t>vn -0.5532 0.4783 0.6820</w:t>
        <w:br/>
        <w:t>vn -0.6623 0.3273 0.6740</w:t>
        <w:br/>
        <w:t>vn -0.8178 0.2160 0.5335</w:t>
        <w:br/>
        <w:t>vn -0.9222 0.3106 0.2302</w:t>
        <w:br/>
        <w:t>vn -0.9045 0.3547 0.2369</w:t>
        <w:br/>
        <w:t>vn -0.9031 0.3964 0.1655</w:t>
        <w:br/>
        <w:t>vn -0.9233 0.3477 0.1631</w:t>
        <w:br/>
        <w:t>vn -0.0658 0.9976 -0.0221</w:t>
        <w:br/>
        <w:t>vn -0.0470 0.9351 0.3512</w:t>
        <w:br/>
        <w:t>vn -0.4114 0.8424 0.3480</w:t>
        <w:br/>
        <w:t>vn -0.3110 0.9265 -0.2119</w:t>
        <w:br/>
        <w:t>vn -0.5871 0.7474 0.3110</w:t>
        <w:br/>
        <w:t>vn -0.4769 0.8452 -0.2413</w:t>
        <w:br/>
        <w:t>vn -0.5957 0.7602 -0.2592</w:t>
        <w:br/>
        <w:t>vn -0.7196 0.6521 0.2388</w:t>
        <w:br/>
        <w:t>vn -0.0267 0.8885 0.4582</w:t>
        <w:br/>
        <w:t>vn 0.0394 0.6425 0.7653</w:t>
        <w:br/>
        <w:t>vn -0.4213 0.8042 0.4192</w:t>
        <w:br/>
        <w:t>vn -0.2961 0.6474 0.7022</w:t>
        <w:br/>
        <w:t>vn -0.8322 0.5234 0.1832</w:t>
        <w:br/>
        <w:t>vn -0.8257 0.4975 0.2659</w:t>
        <w:br/>
        <w:t>vn -0.5533 0.7440 0.3745</w:t>
        <w:br/>
        <w:t>vn -0.5333 0.7438 0.4030</w:t>
        <w:br/>
        <w:t>vn -0.6878 0.6534 0.3162</w:t>
        <w:br/>
        <w:t>vn -0.5836 0.5296 0.6156</w:t>
        <w:br/>
        <w:t>vn -0.7140 0.3700 0.5944</w:t>
        <w:br/>
        <w:t>vn -0.5532 0.4784 0.6820</w:t>
        <w:br/>
        <w:t>vn -0.4652 0.6250 0.6268</w:t>
        <w:br/>
        <w:t>vn -0.0255 0.7496 -0.6614</w:t>
        <w:br/>
        <w:t>vn 0.0250 0.7276 -0.6855</w:t>
        <w:br/>
        <w:t>vn -0.1358 0.7533 -0.6434</w:t>
        <w:br/>
        <w:t>vn -0.2334 0.7166 -0.6572</w:t>
        <w:br/>
        <w:t>vn -0.3298 0.6988 -0.6348</w:t>
        <w:br/>
        <w:t>vn -0.4438 0.5153 -0.7332</w:t>
        <w:br/>
        <w:t>vn -0.6940 0.4913 -0.5263</w:t>
        <w:br/>
        <w:t>vn -0.8692 0.4682 -0.1589</w:t>
        <w:br/>
        <w:t>vn -0.7954 0.5466 -0.2619</w:t>
        <w:br/>
        <w:t>vn -0.6774 0.6601 -0.3248</w:t>
        <w:br/>
        <w:t>vn 0.0340 0.2663 -0.9633</w:t>
        <w:br/>
        <w:t>vn -0.2461 0.3534 -0.9025</w:t>
        <w:br/>
        <w:t>vn -0.3777 0.6015 -0.7040</w:t>
        <w:br/>
        <w:t>vn -0.8177 0.2159 0.5335</w:t>
        <w:br/>
        <w:t>vn -0.8112 0.2121 0.5450</w:t>
        <w:br/>
        <w:t>vn -0.6589 0.6412 0.3934</w:t>
        <w:br/>
        <w:t>vn -0.8032 0.4743 0.3604</w:t>
        <w:br/>
        <w:t>vn -0.8924 0.3262 0.3119</w:t>
        <w:br/>
        <w:t>vn 0.2908 -0.3564 0.8879</w:t>
        <w:br/>
        <w:t>vn 0.2839 -0.3373 0.8976</w:t>
        <w:br/>
        <w:t>vn 0.1218 -0.1606 0.9795</w:t>
        <w:br/>
        <w:t>vn 0.1954 -0.1617 0.9673</w:t>
        <w:br/>
        <w:t>vn 0.1953 -0.1618 0.9673</w:t>
        <w:br/>
        <w:t>vn -0.9474 -0.0777 0.3105</w:t>
        <w:br/>
        <w:t>vn -0.9474 -0.0776 0.3104</w:t>
        <w:br/>
        <w:t>vn -0.9460 -0.1750 0.2728</w:t>
        <w:br/>
        <w:t>vn -0.7200 -0.6860 -0.1052</w:t>
        <w:br/>
        <w:t>vn -0.7837 -0.6181 -0.0614</w:t>
        <w:br/>
        <w:t>vn -0.7837 -0.6181 -0.0615</w:t>
        <w:br/>
        <w:t>vn -0.7200 -0.6860 -0.1053</w:t>
        <w:br/>
        <w:t>vn 0.2193 -0.1781 0.9593</w:t>
        <w:br/>
        <w:t>vn 0.2282 -0.2226 0.9478</w:t>
        <w:br/>
        <w:t>vn 0.2282 -0.2227 0.9478</w:t>
        <w:br/>
        <w:t>vn -0.8829 -0.4500 0.1342</w:t>
        <w:br/>
        <w:t>vn -0.9158 -0.3547 0.1886</w:t>
        <w:br/>
        <w:t>vn -0.9158 -0.3546 0.1886</w:t>
        <w:br/>
        <w:t>vn -0.8450 -0.5333 0.0405</w:t>
        <w:br/>
        <w:t>vn 0.2454 -0.2685 0.9315</w:t>
        <w:br/>
        <w:t>vn 0.2667 -0.3030 0.9149</w:t>
        <w:br/>
        <w:t>vn 0.2667 -0.3031 0.9149</w:t>
        <w:br/>
        <w:t>vn -0.6365 0.3963 0.6616</w:t>
        <w:br/>
        <w:t>vn -0.8905 0.2009 0.4082</w:t>
        <w:br/>
        <w:t>vn -0.5727 0.0542 0.8179</w:t>
        <w:br/>
        <w:t>vn -0.0614 0.1052 0.9926</w:t>
        <w:br/>
        <w:t>vn -0.0723 0.1706 0.9827</w:t>
        <w:br/>
        <w:t>vn -0.5390 0.1673 0.8255</w:t>
        <w:br/>
        <w:t>vn -0.1193 0.0898 0.9888</w:t>
        <w:br/>
        <w:t>vn -0.1034 0.2126 0.9717</w:t>
        <w:br/>
        <w:t>vn 0.0888 0.2030 0.9751</w:t>
        <w:br/>
        <w:t>vn 0.1869 0.0818 0.9790</w:t>
        <w:br/>
        <w:t>vn 0.1932 0.2410 0.9511</w:t>
        <w:br/>
        <w:t>vn 0.2093 0.1081 0.9719</w:t>
        <w:br/>
        <w:t>vn 0.4961 0.0977 0.8628</w:t>
        <w:br/>
        <w:t>vn 0.5014 0.3094 0.8080</w:t>
        <w:br/>
        <w:t>vn 0.5486 0.1028 0.8297</w:t>
        <w:br/>
        <w:t>vn 0.5106 0.2579 0.8202</w:t>
        <w:br/>
        <w:t>vn 0.4039 0.1088 0.9083</w:t>
        <w:br/>
        <w:t>vn 0.4997 0.1050 0.8598</w:t>
        <w:br/>
        <w:t>vn -0.3397 0.2819 0.8973</w:t>
        <w:br/>
        <w:t>vn -0.3428 0.1191 0.9318</w:t>
        <w:br/>
        <w:t>vn -0.4785 0.3211 0.8173</w:t>
        <w:br/>
        <w:t>vn -0.1117 0.2971 0.9483</w:t>
        <w:br/>
        <w:t>vn -0.9331 0.0409 0.3574</w:t>
        <w:br/>
        <w:t>vn -0.3561 0.0092 0.9344</w:t>
        <w:br/>
        <w:t>vn 0.0445 0.0699 0.9966</w:t>
        <w:br/>
        <w:t>vn 0.0672 -0.0157 0.9976</w:t>
        <w:br/>
        <w:t>vn 0.8034 0.0785 0.5903</w:t>
        <w:br/>
        <w:t>vn 0.4217 0.0805 0.9031</w:t>
        <w:br/>
        <w:t>vn 0.5781 0.0800 0.8120</w:t>
        <w:br/>
        <w:t>vn 0.3908 0.2489 0.8862</w:t>
        <w:br/>
        <w:t>vn 0.3880 0.0686 0.9191</w:t>
        <w:br/>
        <w:t>vn 0.2461 -0.1412 0.9589</w:t>
        <w:br/>
        <w:t>vn 0.2597 -0.2284 0.9383</w:t>
        <w:br/>
        <w:t>vn 0.7055 -0.3186 0.6330</w:t>
        <w:br/>
        <w:t>vn 0.6694 -0.2308 0.7062</w:t>
        <w:br/>
        <w:t>vn 0.6844 -0.5255 0.5054</w:t>
        <w:br/>
        <w:t>vn 0.7119 -0.4079 0.5717</w:t>
        <w:br/>
        <w:t>vn 0.2568 -0.3206 0.9117</w:t>
        <w:br/>
        <w:t>vn 0.2277 -0.4607 0.8579</w:t>
        <w:br/>
        <w:t>vn 0.1871 -0.5552 0.8104</w:t>
        <w:br/>
        <w:t>vn 0.1419 -0.6285 0.7648</w:t>
        <w:br/>
        <w:t>vn 0.6078 -0.6894 0.3941</w:t>
        <w:br/>
        <w:t>vn 0.6558 -0.6042 0.4527</w:t>
        <w:br/>
        <w:t>vn -0.2398 -0.0963 0.9660</w:t>
        <w:br/>
        <w:t>vn -0.2699 -0.1787 0.9462</w:t>
        <w:br/>
        <w:t>vn -0.1447 -0.1773 0.9735</w:t>
        <w:br/>
        <w:t>vn -0.1303 -0.0942 0.9870</w:t>
        <w:br/>
        <w:t>vn -0.2899 -0.2548 0.9225</w:t>
        <w:br/>
        <w:t>vn -0.2930 -0.3691 0.8820</w:t>
        <w:br/>
        <w:t>vn -0.1955 -0.3775 0.9051</w:t>
        <w:br/>
        <w:t>vn -0.1672 -0.2570 0.9518</w:t>
        <w:br/>
        <w:t>vn -0.2909 -0.4570 0.8406</w:t>
        <w:br/>
        <w:t>vn -0.2262 -0.4593 0.8590</w:t>
        <w:br/>
        <w:t>vn -0.2444 -0.4784 0.8435</w:t>
        <w:br/>
        <w:t>vn 0.2568 -0.9662 0.0201</w:t>
        <w:br/>
        <w:t>vn 0.2702 -0.9578 0.0978</w:t>
        <w:br/>
        <w:t>vn 0.0021 -0.8246 0.5657</w:t>
        <w:br/>
        <w:t>vn 0.0016 -0.8449 0.5349</w:t>
        <w:br/>
        <w:t>vn -0.2308 -0.6084 0.7593</w:t>
        <w:br/>
        <w:t>vn -0.2114 -0.6053 0.7674</w:t>
        <w:br/>
        <w:t>vn -0.3146 -0.5263 0.7900</w:t>
        <w:br/>
        <w:t>vn -0.2660 -0.5435 0.7961</w:t>
        <w:br/>
        <w:t>vn -0.0101 -0.8609 0.5087</w:t>
        <w:br/>
        <w:t>vn 0.2324 -0.9725 -0.0177</w:t>
        <w:br/>
        <w:t>vn -0.2565 -0.5638 0.7851</w:t>
        <w:br/>
        <w:t>vn -0.2116 -0.6152 0.7595</w:t>
        <w:br/>
        <w:t>vn 0.0857 -0.6830 0.7254</w:t>
        <w:br/>
        <w:t>vn 0.0294 -0.7290 0.6839</w:t>
        <w:br/>
        <w:t>vn 0.4073 -0.8668 0.2879</w:t>
        <w:br/>
        <w:t>vn 0.5310 -0.7701 0.3534</w:t>
        <w:br/>
        <w:t>vn -0.2409 -0.5190 0.8201</w:t>
        <w:br/>
        <w:t>vn -0.3239 -0.4571 0.8283</w:t>
        <w:br/>
        <w:t>vn -0.3519 -0.4826 0.8020</w:t>
        <w:br/>
        <w:t>vn -0.2403 -0.5636 0.7903</w:t>
        <w:br/>
        <w:t>vn 0.7997 -0.5309 0.2804</w:t>
        <w:br/>
        <w:t>vn 0.8398 -0.4302 0.3312</w:t>
        <w:br/>
        <w:t>vn 0.7261 -0.6647 0.1759</w:t>
        <w:br/>
        <w:t>vn 0.7649 -0.5975 0.2407</w:t>
        <w:br/>
        <w:t>vn 0.4672 -0.1451 0.8722</w:t>
        <w:br/>
        <w:t>vn 0.6238 -0.0968 0.7755</w:t>
        <w:br/>
        <w:t>vn 0.8094 -0.2682 0.5224</w:t>
        <w:br/>
        <w:t>vn 0.5863 0.0137 0.8100</w:t>
        <w:br/>
        <w:t>vn 0.2194 0.0291 0.9752</w:t>
        <w:br/>
        <w:t>vn 0.2283 -0.0460 0.9725</w:t>
        <w:br/>
        <w:t>vn -0.1252 -0.0243 0.9918</w:t>
        <w:br/>
        <w:t>vn -0.1266 0.0353 0.9913</w:t>
        <w:br/>
        <w:t>vn -0.2090 0.0240 0.9776</w:t>
        <w:br/>
        <w:t>vn -0.2164 -0.0266 0.9759</w:t>
        <w:br/>
        <w:t>vn 0.4212 -0.0309 0.9064</w:t>
        <w:br/>
        <w:t>vn 0.8542 -0.1577 0.4954</w:t>
        <w:br/>
        <w:t>vn 0.5427 -0.1700 0.8225</w:t>
        <w:br/>
        <w:t>vn 0.5487 -0.2761 0.7891</w:t>
        <w:br/>
        <w:t>vn 0.8683 -0.2460 0.4307</w:t>
        <w:br/>
        <w:t>vn 0.4843 -0.4709 0.7373</w:t>
        <w:br/>
        <w:t>vn 0.8191 -0.4428 0.3646</w:t>
        <w:br/>
        <w:t>vn 0.8596 -0.3285 0.3914</w:t>
        <w:br/>
        <w:t>vn 0.5279 -0.3683 0.7653</w:t>
        <w:br/>
        <w:t>vn 0.1020 -0.2422 0.9648</w:t>
        <w:br/>
        <w:t>vn 0.0640 -0.3156 0.9467</w:t>
        <w:br/>
        <w:t>vn 0.0283 -0.3806 0.9243</w:t>
        <w:br/>
        <w:t>vn 0.3701 -0.6343 0.6788</w:t>
        <w:br/>
        <w:t>vn 0.4339 -0.5605 0.7054</w:t>
        <w:br/>
        <w:t>vn 0.0119 -0.4313 0.9021</w:t>
        <w:br/>
        <w:t>vn -0.0051 -0.4749 0.8800</w:t>
        <w:br/>
        <w:t>vn 0.6692 -0.6625 0.3366</w:t>
        <w:br/>
        <w:t>vn 0.7552 -0.5586 0.3430</w:t>
        <w:br/>
        <w:t>vn -0.0698 -0.4965 0.8652</w:t>
        <w:br/>
        <w:t>vn 0.2128 -0.7348 0.6440</w:t>
        <w:br/>
        <w:t>vn 0.2738 -0.7002 0.6593</w:t>
        <w:br/>
        <w:t>vn 0.5627 -0.7625 0.3192</w:t>
        <w:br/>
        <w:t>vn 0.8278 -0.0450 0.5593</w:t>
        <w:br/>
        <w:t>vn 0.5105 -0.0585 0.8579</w:t>
        <w:br/>
        <w:t>vn -0.0006 0.1374 0.9905</w:t>
        <w:br/>
        <w:t>vn -0.7029 -0.1593 0.6932</w:t>
        <w:br/>
        <w:t>vn -0.5825 -0.1393 0.8008</w:t>
        <w:br/>
        <w:t>vn -0.5842 -0.0427 0.8105</w:t>
        <w:br/>
        <w:t>vn -0.3621 -0.0877 0.9280</w:t>
        <w:br/>
        <w:t>vn -0.5692 -0.2277 0.7901</w:t>
        <w:br/>
        <w:t>vn -0.6879 -0.2449 0.6833</w:t>
        <w:br/>
        <w:t>vn -0.6657 -0.3339 0.6673</w:t>
        <w:br/>
        <w:t>vn -0.5396 -0.3167 0.7801</w:t>
        <w:br/>
        <w:t>vn -0.5961 -0.5294 0.6036</w:t>
        <w:br/>
        <w:t>vn -0.5962 -0.5294 0.6036</w:t>
        <w:br/>
        <w:t>vn -0.5416 -0.6280 0.5588</w:t>
        <w:br/>
        <w:t>vn 0.3823 -0.0898 0.9197</w:t>
        <w:br/>
        <w:t>vn 0.0433 -0.4494 0.8923</w:t>
        <w:br/>
        <w:t>vn 0.0232 -0.3911 0.9201</w:t>
        <w:br/>
        <w:t>vn 0.3595 -0.0914 0.9287</w:t>
        <w:br/>
        <w:t>vn 0.3714 -0.1001 0.9231</w:t>
        <w:br/>
        <w:t>vn 0.1267 -0.5300 0.8385</w:t>
        <w:br/>
        <w:t>vn 0.3773 -0.0706 0.9234</w:t>
        <w:br/>
        <w:t>vn -0.0565 -0.8672 0.4948</w:t>
        <w:br/>
        <w:t>vn -0.0564 -0.8672 0.4948</w:t>
        <w:br/>
        <w:t>vn 0.1266 -0.5300 0.8385</w:t>
        <w:br/>
        <w:t>vn -0.1597 -0.8406 0.5176</w:t>
        <w:br/>
        <w:t>vn -0.4501 -0.7125 0.5382</w:t>
        <w:br/>
        <w:t>vn -0.3040 -0.7870 0.5369</w:t>
        <w:br/>
        <w:t>vn 0.3816 -0.0922 0.9197</w:t>
        <w:br/>
        <w:t>vn 0.3968 -0.0280 0.9175</w:t>
        <w:br/>
        <w:t>vn 0.4117 -0.0179 0.9111</w:t>
        <w:br/>
        <w:t>vn 0.0022 -0.8780 0.4787</w:t>
        <w:br/>
        <w:t>vn -0.0747 0.0289 0.9968</w:t>
        <w:br/>
        <w:t>vn -0.0793 -0.0624 0.9949</w:t>
        <w:br/>
        <w:t>vn 0.0124 -0.5029 0.8643</w:t>
        <w:br/>
        <w:t>vn -0.2408 -0.7577 0.6065</w:t>
        <w:br/>
        <w:t>vn 0.0500 -0.5566 0.8293</w:t>
        <w:br/>
        <w:t>vn 0.1129 -0.6023 0.7902</w:t>
        <w:br/>
        <w:t>vn 0.3322 -0.3112 0.8904</w:t>
        <w:br/>
        <w:t>vn 0.3319 -0.2586 0.9072</w:t>
        <w:br/>
        <w:t>vn 0.1776 -0.6322 0.7541</w:t>
        <w:br/>
        <w:t>vn 0.3432 -0.3385 0.8761</w:t>
        <w:br/>
        <w:t>vn -0.0242 -0.3119 0.9498</w:t>
        <w:br/>
        <w:t>vn 0.2968 -0.1349 0.9454</w:t>
        <w:br/>
        <w:t>vn 0.3000 -0.0902 0.9497</w:t>
        <w:br/>
        <w:t>vn -0.0524 -0.2043 0.9775</w:t>
        <w:br/>
        <w:t>vn -0.0698 -0.1351 0.9884</w:t>
        <w:br/>
        <w:t>vn 0.5178 0.0045 0.8555</w:t>
        <w:br/>
        <w:t>vn 0.6127 0.0458 0.7890</w:t>
        <w:br/>
        <w:t>vn -0.1233 -0.8078 0.5764</w:t>
        <w:br/>
        <w:t>vn -0.0110 -0.8449 0.5349</w:t>
        <w:br/>
        <w:t>vn -0.0024 -0.4297 0.9030</w:t>
        <w:br/>
        <w:t>vn 0.3138 -0.1771 0.9328</w:t>
        <w:br/>
        <w:t>vn 0.3289 -0.2126 0.9201</w:t>
        <w:br/>
        <w:t>vn 0.8476 0.0860 0.5236</w:t>
        <w:br/>
        <w:t>vn 0.3346 -0.9096 -0.2462</w:t>
        <w:br/>
        <w:t>vn 0.3669 -0.9106 -0.1905</w:t>
        <w:br/>
        <w:t>vn 0.6866 -0.7227 0.0792</w:t>
        <w:br/>
        <w:t>vn 0.0920 -0.9631 0.2529</w:t>
        <w:br/>
        <w:t>vn 0.3023 -0.9158 -0.2645</w:t>
        <w:br/>
        <w:t>vn -0.4644 0.4640 0.7543</w:t>
        <w:br/>
        <w:t>vn -0.0827 0.3627 0.9282</w:t>
        <w:br/>
        <w:t>vn -0.0804 0.3637 0.9281</w:t>
        <w:br/>
        <w:t>vn 0.1803 0.4066 0.8956</w:t>
        <w:br/>
        <w:t>vn 0.5025 0.4752 0.7223</w:t>
        <w:br/>
        <w:t>vn 0.4720 0.4319 0.7686</w:t>
        <w:br/>
        <w:t>vn -0.4161 0.4467 0.7920</w:t>
        <w:br/>
        <w:t>vn -0.3310 0.4171 0.8464</w:t>
        <w:br/>
        <w:t>vn -0.1630 0.4168 0.8943</w:t>
        <w:br/>
        <w:t>vn 0.4176 0.4232 0.8041</w:t>
        <w:br/>
        <w:t>vn -0.4201 0.5482 0.7232</w:t>
        <w:br/>
        <w:t>vn -0.0301 0.5484 0.8357</w:t>
        <w:br/>
        <w:t>vn -0.1051 0.5205 0.8473</w:t>
        <w:br/>
        <w:t>vn 0.1611 0.5935 0.7885</w:t>
        <w:br/>
        <w:t>vn 0.5120 0.6174 0.5973</w:t>
        <w:br/>
        <w:t>vn 0.6658 0.6241 0.4089</w:t>
        <w:br/>
        <w:t>vn 0.4000 0.6042 0.6892</w:t>
        <w:br/>
        <w:t>vn -0.3389 0.5647 0.7525</w:t>
        <w:br/>
        <w:t>vn -0.3012 0.5313 0.7918</w:t>
        <w:br/>
        <w:t>vn -0.1949 0.5699 0.7982</w:t>
        <w:br/>
        <w:t>vn 0.4273 0.5869 0.6878</w:t>
        <w:br/>
        <w:t>vn 0.6627 0.6568 0.3598</w:t>
        <w:br/>
        <w:t>vn -0.1178 -0.1617 -0.9798</w:t>
        <w:br/>
        <w:t>vn -0.0887 -0.1646 -0.9824</w:t>
        <w:br/>
        <w:t>vn 0.2960 -0.0282 -0.9548</w:t>
        <w:br/>
        <w:t>vn -0.2183 0.0543 -0.9744</w:t>
        <w:br/>
        <w:t>vn 0.2239 0.0084 -0.9746</w:t>
        <w:br/>
        <w:t>vn 0.1913 0.0791 -0.9783</w:t>
        <w:br/>
        <w:t>vn -0.2106 0.1558 -0.9651</w:t>
        <w:br/>
        <w:t>vn -0.1914 0.2577 -0.9471</w:t>
        <w:br/>
        <w:t>vn 0.1794 0.1448 -0.9731</w:t>
        <w:br/>
        <w:t>vn 0.1651 0.1854 -0.9687</w:t>
        <w:br/>
        <w:t>vn -0.1684 0.3308 -0.9285</w:t>
        <w:br/>
        <w:t>vn -0.1552 0.3692 -0.9163</w:t>
        <w:br/>
        <w:t>vn 0.1431 0.2225 -0.9644</w:t>
        <w:br/>
        <w:t>vn 0.1122 0.2916 -0.9499</w:t>
        <w:br/>
        <w:t>vn -0.1476 0.4350 -0.8883</w:t>
        <w:br/>
        <w:t>vn -0.1375 0.5202 -0.8429</w:t>
        <w:br/>
        <w:t>vn 0.0839 0.3696 -0.9254</w:t>
        <w:br/>
        <w:t>vn 0.0684 0.4377 -0.8965</w:t>
        <w:br/>
        <w:t>vn -0.1291 0.6005 -0.7891</w:t>
        <w:br/>
        <w:t>vn -0.1701 0.7623 -0.6245</w:t>
        <w:br/>
        <w:t>vn -0.3655 0.8625 -0.3499</w:t>
        <w:br/>
        <w:t>vn -0.3507 0.8149 -0.4615</w:t>
        <w:br/>
        <w:t>vn -0.1603 0.7078 -0.6879</w:t>
        <w:br/>
        <w:t>vn 0.5773 0.0113 -0.8165</w:t>
        <w:br/>
        <w:t>vn 0.5798 0.1376 -0.8030</w:t>
        <w:br/>
        <w:t>vn 0.3263 0.1003 -0.9399</w:t>
        <w:br/>
        <w:t>vn 0.3091 0.0054 -0.9510</w:t>
        <w:br/>
        <w:t>vn 0.1762 0.3966 -0.9009</w:t>
        <w:br/>
        <w:t>vn 0.2017 0.2898 -0.9356</w:t>
        <w:br/>
        <w:t>vn 0.4668 0.5252 -0.7115</w:t>
        <w:br/>
        <w:t>vn 0.4496 0.6231 -0.6400</w:t>
        <w:br/>
        <w:t>vn 0.1661 0.1832 -0.9690</w:t>
        <w:br/>
        <w:t>vn 0.0840 0.1318 -0.9877</w:t>
        <w:br/>
        <w:t>vn 0.2283 0.2161 -0.9493</w:t>
        <w:br/>
        <w:t>vn 0.0341 0.0947 -0.9949</w:t>
        <w:br/>
        <w:t>vn 0.4072 0.7027 -0.5834</w:t>
        <w:br/>
        <w:t>vn 0.3335 0.7776 -0.5330</w:t>
        <w:br/>
        <w:t>vn 0.0970 0.5639 -0.8201</w:t>
        <w:br/>
        <w:t>vn 0.1427 0.4934 -0.8580</w:t>
        <w:br/>
        <w:t>vn 0.1395 0.4775 -0.8675</w:t>
        <w:br/>
        <w:t>vn 0.0506 0.5050 -0.8616</w:t>
        <w:br/>
        <w:t>vn -0.0222 0.5363 -0.8437</w:t>
        <w:br/>
        <w:t>vn -0.0751 0.5549 -0.8285</w:t>
        <w:br/>
        <w:t>vn -0.0221 0.5363 -0.8437</w:t>
        <w:br/>
        <w:t>vn 0.3135 0.2016 -0.9279</w:t>
        <w:br/>
        <w:t>vn 0.5464 0.2735 -0.7916</w:t>
        <w:br/>
        <w:t>vn 0.5001 0.3957 -0.7702</w:t>
        <w:br/>
        <w:t>vn -0.1023 0.5614 -0.8212</w:t>
        <w:br/>
        <w:t>vn 0.0045 0.6400 -0.7683</w:t>
        <w:br/>
        <w:t>vn 0.0377 0.6165 -0.7865</w:t>
        <w:br/>
        <w:t>vn 0.2507 0.8426 -0.4765</w:t>
        <w:br/>
        <w:t>vn 0.5122 0.4813 -0.7113</w:t>
        <w:br/>
        <w:t>vn 0.5368 0.3834 -0.7515</w:t>
        <w:br/>
        <w:t>vn 0.5369 0.3835 -0.7515</w:t>
        <w:br/>
        <w:t>vn 0.5123 0.4812 -0.7113</w:t>
        <w:br/>
        <w:t>vn 0.5471 0.2402 -0.8019</w:t>
        <w:br/>
        <w:t>vn 0.5459 0.2977 -0.7832</w:t>
        <w:br/>
        <w:t>vn 0.5458 0.2978 -0.7832</w:t>
        <w:br/>
        <w:t>vn 0.5471 0.2401 -0.8019</w:t>
        <w:br/>
        <w:t>vn 0.5621 -0.2253 -0.7958</w:t>
        <w:br/>
        <w:t>vn 0.4511 -0.2577 -0.8545</w:t>
        <w:br/>
        <w:t>vn 0.5594 0.2072 -0.8026</w:t>
        <w:br/>
        <w:t>vn 0.5594 0.2071 -0.8026</w:t>
        <w:br/>
        <w:t>vn 0.4406 0.6789 -0.5874</w:t>
        <w:br/>
        <w:t>vn 0.4540 0.6500 -0.6094</w:t>
        <w:br/>
        <w:t>vn -0.4870 0.5028 -0.7142</w:t>
        <w:br/>
        <w:t>vn -0.4281 0.5739 -0.6982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-0.2903 0.6655 -0.6877</w:t>
        <w:br/>
        <w:t>vn -0.6183 0.0896 -0.7809</w:t>
        <w:br/>
        <w:t>vn -0.6611 0.0151 -0.7501</w:t>
        <w:br/>
        <w:t>vn -0.5346 0.3319 -0.7772</w:t>
        <w:br/>
        <w:t>vn -0.5773 0.2064 -0.7900</w:t>
        <w:br/>
        <w:t>vn -0.4360 0.4742 -0.7649</w:t>
        <w:br/>
        <w:t>vn -0.4795 0.4319 -0.7639</w:t>
        <w:br/>
        <w:t>vn -0.3485 0.6300 -0.6940</w:t>
        <w:br/>
        <w:t>vn -0.3937 0.5384 -0.7451</w:t>
        <w:br/>
        <w:t>vn -0.3229 0.7686 -0.5523</w:t>
        <w:br/>
        <w:t>vn -0.1396 0.6549 -0.7428</w:t>
        <w:br/>
        <w:t>vn 0.0456 0.5311 -0.8461</w:t>
        <w:br/>
        <w:t>vn 0.0460 0.5681 -0.8217</w:t>
        <w:br/>
        <w:t>vn 0.0461 0.0547 -0.9974</w:t>
        <w:br/>
        <w:t>vn 0.0132 -0.0009 -0.9999</w:t>
        <w:br/>
        <w:t>vn 0.0564 0.1140 -0.9919</w:t>
        <w:br/>
        <w:t>vn -0.1569 0.2470 -0.9562</w:t>
        <w:br/>
        <w:t>vn -0.1486 0.1910 -0.9703</w:t>
        <w:br/>
        <w:t>vn -0.1823 0.2723 -0.9448</w:t>
        <w:br/>
        <w:t>vn 0.0348 0.2313 -0.9723</w:t>
        <w:br/>
        <w:t>vn -0.0368 -0.3073 -0.9509</w:t>
        <w:br/>
        <w:t>vn 0.4075 -0.1745 -0.8964</w:t>
        <w:br/>
        <w:t>vn -0.1344 -0.4420 -0.8869</w:t>
        <w:br/>
        <w:t>vn -0.1097 -0.2507 -0.9618</w:t>
        <w:br/>
        <w:t>vn 0.2070 -0.2202 -0.9532</w:t>
        <w:br/>
        <w:t>vn 0.1160 -0.3951 -0.9113</w:t>
        <w:br/>
        <w:t>vn -0.7263 -0.3779 -0.5742</w:t>
        <w:br/>
        <w:t>vn -0.9193 -0.2503 -0.3039</w:t>
        <w:br/>
        <w:t>vn 0.4511 -0.2576 -0.8545</w:t>
        <w:br/>
        <w:t>vn 0.0084 -0.3290 -0.9443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0.0176 -0.9997 -0.0169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0.1165</w:t>
        <w:br/>
        <w:t>vn -0.2970 -0.9523 -0.0705</w:t>
        <w:br/>
        <w:t>vn -0.1961 -0.9783 -0.0675</w:t>
        <w:br/>
        <w:t>vn -0.2771 -0.9593 -0.0551</w:t>
        <w:br/>
        <w:t>vn 0.1972 -0.9503 -0.2408</w:t>
        <w:br/>
        <w:t>vn 0.1424 -0.9757 -0.1663</w:t>
        <w:br/>
        <w:t>vn -0.9276 0.3384 0.1584</w:t>
        <w:br/>
        <w:t>vn 0.8278 -0.4140 -0.3786</w:t>
        <w:br/>
        <w:t>vn 0.7567 -0.4694 0.4550</w:t>
        <w:br/>
        <w:t>vn 0.7587 -0.5504 0.3485</w:t>
        <w:br/>
        <w:t>vn 0.8198 -0.3744 -0.4333</w:t>
        <w:br/>
        <w:t>vn 0.4105 -0.2772 0.8687</w:t>
        <w:br/>
        <w:t>vn 0.3251 0.5145 -0.7935</w:t>
        <w:br/>
        <w:t>vn -0.5505 0.1341 -0.8240</w:t>
        <w:br/>
        <w:t>vn 0.8273 0.0836 0.5555</w:t>
        <w:br/>
        <w:t>vn -0.7263 -0.3778 -0.5742</w:t>
        <w:br/>
        <w:t>vn 0.9035 -0.3380 -0.2635</w:t>
        <w:br/>
        <w:t>vn 0.8544 -0.3190 -0.4103</w:t>
        <w:br/>
        <w:t>vn -0.0118 -0.9988 0.0470</w:t>
        <w:br/>
        <w:t>vn 0.9633 -0.1441 0.2263</w:t>
        <w:br/>
        <w:t>vn 0.9748 -0.0536 0.2164</w:t>
        <w:br/>
        <w:t>vn 0.8726 -0.1218 0.4730</w:t>
        <w:br/>
        <w:t>vn 0.8492 -0.1865 0.4940</w:t>
        <w:br/>
        <w:t>vn 0.9796 0.1144 0.1654</w:t>
        <w:br/>
        <w:t>vn 0.9728 0.1081 0.2048</w:t>
        <w:br/>
        <w:t>vn 0.9765 0.0796 0.2001</w:t>
        <w:br/>
        <w:t>vn 0.9829 0.0856 0.1632</w:t>
        <w:br/>
        <w:t>vn 0.9819 -0.1334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-0.8714 -0.1046 -0.4794</w:t>
        <w:br/>
        <w:t>vn -0.9548 -0.0314 -0.2957</w:t>
        <w:br/>
        <w:t>vn -0.9957 -0.0878 -0.0305</w:t>
        <w:br/>
        <w:t>vn -0.9386 -0.1238 -0.3221</w:t>
        <w:br/>
        <w:t>vn -0.9858 0.1374 -0.0962</w:t>
        <w:br/>
        <w:t>vn -0.9875 0.0962 -0.1250</w:t>
        <w:br/>
        <w:t>vn -0.9960 0.0563 -0.0698</w:t>
        <w:br/>
        <w:t>vn -0.9894 0.1070 -0.0978</w:t>
        <w:br/>
        <w:t>vn -0.9456 0.0542 -0.3206</w:t>
        <w:br/>
        <w:t>vn -0.9192 0.1174 -0.3758</w:t>
        <w:br/>
        <w:t>vn -0.9721 0.1920 -0.1344</w:t>
        <w:br/>
        <w:t>vn 0.1325 -0.3501 0.9273</w:t>
        <w:br/>
        <w:t>vn 0.4704 -0.2771 0.8378</w:t>
        <w:br/>
        <w:t>vn 0.5434 -0.2187 0.8105</w:t>
        <w:br/>
        <w:t>vn 0.2749 -0.3151 0.9084</w:t>
        <w:br/>
        <w:t>vn 0.3981 -0.2341 0.8869</w:t>
        <w:br/>
        <w:t>vn 0.6012 -0.1297 0.7885</w:t>
        <w:br/>
        <w:t>vn 0.4026 -0.2798 0.8716</w:t>
        <w:br/>
        <w:t>vn 0.3664 -0.2436 0.8980</w:t>
        <w:br/>
        <w:t>vn 0.8199 -0.2440 0.5179</w:t>
        <w:br/>
        <w:t>vn -0.8446 0.2987 -0.4443</w:t>
        <w:br/>
        <w:t>vn -0.8668 0.4953 -0.0574</w:t>
        <w:br/>
        <w:t>vn -0.8988 0.4315 -0.0770</w:t>
        <w:br/>
        <w:t>vn -0.8770 0.2774 -0.3923</w:t>
        <w:br/>
        <w:t>vn -0.7280 0.0182 -0.6853</w:t>
        <w:br/>
        <w:t>vn -0.8306 0.1186 -0.5441</w:t>
        <w:br/>
        <w:t>vn -0.9063 0.2694 -0.3258</w:t>
        <w:br/>
        <w:t>vn -0.9317 0.2511 -0.2623</w:t>
        <w:br/>
        <w:t>vn -0.5889 -0.0490 -0.8067</w:t>
        <w:br/>
        <w:t>vn -0.5628 -0.1010 -0.8204</w:t>
        <w:br/>
        <w:t>vn -0.9526 0.2440 -0.1815</w:t>
        <w:br/>
        <w:t>vn -0.9569 0.2740 -0.0968</w:t>
        <w:br/>
        <w:t>vn -0.9728 0.2154 -0.0848</w:t>
        <w:br/>
        <w:t>vn 0.6682 -0.5604 -0.4893</w:t>
        <w:br/>
        <w:t>vn 0.8332 -0.5529 -0.0127</w:t>
        <w:br/>
        <w:t>vn 0.7180 -0.5719 -0.3967</w:t>
        <w:br/>
        <w:t>vn 0.7417 -0.3478 0.5735</w:t>
        <w:br/>
        <w:t>vn 0.7824 -0.3036 0.5438</w:t>
        <w:br/>
        <w:t>vn 0.3500 -0.2311 0.9078</w:t>
        <w:br/>
        <w:t>vn 0.3437 -0.2264 0.9114</w:t>
        <w:br/>
        <w:t>vn 0.6823 -0.5253 0.5084</w:t>
        <w:br/>
        <w:t>vn 0.6131 -0.2911 0.7344</w:t>
        <w:br/>
        <w:t>vn 0.4100 -0.1132 0.9050</w:t>
        <w:br/>
        <w:t>vn 0.4171 -0.1375 0.8984</w:t>
        <w:br/>
        <w:t>vn 0.6250 -0.2930 0.7235</w:t>
        <w:br/>
        <w:t>vn 0.6839 -0.3331 0.6491</w:t>
        <w:br/>
        <w:t>vn 0.3558 -0.1849 0.9161</w:t>
        <w:br/>
        <w:t>vn 0.3826 -0.1283 0.9150</w:t>
        <w:br/>
        <w:t>vn -0.0294 -0.1440 0.9891</w:t>
        <w:br/>
        <w:t>vn -0.0136 -0.1126 0.9935</w:t>
        <w:br/>
        <w:t>vn 0.0235 -0.0394 0.9989</w:t>
        <w:br/>
        <w:t>vn 0.0928 0.0524 0.9943</w:t>
        <w:br/>
        <w:t>vn 0.0124 -0.3033 0.9528</w:t>
        <w:br/>
        <w:t>vn -0.0324 -0.2021 0.9788</w:t>
        <w:br/>
        <w:t>vn -0.9364 0.3374 -0.0962</w:t>
        <w:br/>
        <w:t>vn -0.9130 0.3992 -0.0837</w:t>
        <w:br/>
        <w:t>vn 0.1933 0.0560 0.9795</w:t>
        <w:br/>
        <w:t>vn 0.1971 0.0646 0.9783</w:t>
        <w:br/>
        <w:t>vn 0.4071 -0.1553 0.9001</w:t>
        <w:br/>
        <w:t>vn 0.6380 -0.7597 -0.1254</w:t>
        <w:br/>
        <w:t>vn 0.7100 -0.6669 -0.2264</w:t>
        <w:br/>
        <w:t>vn 0.7100 -0.6668 -0.2264</w:t>
        <w:br/>
        <w:t>vn 0.6488 -0.7461 -0.1494</w:t>
        <w:br/>
        <w:t>vn -0.8167 0.5746 -0.0522</w:t>
        <w:br/>
        <w:t>vn -0.7911 0.6087 -0.0601</w:t>
        <w:br/>
        <w:t>vn -0.8168 0.5746 -0.0521</w:t>
        <w:br/>
        <w:t>vn -0.6625 0.0453 -0.7477</w:t>
        <w:br/>
        <w:t>vn -0.7465 0.0887 -0.6595</w:t>
        <w:br/>
        <w:t>vn 0.4011 -0.1584 0.9022</w:t>
        <w:br/>
        <w:t>vn 0.6443 -0.6606 0.3855</w:t>
        <w:br/>
        <w:t>vn 0.5126 -0.8586 0.0074</w:t>
        <w:br/>
        <w:t>vn 0.5719 -0.8189 -0.0472</w:t>
        <w:br/>
        <w:t>vn -0.9942 0.0410 -0.0998</w:t>
        <w:br/>
        <w:t>vn -0.3251 0.5047 0.7997</w:t>
        <w:br/>
        <w:t>vn -0.1934 0.5709 0.7979</w:t>
        <w:br/>
        <w:t>vn 0.6688 -0.5842 0.4598</w:t>
        <w:br/>
        <w:t>vn 0.7389 -0.5508 0.3882</w:t>
        <w:br/>
        <w:t>vn 0.7424 -0.5045 0.4408</w:t>
        <w:br/>
        <w:t>vn 0.6688 -0.5842 0.4597</w:t>
        <w:br/>
        <w:t>vn -0.5394 -0.1260 -0.8326</w:t>
        <w:br/>
        <w:t>vn -0.5759 -0.0477 -0.8161</w:t>
        <w:br/>
        <w:t>vn -0.1573 0.5857 0.7951</w:t>
        <w:br/>
        <w:t>vn 0.6441 -0.5928 0.4834</w:t>
        <w:br/>
        <w:t>vn -0.5812 -0.0015 -0.8138</w:t>
        <w:br/>
        <w:t>vn -0.4668 0.3669 0.8047</w:t>
        <w:br/>
        <w:t>vn -0.5121 0.2821 0.8113</w:t>
        <w:br/>
        <w:t>vn 0.8044 -0.5115 0.3022</w:t>
        <w:br/>
        <w:t>vn 0.8445 -0.4839 0.2295</w:t>
        <w:br/>
        <w:t>vn 0.8180 -0.4439 0.3659</w:t>
        <w:br/>
        <w:t>vn 0.7841 -0.4569 0.4200</w:t>
        <w:br/>
        <w:t>vn -0.4861 -0.1471 -0.8615</w:t>
        <w:br/>
        <w:t>vn -0.4861 -0.1471 -0.8614</w:t>
        <w:br/>
        <w:t>vn 0.9076 -0.3313 0.2580</w:t>
        <w:br/>
        <w:t>vn 0.9419 -0.2375 0.2374</w:t>
        <w:br/>
        <w:t>vn 0.8605 -0.4093 0.3034</w:t>
        <w:br/>
        <w:t>vn 0.8882 -0.4297 0.1625</w:t>
        <w:br/>
        <w:t>vn 0.9321 -0.3404 0.1236</w:t>
        <w:br/>
        <w:t>vn 0.7504 -0.3944 0.5305</w:t>
        <w:br/>
        <w:t>vn -0.7371 0.0255 -0.6753</w:t>
        <w:br/>
        <w:t>vn -0.7470 0.0303 -0.6642</w:t>
        <w:br/>
        <w:t>vn -0.2791 -0.2000 -0.9392</w:t>
        <w:br/>
        <w:t>vn -0.1866 -0.1749 -0.9668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0.0479 -0.0860 -0.9951</w:t>
        <w:br/>
        <w:t>vn 0.0038 -0.1192 -0.9929</w:t>
        <w:br/>
        <w:t>vn 0.9521 0.0645 0.2990</w:t>
        <w:br/>
        <w:t>vn 0.8830 -0.0463 0.4671</w:t>
        <w:br/>
        <w:t>vn 0.9754 0.0269 0.2188</w:t>
        <w:br/>
        <w:t>vn -0.9608 -0.2716 -0.0549</w:t>
        <w:br/>
        <w:t>vn -0.9669 -0.2507 -0.0480</w:t>
        <w:br/>
        <w:t>vn -0.4417 -0.1480 -0.8849</w:t>
        <w:br/>
        <w:t>vn -0.3094 -0.0632 -0.9488</w:t>
        <w:br/>
        <w:t>vn 0.1487 -0.0242 -0.9886</w:t>
        <w:br/>
        <w:t>vn -0.2759 0.0148 -0.9611</w:t>
        <w:br/>
        <w:t>vn 0.4259 0.1711 -0.8884</w:t>
        <w:br/>
        <w:t>vn 0.4259 0.1712 -0.8884</w:t>
        <w:br/>
        <w:t>vn 0.3754 0.1647 -0.9121</w:t>
        <w:br/>
        <w:t>vn -0.6504 -0.0129 0.7595</w:t>
        <w:br/>
        <w:t>vn -0.6493 -0.0728 0.7570</w:t>
        <w:br/>
        <w:t>vn -0.4067 -0.1986 0.8917</w:t>
        <w:br/>
        <w:t>vn -0.4128 -0.1408 0.8999</w:t>
        <w:br/>
        <w:t>vn -0.9176 0.2452 0.3128</w:t>
        <w:br/>
        <w:t>vn -0.9279 0.1972 0.3163</w:t>
        <w:br/>
        <w:t>vn 0.9430 -0.2755 0.1869</w:t>
        <w:br/>
        <w:t>vn 0.9669 -0.2527 0.0346</w:t>
        <w:br/>
        <w:t>vn 0.9594 -0.2820 -0.0003</w:t>
        <w:br/>
        <w:t>vn 0.9132 -0.3474 0.2128</w:t>
        <w:br/>
        <w:t>vn 0.9753 -0.2170 0.0408</w:t>
        <w:br/>
        <w:t>vn 0.9281 -0.1341 -0.3475</w:t>
        <w:br/>
        <w:t>vn 0.9127 -0.1082 -0.3941</w:t>
        <w:br/>
        <w:t>vn 0.9922 -0.1245 0.0025</w:t>
        <w:br/>
        <w:t>vn 0.9362 -0.1106 -0.3337</w:t>
        <w:br/>
        <w:t>vn 0.9667 -0.2133 0.1413</w:t>
        <w:br/>
        <w:t>vn 0.9919 -0.1008 0.0776</w:t>
        <w:br/>
        <w:t>vn 0.9904 0.1379 -0.0114</w:t>
        <w:br/>
        <w:t>vn 0.9850 0.0936 -0.1449</w:t>
        <w:br/>
        <w:t>vn 0.9977 -0.0092 -0.0667</w:t>
        <w:br/>
        <w:t>vn 0.9995 0.0230 0.0227</w:t>
        <w:br/>
        <w:t>vn -0.5350 -0.1842 0.8245</w:t>
        <w:br/>
        <w:t>vn -0.5682 -0.1823 0.8025</w:t>
        <w:br/>
        <w:t>vn -0.9388 -0.0316 0.3431</w:t>
        <w:br/>
        <w:t>vn -0.9273 -0.0868 0.3641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-0.2446 -0.2514 0.9365</w:t>
        <w:br/>
        <w:t>vn -0.2120 -0.2104 0.9543</w:t>
        <w:br/>
        <w:t>vn -0.2854 -0.2642 0.9213</w:t>
        <w:br/>
        <w:t>vn -0.3465 -0.2485 0.9045</w:t>
        <w:br/>
        <w:t>vn -0.9044 -0.1513 0.3990</w:t>
        <w:br/>
        <w:t>vn -0.5176 -0.1801 0.8365</w:t>
        <w:br/>
        <w:t>vn 0.7164 0.6464 -0.2625</w:t>
        <w:br/>
        <w:t>vn 0.5595 0.7743 -0.2958</w:t>
        <w:br/>
        <w:t>vn 0.6255 0.5117 -0.5890</w:t>
        <w:br/>
        <w:t>vn 0.7357 0.4049 -0.5430</w:t>
        <w:br/>
        <w:t>vn 0.7046 0.0326 -0.7089</w:t>
        <w:br/>
        <w:t>vn 0.7476 -0.0050 -0.6642</w:t>
        <w:br/>
        <w:t>vn 0.8468 0.3044 -0.4363</w:t>
        <w:br/>
        <w:t>vn 0.8045 0.3422 -0.4854</w:t>
        <w:br/>
        <w:t>vn 0.5924 0.1696 -0.7876</w:t>
        <w:br/>
        <w:t>vn 0.5634 0.5638 -0.6040</w:t>
        <w:br/>
        <w:t>vn 0.9170 0.2346 -0.3225</w:t>
        <w:br/>
        <w:t>vn 0.9586 0.1748 -0.2248</w:t>
        <w:br/>
        <w:t>vn 0.9680 0.2478 -0.0398</w:t>
        <w:br/>
        <w:t>vn 0.9299 0.3595 -0.0776</w:t>
        <w:br/>
        <w:t>vn 0.8221 -0.0090 -0.5693</w:t>
        <w:br/>
        <w:t>vn 0.7356 -0.0217 -0.6771</w:t>
        <w:br/>
        <w:t>vn -0.4568 -0.8459 -0.2751</w:t>
        <w:br/>
        <w:t>vn -0.7812 -0.6210 0.0646</w:t>
        <w:br/>
        <w:t>vn -0.4505 -0.8136 -0.3676</w:t>
        <w:br/>
        <w:t>vn -0.5022 -0.1702 0.8478</w:t>
        <w:br/>
        <w:t>vn -0.8703 -0.2245 0.4383</w:t>
        <w:br/>
        <w:t>vn -0.8229 -0.3120 0.4749</w:t>
        <w:br/>
        <w:t>vn -0.4822 -0.1504 0.8630</w:t>
        <w:br/>
        <w:t>vn -0.4445 -0.7766 0.4463</w:t>
        <w:br/>
        <w:t>vn -0.4539 -0.1748 0.8738</w:t>
        <w:br/>
        <w:t>vn -0.4812 -0.0880 0.8722</w:t>
        <w:br/>
        <w:t>vn -0.5763 -0.6080 0.5461</w:t>
        <w:br/>
        <w:t>vn -0.6503 -0.2820 0.7054</w:t>
        <w:br/>
        <w:t>vn -0.4913 -0.0678 0.8683</w:t>
        <w:br/>
        <w:t>vn -0.4849 -0.1051 0.8683</w:t>
        <w:br/>
        <w:t>vn -0.6756 -0.2712 0.6855</w:t>
        <w:br/>
        <w:t>vn -0.2127 -0.0400 0.9763</w:t>
        <w:br/>
        <w:t>vn -0.2106 -0.1120 0.9711</w:t>
        <w:br/>
        <w:t>vn -0.2842 0.1530 0.9465</w:t>
        <w:br/>
        <w:t>vn -0.2465 0.0717 0.9665</w:t>
        <w:br/>
        <w:t>vn -0.2112 -0.1540 0.9652</w:t>
        <w:br/>
        <w:t>vn 0.8772 0.2715 -0.3960</w:t>
        <w:br/>
        <w:t>vn 0.8749 0.4706 -0.1141</w:t>
        <w:br/>
        <w:t>vn 0.8125 0.5661 -0.1392</w:t>
        <w:br/>
        <w:t>vn -0.3885 -0.2869 0.8757</w:t>
        <w:br/>
        <w:t>vn -0.3300 -0.0047 0.9440</w:t>
        <w:br/>
        <w:t>vn -0.3456 0.1060 0.9324</w:t>
        <w:br/>
        <w:t>vn -0.2800 -0.9574 0.0700</w:t>
        <w:br/>
        <w:t>vn -0.1532 -0.9721 0.1778</w:t>
        <w:br/>
        <w:t>vn -0.3052 -0.8168 0.4896</w:t>
        <w:br/>
        <w:t>vn 0.6543 0.1090 -0.7483</w:t>
        <w:br/>
        <w:t>vn -0.2856 -0.6208 0.7301</w:t>
        <w:br/>
        <w:t>vn -0.0372 0.7658 0.6420</w:t>
        <w:br/>
        <w:t>vn -0.1714 0.7936 0.5839</w:t>
        <w:br/>
        <w:t>vn -0.1714 0.7936 0.5838</w:t>
        <w:br/>
        <w:t>vn -0.4130 -0.7961 0.4424</w:t>
        <w:br/>
        <w:t>vn -0.5370 -0.7628 0.3603</w:t>
        <w:br/>
        <w:t>vn 0.5558 -0.2344 -0.7976</w:t>
        <w:br/>
        <w:t>vn 0.5177 -0.2165 -0.8278</w:t>
        <w:br/>
        <w:t>vn 0.5176 -0.2165 -0.8278</w:t>
        <w:br/>
        <w:t>vn -0.2225 0.7914 0.5693</w:t>
        <w:br/>
        <w:t>vn -0.3624 -0.8013 0.4760</w:t>
        <w:br/>
        <w:t>vn 0.5937 -0.1954 -0.7806</w:t>
        <w:br/>
        <w:t>vn 0.5855 -0.2111 -0.7827</w:t>
        <w:br/>
        <w:t>vn 0.1137 0.7036 0.7014</w:t>
        <w:br/>
        <w:t>vn 0.2553 0.5947 0.7623</w:t>
        <w:br/>
        <w:t>vn 0.4944 -0.1562 -0.8551</w:t>
        <w:br/>
        <w:t>vn -0.9937 -0.0317 0.1073</w:t>
        <w:br/>
        <w:t>vn -0.9820 -0.1063 0.1561</w:t>
        <w:br/>
        <w:t>vn -0.6635 -0.6933 0.2811</w:t>
        <w:br/>
        <w:t>vn -0.7571 -0.6046 0.2474</w:t>
        <w:br/>
        <w:t>vn -0.7571 -0.6047 0.2474</w:t>
        <w:br/>
        <w:t>vn -0.9502 -0.2256 0.2149</w:t>
        <w:br/>
        <w:t>vn -0.8963 -0.3609 0.2577</w:t>
        <w:br/>
        <w:t>vn 0.1037 -0.3033 -0.9472</w:t>
        <w:br/>
        <w:t>vn 0.0925 -0.2338 -0.9679</w:t>
        <w:br/>
        <w:t>vn 0.4172 -0.1835 -0.8901</w:t>
        <w:br/>
        <w:t>vn 0.3698 -0.2277 -0.9008</w:t>
        <w:br/>
        <w:t>vn -0.9682 0.2417 0.0647</w:t>
        <w:br/>
        <w:t>vn -0.9858 0.1413 0.0905</w:t>
        <w:br/>
        <w:t>vn -0.9949 0.0289 0.0966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0.4362 0.1261 -0.8910</w:t>
        <w:br/>
        <w:t>vn 0.4862 0.0355 -0.8731</w:t>
        <w:br/>
        <w:t>vn 0.0139 0.2109 -0.9774</w:t>
        <w:br/>
        <w:t>vn 0.0894 0.1022 -0.9907</w:t>
        <w:br/>
        <w:t>vn 0.5047 -0.0414 -0.8623</w:t>
        <w:br/>
        <w:t>vn 0.0814 -0.1646 -0.9830</w:t>
        <w:br/>
        <w:t>vn 0.0977 -0.0093 -0.9952</w:t>
        <w:br/>
        <w:t>vn 0.9580 -0.2858 -0.0234</w:t>
        <w:br/>
        <w:t>vn 0.8857 -0.3869 0.2567</w:t>
        <w:br/>
        <w:t>vn 0.8866 -0.0493 -0.4600</w:t>
        <w:br/>
        <w:t>vn 0.8440 0.0258 -0.5357</w:t>
        <w:br/>
        <w:t>vn 0.3791 0.2530 -0.8901</w:t>
        <w:br/>
        <w:t>vn 0.3215 0.3545 -0.8781</w:t>
        <w:br/>
        <w:t>vn -0.0573 0.3476 -0.9359</w:t>
        <w:br/>
        <w:t>vn -0.0742 0.4433 -0.8933</w:t>
        <w:br/>
        <w:t>vn -0.9380 0.3436 0.0461</w:t>
        <w:br/>
        <w:t>vn -0.9336 0.3545 0.0517</w:t>
        <w:br/>
        <w:t>vn 0.3298 0.8785 0.3456</w:t>
        <w:br/>
        <w:t>vn -0.1253 0.2539 0.9591</w:t>
        <w:br/>
        <w:t>vn -0.1267 0.9812 0.1458</w:t>
        <w:br/>
        <w:t>vn 0.1828 0.9659 0.1834</w:t>
        <w:br/>
        <w:t>vn -0.0950 0.9597 0.2644</w:t>
        <w:br/>
        <w:t>vn 0.4901 0.6068 -0.6258</w:t>
        <w:br/>
        <w:t>vn 0.4473 0.6833 -0.5770</w:t>
        <w:br/>
        <w:t>vn 0.5330 0.4844 -0.6937</w:t>
        <w:br/>
        <w:t>vn 0.5248 0.4237 -0.7383</w:t>
        <w:br/>
        <w:t>vn 0.5067 0.3430 -0.7910</w:t>
        <w:br/>
        <w:t>vn 0.5237 0.0530 -0.8503</w:t>
        <w:br/>
        <w:t>vn 0.4977 0.1685 -0.8508</w:t>
        <w:br/>
        <w:t>vn 0.5706 -0.0387 -0.8203</w:t>
        <w:br/>
        <w:t>vn 0.6334 -0.2752 -0.7232</w:t>
        <w:br/>
        <w:t>vn 0.6334 -0.2752 -0.7233</w:t>
        <w:br/>
        <w:t>vn 0.1339 0.9585 -0.2519</w:t>
        <w:br/>
        <w:t>vn -0.8763 0.0502 0.4792</w:t>
        <w:br/>
        <w:t>vn -0.8641 0.1208 0.4887</w:t>
        <w:br/>
        <w:t>vn -0.9273 0.2453 0.2827</w:t>
        <w:br/>
        <w:t>vn -0.9436 0.2006 0.2636</w:t>
        <w:br/>
        <w:t>vn -0.7998 -0.0582 0.5974</w:t>
        <w:br/>
        <w:t>vn -0.7928 0.0321 0.6086</w:t>
        <w:br/>
        <w:t>vn -0.9304 0.2866 0.2285</w:t>
        <w:br/>
        <w:t>vn -0.9535 0.2425 0.1787</w:t>
        <w:br/>
        <w:t>vn -0.9559 0.1519 0.2514</w:t>
        <w:br/>
        <w:t>vn -0.9518 0.1519 0.2664</w:t>
        <w:br/>
        <w:t>vn -0.8811 -0.0597 0.4691</w:t>
        <w:br/>
        <w:t>vn -0.8818 -0.0440 0.4696</w:t>
        <w:br/>
        <w:t>vn 0.7202 -0.0439 -0.6924</w:t>
        <w:br/>
        <w:t>vn 0.4630 0.2532 -0.8494</w:t>
        <w:br/>
        <w:t>vn 0.4529 0.2620 -0.8522</w:t>
        <w:br/>
        <w:t>vn 0.8509 -0.2246 -0.4748</w:t>
        <w:br/>
        <w:t>vn 0.5167 -0.2751 -0.8108</w:t>
        <w:br/>
        <w:t>vn 0.4103 0.1642 -0.8970</w:t>
        <w:br/>
        <w:t>vn 0.4103 0.1856 -0.8929</w:t>
        <w:br/>
        <w:t>vn 0.5785 -0.2466 -0.7775</w:t>
        <w:br/>
        <w:t>vn 0.3478 0.2010 -0.9158</w:t>
        <w:br/>
        <w:t>vn 0.3761 0.1866 -0.9076</w:t>
        <w:br/>
        <w:t>vn 0.4519 -0.2511 -0.8560</w:t>
        <w:br/>
        <w:t>vn -0.9536 0.1697 0.2487</w:t>
        <w:br/>
        <w:t>vn -0.9608 0.2295 0.1558</w:t>
        <w:br/>
        <w:t>vn -0.9611 0.2244 0.1613</w:t>
        <w:br/>
        <w:t>vn -0.8599 -0.0540 0.5076</w:t>
        <w:br/>
        <w:t>vn -0.8455 -0.0600 0.5305</w:t>
        <w:br/>
        <w:t>vn -0.7777 -0.2346 0.5832</w:t>
        <w:br/>
        <w:t>vn -0.7869 -0.2113 0.5798</w:t>
        <w:br/>
        <w:t>vn -0.8948 0.2639 0.3602</w:t>
        <w:br/>
        <w:t>vn -0.9210 0.2204 0.3213</w:t>
        <w:br/>
        <w:t>vn -0.9183 0.3306 0.2177</w:t>
        <w:br/>
        <w:t>vn -0.8802 0.4027 0.2513</w:t>
        <w:br/>
        <w:t>vn -0.7504 0.0021 0.6610</w:t>
        <w:br/>
        <w:t>vn -0.7158 0.0370 0.6973</w:t>
        <w:br/>
        <w:t>vn -0.6960 -0.1869 0.6933</w:t>
        <w:br/>
        <w:t>vn -0.7105 -0.2199 0.6685</w:t>
        <w:br/>
        <w:t>vn -0.9405 0.1768 0.2901</w:t>
        <w:br/>
        <w:t>vn -0.9568 0.2306 0.1772</w:t>
        <w:br/>
        <w:t>vn -0.9443 0.2659 0.1941</w:t>
        <w:br/>
        <w:t>vn -0.8114 0.3645 0.4569</w:t>
        <w:br/>
        <w:t>vn -0.7439 0.4424 0.5009</w:t>
        <w:br/>
        <w:t>vn -0.7899 -0.0254 0.6127</w:t>
        <w:br/>
        <w:t>vn -0.8580 0.3103 0.4094</w:t>
        <w:br/>
        <w:t>vn -0.8349 0.4638 0.2963</w:t>
        <w:br/>
        <w:t>vn -0.7786 0.5291 0.3375</w:t>
        <w:br/>
        <w:t>vn 0.4208 0.2343 -0.8764</w:t>
        <w:br/>
        <w:t>vn 0.1040 0.5800 -0.8079</w:t>
        <w:br/>
        <w:t>vn 0.1150 0.5459 -0.8300</w:t>
        <w:br/>
        <w:t>vn 0.4504 0.2502 -0.8571</w:t>
        <w:br/>
        <w:t>vn 0.1230 0.5049 -0.8544</w:t>
        <w:br/>
        <w:t>vn 0.0992 0.4855 -0.8686</w:t>
        <w:br/>
        <w:t>vn 0.1484 0.5753 -0.8044</w:t>
        <w:br/>
        <w:t>vn 0.2172 0.5687 -0.7934</w:t>
        <w:br/>
        <w:t>vn 0.2253 0.5866 -0.7779</w:t>
        <w:br/>
        <w:t>vn -0.6732 0.5221 0.5236</w:t>
        <w:br/>
        <w:t>vn -0.6896 0.6335 0.3508</w:t>
        <w:br/>
        <w:t>vn -0.5860 0.7384 0.3337</w:t>
        <w:br/>
        <w:t>vn -0.7325 -0.2343 0.6392</w:t>
        <w:br/>
        <w:t>vn -0.8732 -0.0561 0.4842</w:t>
        <w:br/>
        <w:t>vn -0.7992 -0.1886 0.5707</w:t>
        <w:br/>
        <w:t>vn -0.7946 -0.1637 0.5847</w:t>
        <w:br/>
        <w:t>vn -0.7972 -0.1950 0.5714</w:t>
        <w:br/>
        <w:t>vn 0.5011 -0.8627 0.0677</w:t>
        <w:br/>
        <w:t>vn 0.6488 -0.7505 0.1258</w:t>
        <w:br/>
        <w:t>vn 0.6657 -0.7306 0.1518</w:t>
        <w:br/>
        <w:t>vn 0.6954 -0.0957 -0.7122</w:t>
        <w:br/>
        <w:t>vn 0.7158 -0.6626 0.2204</w:t>
        <w:br/>
        <w:t>vn 0.7475 -0.6407 0.1753</w:t>
        <w:br/>
        <w:t>vn 0.8245 -0.5351 0.1841</w:t>
        <w:br/>
        <w:t>vn 0.7820 -0.5702 0.2517</w:t>
        <w:br/>
        <w:t>vn 0.7460 -0.6495 0.1472</w:t>
        <w:br/>
        <w:t>vn 0.9452 -0.3094 0.1038</w:t>
        <w:br/>
        <w:t>vn 0.9207 -0.3558 0.1601</w:t>
        <w:br/>
        <w:t>vn 0.8892 -0.4084 0.2064</w:t>
        <w:br/>
        <w:t>vn 0.9177 -0.3677 0.1503</w:t>
        <w:br/>
        <w:t>vn 0.8820 -0.4360 0.1788</w:t>
        <w:br/>
        <w:t>vn 0.8433 -0.4782 0.2453</w:t>
        <w:br/>
        <w:t>vn 0.9298 -0.0468 -0.3651</w:t>
        <w:br/>
        <w:t>vn 0.9390 -0.1171 -0.3234</w:t>
        <w:br/>
        <w:t>vn 0.3756 0.3868 -0.8422</w:t>
        <w:br/>
        <w:t>vn 0.3393 0.2182 -0.9150</w:t>
        <w:br/>
        <w:t>vn 0.9022 -0.0048 -0.4314</w:t>
        <w:br/>
        <w:t>vn 0.9332 -0.1766 -0.3131</w:t>
        <w:br/>
        <w:t>vn 0.4404 0.3397 -0.8311</w:t>
        <w:br/>
        <w:t>vn 0.4158 0.3587 -0.8357</w:t>
        <w:br/>
        <w:t>vn 0.9138 -0.2528 -0.3180</w:t>
        <w:br/>
        <w:t>vn 0.1531 -0.9820 -0.1104</w:t>
        <w:br/>
        <w:t>vn 0.3031 -0.9520 -0.0432</w:t>
        <w:br/>
        <w:t>vn 0.3031 -0.9520 -0.0433</w:t>
        <w:br/>
        <w:t>vn -0.0263 -0.9820 -0.1869</w:t>
        <w:br/>
        <w:t>vn 0.0289 -0.9857 -0.1662</w:t>
        <w:br/>
        <w:t>vn 0.9186 -0.0451 -0.3927</w:t>
        <w:br/>
        <w:t>vn 0.9479 -0.3186 -0.0014</w:t>
        <w:br/>
        <w:t>vn 0.9437 -0.3290 0.0339</w:t>
        <w:br/>
        <w:t>vn 0.9768 -0.1930 -0.0926</w:t>
        <w:br/>
        <w:t>vn -0.0456 0.2545 -0.9660</w:t>
        <w:br/>
        <w:t>vn 0.3920 0.0582 -0.9181</w:t>
        <w:br/>
        <w:t>vn 0.4978 0.0837 -0.8632</w:t>
        <w:br/>
        <w:t>vn 0.8815 0.0385 -0.4706</w:t>
        <w:br/>
        <w:t>vn 0.8727 0.0473 -0.4860</w:t>
        <w:br/>
        <w:t>vn -0.8493 0.1487 0.5066</w:t>
        <w:br/>
        <w:t>vn -0.9173 0.2733 0.2895</w:t>
        <w:br/>
        <w:t>vn -0.7675 0.0615 0.6381</w:t>
        <w:br/>
        <w:t>vn -0.0042 0.5315 -0.8470</w:t>
        <w:br/>
        <w:t>vn 0.0567 0.5387 -0.8406</w:t>
        <w:br/>
        <w:t>vn 0.0215 0.5340 -0.8452</w:t>
        <w:br/>
        <w:t>vn -0.7859 -0.1246 -0.6057</w:t>
        <w:br/>
        <w:t>vn -0.8255 -0.2280 -0.5163</w:t>
        <w:br/>
        <w:t>vn -0.7367 -0.0966 -0.6693</w:t>
        <w:br/>
        <w:t>vn -0.7078 -0.0276 -0.7059</w:t>
        <w:br/>
        <w:t>vn 0.9268 0.1898 0.3240</w:t>
        <w:br/>
        <w:t>vn 0.9374 0.2803 0.2066</w:t>
        <w:br/>
        <w:t>vn 0.9350 0.2993 0.1905</w:t>
        <w:br/>
        <w:t>vn 0.9289 0.2197 0.2980</w:t>
        <w:br/>
        <w:t>vn 0.2902 0.5571 -0.7781</w:t>
        <w:br/>
        <w:t>vn 0.2655 0.5165 -0.8141</w:t>
        <w:br/>
        <w:t>vn -0.4262 -0.6127 0.6655</w:t>
        <w:br/>
        <w:t>vn -0.5208 -0.6507 0.5527</w:t>
        <w:br/>
        <w:t>vn -0.3626 -0.6234 0.6927</w:t>
        <w:br/>
        <w:t>vn -0.3027 -0.5650 0.7676</w:t>
        <w:br/>
        <w:t>vn 0.7538 0.5358 -0.3803</w:t>
        <w:br/>
        <w:t>vn 0.9242 0.3735 0.0795</w:t>
        <w:br/>
        <w:t>vn 0.6075 0.7943 -0.0036</w:t>
        <w:br/>
        <w:t>vn 0.3417 0.9159 -0.2104</w:t>
        <w:br/>
        <w:t>vn 0.4004 0.8668 -0.2973</w:t>
        <w:br/>
        <w:t>vn 0.6814 0.7271 -0.0842</w:t>
        <w:br/>
        <w:t>vn 0.4738 0.8746 0.1032</w:t>
        <w:br/>
        <w:t>vn 0.2537 0.9566 -0.1434</w:t>
        <w:br/>
        <w:t>vn 0.5177 0.8529 0.0669</w:t>
        <w:br/>
        <w:t>vn -0.7748 -0.1334 -0.6180</w:t>
        <w:br/>
        <w:t>vn -0.7975 -0.0352 -0.6023</w:t>
        <w:br/>
        <w:t>vn -0.8572 -0.4913 -0.1546</w:t>
        <w:br/>
        <w:t>vn -0.8408 -0.5351 -0.0822</w:t>
        <w:br/>
        <w:t>vn 0.9229 0.1305 0.3621</w:t>
        <w:br/>
        <w:t>vn 0.8857 0.3612 0.2918</w:t>
        <w:br/>
        <w:t>vn 0.9218 0.3077 0.2356</w:t>
        <w:br/>
        <w:t>vn 0.9398 0.1200 0.3200</w:t>
        <w:br/>
        <w:t>vn 0.8820 0.1125 0.4576</w:t>
        <w:br/>
        <w:t>vn 0.8421 0.3991 0.3628</w:t>
        <w:br/>
        <w:t>vn 0.8963 0.1222 0.4263</w:t>
        <w:br/>
        <w:t>vn -0.1703 -0.9531 -0.2501</w:t>
        <w:br/>
        <w:t>vn 0.2195 -0.9756 0.0094</w:t>
        <w:br/>
        <w:t>vn 0.1332 -0.9885 0.0715</w:t>
        <w:br/>
        <w:t>vn -0.2623 -0.9529 -0.1521</w:t>
        <w:br/>
        <w:t>vn -0.6707 -0.2004 -0.7141</w:t>
        <w:br/>
        <w:t>vn -0.7119 0.1368 -0.6888</w:t>
        <w:br/>
        <w:t>vn -0.5886 0.4923 -0.6412</w:t>
        <w:br/>
        <w:t>vn 0.0287 -0.9900 0.1383</w:t>
        <w:br/>
        <w:t>vn -0.0798 -0.9770 0.1979</w:t>
        <w:br/>
        <w:t>vn -0.4140 -0.9099 0.0272</w:t>
        <w:br/>
        <w:t>vn -0.3492 -0.9354 -0.0554</w:t>
        <w:br/>
        <w:t>vn -0.5323 -0.8094 0.2479</w:t>
        <w:br/>
        <w:t>vn -0.4840 -0.8650 0.1324</w:t>
        <w:br/>
        <w:t>vn -0.2137 -0.9307 0.2968</w:t>
        <w:br/>
        <w:t>vn -0.3088 -0.8574 0.4116</w:t>
        <w:br/>
        <w:t>vn -0.7792 0.2087 -0.5909</w:t>
        <w:br/>
        <w:t>vn -0.7540 0.1942 -0.6275</w:t>
        <w:br/>
        <w:t>vn -0.7511 -0.4528 -0.4804</w:t>
        <w:br/>
        <w:t>vn -0.8162 -0.4125 -0.4044</w:t>
        <w:br/>
        <w:t>vn -0.7942 0.1650 -0.5848</w:t>
        <w:br/>
        <w:t>vn -0.8401 -0.4159 -0.3481</w:t>
        <w:br/>
        <w:t>vn -0.8667 -0.4511 -0.2128</w:t>
        <w:br/>
        <w:t>vn -0.8070 0.0456 -0.5887</w:t>
        <w:br/>
        <w:t>vn 0.2526 -0.9673 -0.0250</w:t>
        <w:br/>
        <w:t>vn 0.9407 0.2670 0.2094</w:t>
        <w:br/>
        <w:t>vn 0.9292 0.1582 0.3339</w:t>
        <w:br/>
        <w:t>vn 0.9368 0.1335 0.3234</w:t>
        <w:br/>
        <w:t>vn 0.9455 0.2558 0.2015</w:t>
        <w:br/>
        <w:t>vn 0.9498 0.1108 0.2927</w:t>
        <w:br/>
        <w:t>vn 0.9475 0.2500 0.1996</w:t>
        <w:br/>
        <w:t>vn 0.9475 0.2508 0.1984</w:t>
        <w:br/>
        <w:t>vn 0.9448 0.1211 0.3044</w:t>
        <w:br/>
        <w:t>vn 0.9419 0.2651 0.2062</w:t>
        <w:br/>
        <w:t>vn 0.9475 0.1085 0.3008</w:t>
        <w:br/>
        <w:t>vn 0.4022 0.5829 -0.7060</w:t>
        <w:br/>
        <w:t>vn 0.3719 0.5593 -0.7409</w:t>
        <w:br/>
        <w:t>vn 0.7593 0.5435 -0.3579</w:t>
        <w:br/>
        <w:t>vn 0.3782 0.7446 -0.5500</w:t>
        <w:br/>
        <w:t>vn 0.7325 0.6290 -0.2605</w:t>
        <w:br/>
        <w:t>vn 0.7301 0.6491 -0.2134</w:t>
        <w:br/>
        <w:t>vn 0.3915 0.7827 -0.4839</w:t>
        <w:br/>
        <w:t>vn 0.4070 0.8206 -0.4012</w:t>
        <w:br/>
        <w:t>vn 0.7190 0.6758 -0.1623</w:t>
        <w:br/>
        <w:t>vn 0.7418 0.5919 -0.3153</w:t>
        <w:br/>
        <w:t>vn -0.6374 0.0563 -0.7685</w:t>
        <w:br/>
        <w:t>vn -0.6753 0.1463 -0.7229</w:t>
        <w:br/>
        <w:t>vn -0.6898 0.2210 -0.6894</w:t>
        <w:br/>
        <w:t>vn -0.6723 0.3784 -0.6363</w:t>
        <w:br/>
        <w:t>vn -0.6374 0.4590 -0.6189</w:t>
        <w:br/>
        <w:t>vn -0.6055 0.5004 -0.6188</w:t>
        <w:br/>
        <w:t>vn -0.8582 -0.5132 0.0079</w:t>
        <w:br/>
        <w:t>vn -0.7884 -0.1593 -0.5942</w:t>
        <w:br/>
        <w:t>vn -0.7353 -0.5985 0.3180</w:t>
        <w:br/>
        <w:t>vn -0.8954 -0.4450 -0.0147</w:t>
        <w:br/>
        <w:t>vn -0.6537 -0.4998 -0.5683</w:t>
        <w:br/>
        <w:t>vn -0.5608 -0.6955 0.4492</w:t>
        <w:br/>
        <w:t>vn 0.7232 -0.1264 0.6790</w:t>
        <w:br/>
        <w:t>vn 0.8604 0.0282 0.5089</w:t>
        <w:br/>
        <w:t>vn -0.9026 -0.3727 -0.2155</w:t>
        <w:br/>
        <w:t>vn -0.9294 -0.3081 -0.2033</w:t>
        <w:br/>
        <w:t>vn -0.8807 -0.0506 -0.4709</w:t>
        <w:br/>
        <w:t>vn -0.8809 -0.1085 -0.4606</w:t>
        <w:br/>
        <w:t>vn -0.4967 0.2429 -0.8332</w:t>
        <w:br/>
        <w:t>vn -0.4961 0.1918 -0.8468</w:t>
        <w:br/>
        <w:t>vn -0.6343 -0.2752 -0.7224</w:t>
        <w:br/>
        <w:t>vn -0.6744 -0.4991 -0.5442</w:t>
        <w:br/>
        <w:t>vn -0.2901 -0.7654 -0.5744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0.8270 -0.3553 0.4356</w:t>
        <w:br/>
        <w:t>vn 0.9176 -0.1680 0.3603</w:t>
        <w:br/>
        <w:t>vn 0.9143 -0.1470 0.3775</w:t>
        <w:br/>
        <w:t>vn 0.8226 -0.3190 0.4707</w:t>
        <w:br/>
        <w:t>vn 0.9748 0.1630 0.1522</w:t>
        <w:br/>
        <w:t>vn 0.9555 0.2933 0.0321</w:t>
        <w:br/>
        <w:t>vn 0.9651 0.2588 0.0392</w:t>
        <w:br/>
        <w:t>vn 0.9769 0.1471 0.1551</w:t>
        <w:br/>
        <w:t>vn 0.8469 -0.0630 0.5280</w:t>
        <w:br/>
        <w:t>vn 0.7502 -0.3706 0.5476</w:t>
        <w:br/>
        <w:t>vn 0.7434 -0.3456 0.5726</w:t>
        <w:br/>
        <w:t>vn 0.8240 -0.0200 0.5662</w:t>
        <w:br/>
        <w:t>vn 0.9748 0.1347 0.1779</w:t>
        <w:br/>
        <w:t>vn 0.9741 0.2151 0.0698</w:t>
        <w:br/>
        <w:t>vn 0.9702 0.2319 0.0703</w:t>
        <w:br/>
        <w:t>vn 0.9720 0.1492 0.1814</w:t>
        <w:br/>
        <w:t>vn 0.8758 0.4117 0.2521</w:t>
        <w:br/>
        <w:t>vn 0.8729 -0.0916 0.4791</w:t>
        <w:br/>
        <w:t>vn 0.8253 0.4754 0.3049</w:t>
        <w:br/>
        <w:t>vn 0.9303 0.3080 0.1991</w:t>
        <w:br/>
        <w:t>vn 0.8738 0.4849 0.0372</w:t>
        <w:br/>
        <w:t>vn 0.9047 0.4244 0.0384</w:t>
        <w:br/>
        <w:t>vn 0.9478 0.2578 0.1878</w:t>
        <w:br/>
        <w:t>vn 0.0969 0.6199 -0.7787</w:t>
        <w:br/>
        <w:t>vn 0.1169 0.6221 -0.7742</w:t>
        <w:br/>
        <w:t>vn 0.1168 0.6221 -0.7742</w:t>
        <w:br/>
        <w:t>vn -0.4914 0.3133 -0.8126</w:t>
        <w:br/>
        <w:t>vn -0.0702 0.5275 -0.8466</w:t>
        <w:br/>
        <w:t>vn -0.0610 0.5311 -0.8451</w:t>
        <w:br/>
        <w:t>vn -0.3522 0.3988 -0.8467</w:t>
        <w:br/>
        <w:t>vn -0.1621 0.6329 -0.7571</w:t>
        <w:br/>
        <w:t>vn -0.2329 0.6099 -0.7575</w:t>
        <w:br/>
        <w:t>vn -0.2751 0.6016 -0.7499</w:t>
        <w:br/>
        <w:t>vn -0.4274 0.3348 -0.8398</w:t>
        <w:br/>
        <w:t>vn 0.7351 0.6645 0.1342</w:t>
        <w:br/>
        <w:t>vn 0.7692 0.5312 0.3551</w:t>
        <w:br/>
        <w:t>vn 0.6713 0.7168 0.1885</w:t>
        <w:br/>
        <w:t>vn 0.7717 -0.3685 0.5184</w:t>
        <w:br/>
        <w:t>vn 0.9775 0.1327 0.1641</w:t>
        <w:br/>
        <w:t>vn 0.9060 -0.1216 0.4054</w:t>
        <w:br/>
        <w:t>vn 0.7706 -0.2306 0.5942</w:t>
        <w:br/>
        <w:t>vn 0.8869 -0.0858 0.4539</w:t>
        <w:br/>
        <w:t>vn 0.8785 -0.0646 0.4734</w:t>
        <w:br/>
        <w:t>vn 0.7554 -0.2038 0.6228</w:t>
        <w:br/>
        <w:t>vn 0.8084 -0.2766 0.5196</w:t>
        <w:br/>
        <w:t>vn -0.8775 -0.4143 -0.2414</w:t>
        <w:br/>
        <w:t>vn -0.7682 -0.6396 0.0277</w:t>
        <w:br/>
        <w:t>vn -0.8065 -0.5884 0.0580</w:t>
        <w:br/>
        <w:t>vn -0.8014 -0.4698 -0.3702</w:t>
        <w:br/>
        <w:t>vn -0.8513 -0.4219 -0.3118</w:t>
        <w:br/>
        <w:t>vn -0.8280 -0.0783 -0.5552</w:t>
        <w:br/>
        <w:t>vn -0.7855 -0.0796 -0.6137</w:t>
        <w:br/>
        <w:t>vn -0.3956 0.3395 -0.8534</w:t>
        <w:br/>
        <w:t>vn 0.0397 0.5147 -0.8565</w:t>
        <w:br/>
        <w:t>vn -0.0349 0.5136 -0.8573</w:t>
        <w:br/>
        <w:t>vn -0.4399 0.3193 -0.8394</w:t>
        <w:br/>
        <w:t>vn -0.2872 -0.9533 -0.0933</w:t>
        <w:br/>
        <w:t>vn -0.2213 -0.9695 -0.1056</w:t>
        <w:br/>
        <w:t>vn -0.3485 -0.9330 -0.0898</w:t>
        <w:br/>
        <w:t>vn -0.0567 -0.9713 -0.2309</w:t>
        <w:br/>
        <w:t>vn 0.9513 0.2183 0.2176</w:t>
        <w:br/>
        <w:t>vn 0.9583 0.2540 0.1309</w:t>
        <w:br/>
        <w:t>vn 0.9305 0.2834 0.2323</w:t>
        <w:br/>
        <w:t>vn -0.8477 -0.5223 0.0929</w:t>
        <w:br/>
        <w:t>vn 0.1529 0.5141 -0.8440</w:t>
        <w:br/>
        <w:t>vn -0.3979 0.3205 -0.8596</w:t>
        <w:br/>
        <w:t>vn -0.8369 -0.5040 0.2133</w:t>
        <w:br/>
        <w:t>vn -0.7755 -0.5081 0.3747</w:t>
        <w:br/>
        <w:t>vn -0.8337 -0.4944 0.2460</w:t>
        <w:br/>
        <w:t>vn -0.9262 -0.1599 -0.3415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-0.9340 -0.2720 -0.2316</w:t>
        <w:br/>
        <w:t>vn -0.9089 -0.1791 -0.3766</w:t>
        <w:br/>
        <w:t>vn 0.5231 -0.1309 0.8422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-0.1787 0.0297 -0.9834</w:t>
        <w:br/>
        <w:t>vn -0.1098 0.1220 -0.9864</w:t>
        <w:br/>
        <w:t>vn 0.9994 -0.0266 0.0223</w:t>
        <w:br/>
        <w:t>vn 0.9962 -0.0723 -0.0482</w:t>
        <w:br/>
        <w:t>vn 0.0838 0.0718 0.9939</w:t>
        <w:br/>
        <w:t>vn 0.0837 0.0718 0.9939</w:t>
        <w:br/>
        <w:t>vn -0.9970 0.0656 0.0408</w:t>
        <w:br/>
        <w:t>vn -0.2013 -0.0728 -0.9768</w:t>
        <w:br/>
        <w:t>vn 0.9838 -0.1152 -0.1373</w:t>
        <w:br/>
        <w:t>vn 0.9707 -0.1423 -0.1937</w:t>
        <w:br/>
        <w:t>vn 0.9707 -0.1423 -0.1938</w:t>
        <w:br/>
        <w:t>vn 0.0967 0.1920 0.9766</w:t>
        <w:br/>
        <w:t>vn 0.0915 0.1190 0.9887</w:t>
        <w:br/>
        <w:t>vn 0.0917 0.1191 0.9886</w:t>
        <w:br/>
        <w:t>vn -0.9819 0.1137 0.1512</w:t>
        <w:br/>
        <w:t>vn -0.9720 0.1411 0.1879</w:t>
        <w:br/>
        <w:t>vn -0.1412 -0.1257 -0.9820</w:t>
        <w:br/>
        <w:t>vn -0.1412 -0.1258 -0.9820</w:t>
        <w:br/>
        <w:t>vn 0.9690 -0.1601 -0.1879</w:t>
        <w:br/>
        <w:t>vn 0.9691 -0.1601 -0.1879</w:t>
        <w:br/>
        <w:t>vn 0.9703 -0.1944 -0.1441</w:t>
        <w:br/>
        <w:t>vn 0.0957 0.3234 0.9414</w:t>
        <w:br/>
        <w:t>vn 0.0967 0.2573 0.9615</w:t>
        <w:br/>
        <w:t>vn -0.9706 0.1624 0.1779</w:t>
        <w:br/>
        <w:t>vn -0.9706 0.1623 0.1779</w:t>
        <w:br/>
        <w:t>vn -0.1004 -0.2747 -0.9563</w:t>
        <w:br/>
        <w:t>vn -0.1127 -0.2048 -0.9723</w:t>
        <w:br/>
        <w:t>vn -0.1004 -0.2748 -0.9563</w:t>
        <w:br/>
        <w:t>vn 0.9675 -0.2362 -0.0901</w:t>
        <w:br/>
        <w:t>vn 0.9569 -0.2894 -0.0260</w:t>
        <w:br/>
        <w:t>vn 0.1007 0.4111 0.9060</w:t>
        <w:br/>
        <w:t>vn 0.1009 0.4111 0.9060</w:t>
        <w:br/>
        <w:t>vn -0.9668 0.2418 0.0828</w:t>
        <w:br/>
        <w:t>vn -0.9704 0.1985 0.1372</w:t>
        <w:br/>
        <w:t>vn -0.9668 0.2419 0.0828</w:t>
        <w:br/>
        <w:t>vn -0.1033 -0.4126 -0.9050</w:t>
        <w:br/>
        <w:t>vn -0.1034 -0.4125 -0.9051</w:t>
        <w:br/>
        <w:t>vn -0.1102 -0.4875 -0.8661</w:t>
        <w:br/>
        <w:t>vn -0.1103 -0.4874 -0.8662</w:t>
        <w:br/>
        <w:t>vn 0.9412 -0.3367 0.0291</w:t>
        <w:br/>
        <w:t>vn 0.9260 -0.3704 0.0732</w:t>
        <w:br/>
        <w:t>vn 0.9260 -0.3704 0.0731</w:t>
        <w:br/>
        <w:t>vn 0.1249 0.5538 0.8232</w:t>
        <w:br/>
        <w:t>vn 0.1081 0.4839 0.8684</w:t>
        <w:br/>
        <w:t>vn 0.1080 0.4839 0.8684</w:t>
        <w:br/>
        <w:t>vn 0.1249 0.5539 0.8232</w:t>
        <w:br/>
        <w:t>vn -0.9414 0.3355 -0.0334</w:t>
        <w:br/>
        <w:t>vn -0.9292 0.3627 -0.0705</w:t>
        <w:br/>
        <w:t>vn -0.9292 0.3627 -0.0704</w:t>
        <w:br/>
        <w:t>vn -0.1473 -0.6143 -0.7752</w:t>
        <w:br/>
        <w:t>vn -0.1471 -0.6146 -0.7750</w:t>
        <w:br/>
        <w:t>vn -0.1258 -0.5544 -0.8227</w:t>
        <w:br/>
        <w:t>vn 0.9032 -0.4095 0.1286</w:t>
        <w:br/>
        <w:t>vn 0.9032 -0.4095 0.1285</w:t>
        <w:br/>
        <w:t>vn 0.8709 -0.4520 0.1930</w:t>
        <w:br/>
        <w:t>vn 0.1605 0.6438 0.7482</w:t>
        <w:br/>
        <w:t>vn 0.1433 0.6082 0.7807</w:t>
        <w:br/>
        <w:t>vn 0.1434 0.6083 0.7807</w:t>
        <w:br/>
        <w:t>vn 0.1605 0.6439 0.7481</w:t>
        <w:br/>
        <w:t>vn -0.9102 0.3963 -0.1200</w:t>
        <w:br/>
        <w:t>vn -0.1978 -0.7051 -0.6810</w:t>
        <w:br/>
        <w:t>vn -0.1681 -0.6562 -0.7356</w:t>
        <w:br/>
        <w:t>vn -0.1680 -0.6563 -0.7356</w:t>
        <w:br/>
        <w:t>vn 0.8683 -0.4543 0.1991</w:t>
        <w:br/>
        <w:t>vn 0.8611 -0.4625 0.2112</w:t>
        <w:br/>
        <w:t>vn 0.8610 -0.4626 0.2113</w:t>
        <w:br/>
        <w:t>vn 0.1800 0.6837 0.7073</w:t>
        <w:br/>
        <w:t>vn 0.1891 0.7163 0.6717</w:t>
        <w:br/>
        <w:t>vn 0.1892 0.7163 0.6717</w:t>
        <w:br/>
        <w:t>vn 0.1800 0.6836 0.7073</w:t>
        <w:br/>
        <w:t>vn -0.8837 0.4356 -0.1714</w:t>
        <w:br/>
        <w:t>vn -0.8891 0.4297 -0.1575</w:t>
        <w:br/>
        <w:t>vn -0.8891 0.4299 -0.1574</w:t>
        <w:br/>
        <w:t>vn -0.8839 0.4350 -0.1717</w:t>
        <w:br/>
        <w:t>vn -0.2211 -0.7446 -0.6298</w:t>
        <w:br/>
        <w:t>vn 0.8988 -0.4127 0.1477</w:t>
        <w:br/>
        <w:t>vn 0.8989 -0.4125 0.1476</w:t>
        <w:br/>
        <w:t>vn 0.8795 -0.4398 0.1819</w:t>
        <w:br/>
        <w:t>vn 0.8795 -0.4399 0.1817</w:t>
        <w:br/>
        <w:t>vn 0.1876 0.7382 0.6480</w:t>
        <w:br/>
        <w:t>vn 0.1909 0.7383 0.6468</w:t>
        <w:br/>
        <w:t>vn 0.1881 0.7378 0.6483</w:t>
        <w:br/>
        <w:t>vn -0.9159 0.3872 -0.1057</w:t>
        <w:br/>
        <w:t>vn -0.8983 0.4165 -0.1398</w:t>
        <w:br/>
        <w:t>vn -0.8983 0.4165 -0.1400</w:t>
        <w:br/>
        <w:t>vn -0.9160 0.3871 -0.1058</w:t>
        <w:br/>
        <w:t>vn -0.2148 -0.7434 -0.6334</w:t>
        <w:br/>
        <w:t>vn -0.2149 -0.7434 -0.6334</w:t>
        <w:br/>
        <w:t>vn -0.2234 -0.7584 -0.6124</w:t>
        <w:br/>
        <w:t>vn -0.2237 -0.7586 -0.6120</w:t>
        <w:br/>
        <w:t>vn 0.9206 -0.3762 0.1043</w:t>
        <w:br/>
        <w:t>vn 0.9207 -0.3761 0.1043</w:t>
        <w:br/>
        <w:t>vn 0.1868 0.6757 0.7131</w:t>
        <w:br/>
        <w:t>vn 0.1839 0.6986 0.6914</w:t>
        <w:br/>
        <w:t>vn 0.1841 0.6986 0.6914</w:t>
        <w:br/>
        <w:t>vn -0.9354 0.3476 -0.0644</w:t>
        <w:br/>
        <w:t>vn -0.9355 0.3475 -0.0643</w:t>
        <w:br/>
        <w:t>vn -0.2077 -0.7256 -0.6560</w:t>
        <w:br/>
        <w:t>vn -0.2029 -0.7087 -0.6757</w:t>
        <w:br/>
        <w:t>vn -0.2030 -0.7086 -0.6757</w:t>
        <w:br/>
        <w:t>vn -0.2078 -0.7256 -0.6560</w:t>
        <w:br/>
        <w:t>vn 0.9716 -0.2317 -0.0474</w:t>
        <w:br/>
        <w:t>vn 0.9565 -0.2915 0.0098</w:t>
        <w:br/>
        <w:t>vn 0.9716 -0.2317 -0.0473</w:t>
        <w:br/>
        <w:t>vn 0.1841 0.6464 0.7405</w:t>
        <w:br/>
        <w:t>vn 0.1762 0.5882 0.7893</w:t>
        <w:br/>
        <w:t>vn 0.1763 0.5882 0.7893</w:t>
        <w:br/>
        <w:t>vn -0.9782 0.1909 0.0815</w:t>
        <w:br/>
        <w:t>vn -0.9669 0.2536 0.0275</w:t>
        <w:br/>
        <w:t>vn -0.1949 -0.6836 -0.7033</w:t>
        <w:br/>
        <w:t>vn -0.1950 -0.6836 -0.7034</w:t>
        <w:br/>
        <w:t>vn -0.1831 -0.6290 -0.7556</w:t>
        <w:br/>
        <w:t>vn -0.1831 -0.6289 -0.7556</w:t>
        <w:br/>
        <w:t>vn 0.9825 -0.1457 -0.1159</w:t>
        <w:br/>
        <w:t>vn 0.9834 -0.0454 -0.1758</w:t>
        <w:br/>
        <w:t>vn 0.9833 -0.0454 -0.1760</w:t>
        <w:br/>
        <w:t>vn 0.1703 0.5156 0.8398</w:t>
        <w:br/>
        <w:t>vn 0.1702 0.5156 0.8398</w:t>
        <w:br/>
        <w:t>vn -0.9796 -0.0014 0.2010</w:t>
        <w:br/>
        <w:t>vn -0.9796 -0.0014 0.2011</w:t>
        <w:br/>
        <w:t>vn -0.9841 0.1011 0.1460</w:t>
        <w:br/>
        <w:t>vn -0.9841 0.1011 0.1461</w:t>
        <w:br/>
        <w:t>vn -0.1727 -0.5605 -0.8099</w:t>
        <w:br/>
        <w:t>vn -0.1726 -0.5606 -0.8099</w:t>
        <w:br/>
        <w:t>vn 0.9715 0.0638 -0.2282</w:t>
        <w:br/>
        <w:t>vn 0.1752 0.4341 0.8837</w:t>
        <w:br/>
        <w:t>vn 0.1834 0.3106 0.9327</w:t>
        <w:br/>
        <w:t>vn 0.1834 0.3105 0.9327</w:t>
        <w:br/>
        <w:t>vn -0.9615 -0.1121 0.2508</w:t>
        <w:br/>
        <w:t>vn -0.1736 -0.4818 -0.8589</w:t>
        <w:br/>
        <w:t>vn -0.1812 -0.3616 -0.9146</w:t>
        <w:br/>
        <w:t>vn -0.1812 -0.3616 -0.9145</w:t>
        <w:br/>
        <w:t>vn 0.9959 -0.0810 -0.0405</w:t>
        <w:br/>
        <w:t>vn 0.9975 -0.0698 -0.0066</w:t>
        <w:br/>
        <w:t>vn 0.9447 -0.1010 0.3120</w:t>
        <w:br/>
        <w:t>vn 0.9218 -0.1012 0.3742</w:t>
        <w:br/>
        <w:t>vn 0.7691 -0.1116 0.6293</w:t>
        <w:br/>
        <w:t>vn 0.6810 -0.1034 0.7250</w:t>
        <w:br/>
        <w:t>vn 0.9537 -0.1070 0.2811</w:t>
        <w:br/>
        <w:t>vn 0.9949 -0.0974 -0.0253</w:t>
        <w:br/>
        <w:t>vn 0.4566 0.0019 0.8897</w:t>
        <w:br/>
        <w:t>vn 0.5209 -0.0459 0.8524</w:t>
        <w:br/>
        <w:t>vn 0.4218 0.0708 0.9039</w:t>
        <w:br/>
        <w:t>vn 0.9931 -0.1165 0.0161</w:t>
        <w:br/>
        <w:t>vn 0.9887 -0.1124 0.0991</w:t>
        <w:br/>
        <w:t>vn 0.9887 -0.1123 0.0991</w:t>
        <w:br/>
        <w:t>vn 0.3646 0.1876 0.9121</w:t>
        <w:br/>
        <w:t>vn 0.3099 0.2630 0.9137</w:t>
        <w:br/>
        <w:t>vn 0.7456 0.0847 0.6610</w:t>
        <w:br/>
        <w:t>vn 0.9686 -0.1182 0.2186</w:t>
        <w:br/>
        <w:t>vn 0.7456 0.0846 0.6609</w:t>
        <w:br/>
        <w:t>vn 0.9391 -0.0895 0.3319</w:t>
        <w:br/>
        <w:t>vn 0.2624 0.3545 0.8975</w:t>
        <w:br/>
        <w:t>vn 0.8985 -0.0340 0.4376</w:t>
        <w:br/>
        <w:t>vn 0.6360 0.2379 0.7341</w:t>
        <w:br/>
        <w:t>vn 0.5948 0.3228 0.7362</w:t>
        <w:br/>
        <w:t>vn 0.8677 0.0285 0.4963</w:t>
        <w:br/>
        <w:t>vn 0.2273 0.4547 0.8612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0.5631 0.4185 0.7126</w:t>
        <w:br/>
        <w:t>vn 0.1465 0.6213 0.7698</w:t>
        <w:br/>
        <w:t>vn 0.0915 0.6814 0.7262</w:t>
        <w:br/>
        <w:t>vn 0.4718 0.5794 0.6646</w:t>
        <w:br/>
        <w:t>vn 0.4121 0.6367 0.6518</w:t>
        <w:br/>
        <w:t>vn 0.7730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0.5042</w:t>
        <w:br/>
        <w:t>vn 0.7347 0.4597 0.4989</w:t>
        <w:br/>
        <w:t>vn -0.1035 0.7814 0.6154</w:t>
        <w:br/>
        <w:t>vn -0.1751 0.7834 0.5963</w:t>
        <w:br/>
        <w:t>vn 0.5856 0.6325 0.5070</w:t>
        <w:br/>
        <w:t>vn 0.6391 0.5791 0.5061</w:t>
        <w:br/>
        <w:t>vn 0.2204 0.7626 0.6082</w:t>
        <w:br/>
        <w:t>vn 0.1531 0.7847 0.6007</w:t>
        <w:br/>
        <w:t>vn -0.2467 0.7787 0.5768</w:t>
        <w:br/>
        <w:t>vn -0.3131 0.7648 0.5631</w:t>
        <w:br/>
        <w:t>vn 0.4587 0.6791 0.5731</w:t>
        <w:br/>
        <w:t>vn 0.5248 0.6628 0.5342</w:t>
        <w:br/>
        <w:t>vn 0.0830 0.7772 0.6238</w:t>
        <w:br/>
        <w:t>vn 0.0102 0.7540 0.6567</w:t>
        <w:br/>
        <w:t>vn -0.4408 0.6677 0.5999</w:t>
        <w:br/>
        <w:t>vn -0.3767 0.7235 0.5785</w:t>
        <w:br/>
        <w:t>vn -0.0608 0.6615 0.7475</w:t>
        <w:br/>
        <w:t>vn -0.1213 0.5436 0.8305</w:t>
        <w:br/>
        <w:t>vn 0.3297 0.5510 0.7666</w:t>
        <w:br/>
        <w:t>vn 0.3947 0.6279 0.6708</w:t>
        <w:br/>
        <w:t>vn -0.5473 0.4234 0.7220</w:t>
        <w:br/>
        <w:t>vn -0.5029 0.5533 0.6640</w:t>
        <w:br/>
        <w:t>vn -0.1904 0.1159 0.9748</w:t>
        <w:br/>
        <w:t>vn -0.2042 0.0087 0.9789</w:t>
        <w:br/>
        <w:t>vn 0.2001 0.0926 0.9754</w:t>
        <w:br/>
        <w:t>vn 0.2205 0.2010 0.9544</w:t>
        <w:br/>
        <w:t>vn -0.8628 -0.1838 0.4708</w:t>
        <w:br/>
        <w:t>vn -0.8848 -0.1495 0.4413</w:t>
        <w:br/>
        <w:t>vn 0.1987 0.0149 0.9800</w:t>
        <w:br/>
        <w:t>vn -0.2172 -0.0687 0.9737</w:t>
        <w:br/>
        <w:t>vn -0.8509 -0.2114 0.4809</w:t>
        <w:br/>
        <w:t>vn -0.9542 0.1345 0.2674</w:t>
        <w:br/>
        <w:t>vn -0.8264 0.1620 0.5393</w:t>
        <w:br/>
        <w:t>vn -0.9563 0.1555 -0.2475</w:t>
        <w:br/>
        <w:t>vn -0.9428 0.1303 -0.3069</w:t>
        <w:br/>
        <w:t>vn -0.8397 0.1376 -0.5253</w:t>
        <w:br/>
        <w:t>vn -0.7842 0.1077 -0.6110</w:t>
        <w:br/>
        <w:t>vn -0.9417 0.1283 0.3110</w:t>
        <w:br/>
        <w:t>vn -0.9050 0.0832 -0.4172</w:t>
        <w:br/>
        <w:t>vn -0.6761 0.0465 -0.7354</w:t>
        <w:br/>
        <w:t>vn -0.9745 0.1573 0.1598</w:t>
        <w:br/>
        <w:t>vn -0.8643 0.0383 -0.5016</w:t>
        <w:br/>
        <w:t>vn -0.6228 -0.0263 -0.7820</w:t>
        <w:br/>
        <w:t>vn -0.8151 -0.0276 -0.5787</w:t>
        <w:br/>
        <w:t>vn -0.7368 -0.1225 -0.6649</w:t>
        <w:br/>
        <w:t>vn -0.9572 0.1820 -0.2251</w:t>
        <w:br/>
        <w:t>vn -0.9811 0.1917 -0.0280</w:t>
        <w:br/>
        <w:t>vn -0.6048 -0.1364 -0.7846</w:t>
        <w:br/>
        <w:t>vn -0.5767 -0.2510 -0.7774</w:t>
        <w:br/>
        <w:t>vn -0.6306 -0.1913 -0.7521</w:t>
        <w:br/>
        <w:t>vn -0.5455 -0.2665 -0.7946</w:t>
        <w:br/>
        <w:t>vn -0.8627 0.1121 -0.4931</w:t>
        <w:br/>
        <w:t>vn -0.9057 0.1538 -0.3951</w:t>
        <w:br/>
        <w:t>vn -0.4306 -0.3708 -0.8229</w:t>
        <w:br/>
        <w:t>vn -0.3479 -0.4630 -0.8152</w:t>
        <w:br/>
        <w:t>vn -0.4894 -0.3493 -0.7991</w:t>
        <w:br/>
        <w:t>vn -0.8288 0.0129 -0.5593</w:t>
        <w:br/>
        <w:t>vn -0.8370 0.0629 -0.5436</w:t>
        <w:br/>
        <w:t>vn -0.4583 -0.4224 -0.7820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-0.1974 -0.7015 -0.6848</w:t>
        <w:br/>
        <w:t>vn -0.1338 -0.7591 -0.6370</w:t>
        <w:br/>
        <w:t>vn -0.2670 -0.7317 -0.6271</w:t>
        <w:br/>
        <w:t>vn -0.4269 -0.6833 -0.5924</w:t>
        <w:br/>
        <w:t>vn -0.0565 -0.7968 -0.6016</w:t>
        <w:br/>
        <w:t>vn 0.0237 -0.8343 -0.5508</w:t>
        <w:br/>
        <w:t>vn -0.2607 -0.7904 -0.5544</w:t>
        <w:br/>
        <w:t>vn -0.6796 -0.5509 -0.4844</w:t>
        <w:br/>
        <w:t>vn -0.6823 -0.5206 -0.5133</w:t>
        <w:br/>
        <w:t>vn -0.3124 -0.7568 -0.5741</w:t>
        <w:br/>
        <w:t>vn 0.1195 -0.8445 -0.5221</w:t>
        <w:br/>
        <w:t>vn 0.2207 -0.8420 -0.4923</w:t>
        <w:br/>
        <w:t>vn -0.6916 -0.5807 -0.4295</w:t>
        <w:br/>
        <w:t>vn -0.6831 -0.5750 -0.4503</w:t>
        <w:br/>
        <w:t>vn -0.4143 -0.7524 -0.5122</w:t>
        <w:br/>
        <w:t>vn 0.3217 -0.8231 -0.4680</w:t>
        <w:br/>
        <w:t>vn 0.4242 -0.7728 -0.4720</w:t>
        <w:br/>
        <w:t>vn 0.3761 -0.7955 -0.4751</w:t>
        <w:br/>
        <w:t>vn -0.7137 -0.5714 -0.4052</w:t>
        <w:br/>
        <w:t>vn -0.7137 -0.5714 -0.4051</w:t>
        <w:br/>
        <w:t>vn -0.7672 -0.5036 -0.3973</w:t>
        <w:br/>
        <w:t>vn -0.7672 -0.5035 -0.3973</w:t>
        <w:br/>
        <w:t>vn 0.6101 -0.5855 -0.5338</w:t>
        <w:br/>
        <w:t>vn 0.5195 -0.7061 -0.4812</w:t>
        <w:br/>
        <w:t>vn -0.8947 -0.3498 -0.2777</w:t>
        <w:br/>
        <w:t>vn -0.8324 -0.4213 -0.3599</w:t>
        <w:br/>
        <w:t>vn 0.6833 -0.4432 -0.5802</w:t>
        <w:br/>
        <w:t>vn 0.7388 -0.2779 -0.6139</w:t>
        <w:br/>
        <w:t>vn 0.7389 -0.2779 -0.6139</w:t>
        <w:br/>
        <w:t>vn 0.6833 -0.4432 -0.5803</w:t>
        <w:br/>
        <w:t>vn -0.8629 -0.1838 0.4708</w:t>
        <w:br/>
        <w:t>vn -0.8848 -0.1495 0.4414</w:t>
        <w:br/>
        <w:t>vn -0.9613 -0.2688 -0.0606</w:t>
        <w:br/>
        <w:t>vn -0.9675 -0.2516 0.0251</w:t>
        <w:br/>
        <w:t>vn 0.7665 0.0458 -0.6406</w:t>
        <w:br/>
        <w:t>vn 0.7671 -0.0388 -0.6404</w:t>
        <w:br/>
        <w:t>vn -0.9648 -0.2476 0.0890</w:t>
        <w:br/>
        <w:t>vn 0.7633 0.1041 -0.6376</w:t>
        <w:br/>
        <w:t>vn -0.4503 0.1222 0.8845</w:t>
        <w:br/>
        <w:t>vn -0.5904 0.1151 0.7989</w:t>
        <w:br/>
        <w:t>vn -0.4503 0.1223 0.8845</w:t>
        <w:br/>
        <w:t>vn -0.7732 0.1337 0.6199</w:t>
        <w:br/>
        <w:t>vn -0.9233 0.2810 0.2620</w:t>
        <w:br/>
        <w:t>vn -0.8677 0.2014 0.4545</w:t>
        <w:br/>
        <w:t>vn -0.9338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0.1816 -0.2758</w:t>
        <w:br/>
        <w:t>vn -0.9258 0.2413 -0.2910</w:t>
        <w:br/>
        <w:t>vn -0.8226 -0.3399 -0.4559</w:t>
        <w:br/>
        <w:t>vn -0.9693 0.0327 -0.2436</w:t>
        <w:br/>
        <w:t>vn -0.9639 0.0955 -0.2485</w:t>
        <w:br/>
        <w:t>vn 0.8674 -0.0806 0.4911</w:t>
        <w:br/>
        <w:t>vn 0.9993 0.0163 -0.0350</w:t>
        <w:br/>
        <w:t>vn 0.9975 -0.0624 0.0332</w:t>
        <w:br/>
        <w:t>vn 0.0422 0.8473 0.5295</w:t>
        <w:br/>
        <w:t>vn 0.9747 0.1840 -0.1270</w:t>
        <w:br/>
        <w:t>vn 0.8359 -0.5485 0.0219</w:t>
        <w:br/>
        <w:t>vn 0.7483 -0.6492 -0.1362</w:t>
        <w:br/>
        <w:t>vn 0.5942 -0.7518 0.2858</w:t>
        <w:br/>
        <w:t>vn 0.8947 -0.3984 -0.2022</w:t>
        <w:br/>
        <w:t>vn 0.7260 -0.4670 -0.5048</w:t>
        <w:br/>
        <w:t>vn 0.9342 -0.2283 0.2740</w:t>
        <w:br/>
        <w:t>vn 0.7170 -0.4293 0.5492</w:t>
        <w:br/>
        <w:t>vn 0.6637 -0.1350 0.7358</w:t>
        <w:br/>
        <w:t>vn 0.7255 -0.4978 0.4752</w:t>
        <w:br/>
        <w:t>vn 0.8172 -0.4868 0.3086</w:t>
        <w:br/>
        <w:t>vn 0.5762 -0.3412 -0.7426</w:t>
        <w:br/>
        <w:t>vn 0.7031 -0.5426 0.4596</w:t>
        <w:br/>
        <w:t>vn 0.5718 -0.2643 -0.7767</w:t>
        <w:br/>
        <w:t>vn 0.5410 -0.4053 0.7369</w:t>
        <w:br/>
        <w:t>vn 0.3988 -0.1370 0.9067</w:t>
        <w:br/>
        <w:t>vn 0.6074 -0.4908 0.6246</w:t>
        <w:br/>
        <w:t>vn 0.5359 -0.7167 -0.4463</w:t>
        <w:br/>
        <w:t>vn 0.8129 -0.3912 0.4315</w:t>
        <w:br/>
        <w:t>vn 0.7714 -0.4775 0.4207</w:t>
        <w:br/>
        <w:t>vn 0.4877 -0.5287 0.6947</w:t>
        <w:br/>
        <w:t>vn 0.9596 -0.1260 -0.2516</w:t>
        <w:br/>
        <w:t>vn 0.9793 -0.2016 0.0194</w:t>
        <w:br/>
        <w:t>vn 0.9847 -0.1684 0.0443</w:t>
        <w:br/>
        <w:t>vn 0.9641 -0.0842 -0.2520</w:t>
        <w:br/>
        <w:t>vn 0.9183 -0.3264 0.2238</w:t>
        <w:br/>
        <w:t>vn 0.9909 -0.1346 -0.0059</w:t>
        <w:br/>
        <w:t>vn 0.9467 -0.2382 0.2169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0.6835 -0.1001 0.7231</w:t>
        <w:br/>
        <w:t>vn 0.8895 -0.0279 0.4561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0.9996 -0.0287 -0.0050</w:t>
        <w:br/>
        <w:t>vn 0.9343 -0.2283 0.2740</w:t>
        <w:br/>
        <w:t>vn 0.7713 -0.4775 0.4208</w:t>
        <w:br/>
        <w:t>vn 0.7734 0.0225 0.6335</w:t>
        <w:br/>
        <w:t>vn 0.3734 -0.5467 0.7495</w:t>
        <w:br/>
        <w:t>vn -0.7682 -0.6389 0.0413</w:t>
        <w:br/>
        <w:t>vn 0.6637 -0.1350 0.7357</w:t>
        <w:br/>
        <w:t>vn 0.6003 0.0423 0.7987</w:t>
        <w:br/>
        <w:t>vn -0.0000 0.0182 -0.9998</w:t>
        <w:br/>
        <w:t>vn 0.2426 0.0030 -0.9701</w:t>
        <w:br/>
        <w:t>vn 0.2439 0.0491 -0.9686</w:t>
        <w:br/>
        <w:t>vn 0.0000 0.0637 -0.9980</w:t>
        <w:br/>
        <w:t>vn 0.4664 0.0342 -0.8839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0.7637 -0.0410 -0.6442</w:t>
        <w:br/>
        <w:t>vn 0.0000 0.1031 -0.9947</w:t>
        <w:br/>
        <w:t>vn 0.2588 0.1252 -0.9578</w:t>
        <w:br/>
        <w:t>vn -0.0000 0.1444 -0.9895</w:t>
        <w:br/>
        <w:t>vn 0.4815 0.0662 -0.8739</w:t>
        <w:br/>
        <w:t>vn -0.2813 -0.4834 0.8290</w:t>
        <w:br/>
        <w:t>vn -0.2633 -0.6168 0.7417</w:t>
        <w:br/>
        <w:t>vn 0.0000 -0.6394 0.7689</w:t>
        <w:br/>
        <w:t>vn 0.0000 -0.5199 0.8542</w:t>
        <w:br/>
        <w:t>vn 0.7558 0.0092 -0.6548</w:t>
        <w:br/>
        <w:t>vn 0.7416 0.0769 -0.6664</w:t>
        <w:br/>
        <w:t>vn -0.0000 0.2816 -0.9595</w:t>
        <w:br/>
        <w:t>vn -0.0000 0.3797 -0.9251</w:t>
        <w:br/>
        <w:t>vn 0.2072 0.3908 -0.8969</w:t>
        <w:br/>
        <w:t>vn 0.2137 0.2822 -0.9353</w:t>
        <w:br/>
        <w:t>vn 0.1910 0.6304 -0.7524</w:t>
        <w:br/>
        <w:t>vn 0.2022 0.5110 -0.8355</w:t>
        <w:br/>
        <w:t>vn 0.0000 0.5118 -0.8591</w:t>
        <w:br/>
        <w:t>vn 0.0000 0.6407 -0.7678</w:t>
        <w:br/>
        <w:t>vn 0.0000 0.7495 -0.6620</w:t>
        <w:br/>
        <w:t>vn -0.0000 0.8292 -0.5590</w:t>
        <w:br/>
        <w:t>vn 0.1787 0.8211 -0.5421</w:t>
        <w:br/>
        <w:t>vn 0.1825 0.7438 -0.6429</w:t>
        <w:br/>
        <w:t>vn 0.2118 0.9381 -0.2742</w:t>
        <w:br/>
        <w:t>vn 0.1772 0.8880 -0.4243</w:t>
        <w:br/>
        <w:t>vn 0.0000 0.8994 -0.4372</w:t>
        <w:br/>
        <w:t>vn -0.0000 0.9586 -0.2849</w:t>
        <w:br/>
        <w:t>vn 0.1889 0.9739 -0.1260</w:t>
        <w:br/>
        <w:t>vn 0.0000 0.9922 -0.1246</w:t>
        <w:br/>
        <w:t>vn -0.0000 0.9965 0.0834</w:t>
        <w:br/>
        <w:t>vn 0.1756 0.9816 0.0755</w:t>
        <w:br/>
        <w:t>vn -0.0000 0.9618 0.2736</w:t>
        <w:br/>
        <w:t>vn 0.1589 0.9504 0.2675</w:t>
        <w:br/>
        <w:t>vn -0.0000 0.8803 0.4744</w:t>
        <w:br/>
        <w:t>vn 0.1574 0.8676 0.4717</w:t>
        <w:br/>
        <w:t>vn 0.0000 -0.1832 0.9831</w:t>
        <w:br/>
        <w:t>vn 0.1071 -0.2128 0.9712</w:t>
        <w:br/>
        <w:t>vn 0.0868 -0.2003 0.9759</w:t>
        <w:br/>
        <w:t>vn -0.0000 0.3298 0.9441</w:t>
        <w:br/>
        <w:t>vn 0.0000 0.0535 -0.9986</w:t>
        <w:br/>
        <w:t>vn 0.2338 0.0405 -0.9714</w:t>
        <w:br/>
        <w:t>vn 0.2396 0.0037 -0.9709</w:t>
        <w:br/>
        <w:t>vn -0.0000 0.0226 -0.9997</w:t>
        <w:br/>
        <w:t>vn 0.5040 0.2945 -0.8119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0.0423</w:t>
        <w:br/>
        <w:t>vn 0.8281 0.5290 -0.1855</w:t>
        <w:br/>
        <w:t>vn 0.8807 0.4720 0.0406</w:t>
        <w:br/>
        <w:t>vn 0.8859 0.4262 0.1833</w:t>
        <w:br/>
        <w:t>vn 0.9375 0.3035 0.1704</w:t>
        <w:br/>
        <w:t>vn 0.9075 0.2393 0.3451</w:t>
        <w:br/>
        <w:t>vn 0.8376 0.3599 0.4110</w:t>
        <w:br/>
        <w:t>vn 0.4915 0.0500 -0.8694</w:t>
        <w:br/>
        <w:t>vn 0.7825 0.0946 -0.6154</w:t>
        <w:br/>
        <w:t>vn 0.7742 0.0219 -0.6326</w:t>
        <w:br/>
        <w:t>vn 0.4726 0.0030 -0.8812</w:t>
        <w:br/>
        <w:t>vn 0.9685 -0.0925 -0.2314</w:t>
        <w:br/>
        <w:t>vn 0.9743 -0.0034 -0.2253</w:t>
        <w:br/>
        <w:t>vn 0.6046 0.1329 0.7854</w:t>
        <w:br/>
        <w:t>vn 0.7797 0.1173 0.6150</w:t>
        <w:br/>
        <w:t>vn 0.4756 0.5143 -0.7136</w:t>
        <w:br/>
        <w:t>vn 0.6480 0.7332 0.2062</w:t>
        <w:br/>
        <w:t>vn 0.6491 0.6418 0.4083</w:t>
        <w:br/>
        <w:t>vn 0.7565 0.5468 0.3588</w:t>
        <w:br/>
        <w:t>vn 0.7640 0.6173 0.1876</w:t>
        <w:br/>
        <w:t>vn 0.6317 0.7747 0.0283</w:t>
        <w:br/>
        <w:t>vn 0.4847 0.8739 0.0365</w:t>
        <w:br/>
        <w:t>vn 0.4865 0.8444 0.2242</w:t>
        <w:br/>
        <w:t>vn 0.4739 0.8703 -0.1342</w:t>
        <w:br/>
        <w:t>vn 0.5947 0.7885 -0.1566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0.3695 0.8076 -0.4597</w:t>
        <w:br/>
        <w:t>vn 0.5088 0.7981 -0.3226</w:t>
        <w:br/>
        <w:t>vn 0.5800 0.7243 -0.3728</w:t>
        <w:br/>
        <w:t>vn 0.4090 0.7326 -0.5441</w:t>
        <w:br/>
        <w:t>vn 0.7602 0.6253 -0.1765</w:t>
        <w:br/>
        <w:t>vn 0.8225 0.5680 0.0295</w:t>
        <w:br/>
        <w:t>vn 0.6872 0.7061 -0.1709</w:t>
        <w:br/>
        <w:t>vn 0.6502 0.6251 -0.4317</w:t>
        <w:br/>
        <w:t>vn 0.6970 0.5343 -0.4781</w:t>
        <w:br/>
        <w:t>vn 0.4520 0.6139 -0.6472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0.7725 0.6130</w:t>
        <w:br/>
        <w:t>vn 0.1694 0.7498 0.6396</w:t>
        <w:br/>
        <w:t>vn 0.2924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0.9823 0.1850 0.0278</w:t>
        <w:br/>
        <w:t>vn 0.9967 0.0803 0.0095</w:t>
        <w:br/>
        <w:t>vn 0.9706 0.0962 -0.2207</w:t>
        <w:br/>
        <w:t>vn 0.9584 0.1940 -0.2093</w:t>
        <w:br/>
        <w:t>vn 0.7864 0.1896 -0.5879</w:t>
        <w:br/>
        <w:t>vn 0.5055 0.1514 -0.8494</w:t>
        <w:br/>
        <w:t>vn 0.0000 0.1487 -0.9889</w:t>
        <w:br/>
        <w:t>vn 0.2251 0.1411 -0.9641</w:t>
        <w:br/>
        <w:t>vn 0.7735 0.4412 0.4550</w:t>
        <w:br/>
        <w:t>vn 0.5314 0.1555 0.8327</w:t>
        <w:br/>
        <w:t>vn -0.0000 0.7837 0.6212</w:t>
        <w:br/>
        <w:t>vn 0.7187 0.4761 0.5067</w:t>
        <w:br/>
        <w:t>vn 0.0976 -0.2179 0.9711</w:t>
        <w:br/>
        <w:t>vn 0.1413 -0.2081 0.9679</w:t>
        <w:br/>
        <w:t>vn 0.2534 -0.1167 0.9603</w:t>
        <w:br/>
        <w:t>vn 0.5053 0.1452 0.8506</w:t>
        <w:br/>
        <w:t>vn 0.2103 -0.1927 0.9585</w:t>
        <w:br/>
        <w:t>vn 0.7797 0.1172 0.6150</w:t>
        <w:br/>
        <w:t>vn 0.4298 -0.0587 0.9010</w:t>
        <w:br/>
        <w:t>vn 0.8919 0.0155 0.4521</w:t>
        <w:br/>
        <w:t>vn 0.9918 0.1130 -0.0602</w:t>
        <w:br/>
        <w:t>vn 0.8918 0.0155 0.4521</w:t>
        <w:br/>
        <w:t>vn 0.6591 -0.0724 0.7485</w:t>
        <w:br/>
        <w:t>vn 0.6219 -0.0757 0.7794</w:t>
        <w:br/>
        <w:t>vn 0.8873 0.0379 0.4597</w:t>
        <w:br/>
        <w:t>vn -0.9559 -0.1823 0.2303</w:t>
        <w:br/>
        <w:t>vn -0.9498 -0.2339 0.2079</w:t>
        <w:br/>
        <w:t>vn -0.8084 -0.2521 0.5319</w:t>
        <w:br/>
        <w:t>vn 0.8613 0.4309 -0.2692</w:t>
        <w:br/>
        <w:t>vn 0.7971 0.4283 -0.4257</w:t>
        <w:br/>
        <w:t>vn 0.8454 0.3719 -0.3833</w:t>
        <w:br/>
        <w:t>vn 0.9126 0.3591 -0.1956</w:t>
        <w:br/>
        <w:t>vn 0.8389 0.4000 -0.3692</w:t>
        <w:br/>
        <w:t>vn 0.7409 0.3838 -0.5512</w:t>
        <w:br/>
        <w:t>vn 0.7543 0.4149 -0.5088</w:t>
        <w:br/>
        <w:t>vn 0.8399 0.4248 -0.3378</w:t>
        <w:br/>
        <w:t>vn 0.9520 0.2994 -0.0634</w:t>
        <w:br/>
        <w:t>vn 0.9421 0.2951 -0.1590</w:t>
        <w:br/>
        <w:t>vn 0.9489 0.2534 -0.1879</w:t>
        <w:br/>
        <w:t>vn 0.9690 0.2449 -0.0338</w:t>
        <w:br/>
        <w:t>vn 0.9837 0.1515 -0.0964</w:t>
        <w:br/>
        <w:t>vn 0.8873 0.0378 0.4597</w:t>
        <w:br/>
        <w:t>vn 0.8801 0.0598 0.4710</w:t>
        <w:br/>
        <w:t>vn 0.9693 0.2041 -0.1374</w:t>
        <w:br/>
        <w:t>vn -0.8540 -0.3664 0.3693</w:t>
        <w:br/>
        <w:t>vn -0.7741 -0.3793 0.5068</w:t>
        <w:br/>
        <w:t>vn -0.8386 -0.4162 0.3515</w:t>
        <w:br/>
        <w:t>vn -0.8722 -0.3970 0.2857</w:t>
        <w:br/>
        <w:t>vn 0.3519 -0.1042 0.9302</w:t>
        <w:br/>
        <w:t>vn 0.3900 -0.1188 0.9131</w:t>
        <w:br/>
        <w:t>vn 0.3900 -0.1189 0.9131</w:t>
        <w:br/>
        <w:t>vn 0.4431 -0.1223 0.8881</w:t>
        <w:br/>
        <w:t>vn 0.4432 -0.1223 0.8881</w:t>
        <w:br/>
        <w:t>vn 0.4969 -0.1199 0.8595</w:t>
        <w:br/>
        <w:t>vn 0.8801 0.0599 0.4710</w:t>
        <w:br/>
        <w:t>vn 0.5664 -0.0957 0.8185</w:t>
        <w:br/>
        <w:t>vn 0.8384 0.3439 -0.4228</w:t>
        <w:br/>
        <w:t>vn 0.7251 0.3077 -0.6161</w:t>
        <w:br/>
        <w:t>vn 0.7320 0.3433 -0.5885</w:t>
        <w:br/>
        <w:t>vn 0.8403 0.3718 -0.3945</w:t>
        <w:br/>
        <w:t>vn -0.7002 -0.3327 0.6316</w:t>
        <w:br/>
        <w:t>vn -0.8333 -0.3375 0.4379</w:t>
        <w:br/>
        <w:t>vn -0.8194 -0.3168 0.4778</w:t>
        <w:br/>
        <w:t>vn -0.2341 -0.1556 0.9597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0.3976 0.3749 -0.8375</w:t>
        <w:br/>
        <w:t>vn 0.4105 0.3971 -0.8208</w:t>
        <w:br/>
        <w:t>vn 0.1812 0.4005 -0.8982</w:t>
        <w:br/>
        <w:t>vn 0.1500 0.3627 -0.9197</w:t>
        <w:br/>
        <w:t>vn 0.2869 0.4085 -0.8665</w:t>
        <w:br/>
        <w:t>vn 0.2578 0.4199 -0.8702</w:t>
        <w:br/>
        <w:t>vn 0.4633 0.4117 -0.7848</w:t>
        <w:br/>
        <w:t>vn 0.4927 0.4040 -0.7708</w:t>
        <w:br/>
        <w:t>vn 0.6822 0.1732 -0.7104</w:t>
        <w:br/>
        <w:t>vn 0.5406 0.1615 -0.8256</w:t>
        <w:br/>
        <w:t>vn 0.5370 0.2892 -0.7925</w:t>
        <w:br/>
        <w:t>vn 0.6834 0.2995 -0.6658</w:t>
        <w:br/>
        <w:t>vn 0.3704 0.2680 -0.8894</w:t>
        <w:br/>
        <w:t>vn 0.3811 0.1445 -0.9132</w:t>
        <w:br/>
        <w:t>vn 0.3463 0.3273 -0.8792</w:t>
        <w:br/>
        <w:t>vn 0.3912 0.3500 -0.8512</w:t>
        <w:br/>
        <w:t>vn 0.1532 0.3281 -0.9321</w:t>
        <w:br/>
        <w:t>vn 0.1669 0.3077 -0.9367</w:t>
        <w:br/>
        <w:t>vn 0.3940 0.2703 -0.8785</w:t>
        <w:br/>
        <w:t>vn 0.3942 0.3204 -0.8614</w:t>
        <w:br/>
        <w:t>vn -0.0000 0.3124 -0.9499</w:t>
        <w:br/>
        <w:t>vn -0.0000 0.2845 -0.9587</w:t>
        <w:br/>
        <w:t>vn 0.4693 -0.8702 -0.1502</w:t>
        <w:br/>
        <w:t>vn 0.1484 -0.8618 -0.4850</w:t>
        <w:br/>
        <w:t>vn 0.4893 -0.8566 -0.1638</w:t>
        <w:br/>
        <w:t>vn 0.2413 -0.7381 -0.6301</w:t>
        <w:br/>
        <w:t>vn 0.2413 -0.7380 -0.6301</w:t>
        <w:br/>
        <w:t>vn 0.4161 -0.8421 -0.3432</w:t>
        <w:br/>
        <w:t>vn 0.1854 -0.8105 -0.5556</w:t>
        <w:br/>
        <w:t>vn 0.3409 -0.5571 -0.7572</w:t>
        <w:br/>
        <w:t>vn 0.2980 -0.6507 -0.6984</w:t>
        <w:br/>
        <w:t>vn 0.3654 -0.4786 -0.7984</w:t>
        <w:br/>
        <w:t>vn 0.3654 -0.4787 -0.7983</w:t>
        <w:br/>
        <w:t>vn 0.3818 -0.3786 -0.8431</w:t>
        <w:br/>
        <w:t>vn 0.4087 -0.2046 -0.8894</w:t>
        <w:br/>
        <w:t>vn 0.4180 -0.0975 -0.9032</w:t>
        <w:br/>
        <w:t>vn 0.5281 -0.0811 -0.8453</w:t>
        <w:br/>
        <w:t>vn 0.5396 0.0371 -0.8411</w:t>
        <w:br/>
        <w:t>vn 0.4068 0.0185 -0.9133</w:t>
        <w:br/>
        <w:t>vn 0.6598 0.0547 -0.7494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0.4145 -0.6520 -0.6349</w:t>
        <w:br/>
        <w:t>vn -0.4565 -0.2902 0.8410</w:t>
        <w:br/>
        <w:t>vn -0.2114 -0.3841 0.8987</w:t>
        <w:br/>
        <w:t>vn -0.4255 -0.3040 0.8524</w:t>
        <w:br/>
        <w:t>vn -0.5232 -0.2614 0.8111</w:t>
        <w:br/>
        <w:t>vn -0.5617 -0.3128 0.7659</w:t>
        <w:br/>
        <w:t>vn -0.5335 -0.3338 0.7771</w:t>
        <w:br/>
        <w:t>vn -0.5723 -0.3550 0.7392</w:t>
        <w:br/>
        <w:t>vn -0.5117 -0.3738 0.7736</w:t>
        <w:br/>
        <w:t>vn -0.5185 -0.3647 0.7734</w:t>
        <w:br/>
        <w:t>vn -0.5801 -0.3256 0.7467</w:t>
        <w:br/>
        <w:t>vn -0.5738 -0.3812 0.7249</w:t>
        <w:br/>
        <w:t>vn -0.5102 -0.3781 0.7725</w:t>
        <w:br/>
        <w:t>vn -0.5163 -0.3962 0.7593</w:t>
        <w:br/>
        <w:t>vn -0.5871 -0.4034 0.7019</w:t>
        <w:br/>
        <w:t>vn -0.5816 -0.4273 0.6922</w:t>
        <w:br/>
        <w:t>vn -0.5148 -0.4342 0.7392</w:t>
        <w:br/>
        <w:t>vn -0.3282 -0.2703 0.9051</w:t>
        <w:br/>
        <w:t>vn -0.6700 -0.3037 0.6774</w:t>
        <w:br/>
        <w:t>vn -0.6961 -0.1623 0.6994</w:t>
        <w:br/>
        <w:t>vn -0.4521 -0.1465 0.8798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0.2420 0.0073 0.9703</w:t>
        <w:br/>
        <w:t>vn -0.3822 0.2289 0.8953</w:t>
        <w:br/>
        <w:t>vn 0.1102 0.1477 0.9829</w:t>
        <w:br/>
        <w:t>vn 0.2420 0.0073 0.9702</w:t>
        <w:br/>
        <w:t>vn -0.1145 0.2953 0.9485</w:t>
        <w:br/>
        <w:t>vn -0.4059 0.3535 0.8428</w:t>
        <w:br/>
        <w:t>vn 0.3831 -0.0720 0.9209</w:t>
        <w:br/>
        <w:t>vn -0.1961 -0.1331 0.9715</w:t>
        <w:br/>
        <w:t>vn 0.3184 -0.0522 0.9465</w:t>
        <w:br/>
        <w:t>vn 0.3183 -0.0522 0.9465</w:t>
        <w:br/>
        <w:t>vn -0.4110 0.5177 0.7504</w:t>
        <w:br/>
        <w:t>vn -0.3827 0.6409 0.6654</w:t>
        <w:br/>
        <w:t>vn -0.2894 0.4889 0.8229</w:t>
        <w:br/>
        <w:t>vn -0.8561 -0.0285 0.5160</w:t>
        <w:br/>
        <w:t>vn -0.8554 0.1136 0.5053</w:t>
        <w:br/>
        <w:t>vn -0.8554 0.1137 0.5053</w:t>
        <w:br/>
        <w:t>vn -0.8561 -0.0286 0.5160</w:t>
        <w:br/>
        <w:t>vn -0.5655 -0.1428 0.8123</w:t>
        <w:br/>
        <w:t>vn -0.7145 -0.1486 0.6837</w:t>
        <w:br/>
        <w:t>vn -0.7751 0.2514 0.5796</w:t>
        <w:br/>
        <w:t>vn -0.6552 0.3764 0.6550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-0.3428 0.7320 0.5888</w:t>
        <w:br/>
        <w:t>vn -0.3986 0.6496 0.6474</w:t>
        <w:br/>
        <w:t>vn -0.6490 0.6376 0.4151</w:t>
        <w:br/>
        <w:t>vn -0.5860 0.7199 0.3719</w:t>
        <w:br/>
        <w:t>vn -0.5084 0.8051 0.3055</w:t>
        <w:br/>
        <w:t>vn -0.3052 0.7910 0.5302</w:t>
        <w:br/>
        <w:t>vn -0.5312 0.7820 0.3259</w:t>
        <w:br/>
        <w:t>vn -0.7622 0.3064 0.5703</w:t>
        <w:br/>
        <w:t>vn -0.7501 0.3939 0.5312</w:t>
        <w:br/>
        <w:t>vn -0.5193 0.4131 0.7481</w:t>
        <w:br/>
        <w:t>vn -0.5213 0.3223 0.7901</w:t>
        <w:br/>
        <w:t>vn 0.4694 -0.8701 -0.1502</w:t>
        <w:br/>
        <w:t>vn 0.7229 -0.6633 0.1935</w:t>
        <w:br/>
        <w:t>vn 0.8303 -0.5338 0.1600</w:t>
        <w:br/>
        <w:t>vn 0.7797 -0.6003 0.1780</w:t>
        <w:br/>
        <w:t>vn 0.8119 -0.5594 0.1670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0.9781 -0.1004 0.1824</w:t>
        <w:br/>
        <w:t>vn 0.5240 0.3892 -0.7576</w:t>
        <w:br/>
        <w:t>vn 0.3486 0.3878 -0.8533</w:t>
        <w:br/>
        <w:t>vn 0.3375 0.3930 -0.8554</w:t>
        <w:br/>
        <w:t>vn 0.5177 0.3926 -0.7602</w:t>
        <w:br/>
        <w:t>vn -0.5358 -0.4251 0.7296</w:t>
        <w:br/>
        <w:t>vn -0.5521 -0.4251 0.7172</w:t>
        <w:br/>
        <w:t>vn -0.5561 -0.3971 0.7301</w:t>
        <w:br/>
        <w:t>vn -0.1391 -0.3559 0.9241</w:t>
        <w:br/>
        <w:t>vn 0.5093 0.3952 -0.7645</w:t>
        <w:br/>
        <w:t>vn 0.3158 0.3967 -0.8619</w:t>
        <w:br/>
        <w:t>vn -0.5090 -0.4727 0.7193</w:t>
        <w:br/>
        <w:t>vn -0.5618 -0.4516 0.6932</w:t>
        <w:br/>
        <w:t>vn 0.5467 0.3427 -0.7640</w:t>
        <w:br/>
        <w:t>vn 0.5507 0.3148 -0.7731</w:t>
        <w:br/>
        <w:t>vn 0.3807 0.3001 -0.8746</w:t>
        <w:br/>
        <w:t>vn 0.3731 0.3364 -0.8647</w:t>
        <w:br/>
        <w:t>vn -0.1697 -0.3559 0.9190</w:t>
        <w:br/>
        <w:t>vn -0.5594 -0.3957 0.7284</w:t>
        <w:br/>
        <w:t>vn -0.5673 -0.3714 0.7350</w:t>
        <w:br/>
        <w:t>vn -0.2054 -0.3312 0.9209</w:t>
        <w:br/>
        <w:t>vn 0.5066 0.1755 -0.8441</w:t>
        <w:br/>
        <w:t>vn 0.7087 0.1672 -0.6854</w:t>
        <w:br/>
        <w:t>vn 0.6200 0.2014 -0.7583</w:t>
        <w:br/>
        <w:t>vn 0.5078 0.1932 -0.8396</w:t>
        <w:br/>
        <w:t>vn 0.4876 0.2485 -0.8370</w:t>
        <w:br/>
        <w:t>vn 0.4685 0.1781 -0.8653</w:t>
        <w:br/>
        <w:t>vn 0.5474 0.2426 -0.8009</w:t>
        <w:br/>
        <w:t>vn 0.5372 0.3111 -0.7840</w:t>
        <w:br/>
        <w:t>vn 0.4999 0.3190 -0.8052</w:t>
        <w:br/>
        <w:t>vn 0.6361 0.3038 -0.7092</w:t>
        <w:br/>
        <w:t>vn 0.8326 0.2636 -0.4872</w:t>
        <w:br/>
        <w:t>vn 0.6236 0.3521 -0.6979</w:t>
        <w:br/>
        <w:t>vn 0.6118 0.3862 -0.6903</w:t>
        <w:br/>
        <w:t>vn 0.5199 0.3719 -0.7690</w:t>
        <w:br/>
        <w:t>vn 0.5346 0.3446 -0.7717</w:t>
        <w:br/>
        <w:t>vn 0.5148 0.3867 -0.7652</w:t>
        <w:br/>
        <w:t>vn 0.5119 0.3829 -0.7690</w:t>
        <w:br/>
        <w:t>vn 0.6175 0.3907 -0.6827</w:t>
        <w:br/>
        <w:t>vn 0.6351 0.3871 -0.6685</w:t>
        <w:br/>
        <w:t>vn 0.5856 0.3337 -0.7387</w:t>
        <w:br/>
        <w:t>vn 0.5560 0.3479 -0.7548</w:t>
        <w:br/>
        <w:t>vn 0.7013 0.3394 -0.6269</w:t>
        <w:br/>
        <w:t>vn 0.7348 0.3174 -0.5994</w:t>
        <w:br/>
        <w:t>vn 0.5504 0.3626 -0.7520</w:t>
        <w:br/>
        <w:t>vn 0.5248 0.3681 -0.7676</w:t>
        <w:br/>
        <w:t>vn 0.7880 0.2007 -0.5821</w:t>
        <w:br/>
        <w:t>vn 0.8248 0.1542 -0.5441</w:t>
        <w:br/>
        <w:t>vn 0.7469 0.1821 -0.6396</w:t>
        <w:br/>
        <w:t>vn 0.6836 0.2194 -0.6961</w:t>
        <w:br/>
        <w:t>vn 0.8392 0.0391 -0.5424</w:t>
        <w:br/>
        <w:t>vn 0.8693 0.1059 -0.4828</w:t>
        <w:br/>
        <w:t>vn 0.8723 -0.0422 -0.4872</w:t>
        <w:br/>
        <w:t>vn 0.6850 -0.3192 -0.6549</w:t>
        <w:br/>
        <w:t>vn 0.7958 -0.2433 -0.5545</w:t>
        <w:br/>
        <w:t>vn 0.8287 -0.1759 -0.5313</w:t>
        <w:br/>
        <w:t>vn 0.8465 -0.2582 -0.4655</w:t>
        <w:br/>
        <w:t>vn 0.8894 -0.2700 -0.3690</w:t>
        <w:br/>
        <w:t>vn 0.6134 -0.3650 -0.7004</w:t>
        <w:br/>
        <w:t>vn 0.7743 0.1465 -0.6156</w:t>
        <w:br/>
        <w:t>vn 0.7443 0.0761 -0.6635</w:t>
        <w:br/>
        <w:t>vn 0.6409 -0.2530 -0.7247</w:t>
        <w:br/>
        <w:t>vn 0.6901 -0.0859 -0.7186</w:t>
        <w:br/>
        <w:t>vn 0.8446 -0.2474 -0.4747</w:t>
        <w:br/>
        <w:t>vn 0.8564 -0.1077 -0.5050</w:t>
        <w:br/>
        <w:t>vn 0.9400 -0.2597 -0.2211</w:t>
        <w:br/>
        <w:t>vn 0.8066 -0.3743 -0.4574</w:t>
        <w:br/>
        <w:t>vn 0.7589 -0.4961 -0.4219</w:t>
        <w:br/>
        <w:t>vn 0.9207 -0.3420 -0.1880</w:t>
        <w:br/>
        <w:t>vn 0.7251 -0.5767 -0.3764</w:t>
        <w:br/>
        <w:t>vn 0.5964 -0.4776 -0.6452</w:t>
        <w:br/>
        <w:t>vn 0.6093 -0.3888 -0.6910</w:t>
        <w:br/>
        <w:t>vn 0.5688 -0.6483 -0.5062</w:t>
        <w:br/>
        <w:t>vn 0.5823 -0.5660 -0.5836</w:t>
        <w:br/>
        <w:t>vn 0.5687 -0.6483 -0.5062</w:t>
        <w:br/>
        <w:t>vn 0.3698 -0.8599 -0.3517</w:t>
        <w:br/>
        <w:t>vn 0.4151 -0.8324 -0.3672</w:t>
        <w:br/>
        <w:t>vn 0.4652 -0.5694 -0.6777</w:t>
        <w:br/>
        <w:t>vn 0.5476 -0.4416 -0.7107</w:t>
        <w:br/>
        <w:t>vn 0.8683 -0.3361 -0.3649</w:t>
        <w:br/>
        <w:t>vn 0.9669 -0.2163 0.1351</w:t>
        <w:br/>
        <w:t>vn 0.9190 -0.3345 0.2088</w:t>
        <w:br/>
        <w:t>vn 0.7790 -0.5826 -0.2318</w:t>
        <w:br/>
        <w:t>vn 0.8432 -0.4671 0.2663</w:t>
        <w:br/>
        <w:t>vn 0.6993 -0.7037 -0.1259</w:t>
        <w:br/>
        <w:t>vn 0.4247 -0.6704 -0.6084</w:t>
        <w:br/>
        <w:t>vn 0.3939 -0.7781 -0.4893</w:t>
        <w:br/>
        <w:t>vn 0.6465 -0.7598 -0.0683</w:t>
        <w:br/>
        <w:t>vn 0.5118 0.3680 -0.7763</w:t>
        <w:br/>
        <w:t>vn 0.5038 0.3774 -0.7770</w:t>
        <w:br/>
        <w:t>vn 0.5155 0.3529 -0.7809</w:t>
        <w:br/>
        <w:t>vn 0.5119 0.3359 -0.7906</w:t>
        <w:br/>
        <w:t>vn -0.4565 -0.2902 0.8411</w:t>
        <w:br/>
        <w:t>vn -0.7667 -0.2168 0.6043</w:t>
        <w:br/>
        <w:t>vn -0.8317 -0.2440 0.4987</w:t>
        <w:br/>
        <w:t>vn -0.7666 -0.3111 0.5618</w:t>
        <w:br/>
        <w:t>vn -0.7504 -0.3440 0.5644</w:t>
        <w:br/>
        <w:t>vn -0.7466 -0.3404 0.5716</w:t>
        <w:br/>
        <w:t>vn -0.5120 -0.3841 0.7684</w:t>
        <w:br/>
        <w:t>vn -0.7763 -0.3446 0.5278</w:t>
        <w:br/>
        <w:t>vn -0.7639 -0.3401 0.5484</w:t>
        <w:br/>
        <w:t>vn -0.5148 -0.4343 0.7392</w:t>
        <w:br/>
        <w:t>vn -0.6095 -0.3549 0.7089</w:t>
        <w:br/>
        <w:t>vn -0.5746 -0.3289 0.7495</w:t>
        <w:br/>
        <w:t>vn -0.9475 -0.2260 0.2263</w:t>
        <w:br/>
        <w:t>vn -0.9628 -0.2020 0.1797</w:t>
        <w:br/>
        <w:t>vn -0.8529 -0.2463 0.4603</w:t>
        <w:br/>
        <w:t>vn -0.7615 -0.2766 0.5862</w:t>
        <w:br/>
        <w:t>vn -0.9900 -0.0558 0.1293</w:t>
        <w:br/>
        <w:t>vn -0.9891 0.0316 0.1436</w:t>
        <w:br/>
        <w:t>vn -0.9900 -0.0559 0.1293</w:t>
        <w:br/>
        <w:t>vn -0.9801 0.1352 0.1456</w:t>
        <w:br/>
        <w:t>vn -0.9586 0.2646 0.1056</w:t>
        <w:br/>
        <w:t>vn -0.9686 0.2104 0.1328</w:t>
        <w:br/>
        <w:t>vn -0.9686 0.2103 0.1328</w:t>
        <w:br/>
        <w:t>vn -0.9439 0.3227 0.0702</w:t>
        <w:br/>
        <w:t>vn -0.9439 0.3226 0.0702</w:t>
        <w:br/>
        <w:t>vn -0.9192 0.3923 0.0335</w:t>
        <w:br/>
        <w:t>vn -0.7629 0.6439 -0.0590</w:t>
        <w:br/>
        <w:t>vn -0.8001 0.5980 -0.0472</w:t>
        <w:br/>
        <w:t>vn -0.0114 -0.1232 0.9923</w:t>
        <w:br/>
        <w:t>vn 0.1387 -0.0314 0.9898</w:t>
        <w:br/>
        <w:t>vn 0.2738 0.1077 0.9558</w:t>
        <w:br/>
        <w:t>vn 0.2122 0.0464 0.9761</w:t>
        <w:br/>
        <w:t>vn 0.2738 0.1076 0.9558</w:t>
        <w:br/>
        <w:t>vn 0.3784 0.1321 0.9162</w:t>
        <w:br/>
        <w:t>vn 0.4497 0.1128 0.8860</w:t>
        <w:br/>
        <w:t>vn 0.5573 0.0435 0.8292</w:t>
        <w:br/>
        <w:t>vn 0.6516 -0.0958 0.7525</w:t>
        <w:br/>
        <w:t>vn 0.6564 -0.0917 0.7488</w:t>
        <w:br/>
        <w:t>vn -0.9961 -0.0881 0.0004</w:t>
        <w:br/>
        <w:t>vn -0.9985 0.0540 -0.0070</w:t>
        <w:br/>
        <w:t>vn -0.9869 0.1516 0.0548</w:t>
        <w:br/>
        <w:t>vn -0.9936 0.0957 0.0594</w:t>
        <w:br/>
        <w:t>vn -0.9611 -0.2459 0.1254</w:t>
        <w:br/>
        <w:t>vn -0.7133 -0.1385 0.6870</w:t>
        <w:br/>
        <w:t>vn -0.7403 -0.2974 0.6029</w:t>
        <w:br/>
        <w:t>vn -0.8603 -0.2817 0.4250</w:t>
        <w:br/>
        <w:t>vn -0.9695 0.2375 0.0607</w:t>
        <w:br/>
        <w:t>vn -0.9472 0.3128 0.0705</w:t>
        <w:br/>
        <w:t>vn -0.9695 0.2374 0.0607</w:t>
        <w:br/>
        <w:t>vn -0.9074 0.4173 0.0503</w:t>
        <w:br/>
        <w:t>vn -0.9074 0.4173 0.0502</w:t>
        <w:br/>
        <w:t>vn -0.8718 0.4893 0.0236</w:t>
        <w:br/>
        <w:t>vn 0.0063 0.4663 0.8846</w:t>
        <w:br/>
        <w:t>vn -0.0574 0.5611 0.8258</w:t>
        <w:br/>
        <w:t>vn -0.0809 0.6029 0.7937</w:t>
        <w:br/>
        <w:t>vn 0.0963 0.4072 0.9083</w:t>
        <w:br/>
        <w:t>vn 0.0963 0.4071 0.9083</w:t>
        <w:br/>
        <w:t>vn 0.1860 0.3023 0.9349</w:t>
        <w:br/>
        <w:t>vn -0.0085 0.2648 0.9643</w:t>
        <w:br/>
        <w:t>vn 0.2238 0.2003 0.9538</w:t>
        <w:br/>
        <w:t>vn -0.2213 0.1708 0.9601</w:t>
        <w:br/>
        <w:t>vn -0.2213 0.1707 0.9602</w:t>
        <w:br/>
        <w:t>vn -0.2900 0.1110 0.9506</w:t>
        <w:br/>
        <w:t>vn -0.2738 -0.0537 0.9603</w:t>
        <w:br/>
        <w:t>vn -0.6327 -0.2325 0.7386</w:t>
        <w:br/>
        <w:t>vn -0.6652 -0.1807 0.7245</w:t>
        <w:br/>
        <w:t>vn -0.3248 -0.0170 0.9456</w:t>
        <w:br/>
        <w:t>vn 0.3398 -0.1475 0.9289</w:t>
        <w:br/>
        <w:t>vn 0.3398 -0.1475 0.9288</w:t>
        <w:br/>
        <w:t>vn 0.2588 -0.1666 0.9515</w:t>
        <w:br/>
        <w:t>vn 0.6687 -0.0380 0.7426</w:t>
        <w:br/>
        <w:t>vn 0.4328 -0.1620 0.8868</w:t>
        <w:br/>
        <w:t>vn 0.4122 -0.1228 0.9028</w:t>
        <w:br/>
        <w:t>vn 0.6431 -0.0483 0.7642</w:t>
        <w:br/>
        <w:t>vn 0.3885 -0.1752 0.9046</w:t>
        <w:br/>
        <w:t>vn 0.3580 -0.1380 0.9235</w:t>
        <w:br/>
        <w:t>vn -0.1621 0.2095 0.9643</w:t>
        <w:br/>
        <w:t>vn -0.0934 0.3461 0.9335</w:t>
        <w:br/>
        <w:t>vn -0.0658 0.3935 0.9169</w:t>
        <w:br/>
        <w:t>vn -0.0657 0.3935 0.9170</w:t>
        <w:br/>
        <w:t>vn -0.0934 0.3462 0.9335</w:t>
        <w:br/>
        <w:t>vn -0.0555 0.4392 0.8967</w:t>
        <w:br/>
        <w:t>vn -0.8485 -0.2962 -0.4385</w:t>
        <w:br/>
        <w:t>vn -0.8352 -0.2405 -0.4946</w:t>
        <w:br/>
        <w:t>vn -0.8564 -0.3500 -0.3796</w:t>
        <w:br/>
        <w:t>vn -0.9920 -0.0770 -0.0996</w:t>
        <w:br/>
        <w:t>vn 0.8262 0.2550 -0.5023</w:t>
        <w:br/>
        <w:t>vn 0.7332 0.2971 -0.6117</w:t>
        <w:br/>
        <w:t>vn 0.6677 0.3264 -0.6691</w:t>
        <w:br/>
        <w:t>vn 0.7978 0.2951 -0.5258</w:t>
        <w:br/>
        <w:t>vn 0.5120 0.3452 -0.7866</w:t>
        <w:br/>
        <w:t>vn 0.5832 0.3629 -0.7268</w:t>
        <w:br/>
        <w:t>vn 0.6414 0.3296 -0.6928</w:t>
        <w:br/>
        <w:t>vn -0.8811 -0.3031 0.3631</w:t>
        <w:br/>
        <w:t>vn -0.9069 -0.2750 0.3193</w:t>
        <w:br/>
        <w:t>vn -0.7863 -0.3152 0.5314</w:t>
        <w:br/>
        <w:t>vn -0.8179 -0.3230 0.4762</w:t>
        <w:br/>
        <w:t>vn -0.1428 -0.2005 0.9692</w:t>
        <w:br/>
        <w:t>vn -0.5259 -0.3409 0.7792</w:t>
        <w:br/>
        <w:t>vn -0.6692 -0.3016 0.6792</w:t>
        <w:br/>
        <w:t>vn -0.2340 -0.0996 0.9671</w:t>
        <w:br/>
        <w:t>vn 0.7460 0.1914 -0.6379</w:t>
        <w:br/>
        <w:t>vn 0.6144 0.3295 -0.7169</w:t>
        <w:br/>
        <w:t>vn 0.7581 0.3084 -0.5746</w:t>
        <w:br/>
        <w:t>vn 0.5689 0.3604 -0.7392</w:t>
        <w:br/>
        <w:t>vn -0.5091 -0.4727 0.7193</w:t>
        <w:br/>
        <w:t>vn 0.1347 -0.1681 0.9765</w:t>
        <w:br/>
        <w:t>vn 0.0847 -0.1654 0.9826</w:t>
        <w:br/>
        <w:t>vn 0.1752 -0.1701 0.9697</w:t>
        <w:br/>
        <w:t>vn -0.2518 -0.0385 0.9670</w:t>
        <w:br/>
        <w:t>vn -0.5101 -0.1735 0.8425</w:t>
        <w:br/>
        <w:t>vn 0.8501 0.2090 -0.4833</w:t>
        <w:br/>
        <w:t>vn 0.8425 0.1949 -0.5022</w:t>
        <w:br/>
        <w:t>vn 0.6206 0.2596 -0.7400</w:t>
        <w:br/>
        <w:t>vn 0.7561 0.2482 -0.6055</w:t>
        <w:br/>
        <w:t>vn -0.9344 -0.2310 0.2713</w:t>
        <w:br/>
        <w:t>vn -0.7824 -0.2867 0.5529</w:t>
        <w:br/>
        <w:t>vn 0.5710 -0.5575 -0.6026</w:t>
        <w:br/>
        <w:t>vn 0.5553 -0.6319 -0.5407</w:t>
        <w:br/>
        <w:t>vn 0.3495 -0.6693 -0.6557</w:t>
        <w:br/>
        <w:t>vn 0.3592 -0.5893 -0.7237</w:t>
        <w:br/>
        <w:t>vn 0.2739 -0.3944 -0.8772</w:t>
        <w:br/>
        <w:t>vn 0.5729 -0.3321 -0.7493</w:t>
        <w:br/>
        <w:t>vn 0.5695 -0.4494 -0.6883</w:t>
        <w:br/>
        <w:t>vn 0.3122 -0.4849 -0.8169</w:t>
        <w:br/>
        <w:t>vn 0.7478 -0.4922 -0.4457</w:t>
        <w:br/>
        <w:t>vn 0.7793 -0.3759 -0.5014</w:t>
        <w:br/>
        <w:t>vn 0.5440 -0.6513 -0.5291</w:t>
        <w:br/>
        <w:t>vn 0.7294 -0.5586 -0.3950</w:t>
        <w:br/>
        <w:t>vn 0.2900 -0.2517 -0.9233</w:t>
        <w:br/>
        <w:t>vn 0.5840 -0.1637 -0.7951</w:t>
        <w:br/>
        <w:t>vn 0.3364 -0.0650 -0.9395</w:t>
        <w:br/>
        <w:t>vn 0.5910 0.0434 -0.8055</w:t>
        <w:br/>
        <w:t>vn 0.3899 0.0628 -0.9187</w:t>
        <w:br/>
        <w:t>vn 0.4415 0.1350 -0.8870</w:t>
        <w:br/>
        <w:t>vn 0.6332 0.2452 -0.7341</w:t>
        <w:br/>
        <w:t>vn 0.6086 0.1771 -0.7734</w:t>
        <w:br/>
        <w:t>vn 0.9301 0.0230 -0.3666</w:t>
        <w:br/>
        <w:t>vn 0.8092 -0.2333 -0.5393</w:t>
        <w:br/>
        <w:t>vn 0.9218 0.2135 -0.3237</w:t>
        <w:br/>
        <w:t>vn 0.6862 0.3087 -0.6587</w:t>
        <w:br/>
        <w:t>vn 0.6530 0.3025 -0.6943</w:t>
        <w:br/>
        <w:t>vn 0.4962 0.2124 -0.8418</w:t>
        <w:br/>
        <w:t>vn 0.5542 0.2396 -0.7971</w:t>
        <w:br/>
        <w:t>vn 0.9162 0.3291 -0.2286</w:t>
        <w:br/>
        <w:t>vn 0.6109 0.3512 -0.7095</w:t>
        <w:br/>
        <w:t>vn 0.6411 0.3898 -0.6611</w:t>
        <w:br/>
        <w:t>vn 0.7099 0.4135 -0.5701</w:t>
        <w:br/>
        <w:t>vn 0.7523 0.3774 -0.5400</w:t>
        <w:br/>
        <w:t>vn 0.7894 0.3161 -0.5262</w:t>
        <w:br/>
        <w:t>vn 0.8326 0.2637 -0.4872</w:t>
        <w:br/>
        <w:t>vn 0.8815 0.3642 -0.3006</w:t>
        <w:br/>
        <w:t>vn 0.9312 0.3369 0.1391</w:t>
        <w:br/>
        <w:t>vn 0.9657 0.2590 -0.0202</w:t>
        <w:br/>
        <w:t>vn 0.9861 0.1017 -0.1318</w:t>
        <w:br/>
        <w:t>vn 0.9839 -0.0625 -0.1675</w:t>
        <w:br/>
        <w:t>vn 0.9839 -0.0626 -0.1675</w:t>
        <w:br/>
        <w:t>vn 0.9748 -0.1380 -0.1755</w:t>
        <w:br/>
        <w:t>vn -0.8428 -0.2679 0.4668</w:t>
        <w:br/>
        <w:t>vn -0.8457 -0.1150 0.5212</w:t>
        <w:br/>
        <w:t>vn -0.6499 -0.1617 0.7426</w:t>
        <w:br/>
        <w:t>vn -0.7356 -0.2726 0.6201</w:t>
        <w:br/>
        <w:t>vn -0.8470 0.0612 0.5281</w:t>
        <w:br/>
        <w:t>vn -0.5708 0.1578 0.8058</w:t>
        <w:br/>
        <w:t>vn -0.8568 0.1581 0.4909</w:t>
        <w:br/>
        <w:t>vn -0.5737 0.2755 0.7714</w:t>
        <w:br/>
        <w:t>vn -0.5824 0.3475 0.7349</w:t>
        <w:br/>
        <w:t>vn -0.8902 0.1828 0.4173</w:t>
        <w:br/>
        <w:t>vn -0.9145 0.2318 0.3316</w:t>
        <w:br/>
        <w:t>vn -0.5950 0.4160 0.6877</w:t>
        <w:br/>
        <w:t>vn -0.8955 0.3366 0.2911</w:t>
        <w:br/>
        <w:t>vn -0.7156 0.4506 0.5337</w:t>
        <w:br/>
        <w:t>vn -0.8767 -0.3719 0.3051</w:t>
        <w:br/>
        <w:t>vn -0.8592 -0.3304 0.3906</w:t>
        <w:br/>
        <w:t>vn -0.7381 -0.3276 0.5898</w:t>
        <w:br/>
        <w:t>vn -0.7428 -0.3635 0.5622</w:t>
        <w:br/>
        <w:t>vn -0.9007 -0.3756 0.2184</w:t>
        <w:br/>
        <w:t>vn -0.9119 -0.3444 0.2231</w:t>
        <w:br/>
        <w:t>vn -0.9385 -0.3452 0.0045</w:t>
        <w:br/>
        <w:t>vn -0.9062 -0.3902 0.1631</w:t>
        <w:br/>
        <w:t>vn -0.8859 -0.4125 0.2122</w:t>
        <w:br/>
        <w:t>vn -0.9087 -0.3904 0.1482</w:t>
        <w:br/>
        <w:t>vn -0.9135 -0.3685 0.1722</w:t>
        <w:br/>
        <w:t>vn -0.9534 -0.2963 -0.0561</w:t>
        <w:br/>
        <w:t>vn -0.9176 -0.3064 0.2532</w:t>
        <w:br/>
        <w:t>vn -0.9537 -0.2962 0.0521</w:t>
        <w:br/>
        <w:t>vn -0.9157 -0.3393 0.2152</w:t>
        <w:br/>
        <w:t>vn -0.9176 -0.3063 0.2532</w:t>
        <w:br/>
        <w:t>vn -0.2709 -0.1048 0.9569</w:t>
        <w:br/>
        <w:t>vn -0.2044 -0.1505 0.9672</w:t>
        <w:br/>
        <w:t>vn -0.2982 -0.1010 0.9491</w:t>
        <w:br/>
        <w:t>vn -0.3412 0.0007 0.9400</w:t>
        <w:br/>
        <w:t>vn -0.1912 0.3454 0.9188</w:t>
        <w:br/>
        <w:t>vn -0.1451 0.4349 0.8887</w:t>
        <w:br/>
        <w:t>vn -0.1191 0.5183 0.8469</w:t>
        <w:br/>
        <w:t>vn -0.1185 0.5233 0.8438</w:t>
        <w:br/>
        <w:t>vn -0.1208 0.4908 0.8629</w:t>
        <w:br/>
        <w:t>vn 0.0423 0.2980 0.9536</w:t>
        <w:br/>
        <w:t>vn 0.0416 0.1676 0.9850</w:t>
        <w:br/>
        <w:t>vn 0.0610 0.4401 0.8959</w:t>
        <w:br/>
        <w:t>vn 0.0610 0.4400 0.8959</w:t>
        <w:br/>
        <w:t>vn 0.0564 0.5194 0.8527</w:t>
        <w:br/>
        <w:t>vn -0.8609 -0.3744 -0.3445</w:t>
        <w:br/>
        <w:t>vn -0.8711 -0.3855 -0.3042</w:t>
        <w:br/>
        <w:t>vn -0.8331 -0.3624 -0.4180</w:t>
        <w:br/>
        <w:t>vn -0.8159 -0.3616 -0.4512</w:t>
        <w:br/>
        <w:t>vn 0.5745 0.2556 -0.7776</w:t>
        <w:br/>
        <w:t>vn 0.5869 0.2976 -0.7530</w:t>
        <w:br/>
        <w:t>vn 0.8216 0.3370 -0.4599</w:t>
        <w:br/>
        <w:t>vn 0.7151 0.2944 -0.6340</w:t>
        <w:br/>
        <w:t>vn -0.9202 -0.3235 0.2202</w:t>
        <w:br/>
        <w:t>vn -0.9208 -0.3230 0.2185</w:t>
        <w:br/>
        <w:t>vn -0.8003 -0.3159 0.5096</w:t>
        <w:br/>
        <w:t>vn -0.1984 -0.1299 0.9715</w:t>
        <w:br/>
        <w:t>vn 0.5777 0.2390 -0.7805</w:t>
        <w:br/>
        <w:t>vn -0.7692 -0.3471 0.5365</w:t>
        <w:br/>
        <w:t>vn -0.9157 -0.3401 0.2141</w:t>
        <w:br/>
        <w:t>vn -0.9015 -0.3631 0.2353</w:t>
        <w:br/>
        <w:t>vn 0.7741 0.3760 -0.5093</w:t>
        <w:br/>
        <w:t>vn 0.2649 0.0221 0.9640</w:t>
        <w:br/>
        <w:t>vn -0.1579 -0.1695 0.9728</w:t>
        <w:br/>
        <w:t>vn 0.2114 0.0377 0.9767</w:t>
        <w:br/>
        <w:t>vn 0.8470 0.0878 -0.5244</w:t>
        <w:br/>
        <w:t>vn 0.8563 0.1606 -0.4909</w:t>
        <w:br/>
        <w:t>vn 0.8446 0.1543 -0.5126</w:t>
        <w:br/>
        <w:t>vn 0.8499 0.1999 -0.4876</w:t>
        <w:br/>
        <w:t>vn 0.3307 0.2153 -0.9188</w:t>
        <w:br/>
        <w:t>vn 0.3000 0.2093 -0.9307</w:t>
        <w:br/>
        <w:t>vn 0.5108 0.1562 -0.8454</w:t>
        <w:br/>
        <w:t>vn -0.4520 -0.3336 0.8273</w:t>
        <w:br/>
        <w:t>vn 0.4977 0.1208 -0.8589</w:t>
        <w:br/>
        <w:t>vn 0.7285 0.1314 -0.6723</w:t>
        <w:br/>
        <w:t>vn -0.4519 -0.3336 0.8273</w:t>
        <w:br/>
        <w:t>vn -0.8626 0.4798 0.1602</w:t>
        <w:br/>
        <w:t>vn -0.8235 0.5512 0.1345</w:t>
        <w:br/>
        <w:t>vn -0.8844 0.4168 0.2099</w:t>
        <w:br/>
        <w:t>vn -0.7690 0.2409 0.5922</w:t>
        <w:br/>
        <w:t>vn -0.9262 0.2025 0.3181</w:t>
        <w:br/>
        <w:t>vn -0.9218 0.2577 0.2897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-0.5481 -0.3363 0.7658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-0.5832 -0.3908 0.7121</w:t>
        <w:br/>
        <w:t>vn -0.8680 -0.3294 0.3716</w:t>
        <w:br/>
        <w:t>vn -0.8728 -0.3416 0.3485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-0.6098 -0.3150 0.7273</w:t>
        <w:br/>
        <w:t>vn 0.0000 -0.4117 0.9113</w:t>
        <w:br/>
        <w:t>vn 0.6983 0.3352 -0.6325</w:t>
        <w:br/>
        <w:t>vn 0.5288 0.3874 -0.7551</w:t>
        <w:br/>
        <w:t>vn 0.6821 0.3746 -0.6280</w:t>
        <w:br/>
        <w:t>vn 0.6786 0.3749 -0.6317</w:t>
        <w:br/>
        <w:t>vn 0.4336 0.4042 -0.8054</w:t>
        <w:br/>
        <w:t>vn 0.5054 0.3744 -0.7774</w:t>
        <w:br/>
        <w:t>vn 0.3684 0.2218 -0.9028</w:t>
        <w:br/>
        <w:t>vn -0.7080 0.7003 0.0912</w:t>
        <w:br/>
        <w:t>vn 0.6432 -0.0483 0.7642</w:t>
        <w:br/>
        <w:t>vn 0.9457 0.2207 0.2388</w:t>
        <w:br/>
        <w:t>vn -0.9537 -0.2962 0.0522</w:t>
        <w:br/>
        <w:t>vn -0.9428 -0.1830 -0.2787</w:t>
        <w:br/>
        <w:t>vn -0.9372 -0.2067 -0.2810</w:t>
        <w:br/>
        <w:t>vn -0.0000 0.2496 -0.9684</w:t>
        <w:br/>
        <w:t>vn -0.0000 0.2551 -0.9669</w:t>
        <w:br/>
        <w:t>vn 0.0000 0.2449 -0.9695</w:t>
        <w:br/>
        <w:t>vn 0.0000 -0.5199 0.8543</w:t>
        <w:br/>
        <w:t>vn 0.4312 -0.0998 0.8967</w:t>
        <w:br/>
        <w:t>vn 0.4220 -0.1726 0.8900</w:t>
        <w:br/>
        <w:t>vn -0.0982 -0.1874 0.9774</w:t>
        <w:br/>
        <w:t>vn 0.9852 -0.0710 0.1559</w:t>
        <w:br/>
        <w:t>vn 0.9879 -0.0552 0.1448</w:t>
        <w:br/>
        <w:t>vn 0.9879 -0.0551 0.1448</w:t>
        <w:br/>
        <w:t>vn -0.5257 0.0064 0.8506</w:t>
        <w:br/>
        <w:t>vn -0.3999 -0.1898 0.8967</w:t>
        <w:br/>
        <w:t>vn -0.7392 -0.3225 0.5912</w:t>
        <w:br/>
        <w:t>vn -0.7555 -0.3575 0.5491</w:t>
        <w:br/>
        <w:t>vn -0.1171 -0.1573 0.9806</w:t>
        <w:br/>
        <w:t>vn -0.1172 -0.1573 0.9806</w:t>
        <w:br/>
        <w:t>vn 0.0000 0.3009 -0.9536</w:t>
        <w:br/>
        <w:t>vn -0.8359 -0.5485 0.0219</w:t>
        <w:br/>
        <w:t>vn -0.5942 -0.7518 0.2859</w:t>
        <w:br/>
        <w:t>vn -0.7483 -0.6493 -0.1362</w:t>
        <w:br/>
        <w:t>vn -0.7260 -0.4670 -0.5048</w:t>
        <w:br/>
        <w:t>vn -0.8947 -0.3984 -0.2022</w:t>
        <w:br/>
        <w:t>vn -0.9342 -0.2283 0.2740</w:t>
        <w:br/>
        <w:t>vn -0.7170 -0.4293 0.5492</w:t>
        <w:br/>
        <w:t>vn -0.6636 -0.1350 0.7358</w:t>
        <w:br/>
        <w:t>vn -0.8172 -0.4867 0.3086</w:t>
        <w:br/>
        <w:t>vn -0.7255 -0.4978 0.4752</w:t>
        <w:br/>
        <w:t>vn -0.5762 -0.3412 -0.7426</w:t>
        <w:br/>
        <w:t>vn -0.7030 -0.5427 0.4596</w:t>
        <w:br/>
        <w:t>vn -0.5718 -0.2643 -0.7767</w:t>
        <w:br/>
        <w:t>vn -0.5409 -0.4052 0.7370</w:t>
        <w:br/>
        <w:t>vn -0.3987 -0.1370 0.9068</w:t>
        <w:br/>
        <w:t>vn -0.6074 -0.4908 0.6247</w:t>
        <w:br/>
        <w:t>vn -0.5359 -0.7167 -0.4462</w:t>
        <w:br/>
        <w:t>vn -0.8136 -0.3901 0.4312</w:t>
        <w:br/>
        <w:t>vn -0.4877 -0.5287 0.6947</w:t>
        <w:br/>
        <w:t>vn -0.7716 -0.4775 0.4203</w:t>
        <w:br/>
        <w:t>vn -0.9596 -0.1261 -0.2516</w:t>
        <w:br/>
        <w:t>vn -0.9645 -0.0806 -0.2515</w:t>
        <w:br/>
        <w:t>vn -0.9852 -0.1655 0.0444</w:t>
        <w:br/>
        <w:t>vn -0.9792 -0.2017 0.0194</w:t>
        <w:br/>
        <w:t>vn -0.9905 -0.1377 -0.0060</w:t>
        <w:br/>
        <w:t>vn -0.9185 -0.3264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-0.6702 -0.0948 0.7361</w:t>
        <w:br/>
        <w:t>vn -0.5881 -0.2302 0.7754</w:t>
        <w:br/>
        <w:t>vn -0.8658 -0.1436 0.4794</w:t>
        <w:br/>
        <w:t>vn -0.8853 -0.0244 0.4643</w:t>
        <w:br/>
        <w:t>vn -0.9980 0.0590 -0.0224</w:t>
        <w:br/>
        <w:t>vn 0.9498 -0.2340 0.2079</w:t>
        <w:br/>
        <w:t>vn 0.7814 -0.3575 0.5115</w:t>
        <w:br/>
        <w:t>vn 0.7732 -0.5397 0.3330</w:t>
        <w:br/>
        <w:t>vn 0.8661 -0.4829 0.1290</w:t>
        <w:br/>
        <w:t>vn -0.7716 -0.4774 0.4203</w:t>
        <w:br/>
        <w:t>vn -0.8635 -0.0864 0.4969</w:t>
        <w:br/>
        <w:t>vn -0.9797 -0.0732 0.1864</w:t>
        <w:br/>
        <w:t>vn -0.9996 -0.0287 -0.0050</w:t>
        <w:br/>
        <w:t>vn -0.9343 -0.2283 0.2740</w:t>
        <w:br/>
        <w:t>vn -0.7734 0.0225 0.6335</w:t>
        <w:br/>
        <w:t>vn -0.3734 -0.5467 0.7495</w:t>
        <w:br/>
        <w:t>vn 0.7682 -0.6389 0.0413</w:t>
        <w:br/>
        <w:t>vn -0.6003 0.0424 0.7987</w:t>
        <w:br/>
        <w:t>vn -0.2439 0.0491 -0.9686</w:t>
        <w:br/>
        <w:t>vn -0.2425 0.0022 -0.9701</w:t>
        <w:br/>
        <w:t>vn -0.2481 0.0863 -0.9649</w:t>
        <w:br/>
        <w:t>vn -0.4664 0.0365 -0.8838</w:t>
        <w:br/>
        <w:t>vn -0.4578 0.0117 -0.8890</w:t>
        <w:br/>
        <w:t>vn -0.4591 -0.0149 -0.8883</w:t>
        <w:br/>
        <w:t>vn -0.7646 -0.0684 -0.6409</w:t>
        <w:br/>
        <w:t>vn -0.7672 -0.0502 -0.6394</w:t>
        <w:br/>
        <w:t>vn -0.7638 -0.0373 -0.6443</w:t>
        <w:br/>
        <w:t>vn -0.2588 0.1253 -0.9578</w:t>
        <w:br/>
        <w:t>vn -0.4815 0.0661 -0.8739</w:t>
        <w:br/>
        <w:t>vn 0.2633 -0.6168 0.7417</w:t>
        <w:br/>
        <w:t>vn 0.2813 -0.4834 0.8290</w:t>
        <w:br/>
        <w:t>vn -0.7558 0.0092 -0.6548</w:t>
        <w:br/>
        <w:t>vn 0.2633 -0.6168 0.7418</w:t>
        <w:br/>
        <w:t>vn -0.7417 0.0756 -0.6665</w:t>
        <w:br/>
        <w:t>vn -0.2137 0.2822 -0.9353</w:t>
        <w:br/>
        <w:t>vn -0.2072 0.3908 -0.8969</w:t>
        <w:br/>
        <w:t>vn -0.1910 0.6304 -0.7524</w:t>
        <w:br/>
        <w:t>vn -0.2022 0.5110 -0.8355</w:t>
        <w:br/>
        <w:t>vn -0.1793 0.8212 -0.5418</w:t>
        <w:br/>
        <w:t>vn -0.1827 0.7440 -0.6427</w:t>
        <w:br/>
        <w:t>vn -0.1786 0.8878 -0.4242</w:t>
        <w:br/>
        <w:t>vn -0.2127 0.9378 -0.2745</w:t>
        <w:br/>
        <w:t>vn -0.1889 0.9739 -0.1260</w:t>
        <w:br/>
        <w:t>vn -0.1756 0.9816 0.0755</w:t>
        <w:br/>
        <w:t>vn -0.1588 0.9504 0.2675</w:t>
        <w:br/>
        <w:t>vn -0.1574 0.8676 0.4717</w:t>
        <w:br/>
        <w:t>vn -0.0868 -0.2003 0.9759</w:t>
        <w:br/>
        <w:t>vn -0.1071 -0.2128 0.9712</w:t>
        <w:br/>
        <w:t>vn -0.2396 0.0037 -0.9709</w:t>
        <w:br/>
        <w:t>vn -0.2338 0.0405 -0.9714</w:t>
        <w:br/>
        <w:t>vn -0.5040 0.2946 -0.8119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-0.9321 0.3596 0.0423</w:t>
        <w:br/>
        <w:t>vn -0.8807 0.4720 0.0406</w:t>
        <w:br/>
        <w:t>vn -0.8281 0.5290 -0.1855</w:t>
        <w:br/>
        <w:t>vn -0.8859 0.4262 0.1833</w:t>
        <w:br/>
        <w:t>vn -0.9375 0.3035 0.1704</w:t>
        <w:br/>
        <w:t>vn -0.9075 0.2393 0.3451</w:t>
        <w:br/>
        <w:t>vn -0.8376 0.3599 0.4110</w:t>
        <w:br/>
        <w:t>vn -0.7742 0.0219 -0.6326</w:t>
        <w:br/>
        <w:t>vn -0.7825 0.0946 -0.6154</w:t>
        <w:br/>
        <w:t>vn -0.4915 0.0500 -0.8694</w:t>
        <w:br/>
        <w:t>vn -0.4726 0.0030 -0.8812</w:t>
        <w:br/>
        <w:t>vn -0.9743 -0.0034 -0.2253</w:t>
        <w:br/>
        <w:t>vn -0.9682 -0.0956 -0.2314</w:t>
        <w:br/>
        <w:t>vn -0.7797 0.1172 0.6151</w:t>
        <w:br/>
        <w:t>vn -0.6046 0.1329 0.7854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0.7747 0.0283</w:t>
        <w:br/>
        <w:t>vn -0.4865 0.8444 0.2242</w:t>
        <w:br/>
        <w:t>vn -0.4738 0.8703 -0.1344</w:t>
        <w:br/>
        <w:t>vn -0.5949 0.7885 -0.1564</w:t>
        <w:br/>
        <w:t>vn -0.2911 0.9239 0.2482</w:t>
        <w:br/>
        <w:t>vn -0.2754 0.8410 0.4658</w:t>
        <w:br/>
        <w:t>vn -0.3207 0.9456 0.0550</w:t>
        <w:br/>
        <w:t>vn -0.3341 0.9299 -0.1537</w:t>
        <w:br/>
        <w:t>vn -0.8332 0.5044 0.2267</w:t>
        <w:br/>
        <w:t>vn -0.7735 0.4412 0.4551</w:t>
        <w:br/>
        <w:t>vn -0.7187 0.4761 0.5067</w:t>
        <w:br/>
        <w:t>vn -0.3259 0.8708 -0.3682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-0.6873 0.7060 -0.1707</w:t>
        <w:br/>
        <w:t>vn -0.5801 0.7243 -0.3726</w:t>
        <w:br/>
        <w:t>vn -0.6502 0.6252 -0.4317</w:t>
        <w:br/>
        <w:t>vn -0.6970 0.5343 -0.4782</w:t>
        <w:br/>
        <w:t>vn -0.4519 0.6139 -0.6472</w:t>
        <w:br/>
        <w:t>vn -0.4258 0.1746 0.8878</w:t>
        <w:br/>
        <w:t>vn -0.3373 0.2121 0.9172</w:t>
        <w:br/>
        <w:t>vn -0.4744 0.6376 0.6069</w:t>
        <w:br/>
        <w:t>vn -0.6254 0.5424 0.5610</w:t>
        <w:br/>
        <w:t>vn -0.1654 0.7725 0.6130</w:t>
        <w:br/>
        <w:t>vn -0.2817 0.7356 0.6160</w:t>
        <w:br/>
        <w:t>vn -0.2925 0.7086 0.6422</w:t>
        <w:br/>
        <w:t>vn -0.1694 0.7498 0.6396</w:t>
        <w:br/>
        <w:t>vn -0.9456 0.1536 0.2869</w:t>
        <w:br/>
        <w:t>vn -0.8541 0.0168 0.5199</w:t>
        <w:br/>
        <w:t>vn -0.7626 0.0545 0.6446</w:t>
        <w:br/>
        <w:t>vn -0.9305 0.1984 0.3080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0.1940 -0.2093</w:t>
        <w:br/>
        <w:t>vn -0.9706 0.0962 -0.2207</w:t>
        <w:br/>
        <w:t>vn -0.7864 0.1896 -0.5879</w:t>
        <w:br/>
        <w:t>vn -0.5055 0.1513 -0.8495</w:t>
        <w:br/>
        <w:t>vn -0.2251 0.1411 -0.9641</w:t>
        <w:br/>
        <w:t>vn -0.5314 0.1555 0.8327</w:t>
        <w:br/>
        <w:t>vn -0.0979 -0.2180 0.9710</w:t>
        <w:br/>
        <w:t>vn -0.3373 0.2122 0.9172</w:t>
        <w:br/>
        <w:t>vn -0.1413 -0.2081 0.9679</w:t>
        <w:br/>
        <w:t>vn -0.5054 0.1452 0.8506</w:t>
        <w:br/>
        <w:t>vn -0.2535 -0.1167 0.9603</w:t>
        <w:br/>
        <w:t>vn -0.2103 -0.1927 0.9585</w:t>
        <w:br/>
        <w:t>vn -0.7797 0.1172 0.6150</w:t>
        <w:br/>
        <w:t>vn -0.4298 -0.0587 0.9010</w:t>
        <w:br/>
        <w:t>vn -0.9917 0.1131 -0.0604</w:t>
        <w:br/>
        <w:t>vn -0.8865 0.0094 0.4627</w:t>
        <w:br/>
        <w:t>vn -0.6132 -0.0890 0.7849</w:t>
        <w:br/>
        <w:t>vn -0.6399 -0.0839 0.7638</w:t>
        <w:br/>
        <w:t>vn -0.8852 0.0305 0.4642</w:t>
        <w:br/>
        <w:t>vn 0.9559 -0.1823 0.2303</w:t>
        <w:br/>
        <w:t>vn 0.8084 -0.2521 0.5319</w:t>
        <w:br/>
        <w:t>vn 0.9498 -0.2339 0.2079</w:t>
        <w:br/>
        <w:t>vn -0.8698 0.4197 -0.2594</w:t>
        <w:br/>
        <w:t>vn -0.9166 0.3501 -0.1928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0.4739 -0.5352</w:t>
        <w:br/>
        <w:t>vn -0.9520 0.2994 -0.0634</w:t>
        <w:br/>
        <w:t>vn -0.9690 0.2449 -0.0338</w:t>
        <w:br/>
        <w:t>vn -0.9489 0.2534 -0.1880</w:t>
        <w:br/>
        <w:t>vn -0.9421 0.2951 -0.1591</w:t>
        <w:br/>
        <w:t>vn -0.8800 0.0600 0.4711</w:t>
        <w:br/>
        <w:t>vn -0.9837 0.1515 -0.0965</w:t>
        <w:br/>
        <w:t>vn -0.9693 0.2041 -0.1375</w:t>
        <w:br/>
        <w:t>vn 0.7444 -0.4874 0.4564</w:t>
        <w:br/>
        <w:t>vn 0.7157 -0.4807 0.5066</w:t>
        <w:br/>
        <w:t>vn 0.8108 -0.4609 0.3608</w:t>
        <w:br/>
        <w:t>vn 0.8278 -0.4607 0.3203</w:t>
        <w:br/>
        <w:t>vn -0.3374 -0.1151 0.9343</w:t>
        <w:br/>
        <w:t>vn -0.3603 -0.1238 0.9246</w:t>
        <w:br/>
        <w:t>vn -0.4969 -0.1199 0.8595</w:t>
        <w:br/>
        <w:t>vn -0.4350 -0.1312 0.8909</w:t>
        <w:br/>
        <w:t>vn -0.4349 -0.1312 0.8909</w:t>
        <w:br/>
        <w:t>vn -0.8801 0.0599 0.4710</w:t>
        <w:br/>
        <w:t>vn -0.5664 -0.0957 0.8185</w:t>
        <w:br/>
        <w:t>vn -0.6698 0.4721 -0.5731</w:t>
        <w:br/>
        <w:t>vn -0.6475 0.4597 -0.6077</w:t>
        <w:br/>
        <w:t>vn -0.7782 0.4879 -0.3954</w:t>
        <w:br/>
        <w:t>vn -0.7888 0.4914 -0.3693</w:t>
        <w:br/>
        <w:t>vn 0.7587 -0.4610 0.4603</w:t>
        <w:br/>
        <w:t>vn 0.7866 -0.4579 0.4143</w:t>
        <w:br/>
        <w:t>vn 0.6576 -0.4686 0.5899</w:t>
        <w:br/>
        <w:t>vn 0.1811 -0.3136 0.9321</w:t>
        <w:br/>
        <w:t>vn -0.9194 0.1237 -0.3733</w:t>
        <w:br/>
        <w:t>vn -0.9057 0.1560 -0.3942</w:t>
        <w:br/>
        <w:t>vn -0.8899 0.2007 -0.4096</w:t>
        <w:br/>
        <w:t>vn -0.9116 0.3002 -0.2807</w:t>
        <w:br/>
        <w:t>vn -0.8715 0.2560 -0.4182</w:t>
        <w:br/>
        <w:t>vn -0.8505 0.3164 -0.4200</w:t>
        <w:br/>
        <w:t>vn -0.3977 0.3748 -0.8374</w:t>
        <w:br/>
        <w:t>vn -0.1500 0.3627 -0.9197</w:t>
        <w:br/>
        <w:t>vn -0.1812 0.4005 -0.8982</w:t>
        <w:br/>
        <w:t>vn -0.4083 0.3987 -0.8211</w:t>
        <w:br/>
        <w:t>vn -0.2869 0.4085 -0.8665</w:t>
        <w:br/>
        <w:t>vn -0.4741 0.4065 -0.7810</w:t>
        <w:br/>
        <w:t>vn -0.4495 0.4145 -0.7913</w:t>
        <w:br/>
        <w:t>vn -0.2578 0.4199 -0.8702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0.2680 -0.8894</w:t>
        <w:br/>
        <w:t>vn -0.3811 0.1445 -0.9132</w:t>
        <w:br/>
        <w:t>vn -0.1532 0.3282 -0.9321</w:t>
        <w:br/>
        <w:t>vn -0.3912 0.3500 -0.8512</w:t>
        <w:br/>
        <w:t>vn -0.3463 0.3273 -0.8792</w:t>
        <w:br/>
        <w:t>vn -0.1669 0.3077 -0.9367</w:t>
        <w:br/>
        <w:t>vn -0.3942 0.3204 -0.8614</w:t>
        <w:br/>
        <w:t>vn -0.3940 0.2703 -0.8785</w:t>
        <w:br/>
        <w:t>vn -0.4693 -0.8702 -0.1502</w:t>
        <w:br/>
        <w:t>vn -0.4893 -0.8566 -0.1638</w:t>
        <w:br/>
        <w:t>vn -0.1484 -0.8618 -0.4850</w:t>
        <w:br/>
        <w:t>vn -0.2413 -0.7381 -0.6301</w:t>
        <w:br/>
        <w:t>vn -0.1854 -0.8105 -0.5556</w:t>
        <w:br/>
        <w:t>vn -0.4161 -0.8420 -0.3432</w:t>
        <w:br/>
        <w:t>vn -0.2413 -0.7380 -0.6301</w:t>
        <w:br/>
        <w:t>vn -0.2980 -0.6507 -0.6984</w:t>
        <w:br/>
        <w:t>vn -0.3409 -0.5571 -0.7573</w:t>
        <w:br/>
        <w:t>vn -0.3408 -0.5571 -0.7572</w:t>
        <w:br/>
        <w:t>vn -0.3654 -0.4786 -0.7984</w:t>
        <w:br/>
        <w:t>vn -0.3818 -0.3786 -0.8431</w:t>
        <w:br/>
        <w:t>vn -0.3655 -0.4786 -0.7983</w:t>
        <w:br/>
        <w:t>vn -0.5281 -0.0811 -0.8453</w:t>
        <w:br/>
        <w:t>vn -0.4179 -0.0975 -0.9032</w:t>
        <w:br/>
        <w:t>vn -0.4088 -0.2047 -0.8894</w:t>
        <w:br/>
        <w:t>vn -0.4087 -0.2046 -0.8894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0.4255 -0.3040 0.8524</w:t>
        <w:br/>
        <w:t>vn 0.2114 -0.3841 0.8987</w:t>
        <w:br/>
        <w:t>vn 0.4565 -0.2902 0.8410</w:t>
        <w:br/>
        <w:t>vn 0.5232 -0.2614 0.8111</w:t>
        <w:br/>
        <w:t>vn 0.5318 -0.3355 0.7776</w:t>
        <w:br/>
        <w:t>vn 0.5617 -0.3128 0.7659</w:t>
        <w:br/>
        <w:t>vn 0.5103 -0.3706 0.7760</w:t>
        <w:br/>
        <w:t>vn 0.5007 -0.3748 0.7803</w:t>
        <w:br/>
        <w:t>vn 0.5725 -0.3546 0.7392</w:t>
        <w:br/>
        <w:t>vn 0.5800 -0.3256 0.7467</w:t>
        <w:br/>
        <w:t>vn 0.5732 -0.3826 0.7246</w:t>
        <w:br/>
        <w:t>vn 0.5002 -0.3791 0.7786</w:t>
        <w:br/>
        <w:t>vn 0.5721 -0.4311 0.6977</w:t>
        <w:br/>
        <w:t>vn 0.5806 -0.4074 0.7049</w:t>
        <w:br/>
        <w:t>vn 0.4939 -0.4115 0.7660</w:t>
        <w:br/>
        <w:t>vn 0.4833 -0.4500 0.7509</w:t>
        <w:br/>
        <w:t>vn 0.5345 -0.3232 0.7810</w:t>
        <w:br/>
        <w:t>vn 0.3210 -0.2519 0.9130</w:t>
        <w:br/>
        <w:t>vn 0.6694 -0.3037 0.6780</w:t>
        <w:br/>
        <w:t>vn 0.7721 0.0666 0.6319</w:t>
        <w:br/>
        <w:t>vn 0.5841 0.0889 0.8068</w:t>
        <w:br/>
        <w:t>vn 0.5711 0.1938 0.7977</w:t>
        <w:br/>
        <w:t>vn 0.7754 0.1796 0.6054</w:t>
        <w:br/>
        <w:t>vn -0.2420 0.0073 0.9703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0.3535 0.8428</w:t>
        <w:br/>
        <w:t>vn -0.3184 -0.0522 0.9465</w:t>
        <w:br/>
        <w:t>vn 0.1961 -0.1331 0.9715</w:t>
        <w:br/>
        <w:t>vn -0.3831 -0.0720 0.9209</w:t>
        <w:br/>
        <w:t>vn 0.4110 0.5177 0.7504</w:t>
        <w:br/>
        <w:t>vn 0.2894 0.4889 0.8229</w:t>
        <w:br/>
        <w:t>vn 0.3827 0.6409 0.6654</w:t>
        <w:br/>
        <w:t>vn 0.8561 -0.0285 0.5160</w:t>
        <w:br/>
        <w:t>vn 0.8561 -0.0286 0.5160</w:t>
        <w:br/>
        <w:t>vn 0.8554 0.1137 0.5053</w:t>
        <w:br/>
        <w:t>vn 0.8554 0.1136 0.5053</w:t>
        <w:br/>
        <w:t>vn 0.7145 -0.1486 0.6837</w:t>
        <w:br/>
        <w:t>vn 0.4275 -0.1412 0.8929</w:t>
        <w:br/>
        <w:t>vn 0.5111 -0.1317 0.8494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0.4505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0.7821 0.3259</w:t>
        <w:br/>
        <w:t>vn 0.3051 0.7910 0.5303</w:t>
        <w:br/>
        <w:t>vn 0.5193 0.4131 0.7481</w:t>
        <w:br/>
        <w:t>vn 0.7501 0.3939 0.5312</w:t>
        <w:br/>
        <w:t>vn 0.7622 0.3064 0.5703</w:t>
        <w:br/>
        <w:t>vn 0.5213 0.3223 0.7901</w:t>
        <w:br/>
        <w:t>vn -0.4693 -0.8702 -0.1503</w:t>
        <w:br/>
        <w:t>vn -0.7228 -0.6634 0.1934</w:t>
        <w:br/>
        <w:t>vn -0.8303 -0.5338 0.1600</w:t>
        <w:br/>
        <w:t>vn -0.8304 -0.5338 0.1600</w:t>
        <w:br/>
        <w:t>vn -0.8119 -0.5594 0.1670</w:t>
        <w:br/>
        <w:t>vn -0.7797 -0.6003 0.1780</w:t>
        <w:br/>
        <w:t>vn -0.9328 -0.3091 0.1855</w:t>
        <w:br/>
        <w:t>vn -0.9020 -0.3977 0.1680</w:t>
        <w:br/>
        <w:t>vn -0.9020 -0.3977 0.1679</w:t>
        <w:br/>
        <w:t>vn -0.9636 -0.1720 0.2048</w:t>
        <w:br/>
        <w:t>vn -0.9636 -0.1719 0.2048</w:t>
        <w:br/>
        <w:t>vn -0.9491 -0.2419 0.2016</w:t>
        <w:br/>
        <w:t>vn -0.9781 -0.1003 0.1825</w:t>
        <w:br/>
        <w:t>vn -0.9781 -0.1003 0.1826</w:t>
        <w:br/>
        <w:t>vn -0.3375 0.3930 -0.8554</w:t>
        <w:br/>
        <w:t>vn -0.3486 0.3878 -0.8533</w:t>
        <w:br/>
        <w:t>vn -0.4931 0.3921 -0.7766</w:t>
        <w:br/>
        <w:t>vn -0.4907 0.3956 -0.7764</w:t>
        <w:br/>
        <w:t>vn 0.5381 -0.4008 0.7415</w:t>
        <w:br/>
        <w:t>vn 0.5371 -0.4291 0.7262</w:t>
        <w:br/>
        <w:t>vn 0.4900 -0.4422 0.7513</w:t>
        <w:br/>
        <w:t>vn 0.0966 -0.3548 0.9299</w:t>
        <w:br/>
        <w:t>vn -0.4866 0.3978 -0.7778</w:t>
        <w:br/>
        <w:t>vn -0.3158 0.3967 -0.8619</w:t>
        <w:br/>
        <w:t>vn 0.5496 -0.4555 0.7003</w:t>
        <w:br/>
        <w:t>vn 0.4699 -0.4884 0.7353</w:t>
        <w:br/>
        <w:t>vn -0.5078 0.3449 -0.7894</w:t>
        <w:br/>
        <w:t>vn -0.3731 0.3363 -0.8647</w:t>
        <w:br/>
        <w:t>vn -0.3808 0.3001 -0.8746</w:t>
        <w:br/>
        <w:t>vn -0.5160 0.3093 -0.7988</w:t>
        <w:br/>
        <w:t>vn 0.5427 -0.3749 0.7516</w:t>
        <w:br/>
        <w:t>vn 0.5382 -0.3995 0.7421</w:t>
        <w:br/>
        <w:t>vn 0.1196 -0.3542 0.9275</w:t>
        <w:br/>
        <w:t>vn 0.1471 -0.3285 0.9330</w:t>
        <w:br/>
        <w:t>vn -0.6200 0.2014 -0.7583</w:t>
        <w:br/>
        <w:t>vn -0.7087 0.1672 -0.6854</w:t>
        <w:br/>
        <w:t>vn -0.5066 0.1755 -0.8441</w:t>
        <w:br/>
        <w:t>vn -0.5079 0.1933 -0.8395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-0.5372 0.3111 -0.7840</w:t>
        <w:br/>
        <w:t>vn -0.6362 0.3039 -0.7092</w:t>
        <w:br/>
        <w:t>vn -0.8326 0.2637 -0.4872</w:t>
        <w:br/>
        <w:t>vn -0.5282 0.3656 -0.7664</w:t>
        <w:br/>
        <w:t>vn -0.6194 0.3774 -0.6884</w:t>
        <w:br/>
        <w:t>vn -0.6277 0.3440 -0.6983</w:t>
        <w:br/>
        <w:t>vn -0.5383 0.3388 -0.7716</w:t>
        <w:br/>
        <w:t>vn -0.6171 0.4027 -0.6760</w:t>
        <w:br/>
        <w:t>vn -0.5145 0.3914 -0.7630</w:t>
        <w:br/>
        <w:t>vn -0.4996 0.4162 -0.7597</w:t>
        <w:br/>
        <w:t>vn -0.6164 0.4271 -0.6615</w:t>
        <w:br/>
        <w:t>vn -0.6242 0.4302 -0.6522</w:t>
        <w:br/>
        <w:t>vn -0.4827 0.4100 -0.7739</w:t>
        <w:br/>
        <w:t>vn -0.4786 0.4025 -0.7803</w:t>
        <w:br/>
        <w:t>vn -0.6296 0.4207 -0.6531</w:t>
        <w:br/>
        <w:t>vn -0.4847 0.3855 -0.7852</w:t>
        <w:br/>
        <w:t>vn -0.4806 0.3895 -0.7857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0.0623 -0.7433</w:t>
        <w:br/>
        <w:t>vn -0.7593 0.0750 -0.6464</w:t>
        <w:br/>
        <w:t>vn -0.7405 0.1855 -0.6459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-0.5938 -0.1985 -0.7797</w:t>
        <w:br/>
        <w:t>vn -0.8945 -0.1205 -0.4305</w:t>
        <w:br/>
        <w:t>vn -0.6340 -0.0431 -0.7721</w:t>
        <w:br/>
        <w:t>vn -0.6076 0.0782 -0.7904</w:t>
        <w:br/>
        <w:t>vn -0.6211 -0.2749 -0.7340</w:t>
        <w:br/>
        <w:t>vn -0.6331 -0.1573 -0.7580</w:t>
        <w:br/>
        <w:t>vn -0.8287 -0.1180 -0.5471</w:t>
        <w:br/>
        <w:t>vn -0.8111 0.0207 -0.5845</w:t>
        <w:br/>
        <w:t>vn -0.7821 -0.3855 -0.4897</w:t>
        <w:br/>
        <w:t>vn -0.8153 -0.2506 -0.5220</w:t>
        <w:br/>
        <w:t>vn -0.9534 -0.1400 -0.2673</w:t>
        <w:br/>
        <w:t>vn -0.9401 -0.2483 -0.2337</w:t>
        <w:br/>
        <w:t>vn -0.7560 -0.4730 -0.4525</w:t>
        <w:br/>
        <w:t>vn -0.5986 -0.4652 -0.6522</w:t>
        <w:br/>
        <w:t>vn -0.6074 -0.3812 -0.6969</w:t>
        <w:br/>
        <w:t>vn -0.6074 -0.3813 -0.6969</w:t>
        <w:br/>
        <w:t>vn -0.5727 -0.6378 -0.5150</w:t>
        <w:br/>
        <w:t>vn -0.5854 -0.5544 -0.5915</w:t>
        <w:br/>
        <w:t>vn -0.5854 -0.5545 -0.5915</w:t>
        <w:br/>
        <w:t>vn -0.3759 -0.8528 -0.3625</w:t>
        <w:br/>
        <w:t>vn -0.4209 -0.8247 -0.3778</w:t>
        <w:br/>
        <w:t>vn -0.5500 -0.3170 -0.7727</w:t>
        <w:br/>
        <w:t>vn -0.4890 -0.4604 -0.7409</w:t>
        <w:br/>
        <w:t>vn -0.8503 -0.3637 -0.3804</w:t>
        <w:br/>
        <w:t>vn -0.8816 -0.2287 -0.4128</w:t>
        <w:br/>
        <w:t>vn -0.8142 -0.4858 -0.3178</w:t>
        <w:br/>
        <w:t>vn -0.9504 -0.2790 0.1377</w:t>
        <w:br/>
        <w:t>vn -0.9821 -0.1691 0.0826</w:t>
        <w:br/>
        <w:t>vn -0.7476 -0.6277 -0.2169</w:t>
        <w:br/>
        <w:t>vn -0.8844 -0.4236 0.1957</w:t>
        <w:br/>
        <w:t>vn -0.4596 -0.5620 -0.6877</w:t>
        <w:br/>
        <w:t>vn -0.4381 -0.6870 -0.5797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0.3510 -0.7789</w:t>
        <w:br/>
        <w:t>vn 0.7667 -0.2168 0.6043</w:t>
        <w:br/>
        <w:t>vn 0.4565 -0.2902 0.8411</w:t>
        <w:br/>
        <w:t>vn 0.8317 -0.2440 0.4988</w:t>
        <w:br/>
        <w:t>vn 0.7640 -0.3146 0.5634</w:t>
        <w:br/>
        <w:t>vn 0.5318 -0.3356 0.7776</w:t>
        <w:br/>
        <w:t>vn 0.7331 -0.3494 0.5835</w:t>
        <w:br/>
        <w:t>vn 0.7336 -0.3536 0.5803</w:t>
        <w:br/>
        <w:t>vn 0.5002 -0.3791 0.7785</w:t>
        <w:br/>
        <w:t>vn 0.7499 -0.3421 0.5663</w:t>
        <w:br/>
        <w:t>vn 0.7600 -0.3625 0.5395</w:t>
        <w:br/>
        <w:t>vn 0.4978 -0.3955 0.7719</w:t>
        <w:br/>
        <w:t>vn 0.7607 -0.3843 0.5232</w:t>
        <w:br/>
        <w:t>vn 0.5365 -0.4000 0.7431</w:t>
        <w:br/>
        <w:t>vn 0.4834 -0.4500 0.7509</w:t>
        <w:br/>
        <w:t>vn 0.9167 -0.2424 0.3176</w:t>
        <w:br/>
        <w:t>vn 0.5949 -0.3023 0.7448</w:t>
        <w:br/>
        <w:t>vn 0.9455 -0.2013 0.2560</w:t>
        <w:br/>
        <w:t>vn 0.9870 0.0410 0.1552</w:t>
        <w:br/>
        <w:t>vn 0.9861 -0.0383 0.1614</w:t>
        <w:br/>
        <w:t>vn 0.9803 0.1287 0.1501</w:t>
        <w:br/>
        <w:t>vn 0.9605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0.9676</w:t>
        <w:br/>
        <w:t>vn -0.2515 -0.0246 0.9675</w:t>
        <w:br/>
        <w:t>vn -0.2868 0.0834 0.9543</w:t>
        <w:br/>
        <w:t>vn -0.2868 0.0834 0.9544</w:t>
        <w:br/>
        <w:t>vn -0.2986 0.1245 0.9462</w:t>
        <w:br/>
        <w:t>vn -0.2810 0.1111 0.9532</w:t>
        <w:br/>
        <w:t>vn -0.2811 0.1110 0.9532</w:t>
        <w:br/>
        <w:t>vn -0.4515 0.1065 0.8859</w:t>
        <w:br/>
        <w:t>vn -0.3801 0.1249 0.9165</w:t>
        <w:br/>
        <w:t>vn -0.5594 0.0388 0.8280</w:t>
        <w:br/>
        <w:t>vn -0.6546 -0.0987 0.7495</w:t>
        <w:br/>
        <w:t>vn -0.6594 -0.0945 0.7458</w:t>
        <w:br/>
        <w:t>vn -0.6594 -0.0945 0.7459</w:t>
        <w:br/>
        <w:t>vn 0.9920 -0.0819 0.0958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0.4891 -0.3489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0.9351 0.3353 0.1147</w:t>
        <w:br/>
        <w:t>vn 0.9060 0.4123 0.0954</w:t>
        <w:br/>
        <w:t>vn 0.0756 0.4628 0.8832</w:t>
        <w:br/>
        <w:t>vn 0.0030 0.3677 0.9299</w:t>
        <w:br/>
        <w:t>vn 0.1032 0.5057 0.8565</w:t>
        <w:br/>
        <w:t>vn -0.0919 0.3138 0.9450</w:t>
        <w:br/>
        <w:t>vn -0.1817 0.1986 0.9631</w:t>
        <w:br/>
        <w:t>vn -0.2189 0.0826 0.9722</w:t>
        <w:br/>
        <w:t>vn -0.0211 0.1414 0.9897</w:t>
        <w:br/>
        <w:t>vn 0.1119 0.0482 0.9926</w:t>
        <w:br/>
        <w:t>vn 0.1625 0.0113 0.9866</w:t>
        <w:br/>
        <w:t>vn 0.4680 -0.2707 0.8413</w:t>
        <w:br/>
        <w:t>vn 0.4012 -0.3054 0.8636</w:t>
        <w:br/>
        <w:t>vn 0.1304 -0.1320 0.9826</w:t>
        <w:br/>
        <w:t>vn 0.1730 -0.1164 0.9780</w:t>
        <w:br/>
        <w:t>vn -0.2288 -0.1774 0.9572</w:t>
        <w:br/>
        <w:t>vn -0.2783 -0.1763 0.9442</w:t>
        <w:br/>
        <w:t>vn -0.6629 -0.0462 0.7473</w:t>
        <w:br/>
        <w:t>vn -0.3706 -0.1586 0.9151</w:t>
        <w:br/>
        <w:t>vn -0.3707 -0.1586 0.9151</w:t>
        <w:br/>
        <w:t>vn -0.4221 -0.1728 0.8899</w:t>
        <w:br/>
        <w:t>vn -0.3885 -0.1752 0.9046</w:t>
        <w:br/>
        <w:t>vn -0.6432 -0.0482 0.7642</w:t>
        <w:br/>
        <w:t>vn -0.3580 -0.1380 0.9235</w:t>
        <w:br/>
        <w:t>vn 0.0834 0.0778 0.9935</w:t>
        <w:br/>
        <w:t>vn 0.0709 0.2197 0.9730</w:t>
        <w:br/>
        <w:t>vn 0.0641 0.2808 0.9576</w:t>
        <w:br/>
        <w:t>vn 0.0623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0.3611 -0.7473</w:t>
        <w:br/>
        <w:t>vn -0.4934 0.3830 -0.7809</w:t>
        <w:br/>
        <w:t>vn -0.4800 0.3817 -0.7899</w:t>
        <w:br/>
        <w:t>vn -0.3269 0.3622 -0.8729</w:t>
        <w:br/>
        <w:t>vn 0.8391 -0.3431 0.4222</w:t>
        <w:br/>
        <w:t>vn 0.6757 -0.3954 0.6221</w:t>
        <w:br/>
        <w:t>vn 0.5871 -0.3838 0.7127</w:t>
        <w:br/>
        <w:t>vn 0.8621 -0.3198 0.3930</w:t>
        <w:br/>
        <w:t>vn -0.0541 -0.2276 0.9722</w:t>
        <w:br/>
        <w:t>vn 0.0227 -0.1856 0.9824</w:t>
        <w:br/>
        <w:t>vn 0.4488 -0.3799 0.8089</w:t>
        <w:br/>
        <w:t>vn 0.4085 -0.3869 0.8267</w:t>
        <w:br/>
        <w:t>vn -0.7460 0.1914 -0.6379</w:t>
        <w:br/>
        <w:t>vn -0.4814 0.3933 -0.7833</w:t>
        <w:br/>
        <w:t>vn -0.6365 0.4071 -0.6551</w:t>
        <w:br/>
        <w:t>vn -0.4828 0.3815 -0.7883</w:t>
        <w:br/>
        <w:t>vn -0.2031 -0.1970 0.9591</w:t>
        <w:br/>
        <w:t>vn -0.1687 -0.2080 0.9635</w:t>
        <w:br/>
        <w:t>vn -0.1687 -0.2081 0.9635</w:t>
        <w:br/>
        <w:t>vn 0.2627 -0.2735 0.9253</w:t>
        <w:br/>
        <w:t>vn 0.0827 -0.1465 0.9857</w:t>
        <w:br/>
        <w:t>vn -0.6918 0.3066 -0.6537</w:t>
        <w:br/>
        <w:t>vn -0.7287 0.3258 -0.6023</w:t>
        <w:br/>
        <w:t>vn -0.4124 0.2850 -0.8653</w:t>
        <w:br/>
        <w:t>vn -0.5521 0.2873 -0.7827</w:t>
        <w:br/>
        <w:t>vn 0.6064 -0.3394 0.7191</w:t>
        <w:br/>
        <w:t>vn 0.8924 -0.2727 0.3596</w:t>
        <w:br/>
        <w:t>vn -0.3818 -0.5592 -0.7359</w:t>
        <w:br/>
        <w:t>vn -0.5873 -0.5178 -0.6221</w:t>
        <w:br/>
        <w:t>vn -0.5944 -0.4328 -0.6778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-0.2592 -0.1121 -0.9593</w:t>
        <w:br/>
        <w:t>vn -0.5607 -0.0186 -0.8278</w:t>
        <w:br/>
        <w:t>vn -0.2541 0.0664 -0.9649</w:t>
        <w:br/>
        <w:t>vn -0.5347 0.1834 -0.8249</w:t>
        <w:br/>
        <w:t>vn -0.2764 0.1762 -0.9448</w:t>
        <w:br/>
        <w:t>vn -0.5340 0.3063 -0.7881</w:t>
        <w:br/>
        <w:t>vn -0.5510 0.3667 -0.7496</w:t>
        <w:br/>
        <w:t>vn -0.3139 0.2365 -0.9195</w:t>
        <w:br/>
        <w:t>vn -0.8060 -0.1068 -0.5823</w:t>
        <w:br/>
        <w:t>vn -0.9130 0.1427 -0.3822</w:t>
        <w:br/>
        <w:t>vn -0.8906 0.3258 -0.3175</w:t>
        <w:br/>
        <w:t>vn -0.3692 0.3050 -0.8779</w:t>
        <w:br/>
        <w:t>vn -0.5702 0.4172 -0.7077</w:t>
        <w:br/>
        <w:t>vn -0.6032 0.4368 -0.6673</w:t>
        <w:br/>
        <w:t>vn -0.4336 0.3524 -0.8294</w:t>
        <w:br/>
        <w:t>vn -0.8786 0.4290 -0.2096</w:t>
        <w:br/>
        <w:t>vn -0.5643 0.4432 -0.6965</w:t>
        <w:br/>
        <w:t>vn -0.6177 0.4425 -0.6501</w:t>
        <w:br/>
        <w:t>vn -0.7566 0.3671 -0.5412</w:t>
        <w:br/>
        <w:t>vn -0.7156 0.4029 -0.5706</w:t>
        <w:br/>
        <w:t>vn -0.7894 0.3161 -0.5262</w:t>
        <w:br/>
        <w:t>vn -0.8325 0.2636 -0.4872</w:t>
        <w:br/>
        <w:t>vn -0.9402 0.3403 -0.0118</w:t>
        <w:br/>
        <w:t>vn -0.9047 0.3965 0.1560</w:t>
        <w:br/>
        <w:t>vn -0.9698 0.1988 -0.1411</w:t>
        <w:br/>
        <w:t>vn -0.9799 0.0401 -0.1954</w:t>
        <w:br/>
        <w:t>vn -0.9767 -0.0344 -0.2119</w:t>
        <w:br/>
        <w:t>vn 0.7644 -0.3897 0.5137</w:t>
        <w:br/>
        <w:t>vn 0.6674 -0.3984 0.6292</w:t>
        <w:br/>
        <w:t>vn 0.5959 -0.3017 0.7443</w:t>
        <w:br/>
        <w:t>vn 0.7826 -0.2503 0.5700</w:t>
        <w:br/>
        <w:t>vn 0.5464 0.0120 0.8374</w:t>
        <w:br/>
        <w:t>vn 0.8190 -0.0800 0.5682</w:t>
        <w:br/>
        <w:t>vn 0.5694 0.1373 0.8105</w:t>
        <w:br/>
        <w:t>vn 0.8508 0.0288 0.5247</w:t>
        <w:br/>
        <w:t>vn 0.5851 0.2120 0.7827</w:t>
        <w:br/>
        <w:t>vn 0.6048 0.2840 0.7440</w:t>
        <w:br/>
        <w:t>vn 0.9193 0.1148 0.3764</w:t>
        <w:br/>
        <w:t>vn 0.8884 0.0587 0.4552</w:t>
        <w:br/>
        <w:t>vn 0.9102 0.2248 0.3478</w:t>
        <w:br/>
        <w:t>vn 0.7326 0.3254 0.5978</w:t>
        <w:br/>
        <w:t>vn 0.6670 -0.4491 0.5944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0.0522</w:t>
        <w:br/>
        <w:t>vn 0.9176 -0.3063 0.2532</w:t>
        <w:br/>
        <w:t>vn 0.9176 -0.3064 0.2532</w:t>
        <w:br/>
        <w:t>vn 0.2362 -0.2357 0.9427</w:t>
        <w:br/>
        <w:t>vn 0.2709 -0.2380 0.9327</w:t>
        <w:br/>
        <w:t>vn 0.3139 -0.1410 0.9389</w:t>
        <w:br/>
        <w:t>vn 0.1894 0.2222 0.9564</w:t>
        <w:br/>
        <w:t>vn 0.1518 0.3180 0.9358</w:t>
        <w:br/>
        <w:t>vn 0.1329 0.3784 0.9161</w:t>
        <w:br/>
        <w:t>vn 0.1339 0.4129 0.9009</w:t>
        <w:br/>
        <w:t>vn 0.1338 0.4075 0.9033</w:t>
        <w:br/>
        <w:t>vn -0.1241 -0.0323 0.9917</w:t>
        <w:br/>
        <w:t>vn -0.0448 0.0535 0.9976</w:t>
        <w:br/>
        <w:t>vn -0.0396 0.1930 0.9804</w:t>
        <w:br/>
        <w:t>vn -0.0395 0.1930 0.9804</w:t>
        <w:br/>
        <w:t>vn -0.0534 0.3398 0.9390</w:t>
        <w:br/>
        <w:t>vn -0.0410 0.4228 0.9053</w:t>
        <w:br/>
        <w:t>vn 0.8381 -0.4046 -0.3660</w:t>
        <w:br/>
        <w:t>vn 0.8461 -0.4209 -0.3270</w:t>
        <w:br/>
        <w:t>vn 0.8381 -0.4045 -0.3659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-0.7612 0.4831 -0.4327</w:t>
        <w:br/>
        <w:t>vn -0.6314 0.4439 -0.6359</w:t>
        <w:br/>
        <w:t>vn 0.8781 -0.4254 0.2193</w:t>
        <w:br/>
        <w:t>vn 0.8683 -0.4421 0.2251</w:t>
        <w:br/>
        <w:t>vn 0.7350 -0.4611 0.4972</w:t>
        <w:br/>
        <w:t>vn 0.1453 -0.2853 0.9474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0.4951 -0.4798</w:t>
        <w:br/>
        <w:t>vn -0.2920 -0.0650 0.9542</w:t>
        <w:br/>
        <w:t>vn -0.2337 -0.0548 0.9708</w:t>
        <w:br/>
        <w:t>vn 0.1610 -0.2749 0.9479</w:t>
        <w:br/>
        <w:t>vn 0.1126 -0.2909 0.9501</w:t>
        <w:br/>
        <w:t>vn -0.7716 0.2016 -0.6033</w:t>
        <w:br/>
        <w:t>vn -0.7540 0.2753 -0.5963</w:t>
        <w:br/>
        <w:t>vn -0.7250 0.2579 -0.6387</w:t>
        <w:br/>
        <w:t>vn -0.7510 0.3204 -0.5773</w:t>
        <w:br/>
        <w:t>vn -0.3000 0.2093 -0.9307</w:t>
        <w:br/>
        <w:t>vn -0.3307 0.2154 -0.9188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0.4519 -0.3336 0.8273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0.7690 0.2409 0.5922</w:t>
        <w:br/>
        <w:t>vn 0.9185 0.1513 0.3652</w:t>
        <w:br/>
        <w:t>vn 0.8926 -0.0756 0.4444</w:t>
        <w:br/>
        <w:t>vn 0.7381 -0.0361 0.6737</w:t>
        <w:br/>
        <w:t>vn 0.9090 0.0398 0.4150</w:t>
        <w:br/>
        <w:t>vn 0.8346 -0.2734 0.4782</w:t>
        <w:br/>
        <w:t>vn 0.8293 -0.3196 0.4583</w:t>
        <w:br/>
        <w:t>vn 0.8343 -0.3495 0.4263</w:t>
        <w:br/>
        <w:t>vn 0.8429 -0.3603 0.3996</w:t>
        <w:br/>
        <w:t>vn 0.8545 -0.3536 0.3806</w:t>
        <w:br/>
        <w:t>vn 0.8740 -0.3443 0.3428</w:t>
        <w:br/>
        <w:t>vn 0.8694 -0.3504 0.3485</w:t>
        <w:br/>
        <w:t>vn 0.8680 -0.3294 0.3716</w:t>
        <w:br/>
        <w:t>vn 0.5800 -0.3945 0.7127</w:t>
        <w:br/>
        <w:t>vn 0.8728 -0.3416 0.3486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0.6098 -0.3150 0.7273</w:t>
        <w:br/>
        <w:t>vn -0.4938 0.3905 -0.7769</w:t>
        <w:br/>
        <w:t>vn -0.6303 0.3454 -0.6953</w:t>
        <w:br/>
        <w:t>vn -0.6208 0.3866 -0.6821</w:t>
        <w:br/>
        <w:t>vn -0.6244 0.3860 -0.6790</w:t>
        <w:br/>
        <w:t>vn -0.4812 0.3926 -0.7838</w:t>
        <w:br/>
        <w:t>vn -0.4258 0.4073 -0.8080</w:t>
        <w:br/>
        <w:t>vn -0.3684 0.2219 -0.9028</w:t>
        <w:br/>
        <w:t>vn 0.7080 0.7003 0.0912</w:t>
        <w:br/>
        <w:t>vn -0.9457 0.2207 0.2387</w:t>
        <w:br/>
        <w:t>vn -0.6628 -0.0461 0.7473</w:t>
        <w:br/>
        <w:t>vn 0.9372 -0.2066 -0.2810</w:t>
        <w:br/>
        <w:t>vn 0.9427 -0.1830 -0.2788</w:t>
        <w:br/>
        <w:t>vn -0.0032 -0.1470 0.9891</w:t>
        <w:br/>
        <w:t>vn 0.0925 -0.2238 0.9702</w:t>
        <w:br/>
        <w:t>vn -0.4287 -0.1414 0.8923</w:t>
        <w:br/>
        <w:t>vn -0.9879 -0.0553 0.1448</w:t>
        <w:br/>
        <w:t>vn -0.9852 -0.0710 0.1559</w:t>
        <w:br/>
        <w:t>vn -0.9879 -0.0551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0.4165 -0.3757 0.8279</w:t>
        <w:br/>
        <w:t>vn 0.3517 -0.3947 0.8489</w:t>
        <w:br/>
        <w:t>vn 0.4441 -0.3141 0.8391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0.7687</w:t>
        <w:br/>
        <w:t>vn 0.0155 -0.1967 0.9803</w:t>
        <w:br/>
        <w:t>vn -0.0397 -0.2072 0.9775</w:t>
        <w:br/>
        <w:t>vn 0.4449 -0.4241 0.7888</w:t>
        <w:br/>
        <w:t>vn 0.1504 -0.4353 0.8876</w:t>
        <w:br/>
        <w:t>vn 0.1426 -0.2219 0.9646</w:t>
        <w:br/>
        <w:t>vn 0.1813 -0.2608 0.9482</w:t>
        <w:br/>
        <w:t>vn 0.0808 -0.1824 0.9799</w:t>
        <w:br/>
        <w:t>vn 0.6386 0.4133 -0.6492</w:t>
        <w:br/>
        <w:t>vn 0.6774 0.4033 -0.6153</w:t>
        <w:br/>
        <w:t>vn 0.6774 0.4032 -0.6153</w:t>
        <w:br/>
        <w:t>vn 0.4870 0.3539 -0.7985</w:t>
        <w:br/>
        <w:t>vn 0.4819 0.3889 -0.7851</w:t>
        <w:br/>
        <w:t>vn 0.4819 0.3889 -0.7852</w:t>
        <w:br/>
        <w:t>vn 0.4871 0.3539 -0.7985</w:t>
        <w:br/>
        <w:t>vn 0.5048 0.3275 -0.7987</w:t>
        <w:br/>
        <w:t>vn 0.5206 0.2864 -0.8043</w:t>
        <w:br/>
        <w:t>vn 0.5047 0.3276 -0.7987</w:t>
        <w:br/>
        <w:t>vn 0.5427 -0.1429 0.8277</w:t>
        <w:br/>
        <w:t>vn 0.4306 -0.1358 0.8922</w:t>
        <w:br/>
        <w:t>vn 0.3181 -0.0621 0.9460</w:t>
        <w:br/>
        <w:t>vn 0.5004 0.4155 -0.7596</w:t>
        <w:br/>
        <w:t>vn 0.0097 0.3782 -0.9257</w:t>
        <w:br/>
        <w:t>vn 0.4587 0.3680 -0.8088</w:t>
        <w:br/>
        <w:t>vn 0.5218 0.3991 -0.7540</w:t>
        <w:br/>
        <w:t>vn 0.7339 0.2806 -0.6186</w:t>
        <w:br/>
        <w:t>vn 0.4893 0.2959 -0.8204</w:t>
        <w:br/>
        <w:t>vn 0.5187 0.2620 -0.8138</w:t>
        <w:br/>
        <w:t>vn 0.7659 0.2897 -0.5739</w:t>
        <w:br/>
        <w:t>vn 0.5435 0.2420 -0.8038</w:t>
        <w:br/>
        <w:t>vn 0.7897 0.3038 -0.5330</w:t>
        <w:br/>
        <w:t>vn 0.2223 0.1469 -0.9638</w:t>
        <w:br/>
        <w:t>vn 0.5434 0.2419 -0.8038</w:t>
        <w:br/>
        <w:t>vn 0.5188 0.2620 -0.8138</w:t>
        <w:br/>
        <w:t>vn 0.2095 0.2029 -0.9565</w:t>
        <w:br/>
        <w:t>vn -0.1156 0.2837 -0.9519</w:t>
        <w:br/>
        <w:t>vn 0.4892 0.2958 -0.8204</w:t>
        <w:br/>
        <w:t>vn 0.5825 0.4035 -0.7056</w:t>
        <w:br/>
        <w:t>vn 0.4895 0.3573 -0.7954</w:t>
        <w:br/>
        <w:t>vn 0.6266 0.3638 -0.6893</w:t>
        <w:br/>
        <w:t>vn -0.1434 0.3173 -0.9374</w:t>
        <w:br/>
        <w:t>vn 0.3377 0.3401 -0.8777</w:t>
        <w:br/>
        <w:t>vn 0.4895 0.3573 -0.7955</w:t>
        <w:br/>
        <w:t>vn 0.3993 0.3392 -0.8518</w:t>
        <w:br/>
        <w:t>vn 0.7303 -0.6809 -0.0558</w:t>
        <w:br/>
        <w:t>vn 0.7852 -0.6119 -0.0948</w:t>
        <w:br/>
        <w:t>vn 0.8075 -0.5589 -0.1887</w:t>
        <w:br/>
        <w:t>vn 0.6465 -0.5528 -0.5258</w:t>
        <w:br/>
        <w:t>vn 0.6926 -0.4431 -0.5691</w:t>
        <w:br/>
        <w:t>vn 0.6926 -0.4431 -0.5692</w:t>
        <w:br/>
        <w:t>vn 0.6465 -0.5527 -0.5259</w:t>
        <w:br/>
        <w:t>vn 0.6128 -0.6219 -0.4876</w:t>
        <w:br/>
        <w:t>vn 0.7339 -0.2025 -0.6484</w:t>
        <w:br/>
        <w:t>vn 0.7265 -0.3397 -0.5973</w:t>
        <w:br/>
        <w:t>vn 0.9091 -0.1643 -0.3827</w:t>
        <w:br/>
        <w:t>vn 0.9094 -0.0414 -0.4138</w:t>
        <w:br/>
        <w:t>vn 0.9094 -0.0413 -0.4138</w:t>
        <w:br/>
        <w:t>vn 0.9091 -0.1643 -0.3828</w:t>
        <w:br/>
        <w:t>vn 0.7010 -0.0789 -0.7088</w:t>
        <w:br/>
        <w:t>vn 0.8182 0.3456 -0.4595</w:t>
        <w:br/>
        <w:t>vn 0.7907 0.3562 -0.4980</w:t>
        <w:br/>
        <w:t>vn 0.7466 0.3834 -0.5437</w:t>
        <w:br/>
        <w:t>vn 0.7153 0.3940 -0.5772</w:t>
        <w:br/>
        <w:t>vn 0.5913 0.2365 -0.7710</w:t>
        <w:br/>
        <w:t>vn 0.6165 0.2298 -0.7531</w:t>
        <w:br/>
        <w:t>vn 0.6613 0.0052 -0.7501</w:t>
        <w:br/>
        <w:t>vn -0.1350 0.0695 0.9884</w:t>
        <w:br/>
        <w:t>vn -0.1349 0.0695 0.9884</w:t>
        <w:br/>
        <w:t>vn -0.1135 0.1563 0.9812</w:t>
        <w:br/>
        <w:t>vn -0.1134 0.1563 0.9812</w:t>
        <w:br/>
        <w:t>vn 0.0438 0.3688 0.9285</w:t>
        <w:br/>
        <w:t>vn 0.0437 0.3689 0.9285</w:t>
        <w:br/>
        <w:t>vn 0.0135 0.3323 0.9431</w:t>
        <w:br/>
        <w:t>vn 0.0575 0.4091 0.9107</w:t>
        <w:br/>
        <w:t>vn 0.0665 0.4358 0.8976</w:t>
        <w:br/>
        <w:t>vn -0.5824 0.0955 -0.8073</w:t>
        <w:br/>
        <w:t>vn -0.6107 -0.0341 -0.7911</w:t>
        <w:br/>
        <w:t>vn -0.2864 0.0424 0.9572</w:t>
        <w:br/>
        <w:t>vn -0.5574 0.0676 0.8275</w:t>
        <w:br/>
        <w:t>vn -0.5702 0.1373 0.8100</w:t>
        <w:br/>
        <w:t>vn -0.2856 0.0995 0.9532</w:t>
        <w:br/>
        <w:t>vn -0.6104 -0.0605 -0.7898</w:t>
        <w:br/>
        <w:t>vn -0.5858 -0.0372 -0.8096</w:t>
        <w:br/>
        <w:t>vn -0.5859 -0.0372 -0.8096</w:t>
        <w:br/>
        <w:t>vn 0.6930 0.3079 -0.6518</w:t>
        <w:br/>
        <w:t>vn 0.4846 0.3275 -0.8111</w:t>
        <w:br/>
        <w:t>vn 0.4849 0.3113 -0.8173</w:t>
        <w:br/>
        <w:t>vn 0.7176 0.2887 -0.6338</w:t>
        <w:br/>
        <w:t>vn -0.2504 0.2916 -0.9232</w:t>
        <w:br/>
        <w:t>vn -0.2755 0.2881 -0.9171</w:t>
        <w:br/>
        <w:t>vn 0.4848 0.3113 -0.8173</w:t>
        <w:br/>
        <w:t>vn 0.4854 0.3454 -0.8032</w:t>
        <w:br/>
        <w:t>vn 0.6633 0.3297 -0.6718</w:t>
        <w:br/>
        <w:t>vn -0.2170 0.2973 -0.9298</w:t>
        <w:br/>
        <w:t>vn 0.6038 0.3790 -0.7012</w:t>
        <w:br/>
        <w:t>vn 0.6154 0.3938 -0.6828</w:t>
        <w:br/>
        <w:t>vn -0.0991 -0.1288 0.9867</w:t>
        <w:br/>
        <w:t>vn -0.1086 -0.1111 0.9879</w:t>
        <w:br/>
        <w:t>vn 0.7692 0.3688 -0.5219</w:t>
        <w:br/>
        <w:t>vn 0.5399 0.2529 -0.8028</w:t>
        <w:br/>
        <w:t>vn -0.1301 -0.1220 0.9840</w:t>
        <w:br/>
        <w:t>vn -0.1505 -0.1220 0.9811</w:t>
        <w:br/>
        <w:t>vn 0.8591 0.2703 -0.4346</w:t>
        <w:br/>
        <w:t>vn 0.8858 0.1589 -0.4360</w:t>
        <w:br/>
        <w:t>vn -0.1523 -0.0824 0.9849</w:t>
        <w:br/>
        <w:t>vn 0.6307 0.1756 -0.7559</w:t>
        <w:br/>
        <w:t>vn 0.9014 0.0747 -0.4265</w:t>
        <w:br/>
        <w:t>vn 0.9014 0.0748 -0.4264</w:t>
        <w:br/>
        <w:t>vn 0.8923 0.1109 -0.4376</w:t>
        <w:br/>
        <w:t>vn -0.0510 0.2664 0.9625</w:t>
        <w:br/>
        <w:t>vn -0.0509 0.2664 0.9625</w:t>
        <w:br/>
        <w:t>vn 0.8454 -0.4390 -0.3044</w:t>
        <w:br/>
        <w:t>vn 0.8941 -0.2948 -0.3372</w:t>
        <w:br/>
        <w:t>vn 0.8454 -0.4390 -0.3043</w:t>
        <w:br/>
        <w:t>vn -0.6244 0.2786 0.7297</w:t>
        <w:br/>
        <w:t>vn -0.2980 0.1889 0.9357</w:t>
        <w:br/>
        <w:t>vn -0.2893 0.1648 0.9429</w:t>
        <w:br/>
        <w:t>vn -0.5901 0.2420 0.7702</w:t>
        <w:br/>
        <w:t>vn -0.3320 -0.1735 0.9272</w:t>
        <w:br/>
        <w:t>vn -0.4958 -0.2134 0.8418</w:t>
        <w:br/>
        <w:t>vn -0.5032 -0.1469 0.8516</w:t>
        <w:br/>
        <w:t>vn -0.3396 -0.1306 0.9315</w:t>
        <w:br/>
        <w:t>vn -0.2828 -0.2686 0.9208</w:t>
        <w:br/>
        <w:t>vn -0.4882 -0.3189 0.8123</w:t>
        <w:br/>
        <w:t>vn -0.4879 -0.2698 0.8302</w:t>
        <w:br/>
        <w:t>vn -0.3084 -0.2114 0.9275</w:t>
        <w:br/>
        <w:t>vn -0.5054 -0.3517 0.7880</w:t>
        <w:br/>
        <w:t>vn -0.2659 -0.3034 0.9150</w:t>
        <w:br/>
        <w:t>vn -0.2591 -0.3108 0.9145</w:t>
        <w:br/>
        <w:t>vn -0.5255 -0.3665 0.7678</w:t>
        <w:br/>
        <w:t>vn -0.3226 0.1835 -0.9286</w:t>
        <w:br/>
        <w:t>vn -0.3180 0.2036 -0.9260</w:t>
        <w:br/>
        <w:t>vn -0.2063 -0.3416 0.9169</w:t>
        <w:br/>
        <w:t>vn -0.1782 -0.3507 0.9194</w:t>
        <w:br/>
        <w:t>vn -0.5149 -0.4164 0.7493</w:t>
        <w:br/>
        <w:t>vn -0.5328 -0.4053 0.7429</w:t>
        <w:br/>
        <w:t>vn -0.1500 -0.3399 0.9284</w:t>
        <w:br/>
        <w:t>vn -0.1181 -0.3276 0.9374</w:t>
        <w:br/>
        <w:t>vn -0.5032 -0.3857 0.7733</w:t>
        <w:br/>
        <w:t>vn -0.5033 -0.4029 0.7644</w:t>
        <w:br/>
        <w:t>vn -0.0668 -0.3440 0.9366</w:t>
        <w:br/>
        <w:t>vn -0.1721 -0.3872 0.9058</w:t>
        <w:br/>
        <w:t>vn -0.4413 -0.4117 0.7974</w:t>
        <w:br/>
        <w:t>vn -0.4874 -0.3971 0.7777</w:t>
        <w:br/>
        <w:t>vn -0.0093 -0.3732 0.9277</w:t>
        <w:br/>
        <w:t>vn -0.0000 -0.3262 0.9453</w:t>
        <w:br/>
        <w:t>vn 0.0000 -0.3725 0.9280</w:t>
        <w:br/>
        <w:t>vn -0.3296 -0.0979 0.9390</w:t>
        <w:br/>
        <w:t>vn -0.5211 -0.1032 0.8472</w:t>
        <w:br/>
        <w:t>vn -0.5442 -0.0160 0.8388</w:t>
        <w:br/>
        <w:t>vn -0.3052 -0.0324 0.9517</w:t>
        <w:br/>
        <w:t>vn -0.5164 -0.0871 -0.8519</w:t>
        <w:br/>
        <w:t>vn -0.5348 -0.0944 -0.8397</w:t>
        <w:br/>
        <w:t>vn -0.2851 0.2742 0.9184</w:t>
        <w:br/>
        <w:t>vn -0.3083 0.1930 0.9315</w:t>
        <w:br/>
        <w:t>vn -0.6437 0.3099 0.6998</w:t>
        <w:br/>
        <w:t>vn -0.6242 0.4113 0.6642</w:t>
        <w:br/>
        <w:t>vn -0.5483 -0.0869 -0.8317</w:t>
        <w:br/>
        <w:t>vn -0.4396 -0.0106 -0.8981</w:t>
        <w:br/>
        <w:t>vn -0.4155 0.0186 -0.9094</w:t>
        <w:br/>
        <w:t>vn -0.4006 0.0470 -0.9150</w:t>
        <w:br/>
        <w:t>vn -0.3843 0.0913 -0.9187</w:t>
        <w:br/>
        <w:t>vn -0.3844 0.0913 -0.9186</w:t>
        <w:br/>
        <w:t>vn -0.3415 0.1658 -0.9252</w:t>
        <w:br/>
        <w:t>vn -0.3547 0.1501 -0.9229</w:t>
        <w:br/>
        <w:t>vn -0.3547 0.1500 -0.9229</w:t>
        <w:br/>
        <w:t>vn -0.2320 -0.3335 0.9138</w:t>
        <w:br/>
        <w:t>vn -0.5396 -0.3944 0.7438</w:t>
        <w:br/>
        <w:t>vn -0.5366 -0.3813 0.7528</w:t>
        <w:br/>
        <w:t>vn -0.2506 -0.3242 0.9122</w:t>
        <w:br/>
        <w:t>vn -0.3494 0.2087 -0.9134</w:t>
        <w:br/>
        <w:t>vn -0.3958 0.1871 -0.8991</w:t>
        <w:br/>
        <w:t>vn -0.4354 0.1592 -0.8860</w:t>
        <w:br/>
        <w:t>vn -0.4684 0.2052 -0.8593</w:t>
        <w:br/>
        <w:t>vn -0.4685 0.2052 -0.8593</w:t>
        <w:br/>
        <w:t>vn -0.5050 0.2469 -0.8270</w:t>
        <w:br/>
        <w:t>vn -0.7335 0.1799 -0.6555</w:t>
        <w:br/>
        <w:t>vn -0.7966 0.1217 -0.5922</w:t>
        <w:br/>
        <w:t>vn -0.7638 0.1582 -0.6257</w:t>
        <w:br/>
        <w:t>vn -0.4648 -0.0295 -0.8849</w:t>
        <w:br/>
        <w:t>vn -0.4648 -0.0294 -0.8849</w:t>
        <w:br/>
        <w:t>vn -0.2711 0.3118 0.9107</w:t>
        <w:br/>
        <w:t>vn -0.2622 0.3349 0.9050</w:t>
        <w:br/>
        <w:t>vn -0.5850 0.5093 0.6312</w:t>
        <w:br/>
        <w:t>vn -0.9269 -0.3649 -0.0882</w:t>
        <w:br/>
        <w:t>vn -0.9236 -0.3804 0.0478</w:t>
        <w:br/>
        <w:t>vn -0.9328 -0.3476 0.0953</w:t>
        <w:br/>
        <w:t>vn -0.9328 -0.3477 0.0953</w:t>
        <w:br/>
        <w:t>vn -0.9262 -0.3641 0.0978</w:t>
        <w:br/>
        <w:t>vn -0.9242 -0.3654 0.1116</w:t>
        <w:br/>
        <w:t>vn -0.9242 -0.3654 0.1115</w:t>
        <w:br/>
        <w:t>vn -0.9262 -0.3642 0.0977</w:t>
        <w:br/>
        <w:t>vn -0.9272 -0.3394 0.1582</w:t>
        <w:br/>
        <w:t>vn -0.9201 -0.3685 0.1328</w:t>
        <w:br/>
        <w:t>vn -0.9329 -0.3129 0.1786</w:t>
        <w:br/>
        <w:t>vn -0.9418 -0.2841 0.1796</w:t>
        <w:br/>
        <w:t>vn -0.9508 -0.2732 0.1459</w:t>
        <w:br/>
        <w:t>vn -0.9607 -0.2474 0.1256</w:t>
        <w:br/>
        <w:t>vn -0.9679 -0.1942 0.1593</w:t>
        <w:br/>
        <w:t>vn -0.9679 -0.1942 0.1594</w:t>
        <w:br/>
        <w:t>vn -0.9735 -0.1359 0.1837</w:t>
        <w:br/>
        <w:t>vn -0.9974 -0.0190 0.0698</w:t>
        <w:br/>
        <w:t>vn -0.9836 -0.0904 0.1564</w:t>
        <w:br/>
        <w:t>vn -0.9836 -0.0904 0.1563</w:t>
        <w:br/>
        <w:t>vn -0.9987 0.0515 -0.0047</w:t>
        <w:br/>
        <w:t>vn -0.9952 0.0946 -0.0237</w:t>
        <w:br/>
        <w:t>vn -0.9873 0.1538 -0.0404</w:t>
        <w:br/>
        <w:t>vn -0.9873 0.1537 -0.0404</w:t>
        <w:br/>
        <w:t>vn 0.1109 0.0825 0.9904</w:t>
        <w:br/>
        <w:t>vn 0.0826 0.0414 0.9957</w:t>
        <w:br/>
        <w:t>vn 0.0476 0.0669 0.9966</w:t>
        <w:br/>
        <w:t>vn 0.0278 0.0516 0.9983</w:t>
        <w:br/>
        <w:t>vn -0.0452 -0.0465 0.9979</w:t>
        <w:br/>
        <w:t>vn 0.0107 0.0133 0.9999</w:t>
        <w:br/>
        <w:t>vn -0.1231 -0.0882 0.9885</w:t>
        <w:br/>
        <w:t>vn -0.1647 -0.1099 0.9802</w:t>
        <w:br/>
        <w:t>vn -0.1150 -0.1434 0.9830</w:t>
        <w:br/>
        <w:t>vn -0.1564 -0.1275 0.9794</w:t>
        <w:br/>
        <w:t>vn -0.0063 -0.2321 0.9727</w:t>
        <w:br/>
        <w:t>vn -0.0612 -0.2030 0.9773</w:t>
        <w:br/>
        <w:t>vn 0.0633 -0.2313 0.9708</w:t>
        <w:br/>
        <w:t>vn 0.0320 -0.2255 0.9737</w:t>
        <w:br/>
        <w:t>vn 0.1492 -0.2298 0.9617</w:t>
        <w:br/>
        <w:t>vn 0.1052 -0.2301 0.9675</w:t>
        <w:br/>
        <w:t>vn 0.1846 -0.2336 0.9546</w:t>
        <w:br/>
        <w:t>vn 0.2883 -0.2110 0.9340</w:t>
        <w:br/>
        <w:t>vn 0.2267 -0.2239 0.9479</w:t>
        <w:br/>
        <w:t>vn 0.6198 -0.1565 0.7690</w:t>
        <w:br/>
        <w:t>vn 0.6274 -0.1984 0.7530</w:t>
        <w:br/>
        <w:t>vn 0.5351 -0.1903 0.8231</w:t>
        <w:br/>
        <w:t>vn 0.4747 -0.2132 0.8539</w:t>
        <w:br/>
        <w:t>vn 0.8031 -0.1084 0.5859</w:t>
        <w:br/>
        <w:t>vn 0.6977 -0.2589 0.6680</w:t>
        <w:br/>
        <w:t>vn 0.1167 0.0895 0.9891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-0.0645 -0.0589 0.9962</w:t>
        <w:br/>
        <w:t>vn 0.1815 -0.3026 0.9357</w:t>
        <w:br/>
        <w:t>vn 0.2489 -0.2694 0.9303</w:t>
        <w:br/>
        <w:t>vn 0.2755 -0.2793 0.9198</w:t>
        <w:br/>
        <w:t>vn 0.1882 -0.3300 0.9250</w:t>
        <w:br/>
        <w:t>vn 0.3400 -0.2365 0.9102</w:t>
        <w:br/>
        <w:t>vn -0.9783 0.1982 -0.0598</w:t>
        <w:br/>
        <w:t>vn 0.0000 -0.6202 0.7845</w:t>
        <w:br/>
        <w:t>vn 0.0000 -0.6084 0.7936</w:t>
        <w:br/>
        <w:t>vn -0.0000 -0.5223 0.8528</w:t>
        <w:br/>
        <w:t>vn -0.0000 -0.1964 0.9805</w:t>
        <w:br/>
        <w:t>vn 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-0.5419 -0.2938 0.7874</w:t>
        <w:br/>
        <w:t>vn -0.4559 -0.3246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-0.4416 -0.3056 0.8435</w:t>
        <w:br/>
        <w:t>vn -0.6224 -0.2016 0.7563</w:t>
        <w:br/>
        <w:t>vn -0.5828 -0.2721 0.7657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-0.1838 -0.2446 0.9521</w:t>
        <w:br/>
        <w:t>vn -0.1837 -0.2445 0.9521</w:t>
        <w:br/>
        <w:t>vn -0.0941 -0.2087 0.9734</w:t>
        <w:br/>
        <w:t>vn -0.6466 0.4291 -0.6307</w:t>
        <w:br/>
        <w:t>vn -0.6180 0.4371 -0.6535</w:t>
        <w:br/>
        <w:t>vn -0.4790 0.3912 -0.7858</w:t>
        <w:br/>
        <w:t>vn -0.4719 0.3868 -0.7923</w:t>
        <w:br/>
        <w:t>vn -0.4720 0.3867 -0.7923</w:t>
        <w:br/>
        <w:t>vn -0.4666 0.3965 -0.7906</w:t>
        <w:br/>
        <w:t>vn -0.4665 0.3965 -0.7907</w:t>
        <w:br/>
        <w:t>vn -0.4633 0.4152 -0.7829</w:t>
        <w:br/>
        <w:t>vn -0.4634 0.4152 -0.7829</w:t>
        <w:br/>
        <w:t>vn -0.3181 -0.0621 0.9460</w:t>
        <w:br/>
        <w:t>vn -0.4306 -0.1358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-0.7659 0.2897 -0.5739</w:t>
        <w:br/>
        <w:t>vn -0.5187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-0.4892 0.2958 -0.8204</w:t>
        <w:br/>
        <w:t>vn -0.5825 0.4035 -0.7056</w:t>
        <w:br/>
        <w:t>vn -0.6266 0.3638 -0.6893</w:t>
        <w:br/>
        <w:t>vn -0.4895 0.3573 -0.7954</w:t>
        <w:br/>
        <w:t>vn -0.3992 0.3392 -0.8518</w:t>
        <w:br/>
        <w:t>vn -0.3993 0.3392 -0.8518</w:t>
        <w:br/>
        <w:t>vn -0.4895 0.3573 -0.7955</w:t>
        <w:br/>
        <w:t>vn -0.3377 0.3401 -0.8777</w:t>
        <w:br/>
        <w:t>vn -0.7902 -0.6040 -0.1036</w:t>
        <w:br/>
        <w:t>vn -0.7359 -0.6739 -0.0652</w:t>
        <w:br/>
        <w:t>vn -0.8118 -0.5498 -0.1969</w:t>
        <w:br/>
        <w:t>vn -0.6826 -0.3077 -0.6629</w:t>
        <w:br/>
        <w:t>vn -0.6505 -0.4387 -0.6200</w:t>
        <w:br/>
        <w:t>vn -0.6235 -0.5116 -0.5912</w:t>
        <w:br/>
        <w:t>vn -0.6803 -0.1884 -0.7083</w:t>
        <w:br/>
        <w:t>vn -0.6439 -0.0642 -0.7624</w:t>
        <w:br/>
        <w:t>vn -0.8673 -0.0805 -0.4912</w:t>
        <w:br/>
        <w:t>vn -0.8920 -0.1825 -0.4135</w:t>
        <w:br/>
        <w:t>vn -0.8920 -0.1824 -0.4136</w:t>
        <w:br/>
        <w:t>vn -0.5897 0.0709 -0.8045</w:t>
        <w:br/>
        <w:t>vn -0.5896 0.0709 -0.8045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-0.5442 0.1582 -0.8239</w:t>
        <w:br/>
        <w:t>vn -0.5443 0.1582 -0.8239</w:t>
        <w:br/>
        <w:t>vn 0.0196 0.0161 0.9997</w:t>
        <w:br/>
        <w:t>vn 0.0357 -0.0644 0.9973</w:t>
        <w:br/>
        <w:t>vn -0.0466 0.2091 0.9768</w:t>
        <w:br/>
        <w:t>vn -0.0720 0.2577 0.9635</w:t>
        <w:br/>
        <w:t>vn -0.0895 0.2991 0.9500</w:t>
        <w:br/>
        <w:t>vn -0.0895 0.2990 0.9500</w:t>
        <w:br/>
        <w:t>vn -0.0981 0.3221 0.9416</w:t>
        <w:br/>
        <w:t>vn 0.5856 0.0996 -0.8044</w:t>
        <w:br/>
        <w:t>vn 0.6128 -0.0302 -0.7897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0.0875 0.9568</w:t>
        <w:br/>
        <w:t>vn 0.6123 -0.0567 -0.7886</w:t>
        <w:br/>
        <w:t>vn 0.5879 -0.0330 -0.8082</w:t>
        <w:br/>
        <w:t>vn 0.5880 -0.0330 -0.8082</w:t>
        <w:br/>
        <w:t>vn -0.4849 0.3113 -0.8173</w:t>
        <w:br/>
        <w:t>vn -0.4846 0.3274 -0.8111</w:t>
        <w:br/>
        <w:t>vn -0.6930 0.3079 -0.6518</w:t>
        <w:br/>
        <w:t>vn -0.7176 0.2887 -0.6338</w:t>
        <w:br/>
        <w:t>vn 0.2504 0.2916 -0.9232</w:t>
        <w:br/>
        <w:t>vn -0.4846 0.3275 -0.8111</w:t>
        <w:br/>
        <w:t>vn -0.4848 0.3113 -0.8173</w:t>
        <w:br/>
        <w:t>vn 0.2755 0.2880 -0.9171</w:t>
        <w:br/>
        <w:t>vn -0.4855 0.3454 -0.8032</w:t>
        <w:br/>
        <w:t>vn -0.6633 0.3297 -0.6718</w:t>
        <w:br/>
        <w:t>vn 0.2170 0.2973 -0.9298</w:t>
        <w:br/>
        <w:t>vn -0.4854 0.3454 -0.8032</w:t>
        <w:br/>
        <w:t>vn -0.6059 0.3873 -0.6949</w:t>
        <w:br/>
        <w:t>vn -0.6054 0.4150 -0.6791</w:t>
        <w:br/>
        <w:t>vn -0.6054 0.4150 -0.6792</w:t>
        <w:br/>
        <w:t>vn 0.0292 -0.2266 0.9736</w:t>
        <w:br/>
        <w:t>vn 0.0327 -0.2342 0.9716</w:t>
        <w:br/>
        <w:t>vn 0.0327 -0.2343 0.9716</w:t>
        <w:br/>
        <w:t>vn -0.7064 0.4058 -0.5800</w:t>
        <w:br/>
        <w:t>vn -0.7063 0.4052 -0.5804</w:t>
        <w:br/>
        <w:t>vn -0.4740 0.3788 -0.7949</w:t>
        <w:br/>
        <w:t>vn 0.0419 -0.2243 0.9736</w:t>
        <w:br/>
        <w:t>vn 0.0556 -0.2041 0.9774</w:t>
        <w:br/>
        <w:t>vn -0.7654 0.2945 -0.5722</w:t>
        <w:br/>
        <w:t>vn -0.7654 0.2944 -0.5722</w:t>
        <w:br/>
        <w:t>vn -0.7879 0.1923 -0.5850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0.4294 -0.2207 0.8757</w:t>
        <w:br/>
        <w:t>vn 0.1797 -0.1684 0.9692</w:t>
        <w:br/>
        <w:t>vn 0.1889 -0.1289 0.9735</w:t>
        <w:br/>
        <w:t>vn 0.1713 -0.2667 0.9484</w:t>
        <w:br/>
        <w:t>vn 0.1735 -0.2003 0.9643</w:t>
        <w:br/>
        <w:t>vn 0.4280 -0.2629 0.8647</w:t>
        <w:br/>
        <w:t>vn 0.4378 -0.3178 0.8410</w:t>
        <w:br/>
        <w:t>vn 0.1943 -0.3154 0.9288</w:t>
        <w:br/>
        <w:t>vn 0.1793 -0.3084 0.9342</w:t>
        <w:br/>
        <w:t>vn 0.4634 -0.3531 0.8128</w:t>
        <w:br/>
        <w:t>vn 0.4911 -0.3689 0.7892</w:t>
        <w:br/>
        <w:t>vn 0.3377 0.1814 -0.9236</w:t>
        <w:br/>
        <w:t>vn 0.3288 0.2040 -0.9221</w:t>
        <w:br/>
        <w:t>vn 0.1652 -0.3619 0.9175</w:t>
        <w:br/>
        <w:t>vn 0.1827 -0.3521 0.9180</w:t>
        <w:br/>
        <w:t>vn 0.5196 -0.4112 0.7489</w:t>
        <w:br/>
        <w:t>vn 0.5086 -0.4223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0.1734 -0.3853 0.9064</w:t>
        <w:br/>
        <w:t>vn 0.0706 -0.3427 0.9368</w:t>
        <w:br/>
        <w:t>vn 0.4874 -0.3971 0.7777</w:t>
        <w:br/>
        <w:t>vn 0.0000 -0.4231 0.9061</w:t>
        <w:br/>
        <w:t>vn 0.0163 -0.3589 0.9332</w:t>
        <w:br/>
        <w:t>vn 0.5175 -0.0357 0.8549</w:t>
        <w:br/>
        <w:t>vn 0.4767 -0.1241 0.8702</w:t>
        <w:br/>
        <w:t>vn 0.2048 -0.0903 0.9746</w:t>
        <w:br/>
        <w:t>vn 0.2249 -0.0268 0.9740</w:t>
        <w:br/>
        <w:t>vn 0.5220 -0.0786 -0.8493</w:t>
        <w:br/>
        <w:t>vn 0.5374 -0.0880 -0.8387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0.5501 -0.0821 -0.8310</w:t>
        <w:br/>
        <w:t>vn 0.4453 0.0148 -0.8953</w:t>
        <w:br/>
        <w:t>vn 0.4453 0.0148 -0.8952</w:t>
        <w:br/>
        <w:t>vn 0.4644 -0.0125 -0.8855</w:t>
        <w:br/>
        <w:t>vn 0.4300 0.0481 -0.9015</w:t>
        <w:br/>
        <w:t>vn 0.4300 0.0481 -0.9016</w:t>
        <w:br/>
        <w:t>vn 0.4112 0.0856 -0.9075</w:t>
        <w:br/>
        <w:t>vn 0.3762 0.1462 -0.9149</w:t>
        <w:br/>
        <w:t>vn 0.3762 0.1463 -0.9149</w:t>
        <w:br/>
        <w:t>vn 0.3598 0.1625 -0.9188</w:t>
        <w:br/>
        <w:t>vn 0.5091 -0.3848 0.7699</w:t>
        <w:br/>
        <w:t>vn 0.5192 -0.3994 0.7556</w:t>
        <w:br/>
        <w:t>vn 0.1964 -0.3419 0.9190</w:t>
        <w:br/>
        <w:t>vn 0.2018 -0.3302 0.9221</w:t>
        <w:br/>
        <w:t>vn 0.3966 0.1902 -0.8981</w:t>
        <w:br/>
        <w:t>vn 0.3549 0.2111 -0.9108</w:t>
        <w:br/>
        <w:t>vn 0.4345 0.1599 -0.8864</w:t>
        <w:br/>
        <w:t>vn 0.4344 0.1599 -0.8864</w:t>
        <w:br/>
        <w:t>vn 0.4680 0.2044 -0.8597</w:t>
        <w:br/>
        <w:t>vn 0.4680 0.2045 -0.8597</w:t>
        <w:br/>
        <w:t>vn -0.0117 0.3760 -0.9265</w:t>
        <w:br/>
        <w:t>vn 0.5050 0.2469 -0.8271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0.2709 0.2992 0.9149</w:t>
        <w:br/>
        <w:t>vn 0.5875 0.4972 0.6384</w:t>
        <w:br/>
        <w:t>vn 0.2622 0.3225 0.9095</w:t>
        <w:br/>
        <w:t>vn 0.9269 -0.3649 -0.0882</w:t>
        <w:br/>
        <w:t>vn 0.9267 -0.3729 0.0470</w:t>
        <w:br/>
        <w:t>vn 0.9377 -0.3345 0.0936</w:t>
        <w:br/>
        <w:t>vn 0.9089 -0.4039 0.1043</w:t>
        <w:br/>
        <w:t>vn 0.9186 -0.3840 0.0937</w:t>
        <w:br/>
        <w:t>vn 0.9186 -0.3840 0.0936</w:t>
        <w:br/>
        <w:t>vn 0.8991 -0.4129 0.1451</w:t>
        <w:br/>
        <w:t>vn 0.8972 -0.4248 0.1211</w:t>
        <w:br/>
        <w:t>vn 0.9087 -0.3795 0.1739</w:t>
        <w:br/>
        <w:t>vn 0.9015 -0.3998 0.1657</w:t>
        <w:br/>
        <w:t>vn 0.9208 -0.3558 0.1597</w:t>
        <w:br/>
        <w:t>vn 0.9259 -0.3341 0.1761</w:t>
        <w:br/>
        <w:t>vn 0.9259 -0.3341 0.1760</w:t>
        <w:br/>
        <w:t>vn 0.9287 -0.2962 0.2230</w:t>
        <w:br/>
        <w:t>vn 0.9287 -0.2962 0.2229</w:t>
        <w:br/>
        <w:t>vn 0.9331 -0.2514 0.2570</w:t>
        <w:br/>
        <w:t>vn 0.9331 -0.2515 0.2569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0.0716 -0.0002</w:t>
        <w:br/>
        <w:t>vn -0.1134 0.0722 0.9909</w:t>
        <w:br/>
        <w:t>vn -0.0854 0.0308 0.9959</w:t>
        <w:br/>
        <w:t>vn -0.0502 0.0560 0.9972</w:t>
        <w:br/>
        <w:t>vn -0.0404 0.0464 0.9981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-0.1220 -0.2337 0.9646</w:t>
        <w:br/>
        <w:t>vn -0.1101 -0.1928 0.9750</w:t>
        <w:br/>
        <w:t>vn -0.1299 -0.2357 0.9631</w:t>
        <w:br/>
        <w:t>vn -0.1239 -0.2272 0.9659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-0.5351 -0.1903 0.8231</w:t>
        <w:br/>
        <w:t>vn -0.6274 -0.1984 0.7530</w:t>
        <w:br/>
        <w:t>vn -0.6198 -0.1565 0.7690</w:t>
        <w:br/>
        <w:t>vn -0.4728 -0.2108 0.8556</w:t>
        <w:br/>
        <w:t>vn -0.6977 -0.2589 0.6680</w:t>
        <w:br/>
        <w:t>vn -0.8031 -0.1084 0.5859</w:t>
        <w:br/>
        <w:t>vn -0.1191 0.0793 0.9897</w:t>
        <w:br/>
        <w:t>vn -0.2938 -0.5172 0.8039</w:t>
        <w:br/>
        <w:t>vn -0.4904 -0.3845 0.7821</w:t>
        <w:br/>
        <w:t>vn -0.0164 -0.5830 0.8123</w:t>
        <w:br/>
        <w:t>vn -0.1675 -0.4870 0.8572</w:t>
        <w:br/>
        <w:t>vn 0.2710 -0.3501 0.8966</w:t>
        <w:br/>
        <w:t>vn 0.4903 -0.3845 0.7821</w:t>
        <w:br/>
        <w:t>vn 0.1669 -0.3394 0.9257</w:t>
        <w:br/>
        <w:t>vn 0.0162 -0.3589 0.9332</w:t>
        <w:br/>
        <w:t>vn 0.0645 -0.0589 0.9962</w:t>
        <w:br/>
        <w:t>vn -0.1816 -0.2959 0.9378</w:t>
        <w:br/>
        <w:t>vn -0.1882 -0.3300 0.9250</w:t>
        <w:br/>
        <w:t>vn -0.2755 -0.2793 0.9198</w:t>
        <w:br/>
        <w:t>vn -0.2491 -0.2625 0.9322</w:t>
        <w:br/>
        <w:t>vn -0.3400 -0.2364 0.9102</w:t>
        <w:br/>
        <w:t>vn 0.9934 0.1139 -0.0130</w:t>
        <w:br/>
        <w:t>vn 0.3859 -0.4685 0.7947</w:t>
        <w:br/>
        <w:t>vn 0.3578 -0.5236 0.7732</w:t>
        <w:br/>
        <w:t>vn 0.0441 -0.3071 0.9506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0.0847 -0.5566</w:t>
        <w:br/>
        <w:t>vn 0.8265 0.0847 -0.5565</w:t>
        <w:br/>
        <w:t>vn -0.5681 0.2430 -0.7863</w:t>
        <w:br/>
        <w:t>vn 0.6437 0.1991 -0.7389</w:t>
        <w:br/>
        <w:t>vn -0.3284 -0.6007 0.7290</w:t>
        <w:br/>
        <w:t>vn -0.1439 0.0071 -0.9896</w:t>
        <w:br/>
        <w:t>vn -0.1523 0.0580 -0.9866</w:t>
        <w:br/>
        <w:t>vn -0.1438 0.0073 -0.9896</w:t>
        <w:br/>
        <w:t>vn -0.1504 -0.0409 -0.9878</w:t>
        <w:br/>
        <w:t>vn -0.1600 -0.0901 -0.9830</w:t>
        <w:br/>
        <w:t>vn -0.1600 -0.0902 -0.9830</w:t>
        <w:br/>
        <w:t>vn -0.1504 -0.0408 -0.9878</w:t>
        <w:br/>
        <w:t>vn -0.1740 0.1012 -0.9795</w:t>
        <w:br/>
        <w:t>vn -0.2071 0.1855 -0.9606</w:t>
        <w:br/>
        <w:t>vn -0.2139 0.2336 -0.9485</w:t>
        <w:br/>
        <w:t>vn -0.2738 0.2443 -0.9303</w:t>
        <w:br/>
        <w:t>vn -0.3114 0.2414 -0.9191</w:t>
        <w:br/>
        <w:t>vn -0.3114 0.2413 -0.9191</w:t>
        <w:br/>
        <w:t>vn -0.3752 0.2188 -0.9008</w:t>
        <w:br/>
        <w:t>vn 0.9375 0.1312 -0.3222</w:t>
        <w:br/>
        <w:t>vn 0.9312 0.0911 -0.3530</w:t>
        <w:br/>
        <w:t>vn -0.4371 -0.4442 -0.7821</w:t>
        <w:br/>
        <w:t>vn -0.4371 -0.4441 -0.7821</w:t>
        <w:br/>
        <w:t>vn -0.3907 -0.3688 -0.8434</w:t>
        <w:br/>
        <w:t>vn -0.2839 -0.2355 -0.9295</w:t>
        <w:br/>
        <w:t>vn -0.2840 -0.2355 -0.9295</w:t>
        <w:br/>
        <w:t>vn -0.3155 -0.2538 -0.9144</w:t>
        <w:br/>
        <w:t>vn -0.3155 -0.2537 -0.9144</w:t>
        <w:br/>
        <w:t>vn -0.1839 -0.1291 -0.9744</w:t>
        <w:br/>
        <w:t>vn -0.2377 -0.2089 -0.9486</w:t>
        <w:br/>
        <w:t>vn -0.4126 0.2235 -0.8831</w:t>
        <w:br/>
        <w:t>vn -0.8469 -0.0111 0.5317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0.1307 0.5588</w:t>
        <w:br/>
        <w:t>vn -0.8040 0.2272 0.5496</w:t>
        <w:br/>
        <w:t>vn -0.4811 0.3039 0.8223</w:t>
        <w:br/>
        <w:t>vn -0.7903 0.3297 0.5165</w:t>
        <w:br/>
        <w:t>vn -0.7788 0.4182 0.4675</w:t>
        <w:br/>
        <w:t>vn -0.4629 0.3705 0.8053</w:t>
        <w:br/>
        <w:t>vn -0.7323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0.6216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0.9783</w:t>
        <w:br/>
        <w:t>vn 0.1646 -0.1263 0.9782</w:t>
        <w:br/>
        <w:t>vn 0.1854 -0.1849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0.5511 -0.2577 0.7936</w:t>
        <w:br/>
        <w:t>vn -0.0146 0.2623 0.9649</w:t>
        <w:br/>
        <w:t>vn -0.0473 0.2428 0.9689</w:t>
        <w:br/>
        <w:t>vn -0.0315 0.2163 0.9758</w:t>
        <w:br/>
        <w:t>vn 0.0240 0.4516 0.8919</w:t>
        <w:br/>
        <w:t>vn 0.0133 0.3812 0.9244</w:t>
        <w:br/>
        <w:t>vn -0.0806 0.2204 0.9721</w:t>
        <w:br/>
        <w:t>vn -0.2844 0.2489 -0.9258</w:t>
        <w:br/>
        <w:t>vn -0.3065 0.2352 -0.9223</w:t>
        <w:br/>
        <w:t>vn -0.3065 0.2352 -0.9224</w:t>
        <w:br/>
        <w:t>vn 0.1744 -0.2814 0.9436</w:t>
        <w:br/>
        <w:t>vn 0.1744 -0.2815 0.9436</w:t>
        <w:br/>
        <w:t>vn 0.1718 -0.2699 0.9474</w:t>
        <w:br/>
        <w:t>vn -0.2891 0.2364 -0.9276</w:t>
        <w:br/>
        <w:t>vn 0.1738 -0.2939 0.9399</w:t>
        <w:br/>
        <w:t>vn 0.1743 -0.2940 0.9398</w:t>
        <w:br/>
        <w:t>vn -0.2271 0.2551 -0.9398</w:t>
        <w:br/>
        <w:t>vn -0.2496 0.2546 -0.9343</w:t>
        <w:br/>
        <w:t>vn -0.2495 0.2546 -0.9343</w:t>
        <w:br/>
        <w:t>vn -0.2271 0.2551 -0.9399</w:t>
        <w:br/>
        <w:t>vn 0.1723 -0.2563 0.9511</w:t>
        <w:br/>
        <w:t>vn 0.1723 -0.2564 0.9511</w:t>
        <w:br/>
        <w:t>vn 0.1812 -0.2399 0.9537</w:t>
        <w:br/>
        <w:t>vn 0.1811 -0.2399 0.9538</w:t>
        <w:br/>
        <w:t>vn -0.6908 -0.2060 0.6930</w:t>
        <w:br/>
        <w:t>vn -0.7408 -0.2156 0.6362</w:t>
        <w:br/>
        <w:t>vn -0.6908 -0.2060 0.6931</w:t>
        <w:br/>
        <w:t>vn -0.8063 -0.2525 0.5350</w:t>
        <w:br/>
        <w:t>vn -0.8249 -0.3034 0.4770</w:t>
        <w:br/>
        <w:t>vn -0.8195 -0.3453 0.4573</w:t>
        <w:br/>
        <w:t>vn -0.8195 -0.3454 0.4573</w:t>
        <w:br/>
        <w:t>vn -0.8130 -0.3643 0.4542</w:t>
        <w:br/>
        <w:t>vn -0.8131 -0.3643 0.4541</w:t>
        <w:br/>
        <w:t>vn -0.8194 -0.4000 0.4107</w:t>
        <w:br/>
        <w:t>vn -0.8108 -0.3839 0.4419</w:t>
        <w:br/>
        <w:t>vn -0.8414 -0.3853 0.3790</w:t>
        <w:br/>
        <w:t>vn -0.8360 -0.3909 0.3851</w:t>
        <w:br/>
        <w:t>vn -0.8413 -0.3853 0.3791</w:t>
        <w:br/>
        <w:t>vn -0.8395 -0.3500 0.4155</w:t>
        <w:br/>
        <w:t>vn -0.8309 -0.3998 0.3870</w:t>
        <w:br/>
        <w:t>vn -0.8309 -0.3999 0.3870</w:t>
        <w:br/>
        <w:t>vn -0.8395 -0.3500 0.4156</w:t>
        <w:br/>
        <w:t>vn -0.8540 -0.2100 0.4760</w:t>
        <w:br/>
        <w:t>vn -0.8557 -0.1061 0.5064</w:t>
        <w:br/>
        <w:t>vn 0.8949 -0.1077 -0.4331</w:t>
        <w:br/>
        <w:t>vn 0.8949 -0.1078 -0.4331</w:t>
        <w:br/>
        <w:t>vn 0.9011 0.0062 -0.4336</w:t>
        <w:br/>
        <w:t>vn 0.8901 -0.2024 -0.4085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0.8587 0.3355 -0.3873</w:t>
        <w:br/>
        <w:t>vn 0.8784 0.2666 -0.3967</w:t>
        <w:br/>
        <w:t>vn 0.8783 0.2668 -0.3968</w:t>
        <w:br/>
        <w:t>vn 0.8604 0.3634 -0.3574</w:t>
        <w:br/>
        <w:t>vn 0.8604 0.3634 -0.3573</w:t>
        <w:br/>
        <w:t>vn 0.8919 0.3043 -0.3344</w:t>
        <w:br/>
        <w:t>vn 0.9281 0.2170 -0.3025</w:t>
        <w:br/>
        <w:t>vn -0.4201 0.2465 -0.8733</w:t>
        <w:br/>
        <w:t>vn 0.8275 -0.4963 -0.2625</w:t>
        <w:br/>
        <w:t>vn 0.7640 -0.6047 -0.2250</w:t>
        <w:br/>
        <w:t>vn 0.8814 -0.2978 -0.3666</w:t>
        <w:br/>
        <w:t>vn 0.8672 -0.3830 -0.3183</w:t>
        <w:br/>
        <w:t>vn 0.8672 -0.3830 -0.3182</w:t>
        <w:br/>
        <w:t>vn 0.8368 0.3985 -0.3754</w:t>
        <w:br/>
        <w:t>vn 0.8364 0.3867 -0.3884</w:t>
        <w:br/>
        <w:t>vn 0.8513 0.3813 -0.3604</w:t>
        <w:br/>
        <w:t>vn 0.8464 0.3892 -0.3636</w:t>
        <w:br/>
        <w:t>vn 0.8463 0.3892 -0.3636</w:t>
        <w:br/>
        <w:t>vn 0.8429 0.3726 -0.3882</w:t>
        <w:br/>
        <w:t>vn 0.8379 0.3924 -0.3794</w:t>
        <w:br/>
        <w:t>vn 0.8379 0.3924 -0.3793</w:t>
        <w:br/>
        <w:t>vn 0.6072 -0.7915 -0.0691</w:t>
        <w:br/>
        <w:t>vn 0.6819 -0.7155 -0.1523</w:t>
        <w:br/>
        <w:t>vn 0.1523 0.0580 -0.9866</w:t>
        <w:br/>
        <w:t>vn 0.1438 0.0074 -0.9896</w:t>
        <w:br/>
        <w:t>vn 0.1438 0.0073 -0.9896</w:t>
        <w:br/>
        <w:t>vn 0.1600 -0.0902 -0.9830</w:t>
        <w:br/>
        <w:t>vn 0.1600 -0.0901 -0.9830</w:t>
        <w:br/>
        <w:t>vn 0.1505 -0.0410 -0.9878</w:t>
        <w:br/>
        <w:t>vn 0.1504 -0.0407 -0.9878</w:t>
        <w:br/>
        <w:t>vn 0.1740 0.1012 -0.9795</w:t>
        <w:br/>
        <w:t>vn 0.2071 0.1855 -0.9606</w:t>
        <w:br/>
        <w:t>vn 0.2139 0.2336 -0.9485</w:t>
        <w:br/>
        <w:t>vn 0.3114 0.2413 -0.9191</w:t>
        <w:br/>
        <w:t>vn 0.3114 0.2414 -0.9191</w:t>
        <w:br/>
        <w:t>vn 0.2737 0.2443 -0.9303</w:t>
        <w:br/>
        <w:t>vn 0.3752 0.2188 -0.9008</w:t>
        <w:br/>
        <w:t>vn -0.9312 0.0911 -0.3530</w:t>
        <w:br/>
        <w:t>vn -0.9375 0.1312 -0.3222</w:t>
        <w:br/>
        <w:t>vn 0.3907 -0.3688 -0.8434</w:t>
        <w:br/>
        <w:t>vn 0.4371 -0.4441 -0.7821</w:t>
        <w:br/>
        <w:t>vn 0.3155 -0.2538 -0.9144</w:t>
        <w:br/>
        <w:t>vn 0.2839 -0.2355 -0.9295</w:t>
        <w:br/>
        <w:t>vn 0.3155 -0.2539 -0.9143</w:t>
        <w:br/>
        <w:t>vn 0.2376 -0.2089 -0.9486</w:t>
        <w:br/>
        <w:t>vn 0.1839 -0.1291 -0.9744</w:t>
        <w:br/>
        <w:t>vn 0.2377 -0.2089 -0.9486</w:t>
        <w:br/>
        <w:t>vn 0.4126 0.2235 -0.8831</w:t>
        <w:br/>
        <w:t>vn 0.5045 0.0533 0.8617</w:t>
        <w:br/>
        <w:t>vn 0.8325 0.0668 0.5499</w:t>
        <w:br/>
        <w:t>vn 0.8469 -0.0111 0.5317</w:t>
        <w:br/>
        <w:t>vn 0.5021 -0.0263 0.8644</w:t>
        <w:br/>
        <w:t>vn 0.4972 0.2002 0.8442</w:t>
        <w:br/>
        <w:t>vn 0.8040 0.2272 0.5496</w:t>
        <w:br/>
        <w:t>vn 0.8189 0.1307 0.5588</w:t>
        <w:br/>
        <w:t>vn 0.5034 0.1251 0.8549</w:t>
        <w:br/>
        <w:t>vn 0.4811 0.3039 0.8223</w:t>
        <w:br/>
        <w:t>vn 0.4629 0.3705 0.8053</w:t>
        <w:br/>
        <w:t>vn 0.7788 0.4182 0.4675</w:t>
        <w:br/>
        <w:t>vn 0.7903 0.3297 0.5165</w:t>
        <w:br/>
        <w:t>vn 0.7323 0.5890 0.3420</w:t>
        <w:br/>
        <w:t>vn 0.7612 0.5083 0.4028</w:t>
        <w:br/>
        <w:t>vn 0.5681 0.4951 0.6574</w:t>
        <w:br/>
        <w:t>vn 0.4113 0.5545 0.7234</w:t>
        <w:br/>
        <w:t>vn 0.6982 0.6440 0.3127</w:t>
        <w:br/>
        <w:t>vn 0.3825 0.6215 0.6836</w:t>
        <w:br/>
        <w:t>vn 0.4887 -0.1108 0.8654</w:t>
        <w:br/>
        <w:t>vn -0.0074 -0.0862 0.9962</w:t>
        <w:br/>
        <w:t>vn 0.0425 -0.0354 0.9985</w:t>
        <w:br/>
        <w:t>vn 0.0940 0.0960 0.9909</w:t>
        <w:br/>
        <w:t>vn 0.0723 0.0288 0.9970</w:t>
        <w:br/>
        <w:t>vn -0.0918 -0.1168 0.9889</w:t>
        <w:br/>
        <w:t>vn -0.1646 -0.1263 0.9782</w:t>
        <w:br/>
        <w:t>vn -0.1646 -0.1263 0.9783</w:t>
        <w:br/>
        <w:t>vn -0.1854 -0.1849 0.9651</w:t>
        <w:br/>
        <w:t>vn -0.1855 -0.1849 0.9651</w:t>
        <w:br/>
        <w:t>vn -0.1810 -0.2641 0.9474</w:t>
        <w:br/>
        <w:t>vn -0.2196 -0.2354 0.9468</w:t>
        <w:br/>
        <w:t>vn -0.3162 -0.2237 0.9219</w:t>
        <w:br/>
        <w:t>vn -0.4682 -0.2349 0.8518</w:t>
        <w:br/>
        <w:t>vn -0.5511 -0.2577 0.7936</w:t>
        <w:br/>
        <w:t>vn 0.0146 0.2623 0.9649</w:t>
        <w:br/>
        <w:t>vn 0.0315 0.2163 0.9758</w:t>
        <w:br/>
        <w:t>vn 0.0473 0.2428 0.9689</w:t>
        <w:br/>
        <w:t>vn -0.0133 0.3811 0.9244</w:t>
        <w:br/>
        <w:t>vn -0.0240 0.4515 0.8920</w:t>
        <w:br/>
        <w:t>vn 0.0806 0.2204 0.9721</w:t>
        <w:br/>
        <w:t>vn 0.3065 0.2352 -0.9224</w:t>
        <w:br/>
        <w:t>vn 0.3065 0.2352 -0.9223</w:t>
        <w:br/>
        <w:t>vn 0.2844 0.2489 -0.9258</w:t>
        <w:br/>
        <w:t>vn -0.1744 -0.2815 0.9436</w:t>
        <w:br/>
        <w:t>vn -0.1718 -0.2699 0.9475</w:t>
        <w:br/>
        <w:t>vn -0.1720 -0.2699 0.9474</w:t>
        <w:br/>
        <w:t>vn 0.2891 0.2364 -0.9276</w:t>
        <w:br/>
        <w:t>vn -0.1738 -0.2939 0.9399</w:t>
        <w:br/>
        <w:t>vn -0.1743 -0.2940 0.9398</w:t>
        <w:br/>
        <w:t>vn 0.2272 0.2551 -0.9398</w:t>
        <w:br/>
        <w:t>vn 0.2271 0.2551 -0.9399</w:t>
        <w:br/>
        <w:t>vn 0.2495 0.2546 -0.9343</w:t>
        <w:br/>
        <w:t>vn -0.1723 -0.2564 0.9511</w:t>
        <w:br/>
        <w:t>vn -0.1812 -0.2399 0.9538</w:t>
        <w:br/>
        <w:t>vn -0.1812 -0.2399 0.9537</w:t>
        <w:br/>
        <w:t>vn 0.7408 -0.2156 0.6362</w:t>
        <w:br/>
        <w:t>vn 0.7407 -0.2156 0.6362</w:t>
        <w:br/>
        <w:t>vn 0.6908 -0.2060 0.6930</w:t>
        <w:br/>
        <w:t>vn 0.6908 -0.2060 0.6931</w:t>
        <w:br/>
        <w:t>vn 0.8063 -0.2525 0.5350</w:t>
        <w:br/>
        <w:t>vn 0.8249 -0.3034 0.4770</w:t>
        <w:br/>
        <w:t>vn 0.8195 -0.3453 0.4573</w:t>
        <w:br/>
        <w:t>vn 0.8131 -0.3643 0.4541</w:t>
        <w:br/>
        <w:t>vn 0.8129 -0.3641 0.4545</w:t>
        <w:br/>
        <w:t>vn 0.8194 -0.4000 0.4107</w:t>
        <w:br/>
        <w:t>vn 0.8107 -0.3839 0.4419</w:t>
        <w:br/>
        <w:t>vn 0.8108 -0.3839 0.4419</w:t>
        <w:br/>
        <w:t>vn 0.8414 -0.3854 0.3788</w:t>
        <w:br/>
        <w:t>vn 0.8413 -0.3853 0.3791</w:t>
        <w:br/>
        <w:t>vn 0.8360 -0.3908 0.3851</w:t>
        <w:br/>
        <w:t>vn 0.8308 -0.3999 0.3870</w:t>
        <w:br/>
        <w:t>vn 0.8309 -0.3998 0.3870</w:t>
        <w:br/>
        <w:t>vn 0.8395 -0.3500 0.4155</w:t>
        <w:br/>
        <w:t>vn 0.8395 -0.3500 0.4156</w:t>
        <w:br/>
        <w:t>vn 0.8557 -0.1061 0.5064</w:t>
        <w:br/>
        <w:t>vn 0.8540 -0.2100 0.4760</w:t>
        <w:br/>
        <w:t>vn -0.9011 0.0062 -0.4336</w:t>
        <w:br/>
        <w:t>vn -0.8949 -0.1078 -0.4331</w:t>
        <w:br/>
        <w:t>vn -0.8901 -0.2024 -0.4085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-0.8783 0.2667 -0.3968</w:t>
        <w:br/>
        <w:t>vn -0.8587 0.3355 -0.3873</w:t>
        <w:br/>
        <w:t>vn -0.8783 0.2668 -0.3968</w:t>
        <w:br/>
        <w:t>vn -0.8919 0.3043 -0.3344</w:t>
        <w:br/>
        <w:t>vn -0.8604 0.3634 -0.3574</w:t>
        <w:br/>
        <w:t>vn -0.8604 0.3634 -0.3573</w:t>
        <w:br/>
        <w:t>vn -0.9281 0.2170 -0.3025</w:t>
        <w:br/>
        <w:t>vn 0.4201 0.2465 -0.8733</w:t>
        <w:br/>
        <w:t>vn -0.8275 -0.4963 -0.2625</w:t>
        <w:br/>
        <w:t>vn -0.7640 -0.6047 -0.2250</w:t>
        <w:br/>
        <w:t>vn -0.8672 -0.3830 -0.3182</w:t>
        <w:br/>
        <w:t>vn -0.8814 -0.2978 -0.3666</w:t>
        <w:br/>
        <w:t>vn -0.8368 0.3985 -0.3754</w:t>
        <w:br/>
        <w:t>vn -0.8364 0.3867 -0.3884</w:t>
        <w:br/>
        <w:t>vn -0.8513 0.3813 -0.3604</w:t>
        <w:br/>
        <w:t>vn -0.8463 0.3892 -0.3636</w:t>
        <w:br/>
        <w:t>vn -0.8464 0.3892 -0.3636</w:t>
        <w:br/>
        <w:t>vn -0.8429 0.3726 -0.3881</w:t>
        <w:br/>
        <w:t>vn -0.8379 0.3924 -0.3793</w:t>
        <w:br/>
        <w:t>vn -0.8429 0.3725 -0.3883</w:t>
        <w:br/>
        <w:t>vn -0.6072 -0.7915 -0.0691</w:t>
        <w:br/>
        <w:t>vn -0.6819 -0.7155 -0.1523</w:t>
        <w:br/>
        <w:t>vn -0.6072 -0.7916 -0.0691</w:t>
        <w:br/>
        <w:t>vn -0.1669 -0.3394 0.9257</w:t>
        <w:br/>
        <w:t>vn 0.2004 0.3595 -0.9114</w:t>
        <w:br/>
        <w:t>vn -0.4955 -0.4481 0.7441</w:t>
        <w:br/>
        <w:t>vn -0.6312 -0.4355 0.6419</w:t>
        <w:br/>
        <w:t>vn 0.3471 -0.0902 0.9335</w:t>
        <w:br/>
        <w:t>vn 0.2060 -0.6439 0.7368</w:t>
        <w:br/>
        <w:t>vn 0.8450 -0.3490 0.4052</w:t>
        <w:br/>
        <w:t>vn 0.0569 -0.0954 0.9938</w:t>
        <w:br/>
        <w:t>vn -0.9361 -0.2662 0.2300</w:t>
        <w:br/>
        <w:t>vn -0.9361 -0.2661 0.2299</w:t>
        <w:br/>
        <w:t>vn -0.5712 0.3235 -0.7543</w:t>
        <w:br/>
        <w:t>vn 0.4808 0.5789 -0.6586</w:t>
        <w:br/>
        <w:t>vn -0.5763 0.0297 0.8167</w:t>
        <w:br/>
        <w:t>vn -0.4583 -0.8884 0.0279</w:t>
        <w:br/>
        <w:t>vn 0.6633 -0.0635 -0.7456</w:t>
        <w:br/>
        <w:t>vn -0.8510 -0.4487 0.2729</w:t>
        <w:br/>
        <w:t>vn 0.3973 -0.2276 -0.8890</w:t>
        <w:br/>
        <w:t>vn 0.0824 -0.0813 -0.9933</w:t>
        <w:br/>
        <w:t>vn -0.4003 -0.9121 -0.0885</w:t>
        <w:br/>
        <w:t>vn -0.4588 -0.8701 -0.1800</w:t>
        <w:br/>
        <w:t>vn -0.3160 0.1711 0.9332</w:t>
        <w:br/>
        <w:t>vn 0.7792 0.5984 -0.1865</w:t>
        <w:br/>
        <w:t>vn 0.8458 0.0803 0.5274</w:t>
        <w:br/>
        <w:t>vn -0.3084 0.0291 0.9508</w:t>
        <w:br/>
        <w:t>vn -0.9404 -0.1844 -0.2857</w:t>
        <w:br/>
        <w:t>vn 0.4510 0.3156 -0.8349</w:t>
        <w:br/>
        <w:t>vn 0.0807 0.5224 -0.8489</w:t>
        <w:br/>
        <w:t>vn -0.7594 -0.2373 0.6058</w:t>
        <w:br/>
        <w:t>vn -0.8214 -0.0471 0.5684</w:t>
        <w:br/>
        <w:t>vn 0.4228 -0.9062 0.0113</w:t>
        <w:br/>
        <w:t>vn 0.4227 -0.9062 0.0112</w:t>
        <w:br/>
        <w:t>vn 0.6434 -0.1647 -0.7476</w:t>
        <w:br/>
        <w:t>vn -0.7069 0.0509 0.7055</w:t>
        <w:br/>
        <w:t>vn -0.5398 0.7785 0.3202</w:t>
        <w:br/>
        <w:t>vn -0.3030 -0.4490 0.8406</w:t>
        <w:br/>
        <w:t>vn 0.5762 -0.8162 -0.0435</w:t>
        <w:br/>
        <w:t>vn 0.2914 -0.9396 0.1795</w:t>
        <w:br/>
        <w:t>vn -0.0005 -0.7944 0.6074</w:t>
        <w:br/>
        <w:t>vn -0.2448 -0.6056 0.7572</w:t>
        <w:br/>
        <w:t>vn -0.3577 -0.5137 0.7799</w:t>
        <w:br/>
        <w:t>vn 0.4229 -0.8962 -0.1342</w:t>
        <w:br/>
        <w:t>vn 0.0553 0.4870 -0.8716</w:t>
        <w:br/>
        <w:t>vn -0.3167 0.7171 -0.6208</w:t>
        <w:br/>
        <w:t>vn -0.2598 -0.5662 0.7822</w:t>
        <w:br/>
        <w:t>vn -0.1709 0.7845 -0.5961</w:t>
        <w:br/>
        <w:t>vn 0.0340 -0.9811 0.1904</w:t>
        <w:br/>
        <w:t>vn -0.0533 -0.9928 0.1073</w:t>
        <w:br/>
        <w:t>vn 0.2870 -0.9468 -0.1457</w:t>
        <w:br/>
        <w:t>vn 0.7357 -0.3357 -0.5883</w:t>
        <w:br/>
        <w:t>vn 0.6444 0.3419 -0.6840</w:t>
        <w:br/>
        <w:t>vn -0.8857 -0.1223 0.4479</w:t>
        <w:br/>
        <w:t>vn -0.5503 0.7756 -0.3093</w:t>
        <w:br/>
        <w:t>vn 0.5250 0.5359 -0.6612</w:t>
        <w:br/>
        <w:t>vn 0.5628 -0.6284 -0.5369</w:t>
        <w:br/>
        <w:t>vn 0.6008 -0.7736 0.2015</w:t>
        <w:br/>
        <w:t>vn 0.8450 -0.5287 -0.0810</w:t>
        <w:br/>
        <w:t>vn 0.4837 -0.7565 0.4401</w:t>
        <w:br/>
        <w:t>vn 0.7324 0.0163 -0.6807</w:t>
        <w:br/>
        <w:t>vn 0.4921 0.2631 -0.8298</w:t>
        <w:br/>
        <w:t>vn 0.5607 -0.0436 -0.8269</w:t>
        <w:br/>
        <w:t>vn -0.8231 -0.3890 0.4137</w:t>
        <w:br/>
        <w:t>vn -0.5357 -0.8444 -0.0077</w:t>
        <w:br/>
        <w:t>vn -0.4964 -0.8678 0.0247</w:t>
        <w:br/>
        <w:t>vn 0.1594 0.9604 -0.2287</w:t>
        <w:br/>
        <w:t>vn 0.1649 0.0763 0.9834</w:t>
        <w:br/>
        <w:t>vn 0.8331 -0.5529 -0.0127</w:t>
        <w:br/>
        <w:t>vn 0.9868 0.0324 0.1588</w:t>
        <w:br/>
        <w:t>vn -0.9824 -0.0556 -0.1783</w:t>
        <w:br/>
        <w:t>vn 0.2656 0.0814 -0.9606</w:t>
        <w:br/>
        <w:t>vn -0.8443 -0.0224 -0.5354</w:t>
        <w:br/>
        <w:t>vn -0.8572 -0.0309 -0.5140</w:t>
        <w:br/>
        <w:t>vn -0.9319 -0.2897 -0.2182</w:t>
        <w:br/>
        <w:t>vn -0.9319 -0.2767 -0.2344</w:t>
        <w:br/>
        <w:t>vn 0.9750 0.2126 0.0653</w:t>
        <w:br/>
        <w:t>vn 0.9763 0.1302 0.1731</w:t>
        <w:br/>
        <w:t>vn 0.9733 0.2236 0.0523</w:t>
        <w:br/>
        <w:t>vn 0.0212 0.6032 -0.7973</w:t>
        <w:br/>
        <w:t>vn -0.0277 0.5574 -0.8298</w:t>
        <w:br/>
        <w:t>vn 0.8996 -0.1092 0.4227</w:t>
        <w:br/>
        <w:t>vn 0.8939 -0.1005 0.4368</w:t>
        <w:br/>
        <w:t>vn 0.7844 -0.2481 0.5685</w:t>
        <w:br/>
        <w:t>vn 0.7961 -0.2585 0.5471</w:t>
        <w:br/>
        <w:t>vn -0.8576 -0.5019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0.8228 -0.3703 0.4311</w:t>
        <w:br/>
        <w:t>vn 0.9660 0.1993 0.1645</w:t>
        <w:br/>
        <w:t>vn 0.9361 0.3503 0.0309</w:t>
        <w:br/>
        <w:t>vn 0.9505 0.3097 0.0272</w:t>
        <w:br/>
        <w:t>vn 0.9737 0.1701 0.1517</w:t>
        <w:br/>
        <w:t>vn 0.0137 0.6805 -0.7326</w:t>
        <w:br/>
        <w:t>vn 0.0138 0.6806 -0.7326</w:t>
        <w:br/>
        <w:t>vn 0.0625 0.6515 -0.7561</w:t>
        <w:br/>
        <w:t>vn 0.0625 0.6514 -0.7561</w:t>
        <w:br/>
        <w:t>vn -0.8704 -0.4117 -0.2700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-0.7323 -0.5388 -0.4165</w:t>
        <w:br/>
        <w:t>vn -0.7431 -0.1169 -0.6589</w:t>
        <w:br/>
        <w:t>vn -0.7250 -0.1604 -0.6699</w:t>
        <w:br/>
        <w:t>vn -0.6771 -0.5966 -0.4308</w:t>
        <w:br/>
        <w:t>vn 0.8849 -0.1148 0.4515</w:t>
        <w:br/>
        <w:t>vn 0.9109 0.3543 0.2113</w:t>
        <w:br/>
        <w:t>vn 0.8906 -0.1378 0.4334</w:t>
        <w:br/>
        <w:t>vn 0.7938 0.6015 0.0893</w:t>
        <w:br/>
        <w:t>vn 0.8420 0.5377 0.0442</w:t>
        <w:br/>
        <w:t>vn -0.0957 0.6524 -0.7518</w:t>
        <w:br/>
        <w:t>vn -0.0268 0.6646 -0.7467</w:t>
        <w:br/>
        <w:t>vn 0.7874 -0.3783 0.4868</w:t>
        <w:br/>
        <w:t>vn 0.7815 -0.3682 0.5036</w:t>
        <w:br/>
        <w:t>vn -0.4598 -0.8841 -0.0837</w:t>
        <w:br/>
        <w:t>vn -0.5479 -0.8331 -0.0751</w:t>
        <w:br/>
        <w:t>vn -0.3758 -0.7622 -0.5271</w:t>
        <w:br/>
        <w:t>vn -0.5000 -0.3870 -0.7748</w:t>
        <w:br/>
        <w:t>vn 0.7412 -0.3063 0.5974</w:t>
        <w:br/>
        <w:t>vn 0.7757 0.0714 0.6271</w:t>
        <w:br/>
        <w:t>vn 0.7972 0.0392 0.6025</w:t>
        <w:br/>
        <w:t>vn -0.2778 0.6031 -0.7478</w:t>
        <w:br/>
        <w:t>vn -0.2721 0.6027 -0.7501</w:t>
        <w:br/>
        <w:t>vn -0.2778 0.6030 -0.7478</w:t>
        <w:br/>
        <w:t>vn 0.7029 0.5759 0.4174</w:t>
        <w:br/>
        <w:t>vn 0.5911 0.7389 0.3236</w:t>
        <w:br/>
        <w:t>vn 0.6122 0.7400 0.2785</w:t>
        <w:br/>
        <w:t>vn -0.1088 -0.9813 -0.1586</w:t>
        <w:br/>
        <w:t>vn 0.7996 -0.3796 0.4653</w:t>
        <w:br/>
        <w:t>vn 0.8990 -0.1558 0.4093</w:t>
        <w:br/>
        <w:t>vn 0.0017 0.6834 -0.7300</w:t>
        <w:br/>
        <w:t>vn -0.6470 -0.7610 -0.0474</w:t>
        <w:br/>
        <w:t>vn -0.3485 -0.9330 -0.0899</w:t>
        <w:br/>
        <w:t>vn -0.3758 -0.7621 -0.5272</w:t>
        <w:br/>
        <w:t>vn -0.6186 -0.0755 -0.7820</w:t>
        <w:br/>
        <w:t>vn 0.5939 -0.0832 0.8002</w:t>
        <w:br/>
        <w:t>vn 0.4585 0.0697 0.8859</w:t>
        <w:br/>
        <w:t>vn 0.3007 0.2192 0.9282</w:t>
        <w:br/>
        <w:t>vn 0.6431 -0.7646 -0.0428</w:t>
        <w:br/>
        <w:t>vn 0.6431 -0.7645 -0.0428</w:t>
        <w:br/>
        <w:t>vn -0.8148 0.1874 -0.5486</w:t>
        <w:br/>
        <w:t>vn -0.8945 0.4072 -0.1846</w:t>
        <w:br/>
        <w:t>vn -0.9139 0.3749 -0.1557</w:t>
        <w:br/>
        <w:t>vn 0.4498 0.0420 0.8922</w:t>
        <w:br/>
        <w:t>vn 0.4538 0.0555 0.8894</w:t>
        <w:br/>
        <w:t>vn 0.5747 -0.0664 0.8157</w:t>
        <w:br/>
        <w:t>vn 0.5630 -0.0566 0.8245</w:t>
        <w:br/>
        <w:t>vn -0.5827 -0.0673 -0.8099</w:t>
        <w:br/>
        <w:t>vn -0.6029 -0.0677 -0.7950</w:t>
        <w:br/>
        <w:t>vn 0.3242 0.1395 0.9356</w:t>
        <w:br/>
        <w:t>vn 0.3171 0.1755 0.9320</w:t>
        <w:br/>
        <w:t>vn 0.7024 -0.7061 -0.0901</w:t>
        <w:br/>
        <w:t>vn 0.7242 -0.6822 -0.1006</w:t>
        <w:br/>
        <w:t>vn -0.9190 0.3509 -0.1795</w:t>
        <w:br/>
        <w:t>vn -0.7732 0.2029 -0.6008</w:t>
        <w:br/>
        <w:t>vn 0.4704 0.1427 0.8709</w:t>
        <w:br/>
        <w:t>vn 0.4772 -0.8787 0.0102</w:t>
        <w:br/>
        <w:t>vn -0.8741 0.1019 0.4749</w:t>
        <w:br/>
        <w:t>vn -0.3723 0.2150 0.9028</w:t>
        <w:br/>
        <w:t>vn -0.3724 0.2151 0.9028</w:t>
        <w:br/>
        <w:t>vn 0.8081 -0.3847 -0.4460</w:t>
        <w:br/>
        <w:t>vn 0.7916 -0.1245 0.5982</w:t>
        <w:br/>
        <w:t>vn -0.2414 0.4081 0.8804</w:t>
        <w:br/>
        <w:t>vn 0.6691 -0.1514 0.7276</w:t>
        <w:br/>
        <w:t>vn -0.7095 0.0350 -0.7038</w:t>
        <w:br/>
        <w:t>vn 0.4977 -0.7993 -0.3368</w:t>
        <w:br/>
        <w:t>vn 0.3830 0.6746 -0.6310</w:t>
        <w:br/>
        <w:t>vn -0.6460 0.0258 -0.7629</w:t>
        <w:br/>
        <w:t>vn -0.5535 -0.7588 0.3435</w:t>
        <w:br/>
        <w:t>vn -0.3649 -0.7812 0.5066</w:t>
        <w:br/>
        <w:t>vn -0.7999 0.1039 -0.5911</w:t>
        <w:br/>
        <w:t>vn -0.8542 -0.4338 -0.2868</w:t>
        <w:br/>
        <w:t>vn -0.6853 0.2924 -0.6670</w:t>
        <w:br/>
        <w:t>vn -0.0999 -0.3354 -0.9368</w:t>
        <w:br/>
        <w:t>vn -0.5164 -0.3034 -0.8008</w:t>
        <w:br/>
        <w:t>vn -0.9564 0.2914 0.0201</w:t>
        <w:br/>
        <w:t>vn -0.8859 0.4313 -0.1709</w:t>
        <w:br/>
        <w:t>vn -0.2270 -0.7606 -0.6083</w:t>
        <w:br/>
        <w:t>vn 0.1831 0.7201 0.6692</w:t>
        <w:br/>
        <w:t>vn 0.1833 0.7201 0.6692</w:t>
        <w:br/>
        <w:t>vn 0.9411 -0.3334 0.0553</w:t>
        <w:br/>
        <w:t>vn 0.9411 -0.3335 0.0553</w:t>
        <w:br/>
        <w:t>vn -0.9539 0.2995 -0.0164</w:t>
        <w:br/>
        <w:t>vn -0.1598 0.3942 0.9050</w:t>
        <w:br/>
        <w:t>vn 0.2822 0.4397 0.8527</w:t>
        <w:br/>
        <w:t>vn -0.5696 0.2699 0.7763</w:t>
        <w:br/>
        <w:t>vn 0.9592 0.1218 -0.2552</w:t>
        <w:br/>
        <w:t>vn 0.1856 0.2380 0.9534</w:t>
        <w:br/>
        <w:t>vn -0.9454 -0.1707 0.2775</w:t>
        <w:br/>
        <w:t>vn -0.1840 -0.2913 -0.9388</w:t>
        <w:br/>
        <w:t>vn -0.1750 0.2281 0.9578</w:t>
        <w:br/>
        <w:t>vn 0.2494 0.2991 0.9210</w:t>
        <w:br/>
        <w:t>vn -0.5669 0.1146 0.8158</w:t>
        <w:br/>
        <w:t>vn -0.9412 -0.2902 -0.1732</w:t>
        <w:br/>
        <w:t>vn 0.7606 -0.1259 -0.6369</w:t>
        <w:br/>
        <w:t>vn -0.2323 -0.1243 0.9647</w:t>
        <w:br/>
        <w:t>vn -0.2394 -0.1471 0.9597</w:t>
        <w:br/>
        <w:t>vn 0.2056 -0.0307 0.9782</w:t>
        <w:br/>
        <w:t>vn -0.8432 -0.2439 0.4792</w:t>
        <w:br/>
        <w:t>vn -0.9546 -0.2634 0.1393</w:t>
        <w:br/>
        <w:t>vn -0.9484 -0.2740 0.1596</w:t>
        <w:br/>
        <w:t>vn -0.8432 -0.2439 0.4791</w:t>
        <w:br/>
        <w:t>vn 0.7566 0.1436 -0.6379</w:t>
        <w:br/>
        <w:t>vn 0.7495 0.1693 -0.6400</w:t>
        <w:br/>
        <w:t>vn 0.7566 0.1435 -0.6379</w:t>
        <w:br/>
        <w:t>vn 0.2597 -0.0209 0.9655</w:t>
        <w:br/>
        <w:t>vn 0.2598 -0.0209 0.9654</w:t>
        <w:br/>
        <w:t>vn 0.2892 -0.0489 0.9560</w:t>
        <w:br/>
        <w:t>vn 0.2891 -0.0489 0.9560</w:t>
        <w:br/>
        <w:t>vn 0.2263 0.4109 -0.8831</w:t>
        <w:br/>
        <w:t>vn 0.5306 0.3711 -0.7621</w:t>
        <w:br/>
        <w:t>vn 0.6645 0.3677 -0.6506</w:t>
        <w:br/>
        <w:t>vn 0.0344 -0.1624 0.9861</w:t>
        <w:br/>
        <w:t>vn -0.0232 -0.1787 0.9836</w:t>
        <w:br/>
        <w:t>vn -0.2263 0.4109 -0.8831</w:t>
        <w:br/>
        <w:t>vn -0.4894 0.4190 -0.7648</w:t>
        <w:br/>
        <w:t>vn -0.6193 0.4347 -0.6539</w:t>
        <w:br/>
        <w:t>vn -0.1468 -0.2075 0.9672</w:t>
        <w:br/>
        <w:t>vn -0.1195 -0.2182 0.9686</w:t>
        <w:br/>
        <w:t>vn 0.7778 0.3027 -0.5509</w:t>
        <w:br/>
        <w:t>vn -0.5357 -0.4251 0.7296</w:t>
        <w:br/>
        <w:t>vn 0.7898 0.3651 -0.4930</w:t>
        <w:br/>
        <w:t>vn -0.1641 -0.1495 0.9750</w:t>
        <w:br/>
        <w:t>vn -0.8628 -0.3525 0.3625</w:t>
        <w:br/>
        <w:t>vn -0.1194 -0.2182 0.9686</w:t>
        <w:br/>
        <w:t>vn -0.6526 0.3865 -0.6517</w:t>
        <w:br/>
        <w:t>vn 0.4900 -0.4421 0.7513</w:t>
        <w:br/>
        <w:t>vn -0.7353 0.4941 -0.4639</w:t>
        <w:br/>
        <w:t>vn -0.2873 -0.0803 0.9545</w:t>
        <w:br/>
        <w:t>vn -0.2896 -0.0695 0.9546</w:t>
        <w:br/>
        <w:t>vn 0.1158 -0.2826 0.9522</w:t>
        <w:br/>
        <w:t>vn 0.8628 -0.3525 0.3625</w:t>
        <w:br/>
        <w:t>vn 0.3544 0.3847 -0.8523</w:t>
        <w:br/>
        <w:t>vn 0.5542 0.3270 -0.7655</w:t>
        <w:br/>
        <w:t>vn 0.2593 0.0258 0.9654</w:t>
        <w:br/>
        <w:t>vn -0.3544 0.3847 -0.8523</w:t>
        <w:br/>
        <w:t>vn -0.3547 0.3478 -0.8679</w:t>
        <w:br/>
        <w:t>vn -0.1823 -0.2670 0.9463</w:t>
        <w:br/>
        <w:t>vn -0.3338 0.0257 0.9423</w:t>
        <w:br/>
        <w:t>vn 0.6990 0.3171 -0.6410</w:t>
        <w:br/>
        <w:t>vn 0.1884 -0.0794 0.9789</w:t>
        <w:br/>
        <w:t>vn -0.6388 0.3110 -0.7037</w:t>
        <w:br/>
        <w:t>vn 0.8563 -0.0143 -0.5163</w:t>
        <w:br/>
        <w:t>vn -0.8659 -0.1712 0.4701</w:t>
        <w:br/>
        <w:t>vn -0.7946 0.1035 -0.5982</w:t>
        <w:br/>
        <w:t>vn 0.6955 -0.1623 0.7000</w:t>
        <w:br/>
        <w:t>vn 0.8659 -0.1711 0.4701</w:t>
        <w:br/>
        <w:t>vn -0.9830 -0.1214 0.1375</w:t>
        <w:br/>
        <w:t>vn -0.9830 -0.1213 0.1375</w:t>
        <w:br/>
        <w:t>vn -0.9968 0.0644 0.0468</w:t>
        <w:br/>
        <w:t>vn -0.1246 0.2914 0.9485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0.2549 0.8063</w:t>
        <w:br/>
        <w:t>vn 0.3269 0.1378 0.9349</w:t>
        <w:br/>
        <w:t>vn -0.3952 -0.2827 -0.8740</w:t>
        <w:br/>
        <w:t>vn -0.3950 -0.2827 -0.8741</w:t>
        <w:br/>
        <w:t>vn 0.5338 0.2549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0.5136 -0.7458 -0.4243</w:t>
        <w:br/>
        <w:t>vn -0.8714 0.4904 -0.0107</w:t>
        <w:br/>
        <w:t>vn 0.6411 -0.0453 0.7661</w:t>
        <w:br/>
        <w:t>vn 0.6411 -0.0454 0.7661</w:t>
        <w:br/>
        <w:t>vn -0.8674 -0.4727 0.1558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-0.4161 -0.8421 -0.3432</w:t>
        <w:br/>
        <w:t>vn -0.1006 0.1369 0.9855</w:t>
        <w:br/>
        <w:t>vn 0.1006 0.1369 0.9855</w:t>
        <w:br/>
        <w:t>vn -0.1973 0.1234 -0.9725</w:t>
        <w:br/>
        <w:t>vn -0.1974 0.1235 -0.9725</w:t>
        <w:br/>
        <w:t>vn -0.8508 -0.2770 0.4466</w:t>
        <w:br/>
        <w:t>vn -0.8508 -0.2771 0.4465</w:t>
        <w:br/>
        <w:t>vn 0.1974 0.1234 -0.9725</w:t>
        <w:br/>
        <w:t>vn 0.1974 0.1235 -0.9725</w:t>
        <w:br/>
        <w:t>vn 0.8508 -0.2772 0.4464</w:t>
        <w:br/>
        <w:t>vn 0.8508 -0.2771 0.4465</w:t>
        <w:br/>
        <w:t>vn 0.1861 -0.2274 0.9559</w:t>
        <w:br/>
        <w:t>vn 0.1861 -0.2274 0.9558</w:t>
        <w:br/>
        <w:t>vn -0.1862 -0.2274 0.9558</w:t>
        <w:br/>
        <w:t>vn -0.1861 -0.2274 0.9558</w:t>
        <w:br/>
        <w:t>vn -0.4309 -0.4343 -0.7910</w:t>
        <w:br/>
        <w:t>vn -0.3728 0.6315 0.6799</w:t>
        <w:br/>
        <w:t>vn 0.5952 -0.8017 -0.0553</w:t>
        <w:br/>
        <w:t>vn 0.4309 -0.4343 -0.7910</w:t>
        <w:br/>
        <w:t>vn 0.3728 0.6315 0.6799</w:t>
        <w:br/>
        <w:t>vn -0.5952 -0.8017 -0.0553</w:t>
        <w:br/>
        <w:t>vn 0.6679 -0.7426 -0.0500</w:t>
        <w:br/>
        <w:t>vn -0.6741 -0.7362 -0.0601</w:t>
        <w:br/>
        <w:t>vn 0.8247 -0.4959 -0.2719</w:t>
        <w:br/>
        <w:t>vn -0.5678 -0.0853 -0.8187</w:t>
        <w:br/>
        <w:t>vn 0.0750 0.0694 0.9948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-0.4914 -0.0572 -0.8690</w:t>
        <w:br/>
        <w:t>vn 0.5036 -0.0452 -0.8627</w:t>
        <w:br/>
        <w:t>vn -0.3677 0.1225 -0.9218</w:t>
        <w:br/>
        <w:t>vn 0.3921 0.1176 -0.9124</w:t>
        <w:br/>
        <w:t>vn 0.6401 0.0943 -0.7625</w:t>
        <w:br/>
        <w:t>vn -0.1406 -0.0076 0.9900</w:t>
        <w:br/>
        <w:t>vn -0.5234 0.2228 -0.8225</w:t>
        <w:br/>
        <w:t>vn -0.5233 0.2228 -0.8225</w:t>
        <w:br/>
        <w:t>vn 0.0431 -0.1212 0.9917</w:t>
        <w:br/>
        <w:t>vn -0.9552 -0.2727 0.1151</w:t>
        <w:br/>
        <w:t>vn -0.9552 -0.2727 0.1152</w:t>
        <w:br/>
        <w:t>vn 0.9274 -0.3426 0.1501</w:t>
        <w:br/>
        <w:t>vn 0.5633 0.2300 -0.7936</w:t>
        <w:br/>
        <w:t>vn -0.4859 0.3610 -0.7960</w:t>
        <w:br/>
        <w:t>vn -0.0814 -0.1687 0.9823</w:t>
        <w:br/>
        <w:t>vn -0.0815 -0.1687 0.9823</w:t>
        <w:br/>
        <w:t>vn 0.0296 -0.2622 0.9645</w:t>
        <w:br/>
        <w:t>vn 0.4972 0.3399 -0.7983</w:t>
        <w:br/>
        <w:t>vn -0.4694 0.4015 -0.7864</w:t>
        <w:br/>
        <w:t>vn 0.7753 0.4273 -0.4651</w:t>
        <w:br/>
        <w:t>vn 0.8490 0.4346 -0.3005</w:t>
        <w:br/>
        <w:t>vn 0.3164 -0.0768 0.9455</w:t>
        <w:br/>
        <w:t>vn 0.6763 0.4061 -0.6146</w:t>
        <w:br/>
        <w:t>vn -0.8989 -0.3922 0.1952</w:t>
        <w:br/>
        <w:t>vn -0.8745 -0.4175 0.2470</w:t>
        <w:br/>
        <w:t>vn -0.8376 -0.2907 0.4626</w:t>
        <w:br/>
        <w:t>vn -0.7704 0.4444 -0.4572</w:t>
        <w:br/>
        <w:t>vn -0.8441 0.4510 -0.2899</w:t>
        <w:br/>
        <w:t>vn 0.8416 -0.4463 0.3043</w:t>
        <w:br/>
        <w:t>vn 0.7488 -0.4847 0.4522</w:t>
        <w:br/>
        <w:t>vn -0.6708 0.4229 -0.6093</w:t>
        <w:br/>
        <w:t>vn 0.9075 -0.3936 0.1466</w:t>
        <w:br/>
        <w:t>vn 0.8376 -0.2907 0.4626</w:t>
        <w:br/>
        <w:t>vn 0.5770 0.3970 -0.7138</w:t>
        <w:br/>
        <w:t>vn -0.9287 -0.3590 0.0924</w:t>
        <w:br/>
        <w:t>vn 0.3681 -0.2203 0.9033</w:t>
        <w:br/>
        <w:t>vn -0.5849 0.3907 -0.7108</w:t>
        <w:br/>
        <w:t>vn 0.9292 -0.3585 0.0897</w:t>
        <w:br/>
        <w:t>vn -0.3611 -0.2189 0.9065</w:t>
        <w:br/>
        <w:t>vn 0.4150 -0.1189 0.9020</w:t>
        <w:br/>
        <w:t>vn -0.3904 -0.1310 0.9113</w:t>
        <w:br/>
        <w:t>vn -0.3903 -0.1311 0.9113</w:t>
        <w:br/>
        <w:t>vn 0.5389 0.4179 -0.7314</w:t>
        <w:br/>
        <w:t>vn -0.3859 -0.4685 0.7947</w:t>
        <w:br/>
        <w:t>vn 0.4748 -0.2132 0.8539</w:t>
        <w:br/>
        <w:t>vn -0.5427 0.4078 -0.7343</w:t>
        <w:br/>
        <w:t>vn 0.5681 0.2430 -0.7863</w:t>
        <w:br/>
        <w:t>vn -0.5658 0.5129 0.6456</w:t>
        <w:br/>
        <w:t>vn -0.1185 0.5233 0.8439</w:t>
        <w:br/>
        <w:t>vn 0.5848 0.3872 0.7128</w:t>
        <w:br/>
        <w:t>vn -0.7012 -0.7049 -0.1068</w:t>
        <w:br/>
        <w:t>vn 0.0449 -0.7676 0.6394</w:t>
        <w:br/>
        <w:t>vn -0.2440 -0.7002 0.6709</w:t>
        <w:br/>
        <w:t>vn 0.4165 -0.3143 0.8531</w:t>
        <w:br/>
        <w:t>vn -0.8969 0.3046 -0.3207</w:t>
        <w:br/>
        <w:t>vn -0.8801 -0.0082 0.4746</w:t>
        <w:br/>
        <w:t>vn -0.7947 -0.1240 0.5942</w:t>
        <w:br/>
        <w:t>vn 0.3049 -0.7650 0.5674</w:t>
        <w:br/>
        <w:t>vn 0.3714 -0.6567 0.6564</w:t>
        <w:br/>
        <w:t>vn -0.9465 0.3182 0.0538</w:t>
        <w:br/>
        <w:t>vn 0.9664 -0.2557 0.0260</w:t>
        <w:br/>
        <w:t>vn 0.9330 -0.3453 0.1017</w:t>
        <w:br/>
        <w:t>vn 0.3720 -0.6090 0.7005</w:t>
        <w:br/>
        <w:t>vn 0.2238 0.4872 -0.8441</w:t>
        <w:br/>
        <w:t>vn -0.7815 -0.4463 0.4359</w:t>
        <w:br/>
        <w:t>vn -0.4970 -0.3842 0.7781</w:t>
        <w:br/>
        <w:t>vn -0.8051 -0.1117 -0.5825</w:t>
        <w:br/>
        <w:t>vn 0.9789 0.1963 0.0561</w:t>
        <w:br/>
        <w:t>vn -0.6353 0.1716 -0.7530</w:t>
        <w:br/>
        <w:t>vn 0.9204 0.3492 0.1761</w:t>
        <w:br/>
        <w:t>vn -0.2738 -0.5303 0.8024</w:t>
        <w:br/>
        <w:t>vn 0.9072 0.4127 0.0813</w:t>
        <w:br/>
        <w:t>vn -0.5876 -0.2736 0.7615</w:t>
        <w:br/>
        <w:t>vn -0.5272 -0.1426 -0.8377</w:t>
        <w:br/>
        <w:t>vn -0.3283 -0.0217 -0.9443</w:t>
        <w:br/>
        <w:t>vn -0.9590 -0.2783 -0.0540</w:t>
        <w:br/>
        <w:t>vn -0.9660 -0.2520 -0.0572</w:t>
        <w:br/>
        <w:t>vn 0.4983 -0.1772 0.8487</w:t>
        <w:br/>
        <w:t>vn 0.8800 -0.3762 0.2899</w:t>
        <w:br/>
        <w:t>vn 0.8153 0.0473 -0.5771</w:t>
        <w:br/>
        <w:t>vn 0.7837 -0.1492 -0.6029</w:t>
        <w:br/>
        <w:t>vn -0.0775 0.4266 -0.9011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0.9324 -0.3170 -0.1738</w:t>
        <w:br/>
        <w:t>vn -0.8879 -0.0931 0.4505</w:t>
        <w:br/>
        <w:t>vn -0.2711 -0.3502 0.8966</w:t>
        <w:br/>
        <w:t>vn -0.3674 -0.2978 0.8811</w:t>
        <w:br/>
        <w:t>vn -0.4903 -0.3845 0.7821</w:t>
        <w:br/>
        <w:t>vn 0.2840 -0.4905 0.8238</w:t>
        <w:br/>
        <w:t>vn -0.9326 -0.2461 0.2639</w:t>
        <w:br/>
        <w:t>vn 0.8317 -0.2440 0.4987</w:t>
        <w:br/>
        <w:t>vn 0.9326 -0.2461 0.2639</w:t>
        <w:br/>
        <w:t>vn 0.2761 0.1809 -0.9440</w:t>
        <w:br/>
        <w:t>vn -0.0000 0.2093 -0.9779</w:t>
        <w:br/>
        <w:t>vn -0.2760 0.1804 -0.9441</w:t>
        <w:br/>
        <w:t>vn 0.9538 0.2441 0.1749</w:t>
        <w:br/>
        <w:t>vn 0.9589 0.2808 0.0412</w:t>
        <w:br/>
        <w:t>vn -0.9539 0.2441 0.1749</w:t>
        <w:br/>
        <w:t>vn -0.9589 0.2808 0.0412</w:t>
        <w:br/>
        <w:t>vn 0.7430 0.6689 0.0229</w:t>
        <w:br/>
        <w:t>vn 0.5054 0.1452 0.8506</w:t>
        <w:br/>
        <w:t>vn -0.7430 0.6689 0.0229</w:t>
        <w:br/>
        <w:t>vn -0.4091 0.7327 -0.5438</w:t>
        <w:br/>
        <w:t>vn -0.5053 0.1452 0.8506</w:t>
        <w:br/>
        <w:t>vn 0.4846 0.7538 0.4438</w:t>
        <w:br/>
        <w:t>vn -0.4846 0.7538 0.4438</w:t>
        <w:br/>
        <w:t>vn 0.3245 0.8714 -0.3680</w:t>
        <w:br/>
        <w:t>vn 0.4233 0.8664 -0.2648</w:t>
        <w:br/>
        <w:t>vn 0.4196 0.4614 0.7817</w:t>
        <w:br/>
        <w:t>vn 0.4195 0.4614 0.7817</w:t>
        <w:br/>
        <w:t>vn 0.3734 0.4859 0.7903</w:t>
        <w:br/>
        <w:t>vn 0.3734 0.4859 0.7902</w:t>
        <w:br/>
        <w:t>vn 0.4930 -0.1515 -0.8567</w:t>
        <w:br/>
        <w:t>vn -0.8193 -0.5122 0.2578</w:t>
        <w:br/>
        <w:t>vn -0.8193 -0.5121 0.2577</w:t>
        <w:br/>
        <w:t>vn 0.5285 -0.5234 -0.6684</w:t>
        <w:br/>
        <w:t>vn 0.4600 -0.4603 -0.7593</w:t>
        <w:br/>
        <w:t>vn 0.3216 -0.1803 0.9296</w:t>
        <w:br/>
        <w:t>vn -0.4015 -0.6860 0.6068</w:t>
        <w:br/>
        <w:t>vn -0.2640 -0.5346 0.8028</w:t>
        <w:br/>
        <w:t>vn 0.0436 -0.3789 0.9244</w:t>
        <w:br/>
        <w:t>vn 0.0435 -0.3789 0.9244</w:t>
        <w:br/>
        <w:t>vn -0.9533 -0.1998 -0.2263</w:t>
        <w:br/>
        <w:t>vn 0.8621 -0.3730 0.3429</w:t>
        <w:br/>
        <w:t>vn -0.8304 0.3362 -0.4442</w:t>
        <w:br/>
        <w:t>vn 0.8605 -0.4003 0.3151</w:t>
        <w:br/>
        <w:t>vn 0.7270 0.5273 -0.4398</w:t>
        <w:br/>
        <w:t>vn 0.7294 0.5036 -0.4630</w:t>
        <w:br/>
        <w:t>vn -0.3839 -0.7497 0.5391</w:t>
        <w:br/>
        <w:t>vn 0.7435 -0.6383 0.1993</w:t>
        <w:br/>
        <w:t>vn 0.5769 -0.7441 -0.3367</w:t>
        <w:br/>
        <w:t>vn 0.5458 0.3088 -0.7789</w:t>
        <w:br/>
        <w:t>vn 0.5703 0.3969 -0.7192</w:t>
        <w:br/>
        <w:t>vn 0.5638 -0.1979 -0.8018</w:t>
        <w:br/>
        <w:t>vn -0.0162 0.1734 -0.9847</w:t>
        <w:br/>
        <w:t>vn 0.0048 0.8187 0.5741</w:t>
        <w:br/>
        <w:t>vn -0.1093 0.2735 -0.9556</w:t>
        <w:br/>
        <w:t>vn -0.0186 -0.3896 -0.9208</w:t>
        <w:br/>
        <w:t>vn -0.0250 0.9342 -0.3558</w:t>
        <w:br/>
        <w:t>vn -0.5207 -0.8489 -0.0909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0.4392</w:t>
        <w:br/>
        <w:t>vn -0.6169 -0.6928 0.3734</w:t>
        <w:br/>
        <w:t>vn -0.8027 -0.4343 -0.4087</w:t>
        <w:br/>
        <w:t>vn -0.7347 0.6148 -0.2867</w:t>
        <w:br/>
        <w:t>vn -0.8643 -0.0215 -0.5025</w:t>
        <w:br/>
        <w:t>vn -0.9046 -0.4262 0.0053</w:t>
        <w:br/>
        <w:t>vn -0.8615 -0.4028 0.3093</w:t>
        <w:br/>
        <w:t>vn 0.8562 0.3835 -0.3463</w:t>
        <w:br/>
        <w:t>vn -0.3032 -0.1173 0.9457</w:t>
        <w:br/>
        <w:t>vn -0.3205 -0.1136 0.9404</w:t>
        <w:br/>
        <w:t>vn -0.3208 -0.1137 0.9403</w:t>
        <w:br/>
        <w:t>vn -0.2854 -0.1146 0.9515</w:t>
        <w:br/>
        <w:t>vn -0.2853 -0.1146 0.9515</w:t>
        <w:br/>
        <w:t>vn -0.2825 -0.0962 0.9544</w:t>
        <w:br/>
        <w:t>vn 0.2466 0.0151 0.9690</w:t>
        <w:br/>
        <w:t>vn 0.2520 0.0293 0.9673</w:t>
        <w:br/>
        <w:t>vn -0.8466 -0.4411 0.2978</w:t>
        <w:br/>
        <w:t>vn 0.1096 0.0772 0.9910</w:t>
        <w:br/>
        <w:t>vn 0.3748 0.1277 0.9183</w:t>
        <w:br/>
        <w:t>vn 0.4032 0.1707 0.8991</w:t>
        <w:br/>
        <w:t>vn 0.2360 0.1779 0.9553</w:t>
        <w:br/>
        <w:t>vn 0.1948 0.1918 0.9619</w:t>
        <w:br/>
        <w:t>vn 0.2674 0.0956 0.9588</w:t>
        <w:br/>
        <w:t>vn 0.2343 0.1327 0.9631</w:t>
        <w:br/>
        <w:t>vn 0.4416 -0.0116 0.8971</w:t>
        <w:br/>
        <w:t>vn 0.4199 0.0411 0.9066</w:t>
        <w:br/>
        <w:t>vn 0.7265 -0.1465 0.6714</w:t>
        <w:br/>
        <w:t>vn 0.7304 -0.0865 0.6776</w:t>
        <w:br/>
        <w:t>vn 0.9317 -0.2984 0.2070</w:t>
        <w:br/>
        <w:t>vn 0.9513 -0.2567 0.1706</w:t>
        <w:br/>
        <w:t>vn 0.9226 -0.2125 0.3219</w:t>
        <w:br/>
        <w:t>vn 0.9021 -0.2610 0.3438</w:t>
        <w:br/>
        <w:t>vn 0.4644 -0.1339 0.8754</w:t>
        <w:br/>
        <w:t>vn 0.6980 -0.2692 0.6636</w:t>
        <w:br/>
        <w:t>vn 0.3332 0.0154 0.9427</w:t>
        <w:br/>
        <w:t>vn 0.8570 -0.3547 0.3739</w:t>
        <w:br/>
        <w:t>vn 0.4813 0.0411 0.8756</w:t>
        <w:br/>
        <w:t>vn 0.5457 0.1436 0.8256</w:t>
        <w:br/>
        <w:t>vn 0.8904 -0.3812 0.2489</w:t>
        <w:br/>
        <w:t>vn 0.8329 -0.4001 0.3824</w:t>
        <w:br/>
        <w:t>vn 0.6729 -0.3315 0.6613</w:t>
        <w:br/>
        <w:t>vn 0.4646 -0.2028 0.8620</w:t>
        <w:br/>
        <w:t>vn 0.8697 -0.4226 0.2548</w:t>
        <w:br/>
        <w:t>vn 0.3656 -0.0278 0.9303</w:t>
        <w:br/>
        <w:t>vn 0.3452 0.1419 0.9277</w:t>
        <w:br/>
        <w:t>vn 0.5181 0.2008 0.8314</w:t>
        <w:br/>
        <w:t>vn 0.4120 0.1193 0.9033</w:t>
        <w:br/>
        <w:t>vn 0.6011 0.1878 0.7768</w:t>
        <w:br/>
        <w:t>vn 0.6816 0.2506 0.6875</w:t>
        <w:br/>
        <w:t>vn 0.3655 0.2514 0.8962</w:t>
        <w:br/>
        <w:t>vn 0.4851 0.4618 0.7425</w:t>
        <w:br/>
        <w:t>vn 0.2862 0.0939 0.9536</w:t>
        <w:br/>
        <w:t>vn -0.0000 0.1508 0.9886</w:t>
        <w:br/>
        <w:t>vn -0.0000 0.3356 0.9420</w:t>
        <w:br/>
        <w:t>vn -0.0001 0.5967 0.8025</w:t>
        <w:br/>
        <w:t>vn 0.0000 0.6772 0.7358</w:t>
        <w:br/>
        <w:t>vn 0.5334 0.5172 0.6693</w:t>
        <w:br/>
        <w:t>vn 0.7543 0.2543 0.6053</w:t>
        <w:br/>
        <w:t>vn -0.2359 0.1779 0.9553</w:t>
        <w:br/>
        <w:t>vn -0.4030 0.1701 0.8992</w:t>
        <w:br/>
        <w:t>vn -0.3747 0.1277 0.9183</w:t>
        <w:br/>
        <w:t>vn -0.1948 0.1918 0.9619</w:t>
        <w:br/>
        <w:t>vn -0.2674 0.0956 0.9588</w:t>
        <w:br/>
        <w:t>vn -0.2343 0.1327 0.9631</w:t>
        <w:br/>
        <w:t>vn -0.4416 -0.0116 0.8971</w:t>
        <w:br/>
        <w:t>vn -0.4199 0.0412 0.9066</w:t>
        <w:br/>
        <w:t>vn -0.7303 -0.0865 0.6776</w:t>
        <w:br/>
        <w:t>vn -0.7265 -0.1465 0.6714</w:t>
        <w:br/>
        <w:t>vn -0.9226 -0.2125 0.3220</w:t>
        <w:br/>
        <w:t>vn -0.9513 -0.2567 0.1706</w:t>
        <w:br/>
        <w:t>vn -0.9317 -0.2984 0.2070</w:t>
        <w:br/>
        <w:t>vn -0.9021 -0.2610 0.3437</w:t>
        <w:br/>
        <w:t>vn -0.6980 -0.2693 0.6636</w:t>
        <w:br/>
        <w:t>vn -0.4644 -0.1339 0.8754</w:t>
        <w:br/>
        <w:t>vn -0.3332 0.0154 0.9427</w:t>
        <w:br/>
        <w:t>vn -0.8570 -0.3547 0.3739</w:t>
        <w:br/>
        <w:t>vn -0.5457 0.1436 0.8256</w:t>
        <w:br/>
        <w:t>vn -0.4813 0.0411 0.8756</w:t>
        <w:br/>
        <w:t>vn -0.8904 -0.3812 0.2489</w:t>
        <w:br/>
        <w:t>vn -0.8329 -0.4001 0.3824</w:t>
        <w:br/>
        <w:t>vn -0.6729 -0.3315 0.6613</w:t>
        <w:br/>
        <w:t>vn -0.4646 -0.2027 0.8620</w:t>
        <w:br/>
        <w:t>vn -0.8697 -0.4226 0.2548</w:t>
        <w:br/>
        <w:t>vn -0.3657 -0.0278 0.9303</w:t>
        <w:br/>
        <w:t>vn -0.3453 0.1419 0.9277</w:t>
        <w:br/>
        <w:t>vn -0.5181 0.2008 0.8314</w:t>
        <w:br/>
        <w:t>vn -0.4120 0.1193 0.9033</w:t>
        <w:br/>
        <w:t>vn -0.6011 0.1878 0.7767</w:t>
        <w:br/>
        <w:t>vn -0.6815 0.2506 0.6875</w:t>
        <w:br/>
        <w:t>vn -0.3655 0.2514 0.8962</w:t>
        <w:br/>
        <w:t>vn -0.4852 0.4618 0.7425</w:t>
        <w:br/>
        <w:t>vn -0.2862 0.0939 0.9536</w:t>
        <w:br/>
        <w:t>vn -0.5333 0.5173 0.6693</w:t>
        <w:br/>
        <w:t>vn -0.7543 0.2543 0.6053</w:t>
        <w:br/>
        <w:t>vn -0.3090 -0.4864 0.8173</w:t>
        <w:br/>
        <w:t>vn -0.4133 -0.5872 0.6960</w:t>
        <w:br/>
        <w:t>vn -0.4580 -0.4612 0.7600</w:t>
        <w:br/>
        <w:t>vn -0.3552 -0.4547 0.8167</w:t>
        <w:br/>
        <w:t>vn -0.2601 -0.9395 0.2228</w:t>
        <w:br/>
        <w:t>vn -0.2279 -0.9409 -0.2507</w:t>
        <w:br/>
        <w:t>vn -0.2281 -0.9406 -0.2514</w:t>
        <w:br/>
        <w:t>vn 0.1735 -0.8215 -0.5431</w:t>
        <w:br/>
        <w:t>vn 0.0000 0.3416 0.9399</w:t>
        <w:br/>
        <w:t>vn -0.0702 0.3452 0.9359</w:t>
        <w:br/>
        <w:t>vn -0.0759 0.1112 0.9909</w:t>
        <w:br/>
        <w:t>vn 0.0000 0.1106 0.9939</w:t>
        <w:br/>
        <w:t>vn -0.0855 -0.0929 0.9920</w:t>
        <w:br/>
        <w:t>vn 0.0000 -0.0903 0.9959</w:t>
        <w:br/>
        <w:t>vn -0.0866 -0.2028 0.9754</w:t>
        <w:br/>
        <w:t>vn 0.0000 -0.2049 0.9788</w:t>
        <w:br/>
        <w:t>vn -0.0839 -0.3251 0.9420</w:t>
        <w:br/>
        <w:t>vn 0.0000 -0.3108 0.9505</w:t>
        <w:br/>
        <w:t>vn -0.1771 -0.2219 0.9589</w:t>
        <w:br/>
        <w:t>vn -0.1743 -0.0927 0.9803</w:t>
        <w:br/>
        <w:t>vn -0.1871 -0.3807 0.9056</w:t>
        <w:br/>
        <w:t>vn -0.0953 -0.3762 0.9216</w:t>
        <w:br/>
        <w:t>vn 0.0000 -0.3559 0.9345</w:t>
        <w:br/>
        <w:t>vn -0.1842 0.1192 0.9756</w:t>
        <w:br/>
        <w:t>vn -0.1279 -0.2980 0.9460</w:t>
        <w:br/>
        <w:t>vn 0.0000 -0.2804 0.9599</w:t>
        <w:br/>
        <w:t>vn -0.1759 -0.1633 0.9708</w:t>
        <w:br/>
        <w:t>vn 0.0000 -0.1358 0.9907</w:t>
        <w:br/>
        <w:t>vn -0.2276 -0.0169 0.9736</w:t>
        <w:br/>
        <w:t>vn 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-0.2495 -0.4868 0.8371</w:t>
        <w:br/>
        <w:t>vn -0.3561 -0.3461 0.8680</w:t>
        <w:br/>
        <w:t>vn -0.4717 -0.2511 0.8453</w:t>
        <w:br/>
        <w:t>vn -0.2246 -0.4358 0.8716</w:t>
        <w:br/>
        <w:t>vn -0.5001 -0.0855 0.8618</w:t>
        <w:br/>
        <w:t>vn -0.3366 -0.5773 0.7440</w:t>
        <w:br/>
        <w:t>vn -0.4421 -0.4061 0.7998</w:t>
        <w:br/>
        <w:t>vn -0.2458 -0.2362 0.9401</w:t>
        <w:br/>
        <w:t>vn -0.2717 -0.6387 0.7199</w:t>
        <w:br/>
        <w:t>vn -0.5095 -0.0840 0.8563</w:t>
        <w:br/>
        <w:t>vn -0.4212 0.1015 0.9012</w:t>
        <w:br/>
        <w:t>vn -0.2764 -0.0697 0.9585</w:t>
        <w:br/>
        <w:t>vn -0.4946 -0.7777 0.3879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0.4343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0.1689 0.9057</w:t>
        <w:br/>
        <w:t>vn -0.4055 0.3675 0.8370</w:t>
        <w:br/>
        <w:t>vn -0.5574 0.3775 0.7395</w:t>
        <w:br/>
        <w:t>vn -0.7954 0.4054 0.4506</w:t>
        <w:br/>
        <w:t>vn -0.7741 0.4032 0.4881</w:t>
        <w:br/>
        <w:t>vn -0.7355 0.3465 0.5823</w:t>
        <w:br/>
        <w:t>vn -0.5166 0.1906 0.8347</w:t>
        <w:br/>
        <w:t>vn -0.6975 0.1841 0.6925</w:t>
        <w:br/>
        <w:t>vn -0.8803 0.3316 0.3394</w:t>
        <w:br/>
        <w:t>vn -0.8813 0.3526 0.3146</w:t>
        <w:br/>
        <w:t>vn -0.8749 0.2690 0.4026</w:t>
        <w:br/>
        <w:t>vn -0.9285 0.2802 0.2435</w:t>
        <w:br/>
        <w:t>vn -0.9341 0.2466 0.2580</w:t>
        <w:br/>
        <w:t>vn -0.9397 0.1838 0.2884</w:t>
        <w:br/>
        <w:t>vn -0.9681 0.1539 0.1979</w:t>
        <w:br/>
        <w:t>vn -0.9670 0.1697 0.1900</w:t>
        <w:br/>
        <w:t>vn -0.9653 0.1265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-0.9738 -0.2177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-0.3463 -0.0234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0.9377</w:t>
        <w:br/>
        <w:t>vn -0.4441 -0.2362 0.8643</w:t>
        <w:br/>
        <w:t>vn -0.3270 -0.3091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-0.4029 -0.3844 0.8306</w:t>
        <w:br/>
        <w:t>vn -0.6859 -0.1615 0.7095</w:t>
        <w:br/>
        <w:t>vn -0.5314 -0.3471 0.7728</w:t>
        <w:br/>
        <w:t>vn -0.2863 -0.5291 0.7988</w:t>
        <w:br/>
        <w:t>vn -0.1873 -0.5792 0.7934</w:t>
        <w:br/>
        <w:t>vn -0.7680 -0.1516 0.6222</w:t>
        <w:br/>
        <w:t>vn -0.4008 -0.4903 0.7740</w:t>
        <w:br/>
        <w:t>vn -0.1672 -0.6686 0.7245</w:t>
        <w:br/>
        <w:t>vn -0.2257 -0.7649 0.6033</w:t>
        <w:br/>
        <w:t>vn -0.3438 -0.8991 0.2710</w:t>
        <w:br/>
        <w:t>vn -0.5570 -0.7723 0.3055</w:t>
        <w:br/>
        <w:t>vn -0.9370 -0.3313 0.1106</w:t>
        <w:br/>
        <w:t>vn -0.9461 0.3117 0.0881</w:t>
        <w:br/>
        <w:t>vn -0.7195 0.6621 0.2096</w:t>
        <w:br/>
        <w:t>vn -0.5923 0.3315 0.7344</w:t>
        <w:br/>
        <w:t>vn -0.7068 0.0235 0.7070</w:t>
        <w:br/>
        <w:t>vn -0.3762 0.5853 0.7183</w:t>
        <w:br/>
        <w:t>vn -0.3951 0.9028 0.1701</w:t>
        <w:br/>
        <w:t>vn -0.2729 0.2694 0.9236</w:t>
        <w:br/>
        <w:t>vn -0.2498 0.9502 0.1864</w:t>
        <w:br/>
        <w:t>vn -0.2581 0.6348 0.7283</w:t>
        <w:br/>
        <w:t>vn -0.1192 0.9728 0.1987</w:t>
        <w:br/>
        <w:t>vn -0.2082 0.6289 0.7491</w:t>
        <w:br/>
        <w:t>vn -0.0632 0.9867 0.1500</w:t>
        <w:br/>
        <w:t>vn -0.2100 0.6096 0.7644</w:t>
        <w:br/>
        <w:t>vn -0.2276 0.2123 0.9503</w:t>
        <w:br/>
        <w:t>vn -0.2124 0.2613 0.9416</w:t>
        <w:br/>
        <w:t>vn -0.2699 0.1644 0.9488</w:t>
        <w:br/>
        <w:t>vn -0.0579 0.9840 0.1687</w:t>
        <w:br/>
        <w:t>vn -0.2584 0.5937 0.7621</w:t>
        <w:br/>
        <w:t>vn 0.0786 0.9825 0.1689</w:t>
        <w:br/>
        <w:t>vn -0.3319 0.5323 0.7788</w:t>
        <w:br/>
        <w:t>vn -0.3484 0.1048 0.9315</w:t>
        <w:br/>
        <w:t>vn 0.2520 0.8869 0.3871</w:t>
        <w:br/>
        <w:t>vn -0.0510 0.7944 0.6053</w:t>
        <w:br/>
        <w:t>vn -0.5220 0.0203 0.8527</w:t>
        <w:br/>
        <w:t>vn -0.6483 -0.0798 0.7572</w:t>
        <w:br/>
        <w:t>vn -0.6854 -0.0613 0.7256</w:t>
        <w:br/>
        <w:t>vn -0.6366 -0.2888 0.7151</w:t>
        <w:br/>
        <w:t>vn -0.7524 -0.1196 0.6477</w:t>
        <w:br/>
        <w:t>vn -0.7017 -0.1145 0.7032</w:t>
        <w:br/>
        <w:t>vn -0.7745 -0.1847 0.6050</w:t>
        <w:br/>
        <w:t>vn -0.7220 -0.2001 0.6624</w:t>
        <w:br/>
        <w:t>vn -0.7886 -0.2515 0.5611</w:t>
        <w:br/>
        <w:t>vn -0.8788 -0.3278 0.3467</w:t>
        <w:br/>
        <w:t>vn -0.8650 -0.3006 0.4018</w:t>
        <w:br/>
        <w:t>vn -0.8658 -0.3082 0.3943</w:t>
        <w:br/>
        <w:t>vn -0.7831 -0.3115 0.5383</w:t>
        <w:br/>
        <w:t>vn -0.8066 -0.2584 0.5316</w:t>
        <w:br/>
        <w:t>vn -0.7367 -0.3164 0.5976</w:t>
        <w:br/>
        <w:t>vn -0.7147 -0.3329 0.6152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-0.5237 -0.4541 0.7208</w:t>
        <w:br/>
        <w:t>vn -0.6294 -0.3252 0.7058</w:t>
        <w:br/>
        <w:t>vn -0.8449 -0.2306 0.4826</w:t>
        <w:br/>
        <w:t>vn -0.9238 -0.2118 0.3191</w:t>
        <w:br/>
        <w:t>vn -0.9300 -0.0973 0.3544</w:t>
        <w:br/>
        <w:t>vn -0.9710 -0.1236 0.2049</w:t>
        <w:br/>
        <w:t>vn -0.9784 -0.1488 0.1432</w:t>
        <w:br/>
        <w:t>vn -0.9570 -0.1856 0.2231</w:t>
        <w:br/>
        <w:t>vn -0.9360 -0.2529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-0.9563 -0.2673 0.1182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-0.9515 -0.2872 0.1104</w:t>
        <w:br/>
        <w:t>vn -0.5887 -0.0324 0.8077</w:t>
        <w:br/>
        <w:t>vn -0.8911 -0.2848 0.3532</w:t>
        <w:br/>
        <w:t>vn -0.3858 0.0693 0.9200</w:t>
        <w:br/>
        <w:t>vn -0.7953 -0.1497 0.5875</w:t>
        <w:br/>
        <w:t>vn -0.9151 -0.2611 0.3073</w:t>
        <w:br/>
        <w:t>vn -0.2920 0.1370 0.9466</w:t>
        <w:br/>
        <w:t>vn -0.6169 -0.0907 0.7818</w:t>
        <w:br/>
        <w:t>vn -0.7980 -0.2200 0.5611</w:t>
        <w:br/>
        <w:t>vn -0.4072 0.0090 0.9133</w:t>
        <w:br/>
        <w:t>vn -0.2448 0.1844 0.9519</w:t>
        <w:br/>
        <w:t>vn -0.3142 0.0703 0.9467</w:t>
        <w:br/>
        <w:t>vn -0.2182 0.2153 0.9518</w:t>
        <w:br/>
        <w:t>vn -0.2660 0.1258 0.9557</w:t>
        <w:br/>
        <w:t>vn -0.5835 -0.1635 0.7955</w:t>
        <w:br/>
        <w:t>vn -0.4100 -0.0710 0.9093</w:t>
        <w:br/>
        <w:t>vn -0.3329 -0.0076 0.9429</w:t>
        <w:br/>
        <w:t>vn -0.7805 -0.2611 0.5680</w:t>
        <w:br/>
        <w:t>vn -0.2313 0.1773 0.9566</w:t>
        <w:br/>
        <w:t>vn -0.8975 -0.3059 0.3176</w:t>
        <w:br/>
        <w:t>vn -0.2369 0.2041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-0.8916 -0.4501 -0.0493</w:t>
        <w:br/>
        <w:t>vn -0.8682 -0.3625 0.3389</w:t>
        <w:br/>
        <w:t>vn -0.7440 -0.3277 0.5823</w:t>
        <w:br/>
        <w:t>vn -0.5555 -0.2579 0.7905</w:t>
        <w:br/>
        <w:t>vn -0.3981 -0.1666 0.9021</w:t>
        <w:br/>
        <w:t>vn -0.8240 -0.4360 0.3618</w:t>
        <w:br/>
        <w:t>vn -0.6828 -0.4075 0.6064</w:t>
        <w:br/>
        <w:t>vn -0.5186 -0.3551 0.7778</w:t>
        <w:br/>
        <w:t>vn -0.8721 -0.4695 0.1375</w:t>
        <w:br/>
        <w:t>vn -0.8582 -0.5131 0.0119</w:t>
        <w:br/>
        <w:t>vn -0.8071 -0.5714 0.1487</w:t>
        <w:br/>
        <w:t>vn -0.7506 -0.5303 0.3941</w:t>
        <w:br/>
        <w:t>vn -0.8372 -0.5450 -0.0453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0.0438 -0.5994 -0.7992</w:t>
        <w:br/>
        <w:t>vn -0.3819 -0.8571 -0.3458</w:t>
        <w:br/>
        <w:t>vn -0.0704 -0.6152 -0.7852</w:t>
        <w:br/>
        <w:t>vn -0.0667 -0.6167 -0.7844</w:t>
        <w:br/>
        <w:t>vn -0.3922 -0.7104 -0.5844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-0.2538 -0.9517 -0.1725</w:t>
        <w:br/>
        <w:t>vn -0.7069 -0.7067 0.0285</w:t>
        <w:br/>
        <w:t>vn -0.7153 -0.6757 0.1782</w:t>
        <w:br/>
        <w:t>vn -0.6113 -0.7913 -0.0127</w:t>
        <w:br/>
        <w:t>vn -0.6318 -0.7741 0.0398</w:t>
        <w:br/>
        <w:t>vn -0.5546 -0.8321 -0.0060</w:t>
        <w:br/>
        <w:t>vn -0.5859 -0.8090 0.0467</w:t>
        <w:br/>
        <w:t>vn -0.5153 -0.8569 -0.0125</w:t>
        <w:br/>
        <w:t>vn -0.5583 -0.8281 0.0506</w:t>
        <w:br/>
        <w:t>vn -0.3863 -0.9187 -0.0819</w:t>
        <w:br/>
        <w:t>vn -0.1139 -0.9693 -0.2177</w:t>
        <w:br/>
        <w:t>vn 0.0000 -0.9659 -0.2589</w:t>
        <w:br/>
        <w:t>vn -0.1961 -0.9708 -0.1381</w:t>
        <w:br/>
        <w:t>vn -0.4859 -0.8737 -0.0256</w:t>
        <w:br/>
        <w:t>vn -0.0000 -0.9760 -0.2179</w:t>
        <w:br/>
        <w:t>vn 0.0000 -0.9869 -0.1616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-0.3146 -0.9492 0.0107</w:t>
        <w:br/>
        <w:t>vn -0.5238 -0.7921 0.3134</w:t>
        <w:br/>
        <w:t>vn -0.5728 -0.7604 0.3060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-0.6062 -0.4836 0.6315</w:t>
        <w:br/>
        <w:t>vn -0.4852 -0.5250 0.6993</w:t>
        <w:br/>
        <w:t>vn -0.5339 -0.5262 0.6619</w:t>
        <w:br/>
        <w:t>vn -0.4307 -0.4242 0.7966</w:t>
        <w:br/>
        <w:t>vn -0.4484 -0.5109 0.7335</w:t>
        <w:br/>
        <w:t>vn -0.3647 -0.3112 0.8776</w:t>
        <w:br/>
        <w:t>vn -0.4052 -0.4441 0.7991</w:t>
        <w:br/>
        <w:t>vn -0.4075 -0.4596 0.7891</w:t>
        <w:br/>
        <w:t>vn -0.3603 -0.3898 0.8475</w:t>
        <w:br/>
        <w:t>vn -0.3347 -0.1100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-0.4054 -0.2003 0.8919</w:t>
        <w:br/>
        <w:t>vn -0.3862 -0.3522 0.8525</w:t>
        <w:br/>
        <w:t>vn -0.4262 -0.3012 0.8530</w:t>
        <w:br/>
        <w:t>vn -0.3784 -0.3892 0.8399</w:t>
        <w:br/>
        <w:t>vn -0.3827 -0.4094 0.8282</w:t>
        <w:br/>
        <w:t>vn -0.4788 -0.2560 0.8397</w:t>
        <w:br/>
        <w:t>vn -0.4539 -0.1663 0.8754</w:t>
        <w:br/>
        <w:t>vn -0.3666 -0.4002 0.8399</w:t>
        <w:br/>
        <w:t>vn -0.5565 -0.0946 0.8255</w:t>
        <w:br/>
        <w:t>vn -0.5888 0.1612 0.7920</w:t>
        <w:br/>
        <w:t>vn -0.7186 -0.0233 0.6950</w:t>
        <w:br/>
        <w:t>vn -0.6100 -0.2612 0.7481</w:t>
        <w:br/>
        <w:t>vn -0.5416 0.1566 0.8259</w:t>
        <w:br/>
        <w:t>vn -0.6188 0.2515 0.7441</w:t>
        <w:br/>
        <w:t>vn -0.4944 -0.2011 0.8457</w:t>
        <w:br/>
        <w:t>vn -0.7203 0.2253 0.6560</w:t>
        <w:br/>
        <w:t>vn -0.6078 0.1780 0.7739</w:t>
        <w:br/>
        <w:t>vn -0.7007 0.2861 0.6535</w:t>
        <w:br/>
        <w:t>vn -0.7772 0.2915 0.5577</w:t>
        <w:br/>
        <w:t>vn -0.5124 0.0455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0.5709 0.8210</w:t>
        <w:br/>
        <w:t>vn 0.0000 0.6599 0.7513</w:t>
        <w:br/>
        <w:t>vn -0.5885 0.5368 0.6046</w:t>
        <w:br/>
        <w:t>vn 0.0000 0.7323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-0.7078 -0.4928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-0.4942 -0.6980 0.5182</w:t>
        <w:br/>
        <w:t>vn -0.3102 -0.1453 0.9395</w:t>
        <w:br/>
        <w:t>vn -0.5841 -0.2489 0.7726</w:t>
        <w:br/>
        <w:t>vn -0.5622 -0.5942 0.5752</w:t>
        <w:br/>
        <w:t>vn -0.8277 -0.1852 0.5297</w:t>
        <w:br/>
        <w:t>vn -0.6043 -0.4756 0.6392</w:t>
        <w:br/>
        <w:t>vn -0.6874 0.0760 0.7223</w:t>
        <w:br/>
        <w:t>vn 0.0000 -0.8256 0.5643</w:t>
        <w:br/>
        <w:t>vn -0.0002 -0.7527 0.6583</w:t>
        <w:br/>
        <w:t>vn 0.0000 -0.5985 0.8011</w:t>
        <w:br/>
        <w:t>vn -0.5606 -0.3726 0.7395</w:t>
        <w:br/>
        <w:t>vn 0.0000 0.7642 0.6450</w:t>
        <w:br/>
        <w:t>vn -0.0002 -0.4281 0.9037</w:t>
        <w:br/>
        <w:t>vn 0.0002 -0.2847 0.9586</w:t>
        <w:br/>
        <w:t>vn -0.1919 -0.6372 0.7465</w:t>
        <w:br/>
        <w:t>vn 0.0000 -0.1629 0.9866</w:t>
        <w:br/>
        <w:t>vn -0.3766 -0.3402 0.8617</w:t>
        <w:br/>
        <w:t>vn -0.2361 -0.3400 0.9103</w:t>
        <w:br/>
        <w:t>vn -0.5101 -0.3460 0.7874</w:t>
        <w:br/>
        <w:t>vn 0.0000 -0.3473 0.9378</w:t>
        <w:br/>
        <w:t>vn 0.0000 -0.6781 0.7350</w:t>
        <w:br/>
        <w:t>vn -0.1317 -0.6698 0.7308</w:t>
        <w:br/>
        <w:t>vn -0.2327 -0.6516 0.7220</w:t>
        <w:br/>
        <w:t>vn -0.0676 -0.8644 0.4983</w:t>
        <w:br/>
        <w:t>vn 0.0000 -0.8664 0.4993</w:t>
        <w:br/>
        <w:t>vn -0.1230 -0.8575 0.4995</w:t>
        <w:br/>
        <w:t>vn 0.0000 -0.9553 0.2958</w:t>
        <w:br/>
        <w:t>vn -0.0313 -0.9556 0.2931</w:t>
        <w:br/>
        <w:t>vn -0.0503 -0.9535 0.2972</w:t>
        <w:br/>
        <w:t>vn -0.3561 -0.6269 0.6930</w:t>
        <w:br/>
        <w:t>vn -0.2045 -0.8424 0.4986</w:t>
        <w:br/>
        <w:t>vn -0.3091 -0.8059 0.5049</w:t>
        <w:br/>
        <w:t>vn -0.1781 -0.9042 0.3882</w:t>
        <w:br/>
        <w:t>vn -0.0945 -0.9428 0.3197</w:t>
        <w:br/>
        <w:t>vn -0.3574 -0.7541 0.5510</w:t>
        <w:br/>
        <w:t>vn -0.2508 -0.8362 0.4877</w:t>
        <w:br/>
        <w:t>vn -0.3276 -0.7007 0.6338</w:t>
        <w:br/>
        <w:t>vn -0.2546 -0.7648 0.5918</w:t>
        <w:br/>
        <w:t>vn -0.4781 -0.6058 0.6360</w:t>
        <w:br/>
        <w:t>vn -0.4958 -0.5999 0.6279</w:t>
        <w:br/>
        <w:t>vn -0.5942 -0.3799 0.7090</w:t>
        <w:br/>
        <w:t>vn -0.5714 -0.4381 0.6940</w:t>
        <w:br/>
        <w:t>vn -0.5267 -0.3384 0.7797</w:t>
        <w:br/>
        <w:t>vn -0.4312 -0.3823 0.8173</w:t>
        <w:br/>
        <w:t>vn -0.3804 -0.4118 0.8281</w:t>
        <w:br/>
        <w:t>vn -0.3038 -0.4849 0.8201</w:t>
        <w:br/>
        <w:t>vn -0.3598 -0.3859 0.8495</w:t>
        <w:br/>
        <w:t>vn -0.3170 -0.3190 0.8932</w:t>
        <w:br/>
        <w:t>vn -0.4455 -0.2870 0.8480</w:t>
        <w:br/>
        <w:t>vn -0.4713 -0.2174 0.8547</w:t>
        <w:br/>
        <w:t>vn -0.3780 -0.4086 0.8308</w:t>
        <w:br/>
        <w:t>vn -0.2989 -0.0115 0.9542</w:t>
        <w:br/>
        <w:t>vn -0.4229 -0.3686 0.8279</w:t>
        <w:br/>
        <w:t>vn -0.3885 -0.3936 0.8331</w:t>
        <w:br/>
        <w:t>vn -0.3936 -0.4349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-0.3922 -0.3998 0.8285</w:t>
        <w:br/>
        <w:t>vn -0.4666 -0.5237 0.7128</w:t>
        <w:br/>
        <w:t>vn -0.3535 -0.8659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-0.2901 -0.5104 0.8095</w:t>
        <w:br/>
        <w:t>vn -0.2587 -0.4936 0.8303</w:t>
        <w:br/>
        <w:t>vn -0.2275 -0.3270 0.9172</w:t>
        <w:br/>
        <w:t>vn -0.2169 -0.3643 0.9057</w:t>
        <w:br/>
        <w:t>vn -0.3024 -0.6218 0.7224</w:t>
        <w:br/>
        <w:t>vn -0.3835 -0.5361 0.7520</w:t>
        <w:br/>
        <w:t>vn -0.2262 -0.6550 0.7210</w:t>
        <w:br/>
        <w:t>vn -0.3346 -0.6363 0.6951</w:t>
        <w:br/>
        <w:t>vn -0.4453 -0.5011 0.7421</w:t>
        <w:br/>
        <w:t>vn -0.3589 -0.4795 0.8008</w:t>
        <w:br/>
        <w:t>vn -0.4679 -0.3933 0.7914</w:t>
        <w:br/>
        <w:t>vn -0.4473 0.2269 0.8651</w:t>
        <w:br/>
        <w:t>vn -0.2993 0.6297 0.7169</w:t>
        <w:br/>
        <w:t>vn -0.1289 0.8006 0.5852</w:t>
        <w:br/>
        <w:t>vn -0.5555 -0.2472 0.7939</w:t>
        <w:br/>
        <w:t>vn -0.5367 -0.2428 0.8081</w:t>
        <w:br/>
        <w:t>vn -0.4345 -0.3043 0.8477</w:t>
        <w:br/>
        <w:t>vn -0.3833 0.0449 0.9225</w:t>
        <w:br/>
        <w:t>vn -0.3201 0.7262 0.6084</w:t>
        <w:br/>
        <w:t>vn -0.2589 0.7377 0.6235</w:t>
        <w:br/>
        <w:t>vn -0.2365 0.7007 0.6731</w:t>
        <w:br/>
        <w:t>vn -0.3201 0.7261 0.6085</w:t>
        <w:br/>
        <w:t>vn -0.3221 -0.2818 0.9038</w:t>
        <w:br/>
        <w:t>vn -0.2460 0.2303 0.9415</w:t>
        <w:br/>
        <w:t>vn -0.1573 0.6291 0.7612</w:t>
        <w:br/>
        <w:t>vn -0.2366 0.7006 0.6732</w:t>
        <w:br/>
        <w:t>vn -0.1126 0.5905 0.7991</w:t>
        <w:br/>
        <w:t>vn -0.1839 0.2625 0.9473</w:t>
        <w:br/>
        <w:t>vn -0.2529 -0.2351 0.9385</w:t>
        <w:br/>
        <w:t>vn -0.0852 0.5818 0.8089</w:t>
        <w:br/>
        <w:t>vn -0.1126 0.2836 0.9523</w:t>
        <w:br/>
        <w:t>vn -0.1289 -0.2302 0.9646</w:t>
        <w:br/>
        <w:t>vn 0.0000 0.5765 0.8171</w:t>
        <w:br/>
        <w:t>vn 0.0000 0.2778 0.9606</w:t>
        <w:br/>
        <w:t>vn -0.2241 -0.7149 0.6624</w:t>
        <w:br/>
        <w:t>vn -0.2581 -0.5428 0.7992</w:t>
        <w:br/>
        <w:t>vn -0.1253 -0.5774 0.8068</w:t>
        <w:br/>
        <w:t>vn -0.1220 -0.7447 0.6562</w:t>
        <w:br/>
        <w:t>vn -0.1399 -0.6636 0.7348</w:t>
        <w:br/>
        <w:t>vn -0.1787 -0.4715 0.8636</w:t>
        <w:br/>
        <w:t>vn -0.0000 -0.7537 0.6572</w:t>
        <w:br/>
        <w:t>vn -0.0000 -0.5856 0.8106</w:t>
        <w:br/>
        <w:t>vn 0.0000 -0.2414 0.9704</w:t>
        <w:br/>
        <w:t>vn 0.0000 -0.6708 0.7417</w:t>
        <w:br/>
        <w:t>vn 0.0000 -0.4695 0.8829</w:t>
        <w:br/>
        <w:t>vn 0.0000 -0.3705 0.9288</w:t>
        <w:br/>
        <w:t>vn -0.0000 -1.0000 -0.0070</w:t>
        <w:br/>
        <w:t>vn 0.0000 -0.9221 0.3870</w:t>
        <w:br/>
        <w:t>vn 0.0000 -0.5685 0.8227</w:t>
        <w:br/>
        <w:t>vn 0.2440 -0.5842 -0.7741</w:t>
        <w:br/>
        <w:t>vn -0.3820 -0.8571 -0.3457</w:t>
        <w:br/>
        <w:t>vn -0.0301 -0.8653 -0.5003</w:t>
        <w:br/>
        <w:t>vn -0.1249 -0.8486 -0.5141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0.4667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-0.0744 0.6809 -0.7286</w:t>
        <w:br/>
        <w:t>vn -0.1374 0.9788 -0.1518</w:t>
        <w:br/>
        <w:t>vn 0.2253 0.8592 -0.4593</w:t>
        <w:br/>
        <w:t>vn 0.0350 0.9980 0.0519</w:t>
        <w:br/>
        <w:t>vn 0.3831 0.9227 -0.0433</w:t>
        <w:br/>
        <w:t>vn 0.0000 -0.3461 0.9382</w:t>
        <w:br/>
        <w:t>vn -0.5324 -0.7793 0.3305</w:t>
        <w:br/>
        <w:t>vn -0.2528 -0.9298 0.2676</w:t>
        <w:br/>
        <w:t>vn -0.6663 -0.0123 0.7456</w:t>
        <w:br/>
        <w:t>vn -0.1249 -0.8486 -0.5140</w:t>
        <w:br/>
        <w:t>vn -0.0300 -0.8653 -0.5003</w:t>
        <w:br/>
        <w:t>vn -0.5324 -0.7794 0.3305</w:t>
        <w:br/>
        <w:t>vn -0.4285 -0.8956 -0.1197</w:t>
        <w:br/>
        <w:t>vn -0.5519 0.1815 0.8139</w:t>
        <w:br/>
        <w:t>vn -0.4670 0.3199 0.8244</w:t>
        <w:br/>
        <w:t>vn -0.6922 -0.1558 0.7047</w:t>
        <w:br/>
        <w:t>vn -0.5350 -0.8367 -0.1169</w:t>
        <w:br/>
        <w:t>vn -0.6412 -0.0766 0.7635</w:t>
        <w:br/>
        <w:t>vn -0.7425 -0.6613 -0.1070</w:t>
        <w:br/>
        <w:t>vn -0.9033 -0.3621 -0.2302</w:t>
        <w:br/>
        <w:t>vn -0.9026 -0.3182 0.2898</w:t>
        <w:br/>
        <w:t>vn -0.6465 -0.2240 0.7292</w:t>
        <w:br/>
        <w:t>vn -0.6799 -0.2689 0.6822</w:t>
        <w:br/>
        <w:t>vn -0.9026 -0.3182 0.2899</w:t>
        <w:br/>
        <w:t>vn -0.9894 -0.1291 0.0660</w:t>
        <w:br/>
        <w:t>vn -0.9712 -0.0035 -0.2383</w:t>
        <w:br/>
        <w:t>vn -0.6736 -0.1907 0.7141</w:t>
        <w:br/>
        <w:t>vn -0.9282 -0.0171 0.3717</w:t>
        <w:br/>
        <w:t>vn -0.9520 0.3058 0.0107</w:t>
        <w:br/>
        <w:t>vn -0.6910 0.6509 0.3143</w:t>
        <w:br/>
        <w:t>vn -0.8970 0.4057 0.1753</w:t>
        <w:br/>
        <w:t>vn -0.6911 0.6509 0.3143</w:t>
        <w:br/>
        <w:t>vn -0.3357 0.8375 0.4311</w:t>
        <w:br/>
        <w:t>vn 0.0350 0.9980 0.0520</w:t>
        <w:br/>
        <w:t>vn -0.1374 0.9788 -0.1517</w:t>
        <w:br/>
        <w:t>vn -0.5791 -0.2552 0.7743</w:t>
        <w:br/>
        <w:t>vn -0.6704 -0.3291 0.6650</w:t>
        <w:br/>
        <w:t>vn -0.5737 -0.2074 0.7924</w:t>
        <w:br/>
        <w:t>vn 0.0822 0.9377 0.3377</w:t>
        <w:br/>
        <w:t>vn 0.1240 0.8858 0.4472</w:t>
        <w:br/>
        <w:t>vn -0.1930 0.8236 0.5333</w:t>
        <w:br/>
        <w:t>vn 0.4290 -0.1800 -0.8852</w:t>
        <w:br/>
        <w:t>vn 0.0001 -0.9914 -0.1311</w:t>
        <w:br/>
        <w:t>vn -0.4114 -0.4248 0.8064</w:t>
        <w:br/>
        <w:t>vn -0.4670 -0.3882 0.7945</w:t>
        <w:br/>
        <w:t>vn -0.5076 -0.3030 0.8066</w:t>
        <w:br/>
        <w:t>vn -0.2337 -0.7264 0.6464</w:t>
        <w:br/>
        <w:t>vn -0.2601 -0.9395 0.2227</w:t>
        <w:br/>
        <w:t>vn -0.5362 -0.2699 0.7998</w:t>
        <w:br/>
        <w:t>vn -0.0750 0.7382 0.6704</w:t>
        <w:br/>
        <w:t>vn -0.7416 -0.1691 0.6492</w:t>
        <w:br/>
        <w:t>vn -0.9995 0.0326 0.0001</w:t>
        <w:br/>
        <w:t>vn 0.4580 -0.4611 0.7600</w:t>
        <w:br/>
        <w:t>vn 0.4133 -0.5872 0.6960</w:t>
        <w:br/>
        <w:t>vn 0.3090 -0.4863 0.8173</w:t>
        <w:br/>
        <w:t>vn 0.3552 -0.4547 0.8167</w:t>
        <w:br/>
        <w:t>vn 0.2276 -0.9407 -0.2515</w:t>
        <w:br/>
        <w:t>vn 0.2277 -0.9407 -0.2513</w:t>
        <w:br/>
        <w:t>vn 0.2600 -0.9396 0.2225</w:t>
        <w:br/>
        <w:t>vn 0.2601 -0.9396 0.2226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0.1278 -0.2980 0.9460</w:t>
        <w:br/>
        <w:t>vn 0.1759 -0.1633 0.9708</w:t>
        <w:br/>
        <w:t>vn 0.2277 -0.0169 0.9736</w:t>
        <w:br/>
        <w:t>vn 0.3831 -0.2090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0.8425</w:t>
        <w:br/>
        <w:t>vn 0.2245 -0.4358 0.8716</w:t>
        <w:br/>
        <w:t>vn 0.5065 -0.0780 0.8587</w:t>
        <w:br/>
        <w:t>vn 0.4421 -0.4061 0.7998</w:t>
        <w:br/>
        <w:t>vn 0.3366 -0.5772 0.7440</w:t>
        <w:br/>
        <w:t>vn 0.2457 -0.2362 0.9401</w:t>
        <w:br/>
        <w:t>vn 0.2717 -0.6387 0.7199</w:t>
        <w:br/>
        <w:t>vn 0.6946 -0.4664 0.5478</w:t>
        <w:br/>
        <w:t>vn 0.5333 -0.2817 0.7977</w:t>
        <w:br/>
        <w:t>vn 0.7368 -0.1771 0.6526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0.2638 0.4876 0.8323</w:t>
        <w:br/>
        <w:t>vn 0.4164 0.4533 0.7881</w:t>
        <w:br/>
        <w:t>vn 0.4609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0.8803 0.3316 0.3394</w:t>
        <w:br/>
        <w:t>vn 0.8813 0.3526 0.3146</w:t>
        <w:br/>
        <w:t>vn 0.8749 0.2690 0.4026</w:t>
        <w:br/>
        <w:t>vn 0.9341 0.2467 0.2580</w:t>
        <w:br/>
        <w:t>vn 0.9286 0.2802 0.2435</w:t>
        <w:br/>
        <w:t>vn 0.9397 0.1838 0.2884</w:t>
        <w:br/>
        <w:t>vn 0.9681 0.1539 0.1978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0.9737 -0.2178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0.4079 -0.1363 0.9028</w:t>
        <w:br/>
        <w:t>vn 0.7876 -0.0461 0.6144</w:t>
        <w:br/>
        <w:t>vn 0.8713 -0.0617 0.4869</w:t>
        <w:br/>
        <w:t>vn 0.2880 -0.1941 0.9377</w:t>
        <w:br/>
        <w:t>vn 0.3270 -0.3091 0.8930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0.4030 -0.3844 0.8306</w:t>
        <w:br/>
        <w:t>vn 0.6859 -0.1615 0.7095</w:t>
        <w:br/>
        <w:t>vn 0.5314 -0.3470 0.7728</w:t>
        <w:br/>
        <w:t>vn 0.2863 -0.5290 0.7989</w:t>
        <w:br/>
        <w:t>vn 0.1873 -0.5793 0.7933</w:t>
        <w:br/>
        <w:t>vn 0.7680 -0.1516 0.6222</w:t>
        <w:br/>
        <w:t>vn 0.4008 -0.4902 0.7740</w:t>
        <w:br/>
        <w:t>vn 0.1672 -0.6687 0.7245</w:t>
        <w:br/>
        <w:t>vn 0.2257 -0.7648 0.6034</w:t>
        <w:br/>
        <w:t>vn 0.3438 -0.8991 0.2709</w:t>
        <w:br/>
        <w:t>vn 0.5570 -0.7724 0.3053</w:t>
        <w:br/>
        <w:t>vn 0.9370 -0.3314 0.1106</w:t>
        <w:br/>
        <w:t>vn 0.9995 0.0326 0.0001</w:t>
        <w:br/>
        <w:t>vn 0.5061 -0.0791 0.8589</w:t>
        <w:br/>
        <w:t>vn 0.4185 0.1153 0.9009</w:t>
        <w:br/>
        <w:t>vn 0.3763 0.5853 0.7182</w:t>
        <w:br/>
        <w:t>vn 0.3951 0.9028 0.1700</w:t>
        <w:br/>
        <w:t>vn 0.7195 0.6621 0.2096</w:t>
        <w:br/>
        <w:t>vn 0.5859 0.3348 0.7380</w:t>
        <w:br/>
        <w:t>vn 0.2729 0.2693 0.9236</w:t>
        <w:br/>
        <w:t>vn 0.2580 0.6348 0.7283</w:t>
        <w:br/>
        <w:t>vn 0.2498 0.9502 0.1864</w:t>
        <w:br/>
        <w:t>vn 0.2082 0.6289 0.7491</w:t>
        <w:br/>
        <w:t>vn 0.1192 0.9728 0.1986</w:t>
        <w:br/>
        <w:t>vn 0.2101 0.6096 0.7644</w:t>
        <w:br/>
        <w:t>vn 0.0632 0.9867 0.1500</w:t>
        <w:br/>
        <w:t>vn 0.2276 0.2123 0.9503</w:t>
        <w:br/>
        <w:t>vn 0.2124 0.2613 0.9416</w:t>
        <w:br/>
        <w:t>vn 0.2699 0.1644 0.9488</w:t>
        <w:br/>
        <w:t>vn 0.2584 0.5937 0.7620</w:t>
        <w:br/>
        <w:t>vn 0.0579 0.9840 0.1686</w:t>
        <w:br/>
        <w:t>vn 0.3319 0.5323 0.7788</w:t>
        <w:br/>
        <w:t>vn -0.0786 0.9825 0.1688</w:t>
        <w:br/>
        <w:t>vn 0.3484 0.1048 0.9315</w:t>
        <w:br/>
        <w:t>vn -0.2520 0.8869 0.3872</w:t>
        <w:br/>
        <w:t>vn 0.0509 0.7943 0.6054</w:t>
        <w:br/>
        <w:t>vn 0.5220 0.0203 0.8527</w:t>
        <w:br/>
        <w:t>vn 0.6854 -0.0613 0.7256</w:t>
        <w:br/>
        <w:t>vn 0.6483 -0.0798 0.7572</w:t>
        <w:br/>
        <w:t>vn 0.7524 -0.1196 0.6477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0.7220 -0.2001 0.6623</w:t>
        <w:br/>
        <w:t>vn 0.8789 -0.3278 0.3466</w:t>
        <w:br/>
        <w:t>vn 0.8658 -0.3082 0.3943</w:t>
        <w:br/>
        <w:t>vn 0.8650 -0.3006 0.4018</w:t>
        <w:br/>
        <w:t>vn 0.8066 -0.2584 0.5316</w:t>
        <w:br/>
        <w:t>vn 0.7831 -0.3115 0.5382</w:t>
        <w:br/>
        <w:t>vn 0.7367 -0.3165 0.5975</w:t>
        <w:br/>
        <w:t>vn 0.7147 -0.3329 0.6151</w:t>
        <w:br/>
        <w:t>vn 0.8938 -0.2828 0.3480</w:t>
        <w:br/>
        <w:t>vn 0.9090 -0.2571 0.3282</w:t>
        <w:br/>
        <w:t>vn 0.8790 -0.2928 0.3763</w:t>
        <w:br/>
        <w:t>vn 0.8711 -0.2405 0.4281</w:t>
        <w:br/>
        <w:t>vn 0.5238 -0.4541 0.7208</w:t>
        <w:br/>
        <w:t>vn 0.6294 -0.3252 0.7058</w:t>
        <w:br/>
        <w:t>vn 0.8449 -0.2306 0.4826</w:t>
        <w:br/>
        <w:t>vn 0.9238 -0.2118 0.3191</w:t>
        <w:br/>
        <w:t>vn 0.9300 -0.0973 0.3543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0.5610</w:t>
        <w:br/>
        <w:t>vn 0.4072 0.0091 0.9133</w:t>
        <w:br/>
        <w:t>vn 0.2448 0.1844 0.9519</w:t>
        <w:br/>
        <w:t>vn 0.3142 0.0703 0.9467</w:t>
        <w:br/>
        <w:t>vn 0.2182 0.2153 0.9518</w:t>
        <w:br/>
        <w:t>vn 0.2659 0.1263 0.9557</w:t>
        <w:br/>
        <w:t>vn 0.4100 -0.0709 0.9093</w:t>
        <w:br/>
        <w:t>vn 0.5835 -0.1635 0.7955</w:t>
        <w:br/>
        <w:t>vn 0.3329 -0.0076 0.9429</w:t>
        <w:br/>
        <w:t>vn 0.7805 -0.2611 0.5680</w:t>
        <w:br/>
        <w:t>vn 0.2312 0.1772 0.9566</w:t>
        <w:br/>
        <w:t>vn 0.8975 -0.3059 0.3176</w:t>
        <w:br/>
        <w:t>vn 0.2369 0.2041 0.9498</w:t>
        <w:br/>
        <w:t>vn 0.9393 -0.3153 0.1356</w:t>
        <w:br/>
        <w:t>vn 0.9485 -0.3167 0.0058</w:t>
        <w:br/>
        <w:t>vn 0.3536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0.8681 -0.3626 0.3390</w:t>
        <w:br/>
        <w:t>vn 0.5555 -0.2579 0.7905</w:t>
        <w:br/>
        <w:t>vn 0.3981 -0.1666 0.9021</w:t>
        <w:br/>
        <w:t>vn 0.8240 -0.4360 0.3618</w:t>
        <w:br/>
        <w:t>vn 0.6828 -0.4075 0.6064</w:t>
        <w:br/>
        <w:t>vn 0.5186 -0.3551 0.7778</w:t>
        <w:br/>
        <w:t>vn 0.8721 -0.4696 0.1375</w:t>
        <w:br/>
        <w:t>vn 0.8582 -0.5131 0.0119</w:t>
        <w:br/>
        <w:t>vn 0.8071 -0.5714 0.1487</w:t>
        <w:br/>
        <w:t>vn 0.7506 -0.5303 0.3941</w:t>
        <w:br/>
        <w:t>vn 0.8372 -0.5450 -0.0452</w:t>
        <w:br/>
        <w:t>vn 0.7981 -0.6023 0.0157</w:t>
        <w:br/>
        <w:t>vn 0.5341 -0.6495 -0.5412</w:t>
        <w:br/>
        <w:t>vn 0.8497 -0.5164 -0.1064</w:t>
        <w:br/>
        <w:t>vn 0.7499 -0.6445 -0.1492</w:t>
        <w:br/>
        <w:t>vn -0.0438 -0.5994 -0.7992</w:t>
        <w:br/>
        <w:t>vn 0.3820 -0.8571 -0.3457</w:t>
        <w:br/>
        <w:t>vn 0.0704 -0.6152 -0.7852</w:t>
        <w:br/>
        <w:t>vn 0.3919 -0.7103 -0.5847</w:t>
        <w:br/>
        <w:t>vn 0.0667 -0.6167 -0.7844</w:t>
        <w:br/>
        <w:t>vn 0.7763 -0.6292 -0.0381</w:t>
        <w:br/>
        <w:t>vn 0.4533 -0.7926 -0.4078</w:t>
        <w:br/>
        <w:t>vn 0.1404 -0.7129 -0.6871</w:t>
        <w:br/>
        <w:t>vn 0.6652 -0.7438 -0.0658</w:t>
        <w:br/>
        <w:t>vn 0.4167 -0.8560 -0.3060</w:t>
        <w:br/>
        <w:t>vn 0.2516 -0.8221 -0.5107</w:t>
        <w:br/>
        <w:t>vn 0.5772 -0.8152 -0.0471</w:t>
        <w:br/>
        <w:t>vn 0.3417 -0.9178 -0.2021</w:t>
        <w:br/>
        <w:t>vn 0.2471 -0.9062 -0.3432</w:t>
        <w:br/>
        <w:t>vn 0.4678 -0.8825 -0.0487</w:t>
        <w:br/>
        <w:t>vn 0.6894 -0.7238 -0.0268</w:t>
        <w:br/>
        <w:t>vn 0.2538 -0.9518 -0.1725</w:t>
        <w:br/>
        <w:t>vn 0.1456 -0.9568 -0.2518</w:t>
        <w:br/>
        <w:t>vn 0.7153 -0.6757 0.1782</w:t>
        <w:br/>
        <w:t>vn 0.7070 -0.7067 0.0286</w:t>
        <w:br/>
        <w:t>vn 0.6113 -0.7913 -0.0128</w:t>
        <w:br/>
        <w:t>vn 0.6318 -0.7741 0.0399</w:t>
        <w:br/>
        <w:t>vn 0.5546 -0.8321 -0.0060</w:t>
        <w:br/>
        <w:t>vn 0.5860 -0.8090 0.0466</w:t>
        <w:br/>
        <w:t>vn 0.5153 -0.8569 -0.0125</w:t>
        <w:br/>
        <w:t>vn 0.5583 -0.8281 0.0506</w:t>
        <w:br/>
        <w:t>vn 0.3863 -0.9187 -0.0820</w:t>
        <w:br/>
        <w:t>vn 0.1139 -0.9693 -0.2178</w:t>
        <w:br/>
        <w:t>vn -0.0000 -0.9659 -0.2588</w:t>
        <w:br/>
        <w:t>vn 0.1961 -0.9708 -0.1381</w:t>
        <w:br/>
        <w:t>vn 0.4859 -0.8737 -0.0256</w:t>
        <w:br/>
        <w:t>vn 0.3734 -0.9254 -0.0649</w:t>
        <w:br/>
        <w:t>vn 0.5255 -0.8491 0.0539</w:t>
        <w:br/>
        <w:t>vn 0.4592 -0.8873 0.0423</w:t>
        <w:br/>
        <w:t>vn 0.2217 -0.9685 -0.1130</w:t>
        <w:br/>
        <w:t>vn 0.3146 -0.9492 0.0107</w:t>
        <w:br/>
        <w:t>vn 0.5728 -0.7604 0.3060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0.5466</w:t>
        <w:br/>
        <w:t>vn 0.5310 -0.5809 0.6169</w:t>
        <w:br/>
        <w:t>vn 0.6068 -0.6365 0.4761</w:t>
        <w:br/>
        <w:t>vn 0.6641 -0.6131 0.4279</w:t>
        <w:br/>
        <w:t>vn 0.6062 -0.4836 0.6314</w:t>
        <w:br/>
        <w:t>vn 0.5339 -0.5262 0.6619</w:t>
        <w:br/>
        <w:t>vn 0.4852 -0.5250 0.6993</w:t>
        <w:br/>
        <w:t>vn 0.4307 -0.4242 0.7966</w:t>
        <w:br/>
        <w:t>vn 0.4484 -0.5109 0.7335</w:t>
        <w:br/>
        <w:t>vn 0.3647 -0.3113 0.8776</w:t>
        <w:br/>
        <w:t>vn 0.4052 -0.4441 0.7991</w:t>
        <w:br/>
        <w:t>vn 0.4075 -0.4596 0.7891</w:t>
        <w:br/>
        <w:t>vn 0.3602 -0.3898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0.2021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0.3581 -0.3212 0.8767</w:t>
        <w:br/>
        <w:t>vn 0.4053 -0.2003 0.8919</w:t>
        <w:br/>
        <w:t>vn 0.3862 -0.3523 0.8525</w:t>
        <w:br/>
        <w:t>vn 0.4261 -0.3012 0.8531</w:t>
        <w:br/>
        <w:t>vn 0.3783 -0.3892 0.8399</w:t>
        <w:br/>
        <w:t>vn 0.3827 -0.4093 0.8282</w:t>
        <w:br/>
        <w:t>vn 0.4788 -0.2560 0.8397</w:t>
        <w:br/>
        <w:t>vn 0.4539 -0.1663 0.8754</w:t>
        <w:br/>
        <w:t>vn 0.3665 -0.4002 0.8399</w:t>
        <w:br/>
        <w:t>vn 0.5565 -0.0946 0.8255</w:t>
        <w:br/>
        <w:t>vn 0.5889 0.1612 0.7920</w:t>
        <w:br/>
        <w:t>vn 0.7186 -0.0233 0.6950</w:t>
        <w:br/>
        <w:t>vn 0.6100 -0.2612 0.7481</w:t>
        <w:br/>
        <w:t>vn 0.5416 0.1566 0.8259</w:t>
        <w:br/>
        <w:t>vn 0.6189 0.2515 0.7441</w:t>
        <w:br/>
        <w:t>vn 0.4944 -0.2011 0.8457</w:t>
        <w:br/>
        <w:t>vn 0.7203 0.2253 0.6560</w:t>
        <w:br/>
        <w:t>vn 0.6078 0.1780 0.7739</w:t>
        <w:br/>
        <w:t>vn 0.7008 0.2862 0.6535</w:t>
        <w:br/>
        <w:t>vn 0.7772 0.2915 0.5577</w:t>
        <w:br/>
        <w:t>vn 0.5124 0.0455 0.8575</w:t>
        <w:br/>
        <w:t>vn 0.4078 0.3277 0.8522</w:t>
        <w:br/>
        <w:t>vn 0.4900 0.4554 0.7433</w:t>
        <w:br/>
        <w:t>vn 0.3015 0.1496 0.9416</w:t>
        <w:br/>
        <w:t>vn 0.5390 0.5150 0.6665</w:t>
        <w:br/>
        <w:t>vn 0.5885 0.5368 0.6046</w:t>
        <w:br/>
        <w:t>vn 0.8422 0.2317 0.4868</w:t>
        <w:br/>
        <w:t>vn 0.8165 0.1106 0.5667</w:t>
        <w:br/>
        <w:t>vn 0.8871 0.1190 0.4460</w:t>
        <w:br/>
        <w:t>vn 0.6461 0.5113 0.5667</w:t>
        <w:br/>
        <w:t>vn 0.8645 -0.0680 0.4981</w:t>
        <w:br/>
        <w:t>vn 0.7766 -0.2519 0.5774</w:t>
        <w:br/>
        <w:t>vn 0.5642 -0.3531 0.7463</w:t>
        <w:br/>
        <w:t>vn 0.7849 -0.3462 0.5139</w:t>
        <w:br/>
        <w:t>vn 0.7078 -0.4928 0.5062</w:t>
        <w:br/>
        <w:t>vn 0.4570 -0.1305 0.8798</w:t>
        <w:br/>
        <w:t>vn 0.5541 -0.1592 0.8171</w:t>
        <w:br/>
        <w:t>vn 0.4942 -0.6980 0.5183</w:t>
        <w:br/>
        <w:t>vn 0.4141 -0.5177 0.7486</w:t>
        <w:br/>
        <w:t>vn 0.3102 -0.1453 0.9395</w:t>
        <w:br/>
        <w:t>vn 0.5841 -0.2489 0.7726</w:t>
        <w:br/>
        <w:t>vn 0.5622 -0.5943 0.5751</w:t>
        <w:br/>
        <w:t>vn 0.8279 -0.1850 0.5295</w:t>
        <w:br/>
        <w:t>vn 0.6042 -0.4756 0.6393</w:t>
        <w:br/>
        <w:t>vn 0.6875 0.0763 0.7222</w:t>
        <w:br/>
        <w:t>vn 0.5605 -0.3724 0.7397</w:t>
        <w:br/>
        <w:t>vn 0.5111 -0.4881 0.7075</w:t>
        <w:br/>
        <w:t>vn 0.3766 -0.3401 0.8617</w:t>
        <w:br/>
        <w:t>vn 0.2361 -0.3399 0.9103</w:t>
        <w:br/>
        <w:t>vn 0.5101 -0.3460 0.7874</w:t>
        <w:br/>
        <w:t>vn 0.1317 -0.6698 0.7307</w:t>
        <w:br/>
        <w:t>vn 0.2327 -0.6516 0.7220</w:t>
        <w:br/>
        <w:t>vn 0.0676 -0.8644 0.4983</w:t>
        <w:br/>
        <w:t>vn 0.1230 -0.8575 0.4995</w:t>
        <w:br/>
        <w:t>vn 0.0313 -0.9556 0.2931</w:t>
        <w:br/>
        <w:t>vn 0.0502 -0.9535 0.2972</w:t>
        <w:br/>
        <w:t>vn 0.2045 -0.8424 0.4986</w:t>
        <w:br/>
        <w:t>vn 0.3561 -0.6269 0.6930</w:t>
        <w:br/>
        <w:t>vn 0.0945 -0.9428 0.3197</w:t>
        <w:br/>
        <w:t>vn 0.1782 -0.9042 0.3881</w:t>
        <w:br/>
        <w:t>vn 0.3091 -0.8059 0.5049</w:t>
        <w:br/>
        <w:t>vn 0.3574 -0.7541 0.5510</w:t>
        <w:br/>
        <w:t>vn 0.2508 -0.8363 0.4876</w:t>
        <w:br/>
        <w:t>vn 0.3277 -0.7006 0.6338</w:t>
        <w:br/>
        <w:t>vn 0.2547 -0.7648 0.5917</w:t>
        <w:br/>
        <w:t>vn 0.4958 -0.5999 0.6279</w:t>
        <w:br/>
        <w:t>vn 0.4781 -0.6058 0.6359</w:t>
        <w:br/>
        <w:t>vn 0.5942 -0.3799 0.7090</w:t>
        <w:br/>
        <w:t>vn 0.5714 -0.4381 0.6939</w:t>
        <w:br/>
        <w:t>vn 0.5267 -0.3384 0.7797</w:t>
        <w:br/>
        <w:t>vn 0.4312 -0.3823 0.8172</w:t>
        <w:br/>
        <w:t>vn 0.3803 -0.4118 0.8281</w:t>
        <w:br/>
        <w:t>vn 0.3038 -0.4847 0.8202</w:t>
        <w:br/>
        <w:t>vn 0.3170 -0.3190 0.8932</w:t>
        <w:br/>
        <w:t>vn 0.3599 -0.3860 0.8494</w:t>
        <w:br/>
        <w:t>vn 0.4714 -0.2174 0.8547</w:t>
        <w:br/>
        <w:t>vn 0.4455 -0.2870 0.8480</w:t>
        <w:br/>
        <w:t>vn 0.3780 -0.4087 0.8307</w:t>
        <w:br/>
        <w:t>vn 0.2988 -0.0113 0.9542</w:t>
        <w:br/>
        <w:t>vn 0.4229 -0.3686 0.8279</w:t>
        <w:br/>
        <w:t>vn 0.3885 -0.3936 0.8331</w:t>
        <w:br/>
        <w:t>vn 0.3936 -0.4349 0.8099</w:t>
        <w:br/>
        <w:t>vn 0.3980 -0.4659 0.7903</w:t>
        <w:br/>
        <w:t>vn 0.3919 -0.4542 0.8001</w:t>
        <w:br/>
        <w:t>vn 0.3716 -0.4628 0.8048</w:t>
        <w:br/>
        <w:t>vn 0.3505 -0.4956 0.7947</w:t>
        <w:br/>
        <w:t>vn 0.4269 -0.4658 0.7751</w:t>
        <w:br/>
        <w:t>vn 0.5148 -0.5384 0.6672</w:t>
        <w:br/>
        <w:t>vn 0.3923 -0.3997 0.8285</w:t>
        <w:br/>
        <w:t>vn 0.4666 -0.5237 0.7128</w:t>
        <w:br/>
        <w:t>vn 0.3535 -0.8659 0.3538</w:t>
        <w:br/>
        <w:t>vn 0.3516 -0.3372 0.8733</w:t>
        <w:br/>
        <w:t>vn 0.2877 -0.5476 0.7857</w:t>
        <w:br/>
        <w:t>vn 0.3232 -0.4350 0.8404</w:t>
        <w:br/>
        <w:t>vn 0.3053 -0.3889 0.8692</w:t>
        <w:br/>
        <w:t>vn 0.2900 -0.5104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0.3025 -0.6218 0.7224</w:t>
        <w:br/>
        <w:t>vn 0.2262 -0.6550 0.7210</w:t>
        <w:br/>
        <w:t>vn 0.4453 -0.5010 0.7421</w:t>
        <w:br/>
        <w:t>vn 0.3346 -0.6363 0.6951</w:t>
        <w:br/>
        <w:t>vn 0.4679 -0.3933 0.7914</w:t>
        <w:br/>
        <w:t>vn 0.3589 -0.4795 0.8008</w:t>
        <w:br/>
        <w:t>vn 0.4473 0.2269 0.8651</w:t>
        <w:br/>
        <w:t>vn 0.1290 0.8006 0.5851</w:t>
        <w:br/>
        <w:t>vn 0.2992 0.6297 0.7169</w:t>
        <w:br/>
        <w:t>vn 0.5556 -0.2473 0.7938</w:t>
        <w:br/>
        <w:t>vn 0.3833 0.0450 0.9225</w:t>
        <w:br/>
        <w:t>vn 0.4345 -0.3043 0.8477</w:t>
        <w:br/>
        <w:t>vn 0.5367 -0.2428 0.8081</w:t>
        <w:br/>
        <w:t>vn 0.2365 0.7005 0.6733</w:t>
        <w:br/>
        <w:t>vn 0.2589 0.7375 0.6237</w:t>
        <w:br/>
        <w:t>vn 0.3201 0.7261 0.6085</w:t>
        <w:br/>
        <w:t>vn 0.2460 0.2304 0.9415</w:t>
        <w:br/>
        <w:t>vn 0.3221 -0.2818 0.9038</w:t>
        <w:br/>
        <w:t>vn 0.2366 0.7006 0.6731</w:t>
        <w:br/>
        <w:t>vn 0.1574 0.6292 0.7612</w:t>
        <w:br/>
        <w:t>vn 0.1126 0.5905 0.7991</w:t>
        <w:br/>
        <w:t>vn 0.1839 0.2625 0.9473</w:t>
        <w:br/>
        <w:t>vn 0.2529 -0.2351 0.9385</w:t>
        <w:br/>
        <w:t>vn 0.0852 0.5817 0.8089</w:t>
        <w:br/>
        <w:t>vn 0.1127 0.2835 0.9523</w:t>
        <w:br/>
        <w:t>vn 0.1290 -0.2302 0.9645</w:t>
        <w:br/>
        <w:t>vn 0.2581 -0.5428 0.7992</w:t>
        <w:br/>
        <w:t>vn 0.2241 -0.7149 0.6624</w:t>
        <w:br/>
        <w:t>vn 0.1253 -0.5773 0.8068</w:t>
        <w:br/>
        <w:t>vn 0.1220 -0.7447 0.6561</w:t>
        <w:br/>
        <w:t>vn 0.1400 -0.6637 0.7348</w:t>
        <w:br/>
        <w:t>vn 0.1787 -0.4714 0.8636</w:t>
        <w:br/>
        <w:t>vn -0.2440 -0.5842 -0.7741</w:t>
        <w:br/>
        <w:t>vn 0.0301 -0.8653 -0.5003</w:t>
        <w:br/>
        <w:t>vn -0.3305 -0.3864 -0.8611</w:t>
        <w:br/>
        <w:t>vn 0.1249 -0.8486 -0.5141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0.0744 0.6809 -0.7286</w:t>
        <w:br/>
        <w:t>vn -0.2253 0.8592 -0.4593</w:t>
        <w:br/>
        <w:t>vn 0.1374 0.9788 -0.1518</w:t>
        <w:br/>
        <w:t>vn -0.0350 0.9980 0.0519</w:t>
        <w:br/>
        <w:t>vn -0.3831 0.9227 -0.0433</w:t>
        <w:br/>
        <w:t>vn 0.2528 -0.9298 0.2675</w:t>
        <w:br/>
        <w:t>vn 0.5324 -0.7793 0.3305</w:t>
        <w:br/>
        <w:t>vn 0.6663 -0.0123 0.7456</w:t>
        <w:br/>
        <w:t>vn 0.0301 -0.8654 -0.5002</w:t>
        <w:br/>
        <w:t>vn 0.1249 -0.8486 -0.5140</w:t>
        <w:br/>
        <w:t>vn 0.4285 -0.8956 -0.1197</w:t>
        <w:br/>
        <w:t>vn 0.4670 0.3199 0.8244</w:t>
        <w:br/>
        <w:t>vn 0.5519 0.1815 0.8139</w:t>
        <w:br/>
        <w:t>vn 0.6922 -0.1558 0.7047</w:t>
        <w:br/>
        <w:t>vn 0.5350 -0.8367 -0.1170</w:t>
        <w:br/>
        <w:t>vn 0.6412 -0.0767 0.7635</w:t>
        <w:br/>
        <w:t>vn 0.7425 -0.6613 -0.1070</w:t>
        <w:br/>
        <w:t>vn 0.9033 -0.3621 -0.2302</w:t>
        <w:br/>
        <w:t>vn 0.9026 -0.3182 0.2898</w:t>
        <w:br/>
        <w:t>vn 0.6465 -0.2240 0.7292</w:t>
        <w:br/>
        <w:t>vn 0.6799 -0.2689 0.6822</w:t>
        <w:br/>
        <w:t>vn 0.9026 -0.3182 0.2899</w:t>
        <w:br/>
        <w:t>vn 0.9712 -0.0035 -0.2382</w:t>
        <w:br/>
        <w:t>vn 0.9894 -0.1291 0.0660</w:t>
        <w:br/>
        <w:t>vn 0.6736 -0.1907 0.7141</w:t>
        <w:br/>
        <w:t>vn 0.9520 0.3058 0.0107</w:t>
        <w:br/>
        <w:t>vn 0.9282 -0.0170 0.3717</w:t>
        <w:br/>
        <w:t>vn 0.8970 0.4057 0.1753</w:t>
        <w:br/>
        <w:t>vn 0.6911 0.6509 0.3143</w:t>
        <w:br/>
        <w:t>vn 0.6911 0.6508 0.3143</w:t>
        <w:br/>
        <w:t>vn 0.1374 0.9788 -0.1517</w:t>
        <w:br/>
        <w:t>vn -0.0350 0.9980 0.0520</w:t>
        <w:br/>
        <w:t>vn 0.3357 0.8375 0.4311</w:t>
        <w:br/>
        <w:t>vn 0.6704 -0.3291 0.6650</w:t>
        <w:br/>
        <w:t>vn 0.5791 -0.2552 0.7743</w:t>
        <w:br/>
        <w:t>vn 0.5737 -0.2074 0.7924</w:t>
        <w:br/>
        <w:t>vn -0.0822 0.9377 0.3376</w:t>
        <w:br/>
        <w:t>vn -0.1240 0.8858 0.4472</w:t>
        <w:br/>
        <w:t>vn 0.1930 0.8236 0.5333</w:t>
        <w:br/>
        <w:t>vn -0.4290 -0.1800 -0.8852</w:t>
        <w:br/>
        <w:t>vn -0.0000 -0.9914 -0.1311</w:t>
        <w:br/>
        <w:t>vn 0.9461 0.3117 0.0880</w:t>
        <w:br/>
        <w:t>vn 0.6977 0.0191 0.7161</w:t>
        <w:br/>
        <w:t>vn 0.4114 -0.4248 0.8064</w:t>
        <w:br/>
        <w:t>vn 0.4670 -0.3882 0.7945</w:t>
        <w:br/>
        <w:t>vn 0.5076 -0.3029 0.8066</w:t>
        <w:br/>
        <w:t>vn 0.0750 0.7381 0.6705</w:t>
        <w:br/>
        <w:t>vn 0.0260 0.9633 0.2672</w:t>
        <w:br/>
        <w:t>vn 0.0306 0.9628 0.2685</w:t>
        <w:br/>
        <w:t>vn 0.0307 0.9628 0.2685</w:t>
        <w:br/>
        <w:t>vn 0.1243 0.8015 0.5849</w:t>
        <w:br/>
        <w:t>vn -0.0234 0.9634 0.2671</w:t>
        <w:br/>
        <w:t>vn -0.1228 0.8013 0.5856</w:t>
        <w:br/>
        <w:t>vn -0.0304 0.9627 0.2688</w:t>
        <w:br/>
        <w:t>vn -0.0305 0.9627 0.2688</w:t>
        <w:br/>
        <w:t>vn -0.7195 0.6621 0.2095</w:t>
        <w:br/>
        <w:t>vn -0.8863 0.3453 -0.3086</w:t>
        <w:br/>
        <w:t>vn -0.5860 0.7709 0.2495</w:t>
        <w:br/>
        <w:t>vn -0.8647 0.3163 -0.3903</w:t>
        <w:br/>
        <w:t>vn -0.9461 0.3117 0.0880</w:t>
        <w:br/>
        <w:t>vn -0.9250 -0.0677 -0.3739</w:t>
        <w:br/>
        <w:t>vn -0.9995 0.0325 0.0002</w:t>
        <w:br/>
        <w:t>vn -0.6969 -0.0000 -0.7172</w:t>
        <w:br/>
        <w:t>vn -0.2286 0.9459 0.2303</w:t>
        <w:br/>
        <w:t>vn -0.1192 0.9728 0.1986</w:t>
        <w:br/>
        <w:t>vn -0.0641 0.9641 0.2578</w:t>
        <w:br/>
        <w:t>vn -0.0632 0.9867 0.1499</w:t>
        <w:br/>
        <w:t>vn -0.3951 0.9028 0.1699</w:t>
        <w:br/>
        <w:t>vn 0.0786 0.9825 0.1688</w:t>
        <w:br/>
        <w:t>vn -0.0579 0.9840 0.1686</w:t>
        <w:br/>
        <w:t>vn -0.2829 0.3128 0.9067</w:t>
        <w:br/>
        <w:t>vn -0.1967 0.3257 0.9248</w:t>
        <w:br/>
        <w:t>vn -0.5236 0.2723 0.8073</w:t>
        <w:br/>
        <w:t>vn -0.6868 0.2320 0.6889</w:t>
        <w:br/>
        <w:t>vn -0.7393 -0.0564 0.6710</w:t>
        <w:br/>
        <w:t>vn -0.5783 -0.1868 0.7941</w:t>
        <w:br/>
        <w:t>vn 0.3708 -0.6983 0.6122</w:t>
        <w:br/>
        <w:t>vn 0.6922 -0.3623 0.6243</w:t>
        <w:br/>
        <w:t>vn 0.1166 -0.1693 0.9786</w:t>
        <w:br/>
        <w:t>vn -0.2502 -0.2004 0.9472</w:t>
        <w:br/>
        <w:t>vn -0.3647 -0.9311 0.0083</w:t>
        <w:br/>
        <w:t>vn -0.6166 -0.7808 0.1003</w:t>
        <w:br/>
        <w:t>vn -0.6382 -0.7484 -0.1806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-0.1192 -0.2003 0.9725</w:t>
        <w:br/>
        <w:t>vn 0.3019 -0.9155 0.2658</w:t>
        <w:br/>
        <w:t>vn 0.5299 -0.7580 0.3804</w:t>
        <w:br/>
        <w:t>vn 0.2055 0.0133 0.9786</w:t>
        <w:br/>
        <w:t>vn 0.7931 0.5775 0.1936</w:t>
        <w:br/>
        <w:t>vn 0.8204 0.5419 -0.1825</w:t>
        <w:br/>
        <w:t>vn 0.9535 0.2904 0.0808</w:t>
        <w:br/>
        <w:t>vn 0.0045 0.3595 0.9331</w:t>
        <w:br/>
        <w:t>vn 0.1709 0.3809 0.9087</w:t>
        <w:br/>
        <w:t>vn 0.6283 0.7431 0.2304</w:t>
        <w:br/>
        <w:t>vn 0.5120 0.8035 0.3036</w:t>
        <w:br/>
        <w:t>vn 0.4679 0.8816 -0.0621</w:t>
        <w:br/>
        <w:t>vn 0.0003 0.6301 0.7765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-0.6602 -0.1939 -0.7257</w:t>
        <w:br/>
        <w:t>vn -0.7607 -0.5972 -0.2542</w:t>
        <w:br/>
        <w:t>vn -0.6166 -0.7809 0.1003</w:t>
        <w:br/>
        <w:t>vn 0.7889 0.4931 0.3668</w:t>
        <w:br/>
        <w:t>vn 0.8404 0.3965 0.3694</w:t>
        <w:br/>
        <w:t>vn 0.9250 -0.0677 -0.3739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0.0632 0.9867 0.1499</w:t>
        <w:br/>
        <w:t>vn 0.0641 0.9641 0.2578</w:t>
        <w:br/>
        <w:t>vn 0.3951 0.9028 0.1699</w:t>
        <w:br/>
        <w:t>vn 0.5860 0.7709 0.2495</w:t>
        <w:br/>
        <w:t>vn 0.7195 0.6621 0.2095</w:t>
        <w:br/>
        <w:t>vn 0.1967 0.3257 0.9248</w:t>
        <w:br/>
        <w:t>vn 0.2829 0.3128 0.9067</w:t>
        <w:br/>
        <w:t>vn 0.5236 0.2723 0.8073</w:t>
        <w:br/>
        <w:t>vn 0.6868 0.2320 0.6889</w:t>
        <w:br/>
        <w:t>vn 0.5783 -0.1868 0.7941</w:t>
        <w:br/>
        <w:t>vn 0.7393 -0.0564 0.6710</w:t>
        <w:br/>
        <w:t>vn -0.3708 -0.6984 0.6122</w:t>
        <w:br/>
        <w:t>vn -0.1166 -0.1693 0.9786</w:t>
        <w:br/>
        <w:t>vn -0.6922 -0.3623 0.6242</w:t>
        <w:br/>
        <w:t>vn 0.2501 -0.2004 0.9472</w:t>
        <w:br/>
        <w:t>vn 0.3647 -0.9311 0.0083</w:t>
        <w:br/>
        <w:t>vn 0.6382 -0.7484 -0.1806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0.1191 -0.2003 0.9725</w:t>
        <w:br/>
        <w:t>vn -0.3019 -0.9155 0.2658</w:t>
        <w:br/>
        <w:t>vn -0.5299 -0.7580 0.3803</w:t>
        <w:br/>
        <w:t>vn -0.2055 0.0133 0.9786</w:t>
        <w:br/>
        <w:t>vn -0.7931 0.5776 0.1936</w:t>
        <w:br/>
        <w:t>vn -0.9535 0.2904 0.0808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0.3036</w:t>
        <w:br/>
        <w:t>vn -0.0003 0.6301 0.7765</w:t>
        <w:br/>
        <w:t>vn -0.2520 0.8869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0.6602 -0.1939 -0.7257</w:t>
        <w:br/>
        <w:t>vn 0.7607 -0.5972 -0.2542</w:t>
        <w:br/>
        <w:t>vn 0.6166 -0.7809 0.1003</w:t>
        <w:br/>
        <w:t>vn -0.7888 0.4931 0.3668</w:t>
        <w:br/>
        <w:t>vn -0.8404 0.3965 0.3694</w:t>
        <w:br/>
        <w:t>vn -0.1437 -0.0704 -0.9871</w:t>
        <w:br/>
        <w:t>vn -0.1798 -0.0164 -0.9836</w:t>
        <w:br/>
        <w:t>vn -0.3022 -0.1106 -0.9468</w:t>
        <w:br/>
        <w:t>vn -0.9370 -0.3313 0.1107</w:t>
        <w:br/>
        <w:t>vn 0.0904 -0.0939 -0.9915</w:t>
        <w:br/>
        <w:t>vn 0.0089 -0.0885 -0.9960</w:t>
        <w:br/>
        <w:t>vn 0.2121 -0.1006 -0.9721</w:t>
        <w:br/>
        <w:t>vn 0.1517 -0.1060 -0.9827</w:t>
        <w:br/>
        <w:t>vn 0.5196 -0.0883 -0.8498</w:t>
        <w:br/>
        <w:t>vn 0.5618 -0.0715 -0.8242</w:t>
        <w:br/>
        <w:t>vn 0.6869 -0.0042 -0.7268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0.8051 0.0544 -0.5907</w:t>
        <w:br/>
        <w:t>vn 0.1437 -0.0704 -0.9871</w:t>
        <w:br/>
        <w:t>vn 0.1797 -0.0164 -0.9836</w:t>
        <w:br/>
        <w:t>vn 0.3022 -0.1106 -0.9468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-0.5368 -0.1870 0.8227</w:t>
        <w:br/>
        <w:t>vn -0.6165 -0.2758 0.7374</w:t>
        <w:br/>
        <w:t>vn -0.6087 -0.3432 0.7153</w:t>
        <w:br/>
        <w:t>vn -0.6200 -0.3435 0.7055</w:t>
        <w:br/>
        <w:t>vn -0.4647 -0.1370 0.8748</w:t>
        <w:br/>
        <w:t>vn -0.3397 -0.2003 0.9189</w:t>
        <w:br/>
        <w:t>vn -0.3397 -0.2004 0.9189</w:t>
        <w:br/>
        <w:t>vn -0.2456 -0.4709 0.8473</w:t>
        <w:br/>
        <w:t>vn -0.2343 -0.4711 0.8504</w:t>
        <w:br/>
        <w:t>vn -0.2923 -0.2984 0.9086</w:t>
        <w:br/>
        <w:t>vn -0.2721 -0.3290 0.9043</w:t>
        <w:br/>
        <w:t>vn -0.2496 -0.3658 0.8966</w:t>
        <w:br/>
        <w:t>vn 0.6463 -0.3349 0.6856</w:t>
        <w:br/>
        <w:t>vn 0.6166 -0.2758 0.7374</w:t>
        <w:br/>
        <w:t>vn -0.2373 -0.4072 0.8820</w:t>
        <w:br/>
        <w:t>vn -0.2373 -0.4071 0.8820</w:t>
        <w:br/>
        <w:t>vn 0.0278 0.2168 0.9758</w:t>
        <w:br/>
        <w:t>vn 0.1877 0.4257 0.8852</w:t>
        <w:br/>
        <w:t>vn -0.6854 0.6815 0.2564</w:t>
        <w:br/>
        <w:t>vn -0.6854 0.6815 0.2563</w:t>
        <w:br/>
        <w:t>vn -0.1026 0.9944 0.0233</w:t>
        <w:br/>
        <w:t>vn -0.1025 0.9945 0.0234</w:t>
        <w:br/>
        <w:t>vn -0.8092 0.4991 0.3101</w:t>
        <w:br/>
        <w:t>vn -0.1340 -0.0088 0.9909</w:t>
        <w:br/>
        <w:t>vn 0.3452 0.9267 -0.1483</w:t>
        <w:br/>
        <w:t>vn 0.4762 0.8342 0.2782</w:t>
        <w:br/>
        <w:t>vn 0.3019 0.3440 0.8891</w:t>
        <w:br/>
        <w:t>vn 0.3018 0.3439 0.8892</w:t>
        <w:br/>
        <w:t>vn 0.4765 0.8342 0.2774</w:t>
        <w:br/>
        <w:t>vn -0.3927 0.9033 0.1726</w:t>
        <w:br/>
        <w:t>vn 0.0230 0.9992 -0.0328</w:t>
        <w:br/>
        <w:t>vn -0.5958 0.7652 0.2439</w:t>
        <w:br/>
        <w:t>vn -0.5959 0.7652 0.2438</w:t>
        <w:br/>
        <w:t>vn -0.7598 0.5769 0.2998</w:t>
        <w:br/>
        <w:t>vn 0.1823 0.0780 0.9801</w:t>
        <w:br/>
        <w:t>vn 0.0233 0.9992 -0.0337</w:t>
        <w:br/>
        <w:t>vn 0.4647 -0.1372 0.8748</w:t>
        <w:br/>
        <w:t>vn 0.3397 -0.2004 0.9189</w:t>
        <w:br/>
        <w:t>vn 0.6087 -0.3433 0.7153</w:t>
        <w:br/>
        <w:t>vn 0.6202 -0.3433 0.7053</w:t>
        <w:br/>
        <w:t>vn 0.2343 -0.4711 0.8504</w:t>
        <w:br/>
        <w:t>vn 0.2456 -0.4708 0.8473</w:t>
        <w:br/>
        <w:t>vn 0.5368 -0.1870 0.8227</w:t>
        <w:br/>
        <w:t>vn 0.2923 -0.2985 0.9085</w:t>
        <w:br/>
        <w:t>vn 0.2721 -0.3291 0.9042</w:t>
        <w:br/>
        <w:t>vn 0.2496 -0.3658 0.8966</w:t>
        <w:br/>
        <w:t>vn 0.2373 -0.4072 0.8820</w:t>
        <w:br/>
        <w:t>vn -0.0278 0.2169 0.9758</w:t>
        <w:br/>
        <w:t>vn -0.0278 0.2168 0.9758</w:t>
        <w:br/>
        <w:t>vn -0.1877 0.4257 0.8852</w:t>
        <w:br/>
        <w:t>vn 0.6854 0.6815 0.2564</w:t>
        <w:br/>
        <w:t>vn 0.1025 0.9945 0.0233</w:t>
        <w:br/>
        <w:t>vn 0.1026 0.9945 0.0233</w:t>
        <w:br/>
        <w:t>vn 0.8092 0.4991 0.3100</w:t>
        <w:br/>
        <w:t>vn 0.1340 -0.0088 0.9909</w:t>
        <w:br/>
        <w:t>vn -0.3455 0.9267 -0.1482</w:t>
        <w:br/>
        <w:t>vn -0.3932 0.5779 0.7152</w:t>
        <w:br/>
        <w:t>vn -0.3931 0.5779 0.7152</w:t>
        <w:br/>
        <w:t>vn -0.3022 0.3437 0.8891</w:t>
        <w:br/>
        <w:t>vn -0.3021 0.3437 0.8892</w:t>
        <w:br/>
        <w:t>vn 0.5964 0.7647 0.2439</w:t>
        <w:br/>
        <w:t>vn -0.0230 0.9991 -0.0346</w:t>
        <w:br/>
        <w:t>vn -0.0231 0.9991 -0.0347</w:t>
        <w:br/>
        <w:t>vn 0.5964 0.7647 0.2438</w:t>
        <w:br/>
        <w:t>vn 0.7598 0.5769 0.2998</w:t>
        <w:br/>
        <w:t>vn -0.1825 0.0779 0.9801</w:t>
        <w:br/>
        <w:t>vn -0.4347 0.8696 -0.2341</w:t>
        <w:br/>
        <w:t>vn 0.1254 0.9915 -0.0361</w:t>
        <w:br/>
        <w:t>vn 0.1750 0.9794 -0.1004</w:t>
        <w:br/>
        <w:t>vn 0.1787 0.1678 0.9695</w:t>
        <w:br/>
        <w:t>vn 0.1686 0.4053 0.8985</w:t>
        <w:br/>
        <w:t>vn 0.1686 0.4054 0.8985</w:t>
        <w:br/>
        <w:t>vn 0.0685 0.9924 0.1026</w:t>
        <w:br/>
        <w:t>vn 0.0920 0.9762 0.1965</w:t>
        <w:br/>
        <w:t>vn 0.0920 0.9762 0.1964</w:t>
        <w:br/>
        <w:t>vn 0.0682 0.9923 0.1029</w:t>
        <w:br/>
        <w:t>vn 0.2783 -0.1369 0.9507</w:t>
        <w:br/>
        <w:t>vn 0.1224 0.9687 0.2160</w:t>
        <w:br/>
        <w:t>vn 0.3688 -0.2624 0.8917</w:t>
        <w:br/>
        <w:t>vn 0.1645 0.4706 0.8669</w:t>
        <w:br/>
        <w:t>vn -0.1201 0.9898 -0.0762</w:t>
        <w:br/>
        <w:t>vn -0.1678 0.9718 -0.1659</w:t>
        <w:br/>
        <w:t>vn -0.1201 0.9898 -0.0763</w:t>
        <w:br/>
        <w:t>vn -0.1787 0.1678 0.9695</w:t>
        <w:br/>
        <w:t>vn -0.1686 0.4053 0.8985</w:t>
        <w:br/>
        <w:t>vn -0.0666 0.9932 0.0955</w:t>
        <w:br/>
        <w:t>vn -0.0919 0.9763 0.1962</w:t>
        <w:br/>
        <w:t>vn -0.0920 0.9762 0.1962</w:t>
        <w:br/>
        <w:t>vn -0.2782 -0.1367 0.9507</w:t>
        <w:br/>
        <w:t>vn -0.2782 -0.1368 0.9507</w:t>
        <w:br/>
        <w:t>vn -0.1224 0.9687 0.2160</w:t>
        <w:br/>
        <w:t>vn -0.3688 -0.2621 0.8918</w:t>
        <w:br/>
        <w:t>vn -0.1645 0.4705 0.8669</w:t>
        <w:br/>
        <w:t>vn -0.0861 -0.8323 0.5476</w:t>
        <w:br/>
        <w:t>vn 0.1027 -0.9396 0.3265</w:t>
        <w:br/>
        <w:t>vn 0.1088 -0.9410 0.3204</w:t>
        <w:br/>
        <w:t>vn -0.0479 -0.8384 0.5429</w:t>
        <w:br/>
        <w:t>vn 0.0559 -0.9455 0.3209</w:t>
        <w:br/>
        <w:t>vn -0.0430 -0.8598 0.5088</w:t>
        <w:br/>
        <w:t>vn -0.0366 -0.8493 0.5266</w:t>
        <w:br/>
        <w:t>vn 0.1224 -0.9297 0.3474</w:t>
        <w:br/>
        <w:t>vn -0.0533 -0.9579 0.2822</w:t>
        <w:br/>
        <w:t>vn -0.1079 -0.8847 0.4534</w:t>
        <w:br/>
        <w:t>vn -0.1632 -0.9554 0.2460</w:t>
        <w:br/>
        <w:t>vn -0.1819 -0.9061 0.3820</w:t>
        <w:br/>
        <w:t>vn -0.3439 -0.8991 0.2709</w:t>
        <w:br/>
        <w:t>vn -0.3276 -0.8885 0.3212</w:t>
        <w:br/>
        <w:t>vn 0.0919 -0.8644 0.4943</w:t>
        <w:br/>
        <w:t>vn 0.2402 -0.9108 0.3359</w:t>
        <w:br/>
        <w:t>vn -0.4946 -0.7777 0.3880</w:t>
        <w:br/>
        <w:t>vn -0.4853 -0.2586 0.8352</w:t>
        <w:br/>
        <w:t>vn -0.5319 -0.1023 0.8406</w:t>
        <w:br/>
        <w:t>vn -0.3991 -0.3477 0.8484</w:t>
        <w:br/>
        <w:t>vn -0.5888 -0.7545 0.2900</w:t>
        <w:br/>
        <w:t>vn -0.3568 -0.7715 0.5268</w:t>
        <w:br/>
        <w:t>vn -0.1084 -0.6119 0.7835</w:t>
        <w:br/>
        <w:t>vn -0.1276 -0.5220 0.8434</w:t>
        <w:br/>
        <w:t>vn -0.2268 -0.4272 0.8752</w:t>
        <w:br/>
        <w:t>vn -0.3192 -0.3704 0.8723</w:t>
        <w:br/>
        <w:t>vn -0.4567 -0.3892 0.8000</w:t>
        <w:br/>
        <w:t>vn -0.5634 -0.2389 0.7909</w:t>
        <w:br/>
        <w:t>vn -0.0604 -0.7758 0.6281</w:t>
        <w:br/>
        <w:t>vn 0.1176 -0.0376 0.9923</w:t>
        <w:br/>
        <w:t>vn 0.1110 -0.1728 0.9787</w:t>
        <w:br/>
        <w:t>vn 0.1109 -0.1728 0.9787</w:t>
        <w:br/>
        <w:t>vn -0.1702 -0.6392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-0.1479 0.1423 0.9787</w:t>
        <w:br/>
        <w:t>vn -0.6549 -0.0658 0.7529</w:t>
        <w:br/>
        <w:t>vn -0.6107 0.3392 0.7155</w:t>
        <w:br/>
        <w:t>vn -0.5971 -0.0910 0.7970</w:t>
        <w:br/>
        <w:t>vn -0.0878 -0.8369 0.5403</w:t>
        <w:br/>
        <w:t>vn -0.0356 -0.7860 0.6172</w:t>
        <w:br/>
        <w:t>vn -0.0333 -0.8870 0.4607</w:t>
        <w:br/>
        <w:t>vn -0.2452 -0.8399 0.4842</w:t>
        <w:br/>
        <w:t>vn 0.0645 -0.9372 0.3427</w:t>
        <w:br/>
        <w:t>vn 0.0081 -0.9559 0.2935</w:t>
        <w:br/>
        <w:t>vn -0.6628 -0.4579 0.5925</w:t>
        <w:br/>
        <w:t>vn -0.6393 -0.4408 0.6301</w:t>
        <w:br/>
        <w:t>vn -0.5986 -0.4531 0.6606</w:t>
        <w:br/>
        <w:t>vn -0.5588 -0.4765 0.6787</w:t>
        <w:br/>
        <w:t>vn -0.8174 0.2365 0.5253</w:t>
        <w:br/>
        <w:t>vn -0.7418 0.3659 0.5620</w:t>
        <w:br/>
        <w:t>vn -0.7740 0.0361 0.6321</w:t>
        <w:br/>
        <w:t>vn -0.8174 0.2364 0.5253</w:t>
        <w:br/>
        <w:t>vn -0.8945 0.2288 0.3840</w:t>
        <w:br/>
        <w:t>vn -0.8503 0.2079 0.4834</w:t>
        <w:br/>
        <w:t>vn -0.8504 0.2079 0.4834</w:t>
        <w:br/>
        <w:t>vn -0.8946 0.2288 0.3840</w:t>
        <w:br/>
        <w:t>vn -0.9123 0.2469 0.3269</w:t>
        <w:br/>
        <w:t>vn 0.2578 0.7223 0.6418</w:t>
        <w:br/>
        <w:t>vn 0.2520 0.8870 0.3869</w:t>
        <w:br/>
        <w:t>vn 0.5120 0.8035 0.3035</w:t>
        <w:br/>
        <w:t>vn 0.2121 -0.8548 0.4737</w:t>
        <w:br/>
        <w:t>vn 0.7888 0.4931 0.3668</w:t>
        <w:br/>
        <w:t>vn 0.6358 0.4404 0.6338</w:t>
        <w:br/>
        <w:t>vn 0.5130 0.6168 0.5969</w:t>
        <w:br/>
        <w:t>vn 0.7930 0.5776 0.1936</w:t>
        <w:br/>
        <w:t>vn 0.6283 0.7431 0.2303</w:t>
        <w:br/>
        <w:t>vn 0.3894 0.6863 0.6143</w:t>
        <w:br/>
        <w:t>vn -0.2470 -0.0249 0.9687</w:t>
        <w:br/>
        <w:t>vn -0.5508 -0.4753 0.6861</w:t>
        <w:br/>
        <w:t>vn 0.8404 0.3966 0.3694</w:t>
        <w:br/>
        <w:t>vn 0.6919 0.3146 0.6498</w:t>
        <w:br/>
        <w:t>vn -0.0520 -0.2728 0.9607</w:t>
        <w:br/>
        <w:t>vn -0.0866 0.2536 0.9634</w:t>
        <w:br/>
        <w:t>vn -0.0067 0.2334 0.9724</w:t>
        <w:br/>
        <w:t>vn -0.0380 0.1512 0.9878</w:t>
        <w:br/>
        <w:t>vn -0.0273 0.0569 0.9980</w:t>
        <w:br/>
        <w:t>vn -0.3834 -0.2425 0.8912</w:t>
        <w:br/>
        <w:t>vn -0.3570 -0.2263 0.9063</w:t>
        <w:br/>
        <w:t>vn -0.5213 -0.5003 0.6913</w:t>
        <w:br/>
        <w:t>vn -0.3590 -0.2524 0.8986</w:t>
        <w:br/>
        <w:t>vn -0.1494 0.0290 0.9884</w:t>
        <w:br/>
        <w:t>vn -0.4462 0.5425 0.7117</w:t>
        <w:br/>
        <w:t>vn -0.4461 0.5426 0.7118</w:t>
        <w:br/>
        <w:t>vn -0.3690 0.4666 0.8038</w:t>
        <w:br/>
        <w:t>vn -0.4936 -0.6906 0.5286</w:t>
        <w:br/>
        <w:t>vn -0.4276 -0.7447 0.5124</w:t>
        <w:br/>
        <w:t>vn -0.5635 -0.2387 0.7909</w:t>
        <w:br/>
        <w:t>vn -0.5311 0.5207 0.6685</w:t>
        <w:br/>
        <w:t>vn -0.5638 -0.6187 0.5472</w:t>
        <w:br/>
        <w:t>vn -0.5637 -0.6186 0.5473</w:t>
        <w:br/>
        <w:t>vn -0.4935 -0.6907 0.5285</w:t>
        <w:br/>
        <w:t>vn -0.5716 -0.6056 0.5536</w:t>
        <w:br/>
        <w:t>vn -0.5635 -0.2389 0.7908</w:t>
        <w:br/>
        <w:t>vn -0.4132 -0.7666 0.4915</w:t>
        <w:br/>
        <w:t>vn -0.3344 -0.8067 0.4872</w:t>
        <w:br/>
        <w:t>vn -0.1569 0.1517 0.9759</w:t>
        <w:br/>
        <w:t>vn -0.1277 -0.5219 0.8434</w:t>
        <w:br/>
        <w:t>vn -0.1088 -0.9410 0.3205</w:t>
        <w:br/>
        <w:t>vn -0.1028 -0.9396 0.3265</w:t>
        <w:br/>
        <w:t>vn 0.0861 -0.8323 0.5476</w:t>
        <w:br/>
        <w:t>vn 0.0479 -0.8384 0.5430</w:t>
        <w:br/>
        <w:t>vn 0.0430 -0.8598 0.5088</w:t>
        <w:br/>
        <w:t>vn -0.0560 -0.9454 0.3210</w:t>
        <w:br/>
        <w:t>vn -0.1224 -0.9297 0.3473</w:t>
        <w:br/>
        <w:t>vn 0.0366 -0.8493 0.5266</w:t>
        <w:br/>
        <w:t>vn 0.0533 -0.9579 0.2822</w:t>
        <w:br/>
        <w:t>vn 0.1078 -0.8848 0.4534</w:t>
        <w:br/>
        <w:t>vn 0.1820 -0.9060 0.3821</w:t>
        <w:br/>
        <w:t>vn 0.1632 -0.9554 0.2461</w:t>
        <w:br/>
        <w:t>vn 0.3276 -0.8885 0.3213</w:t>
        <w:br/>
        <w:t>vn 0.3439 -0.8991 0.2708</w:t>
        <w:br/>
        <w:t>vn -0.2402 -0.9108 0.3359</w:t>
        <w:br/>
        <w:t>vn -0.0919 -0.8644 0.4943</w:t>
        <w:br/>
        <w:t>vn 0.4853 -0.2586 0.8352</w:t>
        <w:br/>
        <w:t>vn 0.3991 -0.3477 0.8484</w:t>
        <w:br/>
        <w:t>vn 0.5319 -0.1021 0.8406</w:t>
        <w:br/>
        <w:t>vn 0.3567 -0.7715 0.5268</w:t>
        <w:br/>
        <w:t>vn 0.5887 -0.7545 0.2901</w:t>
        <w:br/>
        <w:t>vn 0.1084 -0.6119 0.7835</w:t>
        <w:br/>
        <w:t>vn 0.2274 -0.4273 0.8750</w:t>
        <w:br/>
        <w:t>vn 0.1276 -0.5219 0.8434</w:t>
        <w:br/>
        <w:t>vn 0.3191 -0.3705 0.8723</w:t>
        <w:br/>
        <w:t>vn 0.4567 -0.3891 0.8000</w:t>
        <w:br/>
        <w:t>vn 0.5635 -0.2388 0.7909</w:t>
        <w:br/>
        <w:t>vn 0.0605 -0.7758 0.6281</w:t>
        <w:br/>
        <w:t>vn -0.1176 -0.0376 0.9923</w:t>
        <w:br/>
        <w:t>vn -0.1110 -0.1728 0.9787</w:t>
        <w:br/>
        <w:t>vn -0.1109 -0.1728 0.9787</w:t>
        <w:br/>
        <w:t>vn 0.1702 -0.6392 0.7500</w:t>
        <w:br/>
        <w:t>vn 0.0240 0.1088 0.9938</w:t>
        <w:br/>
        <w:t>vn 0.0519 -0.2729 0.9606</w:t>
        <w:br/>
        <w:t>vn 0.0168 0.1611 0.9868</w:t>
        <w:br/>
        <w:t>vn 0.1570 0.1517 0.9759</w:t>
        <w:br/>
        <w:t>vn 0.0169 0.1611 0.9868</w:t>
        <w:br/>
        <w:t>vn 0.1480 0.1423 0.9787</w:t>
        <w:br/>
        <w:t>vn 0.6106 0.3392 0.7156</w:t>
        <w:br/>
        <w:t>vn 0.6549 -0.0659 0.7528</w:t>
        <w:br/>
        <w:t>vn 0.5971 -0.0910 0.7970</w:t>
        <w:br/>
        <w:t>vn 0.0878 -0.8369 0.5403</w:t>
        <w:br/>
        <w:t>vn 0.0333 -0.8870 0.4607</w:t>
        <w:br/>
        <w:t>vn 0.0355 -0.7860 0.6172</w:t>
        <w:br/>
        <w:t>vn 0.2452 -0.8399 0.4841</w:t>
        <w:br/>
        <w:t>vn -0.0645 -0.9372 0.3427</w:t>
        <w:br/>
        <w:t>vn -0.0081 -0.9559 0.2935</w:t>
        <w:br/>
        <w:t>vn 0.6628 -0.4579 0.5924</w:t>
        <w:br/>
        <w:t>vn 0.6393 -0.4408 0.6301</w:t>
        <w:br/>
        <w:t>vn 0.5986 -0.4531 0.6605</w:t>
        <w:br/>
        <w:t>vn 0.5589 -0.4766 0.6786</w:t>
        <w:br/>
        <w:t>vn 0.6367 -0.2888 0.7150</w:t>
        <w:br/>
        <w:t>vn 0.7740 0.0362 0.6321</w:t>
        <w:br/>
        <w:t>vn 0.7418 0.3660 0.5620</w:t>
        <w:br/>
        <w:t>vn 0.8174 0.2364 0.5253</w:t>
        <w:br/>
        <w:t>vn 0.8174 0.2365 0.5253</w:t>
        <w:br/>
        <w:t>vn 0.8504 0.2079 0.4834</w:t>
        <w:br/>
        <w:t>vn 0.8503 0.2079 0.4834</w:t>
        <w:br/>
        <w:t>vn 0.8945 0.2288 0.3840</w:t>
        <w:br/>
        <w:t>vn 0.8946 0.2288 0.3840</w:t>
        <w:br/>
        <w:t>vn 0.9123 0.2469 0.3269</w:t>
        <w:br/>
        <w:t>vn -0.2578 0.7223 0.6418</w:t>
        <w:br/>
        <w:t>vn -0.5120 0.8036 0.3035</w:t>
        <w:br/>
        <w:t>vn -0.2520 0.8870 0.3869</w:t>
        <w:br/>
        <w:t>vn -0.2120 -0.8548 0.4736</w:t>
        <w:br/>
        <w:t>vn -0.7889 0.4931 0.3668</w:t>
        <w:br/>
        <w:t>vn -0.7930 0.5776 0.1937</w:t>
        <w:br/>
        <w:t>vn -0.5130 0.6168 0.5970</w:t>
        <w:br/>
        <w:t>vn -0.6358 0.4404 0.6338</w:t>
        <w:br/>
        <w:t>vn -0.6283 0.7431 0.2303</w:t>
        <w:br/>
        <w:t>vn -0.3894 0.6863 0.6143</w:t>
        <w:br/>
        <w:t>vn 0.2470 -0.0249 0.9687</w:t>
        <w:br/>
        <w:t>vn 0.5509 -0.4754 0.6859</w:t>
        <w:br/>
        <w:t>vn -0.8404 0.3966 0.3694</w:t>
        <w:br/>
        <w:t>vn -0.6919 0.3146 0.6499</w:t>
        <w:br/>
        <w:t>vn 0.0519 -0.2728 0.9607</w:t>
        <w:br/>
        <w:t>vn 0.0866 0.2536 0.9634</w:t>
        <w:br/>
        <w:t>vn 0.0380 0.1512 0.9878</w:t>
        <w:br/>
        <w:t>vn 0.0067 0.2334 0.9724</w:t>
        <w:br/>
        <w:t>vn 0.0274 0.0569 0.9980</w:t>
        <w:br/>
        <w:t>vn 0.3834 -0.2425 0.8912</w:t>
        <w:br/>
        <w:t>vn 0.3570 -0.2262 0.9063</w:t>
        <w:br/>
        <w:t>vn 0.3590 -0.2523 0.8986</w:t>
        <w:br/>
        <w:t>vn 0.5213 -0.5003 0.6913</w:t>
        <w:br/>
        <w:t>vn 0.1494 0.0290 0.9884</w:t>
        <w:br/>
        <w:t>vn 0.4460 0.5428 0.7116</w:t>
        <w:br/>
        <w:t>vn 0.3688 0.4670 0.8037</w:t>
        <w:br/>
        <w:t>vn 0.4461 0.5426 0.7118</w:t>
        <w:br/>
        <w:t>vn 0.4937 -0.6905 0.5287</w:t>
        <w:br/>
        <w:t>vn 0.5635 -0.2387 0.7909</w:t>
        <w:br/>
        <w:t>vn 0.4277 -0.7446 0.5124</w:t>
        <w:br/>
        <w:t>vn 0.5310 0.5208 0.6685</w:t>
        <w:br/>
        <w:t>vn 0.5638 -0.6186 0.5473</w:t>
        <w:br/>
        <w:t>vn 0.4937 -0.6906 0.5286</w:t>
        <w:br/>
        <w:t>vn 0.5638 -0.6185 0.5474</w:t>
        <w:br/>
        <w:t>vn 0.5716 -0.6056 0.5536</w:t>
        <w:br/>
        <w:t>vn 0.5634 -0.2388 0.7909</w:t>
        <w:br/>
        <w:t>vn 0.3343 -0.8067 0.4874</w:t>
        <w:br/>
        <w:t>vn 0.4132 -0.7666 0.4915</w:t>
        <w:br/>
        <w:t>vn 0.1569 0.1517 0.9759</w:t>
        <w:br/>
        <w:t>vn -0.6462 -0.3350 0.6857</w:t>
        <w:br/>
        <w:t>vn -0.6462 -0.3351 0.6857</w:t>
        <w:br/>
        <w:t>vn 0.0088 -0.6022 -0.7983</w:t>
        <w:br/>
        <w:t>vn 0.0078 -0.5388 -0.8424</w:t>
        <w:br/>
        <w:t>vn 0.0044 -0.3787 -0.9255</w:t>
        <w:br/>
        <w:t>vn 0.0044 -0.3788 -0.9255</w:t>
        <w:br/>
        <w:t>vn 0.0004 -0.1169 -0.9931</w:t>
        <w:br/>
        <w:t>vn 0.4161 0.5401 -0.7315</w:t>
        <w:br/>
        <w:t>vn 0.1510 0.6524 -0.7427</w:t>
        <w:br/>
        <w:t>vn 0.1280 0.4677 -0.8746</w:t>
        <w:br/>
        <w:t>vn 0.3039 0.3177 -0.8982</w:t>
        <w:br/>
        <w:t>vn 0.4046 0.2675 -0.8745</w:t>
        <w:br/>
        <w:t>vn 0.4517 0.6016 -0.6588</w:t>
        <w:br/>
        <w:t>vn 0.5304 0.5725 -0.6253</w:t>
        <w:br/>
        <w:t>vn 0.4968 0.5568 -0.6657</w:t>
        <w:br/>
        <w:t>vn 0.4967 0.5569 -0.6657</w:t>
        <w:br/>
        <w:t>vn -0.0563 0.5278 -0.8475</w:t>
        <w:br/>
        <w:t>vn 0.5544 0.5987 -0.5781</w:t>
        <w:br/>
        <w:t>vn 0.4948 0.6479 -0.5791</w:t>
        <w:br/>
        <w:t>vn 0.4790 0.7232 -0.4974</w:t>
        <w:br/>
        <w:t>vn 0.3587 0.6802 -0.6393</w:t>
        <w:br/>
        <w:t>vn 0.2263 0.7300 -0.6449</w:t>
        <w:br/>
        <w:t>vn 0.2348 0.7431 -0.6266</w:t>
        <w:br/>
        <w:t>vn 0.4415 0.7725 -0.4564</w:t>
        <w:br/>
        <w:t>vn 0.5073 0.3338 -0.7945</w:t>
        <w:br/>
        <w:t>vn 0.5365 0.3205 -0.7807</w:t>
        <w:br/>
        <w:t>vn 0.5364 0.3205 -0.7808</w:t>
        <w:br/>
        <w:t>vn 0.4383 0.4854 -0.7565</w:t>
        <w:br/>
        <w:t>vn 0.4510 0.4920 -0.7446</w:t>
        <w:br/>
        <w:t>vn 0.3510 0.3603 -0.8643</w:t>
        <w:br/>
        <w:t>vn 0.3615 0.3507 -0.8639</w:t>
        <w:br/>
        <w:t>vn 0.2767 0.5480 -0.7894</w:t>
        <w:br/>
        <w:t>vn 0.2220 0.6064 -0.7636</w:t>
        <w:br/>
        <w:t>vn 0.3475 0.6328 -0.6920</w:t>
        <w:br/>
        <w:t>vn 0.4238 0.5164 -0.7441</w:t>
        <w:br/>
        <w:t>vn 0.3240 0.5348 -0.7804</w:t>
        <w:br/>
        <w:t>vn 0.2734 0.5630 -0.7799</w:t>
        <w:br/>
        <w:t>vn 0.3901 0.4976 -0.7747</w:t>
        <w:br/>
        <w:t>vn 0.3901 0.4975 -0.7748</w:t>
        <w:br/>
        <w:t>vn 0.1443 0.7141 -0.6851</w:t>
        <w:br/>
        <w:t>vn 0.1339 0.7051 -0.6963</w:t>
        <w:br/>
        <w:t>vn 0.4204 0.4880 -0.7649</w:t>
        <w:br/>
        <w:t>vn 0.1801 0.6527 -0.7359</w:t>
        <w:br/>
        <w:t>vn -0.0088 -0.6022 -0.7983</w:t>
        <w:br/>
        <w:t>vn -0.0078 -0.5388 -0.8424</w:t>
        <w:br/>
        <w:t>vn -0.0078 -0.5387 -0.8424</w:t>
        <w:br/>
        <w:t>vn -0.0044 -0.3788 -0.9255</w:t>
        <w:br/>
        <w:t>vn -0.0003 -0.1169 -0.9931</w:t>
        <w:br/>
        <w:t>vn -0.4161 0.5401 -0.7315</w:t>
        <w:br/>
        <w:t>vn -0.1280 0.4677 -0.8746</w:t>
        <w:br/>
        <w:t>vn -0.1510 0.6524 -0.7427</w:t>
        <w:br/>
        <w:t>vn -0.3039 0.3178 -0.8981</w:t>
        <w:br/>
        <w:t>vn -0.4517 0.6016 -0.6588</w:t>
        <w:br/>
        <w:t>vn -0.4046 0.2675 -0.8745</w:t>
        <w:br/>
        <w:t>vn -0.5304 0.5725 -0.6253</w:t>
        <w:br/>
        <w:t>vn -0.4968 0.5569 -0.6657</w:t>
        <w:br/>
        <w:t>vn 0.0563 0.5279 -0.8475</w:t>
        <w:br/>
        <w:t>vn -0.5543 0.5986 -0.5782</w:t>
        <w:br/>
        <w:t>vn -0.4790 0.7232 -0.4975</w:t>
        <w:br/>
        <w:t>vn -0.4948 0.6479 -0.5792</w:t>
        <w:br/>
        <w:t>vn -0.3587 0.6802 -0.6393</w:t>
        <w:br/>
        <w:t>vn -0.2263 0.7300 -0.6449</w:t>
        <w:br/>
        <w:t>vn -0.2348 0.7431 -0.6267</w:t>
        <w:br/>
        <w:t>vn -0.4415 0.7725 -0.4565</w:t>
        <w:br/>
        <w:t>vn -0.5075 0.3339 -0.7943</w:t>
        <w:br/>
        <w:t>vn -0.5365 0.3206 -0.7807</w:t>
        <w:br/>
        <w:t>vn -0.5365 0.3205 -0.7807</w:t>
        <w:br/>
        <w:t>vn -0.4383 0.4854 -0.7565</w:t>
        <w:br/>
        <w:t>vn -0.4510 0.4921 -0.7446</w:t>
        <w:br/>
        <w:t>vn -0.3511 0.3604 -0.8642</w:t>
        <w:br/>
        <w:t>vn -0.3616 0.3508 -0.8638</w:t>
        <w:br/>
        <w:t>vn -0.2767 0.5480 -0.7894</w:t>
        <w:br/>
        <w:t>vn -0.2220 0.6064 -0.7635</w:t>
        <w:br/>
        <w:t>vn -0.3475 0.6328 -0.6919</w:t>
        <w:br/>
        <w:t>vn -0.4238 0.5164 -0.7441</w:t>
        <w:br/>
        <w:t>vn -0.3240 0.5348 -0.7804</w:t>
        <w:br/>
        <w:t>vn -0.2734 0.5630 -0.7800</w:t>
        <w:br/>
        <w:t>vn -0.3902 0.4975 -0.7748</w:t>
        <w:br/>
        <w:t>vn -0.1339 0.7052 -0.6963</w:t>
        <w:br/>
        <w:t>vn -0.1443 0.7140 -0.6851</w:t>
        <w:br/>
        <w:t>vn -0.4204 0.4880 -0.7650</w:t>
        <w:br/>
        <w:t>vn -0.1801 0.6527 -0.7359</w:t>
        <w:br/>
        <w:t>vn 0.7589 -0.2158 -0.6144</w:t>
        <w:br/>
        <w:t>vn 0.6518 0.5959 -0.4691</w:t>
        <w:br/>
        <w:t>vn 0.8174 0.4548 -0.3538</w:t>
        <w:br/>
        <w:t>vn 0.8572 -0.0855 -0.5078</w:t>
        <w:br/>
        <w:t>vn 0.3669 -0.5510 0.7495</w:t>
        <w:br/>
        <w:t>vn -0.0010 -0.5865 0.8099</w:t>
        <w:br/>
        <w:t>vn -0.0012 -0.9709 0.2395</w:t>
        <w:br/>
        <w:t>vn 0.2751 -0.9345 0.2261</w:t>
        <w:br/>
        <w:t>vn 0.5297 -0.8220 0.2092</w:t>
        <w:br/>
        <w:t>vn 0.6200 -0.4610 0.6349</w:t>
        <w:br/>
        <w:t>vn 0.8006 -0.2502 0.5444</w:t>
        <w:br/>
        <w:t>vn 0.8555 -0.4813 0.1910</w:t>
        <w:br/>
        <w:t>vn 0.8689 0.0544 0.4919</w:t>
        <w:br/>
        <w:t>vn 0.6394 0.0974 0.7627</w:t>
        <w:br/>
        <w:t>vn 0.9837 0.0086 0.1796</w:t>
        <w:br/>
        <w:t>vn 0.7760 0.3354 0.5341</w:t>
        <w:br/>
        <w:t>vn 0.5765 0.5522 0.6023</w:t>
        <w:br/>
        <w:t>vn 0.8687 0.4349 0.2372</w:t>
        <w:br/>
        <w:t>vn 0.5421 0.7906 0.2849</w:t>
        <w:br/>
        <w:t>vn 0.2041 0.9390 0.2768</w:t>
        <w:br/>
        <w:t>vn 0.3007 0.7050 0.6423</w:t>
        <w:br/>
        <w:t>vn -0.0027 0.9649 0.2628</w:t>
        <w:br/>
        <w:t>vn -0.0022 0.7657 0.6432</w:t>
        <w:br/>
        <w:t>vn -0.0004 -0.4460 -0.8950</w:t>
        <w:br/>
        <w:t>vn -0.0001 -0.3387 -0.9409</w:t>
        <w:br/>
        <w:t>vn 0.1357 -0.3487 -0.9274</w:t>
        <w:br/>
        <w:t>vn 0.1286 -0.4451 -0.8862</w:t>
        <w:br/>
        <w:t>vn 0.1906 -0.6299 -0.7529</w:t>
        <w:br/>
        <w:t>vn -0.0009 -0.6756 -0.7373</w:t>
        <w:br/>
        <w:t>vn 0.2256 -0.3703 -0.9011</w:t>
        <w:br/>
        <w:t>vn 0.2322 -0.4811 -0.8454</w:t>
        <w:br/>
        <w:t>vn 0.1748 -0.4843 -0.8573</w:t>
        <w:br/>
        <w:t>vn 0.1469 -0.3696 -0.9175</w:t>
        <w:br/>
        <w:t>vn 0.2399 -0.8052 -0.5423</w:t>
        <w:br/>
        <w:t>vn -0.0009 -0.8611 -0.5085</w:t>
        <w:br/>
        <w:t>vn 0.1745 -0.8211 -0.5434</w:t>
        <w:br/>
        <w:t>vn 0.6121 -0.3814 -0.6927</w:t>
        <w:br/>
        <w:t>vn 0.5087 -0.4308 -0.7454</w:t>
        <w:br/>
        <w:t>vn -0.2913 -0.6442 -0.7072</w:t>
        <w:br/>
        <w:t>vn -0.2319 -0.4813 -0.8453</w:t>
        <w:br/>
        <w:t>vn -0.1746 -0.4853 -0.8568</w:t>
        <w:br/>
        <w:t>vn 0.2903 -0.6427 -0.7090</w:t>
        <w:br/>
        <w:t>vn -0.4628 -0.4527 -0.7622</w:t>
        <w:br/>
        <w:t>vn -0.4009 -0.6290 -0.6660</w:t>
        <w:br/>
        <w:t>vn -0.6236 -0.4244 -0.6565</w:t>
        <w:br/>
        <w:t>vn 0.2075 -0.9033 -0.3755</w:t>
        <w:br/>
        <w:t>vn -0.0010 -0.9402 -0.3406</w:t>
        <w:br/>
        <w:t>vn 0.2086 -0.9652 -0.1580</w:t>
        <w:br/>
        <w:t>vn -0.0012 -0.9862 -0.1657</w:t>
        <w:br/>
        <w:t>vn 0.3011 -0.7864 -0.5394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0.3961 -0.7550 -0.5225</w:t>
        <w:br/>
        <w:t>vn 0.6431 -0.5208 -0.5613</w:t>
        <w:br/>
        <w:t>vn 0.9916 0.0399 -0.1231</w:t>
        <w:br/>
        <w:t>vn 0.9352 -0.0195 -0.3535</w:t>
        <w:br/>
        <w:t>vn 0.9568 -0.0145 -0.2903</w:t>
        <w:br/>
        <w:t>vn 0.6201 -0.4102 -0.6687</w:t>
        <w:br/>
        <w:t>vn 0.8778 0.4758 -0.0551</w:t>
        <w:br/>
        <w:t>vn 0.8829 0.4087 -0.2313</w:t>
        <w:br/>
        <w:t>vn 0.5134 0.8581 0.0087</w:t>
        <w:br/>
        <w:t>vn 0.4853 0.8643 -0.1326</w:t>
        <w:br/>
        <w:t>vn 0.1843 0.9799 0.0768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-0.0021 0.9949 0.1010</w:t>
        <w:br/>
        <w:t>vn -0.0007 1.0000 -0.0086</w:t>
        <w:br/>
        <w:t>vn 0.3066 0.9298 -0.2034</w:t>
        <w:br/>
        <w:t>vn 0.1869 0.9562 -0.2251</w:t>
        <w:br/>
        <w:t>vn 0.0005 0.9758 -0.2187</w:t>
        <w:br/>
        <w:t>vn 0.3545 0.8503 -0.3890</w:t>
        <w:br/>
        <w:t>vn 0.3450 0.7694 -0.5376</w:t>
        <w:br/>
        <w:t>vn 0.2844 0.7730 -0.5670</w:t>
        <w:br/>
        <w:t>vn -0.3545 -0.4900 -0.7964</w:t>
        <w:br/>
        <w:t>vn -0.4457 -0.3545 -0.8220</w:t>
        <w:br/>
        <w:t>vn -0.3468 -0.3503 -0.8701</w:t>
        <w:br/>
        <w:t>vn 0.3319 0.7044 -0.6274</w:t>
        <w:br/>
        <w:t>vn 0.2729 0.6988 -0.6612</w:t>
        <w:br/>
        <w:t>vn -0.1776 0.7634 -0.6211</w:t>
        <w:br/>
        <w:t>vn -0.1636 0.6530 -0.7395</w:t>
        <w:br/>
        <w:t>vn -0.1984 0.6919 -0.6942</w:t>
        <w:br/>
        <w:t>vn -0.2152 0.7758 -0.5932</w:t>
        <w:br/>
        <w:t>vn 0.1641 0.7399 -0.6524</w:t>
        <w:br/>
        <w:t>vn 0.1753 0.7640 -0.6209</w:t>
        <w:br/>
        <w:t>vn 0.1630 0.6500 -0.7423</w:t>
        <w:br/>
        <w:t>vn 0.1577 0.5858 -0.7950</w:t>
        <w:br/>
        <w:t>vn 0.0000 0.7375 -0.6754</w:t>
        <w:br/>
        <w:t>vn -0.0001 0.5599 -0.8285</w:t>
        <w:br/>
        <w:t>vn -0.1693 0.7389 -0.6522</w:t>
        <w:br/>
        <w:t>vn -0.1759 0.8850 -0.4310</w:t>
        <w:br/>
        <w:t>vn 0.0003 0.9037 -0.4282</w:t>
        <w:br/>
        <w:t>vn 0.1997 0.6897 -0.6960</w:t>
        <w:br/>
        <w:t>vn 0.2155 0.7762 -0.5924</w:t>
        <w:br/>
        <w:t>vn -0.1870 0.9564 -0.2245</w:t>
        <w:br/>
        <w:t>vn 0.3724 0.1445 0.9167</w:t>
        <w:br/>
        <w:t>vn -0.0013 0.1724 0.9850</w:t>
        <w:br/>
        <w:t>vn -0.7632 -0.2234 -0.6063</w:t>
        <w:br/>
        <w:t>vn -0.8794 -0.0508 -0.4733</w:t>
        <w:br/>
        <w:t>vn -0.8149 0.4532 -0.3613</w:t>
        <w:br/>
        <w:t>vn -0.6524 0.5962 -0.4680</w:t>
        <w:br/>
        <w:t>vn -0.3675 -0.5515 0.7489</w:t>
        <w:br/>
        <w:t>vn -0.2759 -0.9345 0.2250</w:t>
        <w:br/>
        <w:t>vn -0.6206 -0.4622 0.6334</w:t>
        <w:br/>
        <w:t>vn -0.5289 -0.8230 0.2071</w:t>
        <w:br/>
        <w:t>vn -0.8035 -0.2483 0.5410</w:t>
        <w:br/>
        <w:t>vn -0.8554 -0.4824 0.1889</w:t>
        <w:br/>
        <w:t>vn -0.6425 0.0974 0.7601</w:t>
        <w:br/>
        <w:t>vn -0.8715 0.0532 0.4875</w:t>
        <w:br/>
        <w:t>vn -0.9839 0.0066 0.1788</w:t>
        <w:br/>
        <w:t>vn -0.7786 0.3322 0.5323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-0.3018 0.7051 0.6416</w:t>
        <w:br/>
        <w:t>vn -0.1291 -0.4460 -0.8857</w:t>
        <w:br/>
        <w:t>vn -0.1359 -0.3488 -0.9273</w:t>
        <w:br/>
        <w:t>vn -0.1900 -0.6311 -0.7521</w:t>
        <w:br/>
        <w:t>vn -0.2253 -0.3707 -0.9010</w:t>
        <w:br/>
        <w:t>vn -0.1471 -0.3699 -0.9173</w:t>
        <w:br/>
        <w:t>vn -0.2413 -0.8056 -0.5410</w:t>
        <w:br/>
        <w:t>vn 0.4456 -0.3548 -0.8219</w:t>
        <w:br/>
        <w:t>vn 0.4633 -0.4481 -0.7645</w:t>
        <w:br/>
        <w:t>vn 0.3539 -0.4877 -0.7981</w:t>
        <w:br/>
        <w:t>vn 0.3471 -0.3502 -0.8700</w:t>
        <w:br/>
        <w:t>vn -0.2098 -0.9029 -0.3751</w:t>
        <w:br/>
        <w:t>vn -0.2102 -0.9647 -0.1585</w:t>
        <w:br/>
        <w:t>vn -0.3535 -0.8431 -0.4052</w:t>
        <w:br/>
        <w:t>vn -0.3069 -0.7859 -0.5369</w:t>
        <w:br/>
        <w:t>vn -0.6366 -0.5293 -0.5609</w:t>
        <w:br/>
        <w:t>vn -0.4203 -0.8952 -0.1482</w:t>
        <w:br/>
        <w:t>vn -0.8120 -0.5671 -0.1377</w:t>
        <w:br/>
        <w:t>vn -0.7254 -0.5555 -0.4065</w:t>
        <w:br/>
        <w:t>vn -0.4092 -0.7457 -0.5259</w:t>
        <w:br/>
        <w:t>vn -0.9913 0.0324 -0.1275</w:t>
        <w:br/>
        <w:t>vn -0.9543 -0.0319 -0.2972</w:t>
        <w:br/>
        <w:t>vn -0.8787 0.4742 -0.0548</w:t>
        <w:br/>
        <w:t>vn 0.8080 0.5484 -0.2155</w:t>
        <w:br/>
        <w:t>vn -0.5126 0.8585 0.0099</w:t>
        <w:br/>
        <w:t>vn -0.4861 0.8638 -0.1328</w:t>
        <w:br/>
        <w:t>vn -0.1850 0.9796 0.0784</w:t>
        <w:br/>
        <w:t>vn -0.2212 0.9736 -0.0563</w:t>
        <w:br/>
        <w:t>vn -0.3069 0.9298 -0.2030</w:t>
        <w:br/>
        <w:t>vn 0.2539 0.8808 -0.3998</w:t>
        <w:br/>
        <w:t>vn 0.1743 0.8862 -0.4293</w:t>
        <w:br/>
        <w:t>vn -0.5059 0.8390 -0.2004</w:t>
        <w:br/>
        <w:t>vn -0.6179 -0.3857 -0.6851</w:t>
        <w:br/>
        <w:t>vn -0.5090 -0.4305 -0.7454</w:t>
        <w:br/>
        <w:t>vn -0.2870 0.7720 -0.5671</w:t>
        <w:br/>
        <w:t>vn -0.2747 0.7017 -0.6574</w:t>
        <w:br/>
        <w:t>vn -0.3287 0.7093 -0.6235</w:t>
        <w:br/>
        <w:t>vn -0.3425 0.7704 -0.5378</w:t>
        <w:br/>
        <w:t>vn -0.2546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0.2337 -0.9487</w:t>
        <w:br/>
        <w:t>vn 0.2127 0.2338 -0.9487</w:t>
        <w:br/>
        <w:t>vn -0.0000 0.2561 -0.9667</w:t>
        <w:br/>
        <w:t>vn 0.0854 0.2537 -0.9635</w:t>
        <w:br/>
        <w:t>vn 0.0855 0.2538 -0.9635</w:t>
        <w:br/>
        <w:t>vn -0.9529 -0.1250 -0.2765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-0.0855 0.2537 -0.9635</w:t>
        <w:br/>
        <w:t>vn -0.0855 0.2538 -0.9635</w:t>
        <w:br/>
        <w:t>vn 0.0833 0.2537 -0.9637</w:t>
        <w:br/>
        <w:t>vn -0.0000 0.2532 -0.9674</w:t>
        <w:br/>
        <w:t>vn 0.9546 0.1633 -0.2490</w:t>
        <w:br/>
        <w:t>vn 0.9546 0.1633 -0.2491</w:t>
        <w:br/>
        <w:t>vn 0.9789 0.1538 -0.1344</w:t>
        <w:br/>
        <w:t>vn 0.8490 0.2093 -0.4853</w:t>
        <w:br/>
        <w:t>vn 0.8489 0.2093 -0.4853</w:t>
        <w:br/>
        <w:t>vn 0.6168 0.2723 -0.7385</w:t>
        <w:br/>
        <w:t>vn 0.3638 0.2797 -0.8885</w:t>
        <w:br/>
        <w:t>vn 0.3639 0.2796 -0.8885</w:t>
        <w:br/>
        <w:t>vn 0.2126 0.2608 -0.9417</w:t>
        <w:br/>
        <w:t>vn 0.2126 0.2607 -0.9417</w:t>
        <w:br/>
        <w:t>vn -0.0835 0.2537 -0.9637</w:t>
        <w:br/>
        <w:t>vn -0.0834 0.2537 -0.9637</w:t>
        <w:br/>
        <w:t>vn -0.9546 0.1633 -0.2490</w:t>
        <w:br/>
        <w:t>vn -0.9789 0.1538 -0.1344</w:t>
        <w:br/>
        <w:t>vn -0.9546 0.1634 -0.2491</w:t>
        <w:br/>
        <w:t>vn -0.8490 0.2093 -0.4852</w:t>
        <w:br/>
        <w:t>vn -0.8489 0.2093 -0.4853</w:t>
        <w:br/>
        <w:t>vn -0.6168 0.2723 -0.7385</w:t>
        <w:br/>
        <w:t>vn -0.3638 0.2796 -0.8885</w:t>
        <w:br/>
        <w:t>vn -0.3637 0.2796 -0.8885</w:t>
        <w:br/>
        <w:t>vn -0.2127 0.2606 -0.9417</w:t>
        <w:br/>
        <w:t>vn -0.2126 0.2607 -0.9417</w:t>
        <w:br/>
        <w:t>vn -0.8453 0.4959 -0.1988</w:t>
        <w:br/>
        <w:t>vn -0.7384 0.6337 -0.2306</w:t>
        <w:br/>
        <w:t>vn -0.9392 0.1969 -0.2814</w:t>
        <w:br/>
        <w:t>vn -0.9568 0.2062 -0.2049</w:t>
        <w:br/>
        <w:t>vn -0.9766 0.2130 -0.0308</w:t>
        <w:br/>
        <w:t>vn -0.8537 0.5193 -0.0388</w:t>
        <w:br/>
        <w:t>vn -0.9754 0.2009 0.0905</w:t>
        <w:br/>
        <w:t>vn -0.9713 0.1704 0.1661</w:t>
        <w:br/>
        <w:t>vn -0.9588 0.1334 0.2509</w:t>
        <w:br/>
        <w:t>vn -0.9588 0.1335 0.2509</w:t>
        <w:br/>
        <w:t>vn -0.9477 0.1036 0.3019</w:t>
        <w:br/>
        <w:t>vn -0.6938 0.4736 0.5425</w:t>
        <w:br/>
        <w:t>vn -0.9152 0.0293 0.4019</w:t>
        <w:br/>
        <w:t>vn -0.6361 0.3347 0.6952</w:t>
        <w:br/>
        <w:t>vn -0.8006 -0.1342 0.5839</w:t>
        <w:br/>
        <w:t>vn -0.5567 -0.3050 0.7727</w:t>
        <w:br/>
        <w:t>vn -0.5046 0.2032 0.8391</w:t>
        <w:br/>
        <w:t>vn -0.2640 -0.3533 0.8975</w:t>
        <w:br/>
        <w:t>vn -0.1954 -0.3740 0.9066</w:t>
        <w:br/>
        <w:t>vn -0.0866 -0.3882 0.9175</w:t>
        <w:br/>
        <w:t>vn 0.0000 -0.4147 0.9100</w:t>
        <w:br/>
        <w:t>vn -0.0000 -0.4195 0.9077</w:t>
        <w:br/>
        <w:t>vn -0.0000 0.7130 0.7012</w:t>
        <w:br/>
        <w:t>vn -0.0454 0.7067 0.7061</w:t>
        <w:br/>
        <w:t>vn -0.0516 0.6626 0.7472</w:t>
        <w:br/>
        <w:t>vn -0.0000 0.6594 0.7518</w:t>
        <w:br/>
        <w:t>vn -0.0000 0.8188 0.5741</w:t>
        <w:br/>
        <w:t>vn -0.0269 0.8051 0.5925</w:t>
        <w:br/>
        <w:t>vn -0.2595 0.7451 0.6144</w:t>
        <w:br/>
        <w:t>vn -0.2512 0.6721 0.6965</w:t>
        <w:br/>
        <w:t>vn -0.0001 0.8875 0.4608</w:t>
        <w:br/>
        <w:t>vn 0.0177 0.8707 0.4914</w:t>
        <w:br/>
        <w:t>vn -0.0166 -0.9589 -0.2834</w:t>
        <w:br/>
        <w:t>vn -0.0204 -0.9471 -0.3202</w:t>
        <w:br/>
        <w:t>vn -0.0000 -0.9509 -0.3094</w:t>
        <w:br/>
        <w:t>vn -0.0000 -0.9372 -0.3489</w:t>
        <w:br/>
        <w:t>vn -0.2417 0.6473 0.7229</w:t>
        <w:br/>
        <w:t>vn -0.0001 0.9271 0.3748</w:t>
        <w:br/>
        <w:t>vn 0.0780 0.9078 0.4120</w:t>
        <w:br/>
        <w:t>vn -0.2503 0.8135 0.5250</w:t>
        <w:br/>
        <w:t>vn -0.0000 0.9603 0.2791</w:t>
        <w:br/>
        <w:t>vn 0.1090 0.9493 0.2948</w:t>
        <w:br/>
        <w:t>vn -0.2492 0.8633 0.4388</w:t>
        <w:br/>
        <w:t>vn -0.2936 0.8502 0.4370</w:t>
        <w:br/>
        <w:t>vn -0.2603 0.9170 0.3024</w:t>
        <w:br/>
        <w:t>vn -0.0001 0.9785 0.2061</w:t>
        <w:br/>
        <w:t>vn 0.0956 0.9777 0.1872</w:t>
        <w:br/>
        <w:t>vn -0.3144 0.9014 0.2978</w:t>
        <w:br/>
        <w:t>vn -0.2703 0.9499 0.1572</w:t>
        <w:br/>
        <w:t>vn -0.3202 0.9359 0.1471</w:t>
        <w:br/>
        <w:t>vn -0.0001 0.9890 0.1481</w:t>
        <w:br/>
        <w:t>vn 0.0543 0.9916 0.1173</w:t>
        <w:br/>
        <w:t>vn -0.2758 0.9575 0.0840</w:t>
        <w:br/>
        <w:t>vn -0.3087 0.9476 0.0827</w:t>
        <w:br/>
        <w:t>vn -0.3000 0.9502 0.0843</w:t>
        <w:br/>
        <w:t>vn -0.2752 0.9612 0.0191</w:t>
        <w:br/>
        <w:t>vn 0.0201 0.9995 0.0248</w:t>
        <w:br/>
        <w:t>vn -0.2816 0.9567 -0.0737</w:t>
        <w:br/>
        <w:t>vn -0.3131 0.9488 -0.0413</w:t>
        <w:br/>
        <w:t>vn -0.8538 0.5192 -0.0388</w:t>
        <w:br/>
        <w:t>vn -0.0001 0.9995 0.0326</w:t>
        <w:br/>
        <w:t>vn -0.0079 0.9973 -0.0728</w:t>
        <w:br/>
        <w:t>vn -0.2329 0.9606 -0.1517</w:t>
        <w:br/>
        <w:t>vn -0.0000 1.0000 0.0014</w:t>
        <w:br/>
        <w:t>vn -0.0000 0.9959 -0.0908</w:t>
        <w:br/>
        <w:t>vn 0.0000 -0.9824 0.1867</w:t>
        <w:br/>
        <w:t>vn -0.3612 -0.9284 0.0876</w:t>
        <w:br/>
        <w:t>vn -0.3983 -0.9120 0.0983</w:t>
        <w:br/>
        <w:t>vn -0.0000 -0.9790 0.2038</w:t>
        <w:br/>
        <w:t>vn -0.5110 -0.8595 -0.0112</w:t>
        <w:br/>
        <w:t>vn -0.3026 -0.9517 0.0514</w:t>
        <w:br/>
        <w:t>vn -0.4403 -0.8978 -0.0106</w:t>
        <w:br/>
        <w:t>vn 0.0000 -0.9935 0.1137</w:t>
        <w:br/>
        <w:t>vn 0.0000 -0.9992 0.0408</w:t>
        <w:br/>
        <w:t>vn -0.2687 -0.9631 0.0119</w:t>
        <w:br/>
        <w:t>vn -0.3863 -0.9222 -0.0167</w:t>
        <w:br/>
        <w:t>vn -0.3361 -0.9395 -0.0659</w:t>
        <w:br/>
        <w:t>vn -0.2401 -0.9699 -0.0415</w:t>
        <w:br/>
        <w:t>vn 0.0000 -0.9999 -0.0169</w:t>
        <w:br/>
        <w:t>vn -0.1982 -0.9704 -0.1378</w:t>
        <w:br/>
        <w:t>vn -0.2799 -0.9459 -0.1640</w:t>
        <w:br/>
        <w:t>vn 0.0000 -0.9938 -0.1113</w:t>
        <w:br/>
        <w:t>vn -0.1380 -0.9651 -0.2227</w:t>
        <w:br/>
        <w:t>vn -0.2130 -0.9399 -0.2669</w:t>
        <w:br/>
        <w:t>vn -0.0000 -0.9842 -0.1771</w:t>
        <w:br/>
        <w:t>vn -0.0971 -0.9391 -0.3297</w:t>
        <w:br/>
        <w:t>vn -0.1405 -0.9361 -0.3224</w:t>
        <w:br/>
        <w:t>vn -0.0672 -0.9607 -0.2692</w:t>
        <w:br/>
        <w:t>vn -0.0978 -0.9716 -0.2153</w:t>
        <w:br/>
        <w:t>vn -0.0228 -0.9770 -0.2122</w:t>
        <w:br/>
        <w:t>vn -0.5518 -0.8339 -0.0057</w:t>
        <w:br/>
        <w:t>vn 0.0000 -0.9483 -0.3173</w:t>
        <w:br/>
        <w:t>vn 0.0000 -0.9769 -0.2136</w:t>
        <w:br/>
        <w:t>vn 0.8453 0.4959 -0.1989</w:t>
        <w:br/>
        <w:t>vn 0.9568 0.2062 -0.2050</w:t>
        <w:br/>
        <w:t>vn 0.9392 0.1969 -0.2814</w:t>
        <w:br/>
        <w:t>vn 0.7384 0.6337 -0.2307</w:t>
        <w:br/>
        <w:t>vn 0.8537 0.5193 -0.0388</w:t>
        <w:br/>
        <w:t>vn 0.9766 0.2130 -0.0309</w:t>
        <w:br/>
        <w:t>vn 0.9754 0.2009 0.0905</w:t>
        <w:br/>
        <w:t>vn 0.9713 0.1704 0.1661</w:t>
        <w:br/>
        <w:t>vn 0.9588 0.1334 0.2509</w:t>
        <w:br/>
        <w:t>vn 0.9588 0.1335 0.2509</w:t>
        <w:br/>
        <w:t>vn 0.9477 0.1036 0.3019</w:t>
        <w:br/>
        <w:t>vn 0.6938 0.4736 0.5425</w:t>
        <w:br/>
        <w:t>vn 0.9152 0.0293 0.4019</w:t>
        <w:br/>
        <w:t>vn 0.6361 0.3347 0.6952</w:t>
        <w:br/>
        <w:t>vn 0.8006 -0.1342 0.5840</w:t>
        <w:br/>
        <w:t>vn 0.5046 0.2032 0.8391</w:t>
        <w:br/>
        <w:t>vn 0.5567 -0.3050 0.7727</w:t>
        <w:br/>
        <w:t>vn 0.2640 -0.3534 0.8975</w:t>
        <w:br/>
        <w:t>vn 0.1954 -0.3740 0.9066</w:t>
        <w:br/>
        <w:t>vn 0.0867 -0.3882 0.9175</w:t>
        <w:br/>
        <w:t>vn 0.0516 0.6626 0.7472</w:t>
        <w:br/>
        <w:t>vn 0.0454 0.7067 0.7061</w:t>
        <w:br/>
        <w:t>vn 0.0269 0.8051 0.5926</w:t>
        <w:br/>
        <w:t>vn 0.2595 0.7451 0.6145</w:t>
        <w:br/>
        <w:t>vn 0.2511 0.6722 0.6965</w:t>
        <w:br/>
        <w:t>vn -0.0178 0.8707 0.4915</w:t>
        <w:br/>
        <w:t>vn 0.0167 -0.9588 -0.2835</w:t>
        <w:br/>
        <w:t>vn 0.0204 -0.9471 -0.3203</w:t>
        <w:br/>
        <w:t>vn 0.2417 0.6473 0.7229</w:t>
        <w:br/>
        <w:t>vn -0.0780 0.9078 0.4120</w:t>
        <w:br/>
        <w:t>vn 0.2504 0.8135 0.5249</w:t>
        <w:br/>
        <w:t>vn -0.1090 0.9493 0.2948</w:t>
        <w:br/>
        <w:t>vn 0.2492 0.8634 0.4388</w:t>
        <w:br/>
        <w:t>vn 0.2936 0.8502 0.4370</w:t>
        <w:br/>
        <w:t>vn 0.2603 0.9169 0.3024</w:t>
        <w:br/>
        <w:t>vn -0.0956 0.9776 0.1873</w:t>
        <w:br/>
        <w:t>vn 0.3144 0.9014 0.2978</w:t>
        <w:br/>
        <w:t>vn 0.2703 0.9498 0.1573</w:t>
        <w:br/>
        <w:t>vn 0.3202 0.9359 0.1472</w:t>
        <w:br/>
        <w:t>vn -0.0544 0.9916 0.1173</w:t>
        <w:br/>
        <w:t>vn 0.2758 0.9575 0.0840</w:t>
        <w:br/>
        <w:t>vn 0.3087 0.9476 0.0826</w:t>
        <w:br/>
        <w:t>vn 0.3000 0.9502 0.0842</w:t>
        <w:br/>
        <w:t>vn 0.2752 0.9612 0.0191</w:t>
        <w:br/>
        <w:t>vn -0.0202 0.9995 0.0248</w:t>
        <w:br/>
        <w:t>vn 0.8538 0.5192 -0.0388</w:t>
        <w:br/>
        <w:t>vn 0.3131 0.9488 -0.0412</w:t>
        <w:br/>
        <w:t>vn 0.2816 0.9567 -0.0737</w:t>
        <w:br/>
        <w:t>vn 0.0079 0.9973 -0.0727</w:t>
        <w:br/>
        <w:t>vn 0.2328 0.9606 -0.1517</w:t>
        <w:br/>
        <w:t>vn 0.3983 -0.9119 0.0983</w:t>
        <w:br/>
        <w:t>vn 0.3612 -0.9284 0.0876</w:t>
        <w:br/>
        <w:t>vn 0.5109 -0.8595 -0.0112</w:t>
        <w:br/>
        <w:t>vn 0.4402 -0.8978 -0.0107</w:t>
        <w:br/>
        <w:t>vn 0.3026 -0.9517 0.0514</w:t>
        <w:br/>
        <w:t>vn 0.2688 -0.9631 0.0120</w:t>
        <w:br/>
        <w:t>vn 0.3862 -0.9223 -0.0167</w:t>
        <w:br/>
        <w:t>vn 0.3362 -0.9395 -0.0657</w:t>
        <w:br/>
        <w:t>vn 0.2401 -0.9699 -0.0415</w:t>
        <w:br/>
        <w:t>vn 0.2799 -0.9459 -0.1639</w:t>
        <w:br/>
        <w:t>vn 0.1982 -0.9704 -0.1378</w:t>
        <w:br/>
        <w:t>vn 0.2130 -0.9399 -0.2670</w:t>
        <w:br/>
        <w:t>vn 0.1380 -0.9651 -0.2227</w:t>
        <w:br/>
        <w:t>vn 0.0971 -0.9391 -0.3296</w:t>
        <w:br/>
        <w:t>vn 0.0672 -0.9607 -0.2692</w:t>
        <w:br/>
        <w:t>vn 0.1405 -0.9361 -0.3224</w:t>
        <w:br/>
        <w:t>vn 0.0978 -0.9716 -0.2153</w:t>
        <w:br/>
        <w:t>vn 0.0228 -0.9769 -0.2126</w:t>
        <w:br/>
        <w:t>vn 0.5518 -0.8339 -0.0057</w:t>
        <w:br/>
        <w:t>vn 0.3474 0.7600 -0.5492</w:t>
        <w:br/>
        <w:t>vn 0.4363 0.7577 -0.4853</w:t>
        <w:br/>
        <w:t>vn 0.5028 0.8406 -0.2015</w:t>
        <w:br/>
        <w:t>vn -0.5314 -0.4868 -0.6932</w:t>
        <w:br/>
        <w:t>vn 0.5628 0.7717 -0.2962</w:t>
        <w:br/>
        <w:t>vn -0.5654 0.7699 -0.2961</w:t>
        <w:br/>
        <w:t>vn -0.4343 0.7587 -0.4855</w:t>
        <w:br/>
        <w:t>vn 0.3311 0.8086 -0.4864</w:t>
        <w:br/>
        <w:t>vn -0.3311 0.8088 -0.4861</w:t>
        <w:br/>
        <w:t>vn -0.3443 0.7625 -0.5478</w:t>
        <w:br/>
        <w:t>vn -0.9075 0.0387 0.4183</w:t>
        <w:br/>
        <w:t>vn -0.9075 0.0387 0.4184</w:t>
        <w:br/>
        <w:t>vn -0.9381 0.0599 0.3411</w:t>
        <w:br/>
        <w:t>vn -0.8089 -0.0185 0.5876</w:t>
        <w:br/>
        <w:t>vn -0.6623 -0.0828 0.7447</w:t>
        <w:br/>
        <w:t>vn -0.6623 -0.0828 0.7446</w:t>
        <w:br/>
        <w:t>vn -0.4755 -0.1443 0.8678</w:t>
        <w:br/>
        <w:t>vn -0.2254 -0.1992 0.9537</w:t>
        <w:br/>
        <w:t>vn -0.0501 -0.2172 0.9748</w:t>
        <w:br/>
        <w:t>vn 0.0000 -0.2156 0.9765</w:t>
        <w:br/>
        <w:t>vn 0.0000 -0.2157 0.9765</w:t>
        <w:br/>
        <w:t>vn -0.0000 -0.9677 -0.2523</w:t>
        <w:br/>
        <w:t>vn -0.0074 -0.9684 -0.2492</w:t>
        <w:br/>
        <w:t>vn 0.0000 -0.9678 -0.2518</w:t>
        <w:br/>
        <w:t>vn 0.0015 -0.9709 -0.2396</w:t>
        <w:br/>
        <w:t>vn 0.0015 -0.9709 -0.2397</w:t>
        <w:br/>
        <w:t>vn -0.0076 -0.9721 -0.2343</w:t>
        <w:br/>
        <w:t>vn -0.0077 -0.9721 -0.2343</w:t>
        <w:br/>
        <w:t>vn -0.0194 -0.9738 -0.2265</w:t>
        <w:br/>
        <w:t>vn -0.0195 -0.9738 -0.2264</w:t>
        <w:br/>
        <w:t>vn -0.0181 -0.9740 -0.2260</w:t>
        <w:br/>
        <w:t>vn -0.0181 -0.9739 -0.2261</w:t>
        <w:br/>
        <w:t>vn -0.0136 -0.9687 -0.2479</w:t>
        <w:br/>
        <w:t>vn -0.0097 -0.9653 -0.2610</w:t>
        <w:br/>
        <w:t>vn -0.0098 -0.9653 -0.2610</w:t>
        <w:br/>
        <w:t>vn 0.9075 0.0388 0.4183</w:t>
        <w:br/>
        <w:t>vn 0.9381 0.0599 0.3411</w:t>
        <w:br/>
        <w:t>vn 0.8090 -0.0185 0.5876</w:t>
        <w:br/>
        <w:t>vn 0.8089 -0.0185 0.5876</w:t>
        <w:br/>
        <w:t>vn 0.6623 -0.0828 0.7447</w:t>
        <w:br/>
        <w:t>vn 0.6622 -0.0828 0.7447</w:t>
        <w:br/>
        <w:t>vn 0.4755 -0.1443 0.8678</w:t>
        <w:br/>
        <w:t>vn 0.2254 -0.1992 0.9537</w:t>
        <w:br/>
        <w:t>vn 0.2254 -0.1991 0.9537</w:t>
        <w:br/>
        <w:t>vn 0.0501 -0.2172 0.9748</w:t>
        <w:br/>
        <w:t>vn 0.0074 -0.9685 -0.2491</w:t>
        <w:br/>
        <w:t>vn -0.0015 -0.9709 -0.2397</w:t>
        <w:br/>
        <w:t>vn -0.0015 -0.9708 -0.2397</w:t>
        <w:br/>
        <w:t>vn 0.0076 -0.9721 -0.2343</w:t>
        <w:br/>
        <w:t>vn 0.0077 -0.9721 -0.2343</w:t>
        <w:br/>
        <w:t>vn 0.0195 -0.9739 -0.2264</w:t>
        <w:br/>
        <w:t>vn 0.0195 -0.9738 -0.2264</w:t>
        <w:br/>
        <w:t>vn 0.0182 -0.9740 -0.2260</w:t>
        <w:br/>
        <w:t>vn 0.0136 -0.9687 -0.2479</w:t>
        <w:br/>
        <w:t>vn 0.0136 -0.9687 -0.2478</w:t>
        <w:br/>
        <w:t>vn 0.0097 -0.9653 -0.2610</w:t>
        <w:br/>
        <w:t>vn 0.0098 -0.9653 -0.2610</w:t>
        <w:br/>
        <w:t>vn -0.9623 -0.1109 0.2482</w:t>
        <w:br/>
        <w:t>vn -0.9141 -0.1350 0.3824</w:t>
        <w:br/>
        <w:t>vn -0.7936 -0.1969 0.5757</w:t>
        <w:br/>
        <w:t>vn -0.6826 -0.2333 0.6925</w:t>
        <w:br/>
        <w:t>vn -0.4922 -0.2346 0.8383</w:t>
        <w:br/>
        <w:t>vn -0.2197 -0.2347 0.9469</w:t>
        <w:br/>
        <w:t>vn -0.2196 -0.2347 0.9469</w:t>
        <w:br/>
        <w:t>vn -0.0662 -0.2268 0.9717</w:t>
        <w:br/>
        <w:t>vn -0.0001 -0.2212 0.9752</w:t>
        <w:br/>
        <w:t>vn -0.0022 0.9664 0.2569</w:t>
        <w:br/>
        <w:t>vn -0.0023 0.9664 0.2569</w:t>
        <w:br/>
        <w:t>vn -0.0118 0.9649 0.2622</w:t>
        <w:br/>
        <w:t>vn 0.0099 0.9715 0.2367</w:t>
        <w:br/>
        <w:t>vn 0.0099 0.9715 0.2368</w:t>
        <w:br/>
        <w:t>vn 0.0158 0.9733 0.2291</w:t>
        <w:br/>
        <w:t>vn 0.0062 0.9725 0.2329</w:t>
        <w:br/>
        <w:t>vn 0.0062 0.9725 0.2330</w:t>
        <w:br/>
        <w:t>vn -0.0024 0.9718 0.2360</w:t>
        <w:br/>
        <w:t>vn -0.0024 0.9718 0.2359</w:t>
        <w:br/>
        <w:t>vn 0.0053 0.9694 0.2456</w:t>
        <w:br/>
        <w:t>vn 0.0053 0.9694 0.2455</w:t>
        <w:br/>
        <w:t>vn -0.0000 0.9686 0.2485</w:t>
        <w:br/>
        <w:t>vn -0.0000 0.9686 0.2486</w:t>
        <w:br/>
        <w:t>vn 0.9623 -0.1109 0.2482</w:t>
        <w:br/>
        <w:t>vn 0.9142 -0.1349 0.3822</w:t>
        <w:br/>
        <w:t>vn 0.9142 -0.1350 0.3822</w:t>
        <w:br/>
        <w:t>vn 0.7938 -0.1966 0.5756</w:t>
        <w:br/>
        <w:t>vn 0.6831 -0.2324 0.6923</w:t>
        <w:br/>
        <w:t>vn 0.6831 -0.2324 0.6924</w:t>
        <w:br/>
        <w:t>vn 0.4922 -0.2333 0.8386</w:t>
        <w:br/>
        <w:t>vn 0.4922 -0.2332 0.8387</w:t>
        <w:br/>
        <w:t>vn 0.2187 -0.2337 0.9474</w:t>
        <w:br/>
        <w:t>vn 0.0658 -0.2265 0.9718</w:t>
        <w:br/>
        <w:t>vn 0.0118 0.9649 0.2622</w:t>
        <w:br/>
        <w:t>vn 0.0023 0.9664 0.2571</w:t>
        <w:br/>
        <w:t>vn 0.0023 0.9664 0.2570</w:t>
        <w:br/>
        <w:t>vn 0.0117 0.9649 0.2622</w:t>
        <w:br/>
        <w:t>vn -0.0098 0.9715 0.2366</w:t>
        <w:br/>
        <w:t>vn -0.0098 0.9715 0.2367</w:t>
        <w:br/>
        <w:t>vn -0.0158 0.9732 0.2292</w:t>
        <w:br/>
        <w:t>vn -0.0158 0.9732 0.2293</w:t>
        <w:br/>
        <w:t>vn -0.0060 0.9724 0.2332</w:t>
        <w:br/>
        <w:t>vn -0.0060 0.9724 0.2333</w:t>
        <w:br/>
        <w:t>vn 0.0026 0.9718 0.2359</w:t>
        <w:br/>
        <w:t>vn 0.0026 0.9717 0.2360</w:t>
        <w:br/>
        <w:t>vn -0.0053 0.9694 0.2455</w:t>
        <w:br/>
        <w:t>vn -0.0053 0.9694 0.2453</w:t>
        <w:br/>
        <w:t>vn 0.2732 -0.8829 0.3820</w:t>
        <w:br/>
        <w:t>vn 0.2431 -0.8973 0.3685</w:t>
        <w:br/>
        <w:t>vn -0.2060 0.8388 0.5041</w:t>
        <w:br/>
        <w:t>vn -0.2059 0.8388 0.5040</w:t>
        <w:br/>
        <w:t>vn -0.3437 0.8081 0.4783</w:t>
        <w:br/>
        <w:t>vn -0.3437 0.8081 0.4784</w:t>
        <w:br/>
        <w:t>vn 0.2835 -0.8573 0.4298</w:t>
        <w:br/>
        <w:t>vn 0.2835 -0.8572 0.4298</w:t>
        <w:br/>
        <w:t>vn -0.0512 0.8366 0.5454</w:t>
        <w:br/>
        <w:t>vn 0.2587 -0.8314 0.4919</w:t>
        <w:br/>
        <w:t>vn 0.2587 -0.8313 0.4919</w:t>
        <w:br/>
        <w:t>vn 0.0856 0.8033 0.5894</w:t>
        <w:br/>
        <w:t>vn 0.2713 -0.7935 0.5447</w:t>
        <w:br/>
        <w:t>vn 0.2411 0.7513 0.6143</w:t>
        <w:br/>
        <w:t>vn 0.3081 -0.7728 0.5549</w:t>
        <w:br/>
        <w:t>vn 0.3794 0.7445 0.5493</w:t>
        <w:br/>
        <w:t>vn 0.3795 0.7445 0.5493</w:t>
        <w:br/>
        <w:t>vn 0.4121 0.8212 0.3947</w:t>
        <w:br/>
        <w:t>vn 0.4121 0.8213 0.3946</w:t>
        <w:br/>
        <w:t>vn 0.3117 -0.8529 0.4189</w:t>
        <w:br/>
        <w:t>vn 0.4265 -0.8354 0.3466</w:t>
        <w:br/>
        <w:t>vn 0.4265 -0.8354 0.3467</w:t>
        <w:br/>
        <w:t>vn 0.3116 -0.8529 0.4189</w:t>
        <w:br/>
        <w:t>vn 0.4467 0.8623 0.2385</w:t>
        <w:br/>
        <w:t>vn 0.5422 -0.7852 0.2992</w:t>
        <w:br/>
        <w:t>vn 0.5007 0.8478 0.1745</w:t>
        <w:br/>
        <w:t>vn 0.3237 -0.8059 0.4957</w:t>
        <w:br/>
        <w:t>vn -0.3952 0.7852 0.4768</w:t>
        <w:br/>
        <w:t>vn -0.2732 -0.8829 0.3820</w:t>
        <w:br/>
        <w:t>vn -0.2731 -0.8829 0.3820</w:t>
        <w:br/>
        <w:t>vn -0.2431 -0.8973 0.3685</w:t>
        <w:br/>
        <w:t>vn 0.3437 0.8081 0.4784</w:t>
        <w:br/>
        <w:t>vn 0.2059 0.8388 0.5040</w:t>
        <w:br/>
        <w:t>vn 0.2059 0.8388 0.5041</w:t>
        <w:br/>
        <w:t>vn -0.2835 -0.8573 0.4298</w:t>
        <w:br/>
        <w:t>vn 0.0513 0.8367 0.5453</w:t>
        <w:br/>
        <w:t>vn -0.2587 -0.8312 0.4921</w:t>
        <w:br/>
        <w:t>vn -0.0856 0.8034 0.5893</w:t>
        <w:br/>
        <w:t>vn -0.2714 -0.7934 0.5449</w:t>
        <w:br/>
        <w:t>vn -0.2714 -0.7934 0.5448</w:t>
        <w:br/>
        <w:t>vn -0.2411 0.7514 0.6143</w:t>
        <w:br/>
        <w:t>vn -0.2411 0.7514 0.6142</w:t>
        <w:br/>
        <w:t>vn -0.3081 -0.7727 0.5549</w:t>
        <w:br/>
        <w:t>vn -0.3795 0.7444 0.5494</w:t>
        <w:br/>
        <w:t>vn -0.4122 0.8211 0.3948</w:t>
        <w:br/>
        <w:t>vn -0.4121 0.8212 0.3947</w:t>
        <w:br/>
        <w:t>vn -0.4266 -0.8354 0.3465</w:t>
        <w:br/>
        <w:t>vn -0.4265 -0.8355 0.3465</w:t>
        <w:br/>
        <w:t>vn -0.3117 -0.8528 0.4190</w:t>
        <w:br/>
        <w:t>vn -0.3116 -0.8529 0.4189</w:t>
        <w:br/>
        <w:t>vn -0.4467 0.8623 0.2385</w:t>
        <w:br/>
        <w:t>vn -0.4467 0.8623 0.2384</w:t>
        <w:br/>
        <w:t>vn -0.5422 -0.7852 0.2991</w:t>
        <w:br/>
        <w:t>vn -0.5007 0.8478 0.1745</w:t>
        <w:br/>
        <w:t>vn -0.3237 -0.8059 0.4956</w:t>
        <w:br/>
        <w:t>vn -0.3237 -0.8059 0.4957</w:t>
        <w:br/>
        <w:t>vn 0.3952 0.7852 0.4768</w:t>
        <w:br/>
        <w:t>vn 0.6512 0.2014 0.7317</w:t>
        <w:br/>
        <w:t>vn 0.8170 0.3385 0.4669</w:t>
        <w:br/>
        <w:t>vn 0.6379 0.6228 0.4530</w:t>
        <w:br/>
        <w:t>vn 0.4993 0.4278 0.7534</w:t>
        <w:br/>
        <w:t>vn 0.0112 0.9468 0.3217</w:t>
        <w:br/>
        <w:t>vn -0.1093 0.7202 0.6851</w:t>
        <w:br/>
        <w:t>vn 0.2041 0.6312 0.7483</w:t>
        <w:br/>
        <w:t>vn 0.3350 0.8517 0.4031</w:t>
        <w:br/>
        <w:t>vn 0.6895 0.0028 0.7243</w:t>
        <w:br/>
        <w:t>vn 0.8765 0.0897 0.4729</w:t>
        <w:br/>
        <w:t>vn 0.0366 0.2964 0.9544</w:t>
        <w:br/>
        <w:t>vn 0.2899 0.1729 0.9413</w:t>
        <w:br/>
        <w:t>vn 0.4119 0.0424 0.9102</w:t>
        <w:br/>
        <w:t>vn -0.2075 0.3543 0.9118</w:t>
        <w:br/>
        <w:t>vn -0.3968 0.6980 0.5961</w:t>
        <w:br/>
        <w:t>vn -0.3125 0.9224 0.2269</w:t>
        <w:br/>
        <w:t>vn 0.4308 -0.0841 0.8985</w:t>
        <w:br/>
        <w:t>vn -0.6133 0.7801 0.1236</w:t>
        <w:br/>
        <w:t>vn -0.6749 0.5668 0.4725</w:t>
        <w:br/>
        <w:t>vn -0.4047 0.3430 0.8477</w:t>
        <w:br/>
        <w:t>vn -0.6214 0.2577 0.7399</w:t>
        <w:br/>
        <w:t>vn -0.8196 0.5714 0.0410</w:t>
        <w:br/>
        <w:t>vn -0.8528 0.3806 0.3575</w:t>
        <w:br/>
        <w:t>vn -0.7696 0.1392 0.6232</w:t>
        <w:br/>
        <w:t>vn -0.9389 0.3441 -0.0030</w:t>
        <w:br/>
        <w:t>vn -0.9316 0.2147 0.2934</w:t>
        <w:br/>
        <w:t>vn -0.8277 0.0638 0.5575</w:t>
        <w:br/>
        <w:t>vn 0.0897 -0.5912 0.8015</w:t>
        <w:br/>
        <w:t>vn -0.0414 -0.5220 0.8519</w:t>
        <w:br/>
        <w:t>vn -0.0417 -0.6091 0.7920</w:t>
        <w:br/>
        <w:t>vn 0.0136 -0.6584 0.7525</w:t>
        <w:br/>
        <w:t>vn -0.0889 -0.6963 0.7122</w:t>
        <w:br/>
        <w:t>vn -0.1413 -0.5984 0.7886</w:t>
        <w:br/>
        <w:t>vn -0.2571 -0.6121 0.7479</w:t>
        <w:br/>
        <w:t>vn -0.2463 -0.7123 0.6573</w:t>
        <w:br/>
        <w:t>vn 0.6878 -0.1345 0.7133</w:t>
        <w:br/>
        <w:t>vn 0.4322 -0.1550 0.8884</w:t>
        <w:br/>
        <w:t>vn -0.3588 -0.7048 0.6120</w:t>
        <w:br/>
        <w:t>vn -0.3406 -0.6483 0.6809</w:t>
        <w:br/>
        <w:t>vn -0.2723 -0.4408 0.8553</w:t>
        <w:br/>
        <w:t>vn -0.2043 -0.4317 0.8786</w:t>
        <w:br/>
        <w:t>vn -0.4153 -0.5566 0.7196</w:t>
        <w:br/>
        <w:t>vn -0.5097 -0.6364 0.5790</w:t>
        <w:br/>
        <w:t>vn -0.6894 -0.4293 0.5834</w:t>
        <w:br/>
        <w:t>vn -0.5300 -0.3892 0.7534</w:t>
        <w:br/>
        <w:t>vn 0.0166 -0.3830 0.9236</w:t>
        <w:br/>
        <w:t>vn -0.2157 -0.3175 0.9234</w:t>
        <w:br/>
        <w:t>vn -0.2961 -0.3220 0.8992</w:t>
        <w:br/>
        <w:t>vn -0.3175 -0.2188 0.9227</w:t>
        <w:br/>
        <w:t>vn -0.2041 -0.1933 0.9597</w:t>
        <w:br/>
        <w:t>vn -0.7422 -0.2366 0.6270</w:t>
        <w:br/>
        <w:t>vn -0.5753 -0.2382 0.7825</w:t>
        <w:br/>
        <w:t>vn -0.5846 -0.1055 0.8044</w:t>
        <w:br/>
        <w:t>vn -0.7510 -0.0883 0.6544</w:t>
        <w:br/>
        <w:t>vn 0.0787 -0.1880 0.9790</w:t>
        <w:br/>
        <w:t>vn 0.8776 -0.1010 0.4686</w:t>
        <w:br/>
        <w:t>vn 0.8466 -0.2946 0.4433</w:t>
        <w:br/>
        <w:t>vn 0.6679 -0.2692 0.6939</w:t>
        <w:br/>
        <w:t>vn 0.4269 -0.2183 0.8775</w:t>
        <w:br/>
        <w:t>vn 0.5808 -0.4601 0.6716</w:t>
        <w:br/>
        <w:t>vn 0.7398 -0.5425 0.3981</w:t>
        <w:br/>
        <w:t>vn -0.1870 -0.0542 0.9809</w:t>
        <w:br/>
        <w:t>vn -0.3194 -0.0982 0.9425</w:t>
        <w:br/>
        <w:t>vn 0.5149 -0.7976 0.3141</w:t>
        <w:br/>
        <w:t>vn 0.3882 -0.6788 0.6233</w:t>
        <w:br/>
        <w:t>vn 0.0866 -0.8743 0.4777</w:t>
        <w:br/>
        <w:t>vn 0.1732 -0.9756 0.1352</w:t>
        <w:br/>
        <w:t>vn 0.3622 -0.3300 0.8717</w:t>
        <w:br/>
        <w:t>vn 0.2147 -0.4771 0.8522</w:t>
        <w:br/>
        <w:t>vn -0.0105 -0.6583 0.7527</w:t>
        <w:br/>
        <w:t>vn 0.0436 0.5572 0.8292</w:t>
        <w:br/>
        <w:t>vn 0.0778 0.3400 0.9372</w:t>
        <w:br/>
        <w:t>vn 0.2843 0.4502 0.8464</w:t>
        <w:br/>
        <w:t>vn 0.1323 0.6618 0.7379</w:t>
        <w:br/>
        <w:t>vn -0.6669 0.3765 0.6431</w:t>
        <w:br/>
        <w:t>vn -0.5168 0.2786 0.8095</w:t>
        <w:br/>
        <w:t>vn -0.4546 0.4729 0.7548</w:t>
        <w:br/>
        <w:t>vn -0.5049 0.5694 0.6487</w:t>
        <w:br/>
        <w:t>vn -0.7581 0.1277 0.6395</w:t>
        <w:br/>
        <w:t>vn -0.5811 0.0765 0.8102</w:t>
        <w:br/>
        <w:t>vn -0.2932 0.4966 0.8169</w:t>
        <w:br/>
        <w:t>vn -0.2923 0.7024 0.6490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0.5418 0.8311</w:t>
        <w:br/>
        <w:t>vn 0.1060 0.1589 0.9816</w:t>
        <w:br/>
        <w:t>vn -0.0614 0.7536 0.6545</w:t>
        <w:br/>
        <w:t>vn -0.2559 -0.7415 0.6203</w:t>
        <w:br/>
        <w:t>vn -0.2090 -0.9250 0.3173</w:t>
        <w:br/>
        <w:t>vn -0.5477 -0.6272 0.5537</w:t>
        <w:br/>
        <w:t>vn -0.5405 -0.7990 0.2637</w:t>
        <w:br/>
        <w:t>vn -0.7572 -0.3982 0.5178</w:t>
        <w:br/>
        <w:t>vn -0.8107 -0.5287 0.2514</w:t>
        <w:br/>
        <w:t>vn -0.8223 -0.2428 0.5147</w:t>
        <w:br/>
        <w:t>vn -0.9136 -0.3159 0.2561</w:t>
        <w:br/>
        <w:t>vn 0.3310 0.2352 0.9138</w:t>
        <w:br/>
        <w:t>vn -0.8460 -0.1206 0.5193</w:t>
        <w:br/>
        <w:t>vn -0.9546 -0.1341 0.2661</w:t>
        <w:br/>
        <w:t>vn 0.3301 0.0390 0.9431</w:t>
        <w:br/>
        <w:t>vn -0.8494 -0.0103 0.5277</w:t>
        <w:br/>
        <w:t>vn -0.9609 0.0508 0.2722</w:t>
        <w:br/>
        <w:t>vn 0.3070 -0.1888 0.9328</w:t>
        <w:br/>
        <w:t>vn 0.2162 -0.4301 0.8765</w:t>
        <w:br/>
        <w:t>vn -0.6380 0.6229 0.4528</w:t>
        <w:br/>
        <w:t>vn -0.8170 0.3385 0.4669</w:t>
        <w:br/>
        <w:t>vn -0.6512 0.2014 0.7317</w:t>
        <w:br/>
        <w:t>vn -0.4993 0.4278 0.7534</w:t>
        <w:br/>
        <w:t>vn -0.2041 0.6312 0.7483</w:t>
        <w:br/>
        <w:t>vn 0.1094 0.7200 0.6853</w:t>
        <w:br/>
        <w:t>vn -0.0111 0.9467 0.3220</w:t>
        <w:br/>
        <w:t>vn -0.3350 0.8517 0.4031</w:t>
        <w:br/>
        <w:t>vn -0.8765 0.0897 0.4729</w:t>
        <w:br/>
        <w:t>vn -0.6895 0.0028 0.7243</w:t>
        <w:br/>
        <w:t>vn -0.2897 0.1728 0.9414</w:t>
        <w:br/>
        <w:t>vn -0.0366 0.2965 0.9543</w:t>
        <w:br/>
        <w:t>vn -0.4120 0.0424 0.9102</w:t>
        <w:br/>
        <w:t>vn 0.2075 0.3543 0.9118</w:t>
        <w:br/>
        <w:t>vn 0.3969 0.6980 0.5960</w:t>
        <w:br/>
        <w:t>vn 0.3125 0.9224 0.2269</w:t>
        <w:br/>
        <w:t>vn -0.4307 -0.0841 0.8985</w:t>
        <w:br/>
        <w:t>vn 0.6749 0.5668 0.4725</w:t>
        <w:br/>
        <w:t>vn 0.6133 0.7801 0.1237</w:t>
        <w:br/>
        <w:t>vn 0.4047 0.3431 0.8477</w:t>
        <w:br/>
        <w:t>vn 0.6215 0.2578 0.7398</w:t>
        <w:br/>
        <w:t>vn 0.8528 0.3806 0.3576</w:t>
        <w:br/>
        <w:t>vn 0.8196 0.5714 0.0411</w:t>
        <w:br/>
        <w:t>vn 0.7696 0.1392 0.6232</w:t>
        <w:br/>
        <w:t>vn 0.9316 0.2146 0.2934</w:t>
        <w:br/>
        <w:t>vn 0.9389 0.3441 -0.0030</w:t>
        <w:br/>
        <w:t>vn 0.8278 0.0638 0.5575</w:t>
        <w:br/>
        <w:t>vn -0.0897 -0.5912 0.8015</w:t>
        <w:br/>
        <w:t>vn -0.0136 -0.6584 0.7525</w:t>
        <w:br/>
        <w:t>vn 0.0417 -0.6091 0.7920</w:t>
        <w:br/>
        <w:t>vn 0.0414 -0.5220 0.8520</w:t>
        <w:br/>
        <w:t>vn 0.0889 -0.6962 0.7123</w:t>
        <w:br/>
        <w:t>vn 0.2464 -0.7123 0.6572</w:t>
        <w:br/>
        <w:t>vn 0.2571 -0.6120 0.7479</w:t>
        <w:br/>
        <w:t>vn 0.1413 -0.5983 0.7887</w:t>
        <w:br/>
        <w:t>vn -0.6878 -0.1345 0.7133</w:t>
        <w:br/>
        <w:t>vn -0.4322 -0.1550 0.8884</w:t>
        <w:br/>
        <w:t>vn 0.3588 -0.7048 0.6120</w:t>
        <w:br/>
        <w:t>vn 0.3406 -0.6483 0.6809</w:t>
        <w:br/>
        <w:t>vn 0.2723 -0.4408 0.8553</w:t>
        <w:br/>
        <w:t>vn 0.2043 -0.4317 0.8786</w:t>
        <w:br/>
        <w:t>vn 0.4153 -0.5566 0.7195</w:t>
        <w:br/>
        <w:t>vn 0.5097 -0.6364 0.5789</w:t>
        <w:br/>
        <w:t>vn 0.6895 -0.4293 0.5834</w:t>
        <w:br/>
        <w:t>vn 0.5301 -0.3892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0.2041 -0.1934 0.9597</w:t>
        <w:br/>
        <w:t>vn 0.7422 -0.2366 0.6271</w:t>
        <w:br/>
        <w:t>vn 0.5753 -0.2382 0.7825</w:t>
        <w:br/>
        <w:t>vn 0.7510 -0.0883 0.6544</w:t>
        <w:br/>
        <w:t>vn 0.5846 -0.1055 0.8044</w:t>
        <w:br/>
        <w:t>vn -0.0787 -0.1879 0.9790</w:t>
        <w:br/>
        <w:t>vn -0.8776 -0.1010 0.4686</w:t>
        <w:br/>
        <w:t>vn -0.8465 -0.2947 0.4434</w:t>
        <w:br/>
        <w:t>vn -0.6678 -0.2691 0.6940</w:t>
        <w:br/>
        <w:t>vn -0.4269 -0.2183 0.8776</w:t>
        <w:br/>
        <w:t>vn -0.7398 -0.5425 0.3980</w:t>
        <w:br/>
        <w:t>vn -0.5808 -0.4601 0.6715</w:t>
        <w:br/>
        <w:t>vn 0.3194 -0.0982 0.9425</w:t>
        <w:br/>
        <w:t>vn 0.1871 -0.0543 0.9808</w:t>
        <w:br/>
        <w:t>vn -0.5149 -0.7977 0.3141</w:t>
        <w:br/>
        <w:t>vn -0.3882 -0.6788 0.6233</w:t>
        <w:br/>
        <w:t>vn -0.1732 -0.9756 0.1352</w:t>
        <w:br/>
        <w:t>vn -0.0865 -0.8742 0.4778</w:t>
        <w:br/>
        <w:t>vn -0.3622 -0.3300 0.8718</w:t>
        <w:br/>
        <w:t>vn -0.2148 -0.4771 0.8522</w:t>
        <w:br/>
        <w:t>vn 0.0105 -0.6583 0.7526</w:t>
        <w:br/>
        <w:t>vn -0.2843 0.4502 0.8464</w:t>
        <w:br/>
        <w:t>vn -0.0778 0.3400 0.9372</w:t>
        <w:br/>
        <w:t>vn -0.0436 0.5572 0.8292</w:t>
        <w:br/>
        <w:t>vn -0.1323 0.6620 0.7378</w:t>
        <w:br/>
        <w:t>vn 0.6670 0.3765 0.6430</w:t>
        <w:br/>
        <w:t>vn 0.5050 0.5695 0.6486</w:t>
        <w:br/>
        <w:t>vn 0.4546 0.4729 0.7548</w:t>
        <w:br/>
        <w:t>vn 0.5169 0.2786 0.8095</w:t>
        <w:br/>
        <w:t>vn 0.7581 0.1277 0.6395</w:t>
        <w:br/>
        <w:t>vn 0.5811 0.0765 0.8102</w:t>
        <w:br/>
        <w:t>vn 0.2922 0.7024 0.6491</w:t>
        <w:br/>
        <w:t>vn 0.2932 0.4966 0.8170</w:t>
        <w:br/>
        <w:t>vn 0.2846 0.1730 0.9429</w:t>
        <w:br/>
        <w:t>vn 0.3038 0.0318 0.9522</w:t>
        <w:br/>
        <w:t>vn 0.1814 0.0580 0.9817</w:t>
        <w:br/>
        <w:t>vn -0.1049 0.0046 0.9945</w:t>
        <w:br/>
        <w:t>vn 0.1821 0.1949 0.9638</w:t>
        <w:br/>
        <w:t>vn 0.1258 0.5418 0.8310</w:t>
        <w:br/>
        <w:t>vn -0.1060 0.1589 0.9816</w:t>
        <w:br/>
        <w:t>vn 0.0614 0.7536 0.6544</w:t>
        <w:br/>
        <w:t>vn 0.2090 -0.9250 0.3174</w:t>
        <w:br/>
        <w:t>vn 0.2559 -0.7414 0.6204</w:t>
        <w:br/>
        <w:t>vn 0.5405 -0.7989 0.2639</w:t>
        <w:br/>
        <w:t>vn 0.5477 -0.6270 0.5540</w:t>
        <w:br/>
        <w:t>vn 0.8107 -0.5288 0.2514</w:t>
        <w:br/>
        <w:t>vn 0.7572 -0.3982 0.5177</w:t>
        <w:br/>
        <w:t>vn 0.9136 -0.3159 0.2561</w:t>
        <w:br/>
        <w:t>vn 0.8222 -0.2428 0.5147</w:t>
        <w:br/>
        <w:t>vn -0.3310 0.2353 0.9138</w:t>
        <w:br/>
        <w:t>vn 0.8460 -0.1206 0.5193</w:t>
        <w:br/>
        <w:t>vn 0.9546 -0.1341 0.2661</w:t>
        <w:br/>
        <w:t>vn -0.3302 0.0390 0.9431</w:t>
        <w:br/>
        <w:t>vn 0.8493 -0.0103 0.5277</w:t>
        <w:br/>
        <w:t>vn 0.9609 0.0508 0.2722</w:t>
        <w:br/>
        <w:t>vn -0.3070 -0.1888 0.9328</w:t>
        <w:br/>
        <w:t>vn -0.2162 -0.4301 0.8765</w:t>
        <w:br/>
        <w:t>vn 0.9313 -0.3636 -0.0243</w:t>
        <w:br/>
        <w:t>vn 0.9905 -0.1374 -0.0092</w:t>
        <w:br/>
        <w:t>vn -0.9941 0.1081 -0.0072</w:t>
        <w:br/>
        <w:t>vn -0.9905 -0.1374 -0.0091</w:t>
        <w:br/>
        <w:t>vn 0.7899 -0.6118 -0.0409</w:t>
        <w:br/>
        <w:t>vn -0.9313 -0.3636 -0.0243</w:t>
        <w:br/>
        <w:t>vn 0.1355 -0.9904 -0.0258</w:t>
        <w:br/>
        <w:t>vn -0.4711 -0.8801 -0.0587</w:t>
        <w:br/>
        <w:t>vn -0.1355 -0.9904 -0.0258</w:t>
        <w:br/>
        <w:t>vn 0.9941 0.1081 -0.0072</w:t>
        <w:br/>
        <w:t>vn -0.7899 -0.6118 -0.0409</w:t>
        <w:br/>
        <w:t>vn 0.4710 -0.8801 -0.0587</w:t>
        <w:br/>
        <w:t>vn -0.4537 0.0176 0.8910</w:t>
        <w:br/>
        <w:t>vn -0.4036 0.0486 0.9136</w:t>
        <w:br/>
        <w:t>vn -0.4655 0.1314 0.8752</w:t>
        <w:br/>
        <w:t>vn -0.4085 -0.0904 0.9083</w:t>
        <w:br/>
        <w:t>vn -0.4492 0.2159 0.8670</w:t>
        <w:br/>
        <w:t>vn -0.3068 -0.1525 0.9395</w:t>
        <w:br/>
        <w:t>vn -0.3209 -0.2150 0.9224</w:t>
        <w:br/>
        <w:t>vn -0.2367 -0.2871 0.9282</w:t>
        <w:br/>
        <w:t>vn -0.3680 0.1790 0.9124</w:t>
        <w:br/>
        <w:t>vn -0.3941 0.3124 0.8644</w:t>
        <w:br/>
        <w:t>vn -0.1886 -0.2466 0.9506</w:t>
        <w:br/>
        <w:t>vn -0.1182 -0.3533 0.9280</w:t>
        <w:br/>
        <w:t>vn -0.1841 -0.0389 0.9821</w:t>
        <w:br/>
        <w:t>vn -0.0841 -0.2790 0.9566</w:t>
        <w:br/>
        <w:t>vn -0.0074 -0.3608 0.9326</w:t>
        <w:br/>
        <w:t>vn -0.2956 0.2371 0.9254</w:t>
        <w:br/>
        <w:t>vn -0.2941 0.3471 0.8905</w:t>
        <w:br/>
        <w:t>vn 0.0097 -0.2591 0.9658</w:t>
        <w:br/>
        <w:t>vn 0.0494 -0.3359 0.9406</w:t>
        <w:br/>
        <w:t>vn 0.1052 -0.2678 0.9577</w:t>
        <w:br/>
        <w:t>vn -0.1863 0.2320 0.9547</w:t>
        <w:br/>
        <w:t>vn -0.2219 0.3292 0.9178</w:t>
        <w:br/>
        <w:t>vn -0.1013 0.2583 0.9607</w:t>
        <w:br/>
        <w:t>vn 0.0500 -0.1344 0.9897</w:t>
        <w:br/>
        <w:t>vn 0.1298 -0.1911 0.9729</w:t>
        <w:br/>
        <w:t>vn 0.1113 -0.0621 0.9919</w:t>
        <w:br/>
        <w:t>vn -0.0186 0.0763 0.9969</w:t>
        <w:br/>
        <w:t>vn -0.0094 0.1690 0.9856</w:t>
        <w:br/>
        <w:t>vn 0.0708 0.0442 0.9965</w:t>
        <w:br/>
        <w:t>vn -0.0275 0.0038 0.9996</w:t>
        <w:br/>
        <w:t>vn 0.0287 0.0341 0.9990</w:t>
        <w:br/>
        <w:t>vn -0.0404 0.1170 0.9923</w:t>
        <w:br/>
        <w:t>vn 0.0168 -0.1049 0.9943</w:t>
        <w:br/>
        <w:t>vn -0.0260 0.1999 0.9795</w:t>
        <w:br/>
        <w:t>vn 0.1209 -0.1690 0.9782</w:t>
        <w:br/>
        <w:t>vn 0.0987 -0.2325 0.9676</w:t>
        <w:br/>
        <w:t>vn 0.1765 -0.3071 0.9352</w:t>
        <w:br/>
        <w:t>vn 0.0648 0.1625 0.9846</w:t>
        <w:br/>
        <w:t>vn 0.0254 0.2933 0.9557</w:t>
        <w:br/>
        <w:t>vn 0.2318 -0.2660 0.9357</w:t>
        <w:br/>
        <w:t>vn 0.2843 -0.3763 0.8818</w:t>
        <w:br/>
        <w:t>vn 0.2538 -0.0546 0.9657</w:t>
        <w:br/>
        <w:t>vn 0.3301 -0.2999 0.8950</w:t>
        <w:br/>
        <w:t>vn 0.3889 -0.3843 0.8373</w:t>
        <w:br/>
        <w:t>vn 0.1366 0.2186 0.9662</w:t>
        <w:br/>
        <w:t>vn 0.1260 0.3263 0.9368</w:t>
        <w:br/>
        <w:t>vn 0.4208 -0.2793 0.8631</w:t>
        <w:br/>
        <w:t>vn 0.4453 -0.3583 0.8206</w:t>
        <w:br/>
        <w:t>vn 0.5047 -0.2877 0.8139</w:t>
        <w:br/>
        <w:t>vn 0.2458 0.2131 0.9456</w:t>
        <w:br/>
        <w:t>vn 0.2008 0.3085 0.9298</w:t>
        <w:br/>
        <w:t>vn 0.3242 0.2393 0.9152</w:t>
        <w:br/>
        <w:t>vn 0.4690 -0.1514 0.8701</w:t>
        <w:br/>
        <w:t>vn 0.5344 -0.2088 0.8190</w:t>
        <w:br/>
        <w:t>vn 0.5258 -0.0777 0.8470</w:t>
        <w:br/>
        <w:t>vn 0.4112 0.0601 0.9095</w:t>
        <w:br/>
        <w:t>vn 0.4155 0.1520 0.8968</w:t>
        <w:br/>
        <w:t>vn 0.4915 0.0287 0.8704</w:t>
        <w:br/>
        <w:t>usemtl MI_HuiXing_Body3</w:t>
        <w:br/>
        <w:t>s 1</w:t>
        <w:br/>
        <w:t>f 1287/1/1 1286/2/2 1285/3/3</w:t>
        <w:br/>
        <w:t>f 1288/4/4 1287/1/1 1285/3/3</w:t>
        <w:br/>
        <w:t>f 1286/2/2 1290/5/5 1289/6/6</w:t>
        <w:br/>
        <w:t>f 1285/3/3 1286/2/2 1289/6/6</w:t>
        <w:br/>
        <w:t>f 1294/7/7 1293/8/8 1292/9/9</w:t>
        <w:br/>
        <w:t>f 1291/10/10 1294/7/7 1292/9/9</w:t>
        <w:br/>
        <w:t>f 1297/11/11 1296/12/12 1295/13/13</w:t>
        <w:br/>
        <w:t>f 1298/14/11 1297/11/11 1295/13/13</w:t>
        <w:br/>
        <w:t>f 1301/15/14 1300/16/15 1299/17/16</w:t>
        <w:br/>
        <w:t>f 1302/18/16 1301/15/14 1299/17/16</w:t>
        <w:br/>
        <w:t>f 1306/19/17 1305/20/18 1304/21/19</w:t>
        <w:br/>
        <w:t>f 1303/22/19 1306/19/17 1304/21/19</w:t>
        <w:br/>
        <w:t>f 1310/23/20 1309/24/20 1308/25/21</w:t>
        <w:br/>
        <w:t>f 1307/26/21 1310/23/20 1308/25/21</w:t>
        <w:br/>
        <w:t>f 1314/27/22 1313/28/23 1312/29/24</w:t>
        <w:br/>
        <w:t>f 1311/30/25 1314/27/22 1312/29/24</w:t>
        <w:br/>
        <w:t>f 1318/31/26 1317/32/27 1316/33/27</w:t>
        <w:br/>
        <w:t>f 1315/34/26 1318/31/26 1316/33/27</w:t>
        <w:br/>
        <w:t>f 1320/35/28 1319/36/29 1311/30/25</w:t>
        <w:br/>
        <w:t>f 1312/29/24 1320/35/28 1311/30/25</w:t>
        <w:br/>
        <w:t>f 1322/37/30 1321/38/30 1303/22/19</w:t>
        <w:br/>
        <w:t>f 1304/21/19 1322/37/30 1303/22/19</w:t>
        <w:br/>
        <w:t>f 1317/32/27 1324/39/31 1323/40/32</w:t>
        <w:br/>
        <w:t>f 1316/33/27 1317/32/27 1323/40/32</w:t>
        <w:br/>
        <w:t>f 1298/14/11 1323/40/32 1324/39/31</w:t>
        <w:br/>
        <w:t>f 1297/11/11 1298/14/11 1324/39/31</w:t>
        <w:br/>
        <w:t>f 1321/38/30 1322/37/30 1309/24/20</w:t>
        <w:br/>
        <w:t>f 1310/23/20 1321/38/30 1309/24/20</w:t>
        <w:br/>
        <w:t>f 1313/28/23 1314/27/22 1307/26/21</w:t>
        <w:br/>
        <w:t>f 1308/25/21 1313/28/23 1307/26/21</w:t>
        <w:br/>
        <w:t>f 1327/41/33 1326/42/34 1325/43/35</w:t>
        <w:br/>
        <w:t>f 1328/44/36 1327/41/33 1325/43/35</w:t>
        <w:br/>
        <w:t>f 1332/45/37 1331/46/38 1330/47/39</w:t>
        <w:br/>
        <w:t>f 1329/48/40 1332/45/37 1330/47/39</w:t>
        <w:br/>
        <w:t>f 1335/49/41 1334/50/42 1333/51/43</w:t>
        <w:br/>
        <w:t>f 1336/52/44 1335/49/41 1333/51/43</w:t>
        <w:br/>
        <w:t>f 1340/53/45 1339/54/46 1338/55/47</w:t>
        <w:br/>
        <w:t>f 1337/56/48 1340/53/45 1338/55/47</w:t>
        <w:br/>
        <w:t>f 1287/1/1 1342/57/49 1341/58/50</w:t>
        <w:br/>
        <w:t>f 1343/59/51 1287/1/1 1341/58/50</w:t>
        <w:br/>
        <w:t>f 1288/4/4 1346/60/52 1345/61/53</w:t>
        <w:br/>
        <w:t>f 1344/62/54 1288/4/4 1345/61/53</w:t>
        <w:br/>
        <w:t>f 1350/63/55 1349/64/56 1348/65/57</w:t>
        <w:br/>
        <w:t>f 1347/66/58 1350/63/55 1348/65/57</w:t>
        <w:br/>
        <w:t>f 1353/67/59 1352/68/60 1351/69/61</w:t>
        <w:br/>
        <w:t>f 1354/70/62 1353/67/59 1351/69/61</w:t>
        <w:br/>
        <w:t>f 1358/71/63 1357/72/64 1356/73/65</w:t>
        <w:br/>
        <w:t>f 1355/74/66 1358/71/63 1356/73/65</w:t>
        <w:br/>
        <w:t>f 1292/9/9 1361/75/67 1360/76/68</w:t>
        <w:br/>
        <w:t>f 1359/77/69 1292/9/9 1360/76/68</w:t>
        <w:br/>
        <w:t>f 1365/78/70 1364/79/71 1363/80/72</w:t>
        <w:br/>
        <w:t>f 1362/81/73 1365/78/70 1363/80/72</w:t>
        <w:br/>
        <w:t>f 1368/82/74 1367/83/75 1366/84/76</w:t>
        <w:br/>
        <w:t>f 1369/85/77 1368/82/74 1366/84/76</w:t>
        <w:br/>
        <w:t>f 1370/86/78 1360/76/68 1361/75/67</w:t>
        <w:br/>
        <w:t>f 1371/87/79 1370/86/78 1361/75/67</w:t>
        <w:br/>
        <w:t>f 1372/88/80 1358/71/63 1355/74/66</w:t>
        <w:br/>
        <w:t>f 1373/89/81 1372/88/80 1355/74/66</w:t>
        <w:br/>
        <w:t>f 1286/2/2 1287/1/1 1343/59/51</w:t>
        <w:br/>
        <w:t>f 1374/90/82 1286/2/2 1343/59/51</w:t>
        <w:br/>
        <w:t>f 1288/4/4 1285/3/3 1375/91/83</w:t>
        <w:br/>
        <w:t>f 1346/60/52 1288/4/4 1375/91/83</w:t>
        <w:br/>
        <w:t>f 1369/85/77 1377/92/84 1376/93/85</w:t>
        <w:br/>
        <w:t>f 1368/82/74 1369/85/77 1376/93/85</w:t>
        <w:br/>
        <w:t>f 1379/94/86 1378/95/87 1365/78/70</w:t>
        <w:br/>
        <w:t>f 1362/81/73 1379/94/86 1365/78/70</w:t>
        <w:br/>
        <w:t>f 1378/95/87 1379/94/86 1332/45/37</w:t>
        <w:br/>
        <w:t>f 1329/48/40 1378/95/87 1332/45/37</w:t>
        <w:br/>
        <w:t>f 1377/92/84 1325/43/35 1326/42/34</w:t>
        <w:br/>
        <w:t>f 1376/93/85 1377/92/84 1326/42/34</w:t>
        <w:br/>
        <w:t>f 1350/63/55 1375/91/83 1285/3/3</w:t>
        <w:br/>
        <w:t>f 1349/64/56 1350/63/55 1285/3/3</w:t>
        <w:br/>
        <w:t>f 1353/67/59 1354/70/62 1286/2/2</w:t>
        <w:br/>
        <w:t>f 1374/90/82 1353/67/59 1286/2/2</w:t>
        <w:br/>
        <w:t>f 1292/9/9 1359/77/69 1347/66/58</w:t>
        <w:br/>
        <w:t>f 1291/10/10 1292/9/9 1347/66/58</w:t>
        <w:br/>
        <w:t>f 1352/68/60 1356/73/65 1357/72/64</w:t>
        <w:br/>
        <w:t>f 1351/69/61 1352/68/60 1357/72/64</w:t>
        <w:br/>
        <w:t>f 1330/47/39 1331/46/38 1380/96/88</w:t>
        <w:br/>
        <w:t>f 1381/97/88 1330/47/39 1380/96/88</w:t>
        <w:br/>
        <w:t>f 1385/98/89 1384/99/90 1383/100/91</w:t>
        <w:br/>
        <w:t>f 1382/101/92 1385/98/89 1383/100/91</w:t>
        <w:br/>
        <w:t>f 1386/102/93 1327/41/33 1328/44/36</w:t>
        <w:br/>
        <w:t>f 1387/103/94 1386/102/93 1328/44/36</w:t>
        <w:br/>
        <w:t>f 1391/104/95 1390/105/96 1389/106/96</w:t>
        <w:br/>
        <w:t>f 1388/107/97 1391/104/95 1389/106/96</w:t>
        <w:br/>
        <w:t>f 1331/46/98 1392/108/99 1326/42/34</w:t>
        <w:br/>
        <w:t>f 1393/109/100 1331/46/98 1326/42/34</w:t>
        <w:br/>
        <w:t>f 1342/57/49 1287/1/1 1288/4/4</w:t>
        <w:br/>
        <w:t>f 1344/62/54 1342/57/49 1288/4/4</w:t>
        <w:br/>
        <w:t>f 1294/7/7 1291/10/10 1289/6/6</w:t>
        <w:br/>
        <w:t>f 1290/5/5 1294/7/7 1289/6/6</w:t>
        <w:br/>
        <w:t>f 1293/8/8 1395/110/101 1394/111/101</w:t>
        <w:br/>
        <w:t>f 1292/9/9 1293/8/8 1394/111/101</w:t>
        <w:br/>
        <w:t>f 1399/112/102 1398/113/103 1397/114/104</w:t>
        <w:br/>
        <w:t>f 1396/115/104 1399/112/102 1397/114/104</w:t>
        <w:br/>
        <w:t>f 1401/116/105 1400/117/106 1396/115/104</w:t>
        <w:br/>
        <w:t>f 1397/114/104 1401/116/105 1396/115/104</w:t>
        <w:br/>
        <w:t>f 1400/117/107 1376/93/85 1326/42/34</w:t>
        <w:br/>
        <w:t>f 1392/108/99 1400/117/107 1326/42/34</w:t>
        <w:br/>
        <w:t>f 1402/118/108 1331/46/98 1393/109/100</w:t>
        <w:br/>
        <w:t>f 1381/97/88 1380/96/88 1404/119/109</w:t>
        <w:br/>
        <w:t>f 1403/120/110 1381/97/88 1404/119/109</w:t>
        <w:br/>
        <w:t>f 1406/121/111 1389/106/96 1390/105/96</w:t>
        <w:br/>
        <w:t>f 1405/122/111 1406/121/111 1390/105/96</w:t>
        <w:br/>
        <w:t>f 1408/123/112 1394/111/101 1395/110/101</w:t>
        <w:br/>
        <w:t>f 1407/124/112 1408/123/112 1395/110/101</w:t>
        <w:br/>
        <w:t>f 1382/101/92 1383/100/91 1409/125/113</w:t>
        <w:br/>
        <w:t>f 1410/126/114 1382/101/92 1409/125/113</w:t>
        <w:br/>
        <w:t>f 1410/126/114 1409/125/113 1403/120/110</w:t>
        <w:br/>
        <w:t>f 1404/119/109 1410/126/114 1403/120/110</w:t>
        <w:br/>
        <w:t>f 1295/13/13 1412/127/115 1411/128/116</w:t>
        <w:br/>
        <w:t>f 1416/129/117 1415/130/117 1414/131/118</w:t>
        <w:br/>
        <w:t>f 1413/132/119 1416/129/117 1414/131/118</w:t>
        <w:br/>
        <w:t>f 1417/133/120 1328/44/36 1325/43/35</w:t>
        <w:br/>
        <w:t>f 1418/134/121 1417/133/120 1325/43/35</w:t>
        <w:br/>
        <w:t>f 1420/135/122 1419/136/123 1329/48/40</w:t>
        <w:br/>
        <w:t>f 1330/47/39 1420/135/122 1329/48/40</w:t>
        <w:br/>
        <w:t>f 1422/137/124 1421/138/125 1370/86/78</w:t>
        <w:br/>
        <w:t>f 1333/51/43 1422/137/124 1370/86/78</w:t>
        <w:br/>
        <w:t>f 1424/139/126 1340/53/45 1337/56/48</w:t>
        <w:br/>
        <w:t>f 1423/140/127 1424/139/126 1337/56/48</w:t>
        <w:br/>
        <w:t>f 1343/59/51 1341/58/50 1426/141/128</w:t>
        <w:br/>
        <w:t>f 1425/142/129 1343/59/51 1426/141/128</w:t>
        <w:br/>
        <w:t>f 1346/60/52 1429/143/130 1428/144/131</w:t>
        <w:br/>
        <w:t>f 1427/145/131 1346/60/52 1428/144/131</w:t>
        <w:br/>
        <w:t>f 1430/146/132 1350/63/55 1347/66/58</w:t>
        <w:br/>
        <w:t>f 1431/147/133 1430/146/132 1347/66/58</w:t>
        <w:br/>
        <w:t>f 1433/148/134 1432/149/135 1352/68/60</w:t>
        <w:br/>
        <w:t>f 1353/67/59 1433/148/134 1352/68/60</w:t>
        <w:br/>
        <w:t>f 1355/74/66 1356/73/65 1435/150/136</w:t>
        <w:br/>
        <w:t>f 1434/151/137 1355/74/66 1435/150/136</w:t>
        <w:br/>
        <w:t>f 1360/76/68 1437/152/138 1436/153/139</w:t>
        <w:br/>
        <w:t>f 1359/77/69 1360/76/68 1436/153/139</w:t>
        <w:br/>
        <w:t>f 1438/154/140 1426/141/128 1341/58/50</w:t>
        <w:br/>
        <w:t>f 1364/79/71 1438/154/140 1341/58/50</w:t>
        <w:br/>
        <w:t>f 1440/155/141 1439/156/142 1369/85/77</w:t>
        <w:br/>
        <w:t>f 1366/84/76 1440/155/141 1369/85/77</w:t>
        <w:br/>
        <w:t>f 1360/76/68 1370/86/78 1421/138/125</w:t>
        <w:br/>
        <w:t>f 1437/152/138 1360/76/68 1421/138/125</w:t>
        <w:br/>
        <w:t>f 1355/74/66 1434/151/137 1441/157/143</w:t>
        <w:br/>
        <w:t>f 1373/89/81 1355/74/66 1441/157/143</w:t>
        <w:br/>
        <w:t>f 1343/59/51 1425/142/129 1442/158/144</w:t>
        <w:br/>
        <w:t>f 1374/90/82 1343/59/51 1442/158/144</w:t>
        <w:br/>
        <w:t>f 1375/91/83 1443/159/145 1429/143/130</w:t>
        <w:br/>
        <w:t>f 1346/60/52 1375/91/83 1429/143/130</w:t>
        <w:br/>
        <w:t>f 1439/156/142 1444/160/146 1377/92/84</w:t>
        <w:br/>
        <w:t>f 1369/85/77 1439/156/142 1377/92/84</w:t>
        <w:br/>
        <w:t>f 1378/95/87 1446/161/147 1445/162/148</w:t>
        <w:br/>
        <w:t>f 1365/78/70 1378/95/87 1445/162/148</w:t>
        <w:br/>
        <w:t>f 1419/136/123 1446/161/147 1378/95/87</w:t>
        <w:br/>
        <w:t>f 1329/48/40 1419/136/123 1378/95/87</w:t>
        <w:br/>
        <w:t>f 1377/92/84 1444/160/146 1418/134/121</w:t>
        <w:br/>
        <w:t>f 1325/43/35 1377/92/84 1418/134/121</w:t>
        <w:br/>
        <w:t>f 1350/63/55 1430/146/132 1443/159/145</w:t>
        <w:br/>
        <w:t>f 1375/91/83 1350/63/55 1443/159/145</w:t>
        <w:br/>
        <w:t>f 1433/148/134 1353/67/59 1374/90/82</w:t>
        <w:br/>
        <w:t>f 1442/158/144 1433/148/134 1374/90/82</w:t>
        <w:br/>
        <w:t>f 1431/147/133 1347/66/58 1359/77/69</w:t>
        <w:br/>
        <w:t>f 1436/153/139 1431/147/133 1359/77/69</w:t>
        <w:br/>
        <w:t>f 1356/73/65 1352/68/60 1432/149/135</w:t>
        <w:br/>
        <w:t>f 1435/150/136 1356/73/65 1432/149/135</w:t>
        <w:br/>
        <w:t>f 1448/163/116 1383/100/91 1384/99/90</w:t>
        <w:br/>
        <w:t>f 1447/164/149 1448/163/116 1384/99/90</w:t>
        <w:br/>
        <w:t>f 1328/44/36 1417/133/120 1449/165/150</w:t>
        <w:br/>
        <w:t>f 1387/103/94 1328/44/36 1449/165/150</w:t>
        <w:br/>
        <w:t>f 1383/100/91 1448/163/116 1450/166/151</w:t>
        <w:br/>
        <w:t>f 1409/125/113 1383/100/91 1450/166/151</w:t>
        <w:br/>
        <w:t>f 1450/166/151 1451/167/152 1403/120/110</w:t>
        <w:br/>
        <w:t>f 1409/125/113 1450/166/151 1403/120/110</w:t>
        <w:br/>
        <w:t>f 1413/132/119 1414/131/118 1452/168/153</w:t>
        <w:br/>
        <w:t>f 1453/169/153 1413/132/119 1452/168/153</w:t>
        <w:br/>
        <w:t>f 1334/50/42 1335/49/41 1455/170/154</w:t>
        <w:br/>
        <w:t>f 1454/171/155 1334/50/42 1455/170/154</w:t>
        <w:br/>
        <w:t>f 1457/172/156 1456/173/156 1300/16/15</w:t>
        <w:br/>
        <w:t>f 1301/15/14 1457/172/156 1300/16/15</w:t>
        <w:br/>
        <w:t>f 1340/53/45 1424/139/126 1459/174/157</w:t>
        <w:br/>
        <w:t>f 1458/175/158 1340/53/45 1459/174/157</w:t>
        <w:br/>
        <w:t>f 1461/176/159 1420/135/122 1330/47/39</w:t>
        <w:br/>
        <w:t>f 1460/177/160 1461/176/159 1330/47/39</w:t>
        <w:br/>
        <w:t>f 1463/178/161 1462/179/162 1334/50/42</w:t>
        <w:br/>
        <w:t>f 1454/171/155 1463/178/161 1334/50/42</w:t>
        <w:br/>
        <w:t>f 1464/180/163 1339/54/46 1340/53/45</w:t>
        <w:br/>
        <w:t>f 1458/175/158 1464/180/163 1340/53/45</w:t>
        <w:br/>
        <w:t>f 1403/120/110 1451/167/152 1461/176/159</w:t>
        <w:br/>
        <w:t>f 1460/177/160 1403/120/110 1461/176/159</w:t>
        <w:br/>
        <w:t>f 1465/181/164 1295/13/13 1411/128/116</w:t>
        <w:br/>
        <w:t>f 1467/182/159 1466/183/152 1296/12/12</w:t>
        <w:br/>
        <w:t>f 1466/183/152 1412/127/115 1296/12/12</w:t>
        <w:br/>
        <w:t>f 1296/12/12 1412/127/115 1295/13/13</w:t>
        <w:br/>
        <w:t>f 1302/18/16 1299/17/16 1319/36/29</w:t>
        <w:br/>
        <w:t>f 1320/35/28 1302/18/16 1319/36/29</w:t>
        <w:br/>
        <w:t>f 1371/87/79 1336/52/44 1333/51/43</w:t>
        <w:br/>
        <w:t>f 1370/86/78 1371/87/79 1333/51/43</w:t>
        <w:br/>
        <w:t>f 1372/88/80 1373/89/81 1337/56/48</w:t>
        <w:br/>
        <w:t>f 1338/55/47 1372/88/80 1337/56/48</w:t>
        <w:br/>
        <w:t>f 1405/122/111 1408/123/112 1407/124/112</w:t>
        <w:br/>
        <w:t>f 1406/121/111 1405/122/111 1407/124/112</w:t>
        <w:br/>
        <w:t>f 1422/137/124 1333/51/43 1334/50/42</w:t>
        <w:br/>
        <w:t>f 1462/179/162 1422/137/124 1334/50/42</w:t>
        <w:br/>
        <w:t>f 1373/89/81 1441/157/143 1423/140/127</w:t>
        <w:br/>
        <w:t>f 1337/56/48 1373/89/81 1423/140/127</w:t>
        <w:br/>
        <w:t>f 1306/19/17 1318/31/26 1315/34/26</w:t>
        <w:br/>
        <w:t>f 1305/20/18 1306/19/17 1315/34/26</w:t>
        <w:br/>
        <w:t>f 1364/79/71 1341/58/50 1342/57/49</w:t>
        <w:br/>
        <w:t>f 1363/80/72 1364/79/71 1342/57/49</w:t>
        <w:br/>
        <w:t>f 1367/83/75 1344/62/54 1345/61/53</w:t>
        <w:br/>
        <w:t>f 1366/84/76 1367/83/75 1345/61/53</w:t>
        <w:br/>
        <w:t>f 1398/113/103 1399/112/102 1342/57/49</w:t>
        <w:br/>
        <w:t>f 1344/62/54 1398/113/103 1342/57/49</w:t>
        <w:br/>
        <w:t>f 1438/154/140 1364/79/71 1365/78/70</w:t>
        <w:br/>
        <w:t>f 1445/162/148 1438/154/140 1365/78/70</w:t>
        <w:br/>
        <w:t>f 1440/155/141 1366/84/76 1345/61/53</w:t>
        <w:br/>
        <w:t>f 1468/184/165 1440/155/141 1345/61/53</w:t>
        <w:br/>
        <w:t>f 1470/185/166 1331/46/98 1469/186/167</w:t>
        <w:br/>
        <w:t>f 1469/186/167 1331/46/98 1402/118/108</w:t>
        <w:br/>
        <w:t>f 1472/187/168 1471/188/169 1393/109/100</w:t>
        <w:br/>
        <w:t>f 1471/188/169 1402/118/108 1393/109/100</w:t>
        <w:br/>
        <w:t>f 1962/189/170 1961/190/170 1960/191/171</w:t>
        <w:br/>
        <w:t>f 1959/192/172 1962/189/170 1960/191/171</w:t>
        <w:br/>
        <w:t>f 1959/192/172 1960/191/171 1963/193/173</w:t>
        <w:br/>
        <w:t>f 1964/194/173 1959/192/172 1963/193/173</w:t>
        <w:br/>
        <w:t>f 1964/194/173 1963/193/173 1965/195/174</w:t>
        <w:br/>
        <w:t>f 1966/196/175 1964/194/173 1965/195/174</w:t>
        <w:br/>
        <w:t>f 1970/197/176 1969/198/177 1968/199/177</w:t>
        <w:br/>
        <w:t>f 1967/200/178 1970/197/176 1968/199/177</w:t>
        <w:br/>
        <w:t>f 1973/201/179 1972/202/180 1971/203/181</w:t>
        <w:br/>
        <w:t>f 1974/204/182 1973/201/179 1971/203/181</w:t>
        <w:br/>
        <w:t>f 1975/205/183 1973/201/179 1974/204/182</w:t>
        <w:br/>
        <w:t>f 1976/206/183 1975/205/183 1974/204/182</w:t>
        <w:br/>
        <w:t>f 1978/207/184 1975/205/183 1976/206/183</w:t>
        <w:br/>
        <w:t>f 1977/208/185 1978/207/184 1976/206/183</w:t>
        <w:br/>
        <w:t>f 1982/209/186 1981/210/186 1980/211/187</w:t>
        <w:br/>
        <w:t>f 1979/212/188 1982/209/186 1980/211/187</w:t>
        <w:br/>
        <w:t>f 1984/213/189 1983/214/189 1961/190/170</w:t>
        <w:br/>
        <w:t>f 1962/189/170 1984/213/189 1961/190/170</w:t>
        <w:br/>
        <w:t>f 1987/215/190 1986/216/190 1985/217/191</w:t>
        <w:br/>
        <w:t>f 1988/218/192 1987/215/190 1985/217/191</w:t>
        <w:br/>
        <w:t>f 1992/219/193 1991/220/194 1990/221/195</w:t>
        <w:br/>
        <w:t>f 1989/222/195 1992/219/193 1990/221/195</w:t>
        <w:br/>
        <w:t>f 1994/223/196 1993/224/196 1986/216/190</w:t>
        <w:br/>
        <w:t>f 1987/215/190 1994/223/196 1986/216/190</w:t>
        <w:br/>
        <w:t>f 1995/225/197 1991/220/194 1992/219/193</w:t>
        <w:br/>
        <w:t>f 1996/226/198 1995/225/197 1992/219/193</w:t>
        <w:br/>
        <w:t>f 1988/218/192 1985/217/191 1997/227/199</w:t>
        <w:br/>
        <w:t>f 1998/228/200 1988/218/192 1997/227/199</w:t>
        <w:br/>
        <w:t>f 1984/213/189 1989/222/195 1990/221/195</w:t>
        <w:br/>
        <w:t>f 1983/214/189 1984/213/189 1990/221/195</w:t>
        <w:br/>
        <w:t>f 1998/228/200 1997/227/199 2000/229/201</w:t>
        <w:br/>
        <w:t>f 1999/230/201 1998/228/200 2000/229/201</w:t>
        <w:br/>
        <w:t>f 2002/231/202 2001/232/203 1995/225/197</w:t>
        <w:br/>
        <w:t>f 1996/226/198 2002/231/202 1995/225/197</w:t>
        <w:br/>
        <w:t>f 2001/232/203 2002/231/202 1993/224/196</w:t>
        <w:br/>
        <w:t>f 1994/223/196 2001/232/203 1993/224/196</w:t>
        <w:br/>
        <w:t>f 2005/233/204 2004/234/205 2003/235/206</w:t>
        <w:br/>
        <w:t>f 2006/236/204 2005/233/204 2003/235/206</w:t>
        <w:br/>
        <w:t>f 2005/233/204 2006/236/204 2008/237/207</w:t>
        <w:br/>
        <w:t>f 2007/238/207 2005/233/204 2008/237/207</w:t>
        <w:br/>
        <w:t>f 2012/239/208 2011/240/209 2010/241/210</w:t>
        <w:br/>
        <w:t>f 2009/242/211 2012/239/208 2010/241/210</w:t>
        <w:br/>
        <w:t>f 2016/243/212 2015/244/213 2014/245/214</w:t>
        <w:br/>
        <w:t>f 2013/246/212 2016/243/212 2014/245/214</w:t>
        <w:br/>
        <w:t>f 2018/247/215 2012/239/208 2009/242/211</w:t>
        <w:br/>
        <w:t>f 2017/248/215 2018/247/215 2009/242/211</w:t>
        <w:br/>
        <w:t>f 2020/249/216 2019/250/217 2014/245/214</w:t>
        <w:br/>
        <w:t>f 2015/244/213 2020/249/216 2014/245/214</w:t>
        <w:br/>
        <w:t>f 2022/251/218 2010/241/210 2011/240/209</w:t>
        <w:br/>
        <w:t>f 2021/252/219 2022/251/218 2011/240/209</w:t>
        <w:br/>
        <w:t>f 2007/238/207 2008/237/207 2016/243/212</w:t>
        <w:br/>
        <w:t>f 2013/246/212 2007/238/207 2016/243/212</w:t>
        <w:br/>
        <w:t>f 2024/253/220 2022/251/218 2021/252/219</w:t>
        <w:br/>
        <w:t>f 2023/254/221 2024/253/220 2021/252/219</w:t>
        <w:br/>
        <w:t>f 2020/249/216 2026/255/222 2025/256/223</w:t>
        <w:br/>
        <w:t>f 2019/250/217 2020/249/216 2025/256/223</w:t>
        <w:br/>
        <w:t>f 2017/248/215 2025/256/223 2026/255/222</w:t>
        <w:br/>
        <w:t>f 2018/247/215 2017/248/215 2026/255/222</w:t>
        <w:br/>
        <w:t>f 2029/257/224 2028/258/225 2027/259/226</w:t>
        <w:br/>
        <w:t>f 2030/260/227 2029/257/224 2027/259/226</w:t>
        <w:br/>
        <w:t>f 2034/261/228 2033/262/229 2032/263/230</w:t>
        <w:br/>
        <w:t>f 2031/264/230 2034/261/228 2032/263/230</w:t>
        <w:br/>
        <w:t>f 2028/258/225 2036/265/231 2035/266/231</w:t>
        <w:br/>
        <w:t>f 2027/259/226 2028/258/225 2035/266/231</w:t>
        <w:br/>
        <w:t>f 2031/264/230 2032/263/230 2038/267/232</w:t>
        <w:br/>
        <w:t>f 2037/268/232 2031/264/230 2038/267/232</w:t>
        <w:br/>
        <w:t>f 2041/269/233 2040/270/234 2039/271/234</w:t>
        <w:br/>
        <w:t>f 2042/272/233 2041/269/233 2039/271/234</w:t>
        <w:br/>
        <w:t>f 2037/268/232 2038/267/232 2044/273/235</w:t>
        <w:br/>
        <w:t>f 2043/274/235 2037/268/232 2044/273/235</w:t>
        <w:br/>
        <w:t>f 2047/275/236 2046/276/237 2045/277/238</w:t>
        <w:br/>
        <w:t>f 2048/278/238 2047/275/236 2045/277/238</w:t>
        <w:br/>
        <w:t>f 2051/279/239 2050/280/240 2049/281/240</w:t>
        <w:br/>
        <w:t>f 2052/282/239 2051/279/239 2049/281/240</w:t>
        <w:br/>
        <w:t>f 2048/278/238 2045/277/238 2053/283/241</w:t>
        <w:br/>
        <w:t>f 2054/284/241 2048/278/238 2053/283/241</w:t>
        <w:br/>
        <w:t>f 2057/285/242 2056/286/243 2055/287/244</w:t>
        <w:br/>
        <w:t>f 2058/288/242 2057/285/242 2055/287/244</w:t>
        <w:br/>
        <w:t>f 2054/284/241 2053/283/241 2060/289/245</w:t>
        <w:br/>
        <w:t>f 2059/290/245 2054/284/241 2060/289/245</w:t>
        <w:br/>
        <w:t>f 2056/286/243 2062/291/246 2061/292/246</w:t>
        <w:br/>
        <w:t>f 2055/287/244 2056/286/243 2061/292/246</w:t>
        <w:br/>
        <w:t>f 2065/293/247 2064/294/248 2063/295/248</w:t>
        <w:br/>
        <w:t>f 2066/296/249 2065/293/247 2063/295/248</w:t>
        <w:br/>
        <w:t>f 2062/291/246 2068/297/250 2067/298/250</w:t>
        <w:br/>
        <w:t>f 2061/292/246 2062/291/246 2067/298/250</w:t>
        <w:br/>
        <w:t>f 2069/299/251 2065/293/247 2066/296/249</w:t>
        <w:br/>
        <w:t>f 2070/300/252 2069/299/251 2066/296/249</w:t>
        <w:br/>
        <w:t>f 2074/301/253 2073/302/254 2072/303/254</w:t>
        <w:br/>
        <w:t>f 2071/304/255 2074/301/253 2072/303/254</w:t>
        <w:br/>
        <w:t>f 2033/262/229 2034/261/228 2076/305/256</w:t>
        <w:br/>
        <w:t>f 2075/306/257 2033/262/229 2076/305/256</w:t>
        <w:br/>
        <w:t>f 2029/257/224 2030/260/227 2077/307/258</w:t>
        <w:br/>
        <w:t>f 2078/308/258 2029/257/224 2077/307/258</w:t>
        <w:br/>
        <w:t>f 2081/309/259 2080/310/260 2079/311/261</w:t>
        <w:br/>
        <w:t>f 2082/312/262 2081/309/259 2079/311/261</w:t>
        <w:br/>
        <w:t>f 2086/313/263 2085/314/264 2084/315/265</w:t>
        <w:br/>
        <w:t>f 2083/316/266 2086/313/263 2084/315/265</w:t>
        <w:br/>
        <w:t>f 2089/317/267 2088/318/268 2087/319/269</w:t>
        <w:br/>
        <w:t>f 2090/320/267 2089/317/267 2087/319/269</w:t>
        <w:br/>
        <w:t>f 2094/321/270 2093/322/270 2092/323/271</w:t>
        <w:br/>
        <w:t>f 2091/324/272 2094/321/270 2092/323/271</w:t>
        <w:br/>
        <w:t>f 2083/316/266 2084/315/265 2095/325/273</w:t>
        <w:br/>
        <w:t>f 2096/326/274 2083/316/266 2095/325/273</w:t>
        <w:br/>
        <w:t>f 2097/327/275 2079/311/261 2080/310/260</w:t>
        <w:br/>
        <w:t>f 2098/328/275 2097/327/275 2080/310/260</w:t>
        <w:br/>
        <w:t>f 2090/320/267 2100/329/276 2099/330/277</w:t>
        <w:br/>
        <w:t>f 2089/317/267 2090/320/267 2099/330/277</w:t>
        <w:br/>
        <w:t>f 2102/331/278 2101/332/279 2091/324/272</w:t>
        <w:br/>
        <w:t>f 2092/323/271 2102/331/278 2091/324/272</w:t>
        <w:br/>
        <w:t>f 2082/312/262 2104/333/280 2103/334/281</w:t>
        <w:br/>
        <w:t>f 2081/309/259 2082/312/262 2103/334/281</w:t>
        <w:br/>
        <w:t>f 2085/314/264 2086/313/263 2106/335/282</w:t>
        <w:br/>
        <w:t>f 2105/336/283 2085/314/264 2106/335/282</w:t>
        <w:br/>
        <w:t>f 2088/318/268 2075/306/257 2076/305/256</w:t>
        <w:br/>
        <w:t>f 2087/319/269 2088/318/268 2076/305/256</w:t>
        <w:br/>
        <w:t>f 2093/322/270 2094/321/270 2078/308/258</w:t>
        <w:br/>
        <w:t>f 2077/307/258 2093/322/270 2078/308/258</w:t>
        <w:br/>
        <w:t>f 2105/336/283 2106/335/282 2107/337/284</w:t>
        <w:br/>
        <w:t>f 2108/338/285 2105/336/283 2107/337/284</w:t>
        <w:br/>
        <w:t>f 2104/333/280 2110/339/286 2109/340/286</w:t>
        <w:br/>
        <w:t>f 2103/334/281 2104/333/280 2109/340/286</w:t>
        <w:br/>
        <w:t>f 2111/341/287 2099/330/277 2100/329/276</w:t>
        <w:br/>
        <w:t>f 2112/342/288 2111/341/287 2100/329/276</w:t>
        <w:br/>
        <w:t>f 2114/343/289 2113/344/290 2101/332/279</w:t>
        <w:br/>
        <w:t>f 2102/331/278 2114/343/289 2101/332/279</w:t>
        <w:br/>
        <w:t>f 2095/325/273 2111/341/287 2112/342/288</w:t>
        <w:br/>
        <w:t>f 2096/326/274 2095/325/273 2112/342/288</w:t>
        <w:br/>
        <w:t>f 2098/328/275 2113/344/290 2114/343/289</w:t>
        <w:br/>
        <w:t>f 2097/327/275 2098/328/275 2114/343/289</w:t>
        <w:br/>
        <w:t>f 1980/211/187 2116/345/291 2115/346/291</w:t>
        <w:br/>
        <w:t>f 1979/212/188 1980/211/187 2115/346/291</w:t>
        <w:br/>
        <w:t>f 1999/230/201 2000/229/201 2117/347/292</w:t>
        <w:br/>
        <w:t>f 2118/348/293 1999/230/201 2117/347/292</w:t>
        <w:br/>
        <w:t>f 2023/254/221 2120/349/294 2119/350/295</w:t>
        <w:br/>
        <w:t>f 2024/253/220 2023/254/221 2119/350/295</w:t>
        <w:br/>
        <w:t>f 2069/299/251 2070/300/252 2121/351/296</w:t>
        <w:br/>
        <w:t>f 2122/352/296 2069/299/251 2121/351/296</w:t>
        <w:br/>
        <w:t>f 2073/302/254 2124/353/297 2123/354/297</w:t>
        <w:br/>
        <w:t>f 2072/303/254 2073/302/254 2123/354/297</w:t>
        <w:br/>
        <w:t>f 2126/355/298 2108/338/285 2107/337/284</w:t>
        <w:br/>
        <w:t>f 2125/356/298 2126/355/298 2107/337/284</w:t>
        <w:br/>
        <w:t>f 2130/357/299 2129/358/300 2128/359/301</w:t>
        <w:br/>
        <w:t>f 2127/360/302 2130/357/299 2128/359/301</w:t>
        <w:br/>
        <w:t>f 2109/340/286 2110/339/286 2131/361/303</w:t>
        <w:br/>
        <w:t>f 2132/362/303 2109/340/286 2131/361/303</w:t>
        <w:br/>
        <w:t>f 1968/199/177 1969/198/177 1966/196/175</w:t>
        <w:br/>
        <w:t>f 1965/195/174 1968/199/177 1966/196/175</w:t>
        <w:br/>
        <w:t>f 2036/265/231 2039/271/234 2040/270/234</w:t>
        <w:br/>
        <w:t>f 2035/266/231 2036/265/231 2040/270/234</w:t>
        <w:br/>
        <w:t>f 2043/274/235 2044/273/235 2051/279/239</w:t>
        <w:br/>
        <w:t>f 2052/282/239 2043/274/235 2051/279/239</w:t>
        <w:br/>
        <w:t>f 1967/200/178 1971/203/181 1972/202/180</w:t>
        <w:br/>
        <w:t>f 1970/197/176 1967/200/178 1972/202/180</w:t>
        <w:br/>
        <w:t>f 2046/276/237 2047/275/236 2041/269/233</w:t>
        <w:br/>
        <w:t>f 2042/272/233 2046/276/237 2041/269/233</w:t>
        <w:br/>
        <w:t>f 2049/281/240 2050/280/240 2057/285/242</w:t>
        <w:br/>
        <w:t>f 2058/288/242 2049/281/240 2057/285/242</w:t>
        <w:br/>
        <w:t>f 2250/363/304 2249/364/304 2248/365/305</w:t>
        <w:br/>
        <w:t>f 2247/366/305 2250/363/304 2248/365/305</w:t>
        <w:br/>
        <w:t>f 2253/367/306 2252/368/307 2251/369/308</w:t>
        <w:br/>
        <w:t>f 2254/370/308 2253/367/306 2251/369/308</w:t>
        <w:br/>
        <w:t>f 2258/371/309 2257/372/310 2256/373/310</w:t>
        <w:br/>
        <w:t>f 2255/374/311 2258/371/309 2256/373/310</w:t>
        <w:br/>
        <w:t>f 2262/375/312 2261/376/313 2260/377/313</w:t>
        <w:br/>
        <w:t>f 2259/378/314 2262/375/312 2260/377/313</w:t>
        <w:br/>
        <w:t>f 2261/376/313 2258/371/309 2255/374/311</w:t>
        <w:br/>
        <w:t>f 2260/377/313 2261/376/313 2255/374/311</w:t>
        <w:br/>
        <w:t>f 2252/368/307 2253/367/306 2256/373/310</w:t>
        <w:br/>
        <w:t>f 2257/372/310 2252/368/307 2256/373/310</w:t>
        <w:br/>
        <w:t>f 2264/379/315 2262/375/312 2259/378/314</w:t>
        <w:br/>
        <w:t>f 2263/380/315 2264/379/315 2259/378/314</w:t>
        <w:br/>
        <w:t>f 2247/366/305 2248/365/305 2254/370/308</w:t>
        <w:br/>
        <w:t>f 2251/369/308 2247/366/305 2254/370/308</w:t>
        <w:br/>
        <w:t>f 2265/381/316 2264/379/315 2263/380/315</w:t>
        <w:br/>
        <w:t>f 2266/382/316 2265/381/316 2263/380/315</w:t>
        <w:br/>
        <w:t>f 2269/383/317 2268/384/318 2267/385/319</w:t>
        <w:br/>
        <w:t>f 2270/386/319 2269/383/317 2267/385/319</w:t>
        <w:br/>
        <w:t>f 2266/382/316 2270/386/319 2267/385/319</w:t>
        <w:br/>
        <w:t>f 2265/381/316 2266/382/316 2267/385/319</w:t>
        <w:br/>
        <w:t>f 2273/387/320 2272/388/321 2271/389/322</w:t>
        <w:br/>
        <w:t>f 2274/390/320 2273/387/320 2271/389/322</w:t>
        <w:br/>
        <w:t>f 2274/390/320 2276/391/323 2275/392/324</w:t>
        <w:br/>
        <w:t>f 2273/387/320 2274/390/320 2275/392/324</w:t>
        <w:br/>
        <w:t>f 2279/393/325 2278/394/326 2277/395/327</w:t>
        <w:br/>
        <w:t>f 2280/396/328 2279/393/325 2277/395/327</w:t>
        <w:br/>
        <w:t>f 2284/397/329 2283/398/330 2282/399/331</w:t>
        <w:br/>
        <w:t>f 2281/400/332 2284/397/329 2282/399/331</w:t>
        <w:br/>
        <w:t>f 2288/401/333 2287/402/333 2286/403/334</w:t>
        <w:br/>
        <w:t>f 2285/404/334 2288/401/333 2286/403/334</w:t>
        <w:br/>
        <w:t>f 2287/402/333 2288/401/333 2283/398/330</w:t>
        <w:br/>
        <w:t>f 2284/397/329 2287/402/333 2283/398/330</w:t>
        <w:br/>
        <w:t>f 2280/396/328 2281/400/332 2282/399/331</w:t>
        <w:br/>
        <w:t>f 2279/393/325 2280/396/328 2282/399/331</w:t>
        <w:br/>
        <w:t>f 2290/405/335 2289/406/335 2285/404/334</w:t>
        <w:br/>
        <w:t>f 2286/403/334 2290/405/335 2285/404/334</w:t>
        <w:br/>
        <w:t>f 2275/392/324 2276/391/323 2277/395/327</w:t>
        <w:br/>
        <w:t>f 2278/394/326 2275/392/324 2277/395/327</w:t>
        <w:br/>
        <w:t>f 2292/407/336 2291/408/337 2289/406/335</w:t>
        <w:br/>
        <w:t>f 2290/405/335 2292/407/336 2289/406/335</w:t>
        <w:br/>
        <w:t>f 2295/409/338 2294/410/339 2293/411/340</w:t>
        <w:br/>
        <w:t>f 2296/412/341 2295/409/338 2293/411/340</w:t>
        <w:br/>
        <w:t>f 2298/413/342 2297/414/342 2294/410/339</w:t>
        <w:br/>
        <w:t>f 2295/409/338 2298/413/342 2294/410/339</w:t>
        <w:br/>
        <w:t>f 2301/415/343 2300/416/344 2299/417/345</w:t>
        <w:br/>
        <w:t>f 2302/418/345 2301/415/343 2299/417/345</w:t>
        <w:br/>
        <w:t>f 2305/419/346 2304/420/347 2303/421/348</w:t>
        <w:br/>
        <w:t>f 2306/422/348 2305/419/346 2303/421/348</w:t>
        <w:br/>
        <w:t>f 2310/423/349 2309/424/350 2308/425/351</w:t>
        <w:br/>
        <w:t>f 2307/426/352 2310/423/349 2308/425/351</w:t>
        <w:br/>
        <w:t>f 2314/427/353 2313/428/354 2312/429/354</w:t>
        <w:br/>
        <w:t>f 2311/430/353 2314/427/353 2312/429/354</w:t>
        <w:br/>
        <w:t>f 2318/431/355 2317/432/355 2316/433/356</w:t>
        <w:br/>
        <w:t>f 2315/434/356 2318/431/355 2316/433/356</w:t>
        <w:br/>
        <w:t>f 2322/435/357 2321/436/358 2320/437/358</w:t>
        <w:br/>
        <w:t>f 2319/438/357 2322/435/357 2320/437/358</w:t>
        <w:br/>
        <w:t>f 2326/439/359 2325/440/360 2324/441/361</w:t>
        <w:br/>
        <w:t>f 2323/442/361 2326/439/359 2324/441/361</w:t>
        <w:br/>
        <w:t>f 2320/437/358 2321/436/358 2312/429/354</w:t>
        <w:br/>
        <w:t>f 2313/428/354 2320/437/358 2312/429/354</w:t>
        <w:br/>
        <w:t>f 2318/431/355 2323/442/361 2324/441/361</w:t>
        <w:br/>
        <w:t>f 2317/432/355 2318/431/355 2324/441/361</w:t>
        <w:br/>
        <w:t>f 2310/423/349 2307/426/352 2315/434/356</w:t>
        <w:br/>
        <w:t>f 2316/433/356 2310/423/349 2315/434/356</w:t>
        <w:br/>
        <w:t>f 2304/420/347 2305/419/346 2314/427/353</w:t>
        <w:br/>
        <w:t>f 2311/430/353 2304/420/347 2314/427/353</w:t>
        <w:br/>
        <w:t>f 2325/440/360 2326/439/359 2328/443/362</w:t>
        <w:br/>
        <w:t>f 2327/444/362 2325/440/360 2328/443/362</w:t>
        <w:br/>
        <w:t>f 2319/438/357 2330/445/363 2329/446/364</w:t>
        <w:br/>
        <w:t>f 2322/435/357 2319/438/357 2329/446/364</w:t>
        <w:br/>
        <w:t>f 2309/424/350 2297/414/342 2298/413/342</w:t>
        <w:br/>
        <w:t>f 2308/425/351 2309/424/350 2298/413/342</w:t>
        <w:br/>
        <w:t>f 2302/418/345 2299/417/345 2306/422/348</w:t>
        <w:br/>
        <w:t>f 2303/421/348 2302/418/345 2306/422/348</w:t>
        <w:br/>
        <w:t>f 2327/444/362 2328/443/362 2332/447/365</w:t>
        <w:br/>
        <w:t>f 2331/448/365 2327/444/362 2332/447/365</w:t>
        <w:br/>
        <w:t>f 2329/446/364 2330/445/363 2334/449/366</w:t>
        <w:br/>
        <w:t>f 2333/450/367 2329/446/364 2334/449/366</w:t>
        <w:br/>
        <w:t>f 2338/451/368 2337/452/369 2336/453/369</w:t>
        <w:br/>
        <w:t>f 2335/454/370 2338/451/368 2336/453/369</w:t>
        <w:br/>
        <w:t>f 2341/455/371 2340/456/372 2339/457/372</w:t>
        <w:br/>
        <w:t>f 2342/458/371 2341/455/371 2339/457/372</w:t>
        <w:br/>
        <w:t>f 2336/453/369 2337/452/369 2333/450/367</w:t>
        <w:br/>
        <w:t>f 2334/449/366 2336/453/369 2333/450/367</w:t>
        <w:br/>
        <w:t>f 2341/455/371 2342/458/371 2331/448/365</w:t>
        <w:br/>
        <w:t>f 2332/447/365 2341/455/371 2331/448/365</w:t>
        <w:br/>
        <w:t>f 2346/459/373 2345/460/374 2344/461/374</w:t>
        <w:br/>
        <w:t>f 2343/462/375 2346/459/373 2344/461/374</w:t>
        <w:br/>
        <w:t>f 2348/463/376 2347/464/376 2268/384/318</w:t>
        <w:br/>
        <w:t>f 2269/383/317 2348/463/376 2268/384/318</w:t>
        <w:br/>
        <w:t>f 2271/389/322 2272/388/321 2350/465/377</w:t>
        <w:br/>
        <w:t>f 2349/466/378 2271/389/322 2350/465/377</w:t>
        <w:br/>
        <w:t>f 2352/467/379 2351/468/379 2296/412/341</w:t>
        <w:br/>
        <w:t>f 2293/411/340 2352/467/379 2296/412/341</w:t>
        <w:br/>
        <w:t>f 2356/469/380 2355/470/381 2354/471/381</w:t>
        <w:br/>
        <w:t>f 2353/472/382 2356/469/380 2354/471/381</w:t>
        <w:br/>
        <w:t>f 2360/473/383 2359/474/383 2358/475/383</w:t>
        <w:br/>
        <w:t>f 2357/476/383 2360/473/383 2358/475/383</w:t>
        <w:br/>
        <w:t>f 2363/477/384 2362/478/385 2361/479/386</w:t>
        <w:br/>
        <w:t>f 2364/480/384 2363/477/384 2361/479/386</w:t>
        <w:br/>
        <w:t>f 2365/481/387 2338/451/368 2335/454/370</w:t>
        <w:br/>
        <w:t>f 2366/482/388 2365/481/387 2335/454/370</w:t>
        <w:br/>
        <w:t>f 2339/457/372 2340/456/372 2367/483/389</w:t>
        <w:br/>
        <w:t>f 2368/484/390 2339/457/372 2367/483/389</w:t>
        <w:br/>
        <w:t>f 2344/461/374 2345/460/374 2249/364/304</w:t>
        <w:br/>
        <w:t>f 2250/363/304 2344/461/374 2249/364/304</w:t>
        <w:br/>
        <w:t>f 2354/471/381 2355/470/381 2300/416/344</w:t>
        <w:br/>
        <w:t>f 2301/415/343 2354/471/381 2300/416/344</w:t>
        <w:br/>
        <w:t>f 1977/208/185 1981/210/186 1982/209/186</w:t>
        <w:br/>
        <w:t>f 1978/207/184 1977/208/185 1982/209/186</w:t>
        <w:br/>
        <w:t>f 2063/295/248 2064/294/248 2059/290/245</w:t>
        <w:br/>
        <w:t>f 2060/289/245 2063/295/248 2059/290/245</w:t>
        <w:br/>
        <w:t>f 2074/301/253 2071/304/255 2067/298/250</w:t>
        <w:br/>
        <w:t>f 2068/297/250 2074/301/253 2067/298/250</w:t>
        <w:br/>
        <w:t>f 2405/485/391 2404/486/391 2403/487/392</w:t>
        <w:br/>
        <w:t>f 2402/488/393 2405/485/391 2403/487/392</w:t>
        <w:br/>
        <w:t>f 2408/489/394 2407/490/394 2406/491/395</w:t>
        <w:br/>
        <w:t>f 2409/492/395 2408/489/394 2406/491/395</w:t>
        <w:br/>
        <w:t>f 2413/493/396 2412/494/397 2411/495/398</w:t>
        <w:br/>
        <w:t>f 2410/496/396 2413/493/396 2411/495/398</w:t>
        <w:br/>
        <w:t>f 2402/488/393 2403/487/392 2414/497/399</w:t>
        <w:br/>
        <w:t>f 2415/498/399 2402/488/393 2414/497/399</w:t>
        <w:br/>
        <w:t>f 2417/499/400 2416/500/400 2409/492/395</w:t>
        <w:br/>
        <w:t>f 2406/491/395 2417/499/400 2409/492/395</w:t>
        <w:br/>
        <w:t>f 2410/496/396 2419/501/401 2418/502/401</w:t>
        <w:br/>
        <w:t>f 2413/493/396 2410/496/396 2418/502/401</w:t>
        <w:br/>
        <w:t>f 2414/497/399 2421/503/402 2420/504/402</w:t>
        <w:br/>
        <w:t>f 2415/498/399 2414/497/399 2420/504/402</w:t>
        <w:br/>
        <w:t>f 2423/505/403 2422/506/403 2416/500/400</w:t>
        <w:br/>
        <w:t>f 2417/499/400 2423/505/403 2416/500/400</w:t>
        <w:br/>
        <w:t>f 2425/507/404 2418/502/401 2419/501/401</w:t>
        <w:br/>
        <w:t>f 2424/508/404 2425/507/404 2419/501/401</w:t>
        <w:br/>
        <w:t>f 2421/503/402 2427/509/405 2426/510/405</w:t>
        <w:br/>
        <w:t>f 2420/504/402 2421/503/402 2426/510/405</w:t>
        <w:br/>
        <w:t>f 2423/505/403 2429/511/406 2428/512/406</w:t>
        <w:br/>
        <w:t>f 2422/506/403 2423/505/403 2428/512/406</w:t>
        <w:br/>
        <w:t>f 2431/513/407 2430/514/407 2425/507/404</w:t>
        <w:br/>
        <w:t>f 2424/508/404 2431/513/407 2425/507/404</w:t>
        <w:br/>
        <w:t>f 2432/515/408 2426/510/405 2427/509/405</w:t>
        <w:br/>
        <w:t>f 2433/516/409 2432/515/408 2427/509/405</w:t>
        <w:br/>
        <w:t>f 2435/517/410 2434/518/410 2428/512/406</w:t>
        <w:br/>
        <w:t>f 2429/511/406 2435/517/410 2428/512/406</w:t>
        <w:br/>
        <w:t>f 2430/514/407 2431/513/407 2437/519/411</w:t>
        <w:br/>
        <w:t>f 2436/520/412 2430/514/407 2437/519/411</w:t>
        <w:br/>
        <w:t>f 2439/521/413 2432/515/408 2433/516/409</w:t>
        <w:br/>
        <w:t>f 2438/522/413 2439/521/413 2433/516/409</w:t>
        <w:br/>
        <w:t>f 2434/518/410 2435/517/410 2441/523/414</w:t>
        <w:br/>
        <w:t>f 2440/524/415 2434/518/410 2441/523/414</w:t>
        <w:br/>
        <w:t>f 2437/519/411 2443/525/416 2442/526/416</w:t>
        <w:br/>
        <w:t>f 2436/520/412 2437/519/411 2442/526/416</w:t>
        <w:br/>
        <w:t>f 2444/527/417 2439/521/413 2438/522/413</w:t>
        <w:br/>
        <w:t>f 2445/528/418 2444/527/417 2438/522/413</w:t>
        <w:br/>
        <w:t>f 2440/524/415 2441/523/414 2446/529/419</w:t>
        <w:br/>
        <w:t>f 2447/530/419 2440/524/415 2446/529/419</w:t>
        <w:br/>
        <w:t>f 2442/526/416 2443/525/416 2449/531/420</w:t>
        <w:br/>
        <w:t>f 2448/532/420 2442/526/416 2449/531/420</w:t>
        <w:br/>
        <w:t>f 2445/528/418 2451/533/421 2450/534/421</w:t>
        <w:br/>
        <w:t>f 2444/527/417 2445/528/418 2450/534/421</w:t>
        <w:br/>
        <w:t>f 2453/535/422 2452/536/423 2447/530/419</w:t>
        <w:br/>
        <w:t>f 2446/529/419 2453/535/422 2447/530/419</w:t>
        <w:br/>
        <w:t>f 2455/537/424 2454/538/424 2448/532/420</w:t>
        <w:br/>
        <w:t>f 2449/531/420 2455/537/424 2448/532/420</w:t>
        <w:br/>
        <w:t>f 2458/539/425 2457/540/426 2456/541/427</w:t>
        <w:br/>
        <w:t>f 2459/542/428 2458/539/425 2456/541/427</w:t>
        <w:br/>
        <w:t>f 2461/543/429 2456/541/427 2457/540/426</w:t>
        <w:br/>
        <w:t>f 2460/544/430 2461/543/429 2457/540/426</w:t>
        <w:br/>
        <w:t>f 2464/545/431 2463/546/432 2462/547/433</w:t>
        <w:br/>
        <w:t>f 2465/548/434 2464/545/431 2462/547/433</w:t>
        <w:br/>
        <w:t>f 2467/549/435 2462/547/433 2463/546/432</w:t>
        <w:br/>
        <w:t>f 2466/550/436 2467/549/435 2463/546/432</w:t>
        <w:br/>
        <w:t>f 2470/551/437 2469/552/438 2468/553/439</w:t>
        <w:br/>
        <w:t>f 2471/554/440 2470/551/437 2468/553/439</w:t>
        <w:br/>
        <w:t>f 2471/554/440 2468/553/439 2473/555/441</w:t>
        <w:br/>
        <w:t>f 2472/556/442 2471/554/440 2473/555/441</w:t>
        <w:br/>
        <w:t>f 2475/557/443 2474/558/444 2472/556/442</w:t>
        <w:br/>
        <w:t>f 2473/555/441 2475/557/443 2472/556/442</w:t>
        <w:br/>
        <w:t>f 2477/559/445 2476/560/446 2474/558/444</w:t>
        <w:br/>
        <w:t>f 2475/557/443 2477/559/445 2474/558/444</w:t>
        <w:br/>
        <w:t>f 2458/539/425 2459/542/428 2476/560/446</w:t>
        <w:br/>
        <w:t>f 2477/559/445 2458/539/425 2476/560/446</w:t>
        <w:br/>
        <w:t>f 2465/548/434 2461/543/429 2460/544/430</w:t>
        <w:br/>
        <w:t>f 2464/545/431 2465/548/434 2460/544/430</w:t>
        <w:br/>
        <w:t>f 2479/561/447 2478/562/448 2459/542/428</w:t>
        <w:br/>
        <w:t>f 2456/541/427 2479/561/447 2459/542/428</w:t>
        <w:br/>
        <w:t>f 2456/541/427 2461/543/429 2480/563/449</w:t>
        <w:br/>
        <w:t>f 2479/561/447 2456/541/427 2480/563/449</w:t>
        <w:br/>
        <w:t>f 2465/548/434 2462/547/433 2482/564/450</w:t>
        <w:br/>
        <w:t>f 2481/565/451 2465/548/434 2482/564/450</w:t>
        <w:br/>
        <w:t>f 2462/547/433 2467/549/435 2483/566/452</w:t>
        <w:br/>
        <w:t>f 2482/564/450 2462/547/433 2483/566/452</w:t>
        <w:br/>
        <w:t>f 2485/567/453 2470/551/437 2471/554/440</w:t>
        <w:br/>
        <w:t>f 2484/568/454 2485/567/453 2471/554/440</w:t>
        <w:br/>
        <w:t>f 2472/556/442 2486/569/455 2484/568/454</w:t>
        <w:br/>
        <w:t>f 2471/554/440 2472/556/442 2484/568/454</w:t>
        <w:br/>
        <w:t>f 2474/558/444 2487/570/456 2486/569/455</w:t>
        <w:br/>
        <w:t>f 2472/556/442 2474/558/444 2486/569/455</w:t>
        <w:br/>
        <w:t>f 2487/570/456 2474/558/444 2476/560/446</w:t>
        <w:br/>
        <w:t>f 2488/571/457 2487/570/456 2476/560/446</w:t>
        <w:br/>
        <w:t>f 2488/571/457 2476/560/446 2459/542/428</w:t>
        <w:br/>
        <w:t>f 2478/562/448 2488/571/457 2459/542/428</w:t>
        <w:br/>
        <w:t>f 2481/565/451 2480/563/449 2461/543/429</w:t>
        <w:br/>
        <w:t>f 2465/548/434 2481/565/451 2461/543/429</w:t>
        <w:br/>
        <w:t>f 2491/572/458 2490/573/459 2489/574/460</w:t>
        <w:br/>
        <w:t>f 2492/575/461 2491/572/458 2489/574/460</w:t>
        <w:br/>
        <w:t>f 2494/576/462 2493/577/463 2490/573/459</w:t>
        <w:br/>
        <w:t>f 2491/572/458 2494/576/462 2490/573/459</w:t>
        <w:br/>
        <w:t>f 2498/578/464 2497/579/465 2496/580/466</w:t>
        <w:br/>
        <w:t>f 2495/581/467 2498/578/464 2496/580/466</w:t>
        <w:br/>
        <w:t>f 2500/582/468 2499/583/469 2497/579/465</w:t>
        <w:br/>
        <w:t>f 2498/578/464 2500/582/468 2497/579/465</w:t>
        <w:br/>
        <w:t>f 2503/584/470 2502/585/471 2501/586/472</w:t>
        <w:br/>
        <w:t>f 2504/587/473 2503/584/470 2501/586/472</w:t>
        <w:br/>
        <w:t>f 2502/585/471 2506/588/474 2505/589/475</w:t>
        <w:br/>
        <w:t>f 2501/586/472 2502/585/471 2505/589/475</w:t>
        <w:br/>
        <w:t>f 2508/590/476 2505/589/475 2506/588/474</w:t>
        <w:br/>
        <w:t>f 2507/591/477 2508/590/476 2506/588/474</w:t>
        <w:br/>
        <w:t>f 2510/592/478 2508/590/476 2507/591/477</w:t>
        <w:br/>
        <w:t>f 2509/593/479 2510/592/478 2507/591/477</w:t>
        <w:br/>
        <w:t>f 2509/593/479 2492/575/461 2489/574/460</w:t>
        <w:br/>
        <w:t>f 2510/592/478 2509/593/479 2489/574/460</w:t>
        <w:br/>
        <w:t>f 2493/577/463 2494/576/462 2495/581/467</w:t>
        <w:br/>
        <w:t>f 2496/580/466 2493/577/463 2495/581/467</w:t>
        <w:br/>
        <w:t>f 2492/575/461 2512/594/480 2511/595/481</w:t>
        <w:br/>
        <w:t>f 2491/572/458 2492/575/461 2511/595/481</w:t>
        <w:br/>
        <w:t>f 2513/596/482 2494/576/462 2491/572/458</w:t>
        <w:br/>
        <w:t>f 2511/595/481 2513/596/482 2491/572/458</w:t>
        <w:br/>
        <w:t>f 2495/581/467 2515/597/483 2514/598/484</w:t>
        <w:br/>
        <w:t>f 2498/578/464 2495/581/467 2514/598/484</w:t>
        <w:br/>
        <w:t>f 2516/599/485 2500/582/468 2498/578/464</w:t>
        <w:br/>
        <w:t>f 2514/598/484 2516/599/485 2498/578/464</w:t>
        <w:br/>
        <w:t>f 2518/600/486 2517/601/487 2502/585/471</w:t>
        <w:br/>
        <w:t>f 2503/584/470 2518/600/486 2502/585/471</w:t>
        <w:br/>
        <w:t>f 2517/601/487 2519/602/488 2506/588/474</w:t>
        <w:br/>
        <w:t>f 2502/585/471 2517/601/487 2506/588/474</w:t>
        <w:br/>
        <w:t>f 2519/602/488 2520/603/489 2507/591/477</w:t>
        <w:br/>
        <w:t>f 2506/588/474 2519/602/488 2507/591/477</w:t>
        <w:br/>
        <w:t>f 2520/603/489 2521/604/490 2509/593/479</w:t>
        <w:br/>
        <w:t>f 2507/591/477 2520/603/489 2509/593/479</w:t>
        <w:br/>
        <w:t>f 2521/604/490 2512/594/480 2492/575/461</w:t>
        <w:br/>
        <w:t>f 2509/593/479 2521/604/490 2492/575/461</w:t>
        <w:br/>
        <w:t>f 2515/597/483 2495/581/467 2494/576/462</w:t>
        <w:br/>
        <w:t>f 2513/596/482 2515/597/483 2494/576/462</w:t>
        <w:br/>
        <w:t>f 2524/605/491 2523/606/492 2522/607/493</w:t>
        <w:br/>
        <w:t>f 2458/539/494 2524/605/491 2522/607/493</w:t>
        <w:br/>
        <w:t>f 2525/608/495 2522/607/493 2523/606/492</w:t>
        <w:br/>
        <w:t>f 2526/609/496 2525/608/495 2523/606/492</w:t>
        <w:br/>
        <w:t>f 2529/610/497 2528/611/498 2527/612/499</w:t>
        <w:br/>
        <w:t>f 2530/613/497 2529/610/497 2527/612/499</w:t>
        <w:br/>
        <w:t>f 2528/611/498 2532/614/500 2531/615/500</w:t>
        <w:br/>
        <w:t>f 2527/612/499 2528/611/498 2531/615/500</w:t>
        <w:br/>
        <w:t>f 2535/616/501 2534/617/502 2533/618/502</w:t>
        <w:br/>
        <w:t>f 2536/619/503 2535/616/501 2533/618/502</w:t>
        <w:br/>
        <w:t>f 2538/620/504 2535/616/501 2536/619/503</w:t>
        <w:br/>
        <w:t>f 2537/621/504 2538/620/504 2536/619/503</w:t>
        <w:br/>
        <w:t>f 2537/621/504 2540/622/505 2539/623/505</w:t>
        <w:br/>
        <w:t>f 2538/620/504 2537/621/504 2539/623/505</w:t>
        <w:br/>
        <w:t>f 2542/624/506 2541/625/507 2539/623/505</w:t>
        <w:br/>
        <w:t>f 2540/622/505 2542/624/506 2539/623/505</w:t>
        <w:br/>
        <w:t>f 2541/625/507 2542/624/506 2524/605/491</w:t>
        <w:br/>
        <w:t>f 2458/539/494 2541/625/507 2524/605/491</w:t>
        <w:br/>
        <w:t>f 2526/609/496 2529/610/497 2530/613/497</w:t>
        <w:br/>
        <w:t>f 2525/608/495 2526/609/496 2530/613/497</w:t>
        <w:br/>
        <w:t>f 2545/626/508 2544/627/508 2543/628/509</w:t>
        <w:br/>
        <w:t>f 2546/629/510 2545/626/508 2543/628/509</w:t>
        <w:br/>
        <w:t>f 2548/630/511 2547/631/511 2546/629/510</w:t>
        <w:br/>
        <w:t>f 2543/628/509 2548/630/511 2546/629/510</w:t>
        <w:br/>
        <w:t>f 2551/632/512 2550/633/513 2549/634/513</w:t>
        <w:br/>
        <w:t>f 2552/635/514 2551/632/512 2549/634/513</w:t>
        <w:br/>
        <w:t>f 2551/632/512 2552/635/514 2554/636/515</w:t>
        <w:br/>
        <w:t>f 2553/637/516 2551/632/512 2554/636/515</w:t>
        <w:br/>
        <w:t>f 2558/638/517 2557/639/517 2556/640/518</w:t>
        <w:br/>
        <w:t>f 2555/641/518 2558/638/517 2556/640/518</w:t>
        <w:br/>
        <w:t>f 2560/642/519 2559/643/519 2555/641/518</w:t>
        <w:br/>
        <w:t>f 2556/640/518 2560/642/519 2555/641/518</w:t>
        <w:br/>
        <w:t>f 2560/642/519 2562/644/520 2561/645/521</w:t>
        <w:br/>
        <w:t>f 2559/643/519 2560/642/519 2561/645/521</w:t>
        <w:br/>
        <w:t>f 2564/646/522 2561/645/521 2562/644/520</w:t>
        <w:br/>
        <w:t>f 2563/647/522 2564/646/522 2562/644/520</w:t>
        <w:br/>
        <w:t>f 2563/647/522 2544/627/508 2545/626/508</w:t>
        <w:br/>
        <w:t>f 2564/646/522 2563/647/522 2545/626/508</w:t>
        <w:br/>
        <w:t>f 2549/634/513 2550/633/513 2547/631/511</w:t>
        <w:br/>
        <w:t>f 2548/630/511 2549/634/513 2547/631/511</w:t>
        <w:br/>
        <w:t>f 2692/648/523 2691/649/524 2690/650/525</w:t>
        <w:br/>
        <w:t>f 2693/651/526 2692/648/523 2690/650/525</w:t>
        <w:br/>
        <w:t>f 2691/649/524 2692/648/523 2695/652/527</w:t>
        <w:br/>
        <w:t>f 2694/653/528 2691/649/524 2695/652/527</w:t>
        <w:br/>
        <w:t>f 2694/653/528 2695/652/527 2697/654/529</w:t>
        <w:br/>
        <w:t>f 2696/655/530 2694/653/528 2697/654/529</w:t>
        <w:br/>
        <w:t>f 2701/656/531 2700/657/532 2699/658/533</w:t>
        <w:br/>
        <w:t>f 2698/659/534 2701/656/531 2699/658/533</w:t>
        <w:br/>
        <w:t>f 2698/659/534 2699/658/533 2703/660/535</w:t>
        <w:br/>
        <w:t>f 2702/661/536 2698/659/534 2703/660/535</w:t>
        <w:br/>
        <w:t>f 2705/662/537 2704/663/538 2700/657/532</w:t>
        <w:br/>
        <w:t>f 2701/656/531 2705/662/537 2700/657/532</w:t>
        <w:br/>
        <w:t>f 2707/664/539 2706/665/540 2693/651/526</w:t>
        <w:br/>
        <w:t>f 2690/650/525 2707/664/539 2693/651/526</w:t>
        <w:br/>
        <w:t>f 2704/663/538 2705/662/537 2709/666/541</w:t>
        <w:br/>
        <w:t>f 2708/667/542 2704/663/538 2709/666/541</w:t>
        <w:br/>
        <w:t>f 2708/667/542 2709/666/541 2710/668/543</w:t>
        <w:br/>
        <w:t>f 2711/669/544 2708/667/542 2710/668/543</w:t>
        <w:br/>
        <w:t>f 2714/670/545 2713/671/546 2712/672/547</w:t>
        <w:br/>
        <w:t>f 2717/673/548 2714/670/545 2716/674/549</w:t>
        <w:br/>
        <w:t>f 2715/675/550 2717/673/548 2716/674/549</w:t>
        <w:br/>
        <w:t>f 2720/676/551 2719/677/552 2718/678/553</w:t>
        <w:br/>
        <w:t>f 2721/679/554 2719/677/552 2720/676/551</w:t>
        <w:br/>
        <w:t>f 2724/680/555 2723/681/556 2722/682/557</w:t>
        <w:br/>
        <w:t>f 2721/679/554 2724/680/555 2722/682/557</w:t>
        <w:br/>
        <w:t>f 2720/676/551 2718/678/553 2696/655/530</w:t>
        <w:br/>
        <w:t>f 2697/654/529 2720/676/551 2696/655/530</w:t>
        <w:br/>
        <w:t>f 2711/669/544 2710/668/543 2715/675/550</w:t>
        <w:br/>
        <w:t>f 2716/674/549 2711/669/544 2715/675/550</w:t>
        <w:br/>
        <w:t>f 2727/683/558 2726/684/559 2725/685/560</w:t>
        <w:br/>
        <w:t>f 2728/686/561 2727/683/558 2725/685/560</w:t>
        <w:br/>
        <w:t>f 2730/687/562 2702/661/536 2703/660/535</w:t>
        <w:br/>
        <w:t>f 2729/688/563 2730/687/562 2703/660/535</w:t>
        <w:br/>
        <w:t>f 2707/664/539 2725/685/560 2726/684/559</w:t>
        <w:br/>
        <w:t>f 2706/665/540 2707/664/539 2726/684/559</w:t>
        <w:br/>
        <w:t>f 2733/689/564 2732/690/565 2731/691/566</w:t>
        <w:br/>
        <w:t>f 2734/692/564 2733/689/564 2731/691/566</w:t>
        <w:br/>
        <w:t>f 2738/693/567 2737/694/567 2736/695/568</w:t>
        <w:br/>
        <w:t>f 2735/696/569 2738/693/567 2736/695/568</w:t>
        <w:br/>
        <w:t>f 2740/697/570 2739/698/571 2737/694/567</w:t>
        <w:br/>
        <w:t>f 2738/693/567 2740/697/570 2737/694/567</w:t>
        <w:br/>
        <w:t>f 2742/699/572 2741/700/573 2731/691/566</w:t>
        <w:br/>
        <w:t>f 2746/701/574 2745/702/575 2744/703/576</w:t>
        <w:br/>
        <w:t>f 2743/704/577 2746/701/574 2744/703/576</w:t>
        <w:br/>
        <w:t>f 2743/704/577 2744/703/576 2748/705/578</w:t>
        <w:br/>
        <w:t>f 2747/706/579 2743/704/577 2748/705/578</w:t>
        <w:br/>
        <w:t>f 2743/704/577 2749/707/580 2746/701/574</w:t>
        <w:br/>
        <w:t>f 2743/704/577 2747/706/579 2750/708/581</w:t>
        <w:br/>
        <w:t>f 2741/700/573 2742/699/572 2751/709/582</w:t>
        <w:br/>
        <w:t>f 2734/692/564 2749/707/580 2752/710/583</w:t>
        <w:br/>
        <w:t>f 2733/689/564 2734/692/564 2752/710/583</w:t>
        <w:br/>
        <w:t>f 2739/698/571 2740/697/570 2754/711/584</w:t>
        <w:br/>
        <w:t>f 2753/712/584 2739/698/571 2754/711/584</w:t>
        <w:br/>
        <w:t>f 2756/713/585 2751/709/582 2755/714/586</w:t>
        <w:br/>
        <w:t>f 2757/715/587 2755/714/586 2735/696/569</w:t>
        <w:br/>
        <w:t>f 2736/695/568 2757/715/587 2735/696/569</w:t>
        <w:br/>
        <w:t>f 2761/716/588 2760/717/588 2759/718/589</w:t>
        <w:br/>
        <w:t>f 2758/719/589 2761/716/588 2759/718/589</w:t>
        <w:br/>
        <w:t>f 2758/719/589 2759/718/589 2762/720/590</w:t>
        <w:br/>
        <w:t>f 2763/721/590 2758/719/589 2762/720/590</w:t>
        <w:br/>
        <w:t>f 2765/722/591 2764/723/591 2763/721/590</w:t>
        <w:br/>
        <w:t>f 2762/720/590 2765/722/591 2763/721/590</w:t>
        <w:br/>
        <w:t>f 2769/724/592 2768/725/593 2767/726/594</w:t>
        <w:br/>
        <w:t>f 2766/727/594 2769/724/592 2767/726/594</w:t>
        <w:br/>
        <w:t>f 2771/728/595 2770/729/596 2768/725/593</w:t>
        <w:br/>
        <w:t>f 2769/724/592 2771/728/595 2768/725/593</w:t>
        <w:br/>
        <w:t>f 2760/717/588 2761/716/588 2772/730/597</w:t>
        <w:br/>
        <w:t>f 2773/731/597 2760/717/588 2772/730/597</w:t>
        <w:br/>
        <w:t>f 2767/726/594 2775/732/598 2774/733/599</w:t>
        <w:br/>
        <w:t>f 2766/727/594 2767/726/594 2774/733/599</w:t>
        <w:br/>
        <w:t>f 2774/733/599 2775/732/598 2777/734/600</w:t>
        <w:br/>
        <w:t>f 2776/735/600 2774/733/599 2777/734/600</w:t>
        <w:br/>
        <w:t>f 2779/736/601 2778/737/602 2776/735/600</w:t>
        <w:br/>
        <w:t>f 2777/734/600 2779/736/601 2776/735/600</w:t>
        <w:br/>
        <w:t>f 2782/738/603 2781/739/604 2780/740/605</w:t>
        <w:br/>
        <w:t>f 2783/741/605 2782/738/603 2780/740/605</w:t>
        <w:br/>
        <w:t>f 2787/742/606 2786/743/607 2785/744/607</w:t>
        <w:br/>
        <w:t>f 2784/745/608 2787/742/606 2785/744/607</w:t>
        <w:br/>
        <w:t>f 2765/722/591 2787/742/606 2784/745/608</w:t>
        <w:br/>
        <w:t>f 2764/723/591 2765/722/591 2784/745/608</w:t>
        <w:br/>
        <w:t>f 2778/737/602 2779/736/601 2783/741/605</w:t>
        <w:br/>
        <w:t>f 2780/740/605 2778/737/602 2783/741/605</w:t>
        <w:br/>
        <w:t>f 2790/746/609 2789/747/610 2788/748/610</w:t>
        <w:br/>
        <w:t>f 2791/749/611 2790/746/609 2788/748/610</w:t>
        <w:br/>
        <w:t>f 2770/729/596 2771/728/595 2792/750/612</w:t>
        <w:br/>
        <w:t>f 2793/751/612 2770/729/596 2792/750/612</w:t>
        <w:br/>
        <w:t>f 2772/730/597 2790/746/609 2791/749/611</w:t>
        <w:br/>
        <w:t>f 2773/731/597 2772/730/597 2791/749/611</w:t>
        <w:br/>
        <w:t>f 2796/752/613 2795/753/614 2794/754/615</w:t>
        <w:br/>
        <w:t>f 2797/755/613 2796/752/613 2794/754/615</w:t>
        <w:br/>
        <w:t>f 2800/756/616 2799/757/617 2798/758/618</w:t>
        <w:br/>
        <w:t>f 2801/759/618 2800/756/616 2798/758/618</w:t>
        <w:br/>
        <w:t>f 2805/760/619 2804/761/620 2803/762/621</w:t>
        <w:br/>
        <w:t>f 2802/763/621 2805/760/619 2803/762/621</w:t>
        <w:br/>
        <w:t>f 2808/764/622 2807/765/622 2806/766/623</w:t>
        <w:br/>
        <w:t>f 2809/767/624 2808/764/622 2806/766/623</w:t>
        <w:br/>
        <w:t>f 2802/763/621 2803/762/621 2811/768/625</w:t>
        <w:br/>
        <w:t>f 2810/769/625 2802/763/621 2811/768/625</w:t>
        <w:br/>
        <w:t>f 2807/765/622 2808/764/622 2813/770/626</w:t>
        <w:br/>
        <w:t>f 2812/771/627 2807/765/622 2813/770/626</w:t>
        <w:br/>
        <w:t>f 2814/772/628 2799/757/617 2800/756/616</w:t>
        <w:br/>
        <w:t>f 2815/773/628 2814/772/628 2800/756/616</w:t>
        <w:br/>
        <w:t>f 2797/755/613 2817/774/629 2816/775/629</w:t>
        <w:br/>
        <w:t>f 2796/752/613 2797/755/613 2816/775/629</w:t>
        <w:br/>
        <w:t>f 2786/743/607 2819/776/630 2818/777/630</w:t>
        <w:br/>
        <w:t>f 2785/744/607 2786/743/607 2818/777/630</w:t>
        <w:br/>
        <w:t>f 2819/776/630 2821/778/631 2820/779/632</w:t>
        <w:br/>
        <w:t>f 2818/777/630 2819/776/630 2820/779/632</w:t>
        <w:br/>
        <w:t>f 2824/780/633 2823/781/634 2822/782/634</w:t>
        <w:br/>
        <w:t>f 2825/783/633 2824/780/633 2822/782/634</w:t>
        <w:br/>
        <w:t>f 2816/775/629 2817/774/629 2827/784/635</w:t>
        <w:br/>
        <w:t>f 2826/785/636 2816/775/629 2827/784/635</w:t>
        <w:br/>
        <w:t>f 2829/786/637 2828/787/637 2814/772/628</w:t>
        <w:br/>
        <w:t>f 2815/773/628 2829/786/637 2814/772/628</w:t>
        <w:br/>
        <w:t>f 2801/759/618 2798/758/618 2830/788/638</w:t>
        <w:br/>
        <w:t>f 2831/789/638 2801/759/618 2830/788/638</w:t>
        <w:br/>
        <w:t>f 2821/778/631 2794/754/615 2795/753/614</w:t>
        <w:br/>
        <w:t>f 2820/779/632 2821/778/631 2795/753/614</w:t>
        <w:br/>
        <w:t>f 2812/771/627 2813/770/626 2833/790/639</w:t>
        <w:br/>
        <w:t>f 2832/791/640 2812/771/627 2833/790/639</w:t>
        <w:br/>
        <w:t>f 2835/792/641 2834/793/642 2810/769/625</w:t>
        <w:br/>
        <w:t>f 2811/768/625 2835/792/641 2810/769/625</w:t>
        <w:br/>
        <w:t>f 2827/784/635 2837/794/643 2836/795/643</w:t>
        <w:br/>
        <w:t>f 2826/785/636 2827/784/635 2836/795/643</w:t>
        <w:br/>
        <w:t>f 2839/796/644 2838/797/644 2828/787/637</w:t>
        <w:br/>
        <w:t>f 2829/786/637 2839/796/644 2828/787/637</w:t>
        <w:br/>
        <w:t>f 2804/761/620 2805/760/619 2836/795/643</w:t>
        <w:br/>
        <w:t>f 2837/794/643 2804/761/620 2836/795/643</w:t>
        <w:br/>
        <w:t>f 2809/767/624 2806/766/623 2838/797/644</w:t>
        <w:br/>
        <w:t>f 2839/796/644 2809/767/624 2838/797/644</w:t>
        <w:br/>
        <w:t>f 2781/739/604 2782/738/603 2841/798/645</w:t>
        <w:br/>
        <w:t>f 2840/799/646 2781/739/604 2841/798/645</w:t>
        <w:br/>
        <w:t>f 2741/700/573 2751/709/582 2756/713/585</w:t>
        <w:br/>
        <w:t>f 2843/800/647 2842/801/647 2840/799/646</w:t>
        <w:br/>
        <w:t>f 2841/798/645 2843/800/647 2840/799/646</w:t>
        <w:br/>
        <w:t>f 2830/788/638 2824/780/633 2825/783/633</w:t>
        <w:br/>
        <w:t>f 2831/789/638 2830/788/638 2825/783/633</w:t>
        <w:br/>
        <w:t>f 2743/704/577 2750/708/581 2752/710/583</w:t>
        <w:br/>
        <w:t>f 2749/707/580 2743/704/577 2752/710/583</w:t>
        <w:br/>
        <w:t>f 2742/699/572 2731/691/566 2732/690/565</w:t>
        <w:br/>
        <w:t>f 2756/713/585 2755/714/586 2757/715/587</w:t>
        <w:br/>
        <w:t>f 2712/672/547 2724/680/555 2721/679/554</w:t>
        <w:br/>
        <w:t>f 2714/670/545 2712/672/547 2721/679/554</w:t>
        <w:br/>
        <w:t>f 2714/670/545 2721/679/554 2720/676/551</w:t>
        <w:br/>
        <w:t>f 2716/674/549 2714/670/545 2720/676/551</w:t>
        <w:br/>
        <w:t>f 2716/674/549 2720/676/551 2697/654/529</w:t>
        <w:br/>
        <w:t>f 2711/669/544 2716/674/549 2697/654/529</w:t>
        <w:br/>
        <w:t>f 2695/652/527 2708/667/542 2711/669/544</w:t>
        <w:br/>
        <w:t>f 2697/654/529 2695/652/527 2711/669/544</w:t>
        <w:br/>
        <w:t>f 2708/667/542 2695/652/527 2692/648/523</w:t>
        <w:br/>
        <w:t>f 2704/663/538 2708/667/542 2692/648/523</w:t>
        <w:br/>
        <w:t>f 2693/651/526 2700/657/532 2704/663/538</w:t>
        <w:br/>
        <w:t>f 2692/648/523 2693/651/526 2704/663/538</w:t>
        <w:br/>
        <w:t>f 2706/665/540 2699/658/533 2700/657/532</w:t>
        <w:br/>
        <w:t>f 2693/651/526 2706/665/540 2700/657/532</w:t>
        <w:br/>
        <w:t>f 2703/660/535 2699/658/533 2706/665/540</w:t>
        <w:br/>
        <w:t>f 2726/684/559 2703/660/535 2706/665/540</w:t>
        <w:br/>
        <w:t>f 2729/688/563 2703/660/535 2726/684/559</w:t>
        <w:br/>
        <w:t>f 2727/683/558 2729/688/563 2726/684/559</w:t>
        <w:br/>
        <w:t>f 2723/681/556 2748/705/578 2744/703/576</w:t>
        <w:br/>
        <w:t>f 2722/682/557 2723/681/556 2744/703/576</w:t>
        <w:br/>
        <w:t>f 2745/702/575 2719/677/552 2722/682/557</w:t>
        <w:br/>
        <w:t>f 2744/703/576 2745/702/575 2722/682/557</w:t>
        <w:br/>
        <w:t>f 2844/802/648 2696/655/530 2718/678/553</w:t>
        <w:br/>
        <w:t>f 2787/742/649 2844/802/648 2718/678/553</w:t>
        <w:br/>
        <w:t>f 2845/803/650 2694/653/528 2696/655/530</w:t>
        <w:br/>
        <w:t>f 2844/802/648 2845/803/650 2696/655/530</w:t>
        <w:br/>
        <w:t>f 2694/653/528 2845/803/650 2846/804/651</w:t>
        <w:br/>
        <w:t>f 2691/649/524 2694/653/528 2846/804/651</w:t>
        <w:br/>
        <w:t>f 2847/805/652 2690/650/525 2691/649/524</w:t>
        <w:br/>
        <w:t>f 2846/804/651 2847/805/652 2691/649/524</w:t>
        <w:br/>
        <w:t>f 2848/806/653 2707/664/539 2690/650/525</w:t>
        <w:br/>
        <w:t>f 2847/805/652 2848/806/653 2690/650/525</w:t>
        <w:br/>
        <w:t>f 2725/685/560 2707/664/539 2848/806/653</w:t>
        <w:br/>
        <w:t>f 2849/807/654 2725/685/560 2848/806/653</w:t>
        <w:br/>
        <w:t>f 2725/685/560 2849/807/654 2728/686/561</w:t>
        <w:br/>
        <w:t>f 2714/670/545 2717/673/548 2713/671/546</w:t>
        <w:br/>
        <w:t>f 2719/677/552 2745/702/575 2787/742/649</w:t>
        <w:br/>
        <w:t>f 2718/678/553 2719/677/552 2787/742/649</w:t>
        <w:br/>
        <w:t>f 2721/679/554 2722/682/557 2719/677/552</w:t>
        <w:br/>
        <w:t>f 3094/808/655 3093/809/656 3092/810/657</w:t>
        <w:br/>
        <w:t>f 3095/811/658 3094/808/655 3092/810/657</w:t>
        <w:br/>
        <w:t>f 3093/809/656 3094/808/655 3097/812/659</w:t>
        <w:br/>
        <w:t>f 3096/813/659 3093/809/656 3097/812/659</w:t>
        <w:br/>
        <w:t>f 3101/814/660 3100/815/661 3099/816/662</w:t>
        <w:br/>
        <w:t>f 3098/817/663 3101/814/660 3099/816/662</w:t>
        <w:br/>
        <w:t>f 3104/818/664 3103/819/665 3102/820/666</w:t>
        <w:br/>
        <w:t>f 3105/821/666 3104/818/664 3102/820/666</w:t>
        <w:br/>
        <w:t>f 3108/822/667 3107/823/668 3106/824/668</w:t>
        <w:br/>
        <w:t>f 3109/825/669 3108/822/667 3106/824/668</w:t>
        <w:br/>
        <w:t>f 3113/826/670 3112/827/671 3111/828/671</w:t>
        <w:br/>
        <w:t>f 3110/829/672 3113/826/670 3111/828/671</w:t>
        <w:br/>
        <w:t>f 3117/830/673 3116/831/674 3115/832/674</w:t>
        <w:br/>
        <w:t>f 3114/833/675 3117/830/673 3115/832/674</w:t>
        <w:br/>
        <w:t>f 3121/834/676 3120/835/677 3119/836/677</w:t>
        <w:br/>
        <w:t>f 3118/837/678 3121/834/676 3119/836/677</w:t>
        <w:br/>
        <w:t>f 3125/838/679 3124/839/679 3123/840/680</w:t>
        <w:br/>
        <w:t>f 3122/841/681 3125/838/679 3123/840/680</w:t>
        <w:br/>
        <w:t>f 3120/835/677 3127/842/682 3126/843/683</w:t>
        <w:br/>
        <w:t>f 3119/836/677 3120/835/677 3126/843/683</w:t>
        <w:br/>
        <w:t>f 3112/827/671 3129/844/684 3128/845/685</w:t>
        <w:br/>
        <w:t>f 3111/828/671 3112/827/671 3128/845/685</w:t>
        <w:br/>
        <w:t>f 3122/841/681 3123/840/680 3131/846/686</w:t>
        <w:br/>
        <w:t>f 3130/847/686 3122/841/681 3131/846/686</w:t>
        <w:br/>
        <w:t>f 3130/847/686 3131/846/686 3105/821/666</w:t>
        <w:br/>
        <w:t>f 3102/820/666 3130/847/686 3105/821/666</w:t>
        <w:br/>
        <w:t>f 3114/833/675 3128/845/685 3129/844/684</w:t>
        <w:br/>
        <w:t>f 3117/830/673 3114/833/675 3129/844/684</w:t>
        <w:br/>
        <w:t>f 3116/831/674 3121/834/676 3118/837/678</w:t>
        <w:br/>
        <w:t>f 3115/832/674 3116/831/674 3118/837/678</w:t>
        <w:br/>
        <w:t>f 3134/848/687 3133/849/688 3132/850/689</w:t>
        <w:br/>
        <w:t>f 3135/851/690 3134/848/687 3132/850/689</w:t>
        <w:br/>
        <w:t>f 3139/852/691 3138/853/692 3137/854/693</w:t>
        <w:br/>
        <w:t>f 3136/855/694 3139/852/691 3137/854/693</w:t>
        <w:br/>
        <w:t>f 3142/856/695 3141/857/696 3140/858/697</w:t>
        <w:br/>
        <w:t>f 3143/859/698 3142/856/695 3140/858/697</w:t>
        <w:br/>
        <w:t>f 3147/860/699 3146/861/700 3145/862/701</w:t>
        <w:br/>
        <w:t>f 3144/863/702 3147/860/699 3145/862/701</w:t>
        <w:br/>
        <w:t>f 3149/864/703 3148/865/704 3092/810/657</w:t>
        <w:br/>
        <w:t>f 3150/866/705 3149/864/703 3092/810/657</w:t>
        <w:br/>
        <w:t>f 3095/811/658 3153/867/706 3152/868/707</w:t>
        <w:br/>
        <w:t>f 3151/869/708 3095/811/658 3152/868/707</w:t>
        <w:br/>
        <w:t>f 3157/870/709 3156/871/710 3155/872/711</w:t>
        <w:br/>
        <w:t>f 3154/873/712 3157/870/709 3155/872/711</w:t>
        <w:br/>
        <w:t>f 3160/874/713 3159/875/714 3158/876/715</w:t>
        <w:br/>
        <w:t>f 3161/877/716 3160/874/713 3158/876/715</w:t>
        <w:br/>
        <w:t>f 3165/878/717 3164/879/718 3163/880/719</w:t>
        <w:br/>
        <w:t>f 3162/881/720 3165/878/717 3163/880/719</w:t>
        <w:br/>
        <w:t>f 3099/816/662 3168/882/721 3167/883/722</w:t>
        <w:br/>
        <w:t>f 3166/884/723 3099/816/662 3167/883/722</w:t>
        <w:br/>
        <w:t>f 3172/885/724 3171/886/725 3170/887/726</w:t>
        <w:br/>
        <w:t>f 3169/888/727 3172/885/724 3170/887/726</w:t>
        <w:br/>
        <w:t>f 3175/889/728 3174/890/729 3173/891/730</w:t>
        <w:br/>
        <w:t>f 3176/892/731 3175/889/728 3173/891/730</w:t>
        <w:br/>
        <w:t>f 3166/884/723 3167/883/722 3177/893/732</w:t>
        <w:br/>
        <w:t>f 3178/894/733 3166/884/723 3177/893/732</w:t>
        <w:br/>
        <w:t>f 3164/879/718 3165/878/717 3179/895/734</w:t>
        <w:br/>
        <w:t>f 3180/896/735 3164/879/718 3179/895/734</w:t>
        <w:br/>
        <w:t>f 3150/866/705 3092/810/657 3093/809/656</w:t>
        <w:br/>
        <w:t>f 3181/897/736 3150/866/705 3093/809/656</w:t>
        <w:br/>
        <w:t>f 3095/811/658 3151/869/708 3182/898/737</w:t>
        <w:br/>
        <w:t>f 3094/808/655 3095/811/658 3182/898/737</w:t>
        <w:br/>
        <w:t>f 3184/899/738 3183/900/739 3176/892/731</w:t>
        <w:br/>
        <w:t>f 3173/891/730 3184/899/738 3176/892/731</w:t>
        <w:br/>
        <w:t>f 3172/885/724 3186/901/740 3185/902/741</w:t>
        <w:br/>
        <w:t>f 3171/886/725 3172/885/724 3185/902/741</w:t>
        <w:br/>
        <w:t>f 3186/901/740 3138/853/692 3139/852/691</w:t>
        <w:br/>
        <w:t>f 3185/902/741 3186/901/740 3139/852/691</w:t>
        <w:br/>
        <w:t>f 3183/900/739 3184/899/738 3133/849/688</w:t>
        <w:br/>
        <w:t>f 3134/848/687 3183/900/739 3133/849/688</w:t>
        <w:br/>
        <w:t>f 3094/808/655 3182/898/737 3157/870/709</w:t>
        <w:br/>
        <w:t>f 3154/873/712 3094/808/655 3157/870/709</w:t>
        <w:br/>
        <w:t>f 3158/876/715 3181/897/736 3093/809/656</w:t>
        <w:br/>
        <w:t>f 3161/877/716 3158/876/715 3093/809/656</w:t>
        <w:br/>
        <w:t>f 3099/816/662 3100/815/661 3156/871/710</w:t>
        <w:br/>
        <w:t>f 3168/882/721 3099/816/662 3156/871/710</w:t>
        <w:br/>
        <w:t>f 3159/875/714 3160/874/713 3162/881/720</w:t>
        <w:br/>
        <w:t>f 3163/880/719 3159/875/714 3162/881/720</w:t>
        <w:br/>
        <w:t>f 3187/903/742 3136/855/694 3137/854/693</w:t>
        <w:br/>
        <w:t>f 3188/904/742 3187/903/742 3137/854/693</w:t>
        <w:br/>
        <w:t>f 3192/905/743 3191/906/744 3190/907/745</w:t>
        <w:br/>
        <w:t>f 3189/908/746 3192/905/743 3190/907/745</w:t>
        <w:br/>
        <w:t>f 3135/851/690 3132/850/689 3193/909/747</w:t>
        <w:br/>
        <w:t>f 3194/910/748 3135/851/690 3193/909/747</w:t>
        <w:br/>
        <w:t>f 3198/911/749 3197/912/750 3196/913/751</w:t>
        <w:br/>
        <w:t>f 3195/914/751 3198/911/749 3196/913/751</w:t>
        <w:br/>
        <w:t>f 3133/849/688 3199/915/752 3136/855/753</w:t>
        <w:br/>
        <w:t>f 3200/916/754 3133/849/688 3136/855/753</w:t>
        <w:br/>
        <w:t>f 3095/811/658 3092/810/657 3148/865/704</w:t>
        <w:br/>
        <w:t>f 3153/867/706 3095/811/658 3148/865/704</w:t>
        <w:br/>
        <w:t>f 3097/812/659 3100/815/661 3101/814/660</w:t>
        <w:br/>
        <w:t>f 3096/813/659 3097/812/659 3101/814/660</w:t>
        <w:br/>
        <w:t>f 3202/917/755 3201/918/756 3098/817/663</w:t>
        <w:br/>
        <w:t>f 3099/816/662 3202/917/755 3098/817/663</w:t>
        <w:br/>
        <w:t>f 3206/919/757 3205/920/758 3204/921/758</w:t>
        <w:br/>
        <w:t>f 3203/922/757 3206/919/757 3204/921/758</w:t>
        <w:br/>
        <w:t>f 3205/920/758 3208/923/759 3207/924/760</w:t>
        <w:br/>
        <w:t>f 3204/921/758 3205/920/758 3207/924/760</w:t>
        <w:br/>
        <w:t>f 3208/923/759 3199/915/752 3133/849/688</w:t>
        <w:br/>
        <w:t>f 3184/899/738 3208/923/759 3133/849/688</w:t>
        <w:br/>
        <w:t>f 3209/925/761 3200/916/754 3136/855/753</w:t>
        <w:br/>
        <w:t>f 3188/904/742 3211/926/762 3210/927/763</w:t>
        <w:br/>
        <w:t>f 3187/903/742 3188/904/742 3210/927/763</w:t>
        <w:br/>
        <w:t>f 3213/928/764 3212/929/764 3195/914/751</w:t>
        <w:br/>
        <w:t>f 3196/913/751 3213/928/764 3195/914/751</w:t>
        <w:br/>
        <w:t>f 3215/930/765 3214/931/765 3201/918/756</w:t>
        <w:br/>
        <w:t>f 3202/917/755 3215/930/765 3201/918/756</w:t>
        <w:br/>
        <w:t>f 3216/932/766 3190/907/745 3191/906/744</w:t>
        <w:br/>
        <w:t>f 3217/933/767 3216/932/766 3191/906/744</w:t>
        <w:br/>
        <w:t>f 3217/933/767 3210/927/763 3211/926/762</w:t>
        <w:br/>
        <w:t>f 3216/932/766 3217/933/767 3211/926/762</w:t>
        <w:br/>
        <w:t>f 3104/818/664 3219/934/768 3218/935/769</w:t>
        <w:br/>
        <w:t>f 3223/936/770 3222/937/771 3221/938/772</w:t>
        <w:br/>
        <w:t>f 3220/939/773 3223/936/770 3221/938/772</w:t>
        <w:br/>
        <w:t>f 3134/848/687 3135/851/690 3224/940/774</w:t>
        <w:br/>
        <w:t>f 3225/941/775 3134/848/687 3224/940/774</w:t>
        <w:br/>
        <w:t>f 3227/942/776 3137/854/693 3138/853/692</w:t>
        <w:br/>
        <w:t>f 3226/943/777 3227/942/776 3138/853/692</w:t>
        <w:br/>
        <w:t>f 3229/944/778 3142/856/695 3177/893/732</w:t>
        <w:br/>
        <w:t>f 3228/945/779 3229/944/778 3177/893/732</w:t>
        <w:br/>
        <w:t>f 3231/946/780 3230/947/781 3146/861/700</w:t>
        <w:br/>
        <w:t>f 3147/860/699 3231/946/780 3146/861/700</w:t>
        <w:br/>
        <w:t>f 3150/866/705 3233/948/782 3232/949/783</w:t>
        <w:br/>
        <w:t>f 3149/864/703 3150/866/705 3232/949/783</w:t>
        <w:br/>
        <w:t>f 3151/869/708 3236/950/784 3235/951/784</w:t>
        <w:br/>
        <w:t>f 3234/952/785 3151/869/708 3235/951/784</w:t>
        <w:br/>
        <w:t>f 3156/871/710 3157/870/709 3237/953/786</w:t>
        <w:br/>
        <w:t>f 3238/954/787 3156/871/710 3237/953/786</w:t>
        <w:br/>
        <w:t>f 3159/875/714 3240/955/788 3239/956/789</w:t>
        <w:br/>
        <w:t>f 3158/876/715 3159/875/714 3239/956/789</w:t>
        <w:br/>
        <w:t>f 3164/879/718 3242/957/790 3241/958/791</w:t>
        <w:br/>
        <w:t>f 3163/880/719 3164/879/718 3241/958/791</w:t>
        <w:br/>
        <w:t>f 3244/959/792 3243/960/793 3167/883/722</w:t>
        <w:br/>
        <w:t>f 3168/882/721 3244/959/792 3167/883/722</w:t>
        <w:br/>
        <w:t>f 3245/961/794 3169/888/727 3149/864/703</w:t>
        <w:br/>
        <w:t>f 3232/949/783 3245/961/794 3149/864/703</w:t>
        <w:br/>
        <w:t>f 3176/892/731 3247/962/795 3246/963/796</w:t>
        <w:br/>
        <w:t>f 3175/889/728 3176/892/731 3246/963/796</w:t>
        <w:br/>
        <w:t>f 3167/883/722 3243/960/793 3228/945/779</w:t>
        <w:br/>
        <w:t>f 3177/893/732 3167/883/722 3228/945/779</w:t>
        <w:br/>
        <w:t>f 3164/879/718 3180/896/735 3248/964/797</w:t>
        <w:br/>
        <w:t>f 3242/957/790 3164/879/718 3248/964/797</w:t>
        <w:br/>
        <w:t>f 3150/866/705 3181/897/736 3249/965/798</w:t>
        <w:br/>
        <w:t>f 3233/948/782 3150/866/705 3249/965/798</w:t>
        <w:br/>
        <w:t>f 3182/898/737 3151/869/708 3234/952/785</w:t>
        <w:br/>
        <w:t>f 3250/966/799 3182/898/737 3234/952/785</w:t>
        <w:br/>
        <w:t>f 3183/900/739 3251/967/800 3247/962/795</w:t>
        <w:br/>
        <w:t>f 3176/892/731 3183/900/739 3247/962/795</w:t>
        <w:br/>
        <w:t>f 3186/901/740 3172/885/724 3253/968/801</w:t>
        <w:br/>
        <w:t>f 3252/969/802 3186/901/740 3253/968/801</w:t>
        <w:br/>
        <w:t>f 3186/901/740 3252/969/802 3226/943/777</w:t>
        <w:br/>
        <w:t>f 3138/853/692 3186/901/740 3226/943/777</w:t>
        <w:br/>
        <w:t>f 3225/941/775 3251/967/800 3183/900/739</w:t>
        <w:br/>
        <w:t>f 3134/848/687 3225/941/775 3183/900/739</w:t>
        <w:br/>
        <w:t>f 3250/966/799 3237/953/786 3157/870/709</w:t>
        <w:br/>
        <w:t>f 3182/898/737 3250/966/799 3157/870/709</w:t>
        <w:br/>
        <w:t>f 3181/897/736 3158/876/715 3239/956/789</w:t>
        <w:br/>
        <w:t>f 3249/965/798 3181/897/736 3239/956/789</w:t>
        <w:br/>
        <w:t>f 3238/954/787 3244/959/792 3168/882/721</w:t>
        <w:br/>
        <w:t>f 3156/871/710 3238/954/787 3168/882/721</w:t>
        <w:br/>
        <w:t>f 3163/880/719 3241/958/791 3240/955/788</w:t>
        <w:br/>
        <w:t>f 3159/875/714 3163/880/719 3240/955/788</w:t>
        <w:br/>
        <w:t>f 3255/970/803 3254/971/804 3189/908/746</w:t>
        <w:br/>
        <w:t>f 3190/907/745 3255/970/803 3189/908/746</w:t>
        <w:br/>
        <w:t>f 3135/851/690 3194/910/748 3256/972/805</w:t>
        <w:br/>
        <w:t>f 3224/940/774 3135/851/690 3256/972/805</w:t>
        <w:br/>
        <w:t>f 3257/973/769 3255/970/803 3190/907/745</w:t>
        <w:br/>
        <w:t>f 3216/932/766 3257/973/769 3190/907/745</w:t>
        <w:br/>
        <w:t>f 3211/926/762 3258/974/806 3257/973/769</w:t>
        <w:br/>
        <w:t>f 3216/932/766 3211/926/762 3257/973/769</w:t>
        <w:br/>
        <w:t>f 3259/975/807 3221/938/772 3222/937/771</w:t>
        <w:br/>
        <w:t>f 3260/976/808 3259/975/807 3222/937/771</w:t>
        <w:br/>
        <w:t>f 3141/857/696 3262/977/809 3261/978/810</w:t>
        <w:br/>
        <w:t>f 3140/858/697 3141/857/696 3261/978/810</w:t>
        <w:br/>
        <w:t>f 3107/823/668 3264/979/811 3263/980/811</w:t>
        <w:br/>
        <w:t>f 3106/824/668 3107/823/668 3263/980/811</w:t>
        <w:br/>
        <w:t>f 3147/860/699 3266/981/812 3265/982/813</w:t>
        <w:br/>
        <w:t>f 3231/946/780 3147/860/699 3265/982/813</w:t>
        <w:br/>
        <w:t>f 3268/983/814 3267/984/815 3137/854/693</w:t>
        <w:br/>
        <w:t>f 3227/942/776 3268/983/814 3137/854/693</w:t>
        <w:br/>
        <w:t>f 3270/985/816 3262/977/809 3141/857/696</w:t>
        <w:br/>
        <w:t>f 3269/986/817 3270/985/816 3141/857/696</w:t>
        <w:br/>
        <w:t>f 3271/987/818 3266/981/812 3147/860/699</w:t>
        <w:br/>
        <w:t>f 3144/863/702 3271/987/818 3147/860/699</w:t>
        <w:br/>
        <w:t>f 3211/926/762 3267/984/815 3268/983/814</w:t>
        <w:br/>
        <w:t>f 3258/974/806 3211/926/762 3268/983/814</w:t>
        <w:br/>
        <w:t>f 3272/988/819 3219/934/768 3104/818/664</w:t>
        <w:br/>
        <w:t>f 3274/989/820 3103/819/665 3273/990/806</w:t>
        <w:br/>
        <w:t>f 3273/990/806 3103/819/665 3218/935/769</w:t>
        <w:br/>
        <w:t>f 3103/819/665 3104/818/664 3218/935/769</w:t>
        <w:br/>
        <w:t>f 3109/825/669 3126/843/683 3127/842/682</w:t>
        <w:br/>
        <w:t>f 3108/822/667 3109/825/669 3127/842/682</w:t>
        <w:br/>
        <w:t>f 3178/894/733 3177/893/732 3142/856/695</w:t>
        <w:br/>
        <w:t>f 3143/859/698 3178/894/733 3142/856/695</w:t>
        <w:br/>
        <w:t>f 3179/895/734 3145/862/701 3146/861/700</w:t>
        <w:br/>
        <w:t>f 3180/896/735 3179/895/734 3146/861/700</w:t>
        <w:br/>
        <w:t>f 3214/931/765 3215/930/765 3212/929/764</w:t>
        <w:br/>
        <w:t>f 3213/928/764 3214/931/765 3212/929/764</w:t>
        <w:br/>
        <w:t>f 3141/857/696 3142/856/695 3229/944/778</w:t>
        <w:br/>
        <w:t>f 3269/986/817 3141/857/696 3229/944/778</w:t>
        <w:br/>
        <w:t>f 3180/896/735 3146/861/700 3230/947/781</w:t>
        <w:br/>
        <w:t>f 3248/964/797 3180/896/735 3230/947/781</w:t>
        <w:br/>
        <w:t>f 3113/826/670 3110/829/672 3124/839/679</w:t>
        <w:br/>
        <w:t>f 3125/838/679 3113/826/670 3124/839/679</w:t>
        <w:br/>
        <w:t>f 3148/865/704 3149/864/703 3169/888/727</w:t>
        <w:br/>
        <w:t>f 3170/887/726 3148/865/704 3169/888/727</w:t>
        <w:br/>
        <w:t>f 3152/868/707 3153/867/706 3174/890/729</w:t>
        <w:br/>
        <w:t>f 3175/889/728 3152/868/707 3174/890/729</w:t>
        <w:br/>
        <w:t>f 3148/865/704 3206/919/757 3203/922/757</w:t>
        <w:br/>
        <w:t>f 3153/867/706 3148/865/704 3203/922/757</w:t>
        <w:br/>
        <w:t>f 3245/961/794 3253/968/801 3172/885/724</w:t>
        <w:br/>
        <w:t>f 3169/888/727 3245/961/794 3172/885/724</w:t>
        <w:br/>
        <w:t>f 3246/963/796 3275/991/672 3152/868/707</w:t>
        <w:br/>
        <w:t>f 3175/889/728 3246/963/796 3152/868/707</w:t>
        <w:br/>
        <w:t>f 3277/992/821 3276/993/822 3136/855/753</w:t>
        <w:br/>
        <w:t>f 3276/993/822 3209/925/761 3136/855/753</w:t>
        <w:br/>
        <w:t>f 3279/994/823 3200/916/754 3278/995/824</w:t>
        <w:br/>
        <w:t>f 3278/995/824 3200/916/754 3209/925/761</w:t>
        <w:br/>
        <w:t>f 3603/996/825 3602/997/826 3601/998/827</w:t>
        <w:br/>
        <w:t>f 3600/999/828 3603/996/825 3601/998/827</w:t>
        <w:br/>
        <w:t>f 3611/1000/829 3610/1001/830 3609/1002/831</w:t>
        <w:br/>
        <w:t>f 3608/1003/832 3611/1000/829 3609/1002/831</w:t>
        <w:br/>
        <w:t>f 3624/1004/833 3623/1005/834 3622/1006/835</w:t>
        <w:br/>
        <w:t>f 3626/1007/836 3625/1008/837 3611/1000/829</w:t>
        <w:br/>
        <w:t>f 3608/1003/832 3626/1007/836 3611/1000/829</w:t>
        <w:br/>
        <w:t>f 3629/1009/838 3628/1010/839 3627/1011/840</w:t>
        <w:br/>
        <w:t>f 3630/1012/841 3629/1009/838 3627/1011/840</w:t>
        <w:br/>
        <w:t>f 3633/1013/842 3632/1014/843 3631/1015/844</w:t>
        <w:br/>
        <w:t>f 3634/1016/845 3633/1013/842 3631/1015/844</w:t>
        <w:br/>
        <w:t>f 3642/1017/846 3641/1018/847 3640/1019/848</w:t>
        <w:br/>
        <w:t>f 3639/1020/849 3642/1017/846 3640/1019/848</w:t>
        <w:br/>
        <w:t>f 3651/1021/850 3650/1022/851 3649/1023/852</w:t>
        <w:br/>
        <w:t>f 3634/1016/845 3651/1021/850 3649/1023/852</w:t>
        <w:br/>
        <w:t>f 3626/1007/836 3642/1017/846 3639/1020/849</w:t>
        <w:br/>
        <w:t>f 3625/1008/837 3626/1007/836 3639/1020/849</w:t>
        <w:br/>
        <w:t>f 3656/1024/853 3649/1023/852 3650/1022/851</w:t>
        <w:br/>
        <w:t>f 3655/1025/854 3656/1024/853 3650/1022/851</w:t>
        <w:br/>
        <w:t>f 3658/1026/855 3657/1027/856 3629/1009/838</w:t>
        <w:br/>
        <w:t>f 3630/1012/841 3658/1026/855 3629/1009/838</w:t>
        <w:br/>
        <w:t>f 3656/1024/853 3655/1025/854 3664/1028/857</w:t>
        <w:br/>
        <w:t>f 3663/1029/858 3656/1024/853 3664/1028/857</w:t>
        <w:br/>
        <w:t>f 3665/1030/859 3602/997/826 3663/1029/858</w:t>
        <w:br/>
        <w:t>f 3664/1028/857 3665/1030/859 3663/1029/858</w:t>
        <w:br/>
        <w:t>f 3673/1031/860 3657/1027/856 3658/1026/855</w:t>
        <w:br/>
        <w:t>f 3640/1019/848 3673/1031/860 3658/1026/855</w:t>
        <w:br/>
        <w:t>f 3627/1011/840 3628/1010/839 3674/1032/861</w:t>
        <w:br/>
        <w:t>f 3610/1001/830 3627/1011/840 3674/1032/861</w:t>
        <w:br/>
        <w:t>f 3628/1010/839 3629/1009/838 3675/1033/862</w:t>
        <w:br/>
        <w:t>f 3678/1034/863 3677/1035/864 3676/1036/865</w:t>
        <w:br/>
        <w:t>f 3681/1037/866 3680/1038/867 3679/1039/868</w:t>
        <w:br/>
        <w:t>f 3682/1040/869 3681/1037/866 3679/1039/868</w:t>
        <w:br/>
        <w:t>f 3657/1027/856 3673/1031/860 3683/1041/870</w:t>
        <w:br/>
        <w:t>f 3676/1036/865 3657/1027/856 3683/1041/870</w:t>
        <w:br/>
        <w:t>f 3680/1038/867 3681/1037/866 3678/1034/863</w:t>
        <w:br/>
        <w:t>f 3684/1042/871 3680/1038/867 3678/1034/863</w:t>
        <w:br/>
        <w:t>f 3678/1034/863 3686/1043/872 3685/1044/873</w:t>
        <w:br/>
        <w:t>f 3682/1040/869 3674/1032/861 3628/1010/839</w:t>
        <w:br/>
        <w:t>f 3681/1037/866 3682/1040/869 3628/1010/839</w:t>
        <w:br/>
        <w:t>f 3688/1045/874 3687/1046/875 3676/1036/865</w:t>
        <w:br/>
        <w:t>f 3683/1041/870 3688/1045/874 3676/1036/865</w:t>
        <w:br/>
        <w:t>f 3695/1047/876 3694/1048/877 3632/1014/843</w:t>
        <w:br/>
        <w:t>f 3633/1013/842 3695/1047/876 3632/1014/843</w:t>
        <w:br/>
        <w:t>f 3694/1048/877 3695/1047/876 3603/996/825</w:t>
        <w:br/>
        <w:t>f 3600/999/828 3694/1048/877 3603/996/825</w:t>
        <w:br/>
        <w:t>f 3700/1049/878 3699/1050/879 3679/1039/880</w:t>
        <w:br/>
        <w:t>f 3702/1051/881 3701/1052/882 3699/1050/879</w:t>
        <w:br/>
        <w:t>f 3602/997/826 3603/996/825 3728/1053/883</w:t>
        <w:br/>
        <w:t>f 3695/1047/876 3729/1054/884 3728/1053/883</w:t>
        <w:br/>
        <w:t>f 3603/996/825 3695/1047/876 3728/1053/883</w:t>
        <w:br/>
        <w:t>f 3729/1054/884 3695/1047/876 3633/1013/842</w:t>
        <w:br/>
        <w:t>f 3730/1055/885 3729/1054/884 3633/1013/842</w:t>
        <w:br/>
        <w:t>f 3730/1055/885 3633/1013/842 3634/1016/845</w:t>
        <w:br/>
        <w:t>f 3729/1054/884 3730/1055/885 3649/1023/852</w:t>
        <w:br/>
        <w:t>f 3656/1024/853 3729/1054/884 3649/1023/852</w:t>
        <w:br/>
        <w:t>f 3729/1054/884 3656/1024/853 3663/1029/858</w:t>
        <w:br/>
        <w:t>f 3728/1053/883 3729/1054/884 3663/1029/858</w:t>
        <w:br/>
        <w:t>f 3611/1000/829 3731/1056/886 3610/1001/830</w:t>
        <w:br/>
        <w:t>f 3731/1056/886 3611/1000/829 3625/1008/837</w:t>
        <w:br/>
        <w:t>f 3732/1057/887 3731/1056/886 3625/1008/837</w:t>
        <w:br/>
        <w:t>f 3625/1008/837 3639/1020/849 3733/1058/888</w:t>
        <w:br/>
        <w:t>f 3732/1057/887 3625/1008/837 3733/1058/888</w:t>
        <w:br/>
        <w:t>f 3733/1058/888 3639/1020/849 3640/1019/848</w:t>
        <w:br/>
        <w:t>f 3658/1026/855 3630/1012/841 3732/1057/887</w:t>
        <w:br/>
        <w:t>f 3733/1058/888 3658/1026/855 3732/1057/887</w:t>
        <w:br/>
        <w:t>f 3627/1011/840 3731/1056/886 3732/1057/887</w:t>
        <w:br/>
        <w:t>f 3630/1012/841 3627/1011/840 3732/1057/887</w:t>
        <w:br/>
        <w:t>f 3608/1003/832 3664/1028/857 3655/1025/854</w:t>
        <w:br/>
        <w:t>f 3626/1007/836 3608/1003/832 3655/1025/854</w:t>
        <w:br/>
        <w:t>f 3642/1017/846 3626/1007/836 3655/1025/854</w:t>
        <w:br/>
        <w:t>f 3650/1022/851 3642/1017/846 3655/1025/854</w:t>
        <w:br/>
        <w:t>f 3650/1022/851 3651/1021/850 3641/1018/847</w:t>
        <w:br/>
        <w:t>f 3642/1017/846 3650/1022/851 3641/1018/847</w:t>
        <w:br/>
        <w:t>f 3609/1002/831 3665/1030/859 3664/1028/857</w:t>
        <w:br/>
        <w:t>f 3608/1003/832 3609/1002/831 3664/1028/857</w:t>
        <w:br/>
        <w:t>f 3602/997/826 3728/1053/883 3663/1029/858</w:t>
        <w:br/>
        <w:t>f 3730/1055/885 3634/1016/845 3649/1023/852</w:t>
        <w:br/>
        <w:t>f 3610/1001/830 3731/1056/886 3627/1011/840</w:t>
        <w:br/>
        <w:t>f 3733/1058/888 3640/1019/848 3658/1026/855</w:t>
        <w:br/>
        <w:t>f 3677/1035/864 3759/1059/889 3629/1009/838</w:t>
        <w:br/>
        <w:t>f 3657/1027/856 3677/1035/864 3629/1009/838</w:t>
        <w:br/>
        <w:t>f 3676/1036/865 3677/1035/864 3657/1027/856</w:t>
        <w:br/>
        <w:t>f 3675/1033/862 3681/1037/866 3628/1010/839</w:t>
        <w:br/>
        <w:t>f 3681/1037/866 3675/1033/862 3678/1034/863</w:t>
        <w:br/>
        <w:t>f 3759/1059/889 3675/1033/862 3629/1009/838</w:t>
        <w:br/>
        <w:t>f 3684/1042/871 3678/1034/863 3685/1044/873</w:t>
        <w:br/>
        <w:t>f 3678/1034/863 3676/1036/865 3687/1046/875</w:t>
        <w:br/>
        <w:t>f 3686/1043/872 3678/1034/863 3687/1046/875</w:t>
        <w:br/>
        <w:t>f 3622/1006/835 3699/1050/879 3700/1049/878</w:t>
        <w:br/>
        <w:t>f 3622/1006/835 3760/1060/890 3702/1051/881</w:t>
        <w:br/>
        <w:t>f 3699/1050/879 3622/1006/835 3702/1051/881</w:t>
        <w:br/>
        <w:t>f 3760/1060/890 3622/1006/835 3623/1005/834</w:t>
        <w:br/>
        <w:t>f 3624/1004/833 3622/1006/835 3700/1049/878</w:t>
        <w:br/>
        <w:t>f 3759/1059/889 3677/1035/864 3678/1034/863</w:t>
        <w:br/>
        <w:t>f 3675/1033/862 3759/1059/889 3678/1034/863</w:t>
        <w:br/>
        <w:t>f 3769/1061/891 3768/1062/892 3767/1063/893</w:t>
        <w:br/>
        <w:t>f 3766/1064/891 3769/1061/891 3767/1063/893</w:t>
        <w:br/>
        <w:t>f 3770/1065/894 3767/1063/893 3768/1062/892</w:t>
        <w:br/>
        <w:t>f 3771/1066/894 3770/1065/894 3768/1062/892</w:t>
        <w:br/>
        <w:t>f 3772/1067/895 3770/1065/894 3771/1066/894</w:t>
        <w:br/>
        <w:t>f 3773/1068/895 3772/1067/895 3771/1066/894</w:t>
        <w:br/>
        <w:t>f 3777/1069/896 3776/1070/896 3775/1071/897</w:t>
        <w:br/>
        <w:t>f 3774/1072/897 3777/1069/896 3775/1071/897</w:t>
        <w:br/>
        <w:t>f 3780/1073/898 3779/1074/899 3778/1075/900</w:t>
        <w:br/>
        <w:t>f 3781/1076/901 3780/1073/898 3778/1075/900</w:t>
        <w:br/>
        <w:t>f 3781/1076/901 3778/1075/900 3782/1077/902</w:t>
        <w:br/>
        <w:t>f 3783/1078/902 3781/1076/901 3782/1077/902</w:t>
        <w:br/>
        <w:t>f 3785/1079/903 3784/1080/903 3783/1078/902</w:t>
        <w:br/>
        <w:t>f 3782/1077/902 3785/1079/903 3783/1078/902</w:t>
        <w:br/>
        <w:t>f 3789/1081/904 3788/1082/905 3787/1083/906</w:t>
        <w:br/>
        <w:t>f 3786/1084/904 3789/1081/904 3787/1083/906</w:t>
        <w:br/>
        <w:t>f 3791/1085/907 3769/1061/891 3766/1064/891</w:t>
        <w:br/>
        <w:t>f 3790/1086/907 3791/1085/907 3766/1064/891</w:t>
        <w:br/>
        <w:t>f 3794/1087/908 3793/1088/909 3792/1089/909</w:t>
        <w:br/>
        <w:t>f 3795/1090/908 3794/1087/908 3792/1089/909</w:t>
        <w:br/>
        <w:t>f 3799/1091/910 3798/1092/911 3797/1093/912</w:t>
        <w:br/>
        <w:t>f 3796/1094/913 3799/1091/910 3797/1093/912</w:t>
        <w:br/>
        <w:t>f 3793/1088/909 3801/1095/914 3800/1096/914</w:t>
        <w:br/>
        <w:t>f 3792/1089/909 3793/1088/909 3800/1096/914</w:t>
        <w:br/>
        <w:t>f 3799/1091/910 3796/1094/913 3802/1097/915</w:t>
        <w:br/>
        <w:t>f 3803/1098/916 3799/1091/910 3802/1097/915</w:t>
        <w:br/>
        <w:t>f 3804/1099/917 3794/1087/908 3795/1090/908</w:t>
        <w:br/>
        <w:t>f 3805/1100/918 3804/1099/917 3795/1090/908</w:t>
        <w:br/>
        <w:t>f 3797/1093/912 3798/1092/911 3791/1085/907</w:t>
        <w:br/>
        <w:t>f 3790/1086/907 3797/1093/912 3791/1085/907</w:t>
        <w:br/>
        <w:t>f 3805/1100/918 3807/1101/919 3806/1102/919</w:t>
        <w:br/>
        <w:t>f 3804/1099/917 3805/1100/918 3806/1102/919</w:t>
        <w:br/>
        <w:t>f 3802/1097/915 3809/1103/920 3808/1104/920</w:t>
        <w:br/>
        <w:t>f 3803/1098/916 3802/1097/915 3808/1104/920</w:t>
        <w:br/>
        <w:t>f 3809/1103/920 3800/1096/914 3801/1095/914</w:t>
        <w:br/>
        <w:t>f 3808/1104/920 3809/1103/920 3801/1095/914</w:t>
        <w:br/>
        <w:t>f 3812/1105/921 3811/1106/921 3810/1107/922</w:t>
        <w:br/>
        <w:t>f 3813/1108/922 3812/1105/921 3810/1107/922</w:t>
        <w:br/>
        <w:t>f 3810/1107/922 3815/1109/923 3814/1110/924</w:t>
        <w:br/>
        <w:t>f 3813/1108/922 3810/1107/922 3814/1110/924</w:t>
        <w:br/>
        <w:t>f 3819/1111/925 3818/1112/925 3817/1113/926</w:t>
        <w:br/>
        <w:t>f 3816/1114/926 3819/1111/925 3817/1113/926</w:t>
        <w:br/>
        <w:t>f 3823/1115/927 3822/1116/927 3821/1117/928</w:t>
        <w:br/>
        <w:t>f 3820/1118/929 3823/1115/927 3821/1117/928</w:t>
        <w:br/>
        <w:t>f 3825/1119/930 3824/1120/931 3818/1112/925</w:t>
        <w:br/>
        <w:t>f 3819/1111/925 3825/1119/930 3818/1112/925</w:t>
        <w:br/>
        <w:t>f 3827/1121/932 3820/1118/929 3821/1117/928</w:t>
        <w:br/>
        <w:t>f 3826/1122/932 3827/1121/932 3821/1117/928</w:t>
        <w:br/>
        <w:t>f 3829/1123/933 3828/1124/934 3816/1114/926</w:t>
        <w:br/>
        <w:t>f 3817/1113/926 3829/1123/933 3816/1114/926</w:t>
        <w:br/>
        <w:t>f 3815/1109/923 3822/1116/927 3823/1115/927</w:t>
        <w:br/>
        <w:t>f 3814/1110/924 3815/1109/923 3823/1115/927</w:t>
        <w:br/>
        <w:t>f 3831/1125/935 3830/1126/935 3828/1124/934</w:t>
        <w:br/>
        <w:t>f 3829/1123/933 3831/1125/935 3828/1124/934</w:t>
        <w:br/>
        <w:t>f 3833/1127/936 3832/1128/937 3827/1121/932</w:t>
        <w:br/>
        <w:t>f 3826/1122/932 3833/1127/936 3827/1121/932</w:t>
        <w:br/>
        <w:t>f 3832/1128/937 3833/1127/936 3824/1120/931</w:t>
        <w:br/>
        <w:t>f 3825/1119/930 3832/1128/937 3824/1120/931</w:t>
        <w:br/>
        <w:t>f 3836/1129/938 3835/1130/938 3834/1131/939</w:t>
        <w:br/>
        <w:t>f 3837/1132/940 3836/1129/938 3834/1131/939</w:t>
        <w:br/>
        <w:t>f 3841/1133/941 3840/1134/942 3839/1135/942</w:t>
        <w:br/>
        <w:t>f 3838/1136/943 3841/1133/941 3839/1135/942</w:t>
        <w:br/>
        <w:t>f 3835/1130/938 3836/1129/938 3843/1137/944</w:t>
        <w:br/>
        <w:t>f 3842/1138/944 3835/1130/938 3843/1137/944</w:t>
        <w:br/>
        <w:t>f 3840/1134/942 3845/1139/945 3844/1140/945</w:t>
        <w:br/>
        <w:t>f 3839/1135/942 3840/1134/942 3844/1140/945</w:t>
        <w:br/>
        <w:t>f 3848/1141/946 3847/1142/946 3846/1143/947</w:t>
        <w:br/>
        <w:t>f 3849/1144/947 3848/1141/946 3846/1143/947</w:t>
        <w:br/>
        <w:t>f 3845/1139/945 3851/1145/948 3850/1146/948</w:t>
        <w:br/>
        <w:t>f 3844/1140/945 3845/1139/945 3850/1146/948</w:t>
        <w:br/>
        <w:t>f 3854/1147/949 3853/1148/950 3852/1149/951</w:t>
        <w:br/>
        <w:t>f 3855/1150/949 3854/1147/949 3852/1149/951</w:t>
        <w:br/>
        <w:t>f 3858/1151/952 3857/1152/953 3856/1153/954</w:t>
        <w:br/>
        <w:t>f 3859/1154/954 3858/1151/952 3856/1153/954</w:t>
        <w:br/>
        <w:t>f 3860/1155/955 3854/1147/949 3855/1150/949</w:t>
        <w:br/>
        <w:t>f 3861/1156/955 3860/1155/955 3855/1150/949</w:t>
        <w:br/>
        <w:t>f 3864/1157/956 3863/1158/956 3862/1159/957</w:t>
        <w:br/>
        <w:t>f 3865/1160/958 3864/1157/956 3862/1159/957</w:t>
        <w:br/>
        <w:t>f 3861/1156/955 3867/1161/959 3866/1162/959</w:t>
        <w:br/>
        <w:t>f 3860/1155/955 3861/1156/955 3866/1162/959</w:t>
        <w:br/>
        <w:t>f 3869/1163/960 3868/1164/960 3863/1158/956</w:t>
        <w:br/>
        <w:t>f 3864/1157/956 3869/1163/960 3863/1158/956</w:t>
        <w:br/>
        <w:t>f 3872/1165/961 3871/1166/961 3870/1167/962</w:t>
        <w:br/>
        <w:t>f 3873/1168/963 3872/1165/961 3870/1167/962</w:t>
        <w:br/>
        <w:t>f 3868/1164/960 3869/1163/960 3875/1169/964</w:t>
        <w:br/>
        <w:t>f 3874/1170/964 3868/1164/960 3875/1169/964</w:t>
        <w:br/>
        <w:t>f 3873/1168/963 3870/1167/962 3876/1171/965</w:t>
        <w:br/>
        <w:t>f 3877/1172/966 3873/1168/963 3876/1171/965</w:t>
        <w:br/>
        <w:t>f 3881/1173/967 3880/1174/968 3879/1175/969</w:t>
        <w:br/>
        <w:t>f 3878/1176/969 3881/1173/967 3879/1175/969</w:t>
        <w:br/>
        <w:t>f 3838/1136/943 3883/1177/970 3882/1178/970</w:t>
        <w:br/>
        <w:t>f 3841/1133/941 3838/1136/943 3882/1178/970</w:t>
        <w:br/>
        <w:t>f 3884/1179/971 3837/1132/940 3834/1131/939</w:t>
        <w:br/>
        <w:t>f 3885/1180/971 3884/1179/971 3834/1131/939</w:t>
        <w:br/>
        <w:t>f 3888/1181/972 3887/1182/973 3886/1183/974</w:t>
        <w:br/>
        <w:t>f 3889/1184/974 3888/1181/972 3886/1183/974</w:t>
        <w:br/>
        <w:t>f 3893/1185/975 3892/1186/976 3891/1187/976</w:t>
        <w:br/>
        <w:t>f 3890/1188/977 3893/1185/975 3891/1187/976</w:t>
        <w:br/>
        <w:t>f 3896/1189/978 3895/1190/979 3894/1191/980</w:t>
        <w:br/>
        <w:t>f 3897/1192/980 3896/1189/978 3894/1191/980</w:t>
        <w:br/>
        <w:t>f 3901/1193/981 3900/1194/982 3899/1195/983</w:t>
        <w:br/>
        <w:t>f 3898/1196/981 3901/1193/981 3899/1195/983</w:t>
        <w:br/>
        <w:t>f 3902/1197/984 3891/1187/976 3892/1186/976</w:t>
        <w:br/>
        <w:t>f 3903/1198/985 3902/1197/984 3892/1186/976</w:t>
        <w:br/>
        <w:t>f 3887/1182/973 3888/1181/972 3904/1199/986</w:t>
        <w:br/>
        <w:t>f 3905/1200/986 3887/1182/973 3904/1199/986</w:t>
        <w:br/>
        <w:t>f 3907/1201/987 3906/1202/988 3897/1192/980</w:t>
        <w:br/>
        <w:t>f 3894/1191/980 3907/1201/987 3897/1192/980</w:t>
        <w:br/>
        <w:t>f 3900/1194/982 3909/1203/989 3908/1204/990</w:t>
        <w:br/>
        <w:t>f 3899/1195/983 3900/1194/982 3908/1204/990</w:t>
        <w:br/>
        <w:t>f 3911/1205/991 3910/1206/992 3889/1184/974</w:t>
        <w:br/>
        <w:t>f 3886/1183/974 3911/1205/991 3889/1184/974</w:t>
        <w:br/>
        <w:t>f 3890/1188/977 3913/1207/993 3912/1208/994</w:t>
        <w:br/>
        <w:t>f 3893/1185/975 3890/1188/977 3912/1208/994</w:t>
        <w:br/>
        <w:t>f 3882/1178/970 3883/1177/970 3895/1190/979</w:t>
        <w:br/>
        <w:t>f 3896/1189/978 3882/1178/970 3895/1190/979</w:t>
        <w:br/>
        <w:t>f 3885/1180/971 3901/1193/981 3898/1196/981</w:t>
        <w:br/>
        <w:t>f 3884/1179/971 3885/1180/971 3898/1196/981</w:t>
        <w:br/>
        <w:t>f 3914/1209/995 3912/1208/994 3913/1207/993</w:t>
        <w:br/>
        <w:t>f 3915/1210/996 3914/1209/995 3913/1207/993</w:t>
        <w:br/>
        <w:t>f 3910/1206/992 3911/1205/991 3917/1211/997</w:t>
        <w:br/>
        <w:t>f 3916/1212/998 3910/1206/992 3917/1211/997</w:t>
        <w:br/>
        <w:t>f 3906/1202/988 3907/1201/987 3918/1213/999</w:t>
        <w:br/>
        <w:t>f 3919/1214/1000 3906/1202/988 3918/1213/999</w:t>
        <w:br/>
        <w:t>f 3921/1215/1001 3908/1204/990 3909/1203/989</w:t>
        <w:br/>
        <w:t>f 3920/1216/1002 3921/1215/1001 3909/1203/989</w:t>
        <w:br/>
        <w:t>f 3919/1214/1000 3918/1213/999 3902/1197/984</w:t>
        <w:br/>
        <w:t>f 3903/1198/985 3919/1214/1000 3902/1197/984</w:t>
        <w:br/>
        <w:t>f 3905/1200/986 3904/1199/986 3921/1215/1001</w:t>
        <w:br/>
        <w:t>f 3920/1216/1002 3905/1200/986 3921/1215/1001</w:t>
        <w:br/>
        <w:t>f 3923/1217/1003 3922/1218/1003 3787/1083/906</w:t>
        <w:br/>
        <w:t>f 3788/1082/905 3923/1217/1003 3787/1083/906</w:t>
        <w:br/>
        <w:t>f 3924/1219/1004 3806/1102/919 3807/1101/919</w:t>
        <w:br/>
        <w:t>f 3925/1220/1005 3924/1219/1004 3807/1101/919</w:t>
        <w:br/>
        <w:t>f 3830/1126/935 3831/1125/935 3927/1221/1006</w:t>
        <w:br/>
        <w:t>f 3926/1222/1007 3830/1126/935 3927/1221/1006</w:t>
        <w:br/>
        <w:t>f 3928/1223/1008 3877/1172/966 3876/1171/965</w:t>
        <w:br/>
        <w:t>f 3929/1224/1008 3928/1223/1008 3876/1171/965</w:t>
        <w:br/>
        <w:t>f 3878/1176/969 3879/1175/969 3931/1225/1009</w:t>
        <w:br/>
        <w:t>f 3930/1226/1009 3878/1176/969 3931/1225/1009</w:t>
        <w:br/>
        <w:t>f 3933/1227/1010 3932/1228/1010 3914/1209/995</w:t>
        <w:br/>
        <w:t>f 3915/1210/996 3933/1227/1010 3914/1209/995</w:t>
        <w:br/>
        <w:t>f 3937/1229/1011 3936/1230/1012 3935/1231/1013</w:t>
        <w:br/>
        <w:t>f 3934/1232/1014 3937/1229/1011 3935/1231/1013</w:t>
        <w:br/>
        <w:t>f 3938/1233/1015 3916/1212/998 3917/1211/997</w:t>
        <w:br/>
        <w:t>f 3939/1234/1016 3938/1233/1015 3917/1211/997</w:t>
        <w:br/>
        <w:t>f 3775/1071/897 3772/1067/895 3773/1068/895</w:t>
        <w:br/>
        <w:t>f 3774/1072/897 3775/1071/897 3773/1068/895</w:t>
        <w:br/>
        <w:t>f 3842/1138/944 3843/1137/944 3847/1142/946</w:t>
        <w:br/>
        <w:t>f 3848/1141/946 3842/1138/944 3847/1142/946</w:t>
        <w:br/>
        <w:t>f 3851/1145/948 3859/1154/954 3856/1153/954</w:t>
        <w:br/>
        <w:t>f 3850/1146/948 3851/1145/948 3856/1153/954</w:t>
        <w:br/>
        <w:t>f 3776/1070/896 3777/1069/896 3779/1074/899</w:t>
        <w:br/>
        <w:t>f 3780/1073/898 3776/1070/896 3779/1074/899</w:t>
        <w:br/>
        <w:t>f 3853/1148/950 3849/1144/947 3846/1143/947</w:t>
        <w:br/>
        <w:t>f 3852/1149/951 3853/1148/950 3846/1143/947</w:t>
        <w:br/>
        <w:t>f 3858/1151/952 3865/1160/958 3862/1159/957</w:t>
        <w:br/>
        <w:t>f 3857/1152/953 3858/1151/952 3862/1159/957</w:t>
        <w:br/>
        <w:t>f 4057/1235/1017 4056/1236/1018 4055/1237/1018</w:t>
        <w:br/>
        <w:t>f 4054/1238/1017 4057/1235/1017 4055/1237/1018</w:t>
        <w:br/>
        <w:t>f 4060/1239/1019 4059/1240/1020 4058/1241/1021</w:t>
        <w:br/>
        <w:t>f 4061/1242/1022 4060/1239/1019 4058/1241/1021</w:t>
        <w:br/>
        <w:t>f 4065/1243/1023 4064/1244/1023 4063/1245/1024</w:t>
        <w:br/>
        <w:t>f 4062/1246/1024 4065/1243/1023 4063/1245/1024</w:t>
        <w:br/>
        <w:t>f 4069/1247/1025 4068/1248/1025 4067/1249/1026</w:t>
        <w:br/>
        <w:t>f 4066/1250/1026 4069/1247/1025 4067/1249/1026</w:t>
        <w:br/>
        <w:t>f 4066/1250/1026 4067/1249/1026 4064/1244/1023</w:t>
        <w:br/>
        <w:t>f 4065/1243/1023 4066/1250/1026 4064/1244/1023</w:t>
        <w:br/>
        <w:t>f 4059/1240/1020 4062/1246/1024 4063/1245/1024</w:t>
        <w:br/>
        <w:t>f 4058/1241/1021 4059/1240/1020 4063/1245/1024</w:t>
        <w:br/>
        <w:t>f 4071/1251/1027 4070/1252/1027 4068/1248/1025</w:t>
        <w:br/>
        <w:t>f 4069/1247/1025 4071/1251/1027 4068/1248/1025</w:t>
        <w:br/>
        <w:t>f 4061/1242/1022 4055/1237/1018 4056/1236/1018</w:t>
        <w:br/>
        <w:t>f 4060/1239/1019 4061/1242/1022 4056/1236/1018</w:t>
        <w:br/>
        <w:t>f 4070/1252/1027 4071/1251/1027 4072/1253/1028</w:t>
        <w:br/>
        <w:t>f 4073/1254/1028 4070/1252/1027 4072/1253/1028</w:t>
        <w:br/>
        <w:t>f 4076/1255/1029 4075/1256/1030 4074/1257/1030</w:t>
        <w:br/>
        <w:t>f 4077/1258/1029 4076/1255/1029 4074/1257/1030</w:t>
        <w:br/>
        <w:t>f 4076/1255/1029 4077/1258/1029 4073/1254/1028</w:t>
        <w:br/>
        <w:t>f 4072/1253/1028 4076/1255/1029 4073/1254/1028</w:t>
        <w:br/>
        <w:t>f 4080/1259/1031 4079/1260/1031 4078/1261/1032</w:t>
        <w:br/>
        <w:t>f 4081/1262/1032 4080/1259/1031 4078/1261/1032</w:t>
        <w:br/>
        <w:t>f 4081/1262/1032 4078/1261/1032 4083/1263/1033</w:t>
        <w:br/>
        <w:t>f 4082/1264/1034 4081/1262/1032 4083/1263/1033</w:t>
        <w:br/>
        <w:t>f 4086/1265/1035 4085/1266/1036 4084/1267/1037</w:t>
        <w:br/>
        <w:t>f 4087/1268/1038 4086/1265/1035 4084/1267/1037</w:t>
        <w:br/>
        <w:t>f 4091/1269/1039 4090/1270/1040 4089/1271/1041</w:t>
        <w:br/>
        <w:t>f 4088/1272/1042 4091/1269/1039 4089/1271/1041</w:t>
        <w:br/>
        <w:t>f 4095/1273/1043 4094/1274/1044 4093/1275/1044</w:t>
        <w:br/>
        <w:t>f 4092/1276/1043 4095/1273/1043 4093/1275/1044</w:t>
        <w:br/>
        <w:t>f 4092/1276/1043 4091/1269/1039 4088/1272/1042</w:t>
        <w:br/>
        <w:t>f 4095/1273/1043 4092/1276/1043 4088/1272/1042</w:t>
        <w:br/>
        <w:t>f 4089/1271/1041 4090/1270/1040 4087/1268/1038</w:t>
        <w:br/>
        <w:t>f 4084/1267/1037 4089/1271/1041 4087/1268/1038</w:t>
        <w:br/>
        <w:t>f 4097/1277/1045 4093/1275/1044 4094/1274/1044</w:t>
        <w:br/>
        <w:t>f 4096/1278/1045 4097/1277/1045 4094/1274/1044</w:t>
        <w:br/>
        <w:t>f 4083/1263/1033 4085/1266/1036 4086/1265/1035</w:t>
        <w:br/>
        <w:t>f 4082/1264/1034 4083/1263/1033 4086/1265/1035</w:t>
        <w:br/>
        <w:t>f 4099/1279/1046 4097/1277/1045 4096/1278/1045</w:t>
        <w:br/>
        <w:t>f 4098/1280/1047 4099/1279/1046 4096/1278/1045</w:t>
        <w:br/>
        <w:t>f 4102/1281/1048 4101/1282/1049 4100/1283/1049</w:t>
        <w:br/>
        <w:t>f 4103/1284/1050 4102/1281/1048 4100/1283/1049</w:t>
        <w:br/>
        <w:t>f 4105/1285/1051 4100/1283/1049 4101/1282/1049</w:t>
        <w:br/>
        <w:t>f 4104/1286/1051 4105/1285/1051 4101/1282/1049</w:t>
        <w:br/>
        <w:t>f 4108/1287/1052 4107/1288/1053 4106/1289/1053</w:t>
        <w:br/>
        <w:t>f 4109/1290/1052 4108/1287/1052 4106/1289/1053</w:t>
        <w:br/>
        <w:t>f 4112/1291/1054 4111/1292/1055 4110/1293/1056</w:t>
        <w:br/>
        <w:t>f 4113/1294/1054 4112/1291/1054 4110/1293/1056</w:t>
        <w:br/>
        <w:t>f 4117/1295/1057 4116/1296/1058 4115/1297/1059</w:t>
        <w:br/>
        <w:t>f 4114/1298/1060 4117/1295/1057 4115/1297/1059</w:t>
        <w:br/>
        <w:t>f 4121/1299/1061 4120/1300/1062 4119/1301/1063</w:t>
        <w:br/>
        <w:t>f 4118/1302/1063 4121/1299/1061 4119/1301/1063</w:t>
        <w:br/>
        <w:t>f 4125/1303/1064 4124/1304/1065 4123/1305/1065</w:t>
        <w:br/>
        <w:t>f 4122/1306/1066 4125/1303/1064 4123/1305/1065</w:t>
        <w:br/>
        <w:t>f 4129/1307/1067 4128/1308/1067 4127/1309/1068</w:t>
        <w:br/>
        <w:t>f 4126/1310/1069 4129/1307/1067 4127/1309/1068</w:t>
        <w:br/>
        <w:t>f 4133/1311/1070 4132/1312/1071 4131/1313/1072</w:t>
        <w:br/>
        <w:t>f 4130/1314/1073 4133/1311/1070 4131/1313/1072</w:t>
        <w:br/>
        <w:t>f 4127/1309/1068 4118/1302/1063 4119/1301/1063</w:t>
        <w:br/>
        <w:t>f 4126/1310/1069 4127/1309/1068 4119/1301/1063</w:t>
        <w:br/>
        <w:t>f 4125/1303/1064 4122/1306/1066 4131/1313/1072</w:t>
        <w:br/>
        <w:t>f 4132/1312/1071 4125/1303/1064 4131/1313/1072</w:t>
        <w:br/>
        <w:t>f 4124/1304/1065 4116/1296/1058 4117/1295/1057</w:t>
        <w:br/>
        <w:t>f 4123/1305/1065 4124/1304/1065 4117/1295/1057</w:t>
        <w:br/>
        <w:t>f 4111/1292/1055 4120/1300/1062 4121/1299/1061</w:t>
        <w:br/>
        <w:t>f 4110/1293/1056 4111/1292/1055 4121/1299/1061</w:t>
        <w:br/>
        <w:t>f 4130/1314/1073 4135/1315/1074 4134/1316/1074</w:t>
        <w:br/>
        <w:t>f 4133/1311/1070 4130/1314/1073 4134/1316/1074</w:t>
        <w:br/>
        <w:t>f 4128/1308/1067 4129/1307/1067 4137/1317/1075</w:t>
        <w:br/>
        <w:t>f 4136/1318/1075 4128/1308/1067 4137/1317/1075</w:t>
        <w:br/>
        <w:t>f 4114/1298/1060 4115/1297/1059 4105/1285/1051</w:t>
        <w:br/>
        <w:t>f 4104/1286/1051 4114/1298/1060 4105/1285/1051</w:t>
        <w:br/>
        <w:t>f 4109/1290/1052 4112/1291/1054 4113/1294/1054</w:t>
        <w:br/>
        <w:t>f 4108/1287/1052 4109/1290/1052 4113/1294/1054</w:t>
        <w:br/>
        <w:t>f 4135/1315/1074 4139/1319/1076 4138/1320/1077</w:t>
        <w:br/>
        <w:t>f 4134/1316/1074 4135/1315/1074 4138/1320/1077</w:t>
        <w:br/>
        <w:t>f 4137/1317/1075 4141/1321/1078 4140/1322/1079</w:t>
        <w:br/>
        <w:t>f 4136/1318/1075 4137/1317/1075 4140/1322/1079</w:t>
        <w:br/>
        <w:t>f 4145/1323/1080 4144/1324/1080 4143/1325/1081</w:t>
        <w:br/>
        <w:t>f 4142/1326/1081 4145/1323/1080 4143/1325/1081</w:t>
        <w:br/>
        <w:t>f 4148/1327/1082 4147/1328/1082 4146/1329/1083</w:t>
        <w:br/>
        <w:t>f 4149/1330/1083 4148/1327/1082 4146/1329/1083</w:t>
        <w:br/>
        <w:t>f 4141/1321/1078 4142/1326/1081 4143/1325/1081</w:t>
        <w:br/>
        <w:t>f 4140/1322/1079 4141/1321/1078 4143/1325/1081</w:t>
        <w:br/>
        <w:t>f 4146/1329/1083 4138/1320/1077 4139/1319/1076</w:t>
        <w:br/>
        <w:t>f 4149/1330/1083 4146/1329/1083 4139/1319/1076</w:t>
        <w:br/>
        <w:t>f 4153/1331/1084 4152/1332/1084 4151/1333/1085</w:t>
        <w:br/>
        <w:t>f 4150/1334/1085 4153/1331/1084 4151/1333/1085</w:t>
        <w:br/>
        <w:t>f 4075/1256/1030 4155/1335/1086 4154/1336/1086</w:t>
        <w:br/>
        <w:t>f 4074/1257/1030 4075/1256/1030 4154/1336/1086</w:t>
        <w:br/>
        <w:t>f 4080/1259/1031 4157/1337/1087 4156/1338/1088</w:t>
        <w:br/>
        <w:t>f 4079/1260/1031 4080/1259/1031 4156/1338/1088</w:t>
        <w:br/>
        <w:t>f 4103/1284/1050 4159/1339/1089 4158/1340/1090</w:t>
        <w:br/>
        <w:t>f 4102/1281/1048 4103/1284/1050 4158/1340/1090</w:t>
        <w:br/>
        <w:t>f 4163/1341/1091 4162/1342/1092 4161/1343/1093</w:t>
        <w:br/>
        <w:t>f 4160/1344/1094 4163/1341/1091 4161/1343/1093</w:t>
        <w:br/>
        <w:t>f 4167/1345/1095 4166/1346/1095 4165/1347/1095</w:t>
        <w:br/>
        <w:t>f 4164/1348/1095 4167/1345/1095 4165/1347/1095</w:t>
        <w:br/>
        <w:t>f 4170/1349/1096 4169/1350/1097 4168/1351/1098</w:t>
        <w:br/>
        <w:t>f 4171/1352/1096 4170/1349/1096 4168/1351/1098</w:t>
        <w:br/>
        <w:t>f 4144/1324/1080 4145/1323/1080 4172/1353/1099</w:t>
        <w:br/>
        <w:t>f 4173/1354/1100 4144/1324/1080 4172/1353/1099</w:t>
        <w:br/>
        <w:t>f 4174/1355/1101 4147/1328/1082 4148/1327/1082</w:t>
        <w:br/>
        <w:t>f 4175/1356/1102 4174/1355/1101 4148/1327/1082</w:t>
        <w:br/>
        <w:t>f 4151/1333/1085 4057/1235/1017 4054/1238/1017</w:t>
        <w:br/>
        <w:t>f 4150/1334/1085 4151/1333/1085 4054/1238/1017</w:t>
        <w:br/>
        <w:t>f 4161/1343/1093 4106/1289/1053 4107/1288/1053</w:t>
        <w:br/>
        <w:t>f 4160/1344/1094 4161/1343/1093 4107/1288/1053</w:t>
        <w:br/>
        <w:t>f 3789/1081/904 3786/1084/904 3784/1080/903</w:t>
        <w:br/>
        <w:t>f 3785/1079/903 3789/1081/904 3784/1080/903</w:t>
        <w:br/>
        <w:t>f 3867/1161/959 3871/1166/961 3872/1165/961</w:t>
        <w:br/>
        <w:t>f 3866/1162/959 3867/1161/959 3872/1165/961</w:t>
        <w:br/>
        <w:t>f 3881/1173/967 3874/1170/964 3875/1169/964</w:t>
        <w:br/>
        <w:t>f 3880/1174/968 3881/1173/967 3875/1169/964</w:t>
        <w:br/>
        <w:t>f 2405/485/391 4210/1357/1103 4209/1358/1104</w:t>
        <w:br/>
        <w:t>f 2404/486/391 2405/485/391 4209/1358/1104</w:t>
        <w:br/>
        <w:t>f 4211/1359/1105 2407/490/394 2408/489/394</w:t>
        <w:br/>
        <w:t>f 4212/1360/1105 4211/1359/1105 2408/489/394</w:t>
        <w:br/>
        <w:t>f 4215/1361/1106 4214/1362/1107 2411/495/1108</w:t>
        <w:br/>
        <w:t>f 4213/1363/1109 4215/1361/1106 2411/495/1108</w:t>
        <w:br/>
        <w:t>f 4216/1364/1110 4209/1358/1104 4210/1357/1103</w:t>
        <w:br/>
        <w:t>f 4217/1365/1110 4216/1364/1110 4210/1357/1103</w:t>
        <w:br/>
        <w:t>f 4219/1366/1111 4211/1359/1105 4212/1360/1105</w:t>
        <w:br/>
        <w:t>f 4218/1367/1111 4219/1366/1111 4212/1360/1105</w:t>
        <w:br/>
        <w:t>f 4214/1362/1107 4215/1361/1106 4221/1368/1112</w:t>
        <w:br/>
        <w:t>f 4220/1369/1113 4214/1362/1107 4221/1368/1112</w:t>
        <w:br/>
        <w:t>f 4216/1364/1110 4217/1365/1110 4223/1370/1114</w:t>
        <w:br/>
        <w:t>f 4222/1371/1114 4216/1364/1110 4223/1370/1114</w:t>
        <w:br/>
        <w:t>f 4225/1372/1115 4219/1366/1111 4218/1367/1111</w:t>
        <w:br/>
        <w:t>f 4224/1373/1115 4225/1372/1115 4218/1367/1111</w:t>
        <w:br/>
        <w:t>f 4227/1374/1116 4226/1375/1117 4220/1369/1113</w:t>
        <w:br/>
        <w:t>f 4221/1368/1112 4227/1374/1116 4220/1369/1113</w:t>
        <w:br/>
        <w:t>f 4222/1371/1114 4223/1370/1114 4229/1376/1118</w:t>
        <w:br/>
        <w:t>f 4228/1377/1118 4222/1371/1114 4229/1376/1118</w:t>
        <w:br/>
        <w:t>f 4231/1378/1119 4230/1379/1120 4225/1372/1115</w:t>
        <w:br/>
        <w:t>f 4224/1373/1115 4231/1378/1119 4225/1372/1115</w:t>
        <w:br/>
        <w:t>f 4233/1380/1121 4226/1375/1117 4227/1374/1116</w:t>
        <w:br/>
        <w:t>f 4232/1381/1121 4233/1380/1121 4227/1374/1116</w:t>
        <w:br/>
        <w:t>f 4228/1377/1118 4229/1376/1118 4234/1382/1122</w:t>
        <w:br/>
        <w:t>f 4235/1383/1122 4228/1377/1118 4234/1382/1122</w:t>
        <w:br/>
        <w:t>f 4237/1384/1123 4230/1379/1120 4231/1378/1119</w:t>
        <w:br/>
        <w:t>f 4236/1385/1124 4237/1384/1123 4231/1378/1119</w:t>
        <w:br/>
        <w:t>f 4232/1381/1121 4239/1386/1125 4238/1387/1125</w:t>
        <w:br/>
        <w:t>f 4233/1380/1121 4232/1381/1121 4238/1387/1125</w:t>
        <w:br/>
        <w:t>f 4241/1388/1126 4240/1389/1126 4235/1383/1122</w:t>
        <w:br/>
        <w:t>f 4234/1382/1122 4241/1388/1126 4235/1383/1122</w:t>
        <w:br/>
        <w:t>f 4236/1385/1124 4243/1390/1127 4242/1391/1127</w:t>
        <w:br/>
        <w:t>f 4237/1384/1123 4236/1385/1124 4242/1391/1127</w:t>
        <w:br/>
        <w:t>f 4238/1387/1125 4239/1386/1125 4245/1392/1128</w:t>
        <w:br/>
        <w:t>f 4244/1393/1128 4238/1387/1125 4245/1392/1128</w:t>
        <w:br/>
        <w:t>f 4240/1389/1126 4241/1388/1126 4246/1394/1129</w:t>
        <w:br/>
        <w:t>f 4247/1395/1130 4240/1389/1126 4246/1394/1129</w:t>
        <w:br/>
        <w:t>f 4248/1396/1131 4242/1391/1127 4243/1390/1127</w:t>
        <w:br/>
        <w:t>f 4249/1397/1131 4248/1396/1131 4243/1390/1127</w:t>
        <w:br/>
        <w:t>f 4245/1392/1128 4251/1398/1132 4250/1399/1132</w:t>
        <w:br/>
        <w:t>f 4244/1393/1128 4245/1392/1128 4250/1399/1132</w:t>
        <w:br/>
        <w:t>f 4247/1395/1130 4246/1394/1129 4253/1400/1133</w:t>
        <w:br/>
        <w:t>f 4252/1401/1133 4247/1395/1130 4253/1400/1133</w:t>
        <w:br/>
        <w:t>f 4255/1402/1134 4248/1396/1131 4249/1397/1131</w:t>
        <w:br/>
        <w:t>f 4254/1403/1134 4255/1402/1134 4249/1397/1131</w:t>
        <w:br/>
        <w:t>f 4257/1404/1135 4250/1399/1132 4251/1398/1132</w:t>
        <w:br/>
        <w:t>f 4256/1405/1135 4257/1404/1135 4251/1398/1132</w:t>
        <w:br/>
        <w:t>f 4260/1406/1136 4259/1407/1137 4258/1408/1138</w:t>
        <w:br/>
        <w:t>f 4261/1409/1139 4260/1406/1136 4258/1408/1138</w:t>
        <w:br/>
        <w:t>f 4263/1410/1140 4262/1411/1141 4259/1407/1137</w:t>
        <w:br/>
        <w:t>f 4260/1406/1136 4263/1410/1140 4259/1407/1137</w:t>
        <w:br/>
        <w:t>f 4266/1412/1142 4265/1413/1143 4264/1414/1144</w:t>
        <w:br/>
        <w:t>f 4267/1415/1145 4266/1412/1142 4264/1414/1144</w:t>
        <w:br/>
        <w:t>f 2467/549/435 2466/550/436 4265/1413/1143</w:t>
        <w:br/>
        <w:t>f 4266/1412/1142 2467/549/435 4265/1413/1143</w:t>
        <w:br/>
        <w:t>f 4268/1416/1146 2469/552/438 2470/551/437</w:t>
        <w:br/>
        <w:t>f 4269/1417/1147 4268/1416/1146 2470/551/437</w:t>
        <w:br/>
        <w:t>f 4269/1417/1147 4271/1418/1148 4270/1419/1149</w:t>
        <w:br/>
        <w:t>f 4268/1416/1146 4269/1417/1147 4270/1419/1149</w:t>
        <w:br/>
        <w:t>f 4273/1420/1150 4270/1419/1149 4271/1418/1148</w:t>
        <w:br/>
        <w:t>f 4272/1421/1151 4273/1420/1150 4271/1418/1148</w:t>
        <w:br/>
        <w:t>f 4275/1422/1152 4273/1420/1150 4272/1421/1151</w:t>
        <w:br/>
        <w:t>f 4274/1423/1153 4275/1422/1152 4272/1421/1151</w:t>
        <w:br/>
        <w:t>f 4274/1423/1153 4261/1409/1139 4258/1408/1138</w:t>
        <w:br/>
        <w:t>f 4275/1422/1152 4274/1423/1153 4258/1408/1138</w:t>
        <w:br/>
        <w:t>f 4267/1415/1145 4264/1414/1144 4262/1411/1141</w:t>
        <w:br/>
        <w:t>f 4263/1410/1140 4267/1415/1145 4262/1411/1141</w:t>
        <w:br/>
        <w:t>f 4277/1424/1154 4260/1406/1136 4261/1409/1139</w:t>
        <w:br/>
        <w:t>f 4276/1425/1155 4277/1424/1154 4261/1409/1139</w:t>
        <w:br/>
        <w:t>f 4278/1426/1156 4263/1410/1140 4260/1406/1136</w:t>
        <w:br/>
        <w:t>f 4277/1424/1154 4278/1426/1156 4260/1406/1136</w:t>
        <w:br/>
        <w:t>f 4267/1415/1145 4280/1427/1157 4279/1428/1158</w:t>
        <w:br/>
        <w:t>f 4266/1412/1142 4267/1415/1145 4279/1428/1158</w:t>
        <w:br/>
        <w:t>f 2483/566/452 2467/549/435 4266/1412/1142</w:t>
        <w:br/>
        <w:t>f 4279/1428/1158 2483/566/452 4266/1412/1142</w:t>
        <w:br/>
        <w:t>f 2485/567/453 4281/1429/1159 4269/1417/1147</w:t>
        <w:br/>
        <w:t>f 2470/551/437 2485/567/453 4269/1417/1147</w:t>
        <w:br/>
        <w:t>f 4281/1429/1159 4282/1430/1160 4271/1418/1148</w:t>
        <w:br/>
        <w:t>f 4269/1417/1147 4281/1429/1159 4271/1418/1148</w:t>
        <w:br/>
        <w:t>f 4282/1430/1160 4283/1431/1161 4272/1421/1151</w:t>
        <w:br/>
        <w:t>f 4271/1418/1148 4282/1430/1160 4272/1421/1151</w:t>
        <w:br/>
        <w:t>f 4274/1423/1153 4272/1421/1151 4283/1431/1161</w:t>
        <w:br/>
        <w:t>f 4284/1432/1162 4274/1423/1153 4283/1431/1161</w:t>
        <w:br/>
        <w:t>f 4284/1432/1162 4276/1425/1155 4261/1409/1139</w:t>
        <w:br/>
        <w:t>f 4274/1423/1153 4284/1432/1162 4261/1409/1139</w:t>
        <w:br/>
        <w:t>f 4263/1410/1140 4278/1426/1156 4280/1427/1157</w:t>
        <w:br/>
        <w:t>f 4267/1415/1145 4263/1410/1140 4280/1427/1157</w:t>
        <w:br/>
        <w:t>f 4287/1433/1163 4286/1434/1164 4285/1435/1165</w:t>
        <w:br/>
        <w:t>f 4288/1436/1166 4287/1433/1163 4285/1435/1165</w:t>
        <w:br/>
        <w:t>f 4286/1434/1164 4290/1437/1167 4289/1438/1168</w:t>
        <w:br/>
        <w:t>f 4285/1435/1165 4286/1434/1164 4289/1438/1168</w:t>
        <w:br/>
        <w:t>f 4294/1439/1169 4293/1440/1170 4292/1441/1171</w:t>
        <w:br/>
        <w:t>f 4291/1442/1172 4294/1439/1169 4292/1441/1171</w:t>
        <w:br/>
        <w:t>f 2500/582/468 4294/1439/1169 4291/1442/1172</w:t>
        <w:br/>
        <w:t>f 2499/583/469 2500/582/468 4291/1442/1172</w:t>
        <w:br/>
        <w:t>f 4296/1443/1173 4295/1444/1174 2503/584/470</w:t>
        <w:br/>
        <w:t>f 2504/587/473 4296/1443/1173 2503/584/470</w:t>
        <w:br/>
        <w:t>f 4298/1445/1175 4297/1446/1176 4295/1444/1174</w:t>
        <w:br/>
        <w:t>f 4296/1443/1173 4298/1445/1175 4295/1444/1174</w:t>
        <w:br/>
        <w:t>f 4300/1447/1177 4299/1448/1178 4297/1446/1176</w:t>
        <w:br/>
        <w:t>f 4298/1445/1175 4300/1447/1177 4297/1446/1176</w:t>
        <w:br/>
        <w:t>f 4302/1449/1179 4301/1450/1180 4299/1448/1178</w:t>
        <w:br/>
        <w:t>f 4300/1447/1177 4302/1449/1179 4299/1448/1178</w:t>
        <w:br/>
        <w:t>f 4301/1450/1180 4302/1449/1179 4287/1433/1163</w:t>
        <w:br/>
        <w:t>f 4288/1436/1166 4301/1450/1180 4287/1433/1163</w:t>
        <w:br/>
        <w:t>f 4290/1437/1167 4292/1441/1171 4293/1440/1170</w:t>
        <w:br/>
        <w:t>f 4289/1438/1168 4290/1437/1167 4293/1440/1170</w:t>
        <w:br/>
        <w:t>f 4288/1436/1166 4285/1435/1165 4304/1451/1181</w:t>
        <w:br/>
        <w:t>f 4303/1452/1182 4288/1436/1166 4304/1451/1181</w:t>
        <w:br/>
        <w:t>f 4305/1453/1183 4304/1451/1181 4285/1435/1165</w:t>
        <w:br/>
        <w:t>f 4289/1438/1168 4305/1453/1183 4285/1435/1165</w:t>
        <w:br/>
        <w:t>f 4293/1440/1170 4294/1439/1169 4307/1454/1184</w:t>
        <w:br/>
        <w:t>f 4306/1455/1185 4293/1440/1170 4307/1454/1184</w:t>
        <w:br/>
        <w:t>f 2516/599/485 4307/1454/1184 4294/1439/1169</w:t>
        <w:br/>
        <w:t>f 2500/582/468 2516/599/485 4294/1439/1169</w:t>
        <w:br/>
        <w:t>f 2518/600/486 2503/584/470 4295/1444/1174</w:t>
        <w:br/>
        <w:t>f 4308/1456/1186 2518/600/486 4295/1444/1174</w:t>
        <w:br/>
        <w:t>f 4308/1456/1186 4295/1444/1174 4297/1446/1176</w:t>
        <w:br/>
        <w:t>f 4309/1457/1187 4308/1456/1186 4297/1446/1176</w:t>
        <w:br/>
        <w:t>f 4299/1448/1178 4310/1458/1188 4309/1457/1187</w:t>
        <w:br/>
        <w:t>f 4297/1446/1176 4299/1448/1178 4309/1457/1187</w:t>
        <w:br/>
        <w:t>f 4310/1458/1188 4299/1448/1178 4301/1450/1180</w:t>
        <w:br/>
        <w:t>f 4311/1459/1189 4310/1458/1188 4301/1450/1180</w:t>
        <w:br/>
        <w:t>f 4311/1459/1189 4301/1450/1180 4288/1436/1166</w:t>
        <w:br/>
        <w:t>f 4303/1452/1182 4311/1459/1189 4288/1436/1166</w:t>
        <w:br/>
        <w:t>f 4289/1438/1168 4293/1440/1170 4306/1455/1185</w:t>
        <w:br/>
        <w:t>f 4305/1453/1183 4289/1438/1168 4306/1455/1185</w:t>
        <w:br/>
        <w:t>f 4314/1460/1190 4258/1408/1191 4313/1461/1192</w:t>
        <w:br/>
        <w:t>f 4312/1462/1193 4314/1460/1190 4313/1461/1192</w:t>
        <w:br/>
        <w:t>f 4312/1462/1193 4313/1461/1192 4315/1463/1194</w:t>
        <w:br/>
        <w:t>f 4316/1464/1195 4312/1462/1193 4315/1463/1194</w:t>
        <w:br/>
        <w:t>f 4319/1465/1196 4318/1466/1197 4317/1467/1198</w:t>
        <w:br/>
        <w:t>f 4320/1468/1198 4319/1465/1196 4317/1467/1198</w:t>
        <w:br/>
        <w:t>f 4318/1466/1197 4319/1465/1196 2531/615/500</w:t>
        <w:br/>
        <w:t>f 2532/614/500 4318/1466/1197 2531/615/500</w:t>
        <w:br/>
        <w:t>f 2533/618/502 2534/617/502 4321/1469/1199</w:t>
        <w:br/>
        <w:t>f 4322/1470/1200 2533/618/502 4321/1469/1199</w:t>
        <w:br/>
        <w:t>f 4324/1471/1201 4323/1472/1202 4322/1470/1200</w:t>
        <w:br/>
        <w:t>f 4321/1469/1199 4324/1471/1201 4322/1470/1200</w:t>
        <w:br/>
        <w:t>f 4326/1473/1203 4325/1474/1204 4323/1472/1202</w:t>
        <w:br/>
        <w:t>f 4324/1471/1201 4326/1473/1203 4323/1472/1202</w:t>
        <w:br/>
        <w:t>f 4328/1475/1205 4325/1474/1204 4326/1473/1203</w:t>
        <w:br/>
        <w:t>f 4327/1476/1206 4328/1475/1205 4326/1473/1203</w:t>
        <w:br/>
        <w:t>f 4314/1460/1190 4328/1475/1205 4327/1476/1206</w:t>
        <w:br/>
        <w:t>f 4258/1408/1191 4314/1460/1190 4327/1476/1206</w:t>
        <w:br/>
        <w:t>f 4320/1468/1198 4317/1467/1198 4316/1464/1195</w:t>
        <w:br/>
        <w:t>f 4315/1463/1194 4320/1468/1198 4316/1464/1195</w:t>
        <w:br/>
        <w:t>f 4331/1477/1207 4330/1478/1208 4329/1479/1208</w:t>
        <w:br/>
        <w:t>f 4332/1480/1207 4331/1477/1207 4329/1479/1208</w:t>
        <w:br/>
        <w:t>f 4334/1481/1209 4331/1477/1207 4332/1480/1207</w:t>
        <w:br/>
        <w:t>f 4333/1482/1209 4334/1481/1209 4332/1480/1207</w:t>
        <w:br/>
        <w:t>f 4337/1483/1210 4336/1484/1210 4335/1485/1211</w:t>
        <w:br/>
        <w:t>f 4338/1486/1212 4337/1483/1210 4335/1485/1211</w:t>
        <w:br/>
        <w:t>f 4335/1485/1211 2553/637/516 2554/636/515</w:t>
        <w:br/>
        <w:t>f 4338/1486/1212 4335/1485/1211 2554/636/515</w:t>
        <w:br/>
        <w:t>f 2558/638/517 4340/1487/1213 4339/1488/1213</w:t>
        <w:br/>
        <w:t>f 2557/639/517 2558/638/517 4339/1488/1213</w:t>
        <w:br/>
        <w:t>f 4342/1489/1214 4339/1488/1213 4340/1487/1213</w:t>
        <w:br/>
        <w:t>f 4341/1490/1214 4342/1489/1214 4340/1487/1213</w:t>
        <w:br/>
        <w:t>f 4344/1491/1215 4343/1492/1216 4342/1489/1214</w:t>
        <w:br/>
        <w:t>f 4341/1490/1214 4344/1491/1215 4342/1489/1214</w:t>
        <w:br/>
        <w:t>f 4346/1493/1217 4345/1494/1218 4343/1492/1216</w:t>
        <w:br/>
        <w:t>f 4344/1491/1215 4346/1493/1217 4343/1492/1216</w:t>
        <w:br/>
        <w:t>f 4329/1479/1208 4330/1478/1208 4345/1494/1218</w:t>
        <w:br/>
        <w:t>f 4346/1493/1217 4329/1479/1208 4345/1494/1218</w:t>
        <w:br/>
        <w:t>f 4337/1483/1210 4334/1481/1209 4333/1482/1209</w:t>
        <w:br/>
        <w:t>f 4336/1484/1210 4337/1483/1210 4333/1482/1209</w:t>
        <w:br/>
        <w:t>f 4450/1495/1219 4449/1496/1220 4448/1497/1221</w:t>
        <w:br/>
        <w:t>f 4451/1498/1222 4450/1495/1219 4448/1497/1221</w:t>
        <w:br/>
        <w:t>f 4449/1496/1220 4453/1499/1223 4452/1500/1224</w:t>
        <w:br/>
        <w:t>f 4448/1497/1221 4449/1496/1220 4452/1500/1224</w:t>
        <w:br/>
        <w:t>f 4453/1499/1223 4455/1501/1225 4454/1502/1226</w:t>
        <w:br/>
        <w:t>f 4452/1500/1224 4453/1499/1223 4454/1502/1226</w:t>
        <w:br/>
        <w:t>f 4459/1503/1227 4458/1504/1228 4457/1505/1229</w:t>
        <w:br/>
        <w:t>f 4456/1506/1230 4459/1503/1227 4457/1505/1229</w:t>
        <w:br/>
        <w:t>f 4458/1504/1228 4461/1507/1231 4460/1508/1232</w:t>
        <w:br/>
        <w:t>f 4457/1505/1229 4458/1504/1228 4460/1508/1232</w:t>
        <w:br/>
        <w:t>f 4463/1509/1233 4459/1503/1227 4456/1506/1230</w:t>
        <w:br/>
        <w:t>f 4462/1510/1234 4463/1509/1233 4456/1506/1230</w:t>
        <w:br/>
        <w:t>f 4451/1498/1222 4465/1511/1235 4464/1512/1236</w:t>
        <w:br/>
        <w:t>f 4450/1495/1219 4451/1498/1222 4464/1512/1236</w:t>
        <w:br/>
        <w:t>f 4462/1510/1234 4467/1513/1237 4466/1514/1238</w:t>
        <w:br/>
        <w:t>f 4463/1509/1233 4462/1510/1234 4466/1514/1238</w:t>
        <w:br/>
        <w:t>f 4468/1515/1239 4466/1514/1238 4467/1513/1237</w:t>
        <w:br/>
        <w:t>f 4469/1516/1240 4468/1515/1239 4467/1513/1237</w:t>
        <w:br/>
        <w:t>f 4471/1517/1241 2712/672/547 4470/1518/1242</w:t>
        <w:br/>
        <w:t>f 4474/1519/1243 4473/1520/1244 4472/1521/1245</w:t>
        <w:br/>
        <w:t>f 4471/1517/1241 4474/1519/1243 4472/1521/1245</w:t>
        <w:br/>
        <w:t>f 4477/1522/1246 4476/1523/1247 4475/1524/1248</w:t>
        <w:br/>
        <w:t>f 4478/1525/1249 4477/1522/1246 4475/1524/1248</w:t>
        <w:br/>
        <w:t>f 2724/680/555 4478/1525/1249 4479/1526/1250</w:t>
        <w:br/>
        <w:t>f 2723/681/556 2724/680/555 4479/1526/1250</w:t>
        <w:br/>
        <w:t>f 4455/1501/1225 4476/1523/1247 4477/1522/1246</w:t>
        <w:br/>
        <w:t>f 4454/1502/1226 4455/1501/1225 4477/1522/1246</w:t>
        <w:br/>
        <w:t>f 4473/1520/1244 4468/1515/1239 4469/1516/1240</w:t>
        <w:br/>
        <w:t>f 4472/1521/1245 4473/1520/1244 4469/1516/1240</w:t>
        <w:br/>
        <w:t>f 4481/1527/1251 4480/1528/1252 2727/683/558</w:t>
        <w:br/>
        <w:t>f 2728/686/561 4481/1527/1251 2727/683/558</w:t>
        <w:br/>
        <w:t>f 2730/687/562 2729/688/563 4460/1508/1232</w:t>
        <w:br/>
        <w:t>f 4461/1507/1231 2730/687/562 4460/1508/1232</w:t>
        <w:br/>
        <w:t>f 4480/1528/1252 4481/1527/1251 4464/1512/1236</w:t>
        <w:br/>
        <w:t>f 4465/1511/1235 4480/1528/1252 4464/1512/1236</w:t>
        <w:br/>
        <w:t>f 4484/1529/1253 4483/1530/1254 4482/1531/1255</w:t>
        <w:br/>
        <w:t>f 4485/1532/1255 4484/1529/1253 4482/1531/1255</w:t>
        <w:br/>
        <w:t>f 4489/1533/1256 4488/1534/1257 4487/1535/1258</w:t>
        <w:br/>
        <w:t>f 4486/1536/1256 4489/1533/1256 4487/1535/1258</w:t>
        <w:br/>
        <w:t>f 4491/1537/1259 4489/1533/1256 4486/1536/1256</w:t>
        <w:br/>
        <w:t>f 4490/1538/1260 4491/1537/1259 4486/1536/1256</w:t>
        <w:br/>
        <w:t>f 4493/1539/1261 4484/1529/1253 4492/1540/1262</w:t>
        <w:br/>
        <w:t>f 4497/1541/1263 4496/1542/1264 4495/1543/1265</w:t>
        <w:br/>
        <w:t>f 4494/1544/1266 4497/1541/1263 4495/1543/1265</w:t>
        <w:br/>
        <w:t>f 4496/1542/1264 2747/706/579 2748/705/578</w:t>
        <w:br/>
        <w:t>f 4495/1543/1265 4496/1542/1264 2748/705/578</w:t>
        <w:br/>
        <w:t>f 4496/1542/1264 4497/1541/1263 4498/1545/1267</w:t>
        <w:br/>
        <w:t>f 4496/1542/1264 4499/1546/1268 2747/706/579</w:t>
        <w:br/>
        <w:t>f 4492/1540/1262 4500/1547/1269 4493/1539/1261</w:t>
        <w:br/>
        <w:t>f 4501/1548/1270 4498/1545/1267 4485/1532/1255</w:t>
        <w:br/>
        <w:t>f 4482/1531/1255 4501/1548/1270 4485/1532/1255</w:t>
        <w:br/>
        <w:t>f 4490/1538/1260 2753/712/584 2754/711/584</w:t>
        <w:br/>
        <w:t>f 4491/1537/1259 4490/1538/1260 2754/711/584</w:t>
        <w:br/>
        <w:t>f 4503/1549/1271 4502/1550/1272 4500/1547/1269</w:t>
        <w:br/>
        <w:t>f 4488/1534/1257 4502/1550/1272 4504/1551/1273</w:t>
        <w:br/>
        <w:t>f 4487/1535/1258 4488/1534/1257 4504/1551/1273</w:t>
        <w:br/>
        <w:t>f 4508/1552/1274 4507/1553/1275 4506/1554/1275</w:t>
        <w:br/>
        <w:t>f 4505/1555/1276 4508/1552/1274 4506/1554/1275</w:t>
        <w:br/>
        <w:t>f 4509/1556/1277 4506/1554/1275 4507/1553/1275</w:t>
        <w:br/>
        <w:t>f 4510/1557/1277 4509/1556/1277 4507/1553/1275</w:t>
        <w:br/>
        <w:t>f 4512/1558/1278 4509/1556/1277 4510/1557/1277</w:t>
        <w:br/>
        <w:t>f 4511/1559/1278 4512/1558/1278 4510/1557/1277</w:t>
        <w:br/>
        <w:t>f 4516/1560/1279 4515/1561/1280 4514/1562/1280</w:t>
        <w:br/>
        <w:t>f 4513/1563/1281 4516/1560/1279 4514/1562/1280</w:t>
        <w:br/>
        <w:t>f 4518/1564/1282 4516/1560/1279 4513/1563/1281</w:t>
        <w:br/>
        <w:t>f 4517/1565/1283 4518/1564/1282 4513/1563/1281</w:t>
        <w:br/>
        <w:t>f 4519/1566/1284 4508/1552/1274 4505/1555/1276</w:t>
        <w:br/>
        <w:t>f 4520/1567/1284 4519/1566/1284 4505/1555/1276</w:t>
        <w:br/>
        <w:t>f 4514/1562/1280 4515/1561/1280 4522/1568/1285</w:t>
        <w:br/>
        <w:t>f 4521/1569/1285 4514/1562/1280 4522/1568/1285</w:t>
        <w:br/>
        <w:t>f 4522/1568/1285 4524/1570/1286 4523/1571/1286</w:t>
        <w:br/>
        <w:t>f 4521/1569/1285 4522/1568/1285 4523/1571/1286</w:t>
        <w:br/>
        <w:t>f 4524/1570/1286 4526/1572/1287 4525/1573/1287</w:t>
        <w:br/>
        <w:t>f 4523/1571/1286 4524/1570/1286 4525/1573/1287</w:t>
        <w:br/>
        <w:t>f 4529/1574/1288 4528/1575/1289 4527/1576/1290</w:t>
        <w:br/>
        <w:t>f 4530/1577/1288 4529/1574/1288 4527/1576/1290</w:t>
        <w:br/>
        <w:t>f 4534/1578/1291 4533/1579/1292 4532/1580/1293</w:t>
        <w:br/>
        <w:t>f 4531/1581/1294 4534/1578/1291 4532/1580/1293</w:t>
        <w:br/>
        <w:t>f 4533/1579/1292 4534/1578/1291 4512/1558/1278</w:t>
        <w:br/>
        <w:t>f 4511/1559/1278 4533/1579/1292 4512/1558/1278</w:t>
        <w:br/>
        <w:t>f 4526/1572/1287 4529/1574/1288 4530/1577/1288</w:t>
        <w:br/>
        <w:t>f 4525/1573/1287 4526/1572/1287 4530/1577/1288</w:t>
        <w:br/>
        <w:t>f 2788/748/610 2789/747/610 4535/1582/1295</w:t>
        <w:br/>
        <w:t>f 4536/1583/1296 2788/748/610 4535/1582/1295</w:t>
        <w:br/>
        <w:t>f 2792/750/612 4518/1564/1282 4517/1565/1283</w:t>
        <w:br/>
        <w:t>f 2793/751/612 2792/750/612 4517/1565/1283</w:t>
        <w:br/>
        <w:t>f 4519/1566/1284 4520/1567/1284 4536/1583/1296</w:t>
        <w:br/>
        <w:t>f 4535/1582/1295 4519/1566/1284 4536/1583/1296</w:t>
        <w:br/>
        <w:t>f 4539/1584/1297 4538/1585/1297 4537/1586/1298</w:t>
        <w:br/>
        <w:t>f 4540/1587/1298 4539/1584/1297 4537/1586/1298</w:t>
        <w:br/>
        <w:t>f 4543/1588/1299 4542/1589/1300 4541/1590/1300</w:t>
        <w:br/>
        <w:t>f 4544/1591/1299 4543/1588/1299 4541/1590/1300</w:t>
        <w:br/>
        <w:t>f 4548/1592/1301 4547/1593/1302 4546/1594/1303</w:t>
        <w:br/>
        <w:t>f 4545/1595/1301 4548/1592/1301 4546/1594/1303</w:t>
        <w:br/>
        <w:t>f 4551/1596/1304 4550/1597/1305 4549/1598/1305</w:t>
        <w:br/>
        <w:t>f 4552/1599/1304 4551/1596/1304 4549/1598/1305</w:t>
        <w:br/>
        <w:t>f 4547/1593/1302 4554/1600/1306 4553/1601/1306</w:t>
        <w:br/>
        <w:t>f 4546/1594/1303 4547/1593/1302 4553/1601/1306</w:t>
        <w:br/>
        <w:t>f 4550/1597/1305 4556/1602/1307 4555/1603/1308</w:t>
        <w:br/>
        <w:t>f 4549/1598/1305 4550/1597/1305 4555/1603/1308</w:t>
        <w:br/>
        <w:t>f 4541/1590/1300 4542/1589/1300 4557/1604/1309</w:t>
        <w:br/>
        <w:t>f 4558/1605/1309 4541/1590/1300 4557/1604/1309</w:t>
        <w:br/>
        <w:t>f 4540/1587/1298 4537/1586/1298 4560/1606/1310</w:t>
        <w:br/>
        <w:t>f 4559/1607/1310 4540/1587/1298 4560/1606/1310</w:t>
        <w:br/>
        <w:t>f 4562/1608/1311 4561/1609/1312 4531/1581/1294</w:t>
        <w:br/>
        <w:t>f 4532/1580/1293 4562/1608/1311 4531/1581/1294</w:t>
        <w:br/>
        <w:t>f 4561/1609/1312 4562/1608/1311 4564/1610/1313</w:t>
        <w:br/>
        <w:t>f 4563/1611/1314 4561/1609/1312 4564/1610/1313</w:t>
        <w:br/>
        <w:t>f 4567/1612/1315 4566/1613/1316 4565/1614/1317</w:t>
        <w:br/>
        <w:t>f 4568/1615/1317 4567/1612/1315 4565/1614/1317</w:t>
        <w:br/>
        <w:t>f 4560/1606/1310 4570/1616/1318 4569/1617/1319</w:t>
        <w:br/>
        <w:t>f 4559/1607/1310 4560/1606/1310 4569/1617/1319</w:t>
        <w:br/>
        <w:t>f 4557/1604/1309 4572/1618/1320 4571/1619/1320</w:t>
        <w:br/>
        <w:t>f 4558/1605/1309 4557/1604/1309 4571/1619/1320</w:t>
        <w:br/>
        <w:t>f 4573/1620/1321 4543/1588/1299 4544/1591/1299</w:t>
        <w:br/>
        <w:t>f 4574/1621/1321 4573/1620/1321 4544/1591/1299</w:t>
        <w:br/>
        <w:t>f 4563/1611/1314 4564/1610/1313 4538/1585/1297</w:t>
        <w:br/>
        <w:t>f 4539/1584/1297 4563/1611/1314 4538/1585/1297</w:t>
        <w:br/>
        <w:t>f 4556/1602/1307 2832/791/640 2833/790/639</w:t>
        <w:br/>
        <w:t>f 4555/1603/1308 4556/1602/1307 2833/790/639</w:t>
        <w:br/>
        <w:t>f 4554/1600/1306 2834/793/642 2835/792/641</w:t>
        <w:br/>
        <w:t>f 4553/1601/1306 4554/1600/1306 2835/792/641</w:t>
        <w:br/>
        <w:t>f 4569/1617/1319 4570/1616/1318 4576/1622/1322</w:t>
        <w:br/>
        <w:t>f 4575/1623/1323 4569/1617/1319 4576/1622/1322</w:t>
        <w:br/>
        <w:t>f 4578/1624/1324 4571/1619/1320 4572/1618/1320</w:t>
        <w:br/>
        <w:t>f 4577/1625/1324 4578/1624/1324 4572/1618/1320</w:t>
        <w:br/>
        <w:t>f 4545/1595/1301 4575/1623/1323 4576/1622/1322</w:t>
        <w:br/>
        <w:t>f 4548/1592/1301 4545/1595/1301 4576/1622/1322</w:t>
        <w:br/>
        <w:t>f 4552/1599/1304 4578/1624/1324 4577/1625/1324</w:t>
        <w:br/>
        <w:t>f 4551/1596/1304 4552/1599/1304 4577/1625/1324</w:t>
        <w:br/>
        <w:t>f 4528/1575/1289 4580/1626/1325 4579/1627/1325</w:t>
        <w:br/>
        <w:t>f 4527/1576/1290 4528/1575/1289 4579/1627/1325</w:t>
        <w:br/>
        <w:t>f 4492/1540/1262 4503/1549/1271 4500/1547/1269</w:t>
        <w:br/>
        <w:t>f 4582/1628/1326 4579/1627/1325 4580/1626/1325</w:t>
        <w:br/>
        <w:t>f 4581/1629/1326 4582/1628/1326 4580/1626/1325</w:t>
        <w:br/>
        <w:t>f 4573/1620/1321 4574/1621/1321 4568/1615/1317</w:t>
        <w:br/>
        <w:t>f 4565/1614/1317 4573/1620/1321 4568/1615/1317</w:t>
        <w:br/>
        <w:t>f 4501/1548/1270 4499/1546/1268 4496/1542/1264</w:t>
        <w:br/>
        <w:t>f 4498/1545/1267 4501/1548/1270 4496/1542/1264</w:t>
        <w:br/>
        <w:t>f 4493/1539/1261 4483/1530/1254 4484/1529/1253</w:t>
        <w:br/>
        <w:t>f 4503/1549/1271 4504/1551/1273 4502/1550/1272</w:t>
        <w:br/>
        <w:t>f 2712/672/547 4471/1517/1241 4478/1525/1249</w:t>
        <w:br/>
        <w:t>f 2724/680/555 2712/672/547 4478/1525/1249</w:t>
        <w:br/>
        <w:t>f 4477/1522/1246 4478/1525/1249 4471/1517/1241</w:t>
        <w:br/>
        <w:t>f 4472/1521/1245 4477/1522/1246 4471/1517/1241</w:t>
        <w:br/>
        <w:t>f 4472/1521/1245 4469/1516/1240 4454/1502/1226</w:t>
        <w:br/>
        <w:t>f 4477/1522/1246 4472/1521/1245 4454/1502/1226</w:t>
        <w:br/>
        <w:t>f 4469/1516/1240 4467/1513/1237 4452/1500/1224</w:t>
        <w:br/>
        <w:t>f 4454/1502/1226 4469/1516/1240 4452/1500/1224</w:t>
        <w:br/>
        <w:t>f 4448/1497/1221 4452/1500/1224 4467/1513/1237</w:t>
        <w:br/>
        <w:t>f 4462/1510/1234 4448/1497/1221 4467/1513/1237</w:t>
        <w:br/>
        <w:t>f 4462/1510/1234 4456/1506/1230 4451/1498/1222</w:t>
        <w:br/>
        <w:t>f 4448/1497/1221 4462/1510/1234 4451/1498/1222</w:t>
        <w:br/>
        <w:t>f 4456/1506/1230 4457/1505/1229 4465/1511/1235</w:t>
        <w:br/>
        <w:t>f 4451/1498/1222 4456/1506/1230 4465/1511/1235</w:t>
        <w:br/>
        <w:t>f 4460/1508/1232 4480/1528/1252 4465/1511/1235</w:t>
        <w:br/>
        <w:t>f 4457/1505/1229 4460/1508/1232 4465/1511/1235</w:t>
        <w:br/>
        <w:t>f 4480/1528/1252 4460/1508/1232 2729/688/563</w:t>
        <w:br/>
        <w:t>f 2727/683/558 4480/1528/1252 2729/688/563</w:t>
        <w:br/>
        <w:t>f 2723/681/556 4479/1526/1250 4495/1543/1265</w:t>
        <w:br/>
        <w:t>f 2748/705/578 2723/681/556 4495/1543/1265</w:t>
        <w:br/>
        <w:t>f 4479/1526/1250 4475/1524/1248 4494/1544/1266</w:t>
        <w:br/>
        <w:t>f 4495/1543/1265 4479/1526/1250 4494/1544/1266</w:t>
        <w:br/>
        <w:t>f 4476/1523/1247 4455/1501/1225 4583/1630/1327</w:t>
        <w:br/>
        <w:t>f 4534/1578/1328 4476/1523/1247 4583/1630/1327</w:t>
        <w:br/>
        <w:t>f 4455/1501/1225 4453/1499/1223 4584/1631/1329</w:t>
        <w:br/>
        <w:t>f 4583/1630/1327 4455/1501/1225 4584/1631/1329</w:t>
        <w:br/>
        <w:t>f 4585/1632/1330 4584/1631/1329 4453/1499/1223</w:t>
        <w:br/>
        <w:t>f 4449/1496/1220 4585/1632/1330 4453/1499/1223</w:t>
        <w:br/>
        <w:t>f 4586/1633/1331 4585/1632/1330 4449/1496/1220</w:t>
        <w:br/>
        <w:t>f 4450/1495/1219 4586/1633/1331 4449/1496/1220</w:t>
        <w:br/>
        <w:t>f 4450/1495/1219 4464/1512/1236 4587/1634/1332</w:t>
        <w:br/>
        <w:t>f 4586/1633/1331 4450/1495/1219 4587/1634/1332</w:t>
        <w:br/>
        <w:t>f 4587/1634/1332 4464/1512/1236 4481/1527/1251</w:t>
        <w:br/>
        <w:t>f 4588/1635/1333 4587/1634/1332 4481/1527/1251</w:t>
        <w:br/>
        <w:t>f 4481/1527/1251 2728/686/561 4588/1635/1333</w:t>
        <w:br/>
        <w:t>f 4471/1517/1241 4470/1518/1242 4474/1519/1243</w:t>
        <w:br/>
        <w:t>f 4534/1578/1328 4494/1544/1266 4475/1524/1248</w:t>
        <w:br/>
        <w:t>f 4476/1523/1247 4534/1578/1328 4475/1524/1248</w:t>
        <w:br/>
        <w:t>f 4478/1525/1249 4475/1524/1248 4479/1526/1250</w:t>
        <w:br/>
        <w:t>f 4592/1636/1334 4591/1637/1335 4590/1638/1336</w:t>
        <w:br/>
        <w:t>f 4589/1639/1337 4592/1636/1334 4590/1638/1336</w:t>
        <w:br/>
        <w:t>f 4589/1639/1337 4590/1638/1336 4594/1640/1338</w:t>
        <w:br/>
        <w:t>f 4593/1641/1339 4589/1639/1337 4594/1640/1338</w:t>
        <w:br/>
        <w:t>f 4594/1640/1338 4596/1642/1340 4595/1643/1341</w:t>
        <w:br/>
        <w:t>f 4593/1641/1339 4594/1640/1338 4595/1643/1341</w:t>
        <w:br/>
        <w:t>f 4595/1643/1341 4599/1644/1342 4598/1645/1343</w:t>
        <w:br/>
        <w:t>f 4597/1646/1344 4595/1643/1341 4598/1645/1343</w:t>
        <w:br/>
        <w:t>f 4601/1647/1345 4598/1645/1343 4599/1644/1342</w:t>
        <w:br/>
        <w:t>f 4600/1648/1346 4601/1647/1345 4599/1644/1342</w:t>
        <w:br/>
        <w:t>f 4603/1649/1347 4602/1650/1348 4601/1647/1345</w:t>
        <w:br/>
        <w:t>f 4600/1648/1346 4603/1649/1347 4601/1647/1345</w:t>
        <w:br/>
        <w:t>f 4605/1651/1349 4603/1649/1347 4604/1652/1350</w:t>
        <w:br/>
        <w:t>f 4608/1653/1351 4607/1654/1352 4606/1655/1353</w:t>
        <w:br/>
        <w:t>f 4609/1656/1354 4608/1653/1351 4606/1655/1353</w:t>
        <w:br/>
        <w:t>f 4611/1657/1355 4609/1656/1354 4606/1655/1353</w:t>
        <w:br/>
        <w:t>f 4610/1658/1356 4611/1657/1355 4606/1655/1353</w:t>
        <w:br/>
        <w:t>f 4610/1658/1356 4613/1659/1357 4612/1660/1358</w:t>
        <w:br/>
        <w:t>f 4611/1657/1355 4610/1658/1356 4612/1660/1358</w:t>
        <w:br/>
        <w:t>f 4614/1661/1359 4612/1660/1358 4613/1659/1357</w:t>
        <w:br/>
        <w:t>f 4615/1662/1360 4614/1661/1359 4613/1659/1357</w:t>
        <w:br/>
        <w:t>f 4617/1663/1361 4616/1664/1362 4614/1661/1359</w:t>
        <w:br/>
        <w:t>f 4618/1665/1363 4617/1663/1361 4614/1661/1359</w:t>
        <w:br/>
        <w:t>f 4620/1666/1364 4619/1667/1365 4617/1663/1361</w:t>
        <w:br/>
        <w:t>f 4618/1665/1363 4620/1666/1364 4617/1663/1361</w:t>
        <w:br/>
        <w:t>f 4604/1652/1350 4620/1666/1364 4621/1668/1366</w:t>
        <w:br/>
        <w:t>f 4615/1662/1360 4622/1669/1367 4618/1665/1363</w:t>
        <w:br/>
        <w:t>f 4614/1661/1359 4615/1662/1360 4618/1665/1363</w:t>
        <w:br/>
        <w:t>f 4623/1670/1368 4620/1666/1364 4618/1665/1363</w:t>
        <w:br/>
        <w:t>f 4622/1669/1367 4623/1670/1368 4618/1665/1363</w:t>
        <w:br/>
        <w:t>f 4599/1644/1342 4616/1664/1362 4617/1663/1361</w:t>
        <w:br/>
        <w:t>f 4600/1648/1346 4599/1644/1342 4617/1663/1361</w:t>
        <w:br/>
        <w:t>f 4619/1667/1365 4603/1649/1347 4600/1648/1346</w:t>
        <w:br/>
        <w:t>f 4617/1663/1361 4619/1667/1365 4600/1648/1346</w:t>
        <w:br/>
        <w:t>f 4592/1636/1334 4625/1671/1369 4624/1672/1370</w:t>
        <w:br/>
        <w:t>f 4626/1673/1371 4592/1636/1334 4624/1672/1370</w:t>
        <w:br/>
        <w:t>f 4626/1673/1371 4624/1672/1370 4627/1674/1372</w:t>
        <w:br/>
        <w:t>f 4628/1675/1373 4626/1673/1371 4627/1674/1372</w:t>
        <w:br/>
        <w:t>f 4631/1676/1374 4630/1677/1375 4629/1678/1376</w:t>
        <w:br/>
        <w:t>f 4628/1675/1373 4631/1676/1374 4629/1678/1376</w:t>
        <w:br/>
        <w:t>f 4633/1679/1377 4632/1680/1378 4631/1676/1374</w:t>
        <w:br/>
        <w:t>f 4634/1681/1379 4633/1679/1377 4631/1676/1374</w:t>
        <w:br/>
        <w:t>f 4636/1682/1380 4635/1683/1381 4632/1680/1378</w:t>
        <w:br/>
        <w:t>f 4633/1679/1377 4636/1682/1380 4632/1680/1378</w:t>
        <w:br/>
        <w:t>f 4637/1684/1382 4635/1683/1381 4636/1682/1380</w:t>
        <w:br/>
        <w:t>f 4638/1685/1383 4637/1684/1382 4636/1682/1380</w:t>
        <w:br/>
        <w:t>f 4640/1686/1384 4639/1687/1385 4637/1684/1382</w:t>
        <w:br/>
        <w:t>f 4642/1688/1386 4639/1687/1385 4640/1686/1384</w:t>
        <w:br/>
        <w:t>f 4641/1689/1387 4642/1688/1386 4640/1686/1384</w:t>
        <w:br/>
        <w:t>f 4641/1689/1387 4644/1690/1388 4643/1691/1389</w:t>
        <w:br/>
        <w:t>f 4642/1688/1386 4641/1689/1387 4643/1691/1389</w:t>
        <w:br/>
        <w:t>f 4644/1690/1388 4646/1692/1390 4645/1693/1391</w:t>
        <w:br/>
        <w:t>f 4643/1691/1389 4644/1690/1388 4645/1693/1391</w:t>
        <w:br/>
        <w:t>f 4608/1653/1351 4591/1637/1335 4647/1694/1392</w:t>
        <w:br/>
        <w:t>f 4648/1695/1393 4608/1653/1351 4647/1694/1392</w:t>
        <w:br/>
        <w:t>f 4648/1695/1393 4647/1694/1392 4629/1678/1376</w:t>
        <w:br/>
        <w:t>f 4649/1696/1394 4648/1695/1393 4629/1678/1376</w:t>
        <w:br/>
        <w:t>f 4651/1697/1395 4649/1696/1394 4650/1698/1396</w:t>
        <w:br/>
        <w:t>f 4652/1699/1397 4651/1697/1395 4650/1698/1396</w:t>
        <w:br/>
        <w:t>f 4654/1700/1398 4653/1701/1399 4652/1699/1397</w:t>
        <w:br/>
        <w:t>f 4650/1698/1396 4654/1700/1398 4652/1699/1397</w:t>
        <w:br/>
        <w:t>f 4657/1702/1400 4656/1703/1401 4654/1700/1398</w:t>
        <w:br/>
        <w:t>f 4655/1704/1402 4657/1702/1400 4654/1700/1398</w:t>
        <w:br/>
        <w:t>f 4657/1702/1400 4659/1705/1403 4658/1706/1404</w:t>
        <w:br/>
        <w:t>f 4656/1703/1401 4657/1702/1400 4658/1706/1404</w:t>
        <w:br/>
        <w:t>f 4658/1706/1404 4639/1687/1385 4660/1707/1405</w:t>
        <w:br/>
        <w:t>f 4661/1708/1406 4660/1707/1405 4639/1687/1385</w:t>
        <w:br/>
        <w:t>f 4642/1688/1386 4661/1708/1406 4639/1687/1385</w:t>
        <w:br/>
        <w:t>f 4662/1709/1407 4661/1708/1406 4642/1688/1386</w:t>
        <w:br/>
        <w:t>f 4643/1691/1389 4662/1709/1407 4642/1688/1386</w:t>
        <w:br/>
        <w:t>f 4663/1710/1408 4662/1709/1407 4643/1691/1389</w:t>
        <w:br/>
        <w:t>f 4645/1693/1391 4663/1710/1408 4643/1691/1389</w:t>
        <w:br/>
        <w:t>f 4653/1701/1399 4654/1700/1398 4656/1703/1401</w:t>
        <w:br/>
        <w:t>f 4664/1711/1409 4653/1701/1399 4656/1703/1401</w:t>
        <w:br/>
        <w:t>f 4665/1712/1410 4664/1711/1409 4656/1703/1401</w:t>
        <w:br/>
        <w:t>f 4658/1706/1404 4665/1712/1410 4656/1703/1401</w:t>
        <w:br/>
        <w:t>f 4632/1680/1378 4635/1683/1381 4657/1702/1400</w:t>
        <w:br/>
        <w:t>f 4655/1704/1402 4632/1680/1378 4657/1702/1400</w:t>
        <w:br/>
        <w:t>f 4635/1683/1381 4637/1684/1382 4659/1705/1403</w:t>
        <w:br/>
        <w:t>f 4657/1702/1400 4635/1683/1381 4659/1705/1403</w:t>
        <w:br/>
        <w:t>f 4669/1713/1411 4668/1714/1412 4667/1715/1413</w:t>
        <w:br/>
        <w:t>f 4666/1716/1414 4669/1713/1411 4667/1715/1413</w:t>
        <w:br/>
        <w:t>f 4668/1714/1412 4669/1713/1411 4645/1693/1391</w:t>
        <w:br/>
        <w:t>f 4646/1692/1390 4668/1714/1412 4645/1693/1391</w:t>
        <w:br/>
        <w:t>f 4670/1717/1415 4669/1713/1411 4666/1716/1414</w:t>
        <w:br/>
        <w:t>f 4671/1718/1416 4670/1717/1415 4666/1716/1414</w:t>
        <w:br/>
        <w:t>f 4663/1710/1408 4645/1693/1391 4669/1713/1411</w:t>
        <w:br/>
        <w:t>f 4670/1717/1415 4663/1710/1408 4669/1713/1411</w:t>
        <w:br/>
        <w:t>f 4666/1716/1414 4667/1715/1413 4672/1719/1417</w:t>
        <w:br/>
        <w:t>f 4673/1720/1418 4666/1716/1414 4672/1719/1417</w:t>
        <w:br/>
        <w:t>f 4673/1720/1418 4674/1721/1419 4671/1718/1416</w:t>
        <w:br/>
        <w:t>f 4666/1716/1414 4673/1720/1418 4671/1718/1416</w:t>
        <w:br/>
        <w:t>f 4676/1722/1420 4675/1723/1421 4673/1720/1418</w:t>
        <w:br/>
        <w:t>f 4672/1719/1417 4676/1722/1420 4673/1720/1418</w:t>
        <w:br/>
        <w:t>f 4677/1724/1422 4674/1721/1419 4673/1720/1418</w:t>
        <w:br/>
        <w:t>f 4675/1723/1421 4677/1724/1422 4673/1720/1418</w:t>
        <w:br/>
        <w:t>f 4675/1723/1421 4676/1722/1420 4679/1725/1423</w:t>
        <w:br/>
        <w:t>f 4678/1726/1424 4675/1723/1421 4679/1725/1423</w:t>
        <w:br/>
        <w:t>f 4675/1723/1421 4678/1726/1424 4680/1727/1425</w:t>
        <w:br/>
        <w:t>f 4677/1724/1422 4675/1723/1421 4680/1727/1425</w:t>
        <w:br/>
        <w:t>f 4682/1728/1426 4681/1729/1427 4678/1726/1424</w:t>
        <w:br/>
        <w:t>f 4679/1725/1423 4682/1728/1426 4678/1726/1424</w:t>
        <w:br/>
        <w:t>f 4678/1726/1424 4681/1729/1427 4683/1730/1428</w:t>
        <w:br/>
        <w:t>f 4680/1727/1425 4678/1726/1424 4683/1730/1428</w:t>
        <w:br/>
        <w:t>f 4687/1731/1429 4686/1732/1430 4685/1733/1431</w:t>
        <w:br/>
        <w:t>f 4684/1734/1432 4687/1731/1429 4685/1733/1431</w:t>
        <w:br/>
        <w:t>f 4690/1735/1433 4689/1736/1434 4688/1737/1435</w:t>
        <w:br/>
        <w:t>f 4691/1738/1436 4690/1735/1433 4688/1737/1435</w:t>
        <w:br/>
        <w:t>f 4693/1739/1437 4691/1738/1436 4692/1740/1438</w:t>
        <w:br/>
        <w:t>f 4694/1741/1439 4693/1739/1437 4692/1740/1438</w:t>
        <w:br/>
        <w:t>f 4696/1742/1440 4695/1743/1441 4685/1733/1431</w:t>
        <w:br/>
        <w:t>f 4697/1744/1442 4696/1742/1440 4685/1733/1431</w:t>
        <w:br/>
        <w:t>f 4700/1745/1443 4699/1746/1444 4698/1747/1445</w:t>
        <w:br/>
        <w:t>f 4686/1732/1430 4702/1748/1446 4701/1749/1447</w:t>
        <w:br/>
        <w:t>f 4703/1750/1448 4686/1732/1430 4701/1749/1447</w:t>
        <w:br/>
        <w:t>f 4706/1751/1449 4705/1752/1450 4704/1753/1451</w:t>
        <w:br/>
        <w:t>f 4691/1738/1436 4708/1754/1452 4707/1755/1453</w:t>
        <w:br/>
        <w:t>f 4688/1737/1435 4695/1743/1441 4696/1742/1440</w:t>
        <w:br/>
        <w:t>f 4709/1756/1454 4688/1737/1435 4696/1742/1440</w:t>
        <w:br/>
        <w:t>f 4700/1745/1443 4711/1757/1455 4710/1758/1456</w:t>
        <w:br/>
        <w:t>f 4713/1759/1457 4702/1748/1446 4712/1760/1458</w:t>
        <w:br/>
        <w:t>f 4714/1761/1459 4713/1759/1457 4712/1760/1458</w:t>
        <w:br/>
        <w:t>f 4699/1746/1444 4715/1762/1460 4605/1651/1349</w:t>
        <w:br/>
        <w:t>f 4604/1652/1350 4699/1746/1444 4605/1651/1349</w:t>
        <w:br/>
        <w:t>f 4686/1732/1430 4703/1750/1448 4697/1744/1442</w:t>
        <w:br/>
        <w:t>f 4685/1733/1431 4686/1732/1430 4697/1744/1442</w:t>
        <w:br/>
        <w:t>f 4688/1737/1435 4709/1756/1454 4708/1754/1452</w:t>
        <w:br/>
        <w:t>f 4691/1738/1436 4688/1737/1435 4708/1754/1452</w:t>
        <w:br/>
        <w:t>f 4692/1740/1438 4691/1738/1436 4707/1755/1453</w:t>
        <w:br/>
        <w:t>f 4704/1753/1451 4692/1740/1438 4707/1755/1453</w:t>
        <w:br/>
        <w:t>f 4706/1751/1449 4717/1763/1461 4716/1764/1462</w:t>
        <w:br/>
        <w:t>f 4716/1764/1462 4705/1752/1450 4706/1751/1449</w:t>
        <w:br/>
        <w:t>f 4720/1765/1463 4719/1766/1464 4718/1767/1465</w:t>
        <w:br/>
        <w:t>f 4685/1733/1431 4695/1743/1441 4721/1768/1466</w:t>
        <w:br/>
        <w:t>f 4684/1734/1432 4685/1733/1431 4721/1768/1466</w:t>
        <w:br/>
        <w:t>f 4700/1745/1443 4710/1758/1456 4715/1762/1460</w:t>
        <w:br/>
        <w:t>f 4699/1746/1444 4700/1745/1443 4715/1762/1460</w:t>
        <w:br/>
        <w:t>f 4702/1748/1446 4686/1732/1430 4687/1731/1429</w:t>
        <w:br/>
        <w:t>f 4712/1760/1458 4702/1748/1446 4687/1731/1429</w:t>
        <w:br/>
        <w:t>f 4692/1740/1438 4722/1769/1467 4719/1766/1464</w:t>
        <w:br/>
        <w:t>f 4694/1741/1439 4692/1740/1438 4719/1766/1464</w:t>
        <w:br/>
        <w:t>f 4693/1739/1437 4690/1735/1433 4691/1738/1436</w:t>
        <w:br/>
        <w:t>f 4721/1768/1466 4695/1743/1441 4688/1737/1435</w:t>
        <w:br/>
        <w:t>f 4689/1736/1434 4721/1768/1466 4688/1737/1435</w:t>
        <w:br/>
        <w:t>f 4720/1765/1463 4718/1767/1465 4698/1747/1445</w:t>
        <w:br/>
        <w:t>f 4698/1747/1445 4718/1767/1465 4700/1745/1443</w:t>
        <w:br/>
        <w:t>f 4717/1763/1461 4710/1758/1456 4716/1764/1462</w:t>
        <w:br/>
        <w:t>f 4723/1770/1468 4701/1749/1447 4713/1759/1457</w:t>
        <w:br/>
        <w:t>f 4604/1652/1350 4621/1668/1366 4698/1747/1445</w:t>
        <w:br/>
        <w:t>f 4699/1746/1444 4604/1652/1350 4698/1747/1445</w:t>
        <w:br/>
        <w:t>f 4719/1766/1464 4722/1769/1467 4718/1767/1465</w:t>
        <w:br/>
        <w:t>f 4711/1757/1455 4716/1764/1462 4710/1758/1456</w:t>
        <w:br/>
        <w:t>f 4727/1771/1469 4726/1772/1470 4725/1773/1471</w:t>
        <w:br/>
        <w:t>f 4724/1774/1472 4727/1771/1469 4725/1773/1471</w:t>
        <w:br/>
        <w:t>f 4730/1775/1473 4729/1776/1474 4728/1777/1475</w:t>
        <w:br/>
        <w:t>f 4731/1778/1476 4730/1775/1473 4728/1777/1475</w:t>
        <w:br/>
        <w:t>f 4734/1779/1477 4731/1778/1476 4733/1780/1478</w:t>
        <w:br/>
        <w:t>f 4732/1781/1479 4734/1779/1477 4733/1780/1478</w:t>
        <w:br/>
        <w:t>f 4737/1782/1480 4726/1772/1470 4736/1783/1481</w:t>
        <w:br/>
        <w:t>f 4735/1784/1482 4737/1782/1480 4736/1783/1481</w:t>
        <w:br/>
        <w:t>f 4740/1785/1483 4739/1786/1484 4738/1787/1485</w:t>
        <w:br/>
        <w:t>f 4742/1788/1486 4741/1789/1487 4725/1773/1471</w:t>
        <w:br/>
        <w:t>f 4743/1790/1488 4742/1788/1486 4725/1773/1471</w:t>
        <w:br/>
        <w:t>f 4734/1779/1477 4745/1791/1489 4744/1792/1490</w:t>
        <w:br/>
        <w:t>f 4731/1778/1476 4747/1793/1491 4746/1794/1492</w:t>
        <w:br/>
        <w:t>f 4735/1784/1482 4736/1783/1481 4730/1775/1473</w:t>
        <w:br/>
        <w:t>f 4748/1795/1493 4735/1784/1482 4730/1775/1473</w:t>
        <w:br/>
        <w:t>f 4751/1796/1494 4750/1797/1495 4749/1798/1496</w:t>
        <w:br/>
        <w:t>f 4754/1799/1497 4753/1800/1498 4752/1801/1499</w:t>
        <w:br/>
        <w:t>f 4741/1789/1487 4754/1799/1497 4752/1801/1499</w:t>
        <w:br/>
        <w:t>f 4738/1787/1485 4756/1802/1500 4755/1803/1501</w:t>
        <w:br/>
        <w:t>f 4750/1797/1495 4738/1787/1485 4755/1803/1501</w:t>
        <w:br/>
        <w:t>f 4726/1772/1470 4737/1782/1480 4743/1790/1488</w:t>
        <w:br/>
        <w:t>f 4725/1773/1471 4726/1772/1470 4743/1790/1488</w:t>
        <w:br/>
        <w:t>f 4746/1794/1492 4748/1795/1493 4730/1775/1473</w:t>
        <w:br/>
        <w:t>f 4731/1778/1476 4746/1794/1492 4730/1775/1473</w:t>
        <w:br/>
        <w:t>f 4734/1779/1477 4744/1792/1490 4747/1793/1491</w:t>
        <w:br/>
        <w:t>f 4731/1778/1476 4734/1779/1477 4747/1793/1491</w:t>
        <w:br/>
        <w:t>f 4759/1804/1502 4758/1805/1503 4757/1806/1504</w:t>
        <w:br/>
        <w:t>f 4757/1806/1504 4758/1805/1503 4745/1791/1489</w:t>
        <w:br/>
        <w:t>f 4726/1772/1470 4727/1771/1469 4760/1807/1505</w:t>
        <w:br/>
        <w:t>f 4736/1783/1481 4726/1772/1470 4760/1807/1505</w:t>
        <w:br/>
        <w:t>f 4741/1789/1487 4752/1801/1499 4724/1774/1472</w:t>
        <w:br/>
        <w:t>f 4725/1773/1471 4741/1789/1487 4724/1774/1472</w:t>
        <w:br/>
        <w:t>f 4762/1808/1506 4734/1779/1477 4732/1781/1479</w:t>
        <w:br/>
        <w:t>f 4761/1809/1507 4762/1808/1506 4732/1781/1479</w:t>
        <w:br/>
        <w:t>f 4728/1777/1475 4733/1780/1478 4731/1778/1476</w:t>
        <w:br/>
        <w:t>f 4736/1783/1481 4760/1807/1505 4729/1776/1474</w:t>
        <w:br/>
        <w:t>f 4730/1775/1473 4736/1783/1481 4729/1776/1474</w:t>
        <w:br/>
        <w:t>f 4740/1785/1483 4763/1810/1508 4739/1786/1484</w:t>
        <w:br/>
        <w:t>f 4759/1804/1502 4757/1806/1504 4749/1798/1496</w:t>
        <w:br/>
        <w:t>f 4764/1811/1509 4754/1799/1497 4741/1789/1487</w:t>
        <w:br/>
        <w:t>f 4742/1788/1486 4764/1811/1509 4741/1789/1487</w:t>
        <w:br/>
        <w:t>f 4739/1786/1484 4765/1812/1510 4756/1802/1500</w:t>
        <w:br/>
        <w:t>f 4738/1787/1485 4739/1786/1484 4756/1802/1500</w:t>
        <w:br/>
        <w:t>f 4761/1809/1507 4766/1813/1511 4763/1810/1508</w:t>
        <w:br/>
        <w:t>f 4762/1808/1506 4761/1809/1507 4763/1810/1508</w:t>
        <w:br/>
        <w:t>f 4751/1796/1494 4749/1798/1496 4757/1806/1504</w:t>
        <w:br/>
        <w:t>f 4739/1786/1484 4763/1810/1508 4766/1813/1511</w:t>
        <w:br/>
        <w:t>f 4769/1814/1512 4768/1815/1513 4767/1816/1513</w:t>
        <w:br/>
        <w:t>f 4770/1817/1512 4769/1814/1512 4767/1816/1513</w:t>
        <w:br/>
        <w:t>f 4770/1817/1512 4772/1818/1514 4771/1819/1515</w:t>
        <w:br/>
        <w:t>f 4769/1814/1512 4770/1817/1512 4771/1819/1515</w:t>
        <w:br/>
        <w:t>f 4774/1820/1516 4773/1821/1516 4771/1819/1515</w:t>
        <w:br/>
        <w:t>f 4772/1818/1514 4774/1820/1516 4771/1819/1515</w:t>
        <w:br/>
        <w:t>f 4776/1822/1517 4775/1823/1517 4773/1821/1516</w:t>
        <w:br/>
        <w:t>f 4774/1820/1516 4776/1822/1517 4773/1821/1516</w:t>
        <w:br/>
        <w:t>f 4778/1824/1518 4777/1825/1518 4775/1823/1517</w:t>
        <w:br/>
        <w:t>f 4776/1822/1517 4778/1824/1518 4775/1823/1517</w:t>
        <w:br/>
        <w:t>f 4778/1824/1518 4780/1826/1519 4779/1827/1519</w:t>
        <w:br/>
        <w:t>f 4777/1825/1518 4778/1824/1518 4779/1827/1519</w:t>
        <w:br/>
        <w:t>f 4780/1826/1519 4782/1828/1520 4781/1829/1521</w:t>
        <w:br/>
        <w:t>f 4779/1827/1519 4780/1826/1519 4781/1829/1521</w:t>
        <w:br/>
        <w:t>f 4785/1830/1522 4784/1831/1522 4783/1832/1523</w:t>
        <w:br/>
        <w:t>f 4786/1833/1523 4785/1830/1522 4783/1832/1523</w:t>
        <w:br/>
        <w:t>f 4788/1834/1524 4787/1835/1524 4786/1833/1523</w:t>
        <w:br/>
        <w:t>f 4783/1832/1523 4788/1834/1524 4786/1833/1523</w:t>
        <w:br/>
        <w:t>f 4790/1836/1525 4789/1837/1526 4787/1835/1524</w:t>
        <w:br/>
        <w:t>f 4788/1834/1524 4790/1836/1525 4787/1835/1524</w:t>
        <w:br/>
        <w:t>f 4791/1838/1527 4789/1837/1526 4790/1836/1525</w:t>
        <w:br/>
        <w:t>f 4792/1839/1527 4791/1838/1527 4790/1836/1525</w:t>
        <w:br/>
        <w:t>f 4794/1840/1528 4793/1841/1528 4791/1838/1527</w:t>
        <w:br/>
        <w:t>f 4792/1839/1527 4794/1840/1528 4791/1838/1527</w:t>
        <w:br/>
        <w:t>f 4796/1842/1529 4795/1843/1529 4793/1841/1528</w:t>
        <w:br/>
        <w:t>f 4794/1840/1528 4796/1842/1529 4793/1841/1528</w:t>
        <w:br/>
        <w:t>f 4796/1842/1529 4798/1844/1530 4797/1845/1531</w:t>
        <w:br/>
        <w:t>f 4795/1843/1529 4796/1842/1529 4797/1845/1531</w:t>
        <w:br/>
        <w:t>f 4767/1816/1513 4768/1815/1513 4799/1846/1532</w:t>
        <w:br/>
        <w:t>f 4800/1847/1532 4767/1816/1513 4799/1846/1532</w:t>
        <w:br/>
        <w:t>f 4802/1848/1533 4801/1849/1533 4800/1847/1532</w:t>
        <w:br/>
        <w:t>f 4799/1846/1532 4802/1848/1533 4800/1847/1532</w:t>
        <w:br/>
        <w:t>f 4804/1850/1534 4801/1849/1533 4802/1848/1533</w:t>
        <w:br/>
        <w:t>f 4803/1851/1534 4804/1850/1534 4802/1848/1533</w:t>
        <w:br/>
        <w:t>f 4803/1851/1534 4806/1852/1535 4805/1853/1536</w:t>
        <w:br/>
        <w:t>f 4804/1850/1534 4803/1851/1534 4805/1853/1536</w:t>
        <w:br/>
        <w:t>f 4808/1854/1537 4807/1855/1537 4805/1853/1536</w:t>
        <w:br/>
        <w:t>f 4806/1852/1535 4808/1854/1537 4805/1853/1536</w:t>
        <w:br/>
        <w:t>f 4810/1856/1538 4809/1857/1538 4807/1855/1537</w:t>
        <w:br/>
        <w:t>f 4808/1854/1537 4810/1856/1538 4807/1855/1537</w:t>
        <w:br/>
        <w:t>f 4812/1858/1539 4811/1859/1539 4809/1857/1538</w:t>
        <w:br/>
        <w:t>f 4810/1856/1538 4812/1858/1539 4809/1857/1538</w:t>
        <w:br/>
        <w:t>f 4813/1860/1540 4811/1859/1539 4812/1858/1539</w:t>
        <w:br/>
        <w:t>f 4814/1861/1540 4813/1860/1540 4812/1858/1539</w:t>
        <w:br/>
        <w:t>f 4816/1862/1541 4813/1860/1540 4814/1861/1540</w:t>
        <w:br/>
        <w:t>f 4815/1863/1542 4816/1862/1541 4814/1861/1540</w:t>
        <w:br/>
        <w:t>f 4816/1862/1541 4815/1863/1542 4817/1864/1543</w:t>
        <w:br/>
        <w:t>f 4818/1865/1543 4816/1862/1541 4817/1864/1543</w:t>
        <w:br/>
        <w:t>f 4820/1866/1544 4819/1867/1545 4784/1831/1522</w:t>
        <w:br/>
        <w:t>f 4785/1830/1522 4820/1866/1544 4784/1831/1522</w:t>
        <w:br/>
        <w:t>f 4820/1866/1544 4822/1868/1546 4821/1869/1546</w:t>
        <w:br/>
        <w:t>f 4819/1867/1545 4820/1866/1544 4821/1869/1546</w:t>
        <w:br/>
        <w:t>f 4822/1868/1546 4824/1870/1547 4823/1871/1547</w:t>
        <w:br/>
        <w:t>f 4821/1869/1546 4822/1868/1546 4823/1871/1547</w:t>
        <w:br/>
        <w:t>f 4823/1871/1547 4824/1870/1547 4826/1872/1548</w:t>
        <w:br/>
        <w:t>f 4825/1873/1548 4823/1871/1547 4826/1872/1548</w:t>
        <w:br/>
        <w:t>f 4825/1873/1548 4826/1872/1548 4828/1874/1549</w:t>
        <w:br/>
        <w:t>f 4827/1875/1550 4825/1873/1548 4828/1874/1549</w:t>
        <w:br/>
        <w:t>f 4830/1876/1551 4829/1877/1552 4827/1875/1550</w:t>
        <w:br/>
        <w:t>f 4828/1874/1549 4830/1876/1551 4827/1875/1550</w:t>
        <w:br/>
        <w:t>f 4832/1878/1553 4831/1879/1554 4829/1877/1552</w:t>
        <w:br/>
        <w:t>f 4830/1876/1551 4832/1878/1553 4829/1877/1552</w:t>
        <w:br/>
        <w:t>f 4831/1879/1554 4832/1878/1553 4834/1880/1555</w:t>
        <w:br/>
        <w:t>f 4833/1881/1555 4831/1879/1554 4834/1880/1555</w:t>
        <w:br/>
        <w:t>f 4834/1880/1555 4836/1882/1556 4835/1883/1557</w:t>
        <w:br/>
        <w:t>f 4833/1881/1555 4834/1880/1555 4835/1883/1557</w:t>
        <w:br/>
        <w:t>f 4837/1884/1558 4835/1883/1557 4836/1882/1556</w:t>
        <w:br/>
        <w:t>f 4838/1885/1558 4837/1884/1558 4836/1882/1556</w:t>
        <w:br/>
        <w:t>f 4842/1886/1559 4841/1887/1560 4840/1888/1561</w:t>
        <w:br/>
        <w:t>f 4839/1889/1562 4842/1886/1559 4840/1888/1561</w:t>
        <w:br/>
        <w:t>f 4818/1865/1543 4817/1864/1543 4839/1889/1562</w:t>
        <w:br/>
        <w:t>f 4840/1888/1561 4818/1865/1543 4839/1889/1562</w:t>
        <w:br/>
        <w:t>f 4846/1890/1563 4845/1891/1563 4844/1892/1564</w:t>
        <w:br/>
        <w:t>f 4843/1893/1565 4846/1890/1563 4844/1892/1564</w:t>
        <w:br/>
        <w:t>f 4838/1885/1558 4845/1891/1563 4846/1890/1563</w:t>
        <w:br/>
        <w:t>f 4837/1884/1558 4838/1885/1558 4846/1890/1563</w:t>
        <w:br/>
        <w:t>f 4841/1887/1560 4842/1886/1559 4847/1894/1566</w:t>
        <w:br/>
        <w:t>f 4848/1895/1567 4841/1887/1560 4847/1894/1566</w:t>
        <w:br/>
        <w:t>f 4843/1893/1565 4844/1892/1564 4850/1896/1568</w:t>
        <w:br/>
        <w:t>f 4849/1897/1569 4843/1893/1565 4850/1896/1568</w:t>
        <w:br/>
        <w:t>f 4847/1894/1566 4851/1898/1570 4848/1895/1567</w:t>
        <w:br/>
        <w:t>f 4849/1897/1569 4850/1896/1568 4852/1899/1571</w:t>
        <w:br/>
        <w:t>f 4847/1894/1566 4853/1900/1572 4851/1898/1570</w:t>
        <w:br/>
        <w:t>f 4849/1897/1569 4852/1899/1571 4854/1901/1573</w:t>
        <w:br/>
        <w:t>f 4853/1900/1572 4847/1894/1566 4856/1902/1574</w:t>
        <w:br/>
        <w:t>f 4855/1903/1574 4853/1900/1572 4856/1902/1574</w:t>
        <w:br/>
        <w:t>f 4858/1904/1575 4857/1905/1575 4849/1897/1569</w:t>
        <w:br/>
        <w:t>f 4854/1901/1573 4858/1904/1575 4849/1897/1569</w:t>
        <w:br/>
        <w:t>f 4862/1906/1576 4861/1907/1577 4860/1908/1577</w:t>
        <w:br/>
        <w:t>f 4859/1909/1576 4862/1906/1576 4860/1908/1577</w:t>
        <w:br/>
        <w:t>f 4866/1910/1578 4865/1911/1579 4864/1912/1580</w:t>
        <w:br/>
        <w:t>f 4863/1913/1580 4866/1910/1578 4864/1912/1580</w:t>
        <w:br/>
        <w:t>f 4869/1914/1581 4868/1915/1582 4867/1916/1583</w:t>
        <w:br/>
        <w:t>f 4870/1917/1583 4869/1914/1581 4867/1916/1583</w:t>
        <w:br/>
        <w:t>f 4874/1918/1584 4873/1919/1584 4872/1920/1585</w:t>
        <w:br/>
        <w:t>f 4871/1921/1585 4874/1918/1584 4872/1920/1585</w:t>
        <w:br/>
        <w:t>f 4878/1922/1586 4877/1923/1586 4876/1924/1587</w:t>
        <w:br/>
        <w:t>f 4875/1925/1587 4878/1922/1586 4876/1924/1587</w:t>
        <w:br/>
        <w:t>f 4882/1926/1588 4881/1927/1589 4880/1928/1590</w:t>
        <w:br/>
        <w:t>f 4879/1929/1590 4882/1926/1588 4880/1928/1590</w:t>
        <w:br/>
        <w:t>f 4886/1930/1591 4885/1931/1592 4884/1932/1592</w:t>
        <w:br/>
        <w:t>f 4883/1933/1593 4886/1930/1591 4884/1932/1592</w:t>
        <w:br/>
        <w:t>f 4889/1934/1594 4888/1935/1595 4887/1936/1595</w:t>
        <w:br/>
        <w:t>f 4890/1937/1594 4889/1934/1594 4887/1936/1595</w:t>
        <w:br/>
        <w:t>f 4893/1938/1596 4892/1939/1597 4891/1940/1598</w:t>
        <w:br/>
        <w:t>f 4894/1941/1599 4893/1938/1596 4891/1940/1598</w:t>
        <w:br/>
        <w:t>f 4896/1942/1600 4895/1943/1601 4868/1915/1582</w:t>
        <w:br/>
        <w:t>f 4869/1914/1581 4896/1942/1600 4868/1915/1582</w:t>
        <w:br/>
        <w:t>f 4898/1944/1602 4897/1945/1602 4865/1911/1579</w:t>
        <w:br/>
        <w:t>f 4866/1910/1578 4898/1944/1602 4865/1911/1579</w:t>
        <w:br/>
        <w:t>f 4902/1946/1603 4901/1947/1603 4900/1948/1604</w:t>
        <w:br/>
        <w:t>f 4899/1949/1604 4902/1946/1603 4900/1948/1604</w:t>
        <w:br/>
        <w:t>f 4867/1916/1583 4904/1950/1605 4903/1951/1605</w:t>
        <w:br/>
        <w:t>f 4870/1917/1583 4867/1916/1583 4903/1951/1605</w:t>
        <w:br/>
        <w:t>f 4906/1952/1606 4905/1953/1607 4863/1913/1580</w:t>
        <w:br/>
        <w:t>f 4864/1912/1580 4906/1952/1606 4863/1913/1580</w:t>
        <w:br/>
        <w:t>f 4894/1941/1599 4884/1932/1592 4885/1931/1592</w:t>
        <w:br/>
        <w:t>f 4893/1938/1596 4894/1941/1599 4885/1931/1592</w:t>
        <w:br/>
        <w:t>f 4887/1936/1595 4888/1935/1595 4881/1927/1589</w:t>
        <w:br/>
        <w:t>f 4882/1926/1588 4887/1936/1595 4881/1927/1589</w:t>
        <w:br/>
        <w:t>f 4876/1924/1587 4886/1930/1591 4883/1933/1593</w:t>
        <w:br/>
        <w:t>f 4875/1925/1587 4876/1924/1587 4883/1933/1593</w:t>
        <w:br/>
        <w:t>f 4873/1919/1584 4874/1918/1584 4879/1929/1590</w:t>
        <w:br/>
        <w:t>f 4880/1928/1590 4873/1919/1584 4879/1929/1590</w:t>
        <w:br/>
        <w:t>f 4895/1943/1601 4896/1942/1600 4877/1923/1586</w:t>
        <w:br/>
        <w:t>f 4878/1922/1586 4895/1943/1601 4877/1923/1586</w:t>
        <w:br/>
        <w:t>f 4871/1921/1585 4872/1920/1585 4897/1945/1602</w:t>
        <w:br/>
        <w:t>f 4898/1944/1602 4871/1921/1585 4897/1945/1602</w:t>
        <w:br/>
        <w:t>f 4908/1954/1608 4891/1940/1598 4892/1939/1597</w:t>
        <w:br/>
        <w:t>f 4907/1955/1609 4908/1954/1608 4892/1939/1597</w:t>
        <w:br/>
        <w:t>f 4890/1937/1594 4901/1947/1603 4902/1946/1603</w:t>
        <w:br/>
        <w:t>f 4889/1934/1594 4890/1937/1594 4902/1946/1603</w:t>
        <w:br/>
        <w:t>f 4905/1953/1607 4906/1952/1606 4910/1956/1610</w:t>
        <w:br/>
        <w:t>f 4909/1957/1610 4905/1953/1607 4910/1956/1610</w:t>
        <w:br/>
        <w:t>f 4860/1908/1577 4861/1907/1577 4903/1951/1605</w:t>
        <w:br/>
        <w:t>f 4904/1950/1605 4860/1908/1577 4903/1951/1605</w:t>
        <w:br/>
        <w:t>f 4907/1955/1609 4797/1845/1531 4798/1844/1530</w:t>
        <w:br/>
        <w:t>f 4908/1954/1608 4907/1955/1609 4798/1844/1530</w:t>
        <w:br/>
        <w:t>f 4781/1829/1521 4782/1828/1520 4899/1949/1604</w:t>
        <w:br/>
        <w:t>f 4900/1948/1604 4781/1829/1521 4899/1949/1604</w:t>
        <w:br/>
        <w:t>f 4701/1749/1447 4702/1748/1446 4713/1759/1457</w:t>
        <w:br/>
        <w:t>f 4603/1649/1347 4619/1667/1365 4604/1652/1350</w:t>
        <w:br/>
        <w:t>f 4605/1651/1349 4602/1650/1348 4603/1649/1347</w:t>
        <w:br/>
        <w:t>f 4620/1666/1364 4623/1670/1368 4621/1668/1366</w:t>
        <w:br/>
        <w:t>f 4604/1652/1350 4619/1667/1365 4620/1666/1364</w:t>
        <w:br/>
        <w:t>f 4596/1642/1340 4616/1664/1362 4599/1644/1342</w:t>
        <w:br/>
        <w:t>f 4595/1643/1341 4596/1642/1340 4599/1644/1342</w:t>
        <w:br/>
        <w:t>f 4637/1684/1382 4638/1685/1383 4640/1686/1384</w:t>
        <w:br/>
        <w:t>f 4660/1707/1405 4665/1712/1410 4658/1706/1404</w:t>
        <w:br/>
        <w:t>f 4632/1680/1378 4655/1704/1402 4630/1677/1375</w:t>
        <w:br/>
        <w:t>f 4631/1676/1374 4632/1680/1378 4630/1677/1375</w:t>
        <w:br/>
        <w:t>f 4589/1639/1337 4911/1958/1611 4625/1671/1369</w:t>
        <w:br/>
        <w:t>f 4592/1636/1334 4589/1639/1337 4625/1671/1369</w:t>
        <w:br/>
        <w:t>f 4912/1959/1612 4911/1958/1611 4589/1639/1337</w:t>
        <w:br/>
        <w:t>f 4593/1641/1339 4912/1959/1612 4589/1639/1337</w:t>
        <w:br/>
        <w:t>f 4592/1636/1334 4626/1673/1371 4647/1694/1392</w:t>
        <w:br/>
        <w:t>f 4591/1637/1335 4592/1636/1334 4647/1694/1392</w:t>
        <w:br/>
        <w:t>f 4626/1673/1371 4628/1675/1373 4629/1678/1376</w:t>
        <w:br/>
        <w:t>f 4647/1694/1392 4626/1673/1371 4629/1678/1376</w:t>
        <w:br/>
        <w:t>f 4608/1653/1351 4609/1656/1354 4590/1638/1336</w:t>
        <w:br/>
        <w:t>f 4591/1637/1335 4608/1653/1351 4590/1638/1336</w:t>
        <w:br/>
        <w:t>f 4594/1640/1338 4590/1638/1336 4609/1656/1354</w:t>
        <w:br/>
        <w:t>f 4611/1657/1355 4594/1640/1338 4609/1656/1354</w:t>
        <w:br/>
        <w:t>f 4648/1695/1393 4913/1960/1613 4607/1654/1352</w:t>
        <w:br/>
        <w:t>f 4608/1653/1351 4648/1695/1393 4607/1654/1352</w:t>
        <w:br/>
        <w:t>f 4913/1960/1613 4648/1695/1393 4649/1696/1394</w:t>
        <w:br/>
        <w:t>f 4651/1697/1395 4913/1960/1613 4649/1696/1394</w:t>
        <w:br/>
        <w:t>f 4596/1642/1340 4594/1640/1338 4611/1657/1355</w:t>
        <w:br/>
        <w:t>f 4612/1660/1358 4596/1642/1340 4611/1657/1355</w:t>
        <w:br/>
        <w:t>f 4614/1661/1359 4616/1664/1362 4596/1642/1340</w:t>
        <w:br/>
        <w:t>f 4612/1660/1358 4614/1661/1359 4596/1642/1340</w:t>
        <w:br/>
        <w:t>f 4597/1646/1344 4912/1959/1612 4593/1641/1339</w:t>
        <w:br/>
        <w:t>f 4595/1643/1341 4597/1646/1344 4593/1641/1339</w:t>
        <w:br/>
        <w:t>f 4654/1700/1398 4650/1698/1396 4630/1677/1375</w:t>
        <w:br/>
        <w:t>f 4655/1704/1402 4654/1700/1398 4630/1677/1375</w:t>
        <w:br/>
        <w:t>f 4630/1677/1375 4650/1698/1396 4649/1696/1394</w:t>
        <w:br/>
        <w:t>f 4629/1678/1376 4630/1677/1375 4649/1696/1394</w:t>
        <w:br/>
        <w:t>f 4631/1676/1374 4628/1675/1373 4627/1674/1372</w:t>
        <w:br/>
        <w:t>f 4634/1681/1379 4631/1676/1374 4627/1674/1372</w:t>
        <w:br/>
        <w:t>f 4745/1791/1489 4758/1805/1503 4744/1792/1490</w:t>
        <w:br/>
        <w:t>f 4734/1779/1477 4762/1808/1506 4745/1791/1489</w:t>
        <w:br/>
        <w:t>f 4915/1961/1614 4914/1962/1615 4753/1800/1498</w:t>
        <w:br/>
        <w:t>f 4754/1799/1497 4915/1961/1614 4753/1800/1498</w:t>
        <w:br/>
        <w:t>f 4754/1799/1497 4764/1811/1509 4916/1963/1616</w:t>
        <w:br/>
        <w:t>f 4915/1961/1614 4754/1799/1497 4916/1963/1616</w:t>
        <w:br/>
        <w:t>f 4909/1957/1610 4910/1956/1610 4917/1964/1617</w:t>
        <w:br/>
        <w:t>f 4918/1965/1617 4909/1957/1610 4917/1964/1617</w:t>
        <w:br/>
        <w:t>f 4751/1796/1494 4738/1787/1485 4750/1797/1495</w:t>
        <w:br/>
        <w:t>f 4751/1796/1494 4740/1785/1483 4738/1787/1485</w:t>
        <w:br/>
        <w:t>f 5631/1966/1618 5630/1967/1619 5629/1968/1620</w:t>
        <w:br/>
        <w:t>f 5632/1969/1621 5631/1966/1618 5629/1968/1620</w:t>
        <w:br/>
        <w:t>f 5632/1969/1621 5634/1970/1622 5633/1971/1623</w:t>
        <w:br/>
        <w:t>f 5631/1966/1618 5632/1969/1621 5633/1971/1623</w:t>
        <w:br/>
        <w:t>f 5635/1972/1624 5633/1971/1623 5634/1970/1622</w:t>
        <w:br/>
        <w:t>f 5636/1973/1625 5635/1972/1624 5634/1970/1622</w:t>
        <w:br/>
        <w:t>f 5640/1974/1626 5639/1975/1627 5638/1976/1628</w:t>
        <w:br/>
        <w:t>f 5637/1977/1629 5640/1974/1626 5638/1976/1628</w:t>
        <w:br/>
        <w:t>f 5642/1978/1630 5641/1979/1631 5635/1972/1624</w:t>
        <w:br/>
        <w:t>f 5636/1973/1625 5642/1978/1630 5635/1972/1624</w:t>
        <w:br/>
        <w:t>f 5641/1979/1631 5642/1978/1630 5643/1980/1632</w:t>
        <w:br/>
        <w:t>f 5644/1981/1633 5641/1979/1631 5643/1980/1632</w:t>
        <w:br/>
        <w:t>f 5647/1982/1634 5646/1983/1635 5645/1984/1636</w:t>
        <w:br/>
        <w:t>f 5648/1985/1637 5647/1982/1634 5645/1984/1636</w:t>
        <w:br/>
        <w:t>f 5651/1986/1638 5650/1987/1639 5649/1988/1638</w:t>
        <w:br/>
        <w:t>f 5629/1968/1620 5630/1967/1619 5640/1974/1626</w:t>
        <w:br/>
        <w:t>f 5637/1977/1629 5629/1968/1620 5640/1974/1626</w:t>
        <w:br/>
        <w:t>f 5654/1989/1640 5653/1990/1640 5652/1991/1641</w:t>
        <w:br/>
        <w:t>f 5655/1992/1642 5654/1989/1640 5652/1991/1641</w:t>
        <w:br/>
        <w:t>f 5652/1991/1641 5657/1993/1643 5656/1994/1643</w:t>
        <w:br/>
        <w:t>f 5655/1992/1642 5652/1991/1641 5656/1994/1643</w:t>
        <w:br/>
        <w:t>f 5659/1995/1644 5658/1996/1644 5656/1994/1643</w:t>
        <w:br/>
        <w:t>f 5657/1993/1643 5659/1995/1644 5656/1994/1643</w:t>
        <w:br/>
        <w:t>f 5662/1997/1645 5661/1998/1646 5660/1999/1647</w:t>
        <w:br/>
        <w:t>f 5663/2000/1647 5662/1997/1645 5660/1999/1647</w:t>
        <w:br/>
        <w:t>f 5665/2001/1648 5664/2002/1648 5658/1996/1644</w:t>
        <w:br/>
        <w:t>f 5659/1995/1644 5665/2001/1648 5658/1996/1644</w:t>
        <w:br/>
        <w:t>f 5665/2001/1648 5667/2003/1649 5666/2004/1649</w:t>
        <w:br/>
        <w:t>f 5664/2002/1648 5665/2001/1648 5666/2004/1649</w:t>
        <w:br/>
        <w:t>f 5671/2005/1650 5670/2006/1651 5669/2007/1652</w:t>
        <w:br/>
        <w:t>f 5668/2008/1653 5671/2005/1650 5669/2007/1652</w:t>
        <w:br/>
        <w:t>f 5662/1997/1645 5671/2005/1650 5668/2008/1653</w:t>
        <w:br/>
        <w:t>f 5661/1998/1646 5662/1997/1645 5668/2008/1653</w:t>
        <w:br/>
        <w:t>f 5674/2009/1654 5673/2010/1655 5672/2011/1654</w:t>
        <w:br/>
        <w:t>f 5660/1999/1647 5653/1990/1640 5654/1989/1640</w:t>
        <w:br/>
        <w:t>f 5663/2000/1647 5660/1999/1647 5654/1989/1640</w:t>
        <w:br/>
        <w:t>f 5676/2012/1656 5675/2013/1657 5630/1967/1619</w:t>
        <w:br/>
        <w:t>f 5677/2014/1656 5676/2012/1656 5630/1967/1619</w:t>
        <w:br/>
        <w:t>f 5629/1968/1620 5680/2015/1658 5679/2016/1659</w:t>
        <w:br/>
        <w:t>f 5678/2017/1660 5629/1968/1620 5679/2016/1659</w:t>
        <w:br/>
        <w:t>f 5682/2018/1661 5678/2017/1660 5679/2016/1659</w:t>
        <w:br/>
        <w:t>f 5681/2019/1662 5682/2018/1661 5679/2016/1659</w:t>
        <w:br/>
        <w:t>f 5676/2012/1656 5677/2014/1656 5683/2020/1663</w:t>
        <w:br/>
        <w:t>f 5684/2021/1664 5676/2012/1656 5683/2020/1663</w:t>
        <w:br/>
        <w:t>f 5684/2021/1665 5633/1971/1623 5635/1972/1624</w:t>
        <w:br/>
        <w:t>f 5685/2022/1666 5684/2021/1665 5635/1972/1624</w:t>
        <w:br/>
        <w:t>f 5681/2019/1667 5686/2023/1668 5636/1973/1625</w:t>
        <w:br/>
        <w:t>f 5634/1970/1622 5681/2019/1667 5636/1973/1625</w:t>
        <w:br/>
        <w:t>f 5638/1976/1628 5688/2024/1669 5687/2025/1670</w:t>
        <w:br/>
        <w:t>f 5637/1977/1629 5638/1976/1628 5687/2025/1670</w:t>
        <w:br/>
        <w:t>f 5639/1975/1627 5640/1974/1626 5689/2026/1671</w:t>
        <w:br/>
        <w:t>f 5690/2027/1672 5639/1975/1627 5689/2026/1671</w:t>
        <w:br/>
        <w:t>f 5685/2022/1666 5635/1972/1624 5641/1979/1631</w:t>
        <w:br/>
        <w:t>f 5691/2028/1673 5685/2022/1666 5641/1979/1631</w:t>
        <w:br/>
        <w:t>f 5642/1978/1630 5636/1973/1625 5686/2023/1668</w:t>
        <w:br/>
        <w:t>f 5692/2029/1674 5642/1978/1630 5686/2023/1668</w:t>
        <w:br/>
        <w:t>f 5693/2030/1675 5691/2028/1673 5641/1979/1631</w:t>
        <w:br/>
        <w:t>f 5644/1981/1633 5693/2030/1675 5641/1979/1631</w:t>
        <w:br/>
        <w:t>f 5694/2031/1676 5643/1980/1632 5642/1978/1630</w:t>
        <w:br/>
        <w:t>f 5692/2029/1674 5694/2031/1676 5642/1978/1630</w:t>
        <w:br/>
        <w:t>f 5645/1984/1636 5696/2032/1677 5695/2033/1678</w:t>
        <w:br/>
        <w:t>f 5648/1985/1637 5645/1984/1636 5695/2033/1678</w:t>
        <w:br/>
        <w:t>f 5698/2034/1679 5697/2035/1680 5646/1983/1635</w:t>
        <w:br/>
        <w:t>f 5647/1982/1634 5698/2034/1679 5646/1983/1635</w:t>
        <w:br/>
        <w:t>f 5695/2033/1678 5688/2024/1669 5638/1976/1628</w:t>
        <w:br/>
        <w:t>f 5648/1985/1637 5695/2033/1678 5638/1976/1628</w:t>
        <w:br/>
        <w:t>f 5701/2036/1681 5700/2037/1681 5699/2038/1682</w:t>
        <w:br/>
        <w:t>f 5702/2039/1682 5701/2036/1681 5699/2038/1682</w:t>
        <w:br/>
        <w:t>f 5704/2040/1683 5703/2041/1683 5696/2032/1677</w:t>
        <w:br/>
        <w:t>f 5645/1984/1636 5704/2040/1683 5696/2032/1677</w:t>
        <w:br/>
        <w:t>f 5708/2042/1684 5707/2043/1684 5706/2044/1685</w:t>
        <w:br/>
        <w:t>f 5705/2045/1686 5708/2042/1684 5706/2044/1685</w:t>
        <w:br/>
        <w:t>f 5637/1977/1629 5687/2025/1670 5680/2015/1658</w:t>
        <w:br/>
        <w:t>f 5629/1968/1620 5637/1977/1629 5680/2015/1658</w:t>
        <w:br/>
        <w:t>f 5640/1974/1626 5630/1967/1619 5675/2013/1657</w:t>
        <w:br/>
        <w:t>f 5689/2026/1671 5640/1974/1626 5675/2013/1657</w:t>
        <w:br/>
        <w:t>f 5639/1975/1627 5690/2027/1672 5698/2034/1679</w:t>
        <w:br/>
        <w:t>f 5647/1982/1634 5639/1975/1627 5698/2034/1679</w:t>
        <w:br/>
        <w:t>f 5705/2045/1686 5706/2044/1685 5710/2046/1687</w:t>
        <w:br/>
        <w:t>f 5709/2047/1688 5705/2045/1686 5710/2046/1687</w:t>
        <w:br/>
        <w:t>f 5704/2040/1683 5702/2039/1682 5699/2038/1682</w:t>
        <w:br/>
        <w:t>f 5703/2041/1683 5704/2040/1683 5699/2038/1682</w:t>
        <w:br/>
        <w:t>f 5646/1983/1635 5697/2035/1680 5707/2043/1684</w:t>
        <w:br/>
        <w:t>f 5708/2042/1684 5646/1983/1635 5707/2043/1684</w:t>
        <w:br/>
        <w:t>f 5638/1976/1628 5639/1975/1627 5647/1982/1634</w:t>
        <w:br/>
        <w:t>f 5648/1985/1637 5638/1976/1628 5647/1982/1634</w:t>
        <w:br/>
        <w:t>f 5672/2011/1654 5712/2048/1689 5711/2049/1689</w:t>
        <w:br/>
        <w:t>f 5674/2009/1654 5672/2011/1654 5711/2049/1689</w:t>
        <w:br/>
        <w:t>f 5714/2050/1690 5713/2051/1690 5651/1986/1638</w:t>
        <w:br/>
        <w:t>f 5649/1988/1638 5714/2050/1690 5651/1986/1638</w:t>
        <w:br/>
        <w:t>f 5712/2048/1689 5669/2007/1652 5670/2006/1651</w:t>
        <w:br/>
        <w:t>f 5711/2049/1689 5712/2048/1689 5670/2006/1651</w:t>
        <w:br/>
        <w:t>f 5645/1984/1636 5646/1983/1635 5713/2051/1690</w:t>
        <w:br/>
        <w:t>f 5714/2050/1690 5645/1984/1636 5713/2051/1690</w:t>
        <w:br/>
        <w:t>f 5718/2052/1691 5717/2053/1692 5716/2054/1693</w:t>
        <w:br/>
        <w:t>f 5715/2055/1694 5718/2052/1691 5716/2054/1693</w:t>
        <w:br/>
        <w:t>f 5959/2056/1695 5958/2057/1695 5957/2058/1696</w:t>
        <w:br/>
        <w:t>f 5956/2059/1696 5959/2056/1695 5957/2058/1696</w:t>
        <w:br/>
        <w:t>f 5961/2060/1697 5960/2061/1698 5956/2059/1696</w:t>
        <w:br/>
        <w:t>f 5957/2058/1696 5961/2060/1697 5956/2059/1696</w:t>
        <w:br/>
        <w:t>f 5960/2061/1698 5961/2060/1697 5962/2062/1699</w:t>
        <w:br/>
        <w:t>f 5963/2063/1699 5960/2061/1698 5962/2062/1699</w:t>
        <w:br/>
        <w:t>f 5964/2064/1700 5963/2063/1699 5962/2062/1699</w:t>
        <w:br/>
        <w:t>f 5965/2065/1701 5964/2064/1700 5962/2062/1699</w:t>
        <w:br/>
        <w:t>f 5965/2065/1701 5967/2066/1702 5966/2067/1703</w:t>
        <w:br/>
        <w:t>f 5964/2064/1700 5965/2065/1701 5966/2067/1703</w:t>
        <w:br/>
        <w:t>f 5967/2066/1702 5969/2068/1704 5968/2069/1705</w:t>
        <w:br/>
        <w:t>f 5966/2067/1703 5967/2066/1702 5968/2069/1705</w:t>
        <w:br/>
        <w:t>f 5971/2070/1706 5968/2069/1705 5969/2068/1704</w:t>
        <w:br/>
        <w:t>f 5970/2071/1706 5971/2070/1706 5969/2068/1704</w:t>
        <w:br/>
        <w:t>f 5970/2071/1706 5973/2072/1707 5972/2073/1707</w:t>
        <w:br/>
        <w:t>f 5971/2070/1706 5970/2071/1706 5972/2073/1707</w:t>
        <w:br/>
        <w:t>f 5975/2074/1708 5972/2073/1707 5973/2072/1707</w:t>
        <w:br/>
        <w:t>f 5974/2075/1708 5975/2074/1708 5973/2072/1707</w:t>
        <w:br/>
        <w:t>f 5975/2074/1708 5974/2075/1708 5977/2076/1709</w:t>
        <w:br/>
        <w:t>f 5976/2077/1709 5975/2074/1708 5977/2076/1709</w:t>
        <w:br/>
        <w:t>f 5981/2078/1710 5980/2079/1711 5979/2080/1712</w:t>
        <w:br/>
        <w:t>f 5978/2081/1712 5981/2078/1710 5979/2080/1712</w:t>
        <w:br/>
        <w:t>f 5978/2081/1712 5979/2080/1712 5983/2082/1713</w:t>
        <w:br/>
        <w:t>f 5982/2083/1714 5978/2081/1712 5983/2082/1713</w:t>
        <w:br/>
        <w:t>f 5982/2083/1714 5983/2082/1713 5985/2084/1715</w:t>
        <w:br/>
        <w:t>f 5984/2085/1716 5982/2083/1714 5985/2084/1715</w:t>
        <w:br/>
        <w:t>f 5987/2086/1717 5986/2087/1717 5984/2085/1716</w:t>
        <w:br/>
        <w:t>f 5985/2084/1715 5987/2086/1717 5984/2085/1716</w:t>
        <w:br/>
        <w:t>f 5986/2087/1717 5987/2086/1717 5958/2057/1695</w:t>
        <w:br/>
        <w:t>f 5959/2056/1695 5986/2087/1717 5958/2057/1695</w:t>
        <w:br/>
        <w:t>f 5990/2088/1718 5989/2089/1719 5988/2090/1720</w:t>
        <w:br/>
        <w:t>f 5991/2091/1718 5990/2088/1718 5988/2090/1720</w:t>
        <w:br/>
        <w:t>f 5994/2092/1721 5993/2093/1721 5992/2094/1722</w:t>
        <w:br/>
        <w:t>f 5995/2095/1722 5994/2092/1721 5992/2094/1722</w:t>
        <w:br/>
        <w:t>f 5989/2089/1719 5997/2096/1723 5996/2097/1723</w:t>
        <w:br/>
        <w:t>f 5988/2090/1720 5989/2089/1719 5996/2097/1723</w:t>
        <w:br/>
        <w:t>f 5999/2098/1724 5998/2099/1725 5993/2093/1721</w:t>
        <w:br/>
        <w:t>f 5994/2092/1721 5999/2098/1724 5993/2093/1721</w:t>
        <w:br/>
        <w:t>f 5996/2097/1723 5997/2096/1723 6001/2100/1726</w:t>
        <w:br/>
        <w:t>f 6000/2101/1726 5996/2097/1723 6001/2100/1726</w:t>
        <w:br/>
        <w:t>f 6002/2102/1727 5998/2099/1725 5999/2098/1724</w:t>
        <w:br/>
        <w:t>f 6003/2103/1727 6002/2102/1727 5999/2098/1724</w:t>
        <w:br/>
        <w:t>f 6005/2104/1728 6004/2105/1729 6000/2101/1726</w:t>
        <w:br/>
        <w:t>f 6001/2100/1726 6005/2104/1728 6000/2101/1726</w:t>
        <w:br/>
        <w:t>f 6007/2106/1730 6002/2102/1727 6003/2103/1727</w:t>
        <w:br/>
        <w:t>f 6006/2107/1730 6007/2106/1730 6003/2103/1727</w:t>
        <w:br/>
        <w:t>f 6005/2104/1728 6009/2108/1731 6008/2109/1731</w:t>
        <w:br/>
        <w:t>f 6004/2105/1729 6005/2104/1728 6008/2109/1731</w:t>
        <w:br/>
        <w:t>f 6011/2110/1732 6010/2111/1733 6007/2106/1730</w:t>
        <w:br/>
        <w:t>f 6006/2107/1730 6011/2110/1732 6007/2106/1730</w:t>
        <w:br/>
        <w:t>f 6008/2109/1731 6009/2108/1731 6013/2112/1734</w:t>
        <w:br/>
        <w:t>f 6012/2113/1734 6008/2109/1731 6013/2112/1734</w:t>
        <w:br/>
        <w:t>f 6010/2111/1733 6011/2110/1732 6014/2114/1735</w:t>
        <w:br/>
        <w:t>f 6015/2115/1736 6010/2111/1733 6014/2114/1735</w:t>
        <w:br/>
        <w:t>f 6012/2113/1734 6013/2112/1734 6016/2116/1737</w:t>
        <w:br/>
        <w:t>f 6017/2117/1737 6012/2113/1734 6016/2116/1737</w:t>
        <w:br/>
        <w:t>f 6018/2118/1738 6015/2115/1736 6014/2114/1735</w:t>
        <w:br/>
        <w:t>f 6019/2119/1739 6018/2118/1738 6014/2114/1735</w:t>
        <w:br/>
        <w:t>f 6021/2120/1740 6020/2121/1741 6017/2117/1737</w:t>
        <w:br/>
        <w:t>f 6016/2116/1737 6021/2120/1740 6017/2117/1737</w:t>
        <w:br/>
        <w:t>f 6019/2119/1739 6023/2122/1742 6022/2123/1742</w:t>
        <w:br/>
        <w:t>f 6018/2118/1738 6019/2119/1739 6022/2123/1742</w:t>
        <w:br/>
        <w:t>f 6025/2124/1743 6024/2125/1743 6020/2121/1741</w:t>
        <w:br/>
        <w:t>f 6021/2120/1740 6025/2124/1743 6020/2121/1741</w:t>
        <w:br/>
        <w:t>f 6027/2126/1744 6026/2127/1744 6022/2123/1742</w:t>
        <w:br/>
        <w:t>f 6023/2122/1742 6027/2126/1744 6022/2123/1742</w:t>
        <w:br/>
        <w:t>f 6029/2128/1745 6026/2127/1744 6027/2126/1744</w:t>
        <w:br/>
        <w:t>f 6028/2129/1746 6029/2128/1745 6027/2126/1744</w:t>
        <w:br/>
        <w:t>f 6024/2125/1743 6025/2124/1743 6030/2130/1747</w:t>
        <w:br/>
        <w:t>f 6031/2131/1747 6024/2125/1743 6030/2130/1747</w:t>
        <w:br/>
        <w:t>f 6035/2132/1748 6034/2133/1749 6033/2134/1750</w:t>
        <w:br/>
        <w:t>f 6032/2135/1751 6035/2132/1748 6033/2134/1750</w:t>
        <w:br/>
        <w:t>f 6039/2136/1752 6038/2137/1753 6037/2138/1753</w:t>
        <w:br/>
        <w:t>f 6036/2139/1754 6039/2136/1752 6037/2138/1753</w:t>
        <w:br/>
        <w:t>f 6041/2140/1755 6040/2141/1756 6032/2135/1751</w:t>
        <w:br/>
        <w:t>f 6033/2134/1750 6041/2140/1755 6032/2135/1751</w:t>
        <w:br/>
        <w:t>f 6042/2142/1757 6037/2138/1753 6038/2137/1753</w:t>
        <w:br/>
        <w:t>f 6043/2143/1757 6042/2142/1757 6038/2137/1753</w:t>
        <w:br/>
        <w:t>f 6045/2144/1758 6044/2145/1758 6040/2141/1756</w:t>
        <w:br/>
        <w:t>f 6041/2140/1755 6045/2144/1758 6040/2141/1756</w:t>
        <w:br/>
        <w:t>f 6043/2143/1757 6047/2146/1759 6046/2147/1759</w:t>
        <w:br/>
        <w:t>f 6042/2142/1757 6043/2143/1757 6046/2147/1759</w:t>
        <w:br/>
        <w:t>f 6044/2145/1758 6045/2144/1758 6049/2148/1760</w:t>
        <w:br/>
        <w:t>f 6048/2149/1760 6044/2145/1758 6049/2148/1760</w:t>
        <w:br/>
        <w:t>f 6051/2150/1761 6046/2147/1759 6047/2146/1759</w:t>
        <w:br/>
        <w:t>f 6050/2151/1762 6051/2150/1761 6047/2146/1759</w:t>
        <w:br/>
        <w:t>f 6049/2148/1760 5990/2088/1718 5991/2091/1718</w:t>
        <w:br/>
        <w:t>f 6048/2149/1760 6049/2148/1760 5991/2091/1718</w:t>
        <w:br/>
        <w:t>f 5992/2094/1722 6051/2150/1761 6050/2151/1762</w:t>
        <w:br/>
        <w:t>f 5995/2095/1722 5992/2094/1722 6050/2151/1762</w:t>
        <w:br/>
        <w:t>f 6053/2152/1763 6052/2153/1763 5980/2079/1711</w:t>
        <w:br/>
        <w:t>f 5981/2078/1710 6053/2152/1763 5980/2079/1711</w:t>
        <w:br/>
        <w:t>f 6055/2154/1764 6054/2155/1764 5976/2077/1709</w:t>
        <w:br/>
        <w:t>f 5977/2076/1709 6055/2154/1764 5976/2077/1709</w:t>
        <w:br/>
        <w:t>f 6035/2132/1748 6057/2156/1765 6056/2157/1765</w:t>
        <w:br/>
        <w:t>f 6034/2133/1749 6035/2132/1748 6056/2157/1765</w:t>
        <w:br/>
        <w:t>f 6059/2158/1766 6058/2159/1766 6039/2136/1752</w:t>
        <w:br/>
        <w:t>f 6036/2139/1754 6059/2158/1766 6039/2136/1752</w:t>
        <w:br/>
        <w:t>f 6062/2160/1767 6061/2161/1768 6060/2162/1769</w:t>
        <w:br/>
        <w:t>f 6063/2163/1769 6062/2160/1767 6060/2162/1769</w:t>
        <w:br/>
        <w:t>f 6065/2164/1770 6064/2165/1770 6031/2131/1747</w:t>
        <w:br/>
        <w:t>f 6030/2130/1747 6065/2164/1770 6031/2131/1747</w:t>
        <w:br/>
        <w:t>f 6066/2166/1771 6029/2128/1745 6028/2129/1746</w:t>
        <w:br/>
        <w:t>f 6067/2167/1771 6066/2166/1771 6028/2129/1746</w:t>
        <w:br/>
        <w:t>f 6183/2168/1772 6182/2169/1773 6181/2170/1774</w:t>
        <w:br/>
        <w:t>f 6180/2171/1772 6183/2168/1772 6181/2170/1774</w:t>
        <w:br/>
        <w:t>f 6182/2169/1773 6185/2172/1775 6184/2173/1775</w:t>
        <w:br/>
        <w:t>f 6181/2170/1774 6182/2169/1773 6184/2173/1775</w:t>
        <w:br/>
        <w:t>f 6186/2174/1776 6184/2173/1775 6185/2172/1775</w:t>
        <w:br/>
        <w:t>f 6187/2175/1777 6186/2174/1776 6185/2172/1775</w:t>
        <w:br/>
        <w:t>f 6186/2174/1776 6187/2175/1777 6188/2176/1778</w:t>
        <w:br/>
        <w:t>f 6189/2177/1779 6186/2174/1776 6188/2176/1778</w:t>
        <w:br/>
        <w:t>f 6191/2178/1780 6190/2179/1781 6189/2177/1779</w:t>
        <w:br/>
        <w:t>f 6188/2176/1778 6191/2178/1780 6189/2177/1779</w:t>
        <w:br/>
        <w:t>f 6190/2179/1781 6191/2178/1780 6193/2180/1782</w:t>
        <w:br/>
        <w:t>f 6192/2181/1782 6190/2179/1781 6193/2180/1782</w:t>
        <w:br/>
        <w:t>f 6195/2182/1783 6194/2183/1784 6192/2181/1782</w:t>
        <w:br/>
        <w:t>f 6193/2180/1782 6195/2182/1783 6192/2181/1782</w:t>
        <w:br/>
        <w:t>f 6194/2183/1784 6195/2182/1783 6197/2184/1785</w:t>
        <w:br/>
        <w:t>f 6196/2185/1785 6194/2183/1784 6197/2184/1785</w:t>
        <w:br/>
        <w:t>f 6199/2186/1786 6198/2187/1787 6196/2185/1785</w:t>
        <w:br/>
        <w:t>f 6197/2184/1785 6199/2186/1786 6196/2185/1785</w:t>
        <w:br/>
        <w:t>f 6199/2186/1786 6201/2188/1788 6200/2189/1788</w:t>
        <w:br/>
        <w:t>f 6198/2187/1787 6199/2186/1786 6200/2189/1788</w:t>
        <w:br/>
        <w:t>f 6205/2190/1789 6204/2191/1790 6203/2192/1790</w:t>
        <w:br/>
        <w:t>f 6202/2193/1791 6205/2190/1789 6203/2192/1790</w:t>
        <w:br/>
        <w:t>f 6204/2191/1790 6207/2194/1792 6206/2195/1793</w:t>
        <w:br/>
        <w:t>f 6203/2192/1790 6204/2191/1790 6206/2195/1793</w:t>
        <w:br/>
        <w:t>f 6207/2194/1792 6209/2196/1794 6208/2197/1794</w:t>
        <w:br/>
        <w:t>f 6206/2195/1793 6207/2194/1792 6208/2197/1794</w:t>
        <w:br/>
        <w:t>f 6209/2196/1794 6211/2198/1795 6210/2199/1795</w:t>
        <w:br/>
        <w:t>f 6208/2197/1794 6209/2196/1794 6210/2199/1795</w:t>
        <w:br/>
        <w:t>f 6211/2198/1795 6183/2168/1772 6180/2171/1772</w:t>
        <w:br/>
        <w:t>f 6210/2199/1795 6211/2198/1795 6180/2171/1772</w:t>
        <w:br/>
        <w:t>f 6214/2200/1796 6213/2201/1797 6212/2202/1798</w:t>
        <w:br/>
        <w:t>f 6215/2203/1799 6214/2200/1796 6212/2202/1798</w:t>
        <w:br/>
        <w:t>f 6218/2204/1800 6217/2205/1801 6216/2206/1801</w:t>
        <w:br/>
        <w:t>f 6219/2207/1800 6218/2204/1800 6216/2206/1801</w:t>
        <w:br/>
        <w:t>f 6213/2201/1797 6214/2200/1796 6221/2208/1802</w:t>
        <w:br/>
        <w:t>f 6220/2209/1803 6213/2201/1797 6221/2208/1802</w:t>
        <w:br/>
        <w:t>f 6223/2210/1804 6216/2206/1801 6217/2205/1801</w:t>
        <w:br/>
        <w:t>f 6222/2211/1804 6223/2210/1804 6217/2205/1801</w:t>
        <w:br/>
        <w:t>f 6221/2208/1802 6225/2212/1805 6224/2213/1805</w:t>
        <w:br/>
        <w:t>f 6220/2209/1803 6221/2208/1802 6224/2213/1805</w:t>
        <w:br/>
        <w:t>f 6223/2210/1804 6222/2211/1804 6226/2214/1806</w:t>
        <w:br/>
        <w:t>f 6227/2215/1806 6223/2210/1804 6226/2214/1806</w:t>
        <w:br/>
        <w:t>f 6229/2216/1807 6224/2213/1805 6225/2212/1805</w:t>
        <w:br/>
        <w:t>f 6228/2217/1807 6229/2216/1807 6225/2212/1805</w:t>
        <w:br/>
        <w:t>f 6231/2218/1808 6230/2219/1809 6227/2215/1806</w:t>
        <w:br/>
        <w:t>f 6226/2214/1806 6231/2218/1808 6227/2215/1806</w:t>
        <w:br/>
        <w:t>f 6229/2216/1807 6228/2217/1807 6233/2220/1810</w:t>
        <w:br/>
        <w:t>f 6232/2221/1811 6229/2216/1807 6233/2220/1810</w:t>
        <w:br/>
        <w:t>f 6235/2222/1812 6230/2219/1809 6231/2218/1808</w:t>
        <w:br/>
        <w:t>f 6234/2223/1813 6235/2222/1812 6231/2218/1808</w:t>
        <w:br/>
        <w:t>f 6233/2220/1810 6237/2224/1814 6236/2225/1814</w:t>
        <w:br/>
        <w:t>f 6232/2221/1811 6233/2220/1810 6236/2225/1814</w:t>
        <w:br/>
        <w:t>f 6238/2226/1815 6235/2222/1812 6234/2223/1813</w:t>
        <w:br/>
        <w:t>f 6239/2227/1816 6238/2226/1815 6234/2223/1813</w:t>
        <w:br/>
        <w:t>f 6240/2228/1817 6236/2225/1814 6237/2224/1814</w:t>
        <w:br/>
        <w:t>f 6241/2229/1817 6240/2228/1817 6237/2224/1814</w:t>
        <w:br/>
        <w:t>f 6238/2226/1815 6239/2227/1816 6242/2230/1818</w:t>
        <w:br/>
        <w:t>f 6243/2231/1818 6238/2226/1815 6242/2230/1818</w:t>
        <w:br/>
        <w:t>f 6245/2232/1819 6240/2228/1817 6241/2229/1817</w:t>
        <w:br/>
        <w:t>f 6244/2233/1820 6245/2232/1819 6241/2229/1817</w:t>
        <w:br/>
        <w:t>f 6243/2231/1818 6242/2230/1818 6247/2234/1821</w:t>
        <w:br/>
        <w:t>f 6246/2235/1821 6243/2231/1818 6247/2234/1821</w:t>
        <w:br/>
        <w:t>f 6249/2236/1822 6245/2232/1819 6244/2233/1820</w:t>
        <w:br/>
        <w:t>f 6248/2237/1822 6249/2236/1822 6244/2233/1820</w:t>
        <w:br/>
        <w:t>f 6251/2238/1823 6246/2235/1821 6247/2234/1821</w:t>
        <w:br/>
        <w:t>f 6250/2239/1823 6251/2238/1823 6247/2234/1821</w:t>
        <w:br/>
        <w:t>f 6253/2240/1824 6252/2241/1824 6251/2238/1823</w:t>
        <w:br/>
        <w:t>f 6250/2239/1823 6253/2240/1824 6251/2238/1823</w:t>
        <w:br/>
        <w:t>f 6254/2242/1825 6249/2236/1822 6248/2237/1822</w:t>
        <w:br/>
        <w:t>f 6255/2243/1826 6254/2242/1825 6248/2237/1822</w:t>
        <w:br/>
        <w:t>f 6259/2244/1827 6258/2245/1828 6257/2246/1828</w:t>
        <w:br/>
        <w:t>f 6256/2247/1829 6259/2244/1827 6257/2246/1828</w:t>
        <w:br/>
        <w:t>f 6263/2248/1830 6262/2249/1831 6261/2250/1832</w:t>
        <w:br/>
        <w:t>f 6260/2251/1832 6263/2248/1830 6261/2250/1832</w:t>
        <w:br/>
        <w:t>f 6265/2252/1833 6257/2246/1828 6258/2245/1828</w:t>
        <w:br/>
        <w:t>f 6264/2253/1834 6265/2252/1833 6258/2245/1828</w:t>
        <w:br/>
        <w:t>f 6260/2251/1832 6261/2250/1832 6266/2254/1835</w:t>
        <w:br/>
        <w:t>f 6267/2255/1836 6260/2251/1832 6266/2254/1835</w:t>
        <w:br/>
        <w:t>f 6264/2253/1834 6269/2256/1837 6268/2257/1837</w:t>
        <w:br/>
        <w:t>f 6265/2252/1833 6264/2253/1834 6268/2257/1837</w:t>
        <w:br/>
        <w:t>f 6271/2258/1838 6270/2259/1839 6267/2255/1836</w:t>
        <w:br/>
        <w:t>f 6266/2254/1835 6271/2258/1838 6267/2255/1836</w:t>
        <w:br/>
        <w:t>f 6269/2256/1837 6273/2260/1840 6272/2261/1840</w:t>
        <w:br/>
        <w:t>f 6268/2257/1837 6269/2256/1837 6272/2261/1840</w:t>
        <w:br/>
        <w:t>f 6275/2262/1841 6274/2263/1841 6270/2259/1839</w:t>
        <w:br/>
        <w:t>f 6271/2258/1838 6275/2262/1841 6270/2259/1839</w:t>
        <w:br/>
        <w:t>f 6272/2261/1840 6273/2260/1840 6215/2203/1799</w:t>
        <w:br/>
        <w:t>f 6212/2202/1798 6272/2261/1840 6215/2203/1799</w:t>
        <w:br/>
        <w:t>f 6274/2263/1841 6275/2262/1841 6218/2204/1800</w:t>
        <w:br/>
        <w:t>f 6219/2207/1800 6274/2263/1841 6218/2204/1800</w:t>
        <w:br/>
        <w:t>f 6202/2193/1791 6277/2264/1842 6276/2265/1843</w:t>
        <w:br/>
        <w:t>f 6205/2190/1789 6202/2193/1791 6276/2265/1843</w:t>
        <w:br/>
        <w:t>f 6279/2266/1844 6200/2189/1788 6201/2188/1788</w:t>
        <w:br/>
        <w:t>f 6278/2267/1845 6279/2266/1844 6201/2188/1788</w:t>
        <w:br/>
        <w:t>f 6259/2244/1827 6256/2247/1829 6281/2268/1846</w:t>
        <w:br/>
        <w:t>f 6280/2269/1847 6259/2244/1827 6281/2268/1846</w:t>
        <w:br/>
        <w:t>f 6263/2248/1830 6283/2270/1848 6282/2271/1848</w:t>
        <w:br/>
        <w:t>f 6262/2249/1831 6263/2248/1830 6282/2271/1848</w:t>
        <w:br/>
        <w:t>f 6286/2272/1849 6285/2273/1850 6284/2274/1850</w:t>
        <w:br/>
        <w:t>f 6287/2275/1851 6286/2272/1849 6284/2274/1850</w:t>
        <w:br/>
        <w:t>f 6289/2276/1852 6254/2242/1825 6255/2243/1826</w:t>
        <w:br/>
        <w:t>f 6288/2277/1852 6289/2276/1852 6255/2243/1826</w:t>
        <w:br/>
        <w:t>f 6252/2241/1824 6253/2240/1824 6290/2278/1853</w:t>
        <w:br/>
        <w:t>f 6291/2279/1854 6252/2241/1824 6290/2278/1853</w:t>
        <w:br/>
        <w:t>f 6407/2280/1855 6406/2281/1856 6405/2282/1857</w:t>
        <w:br/>
        <w:t>f 6404/2283/1858 6407/2280/1855 6405/2282/1857</w:t>
        <w:br/>
        <w:t>f 6410/2284/1859 6409/2285/1860 6408/2286/1861</w:t>
        <w:br/>
        <w:t>f 6411/2287/1862 6410/2284/1859 6408/2286/1861</w:t>
        <w:br/>
        <w:t>f 6415/2288/1863 6414/2289/1864 6413/2290/1865</w:t>
        <w:br/>
        <w:t>f 6412/2291/1866 6415/2288/1863 6413/2290/1865</w:t>
        <w:br/>
        <w:t>f 6417/2292/1867 6416/2293/1868 6404/2283/1858</w:t>
        <w:br/>
        <w:t>f 6414/2289/1864 6417/2292/1867 6404/2283/1858</w:t>
        <w:br/>
        <w:t>f 6420/2294/1869 6419/2295/1870 6418/2296/1871</w:t>
        <w:br/>
        <w:t>f 6415/2288/1863 6411/2287/1862 6422/2297/1872</w:t>
        <w:br/>
        <w:t>f 6421/2298/1873 6415/2288/1863 6422/2297/1872</w:t>
        <w:br/>
        <w:t>f 6423/2299/1874 6419/2295/1870 6420/2294/1869</w:t>
        <w:br/>
        <w:t>f 6427/2300/1875 6426/2301/1876 6425/2302/1877</w:t>
        <w:br/>
        <w:t>f 6424/2303/1878 6427/2300/1875 6425/2302/1877</w:t>
        <w:br/>
        <w:t>f 6429/2304/1879 6407/2280/1855 6428/2305/1880</w:t>
        <w:br/>
        <w:t>f 6430/2306/1881 6429/2304/1879 6428/2305/1880</w:t>
        <w:br/>
        <w:t>f 6426/2301/1876 6432/2307/1882 6431/2308/1883</w:t>
        <w:br/>
        <w:t>f 6425/2302/1877 6426/2301/1876 6431/2308/1883</w:t>
        <w:br/>
        <w:t>f 6404/2283/1858 6405/2282/1857 6413/2290/1865</w:t>
        <w:br/>
        <w:t>f 6414/2289/1864 6404/2283/1858 6413/2290/1865</w:t>
        <w:br/>
        <w:t>f 6415/2288/1863 6412/2291/1866 6410/2284/1859</w:t>
        <w:br/>
        <w:t>f 6411/2287/1862 6415/2288/1863 6410/2284/1859</w:t>
        <w:br/>
        <w:t>f 6416/2293/1868 6428/2305/1880 6407/2280/1855</w:t>
        <w:br/>
        <w:t>f 6404/2283/1858 6416/2293/1868 6407/2280/1855</w:t>
        <w:br/>
        <w:t>f 6414/2289/1864 6415/2288/1863 6421/2298/1873</w:t>
        <w:br/>
        <w:t>f 6417/2292/1867 6414/2289/1864 6421/2298/1873</w:t>
        <w:br/>
        <w:t>f 6434/2309/1884 6408/2286/1861 6409/2285/1860</w:t>
        <w:br/>
        <w:t>f 6433/2310/1885 6434/2309/1884 6409/2285/1860</w:t>
        <w:br/>
        <w:t>f 6435/2311/1886 6422/2297/1872 6411/2287/1862</w:t>
        <w:br/>
        <w:t>f 6408/2286/1861 6435/2311/1886 6411/2287/1862</w:t>
        <w:br/>
        <w:t>f 6406/2281/1856 6407/2280/1855 6429/2304/1879</w:t>
        <w:br/>
        <w:t>f 6436/2312/1887 6406/2281/1856 6429/2304/1879</w:t>
        <w:br/>
        <w:t>f 6435/2311/1886 6408/2286/1861 6434/2309/1884</w:t>
        <w:br/>
        <w:t>f 6437/2313/1888 6435/2311/1886 6434/2309/1884</w:t>
        <w:br/>
        <w:t>f 6440/2314/1889 6439/2315/1890 6438/2316/1891</w:t>
        <w:br/>
        <w:t>f 6441/2317/1892 6440/2314/1889 6438/2316/1891</w:t>
        <w:br/>
        <w:t>f 6445/2318/1893 6444/2319/1894 6443/2320/1895</w:t>
        <w:br/>
        <w:t>f 6442/2321/1896 6445/2318/1893 6443/2320/1895</w:t>
        <w:br/>
        <w:t>f 6448/2322/1897 6447/2323/1898 6446/2324/1899</w:t>
        <w:br/>
        <w:t>f 6449/2325/1900 6448/2322/1897 6446/2324/1899</w:t>
        <w:br/>
        <w:t>f 6452/2326/1901 6451/2327/1902 6450/2328/1903</w:t>
        <w:br/>
        <w:t>f 6453/2329/1904 6452/2326/1901 6450/2328/1903</w:t>
        <w:br/>
        <w:t>f 6455/2330/1905 6454/2331/1906 6450/2328/1903</w:t>
        <w:br/>
        <w:t>f 6445/2318/1893 6455/2330/1905 6450/2328/1903</w:t>
        <w:br/>
        <w:t>f 6458/2332/1907 6457/2333/1908 6456/2334/1909</w:t>
        <w:br/>
        <w:t>f 6453/2329/1904 6460/2335/1910 6459/2336/1911</w:t>
        <w:br/>
        <w:t>f 6448/2322/1897 6453/2329/1904 6459/2336/1911</w:t>
        <w:br/>
        <w:t>f 6456/2334/1909 6457/2333/1908 6461/2337/1912</w:t>
        <w:br/>
        <w:t>f 6465/2338/1913 6464/2339/1914 6463/2340/1915</w:t>
        <w:br/>
        <w:t>f 6462/2341/1916 6465/2338/1913 6463/2340/1915</w:t>
        <w:br/>
        <w:t>f 6442/2321/1896 6468/2342/1917 6467/2343/1918</w:t>
        <w:br/>
        <w:t>f 6466/2344/1919 6442/2321/1896 6467/2343/1918</w:t>
        <w:br/>
        <w:t>f 6470/2345/1920 6469/2346/1921 6441/2317/1892</w:t>
        <w:br/>
        <w:t>f 6438/2316/1891 6470/2345/1920 6441/2317/1892</w:t>
        <w:br/>
        <w:t>f 6438/2316/1891 6439/2315/1890 6471/2347/1922</w:t>
        <w:br/>
        <w:t>f 6472/2348/1923 6438/2316/1891 6471/2347/1922</w:t>
        <w:br/>
        <w:t>f 6462/2341/1916 6463/2340/1915 6473/2349/1924</w:t>
        <w:br/>
        <w:t>f 6474/2350/1925 6462/2341/1916 6473/2349/1924</w:t>
        <w:br/>
        <w:t>f 6472/2348/1923 6475/2351/1926 6470/2345/1920</w:t>
        <w:br/>
        <w:t>f 6438/2316/1891 6472/2348/1923 6470/2345/1920</w:t>
        <w:br/>
        <w:t>f 6469/2346/1921 6470/2345/1920 6468/2342/1917</w:t>
        <w:br/>
        <w:t>f 6476/2352/1927 6469/2346/1921 6468/2342/1917</w:t>
        <w:br/>
        <w:t>f 6439/2315/1890 6477/2353/1928 6471/2347/1922</w:t>
        <w:br/>
        <w:t>f 6439/2315/1890 6440/2314/1889 6478/2354/1929</w:t>
        <w:br/>
        <w:t>f 6444/2319/1894 6445/2318/1893 6450/2328/1903</w:t>
        <w:br/>
        <w:t>f 6451/2327/1902 6444/2319/1894 6450/2328/1903</w:t>
        <w:br/>
        <w:t>f 6453/2329/1904 6448/2322/1897 6449/2325/1900</w:t>
        <w:br/>
        <w:t>f 6452/2326/1901 6453/2329/1904 6449/2325/1900</w:t>
        <w:br/>
        <w:t>f 6466/2344/1919 6455/2330/1905 6445/2318/1893</w:t>
        <w:br/>
        <w:t>f 6442/2321/1896 6466/2344/1919 6445/2318/1893</w:t>
        <w:br/>
        <w:t>f 6450/2328/1903 6454/2331/1906 6460/2335/1910</w:t>
        <w:br/>
        <w:t>f 6453/2329/1904 6450/2328/1903 6460/2335/1910</w:t>
        <w:br/>
        <w:t>f 6446/2324/1899 6447/2323/1898 6462/2341/1916</w:t>
        <w:br/>
        <w:t>f 6474/2350/1925 6446/2324/1899 6462/2341/1916</w:t>
        <w:br/>
        <w:t>f 6475/2351/1926 6467/2343/1918 6468/2342/1917</w:t>
        <w:br/>
        <w:t>f 6470/2345/1920 6475/2351/1926 6468/2342/1917</w:t>
        <w:br/>
        <w:t>f 6448/2322/1897 6459/2336/1911 6479/2355/1930</w:t>
        <w:br/>
        <w:t>f 6447/2323/1898 6448/2322/1897 6479/2355/1930</w:t>
        <w:br/>
        <w:t>f 6442/2321/1896 6443/2320/1895 6476/2352/1927</w:t>
        <w:br/>
        <w:t>f 6468/2342/1917 6442/2321/1896 6476/2352/1927</w:t>
        <w:br/>
        <w:t>f 6447/2323/1898 6479/2355/1930 6465/2338/1913</w:t>
        <w:br/>
        <w:t>f 6462/2341/1916 6447/2323/1898 6465/2338/1913</w:t>
        <w:br/>
        <w:t>f 6482/2356/1931 6481/2357/1932 6480/2358/1933</w:t>
        <w:br/>
        <w:t>f 6483/2359/1934 6482/2356/1931 6480/2358/1933</w:t>
        <w:br/>
        <w:t>f 6486/2360/1935 6485/2361/1936 6484/2362/1937</w:t>
        <w:br/>
        <w:t>f 6487/2363/1938 6486/2360/1935 6484/2362/1937</w:t>
        <w:br/>
        <w:t>f 6490/2364/1939 6489/2365/1940 6488/2366/1941</w:t>
        <w:br/>
        <w:t>f 6491/2367/1942 6490/2364/1939 6488/2366/1941</w:t>
        <w:br/>
        <w:t>f 6495/2368/1865 6494/2369/1943 6493/2370/1944</w:t>
        <w:br/>
        <w:t>f 6492/2371/1945 6495/2368/1865 6493/2370/1944</w:t>
        <w:br/>
        <w:t>f 6499/2372/1946 6498/2373/1947 6497/2374/1948</w:t>
        <w:br/>
        <w:t>f 6496/2375/1949 6499/2372/1946 6497/2374/1948</w:t>
        <w:br/>
        <w:t>f 6503/2376/1950 6502/2377/1951 6501/2378/1952</w:t>
        <w:br/>
        <w:t>f 6500/2379/1953 6503/2376/1950 6501/2378/1952</w:t>
        <w:br/>
        <w:t>f 6503/2376/1950 6505/2380/1954 6504/2381/1955</w:t>
        <w:br/>
        <w:t>f 6502/2377/1951 6503/2376/1950 6504/2381/1955</w:t>
        <w:br/>
        <w:t>f 6508/2382/1956 6507/2383/1957 6506/2384/1958</w:t>
        <w:br/>
        <w:t>f 6509/2385/1959 6508/2382/1956 6506/2384/1958</w:t>
        <w:br/>
        <w:t>f 6512/2386/1960 6511/2387/1961 6510/2388/1962</w:t>
        <w:br/>
        <w:t>f 6513/2389/1963 6512/2386/1960 6510/2388/1962</w:t>
        <w:br/>
        <w:t>f 6517/2390/1964 6516/2391/1965 6515/2392/1966</w:t>
        <w:br/>
        <w:t>f 6514/2393/1967 6517/2390/1964 6515/2392/1966</w:t>
        <w:br/>
        <w:t>f 6521/2394/1968 6520/2395/1969 6519/2396/1875</w:t>
        <w:br/>
        <w:t>f 6518/2397/1970 6521/2394/1968 6519/2396/1875</w:t>
        <w:br/>
        <w:t>f 6524/2398/1971 6523/2399/1972 6522/2400/1973</w:t>
        <w:br/>
        <w:t>f 6525/2401/1974 6524/2398/1971 6522/2400/1973</w:t>
        <w:br/>
        <w:t>f 6483/2359/1934 6480/2358/1933 6526/2402/1975</w:t>
        <w:br/>
        <w:t>f 6527/2403/1976 6483/2359/1934 6526/2402/1975</w:t>
        <w:br/>
        <w:t>f 6531/2404/1977 6530/2405/1978 6529/2406/1979</w:t>
        <w:br/>
        <w:t>f 6528/2407/1980 6531/2404/1977 6529/2406/1979</w:t>
        <w:br/>
        <w:t>f 6517/2390/1964 6514/2393/1967 6533/2408/1981</w:t>
        <w:br/>
        <w:t>f 6532/2409/1982 6517/2390/1964 6533/2408/1981</w:t>
        <w:br/>
        <w:t>f 6528/2407/1980 6535/2410/1983 6534/2411/1984</w:t>
        <w:br/>
        <w:t>f 6531/2404/1977 6528/2407/1980 6534/2411/1984</w:t>
        <w:br/>
        <w:t>f 6537/2412/1985 6536/2413/1986 6527/2403/1976</w:t>
        <w:br/>
        <w:t>f 6526/2402/1975 6537/2412/1985 6527/2403/1976</w:t>
        <w:br/>
        <w:t>f 6541/2414/1987 6540/2415/1988 6539/2416/1989</w:t>
        <w:br/>
        <w:t>f 6538/2417/1990 6541/2414/1987 6539/2416/1989</w:t>
        <w:br/>
        <w:t>f 6530/2405/1978 6539/2416/1989 6540/2415/1988</w:t>
        <w:br/>
        <w:t>f 6529/2406/1979 6530/2405/1978 6540/2415/1988</w:t>
        <w:br/>
        <w:t>f 6541/2414/1987 6538/2417/1990 6542/2418/1991</w:t>
        <w:br/>
        <w:t>f 6543/2419/1992 6541/2414/1987 6542/2418/1991</w:t>
        <w:br/>
        <w:t>f 6481/2357/1932 6482/2356/1931 6543/2419/1992</w:t>
        <w:br/>
        <w:t>f 6542/2418/1991 6481/2357/1932 6543/2419/1992</w:t>
        <w:br/>
        <w:t>f 6494/2369/1943 6495/2368/1865 6485/2361/1936</w:t>
        <w:br/>
        <w:t>f 6486/2360/1935 6494/2369/1943 6485/2361/1936</w:t>
        <w:br/>
        <w:t>f 6493/2370/1944 6490/2364/1939 6544/2420/1859</w:t>
        <w:br/>
        <w:t>f 6492/2371/1945 6493/2370/1944 6544/2420/1859</w:t>
        <w:br/>
        <w:t>f 6496/2375/1949 6522/2400/1973 6523/2399/1972</w:t>
        <w:br/>
        <w:t>f 6499/2372/1946 6496/2375/1949 6523/2399/1972</w:t>
        <w:br/>
        <w:t>f 6508/2382/1956 6497/2374/1948 6498/2373/1947</w:t>
        <w:br/>
        <w:t>f 6507/2383/1957 6508/2382/1956 6498/2373/1947</w:t>
        <w:br/>
        <w:t>f 6545/2421/1993 6488/2366/1941 6489/2365/1940</w:t>
        <w:br/>
        <w:t>f 6546/2422/1994 6545/2421/1993 6489/2365/1940</w:t>
        <w:br/>
        <w:t>f 6525/2401/1974 6534/2411/1984 6535/2410/1983</w:t>
        <w:br/>
        <w:t>f 6524/2398/1971 6525/2401/1974 6535/2410/1983</w:t>
        <w:br/>
        <w:t>f 6509/2385/1959 6506/2384/1958 6548/2423/1995</w:t>
        <w:br/>
        <w:t>f 6547/2424/1996 6509/2385/1959 6548/2423/1995</w:t>
        <w:br/>
        <w:t>f 6487/2363/1938 6484/2362/1937 6536/2413/1986</w:t>
        <w:br/>
        <w:t>f 6537/2412/1985 6487/2363/1938 6536/2413/1986</w:t>
        <w:br/>
        <w:t>f 6547/2424/1996 6548/2423/1995 6549/2425/1888</w:t>
        <w:br/>
        <w:t>f 6521/2394/1968 6547/2424/1996 6549/2425/1888</w:t>
        <w:br/>
        <w:t>f 6480/2358/1933 6481/2357/1932 6440/2314/1889</w:t>
        <w:br/>
        <w:t>f 6441/2317/1892 6480/2358/1933 6440/2314/1889</w:t>
        <w:br/>
        <w:t>f 6552/2426/1997 6551/2427/1997 6487/2363/1998</w:t>
        <w:br/>
        <w:t>f 6550/2428/1999 6552/2426/1997 6487/2363/1998</w:t>
        <w:br/>
        <w:t>f 6554/2429/2000 6553/2430/2001 6489/2365/1940</w:t>
        <w:br/>
        <w:t>f 6490/2364/1939 6554/2429/2000 6489/2365/1940</w:t>
        <w:br/>
        <w:t>f 6556/2431/2002 6493/2370/1944 6494/2369/1943</w:t>
        <w:br/>
        <w:t>f 6555/2432/2003 6556/2431/2002 6494/2369/1943</w:t>
        <w:br/>
        <w:t>f 6496/2375/1949 6497/2374/1948 6557/2433/2004</w:t>
        <w:br/>
        <w:t>f 6455/2330/1905 6496/2375/1949 6557/2433/2004</w:t>
        <w:br/>
        <w:t>f 6559/2434/2005 6558/2435/2006 6501/2378/1952</w:t>
        <w:br/>
        <w:t>f 6502/2377/1951 6559/2434/2005 6501/2378/1952</w:t>
        <w:br/>
        <w:t>f 6561/2436/2007 6560/2437/2008 6457/2333/1908</w:t>
        <w:br/>
        <w:t>f 6458/2332/1907 6561/2436/2007 6457/2333/1908</w:t>
        <w:br/>
        <w:t>f 6563/2438/2009 6508/2382/1956 6509/2385/1959</w:t>
        <w:br/>
        <w:t>f 6562/2439/2010 6563/2438/2009 6509/2385/1959</w:t>
        <w:br/>
        <w:t>f 6566/2440/2011 6565/2441/2012 6564/2442/2013</w:t>
        <w:br/>
        <w:t>f 6511/2387/2014 6566/2440/2011 6564/2442/2013</w:t>
        <w:br/>
        <w:t>f 6517/2390/1964 6567/2443/2015 6565/2441/2016</w:t>
        <w:br/>
        <w:t>f 6516/2391/1965 6517/2390/1964 6565/2441/2016</w:t>
        <w:br/>
        <w:t>f 6518/2397/1970 6501/2378/1952 6558/2435/2006</w:t>
        <w:br/>
        <w:t>f 6568/2444/2017 6518/2397/1970 6558/2435/2006</w:t>
        <w:br/>
        <w:t>f 6466/2344/1919 6467/2343/1918 6525/2401/1974</w:t>
        <w:br/>
        <w:t>f 6522/2400/1973 6466/2344/1919 6525/2401/1974</w:t>
        <w:br/>
        <w:t>f 6480/2358/1933 6441/2317/1892 6469/2346/1921</w:t>
        <w:br/>
        <w:t>f 6526/2402/1975 6480/2358/1933 6469/2346/1921</w:t>
        <w:br/>
        <w:t>f 6531/2404/1977 6472/2348/1923 6471/2347/1922</w:t>
        <w:br/>
        <w:t>f 6530/2405/1978 6531/2404/1977 6471/2347/1922</w:t>
        <w:br/>
        <w:t>f 6532/2409/1982 6546/2422/1994 6569/2445/2018</w:t>
        <w:br/>
        <w:t>f 6570/2446/2019 6532/2409/1982 6569/2445/2018</w:t>
        <w:br/>
        <w:t>f 6531/2404/1977 6534/2411/1984 6475/2351/1926</w:t>
        <w:br/>
        <w:t>f 6472/2348/1923 6531/2404/1977 6475/2351/1926</w:t>
        <w:br/>
        <w:t>f 6526/2402/1975 6469/2346/1921 6476/2352/1927</w:t>
        <w:br/>
        <w:t>f 6571/2447/2020 6526/2402/1975 6476/2352/1927</w:t>
        <w:br/>
        <w:t>f 6573/2448/2021 6572/2449/2022 6538/2417/1990</w:t>
        <w:br/>
        <w:t>f 6574/2450/2023 6573/2448/2021 6538/2417/1990</w:t>
        <w:br/>
        <w:t>f 6573/2448/2024 6539/2416/1989 6530/2405/1978</w:t>
        <w:br/>
        <w:t>f 6471/2347/1922 6573/2448/2024 6530/2405/1978</w:t>
        <w:br/>
        <w:t>f 6538/2417/1990 6572/2449/2022 6575/2451/2025</w:t>
        <w:br/>
        <w:t>f 6542/2418/1991 6538/2417/1990 6575/2451/2025</w:t>
        <w:br/>
        <w:t>f 6575/2451/2025 6440/2314/1889 6481/2357/1932</w:t>
        <w:br/>
        <w:t>f 6542/2418/1991 6575/2451/2025 6481/2357/1932</w:t>
        <w:br/>
        <w:t>f 6551/2427/1997 6552/2426/1997 6555/2432/2003</w:t>
        <w:br/>
        <w:t>f 6494/2369/1943 6551/2427/1997 6555/2432/2003</w:t>
        <w:br/>
        <w:t>f 6556/2431/2002 6554/2429/2000 6490/2364/1939</w:t>
        <w:br/>
        <w:t>f 6493/2370/1944 6556/2431/2002 6490/2364/1939</w:t>
        <w:br/>
        <w:t>f 6455/2330/1905 6466/2344/1919 6522/2400/1973</w:t>
        <w:br/>
        <w:t>f 6496/2375/1949 6455/2330/1905 6522/2400/1973</w:t>
        <w:br/>
        <w:t>f 6563/2438/2009 6557/2433/2004 6497/2374/1948</w:t>
        <w:br/>
        <w:t>f 6508/2382/1956 6563/2438/2009 6497/2374/1948</w:t>
        <w:br/>
        <w:t>f 6553/2430/2001 6569/2445/2018 6546/2422/1994</w:t>
        <w:br/>
        <w:t>f 6489/2365/1940 6553/2430/2001 6546/2422/1994</w:t>
        <w:br/>
        <w:t>f 6467/2343/1918 6475/2351/1926 6534/2411/1984</w:t>
        <w:br/>
        <w:t>f 6525/2401/1974 6467/2343/1918 6534/2411/1984</w:t>
        <w:br/>
        <w:t>f 6562/2439/2010 6509/2385/1959 6547/2424/1996</w:t>
        <w:br/>
        <w:t>f 6576/2452/2026 6562/2439/2010 6547/2424/1996</w:t>
        <w:br/>
        <w:t>f 6443/2320/1895 6487/2363/1938 6537/2412/1985</w:t>
        <w:br/>
        <w:t>f 6476/2352/1927 6443/2320/1895 6537/2412/1985</w:t>
        <w:br/>
        <w:t>f 6521/2394/1968 6577/2453/2027 6576/2452/2026</w:t>
        <w:br/>
        <w:t>f 6547/2424/1996 6521/2394/1968 6576/2452/2026</w:t>
        <w:br/>
        <w:t>f 6437/2313/1888 6434/2309/1884 6426/2301/1876</w:t>
        <w:br/>
        <w:t>f 6427/2300/1875 6437/2313/1888 6426/2301/1876</w:t>
        <w:br/>
        <w:t>f 6434/2309/1884 6433/2310/1885 6432/2307/1882</w:t>
        <w:br/>
        <w:t>f 6426/2301/1876 6434/2309/1884 6432/2307/1882</w:t>
        <w:br/>
        <w:t>f 6578/2454/2028 6463/2340/1915 6464/2339/1914</w:t>
        <w:br/>
        <w:t>f 6579/2455/2029 6578/2454/2028 6464/2339/1914</w:t>
        <w:br/>
        <w:t>f 6463/2340/1915 6578/2454/2028 6580/2456/2030</w:t>
        <w:br/>
        <w:t>f 6473/2349/1924 6463/2340/1915 6580/2456/2030</w:t>
        <w:br/>
        <w:t>f 6501/2378/1952 6518/2397/1970 6519/2396/1875</w:t>
        <w:br/>
        <w:t>f 6500/2379/1953 6501/2378/1952 6519/2396/1875</w:t>
        <w:br/>
        <w:t>f 6533/2408/1981 6545/2421/1993 6546/2422/1994</w:t>
        <w:br/>
        <w:t>f 6532/2409/1982 6533/2408/1981 6546/2422/1994</w:t>
        <w:br/>
        <w:t>f 6518/2397/1970 6568/2444/2017 6577/2453/2027</w:t>
        <w:br/>
        <w:t>f 6521/2394/1968 6518/2397/1970 6577/2453/2027</w:t>
        <w:br/>
        <w:t>f 6567/2443/2015 6517/2390/1964 6532/2409/1982</w:t>
        <w:br/>
        <w:t>f 6570/2446/2019 6567/2443/2015 6532/2409/1982</w:t>
        <w:br/>
        <w:t>f 6510/2388/1962 6504/2381/1955 6505/2380/1954</w:t>
        <w:br/>
        <w:t>f 6513/2389/1963 6510/2388/1962 6505/2380/1954</w:t>
        <w:br/>
        <w:t>f 6511/2387/1961 6512/2386/1960 6515/2392/1966</w:t>
        <w:br/>
        <w:t>f 6516/2391/1965 6511/2387/1961 6515/2392/1966</w:t>
        <w:br/>
        <w:t>f 6458/2332/2031 6559/2434/2005 6502/2377/1951</w:t>
        <w:br/>
        <w:t>f 6504/2381/1955 6458/2332/2031 6502/2377/1951</w:t>
        <w:br/>
        <w:t>f 6511/2387/1961 6461/2337/1912 6457/2333/1908</w:t>
        <w:br/>
        <w:t>f 6510/2388/1962 6511/2387/1961 6457/2333/1908</w:t>
        <w:br/>
        <w:t>f 6581/2457/2032 6580/2456/2030 6578/2454/2028</w:t>
        <w:br/>
        <w:t>f 6456/2334/1909 6581/2457/2032 6578/2454/2028</w:t>
        <w:br/>
        <w:t>f 6582/2458/2033 6456/2334/1909 6578/2454/2028</w:t>
        <w:br/>
        <w:t>f 6579/2455/2029 6582/2458/2033 6578/2454/2028</w:t>
        <w:br/>
        <w:t>f 6461/2337/1912 6581/2457/2032 6456/2334/1909</w:t>
        <w:br/>
        <w:t>f 6456/2334/1909 6582/2458/2033 6458/2332/1907</w:t>
        <w:br/>
        <w:t>f 6425/2302/1877 6420/2294/1869 6583/2459/1950</w:t>
        <w:br/>
        <w:t>f 6424/2303/1878 6425/2302/1877 6583/2459/1950</w:t>
        <w:br/>
        <w:t>f 6584/2460/1966 6420/2294/1869 6425/2302/1877</w:t>
        <w:br/>
        <w:t>f 6431/2308/1883 6584/2460/1966 6425/2302/1877</w:t>
        <w:br/>
        <w:t>f 6418/2296/1871 6583/2459/1950 6420/2294/1869</w:t>
        <w:br/>
        <w:t>f 6420/2294/1869 6584/2460/1966 6423/2299/1874</w:t>
        <w:br/>
        <w:t>f 6439/2315/1890 6585/2461/2034 6477/2353/1928</w:t>
        <w:br/>
        <w:t>f 6439/2315/1890 6478/2354/1929 6585/2461/2034</w:t>
        <w:br/>
        <w:t>f 6588/2462/2035 6587/2463/2036 6586/2464/2036</w:t>
        <w:br/>
        <w:t>f 6589/2465/2035 6588/2462/2035 6586/2464/2036</w:t>
        <w:br/>
        <w:t>f 6587/2463/2036 6591/2466/2037 6590/2467/2037</w:t>
        <w:br/>
        <w:t>f 6586/2464/2036 6587/2463/2036 6590/2467/2037</w:t>
        <w:br/>
        <w:t>f 6594/2468/2038 6593/2469/2039 6592/2470/2039</w:t>
        <w:br/>
        <w:t>f 6595/2471/2038 6594/2468/2038 6592/2470/2039</w:t>
        <w:br/>
        <w:t>f 6594/2468/2038 6595/2471/2038 6597/2472/2040</w:t>
        <w:br/>
        <w:t>f 6596/2473/2040 6594/2468/2038 6597/2472/2040</w:t>
        <w:br/>
        <w:t>f 6597/2472/2040 6599/2474/2041 6598/2475/2041</w:t>
        <w:br/>
        <w:t>f 6596/2473/2040 6597/2472/2040 6598/2475/2041</w:t>
        <w:br/>
        <w:t>f 6601/2476/2042 6598/2475/2041 6599/2474/2041</w:t>
        <w:br/>
        <w:t>f 6600/2477/2043 6601/2476/2042 6599/2474/2041</w:t>
        <w:br/>
        <w:t>f 6602/2478/2044 6601/2476/2042 6600/2477/2043</w:t>
        <w:br/>
        <w:t>f 6603/2479/2044 6602/2478/2044 6600/2477/2043</w:t>
        <w:br/>
        <w:t>f 6603/2479/2044 6605/2480/2045 6604/2481/2046</w:t>
        <w:br/>
        <w:t>f 6602/2478/2044 6603/2479/2044 6604/2481/2046</w:t>
        <w:br/>
        <w:t>f 6608/2482/2046 6607/2483/2047 6606/2484/2047</w:t>
        <w:br/>
        <w:t>f 6609/2485/2048 6608/2482/2046 6606/2484/2047</w:t>
        <w:br/>
        <w:t>f 6607/2483/2047 6611/2486/2049 6610/2487/2049</w:t>
        <w:br/>
        <w:t>f 6606/2484/2047 6607/2483/2047 6610/2487/2049</w:t>
        <w:br/>
        <w:t>f 6613/2488/2050 6610/2487/2049 6611/2486/2049</w:t>
        <w:br/>
        <w:t>f 6612/2489/2050 6613/2488/2050 6611/2486/2049</w:t>
        <w:br/>
        <w:t>f 6612/2489/2050 6615/2490/2051 6614/2491/2051</w:t>
        <w:br/>
        <w:t>f 6613/2488/2050 6612/2489/2050 6614/2491/2051</w:t>
        <w:br/>
        <w:t>f 6615/2490/2051 6617/2492/2052 6616/2493/2052</w:t>
        <w:br/>
        <w:t>f 6614/2491/2051 6615/2490/2051 6616/2493/2052</w:t>
        <w:br/>
        <w:t>f 6617/2492/2052 6592/2470/2039 6593/2469/2039</w:t>
        <w:br/>
        <w:t>f 6616/2493/2052 6617/2492/2052 6593/2469/2039</w:t>
        <w:br/>
        <w:t>f 6620/2494/2053 6619/2495/2054 6618/2496/2055</w:t>
        <w:br/>
        <w:t>f 6621/2497/2056 6620/2494/2053 6618/2496/2055</w:t>
        <w:br/>
        <w:t>f 6621/2497/2056 6618/2496/2055 6623/2498/2057</w:t>
        <w:br/>
        <w:t>f 6622/2499/2058 6621/2497/2056 6623/2498/2057</w:t>
        <w:br/>
        <w:t>f 6625/2500/2059 6624/2501/2060 6622/2499/2058</w:t>
        <w:br/>
        <w:t>f 6623/2498/2057 6625/2500/2059 6622/2499/2058</w:t>
        <w:br/>
        <w:t>f 6627/2502/2061 6626/2503/2062 6624/2501/2060</w:t>
        <w:br/>
        <w:t>f 6625/2500/2059 6627/2502/2061 6624/2501/2060</w:t>
        <w:br/>
        <w:t>f 6626/2503/2062 6627/2502/2061 6629/2504/2063</w:t>
        <w:br/>
        <w:t>f 6628/2505/2064 6626/2503/2062 6629/2504/2063</w:t>
        <w:br/>
        <w:t>f 6628/2505/2064 6629/2504/2063 6631/2506/2065</w:t>
        <w:br/>
        <w:t>f 6630/2507/2066 6628/2505/2064 6631/2506/2065</w:t>
        <w:br/>
        <w:t>f 6635/2508/2067 6634/2509/2068 6633/2510/2069</w:t>
        <w:br/>
        <w:t>f 6632/2511/2065 6635/2508/2067 6633/2510/2069</w:t>
        <w:br/>
        <w:t>f 6634/2509/2068 6635/2508/2067 6636/2512/2070</w:t>
        <w:br/>
        <w:t>f 6637/2513/2071 6634/2509/2068 6636/2512/2070</w:t>
        <w:br/>
        <w:t>f 6639/2514/2072 6638/2515/2073 6637/2513/2071</w:t>
        <w:br/>
        <w:t>f 6636/2512/2070 6639/2514/2072 6637/2513/2071</w:t>
        <w:br/>
        <w:t>f 6638/2515/2073 6639/2514/2072 6641/2516/2074</w:t>
        <w:br/>
        <w:t>f 6640/2517/2075 6638/2515/2073 6641/2516/2074</w:t>
        <w:br/>
        <w:t>f 6640/2517/2075 6641/2516/2074 6642/2518/2076</w:t>
        <w:br/>
        <w:t>f 6643/2519/2077 6640/2517/2075 6642/2518/2076</w:t>
        <w:br/>
        <w:t>f 6619/2495/2054 6620/2494/2053 6643/2519/2077</w:t>
        <w:br/>
        <w:t>f 6642/2518/2076 6619/2495/2054 6643/2519/2077</w:t>
        <w:br/>
        <w:t>f 6644/2520/2078 6588/2462/2035 6589/2465/2035</w:t>
        <w:br/>
        <w:t>f 6645/2521/2078 6644/2520/2078 6589/2465/2035</w:t>
        <w:br/>
        <w:t>f 6646/2522/2079 6644/2520/2078 6645/2521/2078</w:t>
        <w:br/>
        <w:t>f 6647/2523/2080 6646/2522/2079 6645/2521/2078</w:t>
        <w:br/>
        <w:t>f 6647/2523/2080 6649/2524/2081 6648/2525/2082</w:t>
        <w:br/>
        <w:t>f 6646/2522/2079 6647/2523/2080 6648/2525/2082</w:t>
        <w:br/>
        <w:t>f 6650/2526/2083 6648/2525/2082 6649/2524/2081</w:t>
        <w:br/>
        <w:t>f 6651/2527/2084 6650/2526/2083 6649/2524/2081</w:t>
        <w:br/>
        <w:t>f 6651/2527/2084 6653/2528/2085 6652/2529/2085</w:t>
        <w:br/>
        <w:t>f 6650/2526/2083 6651/2527/2084 6652/2529/2085</w:t>
        <w:br/>
        <w:t>f 6656/2530/2086 6655/2531/2086 6654/2532/2085</w:t>
        <w:br/>
        <w:t>f 6657/2533/2085 6656/2530/2086 6654/2532/2085</w:t>
        <w:br/>
        <w:t>f 6656/2530/2086 6659/2534/2087 6658/2535/2087</w:t>
        <w:br/>
        <w:t>f 6655/2531/2086 6656/2530/2086 6658/2535/2087</w:t>
        <w:br/>
        <w:t>f 6659/2534/2087 6661/2536/2088 6660/2537/2088</w:t>
        <w:br/>
        <w:t>f 6658/2535/2087 6659/2534/2087 6660/2537/2088</w:t>
        <w:br/>
        <w:t>f 6661/2536/2088 6663/2538/2089 6662/2539/2090</w:t>
        <w:br/>
        <w:t>f 6660/2537/2088 6661/2536/2088 6662/2539/2090</w:t>
        <w:br/>
        <w:t>f 6591/2466/2037 6662/2539/2090 6663/2538/2089</w:t>
        <w:br/>
        <w:t>f 6590/2467/2037 6591/2466/2037 6663/2538/2089</w:t>
        <w:br/>
        <w:t>f 6667/2540/2091 6666/2541/2092 6665/2542/2092</w:t>
        <w:br/>
        <w:t>f 6664/2543/2093 6667/2540/2091 6665/2542/2092</w:t>
        <w:br/>
        <w:t>f 6668/2544/2094 6667/2540/2091 6664/2543/2093</w:t>
        <w:br/>
        <w:t>f 6669/2545/2095 6668/2544/2094 6664/2543/2093</w:t>
        <w:br/>
        <w:t>f 6670/2546/2096 6668/2544/2094 6669/2545/2095</w:t>
        <w:br/>
        <w:t>f 6671/2547/2097 6670/2546/2096 6669/2545/2095</w:t>
        <w:br/>
        <w:t>f 6672/2548/2098 6670/2546/2096 6671/2547/2097</w:t>
        <w:br/>
        <w:t>f 6673/2549/2099 6672/2548/2098 6671/2547/2097</w:t>
        <w:br/>
        <w:t>f 6674/2550/2100 6672/2548/2098 6673/2549/2099</w:t>
        <w:br/>
        <w:t>f 6675/2551/2101 6674/2550/2100 6673/2549/2099</w:t>
        <w:br/>
        <w:t>f 6674/2550/2100 6675/2551/2101 6676/2552/2102</w:t>
        <w:br/>
        <w:t>f 6677/2553/2102 6674/2550/2100 6676/2552/2102</w:t>
        <w:br/>
        <w:t>f 6680/2554/2102 6679/2555/2102 6678/2556/2103</w:t>
        <w:br/>
        <w:t>f 6681/2557/2103 6680/2554/2102 6678/2556/2103</w:t>
        <w:br/>
        <w:t>f 6682/2558/2104 6681/2557/2103 6678/2556/2103</w:t>
        <w:br/>
        <w:t>f 6683/2559/2104 6682/2558/2104 6678/2556/2103</w:t>
        <w:br/>
        <w:t>f 6683/2559/2104 6685/2560/2105 6684/2561/2105</w:t>
        <w:br/>
        <w:t>f 6682/2558/2104 6683/2559/2104 6684/2561/2105</w:t>
        <w:br/>
        <w:t>f 6684/2561/2105 6685/2560/2105 6687/2562/2106</w:t>
        <w:br/>
        <w:t>f 6686/2563/2106 6684/2561/2105 6687/2562/2106</w:t>
        <w:br/>
        <w:t>f 6689/2564/2107 6688/2565/2107 6686/2563/2106</w:t>
        <w:br/>
        <w:t>f 6687/2562/2106 6689/2564/2107 6686/2563/2106</w:t>
        <w:br/>
        <w:t>f 6666/2541/2092 6688/2565/2107 6689/2564/2107</w:t>
        <w:br/>
        <w:t>f 6665/2542/2092 6666/2541/2092 6689/2564/2107</w:t>
        <w:br/>
        <w:t>f 6691/2566/2108 6620/2494/2053 6621/2497/2056</w:t>
        <w:br/>
        <w:t>f 6690/2567/2109 6691/2566/2108 6621/2497/2056</w:t>
        <w:br/>
        <w:t>f 6622/2499/2058 6692/2568/2110 6690/2567/2109</w:t>
        <w:br/>
        <w:t>f 6621/2497/2056 6622/2499/2058 6690/2567/2109</w:t>
        <w:br/>
        <w:t>f 6624/2501/2060 6693/2569/2111 6692/2568/2110</w:t>
        <w:br/>
        <w:t>f 6622/2499/2058 6624/2501/2060 6692/2568/2110</w:t>
        <w:br/>
        <w:t>f 6693/2569/2111 6624/2501/2060 6626/2503/2062</w:t>
        <w:br/>
        <w:t>f 6694/2570/2112 6693/2569/2111 6626/2503/2062</w:t>
        <w:br/>
        <w:t>f 6694/2570/2112 6626/2503/2062 6628/2505/2064</w:t>
        <w:br/>
        <w:t>f 6695/2571/2113 6694/2570/2112 6628/2505/2064</w:t>
        <w:br/>
        <w:t>f 6695/2571/2113 6628/2505/2064 6630/2507/2066</w:t>
        <w:br/>
        <w:t>f 6696/2572/2114 6695/2571/2113 6630/2507/2066</w:t>
        <w:br/>
        <w:t>f 6634/2509/2068 6698/2573/2115 6697/2574/2116</w:t>
        <w:br/>
        <w:t>f 6633/2510/2069 6634/2509/2068 6697/2574/2116</w:t>
        <w:br/>
        <w:t>f 6698/2573/2115 6634/2509/2068 6637/2513/2071</w:t>
        <w:br/>
        <w:t>f 6699/2575/2117 6698/2573/2115 6637/2513/2071</w:t>
        <w:br/>
        <w:t>f 6638/2515/2073 6700/2576/2118 6699/2575/2117</w:t>
        <w:br/>
        <w:t>f 6637/2513/2071 6638/2515/2073 6699/2575/2117</w:t>
        <w:br/>
        <w:t>f 6700/2576/2118 6638/2515/2073 6640/2517/2075</w:t>
        <w:br/>
        <w:t>f 6701/2577/2119 6700/2576/2118 6640/2517/2075</w:t>
        <w:br/>
        <w:t>f 6643/2519/2077 6702/2578/2120 6701/2577/2119</w:t>
        <w:br/>
        <w:t>f 6640/2517/2075 6643/2519/2077 6701/2577/2119</w:t>
        <w:br/>
        <w:t>f 6691/2566/2108 6702/2578/2120 6643/2519/2077</w:t>
        <w:br/>
        <w:t>f 6620/2494/2053 6691/2566/2108 6643/2519/2077</w:t>
        <w:br/>
        <w:t>f 6705/2579/2121 6704/2580/2122 6703/2581/2122</w:t>
        <w:br/>
        <w:t>f 6706/2582/2121 6705/2579/2121 6703/2581/2122</w:t>
        <w:br/>
        <w:t>f 6708/2583/2123 6703/2581/2122 6704/2580/2122</w:t>
        <w:br/>
        <w:t>f 6707/2584/2123 6708/2583/2123 6704/2580/2122</w:t>
        <w:br/>
        <w:t>f 6708/2583/2123 6707/2584/2123 6710/2585/2124</w:t>
        <w:br/>
        <w:t>f 6709/2586/2124 6708/2583/2123 6710/2585/2124</w:t>
        <w:br/>
        <w:t>f 6709/2586/2124 6710/2585/2124 6712/2587/2125</w:t>
        <w:br/>
        <w:t>f 6711/2588/2126 6709/2586/2124 6712/2587/2125</w:t>
        <w:br/>
        <w:t>f 6711/2588/2126 6712/2587/2125 6714/2589/2127</w:t>
        <w:br/>
        <w:t>f 6713/2590/2127 6711/2588/2126 6714/2589/2127</w:t>
        <w:br/>
        <w:t>f 6716/2591/2128 6713/2590/2127 6714/2589/2127</w:t>
        <w:br/>
        <w:t>f 6715/2592/2128 6716/2591/2128 6714/2589/2127</w:t>
        <w:br/>
        <w:t>f 6720/2593/2129 6719/2594/2129 6718/2595/2128</w:t>
        <w:br/>
        <w:t>f 6717/2596/2128 6720/2593/2129 6718/2595/2128</w:t>
        <w:br/>
        <w:t>f 6720/2593/2129 6722/2597/2130 6721/2598/2131</w:t>
        <w:br/>
        <w:t>f 6719/2594/2129 6720/2593/2129 6721/2598/2131</w:t>
        <w:br/>
        <w:t>f 6722/2597/2130 6724/2599/2132 6723/2600/2132</w:t>
        <w:br/>
        <w:t>f 6721/2598/2131 6722/2597/2130 6723/2600/2132</w:t>
        <w:br/>
        <w:t>f 6726/2601/2133 6725/2602/2133 6723/2600/2132</w:t>
        <w:br/>
        <w:t>f 6724/2599/2132 6726/2601/2133 6723/2600/2132</w:t>
        <w:br/>
        <w:t>f 6726/2601/2133 6728/2603/2134 6727/2604/2134</w:t>
        <w:br/>
        <w:t>f 6725/2602/2133 6726/2601/2133 6727/2604/2134</w:t>
        <w:br/>
        <w:t>f 6727/2604/2134 6728/2603/2134 6705/2579/2121</w:t>
        <w:br/>
        <w:t>f 6706/2582/2121 6727/2604/2134 6705/2579/2121</w:t>
        <w:br/>
        <w:t>f 6732/2605/2135 6731/2606/2136 6730/2607/2137</w:t>
        <w:br/>
        <w:t>f 6729/2608/2138 6732/2605/2135 6730/2607/2137</w:t>
        <w:br/>
        <w:t>f 6736/2609/2139 6735/2610/2140 6734/2611/2141</w:t>
        <w:br/>
        <w:t>f 6733/2612/2142 6736/2609/2139 6734/2611/2141</w:t>
        <w:br/>
        <w:t>f 6738/2613/2143 6737/2614/2144 6731/2606/2136</w:t>
        <w:br/>
        <w:t>f 6732/2605/2135 6738/2613/2143 6731/2606/2136</w:t>
        <w:br/>
        <w:t>f 6735/2610/2140 6740/2615/2145 6739/2616/2146</w:t>
        <w:br/>
        <w:t>f 6734/2611/2141 6735/2610/2140 6739/2616/2146</w:t>
        <w:br/>
        <w:t>f 6737/2614/2144 6738/2613/2143 6741/2617/2147</w:t>
        <w:br/>
        <w:t>f 6742/2618/2148 6737/2614/2144 6741/2617/2147</w:t>
        <w:br/>
        <w:t>f 6739/2616/2146 6740/2615/2145 6744/2619/2149</w:t>
        <w:br/>
        <w:t>f 6743/2620/2150 6739/2616/2146 6744/2619/2149</w:t>
        <w:br/>
        <w:t>f 6746/2621/2151 6745/2622/2152 6742/2618/2148</w:t>
        <w:br/>
        <w:t>f 6741/2617/2147 6746/2621/2151 6742/2618/2148</w:t>
        <w:br/>
        <w:t>f 6743/2620/2150 6744/2619/2149 6748/2623/2153</w:t>
        <w:br/>
        <w:t>f 6747/2624/2154 6743/2620/2150 6748/2623/2153</w:t>
        <w:br/>
        <w:t>f 6745/2622/2152 6746/2621/2151 6750/2625/2155</w:t>
        <w:br/>
        <w:t>f 6749/2626/2156 6745/2622/2152 6750/2625/2155</w:t>
        <w:br/>
        <w:t>f 6752/2627/2157 6751/2628/2158 6747/2624/2154</w:t>
        <w:br/>
        <w:t>f 6748/2623/2153 6752/2627/2157 6747/2624/2154</w:t>
        <w:br/>
        <w:t>f 6754/2629/2159 6753/2630/2160 6749/2626/2156</w:t>
        <w:br/>
        <w:t>f 6750/2625/2155 6754/2629/2159 6749/2626/2156</w:t>
        <w:br/>
        <w:t>f 6751/2628/2158 6752/2627/2157 6756/2631/2161</w:t>
        <w:br/>
        <w:t>f 6755/2632/2162 6751/2628/2158 6756/2631/2161</w:t>
        <w:br/>
        <w:t>f 6760/2633/2163 6759/2634/2160 6758/2635/2159</w:t>
        <w:br/>
        <w:t>f 6757/2636/2164 6760/2633/2163 6758/2635/2159</w:t>
        <w:br/>
        <w:t>f 6763/2637/2165 6762/2638/2166 6761/2639/2167</w:t>
        <w:br/>
        <w:t>f 6764/2640/2162 6763/2637/2165 6761/2639/2167</w:t>
        <w:br/>
        <w:t>f 6757/2636/2164 6766/2641/2168 6765/2642/2169</w:t>
        <w:br/>
        <w:t>f 6760/2633/2163 6757/2636/2164 6765/2642/2169</w:t>
        <w:br/>
        <w:t>f 6767/2643/2170 6761/2639/2167 6762/2638/2166</w:t>
        <w:br/>
        <w:t>f 6768/2644/2171 6767/2643/2170 6762/2638/2166</w:t>
        <w:br/>
        <w:t>f 6769/2645/2172 6765/2642/2169 6766/2641/2168</w:t>
        <w:br/>
        <w:t>f 6770/2646/2173 6769/2645/2172 6766/2641/2168</w:t>
        <w:br/>
        <w:t>f 6768/2644/2171 6772/2647/2174 6771/2648/2175</w:t>
        <w:br/>
        <w:t>f 6767/2643/2170 6768/2644/2171 6771/2648/2175</w:t>
        <w:br/>
        <w:t>f 6770/2646/2173 6774/2649/2176 6773/2650/2177</w:t>
        <w:br/>
        <w:t>f 6769/2645/2172 6770/2646/2173 6773/2650/2177</w:t>
        <w:br/>
        <w:t>f 6775/2651/2178 6771/2648/2175 6772/2647/2174</w:t>
        <w:br/>
        <w:t>f 6776/2652/2179 6775/2651/2178 6772/2647/2174</w:t>
        <w:br/>
        <w:t>f 6774/2649/2176 6778/2653/2180 6777/2654/2181</w:t>
        <w:br/>
        <w:t>f 6773/2650/2177 6774/2649/2176 6777/2654/2181</w:t>
        <w:br/>
        <w:t>f 6775/2651/2178 6776/2652/2179 6780/2655/2182</w:t>
        <w:br/>
        <w:t>f 6779/2656/2183 6775/2651/2178 6780/2655/2182</w:t>
        <w:br/>
        <w:t>f 6778/2653/2180 6729/2608/2138 6730/2607/2137</w:t>
        <w:br/>
        <w:t>f 6777/2654/2181 6778/2653/2180 6730/2607/2137</w:t>
        <w:br/>
        <w:t>f 6779/2656/2183 6780/2655/2182 6736/2609/2139</w:t>
        <w:br/>
        <w:t>f 6733/2612/2142 6779/2656/2183 6736/2609/2139</w:t>
        <w:br/>
        <w:t>f 6781/2657/2184 6732/2605/2135 6729/2608/2138</w:t>
        <w:br/>
        <w:t>f 6782/2658/2185 6781/2657/2184 6729/2608/2138</w:t>
        <w:br/>
        <w:t>f 6784/2659/2186 6733/2612/2142 6734/2611/2141</w:t>
        <w:br/>
        <w:t>f 6783/2660/2187 6784/2659/2186 6734/2611/2141</w:t>
        <w:br/>
        <w:t>f 6732/2605/2135 6781/2657/2184 6785/2661/2188</w:t>
        <w:br/>
        <w:t>f 6738/2613/2143 6732/2605/2135 6785/2661/2188</w:t>
        <w:br/>
        <w:t>f 6783/2660/2187 6734/2611/2141 6739/2616/2146</w:t>
        <w:br/>
        <w:t>f 6786/2662/2189 6783/2660/2187 6739/2616/2146</w:t>
        <w:br/>
        <w:t>f 6787/2663/2190 6741/2617/2147 6738/2613/2143</w:t>
        <w:br/>
        <w:t>f 6785/2661/2188 6787/2663/2190 6738/2613/2143</w:t>
        <w:br/>
        <w:t>f 6786/2662/2189 6739/2616/2146 6743/2620/2150</w:t>
        <w:br/>
        <w:t>f 6788/2664/2191 6786/2662/2189 6743/2620/2150</w:t>
        <w:br/>
        <w:t>f 6741/2617/2147 6787/2663/2190 6789/2665/2192</w:t>
        <w:br/>
        <w:t>f 6746/2621/2151 6741/2617/2147 6789/2665/2192</w:t>
        <w:br/>
        <w:t>f 6743/2620/2150 6747/2624/2154 6790/2666/2193</w:t>
        <w:br/>
        <w:t>f 6788/2664/2191 6743/2620/2150 6790/2666/2193</w:t>
        <w:br/>
        <w:t>f 6746/2621/2151 6789/2665/2192 6791/2667/2194</w:t>
        <w:br/>
        <w:t>f 6750/2625/2155 6746/2621/2151 6791/2667/2194</w:t>
        <w:br/>
        <w:t>f 6747/2624/2154 6751/2628/2158 6792/2668/2195</w:t>
        <w:br/>
        <w:t>f 6790/2666/2193 6747/2624/2154 6792/2668/2195</w:t>
        <w:br/>
        <w:t>f 6793/2669/2196 6754/2629/2159 6750/2625/2155</w:t>
        <w:br/>
        <w:t>f 6791/2667/2194 6793/2669/2196 6750/2625/2155</w:t>
        <w:br/>
        <w:t>f 6751/2628/2158 6755/2632/2162 6794/2670/2197</w:t>
        <w:br/>
        <w:t>f 6792/2668/2195 6751/2628/2158 6794/2670/2197</w:t>
        <w:br/>
        <w:t>f 6796/2671/2198 6795/2672/2199 6757/2636/2164</w:t>
        <w:br/>
        <w:t>f 6758/2635/2159 6796/2671/2198 6757/2636/2164</w:t>
        <w:br/>
        <w:t>f 6761/2639/2167 6798/2673/2200 6797/2674/2201</w:t>
        <w:br/>
        <w:t>f 6764/2640/2162 6761/2639/2167 6797/2674/2201</w:t>
        <w:br/>
        <w:t>f 6795/2672/2199 6799/2675/2202 6766/2641/2168</w:t>
        <w:br/>
        <w:t>f 6757/2636/2164 6795/2672/2199 6766/2641/2168</w:t>
        <w:br/>
        <w:t>f 6767/2643/2170 6800/2676/2203 6798/2673/2200</w:t>
        <w:br/>
        <w:t>f 6761/2639/2167 6767/2643/2170 6798/2673/2200</w:t>
        <w:br/>
        <w:t>f 6770/2646/2173 6766/2641/2168 6799/2675/2202</w:t>
        <w:br/>
        <w:t>f 6801/2677/2204 6770/2646/2173 6799/2675/2202</w:t>
        <w:br/>
        <w:t>f 6800/2676/2203 6767/2643/2170 6771/2648/2175</w:t>
        <w:br/>
        <w:t>f 6802/2678/2205 6800/2676/2203 6771/2648/2175</w:t>
        <w:br/>
        <w:t>f 6774/2649/2176 6770/2646/2173 6801/2677/2204</w:t>
        <w:br/>
        <w:t>f 6803/2679/2206 6774/2649/2176 6801/2677/2204</w:t>
        <w:br/>
        <w:t>f 6804/2680/2207 6802/2678/2205 6771/2648/2175</w:t>
        <w:br/>
        <w:t>f 6775/2651/2178 6804/2680/2207 6771/2648/2175</w:t>
        <w:br/>
        <w:t>f 6803/2679/2206 6805/2681/2208 6778/2653/2180</w:t>
        <w:br/>
        <w:t>f 6774/2649/2176 6803/2679/2206 6778/2653/2180</w:t>
        <w:br/>
        <w:t>f 6775/2651/2178 6779/2656/2183 6806/2682/2209</w:t>
        <w:br/>
        <w:t>f 6804/2680/2207 6775/2651/2178 6806/2682/2209</w:t>
        <w:br/>
        <w:t>f 6782/2658/2185 6729/2608/2138 6778/2653/2180</w:t>
        <w:br/>
        <w:t>f 6805/2681/2208 6782/2658/2185 6778/2653/2180</w:t>
        <w:br/>
        <w:t>f 6784/2659/2186 6806/2682/2209 6779/2656/2183</w:t>
        <w:br/>
        <w:t>f 6733/2612/2142 6784/2659/2186 6779/2656/2183</w:t>
        <w:br/>
        <w:t>f 4705/1752/1450 4722/1769/1467 4692/1740/1438</w:t>
        <w:br/>
        <w:t>f 4705/1752/1450 4692/1740/1438 4704/1753/1451</w:t>
        <w:br/>
        <w:t>f 10929/2683/2210 10928/2684/2211 10927/2685/2211</w:t>
        <w:br/>
        <w:t>f 10930/2686/2212 10929/2683/2210 10927/2685/2211</w:t>
        <w:br/>
        <w:t>f 10933/2687/2213 10932/2688/2214 10931/2689/2214</w:t>
        <w:br/>
        <w:t>f 10934/2690/2213 10933/2687/2213 10931/2689/2214</w:t>
        <w:br/>
        <w:t>f 10938/2691/2215 10937/2692/2216 10936/2693/2217</w:t>
        <w:br/>
        <w:t>f 10935/2694/2218 10938/2691/2215 10936/2693/2217</w:t>
        <w:br/>
        <w:t>f 10941/2695/2219 10940/2696/2220 10939/2697/2220</w:t>
        <w:br/>
        <w:t>f 10942/2698/2221 10941/2695/2219 10939/2697/2220</w:t>
        <w:br/>
        <w:t>f 10945/2699/2222 10944/2700/2223 10943/2701/2224</w:t>
        <w:br/>
        <w:t>f 10935/2694/2218 10947/2702/2225 10946/2703/2226</w:t>
        <w:br/>
        <w:t>f 10928/2684/2211 10949/2704/2227 10948/2705/2228</w:t>
        <w:br/>
        <w:t>f 10927/2685/2211 10928/2684/2211 10948/2705/2228</w:t>
        <w:br/>
        <w:t>f 10953/2706/2229 10952/2707/2230 10951/2708/2231</w:t>
        <w:br/>
        <w:t>f 10950/2709/2229 10953/2706/2229 10951/2708/2231</w:t>
        <w:br/>
        <w:t>f 10956/2710/2232 10955/2711/2232 10954/2712/2233</w:t>
        <w:br/>
        <w:t>f 10957/2713/2234 10956/2710/2232 10954/2712/2233</w:t>
        <w:br/>
        <w:t>f 10960/2714/2235 10959/2715/2235 10958/2716/2236</w:t>
        <w:br/>
        <w:t>f 10961/2717/2237 10960/2714/2235 10958/2716/2236</w:t>
        <w:br/>
        <w:t>f 10964/2718/2238 10963/2719/2239 10962/2720/2240</w:t>
        <w:br/>
        <w:t>f 10965/2721/2241 10964/2718/2238 10962/2720/2240</w:t>
        <w:br/>
        <w:t>f 10969/2722/2242 10968/2723/2242 10967/2724/2243</w:t>
        <w:br/>
        <w:t>f 10966/2725/2244 10969/2722/2242 10967/2724/2243</w:t>
        <w:br/>
        <w:t>f 10972/2726/2245 10971/2727/2246 10970/2728/2247</w:t>
        <w:br/>
        <w:t>f 10973/2729/2248 10972/2726/2245 10970/2728/2247</w:t>
        <w:br/>
        <w:t>f 10934/2690/2213 10975/2730/2249 10974/2731/2249</w:t>
        <w:br/>
        <w:t>f 10933/2687/2213 10934/2690/2213 10974/2731/2249</w:t>
        <w:br/>
        <w:t>f 10961/2717/2237 10958/2716/2236 10968/2723/2242</w:t>
        <w:br/>
        <w:t>f 10969/2722/2242 10961/2717/2237 10968/2723/2242</w:t>
        <w:br/>
        <w:t>f 10932/2688/2214 10939/2697/2220 10940/2696/2220</w:t>
        <w:br/>
        <w:t>f 10931/2689/2214 10932/2688/2214 10940/2696/2220</w:t>
        <w:br/>
        <w:t>f 10965/2721/2241 10962/2720/2240 10959/2715/2235</w:t>
        <w:br/>
        <w:t>f 10960/2714/2235 10965/2721/2241 10959/2715/2235</w:t>
        <w:br/>
        <w:t>f 10954/2712/2233 10977/2732/2250 10976/2733/2250</w:t>
        <w:br/>
        <w:t>f 10957/2713/2234 10954/2712/2233 10976/2733/2250</w:t>
        <w:br/>
        <w:t>f 10952/2707/2230 10979/2734/2251 10978/2735/2251</w:t>
        <w:br/>
        <w:t>f 10951/2708/2231 10952/2707/2230 10978/2735/2251</w:t>
        <w:br/>
        <w:t>f 10930/2686/2212 10941/2695/2219 10942/2698/2221</w:t>
        <w:br/>
        <w:t>f 10929/2683/2210 10930/2686/2212 10942/2698/2221</w:t>
        <w:br/>
        <w:t>f 10963/2719/2239 10964/2718/2238 10955/2711/2232</w:t>
        <w:br/>
        <w:t>f 10956/2710/2232 10963/2719/2239 10955/2711/2232</w:t>
        <w:br/>
        <w:t>f 10982/2736/2252 10981/2737/2253 10980/2738/2254</w:t>
        <w:br/>
        <w:t>f 10983/2739/2255 10982/2736/2252 10980/2738/2254</w:t>
        <w:br/>
        <w:t>f 10986/2740/2256 10985/2741/2257 10984/2742/2256</w:t>
        <w:br/>
        <w:t>f 10980/2738/2254 10981/2737/2253 10987/2743/2258</w:t>
        <w:br/>
        <w:t>f 10966/2725/2244 10967/2724/2243 10989/2744/2259</w:t>
        <w:br/>
        <w:t>f 10988/2745/2260 10966/2725/2244 10989/2744/2259</w:t>
        <w:br/>
        <w:t>f 10992/2746/2261 10991/2747/2262 10990/2748/2263</w:t>
        <w:br/>
        <w:t>f 10993/2749/2264 10992/2746/2261 10990/2748/2263</w:t>
        <w:br/>
        <w:t>f 10996/2750/2265 10995/2751/2266 10994/2752/2267</w:t>
        <w:br/>
        <w:t>f 10990/2748/2263 10997/2753/2268 10935/2694/2218</w:t>
        <w:br/>
        <w:t>f 10999/2754/2269 10948/2705/2228 10949/2704/2227</w:t>
        <w:br/>
        <w:t>f 10998/2755/2269 10999/2754/2269 10949/2704/2227</w:t>
        <w:br/>
        <w:t>f 10977/2732/2250 10953/2706/2229 10950/2709/2229</w:t>
        <w:br/>
        <w:t>f 10976/2733/2250 10977/2732/2250 10950/2709/2229</w:t>
        <w:br/>
        <w:t>f 11002/2756/2270 11001/2757/2271 11000/2758/2272</w:t>
        <w:br/>
        <w:t>f 10991/2747/2262 11002/2756/2270 11000/2758/2272</w:t>
        <w:br/>
        <w:t>f 10998/2755/2269 10978/2735/2251 10979/2734/2251</w:t>
        <w:br/>
        <w:t>f 10999/2754/2269 10998/2755/2269 10979/2734/2251</w:t>
        <w:br/>
        <w:t>f 11006/2759/2273 11005/2760/2274 11004/2761/2275</w:t>
        <w:br/>
        <w:t>f 11003/2762/2276 11006/2759/2273 11004/2761/2275</w:t>
        <w:br/>
        <w:t>f 10983/2739/2255 11006/2759/2273 11003/2762/2276</w:t>
        <w:br/>
        <w:t>f 10982/2736/2252 10983/2739/2255 11003/2762/2276</w:t>
        <w:br/>
        <w:t>f 10947/2702/2225 10997/2753/2268 11000/2758/2272</w:t>
        <w:br/>
        <w:t>f 10973/2729/2248 10947/2702/2225 11000/2758/2272</w:t>
        <w:br/>
        <w:t>f 11008/2763/2277 11007/2764/2278 10996/2750/2265</w:t>
        <w:br/>
        <w:t>f 11005/2760/2274 10986/2740/2256 10984/2742/2256</w:t>
        <w:br/>
        <w:t>f 11004/2761/2275 11005/2760/2274 10984/2742/2256</w:t>
        <w:br/>
        <w:t>f 11011/2765/2279 11010/2766/2279 11009/2767/2280</w:t>
        <w:br/>
        <w:t>f 11012/2768/2281 11011/2765/2279 11009/2767/2280</w:t>
        <w:br/>
        <w:t>f 11016/2769/2282 11015/2770/2283 11014/2771/2284</w:t>
        <w:br/>
        <w:t>f 11013/2772/2284 11016/2769/2282 11014/2771/2284</w:t>
        <w:br/>
        <w:t>f 11020/2773/2285 11019/2774/2285 11018/2775/2286</w:t>
        <w:br/>
        <w:t>f 11017/2776/2286 11020/2773/2285 11018/2775/2286</w:t>
        <w:br/>
        <w:t>f 11024/2777/2287 11023/2778/2288 11022/2779/2289</w:t>
        <w:br/>
        <w:t>f 11021/2780/2289 11024/2777/2287 11022/2779/2289</w:t>
        <w:br/>
        <w:t>f 11027/2781/2290 11026/2782/2291 11025/2783/2291</w:t>
        <w:br/>
        <w:t>f 11028/2784/2292 11027/2781/2290 11025/2783/2291</w:t>
        <w:br/>
        <w:t>f 11032/2785/2293 11031/2786/2294 11030/2787/2295</w:t>
        <w:br/>
        <w:t>f 11029/2788/2293 11032/2785/2293 11030/2787/2295</w:t>
        <w:br/>
        <w:t>f 11010/2766/2279 11011/2765/2279 11033/2789/2296</w:t>
        <w:br/>
        <w:t>f 11034/2790/2297 11010/2766/2279 11033/2789/2296</w:t>
        <w:br/>
        <w:t>f 11037/2791/2298 11036/2792/2298 11035/2793/2299</w:t>
        <w:br/>
        <w:t>f 11038/2794/2299 11037/2791/2298 11035/2793/2299</w:t>
        <w:br/>
        <w:t>f 11042/2795/2300 11041/2796/2301 11040/2797/2301</w:t>
        <w:br/>
        <w:t>f 11039/2798/2302 11042/2795/2300 11040/2797/2301</w:t>
        <w:br/>
        <w:t>f 11045/2799/2303 11044/2800/2304 11043/2801/2304</w:t>
        <w:br/>
        <w:t>f 11046/2802/2303 11045/2799/2303 11043/2801/2304</w:t>
        <w:br/>
        <w:t>f 11050/2803/2305 11049/2804/2306 11048/2805/2307</w:t>
        <w:br/>
        <w:t>f 11047/2806/2308 11050/2803/2305 11048/2805/2307</w:t>
        <w:br/>
        <w:t>f 11054/2807/2309 11053/2808/2310 11052/2809/2310</w:t>
        <w:br/>
        <w:t>f 11051/2810/2309 11054/2807/2309 11052/2809/2310</w:t>
        <w:br/>
        <w:t>f 11058/2811/2311 11057/2812/2312 11056/2813/2313</w:t>
        <w:br/>
        <w:t>f 11055/2814/2314 11058/2811/2311 11056/2813/2313</w:t>
        <w:br/>
        <w:t>f 11025/2783/2291 11026/2782/2291 11015/2770/2283</w:t>
        <w:br/>
        <w:t>f 11016/2769/2282 11025/2783/2291 11015/2770/2283</w:t>
        <w:br/>
        <w:t>f 11053/2808/2310 11043/2801/2304 11044/2800/2304</w:t>
        <w:br/>
        <w:t>f 11052/2809/2310 11053/2808/2310 11044/2800/2304</w:t>
        <w:br/>
        <w:t>f 11013/2772/2284 11014/2771/2284 11023/2778/2288</w:t>
        <w:br/>
        <w:t>f 11024/2777/2287 11013/2772/2284 11023/2778/2288</w:t>
        <w:br/>
        <w:t>f 11047/2806/2308 11045/2799/2303 11046/2802/2303</w:t>
        <w:br/>
        <w:t>f 11050/2803/2305 11047/2806/2308 11046/2802/2303</w:t>
        <w:br/>
        <w:t>f 11060/2815/2315 11059/2816/2316 11040/2797/2301</w:t>
        <w:br/>
        <w:t>f 11041/2796/2301 11060/2815/2315 11040/2797/2301</w:t>
        <w:br/>
        <w:t>f 11063/2817/2317 11062/2818/2318 11061/2819/2319</w:t>
        <w:br/>
        <w:t>f 11064/2820/2319 11063/2817/2317 11061/2819/2319</w:t>
        <w:br/>
        <w:t>f 11012/2768/2281 11009/2767/2280 11021/2780/2289</w:t>
        <w:br/>
        <w:t>f 11022/2779/2289 11012/2768/2281 11021/2780/2289</w:t>
        <w:br/>
        <w:t>f 11039/2798/2302 11048/2805/2307 11049/2804/2306</w:t>
        <w:br/>
        <w:t>f 11042/2795/2300 11039/2798/2302 11049/2804/2306</w:t>
        <w:br/>
        <w:t>f 11067/2821/2320 11066/2822/2320 11065/2823/2321</w:t>
        <w:br/>
        <w:t>f 11068/2824/2322 11067/2821/2320 11065/2823/2321</w:t>
        <w:br/>
        <w:t>f 11071/2825/2323 11070/2826/2324 11069/2827/2325</w:t>
        <w:br/>
        <w:t>f 11065/2823/2321 11072/2828/2326 11068/2824/2322</w:t>
        <w:br/>
        <w:t>f 11074/2829/2326 11073/2830/2327 11054/2807/2309</w:t>
        <w:br/>
        <w:t>f 11051/2810/2309 11074/2829/2326 11054/2807/2309</w:t>
        <w:br/>
        <w:t>f 11057/2812/2312 11032/2785/2293 11029/2788/2293</w:t>
        <w:br/>
        <w:t>f 11056/2813/2313 11057/2812/2312 11029/2788/2293</w:t>
        <w:br/>
        <w:t>f 11077/2831/2328 11076/2832/2329 11075/2833/2329</w:t>
        <w:br/>
        <w:t>f 11078/2834/2329 11077/2831/2328 11075/2833/2329</w:t>
        <w:br/>
        <w:t>f 11080/2835/2330 11079/2836/2330 11034/2790/2297</w:t>
        <w:br/>
        <w:t>f 11033/2789/2296 11080/2835/2330 11034/2790/2297</w:t>
        <w:br/>
        <w:t>f 11059/2816/2316 11060/2815/2315 11038/2794/2299</w:t>
        <w:br/>
        <w:t>f 11035/2793/2299 11059/2816/2316 11038/2794/2299</w:t>
        <w:br/>
        <w:t>f 11079/2836/2330 11080/2835/2330 11064/2820/2319</w:t>
        <w:br/>
        <w:t>f 11061/2819/2319 11079/2836/2330 11064/2820/2319</w:t>
        <w:br/>
        <w:t>f 11083/2837/2331 11082/2838/2332 11081/2839/2333</w:t>
        <w:br/>
        <w:t>f 11084/2840/2334 11083/2837/2331 11081/2839/2333</w:t>
        <w:br/>
        <w:t>f 11066/2822/2320 11067/2821/2320 11082/2838/2332</w:t>
        <w:br/>
        <w:t>f 11083/2837/2331 11066/2822/2320 11082/2838/2332</w:t>
        <w:br/>
        <w:t>f 11087/2841/2335 11086/2842/2336 11085/2843/2337</w:t>
        <w:br/>
        <w:t>f 11088/2844/2337 11087/2841/2335 11085/2843/2337</w:t>
        <w:br/>
        <w:t>f 11088/2844/2337 11085/2843/2337 11090/2845/2338</w:t>
        <w:br/>
        <w:t>f 11089/2846/2338 11088/2844/2337 11090/2845/2338</w:t>
        <w:br/>
        <w:t>f 11094/2847/2339 11093/2848/2340 11092/2849/2340</w:t>
        <w:br/>
        <w:t>f 11091/2850/2339 11094/2847/2339 11092/2849/2340</w:t>
        <w:br/>
        <w:t>f 11097/2851/2341 11096/2852/2342 11095/2853/2343</w:t>
        <w:br/>
        <w:t>f 11098/2854/2343 11097/2851/2341 11095/2853/2343</w:t>
        <w:br/>
        <w:t>f 11101/2855/2344 11100/2856/2345 11099/2857/2346</w:t>
        <w:br/>
        <w:t>f 11104/2858/2347 11103/2859/2348 11102/2860/2349</w:t>
        <w:br/>
        <w:t>f 11108/2861/2350 11107/2862/2351 11106/2863/2351</w:t>
        <w:br/>
        <w:t>f 11105/2864/2350 11108/2861/2350 11106/2863/2351</w:t>
        <w:br/>
        <w:t>f 11112/2865/2352 11111/2866/2353 11110/2867/2354</w:t>
        <w:br/>
        <w:t>f 11109/2868/2354 11112/2865/2352 11110/2867/2354</w:t>
        <w:br/>
        <w:t>f 11115/2869/2355 11114/2870/2356 11113/2871/2356</w:t>
        <w:br/>
        <w:t>f 11116/2872/2355 11115/2869/2355 11113/2871/2356</w:t>
        <w:br/>
        <w:t>f 11120/2873/2357 11119/2874/2358 11118/2875/2359</w:t>
        <w:br/>
        <w:t>f 11117/2876/2357 11120/2873/2357 11118/2875/2359</w:t>
        <w:br/>
        <w:t>f 11123/2877/2360 11122/2878/2360 11121/2879/2361</w:t>
        <w:br/>
        <w:t>f 11124/2880/2361 11123/2877/2360 11121/2879/2361</w:t>
        <w:br/>
        <w:t>f 11128/2881/2362 11127/2882/2362 11126/2883/2363</w:t>
        <w:br/>
        <w:t>f 11125/2884/2363 11128/2881/2362 11126/2883/2363</w:t>
        <w:br/>
        <w:t>f 11132/2885/2364 11131/2886/2365 11130/2887/2366</w:t>
        <w:br/>
        <w:t>f 11129/2888/2366 11132/2885/2364 11130/2887/2366</w:t>
        <w:br/>
        <w:t>f 11133/2889/2367 11106/2863/2351 11107/2862/2351</w:t>
        <w:br/>
        <w:t>f 11134/2890/2367 11133/2889/2367 11107/2862/2351</w:t>
        <w:br/>
        <w:t>f 11136/2891/2368 11135/2892/2368 11098/2854/2343</w:t>
        <w:br/>
        <w:t>f 11095/2853/2343 11136/2891/2368 11098/2854/2343</w:t>
        <w:br/>
        <w:t>f 11140/2893/2369 11139/2894/2369 11138/2895/2370</w:t>
        <w:br/>
        <w:t>f 11137/2896/2370 11140/2893/2369 11138/2895/2370</w:t>
        <w:br/>
        <w:t>f 11143/2897/2371 11142/2898/2372 11141/2899/2372</w:t>
        <w:br/>
        <w:t>f 11144/2900/2371 11143/2897/2371 11141/2899/2372</w:t>
        <w:br/>
        <w:t>f 11147/2901/2373 11146/2902/2373 11145/2903/2374</w:t>
        <w:br/>
        <w:t>f 11148/2904/2374 11147/2901/2373 11145/2903/2374</w:t>
        <w:br/>
        <w:t>f 11152/2905/2375 11151/2906/2376 11150/2907/2376</w:t>
        <w:br/>
        <w:t>f 11149/2908/2377 11152/2905/2375 11150/2907/2376</w:t>
        <w:br/>
        <w:t>f 11156/2909/2378 11155/2910/2378 11154/2911/2379</w:t>
        <w:br/>
        <w:t>f 11153/2912/2379 11156/2909/2378 11154/2911/2379</w:t>
        <w:br/>
        <w:t>f 11160/2913/2380 11159/2914/2381 11158/2915/2381</w:t>
        <w:br/>
        <w:t>f 11157/2916/2380 11160/2913/2380 11158/2915/2381</w:t>
        <w:br/>
        <w:t>f 11163/2917/2382 11162/2918/2382 11161/2919/2383</w:t>
        <w:br/>
        <w:t>f 11164/2920/2383 11163/2917/2382 11161/2919/2383</w:t>
        <w:br/>
        <w:t>f 11167/2921/2384 11166/2922/2385 11165/2923/2385</w:t>
        <w:br/>
        <w:t>f 11168/2924/2386 11167/2921/2384 11165/2923/2385</w:t>
        <w:br/>
        <w:t>f 11171/2925/2387 11170/2926/2388 11169/2927/2388</w:t>
        <w:br/>
        <w:t>f 11172/2928/2387 11171/2925/2387 11169/2927/2388</w:t>
        <w:br/>
        <w:t>f 11175/2929/2389 11174/2930/2389 11173/2931/2390</w:t>
        <w:br/>
        <w:t>f 11176/2932/2390 11175/2929/2389 11173/2931/2390</w:t>
        <w:br/>
        <w:t>f 11179/2933/2391 11178/2934/2392 11177/2935/2392</w:t>
        <w:br/>
        <w:t>f 11180/2936/2391 11179/2933/2391 11177/2935/2392</w:t>
        <w:br/>
        <w:t>f 11184/2937/2393 11183/2938/2394 11182/2939/2395</w:t>
        <w:br/>
        <w:t>f 11181/2940/2396 11184/2937/2393 11182/2939/2395</w:t>
        <w:br/>
        <w:t>f 11188/2941/2397 11187/2942/2398 11186/2943/2328</w:t>
        <w:br/>
        <w:t>f 11185/2944/2399 11188/2941/2397 11186/2943/2328</w:t>
        <w:br/>
        <w:t>f 11099/2857/2346 11100/2856/2345 11190/2945/2400</w:t>
        <w:br/>
        <w:t>f 11189/2946/2400 11099/2857/2346 11190/2945/2400</w:t>
        <w:br/>
        <w:t>f 11104/2858/2347 11127/2882/2362 11128/2881/2362</w:t>
        <w:br/>
        <w:t>f 11103/2859/2348 11104/2858/2347 11128/2881/2362</w:t>
        <w:br/>
        <w:t>f 11173/2931/2390 11160/2913/2380 11157/2916/2380</w:t>
        <w:br/>
        <w:t>f 11176/2932/2390 11173/2931/2390 11157/2916/2380</w:t>
        <w:br/>
        <w:t>f 11164/2920/2383 11161/2919/2383 11179/2933/2391</w:t>
        <w:br/>
        <w:t>f 11180/2936/2391 11164/2920/2383 11179/2933/2391</w:t>
        <w:br/>
        <w:t>f 11101/2855/2344 11114/2870/2356 11191/2947/2401</w:t>
        <w:br/>
        <w:t>f 11118/2875/2359 11102/2860/2349 11192/2948/2402</w:t>
        <w:br/>
        <w:t>f 11159/2914/2381 11165/2923/2385 11166/2922/2385</w:t>
        <w:br/>
        <w:t>f 11158/2915/2381 11159/2914/2381 11166/2922/2385</w:t>
        <w:br/>
        <w:t>f 11169/2927/2388 11170/2926/2388 11162/2918/2382</w:t>
        <w:br/>
        <w:t>f 11163/2917/2382 11169/2927/2388 11162/2918/2382</w:t>
        <w:br/>
        <w:t>f 11155/2910/2378 11156/2909/2378 11148/2904/2374</w:t>
        <w:br/>
        <w:t>f 11145/2903/2374 11155/2910/2378 11148/2904/2374</w:t>
        <w:br/>
        <w:t>f 11151/2906/2376 11194/2949/2403 11193/2950/2403</w:t>
        <w:br/>
        <w:t>f 11150/2907/2376 11151/2906/2376 11193/2950/2403</w:t>
        <w:br/>
        <w:t>f 11198/2951/2404 11197/2952/2405 11196/2953/2405</w:t>
        <w:br/>
        <w:t>f 11195/2954/2404 11198/2951/2404 11196/2953/2405</w:t>
        <w:br/>
        <w:t>f 11202/2955/2406 11201/2956/2406 11200/2957/2407</w:t>
        <w:br/>
        <w:t>f 11199/2958/2408 11202/2955/2406 11200/2957/2407</w:t>
        <w:br/>
        <w:t>f 11115/2869/2355 11116/2872/2355 11096/2852/2342</w:t>
        <w:br/>
        <w:t>f 11097/2851/2341 11115/2869/2355 11096/2852/2342</w:t>
        <w:br/>
        <w:t>f 11093/2848/2340 11120/2873/2357 11117/2876/2357</w:t>
        <w:br/>
        <w:t>f 11092/2849/2340 11093/2848/2340 11117/2876/2357</w:t>
        <w:br/>
        <w:t>f 11168/2924/2386 11153/2912/2379 11154/2911/2379</w:t>
        <w:br/>
        <w:t>f 11167/2921/2384 11168/2924/2386 11154/2911/2379</w:t>
        <w:br/>
        <w:t>f 11152/2905/2375 11149/2908/2377 11171/2925/2387</w:t>
        <w:br/>
        <w:t>f 11172/2928/2387 11152/2905/2375 11171/2925/2387</w:t>
        <w:br/>
        <w:t>f 11206/2959/2409 11205/2960/2410 11204/2961/2411</w:t>
        <w:br/>
        <w:t>f 11203/2962/2411 11206/2959/2409 11204/2961/2411</w:t>
        <w:br/>
        <w:t>f 11086/2842/2336 11087/2841/2335 11208/2963/2412</w:t>
        <w:br/>
        <w:t>f 11207/2964/2412 11086/2842/2336 11208/2963/2412</w:t>
        <w:br/>
        <w:t>f 11212/2965/2413 11211/2966/2413 11210/2967/2414</w:t>
        <w:br/>
        <w:t>f 11209/2968/2415 11212/2965/2413 11210/2967/2414</w:t>
        <w:br/>
        <w:t>f 11216/2969/2416 11215/2970/2417 11214/2971/2417</w:t>
        <w:br/>
        <w:t>f 11213/2972/2418 11216/2969/2416 11214/2971/2417</w:t>
        <w:br/>
        <w:t>f 11218/2973/2419 11209/2968/2415 11210/2967/2414</w:t>
        <w:br/>
        <w:t>f 11217/2974/2419 11218/2973/2419 11210/2967/2414</w:t>
        <w:br/>
        <w:t>f 11174/2930/2389 11175/2929/2389 11220/2975/2419</w:t>
        <w:br/>
        <w:t>f 11219/2976/2419 11174/2930/2389 11220/2975/2419</w:t>
        <w:br/>
        <w:t>f 11222/2977/2417 11221/2978/2417 11177/2935/2392</w:t>
        <w:br/>
        <w:t>f 11178/2934/2392 11222/2977/2417 11177/2935/2392</w:t>
        <w:br/>
        <w:t>f 11216/2969/2416 11213/2972/2418 11207/2964/2412</w:t>
        <w:br/>
        <w:t>f 11208/2963/2412 11216/2969/2416 11207/2964/2412</w:t>
        <w:br/>
        <w:t>f 11212/2965/2413 11203/2962/2411 11204/2961/2411</w:t>
        <w:br/>
        <w:t>f 11211/2966/2413 11212/2965/2413 11204/2961/2411</w:t>
        <w:br/>
        <w:t>f 11134/2890/2367 11188/2941/2397 11185/2944/2399</w:t>
        <w:br/>
        <w:t>f 11133/2889/2367 11134/2890/2367 11185/2944/2399</w:t>
        <w:br/>
        <w:t>f 11132/2885/2364 11182/2939/2395 11183/2938/2394</w:t>
        <w:br/>
        <w:t>f 11131/2886/2365 11132/2885/2364 11183/2938/2394</w:t>
        <w:br/>
        <w:t>f 11186/2943/2420 10971/2727/2246 11224/2979/2421</w:t>
        <w:br/>
        <w:t>f 11223/2980/2421 11186/2943/2420 11224/2979/2421</w:t>
        <w:br/>
        <w:t>f 11181/2940/2396 11225/2981/2422 10994/2752/2267</w:t>
        <w:br/>
        <w:t>f 11184/2937/2393 11181/2940/2396 10994/2752/2267</w:t>
        <w:br/>
        <w:t>f 11201/2956/2406 11202/2955/2406 11135/2892/2368</w:t>
        <w:br/>
        <w:t>f 11136/2891/2368 11201/2956/2406 11135/2892/2368</w:t>
        <w:br/>
        <w:t>f 11094/2847/2339 11091/2850/2339 11137/2896/2370</w:t>
        <w:br/>
        <w:t>f 11138/2895/2370 11094/2847/2339 11137/2896/2370</w:t>
        <w:br/>
        <w:t>f 11140/2893/2369 11196/2953/2405 11197/2952/2405</w:t>
        <w:br/>
        <w:t>f 11139/2894/2369 11140/2893/2369 11197/2952/2405</w:t>
        <w:br/>
        <w:t>f 11143/2897/2371 11144/2900/2371 11199/2958/2408</w:t>
        <w:br/>
        <w:t>f 11200/2957/2407 11143/2897/2371 11199/2958/2408</w:t>
        <w:br/>
        <w:t>f 11142/2898/2372 11193/2950/2403 11194/2949/2403</w:t>
        <w:br/>
        <w:t>f 11141/2899/2372 11142/2898/2372 11194/2949/2403</w:t>
        <w:br/>
        <w:t>f 11146/2902/2373 11147/2901/2373 11198/2951/2404</w:t>
        <w:br/>
        <w:t>f 11195/2954/2404 11146/2902/2373 11198/2951/2404</w:t>
        <w:br/>
        <w:t>f 11228/2982/2423 11227/2983/2424 11226/2984/2424</w:t>
        <w:br/>
        <w:t>f 11229/2985/2423 11228/2982/2423 11226/2984/2424</w:t>
        <w:br/>
        <w:t>f 11206/2959/2409 11228/2982/2423 11229/2985/2423</w:t>
        <w:br/>
        <w:t>f 11205/2960/2410 11206/2959/2409 11229/2985/2423</w:t>
        <w:br/>
        <w:t>f 11084/2840/2334 11071/2825/2323 11069/2827/2325</w:t>
        <w:br/>
        <w:t>f 10974/2731/2249 10975/2730/2249 11231/2986/2223</w:t>
        <w:br/>
        <w:t>f 11230/2987/2425 10974/2731/2249 11231/2986/2223</w:t>
        <w:br/>
        <w:t>f 11233/2988/2426 11017/2776/2286 11018/2775/2286</w:t>
        <w:br/>
        <w:t>f 11232/2989/2290 11233/2988/2426 11018/2775/2286</w:t>
        <w:br/>
        <w:t>f 11189/2946/2400 11190/2945/2400 11235/2990/2427</w:t>
        <w:br/>
        <w:t>f 11234/2991/2361 11189/2946/2400 11235/2990/2427</w:t>
        <w:br/>
        <w:t>f 11236/2992/2363 11109/2868/2354 11110/2867/2354</w:t>
        <w:br/>
        <w:t>f 11237/2993/2363 11236/2992/2363 11110/2867/2354</w:t>
        <w:br/>
        <w:t>f 10943/2701/2224 10937/2692/2216 10938/2691/2215</w:t>
        <w:br/>
        <w:t>f 10945/2699/2222 10943/2701/2224 10938/2691/2215</w:t>
        <w:br/>
        <w:t>f 11019/2774/2285 11020/2773/2285 11030/2787/2295</w:t>
        <w:br/>
        <w:t>f 11031/2786/2294 11019/2774/2285 11030/2787/2295</w:t>
        <w:br/>
        <w:t>f 11105/2864/2350 11122/2878/2360 11123/2877/2360</w:t>
        <w:br/>
        <w:t>f 11108/2861/2350 11105/2864/2350 11123/2877/2360</w:t>
        <w:br/>
        <w:t>f 11129/2888/2366 11130/2887/2366 11111/2866/2353</w:t>
        <w:br/>
        <w:t>f 11112/2865/2352 11129/2888/2366 11111/2866/2353</w:t>
        <w:br/>
        <w:t>f 11001/2757/2271 10972/2726/2245 10973/2729/2248</w:t>
        <w:br/>
        <w:t>f 11000/2758/2272 11001/2757/2271 10973/2729/2248</w:t>
        <w:br/>
        <w:t>f 10997/2753/2268 10990/2748/2263 10991/2747/2262</w:t>
        <w:br/>
        <w:t>f 11000/2758/2272 10997/2753/2268 10991/2747/2262</w:t>
        <w:br/>
        <w:t>f 11238/2994/2428 11002/2756/2270 10991/2747/2262</w:t>
        <w:br/>
        <w:t>f 10992/2746/2261 11238/2994/2428 10991/2747/2262</w:t>
        <w:br/>
        <w:t>f 11239/2995/2429 10947/2702/2225 10973/2729/2248</w:t>
        <w:br/>
        <w:t>f 10970/2728/2247 11239/2995/2429 10973/2729/2248</w:t>
        <w:br/>
        <w:t>f 10995/2751/2266 11184/2937/2393 10994/2752/2267</w:t>
        <w:br/>
        <w:t>f 10996/2750/2265 11240/2996/2430 10995/2751/2266</w:t>
        <w:br/>
        <w:t>f 11008/2763/2277 11241/2997/2431 11007/2764/2278</w:t>
        <w:br/>
        <w:t>f 11007/2764/2278 11240/2996/2430 10996/2750/2265</w:t>
        <w:br/>
        <w:t>f 11242/2998/2432 10938/2691/2215 10935/2694/2218</w:t>
        <w:br/>
        <w:t>f 10946/2703/2226 11242/2998/2432 10935/2694/2218</w:t>
        <w:br/>
        <w:t>f 10935/2694/2218 10997/2753/2268 10947/2702/2225</w:t>
        <w:br/>
        <w:t>f 10935/2694/2218 10936/2693/2217 10990/2748/2263</w:t>
        <w:br/>
        <w:t>f 11243/2999/2433 10945/2699/2222 10938/2691/2215</w:t>
        <w:br/>
        <w:t>f 11242/2998/2432 11243/2999/2433 10938/2691/2215</w:t>
        <w:br/>
        <w:t>f 10947/2702/2225 11239/2995/2429 10946/2703/2226</w:t>
        <w:br/>
        <w:t>f 10936/2693/2217 10993/2749/2264 10990/2748/2263</w:t>
        <w:br/>
        <w:t>f 10945/2699/2222 11243/2999/2433 11244/3000/2425</w:t>
        <w:br/>
        <w:t>f 10945/2699/2222 11244/3000/2425 10944/2700/2223</w:t>
        <w:br/>
        <w:t>f 11101/2855/2344 11191/2947/2401 11100/2856/2345</w:t>
        <w:br/>
        <w:t>f 11101/2855/2344 11113/2871/2356 11114/2870/2356</w:t>
        <w:br/>
        <w:t>f 11118/2875/2359 11119/2874/2358 11102/2860/2349</w:t>
        <w:br/>
        <w:t>f 11103/2859/2348 11192/2948/2402 11102/2860/2349</w:t>
        <w:br/>
        <w:t>f 4639/1687/1385 4659/1705/1403 4637/1684/1382</w:t>
        <w:br/>
        <w:t>f 4658/1706/1404 4659/1705/1403 4639/1687/1385</w:t>
        <w:br/>
        <w:t>f 17767/3001/2434 17766/3002/2435 17765/3003/2436</w:t>
        <w:br/>
        <w:t>f 17768/3004/2437 17767/3001/2434 17765/3003/2436</w:t>
        <w:br/>
        <w:t>f 17770/3005/2438 17765/3003/2436 17766/3002/2435</w:t>
        <w:br/>
        <w:t>f 17769/3006/2439 17770/3005/2438 17766/3002/2435</w:t>
        <w:br/>
        <w:t>f 17771/3007/2440 17770/3005/2438 17769/3006/2439</w:t>
        <w:br/>
        <w:t>f 17772/3008/2441 17771/3007/2440 17769/3006/2439</w:t>
        <w:br/>
        <w:t>f 17776/3009/2441 17775/3010/2442 17774/3011/2443</w:t>
        <w:br/>
        <w:t>f 17773/3012/2440 17776/3009/2441 17774/3011/2443</w:t>
        <w:br/>
        <w:t>f 17778/3013/2444 17767/3001/2434 17768/3004/2437</w:t>
        <w:br/>
        <w:t>f 17777/3014/2445 17778/3013/2444 17768/3004/2437</w:t>
        <w:br/>
        <w:t>f 17780/3015/2446 17778/3013/2444 17777/3014/2445</w:t>
        <w:br/>
        <w:t>f 17779/3016/2447 17780/3015/2446 17777/3014/2445</w:t>
        <w:br/>
        <w:t>f 17782/3017/2448 17781/3018/2449 17766/3002/2435</w:t>
        <w:br/>
        <w:t>f 17767/3001/2434 17782/3017/2448 17766/3002/2435</w:t>
        <w:br/>
        <w:t>f 17783/3019/2450 17782/3017/2448 17767/3001/2434</w:t>
        <w:br/>
        <w:t>f 17778/3013/2444 17783/3019/2450 17767/3001/2434</w:t>
        <w:br/>
        <w:t>f 17785/3020/2451 17784/3021/2452 17772/3008/2441</w:t>
        <w:br/>
        <w:t>f 17769/3006/2439 17785/3020/2451 17772/3008/2441</w:t>
        <w:br/>
        <w:t>f 17786/3022/2453 17783/3019/2450 17778/3013/2444</w:t>
        <w:br/>
        <w:t>f 17780/3015/2446 17786/3022/2453 17778/3013/2444</w:t>
        <w:br/>
        <w:t>f 17769/3006/2439 17766/3002/2435 17781/3018/2449</w:t>
        <w:br/>
        <w:t>f 17785/3020/2451 17769/3006/2439 17781/3018/2449</w:t>
        <w:br/>
        <w:t>f 17788/3023/2454 17775/3010/2442 17776/3009/2441</w:t>
        <w:br/>
        <w:t>f 17787/3024/2452 17788/3023/2454 17776/3009/2441</w:t>
        <w:br/>
        <w:t>f 17790/3025/2455 17775/3010/2442 17788/3023/2454</w:t>
        <w:br/>
        <w:t>f 17789/3026/2456 17790/3025/2455 17788/3023/2454</w:t>
        <w:br/>
        <w:t>f 17790/3025/2455 17789/3026/2456 17791/3027/2457</w:t>
        <w:br/>
        <w:t>f 17792/3028/2458 17790/3025/2455 17791/3027/2457</w:t>
        <w:br/>
        <w:t>f 17794/3029/2459 17793/3030/2460 17792/3028/2458</w:t>
        <w:br/>
        <w:t>f 17791/3027/2457 17794/3029/2459 17792/3028/2458</w:t>
        <w:br/>
        <w:t>f 17780/3015/2446 17793/3030/2460 17794/3029/2459</w:t>
        <w:br/>
        <w:t>f 17786/3022/2453 17780/3015/2446 17794/3029/2459</w:t>
        <w:br/>
        <w:t>f 17795/3031/2461 17793/3030/2460 17780/3015/2446</w:t>
        <w:br/>
        <w:t>f 17779/3016/2447 17795/3031/2461 17780/3015/2446</w:t>
        <w:br/>
        <w:t>f 17797/3032/2462 17790/3025/2455 17792/3028/2458</w:t>
        <w:br/>
        <w:t>f 17796/3033/2463 17797/3032/2462 17792/3028/2458</w:t>
        <w:br/>
        <w:t>f 17797/3032/2462 17774/3011/2443 17775/3010/2442</w:t>
        <w:br/>
        <w:t>f 17790/3025/2455 17797/3032/2462 17775/3010/2442</w:t>
        <w:br/>
        <w:t>f 17796/3033/2463 17792/3028/2458 17793/3030/2460</w:t>
        <w:br/>
        <w:t>f 17795/3031/2461 17796/3033/2463 17793/3030/2460</w:t>
        <w:br/>
        <w:t>f 17800/3034/2464 17799/3035/2465 17798/3036/2466</w:t>
        <w:br/>
        <w:t>f 17803/3037/2467 17802/3038/2468 17801/3039/2469</w:t>
        <w:br/>
        <w:t>f 17807/3040/2470 17806/3041/2471 17805/3042/2472</w:t>
        <w:br/>
        <w:t>f 17804/3043/2473 17807/3040/2470 17805/3042/2472</w:t>
        <w:br/>
        <w:t>f 17810/3044/2474 17809/3045/2475 17808/3046/2476</w:t>
        <w:br/>
        <w:t>f 17811/3047/2477 17810/3044/2474 17808/3046/2476</w:t>
        <w:br/>
        <w:t>f 17814/3048/2476 17813/3049/2475 17812/3050/2478</w:t>
        <w:br/>
        <w:t>f 17815/3051/2479 17814/3048/2476 17812/3050/2478</w:t>
        <w:br/>
        <w:t>f 17818/3052/2480 17817/3053/2481 17816/3054/2482</w:t>
        <w:br/>
        <w:t>f 17822/3055/2483 17821/3056/2484 17820/3057/2485</w:t>
        <w:br/>
        <w:t>f 17819/3058/2486 17822/3055/2483 17820/3057/2485</w:t>
        <w:br/>
        <w:t>f 17810/3044/2474 17811/3047/2477 17823/3059/2487</w:t>
        <w:br/>
        <w:t>f 17800/3034/2464 17810/3044/2474 17823/3059/2487</w:t>
        <w:br/>
        <w:t>f 17827/3060/2488 17826/3061/2489 17825/3062/2490</w:t>
        <w:br/>
        <w:t>f 17824/3063/2491 17827/3060/2488 17825/3062/2490</w:t>
        <w:br/>
        <w:t>f 17830/3064/2492 17829/3065/2493 17828/3066/2494</w:t>
        <w:br/>
        <w:t>f 17831/3067/2495 17830/3064/2492 17828/3066/2494</w:t>
        <w:br/>
        <w:t>f 17835/3068/2496 17834/3069/2497 17833/3070/2498</w:t>
        <w:br/>
        <w:t>f 17832/3071/2499 17835/3068/2496 17833/3070/2498</w:t>
        <w:br/>
        <w:t>f 17838/3072/2497 17837/3073/2500 17836/3074/2501</w:t>
        <w:br/>
        <w:t>f 17839/3075/2498 17838/3072/2497 17836/3074/2501</w:t>
        <w:br/>
        <w:t>f 17842/3076/2502 17841/3077/2503 17840/3078/2504</w:t>
        <w:br/>
        <w:t>f 17843/3079/2505 17842/3076/2502 17840/3078/2504</w:t>
        <w:br/>
        <w:t>f 17837/3073/2500 17845/3080/2506 17844/3081/2507</w:t>
        <w:br/>
        <w:t>f 17836/3074/2501 17837/3073/2500 17844/3081/2507</w:t>
        <w:br/>
        <w:t>f 17841/3077/2503 17830/3064/2492 17831/3067/2495</w:t>
        <w:br/>
        <w:t>f 17840/3078/2504 17841/3077/2503 17831/3067/2495</w:t>
        <w:br/>
        <w:t>f 17847/3082/2508 17842/3076/2502 17846/3083/2509</w:t>
        <w:br/>
        <w:t>f 17848/3084/2510 17847/3082/2508 17846/3083/2509</w:t>
        <w:br/>
        <w:t>f 17827/3060/2488 17849/3085/2511 17829/3065/2493</w:t>
        <w:br/>
        <w:t>f 17830/3064/2492 17827/3060/2488 17829/3065/2493</w:t>
        <w:br/>
        <w:t>f 17832/3071/2499 17805/3042/2472 17851/3086/2512</w:t>
        <w:br/>
        <w:t>f 17850/3087/2513 17832/3071/2499 17851/3086/2512</w:t>
        <w:br/>
        <w:t>f 17804/3043/2473 17805/3042/2472 17832/3071/2499</w:t>
        <w:br/>
        <w:t>f 17833/3070/2498 17804/3043/2473 17832/3071/2499</w:t>
        <w:br/>
        <w:t>f 17822/3055/2483 17852/3088/2514 17839/3075/2498</w:t>
        <w:br/>
        <w:t>f 17836/3074/2501 17822/3055/2483 17839/3075/2498</w:t>
        <w:br/>
        <w:t>f 17847/3082/2508 17826/3061/2489 17841/3077/2503</w:t>
        <w:br/>
        <w:t>f 17842/3076/2502 17847/3082/2508 17841/3077/2503</w:t>
        <w:br/>
        <w:t>f 17836/3074/2501 17844/3081/2507 17821/3056/2484</w:t>
        <w:br/>
        <w:t>f 17822/3055/2483 17836/3074/2501 17821/3056/2484</w:t>
        <w:br/>
        <w:t>f 17848/3084/2510 17846/3083/2509 17850/3087/2513</w:t>
        <w:br/>
        <w:t>f 17851/3086/2512 17848/3084/2510 17850/3087/2513</w:t>
        <w:br/>
        <w:t>f 17826/3061/2489 17827/3060/2488 17830/3064/2492</w:t>
        <w:br/>
        <w:t>f 17841/3077/2503 17826/3061/2489 17830/3064/2492</w:t>
        <w:br/>
        <w:t>f 17821/3056/2484 17849/3085/2511 17853/3089/2515</w:t>
        <w:br/>
        <w:t>f 17820/3057/2485 17821/3056/2484 17853/3089/2515</w:t>
        <w:br/>
        <w:t>f 17844/3081/2507 17829/3065/2493 17849/3085/2511</w:t>
        <w:br/>
        <w:t>f 17821/3056/2484 17844/3081/2507 17849/3085/2511</w:t>
        <w:br/>
        <w:t>f 17856/3090/2516 17799/3035/2465 17855/3091/2517</w:t>
        <w:br/>
        <w:t>f 17854/3092/2518 17856/3090/2516 17855/3091/2517</w:t>
        <w:br/>
        <w:t>f 17859/3093/2519 17858/3094/2520 17857/3095/2521</w:t>
        <w:br/>
        <w:t>f 17860/3096/2522 17859/3093/2519 17857/3095/2521</w:t>
        <w:br/>
        <w:t>f 17811/3047/2477 17862/3097/2523 17861/3098/2524</w:t>
        <w:br/>
        <w:t>f 17823/3059/2487 17811/3047/2477 17861/3098/2524</w:t>
        <w:br/>
        <w:t>f 17862/3097/2523 17811/3047/2477 17808/3046/2476</w:t>
        <w:br/>
        <w:t>f 17863/3099/2525 17862/3097/2523 17808/3046/2476</w:t>
        <w:br/>
        <w:t>f 17864/3100/2526 17814/3048/2476 17815/3051/2479</w:t>
        <w:br/>
        <w:t>f 17865/3101/2527 17864/3100/2526 17815/3051/2479</w:t>
        <w:br/>
        <w:t>f 17856/3090/2516 17854/3092/2518 17867/3102/2528</w:t>
        <w:br/>
        <w:t>f 17866/3103/2529 17856/3090/2516 17867/3102/2528</w:t>
        <w:br/>
        <w:t>f 17815/3051/2479 17869/3104/2530 17868/3105/2531</w:t>
        <w:br/>
        <w:t>f 17865/3101/2527 17815/3051/2479 17868/3105/2531</w:t>
        <w:br/>
        <w:t>f 17855/3091/2517 17799/3035/2465 17823/3059/2487</w:t>
        <w:br/>
        <w:t>f 17861/3098/2524 17855/3091/2517 17823/3059/2487</w:t>
        <w:br/>
        <w:t>f 17867/3102/2528 17859/3093/2519 17860/3096/2522</w:t>
        <w:br/>
        <w:t>f 17866/3103/2529 17867/3102/2528 17860/3096/2522</w:t>
        <w:br/>
        <w:t>f 17869/3104/2530 17857/3095/2521 17858/3094/2520</w:t>
        <w:br/>
        <w:t>f 17868/3105/2531 17869/3104/2530 17858/3094/2520</w:t>
        <w:br/>
        <w:t>f 17871/3106/2532 17870/3107/2533 17803/3037/2467</w:t>
        <w:br/>
        <w:t>f 17874/3108/2534 17873/3109/2535 17872/3110/2536</w:t>
        <w:br/>
        <w:t>f 17876/3111/2537 17812/3050/2478 17875/3112/2538</w:t>
        <w:br/>
        <w:t>f 17802/3038/2468 17876/3111/2537 17875/3112/2538</w:t>
        <w:br/>
        <w:t>f 17879/3113/2539 17816/3054/2482 17878/3114/2540</w:t>
        <w:br/>
        <w:t>f 17877/3115/2541 17879/3113/2539 17878/3114/2540</w:t>
        <w:br/>
        <w:t>f 17880/3116/2542 17875/3112/2538 17812/3050/2478</w:t>
        <w:br/>
        <w:t>f 17813/3049/2475 17880/3116/2542 17812/3050/2478</w:t>
        <w:br/>
        <w:t>f 17872/3110/2536 17882/3117/2543 17881/3118/2544</w:t>
        <w:br/>
        <w:t>f 17870/3107/2533 17877/3115/2541 17878/3114/2540</w:t>
        <w:br/>
        <w:t>f 17883/3119/2545 17870/3107/2533 17878/3114/2540</w:t>
        <w:br/>
        <w:t>f 17847/3082/2508 17884/3120/2546 17825/3062/2490</w:t>
        <w:br/>
        <w:t>f 17826/3061/2489 17847/3082/2508 17825/3062/2490</w:t>
        <w:br/>
        <w:t>f 17887/3121/2547 17886/3122/2548 17885/3123/2549</w:t>
        <w:br/>
        <w:t>f 17888/3124/2550 17851/3086/2512 17805/3042/2472</w:t>
        <w:br/>
        <w:t>f 17806/3041/2471 17888/3124/2550 17805/3042/2472</w:t>
        <w:br/>
        <w:t>f 17852/3088/2514 17822/3055/2483 17819/3058/2486</w:t>
        <w:br/>
        <w:t>f 17889/3125/2551 17852/3088/2514 17819/3058/2486</w:t>
        <w:br/>
        <w:t>f 17884/3120/2546 17847/3082/2508 17848/3084/2510</w:t>
        <w:br/>
        <w:t>f 17890/3126/2552 17884/3120/2546 17848/3084/2510</w:t>
        <w:br/>
        <w:t>f 17812/3050/2478 17891/3127/2553 17815/3051/2479</w:t>
        <w:br/>
        <w:t>f 17890/3126/2552 17848/3084/2510 17851/3086/2512</w:t>
        <w:br/>
        <w:t>f 17888/3124/2550 17890/3126/2552 17851/3086/2512</w:t>
        <w:br/>
        <w:t>f 17886/3122/2548 17883/3119/2545 17817/3053/2481</w:t>
        <w:br/>
        <w:t>f 17885/3123/2549 17891/3127/2553 17876/3111/2537</w:t>
        <w:br/>
        <w:t>f 17887/3121/2547 17885/3123/2549 17876/3111/2537</w:t>
        <w:br/>
        <w:t>f 17893/3128/2554 17892/3129/2555 17879/3113/2539</w:t>
        <w:br/>
        <w:t>f 17881/3118/2544 17894/3130/2556 17893/3128/2554</w:t>
        <w:br/>
        <w:t>f 17868/3105/2531 17858/3094/2520 17768/3004/2437</w:t>
        <w:br/>
        <w:t>f 17765/3003/2436 17868/3105/2531 17768/3004/2437</w:t>
        <w:br/>
        <w:t>f 17765/3003/2436 17770/3005/2438 17865/3101/2527</w:t>
        <w:br/>
        <w:t>f 17868/3105/2531 17765/3003/2436 17865/3101/2527</w:t>
        <w:br/>
        <w:t>f 17771/3007/2440 17864/3100/2526 17865/3101/2527</w:t>
        <w:br/>
        <w:t>f 17770/3005/2438 17771/3007/2440 17865/3101/2527</w:t>
        <w:br/>
        <w:t>f 17862/3097/2523 17863/3099/2525 17773/3012/2440</w:t>
        <w:br/>
        <w:t>f 17774/3011/2443 17862/3097/2523 17773/3012/2440</w:t>
        <w:br/>
        <w:t>f 17858/3094/2520 17859/3093/2519 17777/3014/2445</w:t>
        <w:br/>
        <w:t>f 17768/3004/2437 17858/3094/2520 17777/3014/2445</w:t>
        <w:br/>
        <w:t>f 17779/3016/2447 17777/3014/2445 17859/3093/2519</w:t>
        <w:br/>
        <w:t>f 17867/3102/2528 17779/3016/2447 17859/3093/2519</w:t>
        <w:br/>
        <w:t>f 17779/3016/2447 17867/3102/2528 17854/3092/2518</w:t>
        <w:br/>
        <w:t>f 17795/3031/2461 17779/3016/2447 17854/3092/2518</w:t>
        <w:br/>
        <w:t>f 17861/3098/2524 17797/3032/2462 17796/3033/2463</w:t>
        <w:br/>
        <w:t>f 17855/3091/2517 17861/3098/2524 17796/3033/2463</w:t>
        <w:br/>
        <w:t>f 17862/3097/2523 17774/3011/2443 17797/3032/2462</w:t>
        <w:br/>
        <w:t>f 17861/3098/2524 17862/3097/2523 17797/3032/2462</w:t>
        <w:br/>
        <w:t>f 17855/3091/2517 17796/3033/2463 17795/3031/2461</w:t>
        <w:br/>
        <w:t>f 17854/3092/2518 17855/3091/2517 17795/3031/2461</w:t>
        <w:br/>
        <w:t>f 17895/3131/2557 17798/3036/2466 17818/3052/2480</w:t>
        <w:br/>
        <w:t>f 17816/3054/2482 17895/3131/2557 17818/3052/2480</w:t>
        <w:br/>
        <w:t>f 17810/3044/2474 17800/3034/2464 17897/3132/2558</w:t>
        <w:br/>
        <w:t>f 17896/3133/2559 17810/3044/2474 17897/3132/2558</w:t>
        <w:br/>
        <w:t>f 17809/3045/2475 17810/3044/2474 17896/3133/2559</w:t>
        <w:br/>
        <w:t>f 17798/3036/2466 17897/3132/2558 17800/3034/2464</w:t>
        <w:br/>
        <w:t>f 17799/3035/2465 17856/3090/2516 17898/3134/2560</w:t>
        <w:br/>
        <w:t>f 17853/3089/2515 17824/3063/2491 17870/3107/2533</w:t>
        <w:br/>
        <w:t>f 17871/3106/2532 17853/3089/2515 17870/3107/2533</w:t>
        <w:br/>
        <w:t>f 17806/3041/2471 17872/3110/2536 17881/3118/2544</w:t>
        <w:br/>
        <w:t>f 17888/3124/2550 17806/3041/2471 17881/3118/2544</w:t>
        <w:br/>
        <w:t>f 17874/3108/2534 17872/3110/2536 17806/3041/2471</w:t>
        <w:br/>
        <w:t>f 17807/3040/2470 17874/3108/2534 17806/3041/2471</w:t>
        <w:br/>
        <w:t>f 17889/3125/2551 17819/3058/2486 17899/3135/2561</w:t>
        <w:br/>
        <w:t>f 17900/3136/2534 17889/3125/2551 17899/3135/2561</w:t>
        <w:br/>
        <w:t>f 17901/3137/2562 17899/3135/2561 17819/3058/2486</w:t>
        <w:br/>
        <w:t>f 17820/3057/2485 17901/3137/2562 17819/3058/2486</w:t>
        <w:br/>
        <w:t>f 17824/3063/2491 17825/3062/2490 17877/3115/2541</w:t>
        <w:br/>
        <w:t>f 17870/3107/2533 17824/3063/2491 17877/3115/2541</w:t>
        <w:br/>
        <w:t>f 17820/3057/2485 17853/3089/2515 17871/3106/2532</w:t>
        <w:br/>
        <w:t>f 17901/3137/2562 17820/3057/2485 17871/3106/2532</w:t>
        <w:br/>
        <w:t>f 17890/3126/2552 17893/3128/2554 17879/3113/2539</w:t>
        <w:br/>
        <w:t>f 17884/3120/2546 17890/3126/2552 17879/3113/2539</w:t>
        <w:br/>
        <w:t>f 17877/3115/2541 17825/3062/2490 17884/3120/2546</w:t>
        <w:br/>
        <w:t>f 17879/3113/2539 17877/3115/2541 17884/3120/2546</w:t>
        <w:br/>
        <w:t>f 17888/3124/2550 17881/3118/2544 17893/3128/2554</w:t>
        <w:br/>
        <w:t>f 17890/3126/2552 17888/3124/2550 17893/3128/2554</w:t>
        <w:br/>
        <w:t>f 17824/3063/2491 17853/3089/2515 17849/3085/2511</w:t>
        <w:br/>
        <w:t>f 17827/3060/2488 17824/3063/2491 17849/3085/2511</w:t>
        <w:br/>
        <w:t>f 17842/3076/2502 17843/3079/2505 17902/3138/2563</w:t>
        <w:br/>
        <w:t>f 17846/3083/2509 17842/3076/2502 17902/3138/2563</w:t>
        <w:br/>
        <w:t>f 17850/3087/2513 17903/3139/2564 17835/3068/2496</w:t>
        <w:br/>
        <w:t>f 17832/3071/2499 17850/3087/2513 17835/3068/2496</w:t>
        <w:br/>
        <w:t>f 17846/3083/2509 17902/3138/2563 17903/3139/2564</w:t>
        <w:br/>
        <w:t>f 17850/3087/2513 17846/3083/2509 17903/3139/2564</w:t>
        <w:br/>
        <w:t>f 17845/3080/2506 17828/3066/2494 17829/3065/2493</w:t>
        <w:br/>
        <w:t>f 17844/3081/2507 17845/3080/2506 17829/3065/2493</w:t>
        <w:br/>
        <w:t>f 17906/3140/2565 17905/3141/2565 17904/3142/2566</w:t>
        <w:br/>
        <w:t>f 17907/3143/2566 17906/3140/2565 17904/3142/2566</w:t>
        <w:br/>
        <w:t>f 17910/3144/2567 17909/3145/2568 17908/3146/2569</w:t>
        <w:br/>
        <w:t>f 17911/3147/2567 17910/3144/2567 17908/3146/2569</w:t>
        <w:br/>
        <w:t>f 17914/3148/2570 17913/3149/2571 17912/3150/2571</w:t>
        <w:br/>
        <w:t>f 17915/3151/2572 17914/3148/2570 17912/3150/2571</w:t>
        <w:br/>
        <w:t>f 17915/3151/2572 17917/3152/2573 17916/3153/2574</w:t>
        <w:br/>
        <w:t>f 17914/3148/2570 17915/3151/2572 17916/3153/2574</w:t>
        <w:br/>
        <w:t>f 17921/3154/2574 17920/3155/2575 17919/3156/2576</w:t>
        <w:br/>
        <w:t>f 17918/3157/2577 17921/3154/2574 17919/3156/2576</w:t>
        <w:br/>
        <w:t>f 17923/3158/2578 17922/3159/2579 17907/3143/2566</w:t>
        <w:br/>
        <w:t>f 17904/3142/2566 17923/3158/2578 17907/3143/2566</w:t>
        <w:br/>
        <w:t>f 17925/3160/2580 17924/3161/2580 17918/3157/2577</w:t>
        <w:br/>
        <w:t>f 17919/3156/2576 17925/3160/2580 17918/3157/2577</w:t>
        <w:br/>
        <w:t>f 17912/3150/2571 17913/3149/2571 17905/3141/2565</w:t>
        <w:br/>
        <w:t>f 17906/3140/2565 17912/3150/2571 17905/3141/2565</w:t>
        <w:br/>
        <w:t>f 17922/3159/2579 17923/3158/2578 17908/3146/2569</w:t>
        <w:br/>
        <w:t>f 17909/3145/2568 17922/3159/2579 17908/3146/2569</w:t>
        <w:br/>
        <w:t>f 17910/3144/2567 17911/3147/2567 17924/3161/2580</w:t>
        <w:br/>
        <w:t>f 17925/3160/2580 17910/3144/2567 17924/3161/2580</w:t>
        <w:br/>
        <w:t>f 17817/3053/2481 17926/3162/2581 17886/3122/2548</w:t>
        <w:br/>
        <w:t>f 17886/3122/2548 17857/3095/2521 17885/3123/2549</w:t>
        <w:br/>
        <w:t>f 17891/3127/2553 17885/3123/2549 17857/3095/2521</w:t>
        <w:br/>
        <w:t>f 17869/3104/2530 17891/3127/2553 17857/3095/2521</w:t>
        <w:br/>
        <w:t>f 17818/3052/2480 17898/3134/2560 17817/3053/2481</w:t>
        <w:br/>
        <w:t>f 17926/3162/2581 17927/3163/2582 17866/3103/2529</w:t>
        <w:br/>
        <w:t>f 17860/3096/2522 17926/3162/2581 17866/3103/2529</w:t>
        <w:br/>
        <w:t>f 17856/3090/2516 17866/3103/2529 17927/3163/2582</w:t>
        <w:br/>
        <w:t>f 17898/3134/2560 17856/3090/2516 17927/3163/2582</w:t>
        <w:br/>
        <w:t>f 17926/3162/2581 17860/3096/2522 17857/3095/2521</w:t>
        <w:br/>
        <w:t>f 17798/3036/2466 17799/3035/2465 17898/3134/2560</w:t>
        <w:br/>
        <w:t>f 17818/3052/2480 17798/3036/2466 17898/3134/2560</w:t>
        <w:br/>
        <w:t>f 17816/3054/2482 17892/3129/2555 17895/3131/2557</w:t>
        <w:br/>
        <w:t>f 17895/3131/2557 17894/3130/2556 17897/3132/2558</w:t>
        <w:br/>
        <w:t>f 17873/3109/2535 17896/3133/2559 17882/3117/2543</w:t>
        <w:br/>
        <w:t>f 17929/3164/2535 17899/3135/2561 17928/3165/2583</w:t>
        <w:br/>
        <w:t>f 17899/3135/2561 17901/3137/2562 17801/3039/2469</w:t>
        <w:br/>
        <w:t>f 17928/3165/2583 17899/3135/2561 17801/3039/2469</w:t>
        <w:br/>
        <w:t>f 17880/3116/2542 17929/3164/2535 17875/3112/2538</w:t>
        <w:br/>
        <w:t>f 17930/3166/2542 17809/3045/2475 17896/3133/2559</w:t>
        <w:br/>
        <w:t>f 17801/3039/2469 17802/3038/2468 17875/3112/2538</w:t>
        <w:br/>
        <w:t>f 17928/3165/2583 17801/3039/2469 17875/3112/2538</w:t>
        <w:br/>
        <w:t>f 17801/3039/2469 17901/3137/2562 17871/3106/2532</w:t>
        <w:br/>
        <w:t>f 17803/3037/2467 17801/3039/2469 17871/3106/2532</w:t>
        <w:br/>
        <w:t>f 17887/3121/2547 17876/3111/2537 17802/3038/2468</w:t>
        <w:br/>
        <w:t>f 17803/3037/2467 17887/3121/2547 17802/3038/2468</w:t>
        <w:br/>
        <w:t>f 17882/3117/2543 17897/3132/2558 17894/3130/2556</w:t>
        <w:br/>
        <w:t>f 17812/3050/2478 17876/3111/2537 17891/3127/2553</w:t>
        <w:br/>
        <w:t>f 17891/3127/2553 17869/3104/2530 17815/3051/2479</w:t>
        <w:br/>
        <w:t>f 17883/3119/2545 17887/3121/2547 17803/3037/2467</w:t>
        <w:br/>
        <w:t>f 17870/3107/2533 17883/3119/2545 17803/3037/2467</w:t>
        <w:br/>
        <w:t>f 17816/3054/2482 17879/3113/2539 17892/3129/2555</w:t>
        <w:br/>
        <w:t>f 17798/3036/2466 17895/3131/2557 17897/3132/2558</w:t>
        <w:br/>
        <w:t>f 17800/3034/2464 17823/3059/2487 17799/3035/2465</w:t>
        <w:br/>
        <w:t>f 17817/3053/2481 17927/3163/2582 17926/3162/2581</w:t>
        <w:br/>
        <w:t>f 17898/3134/2560 17927/3163/2582 17817/3053/2481</w:t>
        <w:br/>
        <w:t>f 17817/3053/2481 17878/3114/2540 17816/3054/2482</w:t>
        <w:br/>
        <w:t>f 17883/3119/2545 17878/3114/2540 17817/3053/2481</w:t>
        <w:br/>
        <w:t>f 17887/3121/2547 17883/3119/2545 17886/3122/2548</w:t>
        <w:br/>
        <w:t>f 17886/3122/2548 17926/3162/2581 17857/3095/2521</w:t>
        <w:br/>
        <w:t>f 17873/3109/2535 17882/3117/2543 17872/3110/2536</w:t>
        <w:br/>
        <w:t>f 17873/3109/2535 17930/3166/2542 17896/3133/2559</w:t>
        <w:br/>
        <w:t>f 17929/3164/2535 17900/3136/2534 17899/3135/2561</w:t>
        <w:br/>
        <w:t>f 17929/3164/2535 17928/3165/2583 17875/3112/2538</w:t>
        <w:br/>
        <w:t>f 17882/3117/2543 17894/3130/2556 17881/3118/2544</w:t>
        <w:br/>
        <w:t>f 17882/3117/2543 17896/3133/2559 17897/3132/2558</w:t>
        <w:br/>
        <w:t>f 17894/3130/2556 17892/3129/2555 17893/3128/2554</w:t>
        <w:br/>
        <w:t>f 17895/3131/2557 17892/3129/2555 17894/3130/2556</w:t>
        <w:br/>
        <w:t>f 17932/3167/2584 17781/3018/2449 17782/3017/2448</w:t>
        <w:br/>
        <w:t>f 17931/3168/2585 17932/3167/2584 17782/3017/2448</w:t>
        <w:br/>
        <w:t>f 17933/3169/2586 17785/3020/2451 17781/3018/2449</w:t>
        <w:br/>
        <w:t>f 17932/3167/2584 17933/3169/2586 17781/3018/2449</w:t>
        <w:br/>
        <w:t>f 17785/3020/2451 17933/3169/2586 17934/3170/2587</w:t>
        <w:br/>
        <w:t>f 17784/3021/2452 17785/3020/2451 17934/3170/2587</w:t>
        <w:br/>
        <w:t>f 17935/3171/2588 17788/3023/2454 17787/3024/2452</w:t>
        <w:br/>
        <w:t>f 17936/3172/2587 17935/3171/2588 17787/3024/2452</w:t>
        <w:br/>
        <w:t>f 17935/3171/2588 17937/3173/2589 17789/3026/2456</w:t>
        <w:br/>
        <w:t>f 17788/3023/2454 17935/3171/2588 17789/3026/2456</w:t>
        <w:br/>
        <w:t>f 17791/3027/2457 17789/3026/2456 17937/3173/2589</w:t>
        <w:br/>
        <w:t>f 17938/3174/2590 17791/3027/2457 17937/3173/2589</w:t>
        <w:br/>
        <w:t>f 17794/3029/2459 17791/3027/2457 17938/3174/2590</w:t>
        <w:br/>
        <w:t>f 17939/3175/2591 17794/3029/2459 17938/3174/2590</w:t>
        <w:br/>
        <w:t>f 17783/3019/2450 17786/3022/2453 17941/3176/2592</w:t>
        <w:br/>
        <w:t>f 17940/3177/2593 17783/3019/2450 17941/3176/2592</w:t>
        <w:br/>
        <w:t>f 17940/3177/2593 17931/3168/2585 17782/3017/2448</w:t>
        <w:br/>
        <w:t>f 17783/3019/2450 17940/3177/2593 17782/3017/2448</w:t>
        <w:br/>
        <w:t>f 17786/3022/2453 17794/3029/2459 17939/3175/2591</w:t>
        <w:br/>
        <w:t>f 17941/3176/2592 17786/3022/2453 17939/3175/2591</w:t>
        <w:br/>
        <w:t>f 17963/3178/2594 17962/3179/2595 17961/3180/2596</w:t>
        <w:br/>
        <w:t>f 17960/3181/2597 17963/3178/2594 17961/3180/2596</w:t>
        <w:br/>
        <w:t>f 17973/3182/2598 17960/3181/2597 17970/3183/2599</w:t>
        <w:br/>
        <w:t>f 17972/3184/2600 17973/3182/2598 17970/3183/2599</w:t>
        <w:br/>
        <w:t>f 17976/3185/2601 17975/3186/2602 17974/3187/2603</w:t>
        <w:br/>
        <w:t>f 17980/3188/2604 17979/3189/2605 17978/3190/2605</w:t>
        <w:br/>
        <w:t>f 17977/3191/2604 17980/3188/2604 17978/3190/2605</w:t>
        <w:br/>
        <w:t>f 17977/3191/2604 17981/3192/2606 17980/3188/2604</w:t>
        <w:br/>
        <w:t>f 17973/3182/2598 17963/3178/2594 17960/3181/2597</w:t>
        <w:br/>
        <w:t>f 17975/3186/2602 17973/3182/2598 17972/3184/2600</w:t>
        <w:br/>
        <w:t>f 17975/3186/2602 17986/3193/2607 17985/3194/2608</w:t>
        <w:br/>
        <w:t>f 17975/3186/2602 17972/3184/2600 17974/3187/2603</w:t>
        <w:br/>
        <w:t>f 17973/3182/2598 17985/3194/2608 17988/3195/2609</w:t>
        <w:br/>
        <w:t>f 17993/3196/2610 17992/3197/2611 17962/3179/2595</w:t>
        <w:br/>
        <w:t>f 17963/3178/2594 17993/3196/2610 17962/3179/2595</w:t>
        <w:br/>
        <w:t>f 18000/3198/2612 17999/3199/2612 17992/3197/2611</w:t>
        <w:br/>
        <w:t>f 17993/3196/2610 18000/3198/2612 17992/3197/2611</w:t>
        <w:br/>
        <w:t>f 18000/3198/2612 17978/3190/2605 17979/3189/2605</w:t>
        <w:br/>
        <w:t>f 17999/3199/2612 18000/3198/2612 17979/3189/2605</w:t>
        <w:br/>
        <w:t>f 18017/3200/2613 18016/3201/2614 18015/3202/2615</w:t>
        <w:br/>
        <w:t>f 18014/3203/2616 18017/3200/2613 18015/3202/2615</w:t>
        <w:br/>
        <w:t>f 18029/3204/2617 18028/3205/2618 18027/3206/2618</w:t>
        <w:br/>
        <w:t>f 18026/3207/2617 18029/3204/2617 18027/3206/2618</w:t>
        <w:br/>
        <w:t>f 18029/3204/2617 18026/3207/2617 18030/3208/2619</w:t>
        <w:br/>
        <w:t>f 18017/3200/2613 18014/3203/2616 18032/3209/2620</w:t>
        <w:br/>
        <w:t>f 18031/3210/2621 18017/3200/2613 18032/3209/2620</w:t>
        <w:br/>
        <w:t>f 18035/3211/2622 18032/3209/2620 18034/3212/2623</w:t>
        <w:br/>
        <w:t>f 18033/3213/2623 18035/3211/2622 18034/3212/2623</w:t>
        <w:br/>
        <w:t>f 18028/3205/2618 18033/3213/2623 18034/3212/2623</w:t>
        <w:br/>
        <w:t>f 18027/3206/2618 18028/3205/2618 18034/3212/2623</w:t>
        <w:br/>
        <w:t>f 18039/3214/2624 18038/3215/2625 18037/3216/2626</w:t>
        <w:br/>
        <w:t>f 18036/3217/2627 18039/3214/2624 18037/3216/2626</w:t>
        <w:br/>
        <w:t>f 18043/3218/2628 18042/3219/2629 18041/3220/2630</w:t>
        <w:br/>
        <w:t>f 18040/3221/2631 18043/3218/2628 18041/3220/2630</w:t>
        <w:br/>
        <w:t>f 18036/3217/2627 18037/3216/2626 18045/3222/2632</w:t>
        <w:br/>
        <w:t>f 18044/3223/2633 18036/3217/2627 18045/3222/2632</w:t>
        <w:br/>
        <w:t>f 18042/3219/2629 18043/3218/2628 18047/3224/2634</w:t>
        <w:br/>
        <w:t>f 18046/3225/2635 18042/3219/2629 18047/3224/2634</w:t>
        <w:br/>
        <w:t>f 18049/3226/2636 18039/3214/2624 18036/3217/2627</w:t>
        <w:br/>
        <w:t>f 18048/3227/2637 18049/3226/2636 18036/3217/2627</w:t>
        <w:br/>
        <w:t>f 18051/3228/2638 18047/3224/2634 18043/3218/2628</w:t>
        <w:br/>
        <w:t>f 18050/3229/2639 18051/3228/2638 18043/3218/2628</w:t>
        <w:br/>
        <w:t>f 18050/3229/2639 18043/3218/2628 18040/3221/2631</w:t>
        <w:br/>
        <w:t>f 18052/3230/2640 18050/3229/2639 18040/3221/2631</w:t>
        <w:br/>
        <w:t>f 18055/3231/2641 18054/3232/2642 18053/3233/2642</w:t>
        <w:br/>
        <w:t>f 18056/3234/2643 18055/3231/2641 18053/3233/2642</w:t>
        <w:br/>
        <w:t>f 18060/3235/2644 18059/3236/2645 18058/3237/2645</w:t>
        <w:br/>
        <w:t>f 18057/3238/2646 18060/3235/2644 18058/3237/2645</w:t>
        <w:br/>
        <w:t>f 18062/3239/2647 18061/3240/2647 18060/3235/2644</w:t>
        <w:br/>
        <w:t>f 18057/3238/2646 18062/3239/2647 18060/3235/2644</w:t>
        <w:br/>
        <w:t>f 18053/3233/2642 18054/3232/2642 18064/3241/2648</w:t>
        <w:br/>
        <w:t>f 18063/3242/2648 18053/3233/2642 18064/3241/2648</w:t>
        <w:br/>
        <w:t>f 18066/3243/2649 17976/3185/2601 18065/3244/2650</w:t>
        <w:br/>
        <w:t>f 17973/3182/2598 17988/3195/2609 17963/3178/2594</w:t>
        <w:br/>
        <w:t>f 17975/3186/2602 17985/3194/2608 17973/3182/2598</w:t>
        <w:br/>
        <w:t>f 17976/3185/2601 17986/3193/2607 17975/3186/2602</w:t>
        <w:br/>
        <w:t>f 17993/3196/2610 17963/3178/2594 17988/3195/2609</w:t>
        <w:br/>
        <w:t>f 17986/3193/2607 17976/3185/2601 18066/3243/2649</w:t>
        <w:br/>
        <w:t>f 18044/3223/2633 18068/3245/2651 18048/3227/2637</w:t>
        <w:br/>
        <w:t>f 18036/3217/2627 18044/3223/2633 18048/3227/2637</w:t>
        <w:br/>
        <w:t>f 18038/3215/2625 18041/3220/2630 18042/3219/2629</w:t>
        <w:br/>
        <w:t>f 18037/3216/2626 18038/3215/2625 18042/3219/2629</w:t>
        <w:br/>
        <w:t>f 18037/3216/2626 18042/3219/2629 18046/3225/2635</w:t>
        <w:br/>
        <w:t>f 18045/3222/2632 18037/3216/2626 18046/3225/2635</w:t>
        <w:br/>
        <w:t>f 18076/3246/2652 18075/3247/2653 18074/3248/2654</w:t>
        <w:br/>
        <w:t>f 18073/3249/2655 18076/3246/2652 18074/3248/2654</w:t>
        <w:br/>
        <w:t>f 18084/3250/2656 18083/3251/2657 18081/3252/2658</w:t>
        <w:br/>
        <w:t>f 18075/3247/2653 18084/3250/2656 18081/3252/2658</w:t>
        <w:br/>
        <w:t>f 18087/3253/2659 18086/3254/2660 18085/3255/2661</w:t>
        <w:br/>
        <w:t>f 18091/3256/2662 18090/3257/2662 18089/3258/2663</w:t>
        <w:br/>
        <w:t>f 18088/3259/2663 18091/3256/2662 18089/3258/2663</w:t>
        <w:br/>
        <w:t>f 18090/3257/2662 18091/3256/2662 18092/3260/2664</w:t>
        <w:br/>
        <w:t>f 18084/3250/2656 18075/3247/2653 18076/3246/2652</w:t>
        <w:br/>
        <w:t>f 18085/3255/2661 18083/3251/2657 18084/3250/2656</w:t>
        <w:br/>
        <w:t>f 18085/3255/2661 18096/3261/2665 18095/3262/2666</w:t>
        <w:br/>
        <w:t>f 18085/3255/2661 18086/3254/2660 18083/3251/2657</w:t>
        <w:br/>
        <w:t>f 18084/3250/2656 18099/3263/2667 18096/3261/2665</w:t>
        <w:br/>
        <w:t>f 18104/3264/2668 18076/3246/2652 18073/3249/2655</w:t>
        <w:br/>
        <w:t>f 18103/3265/2669 18104/3264/2668 18073/3249/2655</w:t>
        <w:br/>
        <w:t>f 18108/3266/2670 18104/3264/2668 18103/3265/2669</w:t>
        <w:br/>
        <w:t>f 18107/3267/2670 18108/3266/2670 18103/3265/2669</w:t>
        <w:br/>
        <w:t>f 18108/3266/2670 18107/3267/2670 18088/3259/2663</w:t>
        <w:br/>
        <w:t>f 18089/3258/2663 18108/3266/2670 18088/3259/2663</w:t>
        <w:br/>
        <w:t>f 18121/3268/2671 18120/3269/2672 18119/3270/2673</w:t>
        <w:br/>
        <w:t>f 18118/3271/2674 18121/3268/2671 18119/3270/2673</w:t>
        <w:br/>
        <w:t>f 18131/3272/2675 18130/3273/2675 18129/3274/2676</w:t>
        <w:br/>
        <w:t>f 18128/3275/2676 18131/3272/2675 18129/3274/2676</w:t>
        <w:br/>
        <w:t>f 18131/3272/2675 18132/3276/2677 18130/3273/2675</w:t>
        <w:br/>
        <w:t>f 18121/3268/2671 18134/3277/2678 18133/3278/2679</w:t>
        <w:br/>
        <w:t>f 18120/3269/2672 18121/3268/2671 18133/3278/2679</w:t>
        <w:br/>
        <w:t>f 18137/3279/2680 18136/3280/2681 18135/3281/2681</w:t>
        <w:br/>
        <w:t>f 18133/3278/2679 18137/3279/2680 18135/3281/2681</w:t>
        <w:br/>
        <w:t>f 18128/3275/2676 18129/3274/2676 18135/3281/2681</w:t>
        <w:br/>
        <w:t>f 18136/3280/2681 18128/3275/2676 18135/3281/2681</w:t>
        <w:br/>
        <w:t>f 18141/3282/2682 18140/3283/2683 18139/3284/2684</w:t>
        <w:br/>
        <w:t>f 18138/3285/2685 18141/3282/2682 18139/3284/2684</w:t>
        <w:br/>
        <w:t>f 18145/3286/2686 18144/3287/2687 18143/3288/2688</w:t>
        <w:br/>
        <w:t>f 18142/3289/2689 18145/3286/2686 18143/3288/2688</w:t>
        <w:br/>
        <w:t>f 18140/3283/2683 18044/3223/2633 18045/3222/2632</w:t>
        <w:br/>
        <w:t>f 18139/3284/2684 18140/3283/2683 18045/3222/2632</w:t>
        <w:br/>
        <w:t>f 18142/3289/2689 18046/3225/2635 18146/3290/2690</w:t>
        <w:br/>
        <w:t>f 18145/3286/2686 18142/3289/2689 18146/3290/2690</w:t>
        <w:br/>
        <w:t>f 18148/3291/2691 18147/3292/2692 18140/3283/2683</w:t>
        <w:br/>
        <w:t>f 18141/3282/2682 18148/3291/2691 18140/3283/2683</w:t>
        <w:br/>
        <w:t>f 18150/3293/2693 18149/3294/2694 18145/3286/2686</w:t>
        <w:br/>
        <w:t>f 18146/3290/2690 18150/3293/2693 18145/3286/2686</w:t>
        <w:br/>
        <w:t>f 18144/3287/2687 18145/3286/2686 18149/3294/2694</w:t>
        <w:br/>
        <w:t>f 18151/3295/2695 18144/3287/2687 18149/3294/2694</w:t>
        <w:br/>
        <w:t>f 18154/3296/2696 18153/3297/2696 18152/3298/2697</w:t>
        <w:br/>
        <w:t>f 18155/3299/2698 18154/3296/2696 18152/3298/2697</w:t>
        <w:br/>
        <w:t>f 18159/3300/2699 18158/3301/2700 18157/3302/2701</w:t>
        <w:br/>
        <w:t>f 18156/3303/2701 18159/3300/2699 18157/3302/2701</w:t>
        <w:br/>
        <w:t>f 18161/3304/2702 18158/3301/2700 18159/3300/2699</w:t>
        <w:br/>
        <w:t>f 18160/3305/2702 18161/3304/2702 18159/3300/2699</w:t>
        <w:br/>
        <w:t>f 18154/3296/2696 18163/3306/2703 18162/3307/2703</w:t>
        <w:br/>
        <w:t>f 18153/3297/2696 18154/3296/2696 18162/3307/2703</w:t>
        <w:br/>
        <w:t>f 18165/3308/2704 18164/3309/2705 18087/3253/2659</w:t>
        <w:br/>
        <w:t>f 18084/3250/2656 18076/3246/2652 18099/3263/2667</w:t>
        <w:br/>
        <w:t>f 18085/3255/2661 18084/3250/2656 18096/3261/2665</w:t>
        <w:br/>
        <w:t>f 18087/3253/2659 18085/3255/2661 18095/3262/2666</w:t>
        <w:br/>
        <w:t>f 18104/3264/2668 18099/3263/2667 18076/3246/2652</w:t>
        <w:br/>
        <w:t>f 18095/3262/2666 18165/3308/2704 18087/3253/2659</w:t>
        <w:br/>
        <w:t>f 18044/3223/2633 18140/3283/2683 18147/3292/2692</w:t>
        <w:br/>
        <w:t>f 18068/3245/2651 18044/3223/2633 18147/3292/2692</w:t>
        <w:br/>
        <w:t>f 18138/3285/2685 18139/3284/2684 18142/3289/2689</w:t>
        <w:br/>
        <w:t>f 18143/3288/2688 18138/3285/2685 18142/3289/2689</w:t>
        <w:br/>
        <w:t>f 18139/3284/2684 18045/3222/2632 18046/3225/2635</w:t>
        <w:br/>
        <w:t>f 18142/3289/2689 18139/3284/2684 18046/3225/2635</w:t>
        <w:br/>
        <w:t>f 18065/3244/2650 17976/3185/2601 17974/3187/2603</w:t>
        <w:br/>
        <w:t>f 18086/3254/2660 18087/3253/2659 18164/3309/2705</w:t>
        <w:br/>
        <w:t>f 18168/3310/2706 18167/3311/2707 18166/3312/2708</w:t>
        <w:br/>
        <w:t>f 18169/3313/2709 18168/3310/2706 18166/3312/2708</w:t>
        <w:br/>
        <w:t>f 18167/3311/2707 18168/3310/2706 18171/3314/2710</w:t>
        <w:br/>
        <w:t>f 18170/3315/2711 18167/3311/2707 18171/3314/2710</w:t>
        <w:br/>
        <w:t>f 18167/3311/2707 18173/3316/2712 18172/3317/2713</w:t>
        <w:br/>
        <w:t>f 18166/3312/2708 18167/3311/2707 18172/3317/2713</w:t>
        <w:br/>
        <w:t>f 18175/3318/2714 18166/3312/2708 18172/3317/2713</w:t>
        <w:br/>
        <w:t>f 18174/3319/2715 18175/3318/2714 18172/3317/2713</w:t>
        <w:br/>
        <w:t>f 18178/3320/2716 18177/3321/2717 18176/3322/2718</w:t>
        <w:br/>
        <w:t>f 18173/3316/2712 18167/3311/2707 18170/3315/2711</w:t>
        <w:br/>
        <w:t>f 18179/3323/2719 18173/3316/2712 18170/3315/2711</w:t>
        <w:br/>
        <w:t>f 18174/3319/2715 18181/3324/2720 18180/3325/2721</w:t>
        <w:br/>
        <w:t>f 18175/3318/2714 18174/3319/2715 18180/3325/2721</w:t>
        <w:br/>
        <w:t>f 18185/3326/2722 18184/3327/2723 18183/3328/2724</w:t>
        <w:br/>
        <w:t>f 18182/3329/2725 18185/3326/2722 18183/3328/2724</w:t>
        <w:br/>
        <w:t>f 18188/3330/2726 18187/3331/2727 18186/3332/2728</w:t>
        <w:br/>
        <w:t>f 18189/3333/2729 18188/3330/2726 18186/3332/2728</w:t>
        <w:br/>
        <w:t>f 18193/3334/2730 18192/3335/2731 18191/3336/2732</w:t>
        <w:br/>
        <w:t>f 18190/3337/2725 18193/3334/2730 18191/3336/2732</w:t>
        <w:br/>
        <w:t>f 18196/3338/2733 18195/3339/2734 18194/3340/2735</w:t>
        <w:br/>
        <w:t>f 18199/3341/2736 18198/3342/2737 18197/3343/2738</w:t>
        <w:br/>
        <w:t>f 18202/3344/2739 18201/3345/2740 18197/3343/2738</w:t>
        <w:br/>
        <w:t>f 18200/3346/2741 18202/3344/2739 18197/3343/2738</w:t>
        <w:br/>
        <w:t>f 18205/3347/2742 18204/3348/2743 18203/3349/2744</w:t>
        <w:br/>
        <w:t>f 18206/3350/2745 18205/3347/2742 18203/3349/2744</w:t>
        <w:br/>
        <w:t>f 18208/3351/2746 18196/3338/2733 18207/3352/2747</w:t>
        <w:br/>
        <w:t>f 18212/3353/2748 18211/3354/2749 18210/3355/2750</w:t>
        <w:br/>
        <w:t>f 18209/3356/2751 18212/3353/2748 18210/3355/2750</w:t>
        <w:br/>
        <w:t>f 18214/3357/2752 18212/3353/2748 18209/3356/2751</w:t>
        <w:br/>
        <w:t>f 18213/3358/2753 18214/3357/2752 18209/3356/2751</w:t>
        <w:br/>
        <w:t>f 18217/3359/2754 18216/3360/2755 18215/3361/2756</w:t>
        <w:br/>
        <w:t>f 18220/3362/2757 18219/3363/2758 18218/3364/2759</w:t>
        <w:br/>
        <w:t>f 18224/3365/2760 18223/3366/2761 18222/3367/2762</w:t>
        <w:br/>
        <w:t>f 18221/3368/2763 18224/3365/2760 18222/3367/2762</w:t>
        <w:br/>
        <w:t>f 18228/3369/2762 18227/3370/2761 18226/3371/2764</w:t>
        <w:br/>
        <w:t>f 18225/3372/2765 18228/3369/2762 18226/3371/2764</w:t>
        <w:br/>
        <w:t>f 18230/3373/2766 18224/3365/2760 18221/3368/2763</w:t>
        <w:br/>
        <w:t>f 18229/3374/2767 18230/3373/2766 18221/3368/2763</w:t>
        <w:br/>
        <w:t>f 18232/3375/2768 18231/3376/2769 18225/3372/2765</w:t>
        <w:br/>
        <w:t>f 18226/3371/2764 18232/3375/2768 18225/3372/2765</w:t>
        <w:br/>
        <w:t>f 18235/3377/2770 18234/3378/2771 18233/3379/2772</w:t>
        <w:br/>
        <w:t>f 18236/3380/2773 18235/3377/2770 18233/3379/2772</w:t>
        <w:br/>
        <w:t>f 18240/3381/2774 18239/3382/2775 18238/3383/2776</w:t>
        <w:br/>
        <w:t>f 18237/3384/2777 18240/3381/2774 18238/3383/2776</w:t>
        <w:br/>
        <w:t>f 18243/3385/2778 18242/3386/2779 18241/3387/2780</w:t>
        <w:br/>
        <w:t>f 18244/3388/2781 18243/3385/2778 18241/3387/2780</w:t>
        <w:br/>
        <w:t>f 18248/3389/2781 18247/3390/2780 18246/3391/2782</w:t>
        <w:br/>
        <w:t>f 18245/3392/2783 18248/3389/2781 18246/3391/2782</w:t>
        <w:br/>
        <w:t>f 18230/3373/2766 18229/3374/2767 18242/3386/2779</w:t>
        <w:br/>
        <w:t>f 18243/3385/2778 18230/3373/2766 18242/3386/2779</w:t>
        <w:br/>
        <w:t>f 18246/3391/2782 18231/3376/2769 18232/3375/2768</w:t>
        <w:br/>
        <w:t>f 18245/3392/2783 18246/3391/2782 18232/3375/2768</w:t>
        <w:br/>
        <w:t>f 18251/3393/2784 18250/3394/2785 18249/3395/2786</w:t>
        <w:br/>
        <w:t>f 18254/3396/2787 18253/3397/2788 18252/3398/2789</w:t>
        <w:br/>
        <w:t>f 18255/3399/2790 18254/3396/2787 18252/3398/2789</w:t>
        <w:br/>
        <w:t>f 18258/3400/2791 18257/3401/2792 18256/3402/2793</w:t>
        <w:br/>
        <w:t>f 18259/3403/2794 18258/3400/2791 18256/3402/2793</w:t>
        <w:br/>
        <w:t>f 18262/3404/2795 18261/3405/2796 18260/3406/2797</w:t>
        <w:br/>
        <w:t>f 18266/3407/2798 18265/3408/2799 18264/3409/2800</w:t>
        <w:br/>
        <w:t>f 18263/3410/2801 18266/3407/2798 18264/3409/2800</w:t>
        <w:br/>
        <w:t>f 18269/3411/2802 18268/3412/2803 18267/3413/2804</w:t>
        <w:br/>
        <w:t>f 18253/3397/2788 18268/3412/2803 18269/3411/2802</w:t>
        <w:br/>
        <w:t>f 18252/3398/2789 18253/3397/2788 18269/3411/2802</w:t>
        <w:br/>
        <w:t>f 18273/3414/2805 18272/3415/2806 18271/3416/2807</w:t>
        <w:br/>
        <w:t>f 18270/3417/2808 18273/3414/2805 18271/3416/2807</w:t>
        <w:br/>
        <w:t>f 18276/3418/2809 18275/3419/2810 18274/3420/2811</w:t>
        <w:br/>
        <w:t>f 18278/3421/2812 18277/3422/2813 18275/3419/2810</w:t>
        <w:br/>
        <w:t>f 18281/3423/2814 18280/3424/2815 18279/3425/2816</w:t>
        <w:br/>
        <w:t>f 18279/3425/2816 18280/3424/2815 18282/3426/2817</w:t>
        <w:br/>
        <w:t>f 18283/3427/2818 18279/3425/2816 18282/3426/2817</w:t>
        <w:br/>
        <w:t>f 18286/3428/2819 18285/3429/2820 18284/3430/2821</w:t>
        <w:br/>
        <w:t>f 18287/3431/2822 18286/3428/2819 18284/3430/2821</w:t>
        <w:br/>
        <w:t>f 18290/3432/2823 18289/3433/2824 18288/3434/2825</w:t>
        <w:br/>
        <w:t>f 18291/3435/2826 18290/3432/2823 18288/3434/2825</w:t>
        <w:br/>
        <w:t>f 18295/3436/2827 18294/3437/2828 18293/3438/2829</w:t>
        <w:br/>
        <w:t>f 18292/3439/2830 18295/3436/2827 18293/3438/2829</w:t>
        <w:br/>
        <w:t>f 18283/3427/2818 18282/3426/2817 18289/3433/2824</w:t>
        <w:br/>
        <w:t>f 18298/3440/2831 18297/3441/2832 18296/3442/2833</w:t>
        <w:br/>
        <w:t>f 18301/3443/2834 18300/3444/2835 18299/3445/2836</w:t>
        <w:br/>
        <w:t>f 18304/3446/2837 18303/3447/2838 18302/3448/2839</w:t>
        <w:br/>
        <w:t>f 18305/3449/2840 18304/3446/2837 18302/3448/2839</w:t>
        <w:br/>
        <w:t>f 18307/3450/2841 18306/3451/2842 18278/3421/2812</w:t>
        <w:br/>
        <w:t>f 18310/3452/2843 18309/3453/2844 18308/3454/2845</w:t>
        <w:br/>
        <w:t>f 18310/3452/2843 18312/3455/2846 18311/3456/2847</w:t>
        <w:br/>
        <w:t>f 18314/3457/2848 18312/3455/2846 18313/3458/2849</w:t>
        <w:br/>
        <w:t>f 18317/3459/2850 18316/3460/2851 18315/3461/2852</w:t>
        <w:br/>
        <w:t>f 18319/3462/2853 18318/3463/2854 18280/3424/2815</w:t>
        <w:br/>
        <w:t>f 18320/3464/2855 18282/3426/2817 18318/3463/2854</w:t>
        <w:br/>
        <w:t>f 18322/3465/2856 18287/3431/2822 18284/3430/2821</w:t>
        <w:br/>
        <w:t>f 18321/3466/2857 18322/3465/2856 18284/3430/2821</w:t>
        <w:br/>
        <w:t>f 18325/3467/2858 18324/3468/2859 18323/3469/2860</w:t>
        <w:br/>
        <w:t>f 18327/3470/2861 18308/3454/2845 18326/3471/2862</w:t>
        <w:br/>
        <w:t>f 18302/3448/2839 18297/3441/2832 18210/3355/2750</w:t>
        <w:br/>
        <w:t>f 18211/3354/2749 18302/3448/2839 18210/3355/2750</w:t>
        <w:br/>
        <w:t>f 18296/3442/2833 18328/3472/2863 18298/3440/2831</w:t>
        <w:br/>
        <w:t>f 18199/3341/2736 18219/3363/2758 18184/3327/2723</w:t>
        <w:br/>
        <w:t>f 18196/3338/2733 18330/3473/2864 18329/3474/2865</w:t>
        <w:br/>
        <w:t>f 18262/3404/2795 18332/3475/2866 18331/3476/2867</w:t>
        <w:br/>
        <w:t>f 18318/3463/2854 18319/3462/2853 18333/3477/2868</w:t>
        <w:br/>
        <w:t>f 18301/3443/2834 18335/3478/2869 18334/3479/2870</w:t>
        <w:br/>
        <w:t>f 18305/3449/2840 18302/3448/2839 18211/3354/2749</w:t>
        <w:br/>
        <w:t>f 18336/3480/2869 18305/3449/2840 18211/3354/2749</w:t>
        <w:br/>
        <w:t>f 18340/3481/2871 18339/3482/2872 18338/3483/2873</w:t>
        <w:br/>
        <w:t>f 18337/3484/2874 18340/3481/2871 18338/3483/2873</w:t>
        <w:br/>
        <w:t>f 18334/3479/2870 18342/3485/2875 18341/3486/2876</w:t>
        <w:br/>
        <w:t>f 18301/3443/2834 18334/3479/2870 18341/3486/2876</w:t>
        <w:br/>
        <w:t>f 18345/3487/2877 18344/3488/2878 18343/3489/2879</w:t>
        <w:br/>
        <w:t>f 18347/3490/2879 18274/3420/2811 18346/3491/2880</w:t>
        <w:br/>
        <w:t>f 18348/3492/2877 18347/3490/2879 18346/3491/2880</w:t>
        <w:br/>
        <w:t>f 18346/3491/2880 18349/3493/2881 18348/3492/2877</w:t>
        <w:br/>
        <w:t>f 18351/3494/2882 18350/3495/2883 18212/3353/2748</w:t>
        <w:br/>
        <w:t>f 18214/3357/2752 18351/3494/2882 18212/3353/2748</w:t>
        <w:br/>
        <w:t>f 18355/3496/2884 18354/3497/2885 18353/3498/2886</w:t>
        <w:br/>
        <w:t>f 18352/3499/2887 18355/3496/2884 18353/3498/2886</w:t>
        <w:br/>
        <w:t>f 18286/3428/2819 18287/3431/2822 18357/3500/2888</w:t>
        <w:br/>
        <w:t>f 18356/3501/2814 18286/3428/2819 18357/3500/2888</w:t>
        <w:br/>
        <w:t>f 18359/3502/2889 18358/3503/2890 18290/3432/2823</w:t>
        <w:br/>
        <w:t>f 18291/3435/2826 18359/3502/2889 18290/3432/2823</w:t>
        <w:br/>
        <w:t>f 18355/3496/2884 18352/3499/2887 18361/3504/2891</w:t>
        <w:br/>
        <w:t>f 18360/3505/2892 18355/3496/2884 18361/3504/2891</w:t>
        <w:br/>
        <w:t>f 18365/3506/2893 18364/3507/2894 18363/3508/2895</w:t>
        <w:br/>
        <w:t>f 18362/3509/2896 18365/3506/2893 18363/3508/2895</w:t>
        <w:br/>
        <w:t>f 18368/3510/2897 18367/3511/2898 18366/3512/2899</w:t>
        <w:br/>
        <w:t>f 18369/3513/2900 18368/3510/2897 18366/3512/2899</w:t>
        <w:br/>
        <w:t>f 18372/3514/2901 18371/3515/2902 18370/3516/2903</w:t>
        <w:br/>
        <w:t>f 18369/3513/2900 18366/3512/2899 18290/3432/2823</w:t>
        <w:br/>
        <w:t>f 18358/3503/2890 18369/3513/2900 18290/3432/2823</w:t>
        <w:br/>
        <w:t>f 18374/3517/2882 18373/3518/2904 18340/3481/2871</w:t>
        <w:br/>
        <w:t>f 18337/3484/2874 18374/3517/2882 18340/3481/2871</w:t>
        <w:br/>
        <w:t>f 18378/3519/2905 18377/3520/2906 18376/3521/2907</w:t>
        <w:br/>
        <w:t>f 18375/3522/2908 18378/3519/2905 18376/3521/2907</w:t>
        <w:br/>
        <w:t>f 18380/3523/2909 18214/3357/2752 18213/3358/2753</w:t>
        <w:br/>
        <w:t>f 18379/3524/2910 18380/3523/2909 18213/3358/2753</w:t>
        <w:br/>
        <w:t>f 18382/3525/2911 18376/3521/2907 18377/3520/2906</w:t>
        <w:br/>
        <w:t>f 18381/3526/2912 18382/3525/2911 18377/3520/2906</w:t>
        <w:br/>
        <w:t>f 18340/3481/2871 18373/3518/2904 18383/3527/2913</w:t>
        <w:br/>
        <w:t>f 18218/3364/2759 18340/3481/2871 18383/3527/2913</w:t>
        <w:br/>
        <w:t>f 18386/3528/2914 18220/3362/2757 18385/3529/2915</w:t>
        <w:br/>
        <w:t>f 18384/3530/2916 18386/3528/2914 18385/3529/2915</w:t>
        <w:br/>
        <w:t>f 18390/3531/2917 18389/3532/2918 18388/3533/2919</w:t>
        <w:br/>
        <w:t>f 18387/3534/2920 18390/3531/2917 18388/3533/2919</w:t>
        <w:br/>
        <w:t>f 18379/3524/2910 18213/3358/2753 18392/3535/2921</w:t>
        <w:br/>
        <w:t>f 18391/3536/2922 18379/3524/2910 18392/3535/2921</w:t>
        <w:br/>
        <w:t>f 18383/3527/2913 18385/3529/2915 18220/3362/2757</w:t>
        <w:br/>
        <w:t>f 18218/3364/2759 18383/3527/2913 18220/3362/2757</w:t>
        <w:br/>
        <w:t>f 18391/3536/2922 18394/3537/2923 18393/3538/2924</w:t>
        <w:br/>
        <w:t>f 18379/3524/2910 18391/3536/2922 18393/3538/2924</w:t>
        <w:br/>
        <w:t>f 18398/3539/2925 18397/3540/2926 18396/3541/2927</w:t>
        <w:br/>
        <w:t>f 18395/3542/2928 18398/3539/2925 18396/3541/2927</w:t>
        <w:br/>
        <w:t>f 18401/3543/2929 18400/3544/2930 18399/3545/2931</w:t>
        <w:br/>
        <w:t>f 18402/3546/2932 18401/3543/2929 18399/3545/2931</w:t>
        <w:br/>
        <w:t>f 18406/3547/2933 18405/3548/2934 18404/3549/2935</w:t>
        <w:br/>
        <w:t>f 18403/3550/2936 18406/3547/2933 18404/3549/2935</w:t>
        <w:br/>
        <w:t>f 18410/3551/2937 18409/3552/2938 18408/3553/2939</w:t>
        <w:br/>
        <w:t>f 18407/3554/2940 18410/3551/2937 18408/3553/2939</w:t>
        <w:br/>
        <w:t>f 18413/3555/2941 18412/3556/2942 18411/3557/2943</w:t>
        <w:br/>
        <w:t>f 18414/3558/2944 18413/3555/2941 18411/3557/2943</w:t>
        <w:br/>
        <w:t>f 18417/3559/2945 18416/3560/2946 18415/3561/2947</w:t>
        <w:br/>
        <w:t>f 18418/3562/2948 18417/3559/2945 18415/3561/2947</w:t>
        <w:br/>
        <w:t>f 18419/3563/2949 18415/3561/2947 18416/3560/2946</w:t>
        <w:br/>
        <w:t>f 18420/3564/2950 18419/3563/2949 18416/3560/2946</w:t>
        <w:br/>
        <w:t>f 18422/3565/2951 18232/3375/2768 18226/3371/2764</w:t>
        <w:br/>
        <w:t>f 18421/3566/2952 18422/3565/2951 18226/3371/2764</w:t>
        <w:br/>
        <w:t>f 18426/3567/2953 18425/3568/2954 18424/3569/2955</w:t>
        <w:br/>
        <w:t>f 18423/3570/2956 18426/3567/2953 18424/3569/2955</w:t>
        <w:br/>
        <w:t>f 18429/3571/2957 18428/3572/2958 18427/3573/2959</w:t>
        <w:br/>
        <w:t>f 18430/3574/2960 18429/3571/2957 18427/3573/2959</w:t>
        <w:br/>
        <w:t>f 18432/3575/2961 18230/3373/2766 18243/3385/2778</w:t>
        <w:br/>
        <w:t>f 18431/3576/2962 18432/3575/2961 18243/3385/2778</w:t>
        <w:br/>
        <w:t>f 18336/3480/2869 18211/3354/2749 18433/3577/2963</w:t>
        <w:br/>
        <w:t>f 18434/3578/2718 18357/3500/2888 18287/3431/2822</w:t>
        <w:br/>
        <w:t>f 18322/3465/2856 18434/3578/2718 18287/3431/2822</w:t>
        <w:br/>
        <w:t>f 18437/3579/2964 18436/3580/2965 18435/3581/2966</w:t>
        <w:br/>
        <w:t>f 18438/3582/2967 18437/3579/2964 18435/3581/2966</w:t>
        <w:br/>
        <w:t>f 18278/3421/2812 18296/3442/2833 18439/3583/2968</w:t>
        <w:br/>
        <w:t>f 18440/3584/2969 18278/3421/2812 18439/3583/2968</w:t>
        <w:br/>
        <w:t>f 18440/3584/2969 18333/3477/2868 18315/3461/2852</w:t>
        <w:br/>
        <w:t>f 18322/3465/2856 18442/3585/2970 18441/3586/2716</w:t>
        <w:br/>
        <w:t>f 18434/3578/2718 18322/3465/2856 18441/3586/2716</w:t>
        <w:br/>
        <w:t>f 18444/3587/2971 18443/3588/2972 18339/3482/2872</w:t>
        <w:br/>
        <w:t>f 18446/3589/2973 18445/3590/2974 18444/3587/2971</w:t>
        <w:br/>
        <w:t>f 18447/3591/2975 18260/3406/2797 18250/3394/2785</w:t>
        <w:br/>
        <w:t>f 18449/3592/2976 18448/3593/2977 18371/3515/2902</w:t>
        <w:br/>
        <w:t>f 18286/3428/2819 18354/3497/2885 18355/3496/2884</w:t>
        <w:br/>
        <w:t>f 18285/3429/2820 18286/3428/2819 18355/3496/2884</w:t>
        <w:br/>
        <w:t>f 18293/3438/2829 18450/3594/2978 18292/3439/2830</w:t>
        <w:br/>
        <w:t>f 18285/3429/2820 18355/3496/2884 18360/3505/2892</w:t>
        <w:br/>
        <w:t>f 18293/3438/2829 18285/3429/2820 18360/3505/2892</w:t>
        <w:br/>
        <w:t>f 18453/3595/2979 18452/3596/2980 18451/3597/2981</w:t>
        <w:br/>
        <w:t>f 18454/3598/2982 18453/3595/2979 18451/3597/2981</w:t>
        <w:br/>
        <w:t>f 18457/3599/2983 18456/3600/2984 18455/3601/2985</w:t>
        <w:br/>
        <w:t>f 18458/3602/2986 18457/3599/2983 18455/3601/2985</w:t>
        <w:br/>
        <w:t>f 18461/3603/2987 18460/3604/2988 18459/3605/2989</w:t>
        <w:br/>
        <w:t>f 18399/3545/2931 18400/3544/2930 18462/3606/2990</w:t>
        <w:br/>
        <w:t>f 18463/3607/2991 18399/3545/2931 18462/3606/2990</w:t>
        <w:br/>
        <w:t>f 18205/3347/2742 18328/3472/2863 18204/3348/2743</w:t>
        <w:br/>
        <w:t>f 18330/3473/2864 18199/3341/2736 18464/3608/2992</w:t>
        <w:br/>
        <w:t>f 18218/3364/2759 18339/3482/2872 18340/3481/2871</w:t>
        <w:br/>
        <w:t>f 18464/3608/2992 18332/3475/2866 18447/3591/2975</w:t>
        <w:br/>
        <w:t>f 18466/3609/2993 18465/3610/2994 18261/3405/2796</w:t>
        <w:br/>
        <w:t>f 18468/3611/2995 18467/3612/2996 18344/3488/2878</w:t>
        <w:br/>
        <w:t>f 18466/3609/2993 18468/3611/2995 18344/3488/2878</w:t>
        <w:br/>
        <w:t>f 18302/3448/2839 18303/3447/2838 18297/3441/2832</w:t>
        <w:br/>
        <w:t>f 18296/3442/2833 18297/3441/2832 18320/3464/2855</w:t>
        <w:br/>
        <w:t>f 18439/3583/2968 18296/3442/2833 18320/3464/2855</w:t>
        <w:br/>
        <w:t>f 18303/3447/2838 18304/3446/2837 18288/3434/2825</w:t>
        <w:br/>
        <w:t>f 18289/3433/2824 18303/3447/2838 18288/3434/2825</w:t>
        <w:br/>
        <w:t>f 18318/3463/2854 18439/3583/2968 18320/3464/2855</w:t>
        <w:br/>
        <w:t>f 18199/3341/2736 18185/3326/2722 18469/3613/2997</w:t>
        <w:br/>
        <w:t>f 18470/3614/2998 18200/3346/2741 18197/3343/2738</w:t>
        <w:br/>
        <w:t>f 18198/3342/2737 18470/3614/2998 18197/3343/2738</w:t>
        <w:br/>
        <w:t>f 18262/3404/2795 18468/3611/2995 18466/3609/2993</w:t>
        <w:br/>
        <w:t>f 18278/3421/2812 18306/3451/2842 18296/3442/2833</w:t>
        <w:br/>
        <w:t>f 18471/3615/2999 18300/3444/2835 18341/3486/2876</w:t>
        <w:br/>
        <w:t>f 18325/3467/2858 18323/3469/2860 18472/3616/3000</w:t>
        <w:br/>
        <w:t>f 18334/3479/2870 18339/3482/2872 18342/3485/2875</w:t>
        <w:br/>
        <w:t>f 18284/3430/2821 18294/3437/2828 18473/3617/3001</w:t>
        <w:br/>
        <w:t>f 18321/3466/2857 18284/3430/2821 18473/3617/3001</w:t>
        <w:br/>
        <w:t>f 18285/3429/2820 18293/3438/2829 18294/3437/2828</w:t>
        <w:br/>
        <w:t>f 18284/3430/2821 18285/3429/2820 18294/3437/2828</w:t>
        <w:br/>
        <w:t>f 18475/3618/3002 18349/3493/2881 18474/3619/3003</w:t>
        <w:br/>
        <w:t>f 18278/3421/2812 18440/3584/2969 18277/3422/2813</w:t>
        <w:br/>
        <w:t>f 18216/3360/2755 18210/3355/2750 18297/3441/2832</w:t>
        <w:br/>
        <w:t>f 18289/3433/2824 18320/3464/2855 18303/3447/2838</w:t>
        <w:br/>
        <w:t>f 18465/3610/2994 18476/3620/3004 18261/3405/2796</w:t>
        <w:br/>
        <w:t>f 18217/3359/2754 18392/3535/2921 18213/3358/2753</w:t>
        <w:br/>
        <w:t>f 18209/3356/2751 18217/3359/2754 18213/3358/2753</w:t>
        <w:br/>
        <w:t>f 18210/3355/2750 18216/3360/2755 18209/3356/2751</w:t>
        <w:br/>
        <w:t>f 18188/3330/2726 18216/3360/2755 18298/3440/2831</w:t>
        <w:br/>
        <w:t>f 18215/3361/2756 18189/3333/2729 18193/3334/2724</w:t>
        <w:br/>
        <w:t>f 18477/3621/3005 18215/3361/2756 18193/3334/2724</w:t>
        <w:br/>
        <w:t>f 18205/3347/2742 18478/3622/3006 18187/3331/2727</w:t>
        <w:br/>
        <w:t>f 18188/3330/2726 18205/3347/2742 18187/3331/2727</w:t>
        <w:br/>
        <w:t>f 18205/3347/2742 18188/3330/2726 18328/3472/2863</w:t>
        <w:br/>
        <w:t>f 18306/3451/2842 18479/3623/3007 18328/3472/2863</w:t>
        <w:br/>
        <w:t>f 18234/3378/2771 18479/3623/3007 18229/3374/2767</w:t>
        <w:br/>
        <w:t>f 18221/3368/2763 18234/3378/2771 18229/3374/2767</w:t>
        <w:br/>
        <w:t>f 18478/3622/3006 18205/3347/2742 18206/3350/2745</w:t>
        <w:br/>
        <w:t>f 18480/3624/2998 18478/3622/3006 18206/3350/2745</w:t>
        <w:br/>
        <w:t>f 18479/3623/3007 18307/3450/2841 18481/3625/3008</w:t>
        <w:br/>
        <w:t>f 18275/3419/2810 18276/3418/2809 18307/3450/2841</w:t>
        <w:br/>
        <w:t>f 18242/3386/2779 18229/3374/2767 18479/3623/3007</w:t>
        <w:br/>
        <w:t>f 18481/3625/3008 18242/3386/2779 18479/3623/3007</w:t>
        <w:br/>
        <w:t>f 18485/3626/2916 18484/3627/3009 18483/3628/3010</w:t>
        <w:br/>
        <w:t>f 18482/3629/3011 18485/3626/2916 18483/3628/3010</w:t>
        <w:br/>
        <w:t>f 18487/3630/3012 18404/3549/2935 18405/3548/2934</w:t>
        <w:br/>
        <w:t>f 18486/3631/3013 18487/3630/3012 18405/3548/2934</w:t>
        <w:br/>
        <w:t>f 18488/3632/3014 18198/3342/2737 18469/3613/2997</w:t>
        <w:br/>
        <w:t>f 18486/3631/3013 18488/3632/3014 18469/3613/2997</w:t>
        <w:br/>
        <w:t>f 18480/3624/2998 18490/3633/3015 18489/3634/3016</w:t>
        <w:br/>
        <w:t>f 18478/3622/3006 18480/3624/2998 18489/3634/3016</w:t>
        <w:br/>
        <w:t>f 18492/3635/3017 18491/3636/3018 18489/3634/3016</w:t>
        <w:br/>
        <w:t>f 18407/3554/2940 18492/3635/3017 18489/3634/3016</w:t>
        <w:br/>
        <w:t>f 18186/3332/2728 18187/3331/2727 18491/3636/3018</w:t>
        <w:br/>
        <w:t>f 18493/3637/3019 18186/3332/2728 18491/3636/3018</w:t>
        <w:br/>
        <w:t>f 18495/3638/3020 18494/3639/3021 18190/3337/2725</w:t>
        <w:br/>
        <w:t>f 18191/3336/2732 18495/3638/3020 18190/3337/2725</w:t>
        <w:br/>
        <w:t>f 18237/3384/2777 18228/3369/2762 18225/3372/2765</w:t>
        <w:br/>
        <w:t>f 18240/3381/2774 18237/3384/2777 18225/3372/2765</w:t>
        <w:br/>
        <w:t>f 18221/3368/2763 18222/3367/2762 18233/3379/2772</w:t>
        <w:br/>
        <w:t>f 18234/3378/2771 18221/3368/2763 18233/3379/2772</w:t>
        <w:br/>
        <w:t>f 18246/3391/2782 18247/3390/2780 18496/3640/3022</w:t>
        <w:br/>
        <w:t>f 18497/3641/3023 18246/3391/2782 18496/3640/3022</w:t>
        <w:br/>
        <w:t>f 18246/3391/2782 18332/3475/2866 18231/3376/2769</w:t>
        <w:br/>
        <w:t>f 18240/3381/2774 18225/3372/2765 18332/3475/2866</w:t>
        <w:br/>
        <w:t>f 18500/3642/3024 18499/3643/3025 18256/3402/2793</w:t>
        <w:br/>
        <w:t>f 18498/3644/3026 18500/3642/3024 18256/3402/2793</w:t>
        <w:br/>
        <w:t>f 18343/3489/2879 18467/3612/2996 18263/3410/2801</w:t>
        <w:br/>
        <w:t>f 18264/3409/2800 18343/3489/2879 18263/3410/2801</w:t>
        <w:br/>
        <w:t>f 18257/3401/2792 18263/3410/2801 18468/3611/2995</w:t>
        <w:br/>
        <w:t>f 18498/3644/3026 18256/3402/2793 18468/3611/2995</w:t>
        <w:br/>
        <w:t>f 18373/3518/2904 18374/3517/2882 18502/3645/3027</w:t>
        <w:br/>
        <w:t>f 18501/3646/3028 18373/3518/2904 18502/3645/3027</w:t>
        <w:br/>
        <w:t>f 18373/3518/2904 18501/3646/3028 18457/3599/2983</w:t>
        <w:br/>
        <w:t>f 18383/3527/2913 18373/3518/2904 18457/3599/2983</w:t>
        <w:br/>
        <w:t>f 18385/3529/2915 18383/3527/2913 18457/3599/2983</w:t>
        <w:br/>
        <w:t>f 18458/3602/2986 18385/3529/2915 18457/3599/2983</w:t>
        <w:br/>
        <w:t>f 18214/3357/2752 18380/3523/2909 18503/3647/3027</w:t>
        <w:br/>
        <w:t>f 18351/3494/2882 18214/3357/2752 18503/3647/3027</w:t>
        <w:br/>
        <w:t>f 18504/3648/3022 18241/3387/2780 18242/3386/2779</w:t>
        <w:br/>
        <w:t>f 18481/3625/3008 18504/3648/3022 18242/3386/2779</w:t>
        <w:br/>
        <w:t>f 18356/3501/2814 18505/3649/3029 18354/3497/2885</w:t>
        <w:br/>
        <w:t>f 18286/3428/2819 18356/3501/2814 18354/3497/2885</w:t>
        <w:br/>
        <w:t>f 18175/3318/2714 18506/3650/3030 18169/3313/2709</w:t>
        <w:br/>
        <w:t>f 18166/3312/2708 18175/3318/2714 18169/3313/2709</w:t>
        <w:br/>
        <w:t>f 18508/3651/3031 18507/3652/3032 18180/3325/2721</w:t>
        <w:br/>
        <w:t>f 18511/3653/3033 18510/3654/3034 18509/3655/3035</w:t>
        <w:br/>
        <w:t>f 18512/3656/3036 18511/3653/3033 18509/3655/3035</w:t>
        <w:br/>
        <w:t>f 18511/3653/3033 18512/3656/3036 18513/3657/3037</w:t>
        <w:br/>
        <w:t>f 18514/3658/3038 18511/3653/3033 18513/3657/3037</w:t>
        <w:br/>
        <w:t>f 18517/3659/3031 18516/3660/3039 18515/3661/3040</w:t>
        <w:br/>
        <w:t>f 18518/3662/3032 18517/3659/3031 18515/3661/3040</w:t>
        <w:br/>
        <w:t>f 18310/3452/2843 18308/3454/2845 18512/3656/3036</w:t>
        <w:br/>
        <w:t>f 18509/3655/3035 18310/3452/2843 18512/3656/3036</w:t>
        <w:br/>
        <w:t>f 18327/3470/2861 18513/3657/3037 18512/3656/3036</w:t>
        <w:br/>
        <w:t>f 18308/3454/2845 18327/3470/2861 18512/3656/3036</w:t>
        <w:br/>
        <w:t>f 18519/3663/3041 18310/3452/2843 18509/3655/3035</w:t>
        <w:br/>
        <w:t>f 18516/3660/3039 18519/3663/3041 18509/3655/3035</w:t>
        <w:br/>
        <w:t>f 18520/3664/3042 18435/3581/2966 18436/3580/2965</w:t>
        <w:br/>
        <w:t>f 18521/3665/3043 18520/3664/3042 18436/3580/2965</w:t>
        <w:br/>
        <w:t>f 18523/3666/3044 18522/3667/3045 18521/3665/3043</w:t>
        <w:br/>
        <w:t>f 18516/3660/3039 18517/3659/3031 18519/3663/3041</w:t>
        <w:br/>
        <w:t>f 18516/3660/3039 18509/3655/3035 18510/3654/3034</w:t>
        <w:br/>
        <w:t>f 18515/3661/3040 18516/3660/3039 18510/3654/3034</w:t>
        <w:br/>
        <w:t>f 18526/3668/3046 18181/3324/2720 18525/3669/3047</w:t>
        <w:br/>
        <w:t>f 18524/3670/2849 18526/3668/3046 18525/3669/3047</w:t>
        <w:br/>
        <w:t>f 18528/3671/3048 18527/3672/3049 18170/3315/2711</w:t>
        <w:br/>
        <w:t>f 18171/3314/2710 18528/3671/3048 18170/3315/2711</w:t>
        <w:br/>
        <w:t>f 18275/3419/2810 18307/3450/2841 18278/3421/2812</w:t>
        <w:br/>
        <w:t>f 18328/3472/2863 18234/3378/2771 18235/3377/2770</w:t>
        <w:br/>
        <w:t>f 18216/3360/2755 18189/3333/2729 18215/3361/2756</w:t>
        <w:br/>
        <w:t>f 18367/3511/2898 18279/3425/2816 18283/3427/2818</w:t>
        <w:br/>
        <w:t>f 18366/3512/2899 18367/3511/2898 18283/3427/2818</w:t>
        <w:br/>
        <w:t>f 18366/3512/2899 18283/3427/2818 18290/3432/2823</w:t>
        <w:br/>
        <w:t>f 18217/3359/2754 18215/3361/2756 18530/3673/3050</w:t>
        <w:br/>
        <w:t>f 18529/3674/3051 18217/3359/2754 18530/3673/3050</w:t>
        <w:br/>
        <w:t>f 18532/3675/2914 18485/3626/2916 18482/3629/3011</w:t>
        <w:br/>
        <w:t>f 18531/3676/3052 18532/3675/2914 18482/3629/3011</w:t>
        <w:br/>
        <w:t>f 18298/3440/2831 18216/3360/2755 18297/3441/2832</w:t>
        <w:br/>
        <w:t>f 18306/3451/2842 18328/3472/2863 18296/3442/2833</w:t>
        <w:br/>
        <w:t>f 18169/3313/2709 18534/3677/3053 18533/3678/3054</w:t>
        <w:br/>
        <w:t>f 18168/3310/2706 18169/3313/2709 18533/3678/3054</w:t>
        <w:br/>
        <w:t>f 18534/3677/3053 18169/3313/2709 18506/3650/3030</w:t>
        <w:br/>
        <w:t>f 18535/3679/3055 18534/3677/3053 18506/3650/3030</w:t>
        <w:br/>
        <w:t>f 18523/3666/3044 18536/3680/3056 18522/3667/3045</w:t>
        <w:br/>
        <w:t>f 18538/3681/3057 18537/3682/3058 18515/3661/3040</w:t>
        <w:br/>
        <w:t>f 18510/3654/3034 18538/3681/3057 18515/3661/3040</w:t>
        <w:br/>
        <w:t>f 18518/3662/3032 18515/3661/3040 18537/3682/3058</w:t>
        <w:br/>
        <w:t>f 18539/3683/3059 18518/3662/3032 18537/3682/3058</w:t>
        <w:br/>
        <w:t>f 18541/3684/3059 18540/3685/3060 18507/3652/3032</w:t>
        <w:br/>
        <w:t>f 18543/3686/3061 18542/3687/3062 18514/3658/3038</w:t>
        <w:br/>
        <w:t>f 18514/3658/3038 18542/3687/3062 18544/3688/3063</w:t>
        <w:br/>
        <w:t>f 18511/3653/3033 18514/3658/3038 18544/3688/3063</w:t>
        <w:br/>
        <w:t>f 18510/3654/3034 18511/3653/3033 18544/3688/3063</w:t>
        <w:br/>
        <w:t>f 18538/3681/3057 18510/3654/3034 18544/3688/3063</w:t>
        <w:br/>
        <w:t>f 18528/3671/3048 18171/3314/2710 18545/3689/3064</w:t>
        <w:br/>
        <w:t>f 18168/3310/2706 18533/3678/3054 18546/3690/3065</w:t>
        <w:br/>
        <w:t>f 18171/3314/2710 18168/3310/2706 18546/3690/3065</w:t>
        <w:br/>
        <w:t>f 18548/3691/3066 18547/3692/3067 18533/3678/3054</w:t>
        <w:br/>
        <w:t>f 18534/3677/3053 18548/3691/3066 18533/3678/3054</w:t>
        <w:br/>
        <w:t>f 18549/3693/3068 18548/3691/3066 18534/3677/3053</w:t>
        <w:br/>
        <w:t>f 18535/3679/3055 18549/3693/3068 18534/3677/3053</w:t>
        <w:br/>
        <w:t>f 18551/3694/3069 18550/3695/3070 18536/3680/3071</w:t>
        <w:br/>
        <w:t>f 18552/3696/3072 18551/3694/3069 18536/3680/3071</w:t>
        <w:br/>
        <w:t>f 18538/3681/3057 18554/3697/3073 18553/3698/3074</w:t>
        <w:br/>
        <w:t>f 18537/3682/3058 18538/3681/3057 18553/3698/3074</w:t>
        <w:br/>
        <w:t>f 18537/3682/3058 18553/3698/3074 18555/3699/3075</w:t>
        <w:br/>
        <w:t>f 18556/3700/3076 18537/3682/3058 18555/3699/3075</w:t>
        <w:br/>
        <w:t>f 18559/3701/3077 18558/3702/3078 18557/3703/3079</w:t>
        <w:br/>
        <w:t>f 18560/3704/3075 18559/3701/3077 18557/3703/3079</w:t>
        <w:br/>
        <w:t>f 18563/3705/3080 18562/3706/3056 18561/3707/3081</w:t>
        <w:br/>
        <w:t>f 18564/3708/3082 18563/3705/3080 18561/3707/3081</w:t>
        <w:br/>
        <w:t>f 18544/3688/3063 18542/3687/3062 18564/3708/3082</w:t>
        <w:br/>
        <w:t>f 18565/3709/3083 18544/3688/3063 18564/3708/3082</w:t>
        <w:br/>
        <w:t>f 18544/3688/3063 18565/3709/3083 18554/3697/3073</w:t>
        <w:br/>
        <w:t>f 18538/3681/3057 18544/3688/3063 18554/3697/3073</w:t>
        <w:br/>
        <w:t>f 18546/3690/3065 18566/3710/3084 18545/3689/3064</w:t>
        <w:br/>
        <w:t>f 18547/3692/3067 18566/3710/3084 18546/3690/3065</w:t>
        <w:br/>
        <w:t>f 18533/3678/3054 18547/3692/3067 18546/3690/3065</w:t>
        <w:br/>
        <w:t>f 18569/3711/3085 18568/3712/3086 18567/3713/3087</w:t>
        <w:br/>
        <w:t>f 18570/3714/3088 18569/3711/3085 18567/3713/3087</w:t>
        <w:br/>
        <w:t>f 18572/3715/3089 18568/3712/3086 18571/3716/3090</w:t>
        <w:br/>
        <w:t>f 18575/3717/3091 18574/3718/3092 18573/3719/3093</w:t>
        <w:br/>
        <w:t>f 18578/3720/3094 18577/3721/3095 18576/3722/3096</w:t>
        <w:br/>
        <w:t>f 18581/3723/3097 18580/3724/3098 18579/3725/3099</w:t>
        <w:br/>
        <w:t>f 18577/3721/3095 18581/3723/3097 18579/3725/3099</w:t>
        <w:br/>
        <w:t>f 18572/3715/3089 18583/3726/3100 18582/3727/3101</w:t>
        <w:br/>
        <w:t>f 18586/3728/3102 18585/3729/3092 18584/3730/3103</w:t>
        <w:br/>
        <w:t>f 18587/3731/3104 18586/3728/3102 18584/3730/3103</w:t>
        <w:br/>
        <w:t>f 18578/3720/3094 18587/3731/3104 18584/3730/3103</w:t>
        <w:br/>
        <w:t>f 18578/3720/3094 18576/3722/3096 18587/3731/3104</w:t>
        <w:br/>
        <w:t>f 18590/3732/3105 18589/3733/3106 18588/3734/3107</w:t>
        <w:br/>
        <w:t>f 18567/3713/3087 18588/3734/3107 18591/3735/3108</w:t>
        <w:br/>
        <w:t>f 18570/3714/3088 18567/3713/3087 18591/3735/3108</w:t>
        <w:br/>
        <w:t>f 18547/3692/3067 18548/3691/3066 18592/3736/3085</w:t>
        <w:br/>
        <w:t>f 18593/3737/3088 18547/3692/3067 18592/3736/3085</w:t>
        <w:br/>
        <w:t>f 18594/3738/3090 18592/3736/3085 18548/3691/3066</w:t>
        <w:br/>
        <w:t>f 18549/3693/3068 18594/3738/3090 18548/3691/3066</w:t>
        <w:br/>
        <w:t>f 18596/3739/3093 18595/3740/3092 18550/3695/3070</w:t>
        <w:br/>
        <w:t>f 18551/3694/3069 18596/3739/3093 18550/3695/3070</w:t>
        <w:br/>
        <w:t>f 18554/3697/3073 18598/3741/3096 18597/3742/3099</w:t>
        <w:br/>
        <w:t>f 18553/3698/3074 18554/3697/3073 18597/3742/3099</w:t>
        <w:br/>
        <w:t>f 18553/3698/3074 18597/3742/3099 18599/3743/3109</w:t>
        <w:br/>
        <w:t>f 18555/3699/3075 18553/3698/3074 18599/3743/3109</w:t>
        <w:br/>
        <w:t>f 18600/3744/3110 18594/3738/3090 18549/3693/3068</w:t>
        <w:br/>
        <w:t>f 18559/3701/3077 18600/3744/3110 18549/3693/3068</w:t>
        <w:br/>
        <w:t>f 18603/3745/3092 18602/3746/3102 18601/3747/3111</w:t>
        <w:br/>
        <w:t>f 18561/3707/3112 18603/3745/3092 18601/3747/3111</w:t>
        <w:br/>
        <w:t>f 18605/3748/3113 18564/3708/3114 18602/3746/3102</w:t>
        <w:br/>
        <w:t>f 18604/3749/3104 18605/3748/3113 18602/3746/3102</w:t>
        <w:br/>
        <w:t>f 18565/3709/3083 18604/3749/3104 18598/3741/3096</w:t>
        <w:br/>
        <w:t>f 18554/3697/3073 18565/3709/3083 18598/3741/3096</w:t>
        <w:br/>
        <w:t>f 18608/3750/3108 18607/3751/3115 18606/3752/3116</w:t>
        <w:br/>
        <w:t>f 18593/3737/3088 18608/3750/3108 18606/3752/3116</w:t>
        <w:br/>
        <w:t>f 18547/3692/3067 18593/3737/3088 18606/3752/3116</w:t>
        <w:br/>
        <w:t>f 18178/3320/2716 18326/3471/2862 18177/3321/2717</w:t>
        <w:br/>
        <w:t>f 18280/3424/2815 18609/3753/2888 18319/3462/2853</w:t>
        <w:br/>
        <w:t>f 18613/3754/3117 18612/3755/2976 18611/3756/3118</w:t>
        <w:br/>
        <w:t>f 18610/3757/3119 18613/3754/3117 18611/3756/3118</w:t>
        <w:br/>
        <w:t>f 18614/3758/3042 18514/3658/3038 18513/3657/3037</w:t>
        <w:br/>
        <w:t>f 18615/3759/3120 18279/3425/2816 18367/3511/2898</w:t>
        <w:br/>
        <w:t>f 18299/3445/2836 18616/3760/2840 18301/3443/2834</w:t>
        <w:br/>
        <w:t>f 18292/3439/2830 18617/3761/2837 18299/3445/2836</w:t>
        <w:br/>
        <w:t>f 18619/3762/3121 18618/3763/2825 18292/3439/2830</w:t>
        <w:br/>
        <w:t>f 18219/3363/2758 18620/3764/3122 18184/3327/2723</w:t>
        <w:br/>
        <w:t>f 18621/3765/3123 18220/3362/2757 18386/3528/2914</w:t>
        <w:br/>
        <w:t>f 18624/3766/3124 18623/3767/3125 18622/3768/3126</w:t>
        <w:br/>
        <w:t>f 18404/3549/2935 18626/3769/2927 18625/3770/3127</w:t>
        <w:br/>
        <w:t>f 18403/3550/2936 18404/3549/2935 18625/3770/3127</w:t>
        <w:br/>
        <w:t>f 18487/3630/3012 18185/3326/2722 18182/3329/2725</w:t>
        <w:br/>
        <w:t>f 18627/3771/3021 18487/3630/3012 18182/3329/2725</w:t>
        <w:br/>
        <w:t>f 18628/3772/3128 18411/3557/2943 18412/3556/2942</w:t>
        <w:br/>
        <w:t>f 18631/3773/3129 18630/3774/2945 18629/3775/3130</w:t>
        <w:br/>
        <w:t>f 18198/3342/2737 18488/3632/3014 18632/3776/3015</w:t>
        <w:br/>
        <w:t>f 18470/3614/2998 18198/3342/2737 18632/3776/3015</w:t>
        <w:br/>
        <w:t>f 18331/3476/2867 18497/3641/3023 18633/3777/3131</w:t>
        <w:br/>
        <w:t>f 18634/3778/3132 18498/3644/3026 18331/3476/2867</w:t>
        <w:br/>
        <w:t>f 18635/3779/3133 18429/3571/2957 18430/3574/2960</w:t>
        <w:br/>
        <w:t>f 18526/3668/3046 18180/3325/2721 18181/3324/2720</w:t>
        <w:br/>
        <w:t>f 18636/3780/3134 18273/3414/2805 18270/3417/2808</w:t>
        <w:br/>
        <w:t>f 18638/3781/3135 18345/3487/2877 18637/3782/3136</w:t>
        <w:br/>
        <w:t>f 18641/3783/3137 18640/3784/3003 18639/3785/3138</w:t>
        <w:br/>
        <w:t>f 18637/3782/3136 18643/3786/3139 18642/3787/3140</w:t>
        <w:br/>
        <w:t>f 18506/3650/3030 18175/3318/2714 18180/3325/2721</w:t>
        <w:br/>
        <w:t>f 18540/3685/3060 18506/3650/3030 18180/3325/2721</w:t>
        <w:br/>
        <w:t>f 18535/3679/3055 18506/3650/3030 18540/3685/3060</w:t>
        <w:br/>
        <w:t>f 18644/3788/3141 18535/3679/3055 18540/3685/3060</w:t>
        <w:br/>
        <w:t>f 18559/3701/3077 18549/3693/3068 18535/3679/3055</w:t>
        <w:br/>
        <w:t>f 18558/3702/3078 18559/3701/3077 18535/3679/3055</w:t>
        <w:br/>
        <w:t>f 18571/3716/3090 18583/3726/3100 18572/3715/3089</w:t>
        <w:br/>
        <w:t>f 18560/3704/3075 18645/3789/3098 18600/3744/3110</w:t>
        <w:br/>
        <w:t>f 18559/3701/3077 18560/3704/3075 18600/3744/3110</w:t>
        <w:br/>
        <w:t>f 18292/3439/2830 18450/3594/2978 18619/3762/3121</w:t>
        <w:br/>
        <w:t>f 18647/3790/3142 18646/3791/3143 18619/3762/3121</w:t>
        <w:br/>
        <w:t>f 18450/3594/2978 18647/3790/3142 18619/3762/3121</w:t>
        <w:br/>
        <w:t>f 18650/3792/3144 18649/3793/3145 18648/3794/3146</w:t>
        <w:br/>
        <w:t>f 18654/3795/3147 18653/3796/3148 18652/3797/3149</w:t>
        <w:br/>
        <w:t>f 18651/3798/3150 18654/3795/3147 18652/3797/3149</w:t>
        <w:br/>
        <w:t>f 18272/3415/2806 18656/3799/3151 18655/3800/3152</w:t>
        <w:br/>
        <w:t>f 18271/3416/2807 18272/3415/2806 18655/3800/3152</w:t>
        <w:br/>
        <w:t>f 18265/3408/2799 18266/3407/2798 18657/3801/3153</w:t>
        <w:br/>
        <w:t>f 18658/3802/3154 18265/3408/2799 18657/3801/3153</w:t>
        <w:br/>
        <w:t>f 18661/3803/3155 18660/3804/3156 18659/3805/3157</w:t>
        <w:br/>
        <w:t>f 18662/3806/3158 18661/3803/3155 18659/3805/3157</w:t>
        <w:br/>
        <w:t>f 18662/3806/3158 18652/3797/3149 18653/3796/3148</w:t>
        <w:br/>
        <w:t>f 18661/3803/3155 18662/3806/3158 18653/3796/3148</w:t>
        <w:br/>
        <w:t>f 18263/3410/2801 18257/3401/2792 18258/3400/2791</w:t>
        <w:br/>
        <w:t>f 18266/3407/2798 18263/3410/2801 18258/3400/2791</w:t>
        <w:br/>
        <w:t>f 18664/3807/3159 18663/3808/3160 18372/3514/2901</w:t>
        <w:br/>
        <w:t>f 18370/3516/2903 18664/3807/3159 18372/3514/2901</w:t>
        <w:br/>
        <w:t>f 18666/3809/3161 18665/3810/3162 18358/3503/2890</w:t>
        <w:br/>
        <w:t>f 18359/3502/2889 18666/3809/3161 18358/3503/2890</w:t>
        <w:br/>
        <w:t>f 18364/3507/2894 18663/3808/3160 18664/3807/3159</w:t>
        <w:br/>
        <w:t>f 18363/3508/2895 18364/3507/2894 18664/3807/3159</w:t>
        <w:br/>
        <w:t>f 18610/3757/3119 18611/3756/3118 18667/3811/3163</w:t>
        <w:br/>
        <w:t>f 18668/3812/3164 18610/3757/3119 18667/3811/3163</w:t>
        <w:br/>
        <w:t>f 18353/3498/2886 18354/3497/2885 18505/3649/3029</w:t>
        <w:br/>
        <w:t>f 18669/3813/3165 18353/3498/2886 18505/3649/3029</w:t>
        <w:br/>
        <w:t>f 18671/3814/3166 18670/3815/3167 18668/3812/3164</w:t>
        <w:br/>
        <w:t>f 18667/3811/3163 18671/3814/3166 18668/3812/3164</w:t>
        <w:br/>
        <w:t>f 18367/3511/2898 18368/3510/2897 18672/3816/3165</w:t>
        <w:br/>
        <w:t>f 18615/3759/3120 18367/3511/2898 18672/3816/3165</w:t>
        <w:br/>
        <w:t>f 18362/3509/2896 18674/3817/3168 18673/3818/3169</w:t>
        <w:br/>
        <w:t>f 18365/3506/2893 18362/3509/2896 18673/3818/3169</w:t>
        <w:br/>
        <w:t>f 18295/3436/2827 18473/3617/3001 18294/3437/2828</w:t>
        <w:br/>
        <w:t>f 18323/3469/2860 18676/3819/3170 18675/3820/3171</w:t>
        <w:br/>
        <w:t>f 18678/3821/3172 18473/3617/3001 18677/3822/3173</w:t>
        <w:br/>
        <w:t>f 18527/3672/3049 18679/3823/3174 18179/3323/2719</w:t>
        <w:br/>
        <w:t>f 18170/3315/2711 18527/3672/3049 18179/3323/2719</w:t>
        <w:br/>
        <w:t>f 18521/3665/3043 18436/3580/2965 18680/3824/3175</w:t>
        <w:br/>
        <w:t>f 18527/3672/3049 18521/3665/3043 18680/3824/3175</w:t>
        <w:br/>
        <w:t>f 18523/3666/3044 18521/3665/3043 18527/3672/3049</w:t>
        <w:br/>
        <w:t>f 18528/3671/3048 18523/3666/3044 18527/3672/3049</w:t>
        <w:br/>
        <w:t>f 18545/3689/3064 18681/3825/3176 18528/3671/3048</w:t>
        <w:br/>
        <w:t>f 18552/3696/3072 18545/3689/3064 18551/3694/3069</w:t>
        <w:br/>
        <w:t>f 18551/3694/3069 18682/3826/3177 18596/3739/3093</w:t>
        <w:br/>
        <w:t>f 18442/3585/2970 18321/3466/2857 18683/3827/3178</w:t>
        <w:br/>
        <w:t>f 18437/3579/2964 18442/3585/2970 18683/3827/3178</w:t>
        <w:br/>
        <w:t>f 18684/3828/3179 18437/3579/2964 18683/3827/3178</w:t>
        <w:br/>
        <w:t>f 18687/3829/3180 18686/3830/3181 18685/3831/3182</w:t>
        <w:br/>
        <w:t>f 18688/3832/3183 18687/3829/3180 18685/3831/3182</w:t>
        <w:br/>
        <w:t>f 18692/3833/3184 18691/3834/3185 18690/3835/3186</w:t>
        <w:br/>
        <w:t>f 18689/3836/3187 18692/3833/3184 18690/3835/3186</w:t>
        <w:br/>
        <w:t>f 18695/3837/3188 18694/3838/3189 18693/3839/3190</w:t>
        <w:br/>
        <w:t>f 18696/3840/3191 18695/3837/3188 18693/3839/3190</w:t>
        <w:br/>
        <w:t>f 18700/3841/3192 18699/3842/3193 18698/3843/3194</w:t>
        <w:br/>
        <w:t>f 18697/3844/3195 18700/3841/3192 18698/3843/3194</w:t>
        <w:br/>
        <w:t>f 18687/3829/3180 18688/3832/3183 18697/3844/3195</w:t>
        <w:br/>
        <w:t>f 18698/3843/3194 18687/3829/3180 18697/3844/3195</w:t>
        <w:br/>
        <w:t>f 18704/3845/3196 18703/3846/3197 18702/3847/3198</w:t>
        <w:br/>
        <w:t>f 18701/3848/3199 18704/3845/3196 18702/3847/3198</w:t>
        <w:br/>
        <w:t>f 18707/3849/3200 18706/3850/3201 18705/3851/3202</w:t>
        <w:br/>
        <w:t>f 18710/3852/3203 18709/3853/3195 18708/3854/3204</w:t>
        <w:br/>
        <w:t>f 18706/3850/3201 18710/3852/3203 18708/3854/3204</w:t>
        <w:br/>
        <w:t>f 18714/3855/3205 18713/3856/3186 18712/3857/3206</w:t>
        <w:br/>
        <w:t>f 18711/3858/3207 18714/3855/3205 18712/3857/3206</w:t>
        <w:br/>
        <w:t>f 18713/3856/3186 18716/3859/3208 18715/3860/3209</w:t>
        <w:br/>
        <w:t>f 18712/3857/3206 18713/3856/3186 18715/3860/3209</w:t>
        <w:br/>
        <w:t>f 18716/3859/3208 18718/3861/3210 18717/3862/3211</w:t>
        <w:br/>
        <w:t>f 18715/3860/3209 18716/3859/3208 18717/3862/3211</w:t>
        <w:br/>
        <w:t>f 18722/3863/3212 18721/3864/3213 18720/3865/3214</w:t>
        <w:br/>
        <w:t>f 18719/3866/3215 18722/3863/3212 18720/3865/3214</w:t>
        <w:br/>
        <w:t>f 18725/3867/3196 18724/3868/3216 18723/3869/3217</w:t>
        <w:br/>
        <w:t>f 18702/3847/3198 18692/3833/3184 18689/3836/3187</w:t>
        <w:br/>
        <w:t>f 18701/3848/3199 18702/3847/3198 18689/3836/3187</w:t>
        <w:br/>
        <w:t>f 18696/3840/3191 18676/3819/3170 18726/3870/3218</w:t>
        <w:br/>
        <w:t>f 18695/3837/3188 18696/3840/3191 18726/3870/3218</w:t>
        <w:br/>
        <w:t>f 18699/3842/3193 18700/3841/3192 18728/3871/3219</w:t>
        <w:br/>
        <w:t>f 18727/3872/3220 18699/3842/3193 18728/3871/3219</w:t>
        <w:br/>
        <w:t>f 18731/3873/3221 18730/3874/3222 18729/3875/3223</w:t>
        <w:br/>
        <w:t>f 18734/3876/3224 18733/3877/3225 18732/3878/3226</w:t>
        <w:br/>
        <w:t>f 18730/3874/3222 18736/3879/3227 18735/3880/3228</w:t>
        <w:br/>
        <w:t>f 18733/3877/3225 18738/3881/3229 18737/3882/3230</w:t>
        <w:br/>
        <w:t>f 18738/3881/3229 18739/3883/3231 18737/3882/3230</w:t>
        <w:br/>
        <w:t>f 18174/3319/2715 18172/3317/2713 18740/3884/3232</w:t>
        <w:br/>
        <w:t>f 18736/3879/3227 18174/3319/2715 18740/3884/3232</w:t>
        <w:br/>
        <w:t>f 18172/3317/2713 18173/3316/2712 18738/3881/3229</w:t>
        <w:br/>
        <w:t>f 18740/3884/3232 18172/3317/2713 18738/3881/3229</w:t>
        <w:br/>
        <w:t>f 18738/3881/3229 18173/3316/2712 18179/3323/2719</w:t>
        <w:br/>
        <w:t>f 18741/3885/3233 18738/3881/3229 18179/3323/2719</w:t>
        <w:br/>
        <w:t>f 18641/3783/3137 18639/3785/3138 18524/3670/2849</w:t>
        <w:br/>
        <w:t>f 18525/3669/3047 18641/3783/3137 18524/3670/2849</w:t>
        <w:br/>
        <w:t>f 18743/3886/3138 18742/3887/3234 18314/3457/2848</w:t>
        <w:br/>
        <w:t>f 18313/3458/2849 18743/3886/3138 18314/3457/2848</w:t>
        <w:br/>
        <w:t>f 18311/3456/2847 18315/3461/2852 18309/3453/2844</w:t>
        <w:br/>
        <w:t>f 18311/3456/2847 18312/3455/2846 18317/3459/2850</w:t>
        <w:br/>
        <w:t>f 18315/3461/2852 18311/3456/2847 18317/3459/2850</w:t>
        <w:br/>
        <w:t>f 18744/3888/3046 18312/3455/2846 18519/3663/3041</w:t>
        <w:br/>
        <w:t>f 18333/3477/2868 18177/3321/2717 18309/3453/2844</w:t>
        <w:br/>
        <w:t>f 18438/3582/2967 18441/3586/2716 18442/3585/2970</w:t>
        <w:br/>
        <w:t>f 18437/3579/2964 18438/3582/2967 18442/3585/2970</w:t>
        <w:br/>
        <w:t>f 18327/3470/2861 18746/3889/3235 18745/3890/2966</w:t>
        <w:br/>
        <w:t>f 18436/3580/2965 18437/3579/2964 18684/3828/3179</w:t>
        <w:br/>
        <w:t>f 18680/3824/3175 18436/3580/2965 18684/3828/3179</w:t>
        <w:br/>
        <w:t>f 18747/3891/3199 18714/3855/3205 18711/3858/3207</w:t>
        <w:br/>
        <w:t>f 18724/3868/3216 18747/3891/3199 18711/3858/3207</w:t>
        <w:br/>
        <w:t>f 18749/3892/3236 18567/3713/3087 18568/3712/3086</w:t>
        <w:br/>
        <w:t>f 18748/3893/3237 18749/3892/3236 18568/3712/3086</w:t>
        <w:br/>
        <w:t>f 18588/3734/3107 18567/3713/3087 18749/3892/3236</w:t>
        <w:br/>
        <w:t>f 18750/3894/3238 18588/3734/3107 18749/3892/3236</w:t>
        <w:br/>
        <w:t>f 18752/3895/3239 18503/3647/3027 18380/3523/2909</w:t>
        <w:br/>
        <w:t>f 18751/3896/3240 18752/3895/3239 18380/3523/2909</w:t>
        <w:br/>
        <w:t>f 18754/3897/3241 18483/3628/3010 18484/3627/3009</w:t>
        <w:br/>
        <w:t>f 18753/3898/3242 18754/3897/3241 18484/3627/3009</w:t>
        <w:br/>
        <w:t>f 18757/3899/3243 18756/3900/3244 18755/3901/3245</w:t>
        <w:br/>
        <w:t>f 18492/3635/3017 18757/3899/3243 18755/3901/3245</w:t>
        <w:br/>
        <w:t>f 18757/3899/3243 18492/3635/3017 18407/3554/2940</w:t>
        <w:br/>
        <w:t>f 18408/3553/2939 18757/3899/3243 18407/3554/2940</w:t>
        <w:br/>
        <w:t>f 18761/3902/3246 18760/3903/3247 18759/3904/2937</w:t>
        <w:br/>
        <w:t>f 18758/3905/3248 18761/3902/3246 18759/3904/2937</w:t>
        <w:br/>
        <w:t>f 18651/3798/3150 18652/3797/3149 18763/3906/3249</w:t>
        <w:br/>
        <w:t>f 18762/3907/3250 18651/3798/3150 18763/3906/3249</w:t>
        <w:br/>
        <w:t>f 18662/3806/3158 18659/3805/3157 18765/3908/3154</w:t>
        <w:br/>
        <w:t>f 18764/3909/3251 18662/3806/3158 18765/3908/3154</w:t>
        <w:br/>
        <w:t>f 18764/3909/3251 18763/3906/3249 18652/3797/3149</w:t>
        <w:br/>
        <w:t>f 18662/3806/3158 18764/3909/3251 18652/3797/3149</w:t>
        <w:br/>
        <w:t>f 18368/3510/2897 18767/3910/3252 18766/3911/3253</w:t>
        <w:br/>
        <w:t>f 18672/3816/3165 18368/3510/2897 18766/3911/3253</w:t>
        <w:br/>
        <w:t>f 18223/3366/2761 18224/3365/2760 18769/3912/3254</w:t>
        <w:br/>
        <w:t>f 18768/3913/3255 18223/3366/2761 18769/3912/3254</w:t>
        <w:br/>
        <w:t>f 18432/3575/2961 18769/3912/3254 18224/3365/2760</w:t>
        <w:br/>
        <w:t>f 18230/3373/2766 18432/3575/2961 18224/3365/2760</w:t>
        <w:br/>
        <w:t>f 18431/3576/2962 18243/3385/2778 18244/3388/2781</w:t>
        <w:br/>
        <w:t>f 18770/3914/3256 18431/3576/2962 18244/3388/2781</w:t>
        <w:br/>
        <w:t>f 18393/3538/2924 18751/3896/3240 18380/3523/2909</w:t>
        <w:br/>
        <w:t>f 18379/3524/2910 18393/3538/2924 18380/3523/2909</w:t>
        <w:br/>
        <w:t>f 18767/3910/3252 18368/3510/2897 18369/3513/2900</w:t>
        <w:br/>
        <w:t>f 18771/3915/3257 18767/3910/3252 18369/3513/2900</w:t>
        <w:br/>
        <w:t>f 18771/3915/3257 18369/3513/2900 18358/3503/2890</w:t>
        <w:br/>
        <w:t>f 18665/3810/3162 18771/3915/3257 18358/3503/2890</w:t>
        <w:br/>
        <w:t>f 18323/3469/2860 18772/3916/3258 18726/3870/3218</w:t>
        <w:br/>
        <w:t>f 18676/3819/3170 18323/3469/2860 18726/3870/3218</w:t>
        <w:br/>
        <w:t>f 18775/3917/3219 18774/3918/3192 18773/3919/3259</w:t>
        <w:br/>
        <w:t>f 18776/3920/3260 18775/3917/3219 18773/3919/3259</w:t>
        <w:br/>
        <w:t>f 18722/3863/3212 18717/3862/3211 18718/3861/3210</w:t>
        <w:br/>
        <w:t>f 18721/3864/3213 18722/3863/3212 18718/3861/3210</w:t>
        <w:br/>
        <w:t>f 18691/3834/3185 18693/3839/3190 18694/3838/3189</w:t>
        <w:br/>
        <w:t>f 18690/3835/3186 18691/3834/3185 18694/3838/3189</w:t>
        <w:br/>
        <w:t>f 18349/3493/2881 18742/3887/3234 18474/3619/3003</w:t>
        <w:br/>
        <w:t>f 18777/3921/3261 18641/3783/3137 18731/3873/3221</w:t>
        <w:br/>
        <w:t>f 18299/3445/2836 18295/3436/2827 18292/3439/2830</w:t>
        <w:br/>
        <w:t>f 18647/3790/3142 18361/3504/2891 18778/3922/3262</w:t>
        <w:br/>
        <w:t>f 18779/3923/3263 18647/3790/3142 18778/3922/3262</w:t>
        <w:br/>
        <w:t>f 18421/3566/2952 18226/3371/2764 18227/3370/2761</w:t>
        <w:br/>
        <w:t>f 18780/3924/3255 18421/3566/2952 18227/3370/2761</w:t>
        <w:br/>
        <w:t>f 18384/3530/2916 18385/3529/2915 18458/3602/2986</w:t>
        <w:br/>
        <w:t>f 18781/3925/3264 18384/3530/2916 18458/3602/2986</w:t>
        <w:br/>
        <w:t>f 18502/3645/3027 18783/3926/3265 18782/3927/3266</w:t>
        <w:br/>
        <w:t>f 18501/3646/3028 18502/3645/3027 18782/3927/3266</w:t>
        <w:br/>
        <w:t>f 18259/3403/2794 18256/3402/2793 18499/3643/3025</w:t>
        <w:br/>
        <w:t>f 18784/3928/3267 18259/3403/2794 18499/3643/3025</w:t>
        <w:br/>
        <w:t>f 18181/3324/2720 18174/3319/2715 18736/3879/3227</w:t>
        <w:br/>
        <w:t>f 18525/3669/3047 18181/3324/2720 18736/3879/3227</w:t>
        <w:br/>
        <w:t>f 18784/3928/3267 18786/3929/3268 18785/3930/3269</w:t>
        <w:br/>
        <w:t>f 18259/3403/2794 18784/3928/3267 18785/3930/3269</w:t>
        <w:br/>
        <w:t>f 18647/3790/3142 18450/3594/2978 18360/3505/2892</w:t>
        <w:br/>
        <w:t>f 18361/3504/2891 18647/3790/3142 18360/3505/2892</w:t>
        <w:br/>
        <w:t>f 18741/3885/3233 18179/3323/2719 18787/3931/3270</w:t>
        <w:br/>
        <w:t>f 18730/3874/3222 18525/3669/3047 18736/3879/3227</w:t>
        <w:br/>
        <w:t>f 18266/3407/2798 18258/3400/2791 18788/3932/3271</w:t>
        <w:br/>
        <w:t>f 18657/3801/3153 18266/3407/2798 18788/3932/3271</w:t>
        <w:br/>
        <w:t>f 18790/3933/3272 18353/3498/2886 18669/3813/3165</w:t>
        <w:br/>
        <w:t>f 18789/3934/3253 18790/3933/3272 18669/3813/3165</w:t>
        <w:br/>
        <w:t>f 18791/3935/3242 18781/3925/3264 18458/3602/2986</w:t>
        <w:br/>
        <w:t>f 18455/3601/2985 18791/3935/3242 18458/3602/2986</w:t>
        <w:br/>
        <w:t>f 18406/3547/2933 18761/3902/3246 18758/3905/3248</w:t>
        <w:br/>
        <w:t>f 18405/3548/2934 18406/3547/2933 18758/3905/3248</w:t>
        <w:br/>
        <w:t>f 18248/3389/2781 18245/3392/2783 18793/3936/3273</w:t>
        <w:br/>
        <w:t>f 18792/3937/3274 18248/3389/2781 18793/3936/3273</w:t>
        <w:br/>
        <w:t>f 18422/3565/2951 18793/3936/3273 18245/3392/2783</w:t>
        <w:br/>
        <w:t>f 18232/3375/2768 18422/3565/2951 18245/3392/2783</w:t>
        <w:br/>
        <w:t>f 18456/3600/2984 18457/3599/2983 18501/3646/3028</w:t>
        <w:br/>
        <w:t>f 18782/3927/3266 18456/3600/2984 18501/3646/3028</w:t>
        <w:br/>
        <w:t>f 18788/3932/3271 18258/3400/2791 18259/3403/2794</w:t>
        <w:br/>
        <w:t>f 18785/3930/3269 18788/3932/3271 18259/3403/2794</w:t>
        <w:br/>
        <w:t>f 18353/3498/2886 18790/3933/3272 18794/3938/3275</w:t>
        <w:br/>
        <w:t>f 18352/3499/2887 18353/3498/2886 18794/3938/3275</w:t>
        <w:br/>
        <w:t>f 18361/3504/2891 18352/3499/2887 18794/3938/3275</w:t>
        <w:br/>
        <w:t>f 18778/3922/3262 18361/3504/2891 18794/3938/3275</w:t>
        <w:br/>
        <w:t>f 18795/3939/3276 18646/3791/3143 18647/3790/3142</w:t>
        <w:br/>
        <w:t>f 18779/3923/3263 18795/3939/3276 18647/3790/3142</w:t>
        <w:br/>
        <w:t>f 18675/3820/3171 18473/3617/3001 18295/3436/2827</w:t>
        <w:br/>
        <w:t>f 18473/3617/3001 18676/3819/3170 18677/3822/3173</w:t>
        <w:br/>
        <w:t>f 18743/3886/3138 18474/3619/3003 18742/3887/3234</w:t>
        <w:br/>
        <w:t>f 18349/3493/2881 18346/3491/2880 18277/3422/2813</w:t>
        <w:br/>
        <w:t>f 18316/3460/2851 18349/3493/2881 18277/3422/2813</w:t>
        <w:br/>
        <w:t>f 18742/3887/3234 18316/3460/2851 18317/3459/2850</w:t>
        <w:br/>
        <w:t>f 18314/3457/2848 18742/3887/3234 18317/3459/2850</w:t>
        <w:br/>
        <w:t>f 18317/3459/2850 18312/3455/2846 18314/3457/2848</w:t>
        <w:br/>
        <w:t>f 18381/3526/2912 18393/3538/2924 18394/3537/2923</w:t>
        <w:br/>
        <w:t>f 18387/3534/2920 18381/3526/2912 18394/3537/2923</w:t>
        <w:br/>
        <w:t>f 18454/3598/2982 18623/3767/3125 18455/3601/2985</w:t>
        <w:br/>
        <w:t>f 18456/3600/2984 18454/3598/2982 18455/3601/2985</w:t>
        <w:br/>
        <w:t>f 18453/3595/2979 18782/3927/3266 18783/3926/3265</w:t>
        <w:br/>
        <w:t>f 18796/3940/3277 18453/3595/2979 18783/3926/3265</w:t>
        <w:br/>
        <w:t>f 18798/3941/3278 18797/3942/2988 18397/3540/2926</w:t>
        <w:br/>
        <w:t>f 18398/3539/2925 18798/3941/3278 18397/3540/2926</w:t>
        <w:br/>
        <w:t>f 18799/3943/3279 18414/3558/2944 18406/3547/2933</w:t>
        <w:br/>
        <w:t>f 18403/3550/2936 18799/3943/3279 18406/3547/2933</w:t>
        <w:br/>
        <w:t>f 18409/3552/2938 18800/3944/3280 18462/3606/2990</w:t>
        <w:br/>
        <w:t>f 18408/3553/2939 18409/3552/2938 18462/3606/2990</w:t>
        <w:br/>
        <w:t>f 18428/3572/2958 18422/3565/2951 18421/3566/2952</w:t>
        <w:br/>
        <w:t>f 18801/3945/3281 18428/3572/2958 18421/3566/2952</w:t>
        <w:br/>
        <w:t>f 18420/3564/2950 18432/3575/2961 18431/3576/2962</w:t>
        <w:br/>
        <w:t>f 18423/3570/2956 18420/3564/2950 18431/3576/2962</w:t>
        <w:br/>
        <w:t>f 18762/3907/3250 18803/3946/3282 18802/3947/3267</w:t>
        <w:br/>
        <w:t>f 18651/3798/3150 18762/3907/3250 18802/3947/3267</w:t>
        <w:br/>
        <w:t>f 18660/3804/3156 18661/3803/3155 18274/3420/2811</w:t>
        <w:br/>
        <w:t>f 18347/3490/2879 18660/3804/3156 18274/3420/2811</w:t>
        <w:br/>
        <w:t>f 18661/3803/3155 18653/3796/3148 18276/3418/2809</w:t>
        <w:br/>
        <w:t>f 18274/3420/2811 18661/3803/3155 18276/3418/2809</w:t>
        <w:br/>
        <w:t>f 18653/3796/3148 18654/3795/3147 18276/3418/2809</w:t>
        <w:br/>
        <w:t>f 18805/3948/3145 18254/3396/2787 18255/3399/2790</w:t>
        <w:br/>
        <w:t>f 18804/3949/3283 18805/3948/3145 18255/3399/2790</w:t>
        <w:br/>
        <w:t>f 18654/3795/3147 18808/3950/3025 18807/3951/3284</w:t>
        <w:br/>
        <w:t>f 18806/3952/3285 18654/3795/3147 18807/3951/3284</w:t>
        <w:br/>
        <w:t>f 18651/3798/3150 18802/3947/3267 18808/3950/3025</w:t>
        <w:br/>
        <w:t>f 18654/3795/3147 18651/3798/3150 18808/3950/3025</w:t>
        <w:br/>
        <w:t>f 18810/3953/3286 18375/3522/2908 18376/3521/2907</w:t>
        <w:br/>
        <w:t>f 18809/3954/3287 18810/3953/3286 18376/3521/2907</w:t>
        <w:br/>
        <w:t>f 18809/3954/3287 18376/3521/2907 18382/3525/2911</w:t>
        <w:br/>
        <w:t>f 18811/3955/3288 18809/3954/3287 18382/3525/2911</w:t>
        <w:br/>
        <w:t>f 18388/3533/2919 18389/3532/2918 18813/3956/3289</w:t>
        <w:br/>
        <w:t>f 18812/3957/3290 18388/3533/2919 18813/3956/3289</w:t>
        <w:br/>
        <w:t>f 18624/3766/3124 18815/3958/3291 18814/3959/3292</w:t>
        <w:br/>
        <w:t>f 18816/3960/2918 18624/3766/3124 18814/3959/3292</w:t>
        <w:br/>
        <w:t>f 18388/3533/2919 18812/3957/3290 18811/3955/3288</w:t>
        <w:br/>
        <w:t>f 18382/3525/2911 18388/3533/2919 18811/3955/3288</w:t>
        <w:br/>
        <w:t>f 18819/3961/3293 18818/3962/3294 18817/3963/3295</w:t>
        <w:br/>
        <w:t>f 18820/3964/3296 18402/3546/2932 18399/3545/2931</w:t>
        <w:br/>
        <w:t>f 18821/3965/3297 18820/3964/3296 18399/3545/2931</w:t>
        <w:br/>
        <w:t>f 18823/3966/3298 18628/3772/3128 18822/3967/3299</w:t>
        <w:br/>
        <w:t>f 18825/3968/3300 18824/3969/3301 18461/3603/2987</w:t>
        <w:br/>
        <w:t>f 18459/3605/2989 18825/3968/3300 18461/3603/2987</w:t>
        <w:br/>
        <w:t>f 18821/3965/3297 18399/3545/2931 18463/3607/2991</w:t>
        <w:br/>
        <w:t>f 18826/3970/3302 18821/3965/3297 18463/3607/2991</w:t>
        <w:br/>
        <w:t>f 18820/3964/3296 18828/3971/3303 18827/3972/2989</w:t>
        <w:br/>
        <w:t>f 18402/3546/2932 18820/3964/3296 18827/3972/2989</w:t>
        <w:br/>
        <w:t>f 18826/3970/3302 18463/3607/2991 18830/3973/3304</w:t>
        <w:br/>
        <w:t>f 18829/3974/3305 18826/3970/3302 18830/3973/3304</w:t>
        <w:br/>
        <w:t>f 18832/3975/3306 18418/3562/2948 18415/3561/2947</w:t>
        <w:br/>
        <w:t>f 18831/3976/3307 18832/3975/3306 18415/3561/2947</w:t>
        <w:br/>
        <w:t>f 18419/3563/2949 18833/3977/3308 18831/3976/3307</w:t>
        <w:br/>
        <w:t>f 18415/3561/2947 18419/3563/2949 18831/3976/3307</w:t>
        <w:br/>
        <w:t>f 18424/3569/2955 18425/3568/2954 18835/3978/3309</w:t>
        <w:br/>
        <w:t>f 18834/3979/3310 18424/3569/2955 18835/3978/3309</w:t>
        <w:br/>
        <w:t>f 18838/3980/3309 18837/3981/3311 18635/3779/3133</w:t>
        <w:br/>
        <w:t>f 18836/3982/3312 18838/3980/3309 18635/3779/3133</w:t>
        <w:br/>
        <w:t>f 18840/3983/3313 18631/3773/3129 18629/3775/3130</w:t>
        <w:br/>
        <w:t>f 18839/3984/3306 18840/3983/3313 18629/3775/3130</w:t>
        <w:br/>
        <w:t>f 18833/3977/3308 18419/3563/2949 18424/3569/2955</w:t>
        <w:br/>
        <w:t>f 18834/3979/3310 18833/3977/3308 18424/3569/2955</w:t>
        <w:br/>
        <w:t>f 18841/3985/3314 18255/3399/2790 18252/3398/2789</w:t>
        <w:br/>
        <w:t>f 18842/3986/3315 18841/3985/3314 18252/3398/2789</w:t>
        <w:br/>
        <w:t>f 18269/3411/2802 18267/3413/2804 18843/3987/3316</w:t>
        <w:br/>
        <w:t>f 18844/3988/3317 18269/3411/2802 18843/3987/3316</w:t>
        <w:br/>
        <w:t>f 18252/3398/2789 18269/3411/2802 18844/3988/3317</w:t>
        <w:br/>
        <w:t>f 18842/3986/3315 18252/3398/2789 18844/3988/3317</w:t>
        <w:br/>
        <w:t>f 18847/3989/3318 18846/3990/2804 18845/3991/3319</w:t>
        <w:br/>
        <w:t>f 18650/3792/3144 18648/3794/3146 18848/3992/3320</w:t>
        <w:br/>
        <w:t>f 18849/3993/3321 18650/3792/3144 18848/3992/3320</w:t>
        <w:br/>
        <w:t>f 18850/3994/3320 18804/3949/3283 18255/3399/2790</w:t>
        <w:br/>
        <w:t>f 18841/3985/3314 18850/3994/3320 18255/3399/2790</w:t>
        <w:br/>
        <w:t>f 18852/3995/3322 18851/3996/3323 18270/3417/2808</w:t>
        <w:br/>
        <w:t>f 18271/3416/2807 18852/3995/3322 18270/3417/2808</w:t>
        <w:br/>
        <w:t>f 18636/3780/3134 18270/3417/2808 18851/3996/3323</w:t>
        <w:br/>
        <w:t>f 18853/3997/3324 18636/3780/3134 18851/3996/3323</w:t>
        <w:br/>
        <w:t>f 18854/3998/3325 18852/3995/3322 18271/3416/2807</w:t>
        <w:br/>
        <w:t>f 18655/3800/3152 18854/3998/3325 18271/3416/2807</w:t>
        <w:br/>
        <w:t>f 18655/3800/3152 18650/3792/3144 18855/3999/3326</w:t>
        <w:br/>
        <w:t>f 18854/3998/3325 18655/3800/3152 18855/3999/3326</w:t>
        <w:br/>
        <w:t>f 18858/4000/3327 18857/4001/3328 18856/4002/3329</w:t>
        <w:br/>
        <w:t>f 18849/3993/3321 18855/3999/3326 18650/3792/3144</w:t>
        <w:br/>
        <w:t>f 18427/3573/2959 18860/4003/3330 18859/4004/3331</w:t>
        <w:br/>
        <w:t>f 18430/3574/2960 18427/3573/2959 18859/4004/3331</w:t>
        <w:br/>
        <w:t>f 18861/4005/3332 18635/3779/3133 18430/3574/2960</w:t>
        <w:br/>
        <w:t>f 18859/4004/3331 18861/4005/3332 18430/3574/2960</w:t>
        <w:br/>
        <w:t>f 18864/4006/3333 18863/4007/3334 18862/4008/3335</w:t>
        <w:br/>
        <w:t>f 18631/3773/3129 18864/4006/3333 18862/4008/3335</w:t>
        <w:br/>
        <w:t>f 18863/4007/3334 18860/4003/3330 18427/3573/2959</w:t>
        <w:br/>
        <w:t>f 18862/4008/3335 18863/4007/3334 18427/3573/2959</w:t>
        <w:br/>
        <w:t>f 18867/4009/3336 18866/4010/3337 18865/4011/3338</w:t>
        <w:br/>
        <w:t>f 18635/3779/3133 18861/4005/3332 18836/3982/3312</w:t>
        <w:br/>
        <w:t>f 18869/4012/3339 18868/4013/3340 18413/3555/2941</w:t>
        <w:br/>
        <w:t>f 18870/4014/3341 18869/4012/3339 18413/3555/2941</w:t>
        <w:br/>
        <w:t>f 18871/4015/3342 18628/3772/3343 18868/4013/3340</w:t>
        <w:br/>
        <w:t>f 18869/4012/3339 18871/4015/3342 18868/4013/3340</w:t>
        <w:br/>
        <w:t>f 18413/3555/2941 18873/4016/3344 18872/4017/3345</w:t>
        <w:br/>
        <w:t>f 18870/4014/3341 18413/3555/2941 18872/4017/3345</w:t>
        <w:br/>
        <w:t>f 18874/4018/3346 18872/4017/3345 18873/4016/3344</w:t>
        <w:br/>
        <w:t>f 18461/3603/2987 18874/4018/3346 18873/4016/3344</w:t>
        <w:br/>
        <w:t>f 18877/4019/3347 18876/4020/3347 18875/4021/3348</w:t>
        <w:br/>
        <w:t>f 18628/3772/3343 18871/4015/3342 18878/4022/3349</w:t>
        <w:br/>
        <w:t>f 18880/4023/3350 18879/4024/3351 18451/3597/2981</w:t>
        <w:br/>
        <w:t>f 18452/3596/2980 18880/4023/3350 18451/3597/2981</w:t>
        <w:br/>
        <w:t>f 18883/4025/3352 18624/3766/3124 18882/4026/3353</w:t>
        <w:br/>
        <w:t>f 18881/4027/3354 18883/4025/3352 18882/4026/3353</w:t>
        <w:br/>
        <w:t>f 18881/4027/3354 18882/4026/3353 18451/3597/2981</w:t>
        <w:br/>
        <w:t>f 18879/4024/3351 18881/4027/3354 18451/3597/2981</w:t>
        <w:br/>
        <w:t>f 18452/3596/2980 18819/3961/3355 18884/4028/3356</w:t>
        <w:br/>
        <w:t>f 18880/4023/3350 18452/3596/2980 18884/4028/3356</w:t>
        <w:br/>
        <w:t>f 18887/4029/3357 18886/4030/3358 18885/4031/3359</w:t>
        <w:br/>
        <w:t>f 18624/3766/3124 18883/4025/3352 18888/4032/3360</w:t>
        <w:br/>
        <w:t>f 18613/3754/3117 18610/3757/3119 18889/4033/3361</w:t>
        <w:br/>
        <w:t>f 18890/4034/3362 18613/3754/3117 18889/4033/3361</w:t>
        <w:br/>
        <w:t>f 18893/4035/3363 18892/4036/3364 18670/3815/3167</w:t>
        <w:br/>
        <w:t>f 18891/4037/3365 18893/4035/3363 18670/3815/3167</w:t>
        <w:br/>
        <w:t>f 18610/3757/3119 18668/3812/3164 18894/4038/3366</w:t>
        <w:br/>
        <w:t>f 18889/4033/3361 18610/3757/3119 18894/4038/3366</w:t>
        <w:br/>
        <w:t>f 18892/4036/3364 18894/4038/3366 18668/3812/3164</w:t>
        <w:br/>
        <w:t>f 18670/3815/3167 18892/4036/3364 18668/3812/3164</w:t>
        <w:br/>
        <w:t>f 18362/3509/2896 18895/4039/3367 18674/3817/3168</w:t>
        <w:br/>
        <w:t>f 18896/4040/3169 18671/3814/3166 18665/3810/3162</w:t>
        <w:br/>
        <w:t>f 18666/3809/3161 18896/4040/3169 18665/3810/3162</w:t>
        <w:br/>
        <w:t>f 18363/3508/2895 18898/4041/3368 18897/4042/3369</w:t>
        <w:br/>
        <w:t>f 18362/3509/2896 18363/3508/2895 18897/4042/3369</w:t>
        <w:br/>
        <w:t>f 18371/3515/2902 18900/4043/3370 18899/4044/3371</w:t>
        <w:br/>
        <w:t>f 18370/3516/2903 18371/3515/2902 18899/4044/3371</w:t>
        <w:br/>
        <w:t>f 18371/3515/2902 18448/3593/2977 18901/4045/3372</w:t>
        <w:br/>
        <w:t>f 18900/4043/3370 18371/3515/2902 18901/4045/3372</w:t>
        <w:br/>
        <w:t>f 18902/4046/3373 18664/3807/3159 18370/3516/2903</w:t>
        <w:br/>
        <w:t>f 18899/4044/3371 18902/4046/3373 18370/3516/2903</w:t>
        <w:br/>
        <w:t>f 18902/4046/3373 18898/4041/3368 18363/3508/2895</w:t>
        <w:br/>
        <w:t>f 18664/3807/3159 18902/4046/3373 18363/3508/2895</w:t>
        <w:br/>
        <w:t>f 18904/4047/3374 18901/4045/3375 18903/4048/3376</w:t>
        <w:br/>
        <w:t>f 18907/4049/3377 18906/4050/3378 18905/4051/3379</w:t>
        <w:br/>
        <w:t>f 18898/4041/3368 18909/4052/3380 18908/4053/3381</w:t>
        <w:br/>
        <w:t>f 18897/4042/3369 18898/4041/3368 18908/4053/3381</w:t>
        <w:br/>
        <w:t>f 18900/4043/3370 18911/4054/3382 18910/4055/3383</w:t>
        <w:br/>
        <w:t>f 18899/4044/3371 18900/4043/3370 18910/4055/3383</w:t>
        <w:br/>
        <w:t>f 18901/4045/3372 18912/4056/3384 18911/4054/3382</w:t>
        <w:br/>
        <w:t>f 18900/4043/3370 18901/4045/3372 18911/4054/3382</w:t>
        <w:br/>
        <w:t>f 18913/4057/3385 18902/4046/3373 18899/4044/3371</w:t>
        <w:br/>
        <w:t>f 18910/4055/3383 18913/4057/3385 18899/4044/3371</w:t>
        <w:br/>
        <w:t>f 18898/4041/3368 18902/4046/3373 18913/4057/3385</w:t>
        <w:br/>
        <w:t>f 18909/4052/3380 18898/4041/3368 18913/4057/3385</w:t>
        <w:br/>
        <w:t>f 18914/4058/3386 18901/4045/3375 18904/4047/3374</w:t>
        <w:br/>
        <w:t>f 18905/4051/3379 18906/4050/3378 18915/4059/3387</w:t>
        <w:br/>
        <w:t>f 18916/4060/3388 18905/4051/3379 18915/4059/3387</w:t>
        <w:br/>
        <w:t>f 18920/4061/3389 18919/4062/3390 18918/4063/3390</w:t>
        <w:br/>
        <w:t>f 18917/4064/3391 18920/4061/3389 18918/4063/3390</w:t>
        <w:br/>
        <w:t>f 18923/4065/3392 18922/4066/3393 18921/4067/3394</w:t>
        <w:br/>
        <w:t>f 18893/4035/3395 18923/4065/3392 18921/4067/3394</w:t>
        <w:br/>
        <w:t>f 18925/4068/3396 18920/4061/3389 18889/4033/3397</w:t>
        <w:br/>
        <w:t>f 18924/4069/3398 18925/4068/3396 18889/4033/3397</w:t>
        <w:br/>
        <w:t>f 18925/4068/3396 18924/4069/3398 18892/4036/3399</w:t>
        <w:br/>
        <w:t>f 18922/4066/3400 18925/4068/3396 18892/4036/3399</w:t>
        <w:br/>
        <w:t>f 18928/4070/3401 18927/4071/3402 18926/4072/3403</w:t>
        <w:br/>
        <w:t>f 18929/4073/3403 18928/4070/3401 18926/4072/3403</w:t>
        <w:br/>
        <w:t>f 18879/4024/3351 18880/4023/3350 18931/4074/3404</w:t>
        <w:br/>
        <w:t>f 18930/4075/3405 18879/4024/3351 18931/4074/3404</w:t>
        <w:br/>
        <w:t>f 18933/4076/3406 18932/4077/3407 18883/4025/3352</w:t>
        <w:br/>
        <w:t>f 18881/4027/3354 18933/4076/3406 18883/4025/3352</w:t>
        <w:br/>
        <w:t>f 18881/4027/3354 18879/4024/3351 18930/4075/3405</w:t>
        <w:br/>
        <w:t>f 18933/4076/3406 18881/4027/3354 18930/4075/3405</w:t>
        <w:br/>
        <w:t>f 18880/4023/3350 18884/4028/3356 18934/4078/3408</w:t>
        <w:br/>
        <w:t>f 18931/4074/3404 18880/4023/3350 18934/4078/3408</w:t>
        <w:br/>
        <w:t>f 18936/4079/3409 18935/4080/3410 18886/4030/3358</w:t>
        <w:br/>
        <w:t>f 18887/4029/3357 18936/4079/3409 18886/4030/3358</w:t>
        <w:br/>
        <w:t>f 18883/4025/3352 18938/4081/3411 18937/4082/3412</w:t>
        <w:br/>
        <w:t>f 18888/4032/3360 18883/4025/3352 18937/4082/3412</w:t>
        <w:br/>
        <w:t>f 18940/4083/3413 18810/3953/3286 18809/3954/3287</w:t>
        <w:br/>
        <w:t>f 18939/4084/3414 18940/4083/3413 18809/3954/3287</w:t>
        <w:br/>
        <w:t>f 18939/4084/3414 18809/3954/3287 18811/3955/3288</w:t>
        <w:br/>
        <w:t>f 18941/4085/3415 18939/4084/3414 18811/3955/3288</w:t>
        <w:br/>
        <w:t>f 18812/3957/3290 18813/3956/3289 18942/4086/3416</w:t>
        <w:br/>
        <w:t>f 18943/4087/3417 18812/3957/3290 18942/4086/3416</w:t>
        <w:br/>
        <w:t>f 18945/4088/3418 18944/4089/3419 18814/3959/3292</w:t>
        <w:br/>
        <w:t>f 18815/3958/3291 18945/4088/3418 18814/3959/3292</w:t>
        <w:br/>
        <w:t>f 18811/3955/3288 18812/3957/3290 18943/4087/3417</w:t>
        <w:br/>
        <w:t>f 18941/4085/3415 18811/3955/3288 18943/4087/3417</w:t>
        <w:br/>
        <w:t>f 18817/3963/3295 18818/3962/3294 18946/4090/3420</w:t>
        <w:br/>
        <w:t>f 18947/4091/3421 18817/3963/3295 18946/4090/3420</w:t>
        <w:br/>
        <w:t>f 18869/4012/3339 18870/4014/3341 18949/4092/3422</w:t>
        <w:br/>
        <w:t>f 18948/4093/3423 18869/4012/3339 18949/4092/3422</w:t>
        <w:br/>
        <w:t>f 18871/4015/3342 18869/4012/3339 18948/4093/3423</w:t>
        <w:br/>
        <w:t>f 18950/4094/3424 18871/4015/3342 18948/4093/3423</w:t>
        <w:br/>
        <w:t>f 18870/4014/3341 18872/4017/3345 18951/4095/3425</w:t>
        <w:br/>
        <w:t>f 18949/4092/3422 18870/4014/3341 18951/4095/3425</w:t>
        <w:br/>
        <w:t>f 18952/4096/3426 18951/4095/3425 18872/4017/3345</w:t>
        <w:br/>
        <w:t>f 18874/4018/3346 18952/4096/3426 18872/4017/3345</w:t>
        <w:br/>
        <w:t>f 18876/4020/3347 18877/4019/3347 18954/4097/3427</w:t>
        <w:br/>
        <w:t>f 18953/4098/3428 18876/4020/3347 18954/4097/3427</w:t>
        <w:br/>
        <w:t>f 18956/4099/3429 18878/4022/3349 18871/4015/3342</w:t>
        <w:br/>
        <w:t>f 18955/4100/3430 18956/4099/3429 18871/4015/3342</w:t>
        <w:br/>
        <w:t>f 18958/4101/3431 18820/3964/3296 18821/3965/3297</w:t>
        <w:br/>
        <w:t>f 18957/4102/3432 18958/4101/3431 18821/3965/3297</w:t>
        <w:br/>
        <w:t>f 18961/4103/3433 18822/3967/3299 18960/4104/3434</w:t>
        <w:br/>
        <w:t>f 18959/4105/3435 18961/4103/3433 18960/4104/3434</w:t>
        <w:br/>
        <w:t>f 18824/3969/3301 18825/3968/3300 18962/4106/3436</w:t>
        <w:br/>
        <w:t>f 18963/4107/3437 18824/3969/3301 18962/4106/3436</w:t>
        <w:br/>
        <w:t>f 18821/3965/3297 18826/3970/3302 18964/4108/3438</w:t>
        <w:br/>
        <w:t>f 18957/4102/3432 18821/3965/3297 18964/4108/3438</w:t>
        <w:br/>
        <w:t>f 18965/4109/3439 18828/3971/3303 18820/3964/3296</w:t>
        <w:br/>
        <w:t>f 18958/4101/3431 18965/4109/3439 18820/3964/3296</w:t>
        <w:br/>
        <w:t>f 18826/3970/3302 18829/3974/3305 18966/4110/3433</w:t>
        <w:br/>
        <w:t>f 18964/4108/3438 18826/3970/3302 18966/4110/3433</w:t>
        <w:br/>
        <w:t>f 18859/4004/3331 18860/4003/3330 18967/4111/3440</w:t>
        <w:br/>
        <w:t>f 18968/4112/3441 18859/4004/3331 18967/4111/3440</w:t>
        <w:br/>
        <w:t>f 18859/4004/3331 18968/4112/3441 18969/4113/3442</w:t>
        <w:br/>
        <w:t>f 18861/4005/3332 18859/4004/3331 18969/4113/3442</w:t>
        <w:br/>
        <w:t>f 18971/4114/3443 18970/4115/3444 18863/4007/3334</w:t>
        <w:br/>
        <w:t>f 18864/4006/3333 18971/4114/3443 18863/4007/3334</w:t>
        <w:br/>
        <w:t>f 18860/4003/3330 18863/4007/3334 18970/4115/3444</w:t>
        <w:br/>
        <w:t>f 18967/4111/3440 18860/4003/3330 18970/4115/3444</w:t>
        <w:br/>
        <w:t>f 18867/4009/3336 18973/4116/3445 18972/4117/3445</w:t>
        <w:br/>
        <w:t>f 18866/4010/3337 18867/4009/3336 18972/4117/3445</w:t>
        <w:br/>
        <w:t>f 18836/3982/3312 18861/4005/3332 18974/4118/3446</w:t>
        <w:br/>
        <w:t>f 18975/4119/3446 18836/3982/3312 18974/4118/3446</w:t>
        <w:br/>
        <w:t>f 18832/3975/3306 18831/3976/3307 18976/4120/3447</w:t>
        <w:br/>
        <w:t>f 18977/4121/3448 18832/3975/3306 18976/4120/3447</w:t>
        <w:br/>
        <w:t>f 18978/4122/3449 18976/4120/3447 18831/3976/3307</w:t>
        <w:br/>
        <w:t>f 18833/3977/3308 18978/4122/3449 18831/3976/3307</w:t>
        <w:br/>
        <w:t>f 18982/4123/3450 18981/4124/3451 18980/4125/3452</w:t>
        <w:br/>
        <w:t>f 18979/4126/3453 18982/4123/3450 18980/4125/3452</w:t>
        <w:br/>
        <w:t>f 18836/3982/3312 18984/4127/3454 18983/4128/3455</w:t>
        <w:br/>
        <w:t>f 18838/3980/3309 18836/3982/3312 18983/4128/3455</w:t>
        <w:br/>
        <w:t>f 18840/3983/3313 18839/3984/3306 18986/4129/3448</w:t>
        <w:br/>
        <w:t>f 18985/4130/3456 18840/3983/3313 18986/4129/3448</w:t>
        <w:br/>
        <w:t>f 18833/3977/3308 18834/3979/3310 18981/4124/3451</w:t>
        <w:br/>
        <w:t>f 18978/4122/3449 18833/3977/3308 18981/4124/3451</w:t>
        <w:br/>
        <w:t>f 18988/4131/3457 18987/4132/3458 18851/3996/3323</w:t>
        <w:br/>
        <w:t>f 18852/3995/3322 18988/4131/3457 18851/3996/3323</w:t>
        <w:br/>
        <w:t>f 18851/3996/3323 18987/4132/3458 18989/4133/3459</w:t>
        <w:br/>
        <w:t>f 18853/3997/3324 18851/3996/3323 18989/4133/3459</w:t>
        <w:br/>
        <w:t>f 18990/4134/3460 18988/4131/3457 18852/3995/3322</w:t>
        <w:br/>
        <w:t>f 18854/3998/3325 18990/4134/3460 18852/3995/3322</w:t>
        <w:br/>
        <w:t>f 18991/4135/3461 18990/4134/3460 18854/3998/3325</w:t>
        <w:br/>
        <w:t>f 18855/3999/3326 18991/4135/3461 18854/3998/3325</w:t>
        <w:br/>
        <w:t>f 18993/4136/3462 18856/4002/3329 18857/4001/3328</w:t>
        <w:br/>
        <w:t>f 18992/4137/3463 18993/4136/3462 18857/4001/3328</w:t>
        <w:br/>
        <w:t>f 18855/3999/3326 18849/3993/3321 18995/4138/3464</w:t>
        <w:br/>
        <w:t>f 18994/4139/3465 18855/3999/3326 18995/4138/3464</w:t>
        <w:br/>
        <w:t>f 18998/4140/3466 18997/4141/3467 18996/4142/3468</w:t>
        <w:br/>
        <w:t>f 18841/3985/3314 18998/4140/3466 18996/4142/3468</w:t>
        <w:br/>
        <w:t>f 19001/4143/3469 19000/4144/3470 18999/4145/3470</w:t>
        <w:br/>
        <w:t>f 18843/3987/3318 19001/4143/3469 18999/4145/3470</w:t>
        <w:br/>
        <w:t>f 19000/4144/3470 18997/4141/3467 18998/4140/3466</w:t>
        <w:br/>
        <w:t>f 18999/4145/3470 19000/4144/3470 18998/4140/3466</w:t>
        <w:br/>
        <w:t>f 19004/4146/3471 19003/4147/3472 19002/4148/3473</w:t>
        <w:br/>
        <w:t>f 18847/3989/3474 19004/4146/3471 19002/4148/3473</w:t>
        <w:br/>
        <w:t>f 19007/4149/3475 19006/4150/3476 19005/4151/3477</w:t>
        <w:br/>
        <w:t>f 18848/3992/3478 19007/4149/3475 19005/4151/3477</w:t>
        <w:br/>
        <w:t>f 18996/4142/3468 19008/4152/3479 18850/3994/3320</w:t>
        <w:br/>
        <w:t>f 18841/3985/3314 18996/4142/3468 18850/3994/3320</w:t>
        <w:br/>
        <w:t>f 18196/3338/2733 18194/3340/2735 18330/3473/2864</w:t>
        <w:br/>
        <w:t>f 18329/3474/2865 18447/3591/2975 18250/3394/2785</w:t>
        <w:br/>
        <w:t>f 19010/4153/3480 18250/3394/2785 19009/4154/3481</w:t>
        <w:br/>
        <w:t>f 18260/3406/2797 18261/3405/2796 19011/4155/3482</w:t>
        <w:br/>
        <w:t>f 18185/3326/2722 18487/3630/3012 18486/3631/3013</w:t>
        <w:br/>
        <w:t>f 18469/3613/2997 18185/3326/2722 18486/3631/3013</w:t>
        <w:br/>
        <w:t>f 18405/3548/2934 18758/3905/3248 18488/3632/3014</w:t>
        <w:br/>
        <w:t>f 18486/3631/3013 18405/3548/2934 18488/3632/3014</w:t>
        <w:br/>
        <w:t>f 18407/3554/2940 18489/3634/3016 18490/3633/3015</w:t>
        <w:br/>
        <w:t>f 18410/3551/2937 18407/3554/2940 18490/3633/3015</w:t>
        <w:br/>
        <w:t>f 18491/3636/3018 18187/3331/2727 18478/3622/3006</w:t>
        <w:br/>
        <w:t>f 18489/3634/3016 18491/3636/3018 18478/3622/3006</w:t>
        <w:br/>
        <w:t>f 18492/3635/3017 18755/3901/3245 18493/3637/3019</w:t>
        <w:br/>
        <w:t>f 18491/3636/3018 18492/3635/3017 18493/3637/3019</w:t>
        <w:br/>
        <w:t>f 18494/3639/3021 18495/3638/3020 18395/3542/2928</w:t>
        <w:br/>
        <w:t>f 18396/3541/2927 18494/3639/3021 18395/3542/2928</w:t>
        <w:br/>
        <w:t>f 18627/3771/3021 18626/3769/2927 18404/3549/2935</w:t>
        <w:br/>
        <w:t>f 18487/3630/3012 18627/3771/3021 18404/3549/2935</w:t>
        <w:br/>
        <w:t>f 18632/3776/3015 18488/3632/3014 18758/3905/3248</w:t>
        <w:br/>
        <w:t>f 18759/3904/2937 18632/3776/3015 18758/3905/3248</w:t>
        <w:br/>
        <w:t>f 18756/3900/3244 18757/3899/3243 18400/3544/2930</w:t>
        <w:br/>
        <w:t>f 18401/3543/2929 18756/3900/3244 18400/3544/2930</w:t>
        <w:br/>
        <w:t>f 18403/3550/2936 18625/3770/3127 18799/3943/3279</w:t>
        <w:br/>
        <w:t>f 18400/3544/2930 18757/3899/3243 18408/3553/2939</w:t>
        <w:br/>
        <w:t>f 18462/3606/2990 18400/3544/2930 18408/3553/2939</w:t>
        <w:br/>
        <w:t>f 18797/3942/3483 18401/3543/2929 18402/3546/2932</w:t>
        <w:br/>
        <w:t>f 18827/3972/2989 18797/3942/3483 18402/3546/2932</w:t>
        <w:br/>
        <w:t>f 18414/3558/2944 18799/3943/3279 18873/4016/3344</w:t>
        <w:br/>
        <w:t>f 18413/3555/2941 18414/3558/2944 18873/4016/3344</w:t>
        <w:br/>
        <w:t>f 18800/3944/3280 18830/3973/3304 18463/3607/2991</w:t>
        <w:br/>
        <w:t>f 18462/3606/2990 18800/3944/3280 18463/3607/2991</w:t>
        <w:br/>
        <w:t>f 18414/3558/2944 18411/3557/2943 18761/3902/3246</w:t>
        <w:br/>
        <w:t>f 18406/3547/2933 18414/3558/2944 18761/3902/3246</w:t>
        <w:br/>
        <w:t>f 18411/3557/2943 18760/3903/3247 18761/3902/3246</w:t>
        <w:br/>
        <w:t>f 18752/3895/3239 18751/3896/3240 18377/3520/2906</w:t>
        <w:br/>
        <w:t>f 18378/3519/2905 18752/3895/3239 18377/3520/2906</w:t>
        <w:br/>
        <w:t>f 18751/3896/3240 18393/3538/2924 18381/3526/2912</w:t>
        <w:br/>
        <w:t>f 18377/3520/2906 18751/3896/3240 18381/3526/2912</w:t>
        <w:br/>
        <w:t>f 18387/3534/2920 18754/3897/3241 18753/3898/3242</w:t>
        <w:br/>
        <w:t>f 18390/3531/2917 18387/3534/2920 18753/3898/3242</w:t>
        <w:br/>
        <w:t>f 18387/3534/2920 18388/3533/2919 18382/3525/2911</w:t>
        <w:br/>
        <w:t>f 18381/3526/2912 18387/3534/2920 18382/3525/2911</w:t>
        <w:br/>
        <w:t>f 18623/3767/3125 18454/3598/2982 18451/3597/2981</w:t>
        <w:br/>
        <w:t>f 18622/3768/3126 18623/3767/3125 18451/3597/2981</w:t>
        <w:br/>
        <w:t>f 18796/3940/3277 19012/4156/3484 18453/3595/2979</w:t>
        <w:br/>
        <w:t>f 18782/3927/3266 18453/3595/2979 18454/3598/2982</w:t>
        <w:br/>
        <w:t>f 18456/3600/2984 18782/3927/3266 18454/3598/2982</w:t>
        <w:br/>
        <w:t>f 18623/3767/3125 19013/4157/2917 18791/3935/3242</w:t>
        <w:br/>
        <w:t>f 18455/3601/2985 18623/3767/3125 18791/3935/3242</w:t>
        <w:br/>
        <w:t>f 18416/3560/2946 18417/3559/2945 18768/3913/3255</w:t>
        <w:br/>
        <w:t>f 18769/3912/3254 18416/3560/2946 18768/3913/3255</w:t>
        <w:br/>
        <w:t>f 18420/3564/2950 18416/3560/2946 18769/3912/3254</w:t>
        <w:br/>
        <w:t>f 18432/3575/2961 18420/3564/2950 18769/3912/3254</w:t>
        <w:br/>
        <w:t>f 18770/3914/3256 18426/3567/2953 18423/3570/2956</w:t>
        <w:br/>
        <w:t>f 18431/3576/2962 18770/3914/3256 18423/3570/2956</w:t>
        <w:br/>
        <w:t>f 18801/3945/3281 18421/3566/2952 18780/3924/3255</w:t>
        <w:br/>
        <w:t>f 18630/3774/2945 18801/3945/3281 18780/3924/3255</w:t>
        <w:br/>
        <w:t>f 18427/3573/2959 18428/3572/2958 18801/3945/3281</w:t>
        <w:br/>
        <w:t>f 18862/4008/3335 18427/3573/2959 18801/3945/3281</w:t>
        <w:br/>
        <w:t>f 18419/3563/2949 18420/3564/2950 18423/3570/2956</w:t>
        <w:br/>
        <w:t>f 18424/3569/2955 18419/3563/2949 18423/3570/2956</w:t>
        <w:br/>
        <w:t>f 18793/3936/3273 18422/3565/2951 18428/3572/2958</w:t>
        <w:br/>
        <w:t>f 18429/3571/2957 18793/3936/3273 18428/3572/2958</w:t>
        <w:br/>
        <w:t>f 18792/3937/3274 18793/3936/3273 18429/3571/2957</w:t>
        <w:br/>
        <w:t>f 19014/4158/2953 18792/3937/3274 18429/3571/2957</w:t>
        <w:br/>
        <w:t>f 18253/3397/2788 18254/3396/2787 18762/3907/3250</w:t>
        <w:br/>
        <w:t>f 18763/3906/3249 18253/3397/2788 18762/3907/3250</w:t>
        <w:br/>
        <w:t>f 19015/4159/3485 18268/3412/2803 18764/3909/3251</w:t>
        <w:br/>
        <w:t>f 18765/3908/3154 19015/4159/3485 18764/3909/3251</w:t>
        <w:br/>
        <w:t>f 18268/3412/2803 18253/3397/2788 18763/3906/3249</w:t>
        <w:br/>
        <w:t>f 18764/3909/3251 18268/3412/2803 18763/3906/3249</w:t>
        <w:br/>
        <w:t>f 18786/3929/3268 18649/3793/3145 18656/3799/3151</w:t>
        <w:br/>
        <w:t>f 18785/3930/3269 18786/3929/3268 18656/3799/3151</w:t>
        <w:br/>
        <w:t>f 18803/3946/3282 18762/3907/3250 18254/3396/2787</w:t>
        <w:br/>
        <w:t>f 18805/3948/3145 18803/3946/3282 18254/3396/2787</w:t>
        <w:br/>
        <w:t>f 18272/3415/2806 18273/3414/2805 18657/3801/3153</w:t>
        <w:br/>
        <w:t>f 18788/3932/3271 18272/3415/2806 18657/3801/3153</w:t>
        <w:br/>
        <w:t>f 18273/3414/2805 19016/4160/3486 18658/3802/3154</w:t>
        <w:br/>
        <w:t>f 18657/3801/3153 18273/3414/2805 18658/3802/3154</w:t>
        <w:br/>
        <w:t>f 18785/3930/3269 18656/3799/3151 18272/3415/2806</w:t>
        <w:br/>
        <w:t>f 18788/3932/3271 18785/3930/3269 18272/3415/2806</w:t>
        <w:br/>
        <w:t>f 18767/3910/3252 18611/3756/3118 18612/3755/2976</w:t>
        <w:br/>
        <w:t>f 18766/3911/3253 18767/3910/3252 18612/3755/2976</w:t>
        <w:br/>
        <w:t>f 18771/3915/3257 18667/3811/3163 18611/3756/3118</w:t>
        <w:br/>
        <w:t>f 18767/3910/3252 18771/3915/3257 18611/3756/3118</w:t>
        <w:br/>
        <w:t>f 18667/3811/3163 18771/3915/3257 18665/3810/3162</w:t>
        <w:br/>
        <w:t>f 18671/3814/3166 18667/3811/3163 18665/3810/3162</w:t>
        <w:br/>
        <w:t>f 18779/3923/3263 18365/3506/2893 18673/3818/3169</w:t>
        <w:br/>
        <w:t>f 18795/3939/3276 18779/3923/3263 18673/3818/3169</w:t>
        <w:br/>
        <w:t>f 18671/3814/3166 18896/4040/3169 18891/4037/3365</w:t>
        <w:br/>
        <w:t>f 18670/3815/3167 18671/3814/3166 18891/4037/3365</w:t>
        <w:br/>
        <w:t>f 18779/3923/3263 18778/3922/3262 18364/3507/2894</w:t>
        <w:br/>
        <w:t>f 18365/3506/2893 18779/3923/3263 18364/3507/2894</w:t>
        <w:br/>
        <w:t>f 18372/3514/2901 18790/3933/3272 18789/3934/3253</w:t>
        <w:br/>
        <w:t>f 18449/3592/2976 18372/3514/2901 18789/3934/3253</w:t>
        <w:br/>
        <w:t>f 18663/3808/3160 18794/3938/3275 18790/3933/3272</w:t>
        <w:br/>
        <w:t>f 18372/3514/2901 18663/3808/3160 18790/3933/3272</w:t>
        <w:br/>
        <w:t>f 18663/3808/3160 18364/3507/2894 18778/3922/3262</w:t>
        <w:br/>
        <w:t>f 18794/3938/3275 18663/3808/3160 18778/3922/3262</w:t>
        <w:br/>
        <w:t>f 18300/3444/2835 18675/3820/3171 18295/3436/2827</w:t>
        <w:br/>
        <w:t>f 18299/3445/2836 18300/3444/2835 18295/3436/2827</w:t>
        <w:br/>
        <w:t>f 18676/3819/3170 18473/3617/3001 18675/3820/3171</w:t>
        <w:br/>
        <w:t>f 18472/3616/3000 18675/3820/3171 18300/3444/2835</w:t>
        <w:br/>
        <w:t>f 18471/3615/2999 18472/3616/3000 18300/3444/2835</w:t>
        <w:br/>
        <w:t>f 19019/4161/3487 19018/4162/3488 19017/4163/3489</w:t>
        <w:br/>
        <w:t>f 19023/4164/3490 19022/4165/3491 19021/4166/3492</w:t>
        <w:br/>
        <w:t>f 19020/4167/3493 19023/4164/3490 19021/4166/3492</w:t>
        <w:br/>
        <w:t>f 19026/4168/3494 19025/4169/3495 19024/4170/3496</w:t>
        <w:br/>
        <w:t>f 19029/4171/3497 19026/4168/3494 19028/4172/3498</w:t>
        <w:br/>
        <w:t>f 19027/4173/3499 19029/4171/3497 19028/4172/3498</w:t>
        <w:br/>
        <w:t>f 19026/4168/3494 19031/4174/3500 19030/4175/3501</w:t>
        <w:br/>
        <w:t>f 19028/4172/3498 19026/4168/3494 19030/4175/3501</w:t>
        <w:br/>
        <w:t>f 19033/4176/3502 19021/4166/3492 19032/4177/3503</w:t>
        <w:br/>
        <w:t>f 19034/4178/3504 19033/4176/3502 19032/4177/3503</w:t>
        <w:br/>
        <w:t>f 19037/4179/3505 19036/4180/3506 19035/4181/3507</w:t>
        <w:br/>
        <w:t>f 19038/4182/3508 19037/4179/3505 19035/4181/3507</w:t>
        <w:br/>
        <w:t>f 19037/4179/3505 19038/4182/3508 19030/4175/3501</w:t>
        <w:br/>
        <w:t>f 19031/4174/3500 19037/4179/3505 19030/4175/3501</w:t>
        <w:br/>
        <w:t>f 19033/4176/3502 19034/4178/3504 19039/4183/3509</w:t>
        <w:br/>
        <w:t>f 19018/4162/3488 19033/4176/3502 19039/4183/3509</w:t>
        <w:br/>
        <w:t>f 19039/4183/3509 19040/4184/3510 19017/4163/3489</w:t>
        <w:br/>
        <w:t>f 19018/4162/3488 19039/4183/3509 19017/4163/3489</w:t>
        <w:br/>
        <w:t>f 19021/4166/3492 19022/4165/3491 19041/4185/3499</w:t>
        <w:br/>
        <w:t>f 19032/4177/3503 19021/4166/3492 19041/4185/3499</w:t>
        <w:br/>
        <w:t>f 19033/4176/3502 19042/4186/3511 19020/4167/3493</w:t>
        <w:br/>
        <w:t>f 19021/4166/3492 19033/4176/3502 19020/4167/3493</w:t>
        <w:br/>
        <w:t>f 19044/4187/3512 19037/4179/3505 19043/4188/3513</w:t>
        <w:br/>
        <w:t>f 19018/4162/3488 19045/4189/3514 19042/4186/3511</w:t>
        <w:br/>
        <w:t>f 19033/4176/3502 19018/4162/3488 19042/4186/3511</w:t>
        <w:br/>
        <w:t>f 19026/4168/3494 19024/4170/3496 19046/4190/3515</w:t>
        <w:br/>
        <w:t>f 19031/4174/3500 19026/4168/3494 19046/4190/3515</w:t>
        <w:br/>
        <w:t>f 19047/4191/3516 19037/4179/3505 19031/4174/3500</w:t>
        <w:br/>
        <w:t>f 19046/4190/3515 19047/4191/3516 19031/4174/3500</w:t>
        <w:br/>
        <w:t>f 19023/4164/3490 19049/4192/3517 19048/4193/3518</w:t>
        <w:br/>
        <w:t>f 19045/4189/3514 19019/4161/3487 19050/4194/3519</w:t>
        <w:br/>
        <w:t>f 19051/4195/3520 19019/4161/3487 19017/4163/3489</w:t>
        <w:br/>
        <w:t>f 19023/4164/3490 19048/4193/3518 19022/4165/3491</w:t>
        <w:br/>
        <w:t>f 19054/4196/3521 19053/4197/3522 19052/4198/3523</w:t>
        <w:br/>
        <w:t>f 19058/4199/3524 19057/4200/3525 19056/4201/3526</w:t>
        <w:br/>
        <w:t>f 19055/4202/3527 19058/4199/3524 19056/4201/3526</w:t>
        <w:br/>
        <w:t>f 19059/4203/3528 19052/4198/3523 19055/4202/3527</w:t>
        <w:br/>
        <w:t>f 19056/4201/3526 19059/4203/3528 19055/4202/3527</w:t>
        <w:br/>
        <w:t>f 19062/4204/3529 19061/4205/3529 19060/4206/3530</w:t>
        <w:br/>
        <w:t>f 19063/4207/3531 19062/4204/3529 19060/4206/3530</w:t>
        <w:br/>
        <w:t>f 19061/4205/3529 19062/4204/3529 19064/4208/3532</w:t>
        <w:br/>
        <w:t>f 19065/4209/3532 19061/4205/3529 19064/4208/3532</w:t>
        <w:br/>
        <w:t>f 19069/4210/3533 19068/4211/3534 19067/4212/3534</w:t>
        <w:br/>
        <w:t>f 19066/4213/3535 19069/4210/3533 19067/4212/3534</w:t>
        <w:br/>
        <w:t>f 19068/4211/3534 19065/4209/3532 19064/4208/3532</w:t>
        <w:br/>
        <w:t>f 19067/4212/3534 19068/4211/3534 19064/4208/3532</w:t>
        <w:br/>
        <w:t>f 19072/4214/3536 19053/4197/3537 19071/4215/3538</w:t>
        <w:br/>
        <w:t>f 19070/4216/3539 19072/4214/3536 19071/4215/3538</w:t>
        <w:br/>
        <w:t>f 19055/4202/3527 19052/4198/3523 19070/4216/3540</w:t>
        <w:br/>
        <w:t>f 19073/4217/3541 19055/4202/3527 19070/4216/3540</w:t>
        <w:br/>
        <w:t>f 19055/4202/3527 19073/4217/3541 19074/4218/3542</w:t>
        <w:br/>
        <w:t>f 19058/4199/3524 19055/4202/3527 19074/4218/3542</w:t>
        <w:br/>
        <w:t>f 19058/4199/3524 19074/4218/3542 19075/4219/3543</w:t>
        <w:br/>
        <w:t>f 19076/4220/3544 19058/4199/3524 19075/4219/3543</w:t>
        <w:br/>
        <w:t>f 19080/4221/3545 19079/4222/3546 19078/4223/3547</w:t>
        <w:br/>
        <w:t>f 19077/4224/3548 19080/4221/3545 19078/4223/3547</w:t>
        <w:br/>
        <w:t>f 19080/4221/3545 19082/4225/3549 19081/4226/3549</w:t>
        <w:br/>
        <w:t>f 19079/4222/3546 19080/4221/3545 19081/4226/3549</w:t>
        <w:br/>
        <w:t>f 19086/4227/3550 19085/4228/3551 19084/4229/3551</w:t>
        <w:br/>
        <w:t>f 19083/4230/3522 19086/4227/3550 19084/4229/3551</w:t>
        <w:br/>
        <w:t>f 19081/4226/3549 19082/4225/3549 19084/4229/3551</w:t>
        <w:br/>
        <w:t>f 19085/4228/3551 19081/4226/3549 19084/4229/3551</w:t>
        <w:br/>
        <w:t>f 19057/4200/3525 19088/4231/3552 19087/4232/3553</w:t>
        <w:br/>
        <w:t>f 19089/4233/3550 19053/4197/3522 19054/4196/3521</w:t>
        <w:br/>
        <w:t>f 19076/4220/3544 19088/4231/3552 19058/4199/3524</w:t>
        <w:br/>
        <w:t>f 19090/4234/3554 19088/4231/3552 19076/4220/3544</w:t>
        <w:br/>
        <w:t>f 19059/4203/3528 19054/4196/3521 19052/4198/3523</w:t>
        <w:br/>
        <w:t>f 19093/4235/3555 19092/4236/3556 19091/4237/3557</w:t>
        <w:br/>
        <w:t>f 19097/4238/3558 19096/4239/3559 19095/4240/3560</w:t>
        <w:br/>
        <w:t>f 19094/4241/3561 19097/4238/3558 19095/4240/3560</w:t>
        <w:br/>
        <w:t>f 19101/4242/3562 19100/4243/3563 19099/4244/3564</w:t>
        <w:br/>
        <w:t>f 19098/4245/3565 19101/4242/3562 19099/4244/3564</w:t>
        <w:br/>
        <w:t>f 19104/4246/3566 19103/4247/3566 19102/4248/3567</w:t>
        <w:br/>
        <w:t>f 19105/4249/3567 19104/4246/3566 19102/4248/3567</w:t>
        <w:br/>
        <w:t>f 19107/4250/3568 19106/4251/3569 19103/4247/3566</w:t>
        <w:br/>
        <w:t>f 19104/4246/3566 19107/4250/3568 19103/4247/3566</w:t>
        <w:br/>
        <w:t>f 19107/4250/3568 19109/4252/3570 19108/4253/3570</w:t>
        <w:br/>
        <w:t>f 19106/4251/3569 19107/4250/3568 19108/4253/3570</w:t>
        <w:br/>
        <w:t>f 19109/4252/3570 19111/4254/3571 19110/4255/3571</w:t>
        <w:br/>
        <w:t>f 19108/4253/3570 19109/4252/3570 19110/4255/3571</w:t>
        <w:br/>
        <w:t>f 19115/4256/3571 19114/4257/3572 19113/4258/3573</w:t>
        <w:br/>
        <w:t>f 19112/4259/3571 19115/4256/3571 19113/4258/3573</w:t>
        <w:br/>
        <w:t>f 19117/4260/3574 19116/4261/3574 19113/4258/3573</w:t>
        <w:br/>
        <w:t>f 19114/4257/3572 19117/4260/3574 19113/4258/3573</w:t>
        <w:br/>
        <w:t>f 19119/4262/3575 19118/4263/3575 19116/4261/3574</w:t>
        <w:br/>
        <w:t>f 19117/4260/3574 19119/4262/3575 19116/4261/3574</w:t>
        <w:br/>
        <w:t>f 19118/4263/3575 19119/4262/3575 19121/4264/3576</w:t>
        <w:br/>
        <w:t>f 19120/4265/3576 19118/4263/3575 19121/4264/3576</w:t>
        <w:br/>
        <w:t>f 19098/4245/3565 19099/4244/3564 19123/4266/3577</w:t>
        <w:br/>
        <w:t>f 19122/4267/3578 19098/4245/3565 19123/4266/3577</w:t>
        <w:br/>
        <w:t>f 19127/4268/3579 19126/4269/3580 19125/4270/3581</w:t>
        <w:br/>
        <w:t>f 19124/4271/3582 19127/4268/3579 19125/4270/3581</w:t>
        <w:br/>
        <w:t>f 19127/4268/3579 19094/4241/3561 19095/4240/3560</w:t>
        <w:br/>
        <w:t>f 19126/4269/3580 19127/4268/3579 19095/4240/3560</w:t>
        <w:br/>
        <w:t>f 19128/4272/3583 19096/4239/3559 19097/4238/3558</w:t>
        <w:br/>
        <w:t>f 19129/4273/3584 19128/4272/3583 19097/4238/3558</w:t>
        <w:br/>
        <w:t>f 19131/4274/3585 19122/4267/3578 19130/4275/3586</w:t>
        <w:br/>
        <w:t>f 19092/4236/3556 19101/4242/3562 19132/4276/3587</w:t>
        <w:br/>
        <w:t>f 19133/4277/3588 19130/4275/3586 19123/4266/3577</w:t>
        <w:br/>
        <w:t>f 19136/4278/3589 19135/4279/3590 19134/4280/3591</w:t>
        <w:br/>
        <w:t>f 19140/4281/3592 19139/4282/3593 19138/4283/3594</w:t>
        <w:br/>
        <w:t>f 19137/4284/3592 19140/4281/3592 19138/4283/3594</w:t>
        <w:br/>
        <w:t>f 19143/4285/3595 19142/4286/3596 19141/4287/3596</w:t>
        <w:br/>
        <w:t>f 19144/4288/3595 19143/4285/3595 19141/4287/3596</w:t>
        <w:br/>
        <w:t>f 19142/4286/3596 19146/4289/3597 19145/4290/3598</w:t>
        <w:br/>
        <w:t>f 19141/4287/3596 19142/4286/3596 19145/4290/3598</w:t>
        <w:br/>
        <w:t>f 19150/4291/3599 19149/4292/3599 19148/4293/3600</w:t>
        <w:br/>
        <w:t>f 19147/4294/3600 19150/4291/3599 19148/4293/3600</w:t>
        <w:br/>
        <w:t>f 19145/4290/3598 19146/4289/3597 19149/4292/3599</w:t>
        <w:br/>
        <w:t>f 19150/4291/3599 19145/4290/3598 19149/4292/3599</w:t>
        <w:br/>
        <w:t>f 19153/4295/3601 19152/4296/3602 19151/4297/3595</w:t>
        <w:br/>
        <w:t>f 19154/4298/3603 19153/4295/3601 19151/4297/3595</w:t>
        <w:br/>
        <w:t>f 19156/4299/3604 19153/4295/3601 19154/4298/3603</w:t>
        <w:br/>
        <w:t>f 19155/4300/3605 19156/4299/3604 19154/4298/3603</w:t>
        <w:br/>
        <w:t>f 19158/4301/3606 19157/4302/3606 19156/4299/3604</w:t>
        <w:br/>
        <w:t>f 19155/4300/3605 19158/4301/3606 19156/4299/3604</w:t>
        <w:br/>
        <w:t>f 19160/4303/3600 19159/4304/3600 19157/4302/3606</w:t>
        <w:br/>
        <w:t>f 19158/4301/3606 19160/4303/3600 19157/4302/3606</w:t>
        <w:br/>
        <w:t>f 19163/4305/3607 19162/4306/3608 19161/4307/3609</w:t>
        <w:br/>
        <w:t>f 19166/4308/3610 19165/4309/3611 19164/4310/3612</w:t>
        <w:br/>
        <w:t>f 19163/4305/3607 19166/4308/3610 19164/4310/3612</w:t>
        <w:br/>
        <w:t>f 19167/4311/3613 19136/4278/3589 19134/4280/3591</w:t>
        <w:br/>
        <w:t>f 19168/4312/3614 19134/4280/3591 19165/4309/3611</w:t>
        <w:br/>
        <w:t>f 19166/4308/3610 19168/4312/3614 19165/4309/3611</w:t>
        <w:br/>
        <w:t>f 19170/4313/3615 19162/4306/3608 19169/4314/3616</w:t>
        <w:br/>
        <w:t>f 19174/4315/3617 19173/4316/3617 19172/4317/3615</w:t>
        <w:br/>
        <w:t>f 19171/4318/3616 19174/4315/3617 19172/4317/3615</w:t>
        <w:br/>
        <w:t>f 19139/4282/3593 19173/4316/3617 19174/4315/3617</w:t>
        <w:br/>
        <w:t>f 19138/4283/3594 19139/4282/3593 19174/4315/3617</w:t>
        <w:br/>
        <w:t>f 19137/4284/3592 19176/4319/3590 19175/4320/3589</w:t>
        <w:br/>
        <w:t>f 19140/4281/3592 19137/4284/3592 19175/4320/3589</w:t>
        <w:br/>
        <w:t>f 19168/4312/3614 19167/4311/3613 19134/4280/3591</w:t>
        <w:br/>
        <w:t>f 19179/4321/3618 19178/4322/3619 19177/4323/3620</w:t>
        <w:br/>
        <w:t>f 19182/4324/3621 19181/4325/3622 19180/4326/3623</w:t>
        <w:br/>
        <w:t>f 19186/4327/3624 19185/4328/3625 19184/4329/3626</w:t>
        <w:br/>
        <w:t>f 19183/4330/3627 19186/4327/3624 19184/4329/3626</w:t>
        <w:br/>
        <w:t>f 19189/4331/3628 19188/4332/3629 19187/4333/3629</w:t>
        <w:br/>
        <w:t>f 19190/4334/3630 19189/4331/3628 19187/4333/3629</w:t>
        <w:br/>
        <w:t>f 19193/4335/3631 19192/4336/3632 19191/4337/3633</w:t>
        <w:br/>
        <w:t>f 19194/4338/3634 19193/4335/3631 19191/4337/3633</w:t>
        <w:br/>
        <w:t>f 19198/4339/3635 19197/4340/3636 19196/4341/3637</w:t>
        <w:br/>
        <w:t>f 19195/4342/3635 19198/4339/3635 19196/4341/3637</w:t>
        <w:br/>
        <w:t>f 19200/4343/3638 19198/4339/3635 19195/4342/3635</w:t>
        <w:br/>
        <w:t>f 19199/4344/3638 19200/4343/3638 19195/4342/3635</w:t>
        <w:br/>
        <w:t>f 19203/4345/3629 19202/4346/3639 19201/4347/3639</w:t>
        <w:br/>
        <w:t>f 19204/4348/3629 19203/4345/3629 19201/4347/3639</w:t>
        <w:br/>
        <w:t>f 19202/4346/3639 19200/4343/3638 19199/4344/3638</w:t>
        <w:br/>
        <w:t>f 19201/4347/3639 19202/4346/3639 19199/4344/3638</w:t>
        <w:br/>
        <w:t>f 19192/4336/3632 19193/4335/3631 19206/4349/3640</w:t>
        <w:br/>
        <w:t>f 19205/4350/3641 19192/4336/3632 19206/4349/3640</w:t>
        <w:br/>
        <w:t>f 19205/4350/3641 19186/4327/3624 19183/4330/3627</w:t>
        <w:br/>
        <w:t>f 19190/4334/3642 19205/4350/3641 19183/4330/3627</w:t>
        <w:br/>
        <w:t>f 19207/4351/3643 19185/4328/3625 19186/4327/3624</w:t>
        <w:br/>
        <w:t>f 19193/4335/3644 19207/4351/3643 19186/4327/3624</w:t>
        <w:br/>
        <w:t>f 19209/4352/3645 19194/4338/3634 19208/4353/3646</w:t>
        <w:br/>
        <w:t>f 19197/4340/3634 19212/4354/3647 19211/4355/3648</w:t>
        <w:br/>
        <w:t>f 19210/4356/3649 19197/4340/3634 19211/4355/3648</w:t>
        <w:br/>
        <w:t>f 19211/4355/3648 19212/4354/3647 19182/4324/3621</w:t>
        <w:br/>
        <w:t>f 19215/4357/3650 19214/4358/3619 19213/4359/3618</w:t>
        <w:br/>
        <w:t>f 19180/4326/3623 19215/4357/3650 19213/4359/3618</w:t>
        <w:br/>
        <w:t>f 19216/4360/3651 18987/4132/3652 19209/4352/3645</w:t>
        <w:br/>
        <w:t>f 19183/4330/3627 19184/4329/3626 19177/4323/3620</w:t>
        <w:br/>
        <w:t>f 18750/3894/3238 18590/3732/3105 18588/3734/3107</w:t>
        <w:br/>
        <w:t>f 18748/3893/3237 18568/3712/3086 18572/3715/3089</w:t>
        <w:br/>
        <w:t>f 18590/3732/3105 18575/3717/3091 18573/3719/3093</w:t>
        <w:br/>
        <w:t>f 18589/3733/3106 18590/3732/3105 18573/3719/3093</w:t>
        <w:br/>
        <w:t>f 19219/4361/3653 19218/4362/3654 19217/4363/3655</w:t>
        <w:br/>
        <w:t>f 19220/4364/3656 19219/4361/3653 19217/4363/3655</w:t>
        <w:br/>
        <w:t>f 19223/4365/3657 19222/4366/3658 19221/4367/3659</w:t>
        <w:br/>
        <w:t>f 19224/4368/3660 19223/4365/3657 19221/4367/3659</w:t>
        <w:br/>
        <w:t>f 19225/4369/3661 19221/4367/3659 19222/4366/3658</w:t>
        <w:br/>
        <w:t>f 19226/4370/3662 19225/4369/3661 19222/4366/3658</w:t>
        <w:br/>
        <w:t>f 19228/4371/3663 19218/4362/3654 19227/4372/3664</w:t>
        <w:br/>
        <w:t>f 19229/4373/3665 19228/4371/3663 19227/4372/3664</w:t>
        <w:br/>
        <w:t>f 19225/4369/3661 19226/4370/3662 19231/4374/3666</w:t>
        <w:br/>
        <w:t>f 19230/4375/3667 19225/4369/3661 19231/4374/3666</w:t>
        <w:br/>
        <w:t>f 19234/4376/3666 19233/4377/3668 19232/4378/3669</w:t>
        <w:br/>
        <w:t>f 19235/4379/3667 19234/4376/3666 19232/4378/3669</w:t>
        <w:br/>
        <w:t>f 19232/4378/3669 19233/4377/3668 19237/4380/3670</w:t>
        <w:br/>
        <w:t>f 19236/4381/3671 19232/4378/3669 19237/4380/3670</w:t>
        <w:br/>
        <w:t>f 19236/4381/3671 19237/4380/3670 19229/4373/3665</w:t>
        <w:br/>
        <w:t>f 19227/4372/3664 19236/4381/3671 19229/4373/3665</w:t>
        <w:br/>
        <w:t>f 19221/4367/3659 19225/4369/3661 19238/4382/3672</w:t>
        <w:br/>
        <w:t>f 19239/4383/3673 19221/4367/3659 19238/4382/3672</w:t>
        <w:br/>
        <w:t>f 19239/4383/3673 19240/4384/3674 19224/4368/3660</w:t>
        <w:br/>
        <w:t>f 19221/4367/3659 19239/4383/3673 19224/4368/3660</w:t>
        <w:br/>
        <w:t>f 19240/4384/3674 19242/4385/3675 19241/4386/3676</w:t>
        <w:br/>
        <w:t>f 19224/4368/3660 19240/4384/3674 19241/4386/3676</w:t>
        <w:br/>
        <w:t>f 19244/4387/3677 19241/4386/3676 19217/4363/3655</w:t>
        <w:br/>
        <w:t>f 19243/4388/3678 19244/4387/3677 19217/4363/3655</w:t>
        <w:br/>
        <w:t>f 19218/4362/3654 19228/4371/3663 19243/4388/3678</w:t>
        <w:br/>
        <w:t>f 19217/4363/3655 19218/4362/3654 19243/4388/3678</w:t>
        <w:br/>
        <w:t>f 19242/4385/3675 19220/4364/3656 19217/4363/3655</w:t>
        <w:br/>
        <w:t>f 19241/4386/3676 19242/4385/3675 19217/4363/3655</w:t>
        <w:br/>
        <w:t>f 19224/4368/3660 19241/4386/3676 19244/4387/3677</w:t>
        <w:br/>
        <w:t>f 19223/4365/3657 19224/4368/3660 19244/4387/3677</w:t>
        <w:br/>
        <w:t>f 19248/4389/3679 19247/4390/3680 19246/4391/3680</w:t>
        <w:br/>
        <w:t>f 19245/4392/3679 19248/4389/3679 19246/4391/3680</w:t>
        <w:br/>
        <w:t>f 19250/4393/3681 19249/4394/3681 19246/4391/3680</w:t>
        <w:br/>
        <w:t>f 19247/4390/3680 19250/4393/3681 19246/4391/3680</w:t>
        <w:br/>
        <w:t>f 19254/4395/3682 19253/4396/3683 19252/4397/3683</w:t>
        <w:br/>
        <w:t>f 19251/4398/3684 19254/4395/3682 19252/4397/3683</w:t>
        <w:br/>
        <w:t>f 19250/4393/3681 19256/4399/3685 19255/4400/3686</w:t>
        <w:br/>
        <w:t>f 19249/4394/3681 19250/4393/3681 19255/4400/3686</w:t>
        <w:br/>
        <w:t>f 19260/4401/3687 19259/4402/3688 19258/4403/3685</w:t>
        <w:br/>
        <w:t>f 19257/4404/3685 19260/4401/3687 19258/4403/3685</w:t>
        <w:br/>
        <w:t>f 19259/4402/3688 19260/4401/3687 19262/4405/3689</w:t>
        <w:br/>
        <w:t>f 19261/4406/3689 19259/4402/3688 19262/4405/3689</w:t>
        <w:br/>
        <w:t>f 19253/4396/3683 19261/4406/3689 19262/4405/3689</w:t>
        <w:br/>
        <w:t>f 19252/4397/3683 19253/4396/3683 19262/4405/3689</w:t>
        <w:br/>
        <w:t>f 19265/4407/3690 19244/4387/3691 19264/4408/3692</w:t>
        <w:br/>
        <w:t>f 19263/4409/3693 19265/4407/3690 19264/4408/3692</w:t>
        <w:br/>
        <w:t>f 19244/4387/3691 19265/4407/3690 19248/4389/3679</w:t>
        <w:br/>
        <w:t>f 19245/4392/3679 19244/4387/3691 19248/4389/3679</w:t>
        <w:br/>
        <w:t>f 19228/4371/3663 19251/4398/3694 19263/4409/3695</w:t>
        <w:br/>
        <w:t>f 19243/4388/3678 19228/4371/3663 19263/4409/3695</w:t>
        <w:br/>
        <w:t>f 19230/4375/3667 19266/4410/3696 19238/4382/3672</w:t>
        <w:br/>
        <w:t>f 19225/4369/3661 19230/4375/3667 19238/4382/3672</w:t>
        <w:br/>
        <w:t>f 19232/4378/3669 19268/4411/3697 19267/4412/3698</w:t>
        <w:br/>
        <w:t>f 19235/4379/3667 19232/4378/3669 19267/4412/3698</w:t>
        <w:br/>
        <w:t>f 19236/4381/3671 19269/4413/3699 19268/4411/3697</w:t>
        <w:br/>
        <w:t>f 19232/4378/3669 19236/4381/3671 19268/4411/3697</w:t>
        <w:br/>
        <w:t>f 19269/4413/3699 19236/4381/3671 19227/4372/3664</w:t>
        <w:br/>
        <w:t>f 19270/4414/3700 19269/4413/3699 19227/4372/3664</w:t>
        <w:br/>
        <w:t>f 19218/4362/3654 19219/4361/3653 19270/4414/3700</w:t>
        <w:br/>
        <w:t>f 19227/4372/3664 19218/4362/3654 19270/4414/3700</w:t>
        <w:br/>
        <w:t>f 19273/4415/3701 19272/4416/3702 19271/4417/3703</w:t>
        <w:br/>
        <w:t>f 19271/4417/3703 19272/4416/3702 19274/4418/3704</w:t>
        <w:br/>
        <w:t>f 19271/4417/3703 19275/4419/3705 19273/4415/3701</w:t>
        <w:br/>
        <w:t>f 19277/4420/3706 19276/4421/3707 19271/4417/3703</w:t>
        <w:br/>
        <w:t>f 19276/4421/3707 19278/4422/3708 19271/4417/3703</w:t>
        <w:br/>
        <w:t>f 19279/4423/3709 19271/4417/3703 19278/4422/3708</w:t>
        <w:br/>
        <w:t>f 19280/4424/3710 18787/3931/3270 18325/3467/2858</w:t>
        <w:br/>
        <w:t>f 18638/3781/3135 18465/3610/2994 18344/3488/2878</w:t>
        <w:br/>
        <w:t>f 19011/4155/3482 18249/3395/2786 18260/3406/2797</w:t>
        <w:br/>
        <w:t>f 18251/3393/2784 19009/4154/3481 18250/3394/2785</w:t>
        <w:br/>
        <w:t>f 18329/3474/2865 19010/4153/3480 19281/4425/3711</w:t>
        <w:br/>
        <w:t>f 18196/3338/2733 18208/3351/2746 18195/3339/2734</w:t>
        <w:br/>
        <w:t>f 18196/3338/2733 19281/4425/3711 18207/3352/2747</w:t>
        <w:br/>
        <w:t>f 19284/4426/3712 19283/4427/3713 19282/4428/3714</w:t>
        <w:br/>
        <w:t>f 19287/4429/3715 19286/4430/3716 19285/4431/3717</w:t>
        <w:br/>
        <w:t>f 19289/4432/3718 19288/4433/3719 19282/4428/3714</w:t>
        <w:br/>
        <w:t>f 19292/4434/3720 19291/4435/3721 19290/4436/3722</w:t>
        <w:br/>
        <w:t>f 19296/4437/3723 19295/4438/3724 19294/4439/3725</w:t>
        <w:br/>
        <w:t>f 19293/4440/3726 19296/4437/3723 19294/4439/3725</w:t>
        <w:br/>
        <w:t>f 19298/4441/3727 19294/4439/3725 19297/4442/3728</w:t>
        <w:br/>
        <w:t>f 19301/4443/3729 19300/4444/3730 19299/4445/3731</w:t>
        <w:br/>
        <w:t>f 19285/4431/3717 19301/4443/3729 19299/4445/3731</w:t>
        <w:br/>
        <w:t>f 19304/4446/3732 19303/4447/3733 19302/4448/3734</w:t>
        <w:br/>
        <w:t>f 19301/4443/3729 19304/4446/3732 19302/4448/3734</w:t>
        <w:br/>
        <w:t>f 19289/4432/3718 19307/4449/3735 19306/4450/3736</w:t>
        <w:br/>
        <w:t>f 19305/4451/3737 19289/4432/3718 19306/4450/3736</w:t>
        <w:br/>
        <w:t>f 19309/4452/3738 19308/4453/3739 19303/4447/3733</w:t>
        <w:br/>
        <w:t>f 19312/4454/3740 19311/4455/3741 19310/4456/3742</w:t>
        <w:br/>
        <w:t>f 19315/4457/3743 19314/4458/3744 19313/4459/3745</w:t>
        <w:br/>
        <w:t>f 19316/4460/3746 19315/4457/3743 19313/4459/3745</w:t>
        <w:br/>
        <w:t>f 19293/4440/3726 19318/4461/3747 19317/4462/3748</w:t>
        <w:br/>
        <w:t>f 19320/4463/3749 19289/4432/3718 19319/4464/3750</w:t>
        <w:br/>
        <w:t>f 19322/4465/3751 19314/4458/3744 19321/4466/3752</w:t>
        <w:br/>
        <w:t>f 19299/4445/3731 19324/4467/3753 19323/4468/3754</w:t>
        <w:br/>
        <w:t>f 19327/4469/3755 19326/4470/3756 19325/4471/3757</w:t>
        <w:br/>
        <w:t>f 19288/4433/3719 19289/4432/3718 19320/4463/3749</w:t>
        <w:br/>
        <w:t>f 19307/4449/3735 19328/4472/3758 19310/4456/3742</w:t>
        <w:br/>
        <w:t>f 19314/4458/3744 19307/4449/3735 19310/4456/3742</w:t>
        <w:br/>
        <w:t>f 19310/4456/3742 19311/4455/3741 19321/4466/3752</w:t>
        <w:br/>
        <w:t>f 19314/4458/3744 19310/4456/3742 19321/4466/3752</w:t>
        <w:br/>
        <w:t>f 19314/4458/3744 19322/4465/3751 19313/4459/3745</w:t>
        <w:br/>
        <w:t>f 19283/4427/3713 19324/4467/3753 19299/4445/3731</w:t>
        <w:br/>
        <w:t>f 19282/4428/3714 19299/4445/3731 19300/4444/3730</w:t>
        <w:br/>
        <w:t>f 19328/4472/3758 19282/4428/3714 19300/4444/3730</w:t>
        <w:br/>
        <w:t>f 19299/4445/3731 19323/4468/3754 19285/4431/3717</w:t>
        <w:br/>
        <w:t>f 19312/4454/3740 19308/4453/3739 19329/4473/3759</w:t>
        <w:br/>
        <w:t>f 19286/4430/3716 19326/4470/3756 19327/4469/3755</w:t>
        <w:br/>
        <w:t>f 19304/4446/3732 19296/4437/3723 19293/4440/3726</w:t>
        <w:br/>
        <w:t>f 19303/4447/3733 19304/4446/3732 19293/4440/3726</w:t>
        <w:br/>
        <w:t>f 19293/4440/3726 19317/4462/3748 19303/4447/3733</w:t>
        <w:br/>
        <w:t>f 19332/4474/3760 19331/4475/3761 19330/4476/3762</w:t>
        <w:br/>
        <w:t>f 19294/4439/3725 19298/4441/3727 19318/4461/3747</w:t>
        <w:br/>
        <w:t>f 19291/4435/3721 19330/4476/3762 19331/4475/3761</w:t>
        <w:br/>
        <w:t>f 19330/4476/3762 19292/4434/3720 19333/4477/3763</w:t>
        <w:br/>
        <w:t>f 19295/4438/3724 19330/4476/3762 19333/4477/3763</w:t>
        <w:br/>
        <w:t>f 19335/4478/3764 19297/4442/3728 19334/4479/3765</w:t>
        <w:br/>
        <w:t>f 19339/4480/3766 19338/4481/3767 19337/4482/3768</w:t>
        <w:br/>
        <w:t>f 19336/4483/3768 19339/4480/3766 19337/4482/3768</w:t>
        <w:br/>
        <w:t>f 19342/4484/3769 19286/4430/3716 19341/4485/3770</w:t>
        <w:br/>
        <w:t>f 19340/4486/3770 19342/4484/3769 19341/4485/3770</w:t>
        <w:br/>
        <w:t>f 19332/4474/3771 19345/4487/3772 19344/4488/3772</w:t>
        <w:br/>
        <w:t>f 19343/4489/3773 19332/4474/3771 19344/4488/3772</w:t>
        <w:br/>
        <w:t>f 19348/4490/3774 18637/3782/3136 19347/4491/3775</w:t>
        <w:br/>
        <w:t>f 19346/4492/3774 19348/4490/3774 19347/4491/3775</w:t>
        <w:br/>
        <w:t>f 19351/4493/3776 19350/4494/3777 19349/4495/3778</w:t>
        <w:br/>
        <w:t>f 19352/4496/3779 19351/4493/3776 19349/4495/3778</w:t>
        <w:br/>
        <w:t>f 19355/4497/3780 19315/4457/3743 19354/4498/3781</w:t>
        <w:br/>
        <w:t>f 19353/4499/3780 19355/4497/3780 19354/4498/3781</w:t>
        <w:br/>
        <w:t>f 19309/4452/3738 19357/4500/3782 19356/4501/3783</w:t>
        <w:br/>
        <w:t>f 19308/4453/3739 19309/4452/3738 19356/4501/3783</w:t>
        <w:br/>
        <w:t>f 19359/4502/3784 19329/4473/3759 19358/4503/3785</w:t>
        <w:br/>
        <w:t>f 19360/4504/3786 19359/4502/3784 19358/4503/3785</w:t>
        <w:br/>
        <w:t>f 19361/4505/3787 19347/4491/3775 18637/3782/3136</w:t>
        <w:br/>
        <w:t>f 18642/3787/3140 19361/4505/3787 18637/3782/3136</w:t>
        <w:br/>
        <w:t>f 19316/4460/3746 19362/4506/3788 19354/4498/3781</w:t>
        <w:br/>
        <w:t>f 19315/4457/3743 19316/4460/3746 19354/4498/3781</w:t>
        <w:br/>
        <w:t>f 19366/4507/3789 19365/4508/3789 19364/4509/3790</w:t>
        <w:br/>
        <w:t>f 19363/4510/3791 19366/4507/3789 19364/4509/3790</w:t>
        <w:br/>
        <w:t>f 19370/4511/3792 19369/4512/3793 19368/4513/3794</w:t>
        <w:br/>
        <w:t>f 19367/4514/3792 19370/4511/3792 19368/4513/3794</w:t>
        <w:br/>
        <w:t>f 19320/4463/3749 19364/4509/3795 19371/4515/3796</w:t>
        <w:br/>
        <w:t>f 19288/4433/3719 19320/4463/3749 19371/4515/3796</w:t>
        <w:br/>
        <w:t>f 19360/4504/3786 19370/4511/3792 19367/4514/3792</w:t>
        <w:br/>
        <w:t>f 19359/4502/3784 19360/4504/3786 19367/4514/3792</w:t>
        <w:br/>
        <w:t>f 19369/4512/3793 19373/4516/3797 19372/4517/3797</w:t>
        <w:br/>
        <w:t>f 19368/4513/3794 19369/4512/3793 19372/4517/3797</w:t>
        <w:br/>
        <w:t>f 19308/4453/3739 19356/4501/3783 19358/4503/3785</w:t>
        <w:br/>
        <w:t>f 19329/4473/3759 19308/4453/3739 19358/4503/3785</w:t>
        <w:br/>
        <w:t>f 19357/4500/3782 19309/4452/3738 19375/4518/3798</w:t>
        <w:br/>
        <w:t>f 19374/4519/3798 19357/4500/3782 19375/4518/3798</w:t>
        <w:br/>
        <w:t>f 19377/4520/3799 19376/4521/3799 19352/4496/3779</w:t>
        <w:br/>
        <w:t>f 19349/4495/3778 19377/4520/3799 19352/4496/3779</w:t>
        <w:br/>
        <w:t>f 19381/4522/3800 19380/4523/3801 19379/4524/3802</w:t>
        <w:br/>
        <w:t>f 19378/4525/3800 19381/4522/3800 19379/4524/3802</w:t>
        <w:br/>
        <w:t>f 19383/4526/3803 19382/4527/3804 19350/4494/3777</w:t>
        <w:br/>
        <w:t>f 19351/4493/3776 19383/4526/3803 19350/4494/3777</w:t>
        <w:br/>
        <w:t>f 19371/4515/3796 19336/4483/3768 19337/4482/3768</w:t>
        <w:br/>
        <w:t>f 19288/4433/3719 19371/4515/3796 19337/4482/3768</w:t>
        <w:br/>
        <w:t>f 19385/4528/3805 19379/4524/3802 19380/4523/3801</w:t>
        <w:br/>
        <w:t>f 19384/4529/3805 19385/4528/3805 19380/4523/3801</w:t>
        <w:br/>
        <w:t>f 19388/4530/3806 19387/4531/3806 19324/4467/3753</w:t>
        <w:br/>
        <w:t>f 19386/4532/3807 19388/4530/3806 19324/4467/3753</w:t>
        <w:br/>
        <w:t>f 19390/4533/3808 19389/4534/3809 19325/4471/3757</w:t>
        <w:br/>
        <w:t>f 19326/4470/3756 19390/4533/3808 19325/4471/3757</w:t>
        <w:br/>
        <w:t>f 19391/4535/3810 19305/4451/3737 18341/3486/2876</w:t>
        <w:br/>
        <w:t>f 18342/3485/2875 19391/4535/3810 18341/3486/2876</w:t>
        <w:br/>
        <w:t>f 19283/4427/3713 19339/4480/3766 19386/4532/3807</w:t>
        <w:br/>
        <w:t>f 19324/4467/3753 19283/4427/3713 19386/4532/3807</w:t>
        <w:br/>
        <w:t>f 19341/4485/3770 19387/4531/3806 19388/4530/3806</w:t>
        <w:br/>
        <w:t>f 19340/4486/3770 19341/4485/3770 19388/4530/3806</w:t>
        <w:br/>
        <w:t>f 19390/4533/3808 19326/4470/3756 19286/4430/3716</w:t>
        <w:br/>
        <w:t>f 19342/4484/3769 19390/4533/3808 19286/4430/3716</w:t>
        <w:br/>
        <w:t>f 19345/4487/3772 19325/4471/3757 19389/4534/3809</w:t>
        <w:br/>
        <w:t>f 19344/4488/3772 19345/4487/3772 19389/4534/3809</w:t>
        <w:br/>
        <w:t>f 19378/4525/3800 19332/4474/3771 19343/4489/3773</w:t>
        <w:br/>
        <w:t>f 19381/4522/3800 19378/4525/3800 19343/4489/3773</w:t>
        <w:br/>
        <w:t>f 19392/4536/3811 18342/3485/3812 19365/4508/3789</w:t>
        <w:br/>
        <w:t>f 19366/4507/3789 19392/4536/3811 19365/4508/3789</w:t>
        <w:br/>
        <w:t>f 19316/4460/3746 19372/4517/3797 19373/4516/3797</w:t>
        <w:br/>
        <w:t>f 19362/4506/3788 19316/4460/3746 19373/4516/3797</w:t>
        <w:br/>
        <w:t>f 19376/4521/3799 19377/4520/3799 19374/4519/3798</w:t>
        <w:br/>
        <w:t>f 19375/4518/3798 19376/4521/3799 19374/4519/3798</w:t>
        <w:br/>
        <w:t>f 19394/4537/3813 19393/4538/3814 19382/4527/3804</w:t>
        <w:br/>
        <w:t>f 19383/4526/3803 19394/4537/3813 19382/4527/3804</w:t>
        <w:br/>
        <w:t>f 19296/4437/3723 19395/4539/3815 19330/4476/3762</w:t>
        <w:br/>
        <w:t>f 19295/4438/3724 19296/4437/3723 19330/4476/3762</w:t>
        <w:br/>
        <w:t>f 19302/4448/3734 19312/4454/3740 19300/4444/3730</w:t>
        <w:br/>
        <w:t>f 19301/4443/3729 19302/4448/3734 19300/4444/3730</w:t>
        <w:br/>
        <w:t>f 19327/4469/3755 19304/4446/3732 19301/4443/3729</w:t>
        <w:br/>
        <w:t>f 19285/4431/3717 19327/4469/3755 19301/4443/3729</w:t>
        <w:br/>
        <w:t>f 19315/4457/3743 19306/4450/3736 19307/4449/3735</w:t>
        <w:br/>
        <w:t>f 19314/4458/3744 19315/4457/3743 19307/4449/3735</w:t>
        <w:br/>
        <w:t>f 19307/4449/3735 19289/4432/3718 19282/4428/3714</w:t>
        <w:br/>
        <w:t>f 19328/4472/3758 19307/4449/3735 19282/4428/3714</w:t>
        <w:br/>
        <w:t>f 19328/4472/3758 19300/4444/3730 19312/4454/3740</w:t>
        <w:br/>
        <w:t>f 19310/4456/3742 19328/4472/3758 19312/4454/3740</w:t>
        <w:br/>
        <w:t>f 19296/4437/3723 19304/4446/3732 19327/4469/3755</w:t>
        <w:br/>
        <w:t>f 19395/4539/3815 19296/4437/3723 19327/4469/3755</w:t>
        <w:br/>
        <w:t>f 19334/4479/3765 19294/4439/3725 19295/4438/3724</w:t>
        <w:br/>
        <w:t>f 19333/4477/3763 19334/4479/3765 19295/4438/3724</w:t>
        <w:br/>
        <w:t>f 19353/4499/3780 18341/3486/2876 19305/4451/3737</w:t>
        <w:br/>
        <w:t>f 19355/4497/3780 19353/4499/3780 19305/4451/3737</w:t>
        <w:br/>
        <w:t>f 19361/4505/3787 18642/3787/3140 19393/4538/3814</w:t>
        <w:br/>
        <w:t>f 19394/4537/3813 19361/4505/3787 19393/4538/3814</w:t>
        <w:br/>
        <w:t>f 19330/4476/3762 19395/4539/3815 19332/4474/3760</w:t>
        <w:br/>
        <w:t>f 19289/4432/3718 19305/4451/3737 19319/4464/3750</w:t>
        <w:br/>
        <w:t>f 19395/4539/3815 19325/4471/3757 19396/4540/3816</w:t>
        <w:br/>
        <w:t>f 18738/3881/3229 18741/3885/3233 18739/3883/3231</w:t>
        <w:br/>
        <w:t>f 19398/4541/3817 19397/4542/3818 18741/3885/3233</w:t>
        <w:br/>
        <w:t>f 18787/3931/3270 19280/4424/3710 18741/3885/3233</w:t>
        <w:br/>
        <w:t>f 18787/3931/3270 18324/3468/2859 18325/3467/2858</w:t>
        <w:br/>
        <w:t>f 19283/4427/3713 19299/4445/3731 19282/4428/3714</w:t>
        <w:br/>
        <w:t>f 19288/4433/3719 19284/4426/3712 19282/4428/3714</w:t>
        <w:br/>
        <w:t>f 19305/4451/3737 19399/4543/3819 19319/4464/3750</w:t>
        <w:br/>
        <w:t>f 19286/4430/3716 19327/4469/3755 19285/4431/3717</w:t>
        <w:br/>
        <w:t>f 19323/4468/3754 19287/4429/3715 19285/4431/3717</w:t>
        <w:br/>
        <w:t>f 19395/4539/3815 19396/4540/3816 19332/4474/3760</w:t>
        <w:br/>
        <w:t>f 19395/4539/3815 19327/4469/3755 19325/4471/3757</w:t>
        <w:br/>
        <w:t>f 18773/3919/3259 18774/3918/3192 18709/3853/3195</w:t>
        <w:br/>
        <w:t>f 18710/3852/3203 18773/3919/3259 18709/3853/3195</w:t>
        <w:br/>
        <w:t>f 19401/4544/3820 19400/4545/3821 19271/4417/3703</w:t>
        <w:br/>
        <w:t>f 19400/4545/3821 19275/4419/3705 19271/4417/3703</w:t>
        <w:br/>
        <w:t>f 19279/4423/3709 19401/4544/3820 19271/4417/3703</w:t>
        <w:br/>
        <w:t>f 19019/4161/3487 19045/4189/3514 19018/4162/3488</w:t>
        <w:br/>
        <w:t>f 19274/4418/3704 19277/4420/3706 19271/4417/3703</w:t>
        <w:br/>
        <w:t>f 18777/3921/3261 18640/3784/3003 18641/3783/3137</w:t>
        <w:br/>
        <w:t>f 18642/3787/3140 18643/3786/3139 18640/3784/3003</w:t>
        <w:br/>
        <w:t>f 19393/4538/3814 18642/3787/3140 18640/3784/3003</w:t>
        <w:br/>
        <w:t>f 18321/3466/2857 18678/3821/3172 18683/3827/3178</w:t>
        <w:br/>
        <w:t>f 18442/3585/2970 18322/3465/2856 18321/3466/2857</w:t>
        <w:br/>
        <w:t>f 18650/3792/3144 18655/3800/3152 18656/3799/3151</w:t>
        <w:br/>
        <w:t>f 18650/3792/3144 18656/3799/3151 18649/3793/3145</w:t>
        <w:br/>
        <w:t>f 18635/3779/3133 18837/3981/3311 19014/4158/2953</w:t>
        <w:br/>
        <w:t>f 18635/3779/3133 19014/4158/2953 18429/3571/2957</w:t>
        <w:br/>
        <w:t>f 18631/3773/3129 18862/4008/3335 18801/3945/3281</w:t>
        <w:br/>
        <w:t>f 18631/3773/3129 18801/3945/3281 18630/3774/2945</w:t>
        <w:br/>
        <w:t>f 18628/3772/3128 18823/3966/3298 19402/4546/3280</w:t>
        <w:br/>
        <w:t>f 18628/3772/3128 19402/4546/3280 18411/3557/2943</w:t>
        <w:br/>
        <w:t>f 18461/3603/2987 18873/4016/3344 18799/3943/3279</w:t>
        <w:br/>
        <w:t>f 18461/3603/2987 18799/3943/3279 18460/3604/2988</w:t>
        <w:br/>
        <w:t>f 18624/3766/3124 18816/3960/2918 19013/4157/2917</w:t>
        <w:br/>
        <w:t>f 18624/3766/3124 19013/4157/2917 18623/3767/3125</w:t>
        <w:br/>
        <w:t>f 18334/3479/2870 18338/3483/2873 18339/3482/2872</w:t>
        <w:br/>
        <w:t>f 18334/3479/2870 18335/3478/2869 18338/3483/2873</w:t>
        <w:br/>
        <w:t>f 18885/4031/3822 18452/3596/2980 18453/3595/2979</w:t>
        <w:br/>
        <w:t>f 18796/3940/3277 19403/4547/3823 19012/4156/3484</w:t>
        <w:br/>
        <w:t>f 18513/3657/3037 18745/3890/2966 18614/3758/3042</w:t>
        <w:br/>
        <w:t>f 18372/3514/2901 18449/3592/2976 18371/3515/2902</w:t>
        <w:br/>
        <w:t>f 18777/3921/3261 19393/4538/3814 18640/3784/3003</w:t>
        <w:br/>
        <w:t>f 18741/3885/3233 19397/4542/3818 18739/3883/3231</w:t>
        <w:br/>
        <w:t>f 18733/3877/3225 18737/3882/3230 18732/3878/3226</w:t>
        <w:br/>
        <w:t>f 18733/3877/3225 18734/3876/3224 19404/4548/3824</w:t>
        <w:br/>
        <w:t>f 18733/3877/3225 19404/4548/3824 19405/4549/3825</w:t>
        <w:br/>
        <w:t>f 19405/4549/3825 18735/3880/3228 18733/3877/3225</w:t>
        <w:br/>
        <w:t>f 18636/3780/3134 18846/3990/2804 19016/4160/3486</w:t>
        <w:br/>
        <w:t>f 18636/3780/3134 19016/4160/3486 18273/3414/2805</w:t>
        <w:br/>
        <w:t>f 18472/3616/3000 18323/3469/2860 18675/3820/3171</w:t>
        <w:br/>
        <w:t>f 18219/3363/2758 18446/3589/2973 18218/3364/2759</w:t>
        <w:br/>
        <w:t>f 18199/3341/2736 18446/3589/2973 18219/3363/2758</w:t>
        <w:br/>
        <w:t>f 18199/3341/2736 18197/3343/2738 18201/3345/2740</w:t>
        <w:br/>
        <w:t>f 18201/3345/2740 18240/3381/2774 18332/3475/2866</w:t>
        <w:br/>
        <w:t>f 18332/3475/2866 18497/3641/3023 18331/3476/2867</w:t>
        <w:br/>
        <w:t>f 18331/3476/2867 18498/3644/3026 18468/3611/2995</w:t>
        <w:br/>
        <w:t>f 18443/3588/2972 18342/3485/2875 18339/3482/2872</w:t>
        <w:br/>
        <w:t>f 18444/3587/2971 19406/4550/3826 18443/3588/2972</w:t>
        <w:br/>
        <w:t>f 18445/3590/2974 19406/4550/3826 18444/3587/2971</w:t>
        <w:br/>
        <w:t>f 18196/3338/2733 18329/3474/2865 19281/4425/3711</w:t>
        <w:br/>
        <w:t>f 18895/4039/3367 18927/4071/3827 18674/3817/3168</w:t>
        <w:br/>
        <w:t>f 18914/4058/3386 19407/4551/3828 18901/4045/3375</w:t>
        <w:br/>
        <w:t>f 18706/3850/3201 18708/3854/3204 18705/3851/3202</w:t>
        <w:br/>
        <w:t>f 18574/3718/3092 18575/3717/3091 19408/4552/3103</w:t>
        <w:br/>
        <w:t>f 18577/3721/3095 18579/3725/3099 18576/3722/3096</w:t>
        <w:br/>
        <w:t>f 18568/3712/3086 18569/3711/3085 18571/3716/3090</w:t>
        <w:br/>
        <w:t>f 18589/3733/3106 18591/3735/3108 18588/3734/3107</w:t>
        <w:br/>
        <w:t>f 19037/4179/3505 19047/4191/3516 19043/4188/3513</w:t>
        <w:br/>
        <w:t>f 18725/3867/3196 18747/3891/3199 18724/3868/3216</w:t>
        <w:br/>
        <w:t>f 19410/4553/3829 19409/4554/3830 18806/3952/3285</w:t>
        <w:br/>
        <w:t>f 18807/3951/3284 19410/4553/3829 18806/3952/3285</w:t>
        <w:br/>
        <w:t>f 19411/4555/3831 18481/3625/3008 18307/3450/2841</w:t>
        <w:br/>
        <w:t>f 19411/4555/3831 18307/3450/2841 19412/4556/3832</w:t>
        <w:br/>
        <w:t>f 19411/4555/3831 18504/3648/3022 18481/3625/3008</w:t>
        <w:br/>
        <w:t>f 18344/3488/2878 18467/3612/2996 18343/3489/2879</w:t>
        <w:br/>
        <w:t>f 18345/3487/2877 18638/3781/3135 18344/3488/2878</w:t>
        <w:br/>
        <w:t>f 18212/3353/2748 18350/3495/2883 18433/3577/2963</w:t>
        <w:br/>
        <w:t>f 18211/3354/2749 18212/3353/2748 18433/3577/2963</w:t>
        <w:br/>
        <w:t>f 19411/4555/3831 19413/4557/3833 18504/3648/3022</w:t>
        <w:br/>
        <w:t>f 18262/3404/2795 18447/3591/2975 18332/3475/2866</w:t>
        <w:br/>
        <w:t>f 18464/3608/2992 18201/3345/2740 18332/3475/2866</w:t>
        <w:br/>
        <w:t>f 18262/3404/2795 18331/3476/2867 18468/3611/2995</w:t>
        <w:br/>
        <w:t>f 18199/3341/2736 18201/3345/2740 18464/3608/2992</w:t>
        <w:br/>
        <w:t>f 18446/3589/2973 18444/3587/2971 18218/3364/2759</w:t>
        <w:br/>
        <w:t>f 18199/3341/2736 18330/3473/2864 18446/3589/2973</w:t>
        <w:br/>
        <w:t>f 19291/4435/3721 19292/4434/3720 19330/4476/3762</w:t>
        <w:br/>
        <w:t>f 19294/4439/3725 19334/4479/3765 19297/4442/3728</w:t>
        <w:br/>
        <w:t>f 19293/4440/3726 19294/4439/3725 19318/4461/3747</w:t>
        <w:br/>
        <w:t>f 18301/3443/2834 18341/3486/2876 18300/3444/2835</w:t>
        <w:br/>
        <w:t>f 19400/4545/3821 19414/4558/3834 19275/4419/3705</w:t>
        <w:br/>
        <w:t>f 19209/4352/3645 19193/4335/3631 19194/4338/3634</w:t>
        <w:br/>
        <w:t>f 19162/4306/3608 19164/4310/3612 19169/4314/3616</w:t>
        <w:br/>
        <w:t>f 19178/4322/3619 19183/4330/3627 19177/4323/3620</w:t>
        <w:br/>
        <w:t>f 19168/4312/3614 19415/4559/3835 19167/4311/3613</w:t>
        <w:br/>
        <w:t>f 19163/4305/3607 19164/4310/3612 19162/4306/3608</w:t>
        <w:br/>
        <w:t>f 19184/4329/3626 19416/4560/3836 19177/4323/3620</w:t>
        <w:br/>
        <w:t>f 18987/4132/3652 19193/4335/3631 19209/4352/3645</w:t>
        <w:br/>
        <w:t>f 19133/4277/3588 19417/4561/3581 19130/4275/3586</w:t>
        <w:br/>
        <w:t>f 19122/4267/3578 19123/4266/3577 19130/4275/3586</w:t>
        <w:br/>
        <w:t>f 19093/4235/3555 19100/4243/3563 19092/4236/3556</w:t>
        <w:br/>
        <w:t>f 19092/4236/3556 19100/4243/3563 19101/4242/3562</w:t>
        <w:br/>
        <w:t>f 19057/4200/3525 19058/4199/3524 19088/4231/3552</w:t>
        <w:br/>
        <w:t>f 19059/4203/3528 19418/4562/3837 19054/4196/3521</w:t>
        <w:br/>
        <w:t>f 19026/4168/3494 19419/4563/3838 19025/4169/3495</w:t>
        <w:br/>
        <w:t>f 18466/3609/2993 18344/3488/2878 18465/3610/2994</w:t>
        <w:br/>
        <w:t>f 18199/3341/2736 18469/3613/2997 18198/3342/2737</w:t>
        <w:br/>
        <w:t>f 18199/3341/2736 18184/3327/2723 18185/3326/2722</w:t>
        <w:br/>
        <w:t>f 18620/3764/3122 18183/3328/2724 18184/3327/2723</w:t>
        <w:br/>
        <w:t>f 19420/4564/3839 18219/3363/2758 18220/3362/2757</w:t>
        <w:br/>
        <w:t>f 18497/3641/3023 18496/3640/3022 18633/3777/3131</w:t>
        <w:br/>
        <w:t>f 18634/3778/3132 18500/3642/3024 18498/3644/3026</w:t>
        <w:br/>
        <w:t>f 18293/3438/2829 18360/3505/2892 18450/3594/2978</w:t>
        <w:br/>
        <w:t>f 18225/3372/2765 18231/3376/2769 18332/3475/2866</w:t>
        <w:br/>
        <w:t>f 18246/3391/2782 18497/3641/3023 18332/3475/2866</w:t>
        <w:br/>
        <w:t>f 18263/3410/2801 18467/3612/2996 18468/3611/2995</w:t>
        <w:br/>
        <w:t>f 18256/3402/2793 18257/3401/2792 18468/3611/2995</w:t>
        <w:br/>
        <w:t>f 18733/3877/3225 18740/3884/3232 18738/3881/3229</w:t>
        <w:br/>
        <w:t>f 19181/4325/3622 19215/4357/3650 19180/4326/3623</w:t>
        <w:br/>
        <w:t>f 19212/4354/3647 19181/4325/3622 19182/4324/3621</w:t>
        <w:br/>
        <w:t>f 18292/3439/2830 18618/3763/2825 18617/3761/2837</w:t>
        <w:br/>
        <w:t>f 18299/3445/2836 18617/3761/2837 18616/3760/2840</w:t>
        <w:br/>
        <w:t>f 18301/3443/2834 18616/3760/2840 18335/3478/2869</w:t>
        <w:br/>
        <w:t>f 18320/3464/2855 18289/3433/2824 18282/3426/2817</w:t>
        <w:br/>
        <w:t>f 18303/3447/2838 18320/3464/2855 18297/3441/2832</w:t>
        <w:br/>
        <w:t>f 18318/3463/2854 18282/3426/2817 18280/3424/2815</w:t>
        <w:br/>
        <w:t>f 18319/3462/2853 18177/3321/2717 18333/3477/2868</w:t>
        <w:br/>
        <w:t>f 18177/3321/2717 18326/3471/2862 18309/3453/2844</w:t>
        <w:br/>
        <w:t>f 18308/3454/2845 18309/3453/2844 18326/3471/2862</w:t>
        <w:br/>
        <w:t>f 18310/3452/2843 18311/3456/2847 18309/3453/2844</w:t>
        <w:br/>
        <w:t>f 18315/3461/2852 18333/3477/2868 18309/3453/2844</w:t>
        <w:br/>
        <w:t>f 18318/3463/2854 18333/3477/2868 18439/3583/2968</w:t>
        <w:br/>
        <w:t>f 18440/3584/2969 18439/3583/2968 18333/3477/2868</w:t>
        <w:br/>
        <w:t>f 18310/3452/2843 18519/3663/3041 18312/3455/2846</w:t>
        <w:br/>
        <w:t>f 18744/3888/3046 18313/3458/2849 18312/3455/2846</w:t>
        <w:br/>
        <w:t>f 18277/3422/2813 18346/3491/2880 18275/3419/2810</w:t>
        <w:br/>
        <w:t>f 18440/3584/2969 18316/3460/2851 18277/3422/2813</w:t>
        <w:br/>
        <w:t>f 18316/3460/2851 18440/3584/2969 18315/3461/2852</w:t>
        <w:br/>
        <w:t>f 18349/3493/2881 18475/3618/3002 18348/3492/2877</w:t>
        <w:br/>
        <w:t>f 18275/3419/2810 18346/3491/2880 18274/3420/2811</w:t>
        <w:br/>
        <w:t>f 18479/3623/3007 18306/3451/2842 18307/3450/2841</w:t>
        <w:br/>
        <w:t>f 18276/3418/2809 18806/3952/3285 18307/3450/2841</w:t>
        <w:br/>
        <w:t>f 18188/3330/2726 18298/3440/2831 18328/3472/2863</w:t>
        <w:br/>
        <w:t>f 18479/3623/3007 18234/3378/2771 18328/3472/2863</w:t>
        <w:br/>
        <w:t>f 18188/3330/2726 18189/3333/2729 18216/3360/2755</w:t>
        <w:br/>
        <w:t>f 18216/3360/2755 18217/3359/2754 18209/3356/2751</w:t>
        <w:br/>
        <w:t>f 18316/3460/2851 18742/3887/3234 18349/3493/2881</w:t>
        <w:br/>
        <w:t>f 18654/3795/3147 18806/3952/3285 18276/3418/2809</w:t>
        <w:br/>
        <w:t>f 18327/3470/2861 18326/3471/2862 18746/3889/3235</w:t>
        <w:br/>
        <w:t>f 18178/3320/2716 18746/3889/3235 18326/3471/2862</w:t>
        <w:br/>
        <w:t>f 18177/3321/2717 18319/3462/2853 18176/3322/2718</w:t>
        <w:br/>
        <w:t>f 18609/3753/2888 18176/3322/2718 18319/3462/2853</w:t>
        <w:br/>
        <w:t>f 18281/3423/2814 18609/3753/2888 18280/3424/2815</w:t>
        <w:br/>
        <w:t>f 18615/3759/3120 18281/3423/2814 18279/3425/2816</w:t>
        <w:br/>
        <w:t>f 18283/3427/2818 18289/3433/2824 18290/3432/2823</w:t>
        <w:br/>
        <w:t>f 18625/3770/3127 18460/3604/2988 18799/3943/3279</w:t>
        <w:br/>
        <w:t>f 18411/3557/2943 19402/4546/3280 18760/3903/3247</w:t>
        <w:br/>
        <w:t>f 18345/3487/2877 18643/3786/3139 18637/3782/3136</w:t>
        <w:br/>
        <w:t>f 19312/4454/3740 19329/4473/3759 19311/4455/3741</w:t>
        <w:br/>
        <w:t>f 19312/4454/3740 19302/4448/3734 19308/4453/3739</w:t>
        <w:br/>
        <w:t>f 19308/4453/3739 19302/4448/3734 19303/4447/3733</w:t>
        <w:br/>
        <w:t>f 19317/4462/3748 19309/4452/3738 19303/4447/3733</w:t>
        <w:br/>
        <w:t>f 18730/3874/3222 18641/3783/3137 18525/3669/3047</w:t>
        <w:br/>
        <w:t>f 18171/3314/2710 18546/3690/3065 18545/3689/3064</w:t>
        <w:br/>
        <w:t>f 18681/3825/3176 18523/3666/3044 18528/3671/3048</w:t>
        <w:br/>
        <w:t>f 18545/3689/3064 18682/3826/3177 18551/3694/3069</w:t>
        <w:br/>
        <w:t>f 18566/3710/3084 18682/3826/3177 18545/3689/3064</w:t>
        <w:br/>
        <w:t>f 18607/3751/3115 18682/3826/3177 18606/3752/3116</w:t>
        <w:br/>
        <w:t>f 18682/3826/3177 18607/3751/3115 18596/3739/3093</w:t>
        <w:br/>
        <w:t>f 18583/3726/3100 19421/4565/3098 18582/3727/3101</w:t>
        <w:br/>
        <w:t>f 18846/3990/2804 18636/3780/3134 18845/3991/3319</w:t>
        <w:br/>
        <w:t>f 18268/3412/2803 19015/4159/3485 18267/3413/2804</w:t>
        <w:br/>
        <w:t>f 18628/3772/3128 18960/4104/3434 18822/3967/3299</w:t>
        <w:br/>
        <w:t>f 18819/3961/3293 19403/4547/2908 18818/3962/3294</w:t>
        <w:br/>
        <w:t>f 18678/3821/3172 18321/3466/2857 18473/3617/3001</w:t>
        <w:br/>
        <w:t>f 18523/3666/3044 18681/3825/3176 18536/3680/3056</w:t>
        <w:br/>
        <w:t>f 18543/3686/3061 18562/3706/3056 18542/3687/3062</w:t>
        <w:br/>
        <w:t>f 18614/3758/3042 18543/3686/3061 18514/3658/3038</w:t>
        <w:br/>
        <w:t>f 18513/3657/3037 18327/3470/2861 18745/3890/2966</w:t>
        <w:br/>
        <w:t>f 18522/3667/3045 18520/3664/3042 18521/3665/3043</w:t>
        <w:br/>
        <w:t>f 18541/3684/3059 18644/3788/3141 18540/3685/3060</w:t>
        <w:br/>
        <w:t>f 18507/3652/3032 18540/3685/3060 18180/3325/2721</w:t>
        <w:br/>
        <w:t>f 18526/3668/3046 18508/3651/3031 18180/3325/2721</w:t>
        <w:br/>
        <w:t>f 18517/3659/3031 18744/3888/3046 18519/3663/3041</w:t>
        <w:br/>
        <w:t>f 18641/3783/3137 18730/3874/3222 18731/3873/3221</w:t>
        <w:br/>
        <w:t>f 19405/4549/3825 18729/3875/3223 18735/3880/3228</w:t>
        <w:br/>
        <w:t>f 18740/3884/3232 18733/3877/3225 18735/3880/3228</w:t>
        <w:br/>
        <w:t>f 18736/3879/3227 18740/3884/3232 18735/3880/3228</w:t>
        <w:br/>
        <w:t>f 18729/3875/3223 18730/3874/3222 18735/3880/3228</w:t>
        <w:br/>
        <w:t>f 19010/4153/3480 18329/3474/2865 18250/3394/2785</w:t>
        <w:br/>
        <w:t>f 18446/3589/2973 18194/3340/2735 18445/3590/2974</w:t>
        <w:br/>
        <w:t>f 18179/3323/2719 18679/3823/3174 18787/3931/3270</w:t>
        <w:br/>
        <w:t>f 19280/4424/3710 19398/4541/3817 18741/3885/3233</w:t>
        <w:br/>
        <w:t>f 18250/3394/2785 18260/3406/2797 18249/3395/2786</w:t>
        <w:br/>
        <w:t>f 18261/3405/2796 18476/3620/3004 19011/4155/3482</w:t>
        <w:br/>
        <w:t>f 18262/3404/2795 18466/3609/2993 18261/3405/2796</w:t>
        <w:br/>
        <w:t>f 18447/3591/2975 18262/3404/2795 18260/3406/2797</w:t>
        <w:br/>
        <w:t>f 18329/3474/2865 18464/3608/2992 18447/3591/2975</w:t>
        <w:br/>
        <w:t>f 18330/3473/2864 18464/3608/2992 18329/3474/2865</w:t>
        <w:br/>
        <w:t>f 18194/3340/2735 18446/3589/2973 18330/3473/2864</w:t>
        <w:br/>
        <w:t>f 19424/4566/3840 19423/4567/3841 19422/4568/3842</w:t>
        <w:br/>
        <w:t>f 19425/4569/3843 19424/4566/3840 19422/4568/3842</w:t>
        <w:br/>
        <w:t>f 19423/4567/3841 19427/4570/3844 19426/4571/3845</w:t>
        <w:br/>
        <w:t>f 19422/4568/3842 19423/4567/3841 19426/4571/3845</w:t>
        <w:br/>
        <w:t>f 19429/4572/3846 19428/4573/3847 19423/4567/3841</w:t>
        <w:br/>
        <w:t>f 19424/4566/3840 19429/4572/3846 19423/4567/3841</w:t>
        <w:br/>
        <w:t>f 19431/4574/3848 19430/4575/3849 19429/4572/3846</w:t>
        <w:br/>
        <w:t>f 19424/4566/3840 19431/4574/3848 19429/4572/3846</w:t>
        <w:br/>
        <w:t>f 19434/4576/3850 19433/4577/3851 19432/4578/3852</w:t>
        <w:br/>
        <w:t>f 19428/4573/3847 19435/4579/3853 19427/4570/3844</w:t>
        <w:br/>
        <w:t>f 19423/4567/3841 19428/4573/3847 19427/4570/3844</w:t>
        <w:br/>
        <w:t>f 19430/4575/3849 19431/4574/3848 19437/4580/3854</w:t>
        <w:br/>
        <w:t>f 19436/4581/3855 19430/4575/3849 19437/4580/3854</w:t>
        <w:br/>
        <w:t>f 19441/4582/3856 19440/4583/3857 19439/4584/3858</w:t>
        <w:br/>
        <w:t>f 19438/4585/3859 19441/4582/3856 19439/4584/3858</w:t>
        <w:br/>
        <w:t>f 19444/4586/3860 19443/4587/3861 19442/4588/3862</w:t>
        <w:br/>
        <w:t>f 19445/4589/3863 19444/4586/3860 19442/4588/3862</w:t>
        <w:br/>
        <w:t>f 19449/4590/3864 19448/4591/3865 19447/4592/3866</w:t>
        <w:br/>
        <w:t>f 19446/4593/3867 19449/4590/3864 19447/4592/3866</w:t>
        <w:br/>
        <w:t>f 19452/4594/3868 19451/4595/3869 19450/4596/3870</w:t>
        <w:br/>
        <w:t>f 19455/4597/3871 19454/4598/3872 19453/4599/3873</w:t>
        <w:br/>
        <w:t>f 19454/4598/3872 19458/4600/3874 19457/4601/3875</w:t>
        <w:br/>
        <w:t>f 19456/4602/3876 19454/4598/3872 19457/4601/3875</w:t>
        <w:br/>
        <w:t>f 19461/4603/3877 19460/4604/3878 19459/4605/3879</w:t>
        <w:br/>
        <w:t>f 19462/4606/3880 19461/4603/3877 19459/4605/3879</w:t>
        <w:br/>
        <w:t>f 19464/4607/3881 19463/4608/3882 19452/4594/3868</w:t>
        <w:br/>
        <w:t>f 19468/4609/3883 19467/4610/3884 19466/4611/3885</w:t>
        <w:br/>
        <w:t>f 19465/4612/3886 19468/4609/3883 19466/4611/3885</w:t>
        <w:br/>
        <w:t>f 19470/4613/3887 19469/4614/3888 19467/4610/3884</w:t>
        <w:br/>
        <w:t>f 19468/4609/3883 19470/4613/3887 19467/4610/3884</w:t>
        <w:br/>
        <w:t>f 19473/4615/3889 19472/4616/3890 19471/4617/3891</w:t>
        <w:br/>
        <w:t>f 19476/4618/3892 19475/4619/3893 19474/4620/3894</w:t>
        <w:br/>
        <w:t>f 19480/4621/3895 19479/4622/3896 19478/4623/3897</w:t>
        <w:br/>
        <w:t>f 19477/4624/3898 19480/4621/3895 19478/4623/3897</w:t>
        <w:br/>
        <w:t>f 19484/4625/3897 19483/4626/3899 19482/4627/3900</w:t>
        <w:br/>
        <w:t>f 19481/4628/3898 19484/4625/3897 19482/4627/3900</w:t>
        <w:br/>
        <w:t>f 19486/4629/3901 19485/4630/3902 19479/4622/3896</w:t>
        <w:br/>
        <w:t>f 19480/4621/3895 19486/4629/3901 19479/4622/3896</w:t>
        <w:br/>
        <w:t>f 19488/4631/3903 19482/4627/3900 19483/4626/3899</w:t>
        <w:br/>
        <w:t>f 19487/4632/3904 19488/4631/3903 19483/4626/3899</w:t>
        <w:br/>
        <w:t>f 19491/4633/3905 19490/4634/3906 19489/4635/3907</w:t>
        <w:br/>
        <w:t>f 19492/4636/3908 19491/4633/3905 19489/4635/3907</w:t>
        <w:br/>
        <w:t>f 19496/4637/3909 19495/4638/3905 19494/4639/3908</w:t>
        <w:br/>
        <w:t>f 19493/4640/3910 19496/4637/3909 19494/4639/3908</w:t>
        <w:br/>
        <w:t>f 19499/4641/3911 19498/4642/3912 19497/4643/3913</w:t>
        <w:br/>
        <w:t>f 19500/4644/3914 19499/4641/3911 19497/4643/3913</w:t>
        <w:br/>
        <w:t>f 19504/4645/3914 19503/4646/3915 19502/4647/3916</w:t>
        <w:br/>
        <w:t>f 19501/4648/3911 19504/4645/3914 19502/4647/3916</w:t>
        <w:br/>
        <w:t>f 19486/4629/3901 19497/4643/3913 19498/4642/3912</w:t>
        <w:br/>
        <w:t>f 19485/4630/3902 19486/4629/3901 19498/4642/3912</w:t>
        <w:br/>
        <w:t>f 19502/4647/3916 19503/4646/3915 19488/4631/3903</w:t>
        <w:br/>
        <w:t>f 19487/4632/3904 19502/4647/3916 19488/4631/3903</w:t>
        <w:br/>
        <w:t>f 19507/4649/3917 19506/4650/3918 19505/4651/3919</w:t>
        <w:br/>
        <w:t>f 19510/4652/3920 19509/4653/3921 19508/4654/3922</w:t>
        <w:br/>
        <w:t>f 19511/4655/3923 19510/4652/3920 19508/4654/3922</w:t>
        <w:br/>
        <w:t>f 19514/4656/3924 19513/4657/3925 19512/4658/3926</w:t>
        <w:br/>
        <w:t>f 19515/4659/3927 19514/4656/3924 19512/4658/3926</w:t>
        <w:br/>
        <w:t>f 19518/4660/3928 19517/4661/3929 19516/4662/3930</w:t>
        <w:br/>
        <w:t>f 19522/4663/3931 19521/4664/3932 19520/4665/3933</w:t>
        <w:br/>
        <w:t>f 19519/4666/3934 19522/4663/3931 19520/4665/3933</w:t>
        <w:br/>
        <w:t>f 19525/4667/3935 19524/4668/3936 19523/4669/3937</w:t>
        <w:br/>
        <w:t>f 19509/4653/3921 19510/4652/3920 19525/4667/3935</w:t>
        <w:br/>
        <w:t>f 19523/4669/3937 19509/4653/3921 19525/4667/3935</w:t>
        <w:br/>
        <w:t>f 19529/4670/3938 19528/4671/3939 19527/4672/3940</w:t>
        <w:br/>
        <w:t>f 19526/4673/3941 19529/4670/3938 19527/4672/3940</w:t>
        <w:br/>
        <w:t>f 19532/4674/3942 19531/4675/3943 19530/4676/3944</w:t>
        <w:br/>
        <w:t>f 19534/4677/3945 19530/4676/3944 19533/4678/3946</w:t>
        <w:br/>
        <w:t>f 19537/4679/3947 19536/4680/3948 19535/4681/3949</w:t>
        <w:br/>
        <w:t>f 19538/4682/3950 19535/4681/3949 19536/4680/3948</w:t>
        <w:br/>
        <w:t>f 19539/4683/3951 19538/4682/3950 19536/4680/3948</w:t>
        <w:br/>
        <w:t>f 19542/4684/3952 19541/4685/3953 19540/4686/3954</w:t>
        <w:br/>
        <w:t>f 19543/4687/3955 19542/4684/3952 19540/4686/3954</w:t>
        <w:br/>
        <w:t>f 19546/4688/3956 19545/4689/3957 19544/4690/3958</w:t>
        <w:br/>
        <w:t>f 19547/4691/3959 19546/4688/3956 19544/4690/3958</w:t>
        <w:br/>
        <w:t>f 19551/4692/3960 19550/4693/3961 19549/4694/3962</w:t>
        <w:br/>
        <w:t>f 19548/4695/3963 19551/4692/3960 19549/4694/3962</w:t>
        <w:br/>
        <w:t>f 19539/4683/3951 19545/4689/3957 19538/4682/3950</w:t>
        <w:br/>
        <w:t>f 19554/4696/3964 19553/4697/3965 19552/4698/3966</w:t>
        <w:br/>
        <w:t>f 19557/4699/3967 19556/4700/3968 19555/4701/3969</w:t>
        <w:br/>
        <w:t>f 19560/4702/3970 19559/4703/3971 19558/4704/3972</w:t>
        <w:br/>
        <w:t>f 19561/4705/3973 19560/4702/3970 19558/4704/3972</w:t>
        <w:br/>
        <w:t>f 19563/4706/3974 19534/4677/3945 19562/4707/3975</w:t>
        <w:br/>
        <w:t>f 19566/4708/3976 19565/4709/3977 19564/4710/3978</w:t>
        <w:br/>
        <w:t>f 19566/4708/3976 19568/4711/3979 19567/4712/3980</w:t>
        <w:br/>
        <w:t>f 19570/4713/3981 19569/4714/3982 19567/4712/3980</w:t>
        <w:br/>
        <w:t>f 19573/4715/3983 19572/4716/3984 19571/4717/3985</w:t>
        <w:br/>
        <w:t>f 19575/4718/3986 19535/4681/3949 19574/4719/3987</w:t>
        <w:br/>
        <w:t>f 19576/4720/3988 19574/4719/3987 19538/4682/3950</w:t>
        <w:br/>
        <w:t>f 19578/4721/3989 19577/4722/3990 19542/4684/3952</w:t>
        <w:br/>
        <w:t>f 19543/4687/3955 19578/4721/3989 19542/4684/3952</w:t>
        <w:br/>
        <w:t>f 19581/4723/3991 19580/4724/3992 19579/4725/3993</w:t>
        <w:br/>
        <w:t>f 19583/4726/3994 19582/4727/3995 19565/4709/3977</w:t>
        <w:br/>
        <w:t>f 19466/4611/3885 19552/4698/3966 19560/4702/3970</w:t>
        <w:br/>
        <w:t>f 19465/4612/3886 19466/4611/3885 19560/4702/3970</w:t>
        <w:br/>
        <w:t>f 19553/4697/3965 19554/4696/3964 19584/4728/3996</w:t>
        <w:br/>
        <w:t>f 19455/4597/3871 19438/4585/3859 19474/4620/3894</w:t>
        <w:br/>
        <w:t>f 19452/4594/3868 19586/4729/3997 19585/4730/3998</w:t>
        <w:br/>
        <w:t>f 19518/4660/3928 19588/4731/3999 19587/4732/4000</w:t>
        <w:br/>
        <w:t>f 19574/4719/3987 19589/4733/4001 19575/4718/3986</w:t>
        <w:br/>
        <w:t>f 19557/4699/3967 19591/4734/4002 19590/4735/4003</w:t>
        <w:br/>
        <w:t>f 19465/4612/3886 19560/4702/3970 19561/4705/3973</w:t>
        <w:br/>
        <w:t>f 19592/4736/4003 19465/4612/3886 19561/4705/3973</w:t>
        <w:br/>
        <w:t>f 19596/4737/4004 19595/4738/4005 19594/4739/4006</w:t>
        <w:br/>
        <w:t>f 19593/4740/4007 19596/4737/4004 19594/4739/4006</w:t>
        <w:br/>
        <w:t>f 19598/4741/4008 19597/4742/4009 19591/4734/4002</w:t>
        <w:br/>
        <w:t>f 19557/4699/3967 19598/4741/4008 19591/4734/4002</w:t>
        <w:br/>
        <w:t>f 19601/4743/4010 19600/4744/4011 19599/4745/4012</w:t>
        <w:br/>
        <w:t>f 19603/4746/4013 19531/4675/3943 19602/4747/4011</w:t>
        <w:br/>
        <w:t>f 19604/4748/4010 19603/4746/4013 19602/4747/4011</w:t>
        <w:br/>
        <w:t>f 19603/4746/4013 19604/4748/4010 19605/4749/4014</w:t>
        <w:br/>
        <w:t>f 19607/4750/4015 19470/4613/3887 19468/4609/3883</w:t>
        <w:br/>
        <w:t>f 19606/4751/4005 19607/4750/4015 19468/4609/3883</w:t>
        <w:br/>
        <w:t>f 19611/4752/4016 19610/4753/4017 19609/4754/4018</w:t>
        <w:br/>
        <w:t>f 19608/4755/4019 19611/4752/4016 19609/4754/4018</w:t>
        <w:br/>
        <w:t>f 19540/4686/3954 19613/4756/4020 19612/4757/4021</w:t>
        <w:br/>
        <w:t>f 19543/4687/3955 19540/4686/3954 19612/4757/4021</w:t>
        <w:br/>
        <w:t>f 19544/4690/3958 19615/4758/4022 19614/4759/4023</w:t>
        <w:br/>
        <w:t>f 19547/4691/3959 19544/4690/3958 19614/4759/4023</w:t>
        <w:br/>
        <w:t>f 19611/4752/4016 19617/4760/4024 19616/4761/4025</w:t>
        <w:br/>
        <w:t>f 19610/4753/4017 19611/4752/4016 19616/4761/4025</w:t>
        <w:br/>
        <w:t>f 19621/4762/4026 19620/4763/4027 19619/4764/4028</w:t>
        <w:br/>
        <w:t>f 19618/4765/4029 19621/4762/4026 19619/4764/4028</w:t>
        <w:br/>
        <w:t>f 19624/4766/4030 19623/4767/4031 19622/4768/4032</w:t>
        <w:br/>
        <w:t>f 19625/4769/4033 19624/4766/4030 19622/4768/4032</w:t>
        <w:br/>
        <w:t>f 19628/4770/4034 19627/4771/4035 19626/4772/4036</w:t>
        <w:br/>
        <w:t>f 19625/4769/4033 19615/4758/4022 19544/4690/3958</w:t>
        <w:br/>
        <w:t>f 19624/4766/4030 19625/4769/4033 19544/4690/3958</w:t>
        <w:br/>
        <w:t>f 19630/4773/4037 19595/4738/4005 19596/4737/4004</w:t>
        <w:br/>
        <w:t>f 19629/4774/4038 19630/4773/4037 19596/4737/4004</w:t>
        <w:br/>
        <w:t>f 19634/4775/4039 19633/4776/4040 19632/4777/4041</w:t>
        <w:br/>
        <w:t>f 19631/4778/4042 19634/4775/4039 19632/4777/4041</w:t>
        <w:br/>
        <w:t>f 19636/4779/4043 19635/4780/4044 19469/4614/3888</w:t>
        <w:br/>
        <w:t>f 19470/4613/3887 19636/4779/4043 19469/4614/3888</w:t>
        <w:br/>
        <w:t>f 19638/4781/4045 19637/4782/4046 19631/4778/4042</w:t>
        <w:br/>
        <w:t>f 19632/4777/4041 19638/4781/4045 19631/4778/4042</w:t>
        <w:br/>
        <w:t>f 19639/4783/4047 19629/4774/4038 19596/4737/4004</w:t>
        <w:br/>
        <w:t>f 19475/4619/3893 19639/4783/4047 19596/4737/4004</w:t>
        <w:br/>
        <w:t>f 19642/4784/4048 19641/4785/4049 19640/4786/4050</w:t>
        <w:br/>
        <w:t>f 19476/4618/3892 19642/4784/4048 19640/4786/4050</w:t>
        <w:br/>
        <w:t>f 19646/4787/4051 19645/4788/4052 19644/4789/4053</w:t>
        <w:br/>
        <w:t>f 19643/4790/4054 19646/4787/4051 19644/4789/4053</w:t>
        <w:br/>
        <w:t>f 19635/4780/4044 19648/4791/4055 19647/4792/4056</w:t>
        <w:br/>
        <w:t>f 19469/4614/3888 19635/4780/4044 19647/4792/4056</w:t>
        <w:br/>
        <w:t>f 19476/4618/3892 19640/4786/4050 19639/4783/4047</w:t>
        <w:br/>
        <w:t>f 19475/4619/3893 19476/4618/3892 19639/4783/4047</w:t>
        <w:br/>
        <w:t>f 19648/4791/4055 19635/4780/4044 19650/4793/4057</w:t>
        <w:br/>
        <w:t>f 19649/4794/4058 19648/4791/4055 19650/4793/4057</w:t>
        <w:br/>
        <w:t>f 19654/4795/4059 19653/4796/4060 19652/4797/4061</w:t>
        <w:br/>
        <w:t>f 19651/4798/4062 19654/4795/4059 19652/4797/4061</w:t>
        <w:br/>
        <w:t>f 19657/4799/4063 19656/4800/4064 19655/4801/4065</w:t>
        <w:br/>
        <w:t>f 19658/4802/4066 19657/4799/4063 19655/4801/4065</w:t>
        <w:br/>
        <w:t>f 19662/4803/4067 19661/4804/4068 19660/4805/4069</w:t>
        <w:br/>
        <w:t>f 19659/4806/4070 19662/4803/4067 19660/4805/4069</w:t>
        <w:br/>
        <w:t>f 19666/4807/4071 19665/4808/4072 19664/4809/4073</w:t>
        <w:br/>
        <w:t>f 19663/4810/4074 19666/4807/4071 19664/4809/4073</w:t>
        <w:br/>
        <w:t>f 19669/4811/4075 19668/4812/4076 19667/4813/4077</w:t>
        <w:br/>
        <w:t>f 19670/4814/4078 19669/4811/4075 19667/4813/4077</w:t>
        <w:br/>
        <w:t>f 19673/4815/4079 19672/4816/4080 19671/4817/4081</w:t>
        <w:br/>
        <w:t>f 19674/4818/4082 19673/4815/4079 19671/4817/4081</w:t>
        <w:br/>
        <w:t>f 19672/4816/4080 19673/4815/4079 19675/4819/4083</w:t>
        <w:br/>
        <w:t>f 19676/4820/4084 19672/4816/4080 19675/4819/4083</w:t>
        <w:br/>
        <w:t>f 19678/4821/4085 19677/4822/4086 19482/4627/3900</w:t>
        <w:br/>
        <w:t>f 19488/4631/3903 19678/4821/4085 19482/4627/3900</w:t>
        <w:br/>
        <w:t>f 19682/4823/4087 19681/4824/4088 19680/4825/4089</w:t>
        <w:br/>
        <w:t>f 19679/4826/4090 19682/4823/4087 19680/4825/4089</w:t>
        <w:br/>
        <w:t>f 19685/4827/4091 19684/4828/4092 19683/4829/4093</w:t>
        <w:br/>
        <w:t>f 19686/4830/4094 19685/4827/4091 19683/4829/4093</w:t>
        <w:br/>
        <w:t>f 19688/4831/4095 19687/4832/4096 19497/4643/3913</w:t>
        <w:br/>
        <w:t>f 19486/4629/3901 19688/4831/4095 19497/4643/3913</w:t>
        <w:br/>
        <w:t>f 19592/4736/4003 19689/4833/4097 19465/4612/3886</w:t>
        <w:br/>
        <w:t>f 19690/4834/4098 19578/4721/3989 19543/4687/3955</w:t>
        <w:br/>
        <w:t>f 19612/4757/4021 19690/4834/4098 19543/4687/3955</w:t>
        <w:br/>
        <w:t>f 19693/4835/4099 19692/4836/4100 19691/4837/4101</w:t>
        <w:br/>
        <w:t>f 19694/4838/4102 19693/4835/4099 19691/4837/4101</w:t>
        <w:br/>
        <w:t>f 19695/4839/4103 19553/4697/3965 19534/4677/3945</w:t>
        <w:br/>
        <w:t>f 19696/4840/4104 19695/4839/4103 19534/4677/3945</w:t>
        <w:br/>
        <w:t>f 19696/4840/4104 19572/4716/3984 19589/4733/4001</w:t>
        <w:br/>
        <w:t>f 19698/4841/3850 19697/4842/4105 19578/4721/3989</w:t>
        <w:br/>
        <w:t>f 19690/4834/4098 19698/4841/3850 19578/4721/3989</w:t>
        <w:br/>
        <w:t>f 19700/4843/4106 19593/4740/4007 19699/4844/4107</w:t>
        <w:br/>
        <w:t>f 19702/4845/4108 19700/4843/4106 19701/4846/4109</w:t>
        <w:br/>
        <w:t>f 19703/4847/4110 19505/4651/3919 19517/4661/3929</w:t>
        <w:br/>
        <w:t>f 19705/4848/4111 19626/4772/4036 19704/4849/4112</w:t>
        <w:br/>
        <w:t>f 19540/4686/3954 19541/4685/3953 19611/4752/4016</w:t>
        <w:br/>
        <w:t>f 19608/4755/4019 19540/4686/3954 19611/4752/4016</w:t>
        <w:br/>
        <w:t>f 19551/4692/3960 19548/4695/3963 19706/4850/4113</w:t>
        <w:br/>
        <w:t>f 19541/4685/3953 19551/4692/3960 19617/4760/4024</w:t>
        <w:br/>
        <w:t>f 19611/4752/4016 19541/4685/3953 19617/4760/4024</w:t>
        <w:br/>
        <w:t>f 19709/4851/4114 19708/4852/4115 19707/4853/4116</w:t>
        <w:br/>
        <w:t>f 19710/4854/4117 19709/4851/4114 19707/4853/4116</w:t>
        <w:br/>
        <w:t>f 19713/4855/4118 19712/4856/4119 19711/4857/4120</w:t>
        <w:br/>
        <w:t>f 19714/4858/4121 19713/4855/4118 19711/4857/4120</w:t>
        <w:br/>
        <w:t>f 19717/4859/4122 19716/4860/4123 19715/4861/4124</w:t>
        <w:br/>
        <w:t>f 19718/4862/4125 19656/4800/4064 19657/4799/4063</w:t>
        <w:br/>
        <w:t>f 19719/4863/4126 19718/4862/4125 19657/4799/4063</w:t>
        <w:br/>
        <w:t>f 19459/4605/3879 19460/4604/3878 19584/4728/3996</w:t>
        <w:br/>
        <w:t>f 19585/4730/3998 19720/4864/4127 19455/4597/3871</w:t>
        <w:br/>
        <w:t>f 19475/4619/3893 19593/4740/4007 19700/4843/4106</w:t>
        <w:br/>
        <w:t>f 19720/4864/4127 19703/4847/4110 19587/4732/4000</w:t>
        <w:br/>
        <w:t>f 19722/4865/4128 19516/4662/3930 19721/4866/4129</w:t>
        <w:br/>
        <w:t>f 19599/4745/4012 19724/4867/4130 19723/4868/4131</w:t>
        <w:br/>
        <w:t>f 19722/4865/4128 19599/4745/4012 19723/4868/4131</w:t>
        <w:br/>
        <w:t>f 19560/4702/3970 19552/4698/3966 19559/4703/3971</w:t>
        <w:br/>
        <w:t>f 19553/4697/3965 19695/4839/4103 19576/4720/3988</w:t>
        <w:br/>
        <w:t>f 19552/4698/3966 19553/4697/3965 19576/4720/3988</w:t>
        <w:br/>
        <w:t>f 19559/4703/3971 19545/4689/3957 19546/4688/3956</w:t>
        <w:br/>
        <w:t>f 19558/4704/3972 19559/4703/3971 19546/4688/3956</w:t>
        <w:br/>
        <w:t>f 19574/4719/3987 19576/4720/3988 19695/4839/4103</w:t>
        <w:br/>
        <w:t>f 19455/4597/3871 19725/4869/4132 19441/4582/3856</w:t>
        <w:br/>
        <w:t>f 19454/4598/3872 19456/4602/3876 19726/4870/4133</w:t>
        <w:br/>
        <w:t>f 19453/4599/3873 19454/4598/3872 19726/4870/4133</w:t>
        <w:br/>
        <w:t>f 19518/4660/3928 19722/4865/4128 19723/4868/4131</w:t>
        <w:br/>
        <w:t>f 19534/4677/3945 19553/4697/3965 19562/4707/3975</w:t>
        <w:br/>
        <w:t>f 19727/4871/4134 19598/4741/4008 19555/4701/3969</w:t>
        <w:br/>
        <w:t>f 19581/4723/3991 19728/4872/4135 19580/4724/3992</w:t>
        <w:br/>
        <w:t>f 19591/4734/4002 19597/4742/4009 19593/4740/4007</w:t>
        <w:br/>
        <w:t>f 19729/4873/4136 19550/4693/3961 19542/4684/3952</w:t>
        <w:br/>
        <w:t>f 19577/4722/3990 19729/4873/4136 19542/4684/3952</w:t>
        <w:br/>
        <w:t>f 19541/4685/3953 19542/4684/3952 19550/4693/3961</w:t>
        <w:br/>
        <w:t>f 19551/4692/3960 19541/4685/3953 19550/4693/3961</w:t>
        <w:br/>
        <w:t>f 19731/4874/4137 19730/4875/4138 19605/4749/4014</w:t>
        <w:br/>
        <w:t>f 19534/4677/3945 19533/4678/3946 19696/4840/4104</w:t>
        <w:br/>
        <w:t>f 19471/4617/3891 19552/4698/3966 19466/4611/3885</w:t>
        <w:br/>
        <w:t>f 19545/4689/3957 19559/4703/3971 19576/4720/3988</w:t>
        <w:br/>
        <w:t>f 19721/4866/4129 19516/4662/3930 19732/4876/4139</w:t>
        <w:br/>
        <w:t>f 19473/4615/3889 19467/4610/3884 19469/4614/3888</w:t>
        <w:br/>
        <w:t>f 19647/4792/4056 19473/4615/3889 19469/4614/3888</w:t>
        <w:br/>
        <w:t>f 19466/4611/3885 19467/4610/3884 19471/4617/3891</w:t>
        <w:br/>
        <w:t>f 19442/4588/3862 19554/4696/3964 19471/4617/3891</w:t>
        <w:br/>
        <w:t>f 19472/4616/3890 19733/4877/4140 19449/4590/3858</w:t>
        <w:br/>
        <w:t>f 19445/4589/3863 19472/4616/3890 19449/4590/3858</w:t>
        <w:br/>
        <w:t>f 19443/4587/3861 19734/4878/4141 19459/4605/3879</w:t>
        <w:br/>
        <w:t>f 19442/4588/3862 19443/4587/3861 19459/4605/3879</w:t>
        <w:br/>
        <w:t>f 19459/4605/3879 19584/4728/3996 19442/4588/3862</w:t>
        <w:br/>
        <w:t>f 19562/4707/3975 19584/4728/3996 19735/4879/4142</w:t>
        <w:br/>
        <w:t>f 19490/4634/3906 19479/4622/3896 19485/4630/3902</w:t>
        <w:br/>
        <w:t>f 19735/4879/4142 19490/4634/3906 19485/4630/3902</w:t>
        <w:br/>
        <w:t>f 19734/4878/4141 19736/4880/4133 19462/4606/3880</w:t>
        <w:br/>
        <w:t>f 19459/4605/3879 19734/4878/4141 19462/4606/3880</w:t>
        <w:br/>
        <w:t>f 19735/4879/4142 19737/4881/4143 19563/4706/3974</w:t>
        <w:br/>
        <w:t>f 19530/4676/3944 19563/4706/3974 19532/4674/3942</w:t>
        <w:br/>
        <w:t>f 19498/4642/3912 19737/4881/4143 19735/4879/4142</w:t>
        <w:br/>
        <w:t>f 19485/4630/3902 19498/4642/3912 19735/4879/4142</w:t>
        <w:br/>
        <w:t>f 19741/4882/4144 19740/4883/4145 19739/4884/4146</w:t>
        <w:br/>
        <w:t>f 19738/4885/4147 19741/4882/4144 19739/4884/4146</w:t>
        <w:br/>
        <w:t>f 19743/4886/4148 19742/4887/4149 19659/4806/4070</w:t>
        <w:br/>
        <w:t>f 19660/4805/4069 19743/4886/4148 19659/4806/4070</w:t>
        <w:br/>
        <w:t>f 19725/4869/4132 19453/4599/3873 19744/4888/4150</w:t>
        <w:br/>
        <w:t>f 19742/4887/4149 19725/4869/4132 19744/4888/4150</w:t>
        <w:br/>
        <w:t>f 19746/4889/4151 19745/4890/4152 19736/4880/4133</w:t>
        <w:br/>
        <w:t>f 19734/4878/4141 19746/4889/4151 19736/4880/4133</w:t>
        <w:br/>
        <w:t>f 19748/4891/4153 19665/4808/4072 19746/4889/4151</w:t>
        <w:br/>
        <w:t>f 19747/4892/4154 19748/4891/4153 19746/4889/4151</w:t>
        <w:br/>
        <w:t>f 19444/4586/3860 19749/4893/4155 19747/4892/4154</w:t>
        <w:br/>
        <w:t>f 19443/4587/3861 19444/4586/3860 19747/4892/4154</w:t>
        <w:br/>
        <w:t>f 19751/4894/4156 19447/4592/3866 19448/4591/3865</w:t>
        <w:br/>
        <w:t>f 19750/4895/4157 19751/4894/4156 19448/4591/3865</w:t>
        <w:br/>
        <w:t>f 19495/4638/3905 19496/4637/3909 19483/4626/3899</w:t>
        <w:br/>
        <w:t>f 19484/4625/3897 19495/4638/3905 19483/4626/3899</w:t>
        <w:br/>
        <w:t>f 19479/4622/3896 19490/4634/3906 19491/4633/3905</w:t>
        <w:br/>
        <w:t>f 19478/4623/3897 19479/4622/3896 19491/4633/3905</w:t>
        <w:br/>
        <w:t>f 19752/4896/4158 19501/4648/3911 19502/4647/3916</w:t>
        <w:br/>
        <w:t>f 19753/4897/4159 19752/4896/4158 19502/4647/3916</w:t>
        <w:br/>
        <w:t>f 19502/4647/3916 19487/4632/3904 19587/4732/4000</w:t>
        <w:br/>
        <w:t>f 19496/4637/3909 19587/4732/4000 19483/4626/3899</w:t>
        <w:br/>
        <w:t>f 19756/4898/4160 19755/4899/4161 19514/4656/3924</w:t>
        <w:br/>
        <w:t>f 19754/4900/4162 19756/4898/4160 19514/4656/3924</w:t>
        <w:br/>
        <w:t>f 19600/4744/4011 19520/4665/3933 19521/4664/3932</w:t>
        <w:br/>
        <w:t>f 19724/4867/4130 19600/4744/4011 19521/4664/3932</w:t>
        <w:br/>
        <w:t>f 19513/4657/3925 19723/4868/4131 19521/4664/3932</w:t>
        <w:br/>
        <w:t>f 19755/4899/4161 19723/4868/4131 19514/4656/3924</w:t>
        <w:br/>
        <w:t>f 19629/4774/4038 19758/4901/4163 19757/4902/4164</w:t>
        <w:br/>
        <w:t>f 19630/4773/4037 19629/4774/4038 19757/4902/4164</w:t>
        <w:br/>
        <w:t>f 19711/4857/4120 19758/4901/4163 19629/4774/4038</w:t>
        <w:br/>
        <w:t>f 19639/4783/4047 19711/4857/4120 19629/4774/4038</w:t>
        <w:br/>
        <w:t>f 19640/4786/4050 19714/4858/4121 19711/4857/4120</w:t>
        <w:br/>
        <w:t>f 19639/4783/4047 19640/4786/4050 19711/4857/4120</w:t>
        <w:br/>
        <w:t>f 19759/4903/4164 19636/4779/4043 19470/4613/3887</w:t>
        <w:br/>
        <w:t>f 19607/4750/4015 19759/4903/4164 19470/4613/3887</w:t>
        <w:br/>
        <w:t>f 19760/4904/4158 19737/4881/4143 19498/4642/3912</w:t>
        <w:br/>
        <w:t>f 19499/4641/3911 19760/4904/4158 19498/4642/3912</w:t>
        <w:br/>
        <w:t>f 19613/4756/4020 19540/4686/3954 19608/4755/4019</w:t>
        <w:br/>
        <w:t>f 19761/4905/4165 19613/4756/4020 19608/4755/4019</w:t>
        <w:br/>
        <w:t>f 19431/4574/3848 19424/4566/3840 19425/4569/3843</w:t>
        <w:br/>
        <w:t>f 19762/4906/4166 19431/4574/3848 19425/4569/3843</w:t>
        <w:br/>
        <w:t>f 19764/4907/4167 19437/4580/3854 19763/4908/4168</w:t>
        <w:br/>
        <w:t>f 19767/4909/4169 19766/4910/4170 19765/4911/4171</w:t>
        <w:br/>
        <w:t>f 19768/4912/4172 19767/4909/4169 19765/4911/4171</w:t>
        <w:br/>
        <w:t>f 19769/4913/4173 19768/4912/4172 19765/4911/4171</w:t>
        <w:br/>
        <w:t>f 19770/4914/4174 19769/4913/4173 19765/4911/4171</w:t>
        <w:br/>
        <w:t>f 19773/4915/4175 19772/4916/4176 19771/4917/4167</w:t>
        <w:br/>
        <w:t>f 19774/4918/4168 19773/4915/4175 19771/4917/4167</w:t>
        <w:br/>
        <w:t>f 19768/4912/4172 19565/4709/3977 19566/4708/3976</w:t>
        <w:br/>
        <w:t>f 19767/4909/4169 19768/4912/4172 19566/4708/3976</w:t>
        <w:br/>
        <w:t>f 19768/4912/4172 19769/4913/4173 19583/4726/3994</w:t>
        <w:br/>
        <w:t>f 19565/4709/3977 19768/4912/4172 19583/4726/3994</w:t>
        <w:br/>
        <w:t>f 19775/4919/4177 19772/4916/4176 19767/4909/4169</w:t>
        <w:br/>
        <w:t>f 19566/4708/3976 19775/4919/4177 19767/4909/4169</w:t>
        <w:br/>
        <w:t>f 19692/4836/4100 19693/4835/4099 19776/4920/4178</w:t>
        <w:br/>
        <w:t>f 19777/4921/4179 19692/4836/4100 19776/4920/4178</w:t>
        <w:br/>
        <w:t>f 19779/4922/4180 19777/4921/4179 19778/4923/4181</w:t>
        <w:br/>
        <w:t>f 19772/4916/4176 19775/4919/4177 19771/4917/4167</w:t>
        <w:br/>
        <w:t>f 19766/4910/4170 19767/4909/4169 19772/4916/4176</w:t>
        <w:br/>
        <w:t>f 19773/4915/4175 19766/4910/4170 19772/4916/4176</w:t>
        <w:br/>
        <w:t>f 19782/4924/4182 19781/4925/3982 19780/4926/4183</w:t>
        <w:br/>
        <w:t>f 19436/4581/3855 19782/4924/4182 19780/4926/4183</w:t>
        <w:br/>
        <w:t>f 19427/4570/3844 19784/4927/4184 19783/4928/4185</w:t>
        <w:br/>
        <w:t>f 19426/4571/3845 19427/4570/3844 19783/4928/4185</w:t>
        <w:br/>
        <w:t>f 19530/4676/3944 19534/4677/3945 19563/4706/3974</w:t>
        <w:br/>
        <w:t>f 19584/4728/3996 19489/4635/3907 19490/4634/3906</w:t>
        <w:br/>
        <w:t>f 19471/4617/3891 19472/4616/3890 19445/4589/3863</w:t>
        <w:br/>
        <w:t>f 19623/4767/4031 19624/4766/4030 19539/4683/3951</w:t>
        <w:br/>
        <w:t>f 19536/4680/3948 19623/4767/4031 19539/4683/3951</w:t>
        <w:br/>
        <w:t>f 19624/4766/4030 19544/4690/3958 19539/4683/3951</w:t>
        <w:br/>
        <w:t>f 19473/4615/3889 19786/4929/4186 19785/4930/4187</w:t>
        <w:br/>
        <w:t>f 19472/4616/3890 19473/4615/3889 19785/4930/4187</w:t>
        <w:br/>
        <w:t>f 19788/4931/4188 19787/4932/4189 19740/4883/4145</w:t>
        <w:br/>
        <w:t>f 19741/4882/4144 19788/4931/4188 19740/4883/4145</w:t>
        <w:br/>
        <w:t>f 19554/4696/3964 19552/4698/3966 19471/4617/3891</w:t>
        <w:br/>
        <w:t>f 19562/4707/3975 19553/4697/3965 19584/4728/3996</w:t>
        <w:br/>
        <w:t>f 19425/4569/3843 19422/4568/3842 19790/4933/4190</w:t>
        <w:br/>
        <w:t>f 19789/4934/4191 19425/4569/3843 19790/4933/4190</w:t>
        <w:br/>
        <w:t>f 19789/4934/4191 19791/4935/4192 19762/4906/4166</w:t>
        <w:br/>
        <w:t>f 19425/4569/3843 19789/4934/4191 19762/4906/4166</w:t>
        <w:br/>
        <w:t>f 19779/4922/4180 19778/4923/4181 19792/4936/4193</w:t>
        <w:br/>
        <w:t>f 19794/4937/4194 19766/4910/4170 19773/4915/4175</w:t>
        <w:br/>
        <w:t>f 19793/4938/4195 19794/4937/4194 19773/4915/4175</w:t>
        <w:br/>
        <w:t>f 19793/4938/4195 19773/4915/4175 19774/4918/4168</w:t>
        <w:br/>
        <w:t>f 19795/4939/4196 19793/4938/4195 19774/4918/4168</w:t>
        <w:br/>
        <w:t>f 19797/4940/4196 19763/4908/4168 19796/4941/4197</w:t>
        <w:br/>
        <w:t>f 19799/4942/4198 19770/4914/4174 19798/4943/4199</w:t>
        <w:br/>
        <w:t>f 19800/4944/4200 19798/4943/4199 19770/4914/4174</w:t>
        <w:br/>
        <w:t>f 19765/4911/4171 19800/4944/4200 19770/4914/4174</w:t>
        <w:br/>
        <w:t>f 19800/4944/4200 19765/4911/4171 19766/4910/4170</w:t>
        <w:br/>
        <w:t>f 19794/4937/4194 19800/4944/4200 19766/4910/4170</w:t>
        <w:br/>
        <w:t>f 19783/4928/4185 19801/4945/4201 19426/4571/3845</w:t>
        <w:br/>
        <w:t>f 19422/4568/3842 19426/4571/3845 19802/4946/4202</w:t>
        <w:br/>
        <w:t>f 19790/4933/4190 19422/4568/3842 19802/4946/4202</w:t>
        <w:br/>
        <w:t>f 19804/4947/4203 19789/4934/4191 19790/4933/4190</w:t>
        <w:br/>
        <w:t>f 19803/4948/4204 19804/4947/4203 19790/4933/4190</w:t>
        <w:br/>
        <w:t>f 19805/4949/4205 19791/4935/4192 19789/4934/4191</w:t>
        <w:br/>
        <w:t>f 19804/4947/4203 19805/4949/4205 19789/4934/4191</w:t>
        <w:br/>
        <w:t>f 19792/4936/4193 19807/4950/4206 19806/4951/4207</w:t>
        <w:br/>
        <w:t>f 19808/4952/4208 19792/4936/4193 19806/4951/4207</w:t>
        <w:br/>
        <w:t>f 19810/4953/4209 19809/4954/4210 19794/4937/4194</w:t>
        <w:br/>
        <w:t>f 19793/4938/4195 19810/4953/4209 19794/4937/4194</w:t>
        <w:br/>
        <w:t>f 19811/4955/4211 19810/4953/4209 19793/4938/4195</w:t>
        <w:br/>
        <w:t>f 19812/4956/4212 19811/4955/4211 19793/4938/4195</w:t>
        <w:br/>
        <w:t>f 19815/4957/4212 19814/4958/4213 19813/4959/4214</w:t>
        <w:br/>
        <w:t>f 19816/4960/4211 19815/4957/4212 19813/4959/4214</w:t>
        <w:br/>
        <w:t>f 19819/4961/4206 19818/4962/4215 19817/4963/4216</w:t>
        <w:br/>
        <w:t>f 19820/4964/4217 19819/4961/4206 19817/4963/4216</w:t>
        <w:br/>
        <w:t>f 19820/4964/4218 19798/4943/4199 19800/4944/4200</w:t>
        <w:br/>
        <w:t>f 19821/4965/4219 19820/4964/4218 19800/4944/4200</w:t>
        <w:br/>
        <w:t>f 19809/4954/4210 19821/4965/4219 19800/4944/4200</w:t>
        <w:br/>
        <w:t>f 19794/4937/4194 19809/4954/4210 19800/4944/4200</w:t>
        <w:br/>
        <w:t>f 19802/4946/4202 19801/4945/4201 19822/4966/4220</w:t>
        <w:br/>
        <w:t>f 19802/4946/4202 19822/4966/4220 19803/4948/4204</w:t>
        <w:br/>
        <w:t>f 19790/4933/4190 19802/4946/4202 19803/4948/4204</w:t>
        <w:br/>
        <w:t>f 19825/4967/4221 19824/4968/4222 19823/4969/4223</w:t>
        <w:br/>
        <w:t>f 19826/4970/4224 19825/4967/4221 19823/4969/4223</w:t>
        <w:br/>
        <w:t>f 19828/4971/4225 19827/4972/4226 19824/4968/4222</w:t>
        <w:br/>
        <w:t>f 19831/4973/4227 19830/4974/4228 19829/4975/4229</w:t>
        <w:br/>
        <w:t>f 19834/4976/4230 19833/4977/4231 19832/4978/4232</w:t>
        <w:br/>
        <w:t>f 19837/4979/4233 19832/4978/4232 19836/4980/4234</w:t>
        <w:br/>
        <w:t>f 19835/4981/4235 19837/4979/4233 19836/4980/4234</w:t>
        <w:br/>
        <w:t>f 19828/4971/4225 19839/4982/4236 19838/4983/4237</w:t>
        <w:br/>
        <w:t>f 19842/4984/4238 19841/4985/4239 19840/4986/4229</w:t>
        <w:br/>
        <w:t>f 19843/4987/4240 19834/4976/4230 19841/4985/4239</w:t>
        <w:br/>
        <w:t>f 19842/4984/4238 19843/4987/4240 19841/4985/4239</w:t>
        <w:br/>
        <w:t>f 19834/4976/4230 19843/4987/4240 19833/4977/4231</w:t>
        <w:br/>
        <w:t>f 19846/4988/4241 19845/4989/4242 19844/4990/4243</w:t>
        <w:br/>
        <w:t>f 19825/4967/4221 19826/4970/4224 19847/4991/4244</w:t>
        <w:br/>
        <w:t>f 19845/4989/4242 19825/4967/4221 19847/4991/4244</w:t>
        <w:br/>
        <w:t>f 19848/4992/4245 19804/4947/4203 19803/4948/4204</w:t>
        <w:br/>
        <w:t>f 19849/4993/4246 19848/4992/4245 19803/4948/4204</w:t>
        <w:br/>
        <w:t>f 19804/4947/4203 19848/4992/4245 19850/4994/4247</w:t>
        <w:br/>
        <w:t>f 19805/4949/4205 19804/4947/4203 19850/4994/4247</w:t>
        <w:br/>
        <w:t>f 19807/4950/4206 19852/4995/4248 19851/4996/4228</w:t>
        <w:br/>
        <w:t>f 19806/4951/4207 19807/4950/4206 19851/4996/4228</w:t>
        <w:br/>
        <w:t>f 19809/4954/4210 19810/4953/4209 19854/4997/4234</w:t>
        <w:br/>
        <w:t>f 19853/4998/4249 19809/4954/4210 19854/4997/4234</w:t>
        <w:br/>
        <w:t>f 19810/4953/4209 19811/4955/4211 19855/4999/4250</w:t>
        <w:br/>
        <w:t>f 19854/4997/4234 19810/4953/4209 19855/4999/4250</w:t>
        <w:br/>
        <w:t>f 19856/5000/4237 19813/4959/4214 19805/4949/4205</w:t>
        <w:br/>
        <w:t>f 19850/4994/4247 19856/5000/4237 19805/4949/4205</w:t>
        <w:br/>
        <w:t>f 19859/5001/4251 19858/5002/4238 19857/5003/4229</w:t>
        <w:br/>
        <w:t>f 19819/4961/4206 19859/5001/4251 19857/5003/4229</w:t>
        <w:br/>
        <w:t>f 19861/5004/4252 19860/5005/4240 19858/5002/4238</w:t>
        <w:br/>
        <w:t>f 19820/4964/4217 19861/5004/4252 19858/5002/4238</w:t>
        <w:br/>
        <w:t>f 19853/4998/4249 19860/5005/4240 19821/4965/4219</w:t>
        <w:br/>
        <w:t>f 19809/4954/4210 19853/4998/4249 19821/4965/4219</w:t>
        <w:br/>
        <w:t>f 19864/5006/4244 19863/5007/4253 19862/5008/4243</w:t>
        <w:br/>
        <w:t>f 19849/4993/4246 19803/4948/4204 19863/5007/4253</w:t>
        <w:br/>
        <w:t>f 19864/5006/4244 19849/4993/4246 19863/5007/4253</w:t>
        <w:br/>
        <w:t>f 19434/4576/3850 19432/4578/3852 19582/4727/3995</w:t>
        <w:br/>
        <w:t>f 19535/4681/3949 19575/4718/3986 19865/5009/4254</w:t>
        <w:br/>
        <w:t>f 19869/5010/4255 19868/5011/4256 19867/5012/4257</w:t>
        <w:br/>
        <w:t>f 19866/5013/4258 19869/5010/4255 19867/5012/4257</w:t>
        <w:br/>
        <w:t>f 19870/5014/4178 19769/4913/4173 19770/4914/4174</w:t>
        <w:br/>
        <w:t>f 19871/5015/4165 19623/4767/4031 19536/4680/3948</w:t>
        <w:br/>
        <w:t>f 19556/4700/3968 19557/4699/3967 19872/5016/3973</w:t>
        <w:br/>
        <w:t>f 19548/4695/3963 19556/4700/3968 19873/5017/3972</w:t>
        <w:br/>
        <w:t>f 19875/5018/4259 19548/4695/3963 19874/5019/3956</w:t>
        <w:br/>
        <w:t>f 19474/4620/3894 19438/4585/3859 19876/5020/4140</w:t>
        <w:br/>
        <w:t>f 19877/5021/4260 19642/4784/4048 19476/4618/3892</w:t>
        <w:br/>
        <w:t>f 19880/5022/4261 19879/5023/4262 19878/5024/4263</w:t>
        <w:br/>
        <w:t>f 19660/4805/4069 19661/4804/4068 19882/5025/4062</w:t>
        <w:br/>
        <w:t>f 19881/5026/4061 19660/4805/4069 19882/5025/4062</w:t>
        <w:br/>
        <w:t>f 19743/4886/4148 19883/5027/4157 19440/4583/3857</w:t>
        <w:br/>
        <w:t>f 19441/4582/3856 19743/4886/4148 19440/4583/3857</w:t>
        <w:br/>
        <w:t>f 19884/5028/4264 19668/4812/4076 19669/4811/4075</w:t>
        <w:br/>
        <w:t>f 19887/5029/4265 19886/5030/4266 19885/5031/4081</w:t>
        <w:br/>
        <w:t>f 19453/4599/3873 19726/4870/4133 19888/5032/4152</w:t>
        <w:br/>
        <w:t>f 19744/4888/4150 19453/4599/3873 19888/5032/4152</w:t>
        <w:br/>
        <w:t>f 19588/4731/3999 19889/5033/4267 19753/4897/4159</w:t>
        <w:br/>
        <w:t>f 19890/5034/4268 19588/4731/3999 19755/4899/4161</w:t>
        <w:br/>
        <w:t>f 19891/5035/4269 19686/4830/4094 19683/4829/4093</w:t>
        <w:br/>
        <w:t>f 19782/4924/4182 19436/4581/3855 19437/4580/3854</w:t>
        <w:br/>
        <w:t>f 19892/5036/4270 19528/4671/3939 19529/4670/3938</w:t>
        <w:br/>
        <w:t>f 19894/5037/4271 19893/5038/4272 19601/4743/4010</w:t>
        <w:br/>
        <w:t>f 19897/5039/4273 19896/5040/4274 19895/5041/4138</w:t>
        <w:br/>
        <w:t>f 19893/5038/4272 19899/5042/4275 19898/5043/4137</w:t>
        <w:br/>
        <w:t>f 19437/4580/3854 19431/4574/3848 19762/4906/4166</w:t>
        <w:br/>
        <w:t>f 19796/4941/4197 19437/4580/3854 19762/4906/4166</w:t>
        <w:br/>
        <w:t>f 19791/4935/4192 19900/5044/4276 19796/4941/4197</w:t>
        <w:br/>
        <w:t>f 19762/4906/4166 19791/4935/4192 19796/4941/4197</w:t>
        <w:br/>
        <w:t>f 19791/4935/4192 19805/4949/4205 19813/4959/4214</w:t>
        <w:br/>
        <w:t>f 19814/4958/4213 19791/4935/4192 19813/4959/4214</w:t>
        <w:br/>
        <w:t>f 19827/4972/4226 19828/4971/4225 19838/4983/4237</w:t>
        <w:br/>
        <w:t>f 19856/5000/4237 19901/5045/4235 19816/4960/4211</w:t>
        <w:br/>
        <w:t>f 19813/4959/4214 19856/5000/4237 19816/4960/4211</w:t>
        <w:br/>
        <w:t>f 19548/4695/3963 19875/5018/4259 19706/4850/4113</w:t>
        <w:br/>
        <w:t>f 19875/5018/4259 19903/5046/4277 19902/5047/4278</w:t>
        <w:br/>
        <w:t>f 19706/4850/4113 19875/5018/4259 19902/5047/4278</w:t>
        <w:br/>
        <w:t>f 19906/5048/4279 19905/5049/4280 19904/5050/4281</w:t>
        <w:br/>
        <w:t>f 19910/5051/4282 19909/5052/4283 19908/5053/4284</w:t>
        <w:br/>
        <w:t>f 19907/5054/4285 19910/5051/4282 19908/5053/4284</w:t>
        <w:br/>
        <w:t>f 19526/4673/3941 19527/4672/3940 19912/5055/4286</w:t>
        <w:br/>
        <w:t>f 19911/5056/4287 19526/4673/3941 19912/5055/4286</w:t>
        <w:br/>
        <w:t>f 19913/5057/4288 19522/4663/3931 19519/4666/3934</w:t>
        <w:br/>
        <w:t>f 19914/5058/4289 19913/5057/4288 19519/4666/3934</w:t>
        <w:br/>
        <w:t>f 19917/5059/3934 19916/5060/3933 19915/5061/4290</w:t>
        <w:br/>
        <w:t>f 19918/5062/4291 19917/5059/3934 19915/5061/4290</w:t>
        <w:br/>
        <w:t>f 19907/5054/4285 19908/5053/4284 19918/5062/4291</w:t>
        <w:br/>
        <w:t>f 19915/5061/4290 19907/5054/4285 19918/5062/4291</w:t>
        <w:br/>
        <w:t>f 19512/4658/3926 19513/4657/3925 19521/4664/3932</w:t>
        <w:br/>
        <w:t>f 19522/4663/3931 19512/4658/3926 19521/4664/3932</w:t>
        <w:br/>
        <w:t>f 19628/4770/4034 19920/5063/4292 19919/5064/4293</w:t>
        <w:br/>
        <w:t>f 19627/4771/4035 19628/4770/4034 19919/5064/4293</w:t>
        <w:br/>
        <w:t>f 19615/4758/4022 19922/5065/4294 19921/5066/4295</w:t>
        <w:br/>
        <w:t>f 19614/4759/4023 19615/4758/4022 19921/5066/4295</w:t>
        <w:br/>
        <w:t>f 19618/4765/4029 19619/4764/4028 19919/5064/4293</w:t>
        <w:br/>
        <w:t>f 19920/5063/4292 19618/4765/4029 19919/5064/4293</w:t>
        <w:br/>
        <w:t>f 19923/5067/4296 19867/5012/4257 19868/5011/4256</w:t>
        <w:br/>
        <w:t>f 19924/5068/4297 19923/5067/4296 19868/5011/4256</w:t>
        <w:br/>
        <w:t>f 19609/4754/4018 19925/5069/4298 19761/4905/4165</w:t>
        <w:br/>
        <w:t>f 19608/4755/4019 19609/4754/4018 19761/4905/4165</w:t>
        <w:br/>
        <w:t>f 19924/5068/4297 19927/5070/4299 19926/5071/4300</w:t>
        <w:br/>
        <w:t>f 19923/5067/4296 19924/5068/4297 19926/5071/4300</w:t>
        <w:br/>
        <w:t>f 19928/5072/4298 19622/4768/4032 19623/4767/4031</w:t>
        <w:br/>
        <w:t>f 19871/5015/4165 19928/5072/4298 19623/4767/4031</w:t>
        <w:br/>
        <w:t>f 19930/5073/4301 19929/5074/4302 19620/4763/4027</w:t>
        <w:br/>
        <w:t>f 19621/4762/4026 19930/5073/4301 19620/4763/4027</w:t>
        <w:br/>
        <w:t>f 19549/4694/3962 19550/4693/3961 19729/4873/4136</w:t>
        <w:br/>
        <w:t>f 19580/4724/3992 19932/5075/4303 19931/5076/4304</w:t>
        <w:br/>
        <w:t>f 19934/5077/4305 19933/5078/4306 19729/4873/4136</w:t>
        <w:br/>
        <w:t>f 19784/4927/4184 19427/4570/3844 19435/4579/3853</w:t>
        <w:br/>
        <w:t>f 19935/5079/4307 19784/4927/4184 19435/4579/3853</w:t>
        <w:br/>
        <w:t>f 19936/5080/4308 19692/4836/4100 19777/4921/4179</w:t>
        <w:br/>
        <w:t>f 19784/4927/4184 19936/5080/4308 19777/4921/4179</w:t>
        <w:br/>
        <w:t>f 19779/4922/4180 19783/4928/4185 19784/4927/4184</w:t>
        <w:br/>
        <w:t>f 19777/4921/4179 19779/4922/4180 19784/4927/4184</w:t>
        <w:br/>
        <w:t>f 19801/4945/4201 19783/4928/4185 19937/5081/4309</w:t>
        <w:br/>
        <w:t>f 19808/4952/4208 19806/4951/4207 19801/4945/4201</w:t>
        <w:br/>
        <w:t>f 19806/4951/4207 19851/4996/4228 19938/5082/4310</w:t>
        <w:br/>
        <w:t>f 19697/4842/4105 19939/5083/4311 19577/4722/3990</w:t>
        <w:br/>
        <w:t>f 19939/5083/4311 19697/4842/4105 19691/4837/4101</w:t>
        <w:br/>
        <w:t>f 19940/5084/4312 19939/5083/4311 19691/4837/4101</w:t>
        <w:br/>
        <w:t>f 19943/5085/4313 19942/5086/4314 19941/5087/4315</w:t>
        <w:br/>
        <w:t>f 19944/5088/4316 19943/5085/4313 19941/5087/4315</w:t>
        <w:br/>
        <w:t>f 19948/5089/4317 19947/5090/4318 19946/5091/4319</w:t>
        <w:br/>
        <w:t>f 19945/5092/4320 19948/5089/4317 19946/5091/4319</w:t>
        <w:br/>
        <w:t>f 19951/5093/4321 19950/5094/4322 19949/5095/4323</w:t>
        <w:br/>
        <w:t>f 19952/5096/4324 19951/5093/4321 19949/5095/4323</w:t>
        <w:br/>
        <w:t>f 19956/5097/4325 19955/5098/4326 19954/5099/4327</w:t>
        <w:br/>
        <w:t>f 19953/5100/4328 19956/5097/4325 19954/5099/4327</w:t>
        <w:br/>
        <w:t>f 19941/5087/4315 19954/5099/4327 19955/5098/4326</w:t>
        <w:br/>
        <w:t>f 19944/5088/4316 19941/5087/4315 19955/5098/4326</w:t>
        <w:br/>
        <w:t>f 19960/5101/4329 19959/5102/4330 19958/5103/4331</w:t>
        <w:br/>
        <w:t>f 19957/5104/4332 19960/5101/4329 19958/5103/4331</w:t>
        <w:br/>
        <w:t>f 19963/5105/4333 19962/5106/4334 19961/5107/4335</w:t>
        <w:br/>
        <w:t>f 19966/5108/4316 19965/5109/4326 19964/5110/4336</w:t>
        <w:br/>
        <w:t>f 19961/5107/4335 19966/5108/4316 19964/5110/4336</w:t>
        <w:br/>
        <w:t>f 19970/5111/4318 19969/5112/4337 19968/5113/4338</w:t>
        <w:br/>
        <w:t>f 19967/5114/4319 19970/5111/4318 19968/5113/4338</w:t>
        <w:br/>
        <w:t>f 19967/5114/4319 19968/5113/4338 19972/5115/4339</w:t>
        <w:br/>
        <w:t>f 19971/5116/4340 19967/5114/4319 19972/5115/4339</w:t>
        <w:br/>
        <w:t>f 19974/5117/4341 19973/5118/4323 19971/5116/4340</w:t>
        <w:br/>
        <w:t>f 19972/5115/4339 19974/5117/4341 19971/5116/4340</w:t>
        <w:br/>
        <w:t>f 19978/5119/4342 19977/5120/4343 19976/5121/4344</w:t>
        <w:br/>
        <w:t>f 19975/5122/4345 19978/5119/4342 19976/5121/4344</w:t>
        <w:br/>
        <w:t>f 19981/5123/4329 19980/5124/4346 19979/5125/4347</w:t>
        <w:br/>
        <w:t>f 19958/5103/4331 19959/5102/4330 19947/5090/4318</w:t>
        <w:br/>
        <w:t>f 19948/5089/4317 19958/5103/4331 19947/5090/4318</w:t>
        <w:br/>
        <w:t>f 19982/5126/4345 19931/5076/4304 19952/5096/4324</w:t>
        <w:br/>
        <w:t>f 19949/5095/4323 19982/5126/4345 19952/5096/4324</w:t>
        <w:br/>
        <w:t>f 19953/5100/4328 19984/5127/4348 19983/5128/4349</w:t>
        <w:br/>
        <w:t>f 19956/5097/4325 19953/5100/4328 19983/5128/4349</w:t>
        <w:br/>
        <w:t>f 19987/5129/4350 19986/5130/4351 19985/5131/4352</w:t>
        <w:br/>
        <w:t>f 19990/5132/4353 19989/5133/4354 19988/5134/4355</w:t>
        <w:br/>
        <w:t>f 19985/5131/4352 19992/5135/4356 19991/5136/4357</w:t>
        <w:br/>
        <w:t>f 19988/5134/4355 19994/5137/4358 19993/5138/4359</w:t>
        <w:br/>
        <w:t>f 19993/5138/4359 19994/5137/4358 19995/5139/4360</w:t>
        <w:br/>
        <w:t>f 19996/5140/4361 19429/4572/3846 19430/4575/3849</w:t>
        <w:br/>
        <w:t>f 19991/5136/4357 19996/5140/4361 19430/4575/3849</w:t>
        <w:br/>
        <w:t>f 19429/4572/3846 19996/5140/4361 19993/5138/4359</w:t>
        <w:br/>
        <w:t>f 19428/4573/3847 19429/4572/3846 19993/5138/4359</w:t>
        <w:br/>
        <w:t>f 19993/5138/4359 19997/5141/4362 19435/4579/3853</w:t>
        <w:br/>
        <w:t>f 19428/4573/3847 19993/5138/4359 19435/4579/3853</w:t>
        <w:br/>
        <w:t>f 19781/4925/3982 19896/5040/4274 19897/5039/4273</w:t>
        <w:br/>
        <w:t>f 19780/4926/4183 19781/4925/3982 19897/5039/4273</w:t>
        <w:br/>
        <w:t>f 19570/4713/3981 19999/5142/4363 19998/5143/4274</w:t>
        <w:br/>
        <w:t>f 19569/4714/3982 19570/4713/3981 19998/5143/4274</w:t>
        <w:br/>
        <w:t>f 19568/4711/3979 19564/4710/3978 19572/4716/3984</w:t>
        <w:br/>
        <w:t>f 19568/4711/3979 19572/4716/3984 19573/4715/3983</w:t>
        <w:br/>
        <w:t>f 19567/4712/3980 19568/4711/3979 19573/4715/3983</w:t>
        <w:br/>
        <w:t>f 20000/5144/4182 19775/4919/4177 19567/4712/3980</w:t>
        <w:br/>
        <w:t>f 19589/4733/4001 19564/4710/3978 19432/4578/3852</w:t>
        <w:br/>
        <w:t>f 19694/4838/4102 19691/4837/4101 19697/4842/4105</w:t>
        <w:br/>
        <w:t>f 19698/4841/3850 19694/4838/4102 19697/4842/4105</w:t>
        <w:br/>
        <w:t>f 19583/4726/3994 20002/5145/4099 20001/5146/4364</w:t>
        <w:br/>
        <w:t>f 19940/5084/4312 19691/4837/4101 19692/4836/4100</w:t>
        <w:br/>
        <w:t>f 19936/5080/4308 19940/5084/4312 19692/4836/4100</w:t>
        <w:br/>
        <w:t>f 20003/5147/4365 19979/5125/4347 19969/5112/4337</w:t>
        <w:br/>
        <w:t>f 19970/5111/4318 20003/5147/4365 19969/5112/4337</w:t>
        <w:br/>
        <w:t>f 20005/5148/4366 20004/5149/4367 19824/4968/4222</w:t>
        <w:br/>
        <w:t>f 19825/4967/4221 20005/5148/4366 19824/4968/4222</w:t>
        <w:br/>
        <w:t>f 20005/5148/4366 19825/4967/4221 19845/4989/4242</w:t>
        <w:br/>
        <w:t>f 20006/5150/4368 20005/5148/4366 19845/4989/4242</w:t>
        <w:br/>
        <w:t>f 20008/5151/4369 20007/5152/4370 19636/4779/4043</w:t>
        <w:br/>
        <w:t>f 19759/4903/4164 20008/5151/4369 19636/4779/4043</w:t>
        <w:br/>
        <w:t>f 20010/5153/4371 20009/5154/4372 19738/4885/4147</w:t>
        <w:br/>
        <w:t>f 19739/4884/4146 20010/5153/4371 19738/4885/4147</w:t>
        <w:br/>
        <w:t>f 20013/5155/4373 20012/5156/4374 20011/5157/4375</w:t>
        <w:br/>
        <w:t>f 19748/4891/4153 20013/5155/4373 20011/5157/4375</w:t>
        <w:br/>
        <w:t>f 20011/5157/4375 19664/4809/4073 19665/4808/4072</w:t>
        <w:br/>
        <w:t>f 19748/4891/4153 20011/5157/4375 19665/4808/4072</w:t>
        <w:br/>
        <w:t>f 20017/5158/4376 20016/5159/4377 20015/5160/4071</w:t>
        <w:br/>
        <w:t>f 20014/5161/4074 20017/5158/4376 20015/5160/4071</w:t>
        <w:br/>
        <w:t>f 19909/5052/4283 20019/5162/4378 20018/5163/4379</w:t>
        <w:br/>
        <w:t>f 19908/5053/4284 19909/5052/4283 20018/5163/4379</w:t>
        <w:br/>
        <w:t>f 19918/5062/4291 20021/5164/4380 20020/5165/4289</w:t>
        <w:br/>
        <w:t>f 19917/5059/3934 19918/5062/4291 20020/5165/4289</w:t>
        <w:br/>
        <w:t>f 19908/5053/4284 20018/5163/4379 20021/5164/4380</w:t>
        <w:br/>
        <w:t>f 19918/5062/4291 19908/5053/4284 20021/5164/4380</w:t>
        <w:br/>
        <w:t>f 20023/5166/4381 20022/5167/4382 19622/4768/4032</w:t>
        <w:br/>
        <w:t>f 19928/5072/4298 20023/5166/4381 19622/4768/4032</w:t>
        <w:br/>
        <w:t>f 19477/4624/3898 20025/5168/4383 20024/5169/4384</w:t>
        <w:br/>
        <w:t>f 19480/4621/3895 19477/4624/3898 20024/5169/4384</w:t>
        <w:br/>
        <w:t>f 19688/4831/4095 19486/4629/3901 19480/4621/3895</w:t>
        <w:br/>
        <w:t>f 20024/5169/4384 19688/4831/4095 19480/4621/3895</w:t>
        <w:br/>
        <w:t>f 19500/4644/3914 19497/4643/3913 19687/4832/4096</w:t>
        <w:br/>
        <w:t>f 20026/5170/4385 19500/4644/3914 19687/4832/4096</w:t>
        <w:br/>
        <w:t>f 19636/4779/4043 20007/5152/4370 19650/4793/4057</w:t>
        <w:br/>
        <w:t>f 19635/4780/4044 19636/4779/4043 19650/4793/4057</w:t>
        <w:br/>
        <w:t>f 19625/4769/4033 19622/4768/4032 20022/5167/4382</w:t>
        <w:br/>
        <w:t>f 20027/5171/4386 19625/4769/4033 20022/5167/4382</w:t>
        <w:br/>
        <w:t>f 19615/4758/4022 19625/4769/4033 20027/5171/4386</w:t>
        <w:br/>
        <w:t>f 19922/5065/4294 19615/4758/4022 20027/5171/4386</w:t>
        <w:br/>
        <w:t>f 19982/5126/4345 20028/5172/4387 19580/4724/3992</w:t>
        <w:br/>
        <w:t>f 19931/5076/4304 19982/5126/4345 19580/4724/3992</w:t>
        <w:br/>
        <w:t>f 20031/5173/4388 20030/5174/4325 20029/5175/4389</w:t>
        <w:br/>
        <w:t>f 20032/5176/4390 20031/5173/4388 20029/5175/4389</w:t>
        <w:br/>
        <w:t>f 19978/5119/4342 19975/5122/4345 19973/5118/4323</w:t>
        <w:br/>
        <w:t>f 19974/5117/4341 19978/5119/4342 19973/5118/4323</w:t>
        <w:br/>
        <w:t>f 19950/5094/4322 19951/5093/4321 19945/5092/4320</w:t>
        <w:br/>
        <w:t>f 19946/5091/4319 19950/5094/4322 19945/5092/4320</w:t>
        <w:br/>
        <w:t>f 19605/4749/4014 19730/4875/4138 19999/5142/4363</w:t>
        <w:br/>
        <w:t>f 20033/5177/4391 19987/5129/4350 19897/5039/4273</w:t>
        <w:br/>
        <w:t>f 19556/4700/3968 19548/4695/3963 19549/4694/3962</w:t>
        <w:br/>
        <w:t>f 20034/5178/4392 19616/4761/4025 19902/5047/4278</w:t>
        <w:br/>
        <w:t>f 20035/5179/4393 20034/5178/4392 19902/5047/4278</w:t>
        <w:br/>
        <w:t>f 19677/4822/4086 20036/5180/4383 19481/4628/3898</w:t>
        <w:br/>
        <w:t>f 19482/4627/3900 19677/4822/4086 19481/4628/3898</w:t>
        <w:br/>
        <w:t>f 19714/4858/4121 19640/4786/4050 19641/4785/4049</w:t>
        <w:br/>
        <w:t>f 20037/5181/4147 19714/4858/4121 19641/4785/4049</w:t>
        <w:br/>
        <w:t>f 19757/4902/4164 19758/4901/4163 20039/5182/4394</w:t>
        <w:br/>
        <w:t>f 20038/5183/4369 19757/4902/4164 20039/5182/4394</w:t>
        <w:br/>
        <w:t>f 19515/4659/3927 20040/5184/4395 19754/4900/4162</w:t>
        <w:br/>
        <w:t>f 19514/4656/3924 19515/4659/3927 19754/4900/4162</w:t>
        <w:br/>
        <w:t>f 19991/5136/4357 19430/4575/3849 19436/4581/3855</w:t>
        <w:br/>
        <w:t>f 19780/4926/4183 19991/5136/4357 19436/4581/3855</w:t>
        <w:br/>
        <w:t>f 20042/5185/4396 20041/5186/4397 20040/5184/4395</w:t>
        <w:br/>
        <w:t>f 19515/4659/3927 20042/5185/4396 20040/5184/4395</w:t>
        <w:br/>
        <w:t>f 19617/4760/4024 19706/4850/4113 19902/5047/4278</w:t>
        <w:br/>
        <w:t>f 19616/4761/4025 19617/4760/4024 19902/5047/4278</w:t>
        <w:br/>
        <w:t>f 19997/5141/4362 20043/5187/4398 19435/4579/3853</w:t>
        <w:br/>
        <w:t>f 19985/5131/4352 19991/5136/4357 19780/4926/4183</w:t>
        <w:br/>
        <w:t>f 19522/4663/3931 19913/5057/4288 20044/5188/4399</w:t>
        <w:br/>
        <w:t>f 19512/4658/3926 19522/4663/3931 20044/5188/4399</w:t>
        <w:br/>
        <w:t>f 20046/5189/4400 20045/5190/4381 19925/5069/4298</w:t>
        <w:br/>
        <w:t>f 19609/4754/4018 20046/5189/4400 19925/5069/4298</w:t>
        <w:br/>
        <w:t>f 20047/5191/4372 19713/4855/4118 19714/4858/4121</w:t>
        <w:br/>
        <w:t>f 20037/5181/4147 20047/5191/4372 19714/4858/4121</w:t>
        <w:br/>
        <w:t>f 20016/5159/4377 20017/5158/4376 19662/4803/4067</w:t>
        <w:br/>
        <w:t>f 19659/4806/4070 20016/5159/4377 19662/4803/4067</w:t>
        <w:br/>
        <w:t>f 19504/4645/3914 20049/5192/4401 20048/5193/4402</w:t>
        <w:br/>
        <w:t>f 19503/4646/3915 19504/4645/3914 20048/5193/4402</w:t>
        <w:br/>
        <w:t>f 19678/4821/4085 19488/4631/3903 19503/4646/3915</w:t>
        <w:br/>
        <w:t>f 20048/5193/4402 19678/4821/4085 19503/4646/3915</w:t>
        <w:br/>
        <w:t>f 19712/4856/4119 20039/5182/4394 19758/4901/4163</w:t>
        <w:br/>
        <w:t>f 19711/4857/4120 19712/4856/4119 19758/4901/4163</w:t>
        <w:br/>
        <w:t>f 20044/5188/4399 20042/5185/4396 19515/4659/3927</w:t>
        <w:br/>
        <w:t>f 19512/4658/3926 20044/5188/4399 19515/4659/3927</w:t>
        <w:br/>
        <w:t>f 19609/4754/4018 19610/4753/4017 20050/5194/4403</w:t>
        <w:br/>
        <w:t>f 20046/5189/4400 19609/4754/4018 20050/5194/4403</w:t>
        <w:br/>
        <w:t>f 19616/4761/4025 20034/5178/4392 20050/5194/4403</w:t>
        <w:br/>
        <w:t>f 19610/4753/4017 19616/4761/4025 20050/5194/4403</w:t>
        <w:br/>
        <w:t>f 20051/5195/4295 20035/5179/4393 19902/5047/4278</w:t>
        <w:br/>
        <w:t>f 19903/5046/4277 20051/5195/4295 19902/5047/4278</w:t>
        <w:br/>
        <w:t>f 19932/5075/4303 19549/4694/3962 19729/4873/4136</w:t>
        <w:br/>
        <w:t>f 19729/4873/4136 19933/5078/4306 19931/5076/4304</w:t>
        <w:br/>
        <w:t>f 19998/5143/4274 19999/5142/4363 19730/4875/4138</w:t>
        <w:br/>
        <w:t>f 19605/4749/4014 19533/4678/3946 19603/4746/4013</w:t>
        <w:br/>
        <w:t>f 19571/4717/3985 19533/4678/3946 19605/4749/4014</w:t>
        <w:br/>
        <w:t>f 19999/5142/4363 19570/4713/3981 19573/4715/3983</w:t>
        <w:br/>
        <w:t>f 19571/4717/3985 19999/5142/4363 19573/4715/3983</w:t>
        <w:br/>
        <w:t>f 19573/4715/3983 19570/4713/3981 19567/4712/3980</w:t>
        <w:br/>
        <w:t>f 19649/4794/4058 19650/4793/4057 19637/4782/4046</w:t>
        <w:br/>
        <w:t>f 19645/4788/4052 19649/4794/4058 19637/4782/4046</w:t>
        <w:br/>
        <w:t>f 19710/4854/4117 19712/4856/4119 19713/4855/4118</w:t>
        <w:br/>
        <w:t>f 19878/5024/4263 19710/4854/4117 19713/4855/4118</w:t>
        <w:br/>
        <w:t>f 19707/4853/4116 20052/5196/4039 20038/5183/4369</w:t>
        <w:br/>
        <w:t>f 20039/5182/4394 19707/4853/4116 20038/5183/4369</w:t>
        <w:br/>
        <w:t>f 19651/4798/4062 20054/5197/4124 20053/5198/4404</w:t>
        <w:br/>
        <w:t>f 19654/4795/4059 19651/4798/4062 20053/5198/4404</w:t>
        <w:br/>
        <w:t>f 19662/4803/4067 19670/4814/4078 20055/5199/4405</w:t>
        <w:br/>
        <w:t>f 19661/4804/4068 19662/4803/4067 20055/5199/4405</w:t>
        <w:br/>
        <w:t>f 19663/4810/4074 19664/4809/4073 19718/4862/4125</w:t>
        <w:br/>
        <w:t>f 20056/5200/4406 19663/4810/4074 19718/4862/4125</w:t>
        <w:br/>
        <w:t>f 19677/4822/4086 19678/4821/4085 19684/4828/4092</w:t>
        <w:br/>
        <w:t>f 20057/5201/4407 19677/4822/4086 19684/4828/4092</w:t>
        <w:br/>
        <w:t>f 19687/4832/4096 19688/4831/4095 19676/4820/4084</w:t>
        <w:br/>
        <w:t>f 19681/4824/4088 19687/4832/4096 19676/4820/4084</w:t>
        <w:br/>
        <w:t>f 20059/5202/4395 20058/5203/4397 20019/5162/4378</w:t>
        <w:br/>
        <w:t>f 19909/5052/4283 20059/5202/4395 20019/5162/4378</w:t>
        <w:br/>
        <w:t>f 19916/5060/3933 19602/4747/4011 19531/4675/3943</w:t>
        <w:br/>
        <w:t>f 19915/5061/4290 19916/5060/3933 19531/4675/3943</w:t>
        <w:br/>
        <w:t>f 19915/5061/4290 19531/4675/3943 19532/4674/3942</w:t>
        <w:br/>
        <w:t>f 19907/5054/4285 19915/5061/4290 19532/4674/3942</w:t>
        <w:br/>
        <w:t>f 19907/5054/4285 19532/4674/3942 19910/5051/4282</w:t>
        <w:br/>
        <w:t>f 20061/5204/4408 20060/5205/4280 19511/4655/3923</w:t>
        <w:br/>
        <w:t>f 19508/4654/3922 20061/5204/4408 19511/4655/3923</w:t>
        <w:br/>
        <w:t>f 19910/5051/4282 20064/5206/4409 20063/5207/4410</w:t>
        <w:br/>
        <w:t>f 20062/5208/4411 19910/5051/4282 20063/5207/4410</w:t>
        <w:br/>
        <w:t>f 20062/5208/4411 20059/5202/4395 19909/5052/4283</w:t>
        <w:br/>
        <w:t>f 19910/5051/4282 20062/5208/4411 19909/5052/4283</w:t>
        <w:br/>
        <w:t>f 20066/5209/730 20065/5210/4412 19632/4777/4041</w:t>
        <w:br/>
        <w:t>f 19633/4776/4040 20066/5209/730 19632/4777/4041</w:t>
        <w:br/>
        <w:t>f 19638/4781/4045 19632/4777/4041 20065/5210/4412</w:t>
        <w:br/>
        <w:t>f 20067/5211/4413 19638/4781/4045 20065/5210/4412</w:t>
        <w:br/>
        <w:t>f 19644/4789/4053 20069/5212/4414 20068/5213/4415</w:t>
        <w:br/>
        <w:t>f 19643/4790/4054 19644/4789/4053 20068/5213/4415</w:t>
        <w:br/>
        <w:t>f 20071/5214/4416 20070/5215/4417 19880/5022/4261</w:t>
        <w:br/>
        <w:t>f 20072/5216/4054 20071/5214/4416 19880/5022/4261</w:t>
        <w:br/>
        <w:t>f 20067/5211/4413 20069/5212/4414 19644/4789/4053</w:t>
        <w:br/>
        <w:t>f 19638/4781/4045 20067/5211/4413 19644/4789/4053</w:t>
        <w:br/>
        <w:t>f 20075/5217/4418 20074/5218/4419 20073/5219/4420</w:t>
        <w:br/>
        <w:t>f 19657/4799/4063 19658/4802/4066 20076/5220/4421</w:t>
        <w:br/>
        <w:t>f 20077/5221/4422 19657/4799/4063 20076/5220/4421</w:t>
        <w:br/>
        <w:t>f 20079/5222/4423 20078/5223/4424 19884/5028/4264</w:t>
        <w:br/>
        <w:t>f 20081/5224/4425 19716/4860/4123 19717/4859/4122</w:t>
        <w:br/>
        <w:t>f 20080/5225/4426 20081/5224/4425 19717/4859/4122</w:t>
        <w:br/>
        <w:t>f 20077/5221/4422 20082/5226/4427 19719/4863/4126</w:t>
        <w:br/>
        <w:t>f 19657/4799/4063 20077/5221/4422 19719/4863/4126</w:t>
        <w:br/>
        <w:t>f 20076/5220/4421 19658/4802/4066 20084/5227/4123</w:t>
        <w:br/>
        <w:t>f 20083/5228/4425 20076/5220/4421 20084/5227/4123</w:t>
        <w:br/>
        <w:t>f 20082/5226/4427 20086/5229/4424 20085/5230/4428</w:t>
        <w:br/>
        <w:t>f 19719/4863/4126 20082/5226/4427 20085/5230/4428</w:t>
        <w:br/>
        <w:t>f 20088/5231/4429 20087/5232/4430 19673/4815/4079</w:t>
        <w:br/>
        <w:t>f 19674/4818/4082 20088/5231/4429 19673/4815/4079</w:t>
        <w:br/>
        <w:t>f 19675/4819/4083 19673/4815/4079 20087/5232/4430</w:t>
        <w:br/>
        <w:t>f 20089/5233/4431 19675/4819/4083 20087/5232/4430</w:t>
        <w:br/>
        <w:t>f 19680/4825/4089 20091/5234/4432 20090/5235/4433</w:t>
        <w:br/>
        <w:t>f 19679/4826/4090 19680/4825/4089 20090/5235/4433</w:t>
        <w:br/>
        <w:t>f 20094/5236/4434 20093/5237/4435 19891/5035/4269</w:t>
        <w:br/>
        <w:t>f 20092/5238/4090 20094/5236/4434 19891/5035/4269</w:t>
        <w:br/>
        <w:t>f 20096/5239/4436 20095/5240/4437 19886/5030/4266</w:t>
        <w:br/>
        <w:t>f 19887/5029/4265 20096/5239/4436 19886/5030/4266</w:t>
        <w:br/>
        <w:t>f 20089/5233/4431 20091/5234/4432 19680/4825/4089</w:t>
        <w:br/>
        <w:t>f 19675/4819/4083 20089/5233/4431 19680/4825/4089</w:t>
        <w:br/>
        <w:t>f 19510/4652/3920 19511/4655/3923 20097/5241/4438</w:t>
        <w:br/>
        <w:t>f 20098/5242/4439 19510/4652/3920 20097/5241/4438</w:t>
        <w:br/>
        <w:t>f 20099/5243/4440 19524/4668/3936 19525/4667/3935</w:t>
        <w:br/>
        <w:t>f 20100/5244/4441 20099/5243/4440 19525/4667/3935</w:t>
        <w:br/>
        <w:t>f 19510/4652/3920 20098/5242/4439 20100/5244/4441</w:t>
        <w:br/>
        <w:t>f 19525/4667/3935 19510/4652/3920 20100/5244/4441</w:t>
        <w:br/>
        <w:t>f 20103/5245/4442 20102/5246/4443 20101/5247/3936</w:t>
        <w:br/>
        <w:t>f 20104/5248/4444 19905/5049/4280 19906/5048/4279</w:t>
        <w:br/>
        <w:t>f 20105/5249/4445 20104/5248/4444 19906/5048/4279</w:t>
        <w:br/>
        <w:t>f 19511/4655/3923 20060/5205/4280 20106/5250/4444</w:t>
        <w:br/>
        <w:t>f 20097/5241/4438 19511/4655/3923 20106/5250/4444</w:t>
        <w:br/>
        <w:t>f 20108/5251/4446 19527/4672/3940 19528/4671/3939</w:t>
        <w:br/>
        <w:t>f 20107/5252/4447 20108/5251/4446 19528/4671/3939</w:t>
        <w:br/>
        <w:t>f 19892/5036/4270 20109/5253/4448 20107/5252/4447</w:t>
        <w:br/>
        <w:t>f 19528/4671/3939 19892/5036/4270 20107/5252/4447</w:t>
        <w:br/>
        <w:t>f 20110/5254/4449 19912/5055/4286 19527/4672/3940</w:t>
        <w:br/>
        <w:t>f 20108/5251/4446 20110/5254/4449 19527/4672/3940</w:t>
        <w:br/>
        <w:t>f 19912/5055/4286 20110/5254/4449 20111/5255/4450</w:t>
        <w:br/>
        <w:t>f 19906/5048/4279 19912/5055/4286 20111/5255/4450</w:t>
        <w:br/>
        <w:t>f 20114/5256/4451 20113/5257/4452 20112/5258/4453</w:t>
        <w:br/>
        <w:t>f 20105/5249/4445 19906/5048/4279 20111/5255/4450</w:t>
        <w:br/>
        <w:t>f 19685/4827/4091 19686/4830/4094 20116/5259/4454</w:t>
        <w:br/>
        <w:t>f 20115/5260/4455 19685/4827/4091 20116/5259/4454</w:t>
        <w:br/>
        <w:t>f 19686/4830/4094 19891/5035/4269 20117/5261/4456</w:t>
        <w:br/>
        <w:t>f 20116/5259/4454 19686/4830/4094 20117/5261/4456</w:t>
        <w:br/>
        <w:t>f 20120/5262/4457 19887/5029/4265 20119/5263/4458</w:t>
        <w:br/>
        <w:t>f 20118/5264/4459 20120/5262/4457 20119/5263/4458</w:t>
        <w:br/>
        <w:t>f 19685/4827/4091 20115/5260/4455 20118/5264/4459</w:t>
        <w:br/>
        <w:t>f 20119/5263/4458 19685/4827/4091 20118/5264/4459</w:t>
        <w:br/>
        <w:t>f 20123/5265/4460 20122/5266/4461 20121/5267/4462</w:t>
        <w:br/>
        <w:t>f 19891/5035/4269 20093/5237/4435 20117/5261/4456</w:t>
        <w:br/>
        <w:t>f 19667/4813/4077 20125/5268/4463 20124/5269/4464</w:t>
        <w:br/>
        <w:t>f 20126/5270/4465 19667/4813/4077 20124/5269/4464</w:t>
        <w:br/>
        <w:t>f 20125/5268/4463 19884/5028/4466 20127/5271/4467</w:t>
        <w:br/>
        <w:t>f 20124/5269/4464 20125/5268/4463 20127/5271/4467</w:t>
        <w:br/>
        <w:t>f 20129/5272/4468 20128/5273/4469 19667/4813/4077</w:t>
        <w:br/>
        <w:t>f 20126/5270/4465 20129/5272/4468 19667/4813/4077</w:t>
        <w:br/>
        <w:t>f 20130/5274/4470 19717/4859/4122 20128/5273/4469</w:t>
        <w:br/>
        <w:t>f 20129/5272/4468 20130/5274/4470 20128/5273/4469</w:t>
        <w:br/>
        <w:t>f 20133/5275/4471 20132/5276/4472 20131/5277/4471</w:t>
        <w:br/>
        <w:t>f 19884/5028/4466 20134/5278/4473 20127/5271/4467</w:t>
        <w:br/>
        <w:t>f 19709/4851/4114 20136/5279/4474 20135/5280/4475</w:t>
        <w:br/>
        <w:t>f 19708/4852/4115 19709/4851/4114 20135/5280/4475</w:t>
        <w:br/>
        <w:t>f 20139/5281/4476 20138/5282/4477 20137/5283/4478</w:t>
        <w:br/>
        <w:t>f 19880/5022/4479 20139/5281/4476 20137/5283/4478</w:t>
        <w:br/>
        <w:t>f 19709/4851/4114 20137/5283/4478 20138/5282/4477</w:t>
        <w:br/>
        <w:t>f 20136/5279/4474 19709/4851/4114 20138/5282/4477</w:t>
        <w:br/>
        <w:t>f 20140/5284/4480 20075/5217/4481 19708/4852/4115</w:t>
        <w:br/>
        <w:t>f 20135/5280/4475 20140/5284/4480 19708/4852/4115</w:t>
        <w:br/>
        <w:t>f 20143/5285/4482 20142/5286/4483 20141/5287/4484</w:t>
        <w:br/>
        <w:t>f 19880/5022/4479 20144/5288/4485 20139/5281/4476</w:t>
        <w:br/>
        <w:t>f 20145/5289/4486 19868/5011/4256 19869/5010/4255</w:t>
        <w:br/>
        <w:t>f 20146/5290/4487 20145/5289/4486 19869/5010/4255</w:t>
        <w:br/>
        <w:t>f 20149/5291/4488 20148/5292/4489 19927/5070/4299</w:t>
        <w:br/>
        <w:t>f 20147/5293/4490 20149/5291/4488 19927/5070/4299</w:t>
        <w:br/>
        <w:t>f 20150/5294/4491 19924/5068/4297 19868/5011/4256</w:t>
        <w:br/>
        <w:t>f 20145/5289/4486 20150/5294/4491 19868/5011/4256</w:t>
        <w:br/>
        <w:t>f 19924/5068/4297 20150/5294/4491 20147/5293/4490</w:t>
        <w:br/>
        <w:t>f 19927/5070/4299 19924/5068/4297 20147/5293/4490</w:t>
        <w:br/>
        <w:t>f 19620/4763/4027 19929/5074/4302 20151/5295/4492</w:t>
        <w:br/>
        <w:t>f 19922/5065/4294 19926/5071/4300 20152/5296/4493</w:t>
        <w:br/>
        <w:t>f 19921/5066/4295 19922/5065/4294 20152/5296/4493</w:t>
        <w:br/>
        <w:t>f 19619/4764/4028 19620/4763/4027 20154/5297/4494</w:t>
        <w:br/>
        <w:t>f 20153/5298/4495 19619/4764/4028 20154/5297/4494</w:t>
        <w:br/>
        <w:t>f 19626/4772/4036 19627/4771/4035 20156/5299/4496</w:t>
        <w:br/>
        <w:t>f 20155/5300/4497 19626/4772/4036 20156/5299/4496</w:t>
        <w:br/>
        <w:t>f 20157/5301/4498 19704/4849/4112 19626/4772/4036</w:t>
        <w:br/>
        <w:t>f 20155/5300/4497 20157/5301/4498 19626/4772/4036</w:t>
        <w:br/>
        <w:t>f 20158/5302/4499 20156/5299/4496 19627/4771/4035</w:t>
        <w:br/>
        <w:t>f 19919/5064/4293 20158/5302/4499 19627/4771/4035</w:t>
        <w:br/>
        <w:t>f 20158/5302/4499 19919/5064/4293 19619/4764/4028</w:t>
        <w:br/>
        <w:t>f 20153/5298/4495 20158/5302/4499 19619/4764/4028</w:t>
        <w:br/>
        <w:t>f 20160/5303/4500 20159/5304/4501 20157/5301/4502</w:t>
        <w:br/>
        <w:t>f 20163/5305/4503 20162/5306/4504 20161/5307/4504</w:t>
        <w:br/>
        <w:t>f 20165/5308/4505 20164/5309/4506 20153/5298/4495</w:t>
        <w:br/>
        <w:t>f 20154/5297/4494 20165/5308/4505 20153/5298/4495</w:t>
        <w:br/>
        <w:t>f 20167/5310/4507 20166/5311/4508 20155/5300/4497</w:t>
        <w:br/>
        <w:t>f 20156/5299/4496 20167/5310/4507 20155/5300/4497</w:t>
        <w:br/>
        <w:t>f 20157/5301/4498 20155/5300/4497 20166/5311/4508</w:t>
        <w:br/>
        <w:t>f 20168/5312/4509 20157/5301/4498 20166/5311/4508</w:t>
        <w:br/>
        <w:t>f 20156/5299/4496 20158/5302/4499 20169/5313/4510</w:t>
        <w:br/>
        <w:t>f 20167/5310/4507 20156/5299/4496 20169/5313/4510</w:t>
        <w:br/>
        <w:t>f 20153/5298/4495 20164/5309/4506 20169/5313/4510</w:t>
        <w:br/>
        <w:t>f 20158/5302/4499 20153/5298/4495 20169/5313/4510</w:t>
        <w:br/>
        <w:t>f 20170/5314/4511 20160/5303/4500 20157/5301/4502</w:t>
        <w:br/>
        <w:t>f 20171/5315/4512 20161/5307/4504 20162/5306/4504</w:t>
        <w:br/>
        <w:t>f 20172/5316/4512 20171/5315/4512 20162/5306/4504</w:t>
        <w:br/>
        <w:t>f 20176/5317/4513 20175/5318/4514 20174/5319/4515</w:t>
        <w:br/>
        <w:t>f 20173/5320/4516 20176/5317/4513 20174/5319/4515</w:t>
        <w:br/>
        <w:t>f 20179/5321/4517 20149/5291/4518 20178/5322/4519</w:t>
        <w:br/>
        <w:t>f 20177/5323/4520 20179/5321/4517 20178/5322/4519</w:t>
        <w:br/>
        <w:t>f 20181/5324/4521 20180/5325/4522 20145/5289/4486</w:t>
        <w:br/>
        <w:t>f 20176/5317/4513 20181/5324/4521 20145/5289/4486</w:t>
        <w:br/>
        <w:t>f 20181/5324/4521 20177/5323/4523 20147/5293/4524</w:t>
        <w:br/>
        <w:t>f 20180/5325/4522 20181/5324/4521 20147/5293/4524</w:t>
        <w:br/>
        <w:t>f 20184/5326/4525 20183/5327/4488 20182/5328/4517</w:t>
        <w:br/>
        <w:t>f 20185/5329/4525 20184/5326/4525 20182/5328/4517</w:t>
        <w:br/>
        <w:t>f 20136/5279/4474 20187/5330/4526 20186/5331/4527</w:t>
        <w:br/>
        <w:t>f 20135/5280/4475 20136/5279/4474 20186/5331/4527</w:t>
        <w:br/>
        <w:t>f 20139/5281/4476 20189/5332/4528 20188/5333/4529</w:t>
        <w:br/>
        <w:t>f 20138/5282/4477 20139/5281/4476 20188/5333/4529</w:t>
        <w:br/>
        <w:t>f 20138/5282/4477 20188/5333/4529 20187/5330/4526</w:t>
        <w:br/>
        <w:t>f 20136/5279/4474 20138/5282/4477 20187/5330/4526</w:t>
        <w:br/>
        <w:t>f 20190/5334/4530 20140/5284/4480 20135/5280/4475</w:t>
        <w:br/>
        <w:t>f 20186/5331/4527 20190/5334/4530 20135/5280/4475</w:t>
        <w:br/>
        <w:t>f 20141/5287/4484 20192/5335/4531 20191/5336/4532</w:t>
        <w:br/>
        <w:t>f 20143/5285/4482 20141/5287/4484 20191/5336/4532</w:t>
        <w:br/>
        <w:t>f 20139/5281/4476 20144/5288/4485 20194/5337/4533</w:t>
        <w:br/>
        <w:t>f 20193/5338/4534 20139/5281/4476 20194/5337/4533</w:t>
        <w:br/>
        <w:t>f 20196/5339/4535 20195/5340/4536 20065/5210/4412</w:t>
        <w:br/>
        <w:t>f 20066/5209/730 20196/5339/4535 20065/5210/4412</w:t>
        <w:br/>
        <w:t>f 20195/5340/4536 20197/5341/4537 20067/5211/4413</w:t>
        <w:br/>
        <w:t>f 20065/5210/4412 20195/5340/4536 20067/5211/4413</w:t>
        <w:br/>
        <w:t>f 20198/5342/4538 20068/5213/4415 20069/5212/4414</w:t>
        <w:br/>
        <w:t>f 20199/5343/4539 20198/5342/4538 20069/5212/4414</w:t>
        <w:br/>
        <w:t>f 20201/5344/4540 20070/5215/4417 20071/5214/4416</w:t>
        <w:br/>
        <w:t>f 20200/5345/4541 20201/5344/4540 20071/5214/4416</w:t>
        <w:br/>
        <w:t>f 20067/5211/4413 20197/5341/4537 20199/5343/4539</w:t>
        <w:br/>
        <w:t>f 20069/5212/4414 20067/5211/4413 20199/5343/4539</w:t>
        <w:br/>
        <w:t>f 20202/5346/4535 20073/5219/4420 20074/5218/4419</w:t>
        <w:br/>
        <w:t>f 20203/5347/4542 20202/5346/4535 20074/5218/4419</w:t>
        <w:br/>
        <w:t>f 20124/5269/4464 20205/5348/4543 20204/5349/4544</w:t>
        <w:br/>
        <w:t>f 20126/5270/4465 20124/5269/4464 20204/5349/4544</w:t>
        <w:br/>
        <w:t>f 20205/5348/4543 20124/5269/4464 20127/5271/4467</w:t>
        <w:br/>
        <w:t>f 20206/5350/4545 20205/5348/4543 20127/5271/4467</w:t>
        <w:br/>
        <w:t>f 20126/5270/4465 20204/5349/4544 20207/5351/4546</w:t>
        <w:br/>
        <w:t>f 20129/5272/4468 20126/5270/4465 20207/5351/4546</w:t>
        <w:br/>
        <w:t>f 20208/5352/4547 20130/5274/4470 20129/5272/4468</w:t>
        <w:br/>
        <w:t>f 20207/5351/4546 20208/5352/4547 20129/5272/4468</w:t>
        <w:br/>
        <w:t>f 20131/5277/4471 20210/5353/4548 20209/5354/4549</w:t>
        <w:br/>
        <w:t>f 20133/5275/4471 20131/5277/4471 20209/5354/4549</w:t>
        <w:br/>
        <w:t>f 20212/5355/4550 20211/5356/4551 20127/5271/4467</w:t>
        <w:br/>
        <w:t>f 20134/5278/4473 20212/5355/4550 20127/5271/4467</w:t>
        <w:br/>
        <w:t>f 20214/5357/4552 20213/5358/4553 20077/5221/4422</w:t>
        <w:br/>
        <w:t>f 20076/5220/4421 20214/5357/4552 20077/5221/4422</w:t>
        <w:br/>
        <w:t>f 20217/5359/4554 20216/5360/4555 20215/5361/4556</w:t>
        <w:br/>
        <w:t>f 20078/5223/4424 20217/5359/4554 20215/5361/4556</w:t>
        <w:br/>
        <w:t>f 20218/5362/4557 20081/5224/4425 20080/5225/4426</w:t>
        <w:br/>
        <w:t>f 20219/5363/4558 20218/5362/4557 20080/5225/4426</w:t>
        <w:br/>
        <w:t>f 20077/5221/4422 20213/5358/4553 20220/5364/4559</w:t>
        <w:br/>
        <w:t>f 20082/5226/4427 20077/5221/4422 20220/5364/4559</w:t>
        <w:br/>
        <w:t>f 20221/5365/4560 20214/5357/4552 20076/5220/4421</w:t>
        <w:br/>
        <w:t>f 20083/5228/4425 20221/5365/4560 20076/5220/4421</w:t>
        <w:br/>
        <w:t>f 20222/5366/4561 20086/5229/4424 20082/5226/4427</w:t>
        <w:br/>
        <w:t>f 20220/5364/4559 20222/5366/4561 20082/5226/4427</w:t>
        <w:br/>
        <w:t>f 20223/5367/4562 20115/5260/4455 20116/5259/4454</w:t>
        <w:br/>
        <w:t>f 20224/5368/4563 20223/5367/4562 20116/5259/4454</w:t>
        <w:br/>
        <w:t>f 20225/5369/4564 20224/5368/4563 20116/5259/4454</w:t>
        <w:br/>
        <w:t>f 20117/5261/4456 20225/5369/4564 20116/5259/4454</w:t>
        <w:br/>
        <w:t>f 20227/5370/4565 20120/5262/4457 20118/5264/4459</w:t>
        <w:br/>
        <w:t>f 20226/5371/4566 20227/5370/4565 20118/5264/4459</w:t>
        <w:br/>
        <w:t>f 20226/5371/4566 20118/5264/4459 20115/5260/4455</w:t>
        <w:br/>
        <w:t>f 20223/5367/4562 20226/5371/4566 20115/5260/4455</w:t>
        <w:br/>
        <w:t>f 20229/5372/4567 20228/5373/4567 20123/5265/4460</w:t>
        <w:br/>
        <w:t>f 20121/5267/4462 20229/5372/4567 20123/5265/4460</w:t>
        <w:br/>
        <w:t>f 20230/5374/4568 20117/5261/4456 20093/5237/4435</w:t>
        <w:br/>
        <w:t>f 20231/5375/4569 20230/5374/4568 20093/5237/4435</w:t>
        <w:br/>
        <w:t>f 20232/5376/4570 20087/5232/4430 20088/5231/4429</w:t>
        <w:br/>
        <w:t>f 20233/5377/4571 20232/5376/4570 20088/5231/4429</w:t>
        <w:br/>
        <w:t>f 20234/5378/4572 20089/5233/4431 20087/5232/4430</w:t>
        <w:br/>
        <w:t>f 20232/5376/4570 20234/5378/4572 20087/5232/4430</w:t>
        <w:br/>
        <w:t>f 20238/5379/4573 20237/5380/4574 20236/5381/4575</w:t>
        <w:br/>
        <w:t>f 20235/5382/4576 20238/5379/4573 20236/5381/4575</w:t>
        <w:br/>
        <w:t>f 20093/5237/4435 20094/5236/4434 20240/5383/4573</w:t>
        <w:br/>
        <w:t>f 20239/5384/4577 20093/5237/4435 20240/5383/4573</w:t>
        <w:br/>
        <w:t>f 20096/5239/4436 20242/5385/4578 20241/5386/4579</w:t>
        <w:br/>
        <w:t>f 20095/5240/4437 20096/5239/4436 20241/5386/4579</w:t>
        <w:br/>
        <w:t>f 20235/5382/4580 20091/5234/4432 20089/5233/4431</w:t>
        <w:br/>
        <w:t>f 20234/5378/4572 20235/5382/4580 20089/5233/4431</w:t>
        <w:br/>
        <w:t>f 20107/5252/4447 20244/5387/4581 20243/5388/4582</w:t>
        <w:br/>
        <w:t>f 20108/5251/4446 20107/5252/4447 20243/5388/4582</w:t>
        <w:br/>
        <w:t>f 20245/5389/4583 20244/5387/4581 20107/5252/4447</w:t>
        <w:br/>
        <w:t>f 20109/5253/4448 20245/5389/4583 20107/5252/4447</w:t>
        <w:br/>
        <w:t>f 20246/5390/4584 20110/5254/4449 20108/5251/4446</w:t>
        <w:br/>
        <w:t>f 20243/5388/4582 20246/5390/4584 20108/5251/4446</w:t>
        <w:br/>
        <w:t>f 20110/5254/4449 20246/5390/4584 20247/5391/4585</w:t>
        <w:br/>
        <w:t>f 20111/5255/4450 20110/5254/4449 20247/5391/4585</w:t>
        <w:br/>
        <w:t>f 20249/5392/4586 20248/5393/4587 20112/5258/4453</w:t>
        <w:br/>
        <w:t>f 20113/5257/4452 20249/5392/4586 20112/5258/4453</w:t>
        <w:br/>
        <w:t>f 20111/5255/4450 20251/5394/4588 20250/5395/4589</w:t>
        <w:br/>
        <w:t>f 20105/5249/4445 20111/5255/4450 20250/5395/4589</w:t>
        <w:br/>
        <w:t>f 20254/5396/4590 20097/5241/4438 20253/5397/4591</w:t>
        <w:br/>
        <w:t>f 20252/5398/4590 20254/5396/4590 20253/5397/4591</w:t>
        <w:br/>
        <w:t>f 20257/5399/4592 20256/5400/4592 20255/5401/4593</w:t>
        <w:br/>
        <w:t>f 20099/5243/4594 20257/5399/4592 20255/5401/4593</w:t>
        <w:br/>
        <w:t>f 20256/5400/4592 20257/5399/4592 20254/5396/4590</w:t>
        <w:br/>
        <w:t>f 20252/5398/4590 20256/5400/4592 20254/5396/4590</w:t>
        <w:br/>
        <w:t>f 20260/5402/4595 20259/5403/4596 20258/5404/4597</w:t>
        <w:br/>
        <w:t>f 20103/5245/4598 20260/5402/4595 20258/5404/4597</w:t>
        <w:br/>
        <w:t>f 20263/5405/4599 20104/5248/4600 20262/5406/4601</w:t>
        <w:br/>
        <w:t>f 20261/5407/4602 20263/5405/4599 20262/5406/4601</w:t>
        <w:br/>
        <w:t>f 20253/5397/4591 20097/5241/4438 20106/5250/4444</w:t>
        <w:br/>
        <w:t>f 20264/5408/4603 20253/5397/4591 20106/5250/4444</w:t>
        <w:br/>
        <w:t>f 19452/4594/3868 19585/4730/3998 19451/4595/3869</w:t>
        <w:br/>
        <w:t>f 19586/4729/3997 19505/4651/3919 19703/4847/4110</w:t>
        <w:br/>
        <w:t>f 20266/5409/4604 20265/5410/4605 19505/4651/3919</w:t>
        <w:br/>
        <w:t>f 19517/4661/3929 20267/5411/4606 19516/4662/3930</w:t>
        <w:br/>
        <w:t>f 19441/4582/3856 19725/4869/4132 19742/4887/4149</w:t>
        <w:br/>
        <w:t>f 19743/4886/4148 19441/4582/3856 19742/4887/4149</w:t>
        <w:br/>
        <w:t>f 19744/4888/4150 20016/5159/4377 19659/4806/4070</w:t>
        <w:br/>
        <w:t>f 19742/4887/4149 19744/4888/4150 19659/4806/4070</w:t>
        <w:br/>
        <w:t>f 19665/4808/4072 19666/4807/4071 19745/4890/4152</w:t>
        <w:br/>
        <w:t>f 19746/4889/4151 19665/4808/4072 19745/4890/4152</w:t>
        <w:br/>
        <w:t>f 19734/4878/4141 19443/4587/3861 19747/4892/4154</w:t>
        <w:br/>
        <w:t>f 19746/4889/4151 19734/4878/4141 19747/4892/4154</w:t>
        <w:br/>
        <w:t>f 19749/4893/4155 20013/5155/4373 19748/4891/4153</w:t>
        <w:br/>
        <w:t>f 19747/4892/4154 19749/4893/4155 19748/4891/4153</w:t>
        <w:br/>
        <w:t>f 19653/4796/4060 19751/4894/4156 19750/4895/4157</w:t>
        <w:br/>
        <w:t>f 19652/4797/4061 19653/4796/4060 19750/4895/4157</w:t>
        <w:br/>
        <w:t>f 19883/5027/4157 19743/4886/4148 19660/4805/4069</w:t>
        <w:br/>
        <w:t>f 19881/5026/4061 19883/5027/4157 19660/4805/4069</w:t>
        <w:br/>
        <w:t>f 19888/5032/4152 20015/5160/4071 20016/5159/4377</w:t>
        <w:br/>
        <w:t>f 19744/4888/4150 19888/5032/4152 20016/5159/4377</w:t>
        <w:br/>
        <w:t>f 19656/4800/4064 20011/5157/4375 20012/5156/4374</w:t>
        <w:br/>
        <w:t>f 19655/4801/4065 19656/4800/4064 20012/5156/4374</w:t>
        <w:br/>
        <w:t>f 19661/4804/4068 20055/5199/4405 19882/5025/4062</w:t>
        <w:br/>
        <w:t>f 19656/4800/4064 19718/4862/4125 19664/4809/4073</w:t>
        <w:br/>
        <w:t>f 20011/5157/4375 19656/4800/4064 19664/4809/4073</w:t>
        <w:br/>
        <w:t>f 20054/5197/4124 20084/5227/4123 19658/4802/4066</w:t>
        <w:br/>
        <w:t>f 19655/4801/4065 20054/5197/4124 19658/4802/4066</w:t>
        <w:br/>
        <w:t>f 20128/5273/4469 20055/5199/4405 19670/4814/4078</w:t>
        <w:br/>
        <w:t>f 19667/4813/4077 20128/5273/4469 19670/4814/4078</w:t>
        <w:br/>
        <w:t>f 20056/5200/4406 19718/4862/4125 19719/4863/4126</w:t>
        <w:br/>
        <w:t>f 20085/5230/4428 20056/5200/4406 19719/4863/4126</w:t>
        <w:br/>
        <w:t>f 20017/5158/4376 19669/4811/4075 19670/4814/4078</w:t>
        <w:br/>
        <w:t>f 19662/4803/4067 20017/5158/4376 19670/4814/4078</w:t>
        <w:br/>
        <w:t>f 19669/4811/4075 20017/5158/4376 20014/5161/4074</w:t>
        <w:br/>
        <w:t>f 20008/5151/4369 19634/4775/4039 19631/4778/4042</w:t>
        <w:br/>
        <w:t>f 20007/5152/4370 20008/5151/4369 19631/4778/4042</w:t>
        <w:br/>
        <w:t>f 19637/4782/4046 19650/4793/4057 20007/5152/4370</w:t>
        <w:br/>
        <w:t>f 19631/4778/4042 19637/4782/4046 20007/5152/4370</w:t>
        <w:br/>
        <w:t>f 19645/4788/4052 19646/4787/4051 20009/5154/4372</w:t>
        <w:br/>
        <w:t>f 20010/5153/4371 19645/4788/4052 20009/5154/4372</w:t>
        <w:br/>
        <w:t>f 19638/4781/4045 19644/4789/4053 19645/4788/4052</w:t>
        <w:br/>
        <w:t>f 19637/4782/4046 19638/4781/4045 19645/4788/4052</w:t>
        <w:br/>
        <w:t>f 19878/5024/4263 19879/5023/4262 19709/4851/4114</w:t>
        <w:br/>
        <w:t>f 19710/4854/4117 19878/5024/4263 19709/4851/4114</w:t>
        <w:br/>
        <w:t>f 20052/5196/4039 19707/4853/4116 20268/5412/4607</w:t>
        <w:br/>
        <w:t>f 19710/4854/4117 19707/4853/4116 20039/5182/4394</w:t>
        <w:br/>
        <w:t>f 19712/4856/4119 19710/4854/4117 20039/5182/4394</w:t>
        <w:br/>
        <w:t>f 19878/5024/4263 19713/4855/4118 20047/5191/4372</w:t>
        <w:br/>
        <w:t>f 20269/5413/4051 19878/5024/4263 20047/5191/4372</w:t>
        <w:br/>
        <w:t>f 20025/5168/4383 19671/4817/4081 19672/4816/4080</w:t>
        <w:br/>
        <w:t>f 20024/5169/4384 20025/5168/4383 19672/4816/4080</w:t>
        <w:br/>
        <w:t>f 20024/5169/4384 19672/4816/4080 19676/4820/4084</w:t>
        <w:br/>
        <w:t>f 19688/4831/4095 20024/5169/4384 19676/4820/4084</w:t>
        <w:br/>
        <w:t>f 20026/5170/4385 19687/4832/4096 19681/4824/4088</w:t>
        <w:br/>
        <w:t>f 19682/4823/4087 20026/5170/4385 19681/4824/4088</w:t>
        <w:br/>
        <w:t>f 20057/5201/4407 19885/5031/4081 20036/5180/4383</w:t>
        <w:br/>
        <w:t>f 19677/4822/4086 20057/5201/4407 20036/5180/4383</w:t>
        <w:br/>
        <w:t>f 20057/5201/4407 19684/4828/4092 19685/4827/4091</w:t>
        <w:br/>
        <w:t>f 20119/5263/4458 20057/5201/4407 19685/4827/4091</w:t>
        <w:br/>
        <w:t>f 19675/4819/4083 19680/4825/4089 19681/4824/4088</w:t>
        <w:br/>
        <w:t>f 19676/4820/4084 19675/4819/4083 19681/4824/4088</w:t>
        <w:br/>
        <w:t>f 19684/4828/4092 19678/4821/4085 20048/5193/4402</w:t>
        <w:br/>
        <w:t>f 19683/4829/4093 19684/4828/4092 20048/5193/4402</w:t>
        <w:br/>
        <w:t>f 19683/4829/4093 20048/5193/4402 20049/5192/4401</w:t>
        <w:br/>
        <w:t>f 20270/5414/4087 19683/4829/4093 20049/5192/4401</w:t>
        <w:br/>
        <w:t>f 19509/4653/3921 20018/5163/4379 20019/5162/4378</w:t>
        <w:br/>
        <w:t>f 19508/4654/3922 19509/4653/3921 20019/5162/4378</w:t>
        <w:br/>
        <w:t>f 20271/5415/4608 20020/5165/4289 20021/5164/4380</w:t>
        <w:br/>
        <w:t>f 19523/4669/3937 20271/5415/4608 20021/5164/4380</w:t>
        <w:br/>
        <w:t>f 19523/4669/3937 20021/5164/4380 20018/5163/4379</w:t>
        <w:br/>
        <w:t>f 19509/4653/3921 19523/4669/3937 20018/5163/4379</w:t>
        <w:br/>
        <w:t>f 19911/5056/4287 19904/5050/4281 20041/5186/4397</w:t>
        <w:br/>
        <w:t>f 20042/5185/4396 19911/5056/4287 20041/5186/4397</w:t>
        <w:br/>
        <w:t>f 19508/4654/3922 20019/5162/4378 20058/5203/4397</w:t>
        <w:br/>
        <w:t>f 20061/5204/4408 19508/4654/3922 20058/5203/4397</w:t>
        <w:br/>
        <w:t>f 19913/5057/4288 19529/4670/3938 19526/4673/3941</w:t>
        <w:br/>
        <w:t>f 20044/5188/4399 19913/5057/4288 19526/4673/3941</w:t>
        <w:br/>
        <w:t>f 19914/5058/4289 20272/5416/4608 19529/4670/3938</w:t>
        <w:br/>
        <w:t>f 19913/5057/4288 19914/5058/4289 19529/4670/3938</w:t>
        <w:br/>
        <w:t>f 20042/5185/4396 20044/5188/4399 19526/4673/3941</w:t>
        <w:br/>
        <w:t>f 19911/5056/4287 20042/5185/4396 19526/4673/3941</w:t>
        <w:br/>
        <w:t>f 19866/5013/4258 19867/5012/4257 20022/5167/4382</w:t>
        <w:br/>
        <w:t>f 20023/5166/4381 19866/5013/4258 20022/5167/4382</w:t>
        <w:br/>
        <w:t>f 20027/5171/4386 20022/5167/4382 19867/5012/4257</w:t>
        <w:br/>
        <w:t>f 19923/5067/4296 20027/5171/4386 19867/5012/4257</w:t>
        <w:br/>
        <w:t>f 19923/5067/4296 19926/5071/4300 19922/5065/4294</w:t>
        <w:br/>
        <w:t>f 20027/5171/4386 19923/5067/4296 19922/5065/4294</w:t>
        <w:br/>
        <w:t>f 20035/5179/4393 20051/5195/4295 19930/5073/4301</w:t>
        <w:br/>
        <w:t>f 19621/4762/4026 20035/5179/4393 19930/5073/4301</w:t>
        <w:br/>
        <w:t>f 20148/5292/4489 20152/5296/4493 19926/5071/4300</w:t>
        <w:br/>
        <w:t>f 19927/5070/4299 20148/5292/4489 19926/5071/4300</w:t>
        <w:br/>
        <w:t>f 20035/5179/4393 19621/4762/4026 19618/4765/4029</w:t>
        <w:br/>
        <w:t>f 20034/5178/4392 20035/5179/4393 19618/4765/4029</w:t>
        <w:br/>
        <w:t>f 20045/5190/4381 20046/5189/4400 19628/4770/4034</w:t>
        <w:br/>
        <w:t>f 19705/4848/4111 20045/5190/4381 19628/4770/4034</w:t>
        <w:br/>
        <w:t>f 20046/5189/4400 20050/5194/4403 19920/5063/4292</w:t>
        <w:br/>
        <w:t>f 19628/4770/4034 20046/5189/4400 19920/5063/4292</w:t>
        <w:br/>
        <w:t>f 19920/5063/4292 20050/5194/4403 20034/5178/4392</w:t>
        <w:br/>
        <w:t>f 19618/4765/4029 19920/5063/4292 20034/5178/4392</w:t>
        <w:br/>
        <w:t>f 19555/4701/3969 19556/4700/3968 19549/4694/3962</w:t>
        <w:br/>
        <w:t>f 19932/5075/4303 19555/4701/3969 19549/4694/3962</w:t>
        <w:br/>
        <w:t>f 19931/5076/4304 19932/5075/4303 19729/4873/4136</w:t>
        <w:br/>
        <w:t>f 19555/4701/3969 19932/5075/4303 19728/4872/4135</w:t>
        <w:br/>
        <w:t>f 19727/4871/4134 19555/4701/3969 19728/4872/4135</w:t>
        <w:br/>
        <w:t>f 20275/5417/4609 20274/5418/4610 20273/5419/4611</w:t>
        <w:br/>
        <w:t>f 20279/5420/4612 20278/5421/4613 20277/5422/4614</w:t>
        <w:br/>
        <w:t>f 20276/5423/4615 20279/5420/4612 20277/5422/4614</w:t>
        <w:br/>
        <w:t>f 20282/5424/4616 20281/5425/4617 20280/5426/4618</w:t>
        <w:br/>
        <w:t>f 20285/5427/4619 20284/5428/4620 20283/5429/4621</w:t>
        <w:br/>
        <w:t>f 20282/5424/4616 20285/5427/4619 20283/5429/4621</w:t>
        <w:br/>
        <w:t>f 20287/5430/4622 20286/5431/4623 20282/5424/4616</w:t>
        <w:br/>
        <w:t>f 20283/5429/4621 20287/5430/4622 20282/5424/4616</w:t>
        <w:br/>
        <w:t>f 20289/5432/4624 20277/5422/4614 20288/5433/4625</w:t>
        <w:br/>
        <w:t>f 20290/5434/4626 20289/5432/4624 20288/5433/4625</w:t>
        <w:br/>
        <w:t>f 20293/5435/4627 20292/5436/4628 20291/5437/4629</w:t>
        <w:br/>
        <w:t>f 20294/5438/4630 20293/5435/4627 20291/5437/4629</w:t>
        <w:br/>
        <w:t>f 20287/5430/4622 20294/5438/4630 20291/5437/4629</w:t>
        <w:br/>
        <w:t>f 20286/5431/4623 20287/5430/4622 20291/5437/4629</w:t>
        <w:br/>
        <w:t>f 20288/5433/4625 20273/5419/4611 20295/5439/4631</w:t>
        <w:br/>
        <w:t>f 20290/5434/4626 20288/5433/4625 20295/5439/4631</w:t>
        <w:br/>
        <w:t>f 20274/5418/4610 20296/5440/4627 20295/5439/4631</w:t>
        <w:br/>
        <w:t>f 20273/5419/4611 20274/5418/4610 20295/5439/4631</w:t>
        <w:br/>
        <w:t>f 20277/5422/4614 20289/5432/4624 20297/5441/4632</w:t>
        <w:br/>
        <w:t>f 20276/5423/4615 20277/5422/4614 20297/5441/4632</w:t>
        <w:br/>
        <w:t>f 20288/5433/4625 20277/5422/4614 20278/5421/4613</w:t>
        <w:br/>
        <w:t>f 20298/5442/4633 20288/5433/4625 20278/5421/4613</w:t>
        <w:br/>
        <w:t>f 20300/5443/4610 20299/5444/4634 20291/5437/4629</w:t>
        <w:br/>
        <w:t>f 20273/5419/4611 20288/5433/4625 20298/5442/4633</w:t>
        <w:br/>
        <w:t>f 20301/5445/4635 20273/5419/4611 20298/5442/4633</w:t>
        <w:br/>
        <w:t>f 20282/5424/4616 20286/5431/4623 20302/5446/4636</w:t>
        <w:br/>
        <w:t>f 20281/5425/4617 20282/5424/4616 20302/5446/4636</w:t>
        <w:br/>
        <w:t>f 20303/5447/4637 20302/5446/4636 20286/5431/4623</w:t>
        <w:br/>
        <w:t>f 20291/5437/4629 20303/5447/4637 20286/5431/4623</w:t>
        <w:br/>
        <w:t>f 20279/5420/4612 20305/5448/4638 20304/5449/4639</w:t>
        <w:br/>
        <w:t>f 20301/5445/4635 20306/5450/4640 20275/5417/4609</w:t>
        <w:br/>
        <w:t>f 20307/5451/4641 20274/5418/4610 20275/5417/4609</w:t>
        <w:br/>
        <w:t>f 20279/5420/4612 20276/5423/4615 20305/5448/4638</w:t>
        <w:br/>
        <w:t>f 20310/5452/4642 20309/5453/4643 20308/5454/4644</w:t>
        <w:br/>
        <w:t>f 20314/5455/4645 20313/5456/4646 20312/5457/4647</w:t>
        <w:br/>
        <w:t>f 20311/5458/4648 20314/5455/4645 20312/5457/4647</w:t>
        <w:br/>
        <w:t>f 20315/5459/4649 20312/5457/4647 20313/5456/4646</w:t>
        <w:br/>
        <w:t>f 20309/5453/4643 20315/5459/4649 20313/5456/4646</w:t>
        <w:br/>
        <w:t>f 20318/5460/4650 20317/5461/4651 20316/5462/4651</w:t>
        <w:br/>
        <w:t>f 20319/5463/4652 20318/5460/4650 20316/5462/4651</w:t>
        <w:br/>
        <w:t>f 20320/5464/4653 20316/5462/4651 20317/5461/4651</w:t>
        <w:br/>
        <w:t>f 20321/5465/4654 20320/5464/4653 20317/5461/4651</w:t>
        <w:br/>
        <w:t>f 20325/5466/4655 20324/5467/4656 20323/5468/4657</w:t>
        <w:br/>
        <w:t>f 20322/5469/4658 20325/5466/4655 20323/5468/4657</w:t>
        <w:br/>
        <w:t>f 20320/5464/4653 20321/5465/4654 20322/5469/4658</w:t>
        <w:br/>
        <w:t>f 20323/5468/4657 20320/5464/4653 20322/5469/4658</w:t>
        <w:br/>
        <w:t>f 20328/5470/4659 20327/5471/4660 20326/5472/4661</w:t>
        <w:br/>
        <w:t>f 20308/5454/4662 20328/5470/4659 20326/5472/4661</w:t>
        <w:br/>
        <w:t>f 20313/5456/4646 20329/5473/4663 20327/5471/4664</w:t>
        <w:br/>
        <w:t>f 20309/5453/4643 20313/5456/4646 20327/5471/4664</w:t>
        <w:br/>
        <w:t>f 20330/5474/4665 20329/5473/4663 20313/5456/4646</w:t>
        <w:br/>
        <w:t>f 20314/5455/4645 20330/5474/4665 20313/5456/4646</w:t>
        <w:br/>
        <w:t>f 20331/5475/4652 20330/5474/4665 20314/5455/4645</w:t>
        <w:br/>
        <w:t>f 20332/5476/4650 20331/5475/4652 20314/5455/4645</w:t>
        <w:br/>
        <w:t>f 20336/5477/4666 20335/5478/4667 20334/5479/4668</w:t>
        <w:br/>
        <w:t>f 20333/5480/4669 20336/5477/4666 20334/5479/4668</w:t>
        <w:br/>
        <w:t>f 20338/5481/4670 20337/5482/4670 20336/5477/4666</w:t>
        <w:br/>
        <w:t>f 20333/5480/4669 20338/5481/4670 20336/5477/4666</w:t>
        <w:br/>
        <w:t>f 20342/5483/4671 20341/5484/4644 20340/5485/4672</w:t>
        <w:br/>
        <w:t>f 20339/5486/4672 20342/5483/4671 20340/5485/4672</w:t>
        <w:br/>
        <w:t>f 20338/5481/4670 20339/5486/4672 20340/5485/4672</w:t>
        <w:br/>
        <w:t>f 20337/5482/4670 20338/5481/4670 20340/5485/4672</w:t>
        <w:br/>
        <w:t>f 20311/5458/4648 20344/5487/4673 20343/5488/4674</w:t>
        <w:br/>
        <w:t>f 20345/5489/4675 20310/5452/4642 20308/5454/4644</w:t>
        <w:br/>
        <w:t>f 20332/5476/4650 20314/5455/4645 20343/5488/4674</w:t>
        <w:br/>
        <w:t>f 20346/5490/4668 20332/5476/4650 20343/5488/4674</w:t>
        <w:br/>
        <w:t>f 20315/5459/4649 20309/5453/4643 20310/5452/4642</w:t>
        <w:br/>
        <w:t>f 20349/5491/4676 20348/5492/4677 20347/5493/4678</w:t>
        <w:br/>
        <w:t>f 20353/5494/4679 20352/5495/4680 20351/5496/4680</w:t>
        <w:br/>
        <w:t>f 20350/5497/4679 20353/5494/4679 20351/5496/4680</w:t>
        <w:br/>
        <w:t>f 20357/5498/4681 20356/5499/4682 20355/5500/4683</w:t>
        <w:br/>
        <w:t>f 20354/5501/4684 20357/5498/4681 20355/5500/4683</w:t>
        <w:br/>
        <w:t>f 20360/5502/4685 20359/5503/4686 20358/5504/4686</w:t>
        <w:br/>
        <w:t>f 20361/5505/4687 20360/5502/4685 20358/5504/4686</w:t>
        <w:br/>
        <w:t>f 20359/5503/4686 20363/5506/4688 20362/5507/4689</w:t>
        <w:br/>
        <w:t>f 20358/5504/4686 20359/5503/4686 20362/5507/4689</w:t>
        <w:br/>
        <w:t>f 20362/5507/4689 20363/5506/4688 20365/5508/4690</w:t>
        <w:br/>
        <w:t>f 20364/5509/4691 20362/5507/4689 20365/5508/4690</w:t>
        <w:br/>
        <w:t>f 20367/5510/4692 20366/5511/4692 20364/5509/4691</w:t>
        <w:br/>
        <w:t>f 20365/5508/4690 20367/5510/4692 20364/5509/4691</w:t>
        <w:br/>
        <w:t>f 20371/5512/4693 20370/5513/4694 20369/5514/4695</w:t>
        <w:br/>
        <w:t>f 20368/5515/4696 20371/5512/4693 20369/5514/4695</w:t>
        <w:br/>
        <w:t>f 20373/5516/4697 20368/5515/4696 20369/5514/4695</w:t>
        <w:br/>
        <w:t>f 20372/5517/4697 20373/5516/4697 20369/5514/4695</w:t>
        <w:br/>
        <w:t>f 20372/5517/4697 20375/5518/4698 20374/5519/4699</w:t>
        <w:br/>
        <w:t>f 20373/5516/4697 20372/5517/4697 20374/5519/4699</w:t>
        <w:br/>
        <w:t>f 20375/5518/4698 20377/5520/4687 20376/5521/4687</w:t>
        <w:br/>
        <w:t>f 20374/5519/4699 20375/5518/4698 20376/5521/4687</w:t>
        <w:br/>
        <w:t>f 20356/5499/4682 20379/5522/4700 20378/5523/4701</w:t>
        <w:br/>
        <w:t>f 20355/5500/4683 20356/5499/4682 20378/5523/4701</w:t>
        <w:br/>
        <w:t>f 20383/5524/4702 20382/5525/3588 20381/5526/4703</w:t>
        <w:br/>
        <w:t>f 20380/5527/4704 20383/5524/4702 20381/5526/4703</w:t>
        <w:br/>
        <w:t>f 20383/5524/4702 20380/5527/4704 20351/5496/4680</w:t>
        <w:br/>
        <w:t>f 20352/5495/4680 20383/5524/4702 20351/5496/4680</w:t>
        <w:br/>
        <w:t>f 20353/5494/4679 20350/5497/4679 20384/5528/4705</w:t>
        <w:br/>
        <w:t>f 20385/5529/4706 20353/5494/4679 20384/5528/4705</w:t>
        <w:br/>
        <w:t>f 20387/5530/4707 20386/5531/4708 20379/5522/4700</w:t>
        <w:br/>
        <w:t>f 20347/5493/4678 20388/5532/4709 20357/5498/4681</w:t>
        <w:br/>
        <w:t>f 20389/5533/3588 20378/5523/4701 20386/5531/4708</w:t>
        <w:br/>
        <w:t>f 20392/5534/4710 20391/5535/4711 20390/5536/4712</w:t>
        <w:br/>
        <w:t>f 20396/5537/4713 20395/5538/4714 20394/5539/4715</w:t>
        <w:br/>
        <w:t>f 20393/5540/4716 20396/5537/4713 20394/5539/4715</w:t>
        <w:br/>
        <w:t>f 20399/5541/4717 20398/5542/4717 20397/5543/4718</w:t>
        <w:br/>
        <w:t>f 20400/5544/4718 20399/5541/4717 20397/5543/4718</w:t>
        <w:br/>
        <w:t>f 20402/5545/4719 20401/5546/4720 20398/5542/4717</w:t>
        <w:br/>
        <w:t>f 20399/5541/4717 20402/5545/4719 20398/5542/4717</w:t>
        <w:br/>
        <w:t>f 20406/5547/4721 20405/5548/4722 20404/5549/4723</w:t>
        <w:br/>
        <w:t>f 20403/5550/4721 20406/5547/4721 20404/5549/4723</w:t>
        <w:br/>
        <w:t>f 20402/5545/4719 20406/5547/4721 20403/5550/4721</w:t>
        <w:br/>
        <w:t>f 20401/5546/4720 20402/5545/4719 20403/5550/4721</w:t>
        <w:br/>
        <w:t>f 20409/5551/4724 20408/5552/4725 20407/5553/4726</w:t>
        <w:br/>
        <w:t>f 20410/5554/4727 20409/5551/4724 20407/5553/4726</w:t>
        <w:br/>
        <w:t>f 20412/5555/4728 20411/5556/4728 20410/5554/4727</w:t>
        <w:br/>
        <w:t>f 20407/5553/4726 20412/5555/4728 20410/5554/4727</w:t>
        <w:br/>
        <w:t>f 20414/5557/4729 20411/5556/4728 20412/5555/4728</w:t>
        <w:br/>
        <w:t>f 20413/5558/4729 20414/5557/4729 20412/5555/4728</w:t>
        <w:br/>
        <w:t>f 20416/5559/4730 20414/5557/4729 20413/5558/4729</w:t>
        <w:br/>
        <w:t>f 20415/5560/4730 20416/5559/4730 20413/5558/4729</w:t>
        <w:br/>
        <w:t>f 20419/5561/4731 20418/5562/4732 20417/5563/4733</w:t>
        <w:br/>
        <w:t>f 20422/5564/4734 20419/5561/4731 20421/5565/4735</w:t>
        <w:br/>
        <w:t>f 20420/5566/4734 20422/5564/4734 20421/5565/4735</w:t>
        <w:br/>
        <w:t>f 20423/5567/4736 20391/5535/4711 20392/5534/4710</w:t>
        <w:br/>
        <w:t>f 20424/5568/4737 20422/5564/4734 20420/5566/4734</w:t>
        <w:br/>
        <w:t>f 20391/5535/4711 20424/5568/4737 20420/5566/4734</w:t>
        <w:br/>
        <w:t>f 20426/5569/4738 20425/5570/4739 20417/5563/4733</w:t>
        <w:br/>
        <w:t>f 20430/5571/4740 20429/5572/4739 20428/5573/4741</w:t>
        <w:br/>
        <w:t>f 20427/5574/4742 20430/5571/4740 20428/5573/4741</w:t>
        <w:br/>
        <w:t>f 20430/5571/4740 20427/5574/4742 20393/5540/4716</w:t>
        <w:br/>
        <w:t>f 20394/5539/4715 20430/5571/4740 20393/5540/4716</w:t>
        <w:br/>
        <w:t>f 20395/5538/4714 20396/5537/4713 20432/5575/4710</w:t>
        <w:br/>
        <w:t>f 20431/5576/4712 20395/5538/4714 20432/5575/4710</w:t>
        <w:br/>
        <w:t>f 20424/5568/4737 20391/5535/4711 20423/5567/4736</w:t>
        <w:br/>
        <w:t>f 20435/5577/4743 20434/5578/4744 20433/5579/4745</w:t>
        <w:br/>
        <w:t>f 20438/5580/4746 20437/5581/4747 20436/5582/4748</w:t>
        <w:br/>
        <w:t>f 20442/5583/4749 20441/5584/4750 20440/5585/4751</w:t>
        <w:br/>
        <w:t>f 20439/5586/4752 20442/5583/4749 20440/5585/4751</w:t>
        <w:br/>
        <w:t>f 20445/5587/4753 20444/5588/4753 20443/5589/4754</w:t>
        <w:br/>
        <w:t>f 20446/5590/4755 20445/5587/4753 20443/5589/4754</w:t>
        <w:br/>
        <w:t>f 20449/5591/4756 20448/5592/4757 20447/5593/4758</w:t>
        <w:br/>
        <w:t>f 20450/5594/4759 20449/5591/4756 20447/5593/4758</w:t>
        <w:br/>
        <w:t>f 20454/5595/4760 20453/5596/4760 20452/5597/4761</w:t>
        <w:br/>
        <w:t>f 20451/5598/4762 20454/5595/4760 20452/5597/4761</w:t>
        <w:br/>
        <w:t>f 20456/5599/4763 20455/5600/4764 20453/5596/4760</w:t>
        <w:br/>
        <w:t>f 20454/5595/4760 20456/5599/4763 20453/5596/4760</w:t>
        <w:br/>
        <w:t>f 20459/5601/4765 20458/5602/4765 20457/5603/4766</w:t>
        <w:br/>
        <w:t>f 20460/5604/4766 20459/5601/4765 20457/5603/4766</w:t>
        <w:br/>
        <w:t>f 20455/5600/4764 20456/5599/4763 20458/5602/4765</w:t>
        <w:br/>
        <w:t>f 20459/5601/4765 20455/5600/4764 20458/5602/4765</w:t>
        <w:br/>
        <w:t>f 20448/5592/4757 20462/5605/4767 20461/5606/4768</w:t>
        <w:br/>
        <w:t>f 20447/5593/4758 20448/5592/4757 20461/5606/4768</w:t>
        <w:br/>
        <w:t>f 20462/5605/4767 20446/5590/4769 20441/5584/4750</w:t>
        <w:br/>
        <w:t>f 20442/5583/4749 20462/5605/4767 20441/5584/4750</w:t>
        <w:br/>
        <w:t>f 20463/5607/4770 20447/5593/4758 20442/5583/4749</w:t>
        <w:br/>
        <w:t>f 20439/5586/4752 20463/5607/4770 20442/5583/4749</w:t>
        <w:br/>
        <w:t>f 20465/5608/4771 20464/5609/4772 20450/5594/4759</w:t>
        <w:br/>
        <w:t>f 20451/5598/4759 20468/5610/4773 20467/5611/4774</w:t>
        <w:br/>
        <w:t>f 20466/5612/4775 20451/5598/4759 20467/5611/4774</w:t>
        <w:br/>
        <w:t>f 20467/5611/4774 20438/5580/4746 20466/5612/4775</w:t>
        <w:br/>
        <w:t>f 20471/5613/4743 20470/5614/4776 20469/5615/4777</w:t>
        <w:br/>
        <w:t>f 20437/5581/4747 20471/5613/4743 20469/5615/4777</w:t>
        <w:br/>
        <w:t>f 20472/5616/4778 20465/5608/4771 20244/5387/4779</w:t>
        <w:br/>
        <w:t>f 20441/5584/4750 20434/5578/4744 20440/5585/4751</w:t>
        <w:br/>
        <w:t>f 20006/5150/4368 19845/4989/4242 19846/4988/4241</w:t>
        <w:br/>
        <w:t>f 20004/5149/4367 19828/4971/4225 19824/4968/4222</w:t>
        <w:br/>
        <w:t>f 19846/4988/4241 19844/4990/4243 19830/4974/4228</w:t>
        <w:br/>
        <w:t>f 19831/4973/4227 19846/4988/4241 19830/4974/4228</w:t>
        <w:br/>
        <w:t>f 20475/5617/4780 20474/5618/4781 20473/5619/4782</w:t>
        <w:br/>
        <w:t>f 20476/5620/4783 20475/5617/4780 20473/5619/4782</w:t>
        <w:br/>
        <w:t>f 20479/5621/4784 20478/5622/4785 20477/5623/4786</w:t>
        <w:br/>
        <w:t>f 20480/5624/4787 20479/5621/4784 20477/5623/4786</w:t>
        <w:br/>
        <w:t>f 20478/5622/4785 20479/5621/4784 20481/5625/4788</w:t>
        <w:br/>
        <w:t>f 20482/5626/4789 20478/5622/4785 20481/5625/4788</w:t>
        <w:br/>
        <w:t>f 20484/5627/4790 20474/5618/4781 20483/5628/4791</w:t>
        <w:br/>
        <w:t>f 20485/5629/4792 20484/5627/4790 20483/5628/4791</w:t>
        <w:br/>
        <w:t>f 20481/5625/4788 20487/5630/4793 20486/5631/4794</w:t>
        <w:br/>
        <w:t>f 20482/5626/4789 20481/5625/4788 20486/5631/4794</w:t>
        <w:br/>
        <w:t>f 20490/5632/4795 20489/5633/4796 20488/5634/4794</w:t>
        <w:br/>
        <w:t>f 20491/5635/4793 20490/5632/4795 20488/5634/4794</w:t>
        <w:br/>
        <w:t>f 20490/5632/4795 20493/5636/4797 20492/5637/4798</w:t>
        <w:br/>
        <w:t>f 20489/5633/4796 20490/5632/4795 20492/5637/4798</w:t>
        <w:br/>
        <w:t>f 20485/5629/4792 20492/5637/4798 20493/5636/4797</w:t>
        <w:br/>
        <w:t>f 20484/5627/4790 20485/5629/4792 20493/5636/4797</w:t>
        <w:br/>
        <w:t>f 20494/5638/4799 20481/5625/4788 20479/5621/4784</w:t>
        <w:br/>
        <w:t>f 20495/5639/4800 20494/5638/4799 20479/5621/4784</w:t>
        <w:br/>
        <w:t>f 20480/5624/4787 20496/5640/4801 20495/5639/4800</w:t>
        <w:br/>
        <w:t>f 20479/5621/4784 20480/5624/4787 20495/5639/4800</w:t>
        <w:br/>
        <w:t>f 20498/5641/4802 20497/5642/4803 20496/5640/4801</w:t>
        <w:br/>
        <w:t>f 20480/5624/4787 20498/5641/4802 20496/5640/4801</w:t>
        <w:br/>
        <w:t>f 20500/5643/4804 20499/5644/4805 20475/5617/4780</w:t>
        <w:br/>
        <w:t>f 20498/5641/4802 20500/5643/4804 20475/5617/4780</w:t>
        <w:br/>
        <w:t>f 20499/5644/4805 20483/5628/4791 20474/5618/4781</w:t>
        <w:br/>
        <w:t>f 20475/5617/4780 20499/5644/4805 20474/5618/4781</w:t>
        <w:br/>
        <w:t>f 20497/5642/4803 20498/5641/4802 20475/5617/4780</w:t>
        <w:br/>
        <w:t>f 20476/5620/4783 20497/5642/4803 20475/5617/4780</w:t>
        <w:br/>
        <w:t>f 20480/5624/4787 20477/5623/4786 20500/5643/4804</w:t>
        <w:br/>
        <w:t>f 20498/5641/4802 20480/5624/4787 20500/5643/4804</w:t>
        <w:br/>
        <w:t>f 20504/5645/4806 20503/5646/4806 20502/5647/4807</w:t>
        <w:br/>
        <w:t>f 20501/5648/4808 20504/5645/4806 20502/5647/4807</w:t>
        <w:br/>
        <w:t>f 20506/5649/4809 20501/5648/4808 20502/5647/4807</w:t>
        <w:br/>
        <w:t>f 20505/5650/4809 20506/5649/4809 20502/5647/4807</w:t>
        <w:br/>
        <w:t>f 20510/5651/4810 20509/5652/4811 20508/5653/4812</w:t>
        <w:br/>
        <w:t>f 20507/5654/4812 20510/5651/4810 20508/5653/4812</w:t>
        <w:br/>
        <w:t>f 20506/5649/4809 20505/5650/4809 20512/5655/4813</w:t>
        <w:br/>
        <w:t>f 20511/5656/4813 20506/5649/4809 20512/5655/4813</w:t>
        <w:br/>
        <w:t>f 20516/5657/4814 20515/5658/4815 20514/5659/4815</w:t>
        <w:br/>
        <w:t>f 20513/5660/4814 20516/5657/4814 20514/5659/4815</w:t>
        <w:br/>
        <w:t>f 20513/5660/4814 20518/5661/4816 20517/5662/4816</w:t>
        <w:br/>
        <w:t>f 20516/5657/4814 20513/5660/4814 20517/5662/4816</w:t>
        <w:br/>
        <w:t>f 20507/5654/4812 20508/5653/4812 20517/5662/4816</w:t>
        <w:br/>
        <w:t>f 20518/5661/4816 20507/5654/4812 20517/5662/4816</w:t>
        <w:br/>
        <w:t>f 20521/5663/4817 20520/5664/4818 20519/5665/4819</w:t>
        <w:br/>
        <w:t>f 20500/5643/4820 20521/5663/4817 20519/5665/4819</w:t>
        <w:br/>
        <w:t>f 20500/5643/4820 20503/5646/4806 20504/5645/4806</w:t>
        <w:br/>
        <w:t>f 20521/5663/4817 20500/5643/4820 20504/5645/4806</w:t>
        <w:br/>
        <w:t>f 20483/5628/4791 20499/5644/4805 20522/5666/4821</w:t>
        <w:br/>
        <w:t>f 20509/5652/2591 20483/5628/4791 20522/5666/4821</w:t>
        <w:br/>
        <w:t>f 20487/5630/4793 20481/5625/4788 20494/5638/4799</w:t>
        <w:br/>
        <w:t>f 20523/5667/4822 20487/5630/4793 20494/5638/4799</w:t>
        <w:br/>
        <w:t>f 20490/5632/4795 20491/5635/4793 20525/5668/4822</w:t>
        <w:br/>
        <w:t>f 20524/5669/4823 20490/5632/4795 20525/5668/4822</w:t>
        <w:br/>
        <w:t>f 20493/5636/4797 20490/5632/4795 20524/5669/4823</w:t>
        <w:br/>
        <w:t>f 20526/5670/4824 20493/5636/4797 20524/5669/4823</w:t>
        <w:br/>
        <w:t>f 20526/5670/4824 20527/5671/4825 20484/5627/4790</w:t>
        <w:br/>
        <w:t>f 20493/5636/4797 20526/5670/4824 20484/5627/4790</w:t>
        <w:br/>
        <w:t>f 20527/5671/4825 20473/5619/4782 20474/5618/4781</w:t>
        <w:br/>
        <w:t>f 20484/5627/4790 20527/5671/4825 20474/5618/4781</w:t>
        <w:br/>
        <w:t>f 20530/5672/4826 20529/5673/4827 20528/5674/4828</w:t>
        <w:br/>
        <w:t>f 20529/5673/4827 20531/5675/4829 20528/5674/4828</w:t>
        <w:br/>
        <w:t>f 20529/5673/4827 20530/5672/4826 20532/5676/4830</w:t>
        <w:br/>
        <w:t>f 20534/5677/4831 20529/5673/4827 20533/5678/4832</w:t>
        <w:br/>
        <w:t>f 20533/5678/4832 20529/5673/4827 20535/5679/4833</w:t>
        <w:br/>
        <w:t>f 20536/5680/4834 20535/5679/4833 20529/5673/4827</w:t>
        <w:br/>
        <w:t>f 20537/5681/4835 19581/4723/3991 20043/5187/4398</w:t>
        <w:br/>
        <w:t>f 19894/5037/4271 19599/4745/4012 19721/4866/4129</w:t>
        <w:br/>
        <w:t>f 20267/5411/4606 19517/4661/3929 19506/4650/3918</w:t>
        <w:br/>
        <w:t>f 19507/4649/3917 19505/4651/3919 20265/5410/4605</w:t>
        <w:br/>
        <w:t>f 19586/4729/3997 20538/5682/4836 20266/5409/4604</w:t>
        <w:br/>
        <w:t>f 19452/4594/3868 19450/4596/3870 19464/4607/3881</w:t>
        <w:br/>
        <w:t>f 19452/4594/3868 19463/4608/3882 20538/5682/4836</w:t>
        <w:br/>
        <w:t>f 20541/5683/4837 20540/5684/4838 20539/5685/4839</w:t>
        <w:br/>
        <w:t>f 20544/5686/4840 20543/5687/4841 20542/5688/4842</w:t>
        <w:br/>
        <w:t>f 20546/5689/4843 20540/5684/4838 20545/5690/4844</w:t>
        <w:br/>
        <w:t>f 20549/5691/4845 20548/5692/4846 20547/5693/4847</w:t>
        <w:br/>
        <w:t>f 20553/5694/4848 20552/5695/4849 20551/5696/4850</w:t>
        <w:br/>
        <w:t>f 20550/5697/4851 20553/5694/4848 20551/5696/4850</w:t>
        <w:br/>
        <w:t>f 20555/5698/4852 20554/5699/4853 20551/5696/4850</w:t>
        <w:br/>
        <w:t>f 20558/5700/4854 20543/5687/4841 20557/5701/4855</w:t>
        <w:br/>
        <w:t>f 20556/5702/4856 20558/5700/4854 20557/5701/4855</w:t>
        <w:br/>
        <w:t>f 20561/5703/4857 20560/5704/4858 20559/5705/4859</w:t>
        <w:br/>
        <w:t>f 20558/5700/4854 20561/5703/4857 20559/5705/4859</w:t>
        <w:br/>
        <w:t>f 20546/5689/4843 20564/5706/4860 20563/5707/4861</w:t>
        <w:br/>
        <w:t>f 20562/5708/4862 20546/5689/4843 20563/5707/4861</w:t>
        <w:br/>
        <w:t>f 20566/5709/4863 20560/5704/4858 20565/5710/4864</w:t>
        <w:br/>
        <w:t>f 20569/5711/4865 20568/5712/4866 20567/5713/4867</w:t>
        <w:br/>
        <w:t>f 20572/5714/4868 20571/5715/4869 20570/5716/4870</w:t>
        <w:br/>
        <w:t>f 20573/5717/4871 20572/5714/4868 20570/5716/4870</w:t>
        <w:br/>
        <w:t>f 20552/5695/4849 20575/5718/4872 20574/5719/4873</w:t>
        <w:br/>
        <w:t>f 20577/5720/4874 20576/5721/4875 20546/5689/4843</w:t>
        <w:br/>
        <w:t>f 20579/5722/4876 20578/5723/4877 20571/5715/4869</w:t>
        <w:br/>
        <w:t>f 20557/5701/4855 20581/5724/4878 20580/5725/4879</w:t>
        <w:br/>
        <w:t>f 20584/5726/4880 20583/5727/4881 20582/5728/4882</w:t>
        <w:br/>
        <w:t>f 20545/5690/4844 20577/5720/4874 20546/5689/4843</w:t>
        <w:br/>
        <w:t>f 20568/5712/4866 20585/5729/4883 20562/5708/4862</w:t>
        <w:br/>
        <w:t>f 20571/5715/4869 20568/5712/4866 20562/5708/4862</w:t>
        <w:br/>
        <w:t>f 20568/5712/4866 20571/5715/4869 20578/5723/4877</w:t>
        <w:br/>
        <w:t>f 20567/5713/4867 20568/5712/4866 20578/5723/4877</w:t>
        <w:br/>
        <w:t>f 20571/5715/4869 20572/5714/4868 20579/5722/4876</w:t>
        <w:br/>
        <w:t>f 20539/5685/4839 20557/5701/4855 20580/5725/4879</w:t>
        <w:br/>
        <w:t>f 20540/5684/4838 20585/5729/4883 20556/5702/4856</w:t>
        <w:br/>
        <w:t>f 20557/5701/4855 20540/5684/4838 20556/5702/4856</w:t>
        <w:br/>
        <w:t>f 20557/5701/4855 20543/5687/4841 20581/5724/4878</w:t>
        <w:br/>
        <w:t>f 20569/5711/4865 20586/5730/4884 20565/5710/4864</w:t>
        <w:br/>
        <w:t>f 20542/5688/4842 20584/5726/4880 20582/5728/4882</w:t>
        <w:br/>
        <w:t>f 20552/5695/4849 20553/5694/4848 20559/5705/4859</w:t>
        <w:br/>
        <w:t>f 20560/5704/4858 20552/5695/4849 20559/5705/4859</w:t>
        <w:br/>
        <w:t>f 20552/5695/4849 20560/5704/4858 20575/5718/4872</w:t>
        <w:br/>
        <w:t>f 20589/5731/4885 20588/5732/4886 20587/5733/4887</w:t>
        <w:br/>
        <w:t>f 20551/5696/4850 20574/5719/4873 20555/5698/4852</w:t>
        <w:br/>
        <w:t>f 20547/5693/4847 20587/5733/4887 20588/5732/4886</w:t>
        <w:br/>
        <w:t>f 20588/5732/4886 20550/5697/4851 20590/5734/4888</w:t>
        <w:br/>
        <w:t>f 20549/5691/4845 20588/5732/4886 20590/5734/4888</w:t>
        <w:br/>
        <w:t>f 20592/5735/4889 20591/5736/4890 20554/5699/4853</w:t>
        <w:br/>
        <w:t>f 20596/5737/4891 20595/5738/4892 20594/5739/4892</w:t>
        <w:br/>
        <w:t>f 20593/5740/4893 20596/5737/4891 20594/5739/4892</w:t>
        <w:br/>
        <w:t>f 20599/5741/4894 20598/5742/4895 20597/5743/4895</w:t>
        <w:br/>
        <w:t>f 20542/5688/4842 20599/5741/4894 20597/5743/4895</w:t>
        <w:br/>
        <w:t>f 20589/5731/4896 20602/5744/4897 20601/5745/4898</w:t>
        <w:br/>
        <w:t>f 20600/5746/4898 20589/5731/4896 20601/5745/4898</w:t>
        <w:br/>
        <w:t>f 20605/5747/4899 20604/5748/4899 20603/5749/4900</w:t>
        <w:br/>
        <w:t>f 19893/5038/4272 20605/5747/4899 20603/5749/4900</w:t>
        <w:br/>
        <w:t>f 20608/5750/4901 20607/5751/4902 20606/5752/4902</w:t>
        <w:br/>
        <w:t>f 20609/5753/4903 20608/5750/4901 20606/5752/4902</w:t>
        <w:br/>
        <w:t>f 20612/5754/4904 20611/5755/4904 20610/5756/4905</w:t>
        <w:br/>
        <w:t>f 20570/5716/4870 20612/5754/4904 20610/5756/4905</w:t>
        <w:br/>
        <w:t>f 20566/5709/4863 20565/5710/4864 20614/5757/4906</w:t>
        <w:br/>
        <w:t>f 20613/5758/4907 20566/5709/4863 20614/5757/4906</w:t>
        <w:br/>
        <w:t>f 20616/5759/4908 20586/5730/4884 20615/5760/4909</w:t>
        <w:br/>
        <w:t>f 20617/5761/4909 20616/5759/4908 20615/5760/4909</w:t>
        <w:br/>
        <w:t>f 20618/5762/4910 19899/5042/4275 19893/5038/4272</w:t>
        <w:br/>
        <w:t>f 20603/5749/4900 20618/5762/4910 19893/5038/4272</w:t>
        <w:br/>
        <w:t>f 20573/5717/4871 20570/5716/4870 20610/5756/4905</w:t>
        <w:br/>
        <w:t>f 20619/5763/4911 20573/5717/4871 20610/5756/4905</w:t>
        <w:br/>
        <w:t>f 20623/5764/4912 20622/5765/4913 20621/5766/4914</w:t>
        <w:br/>
        <w:t>f 20620/5767/4912 20623/5764/4912 20621/5766/4914</w:t>
        <w:br/>
        <w:t>f 20627/5768/4915 20626/5769/4915 20625/5770/4916</w:t>
        <w:br/>
        <w:t>f 20624/5771/4917 20627/5768/4915 20625/5770/4916</w:t>
        <w:br/>
        <w:t>f 20628/5772/4918 20621/5766/4914 20577/5720/4874</w:t>
        <w:br/>
        <w:t>f 20545/5690/4844 20628/5772/4918 20577/5720/4874</w:t>
        <w:br/>
        <w:t>f 20617/5761/4909 20615/5760/4909 20626/5769/4915</w:t>
        <w:br/>
        <w:t>f 20627/5768/4915 20617/5761/4909 20626/5769/4915</w:t>
        <w:br/>
        <w:t>f 20630/5773/4919 20629/5774/4920 20624/5771/4917</w:t>
        <w:br/>
        <w:t>f 20625/5770/4916 20630/5773/4919 20624/5771/4917</w:t>
        <w:br/>
        <w:t>f 20616/5759/4908 20614/5757/4906 20565/5710/4864</w:t>
        <w:br/>
        <w:t>f 20586/5730/4884 20616/5759/4908 20565/5710/4864</w:t>
        <w:br/>
        <w:t>f 20613/5758/4907 20632/5775/4921 20631/5776/4921</w:t>
        <w:br/>
        <w:t>f 20566/5709/4863 20613/5758/4907 20631/5776/4921</w:t>
        <w:br/>
        <w:t>f 20609/5753/4903 20634/5777/4922 20633/5778/4922</w:t>
        <w:br/>
        <w:t>f 20608/5750/4901 20609/5753/4903 20633/5778/4922</w:t>
        <w:br/>
        <w:t>f 20638/5779/4923 20637/5780/4923 20636/5781/4924</w:t>
        <w:br/>
        <w:t>f 20635/5782/4924 20638/5779/4923 20636/5781/4924</w:t>
        <w:br/>
        <w:t>f 20607/5751/4902 20640/5783/4925 20639/5784/4925</w:t>
        <w:br/>
        <w:t>f 20606/5752/4902 20607/5751/4902 20639/5784/4925</w:t>
        <w:br/>
        <w:t>f 20628/5772/4918 20545/5690/4844 20594/5739/4892</w:t>
        <w:br/>
        <w:t>f 20595/5738/4892 20628/5772/4918 20594/5739/4892</w:t>
        <w:br/>
        <w:t>f 20642/5785/4926 20641/5786/4926 20635/5782/4924</w:t>
        <w:br/>
        <w:t>f 20636/5781/4924 20642/5785/4926 20635/5782/4924</w:t>
        <w:br/>
        <w:t>f 20645/5787/4927 20644/5788/4928 20580/5725/4879</w:t>
        <w:br/>
        <w:t>f 20643/5789/4927 20645/5787/4927 20580/5725/4879</w:t>
        <w:br/>
        <w:t>f 20583/5727/4881 20647/5790/4929 20646/5791/4930</w:t>
        <w:br/>
        <w:t>f 20582/5728/4882 20583/5727/4881 20646/5791/4930</w:t>
        <w:br/>
        <w:t>f 19598/4741/4008 20564/5706/4860 20648/5792/4931</w:t>
        <w:br/>
        <w:t>f 19597/4742/4009 19598/4741/4008 20648/5792/4931</w:t>
        <w:br/>
        <w:t>f 20539/5685/4839 20580/5725/4879 20644/5788/4928</w:t>
        <w:br/>
        <w:t>f 20596/5737/4891 20539/5685/4839 20644/5788/4928</w:t>
        <w:br/>
        <w:t>f 20597/5743/4895 20598/5742/4895 20645/5787/4927</w:t>
        <w:br/>
        <w:t>f 20643/5789/4927 20597/5743/4895 20645/5787/4927</w:t>
        <w:br/>
        <w:t>f 20542/5688/4842 20582/5728/4882 20646/5791/4930</w:t>
        <w:br/>
        <w:t>f 20599/5741/4894 20542/5688/4842 20646/5791/4930</w:t>
        <w:br/>
        <w:t>f 20600/5746/4898 20601/5745/4898 20647/5790/4929</w:t>
        <w:br/>
        <w:t>f 20583/5727/4881 20600/5746/4898 20647/5790/4929</w:t>
        <w:br/>
        <w:t>f 20637/5780/4923 20638/5779/4923 20602/5744/4897</w:t>
        <w:br/>
        <w:t>f 20589/5731/4896 20637/5780/4923 20602/5744/4897</w:t>
        <w:br/>
        <w:t>f 20649/5793/4932 20623/5764/4912 20620/5767/4912</w:t>
        <w:br/>
        <w:t>f 19597/4742/4933 20649/5793/4932 20620/5767/4912</w:t>
        <w:br/>
        <w:t>f 20573/5717/4871 20619/5763/4911 20629/5774/4920</w:t>
        <w:br/>
        <w:t>f 20630/5773/4919 20573/5717/4871 20629/5774/4920</w:t>
        <w:br/>
        <w:t>f 20632/5775/4921 20633/5778/4922 20634/5777/4922</w:t>
        <w:br/>
        <w:t>f 20631/5776/4921 20632/5775/4921 20634/5777/4922</w:t>
        <w:br/>
        <w:t>f 20651/5794/4934 20639/5784/4925 20640/5783/4925</w:t>
        <w:br/>
        <w:t>f 20650/5795/4935 20651/5794/4934 20640/5783/4925</w:t>
        <w:br/>
        <w:t>f 20553/5694/4848 20550/5697/4851 20588/5732/4886</w:t>
        <w:br/>
        <w:t>f 20652/5796/4936 20553/5694/4848 20588/5732/4886</w:t>
        <w:br/>
        <w:t>f 20556/5702/4856 20569/5711/4865 20561/5703/4857</w:t>
        <w:br/>
        <w:t>f 20558/5700/4854 20556/5702/4856 20561/5703/4857</w:t>
        <w:br/>
        <w:t>f 20584/5726/4880 20543/5687/4841 20558/5700/4854</w:t>
        <w:br/>
        <w:t>f 20559/5705/4859 20584/5726/4880 20558/5700/4854</w:t>
        <w:br/>
        <w:t>f 20562/5708/4862 20563/5707/4861 20570/5716/4870</w:t>
        <w:br/>
        <w:t>f 20571/5715/4869 20562/5708/4862 20570/5716/4870</w:t>
        <w:br/>
        <w:t>f 20562/5708/4862 20585/5729/4883 20540/5684/4838</w:t>
        <w:br/>
        <w:t>f 20546/5689/4843 20562/5708/4862 20540/5684/4838</w:t>
        <w:br/>
        <w:t>f 20585/5729/4883 20568/5712/4866 20569/5711/4865</w:t>
        <w:br/>
        <w:t>f 20556/5702/4856 20585/5729/4883 20569/5711/4865</w:t>
        <w:br/>
        <w:t>f 20553/5694/4848 20652/5796/4936 20584/5726/4880</w:t>
        <w:br/>
        <w:t>f 20559/5705/4859 20553/5694/4848 20584/5726/4880</w:t>
        <w:br/>
        <w:t>f 20591/5736/4890 20590/5734/4888 20550/5697/4851</w:t>
        <w:br/>
        <w:t>f 20551/5696/4850 20591/5736/4890 20550/5697/4851</w:t>
        <w:br/>
        <w:t>f 20564/5706/4860 19598/4741/4008 20611/5755/4904</w:t>
        <w:br/>
        <w:t>f 20612/5754/4904 20564/5706/4860 20611/5755/4904</w:t>
        <w:br/>
        <w:t>f 20618/5762/4910 20651/5794/4934 20650/5795/4935</w:t>
        <w:br/>
        <w:t>f 19899/5042/4275 20618/5762/4910 20650/5795/4935</w:t>
        <w:br/>
        <w:t>f 20588/5732/4886 20589/5731/4885 20652/5796/4936</w:t>
        <w:br/>
        <w:t>f 20546/5689/4843 20576/5721/4875 20564/5706/4860</w:t>
        <w:br/>
        <w:t>f 20652/5796/4936 20653/5797/4937 20583/5727/4881</w:t>
        <w:br/>
        <w:t>f 19993/5138/4359 19995/5139/4360 19997/5141/4362</w:t>
        <w:br/>
        <w:t>f 20655/5798/4938 19997/5141/4362 20654/5799/4939</w:t>
        <w:br/>
        <w:t>f 20043/5187/4398 19997/5141/4362 20537/5681/4835</w:t>
        <w:br/>
        <w:t>f 20043/5187/4398 19581/4723/3991 19579/4725/3993</w:t>
        <w:br/>
        <w:t>f 20539/5685/4839 20540/5684/4838 20557/5701/4855</w:t>
        <w:br/>
        <w:t>f 20545/5690/4844 20540/5684/4838 20541/5683/4837</w:t>
        <w:br/>
        <w:t>f 20564/5706/4860 20576/5721/4875 20656/5800/4940</w:t>
        <w:br/>
        <w:t>f 20542/5688/4842 20543/5687/4841 20584/5726/4880</w:t>
        <w:br/>
        <w:t>f 20581/5724/4878 20543/5687/4841 20544/5686/4840</w:t>
        <w:br/>
        <w:t>f 20652/5796/4936 20589/5731/4885 20653/5797/4937</w:t>
        <w:br/>
        <w:t>f 20652/5796/4936 20583/5727/4881 20584/5726/4880</w:t>
        <w:br/>
        <w:t>f 19965/5109/4326 20030/5174/4325 20031/5173/4388</w:t>
        <w:br/>
        <w:t>f 19964/5110/4336 19965/5109/4326 20031/5173/4388</w:t>
        <w:br/>
        <w:t>f 20658/5801/4941 20529/5673/4827 20657/5802/4942</w:t>
        <w:br/>
        <w:t>f 20657/5802/4942 20529/5673/4827 20532/5676/4830</w:t>
        <w:br/>
        <w:t>f 20536/5680/4834 20529/5673/4827 20658/5801/4941</w:t>
        <w:br/>
        <w:t>f 20275/5417/4609 20273/5419/4611 20301/5445/4635</w:t>
        <w:br/>
        <w:t>f 20531/5675/4829 20529/5673/4827 20534/5677/4831</w:t>
        <w:br/>
        <w:t>f 20033/5177/4391 19897/5039/4273 19895/5041/4138</w:t>
        <w:br/>
        <w:t>f 19899/5042/4275 20650/5795/4935 19895/5041/4138</w:t>
        <w:br/>
        <w:t>f 19898/5043/4137 19899/5042/4275 19895/5041/4138</w:t>
        <w:br/>
        <w:t>f 19577/4722/3990 19939/5083/4311 19934/5077/4305</w:t>
        <w:br/>
        <w:t>f 19697/4842/4105 19577/4722/3990 19578/4721/3989</w:t>
        <w:br/>
        <w:t>f 19906/5048/4279 19911/5056/4287 19912/5055/4286</w:t>
        <w:br/>
        <w:t>f 19906/5048/4279 19904/5050/4281 19911/5056/4287</w:t>
        <w:br/>
        <w:t>f 19891/5035/4269 20270/5414/4087 20092/5238/4090</w:t>
        <w:br/>
        <w:t>f 19891/5035/4269 19683/4829/4093 20270/5414/4087</w:t>
        <w:br/>
        <w:t>f 19887/5029/4265 20057/5201/4407 20119/5263/4458</w:t>
        <w:br/>
        <w:t>f 19887/5029/4265 19885/5031/4081 20057/5201/4407</w:t>
        <w:br/>
        <w:t>f 19884/5028/4264 20659/5803/4406 20079/5222/4423</w:t>
        <w:br/>
        <w:t>f 19884/5028/4264 19669/4811/4075 20659/5803/4406</w:t>
        <w:br/>
        <w:t>f 19717/4859/4122 20055/5199/4405 20128/5273/4469</w:t>
        <w:br/>
        <w:t>f 19717/4859/4122 19715/4861/4124 20055/5199/4405</w:t>
        <w:br/>
        <w:t>f 19880/5022/4261 20269/5413/4051 20072/5216/4054</w:t>
        <w:br/>
        <w:t>f 19880/5022/4261 19878/5024/4263 20269/5413/4051</w:t>
        <w:br/>
        <w:t>f 19591/4734/4002 19593/4740/4007 19594/4739/4006</w:t>
        <w:br/>
        <w:t>f 19591/4734/4002 19594/4739/4006 19590/4735/4003</w:t>
        <w:br/>
        <w:t>f 20142/5286/4943 19707/4853/4116 19708/4852/4115</w:t>
        <w:br/>
        <w:t>f 20052/5196/4039 20268/5412/4607 20660/5804/4040</w:t>
        <w:br/>
        <w:t>f 19769/4913/4173 19870/5014/4178 20002/5145/4099</w:t>
        <w:br/>
        <w:t>f 19628/4770/4034 19626/4772/4036 19705/4848/4111</w:t>
        <w:br/>
        <w:t>f 20033/5177/4391 19895/5041/4138 20650/5795/4935</w:t>
        <w:br/>
        <w:t>f 19997/5141/4362 19995/5139/4360 20654/5799/4939</w:t>
        <w:br/>
        <w:t>f 19988/5134/4355 19989/5133/4354 19994/5137/4358</w:t>
        <w:br/>
        <w:t>f 19988/5134/4355 20661/5805/4944 19990/5132/4353</w:t>
        <w:br/>
        <w:t>f 19988/5134/4355 20662/5806/4945 20661/5805/4944</w:t>
        <w:br/>
        <w:t>f 20662/5806/4945 19988/5134/4355 19992/5135/4356</w:t>
        <w:br/>
        <w:t>f 19892/5036/4270 20272/5416/4608 20101/5247/3936</w:t>
        <w:br/>
        <w:t>f 19892/5036/4270 19529/4670/3938 20272/5416/4608</w:t>
        <w:br/>
        <w:t>f 19728/4872/4135 19932/5075/4303 19580/4724/3992</w:t>
        <w:br/>
        <w:t>f 19474/4620/3894 19475/4619/3893 19702/4845/4108</w:t>
        <w:br/>
        <w:t>f 19455/4597/3871 19474/4620/3894 19702/4845/4108</w:t>
        <w:br/>
        <w:t>f 19455/4597/3871 19458/4600/3874 19454/4598/3872</w:t>
        <w:br/>
        <w:t>f 19458/4600/3874 19587/4732/4000 19496/4637/3909</w:t>
        <w:br/>
        <w:t>f 19587/4732/4000 19588/4731/3999 19753/4897/4159</w:t>
        <w:br/>
        <w:t>f 19588/4731/3999 19723/4868/4131 19755/4899/4161</w:t>
        <w:br/>
        <w:t>f 19699/4844/4107 19593/4740/4007 19597/4742/4009</w:t>
        <w:br/>
        <w:t>f 19700/4843/4106 19699/4844/4107 20663/5807/4946</w:t>
        <w:br/>
        <w:t>f 19701/4846/4109 19700/4843/4106 20663/5807/4946</w:t>
        <w:br/>
        <w:t>f 19452/4594/3868 20538/5682/4836 19586/4729/3997</w:t>
        <w:br/>
        <w:t>f 20151/5295/4492 19929/5074/4302 20183/5327/4947</w:t>
        <w:br/>
        <w:t>f 20170/5314/4511 20157/5301/4502 20664/5808/4948</w:t>
        <w:br/>
        <w:t>f 19961/5107/4335 19962/5106/4334 19966/5108/4316</w:t>
        <w:br/>
        <w:t>f 19829/4975/4229 20665/5809/4949 19831/4973/4227</w:t>
        <w:br/>
        <w:t>f 19832/4978/4232 19833/4977/4231 19836/4980/4234</w:t>
        <w:br/>
        <w:t>f 19824/4968/4222 19827/4972/4226 19823/4969/4223</w:t>
        <w:br/>
        <w:t>f 19844/4990/4243 19845/4989/4242 19847/4991/4244</w:t>
        <w:br/>
        <w:t>f 20291/5437/4629 20299/5444/4634 20303/5447/4637</w:t>
        <w:br/>
        <w:t>f 19981/5123/4329 19979/5125/4347 20003/5147/4365</w:t>
        <w:br/>
        <w:t>f 20667/5810/4268 20063/5207/4410 20064/5206/4409</w:t>
        <w:br/>
        <w:t>f 20666/5811/4950 20667/5810/4268 20064/5206/4409</w:t>
        <w:br/>
        <w:t>f 20668/5812/4951 19563/4706/3974 19737/4881/4143</w:t>
        <w:br/>
        <w:t>f 20668/5812/4951 20669/5813/4952 19563/4706/3974</w:t>
        <w:br/>
        <w:t>f 20668/5812/4951 19737/4881/4143 19760/4904/4158</w:t>
        <w:br/>
        <w:t>f 19599/4745/4012 19600/4744/4011 19724/4867/4130</w:t>
        <w:br/>
        <w:t>f 19601/4743/4010 19599/4745/4012 19894/5037/4271</w:t>
        <w:br/>
        <w:t>f 19468/4609/3883 19689/4833/4097 19606/4751/4005</w:t>
        <w:br/>
        <w:t>f 19465/4612/3886 19689/4833/4097 19468/4609/3883</w:t>
        <w:br/>
        <w:t>f 20668/5812/4951 19760/4904/4158 20670/5814/4953</w:t>
        <w:br/>
        <w:t>f 19518/4660/3928 19587/4732/4000 19703/4847/4110</w:t>
        <w:br/>
        <w:t>f 19720/4864/4127 19587/4732/4000 19458/4600/3874</w:t>
        <w:br/>
        <w:t>f 19518/4660/3928 19723/4868/4131 19588/4731/3999</w:t>
        <w:br/>
        <w:t>f 19455/4597/3871 19720/4864/4127 19458/4600/3874</w:t>
        <w:br/>
        <w:t>f 19702/4845/4108 19475/4619/3893 19700/4843/4106</w:t>
        <w:br/>
        <w:t>f 19455/4597/3871 19702/4845/4108 19585/4730/3998</w:t>
        <w:br/>
        <w:t>f 20547/5693/4847 20588/5732/4886 20549/5691/4845</w:t>
        <w:br/>
        <w:t>f 20551/5696/4850 20554/5699/4853 20591/5736/4890</w:t>
        <w:br/>
        <w:t>f 20552/5695/4849 20574/5719/4873 20551/5696/4850</w:t>
        <w:br/>
        <w:t>f 19557/4699/3967 19555/4701/3969 19598/4741/4008</w:t>
        <w:br/>
        <w:t>f 20657/5802/4942 20532/5676/4830 20671/5815/4954</w:t>
        <w:br/>
        <w:t>f 20465/5608/4771 20450/5594/4759 20447/5593/4758</w:t>
        <w:br/>
        <w:t>f 20417/5563/4733 20425/5570/4739 20421/5565/4735</w:t>
        <w:br/>
        <w:t>f 20433/5579/4745 20434/5578/4744 20441/5584/4750</w:t>
        <w:br/>
        <w:t>f 20424/5568/4737 20423/5567/4736 20672/5816/4955</w:t>
        <w:br/>
        <w:t>f 20419/5561/4731 20417/5563/4733 20421/5565/4735</w:t>
        <w:br/>
        <w:t>f 20440/5585/4751 20434/5578/4744 20673/5817/4956</w:t>
        <w:br/>
        <w:t>f 20244/5387/4779 20465/5608/4771 20447/5593/4758</w:t>
        <w:br/>
        <w:t>f 20389/5533/3588 20386/5531/4708 20674/5818/4957</w:t>
        <w:br/>
        <w:t>f 20379/5522/4700 20386/5531/4708 20378/5523/4701</w:t>
        <w:br/>
        <w:t>f 20349/5491/4676 20347/5493/4678 20354/5501/4684</w:t>
        <w:br/>
        <w:t>f 20347/5493/4678 20357/5498/4681 20354/5501/4684</w:t>
        <w:br/>
        <w:t>f 20311/5458/4648 20343/5488/4674 20314/5455/4645</w:t>
        <w:br/>
        <w:t>f 20315/5459/4649 20310/5452/4642 20675/5819/4958</w:t>
        <w:br/>
        <w:t>f 20282/5424/4616 20280/5426/4618 20676/5820/4959</w:t>
        <w:br/>
        <w:t>f 19722/4865/4128 19721/4866/4129 19599/4745/4012</w:t>
        <w:br/>
        <w:t>f 19455/4597/3871 19453/4599/3873 19725/4869/4132</w:t>
        <w:br/>
        <w:t>f 19455/4597/3871 19441/4582/3856 19438/4585/3859</w:t>
        <w:br/>
        <w:t>f 19876/5020/4140 19438/4585/3859 19439/4584/3858</w:t>
        <w:br/>
        <w:t>f 20677/5821/4960 19476/4618/3892 19474/4620/3894</w:t>
        <w:br/>
        <w:t>f 19753/4897/4159 19889/5033/4267 19752/4896/4158</w:t>
        <w:br/>
        <w:t>f 19890/5034/4268 19755/4899/4161 19756/4898/4160</w:t>
        <w:br/>
        <w:t>f 19551/4692/3960 19706/4850/4113 19617/4760/4024</w:t>
        <w:br/>
        <w:t>f 19483/4626/3899 19587/4732/4000 19487/4632/3904</w:t>
        <w:br/>
        <w:t>f 19502/4647/3916 19587/4732/4000 19753/4897/4159</w:t>
        <w:br/>
        <w:t>f 19521/4664/3932 19723/4868/4131 19724/4867/4130</w:t>
        <w:br/>
        <w:t>f 19514/4656/3924 19723/4868/4131 19513/4657/3925</w:t>
        <w:br/>
        <w:t>f 19988/5134/4355 19993/5138/4359 19996/5140/4361</w:t>
        <w:br/>
        <w:t>f 20436/5582/4748 20437/5581/4747 20469/5615/4777</w:t>
        <w:br/>
        <w:t>f 20466/5612/4775 20438/5580/4746 20436/5582/4748</w:t>
        <w:br/>
        <w:t>f 19548/4695/3963 19873/5017/3972 19874/5019/3956</w:t>
        <w:br/>
        <w:t>f 19556/4700/3968 19872/5016/3973 19873/5017/3972</w:t>
        <w:br/>
        <w:t>f 19557/4699/3967 19590/4735/4003 19872/5016/3973</w:t>
        <w:br/>
        <w:t>f 19576/4720/3988 19538/4682/3950 19545/4689/3957</w:t>
        <w:br/>
        <w:t>f 19559/4703/3971 19552/4698/3966 19576/4720/3988</w:t>
        <w:br/>
        <w:t>f 19574/4719/3987 19535/4681/3949 19538/4682/3950</w:t>
        <w:br/>
        <w:t>f 19575/4718/3986 19589/4733/4001 19432/4578/3852</w:t>
        <w:br/>
        <w:t>f 19432/4578/3852 19564/4710/3978 19582/4727/3995</w:t>
        <w:br/>
        <w:t>f 19565/4709/3977 19582/4727/3995 19564/4710/3978</w:t>
        <w:br/>
        <w:t>f 19566/4708/3976 19564/4710/3978 19568/4711/3979</w:t>
        <w:br/>
        <w:t>f 19572/4716/3984 19564/4710/3978 19589/4733/4001</w:t>
        <w:br/>
        <w:t>f 19574/4719/3987 19695/4839/4103 19589/4733/4001</w:t>
        <w:br/>
        <w:t>f 19696/4840/4104 19589/4733/4001 19695/4839/4103</w:t>
        <w:br/>
        <w:t>f 19566/4708/3976 19567/4712/3980 19775/4919/4177</w:t>
        <w:br/>
        <w:t>f 20000/5144/4182 19567/4712/3980 19569/4714/3982</w:t>
        <w:br/>
        <w:t>f 19533/4678/3946 19530/4676/3944 19603/4746/4013</w:t>
        <w:br/>
        <w:t>f 19696/4840/4104 19533/4678/3946 19571/4717/3985</w:t>
        <w:br/>
        <w:t>f 19571/4717/3985 19572/4716/3984 19696/4840/4104</w:t>
        <w:br/>
        <w:t>f 19605/4749/4014 19604/4748/4010 19731/4874/4137</w:t>
        <w:br/>
        <w:t>f 19530/4676/3944 19531/4675/3943 19603/4746/4013</w:t>
        <w:br/>
        <w:t>f 19735/4879/4142 19563/4706/3974 19562/4707/3975</w:t>
        <w:br/>
        <w:t>f 19532/4674/3942 19563/4706/3974 20064/5206/4409</w:t>
        <w:br/>
        <w:t>f 19442/4588/3862 19584/4728/3996 19554/4696/3964</w:t>
        <w:br/>
        <w:t>f 19735/4879/4142 19584/4728/3996 19490/4634/3906</w:t>
        <w:br/>
        <w:t>f 19442/4588/3862 19471/4617/3891 19445/4589/3863</w:t>
        <w:br/>
        <w:t>f 19471/4617/3891 19467/4610/3884 19473/4615/3889</w:t>
        <w:br/>
        <w:t>f 19571/4717/3985 19605/4749/4014 19999/5142/4363</w:t>
        <w:br/>
        <w:t>f 19910/5051/4282 19532/4674/3942 20064/5206/4409</w:t>
        <w:br/>
        <w:t>f 19583/4726/3994 20001/5146/4364 19582/4727/3995</w:t>
        <w:br/>
        <w:t>f 19434/4576/3850 19582/4727/3995 20001/5146/4364</w:t>
        <w:br/>
        <w:t>f 19432/4578/3852 19433/4577/3851 19575/4718/3986</w:t>
        <w:br/>
        <w:t>f 19865/5009/4254 19575/4718/3986 19433/4577/3851</w:t>
        <w:br/>
        <w:t>f 19537/4679/3947 19535/4681/3949 19865/5009/4254</w:t>
        <w:br/>
        <w:t>f 19871/5015/4165 19536/4680/3948 19537/4679/3947</w:t>
        <w:br/>
        <w:t>f 19539/4683/3951 19544/4690/3958 19545/4689/3957</w:t>
        <w:br/>
        <w:t>f 19882/5025/4062 20055/5199/4405 19715/4861/4124</w:t>
        <w:br/>
        <w:t>f 19669/4811/4075 20014/5161/4074 20659/5803/4406</w:t>
        <w:br/>
        <w:t>f 19601/4743/4010 19893/5038/4272 19898/5043/4137</w:t>
        <w:br/>
        <w:t>f 20569/5711/4865 20567/5713/4867 20586/5730/4884</w:t>
        <w:br/>
        <w:t>f 20569/5711/4865 20565/5710/4864 20561/5703/4857</w:t>
        <w:br/>
        <w:t>f 20565/5710/4864 20560/5704/4858 20561/5703/4857</w:t>
        <w:br/>
        <w:t>f 20575/5718/4872 20560/5704/4858 20566/5709/4863</w:t>
        <w:br/>
        <w:t>f 19985/5131/4352 19780/4926/4183 19897/5039/4273</w:t>
        <w:br/>
        <w:t>f 19426/4571/3845 19801/4945/4201 19802/4946/4202</w:t>
        <w:br/>
        <w:t>f 19937/5081/4309 19783/4928/4185 19779/4922/4180</w:t>
        <w:br/>
        <w:t>f 19801/4945/4201 19806/4951/4207 19938/5082/4310</w:t>
        <w:br/>
        <w:t>f 19822/4966/4220 19801/4945/4201 19938/5082/4310</w:t>
        <w:br/>
        <w:t>f 19862/5008/4243 19863/5007/4253 19938/5082/4310</w:t>
        <w:br/>
        <w:t>f 19938/5082/4310 19851/4996/4228 19862/5008/4243</w:t>
        <w:br/>
        <w:t>f 19838/4983/4237 19839/4982/4236 20678/5822/4235</w:t>
        <w:br/>
        <w:t>f 20101/5247/3936 20102/5246/4443 19892/5036/4270</w:t>
        <w:br/>
        <w:t>f 19523/4669/3937 19524/4668/3936 20271/5415/4608</w:t>
        <w:br/>
        <w:t>f 19884/5028/4264 20078/5223/4424 20215/5361/4556</w:t>
        <w:br/>
        <w:t>f 20075/5217/4418 20073/5219/4420 20660/5804/4961</w:t>
        <w:br/>
        <w:t>f 19934/5077/4305 19729/4873/4136 19577/4722/3990</w:t>
        <w:br/>
        <w:t>f 19779/4922/4180 19792/4936/4193 19937/5081/4309</w:t>
        <w:br/>
        <w:t>f 19799/4942/4198 19798/4943/4199 19818/4962/4193</w:t>
        <w:br/>
        <w:t>f 19870/5014/4178 19770/4914/4174 19799/4942/4198</w:t>
        <w:br/>
        <w:t>f 19769/4913/4173 20002/5145/4099 19583/4726/3994</w:t>
        <w:br/>
        <w:t>f 19778/4923/4181 19777/4921/4179 19776/4920/4178</w:t>
        <w:br/>
        <w:t>f 19797/4940/4196 19796/4941/4197 19900/5044/4276</w:t>
        <w:br/>
        <w:t>f 19763/4908/4168 19437/4580/3854 19796/4941/4197</w:t>
        <w:br/>
        <w:t>f 19782/4924/4182 19437/4580/3854 19764/4907/4167</w:t>
        <w:br/>
        <w:t>f 19771/4917/4167 19775/4919/4177 20000/5144/4182</w:t>
        <w:br/>
        <w:t>f 19897/5039/4273 19987/5129/4350 19985/5131/4352</w:t>
        <w:br/>
        <w:t>f 20662/5806/4945 19992/5135/4356 19986/5130/4351</w:t>
        <w:br/>
        <w:t>f 19996/5140/4361 19992/5135/4356 19988/5134/4355</w:t>
        <w:br/>
        <w:t>f 19991/5136/4357 19992/5135/4356 19996/5140/4361</w:t>
        <w:br/>
        <w:t>f 19986/5130/4351 19992/5135/4356 19985/5131/4352</w:t>
        <w:br/>
        <w:t>f 20266/5409/4604 19505/4651/3919 19586/4729/3997</w:t>
        <w:br/>
        <w:t>f 19702/4845/4108 19701/4846/4109 19451/4595/3869</w:t>
        <w:br/>
        <w:t>f 19435/4579/3853 20043/5187/4398 19935/5079/4307</w:t>
        <w:br/>
        <w:t>f 20537/5681/4835 19997/5141/4362 20655/5798/4938</w:t>
        <w:br/>
        <w:t>f 19505/4651/3919 19506/4650/3918 19517/4661/3929</w:t>
        <w:br/>
        <w:t>f 19516/4662/3930 20267/5411/4606 19732/4876/4139</w:t>
        <w:br/>
        <w:t>f 19518/4660/3928 19516/4662/3930 19722/4865/4128</w:t>
        <w:br/>
        <w:t>f 19703/4847/4110 19517/4661/3929 19518/4660/3928</w:t>
        <w:br/>
        <w:t>f 19586/4729/3997 19703/4847/4110 19720/4864/4127</w:t>
        <w:br/>
        <w:t>f 19585/4730/3998 19586/4729/3997 19720/4864/4127</w:t>
        <w:br/>
        <w:t>f 19451/4595/3869 19585/4730/3998 19702/4845/4108</w:t>
        <w:br/>
        <w:t>f 18218/3364/2759 18444/3587/2971 18339/3482/2872</w:t>
        <w:br/>
        <w:t>f 19475/4619/3893 19596/4737/4004 19593/4740/4007</w:t>
        <w:br/>
        <w:t>f 11084/2840/2334 11081/2839/2333 11071/2825/2323</w:t>
        <w:br/>
        <w:t>f 3/5823/4962 2/5824/4963 1/5825/4964</w:t>
        <w:br/>
        <w:t>f 7/5826/4965 6/5827/4965 5/5828/4966</w:t>
        <w:br/>
        <w:t>f 4/5829/4967 7/5826/4965 5/5828/4966</w:t>
        <w:br/>
        <w:t>f 4/5829/4967 5/5828/4966 8/5830/4968</w:t>
        <w:br/>
        <w:t>f 11/5831/4969 3/5823/4962 10/5832/4970</w:t>
        <w:br/>
        <w:t>f 9/5833/4971 11/5831/4969 10/5832/4970</w:t>
        <w:br/>
        <w:t>f 15/5834/4972 14/5835/4973 13/5836/4974</w:t>
        <w:br/>
        <w:t>f 12/5837/4975 15/5834/4972 13/5836/4974</w:t>
        <w:br/>
        <w:t>f 18/5838/4976 17/5839/4977 16/5840/4978</w:t>
        <w:br/>
        <w:t>f 19/5841/4979 18/5838/4976 16/5840/4978</w:t>
        <w:br/>
        <w:t>f 20/5842/4980 8/5830/4968 12/5837/4975</w:t>
        <w:br/>
        <w:t>f 13/5836/4974 20/5842/4980 12/5837/4975</w:t>
        <w:br/>
        <w:t>f 22/5843/4981 21/5844/4982 2/5824/4963</w:t>
        <w:br/>
        <w:t>f 25/5845/4983 24/5846/4984 23/5847/4985</w:t>
        <w:br/>
        <w:t>f 26/5848/4986 25/5845/4983 23/5847/4985</w:t>
        <w:br/>
        <w:t>f 30/5849/4987 29/5850/4988 28/5851/4989</w:t>
        <w:br/>
        <w:t>f 27/5852/4990 30/5849/4987 28/5851/4989</w:t>
        <w:br/>
        <w:t>f 27/5852/4990 28/5851/4989 19/5841/4979</w:t>
        <w:br/>
        <w:t>f 16/5840/4978 27/5852/4990 19/5841/4979</w:t>
        <w:br/>
        <w:t>f 21/5844/4982 32/5853/4991 31/5854/4992</w:t>
        <w:br/>
        <w:t>f 17/5839/4977 33/5855/4993 24/5846/4984</w:t>
        <w:br/>
        <w:t>f 16/5840/4978 17/5839/4977 24/5846/4984</w:t>
        <w:br/>
        <w:t>f 22/5843/4981 2/5824/4963 3/5823/4962</w:t>
        <w:br/>
        <w:t>f 26/5848/4986 23/5847/4985 11/5831/4969</w:t>
        <w:br/>
        <w:t>f 34/5856/4994 26/5848/4986 11/5831/4969</w:t>
        <w:br/>
        <w:t>f 36/5857/4995 35/5858/4996 15/5834/4972</w:t>
        <w:br/>
        <w:t>f 12/5837/4975 36/5857/4995 15/5834/4972</w:t>
        <w:br/>
        <w:t>f 38/5859/4997 37/5860/4998 29/5850/4988</w:t>
        <w:br/>
        <w:t>f 30/5849/4987 38/5859/4997 29/5850/4988</w:t>
        <w:br/>
        <w:t>f 42/5861/4999 41/5862/5000 40/5863/5001</w:t>
        <w:br/>
        <w:t>f 39/5864/5002 42/5861/4999 40/5863/5001</w:t>
        <w:br/>
        <w:t>f 43/5865/5003 36/5857/4995 12/5837/4975</w:t>
        <w:br/>
        <w:t>f 8/5830/4968 43/5865/5003 12/5837/4975</w:t>
        <w:br/>
        <w:t>f 47/5866/5004 46/5867/5005 45/5868/5006</w:t>
        <w:br/>
        <w:t>f 44/5869/5007 47/5866/5004 45/5868/5006</w:t>
        <w:br/>
        <w:t>f 50/5870/5008 49/5871/5009 48/5872/5010</w:t>
        <w:br/>
        <w:t>f 54/5873/5011 53/5874/5012 52/5875/5013</w:t>
        <w:br/>
        <w:t>f 51/5876/5014 54/5873/5011 52/5875/5013</w:t>
        <w:br/>
        <w:t>f 46/5867/5005 56/5877/5015 55/5878/5016</w:t>
        <w:br/>
        <w:t>f 57/5879/5017 46/5867/5005 55/5878/5016</w:t>
        <w:br/>
        <w:t>f 60/5880/5018 59/5881/5019 58/5882/5020</w:t>
        <w:br/>
        <w:t>f 59/5881/5019 60/5880/5018 62/5883/5021</w:t>
        <w:br/>
        <w:t>f 61/5884/5022 59/5881/5019 62/5883/5021</w:t>
        <w:br/>
        <w:t>f 64/5885/5023 63/5886/5024 61/5884/5022</w:t>
        <w:br/>
        <w:t>f 62/5883/5021 64/5885/5023 61/5884/5022</w:t>
        <w:br/>
        <w:t>f 63/5886/5024 64/5885/5023 66/5887/5025</w:t>
        <w:br/>
        <w:t>f 65/5888/5026 63/5886/5024 66/5887/5025</w:t>
        <w:br/>
        <w:t>f 56/5877/5015 50/5870/5008 67/5889/5027</w:t>
        <w:br/>
        <w:t>f 55/5878/5016 56/5877/5015 67/5889/5027</w:t>
        <w:br/>
        <w:t>f 71/5890/5028 70/5891/5029 69/5892/5030</w:t>
        <w:br/>
        <w:t>f 68/5893/5031 71/5890/5028 69/5892/5030</w:t>
        <w:br/>
        <w:t>f 73/5894/5032 59/5881/5019 72/5895/5033</w:t>
        <w:br/>
        <w:t>f 46/5867/5005 57/5879/5017 74/5896/5034</w:t>
        <w:br/>
        <w:t>f 45/5868/5006 46/5867/5005 74/5896/5034</w:t>
        <w:br/>
        <w:t>f 70/5891/5029 76/5897/5035 75/5898/5036</w:t>
        <w:br/>
        <w:t>f 69/5892/5030 70/5891/5029 75/5898/5036</w:t>
        <w:br/>
        <w:t>f 77/5899/5037 71/5890/5028 68/5893/5031</w:t>
        <w:br/>
        <w:t>f 51/5876/5014 77/5899/5037 68/5893/5031</w:t>
        <w:br/>
        <w:t>f 78/5900/5038 56/5877/5015 46/5867/5005</w:t>
        <w:br/>
        <w:t>f 47/5866/5004 78/5900/5038 46/5867/5005</w:t>
        <w:br/>
        <w:t>f 80/5901/5039 79/5902/5040 61/5884/5022</w:t>
        <w:br/>
        <w:t>f 63/5886/5024 80/5901/5039 61/5884/5022</w:t>
        <w:br/>
        <w:t>f 81/5903/5041 80/5901/5039 63/5886/5024</w:t>
        <w:br/>
        <w:t>f 65/5888/5026 81/5903/5041 63/5886/5024</w:t>
        <w:br/>
        <w:t>f 49/5871/5009 50/5870/5008 56/5877/5015</w:t>
        <w:br/>
        <w:t>f 78/5900/5038 49/5871/5009 56/5877/5015</w:t>
        <w:br/>
        <w:t>f 85/5904/5042 84/5905/5042 83/5906/5043</w:t>
        <w:br/>
        <w:t>f 82/5907/5043 85/5904/5042 83/5906/5043</w:t>
        <w:br/>
        <w:t>f 88/5908/5044 87/5909/5044 86/5910/5045</w:t>
        <w:br/>
        <w:t>f 89/5911/5045 88/5908/5044 86/5910/5045</w:t>
        <w:br/>
        <w:t>f 89/5911/5045 86/5910/5045 91/5912/5046</w:t>
        <w:br/>
        <w:t>f 90/5913/5046 89/5911/5045 91/5912/5046</w:t>
        <w:br/>
        <w:t>f 93/5914/5047 92/5915/5047 9/5833/5048</w:t>
        <w:br/>
        <w:t>f 94/5916/5049 93/5914/5047 9/5833/5048</w:t>
        <w:br/>
        <w:t>f 98/5917/5050 97/5918/5051 96/5919/5052</w:t>
        <w:br/>
        <w:t>f 95/5920/5053 98/5917/5050 96/5919/5052</w:t>
        <w:br/>
        <w:t>f 101/5921/5054 100/5922/5054 99/5923/5055</w:t>
        <w:br/>
        <w:t>f 102/5924/5055 101/5921/5054 99/5923/5055</w:t>
        <w:br/>
        <w:t>f 105/5925/5056 104/5926/5056 103/5927/5057</w:t>
        <w:br/>
        <w:t>f 106/5928/5058 105/5925/5056 103/5927/5057</w:t>
        <w:br/>
        <w:t>f 108/5929/5059 107/5930/5059 104/5926/5056</w:t>
        <w:br/>
        <w:t>f 105/5925/5056 108/5929/5059 104/5926/5056</w:t>
        <w:br/>
        <w:t>f 110/5931/5060 107/5930/5059 108/5929/5059</w:t>
        <w:br/>
        <w:t>f 109/5932/5060 110/5931/5060 108/5929/5059</w:t>
        <w:br/>
        <w:t>f 111/5933/5061 110/5931/5060 109/5932/5060</w:t>
        <w:br/>
        <w:t>f 112/5934/5061 111/5933/5061 109/5932/5060</w:t>
        <w:br/>
        <w:t>f 96/5919/5052 97/5918/5051 90/5913/5046</w:t>
        <w:br/>
        <w:t>f 91/5912/5046 96/5919/5052 90/5913/5046</w:t>
        <w:br/>
        <w:t>f 95/5920/5053 114/5935/5062 113/5936/5062</w:t>
        <w:br/>
        <w:t>f 98/5917/5050 95/5920/5053 113/5936/5062</w:t>
        <w:br/>
        <w:t>f 118/5937/5063 117/5938/5064 116/5939/5064</w:t>
        <w:br/>
        <w:t>f 115/5940/5063 118/5937/5063 116/5939/5064</w:t>
        <w:br/>
        <w:t>f 121/5941/5065 120/5942/5066 119/5943/5066</w:t>
        <w:br/>
        <w:t>f 122/5944/5065 121/5941/5065 119/5943/5066</w:t>
        <w:br/>
        <w:t>f 120/5942/5066 124/5945/5067 123/5946/5067</w:t>
        <w:br/>
        <w:t>f 119/5943/5066 120/5942/5066 123/5946/5067</w:t>
        <w:br/>
        <w:t>f 128/5947/5068 127/5948/5069 126/5949/5070</w:t>
        <w:br/>
        <w:t>f 125/5950/5070 128/5947/5068 126/5949/5070</w:t>
        <w:br/>
        <w:t>f 131/5951/5071 130/5952/5072 129/5953/5072</w:t>
        <w:br/>
        <w:t>f 132/5954/5073 131/5951/5071 129/5953/5072</w:t>
        <w:br/>
        <w:t>f 133/5955/5074 129/5953/5072 130/5952/5072</w:t>
        <w:br/>
        <w:t>f 134/5956/5074 133/5955/5074 130/5952/5072</w:t>
        <w:br/>
        <w:t>f 134/5956/5074 136/5957/5075 135/5958/5076</w:t>
        <w:br/>
        <w:t>f 133/5955/5074 134/5956/5074 135/5958/5076</w:t>
        <w:br/>
        <w:t>f 138/5959/5077 137/5960/5077 135/5958/5076</w:t>
        <w:br/>
        <w:t>f 136/5957/5075 138/5959/5077 135/5958/5076</w:t>
        <w:br/>
        <w:t>f 128/5947/5068 123/5946/5067 124/5945/5067</w:t>
        <w:br/>
        <w:t>f 127/5948/5069 128/5947/5068 124/5945/5067</w:t>
        <w:br/>
        <w:t>f 28/5851/4989 41/5862/5000 19/5841/4979</w:t>
        <w:br/>
        <w:t>f 29/5850/4988 37/5860/4998 40/5863/5001</w:t>
        <w:br/>
        <w:t>f 141/5961/5078 140/5962/5079 139/5963/5080</w:t>
        <w:br/>
        <w:t>f 58/5882/5020 141/5961/5078 139/5963/5080</w:t>
        <w:br/>
        <w:t>f 143/5964/5081 142/5965/5082 73/5894/5032</w:t>
        <w:br/>
        <w:t>f 72/5895/5033 143/5964/5081 73/5894/5032</w:t>
        <w:br/>
        <w:t>f 142/5965/5082 141/5961/5078 58/5882/5020</w:t>
        <w:br/>
        <w:t>f 73/5894/5032 142/5965/5082 58/5882/5020</w:t>
        <w:br/>
        <w:t>f 145/5966/5083 143/5964/5081 72/5895/5033</w:t>
        <w:br/>
        <w:t>f 144/5967/5084 145/5966/5083 72/5895/5033</w:t>
        <w:br/>
        <w:t>f 102/5924/5055 99/5923/5055 106/5928/5058</w:t>
        <w:br/>
        <w:t>f 103/5927/5057 102/5924/5055 106/5928/5058</w:t>
        <w:br/>
        <w:t>f 93/5914/5047 131/5951/5071 132/5954/5073</w:t>
        <w:br/>
        <w:t>f 92/5915/5047 93/5914/5047 132/5954/5073</w:t>
        <w:br/>
        <w:t>f 147/5968/5085 146/5969/5086 41/5862/5000</w:t>
        <w:br/>
        <w:t>f 42/5861/4999 147/5968/5085 41/5862/5000</w:t>
        <w:br/>
        <w:t>f 149/5970/5087 147/5968/5085 42/5861/4999</w:t>
        <w:br/>
        <w:t>f 148/5971/5088 149/5970/5087 42/5861/4999</w:t>
        <w:br/>
        <w:t>f 148/5971/5088 151/5972/5089 150/5973/5090</w:t>
        <w:br/>
        <w:t>f 149/5970/5087 148/5971/5088 150/5973/5090</w:t>
        <w:br/>
        <w:t>f 41/5862/5000 146/5969/5086 19/5841/4979</w:t>
        <w:br/>
        <w:t>f 34/5856/4994 11/5831/4969 9/5833/4971</w:t>
        <w:br/>
        <w:t>f 152/5974/5091 34/5856/4994 9/5833/4971</w:t>
        <w:br/>
        <w:t>f 22/5843/4981 23/5847/4985 24/5846/4984</w:t>
        <w:br/>
        <w:t>f 21/5844/4982 22/5843/4981 24/5846/4984</w:t>
        <w:br/>
        <w:t>f 33/5855/4993 32/5853/4991 21/5844/4982</w:t>
        <w:br/>
        <w:t>f 24/5846/4984 33/5855/4993 21/5844/4982</w:t>
        <w:br/>
        <w:t>f 23/5847/4985 22/5843/4981 3/5823/4962</w:t>
        <w:br/>
        <w:t>f 11/5831/4969 23/5847/4985 3/5823/4962</w:t>
        <w:br/>
        <w:t>f 51/5876/5014 52/5875/5013 153/5975/5092</w:t>
        <w:br/>
        <w:t>f 77/5899/5037 51/5876/5014 153/5975/5092</w:t>
        <w:br/>
        <w:t>f 68/5893/5031 69/5892/5030 141/5961/5078</w:t>
        <w:br/>
        <w:t>f 154/5976/5093 68/5893/5031 141/5961/5078</w:t>
        <w:br/>
        <w:t>f 140/5962/5079 141/5961/5078 69/5892/5030</w:t>
        <w:br/>
        <w:t>f 75/5898/5036 140/5962/5079 69/5892/5030</w:t>
        <w:br/>
        <w:t>f 154/5976/5093 54/5873/5011 51/5876/5014</w:t>
        <w:br/>
        <w:t>f 68/5893/5031 154/5976/5093 51/5876/5014</w:t>
        <w:br/>
        <w:t>f 94/5916/5094 155/5977/5095 82/5907/5043</w:t>
        <w:br/>
        <w:t>f 83/5906/5043 94/5916/5094 82/5907/5043</w:t>
        <w:br/>
        <w:t>f 115/5940/5063 100/5922/5054 101/5921/5054</w:t>
        <w:br/>
        <w:t>f 118/5937/5063 115/5940/5063 101/5921/5054</w:t>
        <w:br/>
        <w:t>f 58/5882/5020 59/5881/5019 73/5894/5032</w:t>
        <w:br/>
        <w:t>f 29/5850/4988 41/5862/5000 28/5851/4989</w:t>
        <w:br/>
        <w:t>f 42/5861/4999 39/5864/5002 156/5978/5096</w:t>
        <w:br/>
        <w:t>f 148/5971/5088 42/5861/4999 156/5978/5096</w:t>
        <w:br/>
        <w:t>f 148/5971/5088 156/5978/5096 157/5979/5097</w:t>
        <w:br/>
        <w:t>f 151/5972/5089 148/5971/5088 157/5979/5097</w:t>
        <w:br/>
        <w:t>f 59/5881/5019 158/5980/5098 72/5895/5033</w:t>
        <w:br/>
        <w:t>f 158/5980/5098 59/5881/5019 61/5884/5022</w:t>
        <w:br/>
        <w:t>f 79/5902/5040 158/5980/5098 61/5884/5022</w:t>
        <w:br/>
        <w:t>f 151/5972/5089 160/5981/5099 159/5982/5100</w:t>
        <w:br/>
        <w:t>f 35/5858/4996 1/5825/4964 2/5824/4963</w:t>
        <w:br/>
        <w:t>f 15/5834/4972 35/5858/4996 2/5824/4963</w:t>
        <w:br/>
        <w:t>f 15/5834/4972 2/5824/4963 31/5854/4992</w:t>
        <w:br/>
        <w:t>f 14/5835/4973 15/5834/4972 31/5854/4992</w:t>
        <w:br/>
        <w:t>f 44/5869/5007 45/5868/5006 77/5899/5037</w:t>
        <w:br/>
        <w:t>f 45/5868/5006 70/5891/5029 71/5890/5028</w:t>
        <w:br/>
        <w:t>f 45/5868/5006 74/5896/5034 70/5891/5029</w:t>
        <w:br/>
        <w:t>f 45/5868/5006 71/5890/5028 77/5899/5037</w:t>
        <w:br/>
        <w:t>f 84/5905/5042 85/5904/5042 125/5950/5070</w:t>
        <w:br/>
        <w:t>f 126/5949/5070 84/5905/5042 125/5950/5070</w:t>
        <w:br/>
        <w:t>f 114/5935/5062 116/5939/5064 117/5938/5064</w:t>
        <w:br/>
        <w:t>f 113/5936/5062 114/5935/5062 117/5938/5064</w:t>
        <w:br/>
        <w:t>f 60/5880/5018 58/5882/5020 139/5963/5080</w:t>
        <w:br/>
        <w:t>f 19/5841/4979 146/5969/5086 18/5838/4976</w:t>
        <w:br/>
        <w:t>f 29/5850/4988 40/5863/5001 41/5862/5000</w:t>
        <w:br/>
        <w:t>f 72/5895/5033 158/5980/5098 144/5967/5084</w:t>
        <w:br/>
        <w:t>f 137/5960/5077 138/5959/5077 161/5983/5101</w:t>
        <w:br/>
        <w:t>f 162/5984/5102 137/5960/5077 161/5983/5101</w:t>
        <w:br/>
        <w:t>f 165/5985/5103 164/5986/5104 48/5872/5010</w:t>
        <w:br/>
        <w:t>f 163/5987/5103 165/5985/5103 48/5872/5010</w:t>
        <w:br/>
        <w:t>f 167/5988/5105 166/5989/5106 65/5888/5026</w:t>
        <w:br/>
        <w:t>f 65/5888/5026 166/5989/5106 81/5903/5041</w:t>
        <w:br/>
        <w:t>f 151/5972/5089 159/5982/5100 150/5973/5090</w:t>
        <w:br/>
        <w:t>f 160/5981/5099 151/5972/5089 157/5979/5097</w:t>
        <w:br/>
        <w:t>f 167/5988/5105 65/5888/5026 66/5887/5025</w:t>
        <w:br/>
        <w:t>f 4/5829/4967 8/5830/4968 20/5842/4980</w:t>
        <w:br/>
        <w:t>f 8/5830/4968 5/5828/4966 43/5865/5003</w:t>
        <w:br/>
        <w:t>f 50/5870/5008 164/5986/5104 67/5889/5027</w:t>
        <w:br/>
        <w:t>f 50/5870/5008 48/5872/5010 164/5986/5104</w:t>
        <w:br/>
        <w:t>f 21/5844/4982 31/5854/4992 2/5824/4963</w:t>
        <w:br/>
        <w:t>f 70/5891/5029 74/5896/5034 76/5897/5035</w:t>
        <w:br/>
        <w:t>f 3/5823/4962 1/5825/4964 10/5832/4970</w:t>
        <w:br/>
        <w:t>f 44/5869/5007 77/5899/5037 153/5975/5092</w:t>
        <w:br/>
        <w:t>f 170/5990/5107 169/5991/5108 168/5992/5109</w:t>
        <w:br/>
        <w:t>f 171/5993/5110 170/5990/5107 168/5992/5109</w:t>
        <w:br/>
        <w:t>f 173/5994/5111 168/5992/5109 169/5991/5108</w:t>
        <w:br/>
        <w:t>f 172/5995/5112 173/5994/5111 169/5991/5108</w:t>
        <w:br/>
        <w:t>f 177/5996/5113 176/5997/5114 175/5998/5115</w:t>
        <w:br/>
        <w:t>f 174/5999/5116 177/5996/5113 175/5998/5115</w:t>
        <w:br/>
        <w:t>f 179/6000/5117 178/6001/5118 174/5999/5116</w:t>
        <w:br/>
        <w:t>f 175/5998/5115 179/6000/5117 174/5999/5116</w:t>
        <w:br/>
        <w:t>f 182/6002/5119 181/6003/5120 180/6004/5121</w:t>
        <w:br/>
        <w:t>f 183/6005/5121 182/6002/5119 180/6004/5121</w:t>
        <w:br/>
        <w:t>f 187/6006/5122 186/6007/5122 185/6008/5123</w:t>
        <w:br/>
        <w:t>f 184/6009/5123 187/6006/5122 185/6008/5123</w:t>
        <w:br/>
        <w:t>f 188/6010/5124 171/5993/5110 168/5992/5109</w:t>
        <w:br/>
        <w:t>f 189/6011/5125 168/5992/5109 173/5994/5111</w:t>
        <w:br/>
        <w:t>f 190/6012/5126 172/5995/5112 169/5991/5108</w:t>
        <w:br/>
        <w:t>f 191/6013/5127 190/6012/5126 169/5991/5108</w:t>
        <w:br/>
        <w:t>f 192/6014/5128 191/6013/5127 169/5991/5108</w:t>
        <w:br/>
        <w:t>f 170/5990/5107 192/6014/5128 169/5991/5108</w:t>
        <w:br/>
        <w:t>f 194/6015/5129 193/6016/5130 175/5998/5115</w:t>
        <w:br/>
        <w:t>f 193/6016/5130 179/6000/5117 175/5998/5115</w:t>
        <w:br/>
        <w:t>f 196/6017/5131 195/6018/5132 174/5999/5116</w:t>
        <w:br/>
        <w:t>f 178/6001/5118 196/6017/5131 174/5999/5116</w:t>
        <w:br/>
        <w:t>f 197/6019/5133 177/5996/5113 174/5999/5116</w:t>
        <w:br/>
        <w:t>f 195/6018/5132 197/6019/5133 174/5999/5116</w:t>
        <w:br/>
        <w:t>f 181/6003/5120 182/6002/5119 199/6020/5134</w:t>
        <w:br/>
        <w:t>f 198/6021/5134 181/6003/5120 199/6020/5134</w:t>
        <w:br/>
        <w:t>f 185/6008/5123 201/6022/5135 200/6023/5136</w:t>
        <w:br/>
        <w:t>f 184/6009/5123 185/6008/5123 200/6023/5136</w:t>
        <w:br/>
        <w:t>f 186/6007/5122 187/6006/5122 202/6024/5137</w:t>
        <w:br/>
        <w:t>f 203/6025/5137 186/6007/5122 202/6024/5137</w:t>
        <w:br/>
        <w:t>f 206/6026/5138 205/6027/5138 204/6028/5139</w:t>
        <w:br/>
        <w:t>f 207/6029/5140 206/6026/5138 204/6028/5139</w:t>
        <w:br/>
        <w:t>f 204/6028/5139 209/6030/5141 208/6031/5142</w:t>
        <w:br/>
        <w:t>f 207/6029/5140 204/6028/5139 208/6031/5142</w:t>
        <w:br/>
        <w:t>f 180/6004/5121 211/6032/5143 210/6033/5143</w:t>
        <w:br/>
        <w:t>f 183/6005/5121 180/6004/5121 210/6033/5143</w:t>
        <w:br/>
        <w:t>f 188/6010/5124 168/5992/5109 189/6011/5125</w:t>
        <w:br/>
        <w:t>f 194/6015/5129 175/5998/5115 176/5997/5114</w:t>
        <w:br/>
        <w:t>f 214/6034/5144 213/6035/5145 212/6036/5146</w:t>
        <w:br/>
        <w:t>f 215/6037/5147 214/6034/5144 212/6036/5146</w:t>
        <w:br/>
        <w:t>f 215/6037/5147 217/6038/5148 216/6039/5149</w:t>
        <w:br/>
        <w:t>f 214/6034/5144 215/6037/5147 216/6039/5149</w:t>
        <w:br/>
        <w:t>f 220/6040/5150 219/6041/5151 218/6042/5152</w:t>
        <w:br/>
        <w:t>f 221/6043/5153 220/6040/5150 218/6042/5152</w:t>
        <w:br/>
        <w:t>f 224/6044/5154 223/6045/5155 222/6046/5156</w:t>
        <w:br/>
        <w:t>f 225/6047/5157 224/6044/5154 222/6046/5156</w:t>
        <w:br/>
        <w:t>f 228/6048/5158 227/6049/5159 226/6050/5160</w:t>
        <w:br/>
        <w:t>f 230/6051/5161 229/6052/5162 213/6035/5145</w:t>
        <w:br/>
        <w:t>f 214/6034/5144 230/6051/5161 213/6035/5145</w:t>
        <w:br/>
        <w:t>f 233/6053/5163 232/6054/5164 231/6055/5165</w:t>
        <w:br/>
        <w:t>f 234/6056/5165 233/6053/5163 231/6055/5165</w:t>
        <w:br/>
        <w:t>f 233/6053/5163 221/6043/5153 232/6054/5164</w:t>
        <w:br/>
        <w:t>f 235/6057/5166 230/6051/5161 214/6034/5144</w:t>
        <w:br/>
        <w:t>f 216/6039/5149 235/6057/5166 214/6034/5144</w:t>
        <w:br/>
        <w:t>f 220/6040/5150 221/6043/5153 237/6058/5167</w:t>
        <w:br/>
        <w:t>f 236/6059/5168 220/6040/5150 237/6058/5167</w:t>
        <w:br/>
        <w:t>f 239/6060/5169 238/6061/5170 225/6047/5157</w:t>
        <w:br/>
        <w:t>f 222/6046/5156 239/6060/5169 225/6047/5157</w:t>
        <w:br/>
        <w:t>f 228/6048/5158 240/6062/5171 227/6049/5159</w:t>
        <w:br/>
        <w:t>f 242/6063/5172 241/6064/5172 227/6049/5159</w:t>
        <w:br/>
        <w:t>f 240/6062/5171 242/6063/5172 227/6049/5159</w:t>
        <w:br/>
        <w:t>f 244/6065/5173 243/6066/5173 241/6064/5172</w:t>
        <w:br/>
        <w:t>f 242/6063/5172 244/6065/5173 241/6064/5172</w:t>
        <w:br/>
        <w:t>f 236/6059/5168 212/6036/5146 213/6035/5145</w:t>
        <w:br/>
        <w:t>f 220/6040/5150 236/6059/5168 213/6035/5145</w:t>
        <w:br/>
        <w:t>f 229/6052/5162 219/6041/5151 220/6040/5150</w:t>
        <w:br/>
        <w:t>f 213/6035/5145 229/6052/5162 220/6040/5150</w:t>
        <w:br/>
        <w:t>f 225/6047/5157 228/6048/5158 226/6050/5160</w:t>
        <w:br/>
        <w:t>f 224/6044/5154 225/6047/5157 226/6050/5160</w:t>
        <w:br/>
        <w:t>f 225/6047/5157 238/6061/5170 245/6067/5174</w:t>
        <w:br/>
        <w:t>f 228/6048/5158 225/6047/5157 245/6067/5174</w:t>
        <w:br/>
        <w:t>f 249/6068/5175 248/6069/5176 247/6070/5177</w:t>
        <w:br/>
        <w:t>f 246/6071/5178 249/6068/5175 247/6070/5177</w:t>
        <w:br/>
        <w:t>f 252/6072/5179 251/6073/5180 250/6074/5181</w:t>
        <w:br/>
        <w:t>f 246/6071/5178 247/6070/5177 253/6075/5182</w:t>
        <w:br/>
        <w:t>f 254/6076/5183 246/6071/5178 253/6075/5182</w:t>
        <w:br/>
        <w:t>f 250/6074/5181 256/6077/5184 255/6078/5185</w:t>
        <w:br/>
        <w:t>f 252/6072/5179 250/6074/5181 255/6078/5185</w:t>
        <w:br/>
        <w:t>f 259/6079/5186 258/6080/5187 257/6081/5188</w:t>
        <w:br/>
        <w:t>f 260/6082/5189 259/6079/5186 257/6081/5188</w:t>
        <w:br/>
        <w:t>f 261/6083/5190 247/6070/5177 248/6069/5176</w:t>
        <w:br/>
        <w:t>f 262/6084/5191 261/6083/5190 248/6069/5176</w:t>
        <w:br/>
        <w:t>f 265/6085/5192 251/6073/5180 264/6086/5193</w:t>
        <w:br/>
        <w:t>f 263/6087/5194 265/6085/5192 264/6086/5193</w:t>
        <w:br/>
        <w:t>f 252/6072/5179 264/6086/5193 251/6073/5180</w:t>
        <w:br/>
        <w:t>f 266/6088/5195 253/6075/5182 247/6070/5177</w:t>
        <w:br/>
        <w:t>f 261/6083/5190 266/6088/5195 247/6070/5177</w:t>
        <w:br/>
        <w:t>f 255/6078/5185 268/6089/5196 267/6090/5197</w:t>
        <w:br/>
        <w:t>f 252/6072/5179 255/6078/5185 267/6090/5197</w:t>
        <w:br/>
        <w:t>f 260/6082/5189 270/6091/5198 269/6092/5199</w:t>
        <w:br/>
        <w:t>f 259/6079/5186 260/6082/5189 269/6092/5199</w:t>
        <w:br/>
        <w:t>f 273/6093/5200 272/6094/5201 271/6095/5202</w:t>
        <w:br/>
        <w:t>f 271/6095/5202 275/6096/5203 274/6097/5204</w:t>
        <w:br/>
        <w:t>f 273/6093/5200 271/6095/5202 274/6097/5204</w:t>
        <w:br/>
        <w:t>f 277/6098/5205 274/6097/5204 275/6096/5203</w:t>
        <w:br/>
        <w:t>f 276/6099/5205 277/6098/5205 275/6096/5203</w:t>
        <w:br/>
        <w:t>f 268/6089/5196 255/6078/5185 248/6069/5176</w:t>
        <w:br/>
        <w:t>f 249/6068/5175 268/6089/5196 248/6069/5176</w:t>
        <w:br/>
        <w:t>f 255/6078/5185 256/6077/5184 262/6084/5191</w:t>
        <w:br/>
        <w:t>f 248/6069/5176 255/6078/5185 262/6084/5191</w:t>
        <w:br/>
        <w:t>f 278/6100/5206 272/6094/5201 260/6082/5189</w:t>
        <w:br/>
        <w:t>f 257/6081/5188 278/6100/5206 260/6082/5189</w:t>
        <w:br/>
        <w:t>f 260/6082/5189 272/6094/5201 279/6101/5207</w:t>
        <w:br/>
        <w:t>f 270/6091/5198 260/6082/5189 279/6101/5207</w:t>
        <w:br/>
        <w:t>f 283/6102/5208 282/6103/5208 281/6104/5209</w:t>
        <w:br/>
        <w:t>f 280/6105/5209 283/6102/5208 281/6104/5209</w:t>
        <w:br/>
        <w:t>f 287/6106/5210 286/6107/5210 285/6108/5211</w:t>
        <w:br/>
        <w:t>f 284/6109/5211 287/6106/5210 285/6108/5211</w:t>
        <w:br/>
        <w:t>f 289/6110/5212 288/6111/5212 282/6103/5208</w:t>
        <w:br/>
        <w:t>f 283/6102/5208 289/6110/5212 282/6103/5208</w:t>
        <w:br/>
        <w:t>f 291/6112/5213 290/6113/5213 286/6107/5210</w:t>
        <w:br/>
        <w:t>f 287/6106/5210 291/6112/5213 286/6107/5210</w:t>
        <w:br/>
        <w:t>f 294/6114/5214 293/6115/5214 292/6116/5215</w:t>
        <w:br/>
        <w:t>f 295/6117/5215 294/6114/5214 292/6116/5215</w:t>
        <w:br/>
        <w:t>f 298/6118/5216 297/6119/5216 296/6120/5217</w:t>
        <w:br/>
        <w:t>f 299/6121/5217 298/6118/5216 296/6120/5217</w:t>
        <w:br/>
        <w:t>f 297/6119/5216 298/6118/5216 300/6122/5218</w:t>
        <w:br/>
        <w:t>f 301/6123/5219 297/6119/5216 300/6122/5218</w:t>
        <w:br/>
        <w:t>f 301/6123/5219 300/6122/5218 302/6124/5220</w:t>
        <w:br/>
        <w:t>f 303/6125/5220 301/6123/5219 302/6124/5220</w:t>
        <w:br/>
        <w:t>f 307/6126/5221 306/6127/5222 305/6128/5223</w:t>
        <w:br/>
        <w:t>f 304/6129/5224 307/6126/5221 305/6128/5223</w:t>
        <w:br/>
        <w:t>f 292/6116/5215 305/6128/5223 306/6127/5222</w:t>
        <w:br/>
        <w:t>f 295/6117/5215 292/6116/5215 306/6127/5222</w:t>
        <w:br/>
        <w:t>f 311/6130/5225 310/6131/5226 309/6132/5226</w:t>
        <w:br/>
        <w:t>f 308/6133/5227 311/6130/5225 309/6132/5226</w:t>
        <w:br/>
        <w:t>f 310/6131/5226 313/6134/5228 312/6135/5229</w:t>
        <w:br/>
        <w:t>f 309/6132/5226 310/6131/5226 312/6135/5229</w:t>
        <w:br/>
        <w:t>f 314/6136/5230 312/6135/5229 313/6134/5228</w:t>
        <w:br/>
        <w:t>f 315/6137/5230 314/6136/5230 313/6134/5228</w:t>
        <w:br/>
        <w:t>f 289/6110/5212 317/6138/5231 316/6139/5231</w:t>
        <w:br/>
        <w:t>f 288/6111/5212 289/6110/5212 316/6139/5231</w:t>
        <w:br/>
        <w:t>f 320/6140/5232 319/6141/5233 318/6142/5234</w:t>
        <w:br/>
        <w:t>f 321/6143/5232 320/6140/5232 318/6142/5234</w:t>
        <w:br/>
        <w:t>f 323/6144/5235 320/6140/5232 321/6143/5232</w:t>
        <w:br/>
        <w:t>f 322/6145/5236 323/6144/5235 321/6143/5232</w:t>
        <w:br/>
        <w:t>f 324/6146/5237 323/6144/5235 322/6145/5236</w:t>
        <w:br/>
        <w:t>f 325/6147/5237 324/6146/5237 322/6145/5236</w:t>
        <w:br/>
        <w:t>f 280/6105/5209 281/6104/5209 314/6136/5230</w:t>
        <w:br/>
        <w:t>f 315/6137/5230 280/6105/5209 314/6136/5230</w:t>
        <w:br/>
        <w:t>f 290/6113/5213 291/6112/5213 307/6126/5221</w:t>
        <w:br/>
        <w:t>f 304/6129/5224 290/6113/5213 307/6126/5221</w:t>
        <w:br/>
        <w:t>f 293/6115/5214 294/6114/5214 299/6121/5217</w:t>
        <w:br/>
        <w:t>f 296/6120/5217 293/6115/5214 299/6121/5217</w:t>
        <w:br/>
        <w:t>f 319/6141/5233 316/6139/5231 317/6138/5231</w:t>
        <w:br/>
        <w:t>f 318/6142/5234 319/6141/5233 317/6138/5231</w:t>
        <w:br/>
        <w:t>f 284/6109/5211 285/6108/5211 326/6148/5238</w:t>
        <w:br/>
        <w:t>f 327/6149/5238 284/6109/5211 326/6148/5238</w:t>
        <w:br/>
        <w:t>f 221/6043/5153 218/6042/5152 232/6054/5164</w:t>
        <w:br/>
        <w:t>f 233/6053/5163 237/6058/5167 221/6043/5153</w:t>
        <w:br/>
        <w:t>f 252/6072/5179 267/6090/5197 264/6086/5193</w:t>
        <w:br/>
        <w:t>f 228/6048/5158 245/6067/5174 240/6062/5171</w:t>
        <w:br/>
        <w:t>f 272/6094/5201 278/6100/5206 271/6095/5202</w:t>
        <w:br/>
        <w:t>f 273/6093/5200 279/6101/5207 272/6094/5201</w:t>
        <w:br/>
        <w:t>f 331/6150/5239 330/6151/5240 329/6152/5241</w:t>
        <w:br/>
        <w:t>f 328/6153/5239 331/6150/5239 329/6152/5241</w:t>
        <w:br/>
        <w:t>f 330/6151/5240 332/6154/5242 329/6152/5241</w:t>
        <w:br/>
        <w:t>f 328/6153/5239 334/6155/5243 333/6156/5243</w:t>
        <w:br/>
        <w:t>f 331/6150/5239 328/6153/5239 333/6156/5243</w:t>
        <w:br/>
        <w:t>f 337/6157/5244 336/6158/5245 335/6159/5246</w:t>
        <w:br/>
        <w:t>f 332/6154/5242 338/6160/5247 336/6158/5245</w:t>
        <w:br/>
        <w:t>f 329/6152/5241 332/6154/5242 336/6158/5245</w:t>
        <w:br/>
        <w:t>f 334/6155/5243 340/6161/5248 339/6162/5248</w:t>
        <w:br/>
        <w:t>f 333/6156/5243 334/6155/5243 339/6162/5248</w:t>
        <w:br/>
        <w:t>f 335/6159/5246 342/6163/5249 341/6164/5250</w:t>
        <w:br/>
        <w:t>f 345/6165/5251 344/6166/5252 343/6167/5253</w:t>
        <w:br/>
        <w:t>f 349/6168/5254 348/6169/5255 347/6170/5256</w:t>
        <w:br/>
        <w:t>f 346/6171/5257 349/6168/5254 347/6170/5256</w:t>
        <w:br/>
        <w:t>f 349/6168/5254 350/6172/5258 348/6169/5255</w:t>
        <w:br/>
        <w:t>f 352/6173/5259 351/6174/5260 346/6171/5257</w:t>
        <w:br/>
        <w:t>f 347/6170/5256 352/6173/5259 346/6171/5257</w:t>
        <w:br/>
        <w:t>f 343/6167/5253 354/6175/5261 353/6176/5262</w:t>
        <w:br/>
        <w:t>f 353/6176/5262 354/6175/5261 350/6172/5258</w:t>
        <w:br/>
        <w:t>f 349/6168/5254 353/6176/5262 350/6172/5258</w:t>
        <w:br/>
        <w:t>f 351/6174/5260 352/6173/5259 355/6177/5263</w:t>
        <w:br/>
        <w:t>f 356/6178/5263 351/6174/5260 355/6177/5263</w:t>
        <w:br/>
        <w:t>f 343/6167/5253 357/6179/5264 345/6165/5251</w:t>
        <w:br/>
        <w:t>f 361/6180/5265 360/6181/5266 359/6182/5266</w:t>
        <w:br/>
        <w:t>f 358/6183/5265 361/6180/5265 359/6182/5266</w:t>
        <w:br/>
        <w:t>f 365/6184/5267 364/6185/5268 363/6186/5268</w:t>
        <w:br/>
        <w:t>f 362/6187/5267 365/6184/5267 363/6186/5268</w:t>
        <w:br/>
        <w:t>f 367/6188/5269 363/6186/5268 364/6185/5268</w:t>
        <w:br/>
        <w:t>f 366/6189/5269 367/6188/5269 364/6185/5268</w:t>
        <w:br/>
        <w:t>f 358/6183/5265 369/6190/5270 368/6191/5271</w:t>
        <w:br/>
        <w:t>f 361/6180/5265 358/6183/5265 368/6191/5271</w:t>
        <w:br/>
        <w:t>f 371/6192/5272 370/6193/5273 365/6184/5267</w:t>
        <w:br/>
        <w:t>f 362/6187/5267 371/6192/5272 365/6184/5267</w:t>
        <w:br/>
        <w:t>f 375/6194/5274 374/6195/5275 373/6196/5276</w:t>
        <w:br/>
        <w:t>f 372/6197/5274 375/6194/5274 373/6196/5276</w:t>
        <w:br/>
        <w:t>f 379/6198/5277 378/6199/5277 377/6200/5278</w:t>
        <w:br/>
        <w:t>f 376/6201/5278 379/6198/5277 377/6200/5278</w:t>
        <w:br/>
        <w:t>f 366/6189/5269 375/6194/5274 372/6197/5274</w:t>
        <w:br/>
        <w:t>f 367/6188/5269 366/6189/5269 372/6197/5274</w:t>
        <w:br/>
        <w:t>f 359/6182/5266 360/6181/5266 376/6201/5278</w:t>
        <w:br/>
        <w:t>f 377/6200/5278 359/6182/5266 376/6201/5278</w:t>
        <w:br/>
        <w:t>f 368/6191/5271 369/6190/5270 380/6202/5279</w:t>
        <w:br/>
        <w:t>f 381/6203/5279 368/6191/5271 380/6202/5279</w:t>
        <w:br/>
        <w:t>f 370/6193/5273 371/6192/5272 382/6204/5280</w:t>
        <w:br/>
        <w:t>f 383/6205/5280 370/6193/5273 382/6204/5280</w:t>
        <w:br/>
        <w:t>f 342/6163/5249 385/6206/5281 384/6207/5282</w:t>
        <w:br/>
        <w:t>f 374/6195/5275 387/6208/5283 386/6209/5283</w:t>
        <w:br/>
        <w:t>f 373/6196/5276 374/6195/5275 386/6209/5283</w:t>
        <w:br/>
        <w:t>f 391/6210/5284 390/6211/5285 389/6212/5286</w:t>
        <w:br/>
        <w:t>f 388/6213/5286 391/6210/5284 389/6212/5286</w:t>
        <w:br/>
        <w:t>f 393/6214/5287 392/6215/5287 378/6199/5277</w:t>
        <w:br/>
        <w:t>f 379/6198/5277 393/6214/5287 378/6199/5277</w:t>
        <w:br/>
        <w:t>f 390/6211/5285 391/6210/5284 392/6215/5287</w:t>
        <w:br/>
        <w:t>f 393/6214/5287 390/6211/5285 392/6215/5287</w:t>
        <w:br/>
        <w:t>f 338/6160/5247 385/6206/5281 335/6159/5246</w:t>
        <w:br/>
        <w:t>f 336/6158/5245 338/6160/5247 335/6159/5246</w:t>
        <w:br/>
        <w:t>f 343/6167/5253 344/6166/5252 354/6175/5261</w:t>
        <w:br/>
        <w:t>f 353/6176/5262 394/6216/5288 343/6167/5253</w:t>
        <w:br/>
        <w:t>f 345/6165/5251 395/6217/5289 344/6166/5252</w:t>
        <w:br/>
        <w:t>f 342/6163/5249 335/6159/5246 385/6206/5281</w:t>
        <w:br/>
        <w:t>f 337/6157/5244 335/6159/5246 341/6164/5250</w:t>
        <w:br/>
        <w:t>f 357/6179/5264 343/6167/5253 394/6216/5288</w:t>
        <w:br/>
        <w:t>f 464/6218/5290 463/6219/5291 462/6220/5292</w:t>
        <w:br/>
        <w:t>f 7/5826/4965 466/6221/5293 465/6222/5294</w:t>
        <w:br/>
        <w:t>f 6/5827/4965 7/5826/4965 465/6222/5294</w:t>
        <w:br/>
        <w:t>f 466/6221/5293 467/6223/5295 465/6222/5294</w:t>
        <w:br/>
        <w:t>f 470/6224/5296 469/6225/5297 468/6226/5298</w:t>
        <w:br/>
        <w:t>f 464/6218/5290 470/6224/5296 468/6226/5298</w:t>
        <w:br/>
        <w:t>f 474/6227/5299 473/6228/5300 472/6229/5301</w:t>
        <w:br/>
        <w:t>f 471/6230/5302 474/6227/5299 472/6229/5301</w:t>
        <w:br/>
        <w:t>f 477/6231/5303 476/6232/5304 475/6233/5305</w:t>
        <w:br/>
        <w:t>f 478/6234/5306 477/6231/5303 475/6233/5305</w:t>
        <w:br/>
        <w:t>f 479/6235/5307 472/6229/5301 473/6228/5300</w:t>
        <w:br/>
        <w:t>f 467/6223/5295 479/6235/5307 473/6228/5300</w:t>
        <w:br/>
        <w:t>f 481/6236/5308 462/6220/5292 480/6237/5309</w:t>
        <w:br/>
        <w:t>f 484/6238/5310 483/6239/5311 482/6240/5312</w:t>
        <w:br/>
        <w:t>f 485/6241/5313 484/6238/5310 482/6240/5312</w:t>
        <w:br/>
        <w:t>f 489/6242/5314 488/6243/5315 487/6244/5316</w:t>
        <w:br/>
        <w:t>f 486/6245/5317 489/6242/5314 487/6244/5316</w:t>
        <w:br/>
        <w:t>f 478/6234/5306 487/6244/5316 488/6243/5315</w:t>
        <w:br/>
        <w:t>f 477/6231/5303 478/6234/5306 488/6243/5315</w:t>
        <w:br/>
        <w:t>f 480/6237/5309 491/6246/5318 490/6247/5319</w:t>
        <w:br/>
        <w:t>f 483/6239/5311 492/6248/5320 476/6232/5304</w:t>
        <w:br/>
        <w:t>f 477/6231/5303 483/6239/5311 476/6232/5304</w:t>
        <w:br/>
        <w:t>f 481/6236/5308 464/6218/5290 462/6220/5292</w:t>
        <w:br/>
        <w:t>f 470/6224/5296 484/6238/5310 485/6241/5313</w:t>
        <w:br/>
        <w:t>f 493/6249/5321 470/6224/5296 485/6241/5313</w:t>
        <w:br/>
        <w:t>f 495/6250/5322 473/6228/5300 474/6227/5299</w:t>
        <w:br/>
        <w:t>f 494/6251/5323 495/6250/5322 474/6227/5299</w:t>
        <w:br/>
        <w:t>f 486/6245/5317 497/6252/5324 496/6253/5325</w:t>
        <w:br/>
        <w:t>f 489/6242/5314 486/6245/5317 496/6253/5325</w:t>
        <w:br/>
        <w:t>f 501/6254/5326 500/6255/5327 499/6256/5328</w:t>
        <w:br/>
        <w:t>f 498/6257/5329 501/6254/5326 499/6256/5328</w:t>
        <w:br/>
        <w:t>f 473/6228/5300 495/6250/5322 502/6258/5330</w:t>
        <w:br/>
        <w:t>f 467/6223/5295 473/6228/5300 502/6258/5330</w:t>
        <w:br/>
        <w:t>f 506/6259/5331 505/6260/5332 504/6261/5333</w:t>
        <w:br/>
        <w:t>f 503/6262/5334 506/6259/5331 504/6261/5333</w:t>
        <w:br/>
        <w:t>f 509/6263/5335 508/6264/5336 507/6265/5337</w:t>
        <w:br/>
        <w:t>f 513/6266/5338 512/6267/5339 511/6268/5340</w:t>
        <w:br/>
        <w:t>f 510/6269/5341 513/6266/5338 511/6268/5340</w:t>
        <w:br/>
        <w:t>f 515/6270/5342 514/6271/5343 503/6262/5334</w:t>
        <w:br/>
        <w:t>f 516/6272/5344 515/6270/5342 503/6262/5334</w:t>
        <w:br/>
        <w:t>f 519/6273/5345 518/6274/5346 517/6275/5347</w:t>
        <w:br/>
        <w:t>f 517/6275/5347 521/6276/5348 520/6277/5349</w:t>
        <w:br/>
        <w:t>f 519/6273/5345 517/6275/5347 520/6277/5349</w:t>
        <w:br/>
        <w:t>f 523/6278/5350 520/6277/5349 521/6276/5348</w:t>
        <w:br/>
        <w:t>f 522/6279/5351 523/6278/5350 521/6276/5348</w:t>
        <w:br/>
        <w:t>f 522/6279/5351 525/6280/5352 524/6281/5353</w:t>
        <w:br/>
        <w:t>f 523/6278/5350 522/6279/5351 524/6281/5353</w:t>
        <w:br/>
        <w:t>f 514/6271/5343 515/6270/5342 526/6282/5354</w:t>
        <w:br/>
        <w:t>f 509/6263/5335 514/6271/5343 526/6282/5354</w:t>
        <w:br/>
        <w:t>f 530/6283/5355 529/6284/5356 528/6285/5357</w:t>
        <w:br/>
        <w:t>f 527/6286/5358 530/6283/5355 528/6285/5357</w:t>
        <w:br/>
        <w:t>f 532/6287/5359 531/6288/5360 517/6275/5347</w:t>
        <w:br/>
        <w:t>f 503/6262/5334 504/6261/5333 533/6289/5361</w:t>
        <w:br/>
        <w:t>f 516/6272/5344 503/6262/5334 533/6289/5361</w:t>
        <w:br/>
        <w:t>f 535/6290/5362 534/6291/5363 527/6286/5358</w:t>
        <w:br/>
        <w:t>f 528/6285/5357 535/6290/5362 527/6286/5358</w:t>
        <w:br/>
        <w:t>f 536/6292/5364 512/6267/5339 529/6284/5356</w:t>
        <w:br/>
        <w:t>f 530/6283/5355 536/6292/5364 529/6284/5356</w:t>
        <w:br/>
        <w:t>f 537/6293/5365 506/6259/5331 503/6262/5334</w:t>
        <w:br/>
        <w:t>f 514/6271/5343 537/6293/5365 503/6262/5334</w:t>
        <w:br/>
        <w:t>f 521/6276/5348 539/6294/5366 538/6295/5367</w:t>
        <w:br/>
        <w:t>f 522/6279/5351 521/6276/5348 538/6295/5367</w:t>
        <w:br/>
        <w:t>f 522/6279/5351 538/6295/5367 540/6296/5368</w:t>
        <w:br/>
        <w:t>f 525/6280/5352 522/6279/5351 540/6296/5368</w:t>
        <w:br/>
        <w:t>f 507/6265/5337 537/6293/5365 514/6271/5343</w:t>
        <w:br/>
        <w:t>f 509/6263/5335 507/6265/5337 514/6271/5343</w:t>
        <w:br/>
        <w:t>f 544/6297/5369 543/6298/5370 542/6299/5370</w:t>
        <w:br/>
        <w:t>f 541/6300/5371 544/6297/5369 542/6299/5370</w:t>
        <w:br/>
        <w:t>f 545/6301/5372 87/5909/5044 88/5908/5044</w:t>
        <w:br/>
        <w:t>f 546/6302/5372 545/6301/5372 88/5908/5044</w:t>
        <w:br/>
        <w:t>f 546/6302/5372 548/6303/5373 547/6304/5373</w:t>
        <w:br/>
        <w:t>f 545/6301/5372 546/6302/5372 547/6304/5373</w:t>
        <w:br/>
        <w:t>f 469/6225/5374 550/6305/5375 549/6306/5376</w:t>
        <w:br/>
        <w:t>f 551/6307/5377 469/6225/5374 549/6306/5376</w:t>
        <w:br/>
        <w:t>f 555/6308/5378 554/6309/5378 553/6310/5379</w:t>
        <w:br/>
        <w:t>f 552/6311/5379 555/6308/5378 553/6310/5379</w:t>
        <w:br/>
        <w:t>f 558/6312/5380 557/6313/5381 556/6314/5382</w:t>
        <w:br/>
        <w:t>f 559/6315/5383 558/6312/5380 556/6314/5382</w:t>
        <w:br/>
        <w:t>f 562/6316/5384 561/6317/5385 560/6318/5385</w:t>
        <w:br/>
        <w:t>f 563/6319/5384 562/6316/5384 560/6318/5385</w:t>
        <w:br/>
        <w:t>f 561/6317/5385 565/6320/5386 564/6321/5386</w:t>
        <w:br/>
        <w:t>f 560/6318/5385 561/6317/5385 564/6321/5386</w:t>
        <w:br/>
        <w:t>f 567/6322/5387 566/6323/5388 564/6321/5386</w:t>
        <w:br/>
        <w:t>f 565/6320/5386 567/6322/5387 564/6321/5386</w:t>
        <w:br/>
        <w:t>f 566/6323/5388 567/6322/5387 111/5933/5061</w:t>
        <w:br/>
        <w:t>f 112/5934/5061 566/6323/5388 111/5933/5061</w:t>
        <w:br/>
        <w:t>f 553/6310/5379 547/6304/5373 548/6303/5373</w:t>
        <w:br/>
        <w:t>f 552/6311/5379 553/6310/5379 548/6303/5373</w:t>
        <w:br/>
        <w:t>f 554/6309/5378 555/6308/5378 569/6324/5389</w:t>
        <w:br/>
        <w:t>f 568/6325/5389 554/6309/5378 569/6324/5389</w:t>
        <w:br/>
        <w:t>f 573/6326/5390 572/6327/5391 571/6328/5392</w:t>
        <w:br/>
        <w:t>f 570/6329/5393 573/6326/5390 571/6328/5392</w:t>
        <w:br/>
        <w:t>f 575/6330/5394 574/6331/5395 121/5941/5065</w:t>
        <w:br/>
        <w:t>f 122/5944/5065 575/6330/5394 121/5941/5065</w:t>
        <w:br/>
        <w:t>f 574/6331/5395 575/6330/5394 577/6332/5396</w:t>
        <w:br/>
        <w:t>f 576/6333/5396 574/6331/5395 577/6332/5396</w:t>
        <w:br/>
        <w:t>f 581/6334/5397 580/6335/5398 579/6336/5398</w:t>
        <w:br/>
        <w:t>f 578/6337/5397 581/6334/5397 579/6336/5398</w:t>
        <w:br/>
        <w:t>f 584/6338/5399 583/6339/5399 582/6340/5400</w:t>
        <w:br/>
        <w:t>f 585/6341/5400 584/6338/5399 582/6340/5400</w:t>
        <w:br/>
        <w:t>f 583/6339/5399 584/6338/5399 586/6342/5401</w:t>
        <w:br/>
        <w:t>f 587/6343/5401 583/6339/5399 586/6342/5401</w:t>
        <w:br/>
        <w:t>f 589/6344/5402 588/6345/5402 587/6343/5401</w:t>
        <w:br/>
        <w:t>f 586/6342/5401 589/6344/5402 587/6343/5401</w:t>
        <w:br/>
        <w:t>f 589/6344/5402 591/6346/5403 590/6347/5404</w:t>
        <w:br/>
        <w:t>f 588/6345/5402 589/6344/5402 590/6347/5404</w:t>
        <w:br/>
        <w:t>f 581/6334/5397 578/6337/5397 576/6333/5396</w:t>
        <w:br/>
        <w:t>f 577/6332/5396 581/6334/5397 576/6333/5396</w:t>
        <w:br/>
        <w:t>f 487/6244/5316 478/6234/5306 498/6257/5329</w:t>
        <w:br/>
        <w:t>f 486/6245/5317 499/6256/5328 497/6252/5324</w:t>
        <w:br/>
        <w:t>f 594/6348/5405 518/6274/5346 593/6349/5406</w:t>
        <w:br/>
        <w:t>f 592/6350/5407 594/6348/5405 593/6349/5406</w:t>
        <w:br/>
        <w:t>f 532/6287/5359 596/6351/5408 595/6352/5409</w:t>
        <w:br/>
        <w:t>f 531/6288/5360 532/6287/5359 595/6352/5409</w:t>
        <w:br/>
        <w:t>f 596/6351/5408 532/6287/5359 518/6274/5346</w:t>
        <w:br/>
        <w:t>f 594/6348/5405 596/6351/5408 518/6274/5346</w:t>
        <w:br/>
        <w:t>f 598/6353/5410 597/6354/5411 531/6288/5360</w:t>
        <w:br/>
        <w:t>f 595/6352/5409 598/6353/5410 531/6288/5360</w:t>
        <w:br/>
        <w:t>f 559/6315/5383 562/6316/5384 563/6319/5384</w:t>
        <w:br/>
        <w:t>f 558/6312/5380 559/6315/5383 563/6319/5384</w:t>
        <w:br/>
        <w:t>f 549/6306/5376 550/6305/5375 585/6341/5400</w:t>
        <w:br/>
        <w:t>f 582/6340/5400 549/6306/5376 585/6341/5400</w:t>
        <w:br/>
        <w:t>f 498/6257/5329 600/6355/5412 599/6356/5413</w:t>
        <w:br/>
        <w:t>f 501/6254/5326 498/6257/5329 599/6356/5413</w:t>
        <w:br/>
        <w:t>f 602/6357/5414 601/6358/5415 501/6254/5326</w:t>
        <w:br/>
        <w:t>f 599/6356/5413 602/6357/5414 501/6254/5326</w:t>
        <w:br/>
        <w:t>f 601/6358/5415 602/6357/5414 604/6359/5416</w:t>
        <w:br/>
        <w:t>f 603/6360/5417 601/6358/5415 604/6359/5416</w:t>
        <w:br/>
        <w:t>f 498/6257/5329 478/6234/5306 600/6355/5412</w:t>
        <w:br/>
        <w:t>f 493/6249/5321 605/6361/5418 469/6225/5297</w:t>
        <w:br/>
        <w:t>f 470/6224/5296 493/6249/5321 469/6225/5297</w:t>
        <w:br/>
        <w:t>f 483/6239/5311 484/6238/5310 481/6236/5308</w:t>
        <w:br/>
        <w:t>f 480/6237/5309 483/6239/5311 481/6236/5308</w:t>
        <w:br/>
        <w:t>f 480/6237/5309 490/6247/5319 492/6248/5320</w:t>
        <w:br/>
        <w:t>f 483/6239/5311 480/6237/5309 492/6248/5320</w:t>
        <w:br/>
        <w:t>f 484/6238/5310 470/6224/5296 464/6218/5290</w:t>
        <w:br/>
        <w:t>f 481/6236/5308 484/6238/5310 464/6218/5290</w:t>
        <w:br/>
        <w:t>f 606/6362/5419 511/6268/5340 512/6267/5339</w:t>
        <w:br/>
        <w:t>f 536/6292/5364 606/6362/5419 512/6267/5339</w:t>
        <w:br/>
        <w:t>f 529/6284/5356 607/6363/5420 594/6348/5405</w:t>
        <w:br/>
        <w:t>f 528/6285/5357 529/6284/5356 594/6348/5405</w:t>
        <w:br/>
        <w:t>f 592/6350/5407 535/6290/5362 528/6285/5357</w:t>
        <w:br/>
        <w:t>f 594/6348/5405 592/6350/5407 528/6285/5357</w:t>
        <w:br/>
        <w:t>f 512/6267/5339 513/6266/5338 607/6363/5420</w:t>
        <w:br/>
        <w:t>f 529/6284/5356 512/6267/5339 607/6363/5420</w:t>
        <w:br/>
        <w:t>f 543/6298/5370 608/6364/5421 551/6307/5422</w:t>
        <w:br/>
        <w:t>f 542/6299/5370 543/6298/5370 551/6307/5422</w:t>
        <w:br/>
        <w:t>f 572/6327/5391 573/6326/5390 556/6314/5382</w:t>
        <w:br/>
        <w:t>f 557/6313/5381 572/6327/5391 556/6314/5382</w:t>
        <w:br/>
        <w:t>f 518/6274/5346 532/6287/5359 517/6275/5347</w:t>
        <w:br/>
        <w:t>f 486/6245/5317 487/6244/5316 498/6257/5329</w:t>
        <w:br/>
        <w:t>f 501/6254/5326 601/6358/5415 609/6365/5423</w:t>
        <w:br/>
        <w:t>f 500/6255/5327 501/6254/5326 609/6365/5423</w:t>
        <w:br/>
        <w:t>f 601/6358/5415 603/6360/5417 610/6366/5424</w:t>
        <w:br/>
        <w:t>f 609/6365/5423 601/6358/5415 610/6366/5424</w:t>
        <w:br/>
        <w:t>f 517/6275/5347 531/6288/5360 611/6367/5425</w:t>
        <w:br/>
        <w:t>f 521/6276/5348 517/6275/5347 611/6367/5425</w:t>
        <w:br/>
        <w:t>f 539/6294/5366 521/6276/5348 611/6367/5425</w:t>
        <w:br/>
        <w:t>f 603/6360/5417 159/5982/5100 160/5981/5099</w:t>
        <w:br/>
        <w:t>f 494/6251/5323 474/6227/5299 462/6220/5292</w:t>
        <w:br/>
        <w:t>f 463/6219/5291 494/6251/5323 462/6220/5292</w:t>
        <w:br/>
        <w:t>f 474/6227/5299 471/6230/5302 491/6246/5318</w:t>
        <w:br/>
        <w:t>f 462/6220/5292 474/6227/5299 491/6246/5318</w:t>
        <w:br/>
        <w:t>f 505/6260/5332 536/6292/5364 504/6261/5333</w:t>
        <w:br/>
        <w:t>f 504/6261/5333 530/6283/5355 527/6286/5358</w:t>
        <w:br/>
        <w:t>f 504/6261/5333 527/6286/5358 533/6289/5361</w:t>
        <w:br/>
        <w:t>f 504/6261/5333 536/6292/5364 530/6283/5355</w:t>
        <w:br/>
        <w:t>f 541/6300/5371 579/6336/5398 580/6335/5398</w:t>
        <w:br/>
        <w:t>f 544/6297/5369 541/6300/5371 580/6335/5398</w:t>
        <w:br/>
        <w:t>f 570/6329/5393 571/6328/5392 568/6325/5389</w:t>
        <w:br/>
        <w:t>f 569/6324/5389 570/6329/5393 568/6325/5389</w:t>
        <w:br/>
        <w:t>f 519/6273/5345 593/6349/5406 518/6274/5346</w:t>
        <w:br/>
        <w:t>f 478/6234/5306 475/6233/5305 600/6355/5412</w:t>
        <w:br/>
        <w:t>f 486/6245/5317 498/6257/5329 499/6256/5328</w:t>
        <w:br/>
        <w:t>f 531/6288/5360 597/6354/5411 611/6367/5425</w:t>
        <w:br/>
        <w:t>f 612/6368/5426 590/6347/5404 591/6346/5403</w:t>
        <w:br/>
        <w:t>f 613/6369/5427 612/6368/5426 591/6346/5403</w:t>
        <w:br/>
        <w:t>f 165/5985/5103 163/5987/5103 508/6264/5336</w:t>
        <w:br/>
        <w:t>f 614/6370/5428 165/5985/5103 508/6264/5336</w:t>
        <w:br/>
        <w:t>f 167/5988/5105 525/6280/5352 166/5989/5106</w:t>
        <w:br/>
        <w:t>f 525/6280/5352 540/6296/5368 166/5989/5106</w:t>
        <w:br/>
        <w:t>f 603/6360/5417 604/6359/5416 159/5982/5100</w:t>
        <w:br/>
        <w:t>f 160/5981/5099 610/6366/5424 603/6360/5417</w:t>
        <w:br/>
        <w:t>f 167/5988/5105 524/6281/5353 525/6280/5352</w:t>
        <w:br/>
        <w:t>f 466/6221/5293 479/6235/5307 467/6223/5295</w:t>
        <w:br/>
        <w:t>f 467/6223/5295 502/6258/5330 465/6222/5294</w:t>
        <w:br/>
        <w:t>f 509/6263/5335 526/6282/5354 614/6370/5428</w:t>
        <w:br/>
        <w:t>f 509/6263/5335 614/6370/5428 508/6264/5336</w:t>
        <w:br/>
        <w:t>f 480/6237/5309 462/6220/5292 491/6246/5318</w:t>
        <w:br/>
        <w:t>f 527/6286/5358 534/6291/5363 533/6289/5361</w:t>
        <w:br/>
        <w:t>f 464/6218/5290 468/6226/5298 463/6219/5291</w:t>
        <w:br/>
        <w:t>f 505/6260/5332 606/6362/5419 536/6292/5364</w:t>
        <w:br/>
        <w:t>f 617/6371/5429 616/6372/5430 615/6373/5431</w:t>
        <w:br/>
        <w:t>f 618/6374/5432 617/6371/5429 615/6373/5431</w:t>
        <w:br/>
        <w:t>f 620/6375/5433 619/6376/5434 616/6372/5430</w:t>
        <w:br/>
        <w:t>f 617/6371/5429 620/6375/5433 616/6372/5430</w:t>
        <w:br/>
        <w:t>f 624/6377/5435 623/6378/5436 622/6379/5437</w:t>
        <w:br/>
        <w:t>f 621/6380/5438 624/6377/5435 622/6379/5437</w:t>
        <w:br/>
        <w:t>f 626/6381/5439 622/6379/5437 623/6378/5436</w:t>
        <w:br/>
        <w:t>f 625/6382/5440 626/6381/5439 623/6378/5436</w:t>
        <w:br/>
        <w:t>f 629/6383/5441 628/6384/5442 627/6385/5443</w:t>
        <w:br/>
        <w:t>f 630/6386/5441 629/6383/5441 627/6385/5443</w:t>
        <w:br/>
        <w:t>f 634/6387/5444 633/6388/5445 632/6389/5445</w:t>
        <w:br/>
        <w:t>f 631/6390/5444 634/6387/5444 632/6389/5445</w:t>
        <w:br/>
        <w:t>f 188/6010/5124 617/6371/5429 618/6374/5432</w:t>
        <w:br/>
        <w:t>f 189/6011/5125 620/6375/5433 617/6371/5429</w:t>
        <w:br/>
        <w:t>f 616/6372/5430 619/6376/5434 635/6391/5446</w:t>
        <w:br/>
        <w:t>f 636/6392/5447 616/6372/5430 635/6391/5446</w:t>
        <w:br/>
        <w:t>f 637/6393/5448 615/6373/5431 616/6372/5430</w:t>
        <w:br/>
        <w:t>f 636/6392/5447 637/6393/5448 616/6372/5430</w:t>
        <w:br/>
        <w:t>f 194/6015/5129 622/6379/5437 193/6016/5130</w:t>
        <w:br/>
        <w:t>f 193/6016/5130 622/6379/5437 626/6381/5439</w:t>
        <w:br/>
        <w:t>f 623/6378/5436 639/6394/5449 638/6395/5450</w:t>
        <w:br/>
        <w:t>f 625/6382/5440 623/6378/5436 638/6395/5450</w:t>
        <w:br/>
        <w:t>f 623/6378/5436 624/6377/5435 640/6396/5451</w:t>
        <w:br/>
        <w:t>f 639/6394/5449 623/6378/5436 640/6396/5451</w:t>
        <w:br/>
        <w:t>f 628/6384/5442 198/6021/5134 199/6020/5134</w:t>
        <w:br/>
        <w:t>f 627/6385/5443 628/6384/5442 199/6020/5134</w:t>
        <w:br/>
        <w:t>f 642/6397/5452 641/6398/5452 632/6389/5445</w:t>
        <w:br/>
        <w:t>f 633/6388/5445 642/6397/5452 632/6389/5445</w:t>
        <w:br/>
        <w:t>f 643/6399/5453 634/6387/5444 631/6390/5444</w:t>
        <w:br/>
        <w:t>f 644/6400/5454 643/6399/5453 631/6390/5444</w:t>
        <w:br/>
        <w:t>f 647/6401/5455 646/6402/5456 645/6403/5457</w:t>
        <w:br/>
        <w:t>f 648/6404/5458 647/6401/5455 645/6403/5457</w:t>
        <w:br/>
        <w:t>f 647/6401/5455 648/6404/5458 650/6405/5459</w:t>
        <w:br/>
        <w:t>f 649/6406/5460 647/6401/5455 650/6405/5459</w:t>
        <w:br/>
        <w:t>f 652/6407/5461 651/6408/5462 629/6383/5441</w:t>
        <w:br/>
        <w:t>f 630/6386/5441 652/6407/5461 629/6383/5441</w:t>
        <w:br/>
        <w:t>f 188/6010/5124 189/6011/5125 617/6371/5429</w:t>
        <w:br/>
        <w:t>f 194/6015/5129 621/6380/5438 622/6379/5437</w:t>
        <w:br/>
        <w:t>f 655/6409/5463 654/6410/5464 653/6411/5465</w:t>
        <w:br/>
        <w:t>f 656/6412/5466 655/6409/5463 653/6411/5465</w:t>
        <w:br/>
        <w:t>f 658/6413/5467 657/6414/5468 656/6412/5466</w:t>
        <w:br/>
        <w:t>f 653/6411/5465 658/6413/5467 656/6412/5466</w:t>
        <w:br/>
        <w:t>f 661/6415/5469 660/6416/5470 659/6417/5471</w:t>
        <w:br/>
        <w:t>f 662/6418/5472 661/6415/5469 659/6417/5471</w:t>
        <w:br/>
        <w:t>f 665/6419/5473 664/6420/5474 663/6421/5475</w:t>
        <w:br/>
        <w:t>f 666/6422/5476 665/6419/5473 663/6421/5475</w:t>
        <w:br/>
        <w:t>f 669/6423/5477 668/6424/5478 667/6425/5479</w:t>
        <w:br/>
        <w:t>f 654/6410/5464 671/6426/5480 670/6427/5481</w:t>
        <w:br/>
        <w:t>f 653/6411/5465 654/6410/5464 670/6427/5481</w:t>
        <w:br/>
        <w:t>f 231/6055/5165 673/6428/5482 672/6429/5483</w:t>
        <w:br/>
        <w:t>f 234/6056/5165 231/6055/5165 672/6429/5483</w:t>
        <w:br/>
        <w:t>f 672/6429/5483 673/6428/5482 662/6418/5472</w:t>
        <w:br/>
        <w:t>f 674/6430/5484 658/6413/5467 653/6411/5465</w:t>
        <w:br/>
        <w:t>f 670/6427/5481 674/6430/5484 653/6411/5465</w:t>
        <w:br/>
        <w:t>f 659/6417/5471 676/6431/5485 675/6432/5486</w:t>
        <w:br/>
        <w:t>f 662/6418/5472 659/6417/5471 675/6432/5486</w:t>
        <w:br/>
        <w:t>f 678/6433/5487 665/6419/5473 666/6422/5476</w:t>
        <w:br/>
        <w:t>f 677/6434/5488 678/6433/5487 666/6422/5476</w:t>
        <w:br/>
        <w:t>f 669/6423/5477 667/6425/5479 679/6435/5489</w:t>
        <w:br/>
        <w:t>f 667/6425/5479 681/6436/5490 680/6437/5490</w:t>
        <w:br/>
        <w:t>f 679/6435/5489 667/6425/5479 680/6437/5490</w:t>
        <w:br/>
        <w:t>f 244/6065/5173 680/6437/5490 681/6436/5490</w:t>
        <w:br/>
        <w:t>f 243/6066/5173 244/6065/5173 681/6436/5490</w:t>
        <w:br/>
        <w:t>f 676/6431/5485 659/6417/5471 654/6410/5464</w:t>
        <w:br/>
        <w:t>f 655/6409/5463 676/6431/5485 654/6410/5464</w:t>
        <w:br/>
        <w:t>f 659/6417/5471 660/6416/5470 671/6426/5480</w:t>
        <w:br/>
        <w:t>f 654/6410/5464 659/6417/5471 671/6426/5480</w:t>
        <w:br/>
        <w:t>f 668/6424/5478 669/6423/5477 666/6422/5476</w:t>
        <w:br/>
        <w:t>f 663/6421/5475 668/6424/5478 666/6422/5476</w:t>
        <w:br/>
        <w:t>f 682/6438/5491 677/6434/5488 666/6422/5476</w:t>
        <w:br/>
        <w:t>f 669/6423/5477 682/6438/5491 666/6422/5476</w:t>
        <w:br/>
        <w:t>f 686/6439/5492 685/6440/5493 684/6441/5494</w:t>
        <w:br/>
        <w:t>f 683/6442/5495 686/6439/5492 684/6441/5494</w:t>
        <w:br/>
        <w:t>f 689/6443/5496 688/6444/5497 687/6445/5498</w:t>
        <w:br/>
        <w:t>f 690/6446/5499 684/6441/5494 685/6440/5493</w:t>
        <w:br/>
        <w:t>f 691/6447/5500 690/6446/5499 685/6440/5493</w:t>
        <w:br/>
        <w:t>f 693/6448/5501 692/6449/5502 688/6444/5497</w:t>
        <w:br/>
        <w:t>f 689/6443/5496 693/6448/5501 688/6444/5497</w:t>
        <w:br/>
        <w:t>f 696/6450/5503 695/6451/5504 694/6452/5505</w:t>
        <w:br/>
        <w:t>f 697/6453/5506 696/6450/5503 694/6452/5505</w:t>
        <w:br/>
        <w:t>f 683/6442/5495 684/6441/5494 698/6454/5507</w:t>
        <w:br/>
        <w:t>f 699/6455/5508 683/6442/5495 698/6454/5507</w:t>
        <w:br/>
        <w:t>f 265/6085/5192 263/6087/5194 700/6456/5509</w:t>
        <w:br/>
        <w:t>f 687/6445/5498 265/6085/5192 700/6456/5509</w:t>
        <w:br/>
        <w:t>f 689/6443/5496 687/6445/5498 700/6456/5509</w:t>
        <w:br/>
        <w:t>f 684/6441/5494 690/6446/5499 701/6457/5510</w:t>
        <w:br/>
        <w:t>f 698/6454/5507 684/6441/5494 701/6457/5510</w:t>
        <w:br/>
        <w:t>f 693/6448/5501 689/6443/5496 703/6458/5511</w:t>
        <w:br/>
        <w:t>f 702/6459/5512 693/6448/5501 703/6458/5511</w:t>
        <w:br/>
        <w:t>f 697/6453/5506 694/6452/5505 705/6460/5513</w:t>
        <w:br/>
        <w:t>f 704/6461/5514 697/6453/5506 705/6460/5513</w:t>
        <w:br/>
        <w:t>f 708/6462/5515 707/6463/5516 706/6464/5517</w:t>
        <w:br/>
        <w:t>f 707/6463/5516 708/6462/5515 710/6465/5518</w:t>
        <w:br/>
        <w:t>f 709/6466/5519 707/6463/5516 710/6465/5518</w:t>
        <w:br/>
        <w:t>f 277/6098/5205 276/6099/5205 709/6466/5519</w:t>
        <w:br/>
        <w:t>f 710/6465/5518 277/6098/5205 709/6466/5519</w:t>
        <w:br/>
        <w:t>f 702/6459/5512 686/6439/5492 683/6442/5495</w:t>
        <w:br/>
        <w:t>f 693/6448/5501 702/6459/5512 683/6442/5495</w:t>
        <w:br/>
        <w:t>f 693/6448/5501 683/6442/5495 699/6455/5508</w:t>
        <w:br/>
        <w:t>f 692/6449/5502 693/6448/5501 699/6455/5508</w:t>
        <w:br/>
        <w:t>f 711/6467/5520 696/6450/5503 697/6453/5506</w:t>
        <w:br/>
        <w:t>f 706/6464/5517 711/6467/5520 697/6453/5506</w:t>
        <w:br/>
        <w:t>f 697/6453/5506 704/6461/5514 712/6468/5521</w:t>
        <w:br/>
        <w:t>f 706/6464/5517 697/6453/5506 712/6468/5521</w:t>
        <w:br/>
        <w:t>f 716/6469/5522 715/6470/5523 714/6471/5523</w:t>
        <w:br/>
        <w:t>f 713/6472/5522 716/6469/5522 714/6471/5523</w:t>
        <w:br/>
        <w:t>f 720/6473/5524 719/6474/5525 718/6475/5525</w:t>
        <w:br/>
        <w:t>f 717/6476/5526 720/6473/5524 718/6475/5525</w:t>
        <w:br/>
        <w:t>f 722/6477/5527 716/6469/5522 713/6472/5522</w:t>
        <w:br/>
        <w:t>f 721/6478/5528 722/6477/5527 713/6472/5522</w:t>
        <w:br/>
        <w:t>f 717/6476/5526 724/6479/5529 723/6480/5529</w:t>
        <w:br/>
        <w:t>f 720/6473/5524 717/6476/5526 723/6480/5529</w:t>
        <w:br/>
        <w:t>f 727/6481/5530 726/6482/5531 725/6483/5532</w:t>
        <w:br/>
        <w:t>f 728/6484/5533 727/6481/5530 725/6483/5532</w:t>
        <w:br/>
        <w:t>f 731/6485/5534 730/6486/5535 729/6487/5535</w:t>
        <w:br/>
        <w:t>f 732/6488/5534 731/6485/5534 729/6487/5535</w:t>
        <w:br/>
        <w:t>f 733/6489/5536 729/6487/5535 730/6486/5535</w:t>
        <w:br/>
        <w:t>f 734/6490/5536 733/6489/5536 730/6486/5535</w:t>
        <w:br/>
        <w:t>f 302/6124/5220 733/6489/5536 734/6490/5536</w:t>
        <w:br/>
        <w:t>f 303/6125/5220 302/6124/5220 734/6490/5536</w:t>
        <w:br/>
        <w:t>f 738/6491/5537 737/6492/5537 736/6493/5538</w:t>
        <w:br/>
        <w:t>f 735/6494/5538 738/6491/5537 736/6493/5538</w:t>
        <w:br/>
        <w:t>f 735/6494/5538 736/6493/5538 727/6481/5530</w:t>
        <w:br/>
        <w:t>f 728/6484/5533 735/6494/5538 727/6481/5530</w:t>
        <w:br/>
        <w:t>f 311/6130/5225 308/6133/5227 740/6495/5539</w:t>
        <w:br/>
        <w:t>f 739/6496/5540 311/6130/5225 740/6495/5539</w:t>
        <w:br/>
        <w:t>f 739/6496/5540 740/6495/5539 742/6497/5541</w:t>
        <w:br/>
        <w:t>f 741/6498/5541 739/6496/5540 742/6497/5541</w:t>
        <w:br/>
        <w:t>f 741/6498/5541 742/6497/5541 743/6499/5542</w:t>
        <w:br/>
        <w:t>f 744/6500/5542 741/6498/5541 743/6499/5542</w:t>
        <w:br/>
        <w:t>f 722/6477/5527 721/6478/5528 746/6501/5543</w:t>
        <w:br/>
        <w:t>f 745/6502/5543 722/6477/5527 746/6501/5543</w:t>
        <w:br/>
        <w:t>f 749/6503/5544 748/6504/5544 747/6505/5545</w:t>
        <w:br/>
        <w:t>f 750/6506/5545 749/6503/5544 747/6505/5545</w:t>
        <w:br/>
        <w:t>f 752/6507/5546 751/6508/5547 750/6506/5545</w:t>
        <w:br/>
        <w:t>f 747/6505/5545 752/6507/5546 750/6506/5545</w:t>
        <w:br/>
        <w:t>f 751/6508/5547 752/6507/5546 324/6146/5237</w:t>
        <w:br/>
        <w:t>f 325/6147/5237 751/6508/5547 324/6146/5237</w:t>
        <w:br/>
        <w:t>f 743/6499/5542 714/6471/5523 715/6470/5523</w:t>
        <w:br/>
        <w:t>f 744/6500/5542 743/6499/5542 715/6470/5523</w:t>
        <w:br/>
        <w:t>f 738/6491/5537 723/6480/5529 724/6479/5529</w:t>
        <w:br/>
        <w:t>f 737/6492/5537 738/6491/5537 724/6479/5529</w:t>
        <w:br/>
        <w:t>f 726/6482/5531 731/6485/5534 732/6488/5534</w:t>
        <w:br/>
        <w:t>f 725/6483/5532 726/6482/5531 732/6488/5534</w:t>
        <w:br/>
        <w:t>f 748/6504/5544 749/6503/5544 745/6502/5543</w:t>
        <w:br/>
        <w:t>f 746/6501/5543 748/6504/5544 745/6502/5543</w:t>
        <w:br/>
        <w:t>f 326/6148/5238 718/6475/5525 719/6474/5525</w:t>
        <w:br/>
        <w:t>f 327/6149/5238 326/6148/5238 719/6474/5525</w:t>
        <w:br/>
        <w:t>f 662/6418/5472 673/6428/5482 661/6415/5469</w:t>
        <w:br/>
        <w:t>f 672/6429/5483 662/6418/5472 675/6432/5486</w:t>
        <w:br/>
        <w:t>f 689/6443/5496 700/6456/5509 703/6458/5511</w:t>
        <w:br/>
        <w:t>f 669/6423/5477 679/6435/5489 682/6438/5491</w:t>
        <w:br/>
        <w:t>f 706/6464/5517 707/6463/5516 711/6467/5520</w:t>
        <w:br/>
        <w:t>f 708/6462/5515 706/6464/5517 712/6468/5521</w:t>
        <w:br/>
        <w:t>f 756/6509/5548 755/6510/5548 754/6511/5549</w:t>
        <w:br/>
        <w:t>f 753/6512/5550 756/6509/5548 754/6511/5549</w:t>
        <w:br/>
        <w:t>f 753/6512/5550 754/6511/5549 757/6513/5551</w:t>
        <w:br/>
        <w:t>f 759/6514/5552 758/6515/5552 755/6510/5548</w:t>
        <w:br/>
        <w:t>f 756/6509/5548 759/6514/5552 755/6510/5548</w:t>
        <w:br/>
        <w:t>f 762/6516/5553 761/6517/5554 760/6518/5555</w:t>
        <w:br/>
        <w:t>f 757/6513/5551 754/6511/5549 760/6518/5555</w:t>
        <w:br/>
        <w:t>f 763/6519/5556 757/6513/5551 760/6518/5555</w:t>
        <w:br/>
        <w:t>f 758/6515/5552 759/6514/5552 339/6162/5248</w:t>
        <w:br/>
        <w:t>f 340/6161/5248 758/6515/5552 339/6162/5248</w:t>
        <w:br/>
        <w:t>f 761/6517/5554 765/6520/5557 764/6521/5558</w:t>
        <w:br/>
        <w:t>f 768/6522/5559 767/6523/5560 766/6524/5561</w:t>
        <w:br/>
        <w:t>f 772/6525/5562 771/6526/5563 770/6527/5564</w:t>
        <w:br/>
        <w:t>f 769/6528/5565 772/6525/5562 770/6527/5564</w:t>
        <w:br/>
        <w:t>f 772/6525/5562 769/6528/5565 773/6529/5566</w:t>
        <w:br/>
        <w:t>f 775/6530/5567 770/6527/5564 771/6526/5563</w:t>
        <w:br/>
        <w:t>f 774/6531/5568 775/6530/5567 771/6526/5563</w:t>
        <w:br/>
        <w:t>f 767/6523/5560 777/6532/5569 776/6533/5570</w:t>
        <w:br/>
        <w:t>f 777/6532/5569 772/6525/5562 773/6529/5566</w:t>
        <w:br/>
        <w:t>f 776/6533/5570 777/6532/5569 773/6529/5566</w:t>
        <w:br/>
        <w:t>f 355/6177/5263 775/6530/5567 774/6531/5568</w:t>
        <w:br/>
        <w:t>f 356/6178/5263 355/6177/5263 774/6531/5568</w:t>
        <w:br/>
        <w:t>f 767/6523/5560 768/6522/5559 778/6534/5571</w:t>
        <w:br/>
        <w:t>f 782/6535/5572 781/6536/5572 780/6537/5573</w:t>
        <w:br/>
        <w:t>f 779/6538/5573 782/6535/5572 780/6537/5573</w:t>
        <w:br/>
        <w:t>f 786/6539/5574 785/6540/5574 784/6541/5575</w:t>
        <w:br/>
        <w:t>f 783/6542/5576 786/6539/5574 784/6541/5575</w:t>
        <w:br/>
        <w:t>f 788/6543/5577 787/6544/5577 783/6542/5576</w:t>
        <w:br/>
        <w:t>f 784/6541/5575 788/6543/5577 783/6542/5576</w:t>
        <w:br/>
        <w:t>f 781/6536/5572 782/6535/5572 790/6545/5578</w:t>
        <w:br/>
        <w:t>f 789/6546/5578 781/6536/5572 790/6545/5578</w:t>
        <w:br/>
        <w:t>f 786/6539/5574 792/6547/5579 791/6548/5580</w:t>
        <w:br/>
        <w:t>f 785/6540/5574 786/6539/5574 791/6548/5580</w:t>
        <w:br/>
        <w:t>f 796/6549/5581 795/6550/5582 794/6551/5583</w:t>
        <w:br/>
        <w:t>f 793/6552/5583 796/6549/5581 794/6551/5583</w:t>
        <w:br/>
        <w:t>f 800/6553/5584 799/6554/5585 798/6555/5585</w:t>
        <w:br/>
        <w:t>f 797/6556/5584 800/6553/5584 798/6555/5585</w:t>
        <w:br/>
        <w:t>f 787/6544/5577 788/6543/5577 795/6550/5582</w:t>
        <w:br/>
        <w:t>f 796/6549/5581 787/6544/5577 795/6550/5582</w:t>
        <w:br/>
        <w:t>f 780/6537/5573 798/6555/5585 799/6554/5585</w:t>
        <w:br/>
        <w:t>f 779/6538/5573 780/6537/5573 799/6554/5585</w:t>
        <w:br/>
        <w:t>f 380/6202/5279 789/6546/5578 790/6545/5578</w:t>
        <w:br/>
        <w:t>f 381/6203/5279 380/6202/5279 790/6545/5578</w:t>
        <w:br/>
        <w:t>f 801/6557/5586 791/6548/5580 792/6547/5579</w:t>
        <w:br/>
        <w:t>f 802/6558/5586 801/6557/5586 792/6547/5579</w:t>
        <w:br/>
        <w:t>f 764/6521/5558 804/6559/5587 803/6560/5588</w:t>
        <w:br/>
        <w:t>f 793/6552/5583 794/6551/5583 806/6561/5589</w:t>
        <w:br/>
        <w:t>f 805/6562/5590 793/6552/5583 806/6561/5589</w:t>
        <w:br/>
        <w:t>f 810/6563/5591 809/6564/5592 808/6565/5593</w:t>
        <w:br/>
        <w:t>f 807/6566/5591 810/6563/5591 808/6565/5593</w:t>
        <w:br/>
        <w:t>f 797/6556/5584 812/6567/5594 811/6568/5594</w:t>
        <w:br/>
        <w:t>f 800/6553/5584 797/6556/5584 811/6568/5594</w:t>
        <w:br/>
        <w:t>f 807/6566/5591 811/6568/5594 812/6567/5594</w:t>
        <w:br/>
        <w:t>f 810/6563/5591 807/6566/5591 812/6567/5594</w:t>
        <w:br/>
        <w:t>f 763/6519/5556 761/6517/5554 803/6560/5588</w:t>
        <w:br/>
        <w:t>f 760/6518/5555 761/6517/5554 763/6519/5556</w:t>
        <w:br/>
        <w:t>f 767/6523/5560 776/6533/5570 766/6524/5561</w:t>
        <w:br/>
        <w:t>f 777/6532/5569 767/6523/5560 813/6569/5595</w:t>
        <w:br/>
        <w:t>f 768/6522/5559 766/6524/5561 814/6570/5596</w:t>
        <w:br/>
        <w:t>f 764/6521/5558 803/6560/5588 761/6517/5554</w:t>
        <w:br/>
        <w:t>f 762/6516/5553 765/6520/5557 761/6517/5554</w:t>
        <w:br/>
        <w:t>f 778/6534/5571 813/6569/5595 767/6523/5560</w:t>
        <w:br/>
        <w:t>f 876/6571/5597 875/6572/5598 874/6573/5599</w:t>
        <w:br/>
        <w:t>f 873/6574/5600 876/6571/5597 874/6573/5599</w:t>
        <w:br/>
        <w:t>f 878/6575/5601 876/6571/5597 873/6574/5600</w:t>
        <w:br/>
        <w:t>f 877/6576/5602 878/6575/5601 873/6574/5600</w:t>
        <w:br/>
        <w:t>f 880/6577/5603 878/6575/5601 877/6576/5602</w:t>
        <w:br/>
        <w:t>f 879/6578/5604 880/6577/5603 877/6576/5602</w:t>
        <w:br/>
        <w:t>f 884/6579/5605 883/6580/5606 882/6581/5606</w:t>
        <w:br/>
        <w:t>f 881/6582/5607 884/6579/5605 882/6581/5606</w:t>
        <w:br/>
        <w:t>f 886/6583/5608 884/6579/5605 881/6582/5607</w:t>
        <w:br/>
        <w:t>f 885/6584/5609 886/6583/5608 881/6582/5607</w:t>
        <w:br/>
        <w:t>f 888/6585/5610 886/6583/5608 885/6584/5609</w:t>
        <w:br/>
        <w:t>f 887/6586/5611 888/6585/5610 885/6584/5609</w:t>
        <w:br/>
        <w:t>f 890/6587/5612 888/6585/5610 887/6586/5611</w:t>
        <w:br/>
        <w:t>f 889/6588/5613 890/6587/5612 887/6586/5611</w:t>
        <w:br/>
        <w:t>f 892/6589/5614 890/6587/5612 889/6588/5613</w:t>
        <w:br/>
        <w:t>f 891/6590/5615 892/6589/5614 889/6588/5613</w:t>
        <w:br/>
        <w:t>f 894/6591/5616 892/6589/5614 891/6590/5615</w:t>
        <w:br/>
        <w:t>f 893/6592/5617 894/6591/5616 891/6590/5615</w:t>
        <w:br/>
        <w:t>f 895/6593/5618 894/6591/5616 893/6592/5617</w:t>
        <w:br/>
        <w:t>f 896/6594/5619 895/6593/5618 893/6592/5617</w:t>
        <w:br/>
        <w:t>f 899/6595/5620 898/6596/5621 897/6597/5622</w:t>
        <w:br/>
        <w:t>f 900/6598/5620 899/6595/5620 897/6597/5622</w:t>
        <w:br/>
        <w:t>f 898/6596/5621 902/6599/5623 901/6600/5624</w:t>
        <w:br/>
        <w:t>f 897/6597/5622 898/6596/5621 901/6600/5624</w:t>
        <w:br/>
        <w:t>f 902/6599/5623 904/6601/5625 903/6602/5626</w:t>
        <w:br/>
        <w:t>f 901/6600/5624 902/6599/5623 903/6602/5626</w:t>
        <w:br/>
        <w:t>f 904/6601/5625 874/6573/5599 875/6572/5598</w:t>
        <w:br/>
        <w:t>f 903/6602/5626 904/6601/5625 875/6572/5598</w:t>
        <w:br/>
        <w:t>f 907/6603/5627 906/6604/5627 905/6605/5628</w:t>
        <w:br/>
        <w:t>f 908/6606/5629 907/6603/5627 905/6605/5628</w:t>
        <w:br/>
        <w:t>f 910/6607/5630 909/6608/5631 906/6604/5627</w:t>
        <w:br/>
        <w:t>f 907/6603/5627 910/6607/5630 906/6604/5627</w:t>
        <w:br/>
        <w:t>f 909/6608/5631 910/6607/5630 911/6609/5632</w:t>
        <w:br/>
        <w:t>f 912/6610/5633 909/6608/5631 911/6609/5632</w:t>
        <w:br/>
        <w:t>f 914/6611/5634 913/6612/5635 912/6610/5633</w:t>
        <w:br/>
        <w:t>f 911/6609/5632 914/6611/5634 912/6610/5633</w:t>
        <w:br/>
        <w:t>f 918/6613/5636 917/6614/5637 916/6615/5637</w:t>
        <w:br/>
        <w:t>f 915/6616/5636 918/6613/5636 916/6615/5637</w:t>
        <w:br/>
        <w:t>f 920/6617/5638 919/6618/5639 916/6615/5637</w:t>
        <w:br/>
        <w:t>f 917/6614/5637 920/6617/5638 916/6615/5637</w:t>
        <w:br/>
        <w:t>f 922/6619/5640 921/6620/5641 919/6618/5639</w:t>
        <w:br/>
        <w:t>f 920/6617/5638 922/6619/5640 919/6618/5639</w:t>
        <w:br/>
        <w:t>f 924/6621/5642 923/6622/5642 921/6620/5641</w:t>
        <w:br/>
        <w:t>f 922/6619/5640 924/6621/5642 921/6620/5641</w:t>
        <w:br/>
        <w:t>f 923/6622/5642 924/6621/5642 926/6623/5643</w:t>
        <w:br/>
        <w:t>f 925/6624/5643 923/6622/5642 926/6623/5643</w:t>
        <w:br/>
        <w:t>f 925/6624/5643 926/6623/5643 927/6625/5644</w:t>
        <w:br/>
        <w:t>f 928/6626/5645 925/6624/5643 927/6625/5644</w:t>
        <w:br/>
        <w:t>f 930/6627/5646 929/6628/5647 928/6626/5645</w:t>
        <w:br/>
        <w:t>f 927/6625/5644 930/6627/5646 928/6626/5645</w:t>
        <w:br/>
        <w:t>f 934/6629/5648 933/6630/5649 932/6631/5650</w:t>
        <w:br/>
        <w:t>f 931/6632/5651 934/6629/5648 932/6631/5650</w:t>
        <w:br/>
        <w:t>f 936/6633/5652 935/6634/5653 931/6632/5651</w:t>
        <w:br/>
        <w:t>f 932/6631/5650 936/6633/5652 931/6632/5651</w:t>
        <w:br/>
        <w:t>f 935/6634/5653 936/6633/5652 908/6606/5629</w:t>
        <w:br/>
        <w:t>f 905/6605/5628 935/6634/5653 908/6606/5629</w:t>
        <w:br/>
        <w:t>f 940/6635/5654 939/6636/5655 938/6637/5656</w:t>
        <w:br/>
        <w:t>f 937/6638/5656 940/6635/5654 938/6637/5656</w:t>
        <w:br/>
        <w:t>f 938/6637/5656 942/6639/5657 941/6640/5657</w:t>
        <w:br/>
        <w:t>f 937/6638/5656 938/6637/5656 941/6640/5657</w:t>
        <w:br/>
        <w:t>f 942/6639/5657 944/6641/5658 943/6642/5658</w:t>
        <w:br/>
        <w:t>f 941/6640/5657 942/6639/5657 943/6642/5658</w:t>
        <w:br/>
        <w:t>f 948/6643/5659 947/6644/5660 946/6645/5661</w:t>
        <w:br/>
        <w:t>f 945/6646/5661 948/6643/5659 946/6645/5661</w:t>
        <w:br/>
        <w:t>f 950/6647/5662 949/6648/5663 947/6644/5660</w:t>
        <w:br/>
        <w:t>f 948/6643/5659 950/6647/5662 947/6644/5660</w:t>
        <w:br/>
        <w:t>f 951/6649/5664 949/6648/5663 950/6647/5662</w:t>
        <w:br/>
        <w:t>f 952/6650/5664 951/6649/5664 950/6647/5662</w:t>
        <w:br/>
        <w:t>f 954/6651/5665 953/6652/5666 951/6649/5664</w:t>
        <w:br/>
        <w:t>f 952/6650/5664 954/6651/5665 951/6649/5664</w:t>
        <w:br/>
        <w:t>f 956/6653/5667 955/6654/5667 953/6652/5666</w:t>
        <w:br/>
        <w:t>f 954/6651/5665 956/6653/5667 953/6652/5666</w:t>
        <w:br/>
        <w:t>f 958/6655/5668 957/6656/5668 955/6654/5667</w:t>
        <w:br/>
        <w:t>f 956/6653/5667 958/6655/5668 955/6654/5667</w:t>
        <w:br/>
        <w:t>f 957/6656/5668 958/6655/5668 959/6657/5669</w:t>
        <w:br/>
        <w:t>f 960/6658/5669 957/6656/5668 959/6657/5669</w:t>
        <w:br/>
        <w:t>f 963/6659/5670 962/6660/5671 961/6661/5672</w:t>
        <w:br/>
        <w:t>f 964/6662/5670 963/6659/5670 961/6661/5672</w:t>
        <w:br/>
        <w:t>f 965/6663/5673 961/6661/5672 962/6660/5671</w:t>
        <w:br/>
        <w:t>f 966/6664/5673 965/6663/5673 962/6660/5671</w:t>
        <w:br/>
        <w:t>f 968/6665/5674 967/6666/5674 965/6663/5673</w:t>
        <w:br/>
        <w:t>f 966/6664/5673 968/6665/5674 965/6663/5673</w:t>
        <w:br/>
        <w:t>f 967/6666/5674 968/6665/5674 939/6636/5655</w:t>
        <w:br/>
        <w:t>f 940/6635/5654 967/6666/5674 939/6636/5655</w:t>
        <w:br/>
        <w:t>f 972/6667/5675 971/6668/5676 970/6669/5677</w:t>
        <w:br/>
        <w:t>f 969/6670/5678 972/6667/5675 970/6669/5677</w:t>
        <w:br/>
        <w:t>f 974/6671/5679 973/6672/5679 970/6669/5677</w:t>
        <w:br/>
        <w:t>f 971/6668/5676 974/6671/5679 970/6669/5677</w:t>
        <w:br/>
        <w:t>f 973/6672/5679 974/6671/5679 975/6673/5680</w:t>
        <w:br/>
        <w:t>f 976/6674/5681 973/6672/5679 975/6673/5680</w:t>
        <w:br/>
        <w:t>f 977/6675/5682 976/6674/5681 975/6673/5680</w:t>
        <w:br/>
        <w:t>f 978/6676/5682 977/6675/5682 975/6673/5680</w:t>
        <w:br/>
        <w:t>f 981/6677/5683 980/6678/5684 979/6679/5685</w:t>
        <w:br/>
        <w:t>f 982/6680/5683 981/6677/5683 979/6679/5685</w:t>
        <w:br/>
        <w:t>f 979/6679/5685 980/6678/5684 983/6681/5686</w:t>
        <w:br/>
        <w:t>f 984/6682/5686 979/6679/5685 983/6681/5686</w:t>
        <w:br/>
        <w:t>f 985/6683/5687 984/6682/5686 983/6681/5686</w:t>
        <w:br/>
        <w:t>f 986/6684/5687 985/6683/5687 983/6681/5686</w:t>
        <w:br/>
        <w:t>f 987/6685/5688 985/6683/5687 986/6684/5687</w:t>
        <w:br/>
        <w:t>f 988/6686/5689 987/6685/5688 986/6684/5687</w:t>
        <w:br/>
        <w:t>f 988/6686/5689 990/6687/5690 989/6688/5690</w:t>
        <w:br/>
        <w:t>f 987/6685/5688 988/6686/5689 989/6688/5690</w:t>
        <w:br/>
        <w:t>f 992/6689/5691 989/6688/5690 990/6687/5690</w:t>
        <w:br/>
        <w:t>f 991/6690/5691 992/6689/5691 990/6687/5690</w:t>
        <w:br/>
        <w:t>f 991/6690/5691 994/6691/5692 993/6692/5692</w:t>
        <w:br/>
        <w:t>f 992/6689/5691 991/6690/5691 993/6692/5692</w:t>
        <w:br/>
        <w:t>f 998/6693/5693 997/6694/5694 996/6695/5695</w:t>
        <w:br/>
        <w:t>f 995/6696/5695 998/6693/5693 996/6695/5695</w:t>
        <w:br/>
        <w:t>f 998/6693/5693 1000/6697/5696 999/6698/5697</w:t>
        <w:br/>
        <w:t>f 997/6694/5694 998/6693/5693 999/6698/5697</w:t>
        <w:br/>
        <w:t>f 1000/6697/5696 972/6667/5675 969/6670/5678</w:t>
        <w:br/>
        <w:t>f 999/6698/5697 1000/6697/5696 969/6670/5678</w:t>
        <w:br/>
        <w:t>f 883/6580/5606 880/6577/5603 879/6578/5604</w:t>
        <w:br/>
        <w:t>f 882/6581/5606 883/6580/5606 879/6578/5604</w:t>
        <w:br/>
        <w:t>f 918/6613/5636 915/6616/5636 913/6612/5635</w:t>
        <w:br/>
        <w:t>f 914/6611/5634 918/6613/5636 913/6612/5635</w:t>
        <w:br/>
        <w:t>f 943/6642/5658 944/6641/5658 945/6646/5661</w:t>
        <w:br/>
        <w:t>f 946/6645/5661 943/6642/5658 945/6646/5661</w:t>
        <w:br/>
        <w:t>f 978/6676/5682 981/6677/5683 982/6680/5683</w:t>
        <w:br/>
        <w:t>f 977/6675/5682 978/6676/5682 982/6680/5683</w:t>
        <w:br/>
        <w:t>f 1002/6699/5698 895/6593/5618 896/6594/5619</w:t>
        <w:br/>
        <w:t>f 1001/6700/5620 1002/6699/5698 896/6594/5619</w:t>
        <w:br/>
        <w:t>f 933/6630/5649 934/6629/5648 1003/6701/5699</w:t>
        <w:br/>
        <w:t>f 1004/6702/5700 933/6630/5649 1003/6701/5699</w:t>
        <w:br/>
        <w:t>f 1006/6703/5701 1005/6704/5701 960/6658/5669</w:t>
        <w:br/>
        <w:t>f 959/6657/5669 1006/6703/5701 960/6658/5669</w:t>
        <w:br/>
        <w:t>f 995/6696/5695 996/6695/5695 1008/6705/5692</w:t>
        <w:br/>
        <w:t>f 1007/6706/5692 995/6696/5695 1008/6705/5692</w:t>
        <w:br/>
        <w:t>f 5472/6707/5702 5471/6708/5703 5470/6709/5703</w:t>
        <w:br/>
        <w:t>f 5473/6710/5704 5472/6707/5702 5470/6709/5703</w:t>
        <w:br/>
        <w:t>f 5471/6708/5703 5475/6711/5705 5474/6712/5706</w:t>
        <w:br/>
        <w:t>f 5470/6709/5703 5471/6708/5703 5474/6712/5706</w:t>
        <w:br/>
        <w:t>f 5477/6713/5707 5472/6707/5702 5473/6710/5704</w:t>
        <w:br/>
        <w:t>f 5476/6714/5707 5477/6713/5707 5473/6710/5704</w:t>
        <w:br/>
        <w:t>f 5479/6715/5708 5477/6713/5707 5476/6714/5707</w:t>
        <w:br/>
        <w:t>f 5478/6716/5709 5479/6715/5708 5476/6714/5707</w:t>
        <w:br/>
        <w:t>f 5483/6717/5710 5482/6718/5711 5481/6719/5711</w:t>
        <w:br/>
        <w:t>f 5480/6720/5712 5483/6717/5710 5481/6719/5711</w:t>
        <w:br/>
        <w:t>f 5485/6721/5713 5481/6719/5711 5482/6718/5711</w:t>
        <w:br/>
        <w:t>f 5484/6722/5713 5485/6721/5713 5482/6718/5711</w:t>
        <w:br/>
        <w:t>f 5489/6723/5714 5488/6724/5715 5487/6725/5715</w:t>
        <w:br/>
        <w:t>f 5486/6726/5716 5489/6723/5714 5487/6725/5715</w:t>
        <w:br/>
        <w:t>f 5491/6727/5717 5489/6723/5714 5486/6726/5716</w:t>
        <w:br/>
        <w:t>f 5490/6728/5717 5491/6727/5717 5486/6726/5716</w:t>
        <w:br/>
        <w:t>f 5488/6724/5715 5493/6729/5718 5492/6730/5718</w:t>
        <w:br/>
        <w:t>f 5487/6725/5715 5488/6724/5715 5492/6730/5718</w:t>
        <w:br/>
        <w:t>f 5480/6720/5712 5492/6730/5718 5493/6729/5718</w:t>
        <w:br/>
        <w:t>f 5483/6717/5710 5480/6720/5712 5493/6729/5718</w:t>
        <w:br/>
        <w:t>f 5479/6715/5708 5478/6716/5709 5494/6731/5719</w:t>
        <w:br/>
        <w:t>f 5478/6716/5709 5496/6732/5720 5495/6733/5721</w:t>
        <w:br/>
        <w:t>f 5475/6711/5705 5498/6734/5722 5497/6735/5722</w:t>
        <w:br/>
        <w:t>f 5474/6712/5706 5475/6711/5705 5497/6735/5722</w:t>
        <w:br/>
        <w:t>f 5490/6728/5717 5500/6736/5723 5499/6737/5723</w:t>
        <w:br/>
        <w:t>f 5491/6727/5717 5490/6728/5717 5499/6737/5723</w:t>
        <w:br/>
        <w:t>f 5484/6722/5713 5502/6738/5724 5501/6739/5724</w:t>
        <w:br/>
        <w:t>f 5485/6721/5713 5484/6722/5713 5501/6739/5724</w:t>
        <w:br/>
        <w:t>f 5494/6731/5719 5478/6716/5709 5495/6733/5721</w:t>
        <w:br/>
        <w:t>f 5839/6740/5725 5838/6741/5726 5837/6742/5727</w:t>
        <w:br/>
        <w:t>f 5836/6743/5728 5839/6740/5725 5837/6742/5727</w:t>
        <w:br/>
        <w:t>f 5842/6744/5729 5841/6745/5729 5840/6746/5730</w:t>
        <w:br/>
        <w:t>f 5843/6747/5730 5842/6744/5729 5840/6746/5730</w:t>
        <w:br/>
        <w:t>f 5846/6748/5731 5845/6749/5731 5844/6750/5732</w:t>
        <w:br/>
        <w:t>f 5847/6751/5732 5846/6748/5731 5844/6750/5732</w:t>
        <w:br/>
        <w:t>f 5849/6752/5733 5848/6753/5733 5843/6747/5730</w:t>
        <w:br/>
        <w:t>f 5840/6746/5730 5849/6752/5733 5843/6747/5730</w:t>
        <w:br/>
        <w:t>f 5852/6754/5734 5851/6755/5735 5850/6756/5735</w:t>
        <w:br/>
        <w:t>f 5853/6757/5734 5852/6754/5734 5850/6756/5735</w:t>
        <w:br/>
        <w:t>f 5856/6758/5736 5855/6759/5736 5854/6760/5737</w:t>
        <w:br/>
        <w:t>f 5857/6761/5737 5856/6758/5736 5854/6760/5737</w:t>
        <w:br/>
        <w:t>f 5853/6757/5734 5837/6742/5727 5838/6741/5726</w:t>
        <w:br/>
        <w:t>f 5852/6754/5734 5853/6757/5734 5838/6741/5726</w:t>
        <w:br/>
        <w:t>f 5859/6762/5738 5858/6763/5738 5855/6759/5736</w:t>
        <w:br/>
        <w:t>f 5856/6758/5736 5859/6762/5738 5855/6759/5736</w:t>
        <w:br/>
        <w:t>f 5862/6764/5739 5861/6765/5740 5860/6766/5741</w:t>
        <w:br/>
        <w:t>f 5863/6767/5741 5862/6764/5739 5860/6766/5741</w:t>
        <w:br/>
        <w:t>f 5866/6768/5742 5865/6769/5742 5864/6770/5743</w:t>
        <w:br/>
        <w:t>f 5867/6771/5743 5866/6768/5742 5864/6770/5743</w:t>
        <w:br/>
        <w:t>f 5870/6772/5744 5869/6773/5745 5868/6774/5746</w:t>
        <w:br/>
        <w:t>f 5871/6775/5747 5870/6772/5744 5868/6774/5746</w:t>
        <w:br/>
        <w:t>f 5873/6776/5748 5872/6777/5749 5871/6775/5747</w:t>
        <w:br/>
        <w:t>f 5868/6774/5746 5873/6776/5748 5871/6775/5747</w:t>
        <w:br/>
        <w:t>f 5876/6778/5750 5875/6779/5750 5874/6780/5751</w:t>
        <w:br/>
        <w:t>f 5877/6781/5751 5876/6778/5750 5874/6780/5751</w:t>
        <w:br/>
        <w:t>f 5880/6782/5752 5879/6783/5753 5878/6784/5753</w:t>
        <w:br/>
        <w:t>f 5881/6785/5752 5880/6782/5752 5878/6784/5753</w:t>
        <w:br/>
        <w:t>f 5875/6779/5750 5876/6778/5750 5882/6786/5754</w:t>
        <w:br/>
        <w:t>f 5883/6787/5754 5875/6779/5750 5882/6786/5754</w:t>
        <w:br/>
        <w:t>f 5878/6784/5753 5879/6783/5753 5867/6771/5743</w:t>
        <w:br/>
        <w:t>f 5864/6770/5743 5878/6784/5753 5867/6771/5743</w:t>
        <w:br/>
        <w:t>f 5874/6780/5751 5885/6788/5755 5884/6789/5756</w:t>
        <w:br/>
        <w:t>f 5877/6781/5751 5874/6780/5751 5884/6789/5756</w:t>
        <w:br/>
        <w:t>f 5886/6790/5757 5880/6782/5752 5881/6785/5752</w:t>
        <w:br/>
        <w:t>f 5887/6791/5757 5886/6790/5757 5881/6785/5752</w:t>
        <w:br/>
        <w:t>f 5890/6792/5758 5889/6793/5758 5888/6794/5758</w:t>
        <w:br/>
        <w:t>f 5891/6795/5758 5890/6792/5758 5888/6794/5758</w:t>
        <w:br/>
        <w:t>f 5895/6796/5759 5894/6797/5759 5893/6798/5759</w:t>
        <w:br/>
        <w:t>f 5892/6799/5759 5895/6796/5759 5893/6798/5759</w:t>
        <w:br/>
        <w:t>f 5899/6800/5758 5898/6801/5758 5897/6802/5758</w:t>
        <w:br/>
        <w:t>f 5896/6803/5758 5899/6800/5758 5897/6802/5758</w:t>
        <w:br/>
        <w:t>f 5903/6804/5759 5902/6805/5759 5901/6806/5759</w:t>
        <w:br/>
        <w:t>f 5900/6807/5759 5903/6804/5759 5901/6806/5759</w:t>
        <w:br/>
        <w:t>f 5906/6808/5758 5905/6809/5758 5904/6810/5758</w:t>
        <w:br/>
        <w:t>f 5907/6811/5758 5906/6808/5758 5904/6810/5758</w:t>
        <w:br/>
        <w:t>f 5911/6812/5759 5910/6813/5759 5909/6814/5759</w:t>
        <w:br/>
        <w:t>f 5908/6815/5759 5911/6812/5759 5909/6814/5759</w:t>
        <w:br/>
        <w:t>f 5915/6816/5759 5914/6817/5759 5913/6818/5759</w:t>
        <w:br/>
        <w:t>f 5912/6819/5759 5915/6816/5759 5913/6818/5759</w:t>
        <w:br/>
        <w:t>f 5918/6820/5758 5917/6821/5758 5916/6822/5758</w:t>
        <w:br/>
        <w:t>f 5919/6823/5758 5918/6820/5758 5916/6822/5758</w:t>
        <w:br/>
        <w:t>f 5922/6824/5760 5921/6825/5761 5920/6826/5758</w:t>
        <w:br/>
        <w:t>f 5923/6827/5758 5922/6824/5760 5920/6826/5758</w:t>
        <w:br/>
        <w:t>f 5927/6828/5759 5926/6829/5762 5925/6830/5763</w:t>
        <w:br/>
        <w:t>f 5924/6831/5759 5927/6828/5759 5925/6830/5763</w:t>
        <w:br/>
        <w:t>f 5931/6832/5764 5930/6833/5764 5929/6834/5759</w:t>
        <w:br/>
        <w:t>f 5928/6835/5759 5931/6832/5764 5929/6834/5759</w:t>
        <w:br/>
        <w:t>f 5935/6836/5765 5934/6837/5758 5933/6838/5758</w:t>
        <w:br/>
        <w:t>f 5932/6839/5765 5935/6836/5765 5933/6838/5758</w:t>
        <w:br/>
        <w:t>f 5920/6826/5758 5937/6840/5758 5936/6841/5758</w:t>
        <w:br/>
        <w:t>f 5923/6827/5758 5920/6826/5758 5936/6841/5758</w:t>
        <w:br/>
        <w:t>f 5924/6831/5759 5893/6798/5759 5894/6797/5759</w:t>
        <w:br/>
        <w:t>f 5927/6828/5759 5924/6831/5759 5894/6797/5759</w:t>
        <w:br/>
        <w:t>f 5928/6835/5759 5929/6834/5759 5938/6842/5759</w:t>
        <w:br/>
        <w:t>f 5939/6843/5759 5928/6835/5759 5938/6842/5759</w:t>
        <w:br/>
        <w:t>f 5898/6801/5758 5933/6838/5758 5934/6837/5758</w:t>
        <w:br/>
        <w:t>f 5897/6802/5758 5898/6801/5758 5934/6837/5758</w:t>
        <w:br/>
        <w:t>f 5921/6825/5761 5922/6824/5760 5941/6844/5766</w:t>
        <w:br/>
        <w:t>f 5940/6845/5767 5921/6825/5761 5941/6844/5766</w:t>
        <w:br/>
        <w:t>f 5931/6832/5764 5943/6846/5768 5942/6847/5769</w:t>
        <w:br/>
        <w:t>f 5930/6833/5764 5931/6832/5764 5942/6847/5769</w:t>
        <w:br/>
        <w:t>f 5850/6756/5735 5851/6755/5735 5944/6848/5770</w:t>
        <w:br/>
        <w:t>f 5945/6849/5770 5850/6756/5735 5944/6848/5770</w:t>
        <w:br/>
        <w:t>f 5946/6850/5771 5857/6761/5737 5854/6760/5737</w:t>
        <w:br/>
        <w:t>f 5947/6851/5771 5946/6850/5771 5854/6760/5737</w:t>
        <w:br/>
        <w:t>f 5926/6829/5762 5949/6852/5772 5948/6853/5773</w:t>
        <w:br/>
        <w:t>f 5925/6830/5763 5926/6829/5762 5948/6853/5773</w:t>
        <w:br/>
        <w:t>f 5935/6836/5765 5932/6839/5765 5950/6854/5774</w:t>
        <w:br/>
        <w:t>f 5951/6855/5775 5935/6836/5765 5950/6854/5774</w:t>
        <w:br/>
        <w:t>f 5841/6745/5729 5842/6744/5729 5858/6763/5738</w:t>
        <w:br/>
        <w:t>f 5859/6762/5738 5841/6745/5729 5858/6763/5738</w:t>
        <w:br/>
        <w:t>f 5953/6856/5776 5952/6857/5776 5865/6769/5742</w:t>
        <w:br/>
        <w:t>f 5866/6768/5742 5953/6856/5776 5865/6769/5742</w:t>
        <w:br/>
        <w:t>f 5917/6821/5758 5899/6800/5758 5896/6803/5758</w:t>
        <w:br/>
        <w:t>f 5916/6822/5758 5917/6821/5758 5896/6803/5758</w:t>
        <w:br/>
        <w:t>f 5939/6843/5759 5938/6842/5759 5900/6807/5759</w:t>
        <w:br/>
        <w:t>f 5901/6806/5759 5939/6843/5759 5900/6807/5759</w:t>
        <w:br/>
        <w:t>f 5954/6858/5777 5848/6753/5733 5849/6752/5733</w:t>
        <w:br/>
        <w:t>f 5955/6859/5778 5954/6858/5777 5849/6752/5733</w:t>
        <w:br/>
        <w:t>f 5953/6856/5776 5872/6777/5749 5873/6776/5748</w:t>
        <w:br/>
        <w:t>f 5952/6857/5776 5953/6856/5776 5873/6776/5748</w:t>
        <w:br/>
        <w:t>f 5912/6819/5759 5913/6818/5759 5902/6805/5759</w:t>
        <w:br/>
        <w:t>f 5903/6804/5759 5912/6819/5759 5902/6805/5759</w:t>
        <w:br/>
        <w:t>f 5919/6823/5758 5907/6811/5758 5904/6810/5758</w:t>
        <w:br/>
        <w:t>f 5918/6820/5758 5919/6823/5758 5904/6810/5758</w:t>
        <w:br/>
        <w:t>f 5954/6858/5777 5955/6859/5778 5845/6749/5731</w:t>
        <w:br/>
        <w:t>f 5846/6748/5731 5954/6858/5777 5845/6749/5731</w:t>
        <w:br/>
        <w:t>f 5869/6773/5745 5870/6772/5744 5861/6765/5740</w:t>
        <w:br/>
        <w:t>f 5862/6764/5739 5869/6773/5745 5861/6765/5740</w:t>
        <w:br/>
        <w:t>f 5905/6809/5758 5906/6808/5758 5889/6793/5758</w:t>
        <w:br/>
        <w:t>f 5890/6792/5758 5905/6809/5758 5889/6793/5758</w:t>
        <w:br/>
        <w:t>f 5908/6815/5759 5914/6817/5759 5915/6816/5759</w:t>
        <w:br/>
        <w:t>f 5911/6812/5759 5908/6815/5759 5915/6816/5759</w:t>
        <w:br/>
        <w:t>f 5836/6743/5728 5847/6751/5732 5844/6750/5732</w:t>
        <w:br/>
        <w:t>f 5839/6740/5725 5836/6743/5728 5844/6750/5732</w:t>
        <w:br/>
        <w:t>f 5883/6787/5754 5882/6786/5754 5863/6767/5741</w:t>
        <w:br/>
        <w:t>f 5860/6766/5741 5883/6787/5754 5863/6767/5741</w:t>
        <w:br/>
        <w:t>f 5891/6795/5758 5888/6794/5758 5936/6841/5758</w:t>
        <w:br/>
        <w:t>f 5937/6840/5758 5891/6795/5758 5936/6841/5758</w:t>
        <w:br/>
        <w:t>f 5910/6813/5759 5895/6796/5759 5892/6799/5759</w:t>
        <w:br/>
        <w:t>f 5909/6814/5759 5910/6813/5759 5892/6799/5759</w:t>
        <w:br/>
        <w:t>f 7065/6860/5779 7064/6861/5780 7063/6862/5781</w:t>
        <w:br/>
        <w:t>f 7066/6863/5779 7065/6860/5779 7063/6862/5781</w:t>
        <w:br/>
        <w:t>f 7069/6864/5782 7068/6865/5783 7067/6866/5783</w:t>
        <w:br/>
        <w:t>f 7070/6867/5784 7069/6864/5782 7067/6866/5783</w:t>
        <w:br/>
        <w:t>f 7072/6868/5785 7071/6869/5786 7065/6860/5779</w:t>
        <w:br/>
        <w:t>f 7066/6863/5779 7072/6868/5785 7065/6860/5779</w:t>
        <w:br/>
        <w:t>f 7074/6870/5787 7073/6871/5787 7069/6864/5782</w:t>
        <w:br/>
        <w:t>f 7070/6867/5784 7074/6870/5787 7069/6864/5782</w:t>
        <w:br/>
        <w:t>f 7077/6872/5788 7076/6873/5788 7075/6874/5789</w:t>
        <w:br/>
        <w:t>f 7078/6875/5790 7077/6872/5788 7075/6874/5789</w:t>
        <w:br/>
        <w:t>f 7078/6875/5790 7075/6874/5789 7063/6862/5781</w:t>
        <w:br/>
        <w:t>f 7064/6861/5780 7078/6875/5790 7063/6862/5781</w:t>
        <w:br/>
        <w:t>f 7067/6866/5783 7068/6865/5783 7079/6876/5791</w:t>
        <w:br/>
        <w:t>f 7080/6877/5791 7067/6866/5783 7079/6876/5791</w:t>
        <w:br/>
        <w:t>f 7083/6878/5792 7082/6879/5793 7081/6880/5794</w:t>
        <w:br/>
        <w:t>f 7084/6881/5795 7083/6878/5792 7081/6880/5794</w:t>
        <w:br/>
        <w:t>f 7087/6882/5796 7086/6883/5797 7085/6884/5798</w:t>
        <w:br/>
        <w:t>f 7088/6885/5799 7087/6882/5796 7085/6884/5798</w:t>
        <w:br/>
        <w:t>f 7092/6886/5800 7091/6887/5801 7090/6888/5802</w:t>
        <w:br/>
        <w:t>f 7089/6889/5803 7092/6886/5800 7090/6888/5802</w:t>
        <w:br/>
        <w:t>f 7095/6890/5804 7094/6891/5805 7093/6892/5806</w:t>
        <w:br/>
        <w:t>f 7096/6893/5807 7095/6890/5804 7093/6892/5806</w:t>
        <w:br/>
        <w:t>f 7086/6883/5797 7087/6882/5796 7097/6894/5808</w:t>
        <w:br/>
        <w:t>f 7098/6895/5809 7086/6883/5797 7097/6894/5808</w:t>
        <w:br/>
        <w:t>f 7082/6879/5793 7100/6896/5810 7099/6897/5811</w:t>
        <w:br/>
        <w:t>f 7081/6880/5794 7082/6879/5793 7099/6897/5811</w:t>
        <w:br/>
        <w:t>f 7099/6897/5811 7100/6896/5810 7091/6887/5801</w:t>
        <w:br/>
        <w:t>f 7092/6886/5800 7099/6897/5811 7091/6887/5801</w:t>
        <w:br/>
        <w:t>f 7097/6894/5808 7095/6890/5804 7096/6893/5807</w:t>
        <w:br/>
        <w:t>f 7098/6895/5809 7097/6894/5808 7096/6893/5807</w:t>
        <w:br/>
        <w:t>f 7088/6885/5799 7085/6884/5798 7102/6898/5812</w:t>
        <w:br/>
        <w:t>f 7101/6899/5813 7088/6885/5799 7102/6898/5812</w:t>
        <w:br/>
        <w:t>f 7103/6900/5814 7083/6878/5792 7084/6881/5795</w:t>
        <w:br/>
        <w:t>f 7104/6901/5815 7103/6900/5814 7084/6881/5795</w:t>
        <w:br/>
        <w:t>f 7089/6889/5803 7090/6888/5802 7105/6902/5816</w:t>
        <w:br/>
        <w:t>f 7104/6901/5815 7089/6889/5803 7105/6902/5816</w:t>
        <w:br/>
        <w:t>f 7094/6891/5805 7101/6899/5813 7106/6903/5817</w:t>
        <w:br/>
        <w:t>f 7093/6892/5806 7094/6891/5805 7106/6903/5817</w:t>
        <w:br/>
        <w:t>f 7079/6876/5791 7108/6904/5818 7107/6905/5819</w:t>
        <w:br/>
        <w:t>f 7080/6877/5791 7079/6876/5791 7107/6905/5819</w:t>
        <w:br/>
        <w:t>f 7102/6898/5812 7110/6906/5820 7109/6907/5821</w:t>
        <w:br/>
        <w:t>f 7101/6899/5813 7102/6898/5812 7109/6907/5821</w:t>
        <w:br/>
        <w:t>f 7112/6908/5822 7103/6900/5814 7104/6901/5815</w:t>
        <w:br/>
        <w:t>f 7111/6909/5823 7112/6908/5822 7104/6901/5815</w:t>
        <w:br/>
        <w:t>f 7111/6909/5823 7104/6901/5815 7105/6902/5816</w:t>
        <w:br/>
        <w:t>f 7113/6910/5824 7111/6909/5823 7105/6902/5816</w:t>
        <w:br/>
        <w:t>f 7109/6907/5821 7114/6911/5825 7106/6903/5817</w:t>
        <w:br/>
        <w:t>f 7101/6899/5813 7109/6907/5821 7106/6903/5817</w:t>
        <w:br/>
        <w:t>f 7081/6880/5794 7235/6912/5826 7084/6881/5795</w:t>
        <w:br/>
        <w:t>f 7089/6889/5803 7235/6912/5826 7092/6886/5800</w:t>
        <w:br/>
        <w:t>f 7099/6897/5811 7235/6912/5826 7081/6880/5794</w:t>
        <w:br/>
        <w:t>f 7092/6886/5800 7235/6912/5826 7099/6897/5811</w:t>
        <w:br/>
        <w:t>f 7084/6881/5795 7235/6912/5826 7104/6901/5815</w:t>
        <w:br/>
        <w:t>f 7104/6901/5815 7235/6912/5826 7089/6889/5803</w:t>
        <w:br/>
        <w:t>f 7088/6885/5799 7236/6913/5827 7087/6882/5796</w:t>
        <w:br/>
        <w:t>f 7095/6890/5804 7236/6913/5827 7094/6891/5805</w:t>
        <w:br/>
        <w:t>f 7087/6882/5796 7236/6913/5827 7097/6894/5808</w:t>
        <w:br/>
        <w:t>f 7097/6894/5808 7236/6913/5827 7095/6890/5804</w:t>
        <w:br/>
        <w:t>f 7101/6899/5813 7236/6913/5827 7088/6885/5799</w:t>
        <w:br/>
        <w:t>f 7094/6891/5805 7236/6913/5827 7101/6899/5813</w:t>
        <w:br/>
        <w:t>f 7389/6914/5828 7388/6915/5829 7387/6916/5830</w:t>
        <w:br/>
        <w:t>f 7390/6917/5831 7389/6914/5828 7387/6916/5830</w:t>
        <w:br/>
        <w:t>f 7389/6914/5828 7392/6918/5832 7391/6919/5832</w:t>
        <w:br/>
        <w:t>f 7388/6915/5829 7389/6914/5828 7391/6919/5832</w:t>
        <w:br/>
        <w:t>f 7392/6918/5832 7394/6920/5833 7393/6921/5833</w:t>
        <w:br/>
        <w:t>f 7391/6919/5832 7392/6918/5832 7393/6921/5833</w:t>
        <w:br/>
        <w:t>f 7398/6922/5834 7397/6923/5835 7396/6924/5835</w:t>
        <w:br/>
        <w:t>f 7395/6925/5836 7398/6922/5834 7396/6924/5835</w:t>
        <w:br/>
        <w:t>f 7402/6926/5837 7401/6927/5838 7400/6928/5838</w:t>
        <w:br/>
        <w:t>f 7399/6929/5839 7402/6926/5837 7400/6928/5838</w:t>
        <w:br/>
        <w:t>f 7405/6930/5840 7404/6931/5840 7403/6932/5841</w:t>
        <w:br/>
        <w:t>f 7406/6933/5842 7405/6930/5840 7403/6932/5841</w:t>
        <w:br/>
        <w:t>f 7404/6931/5840 7405/6930/5840 7390/6917/5831</w:t>
        <w:br/>
        <w:t>f 7387/6916/5830 7404/6931/5840 7390/6917/5831</w:t>
        <w:br/>
        <w:t>f 7407/6934/5843 7402/6926/5837 7399/6929/5839</w:t>
        <w:br/>
        <w:t>f 7408/6935/5844 7407/6934/5843 7399/6929/5839</w:t>
        <w:br/>
        <w:t>f 7397/6923/5835 7393/6921/5833 7394/6920/5833</w:t>
        <w:br/>
        <w:t>f 7396/6924/5835 7397/6923/5835 7394/6920/5833</w:t>
        <w:br/>
        <w:t>f 7403/6932/5841 7400/6928/5838 7401/6927/5838</w:t>
        <w:br/>
        <w:t>f 7406/6933/5842 7403/6932/5841 7401/6927/5838</w:t>
        <w:br/>
        <w:t>f 7411/6936/5845 7410/6937/5846 7409/6938/5847</w:t>
        <w:br/>
        <w:t>f 7412/6939/5848 7411/6936/5845 7409/6938/5847</w:t>
        <w:br/>
        <w:t>f 7415/6940/5849 7414/6941/5850 7413/6942/5851</w:t>
        <w:br/>
        <w:t>f 7416/6943/5852 7415/6940/5849 7413/6942/5851</w:t>
        <w:br/>
        <w:t>f 7418/6944/5853 7409/6938/5847 7410/6937/5846</w:t>
        <w:br/>
        <w:t>f 7417/6945/5854 7418/6944/5853 7410/6937/5846</w:t>
        <w:br/>
        <w:t>f 7420/6946/5855 7419/6947/5856 7416/6943/5852</w:t>
        <w:br/>
        <w:t>f 7413/6942/5851 7420/6946/5855 7416/6943/5852</w:t>
        <w:br/>
        <w:t>f 7422/6948/5857 7419/6947/5856 7420/6946/5855</w:t>
        <w:br/>
        <w:t>f 7421/6949/5858 7422/6948/5857 7420/6946/5855</w:t>
        <w:br/>
        <w:t>f 7424/6950/5859 7423/6951/5860 7418/6944/5853</w:t>
        <w:br/>
        <w:t>f 7417/6945/5854 7424/6950/5859 7418/6944/5853</w:t>
        <w:br/>
        <w:t>f 7428/6952/5861 7427/6953/5862 7426/6954/5863</w:t>
        <w:br/>
        <w:t>f 7425/6955/5864 7428/6952/5861 7426/6954/5863</w:t>
        <w:br/>
        <w:t>f 7431/6956/5865 7430/6957/5866 7429/6958/5867</w:t>
        <w:br/>
        <w:t>f 7432/6959/5868 7431/6956/5865 7429/6958/5867</w:t>
        <w:br/>
        <w:t>f 7435/6960/5869 7434/6961/5870 7433/6962/5871</w:t>
        <w:br/>
        <w:t>f 7436/6963/5872 7435/6960/5869 7433/6962/5871</w:t>
        <w:br/>
        <w:t>f 7440/6964/5873 7439/6965/5874 7438/6966/5875</w:t>
        <w:br/>
        <w:t>f 7437/6967/5876 7440/6964/5873 7438/6966/5875</w:t>
        <w:br/>
        <w:t>f 7444/6968/5877 7443/6969/5878 7442/6970/5879</w:t>
        <w:br/>
        <w:t>f 7441/6971/5880 7444/6968/5877 7442/6970/5879</w:t>
        <w:br/>
        <w:t>f 7447/6972/5881 7446/6973/5882 7445/6974/5883</w:t>
        <w:br/>
        <w:t>f 7448/6975/5884 7447/6972/5881 7445/6974/5883</w:t>
        <w:br/>
        <w:t>f 7443/6969/5878 7444/6968/5877 7411/6936/5845</w:t>
        <w:br/>
        <w:t>f 7412/6939/5848 7443/6969/5878 7411/6936/5845</w:t>
        <w:br/>
        <w:t>f 7448/6975/5884 7414/6941/5850 7415/6940/5849</w:t>
        <w:br/>
        <w:t>f 7447/6972/5881 7448/6975/5884 7415/6940/5849</w:t>
        <w:br/>
        <w:t>f 7426/6954/5863 7449/6976/5885 7434/6961/5870</w:t>
        <w:br/>
        <w:t>f 7435/6960/5869 7426/6954/5863 7434/6961/5870</w:t>
        <w:br/>
        <w:t>f 7431/6956/5865 7438/6966/5875 7439/6965/5874</w:t>
        <w:br/>
        <w:t>f 7450/6977/5886 7431/6956/5865 7439/6965/5874</w:t>
        <w:br/>
        <w:t>f 7425/6955/5864 7422/6948/5857 7421/6949/5858</w:t>
        <w:br/>
        <w:t>f 7428/6952/5861 7425/6955/5864 7421/6949/5858</w:t>
        <w:br/>
        <w:t>f 7423/6951/5860 7424/6950/5859 7432/6959/5868</w:t>
        <w:br/>
        <w:t>f 7429/6958/5867 7423/6951/5860 7432/6959/5868</w:t>
        <w:br/>
        <w:t>f 7436/6963/5872 7433/6962/5871 7445/6974/5883</w:t>
        <w:br/>
        <w:t>f 7446/6973/5882 7436/6963/5872 7445/6974/5883</w:t>
        <w:br/>
        <w:t>f 7442/6970/5879 7440/6964/5873 7437/6967/5876</w:t>
        <w:br/>
        <w:t>f 7441/6971/5880 7442/6970/5879 7437/6967/5876</w:t>
        <w:br/>
        <w:t>f 7408/6935/5844 7452/6978/5887 7451/6979/5887</w:t>
        <w:br/>
        <w:t>f 7407/6934/5843 7408/6935/5844 7451/6979/5887</w:t>
        <w:br/>
        <w:t>f 7453/6980/5888 7398/6922/5834 7395/6925/5836</w:t>
        <w:br/>
        <w:t>f 7454/6981/5888 7453/6980/5888 7395/6925/5836</w:t>
        <w:br/>
        <w:t>f 7449/6976/5885 7426/6954/5863 7455/6982/5889</w:t>
        <w:br/>
        <w:t>f 7456/6983/5890 7449/6976/5885 7455/6982/5889</w:t>
        <w:br/>
        <w:t>f 7457/6984/5891 7431/6956/5865 7450/6977/5886</w:t>
        <w:br/>
        <w:t>f 7458/6985/5892 7457/6984/5891 7450/6977/5886</w:t>
        <w:br/>
        <w:t>f 7427/6953/5862 7459/6986/5893 7455/6982/5889</w:t>
        <w:br/>
        <w:t>f 7426/6954/5863 7427/6953/5862 7455/6982/5889</w:t>
        <w:br/>
        <w:t>f 7430/6957/5866 7431/6956/5865 7457/6984/5891</w:t>
        <w:br/>
        <w:t>f 7460/6987/5894 7430/6957/5866 7457/6984/5891</w:t>
        <w:br/>
        <w:t>f 7463/6988/5895 7462/6989/5896 7461/6990/5897</w:t>
        <w:br/>
        <w:t>f 7464/6991/5898 7463/6988/5895 7461/6990/5897</w:t>
        <w:br/>
        <w:t>f 7466/6992/5899 7465/6993/5900 7461/6990/5897</w:t>
        <w:br/>
        <w:t>f 7462/6989/5896 7466/6992/5899 7461/6990/5897</w:t>
        <w:br/>
        <w:t>f 7465/6993/5900 7466/6992/5899 7467/6994/5901</w:t>
        <w:br/>
        <w:t>f 7468/6995/5902 7465/6993/5900 7467/6994/5901</w:t>
        <w:br/>
        <w:t>f 7472/6996/5903 7471/6997/5904 7470/6998/5905</w:t>
        <w:br/>
        <w:t>f 7469/6999/5905 7472/6996/5903 7470/6998/5905</w:t>
        <w:br/>
        <w:t>f 7472/6996/5903 7474/7000/5906 7473/7001/5906</w:t>
        <w:br/>
        <w:t>f 7471/6997/5904 7472/6996/5903 7473/7001/5906</w:t>
        <w:br/>
        <w:t>f 7473/7001/5906 7474/7000/5906 7463/6988/5895</w:t>
        <w:br/>
        <w:t>f 7464/6991/5898 7473/7001/5906 7463/6988/5895</w:t>
        <w:br/>
        <w:t>f 7478/7002/5907 7477/7003/5908 7476/7004/5909</w:t>
        <w:br/>
        <w:t>f 7475/7005/5910 7478/7002/5907 7476/7004/5909</w:t>
        <w:br/>
        <w:t>f 7481/7006/5911 7480/7007/5912 7479/7008/5913</w:t>
        <w:br/>
        <w:t>f 7482/7009/5914 7481/7006/5911 7479/7008/5913</w:t>
        <w:br/>
        <w:t>f 7483/7010/5915 7478/7002/5907 7475/7005/5910</w:t>
        <w:br/>
        <w:t>f 7484/7011/5916 7483/7010/5915 7475/7005/5910</w:t>
        <w:br/>
        <w:t>f 7482/7009/5914 7479/7008/5913 7486/7012/5917</w:t>
        <w:br/>
        <w:t>f 7485/7013/5918 7482/7009/5914 7486/7012/5917</w:t>
        <w:br/>
        <w:t>f 7488/7014/5919 7487/7015/5920 7483/7010/5915</w:t>
        <w:br/>
        <w:t>f 7484/7011/5916 7488/7014/5919 7483/7010/5915</w:t>
        <w:br/>
        <w:t>f 7490/7016/5921 7485/7013/5918 7486/7012/5917</w:t>
        <w:br/>
        <w:t>f 7489/7017/5922 7490/7016/5921 7486/7012/5917</w:t>
        <w:br/>
        <w:t>f 7494/7018/5923 7493/7019/5924 7492/7020/5925</w:t>
        <w:br/>
        <w:t>f 7491/7021/5926 7494/7018/5923 7492/7020/5925</w:t>
        <w:br/>
        <w:t>f 7497/7022/5927 7496/7023/5928 7495/7024/5929</w:t>
        <w:br/>
        <w:t>f 7498/7025/5930 7497/7022/5927 7495/7024/5929</w:t>
        <w:br/>
        <w:t>f 7494/7018/5923 7491/7021/5926 7499/7026/5931</w:t>
        <w:br/>
        <w:t>f 7500/7027/5932 7494/7018/5923 7499/7026/5931</w:t>
        <w:br/>
        <w:t>f 7495/7024/5929 7502/7028/5933 7501/7029/5934</w:t>
        <w:br/>
        <w:t>f 7498/7025/5930 7495/7024/5929 7501/7029/5934</w:t>
        <w:br/>
        <w:t>f 7500/7027/5932 7499/7026/5931 7476/7004/5909</w:t>
        <w:br/>
        <w:t>f 7477/7003/5908 7500/7027/5932 7476/7004/5909</w:t>
        <w:br/>
        <w:t>f 7502/7028/5933 7480/7007/5912 7481/7006/5911</w:t>
        <w:br/>
        <w:t>f 7501/7029/5934 7502/7028/5933 7481/7006/5911</w:t>
        <w:br/>
        <w:t>f 7504/7030/5935 7503/7031/5936 7468/6995/5902</w:t>
        <w:br/>
        <w:t>f 7467/6994/5901 7504/7030/5935 7468/6995/5902</w:t>
        <w:br/>
        <w:t>f 7469/6999/5905 7470/6998/5905 7506/7032/5937</w:t>
        <w:br/>
        <w:t>f 7505/7033/5938 7469/6999/5905 7506/7032/5937</w:t>
        <w:br/>
        <w:t>f 7487/7015/5920 7488/7014/5919 7507/7034/5939</w:t>
        <w:br/>
        <w:t>f 7508/7035/5940 7487/7015/5920 7507/7034/5939</w:t>
        <w:br/>
        <w:t>f 7510/7036/5941 7490/7016/5921 7489/7017/5922</w:t>
        <w:br/>
        <w:t>f 7509/7037/5942 7510/7036/5941 7489/7017/5922</w:t>
        <w:br/>
        <w:t>f 7493/7019/5924 7511/7038/5943 7507/7034/5939</w:t>
        <w:br/>
        <w:t>f 7492/7020/5925 7493/7019/5924 7507/7034/5939</w:t>
        <w:br/>
        <w:t>f 7496/7023/5928 7497/7022/5927 7510/7036/5941</w:t>
        <w:br/>
        <w:t>f 7512/7039/5944 7496/7023/5928 7510/7036/5941</w:t>
        <w:br/>
        <w:t>f 7415/6940/5849 7416/6943/5852 7513/7040/5945</w:t>
        <w:br/>
        <w:t>f 7416/6943/5852 7419/6947/5856 7513/7040/5945</w:t>
        <w:br/>
        <w:t>f 7419/6947/5856 7422/6948/5857 7513/7040/5945</w:t>
        <w:br/>
        <w:t>f 7425/6955/5864 7426/6954/5863 7513/7040/5945</w:t>
        <w:br/>
        <w:t>f 7435/6960/5869 7436/6963/5872 7513/7040/5945</w:t>
        <w:br/>
        <w:t>f 7446/6973/5882 7447/6972/5881 7513/7040/5945</w:t>
        <w:br/>
        <w:t>f 7447/6972/5881 7415/6940/5849 7513/7040/5945</w:t>
        <w:br/>
        <w:t>f 7426/6954/5863 7435/6960/5869 7513/7040/5945</w:t>
        <w:br/>
        <w:t>f 7422/6948/5857 7425/6955/5864 7513/7040/5945</w:t>
        <w:br/>
        <w:t>f 7436/6963/5872 7446/6973/5882 7513/7040/5945</w:t>
        <w:br/>
        <w:t>f 7410/6937/5846 7411/6936/5845 7514/7041/5946</w:t>
        <w:br/>
        <w:t>f 7417/6945/5854 7410/6937/5846 7514/7041/5946</w:t>
        <w:br/>
        <w:t>f 7424/6950/5859 7417/6945/5854 7514/7041/5946</w:t>
        <w:br/>
        <w:t>f 7431/6956/5865 7432/6959/5868 7514/7041/5946</w:t>
        <w:br/>
        <w:t>f 7437/6967/5876 7438/6966/5875 7514/7041/5946</w:t>
        <w:br/>
        <w:t>f 7444/6968/5877 7441/6971/5880 7514/7041/5946</w:t>
        <w:br/>
        <w:t>f 7411/6936/5845 7444/6968/5877 7514/7041/5946</w:t>
        <w:br/>
        <w:t>f 7438/6966/5875 7431/6956/5865 7514/7041/5946</w:t>
        <w:br/>
        <w:t>f 7432/6959/5868 7424/6950/5859 7514/7041/5946</w:t>
        <w:br/>
        <w:t>f 7441/6971/5880 7437/6967/5876 7514/7041/5946</w:t>
        <w:br/>
        <w:t>f 7510/7036/5941 7497/7022/5927 7515/7042/5947</w:t>
        <w:br/>
        <w:t>f 7481/7006/5911 7482/7009/5914 7515/7042/5947</w:t>
        <w:br/>
        <w:t>f 7482/7009/5914 7485/7013/5918 7515/7042/5947</w:t>
        <w:br/>
        <w:t>f 7485/7013/5918 7490/7016/5921 7515/7042/5947</w:t>
        <w:br/>
        <w:t>f 7490/7016/5921 7510/7036/5941 7515/7042/5947</w:t>
        <w:br/>
        <w:t>f 7497/7022/5927 7498/7025/5930 7515/7042/5947</w:t>
        <w:br/>
        <w:t>f 7498/7025/5930 7501/7029/5934 7515/7042/5947</w:t>
        <w:br/>
        <w:t>f 7501/7029/5934 7481/7006/5911 7515/7042/5947</w:t>
        <w:br/>
        <w:t>f 7475/7005/5910 7476/7004/5909 7516/7043/5948</w:t>
        <w:br/>
        <w:t>f 7484/7011/5916 7475/7005/5910 7516/7043/5948</w:t>
        <w:br/>
        <w:t>f 7488/7014/5919 7484/7011/5916 7516/7043/5948</w:t>
        <w:br/>
        <w:t>f 7507/7034/5939 7488/7014/5919 7516/7043/5948</w:t>
        <w:br/>
        <w:t>f 7492/7020/5925 7507/7034/5939 7516/7043/5948</w:t>
        <w:br/>
        <w:t>f 7491/7021/5926 7492/7020/5925 7516/7043/5948</w:t>
        <w:br/>
        <w:t>f 7499/7026/5931 7491/7021/5926 7516/7043/5948</w:t>
        <w:br/>
        <w:t>f 7476/7004/5909 7499/7026/5931 7516/7043/5948</w:t>
        <w:br/>
        <w:t>f 7655/7044/5949 7654/7045/5949 7653/7046/5950</w:t>
        <w:br/>
        <w:t>f 7656/7047/5951 7655/7044/5949 7653/7046/5950</w:t>
        <w:br/>
        <w:t>f 7660/7048/5952 7659/7049/5953 7658/7050/5954</w:t>
        <w:br/>
        <w:t>f 7657/7051/5955 7660/7048/5952 7658/7050/5954</w:t>
        <w:br/>
        <w:t>f 7655/7044/5949 7662/7052/5956 7661/7053/5957</w:t>
        <w:br/>
        <w:t>f 7654/7045/5949 7655/7044/5949 7661/7053/5957</w:t>
        <w:br/>
        <w:t>f 7658/7050/5954 7664/7054/5958 7663/7055/5959</w:t>
        <w:br/>
        <w:t>f 7657/7051/5955 7658/7050/5954 7663/7055/5959</w:t>
        <w:br/>
        <w:t>f 7667/7056/5960 7666/7057/5960 7665/7058/5961</w:t>
        <w:br/>
        <w:t>f 7668/7059/5962 7667/7056/5960 7665/7058/5961</w:t>
        <w:br/>
        <w:t>f 7667/7056/5960 7656/7047/5951 7653/7046/5950</w:t>
        <w:br/>
        <w:t>f 7666/7057/5960 7667/7056/5960 7653/7046/5950</w:t>
        <w:br/>
        <w:t>f 7669/7060/5963 7659/7049/5953 7660/7048/5952</w:t>
        <w:br/>
        <w:t>f 7670/7061/5963 7669/7060/5963 7660/7048/5952</w:t>
        <w:br/>
        <w:t>f 7674/7062/5964 7673/7063/5965 7672/7064/5966</w:t>
        <w:br/>
        <w:t>f 7671/7065/5967 7674/7062/5964 7672/7064/5966</w:t>
        <w:br/>
        <w:t>f 7677/7066/5968 7676/7067/5969 7675/7068/5970</w:t>
        <w:br/>
        <w:t>f 7678/7069/5971 7677/7066/5968 7675/7068/5970</w:t>
        <w:br/>
        <w:t>f 7682/7070/5972 7681/7071/5973 7680/7072/5974</w:t>
        <w:br/>
        <w:t>f 7679/7073/5975 7682/7070/5972 7680/7072/5974</w:t>
        <w:br/>
        <w:t>f 7686/7074/5976 7685/7075/5977 7684/7076/5978</w:t>
        <w:br/>
        <w:t>f 7683/7077/5979 7686/7074/5976 7684/7076/5978</w:t>
        <w:br/>
        <w:t>f 7676/7067/5969 7688/7078/5980 7687/7079/5981</w:t>
        <w:br/>
        <w:t>f 7675/7068/5970 7676/7067/5969 7687/7079/5981</w:t>
        <w:br/>
        <w:t>f 7690/7080/5982 7689/7081/5983 7671/7065/5967</w:t>
        <w:br/>
        <w:t>f 7672/7064/5966 7690/7080/5982 7671/7065/5967</w:t>
        <w:br/>
        <w:t>f 7690/7080/5982 7682/7070/5972 7679/7073/5975</w:t>
        <w:br/>
        <w:t>f 7689/7081/5983 7690/7080/5982 7679/7073/5975</w:t>
        <w:br/>
        <w:t>f 7687/7079/5981 7688/7078/5980 7685/7075/5977</w:t>
        <w:br/>
        <w:t>f 7686/7074/5976 7687/7079/5981 7685/7075/5977</w:t>
        <w:br/>
        <w:t>f 7691/7082/5984 7677/7066/5968 7678/7069/5971</w:t>
        <w:br/>
        <w:t>f 7692/7083/5985 7691/7082/5984 7678/7069/5971</w:t>
        <w:br/>
        <w:t>f 7673/7063/5965 7674/7062/5964 7693/7084/5986</w:t>
        <w:br/>
        <w:t>f 7694/7085/5987 7673/7063/5965 7693/7084/5986</w:t>
        <w:br/>
        <w:t>f 7681/7071/5973 7694/7085/5987 7695/7086/5988</w:t>
        <w:br/>
        <w:t>f 7680/7072/5974 7681/7071/5973 7695/7086/5988</w:t>
        <w:br/>
        <w:t>f 7696/7087/5989 7692/7083/5985 7683/7077/5979</w:t>
        <w:br/>
        <w:t>f 7684/7076/5978 7696/7087/5989 7683/7077/5979</w:t>
        <w:br/>
        <w:t>f 7698/7088/5990 7697/7089/5990 7669/7060/5963</w:t>
        <w:br/>
        <w:t>f 7670/7061/5963 7698/7088/5990 7669/7060/5963</w:t>
        <w:br/>
        <w:t>f 7700/7090/5991 7699/7091/5992 7691/7082/5984</w:t>
        <w:br/>
        <w:t>f 7692/7083/5985 7700/7090/5991 7691/7082/5984</w:t>
        <w:br/>
        <w:t>f 7701/7092/5993 7694/7085/5987 7693/7084/5986</w:t>
        <w:br/>
        <w:t>f 7702/7093/5994 7701/7092/5993 7693/7084/5986</w:t>
        <w:br/>
        <w:t>f 7701/7092/5993 7703/7094/5995 7695/7086/5988</w:t>
        <w:br/>
        <w:t>f 7694/7085/5987 7701/7092/5993 7695/7086/5988</w:t>
        <w:br/>
        <w:t>f 7700/7090/5991 7692/7083/5985 7696/7087/5989</w:t>
        <w:br/>
        <w:t>f 7704/7095/5996 7700/7090/5991 7696/7087/5989</w:t>
        <w:br/>
        <w:t>f 7673/7063/5965 7825/7096/5997 7672/7064/5966</w:t>
        <w:br/>
        <w:t>f 7682/7070/5972 7825/7096/5997 7681/7071/5973</w:t>
        <w:br/>
        <w:t>f 7672/7064/5966 7825/7096/5997 7690/7080/5982</w:t>
        <w:br/>
        <w:t>f 7690/7080/5982 7825/7096/5997 7682/7070/5972</w:t>
        <w:br/>
        <w:t>f 7694/7085/5987 7825/7096/5997 7673/7063/5965</w:t>
        <w:br/>
        <w:t>f 7681/7071/5973 7825/7096/5997 7694/7085/5987</w:t>
        <w:br/>
        <w:t>f 7675/7068/5970 7826/7097/5998 7678/7069/5971</w:t>
        <w:br/>
        <w:t>f 7683/7077/5979 7826/7097/5998 7686/7074/5976</w:t>
        <w:br/>
        <w:t>f 7687/7079/5981 7826/7097/5998 7675/7068/5970</w:t>
        <w:br/>
        <w:t>f 7686/7074/5976 7826/7097/5998 7687/7079/5981</w:t>
        <w:br/>
        <w:t>f 7678/7069/5971 7826/7097/5998 7692/7083/5985</w:t>
        <w:br/>
        <w:t>f 7692/7083/5985 7826/7097/5998 7683/7077/5979</w:t>
        <w:br/>
        <w:t>f 10000/7098/5999 9999/7099/6000 9998/7100/6001</w:t>
        <w:br/>
        <w:t>f 9997/7101/6002 10000/7098/5999 9998/7100/6001</w:t>
        <w:br/>
        <w:t>f 10004/7102/6003 10003/7103/6004 10002/7104/6005</w:t>
        <w:br/>
        <w:t>f 10001/7105/6006 10004/7102/6003 10002/7104/6005</w:t>
        <w:br/>
        <w:t>f 10008/7106/6007 10007/7107/6008 10006/7108/6008</w:t>
        <w:br/>
        <w:t>f 10005/7109/6007 10008/7106/6007 10006/7108/6008</w:t>
        <w:br/>
        <w:t>f 10010/7110/6009 10008/7106/6007 10005/7109/6007</w:t>
        <w:br/>
        <w:t>f 10009/7111/6010 10010/7110/6009 10005/7109/6007</w:t>
        <w:br/>
        <w:t>f 10013/7112/6011 10012/7113/6012 9998/7100/6001</w:t>
        <w:br/>
        <w:t>f 10011/7114/6013 10013/7112/6011 9998/7100/6001</w:t>
        <w:br/>
        <w:t>f 10017/7115/6014 10016/7116/6015 10015/7117/6016</w:t>
        <w:br/>
        <w:t>f 10014/7118/6014 10017/7115/6014 10015/7117/6016</w:t>
        <w:br/>
        <w:t>f 10001/7105/6006 10002/7104/6005 10018/7119/6017</w:t>
        <w:br/>
        <w:t>f 9999/7099/6000 10004/7102/6003 10011/7114/6013</w:t>
        <w:br/>
        <w:t>f 9998/7100/6001 9999/7099/6000 10011/7114/6013</w:t>
        <w:br/>
        <w:t>f 10012/7113/6012 10010/7110/6009 10009/7111/6010</w:t>
        <w:br/>
        <w:t>f 9999/7099/6000 10000/7098/5999 10019/7120/6018</w:t>
        <w:br/>
        <w:t>f 10002/7104/6005 9999/7099/6000 10019/7120/6018</w:t>
        <w:br/>
        <w:t>f 10023/7121/6019 10022/7122/6020 10021/7123/6020</w:t>
        <w:br/>
        <w:t>f 10020/7124/6019 10023/7121/6019 10021/7123/6020</w:t>
        <w:br/>
        <w:t>f 10025/7125/6021 10021/7123/6020 10022/7122/6020</w:t>
        <w:br/>
        <w:t>f 10024/7126/6021 10025/7125/6021 10022/7122/6020</w:t>
        <w:br/>
        <w:t>f 10028/7127/5100 10027/7128/5100 10026/7129/6022</w:t>
        <w:br/>
        <w:t>f 10029/7130/6022 10028/7127/5100 10026/7129/6022</w:t>
        <w:br/>
        <w:t>f 10020/7124/6019 10029/7130/6022 10026/7129/6022</w:t>
        <w:br/>
        <w:t>f 10023/7121/6019 10020/7124/6019 10026/7129/6022</w:t>
        <w:br/>
        <w:t>f 10025/7125/6021 10024/7126/6021 10018/7119/6017</w:t>
        <w:br/>
        <w:t>f 10030/7131/6023 10025/7125/6021 10018/7119/6017</w:t>
        <w:br/>
        <w:t>f 9998/7100/6001 10012/7113/6012 10031/7132/6024</w:t>
        <w:br/>
        <w:t>f 9997/7101/6002 9998/7100/6001 10031/7132/6024</w:t>
        <w:br/>
        <w:t>f 10002/7104/6005 10019/7120/6018 10030/7131/6023</w:t>
        <w:br/>
        <w:t>f 10007/7107/6008 10015/7117/6016 10016/7116/6015</w:t>
        <w:br/>
        <w:t>f 10006/7108/6008 10007/7107/6008 10016/7116/6015</w:t>
        <w:br/>
        <w:t>f 10014/7118/6014 10033/7133/6025 10032/7134/6025</w:t>
        <w:br/>
        <w:t>f 10017/7115/6014 10014/7118/6014 10032/7134/6025</w:t>
        <w:br/>
        <w:t>f 10037/7135/6026 10036/7136/6027 10035/7137/6028</w:t>
        <w:br/>
        <w:t>f 10034/7138/6029 10037/7135/6026 10035/7137/6028</w:t>
        <w:br/>
        <w:t>f 10040/7139/6030 10039/7140/6031 10038/7141/6032</w:t>
        <w:br/>
        <w:t>f 10044/7142/6033 10043/7143/6034 10042/7144/6035</w:t>
        <w:br/>
        <w:t>f 10041/7145/6036 10044/7142/6033 10042/7144/6035</w:t>
        <w:br/>
        <w:t>f 10048/7146/6037 10047/7147/6038 10046/7148/6039</w:t>
        <w:br/>
        <w:t>f 10045/7149/6040 10048/7146/6037 10046/7148/6039</w:t>
        <w:br/>
        <w:t>f 10040/7139/6030 10049/7150/6041 10035/7137/6028</w:t>
        <w:br/>
        <w:t>f 10039/7140/6031 10040/7139/6030 10035/7137/6028</w:t>
        <w:br/>
        <w:t>f 10053/7151/6042 10052/7152/6043 10051/7153/6044</w:t>
        <w:br/>
        <w:t>f 10050/7154/6044 10053/7151/6042 10051/7153/6044</w:t>
        <w:br/>
        <w:t>f 10034/7138/6029 10035/7137/6028 10049/7150/6041</w:t>
        <w:br/>
        <w:t>f 10054/7155/6045 10034/7138/6029 10049/7150/6041</w:t>
        <w:br/>
        <w:t>f 10039/7140/6031 10056/7156/6046 10055/7157/6047</w:t>
        <w:br/>
        <w:t>f 10041/7145/6036 10042/7144/6035 10058/7158/6048</w:t>
        <w:br/>
        <w:t>f 10057/7159/6049 10041/7145/6036 10058/7158/6048</w:t>
        <w:br/>
        <w:t>f 10062/7160/6050 10061/7161/6050 10060/7162/6051</w:t>
        <w:br/>
        <w:t>f 10059/7163/6051 10062/7160/6050 10060/7162/6051</w:t>
        <w:br/>
        <w:t>f 10064/7164/6052 10063/7165/6052 10059/7163/6051</w:t>
        <w:br/>
        <w:t>f 10060/7162/6051 10064/7164/6052 10059/7163/6051</w:t>
        <w:br/>
        <w:t>f 10067/7166/6053 10066/7167/6054 10065/7168/6054</w:t>
        <w:br/>
        <w:t>f 10068/7169/6053 10067/7166/6053 10065/7168/6054</w:t>
        <w:br/>
        <w:t>f 10061/7161/6050 10062/7160/6050 10067/7166/6053</w:t>
        <w:br/>
        <w:t>f 10068/7169/6053 10061/7161/6050 10067/7166/6053</w:t>
        <w:br/>
        <w:t>f 10064/7164/6052 10070/7170/6055 10069/7171/6056</w:t>
        <w:br/>
        <w:t>f 10063/7165/6052 10064/7164/6052 10069/7171/6056</w:t>
        <w:br/>
        <w:t>f 10035/7137/6028 10036/7136/6027 10056/7156/6046</w:t>
        <w:br/>
        <w:t>f 10039/7140/6031 10035/7137/6028 10056/7156/6046</w:t>
        <w:br/>
        <w:t>f 10069/7171/6056 10070/7170/6055 10042/7144/6035</w:t>
        <w:br/>
        <w:t>f 10038/7141/6032 10055/7157/6047 10047/7147/6038</w:t>
        <w:br/>
        <w:t>f 10048/7146/6037 10038/7141/6032 10047/7147/6038</w:t>
        <w:br/>
        <w:t>f 10052/7152/6043 10053/7151/6042 10072/7172/6057</w:t>
        <w:br/>
        <w:t>f 10071/7173/6057 10052/7152/6043 10072/7172/6057</w:t>
        <w:br/>
        <w:t>f 10050/7154/6044 10051/7153/6044 10045/7149/6040</w:t>
        <w:br/>
        <w:t>f 10046/7148/6039 10050/7154/6044 10045/7149/6040</w:t>
        <w:br/>
        <w:t>f 10076/7174/6058 10075/7175/6059 10074/7176/6060</w:t>
        <w:br/>
        <w:t>f 10073/7177/6060 10076/7174/6058 10074/7176/6060</w:t>
        <w:br/>
        <w:t>f 10080/7178/6061 10079/7179/6062 10078/7180/6063</w:t>
        <w:br/>
        <w:t>f 10077/7181/6064 10080/7178/6061 10078/7180/6063</w:t>
        <w:br/>
        <w:t>f 10084/7182/6065 10083/7183/6066 10082/7184/6067</w:t>
        <w:br/>
        <w:t>f 10081/7185/6067 10084/7182/6065 10082/7184/6067</w:t>
        <w:br/>
        <w:t>f 10088/7186/6068 10087/7187/6068 10086/7188/6069</w:t>
        <w:br/>
        <w:t>f 10085/7189/6069 10088/7186/6068 10086/7188/6069</w:t>
        <w:br/>
        <w:t>f 10092/7190/6070 10091/7191/6070 10090/7192/6071</w:t>
        <w:br/>
        <w:t>f 10089/7193/6071 10092/7190/6070 10090/7192/6071</w:t>
        <w:br/>
        <w:t>f 10096/7194/6072 10095/7195/6073 10094/7196/6073</w:t>
        <w:br/>
        <w:t>f 10093/7197/6072 10096/7194/6072 10094/7196/6073</w:t>
        <w:br/>
        <w:t>f 10099/7198/6074 10098/7199/6074 10097/7200/6075</w:t>
        <w:br/>
        <w:t>f 10100/7201/6076 10099/7198/6074 10097/7200/6075</w:t>
        <w:br/>
        <w:t>f 10102/7202/6077 10100/7201/6076 10097/7200/6075</w:t>
        <w:br/>
        <w:t>f 10101/7203/6077 10102/7202/6077 10097/7200/6075</w:t>
        <w:br/>
        <w:t>f 10104/7204/6078 10096/7194/6072 10093/7197/6072</w:t>
        <w:br/>
        <w:t>f 10103/7205/6079 10104/7204/6078 10093/7197/6072</w:t>
        <w:br/>
        <w:t>f 10089/7193/6071 10090/7192/6071 10078/7180/6063</w:t>
        <w:br/>
        <w:t>f 10079/7179/6062 10089/7193/6071 10078/7180/6063</w:t>
        <w:br/>
        <w:t>f 10106/7206/6080 10080/7178/6061 10077/7181/6064</w:t>
        <w:br/>
        <w:t>f 10105/7207/6081 10106/7206/6080 10077/7181/6064</w:t>
        <w:br/>
        <w:t>f 10110/7208/6082 10109/7209/6083 10108/7210/6084</w:t>
        <w:br/>
        <w:t>f 10107/7211/6084 10110/7208/6082 10108/7210/6084</w:t>
        <w:br/>
        <w:t>f 10081/7185/6067 10082/7184/6067 10112/7212/6085</w:t>
        <w:br/>
        <w:t>f 10111/7213/6085 10081/7185/6067 10112/7212/6085</w:t>
        <w:br/>
        <w:t>f 10113/7214/6086 10106/7206/6080 10011/7114/6013</w:t>
        <w:br/>
        <w:t>f 10083/7183/6087 10113/7214/6086 10011/7114/6013</w:t>
        <w:br/>
        <w:t>f 10115/7215/6088 10114/7216/6088 10087/7187/6068</w:t>
        <w:br/>
        <w:t>f 10088/7186/6068 10115/7215/6088 10087/7187/6068</w:t>
        <w:br/>
        <w:t>f 10119/7217/6089 10118/7218/6089 10117/7219/6090</w:t>
        <w:br/>
        <w:t>f 10116/7220/6090 10119/7217/6089 10117/7219/6090</w:t>
        <w:br/>
        <w:t>f 10085/7189/6069 10086/7188/6069 10118/7218/6089</w:t>
        <w:br/>
        <w:t>f 10119/7217/6089 10085/7189/6069 10118/7218/6089</w:t>
        <w:br/>
        <w:t>f 10111/7213/6085 10112/7212/6085 10114/7216/6088</w:t>
        <w:br/>
        <w:t>f 10115/7215/6088 10111/7213/6085 10114/7216/6088</w:t>
        <w:br/>
        <w:t>f 10123/7221/6091 10122/7222/6091 10121/7223/6092</w:t>
        <w:br/>
        <w:t>f 10120/7224/6093 10123/7221/6091 10121/7223/6092</w:t>
        <w:br/>
        <w:t>f 10076/7174/6058 10125/7225/6094 10124/7226/6094</w:t>
        <w:br/>
        <w:t>f 10075/7175/6059 10076/7174/6058 10124/7226/6094</w:t>
        <w:br/>
        <w:t>f 10095/7195/6073 10102/7202/6077 10101/7203/6077</w:t>
        <w:br/>
        <w:t>f 10094/7196/6073 10095/7195/6073 10101/7203/6077</w:t>
        <w:br/>
        <w:t>f 10129/7227/6095 10128/7228/6096 10127/7229/6096</w:t>
        <w:br/>
        <w:t>f 10126/7230/6095 10129/7227/6095 10127/7229/6096</w:t>
        <w:br/>
        <w:t>f 10128/7228/6096 10120/7224/6093 10121/7223/6092</w:t>
        <w:br/>
        <w:t>f 10127/7229/6096 10128/7228/6096 10121/7223/6092</w:t>
        <w:br/>
        <w:t>f 10073/7177/6060 10074/7176/6060 10122/7222/6091</w:t>
        <w:br/>
        <w:t>f 10123/7221/6091 10073/7177/6060 10122/7222/6091</w:t>
        <w:br/>
        <w:t>f 10131/7231/6097 10129/7227/6095 10126/7230/6095</w:t>
        <w:br/>
        <w:t>f 10130/7232/6097 10131/7231/6097 10126/7230/6095</w:t>
        <w:br/>
        <w:t>f 10134/7233/6098 10133/7234/6099 10132/7235/6100</w:t>
        <w:br/>
        <w:t>f 10135/7236/6101 10134/7233/6098 10132/7235/6100</w:t>
        <w:br/>
        <w:t>f 10125/7225/6094 10104/7204/6078 10103/7205/6079</w:t>
        <w:br/>
        <w:t>f 10124/7226/6094 10125/7225/6094 10103/7205/6079</w:t>
        <w:br/>
        <w:t>f 10137/7237/6102 10136/7238/6102 10109/7209/6083</w:t>
        <w:br/>
        <w:t>f 10110/7208/6082 10137/7237/6102 10109/7209/6083</w:t>
        <w:br/>
        <w:t>f 10134/7233/6098 10131/7231/6097 10130/7232/6097</w:t>
        <w:br/>
        <w:t>f 10133/7234/6099 10134/7233/6098 10130/7232/6097</w:t>
        <w:br/>
        <w:t>f 10107/7211/6084 10108/7210/6084 10091/7191/6070</w:t>
        <w:br/>
        <w:t>f 10092/7190/6070 10107/7211/6084 10091/7191/6070</w:t>
        <w:br/>
        <w:t>f 10002/7104/6005 10030/7131/6023 10018/7119/6017</w:t>
        <w:br/>
        <w:t>f 10069/7171/6056 10042/7144/6035 10043/7143/6034</w:t>
        <w:br/>
        <w:t>f 10042/7144/6035 10070/7170/6055 10058/7158/6048</w:t>
        <w:br/>
        <w:t>f 10010/7110/6009 10012/7113/6012 10013/7112/6011</w:t>
        <w:br/>
        <w:t>f 10012/7113/6012 10009/7111/6010 10031/7132/6024</w:t>
        <w:br/>
        <w:t>f 10039/7140/6031 10055/7157/6047 10038/7141/6032</w:t>
        <w:br/>
        <w:t>f 10141/7239/6103 10140/7240/6104 10139/7241/6105</w:t>
        <w:br/>
        <w:t>f 10138/7242/6106 10141/7239/6103 10139/7241/6105</w:t>
        <w:br/>
        <w:t>f 10145/7243/6107 10144/7244/6108 10143/7245/6109</w:t>
        <w:br/>
        <w:t>f 10142/7246/6110 10145/7243/6107 10143/7245/6109</w:t>
        <w:br/>
        <w:t>f 10149/7247/6111 10148/7248/6111 10147/7249/6112</w:t>
        <w:br/>
        <w:t>f 10146/7250/6112 10149/7247/6111 10147/7249/6112</w:t>
        <w:br/>
        <w:t>f 10151/7251/6113 10150/7252/6114 10148/7248/6111</w:t>
        <w:br/>
        <w:t>f 10149/7247/6111 10151/7251/6113 10148/7248/6111</w:t>
        <w:br/>
        <w:t>f 10154/7253/6115 10153/7254/6116 10139/7241/6105</w:t>
        <w:br/>
        <w:t>f 10152/7255/6117 10154/7253/6115 10139/7241/6105</w:t>
        <w:br/>
        <w:t>f 10158/7256/6118 10157/7257/6118 10156/7258/6119</w:t>
        <w:br/>
        <w:t>f 10155/7259/6120 10158/7256/6118 10156/7258/6119</w:t>
        <w:br/>
        <w:t>f 10144/7244/6108 10159/7260/6121 10143/7245/6109</w:t>
        <w:br/>
        <w:t>f 10138/7242/6106 10139/7241/6105 10153/7254/6116</w:t>
        <w:br/>
        <w:t>f 10145/7243/6122 10138/7242/6106 10153/7254/6116</w:t>
        <w:br/>
        <w:t>f 10152/7255/6117 10150/7252/6114 10151/7251/6113</w:t>
        <w:br/>
        <w:t>f 10138/7242/6106 10143/7245/6109 10160/7261/6123</w:t>
        <w:br/>
        <w:t>f 10141/7239/6103 10138/7242/6106 10160/7261/6123</w:t>
        <w:br/>
        <w:t>f 10164/7262/6124 10163/7263/6125 10162/7264/6126</w:t>
        <w:br/>
        <w:t>f 10161/7265/6126 10164/7262/6124 10162/7264/6126</w:t>
        <w:br/>
        <w:t>f 10166/7266/6127 10165/7267/6128 10161/7265/6126</w:t>
        <w:br/>
        <w:t>f 10162/7264/6126 10166/7266/6127 10161/7265/6126</w:t>
        <w:br/>
        <w:t>f 10167/7268/6129 10027/7128/5100 10028/7127/5100</w:t>
        <w:br/>
        <w:t>f 10168/7269/6129 10167/7268/6129 10028/7127/5100</w:t>
        <w:br/>
        <w:t>f 10163/7263/6125 10164/7262/6124 10167/7268/6129</w:t>
        <w:br/>
        <w:t>f 10168/7269/6129 10163/7263/6125 10167/7268/6129</w:t>
        <w:br/>
        <w:t>f 10166/7266/6127 10169/7270/6130 10159/7260/6121</w:t>
        <w:br/>
        <w:t>f 10165/7267/6128 10166/7266/6127 10159/7260/6121</w:t>
        <w:br/>
        <w:t>f 10139/7241/6105 10140/7240/6104 10170/7271/6131</w:t>
        <w:br/>
        <w:t>f 10152/7255/6117 10139/7241/6105 10170/7271/6131</w:t>
        <w:br/>
        <w:t>f 10143/7245/6109 10169/7270/6130 10160/7261/6123</w:t>
        <w:br/>
        <w:t>f 10146/7250/6112 10147/7249/6112 10155/7259/6120</w:t>
        <w:br/>
        <w:t>f 10156/7258/6119 10146/7250/6112 10155/7259/6120</w:t>
        <w:br/>
        <w:t>f 10157/7257/6118 10158/7256/6118 10032/7134/6025</w:t>
        <w:br/>
        <w:t>f 10033/7133/6025 10157/7257/6118 10032/7134/6025</w:t>
        <w:br/>
        <w:t>f 10174/7272/6132 10173/7273/6133 10172/7274/6134</w:t>
        <w:br/>
        <w:t>f 10171/7275/6135 10174/7272/6132 10172/7274/6134</w:t>
        <w:br/>
        <w:t>f 10177/7276/6136 10176/7277/6137 10175/7278/6138</w:t>
        <w:br/>
        <w:t>f 10181/7279/6139 10180/7280/6140 10179/7281/6141</w:t>
        <w:br/>
        <w:t>f 10178/7282/6142 10181/7279/6139 10179/7281/6141</w:t>
        <w:br/>
        <w:t>f 10185/7283/6143 10184/7284/6144 10183/7285/6145</w:t>
        <w:br/>
        <w:t>f 10182/7286/6146 10185/7283/6143 10183/7285/6145</w:t>
        <w:br/>
        <w:t>f 10177/7276/6136 10175/7278/6138 10172/7274/6134</w:t>
        <w:br/>
        <w:t>f 10186/7287/6147 10177/7276/6136 10172/7274/6134</w:t>
        <w:br/>
        <w:t>f 10190/7288/6148 10189/7289/6149 10188/7290/6149</w:t>
        <w:br/>
        <w:t>f 10187/7291/6150 10190/7288/6148 10188/7290/6149</w:t>
        <w:br/>
        <w:t>f 10173/7273/6133 10191/7292/6151 10186/7287/6147</w:t>
        <w:br/>
        <w:t>f 10172/7274/6134 10173/7273/6133 10186/7287/6147</w:t>
        <w:br/>
        <w:t>f 10175/7278/6138 10193/7293/6152 10192/7294/6153</w:t>
        <w:br/>
        <w:t>f 10180/7280/6140 10195/7295/6154 10194/7296/6155</w:t>
        <w:br/>
        <w:t>f 10179/7281/6141 10180/7280/6140 10194/7296/6155</w:t>
        <w:br/>
        <w:t>f 10199/7297/6156 10198/7298/6157 10197/7299/6157</w:t>
        <w:br/>
        <w:t>f 10196/7300/6156 10199/7297/6156 10197/7299/6157</w:t>
        <w:br/>
        <w:t>f 10201/7301/6158 10197/7299/6157 10198/7298/6157</w:t>
        <w:br/>
        <w:t>f 10200/7302/6158 10201/7301/6158 10198/7298/6157</w:t>
        <w:br/>
        <w:t>f 10065/7168/6054 10066/7167/6054 10202/7303/6159</w:t>
        <w:br/>
        <w:t>f 10203/7304/6159 10065/7168/6054 10202/7303/6159</w:t>
        <w:br/>
        <w:t>f 10196/7300/6156 10203/7304/6159 10202/7303/6159</w:t>
        <w:br/>
        <w:t>f 10199/7297/6156 10196/7300/6156 10202/7303/6159</w:t>
        <w:br/>
        <w:t>f 10201/7301/6158 10200/7302/6158 10205/7305/6160</w:t>
        <w:br/>
        <w:t>f 10204/7306/6161 10201/7301/6158 10205/7305/6160</w:t>
        <w:br/>
        <w:t>f 10172/7274/6134 10175/7278/6138 10192/7294/6153</w:t>
        <w:br/>
        <w:t>f 10171/7275/6135 10172/7274/6134 10192/7294/6153</w:t>
        <w:br/>
        <w:t>f 10205/7305/6160 10179/7281/6141 10204/7306/6161</w:t>
        <w:br/>
        <w:t>f 10176/7277/6137 10185/7283/6143 10182/7286/6146</w:t>
        <w:br/>
        <w:t>f 10193/7293/6152 10176/7277/6137 10182/7286/6146</w:t>
        <w:br/>
        <w:t>f 10187/7291/6150 10071/7173/6057 10072/7172/6057</w:t>
        <w:br/>
        <w:t>f 10190/7288/6148 10187/7291/6150 10072/7172/6057</w:t>
        <w:br/>
        <w:t>f 10189/7289/6149 10183/7285/6145 10184/7284/6144</w:t>
        <w:br/>
        <w:t>f 10188/7290/6149 10189/7289/6149 10184/7284/6144</w:t>
        <w:br/>
        <w:t>f 10209/7307/6162 10208/7308/6163 10207/7309/6163</w:t>
        <w:br/>
        <w:t>f 10206/7310/6164 10209/7307/6162 10207/7309/6163</w:t>
        <w:br/>
        <w:t>f 10213/7311/6165 10212/7312/6166 10211/7313/6167</w:t>
        <w:br/>
        <w:t>f 10210/7314/6167 10213/7311/6165 10211/7313/6167</w:t>
        <w:br/>
        <w:t>f 10217/7315/6168 10216/7316/6169 10215/7317/6169</w:t>
        <w:br/>
        <w:t>f 10214/7318/6170 10217/7315/6168 10215/7317/6169</w:t>
        <w:br/>
        <w:t>f 10221/7319/6171 10220/7320/6172 10219/7321/6172</w:t>
        <w:br/>
        <w:t>f 10218/7322/6171 10221/7319/6171 10219/7321/6172</w:t>
        <w:br/>
        <w:t>f 10225/7323/6173 10224/7324/6174 10223/7325/6174</w:t>
        <w:br/>
        <w:t>f 10222/7326/6173 10225/7323/6173 10223/7325/6174</w:t>
        <w:br/>
        <w:t>f 10229/7327/6175 10228/7328/6175 10227/7329/6176</w:t>
        <w:br/>
        <w:t>f 10226/7330/6177 10229/7327/6175 10227/7329/6176</w:t>
        <w:br/>
        <w:t>f 10232/7331/6178 10231/7332/6179 10230/7333/6179</w:t>
        <w:br/>
        <w:t>f 10233/7334/6178 10232/7331/6178 10230/7333/6179</w:t>
        <w:br/>
        <w:t>f 10235/7335/6180 10234/7336/6180 10232/7331/6178</w:t>
        <w:br/>
        <w:t>f 10233/7334/6178 10235/7335/6180 10232/7331/6178</w:t>
        <w:br/>
        <w:t>f 10237/7337/6181 10236/7338/6181 10228/7328/6175</w:t>
        <w:br/>
        <w:t>f 10229/7327/6175 10237/7337/6181 10228/7328/6175</w:t>
        <w:br/>
        <w:t>f 10224/7324/6174 10210/7314/6167 10211/7313/6167</w:t>
        <w:br/>
        <w:t>f 10223/7325/6174 10224/7324/6174 10211/7313/6167</w:t>
        <w:br/>
        <w:t>f 10239/7339/6182 10238/7340/6183 10212/7312/6166</w:t>
        <w:br/>
        <w:t>f 10213/7311/6165 10239/7339/6182 10212/7312/6166</w:t>
        <w:br/>
        <w:t>f 10243/7341/6184 10242/7342/6185 10241/7343/6185</w:t>
        <w:br/>
        <w:t>f 10240/7344/6184 10243/7341/6184 10241/7343/6185</w:t>
        <w:br/>
        <w:t>f 10216/7316/6169 10245/7345/6186 10244/7346/6187</w:t>
        <w:br/>
        <w:t>f 10215/7317/6169 10216/7316/6169 10244/7346/6187</w:t>
        <w:br/>
        <w:t>f 10246/7347/6188 10214/7318/6189 10153/7254/6116</w:t>
        <w:br/>
        <w:t>f 10239/7339/6190 10246/7347/6188 10153/7254/6116</w:t>
        <w:br/>
        <w:t>f 10248/7348/6191 10221/7319/6171 10218/7322/6171</w:t>
        <w:br/>
        <w:t>f 10247/7349/6192 10248/7348/6191 10218/7322/6171</w:t>
        <w:br/>
        <w:t>f 10250/7350/6193 10116/7220/6090 10117/7219/6090</w:t>
        <w:br/>
        <w:t>f 10249/7351/6193 10250/7350/6193 10117/7219/6090</w:t>
        <w:br/>
        <w:t>f 10220/7320/6172 10250/7350/6193 10249/7351/6193</w:t>
        <w:br/>
        <w:t>f 10219/7321/6172 10220/7320/6172 10249/7351/6193</w:t>
        <w:br/>
        <w:t>f 10245/7345/6186 10248/7348/6191 10247/7349/6192</w:t>
        <w:br/>
        <w:t>f 10244/7346/6187 10245/7345/6186 10247/7349/6192</w:t>
        <w:br/>
        <w:t>f 10254/7352/6194 10253/7353/6195 10252/7354/6195</w:t>
        <w:br/>
        <w:t>f 10251/7355/6194 10254/7352/6194 10252/7354/6195</w:t>
        <w:br/>
        <w:t>f 10209/7307/6162 10206/7310/6164 10256/7356/6196</w:t>
        <w:br/>
        <w:t>f 10255/7357/6196 10209/7307/6162 10256/7356/6196</w:t>
        <w:br/>
        <w:t>f 10226/7330/6177 10227/7329/6176 10234/7336/6180</w:t>
        <w:br/>
        <w:t>f 10235/7335/6180 10226/7330/6177 10234/7336/6180</w:t>
        <w:br/>
        <w:t>f 10260/7358/6197 10259/7359/6197 10258/7360/6198</w:t>
        <w:br/>
        <w:t>f 10257/7361/6198 10260/7358/6197 10258/7360/6198</w:t>
        <w:br/>
        <w:t>f 10257/7361/6198 10258/7360/6198 10252/7354/6195</w:t>
        <w:br/>
        <w:t>f 10253/7353/6195 10257/7361/6198 10252/7354/6195</w:t>
        <w:br/>
        <w:t>f 10208/7308/6163 10254/7352/6194 10251/7355/6194</w:t>
        <w:br/>
        <w:t>f 10207/7309/6163 10208/7308/6163 10251/7355/6194</w:t>
        <w:br/>
        <w:t>f 10262/7362/6199 10261/7363/6200 10259/7359/6197</w:t>
        <w:br/>
        <w:t>f 10260/7358/6197 10262/7362/6199 10259/7359/6197</w:t>
        <w:br/>
        <w:t>f 10265/7364/6201 10264/7365/6202 10263/7366/6203</w:t>
        <w:br/>
        <w:t>f 10266/7367/6204 10265/7364/6201 10263/7366/6203</w:t>
        <w:br/>
        <w:t>f 10255/7357/6196 10256/7356/6196 10236/7338/6181</w:t>
        <w:br/>
        <w:t>f 10237/7337/6181 10255/7357/6196 10236/7338/6181</w:t>
        <w:br/>
        <w:t>f 10137/7237/6102 10243/7341/6184 10240/7344/6184</w:t>
        <w:br/>
        <w:t>f 10136/7238/6102 10137/7237/6102 10240/7344/6184</w:t>
        <w:br/>
        <w:t>f 10263/7366/6203 10264/7365/6202 10261/7363/6200</w:t>
        <w:br/>
        <w:t>f 10262/7362/6199 10263/7366/6203 10261/7363/6200</w:t>
        <w:br/>
        <w:t>f 10242/7342/6185 10225/7323/6173 10222/7326/6173</w:t>
        <w:br/>
        <w:t>f 10241/7343/6185 10242/7342/6185 10222/7326/6173</w:t>
        <w:br/>
        <w:t>f 10143/7245/6109 10159/7260/6121 10169/7270/6130</w:t>
        <w:br/>
        <w:t>f 10205/7305/6160 10178/7282/6142 10179/7281/6141</w:t>
        <w:br/>
        <w:t>f 10179/7281/6141 10194/7296/6155 10204/7306/6161</w:t>
        <w:br/>
        <w:t>f 10151/7251/6113 10154/7253/6115 10152/7255/6117</w:t>
        <w:br/>
        <w:t>f 10152/7255/6117 10170/7271/6131 10150/7252/6114</w:t>
        <w:br/>
        <w:t>f 10175/7278/6138 10176/7277/6137 10193/7293/6152</w:t>
        <w:br/>
        <w:t>f 11304/7368/6205 11303/7369/6206 11302/7370/6207</w:t>
        <w:br/>
        <w:t>f 11301/7371/6208 11304/7368/6205 11302/7370/6207</w:t>
        <w:br/>
        <w:t>f 11307/7372/6209 11306/7373/6210 11305/7374/6211</w:t>
        <w:br/>
        <w:t>f 11308/7375/6212 11307/7372/6209 11305/7374/6211</w:t>
        <w:br/>
        <w:t>f 11312/7376/6213 11311/7377/6214 11310/7378/6215</w:t>
        <w:br/>
        <w:t>f 11309/7379/6216 11312/7376/6213 11310/7378/6215</w:t>
        <w:br/>
        <w:t>f 11314/7380/6217 11313/7381/6218 11311/7377/6214</w:t>
        <w:br/>
        <w:t>f 11312/7376/6213 11314/7380/6217 11311/7377/6214</w:t>
        <w:br/>
        <w:t>f 11315/7382/6219 11311/7377/6214 11313/7381/6218</w:t>
        <w:br/>
        <w:t>f 11316/7383/6220 11315/7382/6219 11313/7381/6218</w:t>
        <w:br/>
        <w:t>f 11319/7384/6221 11315/7382/6219 11318/7385/6222</w:t>
        <w:br/>
        <w:t>f 11317/7386/6223 11319/7384/6221 11318/7385/6222</w:t>
        <w:br/>
        <w:t>f 11310/7378/6215 11311/7377/6214 11315/7382/6219</w:t>
        <w:br/>
        <w:t>f 11319/7384/6221 11310/7378/6215 11315/7382/6219</w:t>
        <w:br/>
        <w:t>f 11320/7387/6224 11317/7386/6223 11308/7375/6212</w:t>
        <w:br/>
        <w:t>f 11305/7374/6211 11320/7387/6224 11308/7375/6212</w:t>
        <w:br/>
        <w:t>f 11323/7388/6225 11322/7389/6226 11320/7387/6224</w:t>
        <w:br/>
        <w:t>f 11321/7390/6227 11323/7388/6225 11320/7387/6224</w:t>
        <w:br/>
        <w:t>f 11325/7391/6228 11305/7374/6211 11306/7373/6210</w:t>
        <w:br/>
        <w:t>f 11324/7392/6229 11325/7391/6228 11306/7373/6210</w:t>
        <w:br/>
        <w:t>f 11329/7393/6230 11328/7394/6231 11327/7395/6232</w:t>
        <w:br/>
        <w:t>f 11326/7396/6233 11329/7393/6230 11327/7395/6232</w:t>
        <w:br/>
        <w:t>f 11323/7388/6225 11321/7390/6227 11329/7393/6230</w:t>
        <w:br/>
        <w:t>f 11326/7396/6233 11323/7388/6225 11329/7393/6230</w:t>
        <w:br/>
        <w:t>f 11333/7397/6234 11332/7398/6235 11331/7399/6236</w:t>
        <w:br/>
        <w:t>f 11330/7400/6237 11333/7397/6234 11331/7399/6236</w:t>
        <w:br/>
        <w:t>f 11334/7401/6238 11332/7398/6235 11333/7397/6234</w:t>
        <w:br/>
        <w:t>f 11335/7402/6239 11334/7401/6238 11333/7397/6234</w:t>
        <w:br/>
        <w:t>f 11339/7403/6240 11338/7404/6241 11337/7405/6242</w:t>
        <w:br/>
        <w:t>f 11336/7406/6243 11339/7403/6240 11337/7405/6242</w:t>
        <w:br/>
        <w:t>f 11343/7407/6244 11342/7408/6245 11341/7409/6246</w:t>
        <w:br/>
        <w:t>f 11340/7410/6247 11343/7407/6244 11341/7409/6246</w:t>
        <w:br/>
        <w:t>f 11347/7411/6248 11346/7412/6249 11345/7413/6250</w:t>
        <w:br/>
        <w:t>f 11344/7414/6251 11347/7411/6248 11345/7413/6250</w:t>
        <w:br/>
        <w:t>f 11351/7415/6252 11350/7416/6253 11349/7417/6254</w:t>
        <w:br/>
        <w:t>f 11348/7418/6255 11351/7415/6252 11349/7417/6254</w:t>
        <w:br/>
        <w:t>f 11355/7419/6256 11354/7420/6257 11353/7421/6258</w:t>
        <w:br/>
        <w:t>f 11352/7422/6259 11355/7419/6256 11353/7421/6258</w:t>
        <w:br/>
        <w:t>f 11357/7423/6260 11356/7424/6261 11337/7405/6242</w:t>
        <w:br/>
        <w:t>f 11361/7425/6262 11360/7426/6263 11359/7427/6264</w:t>
        <w:br/>
        <w:t>f 11358/7428/6265 11361/7425/6262 11359/7427/6264</w:t>
        <w:br/>
        <w:t>f 11364/7429/6266 11356/7424/6261 11363/7430/6267</w:t>
        <w:br/>
        <w:t>f 11362/7431/6268 11364/7429/6266 11363/7430/6267</w:t>
        <w:br/>
        <w:t>f 11357/7423/6260 11366/7432/6269 11365/7433/6270</w:t>
        <w:br/>
        <w:t>f 11363/7430/6267 11357/7423/6260 11365/7433/6270</w:t>
        <w:br/>
        <w:t>f 11369/7434/6271 11368/7435/6272 11367/7436/6273</w:t>
        <w:br/>
        <w:t>f 11370/7437/6274 11369/7434/6271 11367/7436/6273</w:t>
        <w:br/>
        <w:t>f 11374/7438/6275 11373/7439/6276 11372/7440/6277</w:t>
        <w:br/>
        <w:t>f 11371/7441/6278 11374/7438/6275 11372/7440/6277</w:t>
        <w:br/>
        <w:t>f 11376/7442/6279 11375/7443/6280 11342/7408/6245</w:t>
        <w:br/>
        <w:t>f 11343/7407/6244 11376/7442/6279 11342/7408/6245</w:t>
        <w:br/>
        <w:t>f 11380/7444/6281 11379/7445/6282 11378/7446/6283</w:t>
        <w:br/>
        <w:t>f 11377/7447/6284 11380/7444/6281 11378/7446/6283</w:t>
        <w:br/>
        <w:t>f 11313/7381/6218 11382/7448/6285 11381/7449/6286</w:t>
        <w:br/>
        <w:t>f 11316/7383/6220 11313/7381/6218 11381/7449/6286</w:t>
        <w:br/>
        <w:t>f 11313/7381/6218 11383/7450/6287 11382/7448/6285</w:t>
        <w:br/>
        <w:t>f 11387/7451/6288 11386/7452/6289 11385/7453/6290</w:t>
        <w:br/>
        <w:t>f 11384/7454/6291 11387/7451/6288 11385/7453/6290</w:t>
        <w:br/>
        <w:t>f 11386/7452/6289 11388/7455/6292 11307/7372/6209</w:t>
        <w:br/>
        <w:t>f 11385/7453/6290 11386/7452/6289 11307/7372/6209</w:t>
        <w:br/>
        <w:t>f 11390/7456/6293 11389/7457/6294 11324/7392/6229</w:t>
        <w:br/>
        <w:t>f 11306/7373/6210 11390/7456/6293 11324/7392/6229</w:t>
        <w:br/>
        <w:t>f 11389/7457/6294 11335/7402/6239 11333/7397/6234</w:t>
        <w:br/>
        <w:t>f 11324/7392/6229 11389/7457/6294 11333/7397/6234</w:t>
        <w:br/>
        <w:t>f 11379/7445/6282 11349/7417/6254 11350/7416/6253</w:t>
        <w:br/>
        <w:t>f 11378/7446/6283 11379/7445/6282 11350/7416/6253</w:t>
        <w:br/>
        <w:t>f 11394/7458/6295 11393/7459/6296 11392/7460/6297</w:t>
        <w:br/>
        <w:t>f 11391/7461/6298 11394/7458/6295 11392/7460/6297</w:t>
        <w:br/>
        <w:t>f 11393/7459/6296 11394/7458/6295 11395/7462/6299</w:t>
        <w:br/>
        <w:t>f 11387/7451/6288 11393/7459/6296 11395/7462/6299</w:t>
        <w:br/>
        <w:t>f 11387/7451/6288 11395/7462/6299 11396/7463/6300</w:t>
        <w:br/>
        <w:t>f 11386/7452/6289 11387/7451/6288 11396/7463/6300</w:t>
        <w:br/>
        <w:t>f 11391/7461/6298 11392/7460/6297 11350/7416/6253</w:t>
        <w:br/>
        <w:t>f 11351/7415/6252 11391/7461/6298 11350/7416/6253</w:t>
        <w:br/>
        <w:t>f 11399/7464/6301 11398/7465/6302 11397/7466/6303</w:t>
        <w:br/>
        <w:t>f 11400/7467/6304 11399/7464/6301 11397/7466/6303</w:t>
        <w:br/>
        <w:t>f 11402/7468/6305 11401/7469/6306 11400/7467/6304</w:t>
        <w:br/>
        <w:t>f 11397/7466/6303 11402/7468/6305 11400/7467/6304</w:t>
        <w:br/>
        <w:t>f 11371/7441/6278 11372/7440/6277 11398/7465/6302</w:t>
        <w:br/>
        <w:t>f 11399/7464/6301 11371/7441/6278 11398/7465/6302</w:t>
        <w:br/>
        <w:t>f 11406/7470/6307 11405/7471/6308 11404/7472/6309</w:t>
        <w:br/>
        <w:t>f 11403/7473/6310 11406/7470/6307 11404/7472/6309</w:t>
        <w:br/>
        <w:t>f 11410/7474/6311 11409/7475/6312 11408/7476/6313</w:t>
        <w:br/>
        <w:t>f 11407/7477/6314 11410/7474/6311 11408/7476/6313</w:t>
        <w:br/>
        <w:t>f 11413/7478/6315 11412/7479/6316 11411/7480/6317</w:t>
        <w:br/>
        <w:t>f 11414/7481/6318 11413/7478/6315 11411/7480/6317</w:t>
        <w:br/>
        <w:t>f 11407/7477/6314 11416/7482/6319 11415/7483/6320</w:t>
        <w:br/>
        <w:t>f 11417/7484/6321 11407/7477/6314 11415/7483/6320</w:t>
        <w:br/>
        <w:t>f 11420/7485/6322 11419/7486/6323 11418/7487/6324</w:t>
        <w:br/>
        <w:t>f 11421/7488/6325 11420/7485/6322 11418/7487/6324</w:t>
        <w:br/>
        <w:t>f 11424/7489/6326 11423/7490/6327 11422/7491/6328</w:t>
        <w:br/>
        <w:t>f 11425/7492/6329 11424/7489/6326 11422/7491/6328</w:t>
        <w:br/>
        <w:t>f 11419/7486/6323 11420/7485/6322 11423/7490/6327</w:t>
        <w:br/>
        <w:t>f 11424/7489/6326 11419/7486/6323 11423/7490/6327</w:t>
        <w:br/>
        <w:t>f 11427/7493/6330 11426/7494/6331 11425/7492/6329</w:t>
        <w:br/>
        <w:t>f 11422/7491/6328 11427/7493/6330 11425/7492/6329</w:t>
        <w:br/>
        <w:t>f 11409/7475/6312 11410/7474/6311 11428/7495/6332</w:t>
        <w:br/>
        <w:t>f 11429/7496/6333 11409/7475/6312 11428/7495/6332</w:t>
        <w:br/>
        <w:t>f 11431/7497/6334 11430/7498/6335 11412/7479/6316</w:t>
        <w:br/>
        <w:t>f 11413/7478/6315 11431/7497/6334 11412/7479/6316</w:t>
        <w:br/>
        <w:t>f 11434/7499/6336 11433/7500/6337 11432/7501/6338</w:t>
        <w:br/>
        <w:t>f 11435/7502/6339 11434/7499/6336 11432/7501/6338</w:t>
        <w:br/>
        <w:t>f 11434/7499/6336 11418/7487/6324 11419/7486/6323</w:t>
        <w:br/>
        <w:t>f 11436/7503/6340 11434/7499/6336 11419/7486/6323</w:t>
        <w:br/>
        <w:t>f 11425/7492/6329 11438/7504/6341 11437/7505/6342</w:t>
        <w:br/>
        <w:t>f 11424/7489/6326 11425/7492/6329 11437/7505/6342</w:t>
        <w:br/>
        <w:t>f 11424/7489/6326 11437/7505/6342 11436/7503/6340</w:t>
        <w:br/>
        <w:t>f 11419/7486/6323 11424/7489/6326 11436/7503/6340</w:t>
        <w:br/>
        <w:t>f 11438/7504/6341 11425/7492/6329 11426/7494/6331</w:t>
        <w:br/>
        <w:t>f 11439/7506/6343 11438/7504/6341 11426/7494/6331</w:t>
        <w:br/>
        <w:t>f 11441/7507/6344 11303/7369/6206 11304/7368/6205</w:t>
        <w:br/>
        <w:t>f 11440/7508/6345 11441/7507/6344 11304/7368/6205</w:t>
        <w:br/>
        <w:t>f 11342/7408/6245 11443/7509/6346 11442/7510/6347</w:t>
        <w:br/>
        <w:t>f 11341/7409/6246 11342/7408/6245 11442/7510/6347</w:t>
        <w:br/>
        <w:t>f 11321/7390/6227 11320/7387/6224 11305/7374/6211</w:t>
        <w:br/>
        <w:t>f 11325/7391/6228 11321/7390/6227 11305/7374/6211</w:t>
        <w:br/>
        <w:t>f 11328/7394/6231 11329/7393/6230 11330/7400/6237</w:t>
        <w:br/>
        <w:t>f 11331/7399/6236 11328/7394/6231 11330/7400/6237</w:t>
        <w:br/>
        <w:t>f 11330/7400/6237 11329/7393/6230 11321/7390/6227</w:t>
        <w:br/>
        <w:t>f 11325/7391/6228 11330/7400/6237 11321/7390/6227</w:t>
        <w:br/>
        <w:t>f 11445/7511/6348 11327/7395/6232 11328/7394/6231</w:t>
        <w:br/>
        <w:t>f 11444/7512/6349 11445/7511/6348 11328/7394/6231</w:t>
        <w:br/>
        <w:t>f 11330/7400/6237 11325/7391/6228 11324/7392/6229</w:t>
        <w:br/>
        <w:t>f 11333/7397/6234 11330/7400/6237 11324/7392/6229</w:t>
        <w:br/>
        <w:t>f 11446/7513/6350 11322/7389/6226 11323/7388/6225</w:t>
        <w:br/>
        <w:t>f 11326/7396/6233 11446/7513/6350 11323/7388/6225</w:t>
        <w:br/>
        <w:t>f 11327/7395/6232 11447/7514/6351 11446/7513/6350</w:t>
        <w:br/>
        <w:t>f 11326/7396/6233 11327/7395/6232 11446/7513/6350</w:t>
        <w:br/>
        <w:t>f 11327/7395/6232 11445/7511/6348 11448/7515/6352</w:t>
        <w:br/>
        <w:t>f 11447/7514/6351 11327/7395/6232 11448/7515/6352</w:t>
        <w:br/>
        <w:t>f 11452/7516/6353 11451/7517/6354 11450/7518/6355</w:t>
        <w:br/>
        <w:t>f 11449/7519/6356 11452/7516/6353 11450/7518/6355</w:t>
        <w:br/>
        <w:t>f 11456/7520/6357 11455/7521/6358 11454/7522/6359</w:t>
        <w:br/>
        <w:t>f 11453/7523/6360 11456/7520/6357 11454/7522/6359</w:t>
        <w:br/>
        <w:t>f 11460/7524/6361 11459/7525/6362 11458/7526/6363</w:t>
        <w:br/>
        <w:t>f 11457/7527/6364 11460/7524/6361 11458/7526/6363</w:t>
        <w:br/>
        <w:t>f 11453/7523/6360 11454/7522/6359 11451/7517/6354</w:t>
        <w:br/>
        <w:t>f 11452/7516/6353 11453/7523/6360 11451/7517/6354</w:t>
        <w:br/>
        <w:t>f 11458/7526/6363 11459/7525/6362 11449/7519/6356</w:t>
        <w:br/>
        <w:t>f 11450/7518/6355 11458/7526/6363 11449/7519/6356</w:t>
        <w:br/>
        <w:t>f 11461/7528/6365 11388/7455/6292 11386/7452/6289</w:t>
        <w:br/>
        <w:t>f 11396/7463/6300 11461/7528/6365 11386/7452/6289</w:t>
        <w:br/>
        <w:t>f 11464/7529/6366 11463/7530/6367 11462/7531/6368</w:t>
        <w:br/>
        <w:t>f 11465/7532/6369 11464/7529/6366 11462/7531/6368</w:t>
        <w:br/>
        <w:t>f 11468/7533/6370 11467/7534/6371 11466/7535/6372</w:t>
        <w:br/>
        <w:t>f 11439/7506/6343 11468/7533/6370 11466/7535/6372</w:t>
        <w:br/>
        <w:t>f 11426/7494/6331 11427/7493/6330 11470/7536/6373</w:t>
        <w:br/>
        <w:t>f 11469/7537/6374 11426/7494/6331 11470/7536/6373</w:t>
        <w:br/>
        <w:t>f 11473/7538/6375 11472/7539/6376 11471/7540/6377</w:t>
        <w:br/>
        <w:t>f 11474/7541/6378 11473/7538/6375 11471/7540/6377</w:t>
        <w:br/>
        <w:t>f 11421/7488/6325 11476/7542/6379 11475/7543/6380</w:t>
        <w:br/>
        <w:t>f 11420/7485/6322 11421/7488/6325 11475/7543/6380</w:t>
        <w:br/>
        <w:t>f 11423/7490/6327 11478/7544/6381 11477/7545/6382</w:t>
        <w:br/>
        <w:t>f 11422/7491/6328 11423/7490/6327 11477/7545/6382</w:t>
        <w:br/>
        <w:t>f 11420/7485/6322 11475/7543/6380 11478/7544/6381</w:t>
        <w:br/>
        <w:t>f 11423/7490/6327 11420/7485/6322 11478/7544/6381</w:t>
        <w:br/>
        <w:t>f 11480/7546/6383 11479/7547/6384 11472/7539/6376</w:t>
        <w:br/>
        <w:t>f 11422/7491/6328 11477/7545/6382 11481/7548/6385</w:t>
        <w:br/>
        <w:t>f 11427/7493/6330 11422/7491/6328 11481/7548/6385</w:t>
        <w:br/>
        <w:t>f 11483/7549/6386 11470/7536/6373 11482/7550/6387</w:t>
        <w:br/>
        <w:t>f 11341/7409/6246 11358/7428/6265 11365/7433/6270</w:t>
        <w:br/>
        <w:t>f 11484/7551/6388 11412/7479/6316 11430/7498/6335</w:t>
        <w:br/>
        <w:t>f 11485/7552/6389 11484/7551/6388 11430/7498/6335</w:t>
        <w:br/>
        <w:t>f 11473/7538/6375 11486/7553/6390 11411/7480/6317</w:t>
        <w:br/>
        <w:t>f 11487/7554/6391 11473/7538/6375 11411/7480/6317</w:t>
        <w:br/>
        <w:t>f 11449/7519/6356 11489/7555/6392 11488/7556/6393</w:t>
        <w:br/>
        <w:t>f 11452/7516/6353 11449/7519/6356 11488/7556/6393</w:t>
        <w:br/>
        <w:t>f 11456/7520/6357 11491/7557/6394 11490/7558/6395</w:t>
        <w:br/>
        <w:t>f 11492/7559/6396 11456/7520/6357 11490/7558/6395</w:t>
        <w:br/>
        <w:t>f 11453/7523/6360 11493/7560/6397 11491/7557/6394</w:t>
        <w:br/>
        <w:t>f 11456/7520/6357 11453/7523/6360 11491/7557/6394</w:t>
        <w:br/>
        <w:t>f 11494/7561/6398 11459/7525/6362 11460/7524/6361</w:t>
        <w:br/>
        <w:t>f 11495/7562/6399 11494/7561/6398 11460/7524/6361</w:t>
        <w:br/>
        <w:t>f 11452/7516/6353 11488/7556/6393 11493/7560/6397</w:t>
        <w:br/>
        <w:t>f 11453/7523/6360 11452/7516/6353 11493/7560/6397</w:t>
        <w:br/>
        <w:t>f 11489/7555/6392 11449/7519/6356 11459/7525/6362</w:t>
        <w:br/>
        <w:t>f 11494/7561/6398 11489/7555/6392 11459/7525/6362</w:t>
        <w:br/>
        <w:t>f 11462/7531/6368 11463/7530/6367 11461/7528/6365</w:t>
        <w:br/>
        <w:t>f 11396/7463/6300 11462/7531/6368 11461/7528/6365</w:t>
        <w:br/>
        <w:t>f 11395/7462/6299 11401/7469/6306 11462/7531/6368</w:t>
        <w:br/>
        <w:t>f 11396/7463/6300 11395/7462/6299 11462/7531/6368</w:t>
        <w:br/>
        <w:t>f 11401/7469/6306 11395/7462/6299 11394/7458/6295</w:t>
        <w:br/>
        <w:t>f 11400/7467/6304 11401/7469/6306 11394/7458/6295</w:t>
        <w:br/>
        <w:t>f 11400/7467/6304 11394/7458/6295 11391/7461/6298</w:t>
        <w:br/>
        <w:t>f 11399/7464/6301 11400/7467/6304 11391/7461/6298</w:t>
        <w:br/>
        <w:t>f 11351/7415/6252 11371/7441/6278 11399/7464/6301</w:t>
        <w:br/>
        <w:t>f 11391/7461/6298 11351/7415/6252 11399/7464/6301</w:t>
        <w:br/>
        <w:t>f 11348/7418/6255 11374/7438/6275 11371/7441/6278</w:t>
        <w:br/>
        <w:t>f 11351/7415/6252 11348/7418/6255 11371/7441/6278</w:t>
        <w:br/>
        <w:t>f 11499/7563/6400 11498/7564/6401 11497/7565/6402</w:t>
        <w:br/>
        <w:t>f 11496/7566/6403 11499/7563/6400 11497/7565/6402</w:t>
        <w:br/>
        <w:t>f 11344/7414/6251 11345/7413/6250 11429/7496/6333</w:t>
        <w:br/>
        <w:t>f 11428/7495/6332 11344/7414/6251 11429/7496/6333</w:t>
        <w:br/>
        <w:t>f 11501/7567/6404 11500/7568/6405 11430/7498/6335</w:t>
        <w:br/>
        <w:t>f 11431/7497/6334 11501/7567/6404 11430/7498/6335</w:t>
        <w:br/>
        <w:t>f 11432/7501/6338 11433/7500/6337 11502/7569/6406</w:t>
        <w:br/>
        <w:t>f 11503/7570/6407 11432/7501/6338 11502/7569/6406</w:t>
        <w:br/>
        <w:t>f 11505/7571/6408 11504/7572/6409 11502/7569/6406</w:t>
        <w:br/>
        <w:t>f 11433/7500/6337 11505/7571/6408 11502/7569/6406</w:t>
        <w:br/>
        <w:t>f 11509/7573/6410 11508/7574/6411 11507/7575/6412</w:t>
        <w:br/>
        <w:t>f 11506/7576/6413 11509/7573/6410 11507/7575/6412</w:t>
        <w:br/>
        <w:t>f 11504/7572/6409 11505/7571/6408 11508/7574/6411</w:t>
        <w:br/>
        <w:t>f 11509/7573/6410 11504/7572/6409 11508/7574/6411</w:t>
        <w:br/>
        <w:t>f 11512/7577/6414 11511/7578/6415 11510/7579/6416</w:t>
        <w:br/>
        <w:t>f 11506/7576/6413 11512/7577/6414 11510/7579/6416</w:t>
        <w:br/>
        <w:t>f 11511/7578/6415 11512/7577/6414 11513/7580/6417</w:t>
        <w:br/>
        <w:t>f 11514/7581/6418 11511/7578/6415 11513/7580/6417</w:t>
        <w:br/>
        <w:t>f 11352/7422/6259 11516/7582/6419 11515/7583/6420</w:t>
        <w:br/>
        <w:t>f 11355/7419/6256 11352/7422/6259 11515/7583/6420</w:t>
        <w:br/>
        <w:t>f 11518/7584/6421 11502/7569/6406 11504/7572/6409</w:t>
        <w:br/>
        <w:t>f 11517/7585/6422 11518/7584/6421 11504/7572/6409</w:t>
        <w:br/>
        <w:t>f 11373/7439/6276 11368/7435/6272 11369/7434/6271</w:t>
        <w:br/>
        <w:t>f 11372/7440/6277 11373/7439/6276 11369/7434/6271</w:t>
        <w:br/>
        <w:t>f 11443/7509/6346 11375/7443/6280 11519/7586/6423</w:t>
        <w:br/>
        <w:t>f 11497/7565/6402 11521/7587/6424 11520/7588/6425</w:t>
        <w:br/>
        <w:t>f 11405/7471/6308 11497/7565/6402 11520/7588/6425</w:t>
        <w:br/>
        <w:t>f 11521/7587/6424 11497/7565/6402 11498/7564/6401</w:t>
        <w:br/>
        <w:t>f 11522/7589/6426 11521/7587/6424 11498/7564/6401</w:t>
        <w:br/>
        <w:t>f 11523/7590/6427 11515/7583/6420 11516/7582/6419</w:t>
        <w:br/>
        <w:t>f 11524/7591/6428 11523/7590/6427 11516/7582/6419</w:t>
        <w:br/>
        <w:t>f 11525/7592/6429 11500/7568/6405 11501/7567/6404</w:t>
        <w:br/>
        <w:t>f 11502/7569/6406 11518/7584/6421 11526/7593/6274</w:t>
        <w:br/>
        <w:t>f 11503/7570/6407 11502/7569/6406 11526/7593/6274</w:t>
        <w:br/>
        <w:t>f 11506/7576/6413 11510/7579/6416 11527/7594/6430</w:t>
        <w:br/>
        <w:t>f 11509/7573/6410 11506/7576/6413 11527/7594/6430</w:t>
        <w:br/>
        <w:t>f 11517/7585/6422 11504/7572/6409 11509/7573/6410</w:t>
        <w:br/>
        <w:t>f 11527/7594/6430 11517/7585/6422 11509/7573/6410</w:t>
        <w:br/>
        <w:t>f 11530/7595/6431 11529/7596/6432 11528/7597/6433</w:t>
        <w:br/>
        <w:t>f 11467/7534/6371 11468/7533/6370 11532/7598/6434</w:t>
        <w:br/>
        <w:t>f 11531/7599/6435 11467/7534/6371 11532/7598/6434</w:t>
        <w:br/>
        <w:t>f 11533/7600/6436 11469/7537/6374 11470/7536/6373</w:t>
        <w:br/>
        <w:t>f 11483/7549/6386 11533/7600/6436 11470/7536/6373</w:t>
        <w:br/>
        <w:t>f 11535/7601/6437 11534/7602/6438 11481/7548/6385</w:t>
        <w:br/>
        <w:t>f 11536/7603/6439 11535/7601/6437 11481/7548/6385</w:t>
        <w:br/>
        <w:t>f 11514/7581/6418 11513/7580/6417 11537/7604/6440</w:t>
        <w:br/>
        <w:t>f 11538/7605/6441 11514/7581/6418 11537/7604/6440</w:t>
        <w:br/>
        <w:t>f 11542/7606/6442 11541/7607/6443 11540/7608/6444</w:t>
        <w:br/>
        <w:t>f 11539/7609/6445 11542/7606/6442 11540/7608/6444</w:t>
        <w:br/>
        <w:t>f 11545/7610/6446 11544/7611/6447 11543/7612/6448</w:t>
        <w:br/>
        <w:t>f 11546/7613/6449 11545/7610/6446 11543/7612/6448</w:t>
        <w:br/>
        <w:t>f 11549/7614/6450 11548/7615/6451 11547/7616/6452</w:t>
        <w:br/>
        <w:t>f 11550/7617/6453 11549/7614/6450 11547/7616/6452</w:t>
        <w:br/>
        <w:t>f 11548/7615/6451 11552/7618/6454 11551/7619/6455</w:t>
        <w:br/>
        <w:t>f 11547/7616/6452 11548/7615/6451 11551/7619/6455</w:t>
        <w:br/>
        <w:t>f 11554/7620/6456 11553/7621/6457 11552/7618/6454</w:t>
        <w:br/>
        <w:t>f 11548/7615/6451 11554/7620/6456 11552/7618/6454</w:t>
        <w:br/>
        <w:t>f 11554/7620/6456 11557/7622/6458 11556/7623/6459</w:t>
        <w:br/>
        <w:t>f 11555/7624/6460 11554/7620/6456 11556/7623/6459</w:t>
        <w:br/>
        <w:t>f 11558/7625/6461 11552/7618/6454 11553/7621/6457</w:t>
        <w:br/>
        <w:t>f 11546/7613/6449 11558/7625/6461 11553/7621/6457</w:t>
        <w:br/>
        <w:t>f 11558/7625/6461 11561/7626/6462 11560/7627/6463</w:t>
        <w:br/>
        <w:t>f 11559/7628/6464 11558/7625/6461 11560/7627/6463</w:t>
        <w:br/>
        <w:t>f 11564/7629/6465 11563/7630/6466 11562/7631/6467</w:t>
        <w:br/>
        <w:t>f 11555/7624/6460 11564/7629/6465 11562/7631/6467</w:t>
        <w:br/>
        <w:t>f 11566/7632/6468 11565/7633/6469 11544/7611/6447</w:t>
        <w:br/>
        <w:t>f 11545/7610/6446 11566/7632/6468 11544/7611/6447</w:t>
        <w:br/>
        <w:t>f 11570/7634/6470 11569/7635/6471 11568/7636/6472</w:t>
        <w:br/>
        <w:t>f 11567/7637/6473 11570/7634/6470 11568/7636/6472</w:t>
        <w:br/>
        <w:t>f 11568/7636/6472 11563/7630/6466 11564/7629/6465</w:t>
        <w:br/>
        <w:t>f 11567/7637/6473 11568/7636/6472 11564/7629/6465</w:t>
        <w:br/>
        <w:t>f 11573/7638/6474 11572/7639/6475 11571/7640/6476</w:t>
        <w:br/>
        <w:t>f 11574/7641/6477 11573/7638/6474 11571/7640/6476</w:t>
        <w:br/>
        <w:t>f 11576/7642/6478 11575/7643/6479 11572/7639/6475</w:t>
        <w:br/>
        <w:t>f 11573/7638/6474 11576/7642/6478 11572/7639/6475</w:t>
        <w:br/>
        <w:t>f 11579/7644/6480 11542/7606/6442 11578/7645/6481</w:t>
        <w:br/>
        <w:t>f 11577/7646/6482 11579/7644/6480 11578/7645/6481</w:t>
        <w:br/>
        <w:t>f 11582/7647/6483 11581/7648/6484 11580/7649/6485</w:t>
        <w:br/>
        <w:t>f 11583/7650/6486 11582/7647/6483 11580/7649/6485</w:t>
        <w:br/>
        <w:t>f 11587/7651/6487 11586/7652/6488 11585/7653/6489</w:t>
        <w:br/>
        <w:t>f 11584/7654/6490 11587/7651/6487 11585/7653/6489</w:t>
        <w:br/>
        <w:t>f 11584/7654/6490 11589/7655/6491 11588/7656/6492</w:t>
        <w:br/>
        <w:t>f 11592/7657/6493 11591/7658/6494 11590/7659/6495</w:t>
        <w:br/>
        <w:t>f 11593/7660/6496 11592/7657/6493 11590/7659/6495</w:t>
        <w:br/>
        <w:t>f 11597/7661/6497 11596/7662/6498 11595/7663/6499</w:t>
        <w:br/>
        <w:t>f 11594/7664/6500 11597/7661/6497 11595/7663/6499</w:t>
        <w:br/>
        <w:t>f 11601/7665/6501 11600/7666/6502 11599/7667/6503</w:t>
        <w:br/>
        <w:t>f 11598/7668/6504 11601/7665/6501 11599/7667/6503</w:t>
        <w:br/>
        <w:t>f 11603/7669/6505 11584/7654/6490 11588/7656/6492</w:t>
        <w:br/>
        <w:t>f 11602/7670/6506 11603/7669/6505 11588/7656/6492</w:t>
        <w:br/>
        <w:t>f 11606/7671/6507 11605/7672/6508 11604/7673/6509</w:t>
        <w:br/>
        <w:t>f 11607/7674/6510 11606/7671/6507 11604/7673/6509</w:t>
        <w:br/>
        <w:t>f 11593/7660/6496 11608/7675/6511 11592/7657/6493</w:t>
        <w:br/>
        <w:t>f 11611/7676/6512 11610/7677/6513 11609/7678/6514</w:t>
        <w:br/>
        <w:t>f 11611/7676/6512 11614/7679/6515 11613/7680/6516</w:t>
        <w:br/>
        <w:t>f 11612/7681/6517 11611/7676/6512 11613/7680/6516</w:t>
        <w:br/>
        <w:t>f 11617/7682/6518 11616/7683/6519 11615/7684/6520</w:t>
        <w:br/>
        <w:t>f 11618/7685/6521 11617/7682/6518 11615/7684/6520</w:t>
        <w:br/>
        <w:t>f 11559/7628/6464 11560/7627/6463 11589/7655/6491</w:t>
        <w:br/>
        <w:t>f 11585/7653/6489 11559/7628/6464 11589/7655/6491</w:t>
        <w:br/>
        <w:t>f 11622/7686/6522 11621/7687/6523 11620/7688/6524</w:t>
        <w:br/>
        <w:t>f 11619/7689/6525 11622/7686/6522 11620/7688/6524</w:t>
        <w:br/>
        <w:t>f 11586/7652/6488 11551/7619/6455 11559/7628/6464</w:t>
        <w:br/>
        <w:t>f 11585/7653/6489 11586/7652/6488 11559/7628/6464</w:t>
        <w:br/>
        <w:t>f 11626/7690/6526 11625/7691/6527 11624/7692/6528</w:t>
        <w:br/>
        <w:t>f 11623/7693/6529 11626/7690/6526 11624/7692/6528</w:t>
        <w:br/>
        <w:t>f 11630/7694/6530 11629/7695/6531 11628/7696/6532</w:t>
        <w:br/>
        <w:t>f 11627/7697/6533 11630/7694/6530 11628/7696/6532</w:t>
        <w:br/>
        <w:t>f 11589/7655/6491 11631/7698/6534 11588/7656/6492</w:t>
        <w:br/>
        <w:t>f 11632/7699/6535 11589/7655/6491 11560/7627/6463</w:t>
        <w:br/>
        <w:t>f 11632/7699/6535 11560/7627/6463 11633/7700/6536</w:t>
        <w:br/>
        <w:t>f 11561/7626/6462 11634/7701/6537 11633/7700/6536</w:t>
        <w:br/>
        <w:t>f 11565/7633/6469 11636/7702/6538 11635/7703/6539</w:t>
        <w:br/>
        <w:t>f 11544/7611/6447 11565/7633/6469 11635/7703/6539</w:t>
        <w:br/>
        <w:t>f 11565/7633/6469 11572/7639/6475 11575/7643/6479</w:t>
        <w:br/>
        <w:t>f 11636/7702/6538 11565/7633/6469 11575/7643/6479</w:t>
        <w:br/>
        <w:t>f 11639/7704/6540 11602/7670/6506 11638/7705/6541</w:t>
        <w:br/>
        <w:t>f 11637/7706/6542 11639/7704/6540 11638/7705/6541</w:t>
        <w:br/>
        <w:t>f 11588/7656/6492 11640/7707/6543 11638/7705/6541</w:t>
        <w:br/>
        <w:t>f 11602/7670/6506 11588/7656/6492 11638/7705/6541</w:t>
        <w:br/>
        <w:t>f 11640/7707/6543 11631/7698/6534 11642/7708/6544</w:t>
        <w:br/>
        <w:t>f 11641/7709/6545 11640/7707/6543 11642/7708/6544</w:t>
        <w:br/>
        <w:t>f 11643/7710/6546 11642/7708/6544 11631/7698/6534</w:t>
        <w:br/>
        <w:t>f 11632/7699/6535 11643/7710/6546 11631/7698/6534</w:t>
        <w:br/>
        <w:t>f 11644/7711/6547 11643/7710/6546 11632/7699/6535</w:t>
        <w:br/>
        <w:t>f 11633/7700/6536 11644/7711/6547 11632/7699/6535</w:t>
        <w:br/>
        <w:t>f 11638/7705/6541 11640/7707/6543 11641/7709/6545</w:t>
        <w:br/>
        <w:t>f 11645/7712/6548 11638/7705/6541 11641/7709/6545</w:t>
        <w:br/>
        <w:t>f 11649/7713/6549 11648/7714/6550 11647/7715/6551</w:t>
        <w:br/>
        <w:t>f 11646/7716/6552 11649/7713/6549 11647/7715/6551</w:t>
        <w:br/>
        <w:t>f 11650/7717/6553 11647/7715/6551 11648/7714/6550</w:t>
        <w:br/>
        <w:t>f 11651/7718/6554 11650/7717/6553 11648/7714/6550</w:t>
        <w:br/>
        <w:t>f 11654/7719/6555 11653/7720/6556 11652/7721/6557</w:t>
        <w:br/>
        <w:t>f 11655/7722/6558 11654/7719/6555 11652/7721/6557</w:t>
        <w:br/>
        <w:t>f 11659/7723/6559 11658/7724/6560 11657/7725/6561</w:t>
        <w:br/>
        <w:t>f 11656/7726/6562 11659/7723/6559 11657/7725/6561</w:t>
        <w:br/>
        <w:t>f 11658/7724/6560 11659/7723/6559 11660/7727/6563</w:t>
        <w:br/>
        <w:t>f 11661/7728/6564 11658/7724/6560 11660/7727/6563</w:t>
        <w:br/>
        <w:t>f 11665/7729/6565 11664/7730/6566 11663/7731/6567</w:t>
        <w:br/>
        <w:t>f 11662/7732/6568 11665/7729/6565 11663/7731/6567</w:t>
        <w:br/>
        <w:t>f 11667/7733/6569 11665/7729/6565 11662/7732/6568</w:t>
        <w:br/>
        <w:t>f 11666/7734/6570 11667/7733/6569 11662/7732/6568</w:t>
        <w:br/>
        <w:t>f 11671/7735/6571 11670/7736/6572 11669/7737/6573</w:t>
        <w:br/>
        <w:t>f 11668/7738/6574 11671/7735/6571 11669/7737/6573</w:t>
        <w:br/>
        <w:t>f 11670/7736/6572 11667/7733/6569 11666/7734/6570</w:t>
        <w:br/>
        <w:t>f 11669/7737/6573 11670/7736/6572 11666/7734/6570</w:t>
        <w:br/>
        <w:t>f 11673/7739/6575 11672/7740/6576 11671/7735/6571</w:t>
        <w:br/>
        <w:t>f 11668/7738/6574 11673/7739/6575 11671/7735/6571</w:t>
        <w:br/>
        <w:t>f 11677/7741/6577 11676/7742/6578 11675/7743/6579</w:t>
        <w:br/>
        <w:t>f 11674/7744/6580 11677/7741/6577 11675/7743/6579</w:t>
        <w:br/>
        <w:t>f 11681/7745/6581 11680/7746/6582 11679/7747/6583</w:t>
        <w:br/>
        <w:t>f 11678/7748/6584 11681/7745/6581 11679/7747/6583</w:t>
        <w:br/>
        <w:t>f 11685/7749/6585 11684/7750/6586 11683/7751/6587</w:t>
        <w:br/>
        <w:t>f 11682/7752/6588 11685/7749/6585 11683/7751/6587</w:t>
        <w:br/>
        <w:t>f 11688/7753/6589 11687/7754/6590 11686/7755/6591</w:t>
        <w:br/>
        <w:t>f 11689/7756/6592 11688/7753/6589 11686/7755/6591</w:t>
        <w:br/>
        <w:t>f 11693/7757/6593 11692/7758/6594 11691/7759/6595</w:t>
        <w:br/>
        <w:t>f 11690/7760/6596 11693/7757/6593 11691/7759/6595</w:t>
        <w:br/>
        <w:t>f 11696/7761/6597 11695/7762/6598 11694/7763/6599</w:t>
        <w:br/>
        <w:t>f 11694/7763/6599 11691/7759/6595 11692/7758/6594</w:t>
        <w:br/>
        <w:t>f 11696/7761/6597 11694/7763/6599 11692/7758/6594</w:t>
        <w:br/>
        <w:t>f 11699/7764/6600 11695/7762/6598 11698/7765/6601</w:t>
        <w:br/>
        <w:t>f 11697/7766/6602 11699/7764/6600 11698/7765/6601</w:t>
        <w:br/>
        <w:t>f 11623/7693/6529 11540/7608/6444 11541/7607/6443</w:t>
        <w:br/>
        <w:t>f 11626/7690/6526 11623/7693/6529 11541/7607/6443</w:t>
        <w:br/>
        <w:t>f 11627/7697/6533 11628/7696/6532 11700/7767/6603</w:t>
        <w:br/>
        <w:t>f 11702/7768/6604 11701/7769/6605 11594/7664/6500</w:t>
        <w:br/>
        <w:t>f 11595/7663/6499 11702/7768/6604 11594/7664/6500</w:t>
        <w:br/>
        <w:t>f 11705/7770/6606 11704/7771/6607 11703/7772/6608</w:t>
        <w:br/>
        <w:t>f 11581/7648/6484 11705/7770/6606 11703/7772/6608</w:t>
        <w:br/>
        <w:t>f 11552/7618/6454 11558/7625/6461 11559/7628/6464</w:t>
        <w:br/>
        <w:t>f 11551/7619/6455 11552/7618/6454 11559/7628/6464</w:t>
        <w:br/>
        <w:t>f 11545/7610/6446 11562/7631/6467 11563/7630/6466</w:t>
        <w:br/>
        <w:t>f 11566/7632/6468 11545/7610/6446 11563/7630/6466</w:t>
        <w:br/>
        <w:t>f 11574/7641/6477 11571/7640/6476 11568/7636/6472</w:t>
        <w:br/>
        <w:t>f 11569/7635/6471 11574/7641/6477 11568/7636/6472</w:t>
        <w:br/>
        <w:t>f 11563/7630/6466 11568/7636/6472 11571/7640/6476</w:t>
        <w:br/>
        <w:t>f 11566/7632/6468 11563/7630/6466 11571/7640/6476</w:t>
        <w:br/>
        <w:t>f 11586/7652/6488 11706/7773/6609 11547/7616/6452</w:t>
        <w:br/>
        <w:t>f 11551/7619/6455 11586/7652/6488 11547/7616/6452</w:t>
        <w:br/>
        <w:t>f 11708/7774/6610 11707/7775/6611 11578/7645/6481</w:t>
        <w:br/>
        <w:t>f 11709/7776/6612 11708/7774/6610 11578/7645/6481</w:t>
        <w:br/>
        <w:t>f 11577/7646/6482 11578/7645/6481 11707/7775/6611</w:t>
        <w:br/>
        <w:t>f 11710/7777/6613 11577/7646/6482 11707/7775/6611</w:t>
        <w:br/>
        <w:t>f 11577/7646/6482 11710/7777/6613 11704/7771/6607</w:t>
        <w:br/>
        <w:t>f 11705/7770/6606 11577/7646/6482 11704/7771/6607</w:t>
        <w:br/>
        <w:t>f 11707/7775/6611 11708/7774/6610 11576/7642/6478</w:t>
        <w:br/>
        <w:t>f 11573/7638/6474 11707/7775/6611 11576/7642/6478</w:t>
        <w:br/>
        <w:t>f 11710/7777/6613 11707/7775/6611 11573/7638/6474</w:t>
        <w:br/>
        <w:t>f 11574/7641/6477 11710/7777/6613 11573/7638/6474</w:t>
        <w:br/>
        <w:t>f 11569/7635/6471 11704/7771/6607 11710/7777/6613</w:t>
        <w:br/>
        <w:t>f 11574/7641/6477 11569/7635/6471 11710/7777/6613</w:t>
        <w:br/>
        <w:t>f 11569/7635/6471 11570/7634/6470 11703/7772/6608</w:t>
        <w:br/>
        <w:t>f 11704/7771/6607 11569/7635/6471 11703/7772/6608</w:t>
        <w:br/>
        <w:t>f 11566/7632/6468 11571/7640/6476 11572/7639/6475</w:t>
        <w:br/>
        <w:t>f 11565/7633/6469 11566/7632/6468 11572/7639/6475</w:t>
        <w:br/>
        <w:t>f 11567/7637/6473 11564/7629/6465 11555/7624/6460</w:t>
        <w:br/>
        <w:t>f 11556/7623/6459 11567/7637/6473 11555/7624/6460</w:t>
        <w:br/>
        <w:t>f 11580/7649/6485 11570/7634/6470 11567/7637/6473</w:t>
        <w:br/>
        <w:t>f 11556/7623/6459 11580/7649/6485 11567/7637/6473</w:t>
        <w:br/>
        <w:t>f 11581/7648/6484 11703/7772/6608 11570/7634/6470</w:t>
        <w:br/>
        <w:t>f 11580/7649/6485 11581/7648/6484 11570/7634/6470</w:t>
        <w:br/>
        <w:t>f 11712/7778/6528 11711/7779/6527 11629/7695/6531</w:t>
        <w:br/>
        <w:t>f 11630/7694/6530 11712/7778/6528 11629/7695/6531</w:t>
        <w:br/>
        <w:t>f 11716/7780/6614 11715/7781/6615 11714/7782/6616</w:t>
        <w:br/>
        <w:t>f 11713/7783/6617 11716/7780/6614 11714/7782/6616</w:t>
        <w:br/>
        <w:t>f 11720/7784/6618 11719/7785/6619 11718/7786/6620</w:t>
        <w:br/>
        <w:t>f 11717/7787/6621 11720/7784/6618 11718/7786/6620</w:t>
        <w:br/>
        <w:t>f 11723/7788/6622 11722/7789/6623 11721/7790/6624</w:t>
        <w:br/>
        <w:t>f 11724/7791/6625 11723/7788/6622 11721/7790/6624</w:t>
        <w:br/>
        <w:t>f 11727/7792/6626 11726/7793/6627 11725/7794/6628</w:t>
        <w:br/>
        <w:t>f 11728/7795/6629 11727/7792/6626 11725/7794/6628</w:t>
        <w:br/>
        <w:t>f 11717/7787/6621 11730/7796/6630 11729/7797/6631</w:t>
        <w:br/>
        <w:t>f 11720/7784/6618 11717/7787/6621 11729/7797/6631</w:t>
        <w:br/>
        <w:t>f 11715/7781/6615 11721/7790/6624 11722/7789/6623</w:t>
        <w:br/>
        <w:t>f 11714/7782/6616 11715/7781/6615 11722/7789/6623</w:t>
        <w:br/>
        <w:t>f 11726/7793/6627 11727/7792/6626 11716/7780/6614</w:t>
        <w:br/>
        <w:t>f 11713/7783/6617 11726/7793/6627 11716/7780/6614</w:t>
        <w:br/>
        <w:t>f 11624/7692/6528 11732/7798/6632 11731/7799/6633</w:t>
        <w:br/>
        <w:t>f 11623/7693/6529 11624/7692/6528 11731/7799/6633</w:t>
        <w:br/>
        <w:t>f 11712/7778/6528 11630/7694/6530 11733/7800/6634</w:t>
        <w:br/>
        <w:t>f 11634/7701/6537 11734/7801/6635 11644/7711/6547</w:t>
        <w:br/>
        <w:t>f 11633/7700/6536 11634/7701/6537 11644/7711/6547</w:t>
        <w:br/>
        <w:t>f 11738/7802/6636 11737/7803/6637 11736/7804/6638</w:t>
        <w:br/>
        <w:t>f 11735/7805/6639 11738/7802/6636 11736/7804/6638</w:t>
        <w:br/>
        <w:t>f 11740/7806/6640 11673/7739/6575 11699/7764/6600</w:t>
        <w:br/>
        <w:t>f 11739/7807/6641 11740/7806/6640 11699/7764/6600</w:t>
        <w:br/>
        <w:t>f 11672/7740/6576 11673/7739/6575 11740/7806/6640</w:t>
        <w:br/>
        <w:t>f 11741/7808/6642 11672/7740/6576 11740/7806/6640</w:t>
        <w:br/>
        <w:t>f 11659/7723/6559 11656/7726/6562 11743/7809/6643</w:t>
        <w:br/>
        <w:t>f 11742/7810/6644 11659/7723/6559 11743/7809/6643</w:t>
        <w:br/>
        <w:t>f 11742/7810/6644 11744/7811/6645 11659/7723/6559</w:t>
        <w:br/>
        <w:t>f 11747/7812/6646 11746/7813/6647 11745/7814/6648</w:t>
        <w:br/>
        <w:t>f 11664/7730/6566 11747/7812/6646 11745/7814/6648</w:t>
        <w:br/>
        <w:t>f 11750/7815/6649 11749/7816/6650 11748/7817/6651</w:t>
        <w:br/>
        <w:t>f 11754/7818/6652 11753/7819/6653 11752/7820/6654</w:t>
        <w:br/>
        <w:t>f 11751/7821/6655 11754/7818/6652 11752/7820/6654</w:t>
        <w:br/>
        <w:t>f 11595/7663/6499 11614/7679/6515 11609/7678/6514</w:t>
        <w:br/>
        <w:t>f 11702/7768/6604 11595/7663/6499 11609/7678/6514</w:t>
        <w:br/>
        <w:t>f 11684/7750/6586 11685/7749/6585 11677/7741/6577</w:t>
        <w:br/>
        <w:t>f 11653/7720/6556 11654/7719/6555 11661/7728/6564</w:t>
        <w:br/>
        <w:t>f 11660/7727/6563 11653/7720/6556 11661/7728/6564</w:t>
        <w:br/>
        <w:t>f 11755/7822/6656 11660/7727/6563 11744/7811/6645</w:t>
        <w:br/>
        <w:t>f 11758/7823/6657 11757/7824/6658 11756/7825/6659</w:t>
        <w:br/>
        <w:t>f 11759/7826/6660 11758/7823/6657 11756/7825/6659</w:t>
        <w:br/>
        <w:t>f 11713/7783/6617 11714/7782/6616 11761/7827/6661</w:t>
        <w:br/>
        <w:t>f 11760/7828/6662 11713/7783/6617 11761/7827/6661</w:t>
        <w:br/>
        <w:t>f 11719/7785/6619 11720/7784/6618 11762/7829/6663</w:t>
        <w:br/>
        <w:t>f 11763/7830/6664 11719/7785/6619 11762/7829/6663</w:t>
        <w:br/>
        <w:t>f 11765/7831/6665 11764/7832/6666 11722/7789/6623</w:t>
        <w:br/>
        <w:t>f 11723/7788/6622 11765/7831/6665 11722/7789/6623</w:t>
        <w:br/>
        <w:t>f 11767/7833/6667 11766/7834/6668 11725/7794/6628</w:t>
        <w:br/>
        <w:t>f 11726/7793/6627 11767/7833/6667 11725/7794/6628</w:t>
        <w:br/>
        <w:t>f 11768/7835/6669 11762/7829/6663 11720/7784/6618</w:t>
        <w:br/>
        <w:t>f 11729/7797/6631 11768/7835/6669 11720/7784/6618</w:t>
        <w:br/>
        <w:t>f 11764/7832/6666 11761/7827/6661 11714/7782/6616</w:t>
        <w:br/>
        <w:t>f 11722/7789/6623 11764/7832/6666 11714/7782/6616</w:t>
        <w:br/>
        <w:t>f 11760/7828/6662 11767/7833/6667 11726/7793/6627</w:t>
        <w:br/>
        <w:t>f 11713/7783/6617 11760/7828/6662 11726/7793/6627</w:t>
        <w:br/>
        <w:t>f 11725/7794/6628 11766/7834/6668 11737/7803/6637</w:t>
        <w:br/>
        <w:t>f 11734/7801/6635 11725/7794/6628 11737/7803/6637</w:t>
        <w:br/>
        <w:t>f 11738/7802/6636 11769/7836/6670 11643/7710/6546</w:t>
        <w:br/>
        <w:t>f 11644/7711/6547 11738/7802/6636 11643/7710/6546</w:t>
        <w:br/>
        <w:t>f 11642/7708/6544 11643/7710/6546 11769/7836/6670</w:t>
        <w:br/>
        <w:t>f 11646/7716/6552 11642/7708/6544 11769/7836/6670</w:t>
        <w:br/>
        <w:t>f 11641/7709/6545 11642/7708/6544 11646/7716/6552</w:t>
        <w:br/>
        <w:t>f 11647/7715/6551 11641/7709/6545 11646/7716/6552</w:t>
        <w:br/>
        <w:t>f 11645/7712/6548 11641/7709/6545 11647/7715/6551</w:t>
        <w:br/>
        <w:t>f 11650/7717/6553 11645/7712/6548 11647/7715/6551</w:t>
        <w:br/>
        <w:t>f 11771/7837/6671 11645/7712/6548 11650/7717/6553</w:t>
        <w:br/>
        <w:t>f 11770/7838/6672 11771/7837/6671 11650/7717/6553</w:t>
        <w:br/>
        <w:t>f 11758/7823/6657 11684/7750/6586 11772/7839/6673</w:t>
        <w:br/>
        <w:t>f 11757/7824/6658 11758/7823/6657 11772/7839/6673</w:t>
        <w:br/>
        <w:t>f 11683/7751/6587 11599/7667/6503 11600/7666/6502</w:t>
        <w:br/>
        <w:t>f 11773/7840/6674 11683/7751/6587 11600/7666/6502</w:t>
        <w:br/>
        <w:t>f 11599/7667/6503 11683/7751/6587 11684/7750/6586</w:t>
        <w:br/>
        <w:t>f 11758/7823/6657 11599/7667/6503 11684/7750/6586</w:t>
        <w:br/>
        <w:t>f 11777/7841/6675 11776/7842/6676 11775/7843/6677</w:t>
        <w:br/>
        <w:t>f 11774/7844/6678 11777/7841/6675 11775/7843/6677</w:t>
        <w:br/>
        <w:t>f 11779/7845/6679 11778/7846/6680 11692/7758/6594</w:t>
        <w:br/>
        <w:t>f 11693/7757/6593 11779/7845/6679 11692/7758/6594</w:t>
        <w:br/>
        <w:t>f 11698/7765/6601 11696/7761/6597 11781/7847/6681</w:t>
        <w:br/>
        <w:t>f 11780/7848/6682 11698/7765/6601 11781/7847/6681</w:t>
        <w:br/>
        <w:t>f 11782/7849/6683 11781/7847/6681 11778/7846/6680</w:t>
        <w:br/>
        <w:t>f 11783/7850/6684 11698/7765/6601 11780/7848/6682</w:t>
        <w:br/>
        <w:t>f 11697/7766/6602 11783/7850/6684 11784/7851/6685</w:t>
        <w:br/>
        <w:t>f 11785/7852/6686 11697/7766/6602 11784/7851/6685</w:t>
        <w:br/>
        <w:t>f 11616/7683/6519 11617/7682/6518 11786/7853/6687</w:t>
        <w:br/>
        <w:t>f 11787/7854/6688 11616/7683/6519 11786/7853/6687</w:t>
        <w:br/>
        <w:t>f 11645/7712/6548 11771/7837/6671 11637/7706/6542</w:t>
        <w:br/>
        <w:t>f 11638/7705/6541 11645/7712/6548 11637/7706/6542</w:t>
        <w:br/>
        <w:t>f 11770/7838/6672 11650/7717/6553 11651/7718/6554</w:t>
        <w:br/>
        <w:t>f 11788/7855/6689 11770/7838/6672 11651/7718/6554</w:t>
        <w:br/>
        <w:t>f 11603/7669/6505 11790/7856/6690 11789/7857/6691</w:t>
        <w:br/>
        <w:t>f 11791/7858/6692 11603/7669/6505 11789/7857/6691</w:t>
        <w:br/>
        <w:t>f 11602/7670/6506 11639/7704/6540 11790/7856/6690</w:t>
        <w:br/>
        <w:t>f 11603/7669/6505 11602/7670/6506 11790/7856/6690</w:t>
        <w:br/>
        <w:t>f 11606/7671/6507 11590/7659/6495 11591/7658/6494</w:t>
        <w:br/>
        <w:t>f 11605/7672/6508 11606/7671/6507 11591/7658/6494</w:t>
        <w:br/>
        <w:t>f 11611/7676/6512 11593/7660/6496 11792/7859/6693</w:t>
        <w:br/>
        <w:t>f 11610/7677/6513 11611/7676/6512 11792/7859/6693</w:t>
        <w:br/>
        <w:t>f 11795/7860/6694 11794/7861/6695 11793/7862/6696</w:t>
        <w:br/>
        <w:t>f 11782/7849/6683 11795/7860/6694 11793/7862/6696</w:t>
        <w:br/>
        <w:t>f 11788/7855/6689 11651/7718/6554 11796/7863/6697</w:t>
        <w:br/>
        <w:t>f 11797/7864/6698 11788/7855/6689 11796/7863/6697</w:t>
        <w:br/>
        <w:t>f 11603/7669/6505 11791/7858/6692 11798/7865/6699</w:t>
        <w:br/>
        <w:t>f 11584/7654/6490 11603/7669/6505 11798/7865/6699</w:t>
        <w:br/>
        <w:t>f 11801/7866/6700 11800/7867/6701 11799/7868/6702</w:t>
        <w:br/>
        <w:t>f 11802/7869/6703 11801/7866/6700 11799/7868/6702</w:t>
        <w:br/>
        <w:t>f 11805/7870/6704 11804/7871/6705 11803/7872/6706</w:t>
        <w:br/>
        <w:t>f 11807/7873/6707 11806/7874/6708 11621/7687/6523</w:t>
        <w:br/>
        <w:t>f 11621/7687/6523 11808/7875/6709 11807/7873/6707</w:t>
        <w:br/>
        <w:t>f 11809/7876/6710 11805/7870/6704 11803/7872/6706</w:t>
        <w:br/>
        <w:t>f 11810/7877/6711 11809/7876/6710 11803/7872/6706</w:t>
        <w:br/>
        <w:t>f 11811/7878/6712 11756/7825/6659 11757/7824/6658</w:t>
        <w:br/>
        <w:t>f 11598/7668/6504 11599/7667/6503 11758/7823/6657</w:t>
        <w:br/>
        <w:t>f 11759/7826/6660 11598/7668/6504 11758/7823/6657</w:t>
        <w:br/>
        <w:t>f 11774/7844/6678 11813/7879/6713 11812/7880/6714</w:t>
        <w:br/>
        <w:t>f 11777/7841/6675 11774/7844/6678 11812/7880/6714</w:t>
        <w:br/>
        <w:t>f 11781/7847/6681 11782/7849/6683 11793/7862/6696</w:t>
        <w:br/>
        <w:t>f 11805/7870/6704 11815/7881/6715 11814/7882/6716</w:t>
        <w:br/>
        <w:t>f 11808/7875/6709 11815/7881/6715 11805/7870/6704</w:t>
        <w:br/>
        <w:t>f 11817/7883/6717 11622/7686/6522 11619/7689/6525</w:t>
        <w:br/>
        <w:t>f 11816/7884/6718 11817/7883/6717 11619/7689/6525</w:t>
        <w:br/>
        <w:t>f 11820/7885/6719 11819/7886/6720 11818/7887/6721</w:t>
        <w:br/>
        <w:t>f 11803/7872/6706 11820/7885/6719 11818/7887/6721</w:t>
        <w:br/>
        <w:t>f 11818/7887/6721 11821/7888/6722 11810/7877/6711</w:t>
        <w:br/>
        <w:t>f 11803/7872/6706 11818/7887/6721 11810/7877/6711</w:t>
        <w:br/>
        <w:t>f 11822/7889/6723 11740/7806/6640 11739/7807/6641</w:t>
        <w:br/>
        <w:t>f 11823/7890/6724 11822/7889/6723 11739/7807/6641</w:t>
        <w:br/>
        <w:t>f 11741/7808/6642 11740/7806/6640 11822/7889/6723</w:t>
        <w:br/>
        <w:t>f 11824/7891/6725 11741/7808/6642 11822/7889/6723</w:t>
        <w:br/>
        <w:t>f 11672/7740/6576 11741/7808/6642 11825/7892/6726</w:t>
        <w:br/>
        <w:t>f 11784/7851/6685 11827/7893/6727 11826/7894/6728</w:t>
        <w:br/>
        <w:t>f 11785/7852/6686 11784/7851/6685 11826/7894/6728</w:t>
        <w:br/>
        <w:t>f 11830/7895/6729 11829/7896/6730 11828/7897/6731</w:t>
        <w:br/>
        <w:t>f 11831/7898/6241 11830/7895/6729 11828/7897/6731</w:t>
        <w:br/>
        <w:t>f 11834/7899/6732 11833/7900/6733 11832/7901/6734</w:t>
        <w:br/>
        <w:t>f 11835/7902/6735 11834/7899/6732 11832/7901/6734</w:t>
        <w:br/>
        <w:t>f 11838/7903/6736 11837/7904/6737 11836/7905/6738</w:t>
        <w:br/>
        <w:t>f 11839/7906/6739 11838/7903/6736 11836/7905/6738</w:t>
        <w:br/>
        <w:t>f 11831/7898/6241 11828/7897/6731 11841/7907/6740</w:t>
        <w:br/>
        <w:t>f 11840/7908/6741 11831/7898/6241 11841/7907/6740</w:t>
        <w:br/>
        <w:t>f 11835/7902/6735 11843/7909/6742 11842/7910/6743</w:t>
        <w:br/>
        <w:t>f 11834/7899/6732 11835/7902/6735 11842/7910/6743</w:t>
        <w:br/>
        <w:t>f 11847/7911/6272 11846/7912/6744 11845/7913/6745</w:t>
        <w:br/>
        <w:t>f 11844/7914/6273 11847/7911/6272 11845/7913/6745</w:t>
        <w:br/>
        <w:t>f 11851/7915/6746 11850/7916/6747 11849/7917/6748</w:t>
        <w:br/>
        <w:t>f 11848/7918/6749 11851/7915/6746 11849/7917/6748</w:t>
        <w:br/>
        <w:t>f 11855/7919/6282 11854/7920/6750 11853/7921/6751</w:t>
        <w:br/>
        <w:t>f 11852/7922/6254 11855/7919/6282 11853/7921/6751</w:t>
        <w:br/>
        <w:t>f 11859/7923/6752 11858/7924/6753 11857/7925/6754</w:t>
        <w:br/>
        <w:t>f 11856/7926/6755 11859/7923/6752 11857/7925/6754</w:t>
        <w:br/>
        <w:t>f 11736/7804/6638 11861/7927/6756 11860/7928/6757</w:t>
        <w:br/>
        <w:t>f 11862/7929/6758 11736/7804/6638 11860/7928/6757</w:t>
        <w:br/>
        <w:t>f 11865/7930/6759 11864/7931/6760 11863/7932/6761</w:t>
        <w:br/>
        <w:t>f 11755/7822/6656 11865/7930/6759 11863/7932/6761</w:t>
        <w:br/>
        <w:t>f 11742/7810/6644 11743/7809/6643 11866/7933/6762</w:t>
        <w:br/>
        <w:t>f 11867/7934/6763 11742/7810/6644 11866/7933/6762</w:t>
        <w:br/>
        <w:t>f 11871/7935/6764 11870/7936/6765 11869/7937/6766</w:t>
        <w:br/>
        <w:t>f 11868/7938/6767 11871/7935/6764 11869/7937/6766</w:t>
        <w:br/>
        <w:t>f 11874/7939/6768 11873/7940/6769 11872/7941/6770</w:t>
        <w:br/>
        <w:t>f 11875/7942/6771 11874/7939/6768 11872/7941/6770</w:t>
        <w:br/>
        <w:t>f 11879/7943/6772 11878/7944/6380 11877/7945/6379</w:t>
        <w:br/>
        <w:t>f 11876/7946/6773 11879/7943/6772 11877/7945/6379</w:t>
        <w:br/>
        <w:t>f 11882/7947/6774 11881/7948/6775 11880/7949/6776</w:t>
        <w:br/>
        <w:t>f 11883/7950/6777 11882/7947/6774 11880/7949/6776</w:t>
        <w:br/>
        <w:t>f 11885/7951/6778 11884/7952/6381 11878/7944/6380</w:t>
        <w:br/>
        <w:t>f 11879/7943/6772 11885/7951/6778 11878/7944/6380</w:t>
        <w:br/>
        <w:t>f 11889/7953/6779 11888/7954/6780 11887/7955/6781</w:t>
        <w:br/>
        <w:t>f 11886/7956/6782 11889/7953/6779 11887/7955/6781</w:t>
        <w:br/>
        <w:t>f 11893/7957/6783 11892/7958/6385 11891/7959/6784</w:t>
        <w:br/>
        <w:t>f 11890/7960/6785 11893/7957/6783 11891/7959/6784</w:t>
        <w:br/>
        <w:t>f 11897/7961/6786 11896/7962/6439 11895/7963/6787</w:t>
        <w:br/>
        <w:t>f 11894/7964/6788 11897/7961/6786 11895/7963/6787</w:t>
        <w:br/>
        <w:t>f 11899/7965/6789 11898/7966/6790 11870/7936/6765</w:t>
        <w:br/>
        <w:t>f 11871/7935/6764 11899/7965/6789 11870/7936/6765</w:t>
        <w:br/>
        <w:t>f 11901/7967/6791 11900/7968/6792 11760/7828/6662</w:t>
        <w:br/>
        <w:t>f 11761/7827/6661 11901/7967/6791 11760/7828/6662</w:t>
        <w:br/>
        <w:t>f 11763/7830/6664 11762/7829/6663 11903/7969/6793</w:t>
        <w:br/>
        <w:t>f 11902/7970/6794 11763/7830/6664 11903/7969/6793</w:t>
        <w:br/>
        <w:t>f 11906/7971/6795 11905/7972/6796 11904/7973/6797</w:t>
        <w:br/>
        <w:t>f 11907/7974/6394 11906/7971/6795 11904/7973/6797</w:t>
        <w:br/>
        <w:t>f 11908/7975/6798 11906/7971/6795 11907/7974/6394</w:t>
        <w:br/>
        <w:t>f 11909/7976/6799 11908/7975/6798 11907/7974/6394</w:t>
        <w:br/>
        <w:t>f 11767/7833/6667 11912/7977/6800 11911/7978/6801</w:t>
        <w:br/>
        <w:t>f 11910/7979/6802 11767/7833/6667 11911/7978/6801</w:t>
        <w:br/>
        <w:t>f 11915/7980/6803 11914/7981/6804 11913/7982/6805</w:t>
        <w:br/>
        <w:t>f 11916/7983/6805 11915/7980/6803 11913/7982/6805</w:t>
        <w:br/>
        <w:t>f 11908/7975/6798 11909/7976/6799 11917/7984/6806</w:t>
        <w:br/>
        <w:t>f 11918/7985/6807 11908/7975/6798 11917/7984/6806</w:t>
        <w:br/>
        <w:t>f 11922/7986/6808 11921/7987/6392 11920/7988/6398</w:t>
        <w:br/>
        <w:t>f 11919/7989/6809 11922/7986/6808 11920/7988/6398</w:t>
        <w:br/>
        <w:t>f 11915/7980/6803 11924/7990/6810 11923/7991/6811</w:t>
        <w:br/>
        <w:t>f 11914/7981/6804 11915/7980/6803 11923/7991/6811</w:t>
        <w:br/>
        <w:t>f 11927/7992/6812 11926/7993/6813 11925/7994/6399</w:t>
        <w:br/>
        <w:t>f 11928/7995/6814 11927/7992/6812 11925/7994/6399</w:t>
        <w:br/>
        <w:t>f 11931/7996/6815 11930/7997/6816 11929/7998/6817</w:t>
        <w:br/>
        <w:t>f 11932/7999/6818 11931/7996/6815 11929/7998/6817</w:t>
        <w:br/>
        <w:t>f 11935/8000/6819 11934/8001/6820 11933/8002/6821</w:t>
        <w:br/>
        <w:t>f 11936/8003/6822 11935/8000/6819 11933/8002/6821</w:t>
        <w:br/>
        <w:t>f 11852/7922/6254 11853/7921/6751 11929/7998/6817</w:t>
        <w:br/>
        <w:t>f 11930/7997/6816 11852/7922/6254 11929/7998/6817</w:t>
        <w:br/>
        <w:t>f 11931/7996/6815 11932/7999/6818 11937/8004/6823</w:t>
        <w:br/>
        <w:t>f 11938/8005/6824 11931/7996/6815 11937/8004/6823</w:t>
        <w:br/>
        <w:t>f 11942/8006/6825 11941/8007/6826 11940/8008/6827</w:t>
        <w:br/>
        <w:t>f 11939/8009/6828 11942/8006/6825 11940/8008/6827</w:t>
        <w:br/>
        <w:t>f 11941/8007/6826 11942/8006/6825 11854/7920/6750</w:t>
        <w:br/>
        <w:t>f 11855/7919/6282 11941/8007/6826 11854/7920/6750</w:t>
        <w:br/>
        <w:t>f 11838/7903/6736 11839/7906/6739 11829/7896/6730</w:t>
        <w:br/>
        <w:t>f 11830/7895/6729 11838/7903/6736 11829/7896/6730</w:t>
        <w:br/>
        <w:t>f 11938/8005/6824 11937/8004/6823 11846/7912/6744</w:t>
        <w:br/>
        <w:t>f 11847/7911/6272 11938/8005/6824 11846/7912/6744</w:t>
        <w:br/>
        <w:t>f 11946/8010/6829 11945/8011/6830 11944/8012/6831</w:t>
        <w:br/>
        <w:t>f 11943/8013/6832 11946/8010/6829 11944/8012/6831</w:t>
        <w:br/>
        <w:t>f 11948/8014/6833 11947/8015/6834 11822/7889/6723</w:t>
        <w:br/>
        <w:t>f 11823/7890/6724 11948/8014/6833 11822/7889/6723</w:t>
        <w:br/>
        <w:t>f 11951/8016/6436 11950/8017/6386 11949/8018/6835</w:t>
        <w:br/>
        <w:t>f 11952/8019/6836 11951/8016/6436 11949/8018/6835</w:t>
        <w:br/>
        <w:t>f 11895/7963/6787 11896/7962/6439 11892/7958/6385</w:t>
        <w:br/>
        <w:t>f 11893/7957/6783 11895/7963/6787 11892/7958/6385</w:t>
        <w:br/>
        <w:t>f 11955/8020/6837 11954/8021/6838 11953/8022/6839</w:t>
        <w:br/>
        <w:t>f 11956/8023/6840 11955/8020/6837 11953/8022/6839</w:t>
        <w:br/>
        <w:t>f 11957/8024/6841 11768/7835/6669 11729/7797/6631</w:t>
        <w:br/>
        <w:t>f 11959/8025/6842 11958/8026/6843 11591/7658/6494</w:t>
        <w:br/>
        <w:t>f 11592/7657/6493 11959/8025/6842 11591/7658/6494</w:t>
        <w:br/>
        <w:t>f 11596/7662/6498 11597/7661/6497 11960/8027/6844</w:t>
        <w:br/>
        <w:t>f 11961/8028/6845 11596/7662/6498 11960/8027/6844</w:t>
        <w:br/>
        <w:t>f 11605/7672/6508 11963/8029/6846 11962/8030/6847</w:t>
        <w:br/>
        <w:t>f 11604/7673/6509 11605/7672/6508 11962/8030/6847</w:t>
        <w:br/>
        <w:t>f 11592/7657/6493 11608/7675/6511 11964/8031/6848</w:t>
        <w:br/>
        <w:t>f 11959/8025/6842 11592/7657/6493 11964/8031/6848</w:t>
        <w:br/>
        <w:t>f 11612/7681/6517 11613/7680/6516 11966/8032/6849</w:t>
        <w:br/>
        <w:t>f 11965/8033/6850 11612/7681/6517 11966/8032/6849</w:t>
        <w:br/>
        <w:t>f 11616/7683/6519 11968/8034/6851 11967/8035/6852</w:t>
        <w:br/>
        <w:t>f 11615/7684/6520 11616/7683/6519 11967/8035/6852</w:t>
        <w:br/>
        <w:t>f 11970/8036/6853 11639/7704/6540 11637/7706/6542</w:t>
        <w:br/>
        <w:t>f 11969/8037/6854 11970/8036/6853 11637/7706/6542</w:t>
        <w:br/>
        <w:t>f 11770/7838/6672 11972/8038/6855 11971/8039/6856</w:t>
        <w:br/>
        <w:t>f 11771/7837/6671 11770/7838/6672 11971/8039/6856</w:t>
        <w:br/>
        <w:t>f 11973/8040/6857 11787/7854/6688 11604/7673/6509</w:t>
        <w:br/>
        <w:t>f 11962/8030/6847 11973/8040/6857 11604/7673/6509</w:t>
        <w:br/>
        <w:t>f 11771/7837/6671 11971/8039/6856 11969/8037/6854</w:t>
        <w:br/>
        <w:t>f 11637/7706/6542 11771/7837/6671 11969/8037/6854</w:t>
        <w:br/>
        <w:t>f 11770/7838/6672 11788/7855/6689 11974/8041/6858</w:t>
        <w:br/>
        <w:t>f 11972/8038/6855 11770/7838/6672 11974/8041/6858</w:t>
        <w:br/>
        <w:t>f 11597/7661/6497 11789/7857/6691 11975/8042/6859</w:t>
        <w:br/>
        <w:t>f 11960/8027/6844 11597/7661/6497 11975/8042/6859</w:t>
        <w:br/>
        <w:t>f 11639/7704/6540 11970/8036/6853 11976/8043/6860</w:t>
        <w:br/>
        <w:t>f 11790/7856/6690 11639/7704/6540 11976/8043/6860</w:t>
        <w:br/>
        <w:t>f 11591/7658/6494 11958/8026/6843 11963/8029/6846</w:t>
        <w:br/>
        <w:t>f 11605/7672/6508 11591/7658/6494 11963/8029/6846</w:t>
        <w:br/>
        <w:t>f 11788/7855/6689 11797/7864/6698 11977/8044/6861</w:t>
        <w:br/>
        <w:t>f 11974/8041/6858 11788/7855/6689 11977/8044/6861</w:t>
        <w:br/>
        <w:t>f 11979/8045/6862 11978/8046/6863 11759/7826/6660</w:t>
        <w:br/>
        <w:t>f 11756/7825/6659 11979/8045/6862 11759/7826/6660</w:t>
        <w:br/>
        <w:t>f 11983/8047/6864 11982/8048/6865 11981/8049/6866</w:t>
        <w:br/>
        <w:t>f 11980/8050/6867 11983/8047/6864 11981/8049/6866</w:t>
        <w:br/>
        <w:t>f 11985/8051/6868 11813/7879/6713 11601/7665/6501</w:t>
        <w:br/>
        <w:t>f 11984/8052/6869 11985/8051/6868 11601/7665/6501</w:t>
        <w:br/>
        <w:t>f 11813/7879/6713 11985/8051/6868 11986/8053/6870</w:t>
        <w:br/>
        <w:t>f 11812/7880/6714 11813/7879/6713 11986/8053/6870</w:t>
        <w:br/>
        <w:t>f 11988/8054/6871 11987/8055/6872 11781/7847/6681</w:t>
        <w:br/>
        <w:t>f 11793/7862/6696 11988/8054/6871 11781/7847/6681</w:t>
        <w:br/>
        <w:t>f 11991/8056/6873 11990/8057/6874 11989/8058/6875</w:t>
        <w:br/>
        <w:t>f 11620/7688/6524 11991/8056/6873 11989/8058/6875</w:t>
        <w:br/>
        <w:t>f 11994/8059/6876 11989/8058/6875 11993/8060/6877</w:t>
        <w:br/>
        <w:t>f 11992/8061/6878 11994/8059/6876 11993/8060/6877</w:t>
        <w:br/>
        <w:t>f 11995/8062/6879 11988/8054/6871 11793/7862/6696</w:t>
        <w:br/>
        <w:t>f 11998/8063/6880 11979/8045/6862 11997/8064/6881</w:t>
        <w:br/>
        <w:t>f 11996/8065/6882 11998/8063/6880 11997/8064/6881</w:t>
        <w:br/>
        <w:t>f 11598/7668/6504 11759/7826/6660 11978/8046/6863</w:t>
        <w:br/>
        <w:t>f 11999/8066/6883 11598/7668/6504 11978/8046/6863</w:t>
        <w:br/>
        <w:t>f 11998/8063/6880 12000/8067/6884 11978/8046/6863</w:t>
        <w:br/>
        <w:t>f 11979/8045/6862 11998/8063/6880 11978/8046/6863</w:t>
        <w:br/>
        <w:t>f 12002/8068/6885 11985/8051/6868 11984/8052/6869</w:t>
        <w:br/>
        <w:t>f 12001/8069/6886 12002/8068/6885 11984/8052/6869</w:t>
        <w:br/>
        <w:t>f 12004/8070/6887 11995/8062/6879 11986/8053/6870</w:t>
        <w:br/>
        <w:t>f 12003/8071/6888 12004/8070/6887 11986/8053/6870</w:t>
        <w:br/>
        <w:t>f 11993/8060/6877 11989/8058/6875 11990/8057/6874</w:t>
        <w:br/>
        <w:t>f 12005/8072/6889 11993/8060/6877 11990/8057/6874</w:t>
        <w:br/>
        <w:t>f 11619/7689/6525 11620/7688/6524 11989/8058/6875</w:t>
        <w:br/>
        <w:t>f 11994/8059/6876 11619/7689/6525 11989/8058/6875</w:t>
        <w:br/>
        <w:t>f 11793/7862/6696 11794/7861/6695 11995/8062/6879</w:t>
        <w:br/>
        <w:t>f 11756/7825/6659 11811/7878/6712 11997/8064/6881</w:t>
        <w:br/>
        <w:t>f 11979/8045/6862 11756/7825/6659 11997/8064/6881</w:t>
        <w:br/>
        <w:t>f 12000/8067/6884 12006/8073/6890 11999/8066/6883</w:t>
        <w:br/>
        <w:t>f 11978/8046/6863 12000/8067/6884 11999/8066/6883</w:t>
        <w:br/>
        <w:t>f 11780/7848/6682 12007/8074/6891 11783/7850/6684</w:t>
        <w:br/>
        <w:t>f 11983/8047/6864 11980/8050/6867 12009/8075/6892</w:t>
        <w:br/>
        <w:t>f 12008/8076/6893 11983/8047/6864 12009/8075/6892</w:t>
        <w:br/>
        <w:t>f 11980/8050/6867 11994/8059/6876 11992/8061/6878</w:t>
        <w:br/>
        <w:t>f 12009/8075/6892 11980/8050/6867 11992/8061/6878</w:t>
        <w:br/>
        <w:t>f 11994/8059/6876 11980/8050/6867 11816/7884/6718</w:t>
        <w:br/>
        <w:t>f 11619/7689/6525 11994/8059/6876 11816/7884/6718</w:t>
        <w:br/>
        <w:t>f 12010/8077/6894 11590/7659/6495 11606/7671/6507</w:t>
        <w:br/>
        <w:t>f 12011/8078/6895 12010/8077/6894 11606/7671/6507</w:t>
        <w:br/>
        <w:t>f 12013/8079/6896 12012/8080/6897 11792/7859/6693</w:t>
        <w:br/>
        <w:t>f 11593/7660/6496 12013/8079/6896 11792/7859/6693</w:t>
        <w:br/>
        <w:t>f 11786/7853/6687 12015/8081/6898 12014/8082/6899</w:t>
        <w:br/>
        <w:t>f 11607/7674/6510 11786/7853/6687 12014/8082/6899</w:t>
        <w:br/>
        <w:t>f 12017/8083/6900 12016/8084/6901 11618/7685/6521</w:t>
        <w:br/>
        <w:t>f 11796/7863/6697 12017/8083/6900 11618/7685/6521</w:t>
        <w:br/>
        <w:t>f 12019/8085/6902 12018/8086/6903 11648/7714/6550</w:t>
        <w:br/>
        <w:t>f 12023/8087/6904 12022/8088/6905 12021/8089/6906</w:t>
        <w:br/>
        <w:t>f 12020/8090/6907 12023/8087/6904 12021/8089/6906</w:t>
        <w:br/>
        <w:t>f 12026/8091/6908 12023/8087/6904 12025/8092/6909</w:t>
        <w:br/>
        <w:t>f 12024/8093/6910 12026/8091/6908 12025/8092/6909</w:t>
        <w:br/>
        <w:t>f 12028/8094/6911 12027/8095/6912 12017/8083/6900</w:t>
        <w:br/>
        <w:t>f 12018/8086/6903 12028/8094/6911 12017/8083/6900</w:t>
        <w:br/>
        <w:t>f 12010/8077/6894 12030/8096/6913 12029/8097/6914</w:t>
        <w:br/>
        <w:t>f 12013/8079/6896 12010/8077/6894 12029/8097/6914</w:t>
        <w:br/>
        <w:t>f 11607/7674/6510 12014/8082/6899 12011/8078/6895</w:t>
        <w:br/>
        <w:t>f 11606/7671/6507 11607/7674/6510 12011/8078/6895</w:t>
        <w:br/>
        <w:t>f 11769/7836/6670 12031/8098/6915 11649/7713/6549</w:t>
        <w:br/>
        <w:t>f 12030/8096/6913 12010/8077/6894 12011/8078/6895</w:t>
        <w:br/>
        <w:t>f 12032/8099/6916 12030/8096/6913 12011/8078/6895</w:t>
        <w:br/>
        <w:t>f 12034/8100/6917 12033/8101/6918 12014/8082/6899</w:t>
        <w:br/>
        <w:t>f 12015/8081/6898 12034/8100/6917 12014/8082/6899</w:t>
        <w:br/>
        <w:t>f 12037/8102/6919 12036/8103/6920 12035/8104/6921</w:t>
        <w:br/>
        <w:t>f 12016/8084/6901 12037/8102/6919 12035/8104/6921</w:t>
        <w:br/>
        <w:t>f 12038/8105/6922 12019/8085/6902 11648/7714/6550</w:t>
        <w:br/>
        <w:t>f 11649/7713/6549 12038/8105/6922 11648/7714/6550</w:t>
        <w:br/>
        <w:t>f 11651/7718/6554 11648/7714/6550 12018/8086/6903</w:t>
        <w:br/>
        <w:t>f 12026/8091/6908 12039/8106/6923 12022/8088/6905</w:t>
        <w:br/>
        <w:t>f 12023/8087/6904 12026/8091/6908 12022/8088/6905</w:t>
        <w:br/>
        <w:t>f 12023/8087/6904 12020/8090/6907 12040/8107/6924</w:t>
        <w:br/>
        <w:t>f 12025/8092/6909 12023/8087/6904 12040/8107/6924</w:t>
        <w:br/>
        <w:t>f 12018/8086/6903 12017/8083/6900 11796/7863/6697</w:t>
        <w:br/>
        <w:t>f 11651/7718/6554 12018/8086/6903 11796/7863/6697</w:t>
        <w:br/>
        <w:t>f 12013/8079/6896 11593/7660/6496 11590/7659/6495</w:t>
        <w:br/>
        <w:t>f 12010/8077/6894 12013/8079/6896 11590/7659/6495</w:t>
        <w:br/>
        <w:t>f 12014/8082/6899 12033/8101/6918 12032/8099/6916</w:t>
        <w:br/>
        <w:t>f 12011/8078/6895 12014/8082/6899 12032/8099/6916</w:t>
        <w:br/>
        <w:t>f 12013/8079/6896 12029/8097/6914 12041/8108/6925</w:t>
        <w:br/>
        <w:t>f 12012/8080/6897 12013/8079/6896 12041/8108/6925</w:t>
        <w:br/>
        <w:t>f 12041/8108/6925 12024/8093/6910 12025/8092/6909</w:t>
        <w:br/>
        <w:t>f 12012/8080/6897 12041/8108/6925 12025/8092/6909</w:t>
        <w:br/>
        <w:t>f 11792/7859/6693 12012/8080/6897 12025/8092/6909</w:t>
        <w:br/>
        <w:t>f 12040/8107/6924 11792/7859/6693 12025/8092/6909</w:t>
        <w:br/>
        <w:t>f 12028/8094/6911 12019/8085/6902 12042/8109/6926</w:t>
        <w:br/>
        <w:t>f 12043/8110/6927 12028/8094/6911 12042/8109/6926</w:t>
        <w:br/>
        <w:t>f 11992/8061/6928 12045/8111/6929 12044/8112/6930</w:t>
        <w:br/>
        <w:t>f 12046/8113/6931 11992/8061/6928 12044/8112/6930</w:t>
        <w:br/>
        <w:t>f 12027/8095/6912 12028/8094/6911 12043/8110/6927</w:t>
        <w:br/>
        <w:t>f 12047/8114/6932 12027/8095/6912 12043/8110/6927</w:t>
        <w:br/>
        <w:t>f 12049/8115/6933 12048/8116/6934 12029/8097/6914</w:t>
        <w:br/>
        <w:t>f 12030/8096/6913 12032/8099/6916 12050/8117/6935</w:t>
        <w:br/>
        <w:t>f 12051/8118/6936 12030/8096/6913 12050/8117/6935</w:t>
        <w:br/>
        <w:t>f 12033/8101/6918 12034/8100/6917 12053/8119/6937</w:t>
        <w:br/>
        <w:t>f 12052/8120/6938 12033/8101/6918 12053/8119/6937</w:t>
        <w:br/>
        <w:t>f 12055/8121/6939 12054/8122/6940 12003/8071/6888</w:t>
        <w:br/>
        <w:t>f 12002/8068/6885 12055/8121/6939 12003/8071/6888</w:t>
        <w:br/>
        <w:t>f 12019/8085/6902 12038/8105/6922 12056/8123/6941</w:t>
        <w:br/>
        <w:t>f 12042/8109/6926 12019/8085/6902 12056/8123/6941</w:t>
        <w:br/>
        <w:t>f 12057/8124/6942 12006/8073/6890 12000/8067/6884</w:t>
        <w:br/>
        <w:t>f 12058/8125/6943 12057/8124/6942 12000/8067/6884</w:t>
        <w:br/>
        <w:t>f 12007/8074/6891 12060/8126/6944 12059/8127/6945</w:t>
        <w:br/>
        <w:t>f 11783/7850/6684 12007/8074/6891 12059/8127/6945</w:t>
        <w:br/>
        <w:t>f 12061/8128/6946 12041/8108/6925 12029/8097/6914</w:t>
        <w:br/>
        <w:t>f 12048/8116/6934 12061/8128/6946 12029/8097/6914</w:t>
        <w:br/>
        <w:t>f 12024/8093/6910 12041/8108/6925 12061/8128/6946</w:t>
        <w:br/>
        <w:t>f 12062/8129/6947 12024/8093/6910 12061/8128/6946</w:t>
        <w:br/>
        <w:t>f 12063/8130/6948 12053/8119/6937 12034/8100/6917</w:t>
        <w:br/>
        <w:t>f 12064/8131/6949 12063/8130/6948 12034/8100/6917</w:t>
        <w:br/>
        <w:t>f 12047/8114/6932 12066/8132/6950 12065/8133/6950</w:t>
        <w:br/>
        <w:t>f 12027/8095/6912 12047/8114/6932 12065/8133/6950</w:t>
        <w:br/>
        <w:t>f 12070/8134/6951 12069/8135/6952 12068/8136/6953</w:t>
        <w:br/>
        <w:t>f 12067/8137/6954 12070/8134/6951 12068/8136/6953</w:t>
        <w:br/>
        <w:t>f 11821/7888/6722 11818/7887/6721 12072/8138/6955</w:t>
        <w:br/>
        <w:t>f 12071/8139/6956 11821/7888/6722 12072/8138/6955</w:t>
        <w:br/>
        <w:t>f 12076/8140/6957 12075/8141/6958 12074/8142/6959</w:t>
        <w:br/>
        <w:t>f 12073/8143/6960 12076/8140/6957 12074/8142/6959</w:t>
        <w:br/>
        <w:t>f 12077/8144/6961 12072/8138/6955 11818/7887/6721</w:t>
        <w:br/>
        <w:t>f 11819/7886/6720 12077/8144/6961 11818/7887/6721</w:t>
        <w:br/>
        <w:t>f 12073/8143/6960 12074/8142/6959 12069/8135/6952</w:t>
        <w:br/>
        <w:t>f 12070/8134/6951 12073/8143/6960 12069/8135/6952</w:t>
        <w:br/>
        <w:t>f 12079/8145/6962 12078/8146/6963 12072/8138/6955</w:t>
        <w:br/>
        <w:t>f 12079/8145/6962 12072/8138/6955 12077/8144/6961</w:t>
        <w:br/>
        <w:t>f 12083/8147/6964 12082/8148/6965 12081/8149/6309</w:t>
        <w:br/>
        <w:t>f 12080/8150/6966 12083/8147/6964 12081/8149/6309</w:t>
        <w:br/>
        <w:t>f 12084/8151/6967 11849/7917/6748 11850/7916/6747</w:t>
        <w:br/>
        <w:t>f 12085/8152/6968 12084/8151/6967 11850/7916/6747</w:t>
        <w:br/>
        <w:t>f 11954/8021/6838 11927/7992/6812 11928/7995/6814</w:t>
        <w:br/>
        <w:t>f 11953/8022/6839 11954/8021/6838 11928/7995/6814</w:t>
        <w:br/>
        <w:t>f 12087/8153/6377 12086/8154/6969 11898/7966/6790</w:t>
        <w:br/>
        <w:t>f 11899/7965/6789 12087/8153/6377 11898/7966/6790</w:t>
        <w:br/>
        <w:t>f 12089/8155/6970 12088/8156/6971 11875/7942/6771</w:t>
        <w:br/>
        <w:t>f 11872/7941/6770 12089/8155/6970 11875/7942/6771</w:t>
        <w:br/>
        <w:t>f 11744/7811/6645 11742/7810/6644 11867/7934/6763</w:t>
        <w:br/>
        <w:t>f 12090/8157/6972 11744/7811/6645 11867/7934/6763</w:t>
        <w:br/>
        <w:t>f 12092/8158/6973 11746/7813/6647 11747/7812/6646</w:t>
        <w:br/>
        <w:t>f 12091/8159/6974 12092/8158/6973 11747/7812/6646</w:t>
        <w:br/>
        <w:t>f 12096/8160/6975 12095/8161/6976 12094/8162/6977</w:t>
        <w:br/>
        <w:t>f 12093/8163/6978 12096/8160/6975 12094/8162/6977</w:t>
        <w:br/>
        <w:t>f 11890/7960/6785 11891/7959/6784 11884/7952/6381</w:t>
        <w:br/>
        <w:t>f 11885/7951/6778 11890/7960/6785 11884/7952/6381</w:t>
        <w:br/>
        <w:t>f 12093/8163/6978 12094/8162/6977 11881/7948/6775</w:t>
        <w:br/>
        <w:t>f 11882/7947/6774 12093/8163/6978 11881/7948/6775</w:t>
        <w:br/>
        <w:t>f 12098/8164/6979 12097/8165/6980 11749/7816/6650</w:t>
        <w:br/>
        <w:t>f 11750/7815/6649 12098/8164/6979 11749/7816/6650</w:t>
        <w:br/>
        <w:t>f 12100/8166/6981 12099/8167/6982 11883/7950/6777</w:t>
        <w:br/>
        <w:t>f 11880/7949/6776 12100/8166/6981 11883/7950/6777</w:t>
        <w:br/>
        <w:t>f 12102/8168/6983 11753/7819/6653 11754/7818/6652</w:t>
        <w:br/>
        <w:t>f 12101/8169/6984 12102/8168/6983 11754/7818/6652</w:t>
        <w:br/>
        <w:t>f 11865/7930/6759 11755/7822/6656 11744/7811/6645</w:t>
        <w:br/>
        <w:t>f 12090/8157/6972 11865/7930/6759 11744/7811/6645</w:t>
        <w:br/>
        <w:t>f 11921/7987/6392 11922/7986/6808 11918/7985/6807</w:t>
        <w:br/>
        <w:t>f 11917/7984/6806 11921/7987/6392 11918/7985/6807</w:t>
        <w:br/>
        <w:t>f 11764/7832/6666 11765/7831/6665 12103/8170/6985</w:t>
        <w:br/>
        <w:t>f 12104/8171/6986 11764/7832/6666 12103/8170/6985</w:t>
        <w:br/>
        <w:t>f 11925/7994/6399 11926/7993/6813 11919/7989/6809</w:t>
        <w:br/>
        <w:t>f 11920/7988/6398 11925/7994/6399 11919/7989/6809</w:t>
        <w:br/>
        <w:t>f 12105/8172/6987 11903/7969/6793 11762/7829/6663</w:t>
        <w:br/>
        <w:t>f 11768/7835/6669 12105/8172/6987 11762/7829/6663</w:t>
        <w:br/>
        <w:t>f 12104/8171/6986 11901/7967/6791 11761/7827/6661</w:t>
        <w:br/>
        <w:t>f 11764/7832/6666 12104/8171/6986 11761/7827/6661</w:t>
        <w:br/>
        <w:t>f 11900/7968/6792 11912/7977/6800 11767/7833/6667</w:t>
        <w:br/>
        <w:t>f 11760/7828/6662 11900/7968/6792 11767/7833/6667</w:t>
        <w:br/>
        <w:t>f 12106/8173/6988 11768/7835/6669 11957/8024/6841</w:t>
        <w:br/>
        <w:t>f 11860/7928/6989 11737/7803/6637 11766/7834/6668</w:t>
        <w:br/>
        <w:t>f 11911/7978/6801 11860/7928/6989 11766/7834/6668</w:t>
        <w:br/>
        <w:t>f 12110/8174/6990 12109/8175/6991 12108/8176/6992</w:t>
        <w:br/>
        <w:t>f 12107/8177/6993 12110/8174/6990 12108/8176/6992</w:t>
        <w:br/>
        <w:t>f 12112/8178/6994 11814/7882/6716 12111/8179/6995</w:t>
        <w:br/>
        <w:t>f 12113/8180/6996 12112/8178/6994 12111/8179/6995</w:t>
        <w:br/>
        <w:t>f 12114/8181/6434 11951/8016/6436 11952/8019/6836</w:t>
        <w:br/>
        <w:t>f 12115/8182/6997 12114/8181/6434 11952/8019/6836</w:t>
        <w:br/>
        <w:t>f 11824/7891/6725 11822/7889/6723 11947/8015/6834</w:t>
        <w:br/>
        <w:t>f 12116/8183/6998 11824/7891/6725 11947/8015/6834</w:t>
        <w:br/>
        <w:t>f 11753/7819/6653 12102/8168/6983 12099/8167/6982</w:t>
        <w:br/>
        <w:t>f 12100/8166/6981 11753/7819/6653 12099/8167/6982</w:t>
        <w:br/>
        <w:t>f 11736/7804/6638 11862/7929/6758 12117/8184/6999</w:t>
        <w:br/>
        <w:t>f 11827/7893/6727 11736/7804/6638 12117/8184/6999</w:t>
        <w:br/>
        <w:t>f 12120/8185/7000 12119/8186/6767 12118/8187/6970</w:t>
        <w:br/>
        <w:t>f 12121/8188/7001 12120/8185/7000 12118/8187/6970</w:t>
        <w:br/>
        <w:t>f 11486/7553/6390 12122/8189/6764 12119/8186/6767</w:t>
        <w:br/>
        <w:t>f 12120/8185/7000 11486/7553/6390 12119/8186/6767</w:t>
        <w:br/>
        <w:t>f 11416/7482/6319 12124/8190/6770 12123/8191/7002</w:t>
        <w:br/>
        <w:t>f 11415/7483/6320 11416/7482/6319 12123/8191/7002</w:t>
        <w:br/>
        <w:t>f 12128/8192/7003 12127/8193/7004 12126/8194/7005</w:t>
        <w:br/>
        <w:t>f 12125/8195/7006 12128/8192/7003 12126/8194/7005</w:t>
        <w:br/>
        <w:t>f 11483/7549/6386 11482/7550/6387 12129/8196/6786</w:t>
        <w:br/>
        <w:t>f 11474/7541/6378 12122/8189/6764 11486/7553/6390</w:t>
        <w:br/>
        <w:t>f 11473/7538/6375 11474/7541/6378 11486/7553/6390</w:t>
        <w:br/>
        <w:t>f 11427/7493/6330 11534/7602/6438 11470/7536/6373</w:t>
        <w:br/>
        <w:t>f 11863/7932/6761 11653/7720/6556 11755/7822/6656</w:t>
        <w:br/>
        <w:t>f 12094/8162/6977 11665/7729/6565 11667/7733/6569</w:t>
        <w:br/>
        <w:t>f 11880/7949/6776 11881/7948/6775 11670/7736/6572</w:t>
        <w:br/>
        <w:t>f 11671/7735/6571 11880/7949/6776 11670/7736/6572</w:t>
        <w:br/>
        <w:t>f 11667/7733/6569 11881/7948/6775 12094/8162/6977</w:t>
        <w:br/>
        <w:t>f 12100/8166/6981 11880/7949/6776 11671/7735/6571</w:t>
        <w:br/>
        <w:t>f 11672/7740/6576 12100/8166/6981 11671/7735/6571</w:t>
        <w:br/>
        <w:t>f 11751/7821/6655 11741/7808/6642 11824/7891/6725</w:t>
        <w:br/>
        <w:t>f 11672/7740/6576 11825/7892/6726 12100/8166/6981</w:t>
        <w:br/>
        <w:t>f 12133/8197/6779 12132/8198/7006 12131/8199/7007</w:t>
        <w:br/>
        <w:t>f 12130/8200/7008 12133/8197/6779 12131/8199/7007</w:t>
        <w:br/>
        <w:t>f 11856/7926/6755 11857/7925/6754 12135/8201/7009</w:t>
        <w:br/>
        <w:t>f 12134/8202/7009 11856/7926/6755 12135/8201/7009</w:t>
        <w:br/>
        <w:t>f 11481/7548/6385 11534/7602/6438 11427/7493/6330</w:t>
        <w:br/>
        <w:t>f 11752/7820/6654 11753/7819/6653 12100/8166/6981</w:t>
        <w:br/>
        <w:t>f 11825/7892/6726 11752/7820/6654 12100/8166/6981</w:t>
        <w:br/>
        <w:t>f 12125/8195/7006 12126/8194/7005 12136/8203/7010</w:t>
        <w:br/>
        <w:t>f 12137/8204/7011 11863/7932/6761 11750/7815/6649</w:t>
        <w:br/>
        <w:t>f 11748/7817/6651 12137/8204/7011 11750/7815/6649</w:t>
        <w:br/>
        <w:t>f 12086/8154/6969 12087/8153/6377 11886/7956/6782</w:t>
        <w:br/>
        <w:t>f 11887/7955/6781 12086/8154/6969 11886/7956/6782</w:t>
        <w:br/>
        <w:t>f 11750/7815/6649 11863/7932/6761 11864/7931/6760</w:t>
        <w:br/>
        <w:t>f 12098/8164/6979 11750/7815/6649 11864/7931/6760</w:t>
        <w:br/>
        <w:t>f 12138/8205/6782 11471/7540/6377 11479/7547/6384</w:t>
        <w:br/>
        <w:t>f 12127/8193/7004 12138/8205/6782 11479/7547/6384</w:t>
        <w:br/>
        <w:t>f 11652/7721/6557 12140/8206/7012 12139/8207/7013</w:t>
        <w:br/>
        <w:t>f 12139/8207/7013 11857/7925/6754 11858/7924/6753</w:t>
        <w:br/>
        <w:t>f 11655/7722/6558 12139/8207/7013 11858/7924/6753</w:t>
        <w:br/>
        <w:t>f 12141/8208/7014 11748/7817/6651 11749/7816/6650</w:t>
        <w:br/>
        <w:t>f 11857/7925/6754 12141/8208/7014 11749/7816/6650</w:t>
        <w:br/>
        <w:t>f 12138/8205/6782 12127/8193/7004 12128/8192/7003</w:t>
        <w:br/>
        <w:t>f 11863/7932/6761 12137/8204/7011 11652/7721/6557</w:t>
        <w:br/>
        <w:t>f 11652/7721/6557 12137/8204/7011 12140/8206/7012</w:t>
        <w:br/>
        <w:t>f 11480/7546/6383 11472/7539/6376 12136/8203/7010</w:t>
        <w:br/>
        <w:t>f 12141/8208/7014 11857/7925/6754 12139/8207/7013</w:t>
        <w:br/>
        <w:t>f 11479/7547/6384 11471/7540/6377 11472/7539/6376</w:t>
        <w:br/>
        <w:t>f 12116/8183/6998 12142/8209/7015 11754/7818/6652</w:t>
        <w:br/>
        <w:t>f 11824/7891/6725 12116/8183/6998 11754/7818/6652</w:t>
        <w:br/>
        <w:t>f 12144/8210/7016 12143/8211/7017 11949/8018/6835</w:t>
        <w:br/>
        <w:t>f 11950/8017/6386 12144/8210/7016 11949/8018/6835</w:t>
        <w:br/>
        <w:t>f 11533/7600/6436 11532/7598/6434 11468/7533/6370</w:t>
        <w:br/>
        <w:t>f 11469/7537/6374 11533/7600/6436 11468/7533/6370</w:t>
        <w:br/>
        <w:t>f 11823/7890/6724 11739/7807/6641 11785/7852/6686</w:t>
        <w:br/>
        <w:t>f 11826/7894/6728 11823/7890/6724 11785/7852/6686</w:t>
        <w:br/>
        <w:t>f 12110/8174/6990 12107/8177/6993 11858/7924/6753</w:t>
        <w:br/>
        <w:t>f 11859/7923/6752 12110/8174/6990 11858/7924/6753</w:t>
        <w:br/>
        <w:t>f 11743/7809/6643 11746/7813/6647 12092/8158/6973</w:t>
        <w:br/>
        <w:t>f 11866/7933/6762 11743/7809/6643 12092/8158/6973</w:t>
        <w:br/>
        <w:t>f 11873/7940/6769 11874/7939/6768 11876/7946/6773</w:t>
        <w:br/>
        <w:t>f 11877/7945/6379 11873/7940/6769 11876/7946/6773</w:t>
        <w:br/>
        <w:t>f 12145/8212/7018 11948/8014/6833 11823/7890/6724</w:t>
        <w:br/>
        <w:t>f 11826/7894/6728 12145/8212/7018 11823/7890/6724</w:t>
        <w:br/>
        <w:t>f 12082/8148/6965 12131/8199/7007 12132/8198/7006</w:t>
        <w:br/>
        <w:t>f 12081/8149/6309 12082/8148/6965 12132/8198/7006</w:t>
        <w:br/>
        <w:t>f 12088/8156/6971 12089/8155/6970 11868/7938/6767</w:t>
        <w:br/>
        <w:t>f 11869/7937/6766 12088/8156/6971 11868/7938/6767</w:t>
        <w:br/>
        <w:t>f 11747/7812/6646 12095/8161/6976 12096/8160/6975</w:t>
        <w:br/>
        <w:t>f 12091/8159/6974 11747/7812/6646 12096/8160/6975</w:t>
        <w:br/>
        <w:t>f 12115/8182/6997 12147/8213/7019 12146/8214/6435</w:t>
        <w:br/>
        <w:t>f 12114/8181/6434 12115/8182/6997 12146/8214/6435</w:t>
        <w:br/>
        <w:t>f 12124/8190/6770 11416/7482/6319 12121/8188/7001</w:t>
        <w:br/>
        <w:t>f 12118/8187/6970 12124/8190/6770 12121/8188/7001</w:t>
        <w:br/>
        <w:t>f 11476/7542/6379 11421/7488/6325 11415/7483/6320</w:t>
        <w:br/>
        <w:t>f 12123/8191/7002 11476/7542/6379 11415/7483/6320</w:t>
        <w:br/>
        <w:t>f 11367/7436/6273 11523/7590/6427 11524/7591/6428</w:t>
        <w:br/>
        <w:t>f 11370/7437/6274 11367/7436/6273 11524/7591/6428</w:t>
        <w:br/>
        <w:t>f 11417/7484/6321 11415/7483/6320 11421/7488/6325</w:t>
        <w:br/>
        <w:t>f 11418/7487/6324 11417/7484/6321 11421/7488/6325</w:t>
        <w:br/>
        <w:t>f 11428/7495/6332 11410/7474/6311 11435/7502/6339</w:t>
        <w:br/>
        <w:t>f 11432/7501/6338 11428/7495/6332 11435/7502/6339</w:t>
        <w:br/>
        <w:t>f 11503/7570/6407 11344/7414/6251 11428/7495/6332</w:t>
        <w:br/>
        <w:t>f 11432/7501/6338 11503/7570/6407 11428/7495/6332</w:t>
        <w:br/>
        <w:t>f 11344/7414/6251 11503/7570/6407 11526/7593/6274</w:t>
        <w:br/>
        <w:t>f 11347/7411/6248 11344/7414/6251 11526/7593/6274</w:t>
        <w:br/>
        <w:t>f 11615/7684/6520 11797/7864/6698 11796/7863/6697</w:t>
        <w:br/>
        <w:t>f 11618/7685/6521 11615/7684/6520 11796/7863/6697</w:t>
        <w:br/>
        <w:t>f 12148/8215/7020 11663/7731/6567 11664/7730/6566</w:t>
        <w:br/>
        <w:t>f 11745/7814/6648 12148/8215/7020 11664/7730/6566</w:t>
        <w:br/>
        <w:t>f 11690/7760/6596 11686/7755/6591 11687/7754/6590</w:t>
        <w:br/>
        <w:t>f 11693/7757/6593 11690/7760/6596 11687/7754/6590</w:t>
        <w:br/>
        <w:t>f 12095/8161/6976 11747/7812/6646 11664/7730/6566</w:t>
        <w:br/>
        <w:t>f 11665/7729/6565 12095/8161/6976 11664/7730/6566</w:t>
        <w:br/>
        <w:t>f 11687/7754/6590 11776/7842/6676 11779/7845/6679</w:t>
        <w:br/>
        <w:t>f 11693/7757/6593 11687/7754/6590 11779/7845/6679</w:t>
        <w:br/>
        <w:t>f 11777/7841/6675 11812/7880/6714 11794/7861/6695</w:t>
        <w:br/>
        <w:t>f 11795/7860/6694 11777/7841/6675 11794/7861/6695</w:t>
        <w:br/>
        <w:t>f 11933/8002/6821 11934/8001/6820 11844/7914/6273</w:t>
        <w:br/>
        <w:t>f 11845/7913/6745 11933/8002/6821 11844/7914/6273</w:t>
        <w:br/>
        <w:t>f 11967/8035/6852 11977/8044/6861 11797/7864/6698</w:t>
        <w:br/>
        <w:t>f 11615/7684/6520 11967/8035/6852 11797/7864/6698</w:t>
        <w:br/>
        <w:t>f 11812/7880/6714 11986/8053/6870 11995/8062/6879</w:t>
        <w:br/>
        <w:t>f 11794/7861/6695 11812/7880/6714 11995/8062/6879</w:t>
        <w:br/>
        <w:t>f 11985/8051/6868 12002/8068/6885 12003/8071/6888</w:t>
        <w:br/>
        <w:t>f 11986/8053/6870 11985/8051/6868 12003/8071/6888</w:t>
        <w:br/>
        <w:t>f 12016/8084/6901 12035/8104/6921 11617/7682/6518</w:t>
        <w:br/>
        <w:t>f 11618/7685/6521 12016/8084/6901 11617/7682/6518</w:t>
        <w:br/>
        <w:t>f 12027/8095/6912 12037/8102/6919 12016/8084/6901</w:t>
        <w:br/>
        <w:t>f 12017/8083/6900 12027/8095/6912 12016/8084/6901</w:t>
        <w:br/>
        <w:t>f 11346/7412/6249 11525/7592/6429 11501/7567/6404</w:t>
        <w:br/>
        <w:t>f 11345/7413/6250 11346/7412/6249 11501/7567/6404</w:t>
        <w:br/>
        <w:t>f 11409/7475/6312 11413/7478/6315 11414/7481/6318</w:t>
        <w:br/>
        <w:t>f 11408/7476/6313 11409/7475/6312 11414/7481/6318</w:t>
        <w:br/>
        <w:t>f 11429/7496/6333 11431/7497/6334 11413/7478/6315</w:t>
        <w:br/>
        <w:t>f 11409/7475/6312 11429/7496/6333 11413/7478/6315</w:t>
        <w:br/>
        <w:t>f 11345/7413/6250 11501/7567/6404 11431/7497/6334</w:t>
        <w:br/>
        <w:t>f 11429/7496/6333 11345/7413/6250 11431/7497/6334</w:t>
        <w:br/>
        <w:t>f 11600/7666/6502 11601/7665/6501 11813/7879/6713</w:t>
        <w:br/>
        <w:t>f 11774/7844/6678 11600/7666/6502 11813/7879/6713</w:t>
        <w:br/>
        <w:t>f 11689/7756/6592 12148/8215/7020 11657/7725/6561</w:t>
        <w:br/>
        <w:t>f 11678/7748/6584 11689/7756/6592 11657/7725/6561</w:t>
        <w:br/>
        <w:t>f 11678/7748/6584 11679/7747/6583 11688/7753/6589</w:t>
        <w:br/>
        <w:t>f 11689/7756/6592 11678/7748/6584 11688/7753/6589</w:t>
        <w:br/>
        <w:t>f 11656/7726/6562 11745/7814/6648 11746/7813/6647</w:t>
        <w:br/>
        <w:t>f 11743/7809/6643 11656/7726/6562 11746/7813/6647</w:t>
        <w:br/>
        <w:t>f 11775/7843/6677 11688/7753/6589 11679/7747/6583</w:t>
        <w:br/>
        <w:t>f 11773/7840/6674 11775/7843/6677 11679/7747/6583</w:t>
        <w:br/>
        <w:t>f 11607/7674/6510 11604/7673/6509 11787/7854/6688</w:t>
        <w:br/>
        <w:t>f 11786/7853/6687 11607/7674/6510 11787/7854/6688</w:t>
        <w:br/>
        <w:t>f 11936/8003/6822 11836/7905/6738 11837/7904/6737</w:t>
        <w:br/>
        <w:t>f 11935/8000/6819 11936/8003/6822 11837/7904/6737</w:t>
        <w:br/>
        <w:t>f 11968/8034/6851 11616/7683/6519 11787/7854/6688</w:t>
        <w:br/>
        <w:t>f 11973/8040/6857 11968/8034/6851 11787/7854/6688</w:t>
        <w:br/>
        <w:t>f 11999/8066/6883 11984/8052/6869 11601/7665/6501</w:t>
        <w:br/>
        <w:t>f 11598/7668/6504 11999/8066/6883 11601/7665/6501</w:t>
        <w:br/>
        <w:t>f 12001/8069/6886 11984/8052/6869 11999/8066/6883</w:t>
        <w:br/>
        <w:t>f 12006/8073/6890 12001/8069/6886 11999/8066/6883</w:t>
        <w:br/>
        <w:t>f 11617/7682/6518 12035/8104/6921 12015/8081/6898</w:t>
        <w:br/>
        <w:t>f 11786/7853/6687 11617/7682/6518 12015/8081/6898</w:t>
        <w:br/>
        <w:t>f 12036/8103/6920 12034/8100/6917 12015/8081/6898</w:t>
        <w:br/>
        <w:t>f 12035/8104/6921 12036/8103/6920 12015/8081/6898</w:t>
        <w:br/>
        <w:t>f 12136/8203/7010 11403/7473/6310 11404/7472/6309</w:t>
        <w:br/>
        <w:t>f 12125/8195/7006 12136/8203/7010 11404/7472/6309</w:t>
        <w:br/>
        <w:t>f 12083/8147/6964 12080/8150/6966 12150/8216/7021</w:t>
        <w:br/>
        <w:t>f 12149/8217/7022 12083/8147/6964 12150/8216/7021</w:t>
        <w:br/>
        <w:t>f 12108/8176/6992 11799/7868/6702 11800/7867/6701</w:t>
        <w:br/>
        <w:t>f 12107/8177/6993 12108/8176/6992 11800/7867/6701</w:t>
        <w:br/>
        <w:t>f 11472/7539/6376 11473/7538/6375 11487/7554/6391</w:t>
        <w:br/>
        <w:t>f 11403/7473/6310 11472/7539/6376 11487/7554/6391</w:t>
        <w:br/>
        <w:t>f 11486/7553/6390 12120/8185/7000 11414/7481/6318</w:t>
        <w:br/>
        <w:t>f 11411/7480/6317 11486/7553/6390 11414/7481/6318</w:t>
        <w:br/>
        <w:t>f 11412/7479/6316 11484/7551/6388 11487/7554/6391</w:t>
        <w:br/>
        <w:t>f 11411/7480/6317 11412/7479/6316 11487/7554/6391</w:t>
        <w:br/>
        <w:t>f 11655/7722/6558 11675/7743/6579 11676/7742/6578</w:t>
        <w:br/>
        <w:t>f 11654/7719/6555 11655/7722/6558 11676/7742/6578</w:t>
        <w:br/>
        <w:t>f 11661/7728/6564 12151/8218/7023 11681/7745/6581</w:t>
        <w:br/>
        <w:t>f 11658/7724/6560 11661/7728/6564 11681/7745/6581</w:t>
        <w:br/>
        <w:t>f 12151/8218/7023 11661/7728/6564 11654/7719/6555</w:t>
        <w:br/>
        <w:t>f 11676/7742/6578 12151/8218/7023 11654/7719/6555</w:t>
        <w:br/>
        <w:t>f 11416/7482/6319 11407/7477/6314 11408/7476/6313</w:t>
        <w:br/>
        <w:t>f 12121/8188/7001 11416/7482/6319 11408/7476/6313</w:t>
        <w:br/>
        <w:t>f 11657/7725/6561 12148/8215/7020 11745/7814/6648</w:t>
        <w:br/>
        <w:t>f 11656/7726/6562 11657/7725/6561 11745/7814/6648</w:t>
        <w:br/>
        <w:t>f 11658/7724/6560 11681/7745/6581 11678/7748/6584</w:t>
        <w:br/>
        <w:t>f 11657/7725/6561 11658/7724/6560 11678/7748/6584</w:t>
        <w:br/>
        <w:t>f 12120/8185/7000 12121/8188/7001 11408/7476/6313</w:t>
        <w:br/>
        <w:t>f 11414/7481/6318 12120/8185/7000 11408/7476/6313</w:t>
        <w:br/>
        <w:t>f 11418/7487/6324 11434/7499/6336 11435/7502/6339</w:t>
        <w:br/>
        <w:t>f 11417/7484/6321 11418/7487/6324 11435/7502/6339</w:t>
        <w:br/>
        <w:t>f 11436/7503/6340 11505/7571/6408 11433/7500/6337</w:t>
        <w:br/>
        <w:t>f 11434/7499/6336 11436/7503/6340 11433/7500/6337</w:t>
        <w:br/>
        <w:t>f 11508/7574/6411 11437/7505/6342 11438/7504/6341</w:t>
        <w:br/>
        <w:t>f 11507/7575/6412 11508/7574/6411 11438/7504/6341</w:t>
        <w:br/>
        <w:t>f 11437/7505/6342 11508/7574/6411 11505/7571/6408</w:t>
        <w:br/>
        <w:t>f 11436/7503/6340 11437/7505/6342 11505/7571/6408</w:t>
        <w:br/>
        <w:t>f 11439/7506/6343 11466/7535/6372 11507/7575/6412</w:t>
        <w:br/>
        <w:t>f 11438/7504/6341 11439/7506/6343 11507/7575/6412</w:t>
        <w:br/>
        <w:t>f 11439/7506/6343 11426/7494/6331 11469/7537/6374</w:t>
        <w:br/>
        <w:t>f 11468/7533/6370 11439/7506/6343 11469/7537/6374</w:t>
        <w:br/>
        <w:t>f 11690/7760/6596 11691/7759/6595 11666/7734/6570</w:t>
        <w:br/>
        <w:t>f 11662/7732/6568 11690/7760/6596 11666/7734/6570</w:t>
        <w:br/>
        <w:t>f 11668/7738/6574 11669/7737/6573 11694/7763/6599</w:t>
        <w:br/>
        <w:t>f 11695/7762/6598 11668/7738/6574 11694/7763/6599</w:t>
        <w:br/>
        <w:t>f 11669/7737/6573 11666/7734/6570 11691/7759/6595</w:t>
        <w:br/>
        <w:t>f 11694/7763/6599 11669/7737/6573 11691/7759/6595</w:t>
        <w:br/>
        <w:t>f 11695/7762/6598 11699/7764/6600 11673/7739/6575</w:t>
        <w:br/>
        <w:t>f 11668/7738/6574 11695/7762/6598 11673/7739/6575</w:t>
        <w:br/>
        <w:t>f 11739/7807/6641 11699/7764/6600 11697/7766/6602</w:t>
        <w:br/>
        <w:t>f 11785/7852/6686 11739/7807/6641 11697/7766/6602</w:t>
        <w:br/>
        <w:t>f 11662/7732/6568 11663/7731/6567 11686/7755/6591</w:t>
        <w:br/>
        <w:t>f 11690/7760/6596 11662/7732/6568 11686/7755/6591</w:t>
        <w:br/>
        <w:t>f 11417/7484/6321 11435/7502/6339 11410/7474/6311</w:t>
        <w:br/>
        <w:t>f 11407/7477/6314 11417/7484/6321 11410/7474/6311</w:t>
        <w:br/>
        <w:t>f 11663/7731/6567 12148/8215/7020 11689/7756/6592</w:t>
        <w:br/>
        <w:t>f 11686/7755/6591 11663/7731/6567 11689/7756/6592</w:t>
        <w:br/>
        <w:t>f 11401/7469/6306 11402/7468/6305 11465/7532/6369</w:t>
        <w:br/>
        <w:t>f 11462/7531/6368 11401/7469/6306 11465/7532/6369</w:t>
        <w:br/>
        <w:t>f 11684/7750/6586 11677/7741/6577 11772/7839/6673</w:t>
        <w:br/>
        <w:t>f 11807/7873/6707 11809/7876/6710 12153/8219/7024</w:t>
        <w:br/>
        <w:t>f 12152/8220/7025 11807/7873/6707 12153/8219/7024</w:t>
        <w:br/>
        <w:t>f 11805/7870/6704 11807/7873/6707 11808/7875/6709</w:t>
        <w:br/>
        <w:t>f 12154/8221/7026 11808/7875/6709 11622/7686/6522</w:t>
        <w:br/>
        <w:t>f 11817/7883/6717 12154/8221/7026 11622/7686/6522</w:t>
        <w:br/>
        <w:t>f 12031/8098/6915 11738/7802/6636 11735/7805/6639</w:t>
        <w:br/>
        <w:t>f 12059/8127/6945 12031/8098/6915 11735/7805/6639</w:t>
        <w:br/>
        <w:t>f 12155/8222/6440 12146/8214/6435 12147/8213/7019</w:t>
        <w:br/>
        <w:t>f 11955/8020/6837 12155/8222/6440 12147/8213/7019</w:t>
        <w:br/>
        <w:t>f 12117/8184/6999 12145/8212/7018 11826/7894/6728</w:t>
        <w:br/>
        <w:t>f 11827/7893/6727 12117/8184/6999 11826/7894/6728</w:t>
        <w:br/>
        <w:t>f 11827/7893/6727 11784/7851/6685 11735/7805/6639</w:t>
        <w:br/>
        <w:t>f 11736/7804/6638 11827/7893/6727 11735/7805/6639</w:t>
        <w:br/>
        <w:t>f 11466/7535/6372 11512/7577/6414 11506/7576/6413</w:t>
        <w:br/>
        <w:t>f 11507/7575/6412 11466/7535/6372 11506/7576/6413</w:t>
        <w:br/>
        <w:t>f 11512/7577/6414 11466/7535/6372 11467/7534/6371</w:t>
        <w:br/>
        <w:t>f 11513/7580/6417 11512/7577/6414 11467/7534/6371</w:t>
        <w:br/>
        <w:t>f 11513/7580/6417 11467/7534/6371 11531/7599/6435</w:t>
        <w:br/>
        <w:t>f 11537/7604/6440 11513/7580/6417 11531/7599/6435</w:t>
        <w:br/>
        <w:t>f 12157/8223/7027 11987/8055/6872 11988/8054/6871</w:t>
        <w:br/>
        <w:t>f 12156/8224/7028 12157/8223/7027 11988/8054/6871</w:t>
        <w:br/>
        <w:t>f 12158/8225/7029 12026/8091/6908 12024/8093/6910</w:t>
        <w:br/>
        <w:t>f 12062/8129/6947 12158/8225/7029 12024/8093/6910</w:t>
        <w:br/>
        <w:t>f 11988/8054/6871 12004/8070/6887 12159/8226/7030</w:t>
        <w:br/>
        <w:t>f 12156/8224/7028 11988/8054/6871 12159/8226/7030</w:t>
        <w:br/>
        <w:t>f 12161/8227/7031 11998/8063/6880 11996/8065/6882</w:t>
        <w:br/>
        <w:t>f 12160/8228/7032 12161/8227/7031 11996/8065/6882</w:t>
        <w:br/>
        <w:t>f 12058/8125/6943 12000/8067/6884 11998/8063/6880</w:t>
        <w:br/>
        <w:t>f 12161/8227/7031 12058/8125/6943 11998/8063/6880</w:t>
        <w:br/>
        <w:t>f 12162/8229/7033 12001/8069/6886 12006/8073/6890</w:t>
        <w:br/>
        <w:t>f 12057/8124/6942 12162/8229/7033 12006/8073/6890</w:t>
        <w:br/>
        <w:t>f 12066/8132/6950 12063/8130/6948 12036/8103/7034</w:t>
        <w:br/>
        <w:t>f 12065/8133/6950 12066/8132/6950 12036/8103/7034</w:t>
        <w:br/>
        <w:t>f 11987/8055/6872 12157/8223/7027 12060/8126/6944</w:t>
        <w:br/>
        <w:t>f 12007/8074/6891 11987/8055/6872 12060/8126/6944</w:t>
        <w:br/>
        <w:t>f 12044/8112/6930 11993/8060/6877 12005/8072/6889</w:t>
        <w:br/>
        <w:t>f 12163/8230/7035 12044/8112/6930 12005/8072/6889</w:t>
        <w:br/>
        <w:t>f 12033/8101/6918 12052/8120/6938 12050/8117/6935</w:t>
        <w:br/>
        <w:t>f 12032/8099/6916 12033/8101/6918 12050/8117/6935</w:t>
        <w:br/>
        <w:t>f 12038/8105/6922 12031/8098/6915 12059/8127/6945</w:t>
        <w:br/>
        <w:t>f 12056/8123/6941 12038/8105/6922 12059/8127/6945</w:t>
        <w:br/>
        <w:t>f 12167/8231/7036 12166/8232/7037 12165/8233/7038</w:t>
        <w:br/>
        <w:t>f 12164/8234/7039 12167/8231/7036 12165/8233/7038</w:t>
        <w:br/>
        <w:t>f 11992/8061/6928 12046/8113/6931 12164/8234/7039</w:t>
        <w:br/>
        <w:t>f 12165/8233/7038 11992/8061/6928 12164/8234/7039</w:t>
        <w:br/>
        <w:t>f 12002/8068/6885 12001/8069/6886 12162/8229/7033</w:t>
        <w:br/>
        <w:t>f 12055/8121/6939 12002/8068/6885 12162/8229/7033</w:t>
        <w:br/>
        <w:t>f 12004/8070/6887 12003/8071/6888 12054/8122/6940</w:t>
        <w:br/>
        <w:t>f 12159/8226/7030 12004/8070/6887 12054/8122/6940</w:t>
        <w:br/>
        <w:t>f 12031/8098/6915 11769/7836/6670 11738/7802/6636</w:t>
        <w:br/>
        <w:t>f 11649/7713/6549 11646/7716/6552 11769/7836/6670</w:t>
        <w:br/>
        <w:t>f 12059/8127/6945 11735/7805/6639 11784/7851/6685</w:t>
        <w:br/>
        <w:t>f 11783/7850/6684 12059/8127/6945 11784/7851/6685</w:t>
        <w:br/>
        <w:t>f 12170/8235/7040 12169/8236/7041 12168/8237/7042</w:t>
        <w:br/>
        <w:t>f 11848/7918/6749 12172/8238/7043 12171/8239/6841</w:t>
        <w:br/>
        <w:t>f 12106/8173/6988 12105/8172/6987 11768/7835/6669</w:t>
        <w:br/>
        <w:t>f 11382/7448/6285 11383/7450/6287 12173/8240/7044</w:t>
        <w:br/>
        <w:t>f 11383/7450/6287 12175/8241/7045 12174/8242/7046</w:t>
        <w:br/>
        <w:t>f 12173/8240/7044 11383/7450/6287 12174/8242/7046</w:t>
        <w:br/>
        <w:t>f 12176/8243/7047 12174/8242/7046 12175/8241/7045</w:t>
        <w:br/>
        <w:t>f 11301/7371/6208 12176/8243/7047 12175/8241/7045</w:t>
        <w:br/>
        <w:t>f 11301/7371/6208 11302/7370/6207 12177/8244/7048</w:t>
        <w:br/>
        <w:t>f 12176/8243/7047 11301/7371/6208 12177/8244/7048</w:t>
        <w:br/>
        <w:t>f 12180/8245/7049 12179/8246/7050 12178/8247/7051</w:t>
        <w:br/>
        <w:t>f 12181/8248/7052 12180/8245/7049 12178/8247/7051</w:t>
        <w:br/>
        <w:t>f 12183/8249/7053 12182/8250/7054 12178/8247/7051</w:t>
        <w:br/>
        <w:t>f 12179/8246/7050 12183/8249/7053 12178/8247/7051</w:t>
        <w:br/>
        <w:t>f 12182/8250/7054 12183/8249/7053 12184/8251/7055</w:t>
        <w:br/>
        <w:t>f 12185/8252/7056 12182/8250/7054 12184/8251/7055</w:t>
        <w:br/>
        <w:t>f 12186/8253/7057 12180/8245/7049 12181/8248/7052</w:t>
        <w:br/>
        <w:t>f 12187/8254/7058 12186/8253/7057 12181/8248/7052</w:t>
        <w:br/>
        <w:t>f 12190/8255/7059 12189/8256/7060 12188/8257/7061</w:t>
        <w:br/>
        <w:t>f 12191/8258/7062 12190/8255/7059 12188/8257/7061</w:t>
        <w:br/>
        <w:t>f 12189/8256/7060 12190/8255/7059 12193/8259/7063</w:t>
        <w:br/>
        <w:t>f 12192/8260/7064 12189/8256/7060 12193/8259/7063</w:t>
        <w:br/>
        <w:t>f 12197/8261/7065 12196/8262/7066 12195/8263/7067</w:t>
        <w:br/>
        <w:t>f 12194/8264/7068 12197/8261/7065 12195/8263/7067</w:t>
        <w:br/>
        <w:t>f 12200/8265/7069 12194/8264/7068 12199/8266/7070</w:t>
        <w:br/>
        <w:t>f 12198/8267/7071 12200/8265/7069 12199/8266/7070</w:t>
        <w:br/>
        <w:t>f 12202/8268/7072 12197/8261/7065 12201/8269/7073</w:t>
        <w:br/>
        <w:t>f 12203/8270/7074 12202/8268/7072 12201/8269/7073</w:t>
        <w:br/>
        <w:t>f 12205/8271/7075 12191/8258/7062 12188/8257/7061</w:t>
        <w:br/>
        <w:t>f 12204/8272/7076 12205/8271/7075 12188/8257/7061</w:t>
        <w:br/>
        <w:t>f 12209/8273/7077 12208/8274/7078 12207/8275/7079</w:t>
        <w:br/>
        <w:t>f 12206/8276/7080 12209/8273/7077 12207/8275/7079</w:t>
        <w:br/>
        <w:t>f 12211/8277/7081 12210/8278/7082 12206/8276/7080</w:t>
        <w:br/>
        <w:t>f 12213/8279/7083 12201/8269/7073 12200/8265/7069</w:t>
        <w:br/>
        <w:t>f 12212/8280/7084 12213/8279/7083 12200/8265/7069</w:t>
        <w:br/>
        <w:t>f 12212/8280/7084 12200/8265/7069 12198/8267/7071</w:t>
        <w:br/>
        <w:t>f 12214/8281/7085 12212/8280/7084 12198/8267/7071</w:t>
        <w:br/>
        <w:t>f 12203/8270/7074 12201/8269/7073 12213/8279/7083</w:t>
        <w:br/>
        <w:t>f 12215/8282/7086 12203/8270/7074 12213/8279/7083</w:t>
        <w:br/>
        <w:t>f 12217/8283/7087 12216/8284/7088 12208/8274/7078</w:t>
        <w:br/>
        <w:t>f 12209/8273/7077 12217/8283/7087 12208/8274/7078</w:t>
        <w:br/>
        <w:t>f 12215/8282/7086 12219/8285/7089 12218/8286/7090</w:t>
        <w:br/>
        <w:t>f 12203/8270/7074 12215/8282/7086 12218/8286/7090</w:t>
        <w:br/>
        <w:t>f 12196/8262/7066 12220/8287/7091 12204/8272/7076</w:t>
        <w:br/>
        <w:t>f 12188/8257/7061 12196/8262/7066 12204/8272/7076</w:t>
        <w:br/>
        <w:t>f 12196/8262/7066 12188/8257/7061 12189/8256/7060</w:t>
        <w:br/>
        <w:t>f 12195/8263/7067 12196/8262/7066 12189/8256/7060</w:t>
        <w:br/>
        <w:t>f 12213/8279/7083 12179/8246/7050 12180/8245/7049</w:t>
        <w:br/>
        <w:t>f 12215/8282/7086 12213/8279/7083 12180/8245/7049</w:t>
        <w:br/>
        <w:t>f 12212/8280/7084 12183/8249/7053 12179/8246/7050</w:t>
        <w:br/>
        <w:t>f 12213/8279/7083 12212/8280/7084 12179/8246/7050</w:t>
        <w:br/>
        <w:t>f 12183/8249/7053 12212/8280/7084 12214/8281/7085</w:t>
        <w:br/>
        <w:t>f 12184/8251/7055 12183/8249/7053 12214/8281/7085</w:t>
        <w:br/>
        <w:t>f 12215/8282/7086 12180/8245/7049 12186/8253/7057</w:t>
        <w:br/>
        <w:t>f 12201/8269/7073 12197/8261/7065 12194/8264/7068</w:t>
        <w:br/>
        <w:t>f 12200/8265/7069 12201/8269/7073 12194/8264/7068</w:t>
        <w:br/>
        <w:t>f 12194/8264/7068 12195/8263/7067 12221/8288/7092</w:t>
        <w:br/>
        <w:t>f 12199/8266/7070 12194/8264/7068 12221/8288/7092</w:t>
        <w:br/>
        <w:t>f 12197/8261/7065 12202/8268/7072 12220/8287/7091</w:t>
        <w:br/>
        <w:t>f 12196/8262/7066 12197/8261/7065 12220/8287/7091</w:t>
        <w:br/>
        <w:t>f 12225/8289/7093 12224/8290/7094 12223/8291/7095</w:t>
        <w:br/>
        <w:t>f 12222/8292/7096 12225/8289/7093 12223/8291/7095</w:t>
        <w:br/>
        <w:t>f 12222/8292/7096 12227/8293/7097 12226/8294/7098</w:t>
        <w:br/>
        <w:t>f 12225/8289/7093 12222/8292/7096 12226/8294/7098</w:t>
        <w:br/>
        <w:t>f 12227/8293/7097 12229/8295/7099 12228/8296/7100</w:t>
        <w:br/>
        <w:t>f 12226/8294/7098 12227/8293/7097 12228/8296/7100</w:t>
        <w:br/>
        <w:t>f 12231/8297/7101 12228/8296/7100 12229/8295/7099</w:t>
        <w:br/>
        <w:t>f 12230/8298/7102 12231/8297/7101 12229/8295/7099</w:t>
        <w:br/>
        <w:t>f 12233/8299/7103 12191/8258/7062 12232/8300/7104</w:t>
        <w:br/>
        <w:t>f 12232/8300/7104 12191/8258/7062 12234/8301/7105</w:t>
        <w:br/>
        <w:t>f 12237/8302/7106 12236/8303/7107 12235/8304/7108</w:t>
        <w:br/>
        <w:t>f 12235/8304/7108 12238/8305/7109 12237/8302/7106</w:t>
        <w:br/>
        <w:t>f 12211/8277/7081 12240/8306/7110 12239/8307/7111</w:t>
        <w:br/>
        <w:t>f 12206/8276/7080 12241/8308/7112 12211/8277/7081</w:t>
        <w:br/>
        <w:t>f 12216/8284/7088 12217/8283/7087 12242/8309/7113</w:t>
        <w:br/>
        <w:t>f 12243/8310/7114 12216/8284/7088 12242/8309/7113</w:t>
        <w:br/>
        <w:t>f 12239/8307/7111 12204/8272/7076 12220/8287/7091</w:t>
        <w:br/>
        <w:t>f 12211/8277/7081 12239/8307/7111 12220/8287/7091</w:t>
        <w:br/>
        <w:t>f 12203/8270/7074 12218/8286/7090 12210/8278/7082</w:t>
        <w:br/>
        <w:t>f 12202/8268/7072 12203/8270/7074 12210/8278/7082</w:t>
        <w:br/>
        <w:t>f 12187/8254/7058 12244/8311/7115 12243/8310/7114</w:t>
        <w:br/>
        <w:t>f 12242/8309/7113 12187/8254/7058 12243/8310/7114</w:t>
        <w:br/>
        <w:t>f 12224/8290/7094 12225/8289/7093 12174/8242/7046</w:t>
        <w:br/>
        <w:t>f 12176/8243/7047 12224/8290/7094 12174/8242/7046</w:t>
        <w:br/>
        <w:t>f 12225/8289/7093 12226/8294/7098 12173/8240/7044</w:t>
        <w:br/>
        <w:t>f 12174/8242/7046 12225/8289/7093 12173/8240/7044</w:t>
        <w:br/>
        <w:t>f 12226/8294/7098 12228/8296/7100 11382/7448/6285</w:t>
        <w:br/>
        <w:t>f 12173/8240/7044 12226/8294/7098 11382/7448/6285</w:t>
        <w:br/>
        <w:t>f 11381/7449/6286 11382/7448/6285 12228/8296/7100</w:t>
        <w:br/>
        <w:t>f 12231/8297/7101 11381/7449/6286 12228/8296/7100</w:t>
        <w:br/>
        <w:t>f 12246/8312/7116 12245/8313/7117 11519/7586/6423</w:t>
        <w:br/>
        <w:t>f 12247/8314/7118 12246/8312/7116 11519/7586/6423</w:t>
        <w:br/>
        <w:t>f 12248/8315/7119 11442/7510/6347 12233/8299/7103</w:t>
        <w:br/>
        <w:t>f 12232/8300/7104 12248/8315/7119 12233/8299/7103</w:t>
        <w:br/>
        <w:t>f 12234/8301/7105 11361/7425/6262 12248/8315/7119</w:t>
        <w:br/>
        <w:t>f 12232/8300/7104 12234/8301/7105 12248/8315/7119</w:t>
        <w:br/>
        <w:t>f 12250/8316/7120 12249/8317/7121 12236/8303/7107</w:t>
        <w:br/>
        <w:t>f 12251/8318/7122 12250/8316/7120 12236/8303/7107</w:t>
        <w:br/>
        <w:t>f 12254/8319/6705 12238/8305/7109 12253/8320/7123</w:t>
        <w:br/>
        <w:t>f 12252/8321/7124 12254/8319/6705 12253/8320/7123</w:t>
        <w:br/>
        <w:t>f 12257/8322/7125 12256/8323/6961 12255/8324/7126</w:t>
        <w:br/>
        <w:t>f 12258/8325/7127 12257/8322/7125 12255/8324/7126</w:t>
        <w:br/>
        <w:t>f 12260/8326/7128 12259/8327/7128 12256/8323/6961</w:t>
        <w:br/>
        <w:t>f 12257/8322/7125 12260/8326/7128 12256/8323/6961</w:t>
        <w:br/>
        <w:t>f 12259/8327/7128 12260/8326/7128 12262/8328/7129</w:t>
        <w:br/>
        <w:t>f 12261/8329/7129 12259/8327/7128 12262/8328/7129</w:t>
        <w:br/>
        <w:t>f 12261/8329/7129 12262/8328/7129 12264/8330/7130</w:t>
        <w:br/>
        <w:t>f 12263/8331/7131 12261/8329/7129 12264/8330/7130</w:t>
        <w:br/>
        <w:t>f 12267/8332/7132 12266/8333/6952 12265/8334/7133</w:t>
        <w:br/>
        <w:t>f 12264/8330/7130 12267/8332/7132 12265/8334/7133</w:t>
        <w:br/>
        <w:t>f 12224/8290/7094 12269/8335/7134 12268/8336/7135</w:t>
        <w:br/>
        <w:t>f 12223/8291/7095 12224/8290/7094 12268/8336/7135</w:t>
        <w:br/>
        <w:t>f 12269/8335/7134 12224/8290/7094 12176/8243/7047</w:t>
        <w:br/>
        <w:t>f 12177/8244/7048 12269/8335/7134 12176/8243/7047</w:t>
        <w:br/>
        <w:t>f 12271/8337/7136 12270/8338/6953 12266/8333/6952</w:t>
        <w:br/>
        <w:t>f 12267/8332/7132 12271/8337/7136 12266/8333/6952</w:t>
        <w:br/>
        <w:t>f 11442/7510/6347 11443/7509/6346 12246/8312/7116</w:t>
        <w:br/>
        <w:t>f 12233/8299/7103 11442/7510/6347 12246/8312/7116</w:t>
        <w:br/>
        <w:t>f 12190/8255/7059 12191/8258/7062 12233/8299/7103</w:t>
        <w:br/>
        <w:t>f 12246/8312/7116 12190/8255/7059 12233/8299/7103</w:t>
        <w:br/>
        <w:t>f 12239/8307/7111 12253/8320/7123 12235/8304/7108</w:t>
        <w:br/>
        <w:t>f 12235/8304/7108 12205/8271/7075 12204/8272/7076</w:t>
        <w:br/>
        <w:t>f 12204/8272/7076 12239/8307/7111 12235/8304/7108</w:t>
        <w:br/>
        <w:t>f 12113/8180/6996 12272/8339/7137 12112/8178/6994</w:t>
        <w:br/>
        <w:t>f 12273/8340/7138 12238/8305/7109 12254/8319/6705</w:t>
        <w:br/>
        <w:t>f 12075/8141/6958 12076/8140/6957 12078/8146/6963</w:t>
        <w:br/>
        <w:t>f 12079/8145/6962 12075/8141/6958 12078/8146/6963</w:t>
        <w:br/>
        <w:t>f 11781/7847/6681 12007/8074/6891 11780/7848/6682</w:t>
        <w:br/>
        <w:t>f 11781/7847/6681 11987/8055/6872 12007/8074/6891</w:t>
        <w:br/>
        <w:t>f 12031/8098/6915 12038/8105/6922 11649/7713/6549</w:t>
        <w:br/>
        <w:t>f 12019/8085/6902 12028/8094/6911 12018/8086/6903</w:t>
        <w:br/>
        <w:t>f 11530/7595/6431 12274/8341/7139 11529/7596/6432</w:t>
        <w:br/>
        <w:t>f 12230/8298/7102 12229/8295/7099 12276/8342/7140</w:t>
        <w:br/>
        <w:t>f 12275/8343/7141 12230/8298/7102 12276/8342/7140</w:t>
        <w:br/>
        <w:t>f 12229/8295/7099 12227/8293/7097 12277/8344/7142</w:t>
        <w:br/>
        <w:t>f 12276/8342/7140 12229/8295/7099 12277/8344/7142</w:t>
        <w:br/>
        <w:t>f 12227/8293/7097 12222/8292/7096 12278/8345/7143</w:t>
        <w:br/>
        <w:t>f 12277/8344/7142 12227/8293/7097 12278/8345/7143</w:t>
        <w:br/>
        <w:t>f 12279/8346/7144 12278/8345/7143 12222/8292/7096</w:t>
        <w:br/>
        <w:t>f 12223/8291/7095 12279/8346/7144 12222/8292/7096</w:t>
        <w:br/>
        <w:t>f 12280/8347/7145 12279/8346/7144 12223/8291/7095</w:t>
        <w:br/>
        <w:t>f 12268/8336/7135 12280/8347/7145 12223/8291/7095</w:t>
        <w:br/>
        <w:t>f 11308/7375/6212 12281/8348/7146 11385/7453/6290</w:t>
        <w:br/>
        <w:t>f 11307/7372/6209 11308/7375/6212 11385/7453/6290</w:t>
        <w:br/>
        <w:t>f 11446/7513/6350 11447/7514/6351 11309/7379/6216</w:t>
        <w:br/>
        <w:t>f 11310/7378/6215 11446/7513/6350 11309/7379/6216</w:t>
        <w:br/>
        <w:t>f 11317/7386/6223 11320/7387/6224 11322/7389/6226</w:t>
        <w:br/>
        <w:t>f 11319/7384/6221 11317/7386/6223 11322/7389/6226</w:t>
        <w:br/>
        <w:t>f 11446/7513/6350 11310/7378/6215 11319/7384/6221</w:t>
        <w:br/>
        <w:t>f 11322/7389/6226 11446/7513/6350 11319/7384/6221</w:t>
        <w:br/>
        <w:t>f 12281/8348/7146 11308/7375/6212 11317/7386/6223</w:t>
        <w:br/>
        <w:t>f 11318/7385/6222 12281/8348/7146 11317/7386/6223</w:t>
        <w:br/>
        <w:t>f 11306/7373/6210 11307/7372/6209 11388/7455/6292</w:t>
        <w:br/>
        <w:t>f 11390/7456/6293 11306/7373/6210 11388/7455/6292</w:t>
        <w:br/>
        <w:t>f 11460/7524/6361 11457/7527/6364 11388/7455/6292</w:t>
        <w:br/>
        <w:t>f 11461/7528/6365 11460/7524/6361 11388/7455/6292</w:t>
        <w:br/>
        <w:t>f 12169/8236/7041 12170/8235/7040 11492/7559/6396</w:t>
        <w:br/>
        <w:t>f 11490/7558/6395 12169/8236/7041 11492/7559/6396</w:t>
        <w:br/>
        <w:t>f 12282/8349/7147 11579/7644/6480 11577/7646/6482</w:t>
        <w:br/>
        <w:t>f 11705/7770/6606 12282/8349/7147 11577/7646/6482</w:t>
        <w:br/>
        <w:t>f 11539/7609/6445 11709/7776/6612 11578/7645/6481</w:t>
        <w:br/>
        <w:t>f 11542/7606/6442 11539/7609/6445 11578/7645/6481</w:t>
        <w:br/>
        <w:t>f 11561/7626/6462 11558/7625/6461 11546/7613/6449</w:t>
        <w:br/>
        <w:t>f 11543/7612/6448 11561/7626/6462 11546/7613/6449</w:t>
        <w:br/>
        <w:t>f 11583/7650/6486 11580/7649/6485 11556/7623/6459</w:t>
        <w:br/>
        <w:t>f 11557/7622/6458 11583/7650/6486 11556/7623/6459</w:t>
        <w:br/>
        <w:t>f 11553/7621/6457 11554/7620/6456 11555/7624/6460</w:t>
        <w:br/>
        <w:t>f 11562/7631/6467 11553/7621/6457 11555/7624/6460</w:t>
        <w:br/>
        <w:t>f 11557/7622/6458 11554/7620/6456 11548/7615/6451</w:t>
        <w:br/>
        <w:t>f 11549/7614/6450 11557/7622/6458 11548/7615/6451</w:t>
        <w:br/>
        <w:t>f 12282/8349/7147 11705/7770/6606 11581/7648/6484</w:t>
        <w:br/>
        <w:t>f 11582/7647/6483 12282/8349/7147 11581/7648/6484</w:t>
        <w:br/>
        <w:t>f 11562/7631/6467 11545/7610/6446 11546/7613/6449</w:t>
        <w:br/>
        <w:t>f 11553/7621/6457 11562/7631/6467 11546/7613/6449</w:t>
        <w:br/>
        <w:t>f 11579/7644/6480 11541/7607/6443 11542/7606/6442</w:t>
        <w:br/>
        <w:t>f 11634/7701/6537 11543/7612/6448 11544/7611/6447</w:t>
        <w:br/>
        <w:t>f 11635/7703/6539 11634/7701/6537 11544/7611/6447</w:t>
        <w:br/>
        <w:t>f 11719/7785/6619 11723/7788/6622 11724/7791/6625</w:t>
        <w:br/>
        <w:t>f 11718/7786/6620 11719/7785/6619 11724/7791/6625</w:t>
        <w:br/>
        <w:t>f 11635/7703/6539 11728/7795/6629 11634/7701/6537</w:t>
        <w:br/>
        <w:t>f 11723/7788/6622 11719/7785/6619 11763/7830/6664</w:t>
        <w:br/>
        <w:t>f 11765/7831/6665 11723/7788/6622 11763/7830/6664</w:t>
        <w:br/>
        <w:t>f 11765/7831/6665 11763/7830/6664 11902/7970/6794</w:t>
        <w:br/>
        <w:t>f 12103/8170/6985 11765/7831/6665 11902/7970/6794</w:t>
        <w:br/>
        <w:t>f 11904/7973/6797 11905/7972/6796 11916/7983/6805</w:t>
        <w:br/>
        <w:t>f 11913/7982/6805 11904/7973/6797 11916/7983/6805</w:t>
        <w:br/>
        <w:t>f 11461/7528/6365 11463/7530/6367 11495/7562/6399</w:t>
        <w:br/>
        <w:t>f 11460/7524/6361 11461/7528/6365 11495/7562/6399</w:t>
        <w:br/>
        <w:t>f 11644/7711/6547 11734/7801/6635 11738/7802/6636</w:t>
        <w:br/>
        <w:t>f 11375/7443/6280 11376/7442/6279 11380/7444/6281</w:t>
        <w:br/>
        <w:t>f 11377/7447/6284 11375/7443/6280 11380/7444/6281</w:t>
        <w:br/>
        <w:t>f 11584/7654/6490 11798/7865/6699 12283/8350/7148</w:t>
        <w:br/>
        <w:t>f 11587/7651/6487 11584/7654/6490 12283/8350/7148</w:t>
        <w:br/>
        <w:t>f 11789/7857/6691 11597/7661/6497 11594/7664/6500</w:t>
        <w:br/>
        <w:t>f 11791/7858/6692 11789/7857/6691 11594/7664/6500</w:t>
        <w:br/>
        <w:t>f 11791/7858/6692 11594/7664/6500 11701/7769/6605</w:t>
        <w:br/>
        <w:t>f 11798/7865/6699 11791/7858/6692 11701/7769/6605</w:t>
        <w:br/>
        <w:t>f 11832/7901/6734 11833/7900/6733 11939/8009/6828</w:t>
        <w:br/>
        <w:t>f 11940/8008/6827 11832/7901/6734 11939/8009/6828</w:t>
        <w:br/>
        <w:t>f 11789/7857/6691 11790/7856/6690 11976/8043/6860</w:t>
        <w:br/>
        <w:t>f 11975/8042/6859 11789/7857/6691 11976/8043/6860</w:t>
        <w:br/>
        <w:t>f 12279/8346/7144 12280/8347/7145 12185/8252/7056</w:t>
        <w:br/>
        <w:t>f 12184/8251/7055 12279/8346/7144 12185/8252/7056</w:t>
        <w:br/>
        <w:t>f 12198/8267/7071 12199/8266/7070 12276/8342/7140</w:t>
        <w:br/>
        <w:t>f 12277/8344/7142 12198/8267/7071 12276/8342/7140</w:t>
        <w:br/>
        <w:t>f 12214/8281/7085 12198/8267/7071 12277/8344/7142</w:t>
        <w:br/>
        <w:t>f 12278/8345/7143 12214/8281/7085 12277/8344/7142</w:t>
        <w:br/>
        <w:t>f 12192/8260/7064 12221/8288/7092 12195/8263/7067</w:t>
        <w:br/>
        <w:t>f 12189/8256/7060 12192/8260/7064 12195/8263/7067</w:t>
        <w:br/>
        <w:t>f 12184/8251/7055 12214/8281/7085 12278/8345/7143</w:t>
        <w:br/>
        <w:t>f 12279/8346/7144 12184/8251/7055 12278/8345/7143</w:t>
        <w:br/>
        <w:t>f 12199/8266/7070 12221/8288/7092 12275/8343/7141</w:t>
        <w:br/>
        <w:t>f 12276/8342/7140 12199/8266/7070 12275/8343/7141</w:t>
        <w:br/>
        <w:t>f 12190/8255/7059 12246/8312/7116 12247/8314/7118</w:t>
        <w:br/>
        <w:t>f 12193/8259/7063 12190/8255/7059 12247/8314/7118</w:t>
        <w:br/>
        <w:t>f 11519/7586/6423 11377/7447/6284 12284/8351/7149</w:t>
        <w:br/>
        <w:t>f 12285/8352/7150 12247/8314/7118 11519/7586/6423</w:t>
        <w:br/>
        <w:t>f 12284/8351/7149 12285/8352/7150 11519/7586/6423</w:t>
        <w:br/>
        <w:t>f 12285/8352/7150 12286/8353/7151 12193/8259/7063</w:t>
        <w:br/>
        <w:t>f 12247/8314/7118 12285/8352/7150 12193/8259/7063</w:t>
        <w:br/>
        <w:t>f 12284/8351/7149 12288/8354/7152 12287/8355/7153</w:t>
        <w:br/>
        <w:t>f 12285/8352/7150 12284/8351/7149 12287/8355/7153</w:t>
        <w:br/>
        <w:t>f 11350/7416/6253 11392/7460/6297 12289/8356/7154</w:t>
        <w:br/>
        <w:t>f 11378/7446/6283 11350/7416/6253 12289/8356/7154</w:t>
        <w:br/>
        <w:t>f 12289/8356/7154 12284/8351/7149 11377/7447/6284</w:t>
        <w:br/>
        <w:t>f 11378/7446/6283 12289/8356/7154 11377/7447/6284</w:t>
        <w:br/>
        <w:t>f 12288/8354/7152 12291/8357/7155 12290/8358/7156</w:t>
        <w:br/>
        <w:t>f 12286/8353/7151 12285/8352/7150 12293/8359/7157</w:t>
        <w:br/>
        <w:t>f 12292/8360/7158 12286/8353/7151 12293/8359/7157</w:t>
        <w:br/>
        <w:t>f 11315/7382/6219 11316/7383/6220 12294/8361/7159</w:t>
        <w:br/>
        <w:t>f 11318/7385/6222 11315/7382/6219 12294/8361/7159</w:t>
        <w:br/>
        <w:t>f 12296/8362/7160 11381/7449/6286 12231/8297/7101</w:t>
        <w:br/>
        <w:t>f 12295/8363/7161 12296/8362/7160 12231/8297/7101</w:t>
        <w:br/>
        <w:t>f 12288/8354/7152 12290/8358/7156 12297/8364/7162</w:t>
        <w:br/>
        <w:t>f 12287/8355/7153 12288/8354/7152 12297/8364/7162</w:t>
        <w:br/>
        <w:t>f 12230/8298/7102 12298/8365/7163 12295/8363/7161</w:t>
        <w:br/>
        <w:t>f 12231/8297/7101 12230/8298/7102 12295/8363/7161</w:t>
        <w:br/>
        <w:t>f 12293/8359/7157 12299/8366/7164 12292/8360/7158</w:t>
        <w:br/>
        <w:t>f 12275/8343/7141 12300/8367/7165 12298/8365/7163</w:t>
        <w:br/>
        <w:t>f 12230/8298/7102 12275/8343/7141 12298/8365/7163</w:t>
        <w:br/>
        <w:t>f 11384/7454/6291 12301/8368/7166 11393/7459/6296</w:t>
        <w:br/>
        <w:t>f 11387/7451/6288 11384/7454/6291 11393/7459/6296</w:t>
        <w:br/>
        <w:t>f 11392/7460/6297 11393/7459/6296 12301/8368/7166</w:t>
        <w:br/>
        <w:t>f 12289/8356/7154 11392/7460/6297 12301/8368/7166</w:t>
        <w:br/>
        <w:t>f 12286/8353/7151 12300/8367/7165 12192/8260/7064</w:t>
        <w:br/>
        <w:t>f 12193/8259/7063 12286/8353/7151 12192/8260/7064</w:t>
        <w:br/>
        <w:t>f 12221/8288/7092 12192/8260/7064 12300/8367/7165</w:t>
        <w:br/>
        <w:t>f 12275/8343/7141 12221/8288/7092 12300/8367/7165</w:t>
        <w:br/>
        <w:t>f 12292/8360/7158 12298/8365/7163 12300/8367/7165</w:t>
        <w:br/>
        <w:t>f 12300/8367/7165 12286/8353/7151 12292/8360/7158</w:t>
        <w:br/>
        <w:t>f 12292/8360/7158 12299/8366/7164 12302/8369/7167</w:t>
        <w:br/>
        <w:t>f 12302/8369/7167 12295/8363/7161 12298/8365/7163</w:t>
        <w:br/>
        <w:t>f 12292/8360/7158 12302/8369/7167 12298/8365/7163</w:t>
        <w:br/>
        <w:t>f 12303/8370/7168 11381/7449/6286 12296/8362/7160</w:t>
        <w:br/>
        <w:t>f 12304/8371/7169 12281/8348/7146 11318/7385/6222</w:t>
        <w:br/>
        <w:t>f 12294/8361/7159 12304/8371/7169 11318/7385/6222</w:t>
        <w:br/>
        <w:t>f 11384/7454/6291 11385/7453/6290 12281/8348/7146</w:t>
        <w:br/>
        <w:t>f 12304/8371/7169 11384/7454/6291 12281/8348/7146</w:t>
        <w:br/>
        <w:t>f 12304/8371/7169 12291/8357/7155 12301/8368/7166</w:t>
        <w:br/>
        <w:t>f 11384/7454/6291 12304/8371/7169 12301/8368/7166</w:t>
        <w:br/>
        <w:t>f 11316/7383/6220 11381/7449/6286 12303/8370/7168</w:t>
        <w:br/>
        <w:t>f 12294/8361/7159 11316/7383/6220 12303/8370/7168</w:t>
        <w:br/>
        <w:t>f 12294/8361/7159 12303/8370/7168 12291/8357/7155</w:t>
        <w:br/>
        <w:t>f 12304/8371/7169 12294/8361/7159 12291/8357/7155</w:t>
        <w:br/>
        <w:t>f 12303/8370/7168 12296/8362/7160 12305/8372/7170</w:t>
        <w:br/>
        <w:t>f 12305/8372/7170 12291/8357/7155 12303/8370/7168</w:t>
        <w:br/>
        <w:t>f 12305/8372/7170 12296/8362/7160 12295/8363/7161</w:t>
        <w:br/>
        <w:t>f 12302/8369/7167 12305/8372/7170 12295/8363/7161</w:t>
        <w:br/>
        <w:t>f 12305/8372/7170 12290/8358/7156 12291/8357/7155</w:t>
        <w:br/>
        <w:t>f 12305/8372/7170 12302/8369/7167 12297/8364/7162</w:t>
        <w:br/>
        <w:t>f 12290/8358/7156 12305/8372/7170 12297/8364/7162</w:t>
        <w:br/>
        <w:t>f 11441/7507/6344 11440/7508/6345 12307/8373/7171</w:t>
        <w:br/>
        <w:t>f 12306/8374/7172 11441/7507/6344 12307/8373/7171</w:t>
        <w:br/>
        <w:t>f 11455/7521/6358 11456/7520/6357 11492/7559/6396</w:t>
        <w:br/>
        <w:t>f 12308/8375/7173 12170/8235/7040 12168/8237/7042</w:t>
        <w:br/>
        <w:t>f 12311/8376/7174 12310/8377/7175 12308/8375/7176</w:t>
        <w:br/>
        <w:t>f 12309/8378/7177 12311/8376/7174 12308/8375/7176</w:t>
        <w:br/>
        <w:t>f 12312/8379/7178 12310/8377/7175 12311/8376/7174</w:t>
        <w:br/>
        <w:t>f 12316/8380/7179 12315/8381/7180 12314/8382/6810</w:t>
        <w:br/>
        <w:t>f 12313/8383/7181 12316/8380/7179 12314/8382/6810</w:t>
        <w:br/>
        <w:t>f 12320/8384/7182 12319/8385/7183 12318/8386/7184</w:t>
        <w:br/>
        <w:t>f 12317/8387/7185 12320/8384/7182 12318/8386/7184</w:t>
        <w:br/>
        <w:t>f 12319/8385/7183 12316/8380/7179 12313/8383/7181</w:t>
        <w:br/>
        <w:t>f 12318/8386/7184 12319/8385/7183 12313/8383/7181</w:t>
        <w:br/>
        <w:t>f 12324/8388/7186 12323/8389/7187 12322/8390/7188</w:t>
        <w:br/>
        <w:t>f 12321/8391/7189 12324/8388/7186 12322/8390/7188</w:t>
        <w:br/>
        <w:t>f 12319/8385/7183 12320/8384/7182 12325/8392/7190</w:t>
        <w:br/>
        <w:t>f 12326/8393/7191 12319/8385/7183 12325/8392/7190</w:t>
        <w:br/>
        <w:t>f 12326/8393/7191 12325/8392/7190 12306/8374/7172</w:t>
        <w:br/>
        <w:t>f 12307/8373/7171 12326/8393/7191 12306/8374/7172</w:t>
        <w:br/>
        <w:t>f 12328/8394/7192 12327/8395/7193 12323/8389/7187</w:t>
        <w:br/>
        <w:t>f 12324/8388/7186 12328/8394/7192 12323/8389/7187</w:t>
        <w:br/>
        <w:t>f 12329/8396/7194 12323/8389/7187 12327/8395/7193</w:t>
        <w:br/>
        <w:t>f 12316/8380/7179 12329/8396/7194 12327/8395/7193</w:t>
        <w:br/>
        <w:t>f 12329/8396/7194 12316/8380/7179 12319/8385/7183</w:t>
        <w:br/>
        <w:t>f 12330/8397/7195 12322/8390/7188 12323/8389/7187</w:t>
        <w:br/>
        <w:t>f 12329/8396/7194 12330/8397/7195 12323/8389/7187</w:t>
        <w:br/>
        <w:t>f 12329/8396/7194 12319/8385/7183 12326/8393/7191</w:t>
        <w:br/>
        <w:t>f 12329/8396/7194 12326/8393/7191 12330/8397/7195</w:t>
        <w:br/>
        <w:t>f 12334/8398/7196 12333/8399/7197 12332/8400/7198</w:t>
        <w:br/>
        <w:t>f 12331/8401/7199 12334/8398/7196 12332/8400/7198</w:t>
        <w:br/>
        <w:t>f 11332/7398/6235 11334/7401/6238 12331/8401/7199</w:t>
        <w:br/>
        <w:t>f 12332/8400/7198 11332/7398/6235 12331/8401/7199</w:t>
        <w:br/>
        <w:t>f 12333/8399/7197 12334/8398/7196 12335/8402/7200</w:t>
        <w:br/>
        <w:t>f 12336/8403/7201 12333/8399/7197 12335/8402/7200</w:t>
        <w:br/>
        <w:t>f 12324/8388/7186 12338/8404/7202 12337/8405/7203</w:t>
        <w:br/>
        <w:t>f 12328/8394/7192 12324/8388/7186 12337/8405/7203</w:t>
        <w:br/>
        <w:t>f 12335/8402/7200 12337/8405/7203 12338/8404/7202</w:t>
        <w:br/>
        <w:t>f 12336/8403/7201 12335/8402/7200 12338/8404/7202</w:t>
        <w:br/>
        <w:t>f 11444/7512/6349 11328/7394/6231 11331/7399/6236</w:t>
        <w:br/>
        <w:t>f 12339/8406/7204 11444/7512/6349 11331/7399/6236</w:t>
        <w:br/>
        <w:t>f 11332/7398/6235 12332/8400/7198 12339/8406/7204</w:t>
        <w:br/>
        <w:t>f 11331/7399/6236 11332/7398/6235 12339/8406/7204</w:t>
        <w:br/>
        <w:t>f 12332/8400/7198 12333/8399/7197 12339/8406/7204</w:t>
        <w:br/>
        <w:t>f 12340/8407/7205 11312/7376/6213 11309/7379/6216</w:t>
        <w:br/>
        <w:t>f 11314/7380/6217 11312/7376/6213 12340/8407/7205</w:t>
        <w:br/>
        <w:t>f 12341/8408/7206 11314/7380/6217 12340/8407/7205</w:t>
        <w:br/>
        <w:t>f 11301/7371/6208 12175/8241/7045 12342/8409/7207</w:t>
        <w:br/>
        <w:t>f 11304/7368/6205 11301/7371/6208 12342/8409/7207</w:t>
        <w:br/>
        <w:t>f 12175/8241/7045 11383/7450/6287 12343/8410/7208</w:t>
        <w:br/>
        <w:t>f 12342/8409/7207 12175/8241/7045 12343/8410/7208</w:t>
        <w:br/>
        <w:t>f 12343/8410/7208 11383/7450/6287 11314/7380/6217</w:t>
        <w:br/>
        <w:t>f 12341/8408/7206 12343/8410/7208 11314/7380/6217</w:t>
        <w:br/>
        <w:t>f 12342/8409/7207 12343/8410/7208 12344/8411/7209</w:t>
        <w:br/>
        <w:t>f 12345/8412/7210 12342/8409/7207 12344/8411/7209</w:t>
        <w:br/>
        <w:t>f 12346/8413/7211 11447/7514/6351 11448/7515/6352</w:t>
        <w:br/>
        <w:t>f 11444/7512/6349 12339/8406/7204 12348/8414/7212</w:t>
        <w:br/>
        <w:t>f 12347/8415/7213 11444/7512/6349 12348/8414/7212</w:t>
        <w:br/>
        <w:t>f 12348/8414/7212 12339/8406/7204 12333/8399/7197</w:t>
        <w:br/>
        <w:t>f 11445/7511/6348 11444/7512/6349 12347/8415/7213</w:t>
        <w:br/>
        <w:t>f 11448/7515/6352 11445/7511/6348 12347/8415/7213</w:t>
        <w:br/>
        <w:t>f 12321/8391/7189 12349/8416/7214 12338/8404/7202</w:t>
        <w:br/>
        <w:t>f 12324/8388/7186 12321/8391/7189 12338/8404/7202</w:t>
        <w:br/>
        <w:t>f 12349/8416/7214 12321/8391/7189 12350/8417/7215</w:t>
        <w:br/>
        <w:t>f 12351/8418/7216 12349/8416/7214 12350/8417/7215</w:t>
        <w:br/>
        <w:t>f 11440/7508/6345 11304/7368/6205 12342/8409/7207</w:t>
        <w:br/>
        <w:t>f 12345/8412/7210 11440/7508/6345 12342/8409/7207</w:t>
        <w:br/>
        <w:t>f 12330/8397/7195 12326/8393/7191 12307/8373/7171</w:t>
        <w:br/>
        <w:t>f 12352/8419/7217 12330/8397/7195 12307/8373/7171</w:t>
        <w:br/>
        <w:t>f 12350/8417/7215 12353/8420/7218 12344/8411/7209</w:t>
        <w:br/>
        <w:t>f 12354/8421/7219 12350/8417/7215 12344/8411/7209</w:t>
        <w:br/>
        <w:t>f 12321/8391/7189 12322/8390/7188 12353/8420/7218</w:t>
        <w:br/>
        <w:t>f 12350/8417/7215 12321/8391/7189 12353/8420/7218</w:t>
        <w:br/>
        <w:t>f 11440/7508/6345 12345/8412/7210 12352/8419/7217</w:t>
        <w:br/>
        <w:t>f 12307/8373/7171 11440/7508/6345 12352/8419/7217</w:t>
        <w:br/>
        <w:t>f 12353/8420/7218 12352/8419/7217 12345/8412/7210</w:t>
        <w:br/>
        <w:t>f 12344/8411/7209 12353/8420/7218 12345/8412/7210</w:t>
        <w:br/>
        <w:t>f 12322/8390/7188 12330/8397/7195 12352/8419/7217</w:t>
        <w:br/>
        <w:t>f 12353/8420/7218 12322/8390/7188 12352/8419/7217</w:t>
        <w:br/>
        <w:t>f 12355/8422/7220 12348/8414/7212 12333/8399/7197</w:t>
        <w:br/>
        <w:t>f 12336/8403/7201 12355/8422/7220 12333/8399/7197</w:t>
        <w:br/>
        <w:t>f 12349/8416/7214 12355/8422/7220 12336/8403/7201</w:t>
        <w:br/>
        <w:t>f 12338/8404/7202 12349/8416/7214 12336/8403/7201</w:t>
        <w:br/>
        <w:t>f 12348/8414/7212 12355/8422/7220 12356/8423/7221</w:t>
        <w:br/>
        <w:t>f 12347/8415/7213 12348/8414/7212 12356/8423/7221</w:t>
        <w:br/>
        <w:t>f 11448/7515/6352 12356/8423/7221 12346/8413/7211</w:t>
        <w:br/>
        <w:t>f 12356/8423/7221 12351/8418/7216 12357/8424/7222</w:t>
        <w:br/>
        <w:t>f 12346/8413/7211 12356/8423/7221 12357/8424/7222</w:t>
        <w:br/>
        <w:t>f 12351/8418/7216 12356/8423/7221 12355/8422/7220</w:t>
        <w:br/>
        <w:t>f 12349/8416/7214 12351/8418/7216 12355/8422/7220</w:t>
        <w:br/>
        <w:t>f 12354/8421/7219 12357/8424/7222 12351/8418/7216</w:t>
        <w:br/>
        <w:t>f 12350/8417/7215 12354/8421/7219 12351/8418/7216</w:t>
        <w:br/>
        <w:t>f 11448/7515/6352 12347/8415/7213 12356/8423/7221</w:t>
        <w:br/>
        <w:t>f 12346/8413/7211 11309/7379/6216 11447/7514/6351</w:t>
        <w:br/>
        <w:t>f 12340/8407/7205 11309/7379/6216 12346/8413/7211</w:t>
        <w:br/>
        <w:t>f 12357/8424/7222 12340/8407/7205 12346/8413/7211</w:t>
        <w:br/>
        <w:t>f 12357/8424/7222 12354/8421/7219 12341/8408/7206</w:t>
        <w:br/>
        <w:t>f 12340/8407/7205 12357/8424/7222 12341/8408/7206</w:t>
        <w:br/>
        <w:t>f 12354/8421/7219 12344/8411/7209 12343/8410/7208</w:t>
        <w:br/>
        <w:t>f 12341/8408/7206 12354/8421/7219 12343/8410/7208</w:t>
        <w:br/>
        <w:t>f 11576/7642/6478 11715/7781/6615 11716/7780/6614</w:t>
        <w:br/>
        <w:t>f 11575/7643/6479 11576/7642/6478 11716/7780/6614</w:t>
        <w:br/>
        <w:t>f 11540/7608/6444 12359/8425/7223 12358/8426/7224</w:t>
        <w:br/>
        <w:t>f 11539/7609/6445 11540/7608/6444 12358/8426/7224</w:t>
        <w:br/>
        <w:t>f 12361/8427/7225 12360/8428/7226 11708/7774/6610</w:t>
        <w:br/>
        <w:t>f 11709/7776/6612 12361/8427/7225 11708/7774/6610</w:t>
        <w:br/>
        <w:t>f 11636/7702/6538 11727/7792/6626 11728/7795/6629</w:t>
        <w:br/>
        <w:t>f 11635/7703/6539 11636/7702/6538 11728/7795/6629</w:t>
        <w:br/>
        <w:t>f 12359/8425/7223 11540/7608/6444 11623/7693/6529</w:t>
        <w:br/>
        <w:t>f 11730/7796/7227 12359/8425/7223 11623/7693/6529</w:t>
        <w:br/>
        <w:t>f 11576/7642/6478 11708/7774/6610 12360/8428/7226</w:t>
        <w:br/>
        <w:t>f 11715/7781/6615 11576/7642/6478 12360/8428/7226</w:t>
        <w:br/>
        <w:t>f 11727/7792/6626 11636/7702/6538 11575/7643/6479</w:t>
        <w:br/>
        <w:t>f 11716/7780/6614 11727/7792/6626 11575/7643/6479</w:t>
        <w:br/>
        <w:t>f 11709/7776/6612 11539/7609/6445 12358/8426/7224</w:t>
        <w:br/>
        <w:t>f 12361/8427/7225 11709/7776/6612 12358/8426/7224</w:t>
        <w:br/>
        <w:t>f 11728/7795/6629 11725/7794/6628 11734/7801/6635</w:t>
        <w:br/>
        <w:t>f 11728/7795/6629 11734/7801/6635 11634/7701/6537</w:t>
        <w:br/>
        <w:t>f 11730/7796/6630 12362/8429/7228 11957/8024/6841</w:t>
        <w:br/>
        <w:t>f 11729/7797/6631 11730/7796/6630 11957/8024/6841</w:t>
        <w:br/>
        <w:t>f 11851/7915/6746 11848/7918/6749 11733/7800/6632</w:t>
        <w:br/>
        <w:t>f 11848/7918/6749 12171/8239/6841 11733/7800/6632</w:t>
        <w:br/>
        <w:t>f 11751/7821/6655 11824/7891/6725 11754/7818/6652</w:t>
        <w:br/>
        <w:t>f 12129/8196/6786 11482/7550/6387 11535/7601/6437</w:t>
        <w:br/>
        <w:t>f 11536/7603/6439 12129/8196/6786 11535/7601/6437</w:t>
        <w:br/>
        <w:t>f 11682/7752/6588 11683/7751/6587 11773/7840/6674</w:t>
        <w:br/>
        <w:t>f 11679/7747/6583 11682/7752/6588 11773/7840/6674</w:t>
        <w:br/>
        <w:t>f 11776/7842/6676 11687/7754/6590 11688/7753/6589</w:t>
        <w:br/>
        <w:t>f 11775/7843/6677 11776/7842/6676 11688/7753/6589</w:t>
        <w:br/>
        <w:t>f 11778/7846/6680 11779/7845/6679 11795/7860/6694</w:t>
        <w:br/>
        <w:t>f 11782/7849/6683 11778/7846/6680 11795/7860/6694</w:t>
        <w:br/>
        <w:t>f 11795/7860/6694 11779/7845/6679 11776/7842/6676</w:t>
        <w:br/>
        <w:t>f 11777/7841/6675 11795/7860/6694 11776/7842/6676</w:t>
        <w:br/>
        <w:t>f 11774/7844/6678 11775/7843/6677 11773/7840/6674</w:t>
        <w:br/>
        <w:t>f 11600/7666/6502 11774/7844/6678 11773/7840/6674</w:t>
        <w:br/>
        <w:t>f 11680/7746/6582 11681/7745/6581 12151/8218/7023</w:t>
        <w:br/>
        <w:t>f 12363/8430/7229 11680/7746/6582 12151/8218/7023</w:t>
        <w:br/>
        <w:t>f 12363/8430/7229 12151/8218/7023 11676/7742/6578</w:t>
        <w:br/>
        <w:t>f 12363/8430/7229 11676/7742/6578 11677/7741/6577</w:t>
        <w:br/>
        <w:t>f 11696/7761/6597 11692/7758/6594 11778/7846/6680</w:t>
        <w:br/>
        <w:t>f 11781/7847/6681 11696/7761/6597 11778/7846/6680</w:t>
        <w:br/>
        <w:t>f 12365/8431/7230 12364/8432/6260 11840/7908/6741</w:t>
        <w:br/>
        <w:t>f 11841/7907/6740 12365/8431/7230 11840/7908/6741</w:t>
        <w:br/>
        <w:t>f 11965/8033/6850 11964/8031/6848 11608/7675/6511</w:t>
        <w:br/>
        <w:t>f 11612/7681/6517 11965/8033/6850 11608/7675/6511</w:t>
        <w:br/>
        <w:t>f 11593/7660/6496 11611/7676/6512 11608/7675/6511</w:t>
        <w:br/>
        <w:t>f 11611/7676/6512 11612/7681/6517 11608/7675/6511</w:t>
        <w:br/>
        <w:t>f 11340/7410/6247 11341/7409/6246 11365/7433/6270</w:t>
        <w:br/>
        <w:t>f 11366/7432/6269 11340/7410/6247 11365/7433/6270</w:t>
        <w:br/>
        <w:t>f 11358/7428/6265 11363/7430/6267 11365/7433/6270</w:t>
        <w:br/>
        <w:t>f 11614/7679/6515 11595/7663/6499 11596/7662/6498</w:t>
        <w:br/>
        <w:t>f 11613/7680/6516 11614/7679/6515 11596/7662/6498</w:t>
        <w:br/>
        <w:t>f 11614/7679/6515 11611/7676/6512 11609/7678/6514</w:t>
        <w:br/>
        <w:t>f 12364/8432/6260 12365/8431/7230 11842/7910/6743</w:t>
        <w:br/>
        <w:t>f 11843/7909/6742 12364/8432/6260 11842/7910/6743</w:t>
        <w:br/>
        <w:t>f 11961/8028/6845 11966/8032/6849 11613/7680/6516</w:t>
        <w:br/>
        <w:t>f 11596/7662/6498 11961/8028/6845 11613/7680/6516</w:t>
        <w:br/>
        <w:t>f 11359/7427/6264 12366/8433/7231 11358/7428/6265</w:t>
        <w:br/>
        <w:t>f 11361/7425/6262 12234/8301/7105 12249/8317/7121</w:t>
        <w:br/>
        <w:t>f 11360/7426/6263 11361/7425/6262 12249/8317/7121</w:t>
        <w:br/>
        <w:t>f 12205/8271/7075 12249/8317/7121 12234/8301/7105</w:t>
        <w:br/>
        <w:t>f 12191/8258/7062 12205/8271/7075 12234/8301/7105</w:t>
        <w:br/>
        <w:t>f 11358/7428/6265 12367/8434/7232 11361/7425/6262</w:t>
        <w:br/>
        <w:t>f 12369/8435/7233 12368/8436/7234 12251/8318/7235</w:t>
        <w:br/>
        <w:t>f 12236/8303/7107 12370/8437/7236 12251/8318/7122</w:t>
        <w:br/>
        <w:t>f 12236/8303/7107 12249/8317/7121 12205/8271/7075</w:t>
        <w:br/>
        <w:t>f 12236/8303/7107 12205/8271/7075 12235/8304/7108</w:t>
        <w:br/>
        <w:t>f 11359/7427/6264 11360/7426/6263 12251/8318/7235</w:t>
        <w:br/>
        <w:t>f 12187/8254/7058 12242/8309/7113 12371/8438/7237</w:t>
        <w:br/>
        <w:t>f 12371/8438/7237 12242/8309/7113 12217/8283/7087</w:t>
        <w:br/>
        <w:t>f 12219/8285/7089 12371/8438/7237 12217/8283/7087</w:t>
        <w:br/>
        <w:t>f 12219/8285/7089 12217/8283/7087 12209/8273/7077</w:t>
        <w:br/>
        <w:t>f 12218/8286/7090 12219/8285/7089 12209/8273/7077</w:t>
        <w:br/>
        <w:t>f 12206/8276/7080 12210/8278/7082 12218/8286/7090</w:t>
        <w:br/>
        <w:t>f 12209/8273/7077 12206/8276/7080 12218/8286/7090</w:t>
        <w:br/>
        <w:t>f 12220/8287/7091 12202/8268/7072 12210/8278/7082</w:t>
        <w:br/>
        <w:t>f 12187/8254/7058 12371/8438/7237 12186/8253/7057</w:t>
        <w:br/>
        <w:t>f 12186/8253/7057 12371/8438/7237 12219/8285/7089</w:t>
        <w:br/>
        <w:t>f 12215/8282/7086 12186/8253/7057 12219/8285/7089</w:t>
        <w:br/>
        <w:t>f 12211/8277/7081 12220/8287/7091 12210/8278/7082</w:t>
        <w:br/>
        <w:t>f 11655/7722/6558 11652/7721/6557 12139/8207/7013</w:t>
        <w:br/>
        <w:t>f 12136/8203/7010 11472/7539/6376 11403/7473/6310</w:t>
        <w:br/>
        <w:t>f 11696/7761/6597 11698/7765/6601 11695/7762/6598</w:t>
        <w:br/>
        <w:t>f 11995/8062/6879 12004/8070/6887 11988/8054/6871</w:t>
        <w:br/>
        <w:t>f 11610/7677/6513 11792/7859/6693 12040/8107/6924</w:t>
        <w:br/>
        <w:t>f 11706/7773/6609 11586/7652/6488 11587/7651/6487</w:t>
        <w:br/>
        <w:t>f 11550/7617/6453 11547/7616/6452 11706/7773/6609</w:t>
        <w:br/>
        <w:t>f 12283/8350/7148 11798/7865/6699 11701/7769/6605</w:t>
        <w:br/>
        <w:t>f 11341/7409/6246 11442/7510/6347 12248/8315/7119</w:t>
        <w:br/>
        <w:t>f 11358/7428/6265 11341/7409/6246 12248/8315/7119</w:t>
        <w:br/>
        <w:t>f 12078/8146/6963 12071/8139/6956 12072/8138/6955</w:t>
        <w:br/>
        <w:t>f 12272/8339/7137 12372/8439/7238 12112/8178/6994</w:t>
        <w:br/>
        <w:t>f 12373/8440/7239 12273/8340/7138 12254/8319/6705</w:t>
        <w:br/>
        <w:t>f 12374/8441/7240 11529/7596/6432 12274/8341/7139</w:t>
        <w:br/>
        <w:t>f 12252/8321/7124 12253/8320/7123 12258/8325/7241</w:t>
        <w:br/>
        <w:t>f 12375/8442/6720 12252/8321/7124 12258/8325/7241</w:t>
        <w:br/>
        <w:t>f 11803/7872/6706 11804/7871/6705 11820/7885/6719</w:t>
        <w:br/>
        <w:t>f 12239/8307/7111 12240/8306/7110 12253/8320/7123</w:t>
        <w:br/>
        <w:t>f 12253/8320/7123 12238/8305/7109 12235/8304/7108</w:t>
        <w:br/>
        <w:t>f 12376/8443/7242 12251/8318/7122 12370/8437/7236</w:t>
        <w:br/>
        <w:t>f 12236/8303/7107 12237/8302/7106 12370/8437/7236</w:t>
        <w:br/>
        <w:t>f 12237/8302/7106 12373/8440/7243 12370/8437/7236</w:t>
        <w:br/>
        <w:t>f 12211/8277/7081 12241/8308/7112 12240/8306/7110</w:t>
        <w:br/>
        <w:t>f 12206/8276/7080 12207/8275/7079 12241/8308/7112</w:t>
        <w:br/>
        <w:t>f 11805/7870/6704 11809/7876/6710 11807/7873/6707</w:t>
        <w:br/>
        <w:t>f 11621/7687/6523 11622/7686/6522 11808/7875/6709</w:t>
        <w:br/>
        <w:t>f 11863/7932/6761 11652/7721/6557 11653/7720/6556</w:t>
        <w:br/>
        <w:t>f 11755/7822/6656 11653/7720/6556 11660/7727/6563</w:t>
        <w:br/>
        <w:t>f 11744/7811/6645 11660/7727/6563 11659/7723/6559</w:t>
        <w:br/>
        <w:t>f 11667/7733/6569 11670/7736/6572 11881/7948/6775</w:t>
        <w:br/>
        <w:t>f 12094/8162/6977 12095/8161/6976 11665/7729/6565</w:t>
        <w:br/>
        <w:t>f 12112/8178/6994 11804/7871/6705 11805/7870/6704</w:t>
        <w:br/>
        <w:t>f 11359/7427/6264 12368/8436/7234 12366/8433/7231</w:t>
        <w:br/>
        <w:t>f 12366/8433/7231 11363/7430/6267 11358/7428/6265</w:t>
        <w:br/>
        <w:t>f 12368/8436/7234 11359/7427/6264 12251/8318/7235</w:t>
        <w:br/>
        <w:t>f 11336/7406/6243 11337/7405/6242 11356/7424/6261</w:t>
        <w:br/>
        <w:t>f 11364/7429/6266 11336/7406/6243 11356/7424/6261</w:t>
        <w:br/>
        <w:t>f 11519/7586/6423 11375/7443/6280 11377/7447/6284</w:t>
        <w:br/>
        <w:t>f 11443/7509/6346 11342/7408/6245 11375/7443/6280</w:t>
        <w:br/>
        <w:t>f 11313/7381/6218 11314/7380/6217 11383/7450/6287</w:t>
        <w:br/>
        <w:t>f 11809/7876/6710 11810/7877/6711 12377/8444/7244</w:t>
        <w:br/>
        <w:t>f 12153/8219/7024 11809/7876/6710 12377/8444/7244</w:t>
        <w:br/>
        <w:t>f 12379/8445/7245 12073/8143/6960 12070/8134/6951</w:t>
        <w:br/>
        <w:t>f 12378/8446/7246 12379/8445/7245 12070/8134/6951</w:t>
        <w:br/>
        <w:t>f 11810/7877/6711 11821/7888/6722 12380/8447/7247</w:t>
        <w:br/>
        <w:t>f 12377/8444/7244 11810/7877/6711 12380/8447/7247</w:t>
        <w:br/>
        <w:t>f 12039/8106/6923 12026/8091/6908 12158/8225/7029</w:t>
        <w:br/>
        <w:t>f 12381/8448/7248 12039/8106/6923 12158/8225/7029</w:t>
        <w:br/>
        <w:t>f 12380/8447/7247 11821/7888/6722 12071/8139/6956</w:t>
        <w:br/>
        <w:t>f 12382/8449/7249 12380/8447/7247 12071/8139/6956</w:t>
        <w:br/>
        <w:t>f 12382/8449/7249 12071/8139/6956 12078/8146/6963</w:t>
        <w:br/>
        <w:t>f 12383/8450/7250 12382/8449/7249 12078/8146/6963</w:t>
        <w:br/>
        <w:t>f 12384/8451/7251 12076/8140/6957 12073/8143/6960</w:t>
        <w:br/>
        <w:t>f 12379/8445/7245 12384/8451/7251 12073/8143/6960</w:t>
        <w:br/>
        <w:t>f 12070/8134/6951 12067/8137/6954 12385/8452/7252</w:t>
        <w:br/>
        <w:t>f 12378/8446/7246 12070/8134/6951 12385/8452/7252</w:t>
        <w:br/>
        <w:t>f 12383/8450/7250 12078/8146/6963 12076/8140/6957</w:t>
        <w:br/>
        <w:t>f 12384/8451/7251 12383/8450/7250 12076/8140/6957</w:t>
        <w:br/>
        <w:t>f 11991/8056/6873 11620/7688/6524 11621/7687/6523</w:t>
        <w:br/>
        <w:t>f 11806/7874/6708 11991/8056/6873 11621/7687/6523</w:t>
        <w:br/>
        <w:t>f 11807/7873/6707 12152/8220/7025 11806/7874/6708</w:t>
        <w:br/>
        <w:t>f 11734/7801/6635 11737/7803/6637 11738/7802/6636</w:t>
        <w:br/>
        <w:t>f 11584/7654/6490 11585/7653/6489 11589/7655/6491</w:t>
        <w:br/>
        <w:t>f 11631/7698/6534 11640/7707/6543 11588/7656/6492</w:t>
        <w:br/>
        <w:t>f 11632/7699/6535 11631/7698/6534 11589/7655/6491</w:t>
        <w:br/>
        <w:t>f 11560/7627/6463 11561/7626/6462 11633/7700/6536</w:t>
        <w:br/>
        <w:t>f 11561/7626/6462 11543/7612/6448 11634/7701/6537</w:t>
        <w:br/>
        <w:t>f 12389/8453/7253 12388/8454/7254 12387/8455/7255</w:t>
        <w:br/>
        <w:t>f 12386/8456/7256 12389/8453/7253 12387/8455/7255</w:t>
        <w:br/>
        <w:t>f 12392/8457/7257 12391/8458/7258 12390/8459/7259</w:t>
        <w:br/>
        <w:t>f 12393/8460/7260 12392/8457/7257 12390/8459/7259</w:t>
        <w:br/>
        <w:t>f 12397/8461/7261 12396/8462/7262 12395/8463/7263</w:t>
        <w:br/>
        <w:t>f 12394/8464/7264 12397/8461/7261 12395/8463/7263</w:t>
        <w:br/>
        <w:t>f 12394/8464/7264 12399/8465/7265 12398/8466/7266</w:t>
        <w:br/>
        <w:t>f 12397/8461/7261 12394/8464/7264 12398/8466/7266</w:t>
        <w:br/>
        <w:t>f 12399/8465/7265 12394/8464/7264 12400/8467/7267</w:t>
        <w:br/>
        <w:t>f 12401/8468/7268 12399/8465/7265 12400/8467/7267</w:t>
        <w:br/>
        <w:t>f 12404/8469/7269 12403/8470/7270 12402/8471/7271</w:t>
        <w:br/>
        <w:t>f 12400/8467/7267 12404/8469/7269 12402/8471/7271</w:t>
        <w:br/>
        <w:t>f 12400/8467/7267 12394/8464/7264 12395/8463/7263</w:t>
        <w:br/>
        <w:t>f 12404/8469/7269 12400/8467/7267 12395/8463/7263</w:t>
        <w:br/>
        <w:t>f 12405/8472/7272 12392/8457/7257 12393/8460/7260</w:t>
        <w:br/>
        <w:t>f 12403/8470/7270 12405/8472/7272 12393/8460/7260</w:t>
        <w:br/>
        <w:t>f 12408/8473/7273 12407/8474/7274 12405/8472/7272</w:t>
        <w:br/>
        <w:t>f 12406/8475/7275 12408/8473/7273 12405/8472/7272</w:t>
        <w:br/>
        <w:t>f 12410/8476/7276 12409/8477/7277 12391/8458/7258</w:t>
        <w:br/>
        <w:t>f 12392/8457/7257 12410/8476/7276 12391/8458/7258</w:t>
        <w:br/>
        <w:t>f 12414/8478/7278 12413/8479/7279 12412/8480/7280</w:t>
        <w:br/>
        <w:t>f 12411/8481/7281 12414/8478/7278 12412/8480/7280</w:t>
        <w:br/>
        <w:t>f 12408/8473/7273 12413/8479/7279 12414/8478/7278</w:t>
        <w:br/>
        <w:t>f 12407/8474/7274 12408/8473/7273 12414/8478/7278</w:t>
        <w:br/>
        <w:t>f 12418/8482/7282 12417/8483/7283 12416/8484/7284</w:t>
        <w:br/>
        <w:t>f 12415/8485/7285 12418/8482/7282 12416/8484/7284</w:t>
        <w:br/>
        <w:t>f 12418/8482/7282 12415/8485/7285 12419/8486/7286</w:t>
        <w:br/>
        <w:t>f 12420/8487/7287 12418/8482/7282 12419/8486/7286</w:t>
        <w:br/>
        <w:t>f 12423/8488/7288 12422/8489/7289 12421/8490/7290</w:t>
        <w:br/>
        <w:t>f 12424/8491/7291 12423/8488/7288 12421/8490/7290</w:t>
        <w:br/>
        <w:t>f 12428/8492/7292 12427/8493/7293 12426/8494/7294</w:t>
        <w:br/>
        <w:t>f 12425/8495/7295 12428/8492/7292 12426/8494/7294</w:t>
        <w:br/>
        <w:t>f 12432/8496/7296 12431/8497/7297 12430/8498/7298</w:t>
        <w:br/>
        <w:t>f 12429/8499/7299 12432/8496/7296 12430/8498/7298</w:t>
        <w:br/>
        <w:t>f 12436/8500/7300 12435/8501/7301 12434/8502/7302</w:t>
        <w:br/>
        <w:t>f 12433/8503/7303 12436/8500/7300 12434/8502/7302</w:t>
        <w:br/>
        <w:t>f 12438/8504/7304 12437/8505/7305 12422/8489/7289</w:t>
        <w:br/>
        <w:t>f 12423/8488/7288 12438/8504/7304 12422/8489/7289</w:t>
        <w:br/>
        <w:t>f 12441/8506/7306 12440/8507/7307 12439/8508/7308</w:t>
        <w:br/>
        <w:t>f 12445/8509/7309 12444/8510/7310 12443/8511/7311</w:t>
        <w:br/>
        <w:t>f 12442/8512/7312 12445/8509/7309 12443/8511/7311</w:t>
        <w:br/>
        <w:t>f 12448/8513/7313 12447/8514/7314 12446/8515/7315</w:t>
        <w:br/>
        <w:t>f 12441/8506/7306 12447/8514/7314 12450/8516/7316</w:t>
        <w:br/>
        <w:t>f 12449/8517/7317 12441/8506/7306 12450/8516/7316</w:t>
        <w:br/>
        <w:t>f 12453/8518/7318 12452/8519/7319 12451/8520/7320</w:t>
        <w:br/>
        <w:t>f 12454/8521/7321 12453/8518/7318 12451/8520/7320</w:t>
        <w:br/>
        <w:t>f 12458/8522/7322 12457/8523/7323 12456/8524/7324</w:t>
        <w:br/>
        <w:t>f 12455/8525/7325 12458/8522/7322 12456/8524/7324</w:t>
        <w:br/>
        <w:t>f 12460/8526/7326 12428/8492/7292 12425/8495/7295</w:t>
        <w:br/>
        <w:t>f 12459/8527/7327 12460/8526/7326 12425/8495/7295</w:t>
        <w:br/>
        <w:t>f 12464/8528/7328 12463/8529/7329 12462/8530/7330</w:t>
        <w:br/>
        <w:t>f 12461/8531/7331 12464/8528/7328 12462/8530/7330</w:t>
        <w:br/>
        <w:t>f 12466/8532/7332 12465/8533/7333 12399/8465/7265</w:t>
        <w:br/>
        <w:t>f 12401/8468/7268 12466/8532/7332 12399/8465/7265</w:t>
        <w:br/>
        <w:t>f 12399/8465/7265 12465/8533/7333 12467/8534/7334</w:t>
        <w:br/>
        <w:t>f 12471/8535/7335 12470/8536/7336 12469/8537/7337</w:t>
        <w:br/>
        <w:t>f 12468/8538/7338 12471/8535/7335 12469/8537/7337</w:t>
        <w:br/>
        <w:t>f 12390/8459/7259 12472/8539/7339 12468/8538/7338</w:t>
        <w:br/>
        <w:t>f 12469/8537/7337 12390/8459/7259 12468/8538/7338</w:t>
        <w:br/>
        <w:t>f 12409/8477/7277 12474/8540/7340 12473/8541/7341</w:t>
        <w:br/>
        <w:t>f 12391/8458/7258 12409/8477/7277 12473/8541/7341</w:t>
        <w:br/>
        <w:t>f 12474/8540/7340 12409/8477/7277 12418/8482/7282</w:t>
        <w:br/>
        <w:t>f 12420/8487/7287 12474/8540/7340 12418/8482/7282</w:t>
        <w:br/>
        <w:t>f 12433/8503/7303 12434/8502/7302 12461/8531/7331</w:t>
        <w:br/>
        <w:t>f 12462/8530/7330 12433/8503/7303 12461/8531/7331</w:t>
        <w:br/>
        <w:t>f 12478/8542/7342 12477/8543/7343 12476/8544/7344</w:t>
        <w:br/>
        <w:t>f 12475/8545/7345 12478/8542/7342 12476/8544/7344</w:t>
        <w:br/>
        <w:t>f 12479/8546/7346 12478/8542/7342 12475/8545/7345</w:t>
        <w:br/>
        <w:t>f 12471/8535/7335 12479/8546/7346 12475/8545/7345</w:t>
        <w:br/>
        <w:t>f 12471/8535/7335 12468/8538/7338 12480/8547/7347</w:t>
        <w:br/>
        <w:t>f 12479/8546/7346 12471/8535/7335 12480/8547/7347</w:t>
        <w:br/>
        <w:t>f 12433/8503/7303 12476/8544/7344 12477/8543/7343</w:t>
        <w:br/>
        <w:t>f 12436/8500/7300 12433/8503/7303 12477/8543/7343</w:t>
        <w:br/>
        <w:t>f 12483/8548/7348 12482/8549/7349 12481/8550/7350</w:t>
        <w:br/>
        <w:t>f 12484/8551/7351 12483/8548/7348 12481/8550/7350</w:t>
        <w:br/>
        <w:t>f 12484/8551/7351 12486/8552/7352 12485/8553/7353</w:t>
        <w:br/>
        <w:t>f 12483/8548/7348 12484/8551/7351 12485/8553/7353</w:t>
        <w:br/>
        <w:t>f 12457/8523/7323 12481/8550/7350 12482/8549/7349</w:t>
        <w:br/>
        <w:t>f 12456/8524/7324 12457/8523/7323 12482/8549/7349</w:t>
        <w:br/>
        <w:t>f 12490/8554/7354 12489/8555/7355 12488/8556/7356</w:t>
        <w:br/>
        <w:t>f 12487/8557/7357 12490/8554/7354 12488/8556/7356</w:t>
        <w:br/>
        <w:t>f 12494/8558/7358 12493/8559/7359 12492/8560/7360</w:t>
        <w:br/>
        <w:t>f 12491/8561/7361 12494/8558/7358 12492/8560/7360</w:t>
        <w:br/>
        <w:t>f 12497/8562/7362 12496/8563/7363 12495/8564/7364</w:t>
        <w:br/>
        <w:t>f 12498/8565/7365 12497/8562/7362 12495/8564/7364</w:t>
        <w:br/>
        <w:t>f 12500/8566/7366 12499/8567/7367 12493/8559/7359</w:t>
        <w:br/>
        <w:t>f 12501/8568/7368 12500/8566/7366 12493/8559/7359</w:t>
        <w:br/>
        <w:t>f 12504/8569/7369 12503/8570/7370 12502/8571/7371</w:t>
        <w:br/>
        <w:t>f 12505/8572/7372 12504/8569/7369 12502/8571/7371</w:t>
        <w:br/>
        <w:t>f 12508/8573/7373 12507/8574/7374 12506/8575/7375</w:t>
        <w:br/>
        <w:t>f 12509/8576/7376 12508/8573/7373 12506/8575/7375</w:t>
        <w:br/>
        <w:t>f 12503/8570/7370 12506/8575/7375 12507/8574/7374</w:t>
        <w:br/>
        <w:t>f 12502/8571/7371 12503/8570/7370 12507/8574/7374</w:t>
        <w:br/>
        <w:t>f 12509/8576/7376 12511/8577/7377 12510/8578/7378</w:t>
        <w:br/>
        <w:t>f 12508/8573/7373 12509/8576/7376 12510/8578/7378</w:t>
        <w:br/>
        <w:t>f 12512/8579/7379 12488/8556/7356 12489/8555/7355</w:t>
        <w:br/>
        <w:t>f 12513/8580/7380 12512/8579/7379 12489/8555/7355</w:t>
        <w:br/>
        <w:t>f 12514/8581/7381 12494/8558/7358 12491/8561/7361</w:t>
        <w:br/>
        <w:t>f 12515/8582/7382 12514/8581/7381 12491/8561/7361</w:t>
        <w:br/>
        <w:t>f 12517/8583/7383 12495/8564/7364 12496/8563/7363</w:t>
        <w:br/>
        <w:t>f 12516/8584/7384 12517/8583/7383 12496/8563/7363</w:t>
        <w:br/>
        <w:t>f 12520/8585/7385 12519/8586/7386 12518/8587/7387</w:t>
        <w:br/>
        <w:t>f 12521/8588/7388 12520/8585/7385 12518/8587/7387</w:t>
        <w:br/>
        <w:t>f 12518/8587/7387 12522/8589/7389 12503/8570/7370</w:t>
        <w:br/>
        <w:t>f 12504/8569/7369 12518/8587/7387 12503/8570/7370</w:t>
        <w:br/>
        <w:t>f 12509/8576/7376 12506/8575/7375 12524/8590/7390</w:t>
        <w:br/>
        <w:t>f 12523/8591/7391 12509/8576/7376 12524/8590/7390</w:t>
        <w:br/>
        <w:t>f 12506/8575/7375 12503/8570/7370 12522/8589/7389</w:t>
        <w:br/>
        <w:t>f 12524/8590/7390 12506/8575/7375 12522/8589/7389</w:t>
        <w:br/>
        <w:t>f 12523/8591/7391 12525/8592/7392 12511/8577/7377</w:t>
        <w:br/>
        <w:t>f 12509/8576/7376 12523/8591/7391 12511/8577/7377</w:t>
        <w:br/>
        <w:t>f 12527/8593/7393 12526/8594/7394 12389/8453/7253</w:t>
        <w:br/>
        <w:t>f 12386/8456/7256 12527/8593/7393 12389/8453/7253</w:t>
        <w:br/>
        <w:t>f 12425/8495/7295 12426/8494/7294 12529/8595/7395</w:t>
        <w:br/>
        <w:t>f 12528/8596/7396 12425/8495/7295 12529/8595/7395</w:t>
        <w:br/>
        <w:t>f 12392/8457/7257 12405/8472/7272 12407/8474/7274</w:t>
        <w:br/>
        <w:t>f 12410/8476/7276 12392/8457/7257 12407/8474/7274</w:t>
        <w:br/>
        <w:t>f 12417/8483/7283 12414/8478/7278 12411/8481/7281</w:t>
        <w:br/>
        <w:t>f 12416/8484/7284 12417/8483/7283 12411/8481/7281</w:t>
        <w:br/>
        <w:t>f 12407/8474/7274 12414/8478/7278 12417/8483/7283</w:t>
        <w:br/>
        <w:t>f 12410/8476/7276 12407/8474/7274 12417/8483/7283</w:t>
        <w:br/>
        <w:t>f 12531/8597/7397 12530/8598/7398 12411/8481/7281</w:t>
        <w:br/>
        <w:t>f 12412/8480/7280 12531/8597/7397 12411/8481/7281</w:t>
        <w:br/>
        <w:t>f 12417/8483/7283 12418/8482/7282 12409/8477/7277</w:t>
        <w:br/>
        <w:t>f 12410/8476/7276 12417/8483/7283 12409/8477/7277</w:t>
        <w:br/>
        <w:t>f 12408/8473/7273 12406/8475/7275 12532/8599/7399</w:t>
        <w:br/>
        <w:t>f 12413/8479/7279 12408/8473/7273 12532/8599/7399</w:t>
        <w:br/>
        <w:t>f 12412/8480/7280 12413/8479/7279 12532/8599/7399</w:t>
        <w:br/>
        <w:t>f 12533/8600/7400 12412/8480/7280 12532/8599/7399</w:t>
        <w:br/>
        <w:t>f 12412/8480/7280 12533/8600/7400 12534/8601/7401</w:t>
        <w:br/>
        <w:t>f 12531/8597/7397 12412/8480/7280 12534/8601/7401</w:t>
        <w:br/>
        <w:t>f 12538/8602/7402 12537/8603/7403 12536/8604/7404</w:t>
        <w:br/>
        <w:t>f 12535/8605/7405 12538/8602/7402 12536/8604/7404</w:t>
        <w:br/>
        <w:t>f 12542/8606/7406 12541/8607/7407 12540/8608/7408</w:t>
        <w:br/>
        <w:t>f 12539/8609/7409 12542/8606/7406 12540/8608/7408</w:t>
        <w:br/>
        <w:t>f 12546/8610/7410 12545/8611/7411 12544/8612/7412</w:t>
        <w:br/>
        <w:t>f 12543/8613/7413 12546/8610/7410 12544/8612/7412</w:t>
        <w:br/>
        <w:t>f 12541/8607/7407 12538/8602/7402 12535/8605/7405</w:t>
        <w:br/>
        <w:t>f 12540/8608/7408 12541/8607/7407 12535/8605/7405</w:t>
        <w:br/>
        <w:t>f 12544/8612/7412 12536/8604/7404 12537/8603/7403</w:t>
        <w:br/>
        <w:t>f 12543/8613/7413 12544/8612/7412 12537/8603/7403</w:t>
        <w:br/>
        <w:t>f 12468/8538/7338 12472/8539/7339 12547/8614/7414</w:t>
        <w:br/>
        <w:t>f 12480/8547/7347 12468/8538/7338 12547/8614/7414</w:t>
        <w:br/>
        <w:t>f 12550/8615/7415 12549/8616/7416 12548/8617/7417</w:t>
        <w:br/>
        <w:t>f 12551/8618/7418 12550/8615/7415 12548/8617/7417</w:t>
        <w:br/>
        <w:t>f 12554/8619/7419 12525/8592/7392 12553/8620/7420</w:t>
        <w:br/>
        <w:t>f 12552/8621/7421 12554/8619/7419 12553/8620/7420</w:t>
        <w:br/>
        <w:t>f 12511/8577/7377 12556/8622/7422 12555/8623/7423</w:t>
        <w:br/>
        <w:t>f 12510/8578/7378 12511/8577/7377 12555/8623/7423</w:t>
        <w:br/>
        <w:t>f 12559/8624/7424 12558/8625/7425 12557/8626/7426</w:t>
        <w:br/>
        <w:t>f 12560/8627/7427 12559/8624/7424 12557/8626/7426</w:t>
        <w:br/>
        <w:t>f 12505/8572/7372 12502/8571/7371 12562/8628/7428</w:t>
        <w:br/>
        <w:t>f 12561/8629/7429 12505/8572/7372 12562/8628/7428</w:t>
        <w:br/>
        <w:t>f 12564/8630/7430 12563/8631/7431 12507/8574/7374</w:t>
        <w:br/>
        <w:t>f 12508/8573/7373 12564/8630/7430 12507/8574/7374</w:t>
        <w:br/>
        <w:t>f 12502/8571/7371 12507/8574/7374 12563/8631/7431</w:t>
        <w:br/>
        <w:t>f 12562/8628/7428 12502/8571/7371 12563/8631/7431</w:t>
        <w:br/>
        <w:t>f 12566/8632/7432 12558/8625/7425 12565/8633/7433</w:t>
        <w:br/>
        <w:t>f 12508/8573/7373 12510/8578/7378 12567/8634/7434</w:t>
        <w:br/>
        <w:t>f 12564/8630/7430 12508/8573/7373 12567/8634/7434</w:t>
        <w:br/>
        <w:t>f 12569/8635/7435 12568/8636/7436 12555/8623/7423</w:t>
        <w:br/>
        <w:t>f 12426/8494/7294 12450/8516/7316 12444/8510/7310</w:t>
        <w:br/>
        <w:t>f 12516/8584/7384 12496/8563/7363 12488/8556/7356</w:t>
        <w:br/>
        <w:t>f 12512/8579/7379 12516/8584/7384 12488/8556/7356</w:t>
        <w:br/>
        <w:t>f 12497/8562/7362 12570/8637/7437 12557/8626/7426</w:t>
        <w:br/>
        <w:t>f 12487/8557/7357 12497/8562/7362 12557/8626/7426</w:t>
        <w:br/>
        <w:t>f 12537/8603/7403 12538/8602/7402 12572/8638/7438</w:t>
        <w:br/>
        <w:t>f 12571/8639/7439 12537/8603/7403 12572/8638/7438</w:t>
        <w:br/>
        <w:t>f 12574/8640/7440 12573/8641/7441 12542/8606/7406</w:t>
        <w:br/>
        <w:t>f 12575/8642/7442 12574/8640/7440 12542/8606/7406</w:t>
        <w:br/>
        <w:t>f 12541/8607/7407 12542/8606/7406 12573/8641/7441</w:t>
        <w:br/>
        <w:t>f 12576/8643/7443 12541/8607/7407 12573/8641/7441</w:t>
        <w:br/>
        <w:t>f 12546/8610/7410 12543/8613/7413 12577/8644/7444</w:t>
        <w:br/>
        <w:t>f 12578/8645/7445 12546/8610/7410 12577/8644/7444</w:t>
        <w:br/>
        <w:t>f 12538/8602/7402 12541/8607/7407 12576/8643/7443</w:t>
        <w:br/>
        <w:t>f 12572/8638/7438 12538/8602/7402 12576/8643/7443</w:t>
        <w:br/>
        <w:t>f 12571/8639/7439 12577/8644/7444 12543/8613/7413</w:t>
        <w:br/>
        <w:t>f 12537/8603/7403 12571/8639/7439 12543/8613/7413</w:t>
        <w:br/>
        <w:t>f 12550/8615/7415 12480/8547/7347 12547/8614/7414</w:t>
        <w:br/>
        <w:t>f 12549/8616/7416 12550/8615/7415 12547/8614/7414</w:t>
        <w:br/>
        <w:t>f 12550/8615/7415 12486/8552/7352 12479/8546/7346</w:t>
        <w:br/>
        <w:t>f 12480/8547/7347 12550/8615/7415 12479/8546/7346</w:t>
        <w:br/>
        <w:t>f 12486/8552/7352 12484/8551/7351 12478/8542/7342</w:t>
        <w:br/>
        <w:t>f 12479/8546/7346 12486/8552/7352 12478/8542/7342</w:t>
        <w:br/>
        <w:t>f 12484/8551/7351 12481/8550/7350 12477/8543/7343</w:t>
        <w:br/>
        <w:t>f 12478/8542/7342 12484/8551/7351 12477/8543/7343</w:t>
        <w:br/>
        <w:t>f 12481/8550/7350 12457/8523/7323 12436/8500/7300</w:t>
        <w:br/>
        <w:t>f 12477/8543/7343 12481/8550/7350 12436/8500/7300</w:t>
        <w:br/>
        <w:t>f 12457/8523/7323 12458/8522/7322 12435/8501/7301</w:t>
        <w:br/>
        <w:t>f 12436/8500/7300 12457/8523/7323 12435/8501/7301</w:t>
        <w:br/>
        <w:t>f 12512/8579/7379 12580/8646/7446 12579/8647/7447</w:t>
        <w:br/>
        <w:t>f 12516/8584/7384 12512/8579/7379 12579/8647/7447</w:t>
        <w:br/>
        <w:t>f 12515/8582/7382 12430/8498/7298 12431/8497/7297</w:t>
        <w:br/>
        <w:t>f 12514/8581/7381 12515/8582/7382 12431/8497/7297</w:t>
        <w:br/>
        <w:t>f 12516/8584/7384 12579/8647/7447 12581/8648/7448</w:t>
        <w:br/>
        <w:t>f 12517/8583/7383 12516/8584/7384 12581/8648/7448</w:t>
        <w:br/>
        <w:t>f 12582/8649/7449 12519/8586/7386 12520/8585/7385</w:t>
        <w:br/>
        <w:t>f 12583/8650/7450 12582/8649/7449 12520/8585/7385</w:t>
        <w:br/>
        <w:t>f 12585/8651/7451 12519/8586/7386 12582/8649/7449</w:t>
        <w:br/>
        <w:t>f 12584/8652/7452 12585/8651/7451 12582/8649/7449</w:t>
        <w:br/>
        <w:t>f 12589/8653/7453 12588/8654/7454 12587/8655/7455</w:t>
        <w:br/>
        <w:t>f 12586/8656/7456 12589/8653/7453 12587/8655/7455</w:t>
        <w:br/>
        <w:t>f 12586/8656/7456 12585/8651/7451 12584/8652/7452</w:t>
        <w:br/>
        <w:t>f 12589/8653/7453 12586/8656/7456 12584/8652/7452</w:t>
        <w:br/>
        <w:t>f 12592/8657/7457 12588/8654/7454 12591/8658/7458</w:t>
        <w:br/>
        <w:t>f 12590/8659/7459 12592/8657/7457 12591/8658/7458</w:t>
        <w:br/>
        <w:t>f 12593/8660/7460 12592/8657/7457 12590/8659/7459</w:t>
        <w:br/>
        <w:t>f 12594/8661/7418 12593/8660/7460 12590/8659/7459</w:t>
        <w:br/>
        <w:t>f 12437/8505/7305 12438/8504/7304 12596/8662/7461</w:t>
        <w:br/>
        <w:t>f 12595/8663/7462 12437/8505/7305 12596/8662/7461</w:t>
        <w:br/>
        <w:t>f 12598/8664/7320 12597/8665/7463 12584/8652/7452</w:t>
        <w:br/>
        <w:t>f 12582/8649/7449 12598/8664/7320 12584/8652/7452</w:t>
        <w:br/>
        <w:t>f 12451/8520/7320 12452/8519/7319 12455/8525/7325</w:t>
        <w:br/>
        <w:t>f 12456/8524/7324 12451/8520/7320 12455/8525/7325</w:t>
        <w:br/>
        <w:t>f 12528/8596/7396 12599/8666/7464 12459/8527/7327</w:t>
        <w:br/>
        <w:t>f 12513/8580/7380 12489/8555/7355 12600/8667/7465</w:t>
        <w:br/>
        <w:t>f 12601/8668/7466 12513/8580/7380 12600/8667/7465</w:t>
        <w:br/>
        <w:t>f 12595/8663/7462 12596/8662/7461 12602/8669/7467</w:t>
        <w:br/>
        <w:t>f 12603/8670/7468 12595/8663/7462 12602/8669/7467</w:t>
        <w:br/>
        <w:t>f 12604/8671/7469 12581/8648/7448 12579/8647/7447</w:t>
        <w:br/>
        <w:t>f 12582/8649/7449 12583/8650/7450 12605/8672/7321</w:t>
        <w:br/>
        <w:t>f 12598/8664/7320 12582/8649/7449 12605/8672/7321</w:t>
        <w:br/>
        <w:t>f 12606/8673/7470 12591/8658/7458 12588/8654/7454</w:t>
        <w:br/>
        <w:t>f 12589/8653/7453 12606/8673/7470 12588/8654/7454</w:t>
        <w:br/>
        <w:t>f 12589/8653/7453 12584/8652/7452 12597/8665/7463</w:t>
        <w:br/>
        <w:t>f 12606/8673/7470 12589/8653/7453 12597/8665/7463</w:t>
        <w:br/>
        <w:t>f 12609/8674/7471 12608/8675/7472 12607/8676/7473</w:t>
        <w:br/>
        <w:t>f 12609/8674/7471 12610/8677/7474 12608/8675/7472</w:t>
        <w:br/>
        <w:t>f 12552/8621/7421 12612/8678/7475 12611/8679/7476</w:t>
        <w:br/>
        <w:t>f 12554/8619/7419 12552/8621/7421 12611/8679/7476</w:t>
        <w:br/>
        <w:t>f 12555/8623/7423 12556/8622/7422 12613/8680/7477</w:t>
        <w:br/>
        <w:t>f 12569/8635/7435 12555/8623/7423 12613/8680/7477</w:t>
        <w:br/>
        <w:t>f 12567/8634/7434 12615/8681/7478 12614/8682/7479</w:t>
        <w:br/>
        <w:t>f 12616/8683/7480 12567/8634/7434 12614/8682/7479</w:t>
        <w:br/>
        <w:t>f 12617/8684/7481 12593/8660/7460 12594/8661/7418</w:t>
        <w:br/>
        <w:t>f 12618/8685/7417 12617/8684/7481 12594/8661/7418</w:t>
        <w:br/>
        <w:t>f 12622/8686/7482 12621/8687/7483 12620/8688/7484</w:t>
        <w:br/>
        <w:t>f 12619/8689/7485 12622/8686/7482 12620/8688/7484</w:t>
        <w:br/>
        <w:t>f 12625/8690/7486 12624/8691/7487 12623/8692/7488</w:t>
        <w:br/>
        <w:t>f 12626/8693/7489 12625/8690/7486 12623/8692/7488</w:t>
        <w:br/>
        <w:t>f 12629/8694/7490 12628/8695/7491 12627/8696/7492</w:t>
        <w:br/>
        <w:t>f 12630/8697/7493 12629/8694/7490 12627/8696/7492</w:t>
        <w:br/>
        <w:t>f 12632/8698/7494 12631/8699/7495 12628/8695/7491</w:t>
        <w:br/>
        <w:t>f 12629/8694/7490 12632/8698/7494 12628/8695/7491</w:t>
        <w:br/>
        <w:t>f 12634/8700/7496 12628/8695/7491 12631/8699/7495</w:t>
        <w:br/>
        <w:t>f 12633/8701/7497 12634/8700/7496 12631/8699/7495</w:t>
        <w:br/>
        <w:t>f 12634/8700/7496 12637/8702/7498 12636/8703/7499</w:t>
        <w:br/>
        <w:t>f 12635/8704/7500 12634/8700/7496 12636/8703/7499</w:t>
        <w:br/>
        <w:t>f 12638/8705/7501 12626/8693/7489 12633/8701/7497</w:t>
        <w:br/>
        <w:t>f 12631/8699/7495 12638/8705/7501 12633/8701/7497</w:t>
        <w:br/>
        <w:t>f 12638/8705/7501 12641/8706/7502 12640/8707/7503</w:t>
        <w:br/>
        <w:t>f 12639/8708/7504 12638/8705/7501 12640/8707/7503</w:t>
        <w:br/>
        <w:t>f 12644/8709/7505 12643/8710/7506 12642/8711/7507</w:t>
        <w:br/>
        <w:t>f 12637/8702/7498 12644/8709/7505 12642/8711/7507</w:t>
        <w:br/>
        <w:t>f 12646/8712/7508 12623/8692/7488 12624/8691/7487</w:t>
        <w:br/>
        <w:t>f 12645/8713/7509 12646/8712/7508 12624/8691/7487</w:t>
        <w:br/>
        <w:t>f 12650/8714/7510 12649/8715/7511 12648/8716/7512</w:t>
        <w:br/>
        <w:t>f 12647/8717/7513 12650/8714/7510 12648/8716/7512</w:t>
        <w:br/>
        <w:t>f 12648/8716/7512 12649/8715/7511 12642/8711/7507</w:t>
        <w:br/>
        <w:t>f 12643/8710/7506 12648/8716/7512 12642/8711/7507</w:t>
        <w:br/>
        <w:t>f 12653/8718/7514 12652/8719/7515 12651/8720/7516</w:t>
        <w:br/>
        <w:t>f 12654/8721/7517 12653/8718/7514 12651/8720/7516</w:t>
        <w:br/>
        <w:t>f 12656/8722/7518 12651/8720/7516 12652/8719/7515</w:t>
        <w:br/>
        <w:t>f 12655/8723/7519 12656/8722/7518 12652/8719/7515</w:t>
        <w:br/>
        <w:t>f 12659/8724/7520 12658/8725/7521 12657/8726/7522</w:t>
        <w:br/>
        <w:t>f 12622/8686/7482 12659/8724/7520 12657/8726/7522</w:t>
        <w:br/>
        <w:t>f 12662/8727/7523 12661/8728/7524 12660/8729/7525</w:t>
        <w:br/>
        <w:t>f 12663/8730/7526 12662/8727/7523 12660/8729/7525</w:t>
        <w:br/>
        <w:t>f 12667/8731/7527 12666/8732/7528 12665/8733/7529</w:t>
        <w:br/>
        <w:t>f 12664/8734/7530 12667/8731/7527 12665/8733/7529</w:t>
        <w:br/>
        <w:t>f 12666/8732/7528 12669/8735/7531 12668/8736/7532</w:t>
        <w:br/>
        <w:t>f 12672/8737/7533 12671/8738/7534 12670/8739/7535</w:t>
        <w:br/>
        <w:t>f 12673/8740/7536 12672/8737/7533 12670/8739/7535</w:t>
        <w:br/>
        <w:t>f 12677/8741/7537 12676/8742/7538 12675/8743/7539</w:t>
        <w:br/>
        <w:t>f 12674/8744/7540 12677/8741/7537 12675/8743/7539</w:t>
        <w:br/>
        <w:t>f 12681/8745/7541 12680/8746/7542 12679/8747/7543</w:t>
        <w:br/>
        <w:t>f 12678/8748/7544 12681/8745/7541 12679/8747/7543</w:t>
        <w:br/>
        <w:t>f 12683/8749/7545 12682/8750/7546 12669/8735/7531</w:t>
        <w:br/>
        <w:t>f 12666/8732/7528 12683/8749/7545 12669/8735/7531</w:t>
        <w:br/>
        <w:t>f 12686/8751/7547 12685/8752/7548 12684/8753/7549</w:t>
        <w:br/>
        <w:t>f 12687/8754/7550 12686/8751/7547 12684/8753/7549</w:t>
        <w:br/>
        <w:t>f 12673/8740/7536 12670/8739/7535 12688/8755/7551</w:t>
        <w:br/>
        <w:t>f 12691/8756/7552 12690/8757/7553 12689/8758/7554</w:t>
        <w:br/>
        <w:t>f 12691/8756/7552 12694/8759/7555 12693/8760/7556</w:t>
        <w:br/>
        <w:t>f 12692/8761/7557 12691/8756/7552 12693/8760/7556</w:t>
        <w:br/>
        <w:t>f 12697/8762/7558 12696/8763/7559 12695/8764/7560</w:t>
        <w:br/>
        <w:t>f 12698/8765/7561 12697/8762/7558 12695/8764/7560</w:t>
        <w:br/>
        <w:t>f 12668/8736/7532 12640/8707/7503 12641/8706/7502</w:t>
        <w:br/>
        <w:t>f 12665/8733/7529 12668/8736/7532 12641/8706/7502</w:t>
        <w:br/>
        <w:t>f 12702/8766/7562 12701/8767/7563 12700/8768/7564</w:t>
        <w:br/>
        <w:t>f 12699/8769/7565 12702/8766/7562 12700/8768/7564</w:t>
        <w:br/>
        <w:t>f 12664/8734/7530 12665/8733/7529 12641/8706/7502</w:t>
        <w:br/>
        <w:t>f 12632/8698/7494 12664/8734/7530 12641/8706/7502</w:t>
        <w:br/>
        <w:t>f 12706/8770/7566 12705/8771/7567 12704/8772/7568</w:t>
        <w:br/>
        <w:t>f 12703/8773/7569 12706/8770/7566 12704/8772/7568</w:t>
        <w:br/>
        <w:t>f 12710/8774/7570 12709/8775/7571 12708/8776/7571</w:t>
        <w:br/>
        <w:t>f 12707/8777/7572 12710/8774/7570 12708/8776/7571</w:t>
        <w:br/>
        <w:t>f 12668/8736/7532 12669/8735/7531 12711/8778/7573</w:t>
        <w:br/>
        <w:t>f 12712/8779/7574 12640/8707/7503 12668/8736/7532</w:t>
        <w:br/>
        <w:t>f 12712/8779/7574 12713/8780/7575 12640/8707/7503</w:t>
        <w:br/>
        <w:t>f 12639/8708/7504 12713/8780/7575 12714/8781/7576</w:t>
        <w:br/>
        <w:t>f 12645/8713/7509 12624/8691/7487 12716/8782/7577</w:t>
        <w:br/>
        <w:t>f 12715/8783/7578 12645/8713/7509 12716/8782/7577</w:t>
        <w:br/>
        <w:t>f 12655/8723/7519 12652/8719/7515 12645/8713/7509</w:t>
        <w:br/>
        <w:t>f 12715/8783/7578 12655/8723/7519 12645/8713/7509</w:t>
        <w:br/>
        <w:t>f 12719/8784/7579 12718/8785/7580 12717/8786/7581</w:t>
        <w:br/>
        <w:t>f 12682/8750/7546 12719/8784/7579 12717/8786/7581</w:t>
        <w:br/>
        <w:t>f 12717/8786/7581 12720/8787/7582 12669/8735/7531</w:t>
        <w:br/>
        <w:t>f 12682/8750/7546 12717/8786/7581 12669/8735/7531</w:t>
        <w:br/>
        <w:t>f 12720/8787/7582 12722/8788/7583 12721/8789/7584</w:t>
        <w:br/>
        <w:t>f 12711/8778/7573 12720/8787/7582 12721/8789/7584</w:t>
        <w:br/>
        <w:t>f 12711/8778/7573 12721/8789/7584 12723/8790/7585</w:t>
        <w:br/>
        <w:t>f 12712/8779/7574 12711/8778/7573 12723/8790/7585</w:t>
        <w:br/>
        <w:t>f 12712/8779/7574 12723/8790/7585 12724/8791/7586</w:t>
        <w:br/>
        <w:t>f 12713/8780/7575 12712/8779/7574 12724/8791/7586</w:t>
        <w:br/>
        <w:t>f 12717/8786/7581 12725/8792/7587 12722/8788/7583</w:t>
        <w:br/>
        <w:t>f 12720/8787/7582 12717/8786/7581 12722/8788/7583</w:t>
        <w:br/>
        <w:t>f 12729/8793/7588 12728/8794/7589 12727/8795/7590</w:t>
        <w:br/>
        <w:t>f 12726/8796/7591 12729/8793/7588 12727/8795/7590</w:t>
        <w:br/>
        <w:t>f 12726/8796/7591 12727/8795/7590 12730/8797/7592</w:t>
        <w:br/>
        <w:t>f 12731/8798/7593 12726/8796/7591 12730/8797/7592</w:t>
        <w:br/>
        <w:t>f 12734/8799/7594 12733/8800/7595 12732/8801/7596</w:t>
        <w:br/>
        <w:t>f 12735/8802/7597 12734/8799/7594 12732/8801/7596</w:t>
        <w:br/>
        <w:t>f 12739/8803/7598 12738/8804/7599 12737/8805/7600</w:t>
        <w:br/>
        <w:t>f 12736/8806/7601 12739/8803/7598 12737/8805/7600</w:t>
        <w:br/>
        <w:t>f 12740/8807/7602 12739/8803/7598 12736/8806/7601</w:t>
        <w:br/>
        <w:t>f 12741/8808/7603 12740/8807/7602 12736/8806/7601</w:t>
        <w:br/>
        <w:t>f 12745/8809/7604 12744/8810/7605 12743/8811/7606</w:t>
        <w:br/>
        <w:t>f 12742/8812/7607 12745/8809/7604 12743/8811/7606</w:t>
        <w:br/>
        <w:t>f 12747/8813/7608 12746/8814/7609 12744/8810/7605</w:t>
        <w:br/>
        <w:t>f 12745/8809/7604 12747/8813/7608 12744/8810/7605</w:t>
        <w:br/>
        <w:t>f 12751/8815/7610 12750/8816/7611 12749/8817/7612</w:t>
        <w:br/>
        <w:t>f 12748/8818/7613 12751/8815/7610 12749/8817/7612</w:t>
        <w:br/>
        <w:t>f 12748/8818/7613 12749/8817/7612 12746/8814/7609</w:t>
        <w:br/>
        <w:t>f 12747/8813/7608 12748/8818/7613 12746/8814/7609</w:t>
        <w:br/>
        <w:t>f 12753/8819/7614 12750/8816/7611 12751/8815/7610</w:t>
        <w:br/>
        <w:t>f 12752/8820/7615 12753/8819/7614 12751/8815/7610</w:t>
        <w:br/>
        <w:t>f 12757/8821/7616 12756/8822/7617 12755/8823/7618</w:t>
        <w:br/>
        <w:t>f 12754/8824/7619 12757/8821/7616 12755/8823/7618</w:t>
        <w:br/>
        <w:t>f 12761/8825/7620 12760/8826/7621 12759/8827/7622</w:t>
        <w:br/>
        <w:t>f 12758/8828/7623 12761/8825/7620 12759/8827/7622</w:t>
        <w:br/>
        <w:t>f 12764/8829/7624 12763/8830/7625 12762/8831/7626</w:t>
        <w:br/>
        <w:t>f 12765/8832/7627 12764/8829/7624 12762/8831/7626</w:t>
        <w:br/>
        <w:t>f 12769/8833/7628 12768/8834/7629 12767/8835/7630</w:t>
        <w:br/>
        <w:t>f 12766/8836/7631 12769/8833/7628 12767/8835/7630</w:t>
        <w:br/>
        <w:t>f 12772/8837/7632 12771/8838/7633 12770/8839/7634</w:t>
        <w:br/>
        <w:t>f 12771/8838/7633 12772/8837/7632 12766/8836/7631</w:t>
        <w:br/>
        <w:t>f 12767/8835/7630 12771/8838/7633 12766/8836/7631</w:t>
        <w:br/>
        <w:t>f 12775/8840/7635 12774/8841/7636 12773/8842/7637</w:t>
        <w:br/>
        <w:t>f 12770/8839/7634 12775/8840/7635 12773/8842/7637</w:t>
        <w:br/>
        <w:t>f 12619/8689/7485 12620/8688/7484 12705/8771/7567</w:t>
        <w:br/>
        <w:t>f 12706/8770/7566 12619/8689/7485 12705/8771/7567</w:t>
        <w:br/>
        <w:t>f 12709/8775/7571 12776/8843/7638 12708/8776/7571</w:t>
        <w:br/>
        <w:t>f 12778/8844/7639 12675/8743/7539 12676/8742/7538</w:t>
        <w:br/>
        <w:t>f 12777/8845/7640 12778/8844/7639 12676/8742/7538</w:t>
        <w:br/>
        <w:t>f 12781/8846/7641 12661/8728/7524 12780/8847/7642</w:t>
        <w:br/>
        <w:t>f 12779/8848/7643 12781/8846/7641 12780/8847/7642</w:t>
        <w:br/>
        <w:t>f 12641/8706/7502 12638/8705/7501 12631/8699/7495</w:t>
        <w:br/>
        <w:t>f 12632/8698/7494 12641/8706/7502 12631/8699/7495</w:t>
        <w:br/>
        <w:t>f 12643/8710/7506 12644/8709/7505 12623/8692/7488</w:t>
        <w:br/>
        <w:t>f 12646/8712/7508 12643/8710/7506 12623/8692/7488</w:t>
        <w:br/>
        <w:t>f 12654/8721/7517 12647/8717/7513 12648/8716/7512</w:t>
        <w:br/>
        <w:t>f 12653/8718/7514 12654/8721/7517 12648/8716/7512</w:t>
        <w:br/>
        <w:t>f 12653/8718/7514 12648/8716/7512 12643/8710/7506</w:t>
        <w:br/>
        <w:t>f 12646/8712/7508 12653/8718/7514 12643/8710/7506</w:t>
        <w:br/>
        <w:t>f 12664/8734/7530 12632/8698/7494 12629/8694/7490</w:t>
        <w:br/>
        <w:t>f 12782/8849/7644 12664/8734/7530 12629/8694/7490</w:t>
        <w:br/>
        <w:t>f 12657/8726/7522 12784/8850/7645 12783/8851/7646</w:t>
        <w:br/>
        <w:t>f 12785/8852/7647 12657/8726/7522 12783/8851/7646</w:t>
        <w:br/>
        <w:t>f 12658/8725/7521 12786/8853/7648 12784/8850/7645</w:t>
        <w:br/>
        <w:t>f 12657/8726/7522 12658/8725/7521 12784/8850/7645</w:t>
        <w:br/>
        <w:t>f 12658/8725/7521 12781/8846/7641 12779/8848/7643</w:t>
        <w:br/>
        <w:t>f 12786/8853/7648 12658/8725/7521 12779/8848/7643</w:t>
        <w:br/>
        <w:t>f 12656/8722/7518 12783/8851/7646 12784/8850/7645</w:t>
        <w:br/>
        <w:t>f 12651/8720/7516 12656/8722/7518 12784/8850/7645</w:t>
        <w:br/>
        <w:t>f 12786/8853/7648 12654/8721/7517 12651/8720/7516</w:t>
        <w:br/>
        <w:t>f 12784/8850/7645 12786/8853/7648 12651/8720/7516</w:t>
        <w:br/>
        <w:t>f 12786/8853/7648 12779/8848/7643 12647/8717/7513</w:t>
        <w:br/>
        <w:t>f 12654/8721/7517 12786/8853/7648 12647/8717/7513</w:t>
        <w:br/>
        <w:t>f 12647/8717/7513 12779/8848/7643 12780/8847/7642</w:t>
        <w:br/>
        <w:t>f 12650/8714/7510 12647/8717/7513 12780/8847/7642</w:t>
        <w:br/>
        <w:t>f 12646/8712/7508 12645/8713/7509 12652/8719/7515</w:t>
        <w:br/>
        <w:t>f 12653/8718/7514 12646/8712/7508 12652/8719/7515</w:t>
        <w:br/>
        <w:t>f 12637/8702/7498 12642/8711/7507 12649/8715/7511</w:t>
        <w:br/>
        <w:t>f 12636/8703/7499 12637/8702/7498 12649/8715/7511</w:t>
        <w:br/>
        <w:t>f 12649/8715/7511 12650/8714/7510 12662/8727/7523</w:t>
        <w:br/>
        <w:t>f 12636/8703/7499 12649/8715/7511 12662/8727/7523</w:t>
        <w:br/>
        <w:t>f 12661/8728/7524 12662/8727/7523 12650/8714/7510</w:t>
        <w:br/>
        <w:t>f 12780/8847/7642 12661/8728/7524 12650/8714/7510</w:t>
        <w:br/>
        <w:t>f 12788/8854/7568 12710/8774/7570 12707/8777/7572</w:t>
        <w:br/>
        <w:t>f 12787/8855/7649 12788/8854/7568 12707/8777/7572</w:t>
        <w:br/>
        <w:t>f 12792/8856/7650 12791/8857/7651 12790/8858/7652</w:t>
        <w:br/>
        <w:t>f 12789/8859/7653 12792/8856/7650 12790/8858/7652</w:t>
        <w:br/>
        <w:t>f 12796/8860/7654 12795/8861/7655 12794/8862/7656</w:t>
        <w:br/>
        <w:t>f 12793/8863/7657 12796/8860/7654 12794/8862/7656</w:t>
        <w:br/>
        <w:t>f 12799/8864/7658 12798/8865/7659 12797/8866/7660</w:t>
        <w:br/>
        <w:t>f 12800/8867/7661 12799/8864/7658 12797/8866/7660</w:t>
        <w:br/>
        <w:t>f 12803/8868/7662 12802/8869/7663 12801/8870/7664</w:t>
        <w:br/>
        <w:t>f 12804/8871/7665 12803/8868/7662 12801/8870/7664</w:t>
        <w:br/>
        <w:t>f 12806/8872/7666 12805/8873/7667 12795/8861/7655</w:t>
        <w:br/>
        <w:t>f 12796/8860/7654 12806/8872/7666 12795/8861/7655</w:t>
        <w:br/>
        <w:t>f 12798/8865/7659 12799/8864/7658 12789/8859/7653</w:t>
        <w:br/>
        <w:t>f 12790/8858/7652 12798/8865/7659 12789/8859/7653</w:t>
        <w:br/>
        <w:t>f 12802/8869/7663 12791/8857/7651 12792/8856/7650</w:t>
        <w:br/>
        <w:t>f 12801/8870/7664 12802/8869/7663 12792/8856/7650</w:t>
        <w:br/>
        <w:t>f 12808/8874/7668 12807/8875/7669 12704/8772/7568</w:t>
        <w:br/>
        <w:t>f 12705/8771/7567 12808/8874/7668 12704/8772/7568</w:t>
        <w:br/>
        <w:t>f 12788/8854/7568 12809/8876/7670 12710/8774/7570</w:t>
        <w:br/>
        <w:t>f 12714/8781/7576 12713/8780/7575 12724/8791/7586</w:t>
        <w:br/>
        <w:t>f 12810/8877/7671 12714/8781/7576 12724/8791/7586</w:t>
        <w:br/>
        <w:t>f 12814/8878/7672 12813/8879/7673 12812/8880/7674</w:t>
        <w:br/>
        <w:t>f 12811/8881/7675 12814/8878/7672 12812/8880/7674</w:t>
        <w:br/>
        <w:t>f 12816/8882/7676 12815/8883/7677 12775/8840/7635</w:t>
        <w:br/>
        <w:t>f 12753/8819/7614 12816/8882/7676 12775/8840/7635</w:t>
        <w:br/>
        <w:t>f 12816/8882/7676 12753/8819/7614 12752/8820/7615</w:t>
        <w:br/>
        <w:t>f 12817/8884/7678 12816/8882/7676 12752/8820/7615</w:t>
        <w:br/>
        <w:t>f 12739/8803/7598 12819/8885/7679 12818/8886/7680</w:t>
        <w:br/>
        <w:t>f 12738/8804/7599 12739/8803/7598 12818/8886/7680</w:t>
        <w:br/>
        <w:t>f 12819/8885/7679 12739/8803/7598 12820/8887/7681</w:t>
        <w:br/>
        <w:t>f 12823/8888/7682 12742/8812/7607 12822/8889/7683</w:t>
        <w:br/>
        <w:t>f 12821/8890/7684 12823/8888/7682 12822/8889/7683</w:t>
        <w:br/>
        <w:t>f 12826/8891/7685 12825/8892/7686 12824/8893/7687</w:t>
        <w:br/>
        <w:t>f 12830/8894/7688 12829/8895/7689 12828/8896/7690</w:t>
        <w:br/>
        <w:t>f 12827/8897/7691 12830/8894/7688 12828/8896/7690</w:t>
        <w:br/>
        <w:t>f 12690/8757/7553 12692/8761/7557 12675/8743/7539</w:t>
        <w:br/>
        <w:t>f 12778/8844/7639 12690/8757/7553 12675/8743/7539</w:t>
        <w:br/>
        <w:t>f 12760/8826/7621 12755/8823/7618 12759/8827/7622</w:t>
        <w:br/>
        <w:t>f 12733/8800/7595 12740/8807/7602 12741/8808/7603</w:t>
        <w:br/>
        <w:t>f 12732/8801/7596 12733/8800/7595 12741/8808/7603</w:t>
        <w:br/>
        <w:t>f 12831/8898/7692 12820/8887/7681 12740/8807/7602</w:t>
        <w:br/>
        <w:t>f 12836/8899/7693 12833/8900/7694 12832/8901/7695</w:t>
        <w:br/>
        <w:t>f 12835/8902/7696 12833/8900/7694 12836/8899/7693</w:t>
        <w:br/>
        <w:t>f 12835/8902/7696 12834/8903/7697 12833/8900/7694</w:t>
        <w:br/>
        <w:t>f 12791/8857/7651 12838/8904/7698 12837/8905/7699</w:t>
        <w:br/>
        <w:t>f 12790/8858/7652 12791/8857/7651 12837/8905/7699</w:t>
        <w:br/>
        <w:t>f 12839/8906/7700 12796/8860/7654 12793/8863/7657</w:t>
        <w:br/>
        <w:t>f 12840/8907/7701 12839/8906/7700 12793/8863/7657</w:t>
        <w:br/>
        <w:t>f 12798/8865/7659 12842/8908/7702 12841/8909/7703</w:t>
        <w:br/>
        <w:t>f 12797/8866/7660 12798/8865/7659 12841/8909/7703</w:t>
        <w:br/>
        <w:t>f 12803/8868/7662 12844/8910/7704 12843/8911/7705</w:t>
        <w:br/>
        <w:t>f 12802/8869/7663 12803/8868/7662 12843/8911/7705</w:t>
        <w:br/>
        <w:t>f 12845/8912/7706 12806/8872/7666 12796/8860/7654</w:t>
        <w:br/>
        <w:t>f 12839/8906/7700 12845/8912/7706 12796/8860/7654</w:t>
        <w:br/>
        <w:t>f 12842/8908/7702 12798/8865/7659 12790/8858/7652</w:t>
        <w:br/>
        <w:t>f 12837/8905/7699 12842/8908/7702 12790/8858/7652</w:t>
        <w:br/>
        <w:t>f 12802/8869/7663 12843/8911/7705 12838/8904/7698</w:t>
        <w:br/>
        <w:t>f 12791/8857/7651 12802/8869/7663 12838/8904/7698</w:t>
        <w:br/>
        <w:t>f 12803/8868/7662 12810/8877/7671 12811/8881/7675</w:t>
        <w:br/>
        <w:t>f 12844/8910/7704 12803/8868/7662 12811/8881/7675</w:t>
        <w:br/>
        <w:t>f 12814/8878/7672 12724/8791/7586 12723/8790/7585</w:t>
        <w:br/>
        <w:t>f 12846/8913/7707 12814/8878/7672 12723/8790/7585</w:t>
        <w:br/>
        <w:t>f 12846/8913/7707 12723/8790/7585 12721/8789/7584</w:t>
        <w:br/>
        <w:t>f 12728/8794/7589 12846/8913/7707 12721/8789/7584</w:t>
        <w:br/>
        <w:t>f 12728/8794/7589 12721/8789/7584 12722/8788/7583</w:t>
        <w:br/>
        <w:t>f 12727/8795/7590 12728/8794/7589 12722/8788/7583</w:t>
        <w:br/>
        <w:t>f 12725/8792/7587 12730/8797/7592 12727/8795/7590</w:t>
        <w:br/>
        <w:t>f 12722/8788/7583 12725/8792/7587 12727/8795/7590</w:t>
        <w:br/>
        <w:t>f 12848/8914/7708 12847/8915/7709 12730/8797/7592</w:t>
        <w:br/>
        <w:t>f 12725/8792/7587 12848/8914/7708 12730/8797/7592</w:t>
        <w:br/>
        <w:t>f 12835/8902/7696 12836/8899/7693 12849/8916/7710</w:t>
        <w:br/>
        <w:t>f 12760/8826/7621 12835/8902/7696 12849/8916/7710</w:t>
        <w:br/>
        <w:t>f 12761/8825/7620 12850/8917/7711 12678/8748/7544</w:t>
        <w:br/>
        <w:t>f 12679/8747/7543 12761/8825/7620 12678/8748/7544</w:t>
        <w:br/>
        <w:t>f 12760/8826/7621 12761/8825/7620 12679/8747/7543</w:t>
        <w:br/>
        <w:t>f 12835/8902/7696 12760/8826/7621 12679/8747/7543</w:t>
        <w:br/>
        <w:t>f 12854/8918/7712 12853/8919/7713 12852/8920/7714</w:t>
        <w:br/>
        <w:t>f 12851/8921/7715 12854/8918/7712 12852/8920/7714</w:t>
        <w:br/>
        <w:t>f 12766/8836/7631 12856/8922/7716 12855/8923/7717</w:t>
        <w:br/>
        <w:t>f 12769/8833/7628 12766/8836/7631 12855/8923/7717</w:t>
        <w:br/>
        <w:t>f 12773/8842/7637 12858/8924/7718 12857/8925/7719</w:t>
        <w:br/>
        <w:t>f 12772/8837/7632 12773/8842/7637 12857/8925/7719</w:t>
        <w:br/>
        <w:t>f 12859/8926/7720 12856/8922/7716 12857/8925/7719</w:t>
        <w:br/>
        <w:t>f 12860/8927/7721 12773/8842/7637 12774/8841/7636</w:t>
        <w:br/>
        <w:t>f 12861/8928/7722 12860/8927/7721 12774/8841/7636</w:t>
        <w:br/>
        <w:t>f 12862/8929/7723 12861/8928/7722 12774/8841/7636</w:t>
        <w:br/>
        <w:t>f 12863/8930/7724 12695/8764/7560 12696/8763/7559</w:t>
        <w:br/>
        <w:t>f 12864/8931/7725 12863/8930/7724 12696/8763/7559</w:t>
        <w:br/>
        <w:t>f 12725/8792/7587 12717/8786/7581 12718/8785/7580</w:t>
        <w:br/>
        <w:t>f 12848/8914/7708 12725/8792/7587 12718/8785/7580</w:t>
        <w:br/>
        <w:t>f 12731/8798/7593 12730/8797/7592 12847/8915/7709</w:t>
        <w:br/>
        <w:t>f 12865/8932/7726 12731/8798/7593 12847/8915/7709</w:t>
        <w:br/>
        <w:t>f 12867/8933/7727 12866/8934/7728 12683/8749/7545</w:t>
        <w:br/>
        <w:t>f 12868/8935/7729 12867/8933/7727 12683/8749/7545</w:t>
        <w:br/>
        <w:t>f 12866/8934/7728 12719/8784/7579 12682/8750/7546</w:t>
        <w:br/>
        <w:t>f 12683/8749/7545 12866/8934/7728 12682/8750/7546</w:t>
        <w:br/>
        <w:t>f 12684/8753/7549 12685/8752/7548 12671/8738/7534</w:t>
        <w:br/>
        <w:t>f 12672/8737/7533 12684/8753/7549 12671/8738/7534</w:t>
        <w:br/>
        <w:t>f 12691/8756/7552 12689/8758/7554 12869/8936/7730</w:t>
        <w:br/>
        <w:t>f 12673/8740/7536 12691/8756/7552 12869/8936/7730</w:t>
        <w:br/>
        <w:t>f 12872/8937/7731 12859/8926/7720 12871/8938/7732</w:t>
        <w:br/>
        <w:t>f 12870/8939/7733 12872/8937/7731 12871/8938/7732</w:t>
        <w:br/>
        <w:t>f 12873/8940/7734 12731/8798/7593 12865/8932/7726</w:t>
        <w:br/>
        <w:t>f 12874/8941/7735 12873/8940/7734 12865/8932/7726</w:t>
        <w:br/>
        <w:t>f 12683/8749/7545 12666/8732/7528 12875/8942/7736</w:t>
        <w:br/>
        <w:t>f 12868/8935/7729 12683/8749/7545 12875/8942/7736</w:t>
        <w:br/>
        <w:t>f 12878/8943/7737 12877/8944/7738 12876/8945/7739</w:t>
        <w:br/>
        <w:t>f 12754/8824/7619 12878/8943/7737 12876/8945/7739</w:t>
        <w:br/>
        <w:t>f 12881/8946/7740 12880/8947/7741 12879/8948/7742</w:t>
        <w:br/>
        <w:t>f 12882/8949/7743 12699/8769/7565 11806/7874/6708</w:t>
        <w:br/>
        <w:t>f 12699/8769/7565 12882/8949/7743 12883/8950/7744</w:t>
        <w:br/>
        <w:t>f 12880/8947/7741 12881/8946/7740 12884/8951/7745</w:t>
        <w:br/>
        <w:t>f 12885/8952/7746 12880/8947/7741 12884/8951/7745</w:t>
        <w:br/>
        <w:t>f 12680/8746/7542 12834/8903/7697 12835/8902/7696</w:t>
        <w:br/>
        <w:t>f 12679/8747/7543 12680/8746/7542 12835/8902/7696</w:t>
        <w:br/>
        <w:t>f 12887/8953/7747 12886/8954/7748 12853/8919/7713</w:t>
        <w:br/>
        <w:t>f 12854/8918/7712 12887/8953/7747 12853/8919/7713</w:t>
        <w:br/>
        <w:t>f 12857/8925/7719 12871/8938/7732 12859/8926/7720</w:t>
        <w:br/>
        <w:t>f 12889/8955/7749 12888/8956/7750 12881/8946/7740</w:t>
        <w:br/>
        <w:t>f 12883/8950/7744 12881/8946/7740 12888/8956/7750</w:t>
        <w:br/>
        <w:t>f 12890/8957/7751 12883/8950/7744 12888/8956/7750</w:t>
        <w:br/>
        <w:t>f 12892/8958/7752 12891/8959/7753 12701/8767/7563</w:t>
        <w:br/>
        <w:t>f 12702/8766/7562 12892/8958/7752 12701/8767/7563</w:t>
        <w:br/>
        <w:t>f 12895/8960/7754 12880/8947/7741 12894/8961/7755</w:t>
        <w:br/>
        <w:t>f 12893/8962/7756 12895/8960/7754 12894/8961/7755</w:t>
        <w:br/>
        <w:t>f 12894/8961/7755 12880/8947/7741 12885/8952/7746</w:t>
        <w:br/>
        <w:t>f 12896/8963/7757 12894/8961/7755 12885/8952/7746</w:t>
        <w:br/>
        <w:t>f 12815/8883/7677 12816/8882/7676 12897/8964/7758</w:t>
        <w:br/>
        <w:t>f 12898/8965/7759 12815/8883/7677 12897/8964/7758</w:t>
        <w:br/>
        <w:t>f 12897/8964/7758 12816/8882/7676 12817/8884/7678</w:t>
        <w:br/>
        <w:t>f 12899/8966/7760 12897/8964/7758 12817/8884/7678</w:t>
        <w:br/>
        <w:t>f 12752/8820/7615 12900/8967/7761 12817/8884/7678</w:t>
        <w:br/>
        <w:t>f 12902/8968/7762 12901/8969/7763 12861/8928/7722</w:t>
        <w:br/>
        <w:t>f 12862/8929/7723 12902/8968/7762 12861/8928/7722</w:t>
        <w:br/>
        <w:t>f 12905/8970/7764 12904/8971/7765 12903/8972/7766</w:t>
        <w:br/>
        <w:t>f 12906/8973/7767 12905/8970/7764 12903/8972/7766</w:t>
        <w:br/>
        <w:t>f 12909/8974/7292 12908/8975/7768 12907/8976/7769</w:t>
        <w:br/>
        <w:t>f 12910/8977/7293 12909/8974/7292 12907/8976/7769</w:t>
        <w:br/>
        <w:t>f 12913/8978/7770 12912/8979/7771 12911/8980/7288</w:t>
        <w:br/>
        <w:t>f 12914/8981/7772 12913/8978/7770 12911/8980/7288</w:t>
        <w:br/>
        <w:t>f 12906/8973/7767 12916/8982/7307 12915/8983/7773</w:t>
        <w:br/>
        <w:t>f 12905/8970/7764 12906/8973/7767 12915/8983/7773</w:t>
        <w:br/>
        <w:t>f 12918/8984/7774 12917/8985/7317 12910/8977/7293</w:t>
        <w:br/>
        <w:t>f 12907/8976/7769 12918/8984/7774 12910/8977/7293</w:t>
        <w:br/>
        <w:t>f 12922/8986/7775 12921/8987/7776 12920/8988/7777</w:t>
        <w:br/>
        <w:t>f 12919/8989/7778 12922/8986/7775 12920/8988/7777</w:t>
        <w:br/>
        <w:t>f 12926/8990/7779 12925/8991/7780 12924/8992/7781</w:t>
        <w:br/>
        <w:t>f 12923/8993/7781 12926/8990/7779 12924/8992/7781</w:t>
        <w:br/>
        <w:t>f 12930/8994/7331 12929/8995/7302 12928/8996/7782</w:t>
        <w:br/>
        <w:t>f 12927/8997/7783 12930/8994/7331 12928/8996/7782</w:t>
        <w:br/>
        <w:t>f 12934/8998/7784 12933/8999/7785 12932/9000/7786</w:t>
        <w:br/>
        <w:t>f 12931/9001/7787 12934/8998/7784 12932/9000/7786</w:t>
        <w:br/>
        <w:t>f 12936/9002/7788 12935/9003/7789 12812/8880/7674</w:t>
        <w:br/>
        <w:t>f 12937/9004/7790 12936/9002/7788 12812/8880/7674</w:t>
        <w:br/>
        <w:t>f 12940/9005/7791 12831/8898/7692 12939/9006/7792</w:t>
        <w:br/>
        <w:t>f 12938/9007/7793 12940/9005/7791 12939/9006/7792</w:t>
        <w:br/>
        <w:t>f 12941/9008/7794 12818/8886/7680 12819/8885/7679</w:t>
        <w:br/>
        <w:t>f 12942/9009/7795 12941/9008/7794 12819/8885/7679</w:t>
        <w:br/>
        <w:t>f 12946/9010/7796 12945/9011/7797 12944/9012/7798</w:t>
        <w:br/>
        <w:t>f 12943/9013/7799 12946/9010/7796 12944/9012/7798</w:t>
        <w:br/>
        <w:t>f 12949/9014/7800 12948/9015/7801 12947/9016/7802</w:t>
        <w:br/>
        <w:t>f 12950/9017/7803 12949/9014/7800 12947/9016/7802</w:t>
        <w:br/>
        <w:t>f 12954/9018/7804 12953/9019/7805 12952/9020/7429</w:t>
        <w:br/>
        <w:t>f 12951/9021/7428 12954/9018/7804 12952/9020/7429</w:t>
        <w:br/>
        <w:t>f 12957/9022/7806 12956/9023/7807 12955/9024/7808</w:t>
        <w:br/>
        <w:t>f 12958/9025/7809 12957/9022/7806 12955/9024/7808</w:t>
        <w:br/>
        <w:t>f 12960/9026/7810 12954/9018/7804 12951/9021/7428</w:t>
        <w:br/>
        <w:t>f 12959/9027/7431 12960/9026/7810 12951/9021/7428</w:t>
        <w:br/>
        <w:t>f 12964/9028/7811 12963/9029/7812 12962/9030/7813</w:t>
        <w:br/>
        <w:t>f 12961/9031/7814 12964/9028/7811 12962/9030/7813</w:t>
        <w:br/>
        <w:t>f 12968/9032/7815 12967/9033/7816 12966/9034/7430</w:t>
        <w:br/>
        <w:t>f 12965/9035/7434 12968/9032/7815 12966/9034/7430</w:t>
        <w:br/>
        <w:t>f 12972/9036/7817 12971/9037/7818 12970/9038/7819</w:t>
        <w:br/>
        <w:t>f 12969/9039/7820 12972/9036/7817 12970/9038/7819</w:t>
        <w:br/>
        <w:t>f 12943/9013/7799 12974/9040/7821 12973/9041/7822</w:t>
        <w:br/>
        <w:t>f 12946/9010/7796 12943/9013/7799 12973/9041/7822</w:t>
        <w:br/>
        <w:t>f 12976/9042/7823 12837/8905/7699 12838/8904/7698</w:t>
        <w:br/>
        <w:t>f 12975/9043/7824 12976/9042/7823 12838/8904/7698</w:t>
        <w:br/>
        <w:t>f 12840/8907/7701 12978/9044/7825 12977/9045/7826</w:t>
        <w:br/>
        <w:t>f 12839/8906/7700 12840/8907/7701 12977/9045/7826</w:t>
        <w:br/>
        <w:t>f 12981/9046/7440 12980/9047/7827 12979/9048/7828</w:t>
        <w:br/>
        <w:t>f 12982/9049/7441 12981/9046/7440 12979/9048/7828</w:t>
        <w:br/>
        <w:t>f 12982/9049/7441 12979/9048/7828 12983/9050/7829</w:t>
        <w:br/>
        <w:t>f 12984/9051/7443 12982/9049/7441 12983/9050/7829</w:t>
        <w:br/>
        <w:t>f 12843/8911/7705 12987/9052/7830 12986/9053/7831</w:t>
        <w:br/>
        <w:t>f 12985/9054/7832 12843/8911/7705 12986/9053/7831</w:t>
        <w:br/>
        <w:t>f 12990/9055/7833 12989/9056/7834 12988/9057/7835</w:t>
        <w:br/>
        <w:t>f 12991/9058/7833 12990/9055/7833 12988/9057/7835</w:t>
        <w:br/>
        <w:t>f 12992/9059/7836 12984/9051/7443 12983/9050/7829</w:t>
        <w:br/>
        <w:t>f 12993/9060/7837 12992/9059/7836 12983/9050/7829</w:t>
        <w:br/>
        <w:t>f 12997/9061/7838 12996/9062/7839 12995/9063/7444</w:t>
        <w:br/>
        <w:t>f 12994/9064/7439 12997/9061/7838 12995/9063/7444</w:t>
        <w:br/>
        <w:t>f 12988/9057/7835 12989/9056/7834 12999/9065/7840</w:t>
        <w:br/>
        <w:t>f 12998/9066/7841 12988/9057/7835 12999/9065/7840</w:t>
        <w:br/>
        <w:t>f 13002/9067/7445 13001/9068/7842 13000/9069/7843</w:t>
        <w:br/>
        <w:t>f 13003/9070/7416 13002/9067/7445 13000/9069/7843</w:t>
        <w:br/>
        <w:t>f 13006/9071/7844 13005/9072/7845 13004/9073/7322</w:t>
        <w:br/>
        <w:t>f 13007/9074/7846 13006/9071/7844 13004/9073/7322</w:t>
        <w:br/>
        <w:t>f 13010/9075/7847 13009/9076/7848 13008/9077/7849</w:t>
        <w:br/>
        <w:t>f 13011/9078/7850 13010/9075/7847 13008/9077/7849</w:t>
        <w:br/>
        <w:t>f 12929/8995/7302 13005/9072/7845 13006/9071/7844</w:t>
        <w:br/>
        <w:t>f 12928/8996/7782 12929/8995/7302 13006/9071/7844</w:t>
        <w:br/>
        <w:t>f 13012/9079/7851 13007/9074/7846 13004/9073/7322</w:t>
        <w:br/>
        <w:t>f 13013/9080/7325 13012/9079/7851 13004/9073/7322</w:t>
        <w:br/>
        <w:t>f 13017/9081/7852 13016/9082/7853 13015/9083/7854</w:t>
        <w:br/>
        <w:t>f 13014/9084/7328 13017/9081/7852 13015/9083/7854</w:t>
        <w:br/>
        <w:t>f 12927/8997/7783 13017/9081/7852 13014/9084/7328</w:t>
        <w:br/>
        <w:t>f 12930/8994/7331 12927/8997/7783 13014/9084/7328</w:t>
        <w:br/>
        <w:t>f 12904/8971/7765 12914/8981/7772 12911/8980/7288</w:t>
        <w:br/>
        <w:t>f 12903/8972/7766 12904/8971/7765 12911/8980/7288</w:t>
        <w:br/>
        <w:t>f 13013/9080/7325 12922/8986/7775 12919/8989/7778</w:t>
        <w:br/>
        <w:t>f 13012/9079/7851 13013/9080/7325 12919/8989/7778</w:t>
        <w:br/>
        <w:t>f 13021/9085/7855 13020/9086/7856 13019/9087/7856</w:t>
        <w:br/>
        <w:t>f 13018/9088/7473 13021/9085/7855 13019/9087/7856</w:t>
        <w:br/>
        <w:t>f 13023/9089/7857 12898/8965/7759 12897/8964/7758</w:t>
        <w:br/>
        <w:t>f 13022/9090/7858 13023/9089/7857 12897/8964/7758</w:t>
        <w:br/>
        <w:t>f 13026/9091/7859 13025/9092/7435 13024/9093/7477</w:t>
        <w:br/>
        <w:t>f 13027/9094/7860 13026/9091/7859 13024/9093/7477</w:t>
        <w:br/>
        <w:t>f 12970/9038/7819 12968/9032/7815 12965/9035/7434</w:t>
        <w:br/>
        <w:t>f 12969/9039/7820 12970/9038/7819 12965/9035/7434</w:t>
        <w:br/>
        <w:t>f 13030/9095/7417 13029/9096/7861 13028/9097/7862</w:t>
        <w:br/>
        <w:t>f 13031/9098/7863 13030/9095/7417 13028/9097/7862</w:t>
        <w:br/>
        <w:t>f 13032/9099/7864 12806/8872/7666 12845/8912/7706</w:t>
        <w:br/>
        <w:t>f 12671/8738/7534 13034/9100/7865 13033/9101/7866</w:t>
        <w:br/>
        <w:t>f 12670/8739/7535 12671/8738/7534 13033/9101/7866</w:t>
        <w:br/>
        <w:t>f 13035/9102/7867 12677/8741/7537 12674/8744/7540</w:t>
        <w:br/>
        <w:t>f 13036/9103/7868 13035/9102/7867 12674/8744/7540</w:t>
        <w:br/>
        <w:t>f 13038/9104/7869 13037/9105/7870 12685/8752/7548</w:t>
        <w:br/>
        <w:t>f 12686/8751/7547 13038/9104/7869 12685/8752/7548</w:t>
        <w:br/>
        <w:t>f 12670/8739/7535 13033/9101/7866 13039/9106/7871</w:t>
        <w:br/>
        <w:t>f 12688/8755/7551 12670/8739/7535 13039/9106/7871</w:t>
        <w:br/>
        <w:t>f 12694/8759/7555 13041/9107/7872 13040/9108/7873</w:t>
        <w:br/>
        <w:t>f 12693/8760/7556 12694/8759/7555 13040/9108/7873</w:t>
        <w:br/>
        <w:t>f 12696/8763/7559 12697/8762/7558 13043/9109/7874</w:t>
        <w:br/>
        <w:t>f 13042/9110/7875 12696/8763/7559 13043/9109/7874</w:t>
        <w:br/>
        <w:t>f 13045/9111/7876 13044/9112/7877 12718/8785/7580</w:t>
        <w:br/>
        <w:t>f 12719/8784/7579 13045/9111/7876 12718/8785/7580</w:t>
        <w:br/>
        <w:t>f 12847/8915/7709 12848/8914/7708 13047/9113/7878</w:t>
        <w:br/>
        <w:t>f 13046/9114/7879 12847/8915/7709 13047/9113/7878</w:t>
        <w:br/>
        <w:t>f 13048/9115/7880 13038/9104/7869 12686/8751/7547</w:t>
        <w:br/>
        <w:t>f 12864/8931/7725 13048/9115/7880 12686/8751/7547</w:t>
        <w:br/>
        <w:t>f 12848/8914/7708 12718/8785/7580 13044/9112/7877</w:t>
        <w:br/>
        <w:t>f 13047/9113/7878 12848/8914/7708 13044/9112/7877</w:t>
        <w:br/>
        <w:t>f 13049/9116/7881 12865/8932/7726 12847/8915/7709</w:t>
        <w:br/>
        <w:t>f 13046/9114/7879 13049/9116/7881 12847/8915/7709</w:t>
        <w:br/>
        <w:t>f 13050/9117/7882 12867/8933/7727 12677/8741/7537</w:t>
        <w:br/>
        <w:t>f 13035/9102/7867 13050/9117/7882 12677/8741/7537</w:t>
        <w:br/>
        <w:t>f 13051/9118/7883 13045/9111/7876 12719/8784/7579</w:t>
        <w:br/>
        <w:t>f 12866/8934/7728 13051/9118/7883 12719/8784/7579</w:t>
        <w:br/>
        <w:t>f 12671/8738/7534 12685/8752/7548 13037/9105/7870</w:t>
        <w:br/>
        <w:t>f 13034/9100/7865 12671/8738/7534 13037/9105/7870</w:t>
        <w:br/>
        <w:t>f 13052/9119/7884 12874/8941/7735 12865/8932/7726</w:t>
        <w:br/>
        <w:t>f 13049/9116/7881 13052/9119/7884 12865/8932/7726</w:t>
        <w:br/>
        <w:t>f 12834/8903/7697 13054/9120/7885 13053/9121/7886</w:t>
        <w:br/>
        <w:t>f 12833/8900/7694 12834/8903/7697 13053/9121/7886</w:t>
        <w:br/>
        <w:t>f 13057/9122/7887 13056/9123/7888 13055/9124/7889</w:t>
        <w:br/>
        <w:t>f 13058/9125/7890 13057/9122/7887 13055/9124/7889</w:t>
        <w:br/>
        <w:t>f 13060/9126/7891 13059/9127/7892 12681/8745/7541</w:t>
        <w:br/>
        <w:t>f 12886/8954/7748 13060/9126/7891 12681/8745/7541</w:t>
        <w:br/>
        <w:t>f 12886/8954/7748 12887/8953/7747 13061/9128/7893</w:t>
        <w:br/>
        <w:t>f 13060/9126/7891 12886/8954/7748 13061/9128/7893</w:t>
        <w:br/>
        <w:t>f 13063/9129/7894 12871/8938/7732 12857/8925/7719</w:t>
        <w:br/>
        <w:t>f 13062/9130/7895 13063/9129/7894 12857/8925/7719</w:t>
        <w:br/>
        <w:t>f 13064/9131/7896 11990/8057/6874 11991/8056/6873</w:t>
        <w:br/>
        <w:t>f 12700/8768/7564 13064/9131/7896 11991/8056/6873</w:t>
        <w:br/>
        <w:t>f 13067/9132/7897 13066/9133/7898 13065/9134/7899</w:t>
        <w:br/>
        <w:t>f 13064/9131/7896 13067/9132/7897 13065/9134/7899</w:t>
        <w:br/>
        <w:t>f 13068/9135/7900 12871/8938/7732 13063/9129/7894</w:t>
        <w:br/>
        <w:t>f 13053/9121/7886 13071/9136/7901 13070/9137/7902</w:t>
        <w:br/>
        <w:t>f 13069/9138/7903 13053/9121/7886 13070/9137/7902</w:t>
        <w:br/>
        <w:t>f 13054/9120/7885 12834/8903/7697 12680/8746/7542</w:t>
        <w:br/>
        <w:t>f 13072/9139/7904 13054/9120/7885 12680/8746/7542</w:t>
        <w:br/>
        <w:t>f 13054/9120/7885 13073/9140/7905 13071/9136/7901</w:t>
        <w:br/>
        <w:t>f 13053/9121/7886 13054/9120/7885 13071/9136/7901</w:t>
        <w:br/>
        <w:t>f 13075/9141/7906 13074/9142/7907 13059/9127/7892</w:t>
        <w:br/>
        <w:t>f 13060/9126/7891 13075/9141/7906 13059/9127/7892</w:t>
        <w:br/>
        <w:t>f 13077/9143/7908 13076/9144/7909 13061/9128/7893</w:t>
        <w:br/>
        <w:t>f 13068/9135/7900 13077/9143/7908 13061/9128/7893</w:t>
        <w:br/>
        <w:t>f 13065/9134/7899 12005/8072/6889 11990/8057/6874</w:t>
        <w:br/>
        <w:t>f 13064/9131/7896 13065/9134/7899 11990/8057/6874</w:t>
        <w:br/>
        <w:t>f 12701/8767/7563 13067/9132/7897 13064/9131/7896</w:t>
        <w:br/>
        <w:t>f 12700/8768/7564 12701/8767/7563 13064/9131/7896</w:t>
        <w:br/>
        <w:t>f 12871/8938/7732 13068/9135/7900 12870/8939/7733</w:t>
        <w:br/>
        <w:t>f 12833/8900/7694 13053/9121/7886 13069/9138/7903</w:t>
        <w:br/>
        <w:t>f 13078/9145/7910 12833/8900/7694 13069/9138/7903</w:t>
        <w:br/>
        <w:t>f 13072/9139/7904 13079/9146/7911 13073/9140/7905</w:t>
        <w:br/>
        <w:t>f 13054/9120/7885 13072/9139/7904 13073/9140/7905</w:t>
        <w:br/>
        <w:t>f 12858/8924/7718 12860/8927/7721 13080/9147/7912</w:t>
        <w:br/>
        <w:t>f 13055/9124/7889 13082/9148/7913 13081/9149/7914</w:t>
        <w:br/>
        <w:t>f 13058/9125/7890 13055/9124/7889 13081/9149/7914</w:t>
        <w:br/>
        <w:t>f 13058/9125/7890 13081/9149/7914 13066/9133/7898</w:t>
        <w:br/>
        <w:t>f 13067/9132/7897 13058/9125/7890 13066/9133/7898</w:t>
        <w:br/>
        <w:t>f 13067/9132/7897 12701/8767/7563 12891/8959/7753</w:t>
        <w:br/>
        <w:t>f 13058/9125/7890 13067/9132/7897 12891/8959/7753</w:t>
        <w:br/>
        <w:t>f 12684/8753/7549 12672/8737/7533 13083/9150/7915</w:t>
        <w:br/>
        <w:t>f 13084/9151/7916 12684/8753/7549 13083/9150/7915</w:t>
        <w:br/>
        <w:t>f 13086/9152/7917 12673/8740/7536 12869/8936/7730</w:t>
        <w:br/>
        <w:t>f 13085/9153/7918 13086/9152/7917 12869/8936/7730</w:t>
        <w:br/>
        <w:t>f 13088/9154/7919 13087/9155/7920 12863/8930/7724</w:t>
        <w:br/>
        <w:t>f 12687/8754/7550 13088/9154/7919 12863/8930/7724</w:t>
        <w:br/>
        <w:t>f 13090/9156/7921 12873/8940/7734 12698/8765/7561</w:t>
        <w:br/>
        <w:t>f 13089/9157/7922 13090/9156/7921 12698/8765/7561</w:t>
        <w:br/>
        <w:t>f 13092/9158/7923 12726/8796/7591 13091/9159/7924</w:t>
        <w:br/>
        <w:t>f 12021/8089/6906 12022/8088/6905 13094/9160/7925</w:t>
        <w:br/>
        <w:t>f 13093/9161/7926 12021/8089/6906 13094/9160/7925</w:t>
        <w:br/>
        <w:t>f 13097/9162/7927 13096/9163/7928 13095/9164/7929</w:t>
        <w:br/>
        <w:t>f 13094/9160/7925 13097/9162/7927 13095/9164/7929</w:t>
        <w:br/>
        <w:t>f 13099/9165/7930 13091/9159/7924 13090/9156/7921</w:t>
        <w:br/>
        <w:t>f 13098/9166/7931 13099/9165/7930 13090/9156/7921</w:t>
        <w:br/>
        <w:t>f 13083/9150/7915 13086/9152/7917 13101/9167/7932</w:t>
        <w:br/>
        <w:t>f 13100/9168/7933 13083/9150/7915 13101/9167/7932</w:t>
        <w:br/>
        <w:t>f 12687/8754/7550 12684/8753/7549 13084/9151/7916</w:t>
        <w:br/>
        <w:t>f 13088/9154/7919 12687/8754/7550 13084/9151/7916</w:t>
        <w:br/>
        <w:t>f 12846/8913/7707 12729/8793/7588 13102/9169/7934</w:t>
        <w:br/>
        <w:t>f 13100/9168/7933 13103/9170/7935 13084/9151/7916</w:t>
        <w:br/>
        <w:t>f 13083/9150/7915 13100/9168/7933 13084/9151/7916</w:t>
        <w:br/>
        <w:t>f 13105/9171/7936 13087/9155/7920 13088/9154/7919</w:t>
        <w:br/>
        <w:t>f 13104/9172/7937 13105/9171/7936 13088/9154/7919</w:t>
        <w:br/>
        <w:t>f 13108/9173/7938 13089/9157/7922 13107/9174/7939</w:t>
        <w:br/>
        <w:t>f 13106/9175/7940 13108/9173/7938 13107/9174/7939</w:t>
        <w:br/>
        <w:t>f 12726/8796/7591 13092/9158/7923 13109/9176/7941</w:t>
        <w:br/>
        <w:t>f 12729/8793/7588 12726/8796/7591 13109/9176/7941</w:t>
        <w:br/>
        <w:t>f 12731/8798/7593 13091/9159/7924 12726/8796/7591</w:t>
        <w:br/>
        <w:t>f 13097/9162/7927 13094/9160/7925 12022/8088/6905</w:t>
        <w:br/>
        <w:t>f 12039/8106/6923 13097/9162/7927 12022/8088/6905</w:t>
        <w:br/>
        <w:t>f 13110/9177/7942 13093/9161/7926 13094/9160/7925</w:t>
        <w:br/>
        <w:t>f 13095/9164/7929 13110/9177/7942 13094/9160/7925</w:t>
        <w:br/>
        <w:t>f 13091/9159/7924 12731/8798/7593 12873/8940/7734</w:t>
        <w:br/>
        <w:t>f 13090/9156/7921 13091/9159/7924 12873/8940/7734</w:t>
        <w:br/>
        <w:t>f 13086/9152/7917 13083/9150/7915 12672/8737/7533</w:t>
        <w:br/>
        <w:t>f 12673/8740/7536 13086/9152/7917 12672/8737/7533</w:t>
        <w:br/>
        <w:t>f 13088/9154/7919 13084/9151/7916 13103/9170/7935</w:t>
        <w:br/>
        <w:t>f 13104/9172/7937 13088/9154/7919 13103/9170/7935</w:t>
        <w:br/>
        <w:t>f 13086/9152/7917 13085/9153/7918 13111/9178/7943</w:t>
        <w:br/>
        <w:t>f 13101/9167/7932 13086/9152/7917 13111/9178/7943</w:t>
        <w:br/>
        <w:t>f 13111/9178/7943 13085/9153/7918 13095/9164/7929</w:t>
        <w:br/>
        <w:t>f 13096/9163/7928 13111/9178/7943 13095/9164/7929</w:t>
        <w:br/>
        <w:t>f 12869/8936/7730 13110/9177/7942 13095/9164/7929</w:t>
        <w:br/>
        <w:t>f 13085/9153/7918 12869/8936/7730 13095/9164/7929</w:t>
        <w:br/>
        <w:t>f 13112/9179/7944 13092/9158/7923 13099/9165/7930</w:t>
        <w:br/>
        <w:t>f 13113/9180/7945 13112/9179/7944 13099/9165/7930</w:t>
        <w:br/>
        <w:t>f 13115/9181/7946 13114/9182/7947 13066/9133/7898</w:t>
        <w:br/>
        <w:t>f 13116/9183/7948 13115/9181/7946 13066/9133/7898</w:t>
        <w:br/>
        <w:t>f 13098/9166/7931 13117/9184/7949 13113/9180/7945</w:t>
        <w:br/>
        <w:t>f 13099/9165/7930 13098/9166/7931 13113/9180/7945</w:t>
        <w:br/>
        <w:t>f 13101/9167/7932 13119/9185/7950 13118/9186/7951</w:t>
        <w:br/>
        <w:t>f 13120/9187/7952 13103/9170/7935 13100/9168/7933</w:t>
        <w:br/>
        <w:t>f 13121/9188/7953 13120/9187/7952 13100/9168/7933</w:t>
        <w:br/>
        <w:t>f 13104/9172/7937 13123/9189/7954 13122/9190/7955</w:t>
        <w:br/>
        <w:t>f 13105/9171/7936 13104/9172/7937 13122/9190/7955</w:t>
        <w:br/>
        <w:t>f 13125/9191/7956 13075/9141/7906 13076/9144/7909</w:t>
        <w:br/>
        <w:t>f 13124/9192/7957 13125/9191/7956 13076/9144/7909</w:t>
        <w:br/>
        <w:t>f 13092/9158/7923 13112/9179/7944 13126/9193/7958</w:t>
        <w:br/>
        <w:t>f 13109/9176/7941 13092/9158/7923 13126/9193/7958</w:t>
        <w:br/>
        <w:t>f 13073/9140/7905 13079/9146/7911 13127/9194/7959</w:t>
        <w:br/>
        <w:t>f 13128/9195/7960 13073/9140/7905 13127/9194/7959</w:t>
        <w:br/>
        <w:t>f 13130/9196/7961 13129/9197/7962 13080/9147/7912</w:t>
        <w:br/>
        <w:t>f 12860/8927/7721 13130/9196/7961 13080/9147/7912</w:t>
        <w:br/>
        <w:t>f 13101/9167/7932 13111/9178/7943 13131/9198/7963</w:t>
        <w:br/>
        <w:t>f 13119/9185/7950 13101/9167/7932 13131/9198/7963</w:t>
        <w:br/>
        <w:t>f 13096/9163/7928 13132/9199/7964 13131/9198/7963</w:t>
        <w:br/>
        <w:t>f 13111/9178/7943 13096/9163/7928 13131/9198/7963</w:t>
        <w:br/>
        <w:t>f 13105/9171/7936 13122/9190/7955 13133/9200/7965</w:t>
        <w:br/>
        <w:t>f 13134/9201/7966 13105/9171/7936 13133/9200/7965</w:t>
        <w:br/>
        <w:t>f 13117/9184/7949 13098/9166/7931 13136/9202/7967</w:t>
        <w:br/>
        <w:t>f 13135/9203/7967 13117/9184/7949 13136/9202/7967</w:t>
        <w:br/>
        <w:t>f 13140/9204/7968 13139/9205/7969 13138/9206/7970</w:t>
        <w:br/>
        <w:t>f 13137/9207/7971 13140/9204/7968 13138/9206/7970</w:t>
        <w:br/>
        <w:t>f 12896/8963/7757 13142/9208/7972 13141/9209/7973</w:t>
        <w:br/>
        <w:t>f 12894/8961/7755 12896/8963/7757 13141/9209/7973</w:t>
        <w:br/>
        <w:t>f 13146/9210/7974 13145/9211/7975 13144/9212/7976</w:t>
        <w:br/>
        <w:t>f 13143/9213/7977 13146/9210/7974 13144/9212/7976</w:t>
        <w:br/>
        <w:t>f 12894/8961/7755 13141/9209/7973 13147/9214/7978</w:t>
        <w:br/>
        <w:t>f 12893/8962/7756 12894/8961/7755 13147/9214/7978</w:t>
        <w:br/>
        <w:t>f 13137/9207/7971 13144/9212/7976 13145/9211/7975</w:t>
        <w:br/>
        <w:t>f 13140/9204/7968 13137/9207/7971 13145/9211/7975</w:t>
        <w:br/>
        <w:t>f 13149/9215/7979 13141/9209/7973 13148/9216/7980</w:t>
        <w:br/>
        <w:t>f 13149/9215/7979 13147/9214/7978 13141/9209/7973</w:t>
        <w:br/>
        <w:t>f 13153/9217/7981 13152/9218/7465 13151/9219/7982</w:t>
        <w:br/>
        <w:t>f 13150/9220/7983 13153/9217/7981 13151/9219/7982</w:t>
        <w:br/>
        <w:t>f 12923/8993/7781 12924/8992/7781 13154/9221/7984</w:t>
        <w:br/>
        <w:t>f 13155/9222/7985 12923/8993/7781 13154/9221/7984</w:t>
        <w:br/>
        <w:t>f 13003/9070/7416 13000/9069/7843 13029/9096/7861</w:t>
        <w:br/>
        <w:t>f 13030/9095/7417 13003/9070/7416 13029/9096/7861</w:t>
        <w:br/>
        <w:t>f 13157/9223/7424 12973/9041/7822 12974/9040/7821</w:t>
        <w:br/>
        <w:t>f 13156/9224/7986 13157/9223/7424 12974/9040/7821</w:t>
        <w:br/>
        <w:t>f 12950/9017/7803 13159/9225/7987 13158/9226/7988</w:t>
        <w:br/>
        <w:t>f 12949/9014/7800 12950/9017/7803 13158/9226/7988</w:t>
        <w:br/>
        <w:t>f 12942/9009/7795 12819/8885/7679 12820/8887/7681</w:t>
        <w:br/>
        <w:t>f 13160/9227/7989 12942/9009/7795 12820/8887/7681</w:t>
        <w:br/>
        <w:t>f 13162/9228/7990 13161/9229/7991 12823/8888/7682</w:t>
        <w:br/>
        <w:t>f 12821/8890/7684 13162/9228/7990 12823/8888/7682</w:t>
        <w:br/>
        <w:t>f 13166/9230/7992 13165/9231/7993 13164/9232/7994</w:t>
        <w:br/>
        <w:t>f 13163/9233/7995 13166/9230/7992 13164/9232/7994</w:t>
        <w:br/>
        <w:t>f 12959/9027/7431 12966/9034/7430 12967/9033/7816</w:t>
        <w:br/>
        <w:t>f 12960/9026/7810 12959/9027/7431 12967/9033/7816</w:t>
        <w:br/>
        <w:t>f 13165/9231/7993 12955/9024/7808 12956/9023/7807</w:t>
        <w:br/>
        <w:t>f 13164/9232/7994 13165/9231/7993 12956/9023/7807</w:t>
        <w:br/>
        <w:t>f 13168/9234/7996 12826/8891/7685 12824/8893/7687</w:t>
        <w:br/>
        <w:t>f 13167/9235/7997 13168/9234/7996 12824/8893/7687</w:t>
        <w:br/>
        <w:t>f 12958/9025/7809 13170/9236/7998 13169/9237/7999</w:t>
        <w:br/>
        <w:t>f 12957/9022/7806 12958/9025/7809 13169/9237/7999</w:t>
        <w:br/>
        <w:t>f 13172/9238/8000 13171/9239/8001 12830/8894/7688</w:t>
        <w:br/>
        <w:t>f 12827/8897/7691 13172/9238/8000 12830/8894/7688</w:t>
        <w:br/>
        <w:t>f 12940/9005/7791 13160/9227/7989 12820/8887/7681</w:t>
        <w:br/>
        <w:t>f 12831/8898/7692 12940/9005/7791 12820/8887/7681</w:t>
        <w:br/>
        <w:t>f 12994/9064/7439 12992/9059/7836 12993/9060/7837</w:t>
        <w:br/>
        <w:t>f 12997/9061/7838 12994/9064/7439 12993/9060/7837</w:t>
        <w:br/>
        <w:t>f 13173/9240/8002 12841/8909/7703 12842/8908/7702</w:t>
        <w:br/>
        <w:t>f 13174/9241/8003 13173/9240/8002 12842/8908/7702</w:t>
        <w:br/>
        <w:t>f 12996/9062/7839 13001/9068/7842 13002/9067/7445</w:t>
        <w:br/>
        <w:t>f 12995/9063/7444 12996/9062/7839 13002/9067/7445</w:t>
        <w:br/>
        <w:t>f 13175/9242/8004 12845/8912/7706 12839/8906/7700</w:t>
        <w:br/>
        <w:t>f 12977/9045/7826 13175/9242/8004 12839/8906/7700</w:t>
        <w:br/>
        <w:t>f 12837/8905/7699 12976/9042/7823 13174/9241/8003</w:t>
        <w:br/>
        <w:t>f 12842/8908/7702 12837/8905/7699 13174/9241/8003</w:t>
        <w:br/>
        <w:t>f 12843/8911/7705 12985/9054/7832 12975/9043/7824</w:t>
        <w:br/>
        <w:t>f 12838/8904/7698 12843/8911/7705 12975/9043/7824</w:t>
        <w:br/>
        <w:t>f 13176/9243/8005 13032/9099/7864 12845/8912/7706</w:t>
        <w:br/>
        <w:t>f 12936/9002/7788 12986/9053/7831 12844/8910/7704</w:t>
        <w:br/>
        <w:t>f 12811/8881/7675 12936/9002/7788 12844/8910/7704</w:t>
        <w:br/>
        <w:t>f 13180/9244/8006 13179/9245/8007 13178/9246/8008</w:t>
        <w:br/>
        <w:t>f 13177/9247/8009 13180/9244/8006 13178/9246/8008</w:t>
        <w:br/>
        <w:t>f 13182/9248/8010 12889/8955/7749 13181/9249/8011</w:t>
        <w:br/>
        <w:t>f 13183/9250/8012 13182/9248/8010 13181/9249/8011</w:t>
        <w:br/>
        <w:t>f 13027/9094/7860 13024/9093/7477 13184/9251/7476</w:t>
        <w:br/>
        <w:t>f 13185/9252/8013 13027/9094/7860 13184/9251/7476</w:t>
        <w:br/>
        <w:t>f 13022/9090/7858 12897/8964/7758 12899/8966/7760</w:t>
        <w:br/>
        <w:t>f 13186/9253/8014 13022/9090/7858 12899/8966/7760</w:t>
        <w:br/>
        <w:t>f 12827/8897/7691 13169/9237/7999 13170/9236/7998</w:t>
        <w:br/>
        <w:t>f 13172/9238/8000 12827/8897/7691 13170/9236/7998</w:t>
        <w:br/>
        <w:t>f 13187/9254/8015 12937/9004/7790 12812/8880/7674</w:t>
        <w:br/>
        <w:t>f 12901/8969/7763 13187/9254/8015 12812/8880/7674</w:t>
        <w:br/>
        <w:t>f 13190/9255/8016 13189/9256/7797 13188/9257/8017</w:t>
        <w:br/>
        <w:t>f 13191/9258/8018 13190/9255/8016 13188/9257/8017</w:t>
        <w:br/>
        <w:t>f 13189/9256/7797 13192/9259/7796 12570/8637/7437</w:t>
        <w:br/>
        <w:t>f 13188/9257/8017 13189/9256/7797 12570/8637/7437</w:t>
        <w:br/>
        <w:t>f 12499/8567/7367 12500/8566/7366 13194/9260/8019</w:t>
        <w:br/>
        <w:t>f 13193/9261/8020 12499/8567/7367 13194/9260/8019</w:t>
        <w:br/>
        <w:t>f 13198/9262/8021 13197/9263/8022 13196/9264/8023</w:t>
        <w:br/>
        <w:t>f 13195/9265/8024 13198/9262/8021 13196/9264/8023</w:t>
        <w:br/>
        <w:t>f 12569/8635/7435 13199/9266/8025 12568/8636/7436</w:t>
        <w:br/>
        <w:t>f 12560/8627/7427 12557/8626/7426 12570/8637/7437</w:t>
        <w:br/>
        <w:t>f 13192/9259/7796 12560/8627/7427 12570/8637/7437</w:t>
        <w:br/>
        <w:t>f 12510/8578/7378 12555/8623/7423 12615/8681/7478</w:t>
        <w:br/>
        <w:t>f 12939/9006/7792 12831/8898/7692 12733/8800/7595</w:t>
        <w:br/>
        <w:t>f 13164/9232/7994 12747/8813/7608 12745/8809/7604</w:t>
        <w:br/>
        <w:t>f 12748/8818/7613 12956/9023/7807 12957/9022/7806</w:t>
        <w:br/>
        <w:t>f 12751/8815/7610 12748/8818/7613 12957/9022/7806</w:t>
        <w:br/>
        <w:t>f 12747/8813/7608 13164/9232/7994 12956/9023/7807</w:t>
        <w:br/>
        <w:t>f 12751/8815/7610 12957/9022/7806 13169/9237/7999</w:t>
        <w:br/>
        <w:t>f 12752/8820/7615 12751/8815/7610 13169/9237/7999</w:t>
        <w:br/>
        <w:t>f 12829/8895/7689 12899/8966/7760 12817/8884/7678</w:t>
        <w:br/>
        <w:t>f 12752/8820/7615 13169/9237/7999 12900/8967/7761</w:t>
        <w:br/>
        <w:t>f 13203/9267/8021 13202/9268/8026 13201/9269/8027</w:t>
        <w:br/>
        <w:t>f 13200/9270/8022 13203/9267/8021 13201/9269/8027</w:t>
        <w:br/>
        <w:t>f 12933/8999/7785 13205/9271/8028 13204/9272/8029</w:t>
        <w:br/>
        <w:t>f 12932/9000/7786 12933/8999/7785 13204/9272/8029</w:t>
        <w:br/>
        <w:t>f 12567/8634/7434 12510/8578/7378 12615/8681/7478</w:t>
        <w:br/>
        <w:t>f 13169/9237/7999 12827/8897/7691 12828/8896/7690</w:t>
        <w:br/>
        <w:t>f 12900/8967/7761 13169/9237/7999 12828/8896/7690</w:t>
        <w:br/>
        <w:t>f 13197/9263/8022 13206/9273/8030 13196/9264/8023</w:t>
        <w:br/>
        <w:t>f 12826/8891/7685 12939/9006/7792 13207/9274/8031</w:t>
        <w:br/>
        <w:t>f 12825/8892/7686 12826/8891/7685 13207/9274/8031</w:t>
        <w:br/>
        <w:t>f 12963/9029/7812 13157/9223/7424 13156/9224/7986</w:t>
        <w:br/>
        <w:t>f 12962/9030/7813 12963/9029/7812 13156/9224/7986</w:t>
        <w:br/>
        <w:t>f 12938/9007/7793 12939/9006/7792 12826/8891/7685</w:t>
        <w:br/>
        <w:t>f 13168/9234/7996 12938/9007/7793 12826/8891/7685</w:t>
        <w:br/>
        <w:t>f 12565/8633/7433 12559/8624/7424 13208/9275/7812</w:t>
        <w:br/>
        <w:t>f 13195/9265/8024 12565/8633/7433 13208/9275/7812</w:t>
        <w:br/>
        <w:t>f 12734/8799/7594 13210/9276/8032 13209/9277/8033</w:t>
        <w:br/>
        <w:t>f 12931/9001/7787 12932/9000/7786 13210/9276/8032</w:t>
        <w:br/>
        <w:t>f 12735/8802/7597 12931/9001/7787 13210/9276/8032</w:t>
        <w:br/>
        <w:t>f 13211/9278/8034 12932/9000/7786 12824/8893/7687</w:t>
        <w:br/>
        <w:t>f 12825/8892/7686 13211/9278/8034 12824/8893/7687</w:t>
        <w:br/>
        <w:t>f 13208/9275/7812 13198/9262/8021 13195/9265/8024</w:t>
        <w:br/>
        <w:t>f 12939/9006/7792 12734/8799/7594 13207/9274/8031</w:t>
        <w:br/>
        <w:t>f 12734/8799/7594 13209/9277/8033 13207/9274/8031</w:t>
        <w:br/>
        <w:t>f 12566/8632/7432 13206/9273/8030 12558/8625/7425</w:t>
        <w:br/>
        <w:t>f 13211/9278/8034 13210/9276/8032 12932/9000/7786</w:t>
        <w:br/>
        <w:t>f 12565/8633/7433 12558/8625/7425 12559/8624/7424</w:t>
        <w:br/>
        <w:t>f 13186/9253/8014 12899/8966/7760 12830/8894/7688</w:t>
        <w:br/>
        <w:t>f 13212/9279/8035 13186/9253/8014 12830/8894/7688</w:t>
        <w:br/>
        <w:t>f 13214/9280/8025 13025/9092/7435 13026/9091/7859</w:t>
        <w:br/>
        <w:t>f 13213/9281/8036 13214/9280/8025 13026/9091/7859</w:t>
        <w:br/>
        <w:t>f 12554/8619/7419 12611/8679/7476 12613/8680/7477</w:t>
        <w:br/>
        <w:t>f 12556/8622/7422 12554/8619/7419 12613/8680/7477</w:t>
        <w:br/>
        <w:t>f 12862/8929/7723 12815/8883/7677 12898/8965/7759</w:t>
        <w:br/>
        <w:t>f 12902/8968/7762 12862/8929/7723 12898/8965/7759</w:t>
        <w:br/>
        <w:t>f 13178/9246/8008 12934/8998/7784 12931/9001/7787</w:t>
        <w:br/>
        <w:t>f 13177/9247/8009 13178/9246/8008 12931/9001/7787</w:t>
        <w:br/>
        <w:t>f 12818/8886/7680 12941/9008/7794 13162/9228/7990</w:t>
        <w:br/>
        <w:t>f 12821/8890/7684 12818/8886/7680 13162/9228/7990</w:t>
        <w:br/>
        <w:t>f 12948/9015/7801 12952/9020/7429 12953/9019/7805</w:t>
        <w:br/>
        <w:t>f 12947/9016/7802 12948/9015/7801 12953/9019/7805</w:t>
        <w:br/>
        <w:t>f 13215/9282/8037 12902/8968/7762 12898/8965/7759</w:t>
        <w:br/>
        <w:t>f 13023/9089/7857 13215/9282/8037 12898/8965/7759</w:t>
        <w:br/>
        <w:t>f 13150/9220/7983 13151/9219/7982 13200/9270/8022</w:t>
        <w:br/>
        <w:t>f 13201/9269/8027 13150/9220/7983 13200/9270/8022</w:t>
        <w:br/>
        <w:t>f 13159/9225/7987 12944/9012/7798 12945/9011/7797</w:t>
        <w:br/>
        <w:t>f 13158/9226/7988 13159/9225/7987 12945/9011/7797</w:t>
        <w:br/>
        <w:t>f 13166/9230/7992 13163/9233/7995 12823/8888/7682</w:t>
        <w:br/>
        <w:t>f 13161/9229/7991 13166/9230/7992 12823/8888/7682</w:t>
        <w:br/>
        <w:t>f 13217/9283/7475 13216/9284/8038 13185/9252/8013</w:t>
        <w:br/>
        <w:t>f 13184/9251/7476 13217/9283/7475 13185/9252/8013</w:t>
        <w:br/>
        <w:t>f 13193/9261/8020 13190/9255/8016 13191/9258/8018</w:t>
        <w:br/>
        <w:t>f 12499/8567/7367 13193/9261/8020 13191/9258/8018</w:t>
        <w:br/>
        <w:t>f 12561/8629/7429 13194/9260/8019 12500/8566/7366</w:t>
        <w:br/>
        <w:t>f 12505/8572/7372 12561/8629/7429 12500/8566/7366</w:t>
        <w:br/>
        <w:t>f 12453/8518/7318 12454/8521/7321 12603/8670/7468</w:t>
        <w:br/>
        <w:t>f 12602/8669/7467 12453/8518/7318 12603/8670/7468</w:t>
        <w:br/>
        <w:t>f 12501/8568/7368 12504/8569/7369 12505/8572/7372</w:t>
        <w:br/>
        <w:t>f 12500/8566/7366 12501/8568/7368 12505/8572/7372</w:t>
        <w:br/>
        <w:t>f 12514/8581/7381 12520/8585/7385 12521/8588/7388</w:t>
        <w:br/>
        <w:t>f 12494/8558/7358 12514/8581/7381 12521/8588/7388</w:t>
        <w:br/>
        <w:t>f 12514/8581/7381 12431/8497/7297 12583/8650/7450</w:t>
        <w:br/>
        <w:t>f 12520/8585/7385 12514/8581/7381 12583/8650/7450</w:t>
        <w:br/>
        <w:t>f 12431/8497/7297 12432/8496/7296 12605/8672/7321</w:t>
        <w:br/>
        <w:t>f 12583/8650/7450 12431/8497/7297 12605/8672/7321</w:t>
        <w:br/>
        <w:t>f 12873/8940/7734 12874/8941/7735 12697/8762/7558</w:t>
        <w:br/>
        <w:t>f 12698/8765/7561 12873/8940/7734 12697/8762/7558</w:t>
        <w:br/>
        <w:t>f 13218/9285/8039 12822/8889/7683 12742/8812/7607</w:t>
        <w:br/>
        <w:t>f 12743/8811/7606 13218/9285/8039 12742/8812/7607</w:t>
        <w:br/>
        <w:t>f 12763/8830/7625 12764/8829/7624 12768/8834/7629</w:t>
        <w:br/>
        <w:t>f 12769/8833/7628 12763/8830/7625 12768/8834/7629</w:t>
        <w:br/>
        <w:t>f 12742/8812/7607 12823/8888/7682 13163/9233/7995</w:t>
        <w:br/>
        <w:t>f 12745/8809/7604 12742/8812/7607 13163/9233/7995</w:t>
        <w:br/>
        <w:t>f 12763/8830/7625 12769/8833/7628 12855/8923/7717</w:t>
        <w:br/>
        <w:t>f 12851/8921/7715 12763/8830/7625 12855/8923/7717</w:t>
        <w:br/>
        <w:t>f 12854/8918/7712 12872/8937/7731 12870/8939/7733</w:t>
        <w:br/>
        <w:t>f 12887/8953/7747 12854/8918/7712 12870/8939/7733</w:t>
        <w:br/>
        <w:t>f 12921/8987/7776 13009/9076/7848 13010/9075/7847</w:t>
        <w:br/>
        <w:t>f 12920/8988/7777 12921/8987/7776 13010/9075/7847</w:t>
        <w:br/>
        <w:t>f 13043/9109/7874 12697/8762/7558 12874/8941/7735</w:t>
        <w:br/>
        <w:t>f 13052/9119/7884 13043/9109/7874 12874/8941/7735</w:t>
        <w:br/>
        <w:t>f 12887/8953/7747 12870/8939/7733 13068/9135/7900</w:t>
        <w:br/>
        <w:t>f 13061/9128/7893 12887/8953/7747 13068/9135/7900</w:t>
        <w:br/>
        <w:t>f 13060/9126/7891 13061/9128/7893 13076/9144/7909</w:t>
        <w:br/>
        <w:t>f 13075/9141/7906 13060/9126/7891 13076/9144/7909</w:t>
        <w:br/>
        <w:t>f 13089/9157/7922 12698/8765/7561 12695/8764/7560</w:t>
        <w:br/>
        <w:t>f 13107/9174/7939 13089/9157/7922 12695/8764/7560</w:t>
        <w:br/>
        <w:t>f 13098/9166/7931 13090/9156/7921 13089/9157/7922</w:t>
        <w:br/>
        <w:t>f 13108/9173/7938 13098/9166/7931 13089/9157/7922</w:t>
        <w:br/>
        <w:t>f 12429/8499/7299 12430/8498/7298 12581/8648/7448</w:t>
        <w:br/>
        <w:t>f 12604/8671/7469 12429/8499/7299 12581/8648/7448</w:t>
        <w:br/>
        <w:t>f 12491/8561/7361 12492/8560/7360 12498/8565/7365</w:t>
        <w:br/>
        <w:t>f 12495/8564/7364 12491/8561/7361 12498/8565/7365</w:t>
        <w:br/>
        <w:t>f 12515/8582/7382 12491/8561/7361 12495/8564/7364</w:t>
        <w:br/>
        <w:t>f 12517/8583/7383 12515/8582/7382 12495/8564/7364</w:t>
        <w:br/>
        <w:t>f 12430/8498/7298 12515/8582/7382 12517/8583/7383</w:t>
        <w:br/>
        <w:t>f 12581/8648/7448 12430/8498/7298 12517/8583/7383</w:t>
        <w:br/>
        <w:t>f 12678/8748/7544 12853/8919/7713 12886/8954/7748</w:t>
        <w:br/>
        <w:t>f 12681/8745/7541 12678/8748/7544 12886/8954/7748</w:t>
        <w:br/>
        <w:t>f 12765/8832/7627 13219/9286/8040 12737/8805/7600</w:t>
        <w:br/>
        <w:t>f 13218/9285/8039 12765/8832/7627 12737/8805/7600</w:t>
        <w:br/>
        <w:t>f 13219/9286/8040 12765/8832/7627 12762/8831/7626</w:t>
        <w:br/>
        <w:t>f 13220/9287/8041 13219/9286/8040 12762/8831/7626</w:t>
        <w:br/>
        <w:t>f 12821/8890/7684 12822/8889/7683 12738/8804/7599</w:t>
        <w:br/>
        <w:t>f 12818/8886/7680 12821/8890/7684 12738/8804/7599</w:t>
        <w:br/>
        <w:t>f 13220/9287/8041 12762/8831/7626 12852/8920/7714</w:t>
        <w:br/>
        <w:t>f 12850/8917/7711 13220/9287/8041 12852/8920/7714</w:t>
        <w:br/>
        <w:t>f 12687/8754/7550 12863/8930/7724 12864/8931/7725</w:t>
        <w:br/>
        <w:t>f 12686/8751/7547 12687/8754/7550 12864/8931/7725</w:t>
        <w:br/>
        <w:t>f 12912/8979/7771 12913/8978/7770 13011/9078/7850</w:t>
        <w:br/>
        <w:t>f 13008/9077/7849 12912/8979/7771 13011/9078/7850</w:t>
        <w:br/>
        <w:t>f 13042/9110/7875 13048/9115/7880 12864/8931/7725</w:t>
        <w:br/>
        <w:t>f 12696/8763/7559 13042/9110/7875 12864/8931/7725</w:t>
        <w:br/>
        <w:t>f 13072/9139/7904 12680/8746/7542 12681/8745/7541</w:t>
        <w:br/>
        <w:t>f 13059/9127/7892 13072/9139/7904 12681/8745/7541</w:t>
        <w:br/>
        <w:t>f 13072/9139/7904 13059/9127/7892 13074/9142/7907</w:t>
        <w:br/>
        <w:t>f 13079/9146/7911 13072/9139/7904 13074/9142/7907</w:t>
        <w:br/>
        <w:t>f 12695/8764/7560 12863/8930/7724 13087/9155/7920</w:t>
        <w:br/>
        <w:t>f 13107/9174/7939 12695/8764/7560 13087/9155/7920</w:t>
        <w:br/>
        <w:t>f 13087/9155/7920 13105/9171/7936 13106/9175/7940</w:t>
        <w:br/>
        <w:t>f 13107/9174/7939 13087/9155/7920 13106/9175/7940</w:t>
        <w:br/>
        <w:t>f 13221/9288/8042 12490/8554/7354 13206/9273/8030</w:t>
        <w:br/>
        <w:t>f 13197/9263/8022 13221/9288/8042 13206/9273/8030</w:t>
        <w:br/>
        <w:t>f 13223/9289/8043 13152/9218/7465 13153/9217/7981</w:t>
        <w:br/>
        <w:t>f 13222/9290/8044 13223/9289/8043 13153/9217/7981</w:t>
        <w:br/>
        <w:t>f 12558/8625/7425 12490/8554/7354 12487/8557/7357</w:t>
        <w:br/>
        <w:t>f 12557/8626/7426 12558/8625/7425 12487/8557/7357</w:t>
        <w:br/>
        <w:t>f 12570/8637/7437 12497/8562/7362 12498/8565/7365</w:t>
        <w:br/>
        <w:t>f 13188/9257/8017 12570/8637/7437 12498/8565/7365</w:t>
        <w:br/>
        <w:t>f 12496/8563/7363 12497/8562/7362 12487/8557/7357</w:t>
        <w:br/>
        <w:t>f 12488/8556/7356 12496/8563/7363 12487/8557/7357</w:t>
        <w:br/>
        <w:t>f 12756/8822/7617 12757/8821/7616 12735/8802/7597</w:t>
        <w:br/>
        <w:t>f 12732/8801/7596 12756/8822/7617 12735/8802/7597</w:t>
        <w:br/>
        <w:t>f 12741/8808/7603 12736/8806/7601 13225/9291/8045</w:t>
        <w:br/>
        <w:t>f 13224/9292/8046 12741/8808/7603 13225/9291/8045</w:t>
        <w:br/>
        <w:t>f 12732/8801/7596 12741/8808/7603 13224/9292/8046</w:t>
        <w:br/>
        <w:t>f 12756/8822/7617 12732/8801/7596 13224/9292/8046</w:t>
        <w:br/>
        <w:t>f 12499/8567/7367 13191/9258/8018 12492/8560/7360</w:t>
        <w:br/>
        <w:t>f 12493/8559/7359 12499/8567/7367 12492/8560/7360</w:t>
        <w:br/>
        <w:t>f 12822/8889/7683 13218/9285/8039 12737/8805/7600</w:t>
        <w:br/>
        <w:t>f 12738/8804/7599 12822/8889/7683 12737/8805/7600</w:t>
        <w:br/>
        <w:t>f 12736/8806/7601 12737/8805/7600 13219/9286/8040</w:t>
        <w:br/>
        <w:t>f 13225/9291/8045 12736/8806/7601 13219/9286/8040</w:t>
        <w:br/>
        <w:t>f 12492/8560/7360 13191/9258/8018 13188/9257/8017</w:t>
        <w:br/>
        <w:t>f 12498/8565/7365 12492/8560/7360 13188/9257/8017</w:t>
        <w:br/>
        <w:t>f 12504/8569/7369 12501/8568/7368 12521/8588/7388</w:t>
        <w:br/>
        <w:t>f 12518/8587/7387 12504/8569/7369 12521/8588/7388</w:t>
        <w:br/>
        <w:t>f 12522/8589/7389 12518/8587/7387 12519/8586/7386</w:t>
        <w:br/>
        <w:t>f 12585/8651/7451 12522/8589/7389 12519/8586/7386</w:t>
        <w:br/>
        <w:t>f 12523/8591/7391 12524/8590/7390 12586/8656/7456</w:t>
        <w:br/>
        <w:t>f 12587/8655/7455 12523/8591/7391 12586/8656/7456</w:t>
        <w:br/>
        <w:t>f 12524/8590/7390 12522/8589/7389 12585/8651/7451</w:t>
        <w:br/>
        <w:t>f 12586/8656/7456 12524/8590/7390 12585/8651/7451</w:t>
        <w:br/>
        <w:t>f 12525/8592/7392 12523/8591/7391 12587/8655/7455</w:t>
        <w:br/>
        <w:t>f 12553/8620/7420 12525/8592/7392 12587/8655/7455</w:t>
        <w:br/>
        <w:t>f 12556/8622/7422 12511/8577/7377 12525/8592/7392</w:t>
        <w:br/>
        <w:t>f 12554/8619/7419 12556/8622/7422 12525/8592/7392</w:t>
        <w:br/>
        <w:t>f 12746/8814/7609 12767/8835/7630 12768/8834/7629</w:t>
        <w:br/>
        <w:t>f 12744/8810/7605 12746/8814/7609 12768/8834/7629</w:t>
        <w:br/>
        <w:t>f 12771/8838/7633 12749/8817/7612 12750/8816/7611</w:t>
        <w:br/>
        <w:t>f 12770/8839/7634 12771/8838/7633 12750/8816/7611</w:t>
        <w:br/>
        <w:t>f 12749/8817/7612 12771/8838/7633 12767/8835/7630</w:t>
        <w:br/>
        <w:t>f 12746/8814/7609 12749/8817/7612 12767/8835/7630</w:t>
        <w:br/>
        <w:t>f 12753/8819/7614 12775/8840/7635 12770/8839/7634</w:t>
        <w:br/>
        <w:t>f 12750/8816/7611 12753/8819/7614 12770/8839/7634</w:t>
        <w:br/>
        <w:t>f 12815/8883/7677 12862/8929/7723 12774/8841/7636</w:t>
        <w:br/>
        <w:t>f 12775/8840/7635 12815/8883/7677 12774/8841/7636</w:t>
        <w:br/>
        <w:t>f 12744/8810/7605 12768/8834/7629 12764/8829/7624</w:t>
        <w:br/>
        <w:t>f 12743/8811/7606 12744/8810/7605 12764/8829/7624</w:t>
        <w:br/>
        <w:t>f 12501/8568/7368 12493/8559/7359 12494/8558/7358</w:t>
        <w:br/>
        <w:t>f 12521/8588/7388 12501/8568/7368 12494/8558/7358</w:t>
        <w:br/>
        <w:t>f 12765/8832/7627 13218/9285/8039 12743/8811/7606</w:t>
        <w:br/>
        <w:t>f 12764/8829/7624 12765/8832/7627 12743/8811/7606</w:t>
        <w:br/>
        <w:t>f 12551/8618/7418 12485/8553/7353 12486/8552/7352</w:t>
        <w:br/>
        <w:t>f 12550/8615/7415 12551/8618/7418 12486/8552/7352</w:t>
        <w:br/>
        <w:t>f 12849/8916/7710 12755/8823/7618 12760/8826/7621</w:t>
        <w:br/>
        <w:t>f 12882/8949/7743 12152/8220/7025 12153/8219/7024</w:t>
        <w:br/>
        <w:t>f 12884/8951/7745 12882/8949/7743 12153/8219/7024</w:t>
        <w:br/>
        <w:t>f 12881/8946/7740 12883/8950/7744 12882/8949/7743</w:t>
        <w:br/>
        <w:t>f 13226/9293/8047 12892/8958/7752 12702/8766/7562</w:t>
        <w:br/>
        <w:t>f 12883/8950/7744 13226/9293/8047 12702/8766/7562</w:t>
        <w:br/>
        <w:t>f 13102/9169/7934 13130/9196/7961 12813/8879/7673</w:t>
        <w:br/>
        <w:t>f 12814/8878/7672 13102/9169/7934 12813/8879/7673</w:t>
        <w:br/>
        <w:t>f 13227/9294/7481 13028/9097/8048 13216/9284/8038</w:t>
        <w:br/>
        <w:t>f 13217/9283/7475 13227/9294/7481 13216/9284/8038</w:t>
        <w:br/>
        <w:t>f 12902/8968/7762 13215/9282/8037 13187/9254/8015</w:t>
        <w:br/>
        <w:t>f 12901/8969/7763 12902/8968/7762 13187/9254/8015</w:t>
        <w:br/>
        <w:t>f 12813/8879/7673 12861/8928/7722 12901/8969/7763</w:t>
        <w:br/>
        <w:t>f 12812/8880/7674 12813/8879/7673 12901/8969/7763</w:t>
        <w:br/>
        <w:t>f 12553/8620/7420 12587/8655/7455 12588/8654/7454</w:t>
        <w:br/>
        <w:t>f 12592/8657/7457 12553/8620/7420 12588/8654/7454</w:t>
        <w:br/>
        <w:t>f 12592/8657/7457 12593/8660/7460 12552/8621/7421</w:t>
        <w:br/>
        <w:t>f 12553/8620/7420 12592/8657/7457 12552/8621/7421</w:t>
        <w:br/>
        <w:t>f 12593/8660/7460 12617/8684/7481 12612/8678/7475</w:t>
        <w:br/>
        <w:t>f 12552/8621/7421 12593/8660/7460 12612/8678/7475</w:t>
        <w:br/>
        <w:t>f 13229/9295/8049 13228/9296/8050 13063/9129/7894</w:t>
        <w:br/>
        <w:t>f 13062/9130/7895 13229/9295/8049 13063/9129/7894</w:t>
        <w:br/>
        <w:t>f 13096/9163/7928 13097/9162/7927 13230/9297/8051</w:t>
        <w:br/>
        <w:t>f 13132/9199/7964 13096/9163/7928 13230/9297/8051</w:t>
        <w:br/>
        <w:t>f 13231/9298/8052 13077/9143/7908 13063/9129/7894</w:t>
        <w:br/>
        <w:t>f 13228/9296/8050 13231/9298/8052 13063/9129/7894</w:t>
        <w:br/>
        <w:t>f 13070/9137/7902 13233/9299/8053 13232/9300/8054</w:t>
        <w:br/>
        <w:t>f 13082/9148/7913 13070/9137/7902 13232/9300/8054</w:t>
        <w:br/>
        <w:t>f 13071/9136/7901 13073/9140/7905 13128/9195/7960</w:t>
        <w:br/>
        <w:t>f 13234/9301/8055 13071/9136/7901 13128/9195/7960</w:t>
        <w:br/>
        <w:t>f 13235/9302/8056 13127/9194/7959 13079/9146/7911</w:t>
        <w:br/>
        <w:t>f 13074/9142/7907 13235/9302/8056 13079/9146/7911</w:t>
        <w:br/>
        <w:t>f 13106/9175/8057 13133/9200/8058 13135/9203/7967</w:t>
        <w:br/>
        <w:t>f 13136/9202/7967 13106/9175/8057 13135/9203/7967</w:t>
        <w:br/>
        <w:t>f 13062/9130/7895 13080/9147/7912 13129/9197/7962</w:t>
        <w:br/>
        <w:t>f 13229/9295/8049 13062/9130/7895 13129/9197/7962</w:t>
        <w:br/>
        <w:t>f 13115/9181/7946 12163/8230/7035 12005/8072/6889</w:t>
        <w:br/>
        <w:t>f 13065/9134/7899 13115/9181/7946 12005/8072/6889</w:t>
        <w:br/>
        <w:t>f 13120/9187/7952 13123/9189/7954 13104/9172/7937</w:t>
        <w:br/>
        <w:t>f 13103/9170/7935 13120/9187/7952 13104/9172/7937</w:t>
        <w:br/>
        <w:t>f 13109/9176/7941 13126/9193/7958 13130/9196/7961</w:t>
        <w:br/>
        <w:t>f 13102/9169/7934 13109/9176/7941 13130/9196/7961</w:t>
        <w:br/>
        <w:t>f 13232/9300/8054 13237/9303/8059 13236/9304/8059</w:t>
        <w:br/>
        <w:t>f 13082/9148/7913 13232/9300/8054 13236/9304/8059</w:t>
        <w:br/>
        <w:t>f 13237/9303/8059 13116/9183/7948 13066/9133/7898</w:t>
        <w:br/>
        <w:t>f 13236/9304/8059 13237/9303/8059 13066/9133/7898</w:t>
        <w:br/>
        <w:t>f 13075/9141/7906 13125/9191/7956 13235/9302/8056</w:t>
        <w:br/>
        <w:t>f 13074/9142/7907 13075/9141/7906 13235/9302/8056</w:t>
        <w:br/>
        <w:t>f 13124/9192/7957 13076/9144/7909 13077/9143/7908</w:t>
        <w:br/>
        <w:t>f 13231/9298/8052 13124/9192/7957 13077/9143/7908</w:t>
        <w:br/>
        <w:t>f 13102/9169/7934 12814/8878/7672 12846/8913/7707</w:t>
        <w:br/>
        <w:t>f 12729/8793/7588 12846/8913/7707 12728/8794/7589</w:t>
        <w:br/>
        <w:t>f 12861/8928/7722 12813/8879/7673 13130/9196/7961</w:t>
        <w:br/>
        <w:t>f 12860/8927/7721 12861/8928/7722 13130/9196/7961</w:t>
        <w:br/>
        <w:t>f 13240/9305/8060 13239/9306/8061 13238/9307/8062</w:t>
        <w:br/>
        <w:t>f 12925/8991/7780 13242/9308/7864 13241/9309/8063</w:t>
        <w:br/>
        <w:t>f 13176/9243/8005 12845/8912/7706 13175/9242/8004</w:t>
        <w:br/>
        <w:t>f 12465/8533/7333 13243/9310/8064 12467/8534/7334</w:t>
        <w:br/>
        <w:t>f 13245/9311/8065 13244/9312/8066 12467/8534/7334</w:t>
        <w:br/>
        <w:t>f 13243/9310/8064 13245/9311/8065 12467/8534/7334</w:t>
        <w:br/>
        <w:t>f 13244/9312/8066 13245/9311/8065 13246/9313/8067</w:t>
        <w:br/>
        <w:t>f 12388/8454/7254 13244/9312/8066 13246/9313/8067</w:t>
        <w:br/>
        <w:t>f 12388/8454/7254 13246/9313/8067 13247/9314/8068</w:t>
        <w:br/>
        <w:t>f 12387/8455/7255 12388/8454/7254 13247/9314/8068</w:t>
        <w:br/>
        <w:t>f 13250/9315/8069 13249/9316/8070 13248/9317/8071</w:t>
        <w:br/>
        <w:t>f 13251/9318/8072 13250/9315/8069 13248/9317/8071</w:t>
        <w:br/>
        <w:t>f 13250/9315/8069 13253/9319/8073 13252/9320/8074</w:t>
        <w:br/>
        <w:t>f 13249/9316/8070 13250/9315/8069 13252/9320/8074</w:t>
        <w:br/>
        <w:t>f 13254/9321/8075 13252/9320/8074 13253/9319/8073</w:t>
        <w:br/>
        <w:t>f 13255/9322/8076 13254/9321/8075 13253/9319/8073</w:t>
        <w:br/>
        <w:t>f 13251/9318/8072 13248/9317/8071 13256/9323/8077</w:t>
        <w:br/>
        <w:t>f 13257/9324/8078 13251/9318/8072 13256/9323/8077</w:t>
        <w:br/>
        <w:t>f 13260/9325/8079 13259/9326/8080 13258/9327/8081</w:t>
        <w:br/>
        <w:t>f 13261/9328/8082 13260/9325/8079 13258/9327/8081</w:t>
        <w:br/>
        <w:t>f 13259/9326/8080 13263/9329/8083 13262/9330/8084</w:t>
        <w:br/>
        <w:t>f 13258/9327/8081 13259/9326/8080 13262/9330/8084</w:t>
        <w:br/>
        <w:t>f 13267/9331/8085 13266/9332/8086 13265/9333/8087</w:t>
        <w:br/>
        <w:t>f 13264/9334/8088 13267/9331/8085 13265/9333/8087</w:t>
        <w:br/>
        <w:t>f 13270/9335/8089 13269/9336/8090 13268/9337/8091</w:t>
        <w:br/>
        <w:t>f 13266/9332/8086 13270/9335/8089 13268/9337/8091</w:t>
        <w:br/>
        <w:t>f 13272/9338/8092 13267/9331/8085 13271/9339/8093</w:t>
        <w:br/>
        <w:t>f 13273/9340/8094 13272/9338/8092 13271/9339/8093</w:t>
        <w:br/>
        <w:t>f 13275/9341/8095 13274/9342/8096 13260/9325/8079</w:t>
        <w:br/>
        <w:t>f 13261/9328/8082 13275/9341/8095 13260/9325/8079</w:t>
        <w:br/>
        <w:t>f 13279/9343/8097 13278/9344/8098 13277/9345/8099</w:t>
        <w:br/>
        <w:t>f 13276/9346/8100 13279/9343/8097 13277/9345/8099</w:t>
        <w:br/>
        <w:t>f 13281/9347/8101 13278/9344/8098 13280/9348/8102</w:t>
        <w:br/>
        <w:t>f 13283/9349/8103 13282/9350/8104 13270/9335/8089</w:t>
        <w:br/>
        <w:t>f 13272/9338/8092 13283/9349/8103 13270/9335/8089</w:t>
        <w:br/>
        <w:t>f 13282/9350/8104 13284/9351/8105 13269/9336/8090</w:t>
        <w:br/>
        <w:t>f 13270/9335/8089 13282/9350/8104 13269/9336/8090</w:t>
        <w:br/>
        <w:t>f 13283/9349/8103 13272/9338/8092 13273/9340/8094</w:t>
        <w:br/>
        <w:t>f 13285/9352/8106 13283/9349/8103 13273/9340/8094</w:t>
        <w:br/>
        <w:t>f 13287/9353/8107 13279/9343/8097 13276/9346/8100</w:t>
        <w:br/>
        <w:t>f 13286/9354/8108 13287/9353/8107 13276/9346/8100</w:t>
        <w:br/>
        <w:t>f 13285/9352/8106 13273/9340/8094 13289/9355/8109</w:t>
        <w:br/>
        <w:t>f 13288/9356/8110 13285/9352/8106 13289/9355/8109</w:t>
        <w:br/>
        <w:t>f 13274/9342/8096 13290/9357/8111 13264/9334/8088</w:t>
        <w:br/>
        <w:t>f 13260/9325/8079 13274/9342/8096 13264/9334/8088</w:t>
        <w:br/>
        <w:t>f 13264/9334/8088 13265/9333/8087 13259/9326/8080</w:t>
        <w:br/>
        <w:t>f 13260/9325/8079 13264/9334/8088 13259/9326/8080</w:t>
        <w:br/>
        <w:t>f 13283/9349/8103 13285/9352/8106 13248/9317/8071</w:t>
        <w:br/>
        <w:t>f 13249/9316/8070 13283/9349/8103 13248/9317/8071</w:t>
        <w:br/>
        <w:t>f 13249/9316/8070 13252/9320/8074 13282/9350/8104</w:t>
        <w:br/>
        <w:t>f 13283/9349/8103 13249/9316/8070 13282/9350/8104</w:t>
        <w:br/>
        <w:t>f 13252/9320/8074 13254/9321/8075 13284/9351/8105</w:t>
        <w:br/>
        <w:t>f 13282/9350/8104 13252/9320/8074 13284/9351/8105</w:t>
        <w:br/>
        <w:t>f 13285/9352/8106 13256/9323/8077 13248/9317/8071</w:t>
        <w:br/>
        <w:t>f 13266/9332/8086 13267/9331/8085 13272/9338/8092</w:t>
        <w:br/>
        <w:t>f 13270/9335/8089 13266/9332/8086 13272/9338/8092</w:t>
        <w:br/>
        <w:t>f 13291/9358/8112 13265/9333/8087 13266/9332/8086</w:t>
        <w:br/>
        <w:t>f 13268/9337/8091 13291/9358/8112 13266/9332/8086</w:t>
        <w:br/>
        <w:t>f 13267/9331/8085 13264/9334/8088 13290/9357/8111</w:t>
        <w:br/>
        <w:t>f 13271/9339/8093 13267/9331/8085 13290/9357/8111</w:t>
        <w:br/>
        <w:t>f 13295/9359/8113 13294/9360/8114 13293/9361/8115</w:t>
        <w:br/>
        <w:t>f 13292/9362/8116 13295/9359/8113 13293/9361/8115</w:t>
        <w:br/>
        <w:t>f 13294/9360/8114 13295/9359/8113 13297/9363/8117</w:t>
        <w:br/>
        <w:t>f 13296/9364/8118 13294/9360/8114 13297/9363/8117</w:t>
        <w:br/>
        <w:t>f 13299/9365/8119 13298/9366/8120 13296/9364/8118</w:t>
        <w:br/>
        <w:t>f 13297/9363/8117 13299/9365/8119 13296/9364/8118</w:t>
        <w:br/>
        <w:t>f 13301/9367/8121 13300/9368/8122 13298/9366/8120</w:t>
        <w:br/>
        <w:t>f 13299/9365/8119 13301/9367/8121 13298/9366/8120</w:t>
        <w:br/>
        <w:t>f 13303/9369/8123 13302/9370/8124 13261/9328/8082</w:t>
        <w:br/>
        <w:t>f 13302/9370/8124 13304/9371/8125 13261/9328/8082</w:t>
        <w:br/>
        <w:t>f 13307/9372/8126 13306/9373/8127 13305/9374/8128</w:t>
        <w:br/>
        <w:t>f 13306/9373/8127 13307/9372/8126 13308/9375/8129</w:t>
        <w:br/>
        <w:t>f 13281/9347/8101 13310/9376/8130 13309/9377/8131</w:t>
        <w:br/>
        <w:t>f 13278/9344/8098 13281/9347/8101 13311/9378/8132</w:t>
        <w:br/>
        <w:t>f 13312/9379/8133 13287/9353/8107 13286/9354/8108</w:t>
        <w:br/>
        <w:t>f 13313/9380/8134 13312/9379/8133 13286/9354/8108</w:t>
        <w:br/>
        <w:t>f 13290/9357/8111 13274/9342/8096 13310/9376/8130</w:t>
        <w:br/>
        <w:t>f 13281/9347/8101 13290/9357/8111 13310/9376/8130</w:t>
        <w:br/>
        <w:t>f 13280/9348/8102 13289/9355/8109 13273/9340/8094</w:t>
        <w:br/>
        <w:t>f 13271/9339/8093 13280/9348/8102 13273/9340/8094</w:t>
        <w:br/>
        <w:t>f 13313/9380/8134 13314/9381/8135 13257/9324/8078</w:t>
        <w:br/>
        <w:t>f 13312/9379/8133 13313/9380/8134 13257/9324/8078</w:t>
        <w:br/>
        <w:t>f 13245/9311/8065 13295/9359/8113 13292/9362/8116</w:t>
        <w:br/>
        <w:t>f 13246/9313/8067 13245/9311/8065 13292/9362/8116</w:t>
        <w:br/>
        <w:t>f 13243/9310/8064 13297/9363/8117 13295/9359/8113</w:t>
        <w:br/>
        <w:t>f 13245/9311/8065 13243/9310/8064 13295/9359/8113</w:t>
        <w:br/>
        <w:t>f 12465/8533/7333 13299/9365/8119 13297/9363/8117</w:t>
        <w:br/>
        <w:t>f 13243/9310/8064 12465/8533/7333 13297/9363/8117</w:t>
        <w:br/>
        <w:t>f 12466/8532/7332 13301/9367/8121 13299/9365/8119</w:t>
        <w:br/>
        <w:t>f 12465/8533/7333 12466/8532/7332 13299/9365/8119</w:t>
        <w:br/>
        <w:t>f 12599/8666/7464 13316/9382/8136 13315/9383/8137</w:t>
        <w:br/>
        <w:t>f 13317/9384/8138 12599/8666/7464 13315/9383/8137</w:t>
        <w:br/>
        <w:t>f 13318/9385/8139 13302/9370/8124 13303/9369/8123</w:t>
        <w:br/>
        <w:t>f 12529/8595/7395 13318/9385/8139 13303/9369/8123</w:t>
        <w:br/>
        <w:t>f 13304/9371/8125 13302/9370/8124 13318/9385/8139</w:t>
        <w:br/>
        <w:t>f 12445/8509/7309 13304/9371/8125 13318/9385/8139</w:t>
        <w:br/>
        <w:t>f 13305/9374/8128 13320/9386/8140 13319/9387/8141</w:t>
        <w:br/>
        <w:t>f 13321/9388/8142 13305/9374/8128 13319/9387/8141</w:t>
        <w:br/>
        <w:t>f 13324/9389/7742 13323/9390/8143 13322/9391/8144</w:t>
        <w:br/>
        <w:t>f 13308/9375/8129 13324/9389/7742 13322/9391/8144</w:t>
        <w:br/>
        <w:t>f 13327/9392/8145 13326/9393/7978 13325/9394/8146</w:t>
        <w:br/>
        <w:t>f 13328/9395/8147 13327/9392/8145 13325/9394/8146</w:t>
        <w:br/>
        <w:t>f 13326/9393/7978 13330/9396/8148 13329/9397/8149</w:t>
        <w:br/>
        <w:t>f 13325/9394/8146 13326/9393/7978 13329/9397/8149</w:t>
        <w:br/>
        <w:t>f 13330/9396/8148 13332/9398/8150 13331/9399/8150</w:t>
        <w:br/>
        <w:t>f 13329/9397/8149 13330/9396/8148 13331/9399/8150</w:t>
        <w:br/>
        <w:t>f 13332/9398/8150 13334/9400/8151 13333/9401/8152</w:t>
        <w:br/>
        <w:t>f 13331/9399/8150 13332/9398/8150 13333/9401/8152</w:t>
        <w:br/>
        <w:t>f 13337/9402/8153 13333/9401/8154 13336/9403/7976</w:t>
        <w:br/>
        <w:t>f 13335/9404/7971 13337/9402/8153 13336/9403/7976</w:t>
        <w:br/>
        <w:t>f 13339/9405/8155 13338/9406/8156 13292/9362/8116</w:t>
        <w:br/>
        <w:t>f 13293/9361/8115 13339/9405/8155 13292/9362/8116</w:t>
        <w:br/>
        <w:t>f 13338/9406/8156 13247/9314/8068 13246/9313/8067</w:t>
        <w:br/>
        <w:t>f 13292/9362/8116 13338/9406/8156 13246/9313/8067</w:t>
        <w:br/>
        <w:t>f 13335/9404/7971 13341/9407/7970 13340/9408/8157</w:t>
        <w:br/>
        <w:t>f 13337/9402/8153 13335/9404/7971 13340/9408/8157</w:t>
        <w:br/>
        <w:t>f 12529/8595/7395 13303/9369/8123 13315/9383/8137</w:t>
        <w:br/>
        <w:t>f 12528/8596/7396 12529/8595/7395 13315/9383/8137</w:t>
        <w:br/>
        <w:t>f 13258/9327/8081 13315/9383/8137 13303/9369/8123</w:t>
        <w:br/>
        <w:t>f 13261/9328/8082 13258/9327/8081 13303/9369/8123</w:t>
        <w:br/>
        <w:t>f 13310/9376/8130 13306/9373/8127 13322/9391/8144</w:t>
        <w:br/>
        <w:t>f 13306/9373/8127 13274/9342/8096 13275/9341/8095</w:t>
        <w:br/>
        <w:t>f 13274/9342/8096 13306/9373/8127 13310/9376/8130</w:t>
        <w:br/>
        <w:t>f 13183/9250/8012 13181/9249/8011 13342/9409/8158</w:t>
        <w:br/>
        <w:t>f 13343/9410/8159 13324/9389/7742 13308/9375/8129</w:t>
        <w:br/>
        <w:t>f 13148/9216/7980 13146/9210/7974 13143/9213/7977</w:t>
        <w:br/>
        <w:t>f 13149/9215/7979 13148/9216/7980 13143/9213/7977</w:t>
        <w:br/>
        <w:t>f 12857/8925/7719 12858/8924/7718 13080/9147/7912</w:t>
        <w:br/>
        <w:t>f 12857/8925/7719 13080/9147/7912 13062/9130/7895</w:t>
        <w:br/>
        <w:t>f 13102/9169/7934 12729/8793/7588 13109/9176/7941</w:t>
        <w:br/>
        <w:t>f 13092/9158/7923 13091/9159/7924 13099/9165/7930</w:t>
        <w:br/>
        <w:t>f 12609/8674/7471 12607/8676/7473 13344/9411/8160</w:t>
        <w:br/>
        <w:t>f 13300/9368/8122 13346/9412/8161 13345/9413/8162</w:t>
        <w:br/>
        <w:t>f 13298/9366/8120 13300/9368/8122 13345/9413/8162</w:t>
        <w:br/>
        <w:t>f 13298/9366/8120 13345/9413/8162 13347/9414/8163</w:t>
        <w:br/>
        <w:t>f 13296/9364/8118 13298/9366/8120 13347/9414/8163</w:t>
        <w:br/>
        <w:t>f 13296/9364/8118 13347/9414/8163 13348/9415/8164</w:t>
        <w:br/>
        <w:t>f 13294/9360/8114 13296/9364/8118 13348/9415/8164</w:t>
        <w:br/>
        <w:t>f 13294/9360/8114 13348/9415/8164 13349/9416/8165</w:t>
        <w:br/>
        <w:t>f 13293/9361/8115 13294/9360/8114 13349/9416/8165</w:t>
        <w:br/>
        <w:t>f 13350/9417/8166 13339/9405/8155 13293/9361/8115</w:t>
        <w:br/>
        <w:t>f 13349/9416/8165 13350/9417/8166 13293/9361/8115</w:t>
        <w:br/>
        <w:t>f 12469/8537/7337 13351/9418/8167 12393/8460/7260</w:t>
        <w:br/>
        <w:t>f 12390/8459/7259 12469/8537/7337 12393/8460/7260</w:t>
        <w:br/>
        <w:t>f 12396/8462/7262 12533/8600/7400 12532/8599/7399</w:t>
        <w:br/>
        <w:t>f 12395/8463/7263 12396/8462/7262 12532/8599/7399</w:t>
        <w:br/>
        <w:t>f 12406/8475/7275 12405/8472/7272 12403/8470/7270</w:t>
        <w:br/>
        <w:t>f 12404/8469/7269 12406/8475/7275 12403/8470/7270</w:t>
        <w:br/>
        <w:t>f 12404/8469/7269 12395/8463/7263 12532/8599/7399</w:t>
        <w:br/>
        <w:t>f 12406/8475/7275 12404/8469/7269 12532/8599/7399</w:t>
        <w:br/>
        <w:t>f 13351/9418/8167 12402/8471/7271 12403/8470/7270</w:t>
        <w:br/>
        <w:t>f 12393/8460/7260 13351/9418/8167 12403/8470/7270</w:t>
        <w:br/>
        <w:t>f 12472/8539/7339 12390/8459/7259 12391/8458/7258</w:t>
        <w:br/>
        <w:t>f 12473/8541/7341 12472/8539/7339 12391/8458/7258</w:t>
        <w:br/>
        <w:t>f 12546/8610/7410 12547/8614/7414 12472/8539/7339</w:t>
        <w:br/>
        <w:t>f 12545/8611/7411 12546/8610/7410 12472/8539/7339</w:t>
        <w:br/>
        <w:t>f 12575/8642/7442 13240/9305/8060 13238/9307/8062</w:t>
        <w:br/>
        <w:t>f 12574/8640/7440 12575/8642/7442 13238/9307/8062</w:t>
        <w:br/>
        <w:t>f 13352/9419/8168 12781/8846/7641 12658/8725/7521</w:t>
        <w:br/>
        <w:t>f 12659/8724/7520 13352/9419/8168 12658/8725/7521</w:t>
        <w:br/>
        <w:t>f 12621/8687/7483 12622/8686/7482 12657/8726/7522</w:t>
        <w:br/>
        <w:t>f 12785/8852/7647 12621/8687/7483 12657/8726/7522</w:t>
        <w:br/>
        <w:t>f 12639/8708/7504 12625/8690/7486 12626/8693/7489</w:t>
        <w:br/>
        <w:t>f 12638/8705/7501 12639/8708/7504 12626/8693/7489</w:t>
        <w:br/>
        <w:t>f 12663/8730/7526 12635/8704/7500 12636/8703/7499</w:t>
        <w:br/>
        <w:t>f 12662/8727/7523 12663/8730/7526 12636/8703/7499</w:t>
        <w:br/>
        <w:t>f 12633/8701/7497 12644/8709/7505 12637/8702/7498</w:t>
        <w:br/>
        <w:t>f 12634/8700/7496 12633/8701/7497 12637/8702/7498</w:t>
        <w:br/>
        <w:t>f 12628/8695/7491 12634/8700/7496 12635/8704/7500</w:t>
        <w:br/>
        <w:t>f 12627/8696/7492 12628/8695/7491 12635/8704/7500</w:t>
        <w:br/>
        <w:t>f 12661/8728/7524 12781/8846/7641 13352/9419/8168</w:t>
        <w:br/>
        <w:t>f 12660/8729/7525 12661/8728/7524 13352/9419/8168</w:t>
        <w:br/>
        <w:t>f 12644/8709/7505 12633/8701/7497 12626/8693/7489</w:t>
        <w:br/>
        <w:t>f 12623/8692/7488 12644/8709/7505 12626/8693/7489</w:t>
        <w:br/>
        <w:t>f 12659/8724/7520 12622/8686/7482 12619/8689/7485</w:t>
        <w:br/>
        <w:t>f 12624/8691/7487 12625/8690/7486 12714/8781/7576</w:t>
        <w:br/>
        <w:t>f 12716/8782/7577 12624/8691/7487 12714/8781/7576</w:t>
        <w:br/>
        <w:t>f 12793/8863/7657 12794/8862/7656 12800/8867/7661</w:t>
        <w:br/>
        <w:t>f 12797/8866/7660 12793/8863/7657 12800/8867/7661</w:t>
        <w:br/>
        <w:t>f 12716/8782/7577 12714/8781/7576 12804/8871/7665</w:t>
        <w:br/>
        <w:t>f 12797/8866/7660 12841/8909/7703 12840/8907/7701</w:t>
        <w:br/>
        <w:t>f 12793/8863/7657 12797/8866/7660 12840/8907/7701</w:t>
        <w:br/>
        <w:t>f 12841/8909/7703 13173/9240/8002 12978/9044/7825</w:t>
        <w:br/>
        <w:t>f 12840/8907/7701 12841/8909/7703 12978/9044/7825</w:t>
        <w:br/>
        <w:t>f 12991/9058/7833 12980/9047/7827 12981/9046/7440</w:t>
        <w:br/>
        <w:t>f 12990/9055/7833 12991/9058/7833 12981/9046/7440</w:t>
        <w:br/>
        <w:t>f 12578/8645/7445 12549/8616/7416 12547/8614/7414</w:t>
        <w:br/>
        <w:t>f 12546/8610/7410 12578/8645/7445 12547/8614/7414</w:t>
        <w:br/>
        <w:t>f 12724/8791/7586 12814/8878/7672 12810/8877/7671</w:t>
        <w:br/>
        <w:t>f 12459/8527/7327 12463/8529/7329 12464/8528/7328</w:t>
        <w:br/>
        <w:t>f 12460/8526/7326 12459/8527/7327 12464/8528/7328</w:t>
        <w:br/>
        <w:t>f 13353/9420/8169 12875/8942/7736 12666/8732/7528</w:t>
        <w:br/>
        <w:t>f 12667/8731/7527 13353/9420/8169 12666/8732/7528</w:t>
        <w:br/>
        <w:t>f 12867/8933/7727 12868/8935/7729 12676/8742/7538</w:t>
        <w:br/>
        <w:t>f 12677/8741/7537 12867/8933/7727 12676/8742/7538</w:t>
        <w:br/>
        <w:t>f 12868/8935/7729 12875/8942/7736 12777/8845/7640</w:t>
        <w:br/>
        <w:t>f 12676/8742/7538 12868/8935/7729 12777/8845/7640</w:t>
        <w:br/>
        <w:t>f 12909/8974/7292 13015/9083/7854 13016/9082/7853</w:t>
        <w:br/>
        <w:t>f 12908/8975/7768 12909/8974/7292 13016/9082/7853</w:t>
        <w:br/>
        <w:t>f 13051/9118/7883 12866/8934/7728 12867/8933/7727</w:t>
        <w:br/>
        <w:t>f 13050/9117/7882 13051/9118/7883 12867/8933/7727</w:t>
        <w:br/>
        <w:t>f 13255/9322/8076 13350/9417/8166 13349/9416/8165</w:t>
        <w:br/>
        <w:t>f 13254/9321/8075 13255/9322/8076 13349/9416/8165</w:t>
        <w:br/>
        <w:t>f 13345/9413/8162 13268/9337/8091 13269/9336/8090</w:t>
        <w:br/>
        <w:t>f 13347/9414/8163 13345/9413/8162 13269/9336/8090</w:t>
        <w:br/>
        <w:t>f 13347/9414/8163 13269/9336/8090 13284/9351/8105</w:t>
        <w:br/>
        <w:t>f 13348/9415/8164 13347/9414/8163 13284/9351/8105</w:t>
        <w:br/>
        <w:t>f 13263/9329/8083 13259/9326/8080 13265/9333/8087</w:t>
        <w:br/>
        <w:t>f 13291/9358/8112 13263/9329/8083 13265/9333/8087</w:t>
        <w:br/>
        <w:t>f 13254/9321/8075 13349/9416/8165 13348/9415/8164</w:t>
        <w:br/>
        <w:t>f 13284/9351/8105 13254/9321/8075 13348/9415/8164</w:t>
        <w:br/>
        <w:t>f 13268/9337/8091 13345/9413/8162 13346/9412/8161</w:t>
        <w:br/>
        <w:t>f 13291/9358/8112 13268/9337/8091 13346/9412/8161</w:t>
        <w:br/>
        <w:t>f 13317/9384/8138 13315/9383/8137 13258/9327/8081</w:t>
        <w:br/>
        <w:t>f 13262/9330/8084 13317/9384/8138 13258/9327/8081</w:t>
        <w:br/>
        <w:t>f 12599/8666/7464 13354/9421/8170 12463/8529/7329</w:t>
        <w:br/>
        <w:t>f 13355/9422/8171 13354/9421/8170 12599/8666/7464</w:t>
        <w:br/>
        <w:t>f 13317/9384/8138 13355/9422/8171 12599/8666/7464</w:t>
        <w:br/>
        <w:t>f 13262/9330/8084 13356/9423/8172 13355/9422/8171</w:t>
        <w:br/>
        <w:t>f 13317/9384/8138 13262/9330/8084 13355/9422/8171</w:t>
        <w:br/>
        <w:t>f 13354/9421/8170 13355/9422/8171 13358/9424/8173</w:t>
        <w:br/>
        <w:t>f 13357/9425/8174 13354/9421/8170 13358/9424/8173</w:t>
        <w:br/>
        <w:t>f 13359/9426/8175 12476/8544/7344 12433/8503/7303</w:t>
        <w:br/>
        <w:t>f 12462/8530/7330 13359/9426/8175 12433/8503/7303</w:t>
        <w:br/>
        <w:t>f 12463/8529/7329 13354/9421/8170 13359/9426/8175</w:t>
        <w:br/>
        <w:t>f 12462/8530/7330 12463/8529/7329 13359/9426/8175</w:t>
        <w:br/>
        <w:t>f 13360/9427/8176 13359/9426/8175 13354/9421/8170</w:t>
        <w:br/>
        <w:t>f 13356/9423/8172 13362/9428/8177 13361/9429/8178</w:t>
        <w:br/>
        <w:t>f 13355/9422/8171 13356/9423/8172 13361/9429/8178</w:t>
        <w:br/>
        <w:t>f 12400/8467/7267 12402/8471/7271 13363/9430/8179</w:t>
        <w:br/>
        <w:t>f 12401/8468/7268 12400/8467/7267 13363/9430/8179</w:t>
        <w:br/>
        <w:t>f 13365/9431/8180 13364/9432/8181 13301/9367/8121</w:t>
        <w:br/>
        <w:t>f 12466/8532/7332 13365/9431/8180 13301/9367/8121</w:t>
        <w:br/>
        <w:t>f 13357/9425/8174 13358/9424/8173 13367/9433/8182</w:t>
        <w:br/>
        <w:t>f 13366/9434/8183 13357/9425/8174 13367/9433/8182</w:t>
        <w:br/>
        <w:t>f 13364/9432/8181 13368/9435/8184 13300/9368/8122</w:t>
        <w:br/>
        <w:t>f 13301/9367/8121 13364/9432/8181 13300/9368/8122</w:t>
        <w:br/>
        <w:t>f 13361/9429/8178 13362/9428/8177 13369/9436/8185</w:t>
        <w:br/>
        <w:t>f 13368/9435/8184 13370/9437/8186 13346/9412/8161</w:t>
        <w:br/>
        <w:t>f 13300/9368/8122 13368/9435/8184 13346/9412/8161</w:t>
        <w:br/>
        <w:t>f 12470/8536/7336 12471/8535/7335 12475/8545/7345</w:t>
        <w:br/>
        <w:t>f 13371/9438/8187 12470/8536/7336 12475/8545/7345</w:t>
        <w:br/>
        <w:t>f 13371/9438/8187 12475/8545/7345 12476/8544/7344</w:t>
        <w:br/>
        <w:t>f 13359/9426/8175 13371/9438/8187 12476/8544/7344</w:t>
        <w:br/>
        <w:t>f 13263/9329/8083 13370/9437/8186 13356/9423/8172</w:t>
        <w:br/>
        <w:t>f 13262/9330/8084 13263/9329/8083 13356/9423/8172</w:t>
        <w:br/>
        <w:t>f 13291/9358/8112 13346/9412/8161 13370/9437/8186</w:t>
        <w:br/>
        <w:t>f 13263/9329/8083 13291/9358/8112 13370/9437/8186</w:t>
        <w:br/>
        <w:t>f 13362/9428/8177 13370/9437/8186 13368/9435/8184</w:t>
        <w:br/>
        <w:t>f 13370/9437/8186 13362/9428/8177 13356/9423/8172</w:t>
        <w:br/>
        <w:t>f 13362/9428/8177 13372/9439/8188 13369/9436/8185</w:t>
        <w:br/>
        <w:t>f 13372/9439/8188 13362/9428/8177 13368/9435/8184</w:t>
        <w:br/>
        <w:t>f 13364/9432/8181 13372/9439/8188 13368/9435/8184</w:t>
        <w:br/>
        <w:t>f 13373/9440/8189 13365/9431/8180 12466/8532/7332</w:t>
        <w:br/>
        <w:t>f 13374/9441/8190 13363/9430/8179 12402/8471/7271</w:t>
        <w:br/>
        <w:t>f 13351/9418/8167 13374/9441/8190 12402/8471/7271</w:t>
        <w:br/>
        <w:t>f 13351/9418/8167 12469/8537/7337 12470/8536/7336</w:t>
        <w:br/>
        <w:t>f 13374/9441/8190 13351/9418/8167 12470/8536/7336</w:t>
        <w:br/>
        <w:t>f 13374/9441/8190 12470/8536/7336 13371/9438/8187</w:t>
        <w:br/>
        <w:t>f 13375/9442/8191 13374/9441/8190 13371/9438/8187</w:t>
        <w:br/>
        <w:t>f 13373/9440/8189 12466/8532/7332 12401/8468/7268</w:t>
        <w:br/>
        <w:t>f 13363/9430/8179 13373/9440/8189 12401/8468/7268</w:t>
        <w:br/>
        <w:t>f 13375/9442/8191 13373/9440/8189 13363/9430/8179</w:t>
        <w:br/>
        <w:t>f 13374/9441/8190 13375/9442/8191 13363/9430/8179</w:t>
        <w:br/>
        <w:t>f 13373/9440/8189 13376/9443/8192 13365/9431/8180</w:t>
        <w:br/>
        <w:t>f 13376/9443/8192 13373/9440/8189 13375/9442/8191</w:t>
        <w:br/>
        <w:t>f 13364/9432/8181 13365/9431/8180 13376/9443/8192</w:t>
        <w:br/>
        <w:t>f 13372/9439/8188 13364/9432/8181 13376/9443/8192</w:t>
        <w:br/>
        <w:t>f 13376/9443/8192 13375/9442/8191 13366/9434/8183</w:t>
        <w:br/>
        <w:t>f 13376/9443/8192 13366/9434/8183 13367/9433/8182</w:t>
        <w:br/>
        <w:t>f 13372/9439/8188 13376/9443/8192 13367/9433/8182</w:t>
        <w:br/>
        <w:t>f 12527/8593/7393 13378/9444/8193 13377/9445/8194</w:t>
        <w:br/>
        <w:t>f 12526/8594/7394 12527/8593/7393 13377/9445/8194</w:t>
        <w:br/>
        <w:t>f 12539/8609/7409 12575/8642/7442 12542/8606/7406</w:t>
        <w:br/>
        <w:t>f 13379/9446/8195 13239/9306/8061 13240/9305/8060</w:t>
        <w:br/>
        <w:t>f 13382/9447/8196 13381/9448/8197 13379/9446/8198</w:t>
        <w:br/>
        <w:t>f 13380/9449/8199 13382/9447/8196 13379/9446/8198</w:t>
        <w:br/>
        <w:t>f 13383/9450/8200 13382/9447/8196 13380/9449/8199</w:t>
        <w:br/>
        <w:t>f 13387/9451/8201 13386/9452/8202 13385/9453/7841</w:t>
        <w:br/>
        <w:t>f 13384/9454/8203 13387/9451/8201 13385/9453/7841</w:t>
        <w:br/>
        <w:t>f 13391/9455/8204 13390/9456/8205 13389/9457/8206</w:t>
        <w:br/>
        <w:t>f 13388/9458/8207 13391/9455/8204 13389/9457/8206</w:t>
        <w:br/>
        <w:t>f 13386/9452/8202 13387/9451/8201 13388/9458/8207</w:t>
        <w:br/>
        <w:t>f 13389/9457/8206 13386/9452/8202 13388/9458/8207</w:t>
        <w:br/>
        <w:t>f 13395/9459/8208 13394/9460/8209 13393/9461/8210</w:t>
        <w:br/>
        <w:t>f 13392/9462/8211 13395/9459/8208 13393/9461/8210</w:t>
        <w:br/>
        <w:t>f 13396/9463/8212 13391/9455/8204 13388/9458/8207</w:t>
        <w:br/>
        <w:t>f 13397/9464/8213 13396/9463/8212 13388/9458/8207</w:t>
        <w:br/>
        <w:t>f 13397/9464/8213 13377/9445/8194 13378/9444/8193</w:t>
        <w:br/>
        <w:t>f 13396/9463/8212 13397/9464/8213 13378/9444/8193</w:t>
        <w:br/>
        <w:t>f 13399/9465/8214 13395/9459/8208 13392/9462/8211</w:t>
        <w:br/>
        <w:t>f 13398/9466/8215 13399/9465/8214 13392/9462/8211</w:t>
        <w:br/>
        <w:t>f 13398/9466/8215 13392/9462/8211 13400/9467/8216</w:t>
        <w:br/>
        <w:t>f 13387/9451/8201 13398/9466/8215 13400/9467/8216</w:t>
        <w:br/>
        <w:t>f 13400/9467/8216 13388/9458/8207 13387/9451/8201</w:t>
        <w:br/>
        <w:t>f 13401/9468/8217 13400/9467/8216 13392/9462/8211</w:t>
        <w:br/>
        <w:t>f 13393/9461/8210 13401/9468/8217 13392/9462/8211</w:t>
        <w:br/>
        <w:t>f 13400/9467/8216 13397/9464/8213 13388/9458/8207</w:t>
        <w:br/>
        <w:t>f 13400/9467/8216 13401/9468/8217 13397/9464/8213</w:t>
        <w:br/>
        <w:t>f 13405/9469/8218 13404/9470/8219 13403/9471/8220</w:t>
        <w:br/>
        <w:t>f 13402/9472/8221 13405/9469/8218 13403/9471/8220</w:t>
        <w:br/>
        <w:t>f 12415/8485/7285 13403/9471/8220 13404/9470/8219</w:t>
        <w:br/>
        <w:t>f 12419/8486/7286 12415/8485/7285 13404/9470/8219</w:t>
        <w:br/>
        <w:t>f 13406/9473/8222 13405/9469/8218 13402/9472/8221</w:t>
        <w:br/>
        <w:t>f 13407/9474/8223 13406/9473/8222 13402/9472/8221</w:t>
        <w:br/>
        <w:t>f 13409/9475/8224 13408/9476/8225 13395/9459/8208</w:t>
        <w:br/>
        <w:t>f 13399/9465/8214 13409/9475/8224 13395/9459/8208</w:t>
        <w:br/>
        <w:t>f 13408/9476/8225 13409/9475/8224 13406/9473/8222</w:t>
        <w:br/>
        <w:t>f 13407/9474/8223 13408/9476/8225 13406/9473/8222</w:t>
        <w:br/>
        <w:t>f 12530/8598/7398 13410/9477/8226 12416/8484/7284</w:t>
        <w:br/>
        <w:t>f 12411/8481/7281 12530/8598/7398 12416/8484/7284</w:t>
        <w:br/>
        <w:t>f 13410/9477/8226 13403/9471/8220 12415/8485/7285</w:t>
        <w:br/>
        <w:t>f 12416/8484/7284 13410/9477/8226 12415/8485/7285</w:t>
        <w:br/>
        <w:t>f 13403/9471/8220 13410/9477/8226 13402/9472/8221</w:t>
        <w:br/>
        <w:t>f 13411/9478/8227 12396/8462/7262 12397/8461/7261</w:t>
        <w:br/>
        <w:t>f 13411/9478/8227 12397/8461/7261 12398/8466/7266</w:t>
        <w:br/>
        <w:t>f 13412/9479/8228 13411/9478/8227 12398/8466/7266</w:t>
        <w:br/>
        <w:t>f 13413/9480/8229 13244/9312/8066 12388/8454/7254</w:t>
        <w:br/>
        <w:t>f 12389/8453/7253 13413/9480/8229 12388/8454/7254</w:t>
        <w:br/>
        <w:t>f 13414/9481/8230 12467/8534/7334 13244/9312/8066</w:t>
        <w:br/>
        <w:t>f 13413/9480/8229 13414/9481/8230 13244/9312/8066</w:t>
        <w:br/>
        <w:t>f 12398/8466/7266 12467/8534/7334 13414/9481/8230</w:t>
        <w:br/>
        <w:t>f 13412/9479/8228 12398/8466/7266 13414/9481/8230</w:t>
        <w:br/>
        <w:t>f 13415/9482/8231 13414/9481/8230 13413/9480/8229</w:t>
        <w:br/>
        <w:t>f 13416/9483/8232 13415/9482/8231 13413/9480/8229</w:t>
        <w:br/>
        <w:t>f 13417/9484/8233 12534/8601/7401 12533/8600/7400</w:t>
        <w:br/>
        <w:t>f 12530/8598/7398 13419/9485/8234 13418/9486/8235</w:t>
        <w:br/>
        <w:t>f 13410/9477/8226 12530/8598/7398 13418/9486/8235</w:t>
        <w:br/>
        <w:t>f 13418/9486/8235 13402/9472/8221 13410/9477/8226</w:t>
        <w:br/>
        <w:t>f 12531/8597/7397 12534/8601/7401 13419/9485/8234</w:t>
        <w:br/>
        <w:t>f 12530/8598/7398 12531/8597/7397 13419/9485/8234</w:t>
        <w:br/>
        <w:t>f 13394/9460/8209 13395/9459/8208 13408/9476/8225</w:t>
        <w:br/>
        <w:t>f 13420/9487/8236 13394/9460/8209 13408/9476/8225</w:t>
        <w:br/>
        <w:t>f 13421/9488/8237 13394/9460/8209 13420/9487/8236</w:t>
        <w:br/>
        <w:t>f 13422/9489/8238 13421/9488/8237 13420/9487/8236</w:t>
        <w:br/>
        <w:t>f 13413/9480/8229 12389/8453/7253 12526/8594/7394</w:t>
        <w:br/>
        <w:t>f 13416/9483/8232 13413/9480/8229 12526/8594/7394</w:t>
        <w:br/>
        <w:t>f 13401/9468/8217 13423/9490/8239 13377/9445/8194</w:t>
        <w:br/>
        <w:t>f 13397/9464/8213 13401/9468/8217 13377/9445/8194</w:t>
        <w:br/>
        <w:t>f 13415/9482/8231 13424/9491/8240 13421/9488/8237</w:t>
        <w:br/>
        <w:t>f 13425/9492/8241 13415/9482/8231 13421/9488/8237</w:t>
        <w:br/>
        <w:t>f 13424/9491/8240 13393/9461/8210 13394/9460/8209</w:t>
        <w:br/>
        <w:t>f 13421/9488/8237 13424/9491/8240 13394/9460/8209</w:t>
        <w:br/>
        <w:t>f 13423/9490/8239 13416/9483/8232 12526/8594/7394</w:t>
        <w:br/>
        <w:t>f 13377/9445/8194 13423/9490/8239 12526/8594/7394</w:t>
        <w:br/>
        <w:t>f 13416/9483/8232 13423/9490/8239 13424/9491/8240</w:t>
        <w:br/>
        <w:t>f 13415/9482/8231 13416/9483/8232 13424/9491/8240</w:t>
        <w:br/>
        <w:t>f 13423/9490/8239 13401/9468/8217 13393/9461/8210</w:t>
        <w:br/>
        <w:t>f 13424/9491/8240 13423/9490/8239 13393/9461/8210</w:t>
        <w:br/>
        <w:t>f 13402/9472/8221 13418/9486/8235 13426/9493/8242</w:t>
        <w:br/>
        <w:t>f 13407/9474/8223 13402/9472/8221 13426/9493/8242</w:t>
        <w:br/>
        <w:t>f 13407/9474/8223 13426/9493/8242 13420/9487/8236</w:t>
        <w:br/>
        <w:t>f 13408/9476/8225 13407/9474/8223 13420/9487/8236</w:t>
        <w:br/>
        <w:t>f 13418/9486/8235 13419/9485/8234 13427/9494/8243</w:t>
        <w:br/>
        <w:t>f 13426/9493/8242 13418/9486/8235 13427/9494/8243</w:t>
        <w:br/>
        <w:t>f 12534/8601/7401 13417/9484/8233 13427/9494/8243</w:t>
        <w:br/>
        <w:t>f 13427/9494/8243 13417/9484/8233 13428/9495/8244</w:t>
        <w:br/>
        <w:t>f 13422/9489/8238 13427/9494/8243 13428/9495/8244</w:t>
        <w:br/>
        <w:t>f 13422/9489/8238 13420/9487/8236 13426/9493/8242</w:t>
        <w:br/>
        <w:t>f 13427/9494/8243 13422/9489/8238 13426/9493/8242</w:t>
        <w:br/>
        <w:t>f 13422/9489/8238 13428/9495/8244 13425/9492/8241</w:t>
        <w:br/>
        <w:t>f 13421/9488/8237 13422/9489/8238 13425/9492/8241</w:t>
        <w:br/>
        <w:t>f 12534/8601/7401 13427/9494/8243 13419/9485/8234</w:t>
        <w:br/>
        <w:t>f 13417/9484/8233 12533/8600/7400 12396/8462/7262</w:t>
        <w:br/>
        <w:t>f 13417/9484/8233 12396/8462/7262 13411/9478/8227</w:t>
        <w:br/>
        <w:t>f 13428/9495/8244 13417/9484/8233 13411/9478/8227</w:t>
        <w:br/>
        <w:t>f 13428/9495/8244 13411/9478/8227 13412/9479/8228</w:t>
        <w:br/>
        <w:t>f 13425/9492/8241 13428/9495/8244 13412/9479/8228</w:t>
        <w:br/>
        <w:t>f 13414/9481/8230 13415/9482/8231 13425/9492/8241</w:t>
        <w:br/>
        <w:t>f 13412/9479/8228 13414/9481/8230 13425/9492/8241</w:t>
        <w:br/>
        <w:t>f 12656/8722/7518 12655/8723/7519 12792/8856/7650</w:t>
        <w:br/>
        <w:t>f 12789/8859/7653 12656/8722/7518 12792/8856/7650</w:t>
        <w:br/>
        <w:t>f 13430/9496/8245 13429/9497/8246 12620/8688/7484</w:t>
        <w:br/>
        <w:t>f 12621/8687/7483 13430/9496/8245 12620/8688/7484</w:t>
        <w:br/>
        <w:t>f 13432/9498/8247 12785/8852/7647 12783/8851/7646</w:t>
        <w:br/>
        <w:t>f 13431/9499/8248 13432/9498/8247 12783/8851/7646</w:t>
        <w:br/>
        <w:t>f 12804/8871/7665 12801/8870/7664 12715/8783/7578</w:t>
        <w:br/>
        <w:t>f 12716/8782/7577 12804/8871/7665 12715/8783/7578</w:t>
        <w:br/>
        <w:t>f 13429/9497/8246 12805/8873/8249 12705/8771/7567</w:t>
        <w:br/>
        <w:t>f 12620/8688/7484 13429/9497/8246 12705/8771/7567</w:t>
        <w:br/>
        <w:t>f 13431/9499/8248 12783/8851/7646 12656/8722/7518</w:t>
        <w:br/>
        <w:t>f 12789/8859/7653 13431/9499/8248 12656/8722/7518</w:t>
        <w:br/>
        <w:t>f 12801/8870/7664 12792/8856/7650 12655/8723/7519</w:t>
        <w:br/>
        <w:t>f 12715/8783/7578 12801/8870/7664 12655/8723/7519</w:t>
        <w:br/>
        <w:t>f 12785/8852/7647 13432/9498/8247 13430/9496/8245</w:t>
        <w:br/>
        <w:t>f 12621/8687/7483 12785/8852/7647 13430/9496/8245</w:t>
        <w:br/>
        <w:t>f 12804/8871/7665 12810/8877/7671 12803/8868/7662</w:t>
        <w:br/>
        <w:t>f 12804/8871/7665 12714/8781/7576 12810/8877/7671</w:t>
        <w:br/>
        <w:t>f 13032/9099/7864 13433/9500/8250 12805/8873/7667</w:t>
        <w:br/>
        <w:t>f 12806/8872/7666 13032/9099/7864 12805/8873/7667</w:t>
        <w:br/>
        <w:t>f 12926/8990/7779 12809/8876/8251 12925/8991/7780</w:t>
        <w:br/>
        <w:t>f 12925/8991/7780 12809/8876/8251 13242/9308/7864</w:t>
        <w:br/>
        <w:t>f 12829/8895/7689 12830/8894/7688 12899/8966/7760</w:t>
        <w:br/>
        <w:t>f 12614/8682/7479 12568/8636/7436 13199/9266/8025</w:t>
        <w:br/>
        <w:t>f 12616/8683/7480 12614/8682/7479 13199/9266/8025</w:t>
        <w:br/>
        <w:t>f 12850/8917/7711 12761/8825/7620 12758/8828/7623</w:t>
        <w:br/>
        <w:t>f 13220/9287/8041 12850/8917/7711 12758/8828/7623</w:t>
        <w:br/>
        <w:t>f 12762/8831/7626 12763/8830/7625 12851/8921/7715</w:t>
        <w:br/>
        <w:t>f 12852/8920/7714 12762/8831/7626 12851/8921/7715</w:t>
        <w:br/>
        <w:t>f 12856/8922/7716 12859/8926/7720 12872/8937/7731</w:t>
        <w:br/>
        <w:t>f 12855/8923/7717 12856/8922/7716 12872/8937/7731</w:t>
        <w:br/>
        <w:t>f 12851/8921/7715 12855/8923/7717 12872/8937/7731</w:t>
        <w:br/>
        <w:t>f 12854/8918/7712 12851/8921/7715 12872/8937/7731</w:t>
        <w:br/>
        <w:t>f 12853/8919/7713 12678/8748/7544 12850/8917/7711</w:t>
        <w:br/>
        <w:t>f 12852/8920/7714 12853/8919/7713 12850/8917/7711</w:t>
        <w:br/>
        <w:t>f 13434/9501/8252 12756/8822/7617 13224/9292/8046</w:t>
        <w:br/>
        <w:t>f 13434/9501/8252 12755/8823/7618 12756/8822/7617</w:t>
        <w:br/>
        <w:t>f 12772/8837/7632 12856/8922/7716 12766/8836/7631</w:t>
        <w:br/>
        <w:t>f 12857/8925/7719 12856/8922/7716 12772/8837/7632</w:t>
        <w:br/>
        <w:t>f 12916/8982/7307 13436/9502/7306 13435/9503/8253</w:t>
        <w:br/>
        <w:t>f 12915/8983/7773 12916/8982/7307 13435/9503/8253</w:t>
        <w:br/>
        <w:t>f 12688/8755/7551 13039/9106/7871 13041/9107/7872</w:t>
        <w:br/>
        <w:t>f 12694/8759/7555 12688/8755/7551 13041/9107/7872</w:t>
        <w:br/>
        <w:t>f 12673/8740/7536 12688/8755/7551 12691/8756/7552</w:t>
        <w:br/>
        <w:t>f 12691/8756/7552 12688/8755/7551 12694/8759/7555</w:t>
        <w:br/>
        <w:t>f 12427/8493/7293 12449/8517/7317 12450/8516/7316</w:t>
        <w:br/>
        <w:t>f 12426/8494/7294 12427/8493/7293 12450/8516/7316</w:t>
        <w:br/>
        <w:t>f 12444/8510/7310 12450/8516/7316 12447/8514/7314</w:t>
        <w:br/>
        <w:t>f 12692/8761/7557 12693/8760/7556 12674/8744/7540</w:t>
        <w:br/>
        <w:t>f 12675/8743/7539 12692/8761/7557 12674/8744/7540</w:t>
        <w:br/>
        <w:t>f 12692/8761/7557 12690/8757/7553 12691/8756/7552</w:t>
        <w:br/>
        <w:t>f 12918/8984/7774 13435/9503/8253 13436/9502/7306</w:t>
        <w:br/>
        <w:t>f 12917/8985/7317 12918/8984/7774 13436/9502/7306</w:t>
        <w:br/>
        <w:t>f 12693/8760/7556 13040/9108/7873 13036/9103/7868</w:t>
        <w:br/>
        <w:t>f 12674/8744/7540 12693/8760/7556 13036/9103/7868</w:t>
        <w:br/>
        <w:t>f 12443/8511/7311 12444/8510/7310 12448/8513/7313</w:t>
        <w:br/>
        <w:t>f 12445/8509/7309 12442/8512/7312 13320/9386/8140</w:t>
        <w:br/>
        <w:t>f 13304/9371/8125 12445/8509/7309 13320/9386/8140</w:t>
        <w:br/>
        <w:t>f 13275/9341/8095 13304/9371/8125 13320/9386/8140</w:t>
        <w:br/>
        <w:t>f 13261/9328/8082 13304/9371/8125 13275/9341/8095</w:t>
        <w:br/>
        <w:t>f 12444/8510/7310 12445/8509/7309 13437/9504/8254</w:t>
        <w:br/>
        <w:t>f 13439/9505/8255 13321/9388/8256 13438/9506/8257</w:t>
        <w:br/>
        <w:t>f 13305/9374/8128 13321/9388/8142 13440/9507/8258</w:t>
        <w:br/>
        <w:t>f 13305/9374/8128 13275/9341/8095 13320/9386/8140</w:t>
        <w:br/>
        <w:t>f 13305/9374/8128 13306/9373/8127 13275/9341/8095</w:t>
        <w:br/>
        <w:t>f 12443/8511/7311 13321/9388/8256 12442/8512/7312</w:t>
        <w:br/>
        <w:t>f 13257/9324/8078 13441/9508/8259 13312/9379/8133</w:t>
        <w:br/>
        <w:t>f 13441/9508/8259 13288/9356/8110 13287/9353/8107</w:t>
        <w:br/>
        <w:t>f 13312/9379/8133 13441/9508/8259 13287/9353/8107</w:t>
        <w:br/>
        <w:t>f 13288/9356/8110 13289/9355/8109 13279/9343/8097</w:t>
        <w:br/>
        <w:t>f 13287/9353/8107 13288/9356/8110 13279/9343/8097</w:t>
        <w:br/>
        <w:t>f 13289/9355/8109 13280/9348/8102 13278/9344/8098</w:t>
        <w:br/>
        <w:t>f 13279/9343/8097 13289/9355/8109 13278/9344/8098</w:t>
        <w:br/>
        <w:t>f 13290/9357/8111 13280/9348/8102 13271/9339/8093</w:t>
        <w:br/>
        <w:t>f 13257/9324/8078 13256/9323/8077 13441/9508/8259</w:t>
        <w:br/>
        <w:t>f 13256/9323/8077 13285/9352/8106 13288/9356/8110</w:t>
        <w:br/>
        <w:t>f 13441/9508/8259 13256/9323/8077 13288/9356/8110</w:t>
        <w:br/>
        <w:t>f 13281/9347/8101 13280/9348/8102 13290/9357/8111</w:t>
        <w:br/>
        <w:t>f 12735/8802/7597 13210/9276/8032 12734/8799/7594</w:t>
        <w:br/>
        <w:t>f 13206/9273/8030 12490/8554/7354 12558/8625/7425</w:t>
        <w:br/>
        <w:t>f 12772/8837/7632 12770/8839/7634 12773/8842/7637</w:t>
        <w:br/>
        <w:t>f 13068/9135/7900 13063/9129/7894 13077/9143/7908</w:t>
        <w:br/>
        <w:t>f 12689/8758/7554 13110/9177/7942 12869/8936/7730</w:t>
        <w:br/>
        <w:t>f 12782/8849/7644 12667/8731/7527 12664/8734/7530</w:t>
        <w:br/>
        <w:t>f 12630/8697/7493 12782/8849/7644 12629/8694/7490</w:t>
        <w:br/>
        <w:t>f 13353/9420/8169 12777/8845/7640 12875/8942/7736</w:t>
        <w:br/>
        <w:t>f 13318/9385/8139 12529/8595/7395 12426/8494/7294</w:t>
        <w:br/>
        <w:t>f 12444/8510/7310 13318/9385/8139 12426/8494/7294</w:t>
        <w:br/>
        <w:t>f 13148/9216/7980 13141/9209/7973 13142/9208/7972</w:t>
        <w:br/>
        <w:t>f 13342/9409/8158 13181/9249/8011 13442/9509/8260</w:t>
        <w:br/>
        <w:t>f 13443/9510/8261 13324/9389/7742 13343/9410/8159</w:t>
        <w:br/>
        <w:t>f 13444/9511/8262 13344/9411/8160 12607/8676/7473</w:t>
        <w:br/>
        <w:t>f 13323/9390/8143 13445/9512/7756 13328/9395/8263</w:t>
        <w:br/>
        <w:t>f 13322/9391/8144 13323/9390/8143 13328/9395/8263</w:t>
        <w:br/>
        <w:t>f 12880/8947/7741 12895/8960/7754 12879/8948/7742</w:t>
        <w:br/>
        <w:t>f 13310/9376/8130 13322/9391/8144 13309/9377/8131</w:t>
        <w:br/>
        <w:t>f 13322/9391/8144 13306/9373/8127 13308/9375/8129</w:t>
        <w:br/>
        <w:t>f 13446/9513/8264 13440/9507/8258 13321/9388/8142</w:t>
        <w:br/>
        <w:t>f 13305/9374/8128 13440/9507/8258 13307/9372/8126</w:t>
        <w:br/>
        <w:t>f 13307/9372/8126 13440/9507/8258 13443/9510/8265</w:t>
        <w:br/>
        <w:t>f 13281/9347/8101 13309/9377/8131 13311/9378/8132</w:t>
        <w:br/>
        <w:t>f 13278/9344/8098 13311/9378/8132 13277/9345/8099</w:t>
        <w:br/>
        <w:t>f 12881/8946/7740 12882/8949/7743 12884/8951/7745</w:t>
        <w:br/>
        <w:t>f 12699/8769/7565 12883/8950/7744 12702/8766/7562</w:t>
        <w:br/>
        <w:t>f 12939/9006/7792 12733/8800/7595 12734/8799/7594</w:t>
        <w:br/>
        <w:t>f 12831/8898/7692 12740/8807/7602 12733/8800/7595</w:t>
        <w:br/>
        <w:t>f 12820/8887/7681 12739/8803/7598 12740/8807/7602</w:t>
        <w:br/>
        <w:t>f 12747/8813/7608 12956/9023/7807 12748/8818/7613</w:t>
        <w:br/>
        <w:t>f 13164/9232/7994 12745/8809/7604 13163/9233/7995</w:t>
        <w:br/>
        <w:t>f 13181/9249/8011 12881/8946/7740 12879/8948/7742</w:t>
        <w:br/>
        <w:t>f 12443/8511/7311 12448/8513/7313 13438/9506/8257</w:t>
        <w:br/>
        <w:t>f 12448/8513/7313 12444/8510/7310 12447/8514/7314</w:t>
        <w:br/>
        <w:t>f 13438/9506/8257 13321/9388/8256 12443/8511/7311</w:t>
        <w:br/>
        <w:t>f 12439/8508/7308 12440/8507/7307 13447/9514/8266</w:t>
        <w:br/>
        <w:t>f 13448/9515/8267 12439/8508/7308 13447/9514/8266</w:t>
        <w:br/>
        <w:t>f 12599/8666/7464 12463/8529/7329 12459/8527/7327</w:t>
        <w:br/>
        <w:t>f 12528/8596/7396 12459/8527/7327 12425/8495/7295</w:t>
        <w:br/>
        <w:t>f 12399/8465/7265 12467/8534/7334 12398/8466/7266</w:t>
        <w:br/>
        <w:t>f 12884/8951/7745 12153/8219/7024 12377/8444/7244</w:t>
        <w:br/>
        <w:t>f 12885/8952/7746 12884/8951/7745 12377/8444/7244</w:t>
        <w:br/>
        <w:t>f 12379/8445/7245 12378/8446/7246 13140/9204/7968</w:t>
        <w:br/>
        <w:t>f 13145/9211/7975 12379/8445/7245 13140/9204/7968</w:t>
        <w:br/>
        <w:t>f 12380/8447/7247 12896/8963/7757 12885/8952/7746</w:t>
        <w:br/>
        <w:t>f 12377/8444/7244 12380/8447/7247 12885/8952/7746</w:t>
        <w:br/>
        <w:t>f 12039/8106/6923 12381/8448/7248 13230/9297/8051</w:t>
        <w:br/>
        <w:t>f 13097/9162/7927 12039/8106/6923 13230/9297/8051</w:t>
        <w:br/>
        <w:t>f 12380/8447/7247 12382/8449/7249 13142/9208/7972</w:t>
        <w:br/>
        <w:t>f 12896/8963/7757 12380/8447/7247 13142/9208/7972</w:t>
        <w:br/>
        <w:t>f 12382/8449/7249 12383/8450/7250 13148/9216/7980</w:t>
        <w:br/>
        <w:t>f 13142/9208/7972 12382/8449/7249 13148/9216/7980</w:t>
        <w:br/>
        <w:t>f 12384/8451/7251 12379/8445/7245 13145/9211/7975</w:t>
        <w:br/>
        <w:t>f 13146/9210/7974 12384/8451/7251 13145/9211/7975</w:t>
        <w:br/>
        <w:t>f 12385/8452/7252 13139/9205/7969 13140/9204/7968</w:t>
        <w:br/>
        <w:t>f 12378/8446/7246 12385/8452/7252 13140/9204/7968</w:t>
        <w:br/>
        <w:t>f 12383/8450/7250 12384/8451/7251 13146/9210/7974</w:t>
        <w:br/>
        <w:t>f 13148/9216/7980 12383/8450/7250 13146/9210/7974</w:t>
        <w:br/>
        <w:t>f 11991/8056/6873 11806/7874/6708 12699/8769/7565</w:t>
        <w:br/>
        <w:t>f 12700/8768/7564 11991/8056/6873 12699/8769/7565</w:t>
        <w:br/>
        <w:t>f 12882/8949/7743 11806/7874/6708 12152/8220/7025</w:t>
        <w:br/>
        <w:t>f 12810/8877/7671 12814/8878/7672 12811/8881/7675</w:t>
        <w:br/>
        <w:t>f 12666/8732/7528 12668/8736/7532 12665/8733/7529</w:t>
        <w:br/>
        <w:t>f 12711/8778/7573 12669/8735/7531 12720/8787/7582</w:t>
        <w:br/>
        <w:t>f 12712/8779/7574 12668/8736/7532 12711/8778/7573</w:t>
        <w:br/>
        <w:t>f 12640/8707/7503 12713/8780/7575 12639/8708/7504</w:t>
        <w:br/>
        <w:t>f 12639/8708/7504 12714/8781/7576 12625/8690/7486</w:t>
        <w:br/>
        <w:t>f 15114/9516/8268 15113/9517/8269 15112/9518/8270</w:t>
        <w:br/>
        <w:t>f 15111/9519/8271 15114/9516/8268 15112/9518/8270</w:t>
        <w:br/>
        <w:t>f 15117/9520/8272 15116/9521/8273 15115/9522/8274</w:t>
        <w:br/>
        <w:t>f 15120/9523/8275 15119/9524/8276 15118/9525/8277</w:t>
        <w:br/>
        <w:t>f 15121/9526/8278 15120/9523/8275 15118/9525/8277</w:t>
        <w:br/>
        <w:t>f 15125/9527/8279 15124/9528/8280 15123/9529/8281</w:t>
        <w:br/>
        <w:t>f 15122/9530/8282 15125/9527/8279 15123/9529/8281</w:t>
        <w:br/>
        <w:t>f 15128/9531/8283 15127/9532/8284 15126/9533/8285</w:t>
        <w:br/>
        <w:t>f 15129/9534/8286 15128/9531/8283 15126/9533/8285</w:t>
        <w:br/>
        <w:t>f 15132/9535/8287 15131/9536/8288 15130/9537/8289</w:t>
        <w:br/>
        <w:t>f 15133/9538/8290 15132/9535/8287 15130/9537/8289</w:t>
        <w:br/>
        <w:t>f 15136/9539/8291 15135/9540/8292 15134/9541/8293</w:t>
        <w:br/>
        <w:t>f 15138/9542/8294 15137/9543/8295 15119/9524/8276</w:t>
        <w:br/>
        <w:t>f 15120/9523/8275 15138/9542/8294 15119/9524/8276</w:t>
        <w:br/>
        <w:t>f 15124/9528/8280 15125/9527/8279 15139/9544/8296</w:t>
        <w:br/>
        <w:t>f 15140/9545/8297 15124/9528/8280 15139/9544/8296</w:t>
        <w:br/>
        <w:t>f 15142/9546/8298 15141/9547/8299 15127/9532/8284</w:t>
        <w:br/>
        <w:t>f 15128/9531/8283 15142/9546/8298 15127/9532/8284</w:t>
        <w:br/>
        <w:t>f 15131/9536/8288 15132/9535/8287 15143/9548/8300</w:t>
        <w:br/>
        <w:t>f 15144/9549/8301 15131/9536/8288 15143/9548/8300</w:t>
        <w:br/>
        <w:t>f 15146/9550/8302 15145/9551/8303 15141/9547/8299</w:t>
        <w:br/>
        <w:t>f 15142/9546/8298 15146/9550/8302 15141/9547/8299</w:t>
        <w:br/>
        <w:t>f 15148/9552/8304 15147/9553/8305 15144/9549/8301</w:t>
        <w:br/>
        <w:t>f 15143/9548/8300 15148/9552/8304 15144/9549/8301</w:t>
        <w:br/>
        <w:t>f 15133/9538/8290 15130/9537/8289 15149/9554/8306</w:t>
        <w:br/>
        <w:t>f 15145/9551/8303 15146/9550/8302 15137/9543/8295</w:t>
        <w:br/>
        <w:t>f 15138/9542/8294 15145/9551/8303 15137/9543/8295</w:t>
        <w:br/>
        <w:t>f 15140/9545/8297 15139/9544/8296 15147/9553/8305</w:t>
        <w:br/>
        <w:t>f 15148/9552/8304 15140/9545/8297 15147/9553/8305</w:t>
        <w:br/>
        <w:t>f 15121/9526/8278 15118/9525/8277 15151/9555/8307</w:t>
        <w:br/>
        <w:t>f 15150/9556/8308 15121/9526/8278 15151/9555/8307</w:t>
        <w:br/>
        <w:t>f 15122/9530/8282 15123/9529/8281 15135/9540/8292</w:t>
        <w:br/>
        <w:t>f 15152/9557/8309 15122/9530/8282 15135/9540/8292</w:t>
        <w:br/>
        <w:t>f 15154/9558/8310 15153/9559/8311 15150/9556/8308</w:t>
        <w:br/>
        <w:t>f 15151/9555/8307 15154/9558/8310 15150/9556/8308</w:t>
        <w:br/>
        <w:t>f 15136/9539/8291 15155/9560/8312 15135/9540/8292</w:t>
        <w:br/>
        <w:t>f 15158/9561/8313 15157/9562/8314 15156/9563/8315</w:t>
        <w:br/>
        <w:t>f 15159/9564/8316 15158/9561/8313 15156/9563/8315</w:t>
        <w:br/>
        <w:t>f 15119/9524/8276 15161/9565/8317 15160/9566/8318</w:t>
        <w:br/>
        <w:t>f 15118/9525/8277 15119/9524/8276 15160/9566/8318</w:t>
        <w:br/>
        <w:t>f 15129/9534/8286 15163/9567/8319 15162/9568/8320</w:t>
        <w:br/>
        <w:t>f 15128/9531/8283 15129/9534/8286 15162/9568/8320</w:t>
        <w:br/>
        <w:t>f 15161/9565/8317 15119/9524/8276 15137/9543/8295</w:t>
        <w:br/>
        <w:t>f 15164/9569/8321 15161/9565/8317 15137/9543/8295</w:t>
        <w:br/>
        <w:t>f 15165/9570/8322 15142/9546/8298 15128/9531/8283</w:t>
        <w:br/>
        <w:t>f 15162/9568/8320 15165/9570/8322 15128/9531/8283</w:t>
        <w:br/>
        <w:t>f 15166/9571/8323 15146/9550/8302 15142/9546/8298</w:t>
        <w:br/>
        <w:t>f 15165/9570/8322 15166/9571/8323 15142/9546/8298</w:t>
        <w:br/>
        <w:t>f 15163/9567/8319 15129/9534/8286 15113/9517/8269</w:t>
        <w:br/>
        <w:t>f 15114/9516/8268 15163/9567/8319 15113/9517/8269</w:t>
        <w:br/>
        <w:t>f 15146/9550/8302 15166/9571/8323 15164/9569/8321</w:t>
        <w:br/>
        <w:t>f 15137/9543/8295 15146/9550/8302 15164/9569/8321</w:t>
        <w:br/>
        <w:t>f 15118/9525/8277 15160/9566/8318 15167/9572/8324</w:t>
        <w:br/>
        <w:t>f 15151/9555/8307 15118/9525/8277 15167/9572/8324</w:t>
        <w:br/>
        <w:t>f 15168/9573/8325 15154/9558/8310 15151/9555/8307</w:t>
        <w:br/>
        <w:t>f 15167/9572/8324 15168/9573/8325 15151/9555/8307</w:t>
        <w:br/>
        <w:t>f 15171/9574/8326 15170/9575/8327 15169/9576/8328</w:t>
        <w:br/>
        <w:t>f 15172/9577/8329 15171/9574/8326 15169/9576/8328</w:t>
        <w:br/>
        <w:t>f 15121/9526/8278 15174/9578/8330 15173/9579/8331</w:t>
        <w:br/>
        <w:t>f 15120/9523/8275 15121/9526/8278 15173/9579/8331</w:t>
        <w:br/>
        <w:t>f 15176/9580/8332 15126/9533/8285 15127/9532/8284</w:t>
        <w:br/>
        <w:t>f 15175/9581/8333 15176/9580/8332 15127/9532/8284</w:t>
        <w:br/>
        <w:t>f 15120/9523/8275 15173/9579/8331 15177/9582/8334</w:t>
        <w:br/>
        <w:t>f 15138/9542/8294 15120/9523/8275 15177/9582/8334</w:t>
        <w:br/>
        <w:t>f 15141/9547/8299 15178/9583/8335 15175/9581/8333</w:t>
        <w:br/>
        <w:t>f 15127/9532/8284 15141/9547/8299 15175/9581/8333</w:t>
        <w:br/>
        <w:t>f 15178/9583/8335 15141/9547/8299 15145/9551/8303</w:t>
        <w:br/>
        <w:t>f 15179/9584/8336 15178/9583/8335 15145/9551/8303</w:t>
        <w:br/>
        <w:t>f 15179/9584/8336 15145/9551/8303 15138/9542/8294</w:t>
        <w:br/>
        <w:t>f 15177/9582/8334 15179/9584/8336 15138/9542/8294</w:t>
        <w:br/>
        <w:t>f 15150/9556/8308 15180/9585/8337 15174/9578/8330</w:t>
        <w:br/>
        <w:t>f 15121/9526/8278 15150/9556/8308 15174/9578/8330</w:t>
        <w:br/>
        <w:t>f 15153/9559/8311 15181/9586/8338 15180/9585/8337</w:t>
        <w:br/>
        <w:t>f 15150/9556/8308 15153/9559/8311 15180/9585/8337</w:t>
        <w:br/>
        <w:t>f 15172/9577/8329 15112/9518/8270 15113/9517/8269</w:t>
        <w:br/>
        <w:t>f 15171/9574/8326 15172/9577/8329 15113/9517/8269</w:t>
        <w:br/>
        <w:t>f 15185/9587/8339 15184/9588/8340 15183/9589/8341</w:t>
        <w:br/>
        <w:t>f 15182/9590/8342 15185/9587/8339 15183/9589/8341</w:t>
        <w:br/>
        <w:t>f 15188/9591/8343 15187/9592/8344 15186/9593/8345</w:t>
        <w:br/>
        <w:t>f 15190/9594/8346 15187/9592/8344 15188/9591/8343</w:t>
        <w:br/>
        <w:t>f 15189/9595/8347 15190/9594/8346 15188/9591/8343</w:t>
        <w:br/>
        <w:t>f 15193/9596/8348 15192/9597/8349 15191/9598/8350</w:t>
        <w:br/>
        <w:t>f 15197/9599/8351 15196/9600/8352 15195/9601/8353</w:t>
        <w:br/>
        <w:t>f 15194/9602/8354 15197/9599/8351 15195/9601/8353</w:t>
        <w:br/>
        <w:t>f 15201/9603/8355 15200/9604/8356 15199/9605/8357</w:t>
        <w:br/>
        <w:t>f 15198/9606/8358 15201/9603/8355 15199/9605/8357</w:t>
        <w:br/>
        <w:t>f 15203/9607/8359 15202/9608/8360 15198/9606/8358</w:t>
        <w:br/>
        <w:t>f 15199/9605/8357 15203/9607/8359 15198/9606/8358</w:t>
        <w:br/>
        <w:t>f 15206/9609/8361 15205/9610/8362 15204/9611/8363</w:t>
        <w:br/>
        <w:t>f 15207/9612/8364 15206/9609/8361 15204/9611/8363</w:t>
        <w:br/>
        <w:t>f 15207/9612/8364 15204/9611/8363 15209/9613/8365</w:t>
        <w:br/>
        <w:t>f 15208/9614/8366 15207/9612/8364 15209/9613/8365</w:t>
        <w:br/>
        <w:t>f 15205/9610/8362 15206/9609/8361 15202/9608/8360</w:t>
        <w:br/>
        <w:t>f 15203/9607/8359 15205/9610/8362 15202/9608/8360</w:t>
        <w:br/>
        <w:t>f 15211/9615/8367 15210/9616/8368 15200/9604/8356</w:t>
        <w:br/>
        <w:t>f 15201/9603/8355 15211/9615/8367 15200/9604/8356</w:t>
        <w:br/>
        <w:t>f 15210/9616/8368 15211/9615/8367 15212/9617/8369</w:t>
        <w:br/>
        <w:t>f 15213/9618/8370 15210/9616/8368 15212/9617/8369</w:t>
        <w:br/>
        <w:t>f 15215/9619/8371 15214/9620/8372 15213/9618/8370</w:t>
        <w:br/>
        <w:t>f 15212/9617/8369 15215/9619/8371 15213/9618/8370</w:t>
        <w:br/>
        <w:t>f 15216/9621/8373 15209/9613/8365 15204/9611/8363</w:t>
        <w:br/>
        <w:t>f 15217/9622/8374 15216/9621/8373 15204/9611/8363</w:t>
        <w:br/>
        <w:t>f 15205/9610/8362 15218/9623/8375 15217/9622/8374</w:t>
        <w:br/>
        <w:t>f 15204/9611/8363 15205/9610/8362 15217/9622/8374</w:t>
        <w:br/>
        <w:t>f 15203/9607/8359 15219/9624/8376 15218/9623/8375</w:t>
        <w:br/>
        <w:t>f 15205/9610/8362 15203/9607/8359 15218/9623/8375</w:t>
        <w:br/>
        <w:t>f 15219/9624/8376 15203/9607/8359 15199/9605/8357</w:t>
        <w:br/>
        <w:t>f 15220/9625/8377 15219/9624/8376 15199/9605/8357</w:t>
        <w:br/>
        <w:t>f 15200/9604/8356 15221/9626/8378 15220/9625/8377</w:t>
        <w:br/>
        <w:t>f 15199/9605/8357 15200/9604/8356 15220/9625/8377</w:t>
        <w:br/>
        <w:t>f 15221/9626/8378 15200/9604/8356 15210/9616/8368</w:t>
        <w:br/>
        <w:t>f 15222/9627/8379 15221/9626/8378 15210/9616/8368</w:t>
        <w:br/>
        <w:t>f 15222/9627/8379 15210/9616/8368 15213/9618/8370</w:t>
        <w:br/>
        <w:t>f 15223/9628/8380 15222/9627/8379 15213/9618/8370</w:t>
        <w:br/>
        <w:t>f 15223/9628/8380 15213/9618/8370 15214/9620/8372</w:t>
        <w:br/>
        <w:t>f 15224/9629/8381 15223/9628/8380 15214/9620/8372</w:t>
        <w:br/>
        <w:t>f 15227/9630/8382 15226/9631/8383 15225/9632/8384</w:t>
        <w:br/>
        <w:t>f 15228/9633/8385 15227/9630/8382 15225/9632/8384</w:t>
        <w:br/>
        <w:t>f 15226/9631/8383 15230/9634/8386 15229/9635/8387</w:t>
        <w:br/>
        <w:t>f 15225/9632/8384 15226/9631/8383 15229/9635/8387</w:t>
        <w:br/>
        <w:t>f 15230/9634/8386 15232/9636/8388 15231/9637/8389</w:t>
        <w:br/>
        <w:t>f 15229/9635/8387 15230/9634/8386 15231/9637/8389</w:t>
        <w:br/>
        <w:t>f 15233/9638/8390 15231/9637/8389 15232/9636/8388</w:t>
        <w:br/>
        <w:t>f 15234/9639/8391 15233/9638/8390 15232/9636/8388</w:t>
        <w:br/>
        <w:t>f 15238/9640/8392 15237/9641/8393 15236/9642/8394</w:t>
        <w:br/>
        <w:t>f 15235/9643/8395 15238/9640/8392 15236/9642/8394</w:t>
        <w:br/>
        <w:t>f 15235/9643/8395 15240/9644/8396 15239/9645/8397</w:t>
        <w:br/>
        <w:t>f 15238/9640/8392 15235/9643/8395 15239/9645/8397</w:t>
        <w:br/>
        <w:t>f 15242/9646/8398 15239/9645/8397 15240/9644/8396</w:t>
        <w:br/>
        <w:t>f 15241/9647/8399 15242/9646/8398 15240/9644/8396</w:t>
        <w:br/>
        <w:t>f 15191/9598/8350 15243/9648/8400 15239/9645/8397</w:t>
        <w:br/>
        <w:t>f 15242/9646/8398 15191/9598/8350 15239/9645/8397</w:t>
        <w:br/>
        <w:t>f 15247/9649/8401 15246/9650/8402 15245/9651/8403</w:t>
        <w:br/>
        <w:t>f 15244/9652/8404 15247/9649/8401 15245/9651/8403</w:t>
        <w:br/>
        <w:t>f 15250/9653/8405 15249/9654/8406 15248/9655/8407</w:t>
        <w:br/>
        <w:t>f 15252/9656/8408 15247/9649/8401 15244/9652/8404</w:t>
        <w:br/>
        <w:t>f 15251/9657/8409 15252/9656/8408 15244/9652/8404</w:t>
        <w:br/>
        <w:t>f 15124/9528/8410 15249/9654/8406 15254/9658/8411</w:t>
        <w:br/>
        <w:t>f 15253/9659/8412 15124/9528/8410 15254/9658/8411</w:t>
        <w:br/>
        <w:t>f 15257/9660/8413 15256/9661/8414 15255/9662/8415</w:t>
        <w:br/>
        <w:t>f 15258/9663/8416 15257/9660/8413 15255/9662/8415</w:t>
        <w:br/>
        <w:t>f 15249/9654/8406 15124/9528/8410 15259/9664/8417</w:t>
        <w:br/>
        <w:t>f 15260/9665/8418 15249/9654/8406 15259/9664/8417</w:t>
        <w:br/>
        <w:t>f 15261/9666/8419 15255/9662/8415 15256/9661/8414</w:t>
        <w:br/>
        <w:t>f 15262/9667/8420 15261/9666/8419 15256/9661/8414</w:t>
        <w:br/>
        <w:t>f 15149/9554/8306 15264/9668/8421 15263/9669/8422</w:t>
        <w:br/>
        <w:t>f 15262/9667/8420 15266/9670/8423 15265/9671/8424</w:t>
        <w:br/>
        <w:t>f 15261/9666/8419 15262/9667/8420 15265/9671/8424</w:t>
        <w:br/>
        <w:t>f 15267/9672/8425 15253/9659/8412 15254/9658/8411</w:t>
        <w:br/>
        <w:t>f 15115/9522/8274 15268/9673/8426 15117/9520/8272</w:t>
        <w:br/>
        <w:t>f 15271/9674/8427 15270/9675/8428 15269/9676/8429</w:t>
        <w:br/>
        <w:t>f 15275/9677/8430 15274/9678/8431 15273/9679/8432</w:t>
        <w:br/>
        <w:t>f 15272/9680/8433 15275/9677/8430 15273/9679/8432</w:t>
        <w:br/>
        <w:t>f 15278/9681/8434 15186/9593/8345 15277/9682/8435</w:t>
        <w:br/>
        <w:t>f 15276/9683/8436 15278/9681/8434 15277/9682/8435</w:t>
        <w:br/>
        <w:t>f 15270/9675/8428 15271/9674/8427 15186/9593/8345</w:t>
        <w:br/>
        <w:t>f 15187/9592/8344 15270/9675/8428 15186/9593/8345</w:t>
        <w:br/>
        <w:t>f 15274/9678/8431 15275/9677/8430 15190/9594/8346</w:t>
        <w:br/>
        <w:t>f 15279/9684/8437 15274/9678/8431 15190/9594/8346</w:t>
        <w:br/>
        <w:t>f 15281/9685/8438 15280/9686/8439 15184/9588/8340</w:t>
        <w:br/>
        <w:t>f 15185/9587/8339 15281/9685/8438 15184/9588/8340</w:t>
        <w:br/>
        <w:t>f 15276/9683/8436 15282/9687/8440 15278/9681/8434</w:t>
        <w:br/>
        <w:t>f 15229/9635/8387 15231/9637/8389 15284/9688/8441</w:t>
        <w:br/>
        <w:t>f 15283/9689/8442 15229/9635/8387 15284/9688/8441</w:t>
        <w:br/>
        <w:t>f 15285/9690/8443 15284/9688/8441 15231/9637/8389</w:t>
        <w:br/>
        <w:t>f 15233/9638/8390 15285/9690/8443 15231/9637/8389</w:t>
        <w:br/>
        <w:t>f 15287/9691/8444 15286/9692/8445 15237/9641/8393</w:t>
        <w:br/>
        <w:t>f 15238/9640/8392 15287/9691/8444 15237/9641/8393</w:t>
        <w:br/>
        <w:t>f 15217/9622/8374 15180/9585/8337 15181/9586/8338</w:t>
        <w:br/>
        <w:t>f 15216/9621/8373 15217/9622/8374 15181/9586/8338</w:t>
        <w:br/>
        <w:t>f 15218/9623/8375 15174/9578/8330 15180/9585/8337</w:t>
        <w:br/>
        <w:t>f 15217/9622/8374 15218/9623/8375 15180/9585/8337</w:t>
        <w:br/>
        <w:t>f 15174/9578/8330 15218/9623/8375 15219/9624/8376</w:t>
        <w:br/>
        <w:t>f 15173/9579/8331 15174/9578/8330 15219/9624/8376</w:t>
        <w:br/>
        <w:t>f 15173/9579/8331 15219/9624/8376 15220/9625/8377</w:t>
        <w:br/>
        <w:t>f 15177/9582/8334 15173/9579/8331 15220/9625/8377</w:t>
        <w:br/>
        <w:t>f 15177/9582/8334 15220/9625/8377 15221/9626/8378</w:t>
        <w:br/>
        <w:t>f 15179/9584/8336 15177/9582/8334 15221/9626/8378</w:t>
        <w:br/>
        <w:t>f 15222/9627/8379 15178/9583/8335 15179/9584/8336</w:t>
        <w:br/>
        <w:t>f 15221/9626/8378 15222/9627/8379 15179/9584/8336</w:t>
        <w:br/>
        <w:t>f 15178/9583/8335 15222/9627/8379 15223/9628/8380</w:t>
        <w:br/>
        <w:t>f 15175/9581/8333 15178/9583/8335 15223/9628/8380</w:t>
        <w:br/>
        <w:t>f 15224/9629/8381 15176/9580/8332 15175/9581/8333</w:t>
        <w:br/>
        <w:t>f 15223/9628/8380 15224/9629/8381 15175/9581/8333</w:t>
        <w:br/>
        <w:t>f 15194/9602/8354 15169/9576/8328 15170/9575/8327</w:t>
        <w:br/>
        <w:t>f 15197/9599/8351 15194/9602/8354 15170/9575/8327</w:t>
        <w:br/>
        <w:t>f 15288/9693/8446 15186/9593/8345 15278/9681/8434</w:t>
        <w:br/>
        <w:t>f 15182/9590/8342 15183/9589/8341 15290/9694/8447</w:t>
        <w:br/>
        <w:t>f 15289/9695/8448 15182/9590/8342 15290/9694/8447</w:t>
        <w:br/>
        <w:t>f 15291/9696/8449 15188/9591/8343 15288/9693/8446</w:t>
        <w:br/>
        <w:t>f 15189/9595/8347 15188/9591/8343 15292/9697/8450</w:t>
        <w:br/>
        <w:t>f 15293/9698/8451 15189/9595/8347 15292/9697/8450</w:t>
        <w:br/>
        <w:t>f 15291/9696/8449 15292/9697/8450 15188/9591/8343</w:t>
        <w:br/>
        <w:t>f 15294/9699/8452 15271/9674/8427 15232/9636/8388</w:t>
        <w:br/>
        <w:t>f 15230/9634/8386 15294/9699/8452 15232/9636/8388</w:t>
        <w:br/>
        <w:t>f 15232/9636/8388 15269/9676/8429 15234/9639/8391</w:t>
        <w:br/>
        <w:t>f 15272/9680/8433 15273/9679/8432 15235/9643/8395</w:t>
        <w:br/>
        <w:t>f 15236/9642/8394 15272/9680/8433 15235/9643/8395</w:t>
        <w:br/>
        <w:t>f 15296/9700/8453 15295/9701/8454 15241/9647/8399</w:t>
        <w:br/>
        <w:t>f 15240/9644/8396 15296/9700/8453 15241/9647/8399</w:t>
        <w:br/>
        <w:t>f 15297/9702/8455 15294/9699/8452 15230/9634/8386</w:t>
        <w:br/>
        <w:t>f 15226/9631/8383 15297/9702/8455 15230/9634/8386</w:t>
        <w:br/>
        <w:t>f 15298/9703/8456 15297/9702/8455 15226/9631/8383</w:t>
        <w:br/>
        <w:t>f 15227/9630/8382 15298/9703/8456 15226/9631/8383</w:t>
        <w:br/>
        <w:t>f 15300/9704/8457 15299/9705/8458 15290/9694/8447</w:t>
        <w:br/>
        <w:t>f 15292/9697/8450 15291/9696/8449 15301/9706/8459</w:t>
        <w:br/>
        <w:t>f 15293/9698/8451 15292/9697/8450 15301/9706/8459</w:t>
        <w:br/>
        <w:t>f 15161/9565/8317 15125/9527/8279 15122/9530/8282</w:t>
        <w:br/>
        <w:t>f 15160/9566/8318 15161/9565/8317 15122/9530/8282</w:t>
        <w:br/>
        <w:t>f 15163/9567/8319 15130/9537/8289 15131/9536/8288</w:t>
        <w:br/>
        <w:t>f 15162/9568/8320 15163/9567/8319 15131/9536/8288</w:t>
        <w:br/>
        <w:t>f 15125/9527/8279 15161/9565/8317 15164/9569/8321</w:t>
        <w:br/>
        <w:t>f 15139/9544/8296 15125/9527/8279 15164/9569/8321</w:t>
        <w:br/>
        <w:t>f 15144/9549/8301 15165/9570/8322 15162/9568/8320</w:t>
        <w:br/>
        <w:t>f 15131/9536/8288 15144/9549/8301 15162/9568/8320</w:t>
        <w:br/>
        <w:t>f 15147/9553/8305 15166/9571/8323 15165/9570/8322</w:t>
        <w:br/>
        <w:t>f 15144/9549/8301 15147/9553/8305 15165/9570/8322</w:t>
        <w:br/>
        <w:t>f 15114/9516/8268 15302/9707/8460 15130/9537/8289</w:t>
        <w:br/>
        <w:t>f 15163/9567/8319 15114/9516/8268 15130/9537/8289</w:t>
        <w:br/>
        <w:t>f 15166/9571/8323 15147/9553/8305 15139/9544/8296</w:t>
        <w:br/>
        <w:t>f 15164/9569/8321 15166/9571/8323 15139/9544/8296</w:t>
        <w:br/>
        <w:t>f 15160/9566/8318 15122/9530/8282 15152/9557/8309</w:t>
        <w:br/>
        <w:t>f 15167/9572/8324 15160/9566/8318 15152/9557/8309</w:t>
        <w:br/>
        <w:t>f 15155/9560/8312 15168/9573/8325 15167/9572/8324</w:t>
        <w:br/>
        <w:t>f 15152/9557/8309 15155/9560/8312 15167/9572/8324</w:t>
        <w:br/>
        <w:t>f 15302/9707/8460 15114/9516/8268 15111/9519/8271</w:t>
        <w:br/>
        <w:t>f 15303/9708/8461 15302/9707/8460 15111/9519/8271</w:t>
        <w:br/>
        <w:t>f 15246/9650/8402 15247/9649/8401 15304/9709/8462</w:t>
        <w:br/>
        <w:t>f 15247/9649/8401 15252/9656/8408 15305/9710/8463</w:t>
        <w:br/>
        <w:t>f 15304/9709/8462 15247/9649/8401 15305/9710/8463</w:t>
        <w:br/>
        <w:t>f 15257/9660/8413 15304/9709/8462 15256/9661/8414</w:t>
        <w:br/>
        <w:t>f 15248/9655/8407 15249/9654/8406 15260/9665/8418</w:t>
        <w:br/>
        <w:t>f 15256/9661/8414 15305/9710/8463 15262/9667/8420</w:t>
        <w:br/>
        <w:t>f 15308/9711/8464 15116/9521/8273 15307/9712/8465</w:t>
        <w:br/>
        <w:t>f 15306/9713/8466 15308/9711/8464 15307/9712/8465</w:t>
        <w:br/>
        <w:t>f 15254/9658/8467 15134/9541/8293 15135/9540/8292</w:t>
        <w:br/>
        <w:t>f 15306/9713/8466 15264/9668/8421 15309/9714/8468</w:t>
        <w:br/>
        <w:t>f 15308/9711/8464 15306/9713/8466 15309/9714/8468</w:t>
        <w:br/>
        <w:t>f 15312/9715/8469 15311/9716/8470 15310/9717/8471</w:t>
        <w:br/>
        <w:t>f 15316/9718/8472 15315/9719/8473 15314/9720/8474</w:t>
        <w:br/>
        <w:t>f 15313/9721/8475 15316/9718/8472 15314/9720/8474</w:t>
        <w:br/>
        <w:t>f 15313/9721/8475 15314/9720/8474 15317/9722/8476</w:t>
        <w:br/>
        <w:t>f 15318/9723/8477 15313/9721/8475 15317/9722/8476</w:t>
        <w:br/>
        <w:t>f 15315/9719/8473 15320/9724/8478 15319/9725/8479</w:t>
        <w:br/>
        <w:t>f 15318/9723/8477 15317/9722/8476 15321/9726/8480</w:t>
        <w:br/>
        <w:t>f 15322/9727/8481 15318/9723/8477 15321/9726/8480</w:t>
        <w:br/>
        <w:t>f 15310/9717/8471 15324/9728/8482 15323/9729/8483</w:t>
        <w:br/>
        <w:t>f 15327/9730/8484 15326/9731/8485 15325/9732/8486</w:t>
        <w:br/>
        <w:t>f 15328/9733/8487 15327/9730/8484 15325/9732/8486</w:t>
        <w:br/>
        <w:t>f 15329/9734/8488 15311/9716/8470 15312/9715/8469</w:t>
        <w:br/>
        <w:t>f 15331/9735/8489 15330/9736/8490 15316/9718/8472</w:t>
        <w:br/>
        <w:t>f 15313/9721/8475 15331/9735/8489 15316/9718/8472</w:t>
        <w:br/>
        <w:t>f 15334/9737/8491 15333/9738/8492 15332/9739/8493</w:t>
        <w:br/>
        <w:t>f 15335/9740/8494 15331/9735/8489 15313/9721/8475</w:t>
        <w:br/>
        <w:t>f 15318/9723/8477 15335/9740/8494 15313/9721/8475</w:t>
        <w:br/>
        <w:t>f 15316/9718/8472 15325/9732/8486 15326/9731/8485</w:t>
        <w:br/>
        <w:t>f 15336/9741/8495 15335/9740/8494 15318/9723/8477</w:t>
        <w:br/>
        <w:t>f 15322/9727/8481 15336/9741/8495 15318/9723/8477</w:t>
        <w:br/>
        <w:t>f 15337/9742/8496 15336/9741/8495 15322/9727/8481</w:t>
        <w:br/>
        <w:t>f 15324/9728/8482 15337/9742/8496 15322/9727/8481</w:t>
        <w:br/>
        <w:t>f 15311/9716/8470 15337/9742/8496 15324/9728/8482</w:t>
        <w:br/>
        <w:t>f 15329/9734/8488 15312/9715/8469 15333/9738/8492</w:t>
        <w:br/>
        <w:t>f 15334/9737/8491 15329/9734/8488 15333/9738/8492</w:t>
        <w:br/>
        <w:t>f 15327/9730/8484 15338/9743/8497 15320/9724/8478</w:t>
        <w:br/>
        <w:t>f 15326/9731/8485 15327/9730/8484 15320/9724/8478</w:t>
        <w:br/>
        <w:t>f 15328/9733/8487 15325/9732/8486 15340/9744/8498</w:t>
        <w:br/>
        <w:t>f 15339/9745/8499 15328/9733/8487 15340/9744/8498</w:t>
        <w:br/>
        <w:t>f 15323/9729/8483 15324/9728/8482 15322/9727/8481</w:t>
        <w:br/>
        <w:t>f 15321/9726/8480 15323/9729/8483 15322/9727/8481</w:t>
        <w:br/>
        <w:t>f 15130/9537/8289 15302/9707/8460 15157/9562/8314</w:t>
        <w:br/>
        <w:t>f 15157/9562/8314 15302/9707/8460 15303/9708/8461</w:t>
        <w:br/>
        <w:t>f 15156/9563/8315 15157/9562/8314 15303/9708/8461</w:t>
        <w:br/>
        <w:t>f 15228/9633/8385 15225/9632/8384 15341/9746/8500</w:t>
        <w:br/>
        <w:t>f 15341/9746/8500 15225/9632/8384 15229/9635/8387</w:t>
        <w:br/>
        <w:t>f 15283/9689/8442 15341/9746/8500 15229/9635/8387</w:t>
        <w:br/>
        <w:t>f 15284/9688/8441 15342/9747/8501 15283/9689/8442</w:t>
        <w:br/>
        <w:t>f 15346/9748/8502 15345/9749/8502 15344/9750/8503</w:t>
        <w:br/>
        <w:t>f 15343/9751/8504 15346/9748/8502 15344/9750/8503</w:t>
        <w:br/>
        <w:t>f 15350/9752/8505 15349/9753/8506 15348/9754/8507</w:t>
        <w:br/>
        <w:t>f 15347/9755/8508 15350/9752/8505 15348/9754/8507</w:t>
        <w:br/>
        <w:t>f 15353/9756/8509 15352/9757/8510 15351/9758/8511</w:t>
        <w:br/>
        <w:t>f 15354/9759/8511 15353/9756/8509 15351/9758/8511</w:t>
        <w:br/>
        <w:t>f 15354/9759/8511 15351/9758/8511 15355/9760/8512</w:t>
        <w:br/>
        <w:t>f 15356/9761/8512 15354/9759/8511 15355/9760/8512</w:t>
        <w:br/>
        <w:t>f 15347/9755/8508 15348/9754/8507 15356/9761/8512</w:t>
        <w:br/>
        <w:t>f 15355/9760/8512 15347/9755/8508 15356/9761/8512</w:t>
        <w:br/>
        <w:t>f 15349/9753/8506 15350/9752/8505 15358/9762/8513</w:t>
        <w:br/>
        <w:t>f 15357/9763/8513 15349/9753/8506 15358/9762/8513</w:t>
        <w:br/>
        <w:t>f 15345/9749/8502 15346/9748/8502 15360/9764/8514</w:t>
        <w:br/>
        <w:t>f 15359/9765/8514 15345/9749/8502 15360/9764/8514</w:t>
        <w:br/>
        <w:t>f 15362/9766/8515 15202/9608/8360 15206/9609/8361</w:t>
        <w:br/>
        <w:t>f 15361/9767/8516 15362/9766/8515 15206/9609/8361</w:t>
        <w:br/>
        <w:t>f 15364/9768/8517 15211/9615/8367 15201/9603/8355</w:t>
        <w:br/>
        <w:t>f 15363/9769/8518 15364/9768/8517 15201/9603/8355</w:t>
        <w:br/>
        <w:t>f 15368/9770/8519 15367/9771/8520 15366/9772/8521</w:t>
        <w:br/>
        <w:t>f 15365/9773/8519 15368/9770/8519 15366/9772/8521</w:t>
        <w:br/>
        <w:t>f 15212/9617/8369 15369/9774/8522 15366/9772/8523</w:t>
        <w:br/>
        <w:t>f 15215/9619/8371 15212/9617/8369 15366/9772/8523</w:t>
        <w:br/>
        <w:t>f 15211/9615/8367 15364/9768/8517 15369/9774/8522</w:t>
        <w:br/>
        <w:t>f 15212/9617/8369 15211/9615/8367 15369/9774/8522</w:t>
        <w:br/>
        <w:t>f 15363/9769/8518 15201/9603/8355 15198/9606/8358</w:t>
        <w:br/>
        <w:t>f 15370/9775/8524 15363/9769/8518 15198/9606/8358</w:t>
        <w:br/>
        <w:t>f 15370/9775/8524 15198/9606/8358 15202/9608/8360</w:t>
        <w:br/>
        <w:t>f 15362/9766/8515 15370/9775/8524 15202/9608/8360</w:t>
        <w:br/>
        <w:t>f 15207/9612/8364 15371/9776/8525 15361/9767/8516</w:t>
        <w:br/>
        <w:t>f 15206/9609/8361 15207/9612/8364 15361/9767/8516</w:t>
        <w:br/>
        <w:t>f 15359/9765/8514 15360/9764/8514 15372/9777/8526</w:t>
        <w:br/>
        <w:t>f 15373/9778/8526 15359/9765/8514 15372/9777/8526</w:t>
        <w:br/>
        <w:t>f 15208/9614/8366 15374/9779/8527 15371/9776/8525</w:t>
        <w:br/>
        <w:t>f 15207/9612/8364 15208/9614/8366 15371/9776/8525</w:t>
        <w:br/>
        <w:t>f 15214/9620/8372 15215/9619/8371 15196/9600/8352</w:t>
        <w:br/>
        <w:t>f 15320/9724/8478 15338/9743/8497 15375/9780/8528</w:t>
        <w:br/>
        <w:t>f 15319/9725/8479 15320/9724/8478 15375/9780/8528</w:t>
        <w:br/>
        <w:t>f 15379/9781/8529 15378/9782/8530 15377/9783/8531</w:t>
        <w:br/>
        <w:t>f 15376/9784/8531 15379/9781/8529 15377/9783/8531</w:t>
        <w:br/>
        <w:t>f 15383/9785/8532 15382/9786/8533 15381/9787/8534</w:t>
        <w:br/>
        <w:t>f 15380/9788/8535 15383/9785/8532 15381/9787/8534</w:t>
        <w:br/>
        <w:t>f 15386/9789/8536 15385/9790/8537 15384/9791/8538</w:t>
        <w:br/>
        <w:t>f 15387/9792/8539 15386/9789/8536 15384/9791/8538</w:t>
        <w:br/>
        <w:t>f 15390/9793/8540 15389/9794/8541 15388/9795/8542</w:t>
        <w:br/>
        <w:t>f 15376/9784/8531 15377/9783/8531 15385/9790/8537</w:t>
        <w:br/>
        <w:t>f 15386/9789/8536 15376/9784/8531 15385/9790/8537</w:t>
        <w:br/>
        <w:t>f 15392/9796/8543 15391/9797/8544 15387/9792/8539</w:t>
        <w:br/>
        <w:t>f 15384/9791/8538 15392/9796/8543 15387/9792/8539</w:t>
        <w:br/>
        <w:t>f 15394/9798/8545 15393/9799/8545 15378/9782/8530</w:t>
        <w:br/>
        <w:t>f 15379/9781/8529 15394/9798/8545 15378/9782/8530</w:t>
        <w:br/>
        <w:t>f 15380/9788/8535 15381/9787/8534 15393/9799/8545</w:t>
        <w:br/>
        <w:t>f 15394/9798/8545 15380/9788/8535 15393/9799/8545</w:t>
        <w:br/>
        <w:t>f 15382/9786/8533 15383/9785/8532 15395/9800/8546</w:t>
        <w:br/>
        <w:t>f 15389/9794/8541 15382/9786/8533 15395/9800/8546</w:t>
        <w:br/>
        <w:t>f 15317/9722/8476 15397/9801/8547 15396/9802/8548</w:t>
        <w:br/>
        <w:t>f 15321/9726/8480 15317/9722/8476 15396/9802/8548</w:t>
        <w:br/>
        <w:t>f 15310/9717/8471 15398/9803/8549 15382/9786/8533</w:t>
        <w:br/>
        <w:t>f 15312/9715/8469 15310/9717/8471 15382/9786/8533</w:t>
        <w:br/>
        <w:t>f 15401/9804/8550 15400/9805/8551 15314/9720/8474</w:t>
        <w:br/>
        <w:t>f 15399/9806/8552 15401/9804/8550 15314/9720/8474</w:t>
        <w:br/>
        <w:t>f 15389/9794/8541 15390/9793/8540 15332/9739/8493</w:t>
        <w:br/>
        <w:t>f 15333/9738/8492 15389/9794/8541 15332/9739/8493</w:t>
        <w:br/>
        <w:t>f 15400/9805/8551 15397/9801/8547 15317/9722/8476</w:t>
        <w:br/>
        <w:t>f 15314/9720/8474 15400/9805/8551 15317/9722/8476</w:t>
        <w:br/>
        <w:t>f 15315/9719/8473 15403/9807/8553 15402/9808/8554</w:t>
        <w:br/>
        <w:t>f 15401/9804/8550 15315/9719/8473 15402/9808/8554</w:t>
        <w:br/>
        <w:t>f 15404/9809/8555 15323/9729/8483 15321/9726/8480</w:t>
        <w:br/>
        <w:t>f 15396/9802/8548 15404/9809/8555 15321/9726/8480</w:t>
        <w:br/>
        <w:t>f 15323/9729/8483 15404/9809/8555 15398/9803/8549</w:t>
        <w:br/>
        <w:t>f 15310/9717/8471 15323/9729/8483 15398/9803/8549</w:t>
        <w:br/>
        <w:t>f 15312/9715/8469 15382/9786/8533 15389/9794/8541</w:t>
        <w:br/>
        <w:t>f 15333/9738/8492 15312/9715/8469 15389/9794/8541</w:t>
        <w:br/>
        <w:t>f 15391/9797/8544 15392/9796/8543 15405/9810/8556</w:t>
        <w:br/>
        <w:t>f 15406/9811/8557 15391/9797/8544 15405/9810/8556</w:t>
        <w:br/>
        <w:t>f 15319/9725/8479 15375/9780/8528 15407/9812/8558</w:t>
        <w:br/>
        <w:t>f 15402/9808/8554 15319/9725/8479 15407/9812/8558</w:t>
        <w:br/>
        <w:t>f 15411/9813/8559 15410/9814/8559 15409/9815/8559</w:t>
        <w:br/>
        <w:t>f 15408/9816/8559 15411/9813/8559 15409/9815/8559</w:t>
        <w:br/>
        <w:t>f 15390/9793/8540 15388/9795/8542 15412/9817/8560</w:t>
        <w:br/>
        <w:t>f 15413/9818/8561 15390/9793/8540 15412/9817/8560</w:t>
        <w:br/>
        <w:t>f 15415/9819/8562 15414/9820/8563 15375/9780/8528</w:t>
        <w:br/>
        <w:t>f 15338/9743/8497 15415/9819/8562 15375/9780/8528</w:t>
        <w:br/>
        <w:t>f 15389/9794/8541 15395/9800/8546 15388/9795/8542</w:t>
        <w:br/>
        <w:t>f 15315/9719/8473 15316/9718/8472 15320/9724/8478</w:t>
        <w:br/>
        <w:t>f 15316/9718/8472 15326/9731/8485 15320/9724/8478</w:t>
        <w:br/>
        <w:t>f 15330/9736/8490 15340/9744/8498 15325/9732/8486</w:t>
        <w:br/>
        <w:t>f 15316/9718/8472 15330/9736/8490 15325/9732/8486</w:t>
        <w:br/>
        <w:t>f 15260/9665/8418 15259/9664/8417 15265/9671/8424</w:t>
        <w:br/>
        <w:t>f 15266/9670/8423 15260/9665/8418 15265/9671/8424</w:t>
        <w:br/>
        <w:t>f 15416/9821/8564 15248/9655/8407 15260/9665/8418</w:t>
        <w:br/>
        <w:t>f 15266/9670/8423 15416/9821/8564 15260/9665/8418</w:t>
        <w:br/>
        <w:t>f 15248/9655/8407 15416/9821/8564 15417/9822/8565</w:t>
        <w:br/>
        <w:t>f 15250/9653/8405 15248/9655/8407 15417/9822/8565</w:t>
        <w:br/>
        <w:t>f 15419/9823/8566 15417/9822/8565 15416/9821/8564</w:t>
        <w:br/>
        <w:t>f 15418/9824/8567 15419/9823/8566 15416/9821/8564</w:t>
        <w:br/>
        <w:t>f 15418/9824/8567 15416/9821/8564 15266/9670/8423</w:t>
        <w:br/>
        <w:t>f 15262/9667/8420 15418/9824/8567 15266/9670/8423</w:t>
        <w:br/>
        <w:t>f 15262/9667/8420 15305/9710/8463 15252/9656/8408</w:t>
        <w:br/>
        <w:t>f 15418/9824/8567 15262/9667/8420 15252/9656/8408</w:t>
        <w:br/>
        <w:t>f 15256/9661/8414 15304/9709/8462 15305/9710/8463</w:t>
        <w:br/>
        <w:t>f 15418/9824/8567 15252/9656/8408 15251/9657/8409</w:t>
        <w:br/>
        <w:t>f 15419/9823/8566 15418/9824/8567 15251/9657/8409</w:t>
        <w:br/>
        <w:t>f 15159/9564/8316 15309/9714/8468 15264/9668/8421</w:t>
        <w:br/>
        <w:t>f 15158/9561/8313 15159/9564/8316 15264/9668/8421</w:t>
        <w:br/>
        <w:t>f 15310/9717/8471 15311/9716/8470 15324/9728/8482</w:t>
        <w:br/>
        <w:t>f 15155/9560/8312 15152/9557/8309 15135/9540/8292</w:t>
        <w:br/>
        <w:t>f 15422/9825/8568 15421/9826/8569 15420/9827/8570</w:t>
        <w:br/>
        <w:t>f 15423/9828/8570 15422/9825/8568 15420/9827/8570</w:t>
        <w:br/>
        <w:t>f 15427/9829/8571 15426/9830/8572 15425/9831/8572</w:t>
        <w:br/>
        <w:t>f 15424/9832/8571 15427/9829/8571 15425/9831/8572</w:t>
        <w:br/>
        <w:t>f 15423/9828/8570 15420/9827/8570 15428/9833/8573</w:t>
        <w:br/>
        <w:t>f 15429/9834/8573 15423/9828/8570 15428/9833/8573</w:t>
        <w:br/>
        <w:t>f 15433/9835/8574 15432/9836/8575 15431/9837/8576</w:t>
        <w:br/>
        <w:t>f 15430/9838/8576 15433/9835/8574 15431/9837/8576</w:t>
        <w:br/>
        <w:t>f 15421/9826/8569 15422/9825/8568 15430/9838/8576</w:t>
        <w:br/>
        <w:t>f 15431/9837/8576 15421/9826/8569 15430/9838/8576</w:t>
        <w:br/>
        <w:t>f 15436/9839/8577 15435/9840/8577 15434/9841/8578</w:t>
        <w:br/>
        <w:t>f 15437/9842/8579 15436/9839/8577 15434/9841/8578</w:t>
        <w:br/>
        <w:t>f 15440/9843/8580 15439/9844/8580 15438/9845/8581</w:t>
        <w:br/>
        <w:t>f 15441/9846/8582 15440/9843/8580 15438/9845/8581</w:t>
        <w:br/>
        <w:t>f 15445/9847/8583 15444/9848/8584 15443/9849/8584</w:t>
        <w:br/>
        <w:t>f 15442/9850/8583 15445/9847/8583 15443/9849/8584</w:t>
        <w:br/>
        <w:t>f 15444/9848/8584 15447/9851/8585 15446/9852/8586</w:t>
        <w:br/>
        <w:t>f 15443/9849/8584 15444/9848/8584 15446/9852/8586</w:t>
        <w:br/>
        <w:t>f 15447/9851/8585 15449/9853/8587 15448/9854/8587</w:t>
        <w:br/>
        <w:t>f 15446/9852/8586 15447/9851/8585 15448/9854/8587</w:t>
        <w:br/>
        <w:t>f 15452/9855/8588 15451/9856/8589 15450/9857/8589</w:t>
        <w:br/>
        <w:t>f 15453/9858/8588 15452/9855/8588 15450/9857/8589</w:t>
        <w:br/>
        <w:t>f 15455/9859/8590 15454/9860/8590 15450/9857/8589</w:t>
        <w:br/>
        <w:t>f 15451/9856/8589 15455/9859/8590 15450/9857/8589</w:t>
        <w:br/>
        <w:t>f 15458/9861/8591 15457/9862/8592 15456/9863/8592</w:t>
        <w:br/>
        <w:t>f 15459/9864/8591 15458/9861/8591 15456/9863/8592</w:t>
        <w:br/>
        <w:t>f 15462/9865/8593 15461/9866/8594 15460/9867/8594</w:t>
        <w:br/>
        <w:t>f 15463/9868/8595 15462/9865/8593 15460/9867/8594</w:t>
        <w:br/>
        <w:t>f 15463/9868/8595 15465/9869/8596 15464/9870/8597</w:t>
        <w:br/>
        <w:t>f 15462/9865/8593 15463/9868/8595 15464/9870/8597</w:t>
        <w:br/>
        <w:t>f 15439/9844/8580 15440/9843/8580 15432/9836/8575</w:t>
        <w:br/>
        <w:t>f 15433/9835/8574 15439/9844/8580 15432/9836/8575</w:t>
        <w:br/>
        <w:t>f 15468/9871/8598 15467/9872/8599 15466/9873/8599</w:t>
        <w:br/>
        <w:t>f 15469/9874/8598 15468/9871/8598 15466/9873/8599</w:t>
        <w:br/>
        <w:t>f 15435/9840/8577 15436/9839/8577 15471/9875/8600</w:t>
        <w:br/>
        <w:t>f 15470/9876/8600 15435/9840/8577 15471/9875/8600</w:t>
        <w:br/>
        <w:t>f 15424/9832/8571 15458/9861/8591 15459/9864/8591</w:t>
        <w:br/>
        <w:t>f 15427/9829/8571 15424/9832/8571 15459/9864/8591</w:t>
        <w:br/>
        <w:t>f 15475/9877/8601 15474/9878/8602 15473/9879/8603</w:t>
        <w:br/>
        <w:t>f 15472/9880/8601 15475/9877/8601 15473/9879/8603</w:t>
        <w:br/>
        <w:t>f 15477/9881/8604 15475/9877/8601 15472/9880/8601</w:t>
        <w:br/>
        <w:t>f 15476/9882/8604 15477/9881/8604 15472/9880/8601</w:t>
        <w:br/>
        <w:t>f 15477/9881/8604 15476/9882/8604 15479/9883/8605</w:t>
        <w:br/>
        <w:t>f 15478/9884/8605 15477/9881/8604 15479/9883/8605</w:t>
        <w:br/>
        <w:t>f 15478/9884/8605 15479/9883/8605 15480/9885/8606</w:t>
        <w:br/>
        <w:t>f 15481/9886/8607 15478/9884/8605 15480/9885/8606</w:t>
        <w:br/>
        <w:t>f 15461/9866/8594 15445/9847/8583 15442/9850/8583</w:t>
        <w:br/>
        <w:t>f 15460/9867/8594 15461/9866/8594 15442/9850/8583</w:t>
        <w:br/>
        <w:t>f 15483/9887/8608 15441/9846/8582 15482/9888/8609</w:t>
        <w:br/>
        <w:t>f 15429/9834/8573 15428/9833/8573 15485/9889/8610</w:t>
        <w:br/>
        <w:t>f 15484/9890/8611 15429/9834/8573 15485/9889/8610</w:t>
        <w:br/>
        <w:t>f 15426/9830/8572 15487/9891/8612 15486/9892/8612</w:t>
        <w:br/>
        <w:t>f 15425/9831/8572 15426/9830/8572 15486/9892/8612</w:t>
        <w:br/>
        <w:t>f 15487/9891/8612 15468/9871/8598 15469/9874/8598</w:t>
        <w:br/>
        <w:t>f 15486/9892/8612 15487/9891/8612 15469/9874/8598</w:t>
        <w:br/>
        <w:t>f 15466/9873/8599 15467/9872/8599 15484/9890/8611</w:t>
        <w:br/>
        <w:t>f 15485/9889/8610 15466/9873/8599 15484/9890/8611</w:t>
        <w:br/>
        <w:t>f 15490/9893/8613 15489/9894/8613 15488/9895/8614</w:t>
        <w:br/>
        <w:t>f 15491/9896/8615 15490/9893/8613 15488/9895/8614</w:t>
        <w:br/>
        <w:t>f 15495/9897/8616 15494/9898/8616 15493/9899/8617</w:t>
        <w:br/>
        <w:t>f 15492/9900/8617 15495/9897/8616 15493/9899/8617</w:t>
        <w:br/>
        <w:t>f 15499/9901/8618 15498/9902/8619 15497/9903/8620</w:t>
        <w:br/>
        <w:t>f 15496/9904/8620 15499/9901/8618 15497/9903/8620</w:t>
        <w:br/>
        <w:t>f 15496/9904/8620 15497/9903/8620 15501/9905/8621</w:t>
        <w:br/>
        <w:t>f 15500/9906/8622 15496/9904/8620 15501/9905/8621</w:t>
        <w:br/>
        <w:t>f 15492/9900/8617 15493/9899/8617 15500/9906/8622</w:t>
        <w:br/>
        <w:t>f 15501/9905/8621 15492/9900/8617 15500/9906/8622</w:t>
        <w:br/>
        <w:t>f 15503/9907/8623 15489/9894/8613 15490/9893/8613</w:t>
        <w:br/>
        <w:t>f 15502/9908/8623 15503/9907/8623 15490/9893/8613</w:t>
        <w:br/>
        <w:t>f 15502/9908/8623 15505/9909/8624 15504/9910/8625</w:t>
        <w:br/>
        <w:t>f 15503/9907/8623 15502/9908/8623 15504/9910/8625</w:t>
        <w:br/>
        <w:t>f 15508/9911/8626 15507/9912/8627 15506/9913/8628</w:t>
        <w:br/>
        <w:t>f 15434/9841/8578 15464/9870/8597 15465/9869/8596</w:t>
        <w:br/>
        <w:t>f 15437/9842/8579 15434/9841/8578 15465/9869/8596</w:t>
        <w:br/>
        <w:t>f 15508/9911/8626 15509/9914/8629 15507/9912/8627</w:t>
        <w:br/>
        <w:t>f 15509/9914/8629 15510/9915/8630 15507/9912/8627</w:t>
        <w:br/>
        <w:t>f 15511/9916/8631 15494/9898/8616 15495/9897/8616</w:t>
        <w:br/>
        <w:t>f 15512/9917/8631 15511/9916/8631 15495/9897/8616</w:t>
        <w:br/>
        <w:t>f 15365/9773/8519 15513/9918/8632 15368/9770/8519</w:t>
        <w:br/>
        <w:t>f 15516/9919/8633 15515/9920/8634 15514/9921/8635</w:t>
        <w:br/>
        <w:t>f 15519/9922/8636 15518/9923/8637 15517/9924/8638</w:t>
        <w:br/>
        <w:t>f 15520/9925/8639 15519/9922/8636 15517/9924/8638</w:t>
        <w:br/>
        <w:t>f 15524/9926/8640 15523/9927/8641 15522/9928/8642</w:t>
        <w:br/>
        <w:t>f 15521/9929/8643 15524/9926/8640 15522/9928/8642</w:t>
        <w:br/>
        <w:t>f 15521/9929/8643 15522/9928/8642 15526/9930/8644</w:t>
        <w:br/>
        <w:t>f 15525/9931/8645 15521/9929/8643 15526/9930/8644</w:t>
        <w:br/>
        <w:t>f 15527/9932/8646 15516/9919/8633 15523/9927/8641</w:t>
        <w:br/>
        <w:t>f 15524/9926/8640 15527/9932/8646 15523/9927/8641</w:t>
        <w:br/>
        <w:t>f 15529/9933/8647 15528/9934/8648 15525/9931/8645</w:t>
        <w:br/>
        <w:t>f 15526/9930/8644 15529/9933/8647 15525/9931/8645</w:t>
        <w:br/>
        <w:t>f 15531/9935/8649 15530/9936/8650 15516/9919/8633</w:t>
        <w:br/>
        <w:t>f 15527/9932/8646 15531/9935/8649 15516/9919/8633</w:t>
        <w:br/>
        <w:t>f 15535/9937/8651 15534/9938/8652 15533/9939/8653</w:t>
        <w:br/>
        <w:t>f 15532/9940/8654 15535/9937/8651 15533/9939/8653</w:t>
        <w:br/>
        <w:t>f 15518/9923/8637 15519/9922/8636 15536/9941/8655</w:t>
        <w:br/>
        <w:t>f 15537/9942/8656 15520/9925/8639 15517/9924/8638</w:t>
        <w:br/>
        <w:t>f 15540/9943/8657 15539/9944/8658 15538/9945/8659</w:t>
        <w:br/>
        <w:t>f 15541/9946/8660 15535/9937/8651 15532/9940/8654</w:t>
        <w:br/>
        <w:t>f 15542/9947/8661 15541/9946/8660 15532/9940/8654</w:t>
        <w:br/>
        <w:t>f 15545/9948/8662 15544/9949/8663 15543/9950/8664</w:t>
        <w:br/>
        <w:t>f 15549/9951/8665 15548/9952/8666 15547/9953/8667</w:t>
        <w:br/>
        <w:t>f 15546/9954/8668 15549/9951/8665 15547/9953/8667</w:t>
        <w:br/>
        <w:t>f 15553/9955/8669 15552/9956/8670 15551/9957/8671</w:t>
        <w:br/>
        <w:t>f 15550/9958/8672 15553/9955/8669 15551/9957/8671</w:t>
        <w:br/>
        <w:t>f 15555/9959/8673 15554/9960/8674 15553/9955/8669</w:t>
        <w:br/>
        <w:t>f 15550/9958/8672 15555/9959/8673 15553/9955/8669</w:t>
        <w:br/>
        <w:t>f 15559/9961/8675 15558/9962/8676 15557/9963/8677</w:t>
        <w:br/>
        <w:t>f 15556/9964/8678 15559/9961/8675 15557/9963/8677</w:t>
        <w:br/>
        <w:t>f 15562/9965/8679 15561/9966/8680 15560/9967/8681</w:t>
        <w:br/>
        <w:t>f 15566/9968/8682 15565/9969/8683 15564/9970/8684</w:t>
        <w:br/>
        <w:t>f 15563/9971/8685 15566/9968/8682 15564/9970/8684</w:t>
        <w:br/>
        <w:t>f 15563/9971/8685 15568/9972/8686 15567/9973/8687</w:t>
        <w:br/>
        <w:t>f 15566/9968/8682 15563/9971/8685 15567/9973/8687</w:t>
        <w:br/>
        <w:t>f 15571/9974/8688 15570/9975/8689 15569/9976/8690</w:t>
        <w:br/>
        <w:t>f 15572/9977/8691 15571/9974/8688 15569/9976/8690</w:t>
        <w:br/>
        <w:t>f 15574/9978/8692 15573/9979/8693 15569/9976/8690</w:t>
        <w:br/>
        <w:t>f 15570/9975/8689 15574/9978/8692 15569/9976/8690</w:t>
        <w:br/>
        <w:t>f 15575/9980/8694 15556/9964/8678 15557/9963/8677</w:t>
        <w:br/>
        <w:t>f 15561/9966/8680 15562/9965/8679 15576/9981/8695</w:t>
        <w:br/>
        <w:t>f 15577/9982/8696 15561/9966/8680 15576/9981/8695</w:t>
        <w:br/>
        <w:t>f 15579/9983/8697 15578/9984/8698 15565/9969/8683</w:t>
        <w:br/>
        <w:t>f 15566/9968/8682 15579/9983/8697 15565/9969/8683</w:t>
        <w:br/>
        <w:t>f 15566/9968/8682 15567/9973/8687 15580/9985/8699</w:t>
        <w:br/>
        <w:t>f 15579/9983/8697 15566/9968/8682 15580/9985/8699</w:t>
        <w:br/>
        <w:t>f 15545/9948/8662 15581/9986/8700 15558/9962/8676</w:t>
        <w:br/>
        <w:t>f 15559/9961/8675 15545/9948/8662 15558/9962/8676</w:t>
        <w:br/>
        <w:t>f 15583/9987/8701 15582/9988/8702 15560/9967/8681</w:t>
        <w:br/>
        <w:t>f 15584/9989/8703 15583/9987/8701 15560/9967/8681</w:t>
        <w:br/>
        <w:t>f 15585/9990/8704 15546/9954/8668 15563/9971/8685</w:t>
        <w:br/>
        <w:t>f 15564/9970/8684 15585/9990/8704 15563/9971/8685</w:t>
        <w:br/>
        <w:t>f 15568/9972/8686 15563/9971/8685 15546/9954/8668</w:t>
        <w:br/>
        <w:t>f 15547/9953/8667 15568/9972/8686 15546/9954/8668</w:t>
        <w:br/>
        <w:t>f 15588/9991/8705 15587/9992/8706 15586/9993/8707</w:t>
        <w:br/>
        <w:t>f 15575/9980/8694 15588/9991/8705 15586/9993/8707</w:t>
        <w:br/>
        <w:t>f 15577/9982/8696 15576/9981/8695 15590/9994/8708</w:t>
        <w:br/>
        <w:t>f 15589/9995/8709 15577/9982/8696 15590/9994/8708</w:t>
        <w:br/>
        <w:t>f 15592/9996/8710 15591/9997/8711 15578/9984/8698</w:t>
        <w:br/>
        <w:t>f 15579/9983/8697 15592/9996/8710 15578/9984/8698</w:t>
        <w:br/>
        <w:t>f 15593/9998/8712 15592/9996/8710 15579/9983/8697</w:t>
        <w:br/>
        <w:t>f 15580/9985/8699 15593/9998/8712 15579/9983/8697</w:t>
        <w:br/>
        <w:t>f 15581/9986/8700 15543/9950/8664 15594/9999/8713</w:t>
        <w:br/>
        <w:t>f 15582/9988/8702 15583/9987/8701 15595/10000/8714</w:t>
        <w:br/>
        <w:t>f 15596/10001/8715 15582/9988/8702 15595/10000/8714</w:t>
        <w:br/>
        <w:t>f 15597/10002/8716 15549/9951/8665 15546/9954/8668</w:t>
        <w:br/>
        <w:t>f 15585/9990/8704 15597/10002/8716 15546/9954/8668</w:t>
        <w:br/>
        <w:t>f 15599/10003/8717 15598/10004/8718 15588/9991/8705</w:t>
        <w:br/>
        <w:t>f 15601/10005/8719 15600/10006/8720 15589/9995/8709</w:t>
        <w:br/>
        <w:t>f 15590/9994/8708 15601/10005/8719 15589/9995/8709</w:t>
        <w:br/>
        <w:t>f 15603/10007/8721 15602/10008/8722 15591/9997/8711</w:t>
        <w:br/>
        <w:t>f 15592/9996/8710 15603/10007/8721 15591/9997/8711</w:t>
        <w:br/>
        <w:t>f 15603/10007/8721 15592/9996/8710 15593/9998/8712</w:t>
        <w:br/>
        <w:t>f 15604/10009/8723 15603/10007/8721 15593/9998/8712</w:t>
        <w:br/>
        <w:t>f 15598/10004/8718 15599/10003/8717 15606/10010/8724</w:t>
        <w:br/>
        <w:t>f 15605/10011/8725 15598/10004/8718 15606/10010/8724</w:t>
        <w:br/>
        <w:t>f 15607/10012/8726 15600/10006/8720 15601/10005/8719</w:t>
        <w:br/>
        <w:t>f 15602/10008/8722 15603/10007/8721 15550/9958/8672</w:t>
        <w:br/>
        <w:t>f 15551/9957/8671 15602/10008/8722 15550/9958/8672</w:t>
        <w:br/>
        <w:t>f 15550/9958/8672 15603/10007/8721 15604/10009/8723</w:t>
        <w:br/>
        <w:t>f 15555/9959/8673 15550/9958/8672 15604/10009/8723</w:t>
        <w:br/>
        <w:t>f 15570/9975/8689 15571/9974/8688 15552/9956/8670</w:t>
        <w:br/>
        <w:t>f 15553/9955/8669 15570/9975/8689 15552/9956/8670</w:t>
        <w:br/>
        <w:t>f 15554/9960/8674 15574/9978/8692 15570/9975/8689</w:t>
        <w:br/>
        <w:t>f 15553/9955/8669 15554/9960/8674 15570/9975/8689</w:t>
        <w:br/>
        <w:t>f 15609/10013/8727 15608/10014/8728 15572/9977/8691</w:t>
        <w:br/>
        <w:t>f 15569/9976/8690 15609/10013/8727 15572/9977/8691</w:t>
        <w:br/>
        <w:t>f 15586/9993/8707 15610/10015/8729 15556/9964/8678</w:t>
        <w:br/>
        <w:t>f 15613/10016/8730 15542/9947/8661 15612/10017/8731</w:t>
        <w:br/>
        <w:t>f 15611/10018/8732 15613/10016/8730 15612/10017/8731</w:t>
        <w:br/>
        <w:t>f 15614/10019/8733 15541/9946/8660 15542/9947/8661</w:t>
        <w:br/>
        <w:t>f 15613/10016/8730 15614/10019/8733 15542/9947/8661</w:t>
        <w:br/>
        <w:t>f 15616/10020/8734 15572/9977/8691 15608/10014/8728</w:t>
        <w:br/>
        <w:t>f 15615/10021/8735 15616/10020/8734 15608/10014/8728</w:t>
        <w:br/>
        <w:t>f 15617/10022/8736 15571/9974/8688 15572/9977/8691</w:t>
        <w:br/>
        <w:t>f 15616/10020/8734 15617/10022/8736 15572/9977/8691</w:t>
        <w:br/>
        <w:t>f 15618/10023/8737 15552/9956/8670 15571/9974/8688</w:t>
        <w:br/>
        <w:t>f 15617/10022/8736 15618/10023/8737 15571/9974/8688</w:t>
        <w:br/>
        <w:t>f 15619/10024/8738 15551/9957/8671 15552/9956/8670</w:t>
        <w:br/>
        <w:t>f 15618/10023/8737 15619/10024/8738 15552/9956/8670</w:t>
        <w:br/>
        <w:t>f 15564/9970/8684 15620/10025/8739 15585/9990/8704</w:t>
        <w:br/>
        <w:t>f 15621/10026/8740 15597/10002/8716 15585/9990/8704</w:t>
        <w:br/>
        <w:t>f 15624/10027/8741 15623/10028/8742 15622/10029/8743</w:t>
        <w:br/>
        <w:t>f 15556/9964/8678 15610/10015/8729 15625/10030/8744</w:t>
        <w:br/>
        <w:t>f 15559/9961/8675 15556/9964/8678 15625/10030/8744</w:t>
        <w:br/>
        <w:t>f 15626/10031/8745 15545/9948/8662 15559/9961/8675</w:t>
        <w:br/>
        <w:t>f 15625/10030/8744 15626/10031/8745 15559/9961/8675</w:t>
        <w:br/>
        <w:t>f 15627/10032/8746 15544/9949/8663 15626/10031/8745</w:t>
        <w:br/>
        <w:t>f 15626/10031/8745 15629/10033/8747 15628/10034/8748</w:t>
        <w:br/>
        <w:t>f 15627/10032/8746 15626/10031/8745 15628/10034/8748</w:t>
        <w:br/>
        <w:t>f 15632/10035/8749 15631/10036/8750 15630/10037/8751</w:t>
        <w:br/>
        <w:t>f 15521/9929/8643 15634/10038/8752 15633/10039/8753</w:t>
        <w:br/>
        <w:t>f 15524/9926/8640 15521/9929/8643 15633/10039/8753</w:t>
        <w:br/>
        <w:t>f 15637/10040/8754 15636/10041/8755 15635/10042/8756</w:t>
        <w:br/>
        <w:t>f 15536/9941/8655 15637/10040/8754 15635/10042/8756</w:t>
        <w:br/>
        <w:t>f 15634/10038/8752 15521/9929/8643 15525/9931/8645</w:t>
        <w:br/>
        <w:t>f 15638/10043/8757 15634/10038/8752 15525/9931/8645</w:t>
        <w:br/>
        <w:t>f 15632/10035/8749 15527/9932/8646 15524/9926/8640</w:t>
        <w:br/>
        <w:t>f 15633/10039/8753 15632/10035/8749 15524/9926/8640</w:t>
        <w:br/>
        <w:t>f 15638/10043/8757 15525/9931/8645 15528/9934/8648</w:t>
        <w:br/>
        <w:t>f 15639/10044/8758 15638/10043/8757 15528/9934/8648</w:t>
        <w:br/>
        <w:t>f 15630/10037/8751 15531/9935/8649 15527/9932/8646</w:t>
        <w:br/>
        <w:t>f 15632/10035/8749 15630/10037/8751 15527/9932/8646</w:t>
        <w:br/>
        <w:t>f 15639/10044/8758 15528/9934/8648 15635/10042/8756</w:t>
        <w:br/>
        <w:t>f 15636/10041/8755 15639/10044/8758 15635/10042/8756</w:t>
        <w:br/>
        <w:t>f 15643/10045/8759 15642/10046/8411 15641/10047/8760</w:t>
        <w:br/>
        <w:t>f 15640/10048/8761 15643/10045/8759 15641/10047/8760</w:t>
        <w:br/>
        <w:t>f 15645/10049/8762 15644/10050/8763 15633/10039/8753</w:t>
        <w:br/>
        <w:t>f 15634/10038/8752 15645/10049/8762 15633/10039/8753</w:t>
        <w:br/>
        <w:t>f 15636/10041/8755 15637/10040/8754 15646/10051/8764</w:t>
        <w:br/>
        <w:t>f 15647/10052/8765 15636/10041/8755 15646/10051/8764</w:t>
        <w:br/>
        <w:t>f 15634/10038/8752 15638/10043/8757 15648/10053/8766</w:t>
        <w:br/>
        <w:t>f 15645/10049/8762 15634/10038/8752 15648/10053/8766</w:t>
        <w:br/>
        <w:t>f 15632/10035/8749 15633/10039/8753 15644/10050/8763</w:t>
        <w:br/>
        <w:t>f 15649/10054/8767 15632/10035/8749 15644/10050/8763</w:t>
        <w:br/>
        <w:t>f 15650/10055/8768 15648/10053/8766 15638/10043/8757</w:t>
        <w:br/>
        <w:t>f 15639/10044/8758 15650/10055/8768 15638/10043/8757</w:t>
        <w:br/>
        <w:t>f 15653/10056/8769 15652/10057/8770 15651/10058/8771</w:t>
        <w:br/>
        <w:t>f 15657/10059/8772 15656/10060/8773 15655/10061/8774</w:t>
        <w:br/>
        <w:t>f 15654/10062/8775 15657/10059/8772 15655/10061/8774</w:t>
        <w:br/>
        <w:t>f 15660/10063/8776 15659/10064/8777 15658/10065/8778</w:t>
        <w:br/>
        <w:t>f 15663/10066/8779 15662/10067/8780 15661/10068/8781</w:t>
        <w:br/>
        <w:t>f 15581/9986/8700 15594/9999/8713 15664/10069/8782</w:t>
        <w:br/>
        <w:t>f 15665/10070/8783 15581/9986/8700 15664/10069/8782</w:t>
        <w:br/>
        <w:t>f 15667/10071/8784 15557/9963/8677 15558/9962/8676</w:t>
        <w:br/>
        <w:t>f 15666/10072/8785 15667/10071/8784 15558/9962/8676</w:t>
        <w:br/>
        <w:t>f 15668/10073/8786 15575/9980/8694 15557/9963/8677</w:t>
        <w:br/>
        <w:t>f 15667/10071/8784 15668/10073/8786 15557/9963/8677</w:t>
        <w:br/>
        <w:t>f 15581/9986/8700 15665/10070/8783 15666/10072/8785</w:t>
        <w:br/>
        <w:t>f 15558/9962/8676 15581/9986/8700 15666/10072/8785</w:t>
        <w:br/>
        <w:t>f 15669/10074/8787 15588/9991/8705 15575/9980/8694</w:t>
        <w:br/>
        <w:t>f 15668/10073/8786 15669/10074/8787 15575/9980/8694</w:t>
        <w:br/>
        <w:t>f 15599/10003/8717 15588/9991/8705 15669/10074/8787</w:t>
        <w:br/>
        <w:t>f 15606/10010/8724 15607/10012/8726 15671/10075/8788</w:t>
        <w:br/>
        <w:t>f 15670/10076/8789 15606/10010/8724 15671/10075/8788</w:t>
        <w:br/>
        <w:t>f 15673/10077/8790 15584/9989/8703 15561/9966/8680</w:t>
        <w:br/>
        <w:t>f 15672/10078/8791 15673/10077/8790 15561/9966/8680</w:t>
        <w:br/>
        <w:t>f 15676/10079/8792 15675/10080/8793 15674/10081/8794</w:t>
        <w:br/>
        <w:t>f 15677/10082/8795 15676/10079/8792 15674/10081/8794</w:t>
        <w:br/>
        <w:t>f 15577/9982/8696 15672/10078/8791 15561/9966/8680</w:t>
        <w:br/>
        <w:t>f 15584/9989/8703 15673/10077/8790 15678/10083/8796</w:t>
        <w:br/>
        <w:t>f 15583/9987/8701 15584/9989/8703 15678/10083/8796</w:t>
        <w:br/>
        <w:t>f 15680/10084/8797 15577/9982/8696 15589/9995/8709</w:t>
        <w:br/>
        <w:t>f 15679/10085/8798 15680/10084/8797 15589/9995/8709</w:t>
        <w:br/>
        <w:t>f 15583/9987/8701 15678/10083/8796 15681/10086/8799</w:t>
        <w:br/>
        <w:t>f 15595/10000/8714 15583/9987/8701 15681/10086/8799</w:t>
        <w:br/>
        <w:t>f 15679/10085/8798 15589/9995/8709 15600/10006/8720</w:t>
        <w:br/>
        <w:t>f 15682/10087/8800 15679/10085/8798 15600/10006/8720</w:t>
        <w:br/>
        <w:t>f 15607/10012/8726 15606/10010/8724 15600/10006/8720</w:t>
        <w:br/>
        <w:t>f 15675/10080/8793 15676/10079/8792 15683/10088/8801</w:t>
        <w:br/>
        <w:t>f 15684/10089/8802 15675/10080/8793 15683/10088/8801</w:t>
        <w:br/>
        <w:t>f 15665/10070/8783 15664/10069/8782 15663/10066/8779</w:t>
        <w:br/>
        <w:t>f 15685/10090/8803 15665/10070/8783 15663/10066/8779</w:t>
        <w:br/>
        <w:t>f 15657/10059/8772 15654/10062/8775 15667/10071/8784</w:t>
        <w:br/>
        <w:t>f 15666/10072/8785 15657/10059/8772 15667/10071/8784</w:t>
        <w:br/>
        <w:t>f 15659/10064/8777 15668/10073/8786 15667/10071/8784</w:t>
        <w:br/>
        <w:t>f 15654/10062/8775 15659/10064/8777 15667/10071/8784</w:t>
        <w:br/>
        <w:t>f 15666/10072/8785 15665/10070/8783 15685/10090/8803</w:t>
        <w:br/>
        <w:t>f 15657/10059/8772 15666/10072/8785 15685/10090/8803</w:t>
        <w:br/>
        <w:t>f 15668/10073/8786 15659/10064/8777 15669/10074/8787</w:t>
        <w:br/>
        <w:t>f 15599/10003/8717 15669/10074/8787 15660/10063/8776</w:t>
        <w:br/>
        <w:t>f 15685/10090/8803 15661/10068/8781 15656/10060/8773</w:t>
        <w:br/>
        <w:t>f 15657/10059/8772 15685/10090/8803 15656/10060/8773</w:t>
        <w:br/>
        <w:t>f 15676/10079/8792 15616/10020/8734 15615/10021/8735</w:t>
        <w:br/>
        <w:t>f 15683/10088/8801 15676/10079/8792 15615/10021/8735</w:t>
        <w:br/>
        <w:t>f 15677/10082/8795 15617/10022/8736 15616/10020/8734</w:t>
        <w:br/>
        <w:t>f 15676/10079/8792 15677/10082/8795 15616/10020/8734</w:t>
        <w:br/>
        <w:t>f 15671/10075/8788 15618/10023/8737 15617/10022/8736</w:t>
        <w:br/>
        <w:t>f 15677/10082/8795 15671/10075/8788 15617/10022/8736</w:t>
        <w:br/>
        <w:t>f 15687/10091/8804 15576/9981/8695 15562/9965/8679</w:t>
        <w:br/>
        <w:t>f 15686/10092/8805 15687/10091/8804 15562/9965/8679</w:t>
        <w:br/>
        <w:t>f 15686/10092/8805 15562/9965/8679 15560/9967/8681</w:t>
        <w:br/>
        <w:t>f 15620/10025/8739 15686/10092/8805 15560/9967/8681</w:t>
        <w:br/>
        <w:t>f 15620/10025/8739 15560/9967/8681 15621/10026/8740</w:t>
        <w:br/>
        <w:t>f 15596/10001/8715 15688/10093/8806 15621/10026/8740</w:t>
        <w:br/>
        <w:t>f 15582/9988/8702 15596/10001/8715 15621/10026/8740</w:t>
        <w:br/>
        <w:t>f 15523/9927/8641 15689/10094/8807 15522/9928/8642</w:t>
        <w:br/>
        <w:t>f 15690/10095/8808 15526/9930/8644 15522/9928/8642</w:t>
        <w:br/>
        <w:t>f 15689/10094/8807 15690/10095/8808 15522/9928/8642</w:t>
        <w:br/>
        <w:t>f 15514/9921/8635 15691/10096/8809 15516/9919/8633</w:t>
        <w:br/>
        <w:t>f 15693/10097/8810 15540/9943/8657 15538/9945/8659</w:t>
        <w:br/>
        <w:t>f 15692/10098/8811 15693/10097/8810 15538/9945/8659</w:t>
        <w:br/>
        <w:t>f 15629/10033/8747 15695/10099/8812 15694/10100/8813</w:t>
        <w:br/>
        <w:t>f 15628/10034/8748 15629/10033/8747 15694/10100/8813</w:t>
        <w:br/>
        <w:t>f 15610/10015/8729 15623/10028/8742 15625/10030/8744</w:t>
        <w:br/>
        <w:t>f 15625/10030/8744 15623/10028/8742 15629/10033/8747</w:t>
        <w:br/>
        <w:t>f 15626/10031/8745 15625/10030/8744 15629/10033/8747</w:t>
        <w:br/>
        <w:t>f 15698/10101/8814 15697/10102/8815 15696/10103/8815</w:t>
        <w:br/>
        <w:t>f 15699/10104/8814 15698/10101/8814 15696/10103/8815</w:t>
        <w:br/>
        <w:t>f 15703/10105/8816 15702/10106/8817 15701/10107/8817</w:t>
        <w:br/>
        <w:t>f 15700/10108/8818 15703/10105/8816 15701/10107/8817</w:t>
        <w:br/>
        <w:t>f 15706/10109/8819 15705/10110/8820 15704/10111/8821</w:t>
        <w:br/>
        <w:t>f 15707/10112/8822 15701/10107/8817 15702/10106/8817</w:t>
        <w:br/>
        <w:t>f 15708/10113/8823 15707/10112/8822 15702/10106/8817</w:t>
        <w:br/>
        <w:t>f 15709/10114/8824 15703/10105/8816 15700/10108/8818</w:t>
        <w:br/>
        <w:t>f 15710/10115/8825 15709/10114/8824 15700/10108/8818</w:t>
        <w:br/>
        <w:t>f 15707/10112/8822 15708/10113/8823 15712/10116/8826</w:t>
        <w:br/>
        <w:t>f 15711/10117/8827 15707/10112/8822 15712/10116/8826</w:t>
        <w:br/>
        <w:t>f 15709/10114/8824 15710/10115/8825 15713/10118/8828</w:t>
        <w:br/>
        <w:t>f 15714/10119/8828 15709/10114/8824 15713/10118/8828</w:t>
        <w:br/>
        <w:t>f 15715/10120/8829 15711/10117/8827 15712/10116/8826</w:t>
        <w:br/>
        <w:t>f 15716/10121/8830 15715/10120/8829 15712/10116/8826</w:t>
        <w:br/>
        <w:t>f 15716/10121/8830 15698/10101/8814 15699/10104/8814</w:t>
        <w:br/>
        <w:t>f 15715/10120/8829 15716/10121/8830 15699/10104/8814</w:t>
        <w:br/>
        <w:t>f 15697/10102/8815 15717/10122/8831 15706/10109/8819</w:t>
        <w:br/>
        <w:t>f 15696/10103/8815 15697/10102/8815 15706/10109/8819</w:t>
        <w:br/>
        <w:t>f 15705/10110/8820 15718/10123/8832 15704/10111/8821</w:t>
        <w:br/>
        <w:t>f 15649/10054/8767 15719/10124/8833 15631/10036/8750</w:t>
        <w:br/>
        <w:t>f 15632/10035/8749 15649/10054/8767 15631/10036/8750</w:t>
        <w:br/>
        <w:t>f 15652/10057/8770 15681/10086/8799 15678/10083/8796</w:t>
        <w:br/>
        <w:t>f 15652/10057/8770 15678/10083/8796 15651/10058/8771</w:t>
        <w:br/>
        <w:t>f 15720/10125/8834 15635/10042/8756 15528/9934/8648</w:t>
        <w:br/>
        <w:t>f 15529/9933/8647 15720/10125/8834 15528/9934/8648</w:t>
        <w:br/>
        <w:t>f 15722/10126/8835 15670/10076/8789 15674/10081/8794</w:t>
        <w:br/>
        <w:t>f 15721/10127/8836 15722/10126/8835 15674/10081/8794</w:t>
        <w:br/>
        <w:t>f 15723/10128/8837 15675/10080/8793 15684/10089/8802</w:t>
        <w:br/>
        <w:t>f 15724/10129/8838 15723/10128/8837 15684/10089/8802</w:t>
        <w:br/>
        <w:t>f 15725/10130/8839 15614/10019/8733 15605/10011/8725</w:t>
        <w:br/>
        <w:t>f 15537/9942/8656 15728/10131/8840 15727/10132/8841</w:t>
        <w:br/>
        <w:t>f 15726/10133/8842 15537/9942/8656 15727/10132/8841</w:t>
        <w:br/>
        <w:t>f 15730/10134/8843 15518/9923/8637 15536/9941/8655</w:t>
        <w:br/>
        <w:t>f 15729/10135/8844 15730/10134/8843 15536/9941/8655</w:t>
        <w:br/>
        <w:t>f 15731/10136/8845 15517/9924/8638 15518/9923/8637</w:t>
        <w:br/>
        <w:t>f 15730/10134/8843 15731/10136/8845 15518/9923/8637</w:t>
        <w:br/>
        <w:t>f 15723/10128/8837 15733/10137/8846 15732/10138/8847</w:t>
        <w:br/>
        <w:t>f 15721/10127/8836 15723/10128/8837 15732/10138/8847</w:t>
        <w:br/>
        <w:t>f 15732/10138/8847 15735/10139/8848 15734/10140/8849</w:t>
        <w:br/>
        <w:t>f 15736/10141/8850 15732/10138/8847 15734/10140/8849</w:t>
        <w:br/>
        <w:t>f 15739/10142/8851 15738/10143/8852 15734/10140/8849</w:t>
        <w:br/>
        <w:t>f 15737/10144/8853 15739/10142/8851 15734/10140/8849</w:t>
        <w:br/>
        <w:t>f 15733/10137/8846 15740/10145/8854 15735/10139/8848</w:t>
        <w:br/>
        <w:t>f 15732/10138/8847 15733/10137/8846 15735/10139/8848</w:t>
        <w:br/>
        <w:t>f 15740/10145/8854 15733/10137/8846 15742/10146/8855</w:t>
        <w:br/>
        <w:t>f 15741/10147/8856 15740/10145/8854 15742/10146/8855</w:t>
        <w:br/>
        <w:t>f 15534/9938/8652 15535/9937/8651 15738/10143/8852</w:t>
        <w:br/>
        <w:t>f 15739/10142/8851 15534/9938/8652 15738/10143/8852</w:t>
        <w:br/>
        <w:t>f 15736/10141/8850 15722/10126/8835 15721/10127/8836</w:t>
        <w:br/>
        <w:t>f 15732/10138/8847 15736/10141/8850 15721/10127/8836</w:t>
        <w:br/>
        <w:t>f 15738/10143/8852 15725/10130/8839 15736/10141/8850</w:t>
        <w:br/>
        <w:t>f 15734/10140/8849 15738/10143/8852 15736/10141/8850</w:t>
        <w:br/>
        <w:t>f 15635/10042/8756 15720/10125/8834 15729/10135/8844</w:t>
        <w:br/>
        <w:t>f 15536/9941/8655 15635/10042/8756 15729/10135/8844</w:t>
        <w:br/>
        <w:t>f 15737/10144/8853 15734/10140/8849 15735/10139/8848</w:t>
        <w:br/>
        <w:t>f 15743/10148/8857 15737/10144/8853 15735/10139/8848</w:t>
        <w:br/>
        <w:t>f 15728/10131/8840 15731/10136/8845 15743/10148/8857</w:t>
        <w:br/>
        <w:t>f 15535/9937/8651 15541/9946/8660 15725/10130/8839</w:t>
        <w:br/>
        <w:t>f 15738/10143/8852 15535/9937/8651 15725/10130/8839</w:t>
        <w:br/>
        <w:t>f 15740/10145/8854 15728/10131/8840 15743/10148/8857</w:t>
        <w:br/>
        <w:t>f 15735/10139/8848 15740/10145/8854 15743/10148/8857</w:t>
        <w:br/>
        <w:t>f 15728/10131/8840 15740/10145/8854 15741/10147/8856</w:t>
        <w:br/>
        <w:t>f 15727/10132/8841 15728/10131/8840 15741/10147/8856</w:t>
        <w:br/>
        <w:t>f 15533/9939/8653 15744/10149/8858 15532/9940/8654</w:t>
        <w:br/>
        <w:t>f 15612/10017/8731 15746/10150/8859 15745/10151/8860</w:t>
        <w:br/>
        <w:t>f 15747/10152/8861 15622/10029/8743 15745/10151/8860</w:t>
        <w:br/>
        <w:t>f 15748/10153/8862 15747/10152/8861 15745/10151/8860</w:t>
        <w:br/>
        <w:t>f 15693/10097/8810 15750/10154/8863 15749/10155/8864</w:t>
        <w:br/>
        <w:t>f 15624/10027/8741 15622/10029/8743 15747/10152/8861</w:t>
        <w:br/>
        <w:t>f 15752/10156/8865 15750/10154/8863 15751/10157/8866</w:t>
        <w:br/>
        <w:t>f 15745/10151/8860 15754/10158/8867 15753/10159/8868</w:t>
        <w:br/>
        <w:t>f 15748/10153/8862 15745/10151/8860 15753/10159/8868</w:t>
        <w:br/>
        <w:t>f 15756/10160/8869 15755/10161/8870 15748/10153/8862</w:t>
        <w:br/>
        <w:t>f 15753/10159/8868 15756/10160/8869 15748/10153/8862</w:t>
        <w:br/>
        <w:t>f 15540/9943/8657 15749/10155/8864 15757/10162/8871</w:t>
        <w:br/>
        <w:t>f 15758/10163/8872 15753/10159/8868 15754/10158/8867</w:t>
        <w:br/>
        <w:t>f 15759/10164/8873 15758/10163/8872 15754/10158/8867</w:t>
        <w:br/>
        <w:t>f 15760/10165/8874 15756/10160/8869 15753/10159/8868</w:t>
        <w:br/>
        <w:t>f 15758/10163/8872 15760/10165/8874 15753/10159/8868</w:t>
        <w:br/>
        <w:t>f 15761/10166/8875 15540/9943/8657 15757/10162/8871</w:t>
        <w:br/>
        <w:t>f 15624/10027/8741 15747/10152/8861 15762/10167/8876</w:t>
        <w:br/>
        <w:t>f 15751/10157/8866 15624/10027/8741 15762/10167/8876</w:t>
        <w:br/>
        <w:t>f 15746/10150/8859 15759/10164/8873 15754/10158/8867</w:t>
        <w:br/>
        <w:t>f 15612/10017/8731 15745/10151/8860 15622/10029/8743</w:t>
        <w:br/>
        <w:t>f 15761/10166/8875 15760/10165/8874 15514/9921/8635</w:t>
        <w:br/>
        <w:t>f 15624/10027/8741 15751/10157/8866 15695/10099/8812</w:t>
        <w:br/>
        <w:t>f 15757/10162/8871 15749/10155/8864 15756/10160/8869</w:t>
        <w:br/>
        <w:t>f 15759/10164/8873 15689/10094/8807 15758/10163/8872</w:t>
        <w:br/>
        <w:t>f 15758/10163/8872 15691/10096/8809 15760/10165/8874</w:t>
        <w:br/>
        <w:t>f 15689/10094/8807 15759/10164/8873 15690/10095/8808</w:t>
        <w:br/>
        <w:t>f 15757/10162/8871 15760/10165/8874 15761/10166/8875</w:t>
        <w:br/>
        <w:t>f 15747/10152/8861 15748/10153/8862 15755/10161/8870</w:t>
        <w:br/>
        <w:t>f 15762/10167/8876 15747/10152/8861 15755/10161/8870</w:t>
        <w:br/>
        <w:t>f 15752/10156/8865 15755/10161/8870 15749/10155/8864</w:t>
        <w:br/>
        <w:t>f 15750/10154/8863 15695/10099/8812 15751/10157/8866</w:t>
        <w:br/>
        <w:t>f 15695/10099/8812 15750/10154/8863 15694/10100/8813</w:t>
        <w:br/>
        <w:t>f 15537/9942/8656 15731/10136/8845 15728/10131/8840</w:t>
        <w:br/>
        <w:t>f 15733/10137/8846 15723/10128/8837 15724/10129/8838</w:t>
        <w:br/>
        <w:t>f 15742/10146/8855 15733/10137/8846 15724/10129/8838</w:t>
        <w:br/>
        <w:t>f 15764/10168/8293 15726/10133/8842 15763/10169/8291</w:t>
        <w:br/>
        <w:t>f 15764/10168/8293 15537/9942/8656 15726/10133/8842</w:t>
        <w:br/>
        <w:t>f 15537/9942/8656 15764/10168/8293 15765/10170/8877</w:t>
        <w:br/>
        <w:t>f 15520/9925/8639 15537/9942/8656 15765/10170/8877</w:t>
        <w:br/>
        <w:t>f 15750/10154/8863 15693/10097/8810 15692/10098/8811</w:t>
        <w:br/>
        <w:t>f 15750/10154/8863 15692/10098/8811 15694/10100/8813</w:t>
        <w:br/>
        <w:t>f 15761/10166/8875 15514/9921/8635 15539/9944/8658</w:t>
        <w:br/>
        <w:t>f 15766/10171/8878 15673/10077/8790 15672/10078/8791</w:t>
        <w:br/>
        <w:t>f 15767/10172/8879 15766/10171/8878 15672/10078/8791</w:t>
        <w:br/>
        <w:t>f 15651/10058/8771 15678/10083/8796 15673/10077/8790</w:t>
        <w:br/>
        <w:t>f 15766/10171/8878 15651/10058/8771 15673/10077/8790</w:t>
        <w:br/>
        <w:t>f 15577/9982/8696 15680/10084/8797 15672/10078/8791</w:t>
        <w:br/>
        <w:t>f 15680/10084/8797 15767/10172/8879 15672/10078/8791</w:t>
        <w:br/>
        <w:t>f 15658/10065/8778 15659/10064/8777 15655/10061/8774</w:t>
        <w:br/>
        <w:t>f 15659/10064/8777 15654/10062/8775 15655/10061/8774</w:t>
        <w:br/>
        <w:t>f 15537/9942/8656 15517/9924/8638 15731/10136/8845</w:t>
        <w:br/>
        <w:t>f 15768/10173/8880 15704/10111/8821 15718/10123/8832</w:t>
        <w:br/>
        <w:t>f 15769/10174/8881 15768/10173/8880 15718/10123/8832</w:t>
        <w:br/>
        <w:t>f 15573/9979/8693 15770/10175/8882 15609/10013/8727</w:t>
        <w:br/>
        <w:t>f 15573/9979/8693 15609/10013/8727 15569/9976/8690</w:t>
        <w:br/>
        <w:t>f 15695/10099/8812 15629/10033/8747 15624/10027/8741</w:t>
        <w:br/>
        <w:t>f 15762/10167/8876 15752/10156/8865 15751/10157/8866</w:t>
        <w:br/>
        <w:t>f 15610/10015/8729 15622/10029/8743 15623/10028/8742</w:t>
        <w:br/>
        <w:t>f 15587/9992/8706 15613/10016/8730 15611/10018/8732</w:t>
        <w:br/>
        <w:t>f 15586/9993/8707 15587/9992/8706 15611/10018/8732</w:t>
        <w:br/>
        <w:t>f 15613/10016/8730 15587/9992/8706 15598/10004/8718</w:t>
        <w:br/>
        <w:t>f 15614/10019/8733 15613/10016/8730 15598/10004/8718</w:t>
        <w:br/>
        <w:t>f 15706/10109/8819 15717/10122/8831 15705/10110/8820</w:t>
        <w:br/>
        <w:t>f 15612/10017/8731 15622/10029/8743 15611/10018/8732</w:t>
        <w:br/>
        <w:t>f 15611/10018/8732 15610/10015/8729 15586/9993/8707</w:t>
        <w:br/>
        <w:t>f 15575/9980/8694 15586/9993/8707 15556/9964/8678</w:t>
        <w:br/>
        <w:t>f 15622/10029/8743 15610/10015/8729 15611/10018/8732</w:t>
        <w:br/>
        <w:t>f 15536/9941/8655 15519/9922/8636 15637/10040/8754</w:t>
        <w:br/>
        <w:t>f 15637/10040/8754 15519/9922/8636 15646/10051/8764</w:t>
        <w:br/>
        <w:t>f 15640/10048/8883 15772/10176/8406 15771/10177/8405</w:t>
        <w:br/>
        <w:t>f 15639/10044/8758 15636/10041/8755 15647/10052/8765</w:t>
        <w:br/>
        <w:t>f 15650/10055/8768 15639/10044/8758 15647/10052/8765</w:t>
        <w:br/>
        <w:t>f 15598/10004/8718 15587/9992/8706 15588/9991/8705</w:t>
        <w:br/>
        <w:t>f 15659/10064/8777 15660/10063/8776 15669/10074/8787</w:t>
        <w:br/>
        <w:t>f 15540/9943/8657 15761/10166/8875 15539/9944/8658</w:t>
        <w:br/>
        <w:t>f 15514/9921/8635 15515/9920/8634 15539/9944/8658</w:t>
        <w:br/>
        <w:t>f 15581/9986/8700 15545/9948/8662 15543/9950/8664</w:t>
        <w:br/>
        <w:t>f 15544/9949/8663 15545/9948/8662 15626/10031/8745</w:t>
        <w:br/>
        <w:t>f 15663/10066/8779 15661/10068/8781 15685/10090/8803</w:t>
        <w:br/>
        <w:t>f 15776/10178/8884 15775/10179/8885 15774/10180/8886</w:t>
        <w:br/>
        <w:t>f 15773/10181/8886 15776/10178/8884 15774/10180/8886</w:t>
        <w:br/>
        <w:t>f 15779/10182/8887 15778/10183/8888 15777/10184/8888</w:t>
        <w:br/>
        <w:t>f 15780/10185/8887 15779/10182/8887 15777/10184/8888</w:t>
        <w:br/>
        <w:t>f 15784/10186/8889 15783/10187/8890 15782/10188/8891</w:t>
        <w:br/>
        <w:t>f 15781/10189/8892 15784/10186/8889 15782/10188/8891</w:t>
        <w:br/>
        <w:t>f 15787/10190/8893 15786/10191/8893 15785/10192/8894</w:t>
        <w:br/>
        <w:t>f 15788/10193/8894 15787/10190/8893 15785/10192/8894</w:t>
        <w:br/>
        <w:t>f 15792/10194/8895 15791/10195/8896 15790/10196/8896</w:t>
        <w:br/>
        <w:t>f 15789/10197/8895 15792/10194/8895 15790/10196/8896</w:t>
        <w:br/>
        <w:t>f 15795/10198/8897 15794/10199/8898 15793/10200/8898</w:t>
        <w:br/>
        <w:t>f 15796/10201/8897 15795/10198/8897 15793/10200/8898</w:t>
        <w:br/>
        <w:t>f 15800/10202/8899 15799/10203/8899 15798/10204/8900</w:t>
        <w:br/>
        <w:t>f 15797/10205/8900 15800/10202/8899 15798/10204/8900</w:t>
        <w:br/>
        <w:t>f 15775/10179/8885 15776/10178/8884 15802/10206/8901</w:t>
        <w:br/>
        <w:t>f 15801/10207/8901 15775/10179/8885 15802/10206/8901</w:t>
        <w:br/>
        <w:t>f 15797/10205/8900 15798/10204/8900 15801/10207/8901</w:t>
        <w:br/>
        <w:t>f 15802/10206/8901 15797/10205/8900 15801/10207/8901</w:t>
        <w:br/>
        <w:t>f 15805/10208/8902 15804/10209/8902 15803/10210/8903</w:t>
        <w:br/>
        <w:t>f 15806/10211/8903 15805/10208/8902 15803/10210/8903</w:t>
        <w:br/>
        <w:t>f 15809/10212/8904 15808/10213/8905 15807/10214/8906</w:t>
        <w:br/>
        <w:t>f 15810/10215/8904 15809/10212/8904 15807/10214/8906</w:t>
        <w:br/>
        <w:t>f 15813/10216/8907 15812/10217/8907 15811/10218/8908</w:t>
        <w:br/>
        <w:t>f 15814/10219/8908 15813/10216/8907 15811/10218/8908</w:t>
        <w:br/>
        <w:t>f 15809/10212/8904 15810/10215/8904 15786/10191/8893</w:t>
        <w:br/>
        <w:t>f 15787/10190/8893 15809/10212/8904 15786/10191/8893</w:t>
        <w:br/>
        <w:t>f 15815/10220/8909 15807/10214/8906 15808/10213/8905</w:t>
        <w:br/>
        <w:t>f 15816/10221/8909 15815/10220/8909 15808/10213/8905</w:t>
        <w:br/>
        <w:t>f 15791/10195/8896 15812/10217/8907 15813/10216/8907</w:t>
        <w:br/>
        <w:t>f 15790/10196/8896 15791/10195/8896 15813/10216/8907</w:t>
        <w:br/>
        <w:t>f 15773/10181/8886 15774/10180/8886 15783/10187/8890</w:t>
        <w:br/>
        <w:t>f 15784/10186/8889 15773/10181/8886 15783/10187/8890</w:t>
        <w:br/>
        <w:t>f 15777/10184/8888 15778/10183/8888 15781/10189/8892</w:t>
        <w:br/>
        <w:t>f 15782/10188/8891 15777/10184/8888 15781/10189/8892</w:t>
        <w:br/>
        <w:t>f 15795/10198/8897 15796/10201/8897 15779/10182/8887</w:t>
        <w:br/>
        <w:t>f 15780/10185/8887 15795/10198/8897 15779/10182/8887</w:t>
        <w:br/>
        <w:t>f 15793/10200/8898 15794/10199/8898 15788/10193/8894</w:t>
        <w:br/>
        <w:t>f 15785/10192/8894 15793/10200/8898 15788/10193/8894</w:t>
        <w:br/>
        <w:t>f 15789/10197/8895 15818/10222/8910 15817/10223/8911</w:t>
        <w:br/>
        <w:t>f 15792/10194/8895 15789/10197/8895 15817/10223/8911</w:t>
        <w:br/>
        <w:t>f 15799/10203/8899 15800/10202/8899 15819/10224/8912</w:t>
        <w:br/>
        <w:t>f 15820/10225/8913 15799/10203/8899 15819/10224/8912</w:t>
        <w:br/>
        <w:t>f 15803/10210/8903 15815/10220/8909 15816/10221/8909</w:t>
        <w:br/>
        <w:t>f 15806/10211/8903 15803/10210/8903 15816/10221/8909</w:t>
        <w:br/>
        <w:t>f 15822/10226/8914 15817/10223/8911 15821/10227/8915</w:t>
        <w:br/>
        <w:t>f 15821/10227/8915 15818/10222/8910 15823/10228/8916</w:t>
        <w:br/>
        <w:t>f 15814/10219/8908 15811/10218/8908 15824/10229/8917</w:t>
        <w:br/>
        <w:t>f 15825/10230/8917 15814/10219/8908 15824/10229/8917</w:t>
        <w:br/>
        <w:t>f 15825/10230/8917 15824/10229/8917 15804/10209/8902</w:t>
        <w:br/>
        <w:t>f 15805/10208/8902 15825/10230/8917 15804/10209/8902</w:t>
        <w:br/>
        <w:t>f 15821/10227/8915 15817/10223/8911 15818/10222/8910</w:t>
        <w:br/>
        <w:t>f 15516/9919/8633 15530/9936/8650 15515/9920/8634</w:t>
        <w:br/>
        <w:t>f 15828/10231/8918 15827/10232/8919 15826/10233/8920</w:t>
        <w:br/>
        <w:t>f 15832/10234/8921 15831/10235/8922 15830/10236/8923</w:t>
        <w:br/>
        <w:t>f 15829/10237/8924 15832/10234/8921 15830/10236/8923</w:t>
        <w:br/>
        <w:t>f 15836/10238/8925 15835/10239/8926 15834/10240/8927</w:t>
        <w:br/>
        <w:t>f 15833/10241/8928 15836/10238/8925 15834/10240/8927</w:t>
        <w:br/>
        <w:t>f 15833/10241/8928 15828/10231/8918 15837/10242/8929</w:t>
        <w:br/>
        <w:t>f 15836/10238/8925 15833/10241/8928 15837/10242/8929</w:t>
        <w:br/>
        <w:t>f 15840/10243/8930 15839/10244/8931 15838/10245/8932</w:t>
        <w:br/>
        <w:t>f 15843/10246/8933 15842/10247/8934 15841/10248/8935</w:t>
        <w:br/>
        <w:t>f 15844/10249/8936 15837/10242/8929 15828/10231/8918</w:t>
        <w:br/>
        <w:t>f 15845/10250/8937 15844/10249/8936 15828/10231/8918</w:t>
        <w:br/>
        <w:t>f 15831/10235/8922 15847/10251/8938 15846/10252/8939</w:t>
        <w:br/>
        <w:t>f 15830/10236/8923 15831/10235/8922 15846/10252/8939</w:t>
        <w:br/>
        <w:t>f 15848/10253/8940 15832/10234/8921 15829/10237/8924</w:t>
        <w:br/>
        <w:t>f 15851/10254/8941 15850/10255/8942 15849/10256/8943</w:t>
        <w:br/>
        <w:t>f 15853/10257/8944 15852/10258/8945 15843/10246/8933</w:t>
        <w:br/>
        <w:t>f 15841/10248/8935 15853/10257/8944 15843/10246/8933</w:t>
        <w:br/>
        <w:t>f 15856/10259/8946 15855/10260/8947 15854/10261/8948</w:t>
        <w:br/>
        <w:t>f 15859/10262/8949 15858/10263/8950 15857/10264/8951</w:t>
        <w:br/>
        <w:t>f 15860/10265/8952 15859/10262/8949 15857/10264/8951</w:t>
        <w:br/>
        <w:t>f 15861/10266/8953 15858/10263/8950 15859/10262/8949</w:t>
        <w:br/>
        <w:t>f 15862/10267/8954 15861/10266/8953 15859/10262/8949</w:t>
        <w:br/>
        <w:t>f 15865/10268/8955 15864/10269/8956 15863/10270/8957</w:t>
        <w:br/>
        <w:t>f 15866/10271/8958 15865/10268/8955 15863/10270/8957</w:t>
        <w:br/>
        <w:t>f 15869/10272/8959 15868/10273/8960 15867/10274/8961</w:t>
        <w:br/>
        <w:t>f 15872/10275/8962 15871/10276/8963 15870/10277/8964</w:t>
        <w:br/>
        <w:t>f 15873/10278/8965 15872/10275/8962 15870/10277/8964</w:t>
        <w:br/>
        <w:t>f 15875/10279/8966 15873/10278/8965 15870/10277/8964</w:t>
        <w:br/>
        <w:t>f 15874/10280/8967 15875/10279/8966 15870/10277/8964</w:t>
        <w:br/>
        <w:t>f 15876/10281/8968 15865/10268/8955 15866/10271/8958</w:t>
        <w:br/>
        <w:t>f 15879/10282/8969 15878/10283/8970 15868/10273/8960</w:t>
        <w:br/>
        <w:t>f 15877/10284/8971 15879/10282/8969 15868/10273/8960</w:t>
        <w:br/>
        <w:t>f 15883/10285/8972 15882/10286/8973 15881/10287/8974</w:t>
        <w:br/>
        <w:t>f 15880/10288/8975 15883/10285/8972 15881/10287/8974</w:t>
        <w:br/>
        <w:t>f 15886/10289/8976 15885/10290/8977 15884/10291/8978</w:t>
        <w:br/>
        <w:t>f 15887/10292/8979 15886/10289/8976 15884/10291/8978</w:t>
        <w:br/>
        <w:t>f 15864/10269/8956 15888/10293/8980 15856/10259/8946</w:t>
        <w:br/>
        <w:t>f 15863/10270/8957 15864/10269/8956 15856/10259/8946</w:t>
        <w:br/>
        <w:t>f 15867/10274/8961 15890/10294/8981 15889/10295/8982</w:t>
        <w:br/>
        <w:t>f 15869/10272/8959 15867/10274/8961 15889/10295/8982</w:t>
        <w:br/>
        <w:t>f 15892/10296/8983 15876/10281/8968 15891/10297/8984</w:t>
        <w:br/>
        <w:t>f 15893/10298/8985 15892/10296/8983 15891/10297/8984</w:t>
        <w:br/>
        <w:t>f 15895/10299/8986 15879/10282/8969 15877/10284/8971</w:t>
        <w:br/>
        <w:t>f 15894/10300/8987 15895/10299/8986 15877/10284/8971</w:t>
        <w:br/>
        <w:t>f 15882/10286/8973 15897/10301/8988 15896/10302/8989</w:t>
        <w:br/>
        <w:t>f 15881/10287/8974 15882/10286/8973 15896/10302/8989</w:t>
        <w:br/>
        <w:t>f 15898/10303/8990 15886/10289/8976 15887/10292/8979</w:t>
        <w:br/>
        <w:t>f 15899/10304/8991 15898/10303/8990 15887/10292/8979</w:t>
        <w:br/>
        <w:t>f 15888/10293/8980 15900/10305/8992 15855/10260/8947</w:t>
        <w:br/>
        <w:t>f 15890/10294/8981 15902/10306/8993 15901/10307/8994</w:t>
        <w:br/>
        <w:t>f 15889/10295/8982 15890/10294/8981 15901/10307/8994</w:t>
        <w:br/>
        <w:t>f 15904/10308/8995 15892/10296/8983 15903/10309/8996</w:t>
        <w:br/>
        <w:t>f 15906/10310/8997 15895/10299/8986 15894/10300/8987</w:t>
        <w:br/>
        <w:t>f 15905/10311/8998 15906/10310/8997 15894/10300/8987</w:t>
        <w:br/>
        <w:t>f 15897/10301/8988 15908/10312/8999 15907/10313/9000</w:t>
        <w:br/>
        <w:t>f 15896/10302/8989 15897/10301/8988 15907/10313/9000</w:t>
        <w:br/>
        <w:t>f 15910/10314/9001 15898/10303/8990 15899/10304/8991</w:t>
        <w:br/>
        <w:t>f 15909/10315/9002 15910/10314/9001 15899/10304/8991</w:t>
        <w:br/>
        <w:t>f 15912/10316/9003 15911/10317/9004 15903/10309/8996</w:t>
        <w:br/>
        <w:t>f 15913/10318/9005 15906/10310/8997 15905/10311/8998</w:t>
        <w:br/>
        <w:t>f 15908/10312/8999 15914/10319/9006 15857/10264/8951</w:t>
        <w:br/>
        <w:t>f 15907/10313/9000 15908/10312/8999 15857/10264/8951</w:t>
        <w:br/>
        <w:t>f 15910/10314/9001 15909/10315/9002 15858/10263/8950</w:t>
        <w:br/>
        <w:t>f 15861/10266/8953 15910/10314/9001 15858/10263/8950</w:t>
        <w:br/>
        <w:t>f 15873/10278/8965 15859/10262/8949 15860/10265/8952</w:t>
        <w:br/>
        <w:t>f 15872/10275/8962 15873/10278/8965 15860/10265/8952</w:t>
        <w:br/>
        <w:t>f 15862/10267/8954 15859/10262/8949 15873/10278/8965</w:t>
        <w:br/>
        <w:t>f 15875/10279/8966 15862/10267/8954 15873/10278/8965</w:t>
        <w:br/>
        <w:t>f 15871/10276/8963 15916/10320/9007 15915/10321/9008</w:t>
        <w:br/>
        <w:t>f 15870/10277/8964 15871/10276/8963 15915/10321/9008</w:t>
        <w:br/>
        <w:t>f 15891/10297/8984 15866/10271/8958 15917/10322/9009</w:t>
        <w:br/>
        <w:t>f 15920/10323/9010 15919/10324/9011 15918/10325/9012</w:t>
        <w:br/>
        <w:t>f 15852/10258/8945 15920/10323/9010 15918/10325/9012</w:t>
        <w:br/>
        <w:t>f 15921/10326/9013 15920/10323/9010 15852/10258/8945</w:t>
        <w:br/>
        <w:t>f 15853/10257/8944 15921/10326/9013 15852/10258/8945</w:t>
        <w:br/>
        <w:t>f 15916/10320/9007 15871/10276/8963 15923/10327/9014</w:t>
        <w:br/>
        <w:t>f 15922/10328/9015 15916/10320/9007 15923/10327/9014</w:t>
        <w:br/>
        <w:t>f 15924/10329/9016 15923/10327/9014 15871/10276/8963</w:t>
        <w:br/>
        <w:t>f 15872/10275/8962 15924/10329/9016 15871/10276/8963</w:t>
        <w:br/>
        <w:t>f 15872/10275/8962 15860/10265/8952 15925/10330/9017</w:t>
        <w:br/>
        <w:t>f 15924/10329/9016 15872/10275/8962 15925/10330/9017</w:t>
        <w:br/>
        <w:t>f 15914/10319/9006 15925/10330/9017 15860/10265/8952</w:t>
        <w:br/>
        <w:t>f 15857/10264/8951 15914/10319/9006 15860/10265/8952</w:t>
        <w:br/>
        <w:t>f 15928/10331/9018 15927/10332/9019 15926/10333/9020</w:t>
        <w:br/>
        <w:t>f 15866/10271/8958 15863/10270/8957 15929/10334/9021</w:t>
        <w:br/>
        <w:t>f 15917/10322/9009 15866/10271/8958 15929/10334/9021</w:t>
        <w:br/>
        <w:t>f 15930/10335/9022 15929/10334/9021 15863/10270/8957</w:t>
        <w:br/>
        <w:t>f 15856/10259/8946 15930/10335/9022 15863/10270/8957</w:t>
        <w:br/>
        <w:t>f 15931/10336/9023 15930/10335/9022 15854/10261/8948</w:t>
        <w:br/>
        <w:t>f 15930/10335/9022 15931/10336/9023 15932/10337/9024</w:t>
        <w:br/>
        <w:t>f 15933/10338/9025 15930/10335/9022 15932/10337/9024</w:t>
        <w:br/>
        <w:t>f 15839/10244/8931 15935/10339/9026 15934/10340/9027</w:t>
        <w:br/>
        <w:t>f 15829/10237/8924 15830/10236/8923 15936/10341/9028</w:t>
        <w:br/>
        <w:t>f 15937/10342/9029 15829/10237/8924 15936/10341/9028</w:t>
        <w:br/>
        <w:t>f 15938/10343/9030 15830/10236/8923 15846/10252/8939</w:t>
        <w:br/>
        <w:t>f 15941/10344/9031 15940/10345/9032 15939/10346/9033</w:t>
        <w:br/>
        <w:t>f 15942/10347/9034 15941/10344/9031 15939/10346/9033</w:t>
        <w:br/>
        <w:t>f 15945/10348/9035 15944/10349/9036 15943/10350/9037</w:t>
        <w:br/>
        <w:t>f 15948/10351/9038 15947/10352/9039 15946/10353/9040</w:t>
        <w:br/>
        <w:t>f 15949/10354/9041 15948/10351/9038 15946/10353/9040</w:t>
        <w:br/>
        <w:t>f 15952/10355/9042 15951/10356/9043 15950/10357/9044</w:t>
        <w:br/>
        <w:t>f 15955/10358/9045 15954/10359/9046 15953/10360/9047</w:t>
        <w:br/>
        <w:t>f 15956/10361/9048 15900/10305/8992 15888/10293/8980</w:t>
        <w:br/>
        <w:t>f 15957/10362/9049 15956/10361/9048 15888/10293/8980</w:t>
        <w:br/>
        <w:t>f 15959/10363/9050 15958/10364/9051 15864/10269/8956</w:t>
        <w:br/>
        <w:t>f 15865/10268/8955 15959/10363/9050 15864/10269/8956</w:t>
        <w:br/>
        <w:t>f 15865/10268/8955 15876/10281/8968 15960/10365/9052</w:t>
        <w:br/>
        <w:t>f 15959/10363/9050 15865/10268/8955 15960/10365/9052</w:t>
        <w:br/>
        <w:t>f 15888/10293/8980 15864/10269/8956 15958/10364/9051</w:t>
        <w:br/>
        <w:t>f 15957/10362/9049 15888/10293/8980 15958/10364/9051</w:t>
        <w:br/>
        <w:t>f 15876/10281/8968 15892/10296/8983 15961/10366/9053</w:t>
        <w:br/>
        <w:t>f 15960/10365/9052 15876/10281/8968 15961/10366/9053</w:t>
        <w:br/>
        <w:t>f 15904/10308/8995 15961/10366/9053 15892/10296/8983</w:t>
        <w:br/>
        <w:t>f 15963/10367/9054 15913/10318/9005 15911/10317/9004</w:t>
        <w:br/>
        <w:t>f 15962/10368/9055 15963/10367/9054 15911/10317/9004</w:t>
        <w:br/>
        <w:t>f 15965/10369/9056 15964/10370/9057 15868/10273/8960</w:t>
        <w:br/>
        <w:t>f 15869/10272/8959 15965/10369/9056 15868/10273/8960</w:t>
        <w:br/>
        <w:t>f 15969/10371/9058 15968/10372/9059 15967/10373/9060</w:t>
        <w:br/>
        <w:t>f 15966/10374/9061 15969/10371/9058 15967/10373/9060</w:t>
        <w:br/>
        <w:t>f 15877/10284/8971 15868/10273/8960 15964/10370/9057</w:t>
        <w:br/>
        <w:t>f 15970/10375/9062 15965/10369/9056 15869/10272/8959</w:t>
        <w:br/>
        <w:t>f 15889/10295/8982 15970/10375/9062 15869/10272/8959</w:t>
        <w:br/>
        <w:t>f 15972/10376/9063 15971/10377/9064 15894/10300/8987</w:t>
        <w:br/>
        <w:t>f 15877/10284/8971 15972/10376/9063 15894/10300/8987</w:t>
        <w:br/>
        <w:t>f 15889/10295/8982 15901/10307/8994 15973/10378/9065</w:t>
        <w:br/>
        <w:t>f 15970/10375/9062 15889/10295/8982 15973/10378/9065</w:t>
        <w:br/>
        <w:t>f 15971/10377/9064 15974/10379/9066 15905/10311/8998</w:t>
        <w:br/>
        <w:t>f 15894/10300/8987 15971/10377/9064 15905/10311/8998</w:t>
        <w:br/>
        <w:t>f 15913/10318/9005 15905/10311/8998 15911/10317/9004</w:t>
        <w:br/>
        <w:t>f 15966/10374/9061 15963/10367/9054 15962/10368/9055</w:t>
        <w:br/>
        <w:t>f 15969/10371/9058 15966/10374/9061 15962/10368/9055</w:t>
        <w:br/>
        <w:t>f 15968/10372/9059 15976/10380/9067 15975/10381/9068</w:t>
        <w:br/>
        <w:t>f 15967/10373/9060 15968/10372/9059 15975/10381/9068</w:t>
        <w:br/>
        <w:t>f 15956/10361/9048 15957/10362/9049 15977/10382/9069</w:t>
        <w:br/>
        <w:t>f 15955/10358/9045 15956/10361/9048 15977/10382/9069</w:t>
        <w:br/>
        <w:t>f 15947/10352/9039 15948/10351/9038 15958/10364/9051</w:t>
        <w:br/>
        <w:t>f 15959/10363/9050 15947/10352/9039 15958/10364/9051</w:t>
        <w:br/>
        <w:t>f 15950/10357/9044 15947/10352/9039 15959/10363/9050</w:t>
        <w:br/>
        <w:t>f 15960/10365/9052 15950/10357/9044 15959/10363/9050</w:t>
        <w:br/>
        <w:t>f 15958/10364/9051 15948/10351/9038 15977/10382/9069</w:t>
        <w:br/>
        <w:t>f 15957/10362/9049 15958/10364/9051 15977/10382/9069</w:t>
        <w:br/>
        <w:t>f 15960/10365/9052 15961/10366/9053 15950/10357/9044</w:t>
        <w:br/>
        <w:t>f 15904/10308/8995 15952/10355/9042 15961/10366/9053</w:t>
        <w:br/>
        <w:t>f 15977/10382/9069 15948/10351/9038 15949/10354/9041</w:t>
        <w:br/>
        <w:t>f 15954/10359/9046 15977/10382/9069 15949/10354/9041</w:t>
        <w:br/>
        <w:t>f 15967/10373/9060 15975/10381/9068 15922/10328/9015</w:t>
        <w:br/>
        <w:t>f 15923/10327/9014 15967/10373/9060 15922/10328/9015</w:t>
        <w:br/>
        <w:t>f 15966/10374/9061 15967/10373/9060 15923/10327/9014</w:t>
        <w:br/>
        <w:t>f 15924/10329/9016 15966/10374/9061 15923/10327/9014</w:t>
        <w:br/>
        <w:t>f 15963/10367/9054 15966/10374/9061 15924/10329/9016</w:t>
        <w:br/>
        <w:t>f 15925/10330/9017 15963/10367/9054 15924/10329/9016</w:t>
        <w:br/>
        <w:t>f 15925/10330/9017 15914/10319/9006 15913/10318/9005</w:t>
        <w:br/>
        <w:t>f 15963/10367/9054 15925/10330/9017 15913/10318/9005</w:t>
        <w:br/>
        <w:t>f 15914/10319/9006 15906/10310/8997 15913/10318/9005</w:t>
        <w:br/>
        <w:t>f 15908/10312/8999 15897/10301/8988 15895/10299/8986</w:t>
        <w:br/>
        <w:t>f 15906/10310/8997 15908/10312/8999 15895/10299/8986</w:t>
        <w:br/>
        <w:t>f 15897/10301/8988 15882/10286/8973 15879/10282/8969</w:t>
        <w:br/>
        <w:t>f 15895/10299/8986 15897/10301/8988 15879/10282/8969</w:t>
        <w:br/>
        <w:t>f 15878/10283/8970 15879/10282/8969 15882/10286/8973</w:t>
        <w:br/>
        <w:t>f 15883/10285/8972 15878/10283/8970 15882/10286/8973</w:t>
        <w:br/>
        <w:t>f 15883/10285/8972 15978/10383/9070 15867/10274/8961</w:t>
        <w:br/>
        <w:t>f 15878/10283/8970 15883/10285/8972 15867/10274/8961</w:t>
        <w:br/>
        <w:t>f 15978/10383/9070 15979/10384/9071 15867/10274/8961</w:t>
        <w:br/>
        <w:t>f 15902/10306/8993 15890/10294/8981 15979/10384/9071</w:t>
        <w:br/>
        <w:t>f 15980/10385/9072 15902/10306/8993 15979/10384/9071</w:t>
        <w:br/>
        <w:t>f 15834/10240/8927 15981/10386/9073 15833/10241/8928</w:t>
        <w:br/>
        <w:t>f 15834/10240/8927 15982/10387/9074 15981/10386/9073</w:t>
        <w:br/>
        <w:t>f 15828/10231/8918 15833/10241/8928 15983/10388/9075</w:t>
        <w:br/>
        <w:t>f 15827/10232/8919 15828/10231/8918 15983/10388/9075</w:t>
        <w:br/>
        <w:t>f 15985/10389/9076 15842/10247/8934 15984/10390/9077</w:t>
        <w:br/>
        <w:t>f 15850/10255/8942 15851/10254/8941 15987/10391/9078</w:t>
        <w:br/>
        <w:t>f 15986/10392/9079 15850/10255/8942 15987/10391/9078</w:t>
        <w:br/>
        <w:t>f 15933/10338/9025 15932/10337/9024 15989/10393/9080</w:t>
        <w:br/>
        <w:t>f 15988/10394/9081 15933/10338/9025 15989/10393/9080</w:t>
        <w:br/>
        <w:t>f 15917/10322/9009 15929/10334/9021 15926/10333/9020</w:t>
        <w:br/>
        <w:t>f 15933/10338/9025 15926/10333/9020 15929/10334/9021</w:t>
        <w:br/>
        <w:t>f 15930/10335/9022 15933/10338/9025 15929/10334/9021</w:t>
        <w:br/>
        <w:t>f 15992/10395/9082 15991/10396/8532 15990/10397/9083</w:t>
        <w:br/>
        <w:t>f 15993/10398/9083 15992/10395/9082 15990/10397/9083</w:t>
        <w:br/>
        <w:t>f 15996/10399/9084 15995/10400/9085 15994/10401/8536</w:t>
        <w:br/>
        <w:t>f 15997/10402/9086 15996/10399/9084 15994/10401/8536</w:t>
        <w:br/>
        <w:t>f 16000/10403/9087 15999/10404/9088 15998/10405/8542</w:t>
        <w:br/>
        <w:t>f 16002/10406/9089 16001/10407/9089 15994/10401/8536</w:t>
        <w:br/>
        <w:t>f 15995/10400/9085 16002/10406/9089 15994/10401/8536</w:t>
        <w:br/>
        <w:t>f 16004/10408/9090 15996/10399/9084 15997/10402/9086</w:t>
        <w:br/>
        <w:t>f 16003/10409/9091 16004/10408/9090 15997/10402/9086</w:t>
        <w:br/>
        <w:t>f 16001/10407/9089 16002/10406/9089 16005/10410/9092</w:t>
        <w:br/>
        <w:t>f 16006/10411/9092 16001/10407/9089 16005/10410/9092</w:t>
        <w:br/>
        <w:t>f 16003/10409/9091 16007/10412/8557 16004/10408/9090</w:t>
        <w:br/>
        <w:t>f 16006/10411/9092 16005/10410/9092 16008/10413/9093</w:t>
        <w:br/>
        <w:t>f 16009/10414/9093 16006/10411/9092 16008/10413/9093</w:t>
        <w:br/>
        <w:t>f 15993/10398/9083 15990/10397/9083 16009/10414/9093</w:t>
        <w:br/>
        <w:t>f 16008/10413/9093 15993/10398/9083 16009/10414/9093</w:t>
        <w:br/>
        <w:t>f 15991/10396/8532 15992/10395/9082 16000/10403/9087</w:t>
        <w:br/>
        <w:t>f 16010/10415/8546 15991/10396/8532 16000/10403/9087</w:t>
        <w:br/>
        <w:t>f 16011/10416/9094 15941/10344/9031 15942/10347/9034</w:t>
        <w:br/>
        <w:t>f 16012/10417/9095 16011/10416/9094 15942/10347/9034</w:t>
        <w:br/>
        <w:t>f 15943/10350/9037 15970/10375/9062 15973/10378/9065</w:t>
        <w:br/>
        <w:t>f 15943/10350/9037 15944/10349/9036 15970/10375/9062</w:t>
        <w:br/>
        <w:t>f 15969/10371/9058 15962/10368/9055 16013/10418/9096</w:t>
        <w:br/>
        <w:t>f 16014/10419/9097 15969/10371/9058 16013/10418/9096</w:t>
        <w:br/>
        <w:t>f 16014/10419/9097 16015/10420/9098 15968/10372/9059</w:t>
        <w:br/>
        <w:t>f 15969/10371/9058 16014/10419/9097 15968/10372/9059</w:t>
        <w:br/>
        <w:t>f 16015/10420/9098 16016/10421/9099 15976/10380/9067</w:t>
        <w:br/>
        <w:t>f 15968/10372/9059 16015/10420/9098 15976/10380/9067</w:t>
        <w:br/>
        <w:t>f 15912/10316/9003 15903/10309/8996 15921/10326/9013</w:t>
        <w:br/>
        <w:t>f 16018/10422/9100 16017/10423/9101 15848/10253/8940</w:t>
        <w:br/>
        <w:t>f 16019/10424/9102 16018/10422/9100 15848/10253/8940</w:t>
        <w:br/>
        <w:t>f 15847/10251/8938 15831/10235/8922 16021/10425/9103</w:t>
        <w:br/>
        <w:t>f 16020/10426/9104 15847/10251/8938 16021/10425/9103</w:t>
        <w:br/>
        <w:t>f 16022/10427/9105 16021/10425/9103 15831/10235/8922</w:t>
        <w:br/>
        <w:t>f 15832/10234/8921 16022/10427/9105 15831/10235/8922</w:t>
        <w:br/>
        <w:t>f 16024/10428/9106 16023/10429/9107 16015/10420/9098</w:t>
        <w:br/>
        <w:t>f 16014/10419/9097 16024/10428/9106 16015/10420/9098</w:t>
        <w:br/>
        <w:t>f 16024/10428/9106 16027/10430/9108 16026/10431/9109</w:t>
        <w:br/>
        <w:t>f 16025/10432/9110 16024/10428/9106 16026/10431/9109</w:t>
        <w:br/>
        <w:t>f 16029/10433/9111 16028/10434/9112 16026/10431/9109</w:t>
        <w:br/>
        <w:t>f 16030/10435/9113 16029/10433/9111 16026/10431/9109</w:t>
        <w:br/>
        <w:t>f 16023/10429/9107 16024/10428/9106 16025/10432/9110</w:t>
        <w:br/>
        <w:t>f 16031/10436/9114 16023/10429/9107 16025/10432/9110</w:t>
        <w:br/>
        <w:t>f 16033/10437/9115 16023/10429/9107 16031/10436/9114</w:t>
        <w:br/>
        <w:t>f 16032/10438/9116 16033/10437/9115 16031/10436/9114</w:t>
        <w:br/>
        <w:t>f 16027/10430/9108 16024/10428/9106 16014/10419/9097</w:t>
        <w:br/>
        <w:t>f 16013/10418/9096 16027/10430/9108 16014/10419/9097</w:t>
        <w:br/>
        <w:t>f 16013/10418/9096 15912/10316/9003 16034/10439/9117</w:t>
        <w:br/>
        <w:t>f 16027/10430/9108 16013/10418/9096 16034/10439/9117</w:t>
        <w:br/>
        <w:t>f 16027/10430/9108 16034/10439/9117 16030/10435/9113</w:t>
        <w:br/>
        <w:t>f 16026/10431/9109 16027/10430/9108 16030/10435/9113</w:t>
        <w:br/>
        <w:t>f 16020/10426/9104 16021/10425/9103 16028/10434/9112</w:t>
        <w:br/>
        <w:t>f 16029/10433/9111 16020/10426/9104 16028/10434/9112</w:t>
        <w:br/>
        <w:t>f 16035/10440/9118 16028/10434/9112 16021/10425/9103</w:t>
        <w:br/>
        <w:t>f 16022/10427/9105 16035/10440/9118 16021/10425/9103</w:t>
        <w:br/>
        <w:t>f 16017/10423/9101 16035/10440/9118 16022/10427/9105</w:t>
        <w:br/>
        <w:t>f 16031/10436/9114 16025/10432/9110 16035/10440/9118</w:t>
        <w:br/>
        <w:t>f 16017/10423/9101 16031/10436/9114 16035/10440/9118</w:t>
        <w:br/>
        <w:t>f 16017/10423/9101 16018/10422/9100 16032/10438/9116</w:t>
        <w:br/>
        <w:t>f 16031/10436/9114 16017/10423/9101 16032/10438/9116</w:t>
        <w:br/>
        <w:t>f 15838/10245/8932 15982/10387/9074 16036/10441/9119</w:t>
        <w:br/>
        <w:t>f 15842/10247/8934 16037/10442/9120 15982/10387/9074</w:t>
        <w:br/>
        <w:t>f 16040/10443/9121 16039/10444/9122 16038/10445/9123</w:t>
        <w:br/>
        <w:t>f 16038/10445/9123 15927/10332/9019 16041/10446/9124</w:t>
        <w:br/>
        <w:t>f 16043/10447/9125 16042/10448/9126 15987/10391/9078</w:t>
        <w:br/>
        <w:t>f 15928/10331/9018 16044/10449/9127 15927/10332/9019</w:t>
        <w:br/>
        <w:t>f 16046/10450/9128 16045/10451/9129 16042/10448/9126</w:t>
        <w:br/>
        <w:t>f 16038/10445/9123 16041/10446/9124 16047/10452/9130</w:t>
        <w:br/>
        <w:t>f 16040/10443/9121 16038/10445/9123 16047/10452/9130</w:t>
        <w:br/>
        <w:t>f 16049/10453/9131 16047/10452/9130 16041/10446/9124</w:t>
        <w:br/>
        <w:t>f 16048/10454/9132 16049/10453/9131 16041/10446/9124</w:t>
        <w:br/>
        <w:t>f 15851/10254/8941 16043/10447/9125 15987/10391/9078</w:t>
        <w:br/>
        <w:t>f 16051/10455/9133 16050/10456/9134 16040/10443/9121</w:t>
        <w:br/>
        <w:t>f 16047/10452/9130 16051/10455/9133 16040/10443/9121</w:t>
        <w:br/>
        <w:t>f 16052/10457/9135 16051/10455/9133 16047/10452/9130</w:t>
        <w:br/>
        <w:t>f 16049/10453/9131 16052/10457/9135 16047/10452/9130</w:t>
        <w:br/>
        <w:t>f 16054/10458/9136 16053/10459/9137 15851/10254/8941</w:t>
        <w:br/>
        <w:t>f 16045/10451/9129 16055/10460/9138 15928/10331/9018</w:t>
        <w:br/>
        <w:t>f 16039/10444/9122 16040/10443/9121 16037/10442/9120</w:t>
        <w:br/>
        <w:t>f 15918/10325/9012 15927/10332/9019 16038/10445/9123</w:t>
        <w:br/>
        <w:t>f 16052/10457/9135 15827/10232/8919 15983/10388/9075</w:t>
        <w:br/>
        <w:t>f 15928/10331/9018 15988/10394/9081 16045/10451/9129</w:t>
        <w:br/>
        <w:t>f 16053/10459/9137 16049/10453/9131 16043/10447/9125</w:t>
        <w:br/>
        <w:t>f 16050/10456/9134 16051/10455/9133 15981/10386/9073</w:t>
        <w:br/>
        <w:t>f 16051/10455/9133 16052/10457/9135 15983/10388/9075</w:t>
        <w:br/>
        <w:t>f 15982/10387/9074 16050/10456/9134 15981/10386/9073</w:t>
        <w:br/>
        <w:t>f 16053/10459/9137 16052/10457/9135 16049/10453/9131</w:t>
        <w:br/>
        <w:t>f 16048/10454/9132 16041/10446/9124 16044/10449/9127</w:t>
        <w:br/>
        <w:t>f 16055/10460/9138 16048/10454/9132 16044/10449/9127</w:t>
        <w:br/>
        <w:t>f 16055/10460/9138 16046/10450/9128 16048/10454/9132</w:t>
        <w:br/>
        <w:t>f 16042/10448/9126 16045/10451/9129 15988/10394/9081</w:t>
        <w:br/>
        <w:t>f 15988/10394/9081 15989/10393/9080 16042/10448/9126</w:t>
        <w:br/>
        <w:t>f 15848/10253/8940 16017/10423/9101 16022/10427/9105</w:t>
        <w:br/>
        <w:t>f 16023/10429/9107 16033/10437/9115 16016/10421/9099</w:t>
        <w:br/>
        <w:t>f 16015/10420/9098 16023/10429/9107 16016/10421/9099</w:t>
        <w:br/>
        <w:t>f 16019/10424/9102 15848/10253/8940 16056/10461/8455</w:t>
        <w:br/>
        <w:t>f 16057/10462/8456 16019/10424/9102 16056/10461/8455</w:t>
        <w:br/>
        <w:t>f 16042/10448/9126 15986/10392/9079 15987/10391/9078</w:t>
        <w:br/>
        <w:t>f 16042/10448/9126 15989/10393/9080 15986/10392/9079</w:t>
        <w:br/>
        <w:t>f 16054/10458/9136 15849/10256/8943 15827/10232/8919</w:t>
        <w:br/>
        <w:t>f 15962/10368/9055 15911/10317/9004 15912/10316/9003</w:t>
        <w:br/>
        <w:t>f 16013/10418/9096 15962/10368/9055 15912/10316/9003</w:t>
        <w:br/>
        <w:t>f 15903/10309/8996 15911/10317/9004 15904/10308/8995</w:t>
        <w:br/>
        <w:t>f 16059/10463/9139 16058/10464/9140 15964/10370/9057</w:t>
        <w:br/>
        <w:t>f 15965/10369/9056 16059/10463/9139 15964/10370/9057</w:t>
        <w:br/>
        <w:t>f 15965/10369/9056 15970/10375/9062 15944/10349/9036</w:t>
        <w:br/>
        <w:t>f 16059/10463/9139 15965/10369/9056 15944/10349/9036</w:t>
        <w:br/>
        <w:t>f 15877/10284/8971 15964/10370/9057 15972/10376/9063</w:t>
        <w:br/>
        <w:t>f 15972/10376/9063 15964/10370/9057 16058/10464/9140</w:t>
        <w:br/>
        <w:t>f 15951/10356/9043 15946/10353/9040 15950/10357/9044</w:t>
        <w:br/>
        <w:t>f 15950/10357/9044 15946/10353/9040 15947/10352/9039</w:t>
        <w:br/>
        <w:t>f 15848/10253/8940 16022/10427/9105 15832/10234/8921</w:t>
        <w:br/>
        <w:t>f 16061/10465/8560 15998/10405/8542 15999/10404/9088</w:t>
        <w:br/>
        <w:t>f 16060/10466/9141 16061/10465/8560 15999/10404/9088</w:t>
        <w:br/>
        <w:t>f 15874/10280/8967 15915/10321/9008 16062/10467/9142</w:t>
        <w:br/>
        <w:t>f 15874/10280/8967 15870/10277/8964 15915/10321/9008</w:t>
        <w:br/>
        <w:t>f 15926/10333/9020 15933/10338/9025 15988/10394/9081</w:t>
        <w:br/>
        <w:t>f 15928/10331/9018 15926/10333/9020 15988/10394/9081</w:t>
        <w:br/>
        <w:t>f 16055/10460/9138 16045/10451/9129 16046/10450/9128</w:t>
        <w:br/>
        <w:t>f 15917/10322/9009 15926/10333/9020 15927/10332/9019</w:t>
        <w:br/>
        <w:t>f 15919/10324/9011 15920/10323/9010 15893/10298/8985</w:t>
        <w:br/>
        <w:t>f 15891/10297/8984 15919/10324/9011 15893/10298/8985</w:t>
        <w:br/>
        <w:t>f 15920/10323/9010 15921/10326/9013 15903/10309/8996</w:t>
        <w:br/>
        <w:t>f 15893/10298/8985 15920/10323/9010 15903/10309/8996</w:t>
        <w:br/>
        <w:t>f 15912/10316/9003 15921/10326/9013 16034/10439/9117</w:t>
        <w:br/>
        <w:t>f 16000/10403/9087 15998/10405/8542 16010/10415/8546</w:t>
        <w:br/>
        <w:t>f 15918/10325/9012 15919/10324/9011 15927/10332/9019</w:t>
        <w:br/>
        <w:t>f 15919/10324/9011 15891/10297/8984 15917/10322/9009</w:t>
        <w:br/>
        <w:t>f 15876/10281/8968 15866/10271/8958 15891/10297/8984</w:t>
        <w:br/>
        <w:t>f 15927/10332/9019 15919/10324/9011 15917/10322/9009</w:t>
        <w:br/>
        <w:t>f 16034/10439/9117 15921/10326/9013 15853/10257/8944</w:t>
        <w:br/>
        <w:t>f 16028/10434/9112 16035/10440/9118 16025/10432/9110</w:t>
        <w:br/>
        <w:t>f 16026/10431/9109 16028/10434/9112 16025/10432/9110</w:t>
        <w:br/>
        <w:t>f 15830/10236/8923 15938/10343/9030 15936/10341/9028</w:t>
        <w:br/>
        <w:t>f 16063/10468/9143 15934/10340/9027 15935/10339/9026</w:t>
        <w:br/>
        <w:t>f 15903/10309/8996 15892/10296/8983 15893/10298/8985</w:t>
        <w:br/>
        <w:t>f 15950/10357/9044 15961/10366/9053 15952/10355/9042</w:t>
        <w:br/>
        <w:t>f 15851/10254/8941 15849/10256/8943 16054/10458/9136</w:t>
        <w:br/>
        <w:t>f 15827/10232/8919 15849/10256/8943 15826/10233/8920</w:t>
        <w:br/>
        <w:t>f 15888/10293/8980 15855/10260/8947 15856/10259/8946</w:t>
        <w:br/>
        <w:t>f 15854/10261/8948 15930/10335/9022 15856/10259/8946</w:t>
        <w:br/>
        <w:t>f 15955/10358/9045 15977/10382/9069 15954/10359/9046</w:t>
        <w:br/>
        <w:t>f 15911/10317/9004 15905/10311/8998 15974/10379/9066</w:t>
        <w:br/>
        <w:t>f 16066/10469/9144 16065/10470/9145 16064/10471/9146</w:t>
        <w:br/>
        <w:t>f 16067/10472/9146 16066/10469/9144 16064/10471/9146</w:t>
        <w:br/>
        <w:t>f 16071/10473/9147 16070/10474/9147 16069/10475/9148</w:t>
        <w:br/>
        <w:t>f 16068/10476/9148 16071/10473/9147 16069/10475/9148</w:t>
        <w:br/>
        <w:t>f 16075/10477/9149 16074/10478/9149 16073/10479/9150</w:t>
        <w:br/>
        <w:t>f 16072/10480/9151 16075/10477/9149 16073/10479/9150</w:t>
        <w:br/>
        <w:t>f 16078/10481/9152 16077/10482/9153 16076/10483/9154</w:t>
        <w:br/>
        <w:t>f 16079/10484/9155 16078/10481/9152 16076/10483/9154</w:t>
        <w:br/>
        <w:t>f 16082/10485/9156 16081/10486/9156 16080/10487/9157</w:t>
        <w:br/>
        <w:t>f 16083/10488/9157 16082/10485/9156 16080/10487/9157</w:t>
        <w:br/>
        <w:t>f 16087/10489/9158 16086/10490/9159 16085/10491/9160</w:t>
        <w:br/>
        <w:t>f 16084/10492/9160 16087/10489/9158 16085/10491/9160</w:t>
        <w:br/>
        <w:t>f 16091/10493/9161 16090/10494/9162 16089/10495/9162</w:t>
        <w:br/>
        <w:t>f 16088/10496/9161 16091/10493/9161 16089/10495/9162</w:t>
        <w:br/>
        <w:t>f 16065/10470/9145 16066/10469/9144 16091/10493/9161</w:t>
        <w:br/>
        <w:t>f 16088/10496/9161 16065/10470/9145 16091/10493/9161</w:t>
        <w:br/>
        <w:t>f 16094/10497/9163 16093/10498/9164 16092/10499/9165</w:t>
        <w:br/>
        <w:t>f 15943/10350/9037 16094/10497/9163 16092/10499/9165</w:t>
        <w:br/>
        <w:t>f 16097/10500/9166 16096/10501/9167 16095/10502/9167</w:t>
        <w:br/>
        <w:t>f 16098/10503/9166 16097/10500/9166 16095/10502/9167</w:t>
        <w:br/>
        <w:t>f 16101/10504/9168 16100/10505/9169 15901/10307/8994</w:t>
        <w:br/>
        <w:t>f 16099/10506/9168 16101/10504/9168 15901/10307/8994</w:t>
        <w:br/>
        <w:t>f 16096/10501/9167 16079/10484/9155 16076/10483/9154</w:t>
        <w:br/>
        <w:t>f 16095/10502/9167 16096/10501/9167 16076/10483/9154</w:t>
        <w:br/>
        <w:t>f 16097/10500/9166 16098/10503/9166 16103/10507/9170</w:t>
        <w:br/>
        <w:t>f 16102/10508/9170 16097/10500/9166 16103/10507/9170</w:t>
        <w:br/>
        <w:t>f 16080/10487/9157 16101/10504/9168 16099/10506/9168</w:t>
        <w:br/>
        <w:t>f 16083/10488/9157 16080/10487/9157 16099/10506/9168</w:t>
        <w:br/>
        <w:t>f 16072/10480/9151 16073/10479/9150 16067/10472/9146</w:t>
        <w:br/>
        <w:t>f 16064/10471/9146 16072/10480/9151 16067/10472/9146</w:t>
        <w:br/>
        <w:t>f 16068/10476/9148 16069/10475/9148 16074/10478/9149</w:t>
        <w:br/>
        <w:t>f 16075/10477/9149 16068/10476/9148 16074/10478/9149</w:t>
        <w:br/>
        <w:t>f 16070/10474/9147 16071/10473/9147 16084/10492/9160</w:t>
        <w:br/>
        <w:t>f 16085/10491/9160 16070/10474/9147 16084/10492/9160</w:t>
        <w:br/>
        <w:t>f 16086/10490/9159 16087/10489/9158 16077/10482/9153</w:t>
        <w:br/>
        <w:t>f 16078/10481/9152 16086/10490/9159 16077/10482/9153</w:t>
        <w:br/>
        <w:t>f 16105/10509/9171 16081/10486/9156 16082/10485/9156</w:t>
        <w:br/>
        <w:t>f 16104/10510/9172 16105/10509/9171 16082/10485/9156</w:t>
        <w:br/>
        <w:t>f 16090/10494/9162 16107/10511/9173 16106/10512/8600</w:t>
        <w:br/>
        <w:t>f 16089/10495/9162 16090/10494/9162 16106/10512/8600</w:t>
        <w:br/>
        <w:t>f 16102/10508/9170 16103/10507/9170 16092/10499/9165</w:t>
        <w:br/>
        <w:t>f 16093/10498/9164 16102/10508/9170 16092/10499/9165</w:t>
        <w:br/>
        <w:t>f 16109/10513/9174 16108/10514/8603 16104/10510/9172</w:t>
        <w:br/>
        <w:t>f 16108/10514/8603 16110/10515/8602 16105/10509/9171</w:t>
        <w:br/>
        <w:t>f 15973/10378/9065 15901/10307/8994 16100/10505/9169</w:t>
        <w:br/>
        <w:t>f 16111/10516/9175 15973/10378/9065 16100/10505/9169</w:t>
        <w:br/>
        <w:t>f 15943/10350/9037 15973/10378/9065 16111/10516/9175</w:t>
        <w:br/>
        <w:t>f 16094/10497/9163 15943/10350/9037 16111/10516/9175</w:t>
        <w:br/>
        <w:t>f 16108/10514/8603 16105/10509/9171 16104/10510/9172</w:t>
        <w:br/>
        <w:t>f 15828/10231/8918 15826/10233/8920 15845/10250/8937</w:t>
        <w:br/>
        <w:t>f 16115/10517/9176 16114/10518/9177 16113/10519/9178</w:t>
        <w:br/>
        <w:t>f 16112/10520/9179 16115/10517/9176 16113/10519/9178</w:t>
        <w:br/>
        <w:t>f 15940/10345/9032 16115/10517/9176 16112/10520/9179</w:t>
        <w:br/>
        <w:t>f 15939/10346/9033 15940/10345/9032 16112/10520/9179</w:t>
        <w:br/>
        <w:t>f 16063/10468/9143 15935/10339/9026 16114/10518/9177</w:t>
        <w:br/>
        <w:t>f 15934/10340/9027 16063/10468/9143 15938/10343/9030</w:t>
        <w:br/>
        <w:t>f 15846/10252/8939 15934/10340/9027 15938/10343/9030</w:t>
        <w:br/>
        <w:t>f 15847/10251/8938 15839/10244/8931 15934/10340/9027</w:t>
        <w:br/>
        <w:t>f 15846/10252/8939 15847/10251/8938 15934/10340/9027</w:t>
        <w:br/>
        <w:t>f 15937/10342/9029 16056/10461/8455 15848/10253/8940</w:t>
        <w:br/>
        <w:t>f 15829/10237/8924 15937/10342/9029 15848/10253/8940</w:t>
        <w:br/>
        <w:t>f 16007/10412/8557 16117/10521/9180 16116/10522/9181</w:t>
        <w:br/>
        <w:t>f 16007/10412/8557 16116/10522/9181 16118/10523/9182</w:t>
        <w:br/>
        <w:t>f 16121/10524/9183 16120/10525/9184 16119/10526/9185</w:t>
        <w:br/>
        <w:t>f 16122/10527/9186 16121/10524/9183 16119/10526/9185</w:t>
        <w:br/>
        <w:t>f 15978/10383/9070 15883/10285/8972 15880/10288/8975</w:t>
        <w:br/>
        <w:t>f 16123/10528/9187 15978/10383/9070 15880/10288/8975</w:t>
        <w:br/>
        <w:t>f 15885/10290/8977 16125/10529/9188 16124/10530/9189</w:t>
        <w:br/>
        <w:t>f 15884/10291/8978 15885/10290/8977 16124/10530/9189</w:t>
        <w:br/>
        <w:t>f 16124/10530/9189 16120/10525/9184 16126/10531/9190</w:t>
        <w:br/>
        <w:t>f 16123/10528/9187 16124/10530/9189 16126/10531/9190</w:t>
        <w:br/>
        <w:t>f 16120/10525/9184 16124/10530/9189 16125/10529/9188</w:t>
        <w:br/>
        <w:t>f 16119/10526/9185 16120/10525/9184 16125/10529/9188</w:t>
        <w:br/>
        <w:t>f 16120/10525/9184 16121/10524/9183 16127/10532/9191</w:t>
        <w:br/>
        <w:t>f 16126/10531/9190 16120/10525/9184 16127/10532/9191</w:t>
        <w:br/>
        <w:t>f 16123/10528/9187 16126/10531/9190 15979/10384/9071</w:t>
        <w:br/>
        <w:t>f 15978/10383/9070 16123/10528/9187 15979/10384/9071</w:t>
        <w:br/>
        <w:t>f 15980/10385/9072 15979/10384/9071 16126/10531/9190</w:t>
        <w:br/>
        <w:t>f 16127/10532/9191 15980/10385/9072 16126/10531/9190</w:t>
        <w:br/>
        <w:t>f 16007/10412/8557 16118/10523/9182 16004/10408/9090</w:t>
        <w:br/>
        <w:t>f 15834/10240/8927 16036/10441/9119 15982/10387/9074</w:t>
        <w:br/>
        <w:t>f 15838/10245/8932 15842/10247/8934 15982/10387/9074</w:t>
        <w:br/>
        <w:t>f 16039/10444/9122 15918/10325/9012 16038/10445/9123</w:t>
        <w:br/>
        <w:t>f 16040/10443/9121 16050/10456/9134 16037/10442/9120</w:t>
        <w:br/>
        <w:t>f 15982/10387/9074 16037/10442/9120 16050/10456/9134</w:t>
        <w:br/>
        <w:t>f 16051/10455/9133 15983/10388/9075 15981/10386/9073</w:t>
        <w:br/>
        <w:t>f 16052/10457/9135 16054/10458/9136 15827/10232/8919</w:t>
        <w:br/>
        <w:t>f 15979/10384/9071 15890/10294/8981 15867/10274/8961</w:t>
        <w:br/>
        <w:t>f 15868/10273/8960 15878/10283/8970 15867/10274/8961</w:t>
        <w:br/>
        <w:t>f 15746/10150/8859 15754/10158/8867 15745/10151/8860</w:t>
        <w:br/>
        <w:t>f 15746/10150/8859 15744/10149/8858 15759/10164/8873</w:t>
        <w:br/>
        <w:t>f 15759/10164/8873 15744/10149/8858 15690/10095/8808</w:t>
        <w:br/>
        <w:t>f 15689/10094/8807 15691/10096/8809 15758/10163/8872</w:t>
        <w:br/>
        <w:t>f 15760/10165/8874 15691/10096/8809 15514/9921/8635</w:t>
        <w:br/>
        <w:t>f 15629/10033/8747 15623/10028/8742 15624/10027/8741</w:t>
        <w:br/>
        <w:t>f 16020/10426/9104 15984/10390/9077 15839/10244/8931</w:t>
        <w:br/>
        <w:t>f 15847/10251/8938 16020/10426/9104 15839/10244/8931</w:t>
        <w:br/>
        <w:t>f 15984/10390/9077 16020/10426/9104 16029/10433/9111</w:t>
        <w:br/>
        <w:t>f 15985/10389/9076 15984/10390/9077 16029/10433/9111</w:t>
        <w:br/>
        <w:t>f 15852/10258/8945 15918/10325/9012 16039/10444/9122</w:t>
        <w:br/>
        <w:t>f 15843/10246/8933 15852/10258/8945 16039/10444/9122</w:t>
        <w:br/>
        <w:t>f 15843/10246/8933 16037/10442/9120 15842/10247/8934</w:t>
        <w:br/>
        <w:t>f 15985/10389/9076 16029/10433/9111 16030/10435/9113</w:t>
        <w:br/>
        <w:t>f 15841/10248/8935 15985/10389/9076 16030/10435/9113</w:t>
        <w:br/>
        <w:t>f 15841/10248/8935 16030/10435/9113 16034/10439/9117</w:t>
        <w:br/>
        <w:t>f 15853/10257/8944 15841/10248/8935 16034/10439/9117</w:t>
        <w:br/>
        <w:t>f 15746/10150/8859 15612/10017/8731 15542/9947/8661</w:t>
        <w:br/>
        <w:t>f 15532/9940/8654 15746/10150/8859 15542/9947/8661</w:t>
        <w:br/>
        <w:t>f 15744/10149/8858 15746/10150/8859 15532/9940/8654</w:t>
        <w:br/>
        <w:t>f 15670/10076/8789 15722/10126/8835 15605/10011/8725</w:t>
        <w:br/>
        <w:t>f 15606/10010/8724 15670/10076/8789 15605/10011/8725</w:t>
        <w:br/>
        <w:t>f 15722/10126/8835 15736/10141/8850 15725/10130/8839</w:t>
        <w:br/>
        <w:t>f 15605/10011/8725 15722/10126/8835 15725/10130/8839</w:t>
        <w:br/>
        <w:t>f 15614/10019/8733 15598/10004/8718 15605/10011/8725</w:t>
        <w:br/>
        <w:t>f 15677/10082/8795 15674/10081/8794 15670/10076/8789</w:t>
        <w:br/>
        <w:t>f 15671/10075/8788 15677/10082/8795 15670/10076/8789</w:t>
        <w:br/>
        <w:t>f 15675/10080/8793 15723/10128/8837 15721/10127/8836</w:t>
        <w:br/>
        <w:t>f 15674/10081/8794 15675/10080/8793 15721/10127/8836</w:t>
        <w:br/>
        <w:t>f 15743/10148/8857 15731/10136/8845 15730/10134/8843</w:t>
        <w:br/>
        <w:t>f 15737/10144/8853 15743/10148/8857 15730/10134/8843</w:t>
        <w:br/>
        <w:t>f 15737/10144/8853 15730/10134/8843 15729/10135/8844</w:t>
        <w:br/>
        <w:t>f 15739/10142/8851 15737/10144/8853 15729/10135/8844</w:t>
        <w:br/>
        <w:t>f 15739/10142/8851 15729/10135/8844 15720/10125/8834</w:t>
        <w:br/>
        <w:t>f 15534/9938/8652 15739/10142/8851 15720/10125/8834</w:t>
        <w:br/>
        <w:t>f 15534/9938/8652 15720/10125/8834 15533/9939/8653</w:t>
        <w:br/>
        <w:t>f 15533/9939/8653 15529/9933/8647 15690/10095/8808</w:t>
        <w:br/>
        <w:t>f 15533/9939/8653 15690/10095/8808 15744/10149/8858</w:t>
        <w:br/>
        <w:t>f 15618/10023/8737 15671/10075/8788 15607/10012/8726</w:t>
        <w:br/>
        <w:t>f 15619/10024/8738 15618/10023/8737 15607/10012/8726</w:t>
        <w:br/>
        <w:t>f 15619/10024/8738 15601/10005/8719 16623/10533/9192</w:t>
        <w:br/>
        <w:t>f 15590/9994/8708 16624/10534/9193 16623/10533/9192</w:t>
        <w:br/>
        <w:t>f 15601/10005/8719 15590/9994/8708 16623/10533/9192</w:t>
        <w:br/>
        <w:t>f 16624/10534/9193 15590/9994/8708 15576/9981/8695</w:t>
        <w:br/>
        <w:t>f 15687/10091/8804 16624/10534/9193 15576/9981/8695</w:t>
        <w:br/>
        <w:t>f 15619/10024/8738 15607/10012/8726 15601/10005/8719</w:t>
        <w:br/>
        <w:t>f 15551/9957/8671 15619/10024/8738 16623/10533/9192</w:t>
        <w:br/>
        <w:t>f 15602/10008/8722 15551/9957/8671 16623/10533/9192</w:t>
        <w:br/>
        <w:t>f 15602/10008/8722 16623/10533/9192 16624/10534/9193</w:t>
        <w:br/>
        <w:t>f 15591/9997/8711 15602/10008/8722 16624/10534/9193</w:t>
        <w:br/>
        <w:t>f 15591/9997/8711 16624/10534/9193 15687/10091/8804</w:t>
        <w:br/>
        <w:t>f 15578/9984/8698 15591/9997/8711 15687/10091/8804</w:t>
        <w:br/>
        <w:t>f 15578/9984/8698 15687/10091/8804 15686/10092/8805</w:t>
        <w:br/>
        <w:t>f 15565/9969/8683 15578/9984/8698 15686/10092/8805</w:t>
        <w:br/>
        <w:t>f 15565/9969/8683 15686/10092/8805 15620/10025/8739</w:t>
        <w:br/>
        <w:t>f 15564/9970/8684 15565/9969/8683 15620/10025/8739</w:t>
        <w:br/>
        <w:t>f 15858/10263/8950 15909/10315/9002 15907/10313/9000</w:t>
        <w:br/>
        <w:t>f 15857/10264/8951 15858/10263/8950 15907/10313/9000</w:t>
        <w:br/>
        <w:t>f 15909/10315/9002 15899/10304/8991 15896/10302/8989</w:t>
        <w:br/>
        <w:t>f 15907/10313/9000 15909/10315/9002 15896/10302/8989</w:t>
        <w:br/>
        <w:t>f 15899/10304/8991 15887/10292/8979 15881/10287/8974</w:t>
        <w:br/>
        <w:t>f 15896/10302/8989 15899/10304/8991 15881/10287/8974</w:t>
        <w:br/>
        <w:t>f 15887/10292/8979 15884/10291/8978 15880/10288/8975</w:t>
        <w:br/>
        <w:t>f 15881/10287/8974 15887/10292/8979 15880/10288/8975</w:t>
        <w:br/>
        <w:t>f 15884/10291/8978 16124/10530/9189 16123/10528/9187</w:t>
        <w:br/>
        <w:t>f 15880/10288/8975 15884/10291/8978 16123/10528/9187</w:t>
        <w:br/>
        <w:t>f 15914/10319/9006 15908/10312/8999 15906/10310/8997</w:t>
        <w:br/>
        <w:t>f 15927/10332/9019 16044/10449/9127 16041/10446/9124</w:t>
        <w:br/>
        <w:t>f 16012/10417/9095 15942/10347/9034 15837/10242/8929</w:t>
        <w:br/>
        <w:t>f 15844/10249/8936 16012/10417/9095 15837/10242/8929</w:t>
        <w:br/>
        <w:t>f 15942/10347/9034 15939/10346/9033 15836/10238/8925</w:t>
        <w:br/>
        <w:t>f 15837/10242/8929 15942/10347/9034 15836/10238/8925</w:t>
        <w:br/>
        <w:t>f 15939/10346/9033 16112/10520/9179 15835/10239/8926</w:t>
        <w:br/>
        <w:t>f 15836/10238/8925 15939/10346/9033 15835/10239/8926</w:t>
        <w:br/>
        <w:t>f 16112/10520/9179 16113/10519/9178 16625/10535/9194</w:t>
        <w:br/>
        <w:t>f 15835/10239/8926 16112/10520/9179 16625/10535/9194</w:t>
        <w:br/>
        <w:t>f 15835/10239/8926 16625/10535/9194 16036/10441/9119</w:t>
        <w:br/>
        <w:t>f 15834/10240/8927 15835/10239/8926 16036/10441/9119</w:t>
        <w:br/>
        <w:t>f 16114/10518/9177 15935/10339/9026 16113/10519/9178</w:t>
        <w:br/>
        <w:t>f 16113/10519/9178 15935/10339/9026 15840/10243/8930</w:t>
        <w:br/>
        <w:t>f 16625/10535/9194 16113/10519/9178 15840/10243/8930</w:t>
        <w:br/>
        <w:t>f 16625/10535/9194 15840/10243/8930 15838/10245/8932</w:t>
        <w:br/>
        <w:t>f 16036/10441/9119 16625/10535/9194 15838/10245/8932</w:t>
        <w:br/>
        <w:t>f 15197/9599/8351 15170/9575/8327 15176/9580/8332</w:t>
        <w:br/>
        <w:t>f 15224/9629/8381 15197/9599/8351 15176/9580/8332</w:t>
        <w:br/>
        <w:t>f 15170/9575/8327 15171/9574/8326 15126/9533/8285</w:t>
        <w:br/>
        <w:t>f 15176/9580/8332 15170/9575/8327 15126/9533/8285</w:t>
        <w:br/>
        <w:t>f 15171/9574/8326 15113/9517/8269 15129/9534/8286</w:t>
        <w:br/>
        <w:t>f 15126/9533/8285 15171/9574/8326 15129/9534/8286</w:t>
        <w:br/>
        <w:t>f 15224/9629/8381 15214/9620/8372 15196/9600/8352</w:t>
        <w:br/>
        <w:t>f 15197/9599/8351 15224/9629/8381 15196/9600/8352</w:t>
        <w:br/>
        <w:t>f 16626/10536/9195 15195/9601/8353 15196/9600/8352</w:t>
        <w:br/>
        <w:t>f 15215/9619/8371 16626/10536/9195 15196/9600/8352</w:t>
        <w:br/>
        <w:t>f 15343/9751/8504 15344/9750/8503 15357/9763/8513</w:t>
        <w:br/>
        <w:t>f 15358/9762/8513 15343/9751/8504 15357/9763/8513</w:t>
        <w:br/>
        <w:t>f 15512/9917/8631 15491/9896/8615 15488/9895/8614</w:t>
        <w:br/>
        <w:t>f 15511/9916/8631 15512/9917/8631 15488/9895/8614</w:t>
        <w:br/>
        <w:t>f 16629/10537/9196 16628/10538/9197 15454/9860/8590</w:t>
        <w:br/>
        <w:t>f 15455/9859/8590 16629/10537/9196 15454/9860/8590</w:t>
        <w:br/>
        <w:t>f 15342/9747/8501 15284/9688/8441 15285/9690/8443</w:t>
        <w:br/>
        <w:t>f 16630/10539/9198 15342/9747/8501 15285/9690/8443</w:t>
        <w:br/>
        <w:t>f 16630/10539/9198 16631/10540/9199 15342/9747/8501</w:t>
        <w:br/>
        <w:t>f 15232/9636/8388 15271/9674/8427 15269/9676/8429</w:t>
        <w:br/>
        <w:t>f 15188/9591/8343 15186/9593/8345 15288/9693/8446</w:t>
        <w:br/>
        <w:t>f 15269/9676/8429 15272/9680/8433 15236/9642/8394</w:t>
        <w:br/>
        <w:t>f 15234/9639/8391 15269/9676/8429 15236/9642/8394</w:t>
        <w:br/>
        <w:t>f 15272/9680/8433 15269/9676/8429 15270/9675/8428</w:t>
        <w:br/>
        <w:t>f 15275/9677/8430 15272/9680/8433 15270/9675/8428</w:t>
        <w:br/>
        <w:t>f 15187/9592/8344 15190/9594/8346 15275/9677/8430</w:t>
        <w:br/>
        <w:t>f 15270/9675/8428 15187/9592/8344 15275/9677/8430</w:t>
        <w:br/>
        <w:t>f 16632/10541/9200 15293/9698/8451 15301/9706/8459</w:t>
        <w:br/>
        <w:t>f 16633/10542/9201 16632/10541/9200 15301/9706/8459</w:t>
        <w:br/>
        <w:t>f 15293/9698/8451 16632/10541/9200 16634/10543/9202</w:t>
        <w:br/>
        <w:t>f 15189/9595/8347 15293/9698/8451 16634/10543/9202</w:t>
        <w:br/>
        <w:t>f 15189/9595/8347 16634/10543/9202 15279/9684/8437</w:t>
        <w:br/>
        <w:t>f 15190/9594/8346 15189/9595/8347 15279/9684/8437</w:t>
        <w:br/>
        <w:t>f 16635/10544/9203 16630/10539/9198 15285/9690/8443</w:t>
        <w:br/>
        <w:t>f 15286/9692/8445 16635/10544/9203 15285/9690/8443</w:t>
        <w:br/>
        <w:t>f 15233/9638/8390 15237/9641/8393 15286/9692/8445</w:t>
        <w:br/>
        <w:t>f 15285/9690/8443 15233/9638/8390 15286/9692/8445</w:t>
        <w:br/>
        <w:t>f 15237/9641/8393 15233/9638/8390 15234/9639/8391</w:t>
        <w:br/>
        <w:t>f 15236/9642/8394 15237/9641/8393 15234/9639/8391</w:t>
        <w:br/>
        <w:t>f 15273/9679/8432 15296/9700/8453 15240/9644/8396</w:t>
        <w:br/>
        <w:t>f 15235/9643/8395 15273/9679/8432 15240/9644/8396</w:t>
        <w:br/>
        <w:t>f 15296/9700/8453 15273/9679/8432 15274/9678/8431</w:t>
        <w:br/>
        <w:t>f 16636/10545/9204 15296/9700/8453 15274/9678/8431</w:t>
        <w:br/>
        <w:t>f 15279/9684/8437 16637/10546/9205 16636/10545/9204</w:t>
        <w:br/>
        <w:t>f 15274/9678/8431 15279/9684/8437 16636/10545/9204</w:t>
        <w:br/>
        <w:t>f 16637/10546/9205 15279/9684/8437 16634/10543/9202</w:t>
        <w:br/>
        <w:t>f 16638/10547/9206 16637/10546/9205 16634/10543/9202</w:t>
        <w:br/>
        <w:t>f 16634/10543/9202 16632/10541/9200 15300/9704/8457</w:t>
        <w:br/>
        <w:t>f 16638/10547/9206 16634/10543/9202 15300/9704/8457</w:t>
        <w:br/>
        <w:t>f 16633/10542/9201 16639/10548/9207 15300/9704/8457</w:t>
        <w:br/>
        <w:t>f 16632/10541/9200 16633/10542/9201 15300/9704/8457</w:t>
        <w:br/>
        <w:t>f 16636/10545/9204 15280/9686/8439 15295/9701/8454</w:t>
        <w:br/>
        <w:t>f 15296/9700/8453 16636/10545/9204 15295/9701/8454</w:t>
        <w:br/>
        <w:t>f 16637/10546/9205 15184/9588/8340 15280/9686/8439</w:t>
        <w:br/>
        <w:t>f 16636/10545/9204 16637/10546/9205 15280/9686/8439</w:t>
        <w:br/>
        <w:t>f 16638/10547/9206 15183/9589/8341 15184/9588/8340</w:t>
        <w:br/>
        <w:t>f 16637/10546/9205 16638/10547/9206 15184/9588/8340</w:t>
        <w:br/>
        <w:t>f 16638/10547/9206 15300/9704/8457 15290/9694/8447</w:t>
        <w:br/>
        <w:t>f 15183/9589/8341 16638/10547/9206 15290/9694/8447</w:t>
        <w:br/>
        <w:t>f 16644/10549/9208 16643/10550/9209 15289/9695/8448</w:t>
        <w:br/>
        <w:t>f 15441/9846/8582 15438/9845/8581 15482/9888/8609</w:t>
        <w:br/>
        <w:t>f 15448/9854/8587 15449/9853/8587 16664/10551/9210</w:t>
        <w:br/>
        <w:t>f 16663/10552/9210 15448/9854/8587 16664/10551/9210</w:t>
        <w:br/>
        <w:t>f 16665/10553/9211 16635/10544/9203 15286/9692/8445</w:t>
        <w:br/>
        <w:t>f 15287/9691/8444 16665/10553/9211 15286/9692/8445</w:t>
        <w:br/>
        <w:t>f 15243/9648/8400 15287/9691/8444 15238/9640/8392</w:t>
        <w:br/>
        <w:t>f 15239/9645/8397 15243/9648/8400 15238/9640/8392</w:t>
        <w:br/>
        <w:t>f 15287/9691/8444 15243/9648/8400 16666/10554/9212</w:t>
        <w:br/>
        <w:t>f 16665/10553/9211 15287/9691/8444 16666/10554/9212</w:t>
        <w:br/>
        <w:t>f 16664/10551/9210 15452/9855/8588 15453/9858/8588</w:t>
        <w:br/>
        <w:t>f 16663/10552/9210 16664/10551/9210 15453/9858/8588</w:t>
        <w:br/>
        <w:t>f 16644/10549/9208 15289/9695/8448 15290/9694/8447</w:t>
        <w:br/>
        <w:t>f 15299/9705/8458 16644/10549/9208 15290/9694/8447</w:t>
        <w:br/>
        <w:t>f 15280/9686/8439 15281/9685/8438 16667/10555/9213</w:t>
        <w:br/>
        <w:t>f 15295/9701/8454 15280/9686/8439 16667/10555/9213</w:t>
        <w:br/>
        <w:t>f 15295/9701/8454 16667/10555/9213 16668/10556/9214</w:t>
        <w:br/>
        <w:t>f 15241/9647/8399 15295/9701/8454 16668/10556/9214</w:t>
        <w:br/>
        <w:t>f 15241/9647/8399 16668/10556/9214 16669/10557/9215</w:t>
        <w:br/>
        <w:t>f 15242/9646/8398 15241/9647/8399 16669/10557/9215</w:t>
        <w:br/>
        <w:t>f 15242/9646/8398 16669/10557/9215 15193/9596/8348</w:t>
        <w:br/>
        <w:t>f 15191/9598/8350 15242/9646/8398 15193/9596/8348</w:t>
        <w:br/>
        <w:t>f 15243/9648/8400 15191/9598/8350 15192/9597/8349</w:t>
        <w:br/>
        <w:t>f 16666/10554/9212 15243/9648/8400 15192/9597/8349</w:t>
        <w:br/>
        <w:t>f 15300/9704/8457 16639/10548/9207 15299/9705/8458</w:t>
        <w:br/>
        <w:t>f 15245/9651/8403 15246/9650/8402 15117/9520/8272</w:t>
        <w:br/>
        <w:t>f 16670/10558/9216 15245/9651/8403 15117/9520/8272</w:t>
        <w:br/>
        <w:t>f 15246/9650/8402 16671/10559/9217 15307/9712/8465</w:t>
        <w:br/>
        <w:t>f 15117/9520/8272 15246/9650/8402 15307/9712/8465</w:t>
        <w:br/>
        <w:t>f 15158/9561/8313 15149/9554/8306 15157/9562/8314</w:t>
        <w:br/>
        <w:t>f 15246/9650/8402 15304/9709/8462 16671/10559/9217</w:t>
        <w:br/>
        <w:t>f 16671/10559/9217 15304/9709/8462 15257/9660/8413</w:t>
        <w:br/>
        <w:t>f 15263/9669/8422 16671/10559/9217 15257/9660/8413</w:t>
        <w:br/>
        <w:t>f 15149/9554/8306 15130/9537/8289 15157/9562/8314</w:t>
        <w:br/>
        <w:t>f 15149/9554/8306 15158/9561/8313 15264/9668/8421</w:t>
        <w:br/>
        <w:t>f 16671/10559/9217 15263/9669/8422 15306/9713/8466</w:t>
        <w:br/>
        <w:t>f 15307/9712/8465 16671/10559/9217 15306/9713/8466</w:t>
        <w:br/>
        <w:t>f 15133/9538/8290 15149/9554/8306 15263/9669/8422</w:t>
        <w:br/>
        <w:t>f 15257/9660/8413 15133/9538/8290 15263/9669/8422</w:t>
        <w:br/>
        <w:t>f 15264/9668/8421 15306/9713/8466 15263/9669/8422</w:t>
        <w:br/>
        <w:t>f 15268/9673/8426 16670/10558/9216 15117/9520/8272</w:t>
        <w:br/>
        <w:t>f 15268/9673/8426 16672/10560/9218 16670/10558/9216</w:t>
        <w:br/>
        <w:t>f 15117/9520/8272 15307/9712/8465 15116/9521/8273</w:t>
        <w:br/>
        <w:t>f 15757/10162/8871 15756/10160/8869 15760/10165/8874</w:t>
        <w:br/>
        <w:t>f 15752/10156/8865 15762/10167/8876 15755/10161/8870</w:t>
        <w:br/>
        <w:t>f 15750/10154/8863 15752/10156/8865 15749/10155/8864</w:t>
        <w:br/>
        <w:t>f 15540/9943/8657 15693/10097/8810 15749/10155/8864</w:t>
        <w:br/>
        <w:t>f 15749/10155/8864 15755/10161/8870 15756/10160/8869</w:t>
        <w:br/>
        <w:t>f 16049/10453/9131 16048/10454/9132 16043/10447/9125</w:t>
        <w:br/>
        <w:t>f 15851/10254/8941 16053/10459/9137 16043/10447/9125</w:t>
        <w:br/>
        <w:t>f 16046/10450/9128 16043/10447/9125 16048/10454/9132</w:t>
        <w:br/>
        <w:t>f 16043/10447/9125 16046/10450/9128 16042/10448/9126</w:t>
        <w:br/>
        <w:t>f 16055/10460/9138 16044/10449/9127 15928/10331/9018</w:t>
        <w:br/>
        <w:t>f 13357/9425/8174 13366/9434/8183 13375/9442/8191</w:t>
        <w:br/>
        <w:t>f 12288/8354/7152 12301/8368/7166 12291/8357/7155</w:t>
        <w:br/>
        <w:t>f 12288/8354/7152 12284/8351/7149 12289/8356/7154</w:t>
        <w:br/>
        <w:t>f 12288/8354/7152 12289/8356/7154 12301/8368/7166</w:t>
        <w:br/>
        <w:t>f 13357/9425/8174 13375/9442/8191 13371/9438/8187</w:t>
        <w:br/>
        <w:t>f 13357/9425/8174 13371/9438/8187 13359/9426/8175</w:t>
        <w:br/>
        <w:t>f 16053/10459/9137 16054/10458/9136 16052/10457/9135</w:t>
        <w:br/>
        <w:t>f 15606/10010/8724 15682/10087/8800 15600/10006/8720</w:t>
        <w:br/>
        <w:t>f 15560/9967/8681 15582/9988/8702 15621/10026/8740</w:t>
        <w:br/>
        <w:t>f 15620/10025/8739 15621/10026/8740 15585/9990/8704</w:t>
        <w:br/>
        <w:t>f 15621/10026/8740 15688/10093/8806 15597/10002/8716</w:t>
        <w:br/>
        <w:t>f 15561/9966/8680 15584/9989/8703 15560/9967/8681</w:t>
        <w:br/>
        <w:t>f 15725/10130/8839 15541/9946/8660 15614/10019/8733</w:t>
        <w:br/>
        <w:t>f 15720/10125/8834 15529/9933/8647 15533/9939/8653</w:t>
        <w:br/>
        <w:t>f 15529/9933/8647 15526/9930/8644 15690/10095/8808</w:t>
        <w:br/>
        <w:t>f 15523/9927/8641 15691/10096/8809 15689/10094/8807</w:t>
        <w:br/>
        <w:t>f 15691/10096/8809 15523/9927/8641 15516/9919/8633</w:t>
        <w:br/>
        <w:t>f 15842/10247/8934 15838/10245/8932 15984/10390/9077</w:t>
        <w:br/>
        <w:t>f 15842/10247/8934 15985/10389/9076 15841/10248/8935</w:t>
        <w:br/>
        <w:t>f 15843/10246/8933 16039/10444/9122 16037/10442/9120</w:t>
        <w:br/>
        <w:t>f 15981/10386/9073 15983/10388/9075 15833/10241/8928</w:t>
        <w:br/>
        <w:t>f 12860/8927/7721 12858/8924/7718 12773/8842/7637</w:t>
        <w:br/>
        <w:t>f 11783/7850/6684 11697/7766/6602 11698/7765/6601</w:t>
        <w:br/>
        <w:t>f 15839/10244/8931 15984/10390/9077 15838/10245/8932</w:t>
        <w:br/>
        <w:t>f 15839/10244/8931 15840/10243/8930 15935/10339/9026</w:t>
        <w:br/>
        <w:t>f 13058/9125/7890 12891/8959/7753 13057/9122/7887</w:t>
        <w:br/>
        <w:t>f 13057/9122/7887 12891/8959/7753 12892/8958/7752</w:t>
        <w:br/>
        <w:t>f 22583/10561/9219 13057/9122/7887 12892/8958/7752</w:t>
        <w:br/>
        <w:t>f 12892/8958/7752 13226/9293/8047 22584/10562/9220</w:t>
        <w:br/>
        <w:t>f 22585/10563/9221 12876/8945/7739 12877/8944/7738</w:t>
        <w:br/>
        <w:t>f 22584/10562/9220 22585/10563/9221 12877/8944/7738</w:t>
        <w:br/>
        <w:t>f 13180/9244/8006 13177/9247/8009 12876/8945/7739</w:t>
        <w:br/>
        <w:t>f 22585/10563/9221 13180/9244/8006 12876/8945/7739</w:t>
        <w:br/>
        <w:t>f 22584/10562/9220 22583/10561/9219 12892/8958/7752</w:t>
        <w:br/>
        <w:t>f 22584/10562/9220 13226/9293/8047 22586/10564/9222</w:t>
        <w:br/>
        <w:t>f 22585/10563/9221 22584/10562/9220 22586/10564/9222</w:t>
        <w:br/>
        <w:t>f 22586/10564/9222 12889/8955/7749 13180/9244/8006</w:t>
        <w:br/>
        <w:t>f 13180/9244/8006 22585/10563/9221 22586/10564/9222</w:t>
        <w:br/>
        <w:t>f 13226/9293/8047 12883/8950/7744 12890/8957/7751</w:t>
        <w:br/>
        <w:t>f 22586/10564/9222 13226/9293/8047 12890/8957/7751</w:t>
        <w:br/>
        <w:t>f 12881/8946/7740 13181/9249/8011 12889/8955/7749</w:t>
        <w:br/>
        <w:t>f 12889/8955/7749 22586/10564/9222 12888/8956/7750</w:t>
        <w:br/>
        <w:t>f 12888/8956/7750 22586/10564/9222 12890/8957/7751</w:t>
        <w:br/>
        <w:t>f 13056/9123/7888 13057/9122/7887 22583/10561/9219</w:t>
        <w:br/>
        <w:t>f 22587/10565/9223 13056/9123/7888 22583/10561/9219</w:t>
        <w:br/>
        <w:t>f 22587/10565/9223 22583/10561/9219 12877/8944/7738</w:t>
        <w:br/>
        <w:t>f 12878/8943/7737 22587/10565/9223 12877/8944/7738</w:t>
        <w:br/>
        <w:t>f 12754/8824/7619 12876/8945/7739 13177/9247/8009</w:t>
        <w:br/>
        <w:t>f 12757/8821/7616 12754/8824/7619 13177/9247/8009</w:t>
        <w:br/>
        <w:t>f 12931/9001/7787 12735/8802/7597 12757/8821/7616</w:t>
        <w:br/>
        <w:t>f 13177/9247/8009 12931/9001/7787 12757/8821/7616</w:t>
        <w:br/>
        <w:t>f 13082/9148/7913 13055/9124/7889 13069/9138/7903</w:t>
        <w:br/>
        <w:t>f 13070/9137/7902 13082/9148/7913 13069/9138/7903</w:t>
        <w:br/>
        <w:t>f 13069/9138/7903 13055/9124/7889 13056/9123/7888</w:t>
        <w:br/>
        <w:t>f 13078/9145/7910 13069/9138/7903 13056/9123/7888</w:t>
        <w:br/>
        <w:t>f 12836/8899/7693 13056/9123/7888 22587/10565/9223</w:t>
        <w:br/>
        <w:t>f 12836/8899/7693 13078/9145/7910 13056/9123/7888</w:t>
        <w:br/>
        <w:t>f 12836/8899/7693 12832/8901/7695 13078/9145/7910</w:t>
        <w:br/>
        <w:t>f 12836/8899/7693 22587/10565/9223 12878/8943/7737</w:t>
        <w:br/>
        <w:t>f 12849/8916/7710 12836/8899/7693 12878/8943/7737</w:t>
        <w:br/>
        <w:t>f 12849/8916/7710 12878/8943/7737 12754/8824/7619</w:t>
        <w:br/>
        <w:t>f 12755/8823/7618 12849/8916/7710 12754/8824/7619</w:t>
        <w:br/>
        <w:t>f 12833/8900/7694 13078/9145/7910 12832/8901/7695</w:t>
        <w:br/>
        <w:t>f 12755/8823/7618 13434/9501/8252 12759/8827/7622</w:t>
        <w:br/>
        <w:t>f 13225/9291/8045 13434/9501/8252 13224/9292/8046</w:t>
        <w:br/>
        <w:t>f 13225/9291/8045 12758/8828/7623 13434/9501/8252</w:t>
        <w:br/>
        <w:t>f 13219/9286/8040 12758/8828/7623 13225/9291/8045</w:t>
        <w:br/>
        <w:t>f 13219/9286/8040 13220/9287/8041 12758/8828/7623</w:t>
        <w:br/>
        <w:t>f 12758/8828/7623 12759/8827/7622 13434/9501/8252</w:t>
        <w:br/>
        <w:t>f 11808/7875/6709 12154/8221/7026 22588/10566/9224</w:t>
        <w:br/>
        <w:t>f 11815/7881/6715 22588/10566/9224 11814/7882/6716</w:t>
        <w:br/>
        <w:t>f 11814/7882/6716 12112/8178/6994 11805/7870/6704</w:t>
        <w:br/>
        <w:t>f 12108/8176/6992 11814/7882/6716 22588/10566/9224</w:t>
        <w:br/>
        <w:t>f 22588/10566/9224 11815/7881/6715 11808/7875/6709</w:t>
        <w:br/>
        <w:t>f 12108/8176/6992 22588/10566/9224 11799/7868/6702</w:t>
        <w:br/>
        <w:t>f 22588/10566/9224 12154/8221/7026 11802/7869/6703</w:t>
        <w:br/>
        <w:t>f 11799/7868/6702 22588/10566/9224 11802/7869/6703</w:t>
        <w:br/>
        <w:t>f 11802/7869/6703 12154/8221/7026 11817/7883/6717</w:t>
        <w:br/>
        <w:t>f 22589/10567/9225 11674/7744/6580 11800/7867/6701</w:t>
        <w:br/>
        <w:t>f 11801/7866/6700 22589/10567/9225 11800/7867/6701</w:t>
        <w:br/>
        <w:t>f 11801/7866/6700 11802/7869/6703 22590/10568/9226</w:t>
        <w:br/>
        <w:t>f 11817/7883/6717 11816/7884/6718 11981/8049/6866</w:t>
        <w:br/>
        <w:t>f 22590/10568/9226 11817/7883/6717 11981/8049/6866</w:t>
        <w:br/>
        <w:t>f 11981/8049/6866 11816/7884/6718 11980/8050/6867</w:t>
        <w:br/>
        <w:t>f 11858/7924/6753 12107/8177/6993 11675/7743/6579</w:t>
        <w:br/>
        <w:t>f 11655/7722/6558 11858/7924/6753 11675/7743/6579</w:t>
        <w:br/>
        <w:t>f 12107/8177/6993 11800/7867/6701 11674/7744/6580</w:t>
        <w:br/>
        <w:t>f 11675/7743/6579 12107/8177/6993 11674/7744/6580</w:t>
        <w:br/>
        <w:t>f 11801/7866/6700 22590/10568/9226 22591/10569/9227</w:t>
        <w:br/>
        <w:t>f 22589/10567/9225 11801/7866/6700 22591/10569/9227</w:t>
        <w:br/>
        <w:t>f 22590/10568/9226 11981/8049/6866 11982/8048/6865</w:t>
        <w:br/>
        <w:t>f 22591/10569/9227 22590/10568/9226 11982/8048/6865</w:t>
        <w:br/>
        <w:t>f 11674/7744/6580 22589/10567/9225 11772/7839/6673</w:t>
        <w:br/>
        <w:t>f 11677/7741/6577 11674/7744/6580 11772/7839/6673</w:t>
        <w:br/>
        <w:t>f 22589/10567/9225 22591/10569/9227 11757/7824/6658</w:t>
        <w:br/>
        <w:t>f 11772/7839/6673 22589/10567/9225 11757/7824/6658</w:t>
        <w:br/>
        <w:t>f 22591/10569/9227 11982/8048/6865 11811/7878/6712</w:t>
        <w:br/>
        <w:t>f 11757/7824/6658 22591/10569/9227 11811/7878/6712</w:t>
        <w:br/>
        <w:t>f 11982/8048/6865 11983/8047/6864 11997/8064/6881</w:t>
        <w:br/>
        <w:t>f 11811/7878/6712 11982/8048/6865 11997/8064/6881</w:t>
        <w:br/>
        <w:t>f 11997/8064/6881 11983/8047/6864 12008/8076/6893</w:t>
        <w:br/>
        <w:t>f 11996/8065/6882 11997/8064/6881 12008/8076/6893</w:t>
        <w:br/>
        <w:t>f 11996/8065/6882 12008/8076/6893 12167/8231/7036</w:t>
        <w:br/>
        <w:t>f 12160/8228/7032 11996/8065/6882 12167/8231/7036</w:t>
        <w:br/>
        <w:t>f 11682/7752/6588 11680/7746/6582 12363/8430/7229</w:t>
        <w:br/>
        <w:t>f 11685/7749/6585 11682/7752/6588 12363/8430/7229</w:t>
        <w:br/>
        <w:t>f 11685/7749/6585 12363/8430/7229 11677/7741/6577</w:t>
        <w:br/>
        <w:t>f 11679/7747/6583 11680/7746/6582 11682/7752/6588</w:t>
        <w:br/>
        <w:t>f 13070/9137/7902 13071/9136/7901 13234/9301/8055</w:t>
        <w:br/>
        <w:t>f 13233/9299/8053 13070/9137/7902 13234/9301/8055</w:t>
        <w:br/>
        <w:t>f 13118/9186/7951 13121/9188/7953 13100/9168/7933</w:t>
        <w:br/>
        <w:t>f 13118/9186/7951 13100/9168/7933 13101/9167/7932</w:t>
        <w:br/>
        <w:t>f 12030/8096/6913 12051/8118/6936 12049/8115/6933</w:t>
        <w:br/>
        <w:t>f 12049/8115/6933 12029/8097/6914 12030/8096/6913</w:t>
        <w:br/>
        <w:t>f 12889/8955/7749 13182/9248/8010 13179/9245/8007</w:t>
        <w:br/>
        <w:t>f 13180/9244/8006 12889/8955/7749 13179/9245/8007</w:t>
        <w:br/>
        <w:t>f 13021/9085/7855 13018/9088/7473 13223/9289/8043</w:t>
        <w:br/>
        <w:t>f 13222/9290/8044 13021/9085/7855 13223/9289/8043</w:t>
        <w:br/>
        <w:t>f 22593/10570/9228 12608/8675/7472 22592/10571/9229</w:t>
        <w:br/>
        <w:t>f 12608/8675/7472 12610/8677/7474 22594/10572/9230</w:t>
        <w:br/>
        <w:t>f 22592/10571/9229 12608/8675/7472 22594/10572/9230</w:t>
        <w:br/>
        <w:t>f 12447/8514/7314 12439/8508/7308 13448/9515/8267</w:t>
        <w:br/>
        <w:t>f 12446/8515/7315 12447/8514/7314 13448/9515/8267</w:t>
        <w:br/>
        <w:t>f 12439/8508/7308 12447/8514/7314 12441/8506/7306</w:t>
        <w:br/>
        <w:t>f 22593/10570/9228 22592/10571/9229 12601/8668/7466</w:t>
        <w:br/>
        <w:t>f 12600/8667/7465 22593/10570/9228 12601/8668/7466</w:t>
        <w:br/>
        <w:t>f 22592/10571/9229 22594/10572/9230 22595/10573/9231</w:t>
        <w:br/>
        <w:t>f 12601/8668/7466 22592/10571/9229 22595/10573/9231</w:t>
        <w:br/>
        <w:t>f 13221/9288/8042 12600/8667/7465 12489/8555/7355</w:t>
        <w:br/>
        <w:t>f 12490/8554/7354 13221/9288/8042 12489/8555/7355</w:t>
        <w:br/>
        <w:t>f 12601/8668/7466 22595/10573/9231 22596/10574/9232</w:t>
        <w:br/>
        <w:t>f 12513/8580/7380 12601/8668/7466 22596/10574/9232</w:t>
        <w:br/>
        <w:t>f 22598/10575/9233 13447/9514/8266 12440/8507/7307</w:t>
        <w:br/>
        <w:t>f 22597/10576/9234 22598/10575/9233 12440/8507/7307</w:t>
        <w:br/>
        <w:t>f 12513/8580/7380 22596/10574/9232 12580/8646/7446</w:t>
        <w:br/>
        <w:t>f 12512/8579/7379 12513/8580/7380 12580/8646/7446</w:t>
        <w:br/>
        <w:t>f 12421/8490/7290 22600/10577/9233 22599/10578/9235</w:t>
        <w:br/>
        <w:t>f 12424/8491/7291 12421/8490/7290 22599/10578/9235</w:t>
        <w:br/>
        <w:t>f 22593/10570/9228 12607/8676/7473 12608/8675/7472</w:t>
        <w:br/>
        <w:t>f 11403/7473/6310 11487/7554/6391 11484/7551/6388</w:t>
        <w:br/>
        <w:t>f 11406/7470/6307 11403/7473/6310 11484/7551/6388</w:t>
        <w:br/>
        <w:t>f 11406/7470/6307 11484/7551/6388 11485/7552/6389</w:t>
        <w:br/>
        <w:t>f 11496/7566/6403 11406/7470/6307 11485/7552/6389</w:t>
        <w:br/>
        <w:t>f 11496/7566/6403 11485/7552/6389 22601/10579/9236</w:t>
        <w:br/>
        <w:t>f 11499/7563/6400 11496/7566/6403 22601/10579/9236</w:t>
        <w:br/>
        <w:t>f 22605/10580/9237 22604/10581/6729 22603/10582/6241</w:t>
        <w:br/>
        <w:t>f 22602/10583/6240 22605/10580/9237 22603/10582/6241</w:t>
        <w:br/>
        <w:t>f 11405/7471/6308 11406/7470/6307 11496/7566/6403</w:t>
        <w:br/>
        <w:t>f 11497/7565/6402 11405/7471/6308 11496/7566/6403</w:t>
        <w:br/>
        <w:t>f 11357/7423/6260 11363/7430/6267 11356/7424/6261</w:t>
        <w:br/>
        <w:t>f 11522/7589/6426 22606/10584/9238 11528/7597/6433</w:t>
        <w:br/>
        <w:t>f 11521/7587/6424 11522/7589/6426 11528/7597/6433</w:t>
        <w:br/>
        <w:t>f 11521/7587/6424 11528/7597/6433 11520/7588/6425</w:t>
        <w:br/>
        <w:t>f 11945/8011/6830 11946/8010/6829 12149/8217/7022</w:t>
        <w:br/>
        <w:t>f 22607/10585/9239 11945/8011/6830 12149/8217/7022</w:t>
        <w:br/>
        <w:t>f 12109/8175/6991 12111/8179/6995 11814/7882/6716</w:t>
        <w:br/>
        <w:t>f 12108/8176/6992 12109/8175/6991 11814/7882/6716</w:t>
        <w:br/>
        <w:t>f 11485/7552/6389 11430/7498/6335 11500/7568/6405</w:t>
        <w:br/>
        <w:t>f 22601/10579/9236 11485/7552/6389 11500/7568/6405</w:t>
        <w:br/>
        <w:t>f 11354/7420/6257 22604/10581/6729 22605/10580/9237</w:t>
        <w:br/>
        <w:t>f 11353/7421/6258 11354/7420/6257 22605/10580/9237</w:t>
        <w:br/>
        <w:t>f 11363/7430/6267 12366/8433/7231 11362/7431/6268</w:t>
        <w:br/>
        <w:t>f 22606/10584/9238 11530/7595/6431 11528/7597/6433</w:t>
        <w:br/>
        <w:t>f 11528/7597/6433 11529/7596/6432 11520/7588/6425</w:t>
        <w:br/>
        <w:t>f 22584/10562/9220 12877/8944/7738 22583/10561/9219</w:t>
        <w:br/>
        <w:t>f 11802/7869/6703 11817/7883/6717 22590/10568/9226</w:t>
        <w:br/>
        <w:t>f 16678/10586/9240 16677/10587/9241 16676/10588/9242</w:t>
        <w:br/>
        <w:t>f 16675/10589/9243 16678/10586/9240 16676/10588/9242</w:t>
        <w:br/>
        <w:t>f 16682/10590/9244 16681/10591/9245 16680/10592/9246</w:t>
        <w:br/>
        <w:t>f 16679/10593/9247 16682/10590/9244 16680/10592/9246</w:t>
        <w:br/>
        <w:t>f 16679/10593/9247 16684/10594/9248 16683/10595/9249</w:t>
        <w:br/>
        <w:t>f 16682/10590/9244 16679/10593/9247 16683/10595/9249</w:t>
        <w:br/>
        <w:t>f 16683/10595/9249 16684/10594/9248 16686/10596/9250</w:t>
        <w:br/>
        <w:t>f 16685/10597/9251 16683/10595/9249 16686/10596/9250</w:t>
        <w:br/>
        <w:t>f 16690/10598/9252 16689/10599/9253 16688/10600/9254</w:t>
        <w:br/>
        <w:t>f 16687/10601/9255 16690/10598/9252 16688/10600/9254</w:t>
        <w:br/>
        <w:t>f 16692/10602/9256 16688/10600/9254 16689/10599/9253</w:t>
        <w:br/>
        <w:t>f 16691/10603/9257 16692/10602/9256 16689/10599/9253</w:t>
        <w:br/>
        <w:t>f 16694/10604/9258 16693/10605/9259 16692/10602/9256</w:t>
        <w:br/>
        <w:t>f 16691/10603/9257 16694/10604/9258 16692/10602/9256</w:t>
        <w:br/>
        <w:t>f 16693/10605/9259 16694/10604/9258 16696/10606/9260</w:t>
        <w:br/>
        <w:t>f 16695/10607/9261 16693/10605/9259 16696/10606/9260</w:t>
        <w:br/>
        <w:t>f 16695/10607/9261 16696/10606/9260 16697/10608/9262</w:t>
        <w:br/>
        <w:t>f 16698/10609/9263 16695/10607/9261 16697/10608/9262</w:t>
        <w:br/>
        <w:t>f 16689/10599/9253 16690/10598/9252 16699/10610/9264</w:t>
        <w:br/>
        <w:t>f 16701/10611/9265 16689/10599/9253 16700/10612/9266</w:t>
        <w:br/>
        <w:t>f 16694/10604/9258 16691/10603/9257 16701/10611/9265</w:t>
        <w:br/>
        <w:t>f 16702/10613/9267 16694/10604/9258 16701/10611/9265</w:t>
        <w:br/>
        <w:t>f 16696/10606/9260 16694/10604/9258 16702/10613/9267</w:t>
        <w:br/>
        <w:t>f 16703/10614/9268 16696/10606/9260 16702/10613/9267</w:t>
        <w:br/>
        <w:t>f 16703/10614/9268 16704/10615/9269 16697/10608/9262</w:t>
        <w:br/>
        <w:t>f 16696/10606/9260 16703/10614/9268 16697/10608/9262</w:t>
        <w:br/>
        <w:t>f 16708/10616/9270 16707/10617/9271 16706/10618/9272</w:t>
        <w:br/>
        <w:t>f 16705/10619/9273 16708/10616/9270 16706/10618/9272</w:t>
        <w:br/>
        <w:t>f 16707/10617/9271 16710/10620/9274 16709/10621/9275</w:t>
        <w:br/>
        <w:t>f 16706/10618/9272 16707/10617/9271 16709/10621/9275</w:t>
        <w:br/>
        <w:t>f 16712/10622/9276 16711/10623/9277 16709/10621/9275</w:t>
        <w:br/>
        <w:t>f 16710/10620/9274 16712/10622/9276 16709/10621/9275</w:t>
        <w:br/>
        <w:t>f 16711/10623/9277 16712/10622/9276 16714/10624/9278</w:t>
        <w:br/>
        <w:t>f 16713/10625/9279 16711/10623/9277 16714/10624/9278</w:t>
        <w:br/>
        <w:t>f 16716/10626/9280 16715/10627/9281 16713/10625/9279</w:t>
        <w:br/>
        <w:t>f 16714/10624/9278 16716/10626/9280 16713/10625/9279</w:t>
        <w:br/>
        <w:t>f 16687/10601/9255 16688/10600/9254 16707/10617/9271</w:t>
        <w:br/>
        <w:t>f 16708/10616/9270 16687/10601/9255 16707/10617/9271</w:t>
        <w:br/>
        <w:t>f 16710/10620/9274 16707/10617/9271 16688/10600/9254</w:t>
        <w:br/>
        <w:t>f 16692/10602/9256 16710/10620/9274 16688/10600/9254</w:t>
        <w:br/>
        <w:t>f 16710/10620/9274 16692/10602/9256 16693/10605/9259</w:t>
        <w:br/>
        <w:t>f 16712/10622/9276 16710/10620/9274 16693/10605/9259</w:t>
        <w:br/>
        <w:t>f 16695/10607/9261 16714/10624/9278 16712/10622/9276</w:t>
        <w:br/>
        <w:t>f 16693/10605/9259 16695/10607/9261 16712/10622/9276</w:t>
        <w:br/>
        <w:t>f 16714/10624/9278 16695/10607/9261 16698/10609/9263</w:t>
        <w:br/>
        <w:t>f 16716/10626/9280 16714/10624/9278 16698/10609/9263</w:t>
        <w:br/>
        <w:t>f 16677/10587/9241 16678/10586/9240 16705/10619/9273</w:t>
        <w:br/>
        <w:t>f 16706/10618/9272 16709/10621/9275 16717/10628/9282</w:t>
        <w:br/>
        <w:t>f 16718/10629/9283 16706/10618/9272 16717/10628/9282</w:t>
        <w:br/>
        <w:t>f 16717/10628/9282 16709/10621/9275 16711/10623/9277</w:t>
        <w:br/>
        <w:t>f 16719/10630/9284 16717/10628/9282 16711/10623/9277</w:t>
        <w:br/>
        <w:t>f 16719/10630/9284 16711/10623/9277 16713/10625/9279</w:t>
        <w:br/>
        <w:t>f 16720/10631/9285 16719/10630/9284 16713/10625/9279</w:t>
        <w:br/>
        <w:t>f 16723/10632/9286 16722/10633/9287 16721/10634/9288</w:t>
        <w:br/>
        <w:t>f 16724/10635/9289 16723/10632/9286 16721/10634/9288</w:t>
        <w:br/>
        <w:t>f 16727/10636/9290 16726/10637/9291 16725/10638/9292</w:t>
        <w:br/>
        <w:t>f 16722/10633/9287 16727/10636/9290 16725/10638/9292</w:t>
        <w:br/>
        <w:t>f 16731/10639/9293 16730/10640/9294 16729/10641/9295</w:t>
        <w:br/>
        <w:t>f 16728/10642/9296 16731/10639/9293 16729/10641/9295</w:t>
        <w:br/>
        <w:t>f 16734/10643/9297 16728/10642/9296 16733/10644/9298</w:t>
        <w:br/>
        <w:t>f 16732/10645/9299 16734/10643/9297 16733/10644/9298</w:t>
        <w:br/>
        <w:t>f 16738/10646/9300 16737/10647/9301 16736/10648/9302</w:t>
        <w:br/>
        <w:t>f 16735/10649/9303 16738/10646/9300 16736/10648/9302</w:t>
        <w:br/>
        <w:t>f 16740/10650/9304 16735/10649/9303 16736/10648/9302</w:t>
        <w:br/>
        <w:t>f 16739/10651/9305 16740/10650/9304 16736/10648/9302</w:t>
        <w:br/>
        <w:t>f 16741/10652/9306 16740/10650/9304 16739/10651/9305</w:t>
        <w:br/>
        <w:t>f 16742/10653/9307 16741/10652/9306 16739/10651/9305</w:t>
        <w:br/>
        <w:t>f 16742/10653/9307 16744/10654/9308 16743/10655/9309</w:t>
        <w:br/>
        <w:t>f 16741/10652/9306 16742/10653/9307 16743/10655/9309</w:t>
        <w:br/>
        <w:t>f 16746/10656/9310 16745/10657/9311 16736/10648/9302</w:t>
        <w:br/>
        <w:t>f 16737/10647/9301 16746/10656/9310 16736/10648/9302</w:t>
        <w:br/>
        <w:t>f 16739/10651/9305 16736/10648/9302 16745/10657/9311</w:t>
        <w:br/>
        <w:t>f 16747/10658/9312 16739/10651/9305 16745/10657/9311</w:t>
        <w:br/>
        <w:t>f 16742/10653/9307 16739/10651/9305 16747/10658/9312</w:t>
        <w:br/>
        <w:t>f 16748/10659/9313 16742/10653/9307 16747/10658/9312</w:t>
        <w:br/>
        <w:t>f 16748/10659/9313 16749/10660/9314 16744/10654/9308</w:t>
        <w:br/>
        <w:t>f 16742/10653/9307 16748/10659/9313 16744/10654/9308</w:t>
        <w:br/>
        <w:t>f 16752/10661/9315 16751/10662/9316 16750/10663/9317</w:t>
        <w:br/>
        <w:t>f 16753/10664/9318 16752/10661/9315 16750/10663/9317</w:t>
        <w:br/>
        <w:t>f 16751/10662/9316 16755/10665/9319 16754/10666/9320</w:t>
        <w:br/>
        <w:t>f 16750/10663/9317 16751/10662/9316 16754/10666/9320</w:t>
        <w:br/>
        <w:t>f 16755/10665/9319 16757/10667/9321 16756/10668/9322</w:t>
        <w:br/>
        <w:t>f 16754/10666/9320 16755/10665/9319 16756/10668/9322</w:t>
        <w:br/>
        <w:t>f 16761/10669/9323 16760/10670/9324 16759/10671/9325</w:t>
        <w:br/>
        <w:t>f 16758/10672/9326 16761/10669/9323 16759/10671/9325</w:t>
        <w:br/>
        <w:t>f 16738/10646/9300 16735/10649/9303 16751/10662/9316</w:t>
        <w:br/>
        <w:t>f 16752/10661/9315 16738/10646/9300 16751/10662/9316</w:t>
        <w:br/>
        <w:t>f 16735/10649/9303 16740/10650/9304 16755/10665/9319</w:t>
        <w:br/>
        <w:t>f 16751/10662/9316 16735/10649/9303 16755/10665/9319</w:t>
        <w:br/>
        <w:t>f 16740/10650/9304 16741/10652/9306 16757/10667/9321</w:t>
        <w:br/>
        <w:t>f 16755/10665/9319 16740/10650/9304 16757/10667/9321</w:t>
        <w:br/>
        <w:t>f 16761/10669/9323 16743/10655/9309 16760/10670/9324</w:t>
        <w:br/>
        <w:t>f 16753/10664/9318 16750/10663/9317 16727/10636/9290</w:t>
        <w:br/>
        <w:t>f 16762/10673/9327 16753/10664/9318 16727/10636/9290</w:t>
        <w:br/>
        <w:t>f 16750/10663/9317 16754/10666/9320 16726/10637/9291</w:t>
        <w:br/>
        <w:t>f 16727/10636/9290 16750/10663/9317 16726/10637/9291</w:t>
        <w:br/>
        <w:t>f 16763/10674/9328 16756/10668/9322 16733/10644/9298</w:t>
        <w:br/>
        <w:t>f 16765/10675/9329 16759/10671/9325 16764/10676/9330</w:t>
        <w:br/>
        <w:t>f 16769/10677/9331 16768/10678/9332 16767/10679/9333</w:t>
        <w:br/>
        <w:t>f 16766/10680/9334 16769/10677/9331 16767/10679/9333</w:t>
        <w:br/>
        <w:t>f 16758/10672/9326 16756/10668/9322 16757/10667/9321</w:t>
        <w:br/>
        <w:t>f 16761/10669/9323 16758/10672/9326 16757/10667/9321</w:t>
        <w:br/>
        <w:t>f 16761/10669/9323 16757/10667/9321 16741/10652/9306</w:t>
        <w:br/>
        <w:t>f 16732/10645/9299 16733/10644/9298 16756/10668/9322</w:t>
        <w:br/>
        <w:t>f 16758/10672/9326 16732/10645/9299 16756/10668/9322</w:t>
        <w:br/>
        <w:t>f 16772/10681/9335 16771/10682/9336 16770/10683/9337</w:t>
        <w:br/>
        <w:t>f 16675/10589/9243 16772/10681/9335 16770/10683/9337</w:t>
        <w:br/>
        <w:t>f 16773/10684/9338 16705/10619/9273 16678/10586/9240</w:t>
        <w:br/>
        <w:t>f 16760/10670/9324 16708/10616/9270 16705/10619/9273</w:t>
        <w:br/>
        <w:t>f 16759/10671/9325 16760/10670/9324 16705/10619/9273</w:t>
        <w:br/>
        <w:t>f 16760/10670/9324 16687/10601/9255 16708/10616/9270</w:t>
        <w:br/>
        <w:t>f 16744/10654/9308 16690/10598/9252 16687/10601/9255</w:t>
        <w:br/>
        <w:t>f 16743/10655/9309 16744/10654/9308 16687/10601/9255</w:t>
        <w:br/>
        <w:t>f 16749/10660/9314 16699/10610/9264 16690/10598/9252</w:t>
        <w:br/>
        <w:t>f 16777/10685/9339 16776/10686/9340 16775/10687/9341</w:t>
        <w:br/>
        <w:t>f 16774/10688/9342 16777/10685/9339 16775/10687/9341</w:t>
        <w:br/>
        <w:t>f 16776/10686/9340 16777/10685/9339 16779/10689/9343</w:t>
        <w:br/>
        <w:t>f 16778/10690/9344 16776/10686/9340 16779/10689/9343</w:t>
        <w:br/>
        <w:t>f 16781/10691/9345 16780/10692/9346 16778/10690/9344</w:t>
        <w:br/>
        <w:t>f 16779/10689/9343 16781/10691/9345 16778/10690/9344</w:t>
        <w:br/>
        <w:t>f 16783/10693/9347 16780/10692/9346 16781/10691/9345</w:t>
        <w:br/>
        <w:t>f 16782/10694/9348 16783/10693/9347 16781/10691/9345</w:t>
        <w:br/>
        <w:t>f 16782/10694/9348 16785/10695/9349 16784/10696/9350</w:t>
        <w:br/>
        <w:t>f 16783/10693/9347 16782/10694/9348 16784/10696/9350</w:t>
        <w:br/>
        <w:t>f 16789/10697/9351 16788/10698/9352 16787/10699/9353</w:t>
        <w:br/>
        <w:t>f 16786/10700/9354 16789/10697/9351 16787/10699/9353</w:t>
        <w:br/>
        <w:t>f 16791/10701/9355 16790/10702/9356 16786/10700/9354</w:t>
        <w:br/>
        <w:t>f 16787/10699/9353 16791/10701/9355 16786/10700/9354</w:t>
        <w:br/>
        <w:t>f 16792/10703/9357 16790/10702/9356 16791/10701/9355</w:t>
        <w:br/>
        <w:t>f 16793/10704/9358 16792/10703/9357 16791/10701/9355</w:t>
        <w:br/>
        <w:t>f 16795/10705/9359 16792/10703/9357 16793/10704/9358</w:t>
        <w:br/>
        <w:t>f 16794/10706/9360 16795/10705/9359 16793/10704/9358</w:t>
        <w:br/>
        <w:t>f 16794/10706/9360 16797/10707/9361 16796/10708/9362</w:t>
        <w:br/>
        <w:t>f 16795/10705/9359 16794/10706/9360 16796/10708/9362</w:t>
        <w:br/>
        <w:t>f 16798/10709/9363 16789/10697/9351 16786/10700/9354</w:t>
        <w:br/>
        <w:t>f 16799/10710/9364 16786/10700/9354 16790/10702/9356</w:t>
        <w:br/>
        <w:t>f 16800/10711/9365 16799/10710/9364 16790/10702/9356</w:t>
        <w:br/>
        <w:t>f 16792/10703/9357 16800/10711/9365 16790/10702/9356</w:t>
        <w:br/>
        <w:t>f 16792/10703/9357 16795/10705/9359 16801/10712/9366</w:t>
        <w:br/>
        <w:t>f 16800/10711/9365 16792/10703/9357 16801/10712/9366</w:t>
        <w:br/>
        <w:t>f 16802/10713/9367 16801/10712/9366 16795/10705/9359</w:t>
        <w:br/>
        <w:t>f 16796/10708/9362 16802/10713/9367 16795/10705/9359</w:t>
        <w:br/>
        <w:t>f 16805/10714/9368 16804/10715/9369 16803/10716/9370</w:t>
        <w:br/>
        <w:t>f 16806/10717/9371 16805/10714/9368 16803/10716/9370</w:t>
        <w:br/>
        <w:t>f 16808/10718/9372 16807/10719/9373 16806/10717/9371</w:t>
        <w:br/>
        <w:t>f 16803/10716/9370 16808/10718/9372 16806/10717/9371</w:t>
        <w:br/>
        <w:t>f 16808/10718/9372 16810/10720/9374 16809/10721/9375</w:t>
        <w:br/>
        <w:t>f 16807/10719/9373 16808/10718/9372 16809/10721/9375</w:t>
        <w:br/>
        <w:t>f 16814/10722/9376 16813/10723/9377 16812/10724/9378</w:t>
        <w:br/>
        <w:t>f 16811/10725/9379 16814/10722/9376 16812/10724/9378</w:t>
        <w:br/>
        <w:t>f 16811/10725/9379 16812/10724/9378 16816/10726/9380</w:t>
        <w:br/>
        <w:t>f 16815/10727/9381 16811/10725/9379 16816/10726/9380</w:t>
        <w:br/>
        <w:t>f 16816/10726/9380 16818/10728/9382 16817/10729/9383</w:t>
        <w:br/>
        <w:t>f 16815/10727/9381 16816/10726/9380 16817/10729/9383</w:t>
        <w:br/>
        <w:t>f 16820/10730/9384 16817/10729/9383 16818/10728/9382</w:t>
        <w:br/>
        <w:t>f 16819/10731/9385 16820/10730/9384 16818/10728/9382</w:t>
        <w:br/>
        <w:t>f 16822/10732/9386 16820/10730/9384 16819/10731/9385</w:t>
        <w:br/>
        <w:t>f 16821/10733/9387 16822/10732/9386 16819/10731/9385</w:t>
        <w:br/>
        <w:t>f 16788/10698/9352 16814/10722/9376 16811/10725/9379</w:t>
        <w:br/>
        <w:t>f 16787/10699/9353 16788/10698/9352 16811/10725/9379</w:t>
        <w:br/>
        <w:t>f 16787/10699/9353 16811/10725/9379 16815/10727/9381</w:t>
        <w:br/>
        <w:t>f 16791/10701/9355 16787/10699/9353 16815/10727/9381</w:t>
        <w:br/>
        <w:t>f 16815/10727/9381 16817/10729/9383 16793/10704/9358</w:t>
        <w:br/>
        <w:t>f 16791/10701/9355 16815/10727/9381 16793/10704/9358</w:t>
        <w:br/>
        <w:t>f 16817/10729/9383 16820/10730/9384 16794/10706/9360</w:t>
        <w:br/>
        <w:t>f 16793/10704/9358 16817/10729/9383 16794/10706/9360</w:t>
        <w:br/>
        <w:t>f 16820/10730/9384 16822/10732/9386 16797/10707/9361</w:t>
        <w:br/>
        <w:t>f 16794/10706/9360 16820/10730/9384 16797/10707/9361</w:t>
        <w:br/>
        <w:t>f 16812/10724/9378 16775/10687/9341 16776/10686/9340</w:t>
        <w:br/>
        <w:t>f 16812/10724/9378 16776/10686/9340 16778/10690/9344</w:t>
        <w:br/>
        <w:t>f 16816/10726/9380 16812/10724/9378 16778/10690/9344</w:t>
        <w:br/>
        <w:t>f 16780/10692/9346 16818/10728/9382 16816/10726/9380</w:t>
        <w:br/>
        <w:t>f 16778/10690/9344 16780/10692/9346 16816/10726/9380</w:t>
        <w:br/>
        <w:t>f 16819/10731/9385 16818/10728/9382 16780/10692/9346</w:t>
        <w:br/>
        <w:t>f 16783/10693/9347 16819/10731/9385 16780/10692/9346</w:t>
        <w:br/>
        <w:t>f 16783/10693/9347 16784/10696/9350 16821/10733/9387</w:t>
        <w:br/>
        <w:t>f 16819/10731/9385 16783/10693/9347 16821/10733/9387</w:t>
        <w:br/>
        <w:t>f 16804/10715/9369 16798/10709/9363 16799/10710/9364</w:t>
        <w:br/>
        <w:t>f 16803/10716/9370 16804/10715/9369 16799/10710/9364</w:t>
        <w:br/>
        <w:t>f 16803/10716/9370 16799/10710/9364 16800/10711/9365</w:t>
        <w:br/>
        <w:t>f 16808/10718/9372 16800/10711/9365 16801/10712/9366</w:t>
        <w:br/>
        <w:t>f 16810/10720/9374 16801/10712/9366 16802/10713/9367</w:t>
        <w:br/>
        <w:t>f 16826/10734/9388 16825/10735/9389 16824/10736/9390</w:t>
        <w:br/>
        <w:t>f 16823/10737/9391 16826/10734/9388 16824/10736/9390</w:t>
        <w:br/>
        <w:t>f 16825/10735/9389 16826/10734/9388 16827/10738/9392</w:t>
        <w:br/>
        <w:t>f 16828/10739/9393 16825/10735/9389 16827/10738/9392</w:t>
        <w:br/>
        <w:t>f 16830/10740/9394 16829/10741/9395 16828/10739/9393</w:t>
        <w:br/>
        <w:t>f 16827/10738/9392 16830/10740/9394 16828/10739/9393</w:t>
        <w:br/>
        <w:t>f 16834/10742/9396 16833/10743/9397 16832/10744/9398</w:t>
        <w:br/>
        <w:t>f 16831/10745/9399 16834/10742/9396 16832/10744/9398</w:t>
        <w:br/>
        <w:t>f 16838/10746/9400 16837/10747/9401 16836/10748/9402</w:t>
        <w:br/>
        <w:t>f 16835/10749/9403 16838/10746/9400 16836/10748/9402</w:t>
        <w:br/>
        <w:t>f 16837/10747/9401 16838/10746/9400 16839/10750/9404</w:t>
        <w:br/>
        <w:t>f 16840/10751/9405 16837/10747/9401 16839/10750/9404</w:t>
        <w:br/>
        <w:t>f 16842/10752/9406 16841/10753/9407 16840/10751/9405</w:t>
        <w:br/>
        <w:t>f 16839/10750/9404 16842/10752/9406 16840/10751/9405</w:t>
        <w:br/>
        <w:t>f 16844/10754/9408 16843/10755/9409 16841/10753/9407</w:t>
        <w:br/>
        <w:t>f 16842/10752/9406 16844/10754/9408 16841/10753/9407</w:t>
        <w:br/>
        <w:t>f 16837/10747/9401 16846/10756/9410 16845/10757/9411</w:t>
        <w:br/>
        <w:t>f 16836/10748/9402 16837/10747/9401 16845/10757/9411</w:t>
        <w:br/>
        <w:t>f 16846/10756/9410 16837/10747/9401 16840/10751/9405</w:t>
        <w:br/>
        <w:t>f 16847/10758/9412 16846/10756/9410 16840/10751/9405</w:t>
        <w:br/>
        <w:t>f 16847/10758/9412 16840/10751/9405 16841/10753/9407</w:t>
        <w:br/>
        <w:t>f 16848/10759/9413 16847/10758/9412 16841/10753/9407</w:t>
        <w:br/>
        <w:t>f 16848/10759/9413 16841/10753/9407 16843/10755/9409</w:t>
        <w:br/>
        <w:t>f 16849/10760/9414 16848/10759/9413 16843/10755/9409</w:t>
        <w:br/>
        <w:t>f 16852/10761/9415 16851/10762/9416 16850/10763/9417</w:t>
        <w:br/>
        <w:t>f 16853/10764/9418 16852/10761/9415 16850/10763/9417</w:t>
        <w:br/>
        <w:t>f 16855/10765/9419 16852/10761/9415 16853/10764/9418</w:t>
        <w:br/>
        <w:t>f 16854/10766/9420 16855/10765/9419 16853/10764/9418</w:t>
        <w:br/>
        <w:t>f 16855/10765/9419 16854/10766/9420 16857/10767/9421</w:t>
        <w:br/>
        <w:t>f 16856/10768/9422 16855/10765/9419 16857/10767/9421</w:t>
        <w:br/>
        <w:t>f 16861/10769/9423 16860/10770/9424 16859/10771/9425</w:t>
        <w:br/>
        <w:t>f 16858/10772/9426 16861/10769/9423 16859/10771/9425</w:t>
        <w:br/>
        <w:t>f 16863/10773/9427 16862/10774/9428 16858/10772/9426</w:t>
        <w:br/>
        <w:t>f 16859/10771/9425 16863/10773/9427 16858/10772/9426</w:t>
        <w:br/>
        <w:t>f 16865/10775/9429 16864/10776/9430 16862/10774/9428</w:t>
        <w:br/>
        <w:t>f 16863/10773/9427 16865/10775/9429 16862/10774/9428</w:t>
        <w:br/>
        <w:t>f 16868/10777/9431 16867/10778/9432 16866/10779/9433</w:t>
        <w:br/>
        <w:t>f 16869/10780/9434 16868/10777/9431 16866/10779/9433</w:t>
        <w:br/>
        <w:t>f 16858/10772/9426 16838/10746/9400 16835/10749/9403</w:t>
        <w:br/>
        <w:t>f 16861/10769/9423 16858/10772/9426 16835/10749/9403</w:t>
        <w:br/>
        <w:t>f 16862/10774/9428 16839/10750/9404 16838/10746/9400</w:t>
        <w:br/>
        <w:t>f 16858/10772/9426 16862/10774/9428 16838/10746/9400</w:t>
        <w:br/>
        <w:t>f 16864/10776/9430 16842/10752/9406 16839/10750/9404</w:t>
        <w:br/>
        <w:t>f 16862/10774/9428 16864/10776/9430 16839/10750/9404</w:t>
        <w:br/>
        <w:t>f 16867/10778/9432 16844/10754/9408 16866/10779/9433</w:t>
        <w:br/>
        <w:t>f 16860/10770/9424 16824/10736/9390 16825/10735/9389</w:t>
        <w:br/>
        <w:t>f 16859/10771/9425 16860/10770/9424 16825/10735/9389</w:t>
        <w:br/>
        <w:t>f 16828/10739/9393 16863/10773/9427 16859/10771/9425</w:t>
        <w:br/>
        <w:t>f 16825/10735/9389 16828/10739/9393 16859/10771/9425</w:t>
        <w:br/>
        <w:t>f 16829/10741/9395 16865/10775/9429 16863/10773/9427</w:t>
        <w:br/>
        <w:t>f 16870/10781/9435 16868/10777/9431 16869/10780/9434</w:t>
        <w:br/>
        <w:t>f 16846/10756/9410 16850/10763/9417 16845/10757/9411</w:t>
        <w:br/>
        <w:t>f 16846/10756/9410 16847/10758/9412 16853/10764/9418</w:t>
        <w:br/>
        <w:t>f 16854/10766/9420 16853/10764/9418 16847/10758/9412</w:t>
        <w:br/>
        <w:t>f 16871/10782/9436 16870/10781/9435 16833/10743/9397</w:t>
        <w:br/>
        <w:t>f 16834/10742/9396 16871/10782/9436 16833/10743/9397</w:t>
        <w:br/>
        <w:t>f 16869/10780/9434 16866/10779/9433 16864/10776/9430</w:t>
        <w:br/>
        <w:t>f 16865/10775/9429 16869/10780/9434 16864/10776/9430</w:t>
        <w:br/>
        <w:t>f 16842/10752/9406 16864/10776/9430 16866/10779/9433</w:t>
        <w:br/>
        <w:t>f 16865/10775/9429 16832/10744/9398 16833/10743/9397</w:t>
        <w:br/>
        <w:t>f 16849/10760/9414 16857/10767/9421 16854/10766/9420</w:t>
        <w:br/>
        <w:t>f 16848/10759/9413 16849/10760/9414 16854/10766/9420</w:t>
        <w:br/>
        <w:t>f 16875/10783/9437 16874/10784/9438 16873/10785/9439</w:t>
        <w:br/>
        <w:t>f 16872/10786/9440 16875/10783/9437 16873/10785/9439</w:t>
        <w:br/>
        <w:t>f 16872/10786/9440 16813/10723/9377 16868/10777/9431</w:t>
        <w:br/>
        <w:t>f 16813/10723/9377 16814/10722/9376 16867/10778/9432</w:t>
        <w:br/>
        <w:t>f 16868/10777/9431 16813/10723/9377 16867/10778/9432</w:t>
        <w:br/>
        <w:t>f 16867/10778/9432 16788/10698/9352 16844/10754/9408</w:t>
        <w:br/>
        <w:t>f 16843/10755/9409 16844/10754/9408 16788/10698/9352</w:t>
        <w:br/>
        <w:t>f 16789/10697/9351 16843/10755/9409 16788/10698/9352</w:t>
        <w:br/>
        <w:t>f 16789/10697/9351 16798/10709/9363 16849/10760/9414</w:t>
        <w:br/>
        <w:t>f 16798/10709/9363 16804/10715/9369 16857/10767/9421</w:t>
        <w:br/>
        <w:t>f 16849/10760/9414 16798/10709/9363 16857/10767/9421</w:t>
        <w:br/>
        <w:t>f 16804/10715/9369 16805/10714/9368 16856/10768/9422</w:t>
        <w:br/>
        <w:t>f 16857/10767/9421 16804/10715/9369 16856/10768/9422</w:t>
        <w:br/>
        <w:t>f 16879/10787/9441 16878/10788/9442 16877/10789/9443</w:t>
        <w:br/>
        <w:t>f 16876/10790/9444 16879/10787/9441 16877/10789/9443</w:t>
        <w:br/>
        <w:t>f 16883/10791/9445 16882/10792/9446 16881/10793/9447</w:t>
        <w:br/>
        <w:t>f 16880/10794/9448 16883/10791/9445 16881/10793/9447</w:t>
        <w:br/>
        <w:t>f 16885/10795/9449 16884/10796/9449 16882/10792/9446</w:t>
        <w:br/>
        <w:t>f 16883/10791/9445 16885/10795/9449 16882/10792/9446</w:t>
        <w:br/>
        <w:t>f 16887/10797/9450 16886/10798/9450 16884/10796/9449</w:t>
        <w:br/>
        <w:t>f 16885/10795/9449 16887/10797/9450 16884/10796/9449</w:t>
        <w:br/>
        <w:t>f 16887/10797/9450 16889/10799/9451 16888/10800/9452</w:t>
        <w:br/>
        <w:t>f 16886/10798/9450 16887/10797/9450 16888/10800/9452</w:t>
        <w:br/>
        <w:t>f 16893/10801/9453 16892/10802/9454 16891/10803/9455</w:t>
        <w:br/>
        <w:t>f 16890/10804/9455 16893/10801/9453 16891/10803/9455</w:t>
        <w:br/>
        <w:t>f 16895/10805/9456 16894/10806/9457 16890/10804/9455</w:t>
        <w:br/>
        <w:t>f 16891/10803/9455 16895/10805/9456 16890/10804/9455</w:t>
        <w:br/>
        <w:t>f 16897/10807/9458 16894/10806/9457 16895/10805/9456</w:t>
        <w:br/>
        <w:t>f 16896/10808/9458 16897/10807/9458 16895/10805/9456</w:t>
        <w:br/>
        <w:t>f 16900/10809/9459 16899/10810/9459 16898/10811/9460</w:t>
        <w:br/>
        <w:t>f 16901/10812/9460 16900/10809/9459 16898/10811/9460</w:t>
        <w:br/>
        <w:t>f 16900/10809/9459 16903/10813/9461 16902/10814/9461</w:t>
        <w:br/>
        <w:t>f 16899/10810/9459 16900/10809/9459 16902/10814/9461</w:t>
        <w:br/>
        <w:t>f 16905/10815/9462 16904/10816/9463 16876/10790/9444</w:t>
        <w:br/>
        <w:t>f 16877/10789/9443 16905/10815/9462 16876/10790/9444</w:t>
        <w:br/>
        <w:t>f 16681/10591/9245 16906/10817/9464 16676/10588/9242</w:t>
        <w:br/>
        <w:t>f 16680/10592/9246 16681/10591/9245 16676/10588/9242</w:t>
        <w:br/>
        <w:t>f 16770/10683/9337 16768/10678/9332 16764/10676/9330</w:t>
        <w:br/>
        <w:t>f 16773/10684/9338 16770/10683/9337 16764/10676/9330</w:t>
        <w:br/>
        <w:t>f 16774/10688/9342 16775/10687/9341 16908/10818/9465</w:t>
        <w:br/>
        <w:t>f 16907/10819/9466 16774/10688/9342 16908/10818/9465</w:t>
        <w:br/>
        <w:t>f 16907/10819/9466 16908/10818/9465 16872/10786/9440</w:t>
        <w:br/>
        <w:t>f 16873/10785/9439 16907/10819/9466 16872/10786/9440</w:t>
        <w:br/>
        <w:t>f 16878/10788/9442 16879/10787/9441 16880/10794/9448</w:t>
        <w:br/>
        <w:t>f 16881/10793/9447 16878/10788/9442 16880/10794/9448</w:t>
        <w:br/>
        <w:t>f 16910/10820/9467 16909/10821/9467 16904/10816/9463</w:t>
        <w:br/>
        <w:t>f 16905/10815/9462 16910/10820/9467 16904/10816/9463</w:t>
        <w:br/>
        <w:t>f 16706/10618/9272 16677/10587/9241 16705/10619/9273</w:t>
        <w:br/>
        <w:t>f 16764/10676/9330 16759/10671/9325 16773/10684/9338</w:t>
        <w:br/>
        <w:t>f 16759/10671/9325 16705/10619/9273 16773/10684/9338</w:t>
        <w:br/>
        <w:t>f 16908/10818/9465 16775/10687/9341 16813/10723/9377</w:t>
        <w:br/>
        <w:t>f 16813/10723/9377 16775/10687/9341 16812/10724/9378</w:t>
        <w:br/>
        <w:t>f 16875/10783/9437 16872/10786/9440 16868/10777/9431</w:t>
        <w:br/>
        <w:t>f 16908/10818/9465 16813/10723/9377 16872/10786/9440</w:t>
        <w:br/>
        <w:t>f 16718/10629/9283 16677/10587/9241 16706/10618/9272</w:t>
        <w:br/>
        <w:t>f 16726/10637/9291 16763/10674/9328 16729/10641/9295</w:t>
        <w:br/>
        <w:t>f 16725/10638/9292 16726/10637/9291 16729/10641/9295</w:t>
        <w:br/>
        <w:t>f 16829/10741/9395 16830/10740/9394 16831/10745/9399</w:t>
        <w:br/>
        <w:t>f 16832/10744/9398 16829/10741/9395 16831/10745/9399</w:t>
        <w:br/>
        <w:t>f 16898/10811/9460 16897/10807/9458 16896/10808/9458</w:t>
        <w:br/>
        <w:t>f 16901/10812/9460 16898/10811/9460 16896/10808/9458</w:t>
        <w:br/>
        <w:t>f 16726/10637/9291 16754/10666/9320 16763/10674/9328</w:t>
        <w:br/>
        <w:t>f 16754/10666/9320 16756/10668/9322 16763/10674/9328</w:t>
        <w:br/>
        <w:t>f 16828/10739/9393 16829/10741/9395 16863/10773/9427</w:t>
        <w:br/>
        <w:t>f 16832/10744/9398 16865/10775/9429 16829/10741/9395</w:t>
        <w:br/>
        <w:t>f 16732/10645/9299 16765/10675/9329 16769/10677/9331</w:t>
        <w:br/>
        <w:t>f 16734/10643/9297 16732/10645/9299 16769/10677/9331</w:t>
        <w:br/>
        <w:t>f 16874/10784/9438 16875/10783/9437 16870/10781/9435</w:t>
        <w:br/>
        <w:t>f 16871/10782/9436 16874/10784/9438 16870/10781/9435</w:t>
        <w:br/>
        <w:t>f 16903/10813/9461 16909/10821/9467 16910/10820/9467</w:t>
        <w:br/>
        <w:t>f 16902/10814/9461 16903/10813/9461 16910/10820/9467</w:t>
        <w:br/>
        <w:t>f 16732/10645/9299 16758/10672/9326 16765/10675/9329</w:t>
        <w:br/>
        <w:t>f 16833/10743/9397 16870/10781/9435 16869/10780/9434</w:t>
        <w:br/>
        <w:t>f 16869/10780/9434 16865/10775/9429 16833/10743/9397</w:t>
        <w:br/>
        <w:t>f 16758/10672/9326 16759/10671/9325 16765/10675/9329</w:t>
        <w:br/>
        <w:t>f 16875/10783/9437 16868/10777/9431 16870/10781/9435</w:t>
        <w:br/>
        <w:t>f 16743/10655/9309 16761/10669/9323 16741/10652/9306</w:t>
        <w:br/>
        <w:t>f 16743/10655/9309 16687/10601/9255 16760/10670/9324</w:t>
        <w:br/>
        <w:t>f 16844/10754/9408 16842/10752/9406 16866/10779/9433</w:t>
        <w:br/>
        <w:t>f 16814/10722/9376 16788/10698/9352 16867/10778/9432</w:t>
        <w:br/>
        <w:t>f 16691/10603/9257 16689/10599/9253 16701/10611/9265</w:t>
        <w:br/>
        <w:t>f 16798/10709/9363 16786/10700/9354 16799/10710/9364</w:t>
        <w:br/>
        <w:t>f 16744/10654/9308 16749/10660/9314 16690/10598/9252</w:t>
        <w:br/>
        <w:t>f 16843/10755/9409 16789/10697/9351 16849/10760/9414</w:t>
        <w:br/>
        <w:t>f 16808/10718/9372 16803/10716/9370 16800/10711/9365</w:t>
        <w:br/>
        <w:t>f 16808/10718/9372 16801/10712/9366 16810/10720/9374</w:t>
        <w:br/>
        <w:t>f 16853/10764/9418 16850/10763/9417 16846/10756/9410</w:t>
        <w:br/>
        <w:t>f 16848/10759/9413 16854/10766/9420 16847/10758/9412</w:t>
        <w:br/>
        <w:t>f 16685/10597/9251 16686/10596/9250 16912/10822/9468</w:t>
        <w:br/>
        <w:t>f 16911/10823/9469 16685/10597/9251 16912/10822/9468</w:t>
        <w:br/>
        <w:t>f 16720/10631/9285 16713/10625/9279 16715/10627/9281</w:t>
        <w:br/>
        <w:t>f 16913/10824/9470 16720/10631/9285 16715/10627/9281</w:t>
        <w:br/>
        <w:t>f 16916/10825/9471 16915/10826/9472 16914/10827/9473</w:t>
        <w:br/>
        <w:t>f 16917/10828/9474 16916/10825/9471 16914/10827/9473</w:t>
        <w:br/>
        <w:t>f 16916/10825/9471 16920/10829/9475 16919/10830/9476</w:t>
        <w:br/>
        <w:t>f 16918/10831/9477 16916/10825/9471 16919/10830/9476</w:t>
        <w:br/>
        <w:t>f 16923/10832/9478 16922/10833/9479 16921/10834/9480</w:t>
        <w:br/>
        <w:t>f 16924/10835/9481 16923/10832/9478 16921/10834/9480</w:t>
        <w:br/>
        <w:t>f 16926/10836/9482 16922/10833/9479 16923/10832/9478</w:t>
        <w:br/>
        <w:t>f 16925/10837/9483 16926/10836/9482 16923/10832/9478</w:t>
        <w:br/>
        <w:t>f 16926/10836/9482 16925/10837/9483 16927/10838/9484</w:t>
        <w:br/>
        <w:t>f 16928/10839/9485 16926/10836/9482 16927/10838/9484</w:t>
        <w:br/>
        <w:t>f 16930/10840/9486 16929/10841/9487 16928/10839/9485</w:t>
        <w:br/>
        <w:t>f 16927/10838/9484 16930/10840/9486 16928/10839/9485</w:t>
        <w:br/>
        <w:t>f 16929/10841/9487 16930/10840/9486 16698/10609/9263</w:t>
        <w:br/>
        <w:t>f 16697/10608/9262 16929/10841/9487 16698/10609/9263</w:t>
        <w:br/>
        <w:t>f 16931/10842/9488 16921/10834/9480 16922/10833/9479</w:t>
        <w:br/>
        <w:t>f 16932/10843/9489 16931/10842/9488 16922/10833/9479</w:t>
        <w:br/>
        <w:t>f 16933/10844/9490 16932/10843/9489 16922/10833/9479</w:t>
        <w:br/>
        <w:t>f 16926/10836/9482 16933/10844/9490 16922/10833/9479</w:t>
        <w:br/>
        <w:t>f 16928/10839/9485 16934/10845/9491 16933/10844/9490</w:t>
        <w:br/>
        <w:t>f 16926/10836/9482 16928/10839/9485 16933/10844/9490</w:t>
        <w:br/>
        <w:t>f 16929/10841/9487 16935/10846/9492 16934/10845/9491</w:t>
        <w:br/>
        <w:t>f 16928/10839/9485 16929/10841/9487 16934/10845/9491</w:t>
        <w:br/>
        <w:t>f 16937/10847/9493 16936/10848/9494 16929/10841/9487</w:t>
        <w:br/>
        <w:t>f 16940/10849/9495 16939/10850/9496 16938/10851/9497</w:t>
        <w:br/>
        <w:t>f 16941/10852/9498 16940/10849/9495 16938/10851/9497</w:t>
        <w:br/>
        <w:t>f 16939/10850/9496 16943/10853/9499 16942/10854/9500</w:t>
        <w:br/>
        <w:t>f 16938/10851/9497 16939/10850/9496 16942/10854/9500</w:t>
        <w:br/>
        <w:t>f 16941/10852/9498 16938/10851/9497 16923/10832/9478</w:t>
        <w:br/>
        <w:t>f 16924/10835/9481 16941/10852/9498 16923/10832/9478</w:t>
        <w:br/>
        <w:t>f 16938/10851/9497 16942/10854/9500 16925/10837/9483</w:t>
        <w:br/>
        <w:t>f 16923/10832/9478 16938/10851/9497 16925/10837/9483</w:t>
        <w:br/>
        <w:t>f 16942/10854/9500 16944/10855/9501 16927/10838/9484</w:t>
        <w:br/>
        <w:t>f 16925/10837/9483 16942/10854/9500 16927/10838/9484</w:t>
        <w:br/>
        <w:t>f 16945/10856/9502 16930/10840/9486 16927/10838/9484</w:t>
        <w:br/>
        <w:t>f 16944/10855/9501 16945/10856/9502 16927/10838/9484</w:t>
        <w:br/>
        <w:t>f 16930/10840/9486 16945/10856/9502 16716/10626/9280</w:t>
        <w:br/>
        <w:t>f 16698/10609/9263 16930/10840/9486 16716/10626/9280</w:t>
        <w:br/>
        <w:t>f 16939/10850/9496 16940/10849/9495 16946/10857/9503</w:t>
        <w:br/>
        <w:t>f 16918/10831/9477 16939/10850/9496 16946/10857/9503</w:t>
        <w:br/>
        <w:t>f 16943/10853/9499 16939/10850/9496 16918/10831/9477</w:t>
        <w:br/>
        <w:t>f 16919/10830/9476 16943/10853/9499 16918/10831/9477</w:t>
        <w:br/>
        <w:t>f 16762/10673/9327 16723/10632/9286 16948/10858/9504</w:t>
        <w:br/>
        <w:t>f 16947/10859/9505 16762/10673/9327 16948/10858/9504</w:t>
        <w:br/>
        <w:t>f 16951/10860/9506 16950/10861/9507 16948/10858/9504</w:t>
        <w:br/>
        <w:t>f 16949/10862/9508 16951/10860/9506 16948/10858/9504</w:t>
        <w:br/>
        <w:t>f 16953/10863/9509 16952/10864/9510 16950/10861/9507</w:t>
        <w:br/>
        <w:t>f 16951/10860/9506 16953/10863/9509 16950/10861/9507</w:t>
        <w:br/>
        <w:t>f 16956/10865/9511 16952/10864/9510 16955/10866/9512</w:t>
        <w:br/>
        <w:t>f 16954/10867/9513 16956/10865/9511 16955/10866/9512</w:t>
        <w:br/>
        <w:t>f 16958/10868/9514 16737/10647/9301 16738/10646/9300</w:t>
        <w:br/>
        <w:t>f 16957/10869/9515 16958/10868/9514 16738/10646/9300</w:t>
        <w:br/>
        <w:t>f 16957/10869/9515 16960/10870/9516 16959/10871/9517</w:t>
        <w:br/>
        <w:t>f 16958/10868/9514 16957/10869/9515 16959/10871/9517</w:t>
        <w:br/>
        <w:t>f 16959/10871/9517 16960/10870/9516 16962/10872/9518</w:t>
        <w:br/>
        <w:t>f 16961/10873/9519 16959/10871/9517 16962/10872/9518</w:t>
        <w:br/>
        <w:t>f 16961/10873/9519 16962/10872/9518 16964/10874/9520</w:t>
        <w:br/>
        <w:t>f 16963/10875/9521 16961/10873/9519 16964/10874/9520</w:t>
        <w:br/>
        <w:t>f 16965/10876/9522 16746/10656/9310 16737/10647/9301</w:t>
        <w:br/>
        <w:t>f 16958/10868/9514 16965/10876/9522 16737/10647/9301</w:t>
        <w:br/>
        <w:t>f 16966/10877/9523 16965/10876/9522 16958/10868/9514</w:t>
        <w:br/>
        <w:t>f 16959/10871/9517 16966/10877/9523 16958/10868/9514</w:t>
        <w:br/>
        <w:t>f 16966/10877/9523 16959/10871/9517 16961/10873/9519</w:t>
        <w:br/>
        <w:t>f 16967/10878/9524 16966/10877/9523 16961/10873/9519</w:t>
        <w:br/>
        <w:t>f 16967/10878/9524 16961/10873/9519 16963/10875/9521</w:t>
        <w:br/>
        <w:t>f 16968/10879/9525 16967/10878/9524 16963/10875/9521</w:t>
        <w:br/>
        <w:t>f 16970/10880/9526 16969/10881/9527 16752/10661/9315</w:t>
        <w:br/>
        <w:t>f 16753/10664/9318 16970/10880/9526 16752/10661/9315</w:t>
        <w:br/>
        <w:t>f 16969/10881/9527 16970/10880/9526 16972/10882/9528</w:t>
        <w:br/>
        <w:t>f 16971/10883/9529 16969/10881/9527 16972/10882/9528</w:t>
        <w:br/>
        <w:t>f 16974/10884/9530 16973/10885/9531 16971/10883/9529</w:t>
        <w:br/>
        <w:t>f 16972/10882/9528 16974/10884/9530 16971/10883/9529</w:t>
        <w:br/>
        <w:t>f 16977/10886/9532 16976/10887/9533 16975/10888/9534</w:t>
        <w:br/>
        <w:t>f 16752/10661/9315 16969/10881/9527 16957/10869/9515</w:t>
        <w:br/>
        <w:t>f 16738/10646/9300 16752/10661/9315 16957/10869/9515</w:t>
        <w:br/>
        <w:t>f 16971/10883/9529 16960/10870/9516 16957/10869/9515</w:t>
        <w:br/>
        <w:t>f 16969/10881/9527 16971/10883/9529 16957/10869/9515</w:t>
        <w:br/>
        <w:t>f 16973/10885/9531 16962/10872/9518 16960/10870/9516</w:t>
        <w:br/>
        <w:t>f 16971/10883/9529 16973/10885/9531 16960/10870/9516</w:t>
        <w:br/>
        <w:t>f 16976/10887/9533 16964/10874/9520 16978/10889/9535</w:t>
        <w:br/>
        <w:t>f 16947/10859/9505 16970/10880/9526 16753/10664/9318</w:t>
        <w:br/>
        <w:t>f 16762/10673/9327 16947/10859/9505 16753/10664/9318</w:t>
        <w:br/>
        <w:t>f 16979/10890/9536 16972/10882/9528 16970/10880/9526</w:t>
        <w:br/>
        <w:t>f 16947/10859/9505 16979/10890/9536 16970/10880/9526</w:t>
        <w:br/>
        <w:t>f 16956/10865/9511 16974/10884/9530 16972/10882/9528</w:t>
        <w:br/>
        <w:t>f 16979/10890/9536 16956/10865/9511 16972/10882/9528</w:t>
        <w:br/>
        <w:t>f 16975/10888/9534 16981/10891/9537 16980/10892/9538</w:t>
        <w:br/>
        <w:t>f 16977/10886/9532 16975/10888/9534 16980/10892/9538</w:t>
        <w:br/>
        <w:t>f 16981/10891/9537 16983/10893/9539 16982/10894/9540</w:t>
        <w:br/>
        <w:t>f 16980/10892/9538 16981/10891/9537 16982/10894/9540</w:t>
        <w:br/>
        <w:t>f 16973/10885/9531 16974/10884/9530 16984/10895/9541</w:t>
        <w:br/>
        <w:t>f 16978/10889/9535 16973/10885/9531 16984/10895/9541</w:t>
        <w:br/>
        <w:t>f 16962/10872/9518 16978/10889/9535 16964/10874/9520</w:t>
        <w:br/>
        <w:t>f 16974/10884/9530 16956/10865/9511 16954/10867/9513</w:t>
        <w:br/>
        <w:t>f 16984/10895/9541 16974/10884/9530 16954/10867/9513</w:t>
        <w:br/>
        <w:t>f 16986/10896/9542 16985/10897/9543 16915/10826/9472</w:t>
        <w:br/>
        <w:t>f 16946/10857/9503 16986/10896/9542 16915/10826/9472</w:t>
        <w:br/>
        <w:t>f 16946/10857/9503 16940/10849/9495 16986/10896/9542</w:t>
        <w:br/>
        <w:t>f 16976/10887/9533 16977/10886/9532 16940/10849/9495</w:t>
        <w:br/>
        <w:t>f 16941/10852/9498 16976/10887/9533 16940/10849/9495</w:t>
        <w:br/>
        <w:t>f 16941/10852/9498 16924/10835/9481 16976/10887/9533</w:t>
        <w:br/>
        <w:t>f 16924/10835/9481 16921/10834/9480 16963/10875/9521</w:t>
        <w:br/>
        <w:t>f 16964/10874/9520 16924/10835/9481 16963/10875/9521</w:t>
        <w:br/>
        <w:t>f 16968/10879/9525 16963/10875/9521 16921/10834/9480</w:t>
        <w:br/>
        <w:t>f 16931/10842/9488 16968/10879/9525 16921/10834/9480</w:t>
        <w:br/>
        <w:t>f 16990/10898/9544 16989/10899/9545 16988/10900/9546</w:t>
        <w:br/>
        <w:t>f 16987/10901/9547 16990/10898/9544 16988/10900/9546</w:t>
        <w:br/>
        <w:t>f 16992/10902/9548 16991/10903/9549 16987/10901/9547</w:t>
        <w:br/>
        <w:t>f 16988/10900/9546 16992/10902/9548 16987/10901/9547</w:t>
        <w:br/>
        <w:t>f 16994/10904/9550 16991/10903/9549 16992/10902/9548</w:t>
        <w:br/>
        <w:t>f 16993/10905/9551 16994/10904/9550 16992/10902/9548</w:t>
        <w:br/>
        <w:t>f 16993/10905/9551 16996/10906/9552 16995/10907/9553</w:t>
        <w:br/>
        <w:t>f 16994/10904/9550 16993/10905/9551 16995/10907/9553</w:t>
        <w:br/>
        <w:t>f 16996/10906/9552 16784/10696/9350 16785/10695/9349</w:t>
        <w:br/>
        <w:t>f 16995/10907/9553 16996/10906/9552 16785/10695/9349</w:t>
        <w:br/>
        <w:t>f 16999/10908/9554 16998/10909/9555 16997/10910/9556</w:t>
        <w:br/>
        <w:t>f 17000/10911/9557 16999/10908/9554 16997/10910/9556</w:t>
        <w:br/>
        <w:t>f 17002/10912/9558 17001/10913/9559 16997/10910/9556</w:t>
        <w:br/>
        <w:t>f 16998/10909/9555 17002/10912/9558 16997/10910/9556</w:t>
        <w:br/>
        <w:t>f 17001/10913/9559 17002/10912/9558 17004/10914/9560</w:t>
        <w:br/>
        <w:t>f 17003/10915/9561 17001/10913/9559 17004/10914/9560</w:t>
        <w:br/>
        <w:t>f 17006/10916/9562 17003/10915/9561 17004/10914/9560</w:t>
        <w:br/>
        <w:t>f 17005/10917/9563 17006/10916/9562 17004/10914/9560</w:t>
        <w:br/>
        <w:t>f 16797/10707/9361 17006/10916/9562 17005/10917/9563</w:t>
        <w:br/>
        <w:t>f 16796/10708/9362 16797/10707/9361 17005/10917/9563</w:t>
        <w:br/>
        <w:t>f 16998/10909/9555 16999/10908/9554 17008/10918/9564</w:t>
        <w:br/>
        <w:t>f 17007/10919/9565 16998/10909/9555 17008/10918/9564</w:t>
        <w:br/>
        <w:t>f 17009/10920/9566 17002/10912/9558 16998/10909/9555</w:t>
        <w:br/>
        <w:t>f 17007/10919/9565 17009/10920/9566 16998/10909/9555</w:t>
        <w:br/>
        <w:t>f 17009/10920/9566 17010/10921/9567 17004/10914/9560</w:t>
        <w:br/>
        <w:t>f 17002/10912/9558 17009/10920/9566 17004/10914/9560</w:t>
        <w:br/>
        <w:t>f 17005/10917/9563 17004/10914/9560 17010/10921/9567</w:t>
        <w:br/>
        <w:t>f 17011/10922/9568 17005/10917/9563 17010/10921/9567</w:t>
        <w:br/>
        <w:t>f 16796/10708/9362 17005/10917/9563 17011/10922/9568</w:t>
        <w:br/>
        <w:t>f 16802/10713/9367 16796/10708/9362 17011/10922/9568</w:t>
        <w:br/>
        <w:t>f 17014/10923/9569 17013/10924/9570 17012/10925/9571</w:t>
        <w:br/>
        <w:t>f 17015/10926/9572 17014/10923/9569 17012/10925/9571</w:t>
        <w:br/>
        <w:t>f 17017/10927/9573 17014/10923/9569 17015/10926/9572</w:t>
        <w:br/>
        <w:t>f 17016/10928/9574 17017/10927/9573 17015/10926/9572</w:t>
        <w:br/>
        <w:t>f 17016/10928/9574 16809/10721/9375 16810/10720/9374</w:t>
        <w:br/>
        <w:t>f 17017/10927/9573 17016/10928/9574 16810/10720/9374</w:t>
        <w:br/>
        <w:t>f 17021/10929/9575 17020/10930/9576 17019/10931/9577</w:t>
        <w:br/>
        <w:t>f 17018/10932/9578 17021/10929/9575 17019/10931/9577</w:t>
        <w:br/>
        <w:t>f 17023/10933/9579 17022/10934/9580 17018/10932/9578</w:t>
        <w:br/>
        <w:t>f 17019/10931/9577 17023/10933/9579 17018/10932/9578</w:t>
        <w:br/>
        <w:t>f 17023/10933/9579 17025/10935/9581 17024/10936/9582</w:t>
        <w:br/>
        <w:t>f 17022/10934/9580 17023/10933/9579 17024/10936/9582</w:t>
        <w:br/>
        <w:t>f 17025/10935/9581 17027/10937/9583 17026/10938/9584</w:t>
        <w:br/>
        <w:t>f 17024/10936/9582 17025/10935/9581 17026/10938/9584</w:t>
        <w:br/>
        <w:t>f 16821/10733/9387 17026/10938/9584 17027/10937/9583</w:t>
        <w:br/>
        <w:t>f 16822/10732/9386 16821/10733/9387 17027/10937/9583</w:t>
        <w:br/>
        <w:t>f 16997/10910/9556 17019/10931/9577 17020/10930/9576</w:t>
        <w:br/>
        <w:t>f 17000/10911/9557 16997/10910/9556 17020/10930/9576</w:t>
        <w:br/>
        <w:t>f 17001/10913/9559 17023/10933/9579 17019/10931/9577</w:t>
        <w:br/>
        <w:t>f 16997/10910/9556 17001/10913/9559 17019/10931/9577</w:t>
        <w:br/>
        <w:t>f 17023/10933/9579 17001/10913/9559 17003/10915/9561</w:t>
        <w:br/>
        <w:t>f 17025/10935/9581 17023/10933/9579 17003/10915/9561</w:t>
        <w:br/>
        <w:t>f 17003/10915/9561 17006/10916/9562 17027/10937/9583</w:t>
        <w:br/>
        <w:t>f 17025/10935/9581 17003/10915/9561 17027/10937/9583</w:t>
        <w:br/>
        <w:t>f 17006/10916/9562 16797/10707/9361 16822/10732/9386</w:t>
        <w:br/>
        <w:t>f 17027/10937/9583 17006/10916/9562 16822/10732/9386</w:t>
        <w:br/>
        <w:t>f 17018/10932/9578 16988/10900/9546 16989/10899/9545</w:t>
        <w:br/>
        <w:t>f 17021/10929/9575 17018/10932/9578 16989/10899/9545</w:t>
        <w:br/>
        <w:t>f 16988/10900/9546 17018/10932/9578 17022/10934/9580</w:t>
        <w:br/>
        <w:t>f 16992/10902/9548 16988/10900/9546 17022/10934/9580</w:t>
        <w:br/>
        <w:t>f 17022/10934/9580 17024/10936/9582 16993/10905/9551</w:t>
        <w:br/>
        <w:t>f 16992/10902/9548 17022/10934/9580 16993/10905/9551</w:t>
        <w:br/>
        <w:t>f 17024/10936/9582 17026/10938/9584 16996/10906/9552</w:t>
        <w:br/>
        <w:t>f 16993/10905/9551 17024/10936/9582 16996/10906/9552</w:t>
        <w:br/>
        <w:t>f 17026/10938/9584 16821/10733/9387 16784/10696/9350</w:t>
        <w:br/>
        <w:t>f 16996/10906/9552 17026/10938/9584 16784/10696/9350</w:t>
        <w:br/>
        <w:t>f 17013/10924/9570 17007/10919/9565 17008/10918/9564</w:t>
        <w:br/>
        <w:t>f 17013/10924/9570 17014/10923/9569 17007/10919/9565</w:t>
        <w:br/>
        <w:t>f 17014/10923/9569 17010/10921/9567 17009/10920/9566</w:t>
        <w:br/>
        <w:t>f 17017/10927/9573 17011/10922/9568 17010/10921/9567</w:t>
        <w:br/>
        <w:t>f 17017/10927/9573 16810/10720/9374 17011/10922/9568</w:t>
        <w:br/>
        <w:t>f 17029/10939/9585 16823/10737/9391 16824/10736/9390</w:t>
        <w:br/>
        <w:t>f 17028/10940/9586 17029/10939/9585 16824/10736/9390</w:t>
        <w:br/>
        <w:t>f 17028/10940/9586 17031/10941/9587 17030/10942/9588</w:t>
        <w:br/>
        <w:t>f 17029/10939/9585 17028/10940/9586 17030/10942/9588</w:t>
        <w:br/>
        <w:t>f 17032/10943/9589 17030/10942/9588 17031/10941/9587</w:t>
        <w:br/>
        <w:t>f 17033/10944/9590 17032/10943/9589 17031/10941/9587</w:t>
        <w:br/>
        <w:t>f 17034/10945/9591 17032/10943/9589 17033/10944/9590</w:t>
        <w:br/>
        <w:t>f 17035/10946/9592 17034/10945/9591 17033/10944/9590</w:t>
        <w:br/>
        <w:t>f 16835/10749/9403 16836/10748/9402 17037/10947/9593</w:t>
        <w:br/>
        <w:t>f 17036/10948/9594 16835/10749/9403 17037/10947/9593</w:t>
        <w:br/>
        <w:t>f 17036/10948/9594 17037/10947/9593 17039/10949/9595</w:t>
        <w:br/>
        <w:t>f 17038/10950/9596 17036/10948/9594 17039/10949/9595</w:t>
        <w:br/>
        <w:t>f 17039/10949/9595 17041/10951/9597 17040/10952/9598</w:t>
        <w:br/>
        <w:t>f 17038/10950/9596 17039/10949/9595 17040/10952/9598</w:t>
        <w:br/>
        <w:t>f 17043/10953/9599 17040/10952/9598 17041/10951/9597</w:t>
        <w:br/>
        <w:t>f 17042/10954/9600 17043/10953/9599 17041/10951/9597</w:t>
        <w:br/>
        <w:t>f 17044/10955/9601 17037/10947/9593 16836/10748/9402</w:t>
        <w:br/>
        <w:t>f 16845/10757/9411 17044/10955/9601 16836/10748/9402</w:t>
        <w:br/>
        <w:t>f 17045/10956/9602 17039/10949/9595 17037/10947/9593</w:t>
        <w:br/>
        <w:t>f 17044/10955/9601 17045/10956/9602 17037/10947/9593</w:t>
        <w:br/>
        <w:t>f 17045/10956/9602 17046/10957/9603 17041/10951/9597</w:t>
        <w:br/>
        <w:t>f 17039/10949/9595 17045/10956/9602 17041/10951/9597</w:t>
        <w:br/>
        <w:t>f 17042/10954/9600 17041/10951/9597 17046/10957/9603</w:t>
        <w:br/>
        <w:t>f 17047/10958/9604 17042/10954/9600 17046/10957/9603</w:t>
        <w:br/>
        <w:t>f 16850/10763/9417 16851/10762/9416 17049/10959/9605</w:t>
        <w:br/>
        <w:t>f 17048/10960/9606 16850/10763/9417 17049/10959/9605</w:t>
        <w:br/>
        <w:t>f 17051/10961/9607 17050/10962/9608 17048/10960/9606</w:t>
        <w:br/>
        <w:t>f 17049/10959/9605 17051/10961/9607 17048/10960/9606</w:t>
        <w:br/>
        <w:t>f 17052/10963/9609 17050/10962/9608 17051/10961/9607</w:t>
        <w:br/>
        <w:t>f 17053/10964/9610 17052/10963/9609 17051/10961/9607</w:t>
        <w:br/>
        <w:t>f 17054/10965/9611 16860/10770/9424 16861/10769/9423</w:t>
        <w:br/>
        <w:t>f 17055/10966/9612 17054/10965/9611 16861/10769/9423</w:t>
        <w:br/>
        <w:t>f 17055/10966/9612 17057/10967/9613 17056/10968/9614</w:t>
        <w:br/>
        <w:t>f 17054/10965/9611 17055/10966/9612 17056/10968/9614</w:t>
        <w:br/>
        <w:t>f 17058/10969/9615 17056/10968/9614 17057/10967/9613</w:t>
        <w:br/>
        <w:t>f 17059/10970/9616 17058/10969/9615 17057/10967/9613</w:t>
        <w:br/>
        <w:t>f 17062/10971/9617 17061/10972/9618 17060/10973/9619</w:t>
        <w:br/>
        <w:t>f 16835/10749/9403 17036/10948/9594 17055/10966/9612</w:t>
        <w:br/>
        <w:t>f 16861/10769/9423 16835/10749/9403 17055/10966/9612</w:t>
        <w:br/>
        <w:t>f 17057/10967/9613 17055/10966/9612 17036/10948/9594</w:t>
        <w:br/>
        <w:t>f 17038/10950/9596 17057/10967/9613 17036/10948/9594</w:t>
        <w:br/>
        <w:t>f 17038/10950/9596 17040/10952/9598 17059/10970/9616</w:t>
        <w:br/>
        <w:t>f 17057/10967/9613 17038/10950/9596 17059/10970/9616</w:t>
        <w:br/>
        <w:t>f 17043/10953/9599 17063/10974/9620 17062/10971/9617</w:t>
        <w:br/>
        <w:t>f 17028/10940/9586 16824/10736/9390 16860/10770/9424</w:t>
        <w:br/>
        <w:t>f 17054/10965/9611 17028/10940/9586 16860/10770/9424</w:t>
        <w:br/>
        <w:t>f 17054/10965/9611 17056/10968/9614 17031/10941/9587</w:t>
        <w:br/>
        <w:t>f 17028/10940/9586 17054/10965/9611 17031/10941/9587</w:t>
        <w:br/>
        <w:t>f 17033/10944/9590 17031/10941/9587 17056/10968/9614</w:t>
        <w:br/>
        <w:t>f 17058/10969/9615 17033/10944/9590 17056/10968/9614</w:t>
        <w:br/>
        <w:t>f 17064/10975/9621 17035/10946/9592 17060/10973/9619</w:t>
        <w:br/>
        <w:t>f 17061/10972/9618 17064/10975/9621 17060/10973/9619</w:t>
        <w:br/>
        <w:t>f 16845/10757/9411 16850/10763/9417 17044/10955/9601</w:t>
        <w:br/>
        <w:t>f 17048/10960/9606 17045/10956/9602 17044/10955/9601</w:t>
        <w:br/>
        <w:t>f 17045/10956/9602 17050/10962/9608 17046/10957/9603</w:t>
        <w:br/>
        <w:t>f 17035/10946/9592 17064/10975/9621 17065/10976/9622</w:t>
        <w:br/>
        <w:t>f 17034/10945/9591 17035/10946/9592 17065/10976/9622</w:t>
        <w:br/>
        <w:t>f 17059/10970/9616 17062/10971/9617 17060/10973/9619</w:t>
        <w:br/>
        <w:t>f 17058/10969/9615 17059/10970/9616 17060/10973/9619</w:t>
        <w:br/>
        <w:t>f 17062/10971/9617 17040/10952/9598 17043/10953/9599</w:t>
        <w:br/>
        <w:t>f 17058/10969/9615 17060/10973/9619 17035/10946/9592</w:t>
        <w:br/>
        <w:t>f 17033/10944/9590 17058/10969/9615 17035/10946/9592</w:t>
        <w:br/>
        <w:t>f 17047/10958/9604 17046/10957/9603 17050/10962/9608</w:t>
        <w:br/>
        <w:t>f 17052/10963/9609 17047/10958/9604 17050/10962/9608</w:t>
        <w:br/>
        <w:t>f 17069/10977/9623 17068/10978/9624 17067/10979/9625</w:t>
        <w:br/>
        <w:t>f 17066/10980/9626 17069/10977/9623 17067/10979/9625</w:t>
        <w:br/>
        <w:t>f 17070/10981/9627 17068/10978/9624 17069/10977/9623</w:t>
        <w:br/>
        <w:t>f 17021/10929/9575 17070/10981/9627 17063/10974/9620</w:t>
        <w:br/>
        <w:t>f 17020/10930/9576 17021/10929/9575 17063/10974/9620</w:t>
        <w:br/>
        <w:t>f 17043/10953/9599 17000/10911/9557 17063/10974/9620</w:t>
        <w:br/>
        <w:t>f 17000/10911/9557 17043/10953/9599 17042/10954/9600</w:t>
        <w:br/>
        <w:t>f 16999/10908/9554 17000/10911/9557 17042/10954/9600</w:t>
        <w:br/>
        <w:t>f 17047/10958/9604 17008/10918/9564 16999/10908/9554</w:t>
        <w:br/>
        <w:t>f 17042/10954/9600 17047/10958/9604 16999/10908/9554</w:t>
        <w:br/>
        <w:t>f 17052/10963/9609 17008/10918/9564 17047/10958/9604</w:t>
        <w:br/>
        <w:t>f 17013/10924/9570 17052/10963/9609 17053/10964/9610</w:t>
        <w:br/>
        <w:t>f 17012/10925/9571 17013/10924/9570 17053/10964/9610</w:t>
        <w:br/>
        <w:t>f 17074/10982/9628 17073/10983/9629 17072/10984/9630</w:t>
        <w:br/>
        <w:t>f 17071/10985/9631 17074/10982/9628 17072/10984/9630</w:t>
        <w:br/>
        <w:t>f 17074/10982/9628 17076/10986/9632 17075/10987/9632</w:t>
        <w:br/>
        <w:t>f 17073/10983/9629 17074/10982/9628 17075/10987/9632</w:t>
        <w:br/>
        <w:t>f 17075/10987/9632 17076/10986/9632 17077/10988/9633</w:t>
        <w:br/>
        <w:t>f 17078/10989/9633 17075/10987/9632 17077/10988/9633</w:t>
        <w:br/>
        <w:t>f 17080/10990/9634 17078/10989/9633 17077/10988/9633</w:t>
        <w:br/>
        <w:t>f 17079/10991/9635 17080/10990/9634 17077/10988/9633</w:t>
        <w:br/>
        <w:t>f 17079/10991/9635 16888/10800/9452 16889/10799/9451</w:t>
        <w:br/>
        <w:t>f 17080/10990/9634 17079/10991/9635 16889/10799/9451</w:t>
        <w:br/>
        <w:t>f 17082/10992/9636 17081/10993/9636 16892/10802/9454</w:t>
        <w:br/>
        <w:t>f 16893/10801/9453 17082/10992/9636 16892/10802/9454</w:t>
        <w:br/>
        <w:t>f 17084/10994/9637 17083/10995/9637 17081/10993/9636</w:t>
        <w:br/>
        <w:t>f 17082/10992/9636 17084/10994/9637 17081/10993/9636</w:t>
        <w:br/>
        <w:t>f 17086/10996/9638 17085/10997/9638 17083/10995/9637</w:t>
        <w:br/>
        <w:t>f 17084/10994/9637 17086/10996/9638 17083/10995/9637</w:t>
        <w:br/>
        <w:t>f 17086/10996/9638 17088/10998/9639 17087/10999/9639</w:t>
        <w:br/>
        <w:t>f 17085/10997/9638 17086/10996/9638 17087/10999/9639</w:t>
        <w:br/>
        <w:t>f 17087/10999/9639 17088/10998/9639 17089/11000/9640</w:t>
        <w:br/>
        <w:t>f 17090/11001/9640 17087/10999/9639 17089/11000/9640</w:t>
        <w:br/>
        <w:t>f 17071/10985/9631 17072/10984/9630 17091/11002/9641</w:t>
        <w:br/>
        <w:t>f 17092/11003/9641 17071/10985/9631 17091/11002/9641</w:t>
        <w:br/>
        <w:t>f 16984/10895/9541 16954/10867/9513 16981/10891/9537</w:t>
        <w:br/>
        <w:t>f 16975/10888/9534 16984/10895/9541 16981/10891/9537</w:t>
        <w:br/>
        <w:t>f 17094/11004/9642 16983/10893/9539 16955/10866/9512</w:t>
        <w:br/>
        <w:t>f 17093/11005/9643 17094/11004/9642 16955/10866/9512</w:t>
        <w:br/>
        <w:t>f 17061/10972/9618 17070/10981/9627 17069/10977/9623</w:t>
        <w:br/>
        <w:t>f 17064/10975/9621 17061/10972/9618 17069/10977/9623</w:t>
        <w:br/>
        <w:t>f 17064/10975/9621 17069/10977/9623 17066/10980/9626</w:t>
        <w:br/>
        <w:t>f 17065/10976/9622 17064/10975/9621 17066/10980/9626</w:t>
        <w:br/>
        <w:t>f 17090/11001/9640 17089/11000/9640 17096/11006/9644</w:t>
        <w:br/>
        <w:t>f 17095/11007/9644 17090/11001/9640 17096/11006/9644</w:t>
        <w:br/>
        <w:t>f 16978/10889/9535 16984/10895/9541 16975/10888/9534</w:t>
        <w:br/>
        <w:t>f 16976/10887/9533 16978/10889/9535 16975/10888/9534</w:t>
        <w:br/>
        <w:t>f 17063/10974/9620 17070/10981/9627 17061/10972/9618</w:t>
        <w:br/>
        <w:t>f 17062/10971/9617 17063/10974/9620 17061/10972/9618</w:t>
        <w:br/>
        <w:t>f 17098/11008/9645 16985/10897/9543 16982/10894/9540</w:t>
        <w:br/>
        <w:t>f 17097/11009/9646 17098/11008/9645 16982/10894/9540</w:t>
        <w:br/>
        <w:t>f 16990/10898/9544 17067/10979/9625 17068/10978/9624</w:t>
        <w:br/>
        <w:t>f 16989/10899/9545 16990/10898/9544 17068/10978/9624</w:t>
        <w:br/>
        <w:t>f 17092/11003/9641 17091/11002/9641 17095/11007/9644</w:t>
        <w:br/>
        <w:t>f 17096/11006/9644 17092/11003/9641 17095/11007/9644</w:t>
        <w:br/>
        <w:t>f 16977/10886/9532 16980/10892/9538 16986/10896/9542</w:t>
        <w:br/>
        <w:t>f 16940/10849/9495 16977/10886/9532 16986/10896/9542</w:t>
        <w:br/>
        <w:t>f 17070/10981/9627 17021/10929/9575 17068/10978/9624</w:t>
        <w:br/>
        <w:t>f 17021/10929/9575 16989/10899/9545 17068/10978/9624</w:t>
        <w:br/>
        <w:t>f 17014/10923/9569 17017/10927/9573 17010/10921/9567</w:t>
        <w:br/>
        <w:t>f 16810/10720/9374 16802/10713/9367 17011/10922/9568</w:t>
        <w:br/>
        <w:t>f 17014/10923/9569 17009/10920/9566 17007/10919/9565</w:t>
        <w:br/>
        <w:t>f 17052/10963/9609 17013/10924/9570 17008/10918/9564</w:t>
        <w:br/>
        <w:t>f 16962/10872/9518 16973/10885/9531 16978/10889/9535</w:t>
        <w:br/>
        <w:t>f 16924/10835/9481 16964/10874/9520 16976/10887/9533</w:t>
        <w:br/>
        <w:t>f 17062/10971/9617 17059/10970/9616 17040/10952/9598</w:t>
        <w:br/>
        <w:t>f 17000/10911/9557 17020/10930/9576 17063/10974/9620</w:t>
        <w:br/>
        <w:t>f 16850/10763/9417 17048/10960/9606 17044/10955/9601</w:t>
        <w:br/>
        <w:t>f 17045/10956/9602 17048/10960/9606 17050/10962/9608</w:t>
        <w:br/>
        <w:t>f 16919/10830/9476 16920/10829/9475 17100/11010/9647</w:t>
        <w:br/>
        <w:t>f 17099/11011/9648 16919/10830/9476 17100/11010/9647</w:t>
        <w:br/>
        <w:t>f 17103/11012/9649 17102/11013/9650 17100/11010/9647</w:t>
        <w:br/>
        <w:t>f 17101/11014/9651 17103/11012/9649 17100/11010/9647</w:t>
        <w:br/>
        <w:t>f 17104/11015/9652 17102/11013/9650 16912/10822/9468</w:t>
        <w:br/>
        <w:t>f 16913/10824/9470 17104/11015/9652 16912/10822/9468</w:t>
        <w:br/>
        <w:t>f 16942/10854/9500 16943/10853/9499 17105/11016/9653</w:t>
        <w:br/>
        <w:t>f 16944/10855/9501 16942/10854/9500 17105/11016/9653</w:t>
        <w:br/>
        <w:t>f 16944/10855/9501 17105/11016/9653 17106/11017/9654</w:t>
        <w:br/>
        <w:t>f 16945/10856/9502 16944/10855/9501 17106/11017/9654</w:t>
        <w:br/>
        <w:t>f 16715/10627/9281 16716/10626/9280 16945/10856/9502</w:t>
        <w:br/>
        <w:t>f 17106/11017/9654 16715/10627/9281 16945/10856/9502</w:t>
        <w:br/>
        <w:t>f 17099/11011/9648 17105/11016/9653 16943/10853/9499</w:t>
        <w:br/>
        <w:t>f 16919/10830/9476 17099/11011/9648 16943/10853/9499</w:t>
        <w:br/>
        <w:t>f 17104/11015/9652 17106/11017/9654 17105/11016/9653</w:t>
        <w:br/>
        <w:t>f 17099/11011/9648 17104/11015/9652 17105/11016/9653</w:t>
        <w:br/>
        <w:t>f 16913/10824/9470 16715/10627/9281 17106/11017/9654</w:t>
        <w:br/>
        <w:t>f 17104/11015/9652 16913/10824/9470 17106/11017/9654</w:t>
        <w:br/>
        <w:t>f 16689/10599/9253 16699/10610/9264 16700/10612/9266</w:t>
        <w:br/>
        <w:t>f 16697/10608/9262 16704/10615/9269 16937/10847/9493</w:t>
        <w:br/>
        <w:t>f 16929/10841/9487 16697/10608/9262 16937/10847/9493</w:t>
        <w:br/>
        <w:t>f 17109/11018/9655 17108/11019/9655 17107/11020/9655</w:t>
        <w:br/>
        <w:t>f 16906/10817/9464 16772/10681/9335 16675/10589/9243</w:t>
        <w:br/>
        <w:t>f 16676/10588/9242 16906/10817/9464 16675/10589/9243</w:t>
        <w:br/>
        <w:t>f 16718/10629/9283 16717/10628/9282 16679/10593/9247</w:t>
        <w:br/>
        <w:t>f 16680/10592/9246 16718/10629/9283 16679/10593/9247</w:t>
        <w:br/>
        <w:t>f 16717/10628/9282 16719/10630/9284 16684/10594/9248</w:t>
        <w:br/>
        <w:t>f 16679/10593/9247 16717/10628/9282 16684/10594/9248</w:t>
        <w:br/>
        <w:t>f 16684/10594/9248 16719/10630/9284 16720/10631/9285</w:t>
        <w:br/>
        <w:t>f 16686/10596/9250 16684/10594/9248 16720/10631/9285</w:t>
        <w:br/>
        <w:t>f 16762/10673/9327 16727/10636/9290 16722/10633/9287</w:t>
        <w:br/>
        <w:t>f 16723/10632/9286 16762/10673/9327 16722/10633/9287</w:t>
        <w:br/>
        <w:t>f 17111/11021/9656 16721/10634/9288 16722/10633/9287</w:t>
        <w:br/>
        <w:t>f 16725/10638/9292 17111/11021/9656 16722/10633/9287</w:t>
        <w:br/>
        <w:t>f 16763/10674/9328 16733/10644/9298 16728/10642/9296</w:t>
        <w:br/>
        <w:t>f 16729/10641/9295 16763/10674/9328 16728/10642/9296</w:t>
        <w:br/>
        <w:t>f 17112/11022/9657 16731/10639/9293 16728/10642/9296</w:t>
        <w:br/>
        <w:t>f 16734/10643/9297 17112/11022/9657 16728/10642/9296</w:t>
        <w:br/>
        <w:t>f 16765/10675/9329 16764/10676/9330 16768/10678/9332</w:t>
        <w:br/>
        <w:t>f 16769/10677/9331 16765/10675/9329 16768/10678/9332</w:t>
        <w:br/>
        <w:t>f 16773/10684/9338 16678/10586/9240 16675/10589/9243</w:t>
        <w:br/>
        <w:t>f 16770/10683/9337 16773/10684/9338 16675/10589/9243</w:t>
        <w:br/>
        <w:t>f 16677/10587/9241 16718/10629/9283 16680/10592/9246</w:t>
        <w:br/>
        <w:t>f 16676/10588/9242 16677/10587/9241 16680/10592/9246</w:t>
        <w:br/>
        <w:t>f 16771/10682/9336 16767/10679/9333 16768/10678/9332</w:t>
        <w:br/>
        <w:t>f 16770/10683/9337 16771/10682/9336 16768/10678/9332</w:t>
        <w:br/>
        <w:t>f 16730/10640/9294 17111/11021/9656 16725/10638/9292</w:t>
        <w:br/>
        <w:t>f 16729/10641/9295 16730/10640/9294 16725/10638/9292</w:t>
        <w:br/>
        <w:t>f 16766/10680/9334 17112/11022/9657 16734/10643/9297</w:t>
        <w:br/>
        <w:t>f 16769/10677/9331 16766/10680/9334 16734/10643/9297</w:t>
        <w:br/>
        <w:t>f 16686/10596/9250 16720/10631/9285 16913/10824/9470</w:t>
        <w:br/>
        <w:t>f 16912/10822/9468 16686/10596/9250 16913/10824/9470</w:t>
        <w:br/>
        <w:t>f 16918/10831/9477 16946/10857/9503 16915/10826/9472</w:t>
        <w:br/>
        <w:t>f 16916/10825/9471 16918/10831/9477 16915/10826/9472</w:t>
        <w:br/>
        <w:t>f 16917/10828/9474 17113/11023/9658 16920/10829/9475</w:t>
        <w:br/>
        <w:t>f 16916/10825/9471 16917/10828/9474 16920/10829/9475</w:t>
        <w:br/>
        <w:t>f 16949/10862/9508 16948/10858/9504 16723/10632/9286</w:t>
        <w:br/>
        <w:t>f 16724/10635/9289 16949/10862/9508 16723/10632/9286</w:t>
        <w:br/>
        <w:t>f 16950/10861/9507 16979/10890/9536 16947/10859/9505</w:t>
        <w:br/>
        <w:t>f 16948/10858/9504 16950/10861/9507 16947/10859/9505</w:t>
        <w:br/>
        <w:t>f 16952/10864/9510 16956/10865/9511 16979/10890/9536</w:t>
        <w:br/>
        <w:t>f 16950/10861/9507 16952/10864/9510 16979/10890/9536</w:t>
        <w:br/>
        <w:t>f 16952/10864/9510 16953/10863/9509 17093/11005/9643</w:t>
        <w:br/>
        <w:t>f 16955/10866/9512 16952/10864/9510 17093/11005/9643</w:t>
        <w:br/>
        <w:t>f 16983/10893/9539 17094/11004/9642 17097/11009/9646</w:t>
        <w:br/>
        <w:t>f 16982/10894/9540 16983/10893/9539 17097/11009/9646</w:t>
        <w:br/>
        <w:t>f 16985/10897/9543 17098/11008/9645 16914/10827/9473</w:t>
        <w:br/>
        <w:t>f 16915/10826/9472 16985/10897/9543 16914/10827/9473</w:t>
        <w:br/>
        <w:t>f 16983/10893/9539 16981/10891/9537 16954/10867/9513</w:t>
        <w:br/>
        <w:t>f 16955/10866/9512 16983/10893/9539 16954/10867/9513</w:t>
        <w:br/>
        <w:t>f 16985/10897/9543 16986/10896/9542 16980/10892/9538</w:t>
        <w:br/>
        <w:t>f 16982/10894/9540 16985/10897/9543 16980/10892/9538</w:t>
        <w:br/>
        <w:t>f 17101/11014/9651 17100/11010/9647 16920/10829/9475</w:t>
        <w:br/>
        <w:t>f 17113/11023/9658 17101/11014/9651 16920/10829/9475</w:t>
        <w:br/>
        <w:t>f 17102/11013/9650 17104/11015/9652 17099/11011/9648</w:t>
        <w:br/>
        <w:t>f 17100/11010/9647 17102/11013/9650 17099/11011/9648</w:t>
        <w:br/>
        <w:t>f 17102/11013/9650 17103/11012/9649 16911/10823/9469</w:t>
        <w:br/>
        <w:t>f 16912/10822/9468 17102/11013/9650 16911/10823/9469</w:t>
        <w:br/>
        <w:t>f 17945/11024/9659 17944/11025/9660 17943/11026/9661</w:t>
        <w:br/>
        <w:t>f 17942/11027/9662 17945/11024/9659 17943/11026/9661</w:t>
        <w:br/>
        <w:t>f 17944/11025/9660 17947/11028/9663 17946/11029/9664</w:t>
        <w:br/>
        <w:t>f 17943/11026/9661 17944/11025/9660 17946/11029/9664</w:t>
        <w:br/>
        <w:t>f 17944/11025/9660 17945/11024/9659 17948/11030/9665</w:t>
        <w:br/>
        <w:t>f 17948/11030/9665 17949/11031/9666 17947/11028/9663</w:t>
        <w:br/>
        <w:t>f 17944/11025/9660 17948/11030/9665 17947/11028/9663</w:t>
        <w:br/>
        <w:t>f 17950/11032/9667 17949/11031/9666 17948/11030/9665</w:t>
        <w:br/>
        <w:t>f 17954/11033/9668 17953/11034/9669 17952/11035/9670</w:t>
        <w:br/>
        <w:t>f 17951/11036/9671 17954/11033/9668 17952/11035/9670</w:t>
        <w:br/>
        <w:t>f 17951/11036/9671 17952/11035/9670 17946/11029/9664</w:t>
        <w:br/>
        <w:t>f 17947/11028/9663 17951/11036/9671 17946/11029/9664</w:t>
        <w:br/>
        <w:t>f 17951/11036/9671 17955/11037/9672 17954/11033/9668</w:t>
        <w:br/>
        <w:t>f 17955/11037/9672 17951/11036/9671 17947/11028/9663</w:t>
        <w:br/>
        <w:t>f 17949/11031/9666 17955/11037/9672 17947/11028/9663</w:t>
        <w:br/>
        <w:t>f 17950/11032/9667 17955/11037/9672 17949/11031/9666</w:t>
        <w:br/>
        <w:t>f 17959/11038/9673 17958/11039/9674 17957/11040/9675</w:t>
        <w:br/>
        <w:t>f 17956/11041/9676 17959/11038/9673 17957/11040/9675</w:t>
        <w:br/>
        <w:t>f 17956/11041/9676 17957/11040/9675 17965/11042/9677</w:t>
        <w:br/>
        <w:t>f 17964/11043/9678 17956/11041/9676 17965/11042/9677</w:t>
        <w:br/>
        <w:t>f 17969/11044/2599 17968/11045/9679 17967/11046/9680</w:t>
        <w:br/>
        <w:t>f 17966/11047/9681 17969/11044/2599 17967/11046/9680</w:t>
        <w:br/>
        <w:t>f 17971/11048/9679 17970/3183/2599 17960/3181/2597</w:t>
        <w:br/>
        <w:t>f 17961/3180/2596 17971/11048/9679 17960/3181/2597</w:t>
        <w:br/>
        <w:t>f 17983/11049/9682 17956/11041/9676 17982/11050/9683</w:t>
        <w:br/>
        <w:t>f 17982/11050/9683 17956/11041/9676 17964/11043/9678</w:t>
        <w:br/>
        <w:t>f 17984/11051/9684 17982/11050/9683 17964/11043/9678</w:t>
        <w:br/>
        <w:t>f 17966/11047/9681 17987/11052/9685 17969/11044/2599</w:t>
        <w:br/>
        <w:t>f 17991/11053/9686 17990/11054/2650 17989/11055/2603</w:t>
        <w:br/>
        <w:t>f 17996/11056/9687 17995/11057/9688 17994/11058/9689</w:t>
        <w:br/>
        <w:t>f 17995/11057/9688 17998/11059/9690 17997/11060/9691</w:t>
        <w:br/>
        <w:t>f 17966/11047/9681 17967/11046/9680 17958/11039/9674</w:t>
        <w:br/>
        <w:t>f 17959/11038/9673 17966/11047/9681 17958/11039/9674</w:t>
        <w:br/>
        <w:t>f 17959/11038/9673 17983/11049/9682 18001/11061/9692</w:t>
        <w:br/>
        <w:t>f 17966/11047/9681 17959/11038/9673 18001/11061/9692</w:t>
        <w:br/>
        <w:t>f 17991/11053/9686 17989/11055/2603 17983/11049/9682</w:t>
        <w:br/>
        <w:t>f 18005/11062/9659 18004/11063/9660 18003/11064/9661</w:t>
        <w:br/>
        <w:t>f 18002/11065/9662 18005/11062/9659 18003/11064/9661</w:t>
        <w:br/>
        <w:t>f 18004/11063/9660 18007/11066/9663 18006/11067/9664</w:t>
        <w:br/>
        <w:t>f 18003/11064/9661 18004/11063/9660 18006/11067/9664</w:t>
        <w:br/>
        <w:t>f 18004/11063/9660 18005/11062/9659 18008/11068/9665</w:t>
        <w:br/>
        <w:t>f 18008/11068/9665 18009/11069/9666 18007/11066/9663</w:t>
        <w:br/>
        <w:t>f 18004/11063/9660 18008/11068/9665 18007/11066/9663</w:t>
        <w:br/>
        <w:t>f 18013/11070/9693 18012/11071/9693 18011/11072/9694</w:t>
        <w:br/>
        <w:t>f 18010/11073/9694 18013/11070/9693 18011/11072/9694</w:t>
        <w:br/>
        <w:t>f 18019/11074/9695 18018/11075/9696 18012/11071/9693</w:t>
        <w:br/>
        <w:t>f 18013/11070/9693 18019/11074/9695 18012/11071/9693</w:t>
        <w:br/>
        <w:t>f 18023/11076/9697 18022/11077/9698 18021/11078/9699</w:t>
        <w:br/>
        <w:t>f 18020/11079/9700 18023/11076/9697 18021/11078/9699</w:t>
        <w:br/>
        <w:t>f 18016/3201/2614 18025/11080/9701 18024/11081/9702</w:t>
        <w:br/>
        <w:t>f 18015/3202/2615 18016/3201/2614 18024/11081/9702</w:t>
        <w:br/>
        <w:t>f 18022/11077/9698 18010/11073/9694 18011/11072/9694</w:t>
        <w:br/>
        <w:t>f 18021/11078/9699 18022/11077/9698 18011/11072/9694</w:t>
        <w:br/>
        <w:t>f 17990/11054/2650 17991/11053/9686 17994/11058/9689</w:t>
        <w:br/>
        <w:t>f 17984/11051/9684 17996/11056/9687 17982/11050/9683</w:t>
        <w:br/>
        <w:t>f 17982/11050/9683 17994/11058/9689 17991/11053/9686</w:t>
        <w:br/>
        <w:t>f 17983/11049/9682 17982/11050/9683 17991/11053/9686</w:t>
        <w:br/>
        <w:t>f 18067/11082/9667 18009/11069/9666 18008/11068/9665</w:t>
        <w:br/>
        <w:t>f 17996/11056/9687 17998/11059/9690 17995/11057/9688</w:t>
        <w:br/>
        <w:t>f 17996/11056/9687 17994/11058/9689 17982/11050/9683</w:t>
        <w:br/>
        <w:t>f 18072/11083/9703 18071/11084/9704 18070/11085/9705</w:t>
        <w:br/>
        <w:t>f 18069/11086/9706 18072/11083/9703 18070/11085/9705</w:t>
        <w:br/>
        <w:t>f 18071/11084/9704 17964/11043/9678 17965/11042/9677</w:t>
        <w:br/>
        <w:t>f 18070/11085/9705 18071/11084/9704 17965/11042/9677</w:t>
        <w:br/>
        <w:t>f 18080/11087/2658 18079/11088/9707 18078/11089/9708</w:t>
        <w:br/>
        <w:t>f 18077/11090/9709 18080/11087/2658 18078/11089/9708</w:t>
        <w:br/>
        <w:t>f 18082/11091/9709 18074/3248/2654 18075/3247/2653</w:t>
        <w:br/>
        <w:t>f 18081/3252/2658 18082/11091/9709 18075/3247/2653</w:t>
        <w:br/>
        <w:t>f 18094/11092/9710 18093/11093/9711 18071/11084/9704</w:t>
        <w:br/>
        <w:t>f 18072/11083/9703 18094/11092/9710 18071/11084/9704</w:t>
        <w:br/>
        <w:t>f 18093/11093/9711 17984/11051/9684 17964/11043/9678</w:t>
        <w:br/>
        <w:t>f 18071/11084/9704 18093/11093/9711 17964/11043/9678</w:t>
        <w:br/>
        <w:t>f 18079/11088/9707 18098/11094/9712 18097/11095/9713</w:t>
        <w:br/>
        <w:t>f 18102/11096/9714 18101/11097/2660 18100/11098/2705</w:t>
        <w:br/>
        <w:t>f 17996/11056/9687 18106/11099/9715 18105/11100/9716</w:t>
        <w:br/>
        <w:t>f 18105/11100/9716 17997/11060/9691 17998/11059/9690</w:t>
        <w:br/>
        <w:t>f 18079/11088/9707 18072/11083/9703 18069/11086/9706</w:t>
        <w:br/>
        <w:t>f 18078/11089/9708 18079/11088/9707 18069/11086/9706</w:t>
        <w:br/>
        <w:t>f 18072/11083/9703 18097/11095/9713 18094/11092/9710</w:t>
        <w:br/>
        <w:t>f 18102/11096/9714 18094/11092/9710 18101/11097/2660</w:t>
        <w:br/>
        <w:t>f 18112/11101/9668 18111/11102/9669 18110/11103/9670</w:t>
        <w:br/>
        <w:t>f 18109/11104/9671 18112/11101/9668 18110/11103/9670</w:t>
        <w:br/>
        <w:t>f 18109/11104/9671 18110/11103/9670 18006/11067/9664</w:t>
        <w:br/>
        <w:t>f 18007/11066/9663 18109/11104/9671 18006/11067/9664</w:t>
        <w:br/>
        <w:t>f 18109/11104/9671 18113/11105/9672 18112/11101/9668</w:t>
        <w:br/>
        <w:t>f 18113/11105/9672 18109/11104/9671 18007/11066/9663</w:t>
        <w:br/>
        <w:t>f 18009/11069/9666 18113/11105/9672 18007/11066/9663</w:t>
        <w:br/>
        <w:t>f 18117/11106/9717 18116/11107/9718 18115/11108/9718</w:t>
        <w:br/>
        <w:t>f 18114/11109/9719 18117/11106/9717 18115/11108/9718</w:t>
        <w:br/>
        <w:t>f 18019/11074/9695 18117/11106/9717 18114/11109/9719</w:t>
        <w:br/>
        <w:t>f 18018/11075/9696 18019/11074/9695 18114/11109/9719</w:t>
        <w:br/>
        <w:t>f 18125/11110/9720 18124/11111/9721 18123/11112/9722</w:t>
        <w:br/>
        <w:t>f 18122/11113/9723 18125/11110/9720 18123/11112/9722</w:t>
        <w:br/>
        <w:t>f 18118/3271/2674 18119/3270/2673 18127/11114/9724</w:t>
        <w:br/>
        <w:t>f 18126/11115/9720 18118/3271/2674 18127/11114/9724</w:t>
        <w:br/>
        <w:t>f 18122/11113/9723 18123/11112/9722 18115/11108/9718</w:t>
        <w:br/>
        <w:t>f 18116/11107/9718 18122/11113/9723 18115/11108/9718</w:t>
        <w:br/>
        <w:t>f 18100/11098/2705 18106/11099/9715 18102/11096/9714</w:t>
        <w:br/>
        <w:t>f 17984/11051/9684 18093/11093/9711 17996/11056/9687</w:t>
        <w:br/>
        <w:t>f 18093/11093/9711 18094/11092/9710 18102/11096/9714</w:t>
        <w:br/>
        <w:t>f 18106/11099/9715 18093/11093/9711 18102/11096/9714</w:t>
        <w:br/>
        <w:t>f 18101/11097/2660 18094/11092/9710 18097/11095/9713</w:t>
        <w:br/>
        <w:t>f 18067/11082/9667 18113/11105/9672 18009/11069/9666</w:t>
        <w:br/>
        <w:t>f 17996/11056/9687 18105/11100/9716 17998/11059/9690</w:t>
        <w:br/>
        <w:t>f 17996/11056/9687 18093/11093/9711 18106/11099/9715</w:t>
        <w:br/>
        <w:t>f 18072/11083/9703 18079/11088/9707 18097/11095/9713</w:t>
        <w:br/>
        <w:t>f 17983/11049/9682 17959/11038/9673 17956/11041/9676</w:t>
        <w:br/>
        <w:t>f 17966/11047/9681 18001/11061/9692 17987/11052/9685</w:t>
        <w:br/>
        <w:t>f 18079/11088/9707 18080/11087/2658 18098/11094/9712</w:t>
        <w:br/>
        <w:t>f 18101/11097/2660 18097/11095/9713 18098/11094/9712</w:t>
        <w:br/>
        <w:t>f 17987/11052/9685 18001/11061/9692 17989/11055/2603</w:t>
        <w:br/>
        <w:t>f 17989/11055/2603 18001/11061/9692 17983/11049/9682</w:t>
        <w:br/>
        <w:t>f 22567/11116/9725 22566/11117/9726 22565/11118/9727</w:t>
        <w:br/>
        <w:t>f 22566/11117/9726 22568/11119/9728 22565/11118/9727</w:t>
        <w:br/>
        <w:t>f 22568/11119/9728 22569/11120/9729 22565/11118/9727</w:t>
        <w:br/>
        <w:t>f 22572/11121/9730 22571/11122/9731 22570/11123/9732</w:t>
        <w:br/>
        <w:t>f 22571/11122/9731 22573/11124/9733 22570/11123/9732</w:t>
        <w:br/>
        <w:t>f 22573/11124/9733 22574/11125/9734 22570/11123/9732</w:t>
        <w:br/>
        <w:t>f 22574/11125/9734 22567/11116/9725 22565/11118/9727</w:t>
        <w:br/>
        <w:t>f 22577/11126/9735 22576/11127/9736 22575/11128/9727</w:t>
        <w:br/>
        <w:t>f 22578/11129/9737 22577/11126/9735 22575/11128/9727</w:t>
        <w:br/>
        <w:t>f 22569/11120/9729 22578/11129/9737 22575/11128/9727</w:t>
        <w:br/>
        <w:t>f 22580/11130/9738 22572/11121/9730 22579/11131/9739</w:t>
        <w:br/>
        <w:t>f 22581/11132/9740 22580/11130/9738 22579/11131/9739</w:t>
        <w:br/>
        <w:t>f 22582/11133/9741 22581/11132/9740 22579/11131/9739</w:t>
        <w:br/>
        <w:t>f 22576/11127/9736 22582/11133/9741 22575/11128/9727</w:t>
        <w:br/>
        <w:t>f 16130/11134/9742 16129/11135/9742 16128/11136/9743</w:t>
        <w:br/>
        <w:t>f 16133/11137/9744 16132/11138/9745 16131/11139/9746</w:t>
        <w:br/>
        <w:t>f 16136/11140/9747 16135/11141/9748 16134/11142/9749</w:t>
        <w:br/>
        <w:t>f 16137/11143/9750 16136/11140/9747 16134/11142/9749</w:t>
        <w:br/>
        <w:t>f 16140/11144/9751 16139/11145/9752 16138/11146/9753</w:t>
        <w:br/>
        <w:t>f 16143/11147/9754 16142/11148/9755 16141/11149/9756</w:t>
        <w:br/>
        <w:t>f 16144/11150/9757 16143/11147/9754 16141/11149/9756</w:t>
        <w:br/>
        <w:t>f 16147/11151/9758 16146/11152/9759 16145/11153/9760</w:t>
        <w:br/>
        <w:t>f 16148/11154/9761 16147/11151/9758 16145/11153/9760</w:t>
        <w:br/>
        <w:t>f 16152/11155/9762 16151/11156/9763 16150/11157/9764</w:t>
        <w:br/>
        <w:t>f 16149/11158/9765 16152/11155/9762 16150/11157/9764</w:t>
        <w:br/>
        <w:t>f 16155/11159/9766 16154/11160/9767 16153/11161/9768</w:t>
        <w:br/>
        <w:t>f 16159/11162/9769 16158/11163/9770 16157/11164/9771</w:t>
        <w:br/>
        <w:t>f 16156/11165/9772 16159/11162/9769 16157/11164/9771</w:t>
        <w:br/>
        <w:t>f 16162/11166/9773 16161/11167/9774 16160/11168/9775</w:t>
        <w:br/>
        <w:t>f 16148/11154/9761 16164/11169/9776 16163/11170/9777</w:t>
        <w:br/>
        <w:t>f 16147/11151/9758 16148/11154/9761 16163/11170/9777</w:t>
        <w:br/>
        <w:t>f 16166/11171/9778 16152/11155/9762 16165/11172/9779</w:t>
        <w:br/>
        <w:t>f 16170/11173/9780 16169/11174/9781 16168/11175/9782</w:t>
        <w:br/>
        <w:t>f 16167/11176/9783 16170/11173/9780 16168/11175/9782</w:t>
        <w:br/>
        <w:t>f 16174/11177/9784 16173/11178/9785 16172/11179/9786</w:t>
        <w:br/>
        <w:t>f 16171/11180/9787 16174/11177/9784 16172/11179/9786</w:t>
        <w:br/>
        <w:t>f 16167/11176/9783 16176/11181/9788 16175/11182/9789</w:t>
        <w:br/>
        <w:t>f 16170/11173/9780 16167/11176/9783 16175/11182/9789</w:t>
        <w:br/>
        <w:t>f 16171/11180/9787 16177/11183/9790 16174/11177/9784</w:t>
        <w:br/>
        <w:t>f 16164/11169/9776 16179/11184/9791 16178/11185/9792</w:t>
        <w:br/>
        <w:t>f 16163/11170/9777 16164/11169/9776 16178/11185/9792</w:t>
        <w:br/>
        <w:t>f 16181/11186/9793 16180/11187/9794 16166/11171/9778</w:t>
        <w:br/>
        <w:t>f 16165/11172/9779 16181/11186/9793 16166/11171/9778</w:t>
        <w:br/>
        <w:t>f 16169/11174/9781 16182/11188/9795 16168/11175/9782</w:t>
        <w:br/>
        <w:t>f 16173/11178/9785 16184/11189/9796 16183/11190/9797</w:t>
        <w:br/>
        <w:t>f 16172/11179/9786 16173/11178/9785 16183/11190/9797</w:t>
        <w:br/>
        <w:t>f 16186/11191/9798 16150/11157/9764 16151/11156/9763</w:t>
        <w:br/>
        <w:t>f 16185/11192/9799 16186/11191/9798 16151/11156/9763</w:t>
        <w:br/>
        <w:t>f 16189/11193/9800 16188/11194/9801 16187/11195/9802</w:t>
        <w:br/>
        <w:t>f 16190/11196/9803 16189/11193/9800 16187/11195/9802</w:t>
        <w:br/>
        <w:t>f 16191/11197/9804 16139/11145/9752 16144/11150/9757</w:t>
        <w:br/>
        <w:t>f 16141/11149/9756 16191/11197/9804 16144/11150/9757</w:t>
        <w:br/>
        <w:t>f 16179/11184/9791 16155/11159/9766 16153/11161/9768</w:t>
        <w:br/>
        <w:t>f 16178/11185/9792 16179/11184/9791 16153/11161/9768</w:t>
        <w:br/>
        <w:t>f 16162/11166/9773 16183/11190/9797 16184/11189/9796</w:t>
        <w:br/>
        <w:t>f 16161/11167/9774 16162/11166/9773 16184/11189/9796</w:t>
        <w:br/>
        <w:t>f 16191/11197/9804 16138/11146/9753 16139/11145/9752</w:t>
        <w:br/>
        <w:t>f 16173/11178/9785 16174/11177/9784 16167/11176/9783</w:t>
        <w:br/>
        <w:t>f 16168/11175/9782 16173/11178/9785 16167/11176/9783</w:t>
        <w:br/>
        <w:t>f 16194/11198/9805 16193/11199/9806 16192/11200/9807</w:t>
        <w:br/>
        <w:t>f 16196/11201/9808 16195/11202/9809 16171/11180/9787</w:t>
        <w:br/>
        <w:t>f 16172/11179/9786 16196/11201/9808 16171/11180/9787</w:t>
        <w:br/>
        <w:t>f 16197/11203/9810 16196/11201/9808 16172/11179/9786</w:t>
        <w:br/>
        <w:t>f 16183/11190/9797 16197/11203/9810 16172/11179/9786</w:t>
        <w:br/>
        <w:t>f 16149/11158/9765 16150/11157/9764 16146/11152/9759</w:t>
        <w:br/>
        <w:t>f 16147/11151/9758 16149/11158/9765 16146/11152/9759</w:t>
        <w:br/>
        <w:t>f 16200/11204/9811 16199/11205/9812 16198/11206/9813</w:t>
        <w:br/>
        <w:t>f 16201/11207/9814 16149/11158/9765 16147/11151/9758</w:t>
        <w:br/>
        <w:t>f 16163/11170/9777 16201/11207/9814 16147/11151/9758</w:t>
        <w:br/>
        <w:t>f 16202/11208/9815 16201/11207/9814 16163/11170/9777</w:t>
        <w:br/>
        <w:t>f 16178/11185/9792 16202/11208/9815 16163/11170/9777</w:t>
        <w:br/>
        <w:t>f 16178/11185/9792 16153/11161/9768 16202/11208/9815</w:t>
        <w:br/>
        <w:t>f 16206/11209/9816 16205/11210/9817 16204/11211/9818</w:t>
        <w:br/>
        <w:t>f 16203/11212/9819 16206/11209/9816 16204/11211/9818</w:t>
        <w:br/>
        <w:t>f 16148/11154/9761 16145/11153/9760 16208/11213/9820</w:t>
        <w:br/>
        <w:t>f 16207/11214/9821 16148/11154/9761 16208/11213/9820</w:t>
        <w:br/>
        <w:t>f 16210/11215/9822 16209/11216/9823 16154/11160/9767</w:t>
        <w:br/>
        <w:t>f 16155/11159/9766 16210/11215/9822 16154/11160/9767</w:t>
        <w:br/>
        <w:t>f 16207/11214/9821 16211/11217/9824 16164/11169/9776</w:t>
        <w:br/>
        <w:t>f 16148/11154/9761 16207/11214/9821 16164/11169/9776</w:t>
        <w:br/>
        <w:t>f 16179/11184/9791 16164/11169/9776 16211/11217/9824</w:t>
        <w:br/>
        <w:t>f 16212/11218/9825 16179/11184/9791 16211/11217/9824</w:t>
        <w:br/>
        <w:t>f 16212/11218/9825 16210/11215/9822 16155/11159/9766</w:t>
        <w:br/>
        <w:t>f 16179/11184/9791 16212/11218/9825 16155/11159/9766</w:t>
        <w:br/>
        <w:t>f 16215/11219/9826 16214/11220/9827 16213/11221/9828</w:t>
        <w:br/>
        <w:t>f 16218/11222/9829 16217/11223/9830 16216/11224/9831</w:t>
        <w:br/>
        <w:t>f 16222/11225/9832 16221/11226/9833 16220/11227/9834</w:t>
        <w:br/>
        <w:t>f 16219/11228/9835 16222/11225/9832 16220/11227/9834</w:t>
        <w:br/>
        <w:t>f 16226/11229/9836 16225/11230/9837 16224/11231/9838</w:t>
        <w:br/>
        <w:t>f 16223/11232/9839 16226/11229/9836 16224/11231/9838</w:t>
        <w:br/>
        <w:t>f 16230/11233/9840 16229/11234/9841 16228/11235/9842</w:t>
        <w:br/>
        <w:t>f 16227/11236/9843 16230/11233/9840 16228/11235/9842</w:t>
        <w:br/>
        <w:t>f 16233/11237/9844 16227/11236/9843 16232/11238/9845</w:t>
        <w:br/>
        <w:t>f 16231/11239/9846 16233/11237/9844 16232/11238/9845</w:t>
        <w:br/>
        <w:t>f 16236/11240/9847 16235/11241/9848 16234/11242/9849</w:t>
        <w:br/>
        <w:t>f 16238/11243/9850 16237/11244/9851 16218/11222/9829</w:t>
        <w:br/>
        <w:t>f 16239/11245/9852 16230/11233/9840 16227/11236/9843</w:t>
        <w:br/>
        <w:t>f 16233/11237/9844 16239/11245/9852 16227/11236/9843</w:t>
        <w:br/>
        <w:t>f 16242/11246/9853 16241/11247/9854 16240/11248/9855</w:t>
        <w:br/>
        <w:t>f 16245/11249/9856 16244/11250/9857 16243/11251/9858</w:t>
        <w:br/>
        <w:t>f 16248/11252/9859 16247/11253/9860 16246/11254/9861</w:t>
        <w:br/>
        <w:t>f 16249/11255/9862 16248/11252/9859 16246/11254/9861</w:t>
        <w:br/>
        <w:t>f 16220/11227/9834 16221/11226/9833 16250/11256/9863</w:t>
        <w:br/>
        <w:t>f 16249/11255/9862 16246/11254/9861 16252/11257/9864</w:t>
        <w:br/>
        <w:t>f 16251/11258/9865 16249/11255/9862 16252/11257/9864</w:t>
        <w:br/>
        <w:t>f 16255/11259/9866 16254/11260/9867 16253/11261/9868</w:t>
        <w:br/>
        <w:t>f 16256/11262/9869 16255/11259/9866 16253/11261/9868</w:t>
        <w:br/>
        <w:t>f 16260/11263/9870 16259/11264/9871 16258/11265/9872</w:t>
        <w:br/>
        <w:t>f 16257/11266/9873 16260/11263/9870 16258/11265/9872</w:t>
        <w:br/>
        <w:t>f 16262/11267/9874 16260/11263/9870 16257/11266/9873</w:t>
        <w:br/>
        <w:t>f 16261/11268/9875 16262/11267/9874 16257/11266/9873</w:t>
        <w:br/>
        <w:t>f 16266/11269/9876 16265/11270/9877 16264/11271/9878</w:t>
        <w:br/>
        <w:t>f 16263/11272/9879 16266/11269/9876 16264/11271/9878</w:t>
        <w:br/>
        <w:t>f 16269/11273/9880 16234/11242/9849 16268/11274/9881</w:t>
        <w:br/>
        <w:t>f 16267/11275/9882 16269/11273/9880 16268/11274/9881</w:t>
        <w:br/>
        <w:t>f 16218/11222/9829 16216/11224/9831 16238/11243/9850</w:t>
        <w:br/>
        <w:t>f 16267/11275/9882 16268/11274/9881 16270/11276/9883</w:t>
        <w:br/>
        <w:t>f 16271/11277/9884 16267/11275/9882 16270/11276/9883</w:t>
        <w:br/>
        <w:t>f 16273/11278/9885 16258/11265/9872 16259/11264/9871</w:t>
        <w:br/>
        <w:t>f 16272/11279/9886 16273/11278/9885 16259/11264/9871</w:t>
        <w:br/>
        <w:t>f 16275/11280/9887 16273/11278/9885 16272/11279/9886</w:t>
        <w:br/>
        <w:t>f 16274/11281/9888 16275/11280/9887 16272/11279/9886</w:t>
        <w:br/>
        <w:t>f 16274/11281/9888 16277/11282/9889 16276/11283/9890</w:t>
        <w:br/>
        <w:t>f 16275/11280/9887 16274/11281/9888 16276/11283/9890</w:t>
        <w:br/>
        <w:t>f 16260/11263/9870 16262/11267/9874 16209/11216/9823</w:t>
        <w:br/>
        <w:t>f 16210/11215/9822 16260/11263/9870 16209/11216/9823</w:t>
        <w:br/>
        <w:t>f 16210/11215/9822 16212/11218/9825 16259/11264/9871</w:t>
        <w:br/>
        <w:t>f 16260/11263/9870 16210/11215/9822 16259/11264/9871</w:t>
        <w:br/>
        <w:t>f 16212/11218/9825 16211/11217/9824 16272/11279/9886</w:t>
        <w:br/>
        <w:t>f 16259/11264/9871 16212/11218/9825 16272/11279/9886</w:t>
        <w:br/>
        <w:t>f 16274/11281/9888 16272/11279/9886 16211/11217/9824</w:t>
        <w:br/>
        <w:t>f 16207/11214/9821 16274/11281/9888 16211/11217/9824</w:t>
        <w:br/>
        <w:t>f 16277/11282/9889 16274/11281/9888 16207/11214/9821</w:t>
        <w:br/>
        <w:t>f 16208/11213/9820 16277/11282/9889 16207/11214/9821</w:t>
        <w:br/>
        <w:t>f 16280/11284/9891 16279/11285/9892 16278/11286/9893</w:t>
        <w:br/>
        <w:t>f 16281/11287/9894 16280/11284/9891 16278/11286/9893</w:t>
        <w:br/>
        <w:t>f 16219/11228/9835 16237/11244/9851 16282/11288/9895</w:t>
        <w:br/>
        <w:t>f 16222/11225/9832 16219/11228/9835 16282/11288/9895</w:t>
        <w:br/>
        <w:t>f 16285/11289/9896 16284/11290/9897 16283/11291/9898</w:t>
        <w:br/>
        <w:t>f 16286/11292/9899 16285/11289/9896 16283/11291/9898</w:t>
        <w:br/>
        <w:t>f 16194/11198/9805 16192/11200/9807 16287/11293/9900</w:t>
        <w:br/>
        <w:t>f 16290/11294/9901 16289/11295/9902 16288/11296/9903</w:t>
        <w:br/>
        <w:t>f 16294/11297/9904 16293/11298/9905 16292/11299/9906</w:t>
        <w:br/>
        <w:t>f 16291/11300/9907 16294/11297/9904 16292/11299/9906</w:t>
        <w:br/>
        <w:t>f 16297/11301/9908 16296/11302/9909 16295/11303/9910</w:t>
        <w:br/>
        <w:t>f 16295/11303/9910 16299/11304/9911 16298/11305/9912</w:t>
        <w:br/>
        <w:t>f 16297/11301/9908 16295/11303/9910 16298/11305/9912</w:t>
        <w:br/>
        <w:t>f 16302/11306/9913 16301/11307/9914 16300/11308/9915</w:t>
        <w:br/>
        <w:t>f 16303/11309/9916 16302/11306/9913 16300/11308/9915</w:t>
        <w:br/>
        <w:t>f 16307/11310/9917 16306/11311/9918 16305/11312/9919</w:t>
        <w:br/>
        <w:t>f 16304/11313/9920 16307/11310/9917 16305/11312/9919</w:t>
        <w:br/>
        <w:t>f 16300/11308/9915 16309/11314/9921 16308/11315/9922</w:t>
        <w:br/>
        <w:t>f 16304/11313/9920 16310/11316/9923 16307/11310/9917</w:t>
        <w:br/>
        <w:t>f 16312/11317/9924 16298/11305/9912 16299/11304/9911</w:t>
        <w:br/>
        <w:t>f 16311/11318/9925 16312/11317/9924 16299/11304/9911</w:t>
        <w:br/>
        <w:t>f 16303/11309/9916 16313/11319/9926 16302/11306/9913</w:t>
        <w:br/>
        <w:t>f 16315/11320/9927 16305/11312/9919 16306/11311/9918</w:t>
        <w:br/>
        <w:t>f 16314/11321/9928 16315/11320/9927 16306/11311/9918</w:t>
        <w:br/>
        <w:t>f 16317/11322/9929 16316/11323/9930 16286/11292/9899</w:t>
        <w:br/>
        <w:t>f 16283/11291/9898 16317/11322/9929 16286/11292/9899</w:t>
        <w:br/>
        <w:t>f 16320/11324/9931 16319/11325/9932 16318/11326/9933</w:t>
        <w:br/>
        <w:t>f 16321/11327/9934 16320/11324/9931 16318/11326/9933</w:t>
        <w:br/>
        <w:t>f 16325/11328/9935 16324/11329/9936 16323/11330/9937</w:t>
        <w:br/>
        <w:t>f 16322/11331/9938 16325/11328/9935 16323/11330/9937</w:t>
        <w:br/>
        <w:t>f 16326/11332/9939 16312/11317/9924 16311/11318/9925</w:t>
        <w:br/>
        <w:t>f 16327/11333/9940 16326/11332/9939 16311/11318/9925</w:t>
        <w:br/>
        <w:t>f 16329/11334/9941 16328/11335/9942 16313/11319/9926</w:t>
        <w:br/>
        <w:t>f 16330/11336/9943 16329/11334/9941 16313/11319/9926</w:t>
        <w:br/>
        <w:t>f 16331/11337/9944 16315/11320/9927 16314/11321/9928</w:t>
        <w:br/>
        <w:t>f 16332/11338/9945 16331/11337/9944 16314/11321/9928</w:t>
        <w:br/>
        <w:t>f 16288/11296/9903 16329/11334/9941 16330/11336/9943</w:t>
        <w:br/>
        <w:t>f 16290/11294/9901 16288/11296/9903 16330/11336/9943</w:t>
        <w:br/>
        <w:t>f 16292/11299/9906 16331/11337/9944 16332/11338/9945</w:t>
        <w:br/>
        <w:t>f 16291/11300/9907 16292/11299/9906 16332/11338/9945</w:t>
        <w:br/>
        <w:t>f 16291/11300/9907 16288/11296/9903 16289/11295/9902</w:t>
        <w:br/>
        <w:t>f 16294/11297/9904 16291/11300/9907 16289/11295/9902</w:t>
        <w:br/>
        <w:t>f 16329/11334/9941 16288/11296/9903 16291/11300/9907</w:t>
        <w:br/>
        <w:t>f 16332/11338/9945 16329/11334/9941 16291/11300/9907</w:t>
        <w:br/>
        <w:t>f 16332/11338/9945 16314/11321/9928 16328/11335/9942</w:t>
        <w:br/>
        <w:t>f 16329/11334/9941 16332/11338/9945 16328/11335/9942</w:t>
        <w:br/>
        <w:t>f 16333/11339/9946 16314/11321/9928 16306/11311/9918</w:t>
        <w:br/>
        <w:t>f 16334/11340/9947 16333/11339/9946 16306/11311/9918</w:t>
        <w:br/>
        <w:t>f 16307/11310/9917 16334/11340/9947 16306/11311/9918</w:t>
        <w:br/>
        <w:t>f 16307/11310/9917 16336/11341/9948 16335/11342/9949</w:t>
        <w:br/>
        <w:t>f 16334/11340/9947 16307/11310/9917 16335/11342/9949</w:t>
        <w:br/>
        <w:t>f 16322/11331/9938 16323/11330/9937 16337/11343/9950</w:t>
        <w:br/>
        <w:t>f 16338/11344/9951 16322/11331/9938 16337/11343/9950</w:t>
        <w:br/>
        <w:t>f 16341/11345/9952 16340/11346/9953 16339/11347/9954</w:t>
        <w:br/>
        <w:t>f 16344/11348/9955 16343/11349/9956 16342/11350/9957</w:t>
        <w:br/>
        <w:t>f 16347/11351/9958 16346/11352/9959 16345/11353/9960</w:t>
        <w:br/>
        <w:t>f 16350/11354/9961 16349/11355/9962 16348/11356/9963</w:t>
        <w:br/>
        <w:t>f 16351/11357/9964 16350/11354/9961 16348/11356/9963</w:t>
        <w:br/>
        <w:t>f 16354/11358/9965 16353/11359/9966 16352/11360/9967</w:t>
        <w:br/>
        <w:t>f 16355/11361/9968 16354/11358/9965 16352/11360/9967</w:t>
        <w:br/>
        <w:t>f 16359/11362/9969 16358/11363/9970 16357/11364/9971</w:t>
        <w:br/>
        <w:t>f 16356/11365/9972 16359/11362/9969 16357/11364/9971</w:t>
        <w:br/>
        <w:t>f 16361/11366/9973 16360/11367/9974 16351/11357/9964</w:t>
        <w:br/>
        <w:t>f 16348/11356/9963 16361/11366/9973 16351/11357/9964</w:t>
        <w:br/>
        <w:t>f 16356/11365/9972 16363/11368/9975 16362/11369/9976</w:t>
        <w:br/>
        <w:t>f 16365/11370/9977 16364/11371/9978 16358/11363/9970</w:t>
        <w:br/>
        <w:t>f 16359/11362/9969 16365/11370/9977 16358/11363/9970</w:t>
        <w:br/>
        <w:t>f 16360/11367/9974 16361/11366/9973 16367/11372/9979</w:t>
        <w:br/>
        <w:t>f 16366/11373/9980 16360/11367/9974 16367/11372/9979</w:t>
        <w:br/>
        <w:t>f 16370/11374/9981 16369/11375/9982 16368/11376/9983</w:t>
        <w:br/>
        <w:t>f 16364/11371/9978 16365/11370/9977 16355/11361/9968</w:t>
        <w:br/>
        <w:t>f 16352/11360/9967 16364/11371/9978 16355/11361/9968</w:t>
        <w:br/>
        <w:t>f 16372/11377/9984 16371/11378/9985 16367/11372/9979</w:t>
        <w:br/>
        <w:t>f 16346/11352/9959 16347/11351/9958 16371/11378/9985</w:t>
        <w:br/>
        <w:t>f 16372/11377/9984 16346/11352/9959 16371/11378/9985</w:t>
        <w:br/>
        <w:t>f 16250/11256/9863 16339/11347/9954 16373/11379/9986</w:t>
        <w:br/>
        <w:t>f 16364/11371/9978 16246/11254/9861 16247/11253/9860</w:t>
        <w:br/>
        <w:t>f 16358/11363/9970 16364/11371/9978 16247/11253/9860</w:t>
        <w:br/>
        <w:t>f 16357/11364/9971 16375/11380/9987 16374/11381/9988</w:t>
        <w:br/>
        <w:t>f 16346/11352/9959 16377/11382/9989 16376/11383/9990</w:t>
        <w:br/>
        <w:t>f 16345/11353/9960 16346/11352/9959 16376/11383/9990</w:t>
        <w:br/>
        <w:t>f 16372/11377/9984 16378/11384/9991 16377/11382/9989</w:t>
        <w:br/>
        <w:t>f 16346/11352/9959 16372/11377/9984 16377/11382/9989</w:t>
        <w:br/>
        <w:t>f 16379/11385/9992 16378/11384/9991 16372/11377/9984</w:t>
        <w:br/>
        <w:t>f 16382/11386/9993 16379/11385/9992 16381/11387/9994</w:t>
        <w:br/>
        <w:t>f 16380/11388/9995 16382/11386/9993 16381/11387/9994</w:t>
        <w:br/>
        <w:t>f 16384/11389/9996 16383/11390/9997 16380/11388/9995</w:t>
        <w:br/>
        <w:t>f 16381/11387/9994 16384/11389/9996 16380/11388/9995</w:t>
        <w:br/>
        <w:t>f 16383/11390/9997 16386/11391/9998 16385/11392/9999</w:t>
        <w:br/>
        <w:t>f 16389/11393/10000 16388/11394/10001 16387/11395/10002</w:t>
        <w:br/>
        <w:t>f 16390/11396/10003 16389/11393/10000 16387/11395/10002</w:t>
        <w:br/>
        <w:t>f 16392/11397/10004 16391/11398/10005 16284/11290/9897</w:t>
        <w:br/>
        <w:t>f 16285/11289/9896 16392/11397/10004 16284/11290/9897</w:t>
        <w:br/>
        <w:t>f 16393/11399/10006 16143/11147/9754 16391/11398/10005</w:t>
        <w:br/>
        <w:t>f 16392/11397/10004 16393/11399/10006 16391/11398/10005</w:t>
        <w:br/>
        <w:t>f 16396/11400/10007 16395/11401/10008 16394/11402/10009</w:t>
        <w:br/>
        <w:t>f 16236/11240/9847 16398/11403/10010 16397/11404/10011</w:t>
        <w:br/>
        <w:t>f 16236/11240/9847 16400/11405/10012 16399/11406/10013</w:t>
        <w:br/>
        <w:t>f 16403/11407/10014 16402/11408/10015 16401/11409/10016</w:t>
        <w:br/>
        <w:t>f 16200/11204/9811 16404/11410/10017 16199/11205/9812</w:t>
        <w:br/>
        <w:t>f 16405/11411/10018 16401/11409/10016 16402/11408/10015</w:t>
        <w:br/>
        <w:t>f 16406/11412/10019 16405/11411/10018 16402/11408/10015</w:t>
        <w:br/>
        <w:t>f 16136/11140/9747 16403/11407/10014 16407/11413/10020</w:t>
        <w:br/>
        <w:t>f 16405/11411/10018 16406/11412/10019 16408/11414/10021</w:t>
        <w:br/>
        <w:t>f 16409/11415/10022 16405/11411/10018 16408/11414/10021</w:t>
        <w:br/>
        <w:t>f 16407/11413/10020 16410/11416/10023 16135/11141/9748</w:t>
        <w:br/>
        <w:t>f 16136/11140/9747 16407/11413/10020 16135/11141/9748</w:t>
        <w:br/>
        <w:t>f 16413/11417/10024 16412/11418/10025 16411/11419/10026</w:t>
        <w:br/>
        <w:t>f 16414/11420/10027 16413/11417/10024 16411/11419/10026</w:t>
        <w:br/>
        <w:t>f 16416/11421/10028 16160/11168/9775 16157/11164/9771</w:t>
        <w:br/>
        <w:t>f 16415/11422/10029 16416/11421/10028 16157/11164/9771</w:t>
        <w:br/>
        <w:t>f 16418/11423/10030 16417/11424/10031 16169/11174/9781</w:t>
        <w:br/>
        <w:t>f 16170/11173/9780 16418/11423/10030 16169/11174/9781</w:t>
        <w:br/>
        <w:t>f 16417/11424/10031 16419/11425/10032 16169/11174/9781</w:t>
        <w:br/>
        <w:t>f 16421/11426/10033 16420/11427/10034 16190/11196/9803</w:t>
        <w:br/>
        <w:t>f 16187/11195/9802 16421/11426/10033 16190/11196/9803</w:t>
        <w:br/>
        <w:t>f 16425/11428/10035 16424/11429/10036 16423/11430/10037</w:t>
        <w:br/>
        <w:t>f 16422/11431/10038 16425/11428/10035 16423/11430/10037</w:t>
        <w:br/>
        <w:t>f 16159/11162/9769 16404/11410/10017 16158/11163/9770</w:t>
        <w:br/>
        <w:t>f 16427/11432/10039 16426/11433/10040 16417/11424/10031</w:t>
        <w:br/>
        <w:t>f 16418/11423/10030 16427/11432/10039 16417/11424/10031</w:t>
        <w:br/>
        <w:t>f 16428/11434/10041 16419/11425/10032 16417/11424/10031</w:t>
        <w:br/>
        <w:t>f 16426/11433/10040 16428/11434/10041 16417/11424/10031</w:t>
        <w:br/>
        <w:t>f 16413/11417/10024 16414/11420/10027 16410/11416/10023</w:t>
        <w:br/>
        <w:t>f 16407/11413/10020 16413/11417/10024 16410/11416/10023</w:t>
        <w:br/>
        <w:t>f 16318/11326/9933 16429/11435/10042 16321/11327/9934</w:t>
        <w:br/>
        <w:t>f 16433/11436/10043 16432/11437/10044 16431/11438/10045</w:t>
        <w:br/>
        <w:t>f 16430/11439/10046 16433/11436/10043 16431/11438/10045</w:t>
        <w:br/>
        <w:t>f 16432/11437/10044 16435/11440/10047 16434/11441/10048</w:t>
        <w:br/>
        <w:t>f 16431/11438/10045 16432/11437/10044 16434/11441/10048</w:t>
        <w:br/>
        <w:t>f 16435/11440/10047 16326/11332/9939 16436/11442/10049</w:t>
        <w:br/>
        <w:t>f 16434/11441/10048 16435/11440/10047 16436/11442/10049</w:t>
        <w:br/>
        <w:t>f 16326/11332/9939 16287/11293/9900 16436/11442/10049</w:t>
        <w:br/>
        <w:t>f 16317/11322/9929 16438/11443/10050 16437/11444/10051</w:t>
        <w:br/>
        <w:t>f 16316/11323/9930 16317/11322/9929 16437/11444/10051</w:t>
        <w:br/>
        <w:t>f 16440/11445/10052 16439/11446/10053 16297/11301/9908</w:t>
        <w:br/>
        <w:t>f 16298/11305/9912 16440/11445/10052 16297/11301/9908</w:t>
        <w:br/>
        <w:t>f 16441/11447/10054 16297/11301/9908 16439/11446/10053</w:t>
        <w:br/>
        <w:t>f 16442/11448/10055 16441/11447/10054 16439/11446/10053</w:t>
        <w:br/>
        <w:t>f 16298/11305/9912 16312/11317/9924 16443/11449/10056</w:t>
        <w:br/>
        <w:t>f 16440/11445/10052 16298/11305/9912 16443/11449/10056</w:t>
        <w:br/>
        <w:t>f 16281/11287/9894 16445/11450/10057 16444/11451/10058</w:t>
        <w:br/>
        <w:t>f 16280/11284/9891 16281/11287/9894 16444/11451/10058</w:t>
        <w:br/>
        <w:t>f 16448/11452/10059 16447/11453/10060 16446/11454/10061</w:t>
        <w:br/>
        <w:t>f 16449/11455/10062 16448/11452/10059 16446/11454/10061</w:t>
        <w:br/>
        <w:t>f 16263/11272/9879 16450/11456/10063 16266/11269/9876</w:t>
        <w:br/>
        <w:t>f 16452/11457/10064 16226/11229/9836 16223/11232/9839</w:t>
        <w:br/>
        <w:t>f 16451/11458/10065 16452/11457/10064 16223/11232/9839</w:t>
        <w:br/>
        <w:t>f 16269/11273/9880 16267/11275/9882 16453/11459/10066</w:t>
        <w:br/>
        <w:t>f 16398/11403/10010 16454/11460/10067 16397/11404/10011</w:t>
        <w:br/>
        <w:t>f 16458/11461/10068 16457/11462/10069 16456/11463/10070</w:t>
        <w:br/>
        <w:t>f 16455/11464/10071 16458/11461/10068 16456/11463/10070</w:t>
        <w:br/>
        <w:t>f 16462/11465/10072 16461/11466/10073 16460/11467/10074</w:t>
        <w:br/>
        <w:t>f 16459/11468/10075 16462/11465/10072 16460/11467/10074</w:t>
        <w:br/>
        <w:t>f 16465/11469/10076 16464/11470/10077 16463/11471/10078</w:t>
        <w:br/>
        <w:t>f 16466/11472/9164 16465/11469/10076 16463/11471/10078</w:t>
        <w:br/>
        <w:t>f 16469/11473/10079 16468/11474/10080 16467/11475/10081</w:t>
        <w:br/>
        <w:t>f 16470/11476/10082 16469/11473/10079 16467/11475/10081</w:t>
        <w:br/>
        <w:t>f 16470/11476/10082 16467/11475/10081 16471/11477/10083</w:t>
        <w:br/>
        <w:t>f 16472/11478/10084 16470/11476/10082 16471/11477/10083</w:t>
        <w:br/>
        <w:t>f 16468/11474/10080 16469/11473/10079 16473/11479/10085</w:t>
        <w:br/>
        <w:t>f 16474/11480/10086 16468/11474/10080 16473/11479/10085</w:t>
        <w:br/>
        <w:t>f 16474/11480/10086 16473/11479/10085 16475/11481/10087</w:t>
        <w:br/>
        <w:t>f 16479/11482/10088 16478/11483/10089 16477/11484/10090</w:t>
        <w:br/>
        <w:t>f 16476/11485/10091 16479/11482/10088 16477/11484/10090</w:t>
        <w:br/>
        <w:t>f 16483/11486/10092 16482/11487/10093 16481/11488/10094</w:t>
        <w:br/>
        <w:t>f 16480/11489/10095 16483/11486/10092 16481/11488/10094</w:t>
        <w:br/>
        <w:t>f 16480/11489/10095 16481/11488/10094 16484/11490/10096</w:t>
        <w:br/>
        <w:t>f 16485/11491/10097 16480/11489/10095 16484/11490/10096</w:t>
        <w:br/>
        <w:t>f 16486/11492/10098 16473/11479/10085 16485/11491/10097</w:t>
        <w:br/>
        <w:t>f 16484/11490/10096 16486/11492/10098 16485/11491/10097</w:t>
        <w:br/>
        <w:t>f 16473/11479/10085 16486/11492/10098 16475/11481/10087</w:t>
        <w:br/>
        <w:t>f 16488/11493/10099 16487/11494/10100 16370/11374/9981</w:t>
        <w:br/>
        <w:t>f 16356/11365/9972 16490/11495/10101 16489/11496/10102</w:t>
        <w:br/>
        <w:t>f 16359/11362/9969 16356/11365/9972 16489/11496/10102</w:t>
        <w:br/>
        <w:t>f 16490/11495/10101 16492/11497/10103 16491/11498/10104</w:t>
        <w:br/>
        <w:t>f 16359/11362/9969 16489/11496/10102 16493/11499/10105</w:t>
        <w:br/>
        <w:t>f 16365/11370/9977 16359/11362/9969 16493/11499/10105</w:t>
        <w:br/>
        <w:t>f 16493/11499/10105 16355/11361/9968 16365/11370/9977</w:t>
        <w:br/>
        <w:t>f 16370/11374/9981 16368/11376/9983 16488/11493/10099</w:t>
        <w:br/>
        <w:t>f 16372/11377/9984 16367/11372/9979 16379/11385/9992</w:t>
        <w:br/>
        <w:t>f 16379/11385/9992 16367/11372/9979 16361/11366/9973</w:t>
        <w:br/>
        <w:t>f 16381/11387/9994 16379/11385/9992 16361/11366/9973</w:t>
        <w:br/>
        <w:t>f 16348/11356/9963 16384/11389/9996 16381/11387/9994</w:t>
        <w:br/>
        <w:t>f 16361/11366/9973 16348/11356/9963 16381/11387/9994</w:t>
        <w:br/>
        <w:t>f 16349/11355/9962 16494/11500/10106 16384/11389/9996</w:t>
        <w:br/>
        <w:t>f 16348/11356/9963 16349/11355/9962 16384/11389/9996</w:t>
        <w:br/>
        <w:t>f 16303/11309/9916 16300/11308/9915 16495/11501/10107</w:t>
        <w:br/>
        <w:t>f 16496/11502/10108 16303/11309/9916 16495/11501/10107</w:t>
        <w:br/>
        <w:t>f 16497/11503/10109 16313/11319/9926 16303/11309/9916</w:t>
        <w:br/>
        <w:t>f 16496/11502/10108 16497/11503/10109 16303/11309/9916</w:t>
        <w:br/>
        <w:t>f 16330/11336/9943 16313/11319/9926 16497/11503/10109</w:t>
        <w:br/>
        <w:t>f 16436/11442/10049 16330/11336/9943 16497/11503/10109</w:t>
        <w:br/>
        <w:t>f 16330/11336/9943 16436/11442/10049 16290/11294/9901</w:t>
        <w:br/>
        <w:t>f 16499/11504/10110 16344/11348/9955 16342/11350/9957</w:t>
        <w:br/>
        <w:t>f 16498/11505/10111 16499/11504/10110 16342/11350/9957</w:t>
        <w:br/>
        <w:t>f 16482/11487/10093 16350/11354/9961 16351/11357/9964</w:t>
        <w:br/>
        <w:t>f 16481/11488/10094 16482/11487/10093 16351/11357/9964</w:t>
        <w:br/>
        <w:t>f 16360/11367/9974 16484/11490/10096 16481/11488/10094</w:t>
        <w:br/>
        <w:t>f 16351/11357/9964 16360/11367/9974 16481/11488/10094</w:t>
        <w:br/>
        <w:t>f 16484/11490/10096 16360/11367/9974 16366/11373/9980</w:t>
        <w:br/>
        <w:t>f 16486/11492/10098 16484/11490/10096 16366/11373/9980</w:t>
        <w:br/>
        <w:t>f 16486/11492/10098 16371/11378/9985 16475/11481/10087</w:t>
        <w:br/>
        <w:t>f 16347/11351/9958 16354/11358/9965 16475/11481/10087</w:t>
        <w:br/>
        <w:t>f 16371/11378/9985 16347/11351/9958 16475/11481/10087</w:t>
        <w:br/>
        <w:t>f 16463/11471/10078 16464/11470/10077 16487/11494/10100</w:t>
        <w:br/>
        <w:t>f 16500/11506/10112 16463/11471/10078 16487/11494/10100</w:t>
        <w:br/>
        <w:t>f 16355/11361/9968 16475/11481/10087 16354/11358/9965</w:t>
        <w:br/>
        <w:t>f 16468/11474/10080 16489/11496/10102 16490/11495/10101</w:t>
        <w:br/>
        <w:t>f 16467/11475/10081 16468/11474/10080 16490/11495/10101</w:t>
        <w:br/>
        <w:t>f 16467/11475/10081 16501/11507/10113 16471/11477/10083</w:t>
        <w:br/>
        <w:t>f 16489/11496/10102 16468/11474/10080 16474/11480/10086</w:t>
        <w:br/>
        <w:t>f 16493/11499/10105 16489/11496/10102 16474/11480/10086</w:t>
        <w:br/>
        <w:t>f 16474/11480/10086 16355/11361/9968 16493/11499/10105</w:t>
        <w:br/>
        <w:t>f 16503/11508/10114 16437/11444/10051 16438/11443/10050</w:t>
        <w:br/>
        <w:t>f 16502/11509/10115 16503/11508/10114 16438/11443/10050</w:t>
        <w:br/>
        <w:t>f 16439/11446/10053 16440/11445/10052 16432/11437/10044</w:t>
        <w:br/>
        <w:t>f 16433/11436/10043 16439/11446/10053 16432/11437/10044</w:t>
        <w:br/>
        <w:t>f 16439/11446/10053 16504/11510/10116 16442/11448/10055</w:t>
        <w:br/>
        <w:t>f 16440/11445/10052 16443/11449/10056 16435/11440/10047</w:t>
        <w:br/>
        <w:t>f 16432/11437/10044 16440/11445/10052 16435/11440/10047</w:t>
        <w:br/>
        <w:t>f 16443/11449/10056 16326/11332/9939 16435/11440/10047</w:t>
        <w:br/>
        <w:t>f 16506/11511/10117 16505/11512/10118 16503/11508/10114</w:t>
        <w:br/>
        <w:t>f 16502/11509/10115 16506/11511/10117 16503/11508/10114</w:t>
        <w:br/>
        <w:t>f 16253/11261/9868 16254/11260/9867 16507/11513/10119</w:t>
        <w:br/>
        <w:t>f 16508/11514/10120 16208/11213/9820 16203/11212/9819</w:t>
        <w:br/>
        <w:t>f 16302/11306/9913 16328/11335/9942 16333/11339/9946</w:t>
        <w:br/>
        <w:t>f 16333/11339/9946 16334/11340/9947 16301/11307/9914</w:t>
        <w:br/>
        <w:t>f 16302/11306/9913 16333/11339/9946 16301/11307/9914</w:t>
        <w:br/>
        <w:t>f 16334/11340/9947 16335/11342/9949 16509/11515/10121</w:t>
        <w:br/>
        <w:t>f 16301/11307/9914 16334/11340/9947 16509/11515/10121</w:t>
        <w:br/>
        <w:t>f 16319/11325/9932 16320/11324/9931 16338/11344/9951</w:t>
        <w:br/>
        <w:t>f 16337/11343/9950 16319/11325/9932 16338/11344/9951</w:t>
        <w:br/>
        <w:t>f 16510/11516/10122 16341/11345/9952 16339/11347/9954</w:t>
        <w:br/>
        <w:t>f 16168/11175/9782 16182/11188/9795 16184/11189/9796</w:t>
        <w:br/>
        <w:t>f 16173/11178/9785 16168/11175/9782 16184/11189/9796</w:t>
        <w:br/>
        <w:t>f 16157/11164/9771 16161/11167/9774 16156/11165/9772</w:t>
        <w:br/>
        <w:t>f 16393/11399/10006 16142/11148/9755 16143/11147/9754</w:t>
        <w:br/>
        <w:t>f 16416/11421/10028 16193/11199/9806 16160/11168/9775</w:t>
        <w:br/>
        <w:t>f 16193/11199/9806 16162/11166/9773 16160/11168/9775</w:t>
        <w:br/>
        <w:t>f 16195/11202/9809 16512/11517/10123 16511/11518/10124</w:t>
        <w:br/>
        <w:t>f 16171/11180/9787 16195/11202/9809 16511/11518/10124</w:t>
        <w:br/>
        <w:t>f 16194/11198/9805 16327/11333/9940 16513/11519/10125</w:t>
        <w:br/>
        <w:t>f 16193/11199/9806 16194/11198/9805 16513/11519/10125</w:t>
        <w:br/>
        <w:t>f 16195/11202/9809 16196/11201/9808 16299/11304/9911</w:t>
        <w:br/>
        <w:t>f 16295/11303/9910 16195/11202/9809 16299/11304/9911</w:t>
        <w:br/>
        <w:t>f 16311/11318/9925 16299/11304/9911 16196/11201/9808</w:t>
        <w:br/>
        <w:t>f 16197/11203/9810 16311/11318/9925 16196/11201/9808</w:t>
        <w:br/>
        <w:t>f 16197/11203/9810 16513/11519/10125 16327/11333/9940</w:t>
        <w:br/>
        <w:t>f 16311/11318/9925 16197/11203/9810 16327/11333/9940</w:t>
        <w:br/>
        <w:t>f 16295/11303/9910 16514/11520/10126 16195/11202/9809</w:t>
        <w:br/>
        <w:t>f 16387/11395/10002 16388/11394/10001 16515/11521/10127</w:t>
        <w:br/>
        <w:t>f 16369/11375/9982 16340/11346/9953 16516/11522/10128</w:t>
        <w:br/>
        <w:t>f 16242/11246/9853 16353/11359/9966 16517/11523/10129</w:t>
        <w:br/>
        <w:t>f 16246/11254/9861 16364/11371/9978 16352/11360/9967</w:t>
        <w:br/>
        <w:t>f 16252/11257/9864 16246/11254/9861 16352/11360/9967</w:t>
        <w:br/>
        <w:t>f 16265/11270/9877 16241/11247/9854 16264/11271/9878</w:t>
        <w:br/>
        <w:t>f 16244/11250/9857 16245/11249/9856 16518/11524/10130</w:t>
        <w:br/>
        <w:t>f 16249/11255/9862 16268/11274/9881 16234/11242/9849</w:t>
        <w:br/>
        <w:t>f 16248/11252/9859 16249/11255/9862 16234/11242/9849</w:t>
        <w:br/>
        <w:t>f 16245/11249/9856 16235/11241/9848 16518/11524/10130</w:t>
        <w:br/>
        <w:t>f 16383/11390/9997 16520/11525/10131 16519/11526/10132</w:t>
        <w:br/>
        <w:t>f 16380/11388/9995 16383/11390/9997 16519/11526/10132</w:t>
        <w:br/>
        <w:t>f 16521/11527/10133 16382/11386/9993 16380/11388/9995</w:t>
        <w:br/>
        <w:t>f 16519/11526/10132 16521/11527/10133 16380/11388/9995</w:t>
        <w:br/>
        <w:t>f 16522/11528/10134 16378/11384/9991 16382/11386/9993</w:t>
        <w:br/>
        <w:t>f 16521/11527/10133 16522/11528/10134 16382/11386/9993</w:t>
        <w:br/>
        <w:t>f 16523/11529/10135 16377/11382/9989 16378/11384/9991</w:t>
        <w:br/>
        <w:t>f 16522/11528/10134 16523/11529/10135 16378/11384/9991</w:t>
        <w:br/>
        <w:t>f 16377/11382/9989 16523/11529/10135 16524/11530/10136</w:t>
        <w:br/>
        <w:t>f 16376/11383/9990 16377/11382/9989 16524/11530/10136</w:t>
        <w:br/>
        <w:t>f 16515/11521/10127 16526/11531/10137 16525/11532/10138</w:t>
        <w:br/>
        <w:t>f 16528/11533/10139 16527/11534/10140 16292/11299/9906</w:t>
        <w:br/>
        <w:t>f 16293/11298/9905 16528/11533/10139 16292/11299/9906</w:t>
        <w:br/>
        <w:t>f 16331/11337/9944 16292/11299/9906 16527/11534/10140</w:t>
        <w:br/>
        <w:t>f 16529/11535/10141 16331/11337/9944 16527/11534/10140</w:t>
        <w:br/>
        <w:t>f 16305/11312/9919 16315/11320/9927 16530/11536/10142</w:t>
        <w:br/>
        <w:t>f 16531/11537/10143 16305/11312/9919 16530/11536/10142</w:t>
        <w:br/>
        <w:t>f 16304/11313/9920 16305/11312/9919 16531/11537/10143</w:t>
        <w:br/>
        <w:t>f 16532/11538/10144 16304/11313/9920 16531/11537/10143</w:t>
        <w:br/>
        <w:t>f 16532/11538/10144 16533/11539/10145 16304/11313/9920</w:t>
        <w:br/>
        <w:t>f 16535/11540/10146 16534/11541/10147 16325/11328/9935</w:t>
        <w:br/>
        <w:t>f 16529/11535/10141 16530/11536/10142 16315/11320/9927</w:t>
        <w:br/>
        <w:t>f 16331/11337/9944 16529/11535/10141 16315/11320/9927</w:t>
        <w:br/>
        <w:t>f 16522/11528/10134 16521/11527/10133 16530/11536/10142</w:t>
        <w:br/>
        <w:t>f 16529/11535/10141 16522/11528/10134 16530/11536/10142</w:t>
        <w:br/>
        <w:t>f 16521/11527/10133 16519/11526/10132 16531/11537/10143</w:t>
        <w:br/>
        <w:t>f 16530/11536/10142 16521/11527/10133 16531/11537/10143</w:t>
        <w:br/>
        <w:t>f 16528/11533/10139 16524/11530/10136 16523/11529/10135</w:t>
        <w:br/>
        <w:t>f 16527/11534/10140 16528/11533/10139 16523/11529/10135</w:t>
        <w:br/>
        <w:t>f 16525/11532/10138 16536/11542/10148 16535/11540/10146</w:t>
        <w:br/>
        <w:t>f 16519/11526/10132 16520/11525/10131 16532/11538/10144</w:t>
        <w:br/>
        <w:t>f 16531/11537/10143 16519/11526/10132 16532/11538/10144</w:t>
        <w:br/>
        <w:t>f 16522/11528/10134 16529/11535/10141 16527/11534/10140</w:t>
        <w:br/>
        <w:t>f 16523/11529/10135 16522/11528/10134 16527/11534/10140</w:t>
        <w:br/>
        <w:t>f 16534/11541/10147 16537/11543/10149 16325/11328/9935</w:t>
        <w:br/>
        <w:t>f 16228/11235/9842 16446/11454/10061 16447/11453/10060</w:t>
        <w:br/>
        <w:t>f 16538/11544/10150 16228/11235/9842 16447/11453/10060</w:t>
        <w:br/>
        <w:t>f 16540/11545/10151 16448/11452/10059 16449/11455/10062</w:t>
        <w:br/>
        <w:t>f 16539/11546/10152 16540/11545/10151 16449/11455/10062</w:t>
        <w:br/>
        <w:t>f 16543/11547/10153 16542/11548/10154 16541/11549/10155</w:t>
        <w:br/>
        <w:t>f 16445/11450/10057 16462/11465/10072 16459/11468/10075</w:t>
        <w:br/>
        <w:t>f 16444/11451/10058 16445/11450/10057 16459/11468/10075</w:t>
        <w:br/>
        <w:t>f 16545/11550/10156 16214/11220/9827 16215/11219/9826</w:t>
        <w:br/>
        <w:t>f 16544/11551/10157 16545/11550/10156 16215/11219/9826</w:t>
        <w:br/>
        <w:t>f 16547/11552/10158 16224/11231/9838 16225/11230/9837</w:t>
        <w:br/>
        <w:t>f 16546/11553/10159 16547/11552/10158 16225/11230/9837</w:t>
        <w:br/>
        <w:t>f 16549/11554/10160 16151/11156/9763 16152/11155/9762</w:t>
        <w:br/>
        <w:t>f 16548/11555/10161 16549/11554/10160 16152/11155/9762</w:t>
        <w:br/>
        <w:t>f 16550/11556/10162 16137/11143/9750 16134/11142/9749</w:t>
        <w:br/>
        <w:t>f 16402/11408/10015 16403/11407/10014 16551/11557/10163</w:t>
        <w:br/>
        <w:t>f 16402/11408/10015 16551/11557/10163 16552/11558/10164</w:t>
        <w:br/>
        <w:t>f 16406/11412/10019 16402/11408/10015 16552/11558/10164</w:t>
        <w:br/>
        <w:t>f 16403/11407/10014 16136/11140/9747 16137/11143/9750</w:t>
        <w:br/>
        <w:t>f 16553/11559/10165 16403/11407/10014 16137/11143/9750</w:t>
        <w:br/>
        <w:t>f 16551/11557/10163 16553/11559/10165 16554/11560/10166</w:t>
        <w:br/>
        <w:t>f 16551/11557/10163 16554/11560/10166 16555/11561/10167</w:t>
        <w:br/>
        <w:t>f 16552/11558/10164 16551/11557/10163 16555/11561/10167</w:t>
        <w:br/>
        <w:t>f 16422/11431/10038 16423/11430/10037 16556/11562/10168</w:t>
        <w:br/>
        <w:t>f 16550/11556/10162 16422/11431/10038 16556/11562/10168</w:t>
        <w:br/>
        <w:t>f 16537/11543/10149 16324/11329/9936 16325/11328/9935</w:t>
        <w:br/>
        <w:t>f 16526/11531/10137 16536/11542/10148 16525/11532/10138</w:t>
        <w:br/>
        <w:t>f 16411/11419/10026 16412/11418/10025 16420/11427/10034</w:t>
        <w:br/>
        <w:t>f 16421/11426/10033 16411/11419/10026 16420/11427/10034</w:t>
        <w:br/>
        <w:t>f 16425/11428/10035 16557/11563/10169 16424/11429/10036</w:t>
        <w:br/>
        <w:t>f 16151/11156/9763 16549/11554/10160 16558/11564/10170</w:t>
        <w:br/>
        <w:t>f 16185/11192/9799 16151/11156/9763 16558/11564/10170</w:t>
        <w:br/>
        <w:t>f 16561/11565/10171 16560/11566/10172 16559/11567/10173</w:t>
        <w:br/>
        <w:t>f 16300/11308/9915 16308/11315/9922 16495/11501/10107</w:t>
        <w:br/>
        <w:t>f 16430/11439/10046 16563/11568/10174 16562/11569/10175</w:t>
        <w:br/>
        <w:t>f 16433/11436/10043 16430/11439/10046 16562/11569/10175</w:t>
        <w:br/>
        <w:t>f 16217/11223/9830 16458/11461/10068 16455/11464/10071</w:t>
        <w:br/>
        <w:t>f 16216/11224/9831 16217/11223/9830 16455/11464/10071</w:t>
        <w:br/>
        <w:t>f 16565/11570/10176 16564/11571/10177 16273/11278/9885</w:t>
        <w:br/>
        <w:t>f 16275/11280/9887 16565/11570/10176 16273/11278/9885</w:t>
        <w:br/>
        <w:t>f 16564/11571/10177 16566/11572/10178 16258/11265/9872</w:t>
        <w:br/>
        <w:t>f 16273/11278/9885 16564/11571/10177 16258/11265/9872</w:t>
        <w:br/>
        <w:t>f 16568/11573/10179 16128/11136/9743 16567/11574/10180</w:t>
        <w:br/>
        <w:t>f 16568/11573/10179 16565/11570/10176 16275/11280/9887</w:t>
        <w:br/>
        <w:t>f 16276/11283/9890 16568/11573/10179 16275/11280/9887</w:t>
        <w:br/>
        <w:t>f 16418/11423/10030 16570/11575/10181 16569/11576/10182</w:t>
        <w:br/>
        <w:t>f 16427/11432/10039 16418/11423/10030 16569/11576/10182</w:t>
        <w:br/>
        <w:t>f 16390/11396/10003 16499/11504/10110 16498/11505/10111</w:t>
        <w:br/>
        <w:t>f 16515/11521/10127 16571/11577/10183 16387/11395/10002</w:t>
        <w:br/>
        <w:t>f 16128/11136/9743 16568/11573/10179 16572/11578/10184</w:t>
        <w:br/>
        <w:t>f 16327/11333/9940 16194/11198/9805 16287/11293/9900</w:t>
        <w:br/>
        <w:t>f 16326/11332/9939 16327/11333/9940 16287/11293/9900</w:t>
        <w:br/>
        <w:t>f 16326/11332/9939 16443/11449/10056 16312/11317/9924</w:t>
        <w:br/>
        <w:t>f 16182/11188/9795 16156/11165/9772 16161/11167/9774</w:t>
        <w:br/>
        <w:t>f 16184/11189/9796 16182/11188/9795 16161/11167/9774</w:t>
        <w:br/>
        <w:t>f 16419/11425/10032 16159/11162/9769 16156/11165/9772</w:t>
        <w:br/>
        <w:t>f 16182/11188/9795 16419/11425/10032 16156/11165/9772</w:t>
        <w:br/>
        <w:t>f 16409/11415/10022 16408/11414/10021 16573/11579/10185</w:t>
        <w:br/>
        <w:t>f 16404/11410/10017 16409/11415/10022 16573/11579/10185</w:t>
        <w:br/>
        <w:t>f 16166/11171/9778 16180/11187/9794 16573/11579/10185</w:t>
        <w:br/>
        <w:t>f 16408/11414/10021 16166/11171/9778 16573/11579/10185</w:t>
        <w:br/>
        <w:t>f 16158/11163/9770 16574/11580/10186 16157/11164/9771</w:t>
        <w:br/>
        <w:t>f 16404/11410/10017 16159/11162/9769 16419/11425/10032</w:t>
        <w:br/>
        <w:t>f 16428/11434/10041 16404/11410/10017 16419/11425/10032</w:t>
        <w:br/>
        <w:t>f 16166/11171/9778 16555/11561/10167 16575/11581/10187</w:t>
        <w:br/>
        <w:t>f 16408/11414/10021 16406/11412/10019 16552/11558/10164</w:t>
        <w:br/>
        <w:t>f 16554/11560/10166 16576/11582/10188 16575/11581/10187</w:t>
        <w:br/>
        <w:t>f 16555/11561/10167 16554/11560/10166 16575/11581/10187</w:t>
        <w:br/>
        <w:t>f 16577/11583/10189 16150/11157/9764 16186/11191/9798</w:t>
        <w:br/>
        <w:t>f 16132/11138/9745 16205/11210/9817 16206/11209/9816</w:t>
        <w:br/>
        <w:t>f 16133/11137/9744 16131/11139/9746 16579/11584/10190</w:t>
        <w:br/>
        <w:t>f 16578/11585/10191 16133/11137/9744 16579/11584/10190</w:t>
        <w:br/>
        <w:t>f 16203/11212/9819 16145/11153/9760 16206/11209/9816</w:t>
        <w:br/>
        <w:t>f 16203/11212/9819 16204/11211/9818 16580/11586/10192</w:t>
        <w:br/>
        <w:t>f 16508/11514/10120 16203/11212/9819 16580/11586/10192</w:t>
        <w:br/>
        <w:t>f 16424/11429/10036 16557/11563/10169 16578/11585/10191</w:t>
        <w:br/>
        <w:t>f 16579/11584/10190 16424/11429/10036 16578/11585/10191</w:t>
        <w:br/>
        <w:t>f 16582/11587/10193 16581/11588/10194 16576/11582/10188</w:t>
        <w:br/>
        <w:t>f 16554/11560/10166 16582/11587/10193 16576/11582/10188</w:t>
        <w:br/>
        <w:t>f 16582/11587/10193 16554/11560/10166 16553/11559/10165</w:t>
        <w:br/>
        <w:t>f 16550/11556/10162 16556/11562/10168 16137/11143/9750</w:t>
        <w:br/>
        <w:t>f 16379/11385/9992 16382/11386/9993 16378/11384/9991</w:t>
        <w:br/>
        <w:t>f 16371/11378/9985 16366/11373/9980 16367/11372/9979</w:t>
        <w:br/>
        <w:t>f 16313/11319/9926 16328/11335/9942 16302/11306/9913</w:t>
        <w:br/>
        <w:t>f 16333/11339/9946 16328/11335/9942 16314/11321/9928</w:t>
        <w:br/>
        <w:t>f 16436/11442/10049 16287/11293/9900 16290/11294/9901</w:t>
        <w:br/>
        <w:t>f 16488/11493/10099 16500/11506/10112 16487/11494/10100</w:t>
        <w:br/>
        <w:t>f 16369/11375/9982 16516/11522/10128 16368/11376/9983</w:t>
        <w:br/>
        <w:t>f 16583/11589/10195 16339/11347/9954 16340/11346/9953</w:t>
        <w:br/>
        <w:t>f 16250/11256/9863 16510/11516/10122 16339/11347/9954</w:t>
        <w:br/>
        <w:t>f 16238/11243/9850 16282/11288/9895 16237/11244/9851</w:t>
        <w:br/>
        <w:t>f 16586/11590/8627 16585/11591/10196 16584/11592/10197</w:t>
        <w:br/>
        <w:t>f 16547/11552/10158 16460/11467/10074 16461/11466/10073</w:t>
        <w:br/>
        <w:t>f 16213/11221/9828 16547/11552/10158 16461/11466/10073</w:t>
        <w:br/>
        <w:t>f 16257/11266/9873 16258/11265/9872 16566/11572/10178</w:t>
        <w:br/>
        <w:t>f 16587/11593/10198 16257/11266/9873 16566/11572/10178</w:t>
        <w:br/>
        <w:t>f 16140/11144/9751 16188/11194/9801 16189/11193/9800</w:t>
        <w:br/>
        <w:t>f 16140/11144/9751 16588/11594/10199 16139/11145/9752</w:t>
        <w:br/>
        <w:t>f 16169/11174/9781 16419/11425/10032 16182/11188/9795</w:t>
        <w:br/>
        <w:t>f 16429/11435/10042 16589/11595/10200 16321/11327/9934</w:t>
        <w:br/>
        <w:t>f 16536/11542/10148 16590/11596/10201 16535/11540/10146</w:t>
        <w:br/>
        <w:t>f 16535/11540/10146 16590/11596/10201 16534/11541/10147</w:t>
        <w:br/>
        <w:t>f 16591/11597/10202 16383/11390/9997 16385/11392/9999</w:t>
        <w:br/>
        <w:t>f 16570/11575/10181 16418/11423/10030 16170/11173/9780</w:t>
        <w:br/>
        <w:t>f 16175/11182/9789 16570/11575/10181 16170/11173/9780</w:t>
        <w:br/>
        <w:t>f 16401/11409/10016 16592/11598/10203 16403/11407/10014</w:t>
        <w:br/>
        <w:t>f 16593/11599/10204 16208/11213/9820 16508/11514/10120</w:t>
        <w:br/>
        <w:t>f 16572/11578/10184 16568/11573/10179 16276/11283/9890</w:t>
        <w:br/>
        <w:t>f 16572/11578/10184 16276/11283/9890 16594/11600/10205</w:t>
        <w:br/>
        <w:t>f 16594/11600/10205 16277/11282/9889 16593/11599/10204</w:t>
        <w:br/>
        <w:t>f 16594/11600/10205 16276/11283/9890 16277/11282/9889</w:t>
        <w:br/>
        <w:t>f 16140/11144/9751 16189/11193/9800 16588/11594/10199</w:t>
        <w:br/>
        <w:t>f 16167/11176/9783 16595/11601/10206 16176/11181/9788</w:t>
        <w:br/>
        <w:t>f 16396/11400/10007 16394/11402/10009 16596/11602/10207</w:t>
        <w:br/>
        <w:t>f 16596/11602/10207 16598/11603/10208 16597/11604/10209</w:t>
        <w:br/>
        <w:t>f 16279/11285/9892 16280/11284/9891 16600/11605/10210</w:t>
        <w:br/>
        <w:t>f 16599/11606/10211 16279/11285/9892 16600/11605/10210</w:t>
        <w:br/>
        <w:t>f 16601/11607/10212 16444/11451/10058 16459/11468/10075</w:t>
        <w:br/>
        <w:t>f 16602/11608/10213 16601/11607/10212 16459/11468/10075</w:t>
        <w:br/>
        <w:t>f 16460/11467/10074 16602/11608/10213 16459/11468/10075</w:t>
        <w:br/>
        <w:t>f 16460/11467/10074 16547/11552/10158 16546/11553/10159</w:t>
        <w:br/>
        <w:t>f 16602/11608/10213 16460/11467/10074 16546/11553/10159</w:t>
        <w:br/>
        <w:t>f 16397/11404/10011 16454/11460/10067 16603/11609/10214</w:t>
        <w:br/>
        <w:t>f 16397/11404/10011 16458/11461/10068 16217/11223/9830</w:t>
        <w:br/>
        <w:t>f 16454/11460/10067 16452/11457/10064 16451/11458/10065</w:t>
        <w:br/>
        <w:t>f 16603/11609/10214 16454/11460/10067 16451/11458/10065</w:t>
        <w:br/>
        <w:t>f 16397/11404/10011 16217/11223/9830 16400/11405/10012</w:t>
        <w:br/>
        <w:t>f 16604/11610/10215 16235/11241/9848 16399/11406/10013</w:t>
        <w:br/>
        <w:t>f 16399/11406/10013 16218/11222/9829 16604/11610/10215</w:t>
        <w:br/>
        <w:t>f 16606/11611/10216 16237/11244/9851 16605/11612/10217</w:t>
        <w:br/>
        <w:t>f 16244/11250/9857 16518/11524/10130 16219/11228/9835</w:t>
        <w:br/>
        <w:t>f 16220/11227/9834 16244/11250/9857 16219/11228/9835</w:t>
        <w:br/>
        <w:t>f 16607/11613/10218 16243/11251/9858 16373/11379/9986</w:t>
        <w:br/>
        <w:t>f 16339/11347/9954 16607/11613/10218 16373/11379/9986</w:t>
        <w:br/>
        <w:t>f 16583/11589/10195 16369/11375/9982 16374/11381/9988</w:t>
        <w:br/>
        <w:t>f 16375/11380/9987 16583/11589/10195 16374/11381/9988</w:t>
        <w:br/>
        <w:t>f 16363/11368/9975 16370/11374/9981 16362/11369/9976</w:t>
        <w:br/>
        <w:t>f 16362/11369/9976 16370/11374/9981 16492/11497/10103</w:t>
        <w:br/>
        <w:t>f 16501/11507/10113 16464/11470/10077 16471/11477/10083</w:t>
        <w:br/>
        <w:t>f 16464/11470/10077 16465/11469/10076 16472/11478/10084</w:t>
        <w:br/>
        <w:t>f 16471/11477/10083 16464/11470/10077 16472/11478/10084</w:t>
        <w:br/>
        <w:t>f 16482/11487/10093 16483/11486/10092 16476/11485/10091</w:t>
        <w:br/>
        <w:t>f 16477/11484/10090 16482/11487/10093 16476/11485/10091</w:t>
        <w:br/>
        <w:t>f 16350/11354/9961 16482/11487/10093 16477/11484/10090</w:t>
        <w:br/>
        <w:t>f 16344/11348/9955 16350/11354/9961 16477/11484/10090</w:t>
        <w:br/>
        <w:t>f 16344/11348/9955 16499/11504/10110 16349/11355/9962</w:t>
        <w:br/>
        <w:t>f 16350/11354/9961 16344/11348/9955 16349/11355/9962</w:t>
        <w:br/>
        <w:t>f 16494/11500/10106 16349/11355/9962 16499/11504/10110</w:t>
        <w:br/>
        <w:t>f 16390/11396/10003 16494/11500/10106 16499/11504/10110</w:t>
        <w:br/>
        <w:t>f 16386/11391/9998 16387/11395/10002 16385/11392/9999</w:t>
        <w:br/>
        <w:t>f 16385/11392/9999 16387/11395/10002 16591/11597/10202</w:t>
        <w:br/>
        <w:t>f 16520/11525/10131 16383/11390/9997 16591/11597/10202</w:t>
        <w:br/>
        <w:t>f 16608/11614/10219 16386/11391/9998 16383/11390/9997</w:t>
        <w:br/>
        <w:t>f 16384/11389/9996 16608/11614/10219 16383/11390/9997</w:t>
        <w:br/>
        <w:t>f 16390/11396/10003 16387/11395/10002 16386/11391/9998</w:t>
        <w:br/>
        <w:t>f 16608/11614/10219 16390/11396/10003 16386/11391/9998</w:t>
        <w:br/>
        <w:t>f 16609/11615/10220 16520/11525/10131 16591/11597/10202</w:t>
        <w:br/>
        <w:t>f 16384/11389/9996 16494/11500/10106 16608/11614/10219</w:t>
        <w:br/>
        <w:t>f 16608/11614/10219 16494/11500/10106 16390/11396/10003</w:t>
        <w:br/>
        <w:t>f 16490/11495/10101 16491/11498/10104 16501/11507/10113</w:t>
        <w:br/>
        <w:t>f 16467/11475/10081 16490/11495/10101 16501/11507/10113</w:t>
        <w:br/>
        <w:t>f 16501/11507/10113 16491/11498/10104 16487/11494/10100</w:t>
        <w:br/>
        <w:t>f 16501/11507/10113 16487/11494/10100 16464/11470/10077</w:t>
        <w:br/>
        <w:t>f 16356/11365/9972 16362/11369/9976 16492/11497/10103</w:t>
        <w:br/>
        <w:t>f 16490/11495/10101 16356/11365/9972 16492/11497/10103</w:t>
        <w:br/>
        <w:t>f 16487/11494/10100 16491/11498/10104 16492/11497/10103</w:t>
        <w:br/>
        <w:t>f 16370/11374/9981 16487/11494/10100 16492/11497/10103</w:t>
        <w:br/>
        <w:t>f 16357/11364/9971 16374/11381/9988 16363/11368/9975</w:t>
        <w:br/>
        <w:t>f 16356/11365/9972 16357/11364/9971 16363/11368/9975</w:t>
        <w:br/>
        <w:t>f 16363/11368/9975 16374/11381/9988 16369/11375/9982</w:t>
        <w:br/>
        <w:t>f 16363/11368/9975 16369/11375/9982 16370/11374/9981</w:t>
        <w:br/>
        <w:t>f 16340/11346/9953 16369/11375/9982 16583/11589/10195</w:t>
        <w:br/>
        <w:t>f 16375/11380/9987 16610/11616/10221 16583/11589/10195</w:t>
        <w:br/>
        <w:t>f 16611/11617/10222 16607/11613/10218 16339/11347/9954</w:t>
        <w:br/>
        <w:t>f 16612/11618/10223 16607/11613/10218 16611/11617/10222</w:t>
        <w:br/>
        <w:t>f 16610/11616/10221 16375/11380/9987 16357/11364/9971</w:t>
        <w:br/>
        <w:t>f 16610/11616/10221 16357/11364/9971 16612/11618/10223</w:t>
        <w:br/>
        <w:t>f 16610/11616/10221 16611/11617/10222 16339/11347/9954</w:t>
        <w:br/>
        <w:t>f 16610/11616/10221 16339/11347/9954 16583/11589/10195</w:t>
        <w:br/>
        <w:t>f 16243/11251/9858 16244/11250/9857 16220/11227/9834</w:t>
        <w:br/>
        <w:t>f 16373/11379/9986 16243/11251/9858 16220/11227/9834</w:t>
        <w:br/>
        <w:t>f 16373/11379/9986 16220/11227/9834 16250/11256/9863</w:t>
        <w:br/>
        <w:t>f 16243/11251/9858 16607/11613/10218 16612/11618/10223</w:t>
        <w:br/>
        <w:t>f 16612/11618/10223 16245/11249/9856 16243/11251/9858</w:t>
        <w:br/>
        <w:t>f 16235/11241/9848 16606/11611/10216 16605/11612/10217</w:t>
        <w:br/>
        <w:t>f 16518/11524/10130 16235/11241/9848 16605/11612/10217</w:t>
        <w:br/>
        <w:t>f 16219/11228/9835 16518/11524/10130 16605/11612/10217</w:t>
        <w:br/>
        <w:t>f 16237/11244/9851 16219/11228/9835 16605/11612/10217</w:t>
        <w:br/>
        <w:t>f 16604/11610/10215 16606/11611/10216 16235/11241/9848</w:t>
        <w:br/>
        <w:t>f 16218/11222/9829 16237/11244/9851 16606/11611/10216</w:t>
        <w:br/>
        <w:t>f 16604/11610/10215 16218/11222/9829 16606/11611/10216</w:t>
        <w:br/>
        <w:t>f 16236/11240/9847 16397/11404/10011 16400/11405/10012</w:t>
        <w:br/>
        <w:t>f 16218/11222/9829 16400/11405/10012 16217/11223/9830</w:t>
        <w:br/>
        <w:t>f 16609/11615/10220 16525/11532/10138 16613/11619/10224</w:t>
        <w:br/>
        <w:t>f 16613/11619/10224 16614/11620/10225 16532/11538/10144</w:t>
        <w:br/>
        <w:t>f 16520/11525/10131 16613/11619/10224 16532/11538/10144</w:t>
        <w:br/>
        <w:t>f 16535/11540/10146 16614/11620/10225 16613/11619/10224</w:t>
        <w:br/>
        <w:t>f 16525/11532/10138 16535/11540/10146 16613/11619/10224</w:t>
        <w:br/>
        <w:t>f 16533/11539/10145 16325/11328/9935 16615/11621/10226</w:t>
        <w:br/>
        <w:t>f 16310/11316/9923 16322/11331/9938 16336/11341/9948</w:t>
        <w:br/>
        <w:t>f 16338/11344/9951 16335/11342/9949 16336/11341/9948</w:t>
        <w:br/>
        <w:t>f 16322/11331/9938 16338/11344/9951 16336/11341/9948</w:t>
        <w:br/>
        <w:t>f 16320/11324/9931 16509/11515/10121 16335/11342/9949</w:t>
        <w:br/>
        <w:t>f 16338/11344/9951 16320/11324/9931 16335/11342/9949</w:t>
        <w:br/>
        <w:t>f 16609/11615/10220 16613/11619/10224 16520/11525/10131</w:t>
        <w:br/>
        <w:t>f 16609/11615/10220 16571/11577/10183 16525/11532/10138</w:t>
        <w:br/>
        <w:t>f 16532/11538/10144 16614/11620/10225 16533/11539/10145</w:t>
        <w:br/>
        <w:t>f 16533/11539/10145 16615/11621/10226 16304/11313/9920</w:t>
        <w:br/>
        <w:t>f 16533/11539/10145 16614/11620/10225 16535/11540/10146</w:t>
        <w:br/>
        <w:t>f 16533/11539/10145 16535/11540/10146 16325/11328/9935</w:t>
        <w:br/>
        <w:t>f 16304/11313/9920 16615/11621/10226 16310/11316/9923</w:t>
        <w:br/>
        <w:t>f 16310/11316/9923 16336/11341/9948 16307/11310/9917</w:t>
        <w:br/>
        <w:t>f 16310/11316/9923 16615/11621/10226 16325/11328/9935</w:t>
        <w:br/>
        <w:t>f 16310/11316/9923 16325/11328/9935 16322/11331/9938</w:t>
        <w:br/>
        <w:t>f 16610/11616/10221 16612/11618/10223 16611/11617/10222</w:t>
        <w:br/>
        <w:t>f 16561/11565/10171 16559/11567/10173 16589/11595/10200</w:t>
        <w:br/>
        <w:t>f 16429/11435/10042 16561/11565/10171 16589/11595/10200</w:t>
        <w:br/>
        <w:t>f 16616/11622/10227 16495/11501/10107 16308/11315/9922</w:t>
        <w:br/>
        <w:t>f 16309/11314/9921 16321/11327/9934 16308/11315/9922</w:t>
        <w:br/>
        <w:t>f 16308/11315/9922 16321/11327/9934 16589/11595/10200</w:t>
        <w:br/>
        <w:t>f 16308/11315/9922 16589/11595/10200 16559/11567/10173</w:t>
        <w:br/>
        <w:t>f 16616/11622/10227 16308/11315/9922 16559/11567/10173</w:t>
        <w:br/>
        <w:t>f 16506/11511/10117 16502/11509/10115 16562/11569/10175</w:t>
        <w:br/>
        <w:t>f 16563/11568/10174 16506/11511/10117 16562/11569/10175</w:t>
        <w:br/>
        <w:t>f 16504/11510/10116 16438/11443/10050 16442/11448/10055</w:t>
        <w:br/>
        <w:t>f 16317/11322/9929 16441/11447/10054 16442/11448/10055</w:t>
        <w:br/>
        <w:t>f 16438/11443/10050 16317/11322/9929 16442/11448/10055</w:t>
        <w:br/>
        <w:t>f 16441/11447/10054 16317/11322/9929 16283/11291/9898</w:t>
        <w:br/>
        <w:t>f 16296/11302/9909 16283/11291/9898 16617/11623/10228</w:t>
        <w:br/>
        <w:t>f 16617/11623/10228 16283/11291/9898 16284/11290/9897</w:t>
        <w:br/>
        <w:t>f 16617/11623/10228 16284/11290/9897 16391/11398/10005</w:t>
        <w:br/>
        <w:t>f 16618/11624/10229 16514/11520/10126 16391/11398/10005</w:t>
        <w:br/>
        <w:t>f 16618/11624/10229 16391/11398/10005 16143/11147/9754</w:t>
        <w:br/>
        <w:t>f 16618/11624/10229 16143/11147/9754 16512/11517/10123</w:t>
        <w:br/>
        <w:t>f 16177/11183/9790 16139/11145/9752 16619/11625/10230</w:t>
        <w:br/>
        <w:t>f 16619/11625/10230 16139/11145/9752 16588/11594/10199</w:t>
        <w:br/>
        <w:t>f 16595/11601/10206 16588/11594/10199 16176/11181/9788</w:t>
        <w:br/>
        <w:t>f 16176/11181/9788 16588/11594/10199 16189/11193/9800</w:t>
        <w:br/>
        <w:t>f 16190/11196/9803 16175/11182/9789 16176/11181/9788</w:t>
        <w:br/>
        <w:t>f 16189/11193/9800 16190/11196/9803 16176/11181/9788</w:t>
        <w:br/>
        <w:t>f 16420/11427/10034 16570/11575/10181 16175/11182/9789</w:t>
        <w:br/>
        <w:t>f 16190/11196/9803 16420/11427/10034 16175/11182/9789</w:t>
        <w:br/>
        <w:t>f 16570/11575/10181 16420/11427/10034 16412/11418/10025</w:t>
        <w:br/>
        <w:t>f 16570/11575/10181 16412/11418/10025 16569/11576/10182</w:t>
        <w:br/>
        <w:t>f 16569/11576/10182 16412/11418/10025 16413/11417/10024</w:t>
        <w:br/>
        <w:t>f 16569/11576/10182 16413/11417/10024 16407/11413/10020</w:t>
        <w:br/>
        <w:t>f 16569/11576/10182 16407/11413/10020 16403/11407/10014</w:t>
        <w:br/>
        <w:t>f 16195/11202/9809 16618/11624/10229 16512/11517/10123</w:t>
        <w:br/>
        <w:t>f 16300/11308/9915 16301/11307/9914 16309/11314/9921</w:t>
        <w:br/>
        <w:t>f 16309/11314/9921 16320/11324/9931 16321/11327/9934</w:t>
        <w:br/>
        <w:t>f 16309/11314/9921 16509/11515/10121 16320/11324/9931</w:t>
        <w:br/>
        <w:t>f 16301/11307/9914 16509/11515/10121 16309/11314/9921</w:t>
        <w:br/>
        <w:t>f 16433/11436/10043 16562/11569/10175 16504/11510/10116</w:t>
        <w:br/>
        <w:t>f 16504/11510/10116 16562/11569/10175 16502/11509/10115</w:t>
        <w:br/>
        <w:t>f 16439/11446/10053 16433/11436/10043 16504/11510/10116</w:t>
        <w:br/>
        <w:t>f 16504/11510/10116 16502/11509/10115 16438/11443/10050</w:t>
        <w:br/>
        <w:t>f 16296/11302/9909 16441/11447/10054 16283/11291/9898</w:t>
        <w:br/>
        <w:t>f 16296/11302/9909 16617/11623/10228 16295/11303/9910</w:t>
        <w:br/>
        <w:t>f 16297/11301/9908 16441/11447/10054 16296/11302/9909</w:t>
        <w:br/>
        <w:t>f 16514/11520/10126 16617/11623/10228 16391/11398/10005</w:t>
        <w:br/>
        <w:t>f 16295/11303/9910 16617/11623/10228 16514/11520/10126</w:t>
        <w:br/>
        <w:t>f 16514/11520/10126 16618/11624/10229 16195/11202/9809</w:t>
        <w:br/>
        <w:t>f 16144/11150/9757 16511/11518/10124 16512/11517/10123</w:t>
        <w:br/>
        <w:t>f 16143/11147/9754 16144/11150/9757 16512/11517/10123</w:t>
        <w:br/>
        <w:t>f 16171/11180/9787 16511/11518/10124 16177/11183/9790</w:t>
        <w:br/>
        <w:t>f 16177/11183/9790 16619/11625/10230 16174/11177/9784</w:t>
        <w:br/>
        <w:t>f 16177/11183/9790 16144/11150/9757 16139/11145/9752</w:t>
        <w:br/>
        <w:t>f 16177/11183/9790 16511/11518/10124 16144/11150/9757</w:t>
        <w:br/>
        <w:t>f 16174/11177/9784 16619/11625/10230 16595/11601/10206</w:t>
        <w:br/>
        <w:t>f 16167/11176/9783 16174/11177/9784 16595/11601/10206</w:t>
        <w:br/>
        <w:t>f 16595/11601/10206 16619/11625/10230 16588/11594/10199</w:t>
        <w:br/>
        <w:t>f 16581/11588/10194 16582/11587/10193 16424/11429/10036</w:t>
        <w:br/>
        <w:t>f 16558/11564/10170 16424/11429/10036 16185/11192/9799</w:t>
        <w:br/>
        <w:t>f 16185/11192/9799 16424/11429/10036 16579/11584/10190</w:t>
        <w:br/>
        <w:t>f 16131/11139/9746 16186/11191/9798 16185/11192/9799</w:t>
        <w:br/>
        <w:t>f 16579/11584/10190 16131/11139/9746 16185/11192/9799</w:t>
        <w:br/>
        <w:t>f 16620/11626/10231 16146/11152/9759 16577/11583/10189</w:t>
        <w:br/>
        <w:t>f 16577/11583/10189 16132/11138/9745 16620/11626/10231</w:t>
        <w:br/>
        <w:t>f 16206/11209/9816 16620/11626/10231 16132/11138/9745</w:t>
        <w:br/>
        <w:t>f 16621/11627/10232 16593/11599/10204 16508/11514/10120</w:t>
        <w:br/>
        <w:t>f 16580/11586/10192 16621/11627/10232 16508/11514/10120</w:t>
        <w:br/>
        <w:t>f 16593/11599/10204 16621/11627/10232 16622/11628/10233</w:t>
        <w:br/>
        <w:t>f 16593/11599/10204 16622/11628/10233 16594/11600/10205</w:t>
        <w:br/>
        <w:t>f 16572/11578/10184 16594/11600/10205 16622/11628/10233</w:t>
        <w:br/>
        <w:t>f 16572/11578/10184 16622/11628/10233 16128/11136/9743</w:t>
        <w:br/>
        <w:t>f 16620/11626/10231 16206/11209/9816 16146/11152/9759</w:t>
        <w:br/>
        <w:t>f 16577/11583/10189 16131/11139/9746 16132/11138/9745</w:t>
        <w:br/>
        <w:t>f 16577/11583/10189 16186/11191/9798 16131/11139/9746</w:t>
        <w:br/>
        <w:t>f 16206/11209/9816 16145/11153/9760 16146/11152/9759</w:t>
        <w:br/>
        <w:t>f 16203/11212/9819 16208/11213/9820 16145/11153/9760</w:t>
        <w:br/>
        <w:t>f 16593/11599/10204 16277/11282/9889 16208/11213/9820</w:t>
        <w:br/>
        <w:t>f 16577/11583/10189 16146/11152/9759 16150/11157/9764</w:t>
        <w:br/>
        <w:t>f 16403/11407/10014 16553/11559/10165 16551/11557/10163</w:t>
        <w:br/>
        <w:t>f 16424/11429/10036 16582/11587/10193 16423/11430/10037</w:t>
        <w:br/>
        <w:t>f 16423/11430/10037 16582/11587/10193 16553/11559/10165</w:t>
        <w:br/>
        <w:t>f 16556/11562/10168 16423/11430/10037 16553/11559/10165</w:t>
        <w:br/>
        <w:t>f 16556/11562/10168 16553/11559/10165 16137/11143/9750</w:t>
        <w:br/>
        <w:t>f 16591/11597/10202 16387/11395/10002 16571/11577/10183</w:t>
        <w:br/>
        <w:t>f 16609/11615/10220 16591/11597/10202 16571/11577/10183</w:t>
        <w:br/>
        <w:t>f 16515/11521/10127 16525/11532/10138 16571/11577/10183</w:t>
        <w:br/>
        <w:t>f 16517/11523/10129 16353/11359/9966 16354/11358/9965</w:t>
        <w:br/>
        <w:t>f 16354/11358/9965 16347/11351/9958 16517/11523/10129</w:t>
        <w:br/>
        <w:t>f 16290/11294/9901 16192/11200/9807 16289/11295/9902</w:t>
        <w:br/>
        <w:t>f 16290/11294/9901 16287/11293/9900 16192/11200/9807</w:t>
        <w:br/>
        <w:t>f 16477/11484/10090 16478/11483/10089 16343/11349/9956</w:t>
        <w:br/>
        <w:t>f 16344/11348/9955 16477/11484/10090 16343/11349/9956</w:t>
        <w:br/>
        <w:t>f 16390/11396/10003 16498/11505/10111 16389/11393/10000</w:t>
        <w:br/>
        <w:t>f 16166/11171/9778 16548/11555/10161 16152/11155/9762</w:t>
        <w:br/>
        <w:t>f 16152/11155/9762 16149/11158/9765 16165/11172/9779</w:t>
        <w:br/>
        <w:t>f 16166/11171/9778 16552/11558/10164 16555/11561/10167</w:t>
        <w:br/>
        <w:t>f 16166/11171/9778 16408/11414/10021 16552/11558/10164</w:t>
        <w:br/>
        <w:t>f 16347/11351/9958 16345/11353/9960 16517/11523/10129</w:t>
        <w:br/>
        <w:t>f 16416/11421/10028 16192/11200/9807 16193/11199/9806</w:t>
        <w:br/>
        <w:t>f 16157/11164/9771 16160/11168/9775 16161/11167/9774</w:t>
        <w:br/>
        <w:t>f 16193/11199/9806 16513/11519/10125 16162/11166/9773</w:t>
        <w:br/>
        <w:t>f 16154/11160/9767 16574/11580/10186 16153/11161/9768</w:t>
        <w:br/>
        <w:t>f 16574/11580/10186 16415/11422/10029 16157/11164/9771</w:t>
        <w:br/>
        <w:t>f 16180/11187/9794 16181/11186/9793 16199/11205/9812</w:t>
        <w:br/>
        <w:t>f 16199/11205/9812 16153/11161/9768 16198/11206/9813</w:t>
        <w:br/>
        <w:t>f 16573/11579/10185 16180/11187/9794 16199/11205/9812</w:t>
        <w:br/>
        <w:t>f 16181/11186/9793 16153/11161/9768 16199/11205/9812</w:t>
        <w:br/>
        <w:t>f 16404/11410/10017 16573/11579/10185 16199/11205/9812</w:t>
        <w:br/>
        <w:t>f 16587/11593/10198 16627/11629/10234 16257/11266/9873</w:t>
        <w:br/>
        <w:t>f 16642/11630/10235 16641/11631/10236 16395/11401/10008</w:t>
        <w:br/>
        <w:t>f 16640/11632/10237 16642/11630/10235 16395/11401/10008</w:t>
        <w:br/>
        <w:t>f 16601/11607/10212 16602/11608/10213 16447/11453/10060</w:t>
        <w:br/>
        <w:t>f 16448/11452/10059 16601/11607/10212 16447/11453/10060</w:t>
        <w:br/>
        <w:t>f 16602/11608/10213 16546/11553/10159 16538/11544/10150</w:t>
        <w:br/>
        <w:t>f 16447/11453/10060 16602/11608/10213 16538/11544/10150</w:t>
        <w:br/>
        <w:t>f 16546/11553/10159 16225/11230/9837 16232/11238/9845</w:t>
        <w:br/>
        <w:t>f 16538/11544/10150 16546/11553/10159 16232/11238/9845</w:t>
        <w:br/>
        <w:t>f 16225/11230/9837 16226/11229/9836 16231/11239/9846</w:t>
        <w:br/>
        <w:t>f 16232/11238/9845 16225/11230/9837 16231/11239/9846</w:t>
        <w:br/>
        <w:t>f 16398/11403/10010 16645/11633/10238 16452/11457/10064</w:t>
        <w:br/>
        <w:t>f 16398/11403/10010 16452/11457/10064 16454/11460/10067</w:t>
        <w:br/>
        <w:t>f 16231/11239/9846 16226/11229/9836 16452/11457/10064</w:t>
        <w:br/>
        <w:t>f 16235/11241/9848 16236/11240/9847 16399/11406/10013</w:t>
        <w:br/>
        <w:t>f 16218/11222/9829 16399/11406/10013 16400/11405/10012</w:t>
        <w:br/>
        <w:t>f 16640/11632/10237 16647/11634/10239 16646/11635/10240</w:t>
        <w:br/>
        <w:t>f 16642/11630/10235 16640/11632/10237 16646/11635/10240</w:t>
        <w:br/>
        <w:t>f 16647/11634/10239 16649/11636/10241 16648/11637/10242</w:t>
        <w:br/>
        <w:t>f 16646/11635/10240 16647/11634/10239 16648/11637/10242</w:t>
        <w:br/>
        <w:t>f 16538/11544/10150 16232/11238/9845 16227/11236/9843</w:t>
        <w:br/>
        <w:t>f 16228/11235/9842 16538/11544/10150 16227/11236/9843</w:t>
        <w:br/>
        <w:t>f 16645/11633/10238 16398/11403/10010 16269/11273/9880</w:t>
        <w:br/>
        <w:t>f 16453/11459/10066 16645/11633/10238 16269/11273/9880</w:t>
        <w:br/>
        <w:t>f 16269/11273/9880 16236/11240/9847 16234/11242/9849</w:t>
        <w:br/>
        <w:t>f 16269/11273/9880 16398/11403/10010 16236/11240/9847</w:t>
        <w:br/>
        <w:t>f 16641/11631/10236 16642/11630/10235 16650/11638/10243</w:t>
        <w:br/>
        <w:t>f 16651/11639/10244 16641/11631/10236 16650/11638/10243</w:t>
        <w:br/>
        <w:t>f 16642/11630/10235 16646/11635/10240 16652/11640/10245</w:t>
        <w:br/>
        <w:t>f 16650/11638/10243 16642/11630/10235 16652/11640/10245</w:t>
        <w:br/>
        <w:t>f 16646/11635/10240 16648/11637/10242 16653/11641/10246</w:t>
        <w:br/>
        <w:t>f 16652/11640/10245 16646/11635/10240 16653/11641/10246</w:t>
        <w:br/>
        <w:t>f 16539/11546/10152 16449/11455/10062 16655/11642/10247</w:t>
        <w:br/>
        <w:t>f 16654/11643/10248 16539/11546/10152 16655/11642/10247</w:t>
        <w:br/>
        <w:t>f 16449/11455/10062 16446/11454/10061 16656/11644/10249</w:t>
        <w:br/>
        <w:t>f 16655/11642/10247 16449/11455/10062 16656/11644/10249</w:t>
        <w:br/>
        <w:t>f 16446/11454/10061 16228/11235/9842 16229/11234/9841</w:t>
        <w:br/>
        <w:t>f 16657/11645/10250 16446/11454/10061 16229/11234/9841</w:t>
        <w:br/>
        <w:t>f 16251/11258/9865 16270/11276/9883 16268/11274/9881</w:t>
        <w:br/>
        <w:t>f 16249/11255/9862 16251/11258/9865 16268/11274/9881</w:t>
        <w:br/>
        <w:t>f 16267/11275/9882 16658/11646/10251 16453/11459/10066</w:t>
        <w:br/>
        <w:t>f 16266/11269/9876 16450/11456/10063 16658/11646/10251</w:t>
        <w:br/>
        <w:t>f 16271/11277/9884 16266/11269/9876 16658/11646/10251</w:t>
        <w:br/>
        <w:t>f 16239/11245/9852 16541/11549/10155 16230/11233/9840</w:t>
        <w:br/>
        <w:t>f 16230/11233/9840 16541/11549/10155 16229/11234/9841</w:t>
        <w:br/>
        <w:t>f 16267/11275/9882 16271/11277/9884 16658/11646/10251</w:t>
        <w:br/>
        <w:t>f 16271/11277/9884 16270/11276/9883 16265/11270/9877</w:t>
        <w:br/>
        <w:t>f 16266/11269/9876 16271/11277/9884 16265/11270/9877</w:t>
        <w:br/>
        <w:t>f 16270/11276/9883 16251/11258/9865 16241/11247/9854</w:t>
        <w:br/>
        <w:t>f 16265/11270/9877 16270/11276/9883 16241/11247/9854</w:t>
        <w:br/>
        <w:t>f 16251/11258/9865 16252/11257/9864 16240/11248/9855</w:t>
        <w:br/>
        <w:t>f 16241/11247/9854 16251/11258/9865 16240/11248/9855</w:t>
        <w:br/>
        <w:t>f 16252/11257/9864 16352/11360/9967 16353/11359/9966</w:t>
        <w:br/>
        <w:t>f 16240/11248/9855 16252/11257/9864 16353/11359/9966</w:t>
        <w:br/>
        <w:t>f 16242/11246/9853 16264/11271/9878 16241/11247/9854</w:t>
        <w:br/>
        <w:t>f 16242/11246/9853 16240/11248/9855 16353/11359/9966</w:t>
        <w:br/>
        <w:t>f 16474/11480/10086 16475/11481/10087 16355/11361/9968</w:t>
        <w:br/>
        <w:t>f 16486/11492/10098 16366/11373/9980 16371/11378/9985</w:t>
        <w:br/>
        <w:t>f 16651/11639/10244 16650/11638/10243 16254/11260/9867</w:t>
        <w:br/>
        <w:t>f 16255/11259/9866 16651/11639/10244 16254/11260/9867</w:t>
        <w:br/>
        <w:t>f 16650/11638/10243 16652/11640/10245 16507/11513/10119</w:t>
        <w:br/>
        <w:t>f 16254/11260/9867 16650/11638/10243 16507/11513/10119</w:t>
        <w:br/>
        <w:t>f 16652/11640/10245 16653/11641/10246 16659/11647/10252</w:t>
        <w:br/>
        <w:t>f 16507/11513/10119 16652/11640/10245 16659/11647/10252</w:t>
        <w:br/>
        <w:t>f 16542/11548/10154 16657/11645/10250 16541/11549/10155</w:t>
        <w:br/>
        <w:t>f 16263/11272/9879 16253/11261/9868 16507/11513/10119</w:t>
        <w:br/>
        <w:t>f 16263/11272/9879 16661/11648/10253 16660/11649/10254</w:t>
        <w:br/>
        <w:t>f 16660/11649/10254 16655/11642/10247 16656/11644/10249</w:t>
        <w:br/>
        <w:t>f 16657/11645/10250 16229/11234/9841 16541/11549/10155</w:t>
        <w:br/>
        <w:t>f 16649/11636/10241 16540/11545/10151 16539/11546/10152</w:t>
        <w:br/>
        <w:t>f 16648/11637/10242 16649/11636/10241 16539/11546/10152</w:t>
        <w:br/>
        <w:t>f 16648/11637/10242 16539/11546/10152 16654/11643/10248</w:t>
        <w:br/>
        <w:t>f 16653/11641/10246 16648/11637/10242 16654/11643/10248</w:t>
        <w:br/>
        <w:t>f 16601/11607/10212 16448/11452/10059 16540/11545/10151</w:t>
        <w:br/>
        <w:t>f 16662/11650/10255 16601/11607/10212 16540/11545/10151</w:t>
        <w:br/>
        <w:t>f 16653/11641/10246 16654/11643/10248 16661/11648/10253</w:t>
        <w:br/>
        <w:t>f 16659/11647/10252 16653/11641/10246 16661/11648/10253</w:t>
        <w:br/>
        <w:t>f 16654/11643/10248 16655/11642/10247 16660/11649/10254</w:t>
        <w:br/>
        <w:t>f 16661/11648/10253 16654/11643/10248 16660/11649/10254</w:t>
        <w:br/>
        <w:t>f 16263/11272/9879 16659/11647/10252 16661/11648/10253</w:t>
        <w:br/>
        <w:t>f 16263/11272/9879 16507/11513/10119 16659/11647/10252</w:t>
        <w:br/>
        <w:t>f 16662/11650/10255 16600/11605/10210 16280/11284/9891</w:t>
        <w:br/>
        <w:t>f 16444/11451/10058 16662/11650/10255 16280/11284/9891</w:t>
        <w:br/>
        <w:t>f 16394/11402/10009 16598/11603/10208 16596/11602/10207</w:t>
        <w:br/>
        <w:t>f 16235/11241/9848 16245/11249/9856 16248/11252/9859</w:t>
        <w:br/>
        <w:t>f 16234/11242/9849 16235/11241/9848 16248/11252/9859</w:t>
        <w:br/>
        <w:t>f 16245/11249/9856 16612/11618/10223 16247/11253/9860</w:t>
        <w:br/>
        <w:t>f 16248/11252/9859 16245/11249/9856 16247/11253/9860</w:t>
        <w:br/>
        <w:t>f 16612/11618/10223 16357/11364/9971 16358/11363/9970</w:t>
        <w:br/>
        <w:t>f 16247/11253/9860 16612/11618/10223 16358/11363/9970</w:t>
        <w:br/>
        <w:t>f 16395/11401/10008 16396/11400/10007 16640/11632/10237</w:t>
        <w:br/>
        <w:t>f 16597/11604/10209 16673/11651/10256 16647/11634/10239</w:t>
        <w:br/>
        <w:t>f 16640/11632/10237 16597/11604/10209 16647/11634/10239</w:t>
        <w:br/>
        <w:t>f 16647/11634/10239 16599/11606/10211 16649/11636/10241</w:t>
        <w:br/>
        <w:t>f 16649/11636/10241 16600/11605/10210 16662/11650/10255</w:t>
        <w:br/>
        <w:t>f 16540/11545/10151 16649/11636/10241 16662/11650/10255</w:t>
        <w:br/>
        <w:t>f 16396/11400/10007 16596/11602/10207 16640/11632/10237</w:t>
        <w:br/>
        <w:t>f 16640/11632/10237 16596/11602/10207 16597/11604/10209</w:t>
        <w:br/>
        <w:t>f 16673/11651/10256 16599/11606/10211 16647/11634/10239</w:t>
        <w:br/>
        <w:t>f 16599/11606/10211 16600/11605/10210 16649/11636/10241</w:t>
        <w:br/>
        <w:t>f 16394/11402/10009 16674/11652/10257 16598/11603/10208</w:t>
        <w:br/>
        <w:t>f 16674/11652/10257 16278/11286/9893 16279/11285/9892</w:t>
        <w:br/>
        <w:t>f 16598/11603/10208 16674/11652/10257 16279/11285/9892</w:t>
        <w:br/>
        <w:t>f 16547/11552/10158 16214/11220/9827 16224/11231/9838</w:t>
        <w:br/>
        <w:t>f 16214/11220/9827 16545/11550/10156 16223/11232/9839</w:t>
        <w:br/>
        <w:t>f 16224/11231/9838 16214/11220/9827 16223/11232/9839</w:t>
        <w:br/>
        <w:t>f 16223/11232/9839 16457/11462/10069 16451/11458/10065</w:t>
        <w:br/>
        <w:t>f 16451/11458/10065 16458/11461/10068 16603/11609/10214</w:t>
        <w:br/>
        <w:t>f 16603/11609/10214 16458/11461/10068 16397/11404/10011</w:t>
        <w:br/>
        <w:t>f 16457/11462/10069 16458/11461/10068 16451/11458/10065</w:t>
        <w:br/>
        <w:t>f 16601/11607/10212 16662/11650/10255 16444/11451/10058</w:t>
        <w:br/>
        <w:t>f 16673/11651/10256 16597/11604/10209 16598/11603/10208</w:t>
        <w:br/>
        <w:t>f 16279/11285/9892 16673/11651/10256 16598/11603/10208</w:t>
        <w:br/>
        <w:t>f 16279/11285/9892 16599/11606/10211 16673/11651/10256</w:t>
        <w:br/>
        <w:t>f 16214/11220/9827 16547/11552/10158 16213/11221/9828</w:t>
        <w:br/>
        <w:t>f 16513/11519/10125 16197/11203/9810 16183/11190/9797</w:t>
        <w:br/>
        <w:t>f 16162/11166/9773 16513/11519/10125 16183/11190/9797</w:t>
        <w:br/>
        <w:t>f 16587/11593/10198 17110/11653/10258 16627/11629/10234</w:t>
        <w:br/>
        <w:t>f 16627/11629/10234 16261/11268/9875 16257/11266/9873</w:t>
        <w:br/>
        <w:t>f 32174/11654/10259 32175/11655/10260 32173/11656/10261</w:t>
        <w:br/>
        <w:t>f 32175/11655/10260 32176/11657/10262 32173/11656/10261</w:t>
        <w:br/>
        <w:t>f 32178/11658/10263 32179/11659/10264 32177/11660/10265</w:t>
        <w:br/>
        <w:t>f 32179/11659/10264 32180/11661/10266 32177/11660/10265</w:t>
        <w:br/>
        <w:t>f 32182/11662/10267 32183/11663/10268 32181/11664/10269</w:t>
        <w:br/>
        <w:t>f 32183/11663/10268 32184/11665/10270 32181/11664/10269</w:t>
        <w:br/>
        <w:t>f 32186/11666/10271 32187/11667/10272 32185/11668/10273</w:t>
        <w:br/>
        <w:t>f 32187/11667/10272 32188/11669/10274 32185/11668/10273</w:t>
        <w:br/>
        <w:t>f 32190/11670/10275 32175/11655/10260 32189/11671/10276</w:t>
        <w:br/>
        <w:t>f 32175/11655/10260 32191/11672/10277 32189/11671/10276</w:t>
        <w:br/>
        <w:t>f 32193/11673/10278 32194/11674/10279 32192/11675/10280</w:t>
        <w:br/>
        <w:t>f 32194/11674/10279 32184/11665/10270 32192/11675/10280</w:t>
        <w:br/>
        <w:t>f 32196/11676/10281 32197/11677/10282 32195/11678/10283</w:t>
        <w:br/>
        <w:t>f 32197/11677/10282 32186/11666/10271 32195/11678/10283</w:t>
        <w:br/>
        <w:t>f 32198/11679/10284 32199/11680/10285 32197/11677/10282</w:t>
        <w:br/>
        <w:t>f 32199/11680/10285 32200/11681/10286 32197/11677/10282</w:t>
        <w:br/>
        <w:t>f 32198/11679/10284 32201/11682/10287 32183/11663/10268</w:t>
        <w:br/>
        <w:t>f 32201/11682/10287 32202/11683/10288 32183/11663/10268</w:t>
        <w:br/>
        <w:t>f 32185/11668/10273 32203/11684/10289 32186/11666/10271</w:t>
        <w:br/>
        <w:t>f 32203/11684/10289 32195/11678/10283 32186/11666/10271</w:t>
        <w:br/>
        <w:t>f 32175/11655/10260 32174/11654/10259 32191/11672/10277</w:t>
        <w:br/>
        <w:t>f 32174/11654/10259 32204/11685/10290 32191/11672/10277</w:t>
        <w:br/>
        <w:t>f 32205/11686/10291 32176/11657/10262 32190/11670/10275</w:t>
        <w:br/>
        <w:t>f 32176/11657/10262 32175/11655/10260 32190/11670/10275</w:t>
        <w:br/>
        <w:t>f 32206/11687/10292 32207/11688/10293 32176/11657/10262</w:t>
        <w:br/>
        <w:t>f 32207/11688/10293 32173/11656/10261 32176/11657/10262</w:t>
        <w:br/>
        <w:t>f 32209/11689/10294 32210/11690/10295 32208/11691/10296</w:t>
        <w:br/>
        <w:t>f 32210/11690/10295 32211/11692/10297 32208/11691/10296</w:t>
        <w:br/>
        <w:t>f 32213/11693/10298 32214/11694/10299 32212/11695/10300</w:t>
        <w:br/>
        <w:t>f 32214/11694/10299 32215/11696/10301 32212/11695/10300</w:t>
        <w:br/>
        <w:t>f 32217/11697/10302 32218/11698/10303 32216/11699/10304</w:t>
        <w:br/>
        <w:t>f 32218/11698/10303 32219/11700/10305 32216/11699/10304</w:t>
        <w:br/>
        <w:t>f 32221/11701/10306 32222/11702/10307 32220/11703/10308</w:t>
        <w:br/>
        <w:t>f 32223/11704/10309 32224/11705/10310 32210/11690/10295</w:t>
        <w:br/>
        <w:t>f 32224/11705/10310 32225/11706/10311 32210/11690/10295</w:t>
        <w:br/>
        <w:t>f 32227/11707/10312 32228/11708/10313 32226/11709/10314</w:t>
        <w:br/>
        <w:t>f 32229/11710/10315 32230/11711/10316 32218/11698/10303</w:t>
        <w:br/>
        <w:t>f 32230/11711/10316 32231/11712/10317 32218/11698/10303</w:t>
        <w:br/>
        <w:t>f 32233/11713/10318 32234/11714/10319 32232/11715/10320</w:t>
        <w:br/>
        <w:t>f 32234/11714/10319 32235/11716/10321 32232/11715/10320</w:t>
        <w:br/>
        <w:t>f 32236/11717/10322 32237/11718/10323 32226/11709/10314</w:t>
        <w:br/>
        <w:t>f 32239/11719/10324 32235/11716/10321 32238/11720/10325</w:t>
        <w:br/>
        <w:t>f 32235/11716/10321 32234/11714/10319 32238/11720/10325</w:t>
        <w:br/>
        <w:t>f 32241/11721/10326 32221/11701/10306 32240/11722/10327</w:t>
        <w:br/>
        <w:t>f 32221/11701/10306 32242/11723/10328 32240/11722/10327</w:t>
        <w:br/>
        <w:t>f 32228/11708/10313 32217/11697/10302 32243/11724/10329</w:t>
        <w:br/>
        <w:t>f 32217/11697/10302 32216/11699/10304 32243/11724/10329</w:t>
        <w:br/>
        <w:t>f 32245/11725/10330 32246/11726/10331 32244/11727/10332</w:t>
        <w:br/>
        <w:t>f 32246/11726/10331 32247/11728/10333 32244/11727/10332</w:t>
        <w:br/>
        <w:t>f 32249/11729/10334 32244/11727/10332 32248/11730/10335</w:t>
        <w:br/>
        <w:t>f 32244/11727/10332 32250/11731/10336 32248/11730/10335</w:t>
        <w:br/>
        <w:t>f 32252/11732/10337 32253/11733/10338 32251/11734/10339</w:t>
        <w:br/>
        <w:t>f 32253/11733/10338 32254/11735/10340 32251/11734/10339</w:t>
        <w:br/>
        <w:t>f 32256/11736/10341 32257/11737/10342 32255/11738/10343</w:t>
        <w:br/>
        <w:t>f 32257/11737/10342 32258/11739/10344 32255/11738/10343</w:t>
        <w:br/>
        <w:t>f 32256/11736/10341 32259/11740/10345 32257/11737/10342</w:t>
        <w:br/>
        <w:t>f 32260/11741/10346 32261/11742/10347 32259/11740/10345</w:t>
        <w:br/>
        <w:t>f 32256/11736/10341 32262/11743/10348 32260/11741/10346</w:t>
        <w:br/>
        <w:t>f 32262/11743/10348 32263/11744/10349 32260/11741/10346</w:t>
        <w:br/>
        <w:t>f 32255/11738/10343 32258/11739/10344 32264/11745/10350</w:t>
        <w:br/>
        <w:t>f 32258/11739/10344 32265/11746/10351 32264/11745/10350</w:t>
        <w:br/>
        <w:t>f 32264/11745/10350 32266/11747/10352 32255/11738/10343</w:t>
        <w:br/>
        <w:t>f 32266/11747/10352 32267/11748/10353 32255/11738/10343</w:t>
        <w:br/>
        <w:t>f 32269/11749/10354 32270/11750/10355 32268/11751/10356</w:t>
        <w:br/>
        <w:t>f 32270/11750/10355 32271/11752/10357 32268/11751/10356</w:t>
        <w:br/>
        <w:t>f 32273/11753/10358 32274/11754/10359 32272/11755/10360</w:t>
        <w:br/>
        <w:t>f 32274/11754/10359 32275/11756/10361 32272/11755/10360</w:t>
        <w:br/>
        <w:t>f 32277/11757/10362 32278/11758/10363 32276/11759/10364</w:t>
        <w:br/>
        <w:t>f 32278/11758/10363 32279/11760/10365 32276/11759/10364</w:t>
        <w:br/>
        <w:t>f 32281/11761/10366 32272/11755/10360 32280/11762/10367</w:t>
        <w:br/>
        <w:t>f 32272/11755/10360 32282/11763/10368 32280/11762/10367</w:t>
        <w:br/>
        <w:t>f 32283/11764/10369 32284/11765/10370 32277/11757/10362</w:t>
        <w:br/>
        <w:t>f 32277/11757/10362 32285/11766/10371 32278/11758/10363</w:t>
        <w:br/>
        <w:t>f 32287/11767/10372 32288/11768/10373 32286/11769/10374</w:t>
        <w:br/>
        <w:t>f 32290/11770/10375 32269/11749/10354 32289/11771/10376</w:t>
        <w:br/>
        <w:t>f 32231/11712/10317 32289/11771/10376 32291/11772/10377</w:t>
        <w:br/>
        <w:t>f 32289/11771/10376 32292/11773/10378 32291/11772/10377</w:t>
        <w:br/>
        <w:t>f 32294/11774/10379 32295/11775/10380 32293/11776/10381</w:t>
        <w:br/>
        <w:t>f 32295/11775/10380 32296/11777/10382 32293/11776/10381</w:t>
        <w:br/>
        <w:t>f 32270/11750/10355 32269/11749/10354 32297/11778/10383</w:t>
        <w:br/>
        <w:t>f 32299/11779/10384 32300/11780/10385 32298/11781/10386</w:t>
        <w:br/>
        <w:t>f 32299/11779/10384 32298/11781/10386 32301/11782/10387</w:t>
        <w:br/>
        <w:t>f 32298/11781/10386 32302/11783/10388 32301/11782/10387</w:t>
        <w:br/>
        <w:t>f 32245/11725/10330 32304/11784/10389 32303/11785/10390</w:t>
        <w:br/>
        <w:t>f 32304/11784/10389 32305/11786/10391 32303/11785/10390</w:t>
        <w:br/>
        <w:t>f 32307/11787/10392 32303/11785/10390 32306/11788/10393</w:t>
        <w:br/>
        <w:t>f 32303/11785/10390 32308/11789/10394 32306/11788/10393</w:t>
        <w:br/>
        <w:t>f 32309/11790/10395 32215/11696/10301 32226/11709/10314</w:t>
        <w:br/>
        <w:t>f 32215/11696/10301 32214/11694/10299 32226/11709/10314</w:t>
        <w:br/>
        <w:t>f 32310/11791/10396 32311/11792/10397 32213/11693/10298</w:t>
        <w:br/>
        <w:t>f 32311/11792/10397 32214/11694/10299 32213/11693/10298</w:t>
        <w:br/>
        <w:t>f 32313/11793/10398 32179/11659/10264 32312/11794/10399</w:t>
        <w:br/>
        <w:t>f 32179/11659/10264 32314/11795/10400 32312/11794/10399</w:t>
        <w:br/>
        <w:t>f 32316/11796/10401 32317/11797/10402 32315/11798/10403</w:t>
        <w:br/>
        <w:t>f 32317/11797/10402 32318/11799/10404 32315/11798/10403</w:t>
        <w:br/>
        <w:t>f 32193/11673/10278 32320/11800/10405 32319/11801/10406</w:t>
        <w:br/>
        <w:t>f 32194/11674/10279 32321/11802/10407 32184/11665/10270</w:t>
        <w:br/>
        <w:t>f 32321/11802/10407 32181/11664/10269 32184/11665/10270</w:t>
        <w:br/>
        <w:t>f 32204/11685/10290 32322/11803/10408 32191/11672/10277</w:t>
        <w:br/>
        <w:t>f 32322/11803/10408 32323/11804/10409 32191/11672/10277</w:t>
        <w:br/>
        <w:t>f 32323/11804/10409 32325/11805/10410 32324/11806/10411</w:t>
        <w:br/>
        <w:t>f 32177/11660/10265 32180/11661/10266 32326/11807/10412</w:t>
        <w:br/>
        <w:t>f 32180/11661/10266 32327/11808/10413 32326/11807/10412</w:t>
        <w:br/>
        <w:t>f 32180/11661/10266 32328/11809/10414 32327/11808/10413</w:t>
        <w:br/>
        <w:t>f 32328/11809/10414 32329/11810/10415 32327/11808/10413</w:t>
        <w:br/>
        <w:t>f 32321/11802/10407 32194/11674/10279 32330/11811/10416</w:t>
        <w:br/>
        <w:t>f 32194/11674/10279 32319/11801/10406 32330/11811/10416</w:t>
        <w:br/>
        <w:t>f 32315/11798/10403 32320/11800/10405 32316/11796/10401</w:t>
        <w:br/>
        <w:t>f 32320/11800/10405 32331/11812/10417 32316/11796/10401</w:t>
        <w:br/>
        <w:t>f 32179/11659/10264 32178/11658/10263 32314/11795/10400</w:t>
        <w:br/>
        <w:t>f 32178/11658/10263 32332/11813/10418 32314/11795/10400</w:t>
        <w:br/>
        <w:t>f 32328/11809/10414 32180/11661/10266 32313/11793/10398</w:t>
        <w:br/>
        <w:t>f 32180/11661/10266 32179/11659/10264 32313/11793/10398</w:t>
        <w:br/>
        <w:t>f 32334/11814/10419 32335/11815/10420 32333/11816/10421</w:t>
        <w:br/>
        <w:t>f 32335/11815/10420 32336/11817/10422 32333/11816/10421</w:t>
        <w:br/>
        <w:t>f 32338/11818/10423 32339/11819/10424 32337/11820/10425</w:t>
        <w:br/>
        <w:t>f 32339/11819/10424 32340/11821/10426 32337/11820/10425</w:t>
        <w:br/>
        <w:t>f 32342/11822/10427 32343/11823/10428 32341/11824/10429</w:t>
        <w:br/>
        <w:t>f 32343/11823/10428 32250/11731/10336 32341/11824/10429</w:t>
        <w:br/>
        <w:t>f 32248/11730/10335 32250/11731/10336 32344/11825/10430</w:t>
        <w:br/>
        <w:t>f 32250/11731/10336 32343/11823/10428 32344/11825/10430</w:t>
        <w:br/>
        <w:t>f 32224/11705/10310 32345/11826/10431 32225/11706/10311</w:t>
        <w:br/>
        <w:t>f 32345/11826/10431 32346/11827/10432 32225/11706/10311</w:t>
        <w:br/>
        <w:t>f 32225/11706/10311 32346/11827/10432 32347/11828/10433</w:t>
        <w:br/>
        <w:t>f 32346/11827/10432 32348/11829/10434 32347/11828/10433</w:t>
        <w:br/>
        <w:t>f 32350/11830/10435 32351/11831/10436 32349/11832/10437</w:t>
        <w:br/>
        <w:t>f 32351/11831/10436 32352/11833/10438 32349/11832/10437</w:t>
        <w:br/>
        <w:t>f 32310/11791/10396 32354/11834/10439 32353/11835/10440</w:t>
        <w:br/>
        <w:t>f 32354/11834/10439 32213/11693/10298 32355/11836/10441</w:t>
        <w:br/>
        <w:t>f 32213/11693/10298 32212/11695/10300 32355/11836/10441</w:t>
        <w:br/>
        <w:t>f 32349/11832/10437 32352/11833/10438 32356/11837/10442</w:t>
        <w:br/>
        <w:t>f 32352/11833/10438 32357/11838/10443 32356/11837/10442</w:t>
        <w:br/>
        <w:t>f 32359/11839/10444 32360/11840/10445 32358/11841/10446</w:t>
        <w:br/>
        <w:t>f 32360/11840/10445 32361/11842/10447 32358/11841/10446</w:t>
        <w:br/>
        <w:t>f 32363/11843/10448 32359/11839/10444 32362/11844/10449</w:t>
        <w:br/>
        <w:t>f 32365/11845/10450 32275/11756/10361 32364/11846/10451</w:t>
        <w:br/>
        <w:t>f 32275/11756/10361 32274/11754/10359 32364/11846/10451</w:t>
        <w:br/>
        <w:t>f 32275/11756/10361 32365/11845/10450 32366/11847/10452</w:t>
        <w:br/>
        <w:t>f 32365/11845/10450 32367/11848/10453 32366/11847/10452</w:t>
        <w:br/>
        <w:t>f 32369/11849/10454 32370/11850/10455 32368/11851/10456</w:t>
        <w:br/>
        <w:t>f 32370/11850/10455 32371/11852/10457 32368/11851/10456</w:t>
        <w:br/>
        <w:t>f 32369/11849/10454 32368/11851/10456 32372/11853/10458</w:t>
        <w:br/>
        <w:t>f 32368/11851/10456 32373/11854/10459 32372/11853/10458</w:t>
        <w:br/>
        <w:t>f 32295/11775/10380 32373/11854/10459 32368/11851/10456</w:t>
        <w:br/>
        <w:t>f 32295/11775/10380 32368/11851/10456 32296/11777/10382</w:t>
        <w:br/>
        <w:t>f 32368/11851/10456 32371/11852/10457 32296/11777/10382</w:t>
        <w:br/>
        <w:t>f 32280/11762/10367 32374/11855/10460 32299/11779/10384</w:t>
        <w:br/>
        <w:t>f 32301/11782/10387 32375/11856/10461 32299/11779/10384</w:t>
        <w:br/>
        <w:t>f 32375/11856/10461 32281/11761/10366 32299/11779/10384</w:t>
        <w:br/>
        <w:t>f 32253/11733/10338 32252/11732/10337 32335/11815/10420</w:t>
        <w:br/>
        <w:t>f 32252/11732/10337 32376/11857/10462 32335/11815/10420</w:t>
        <w:br/>
        <w:t>f 32378/11858/10463 32254/11735/10340 32377/11859/10464</w:t>
        <w:br/>
        <w:t>f 32254/11735/10340 32253/11733/10338 32377/11859/10464</w:t>
        <w:br/>
        <w:t>f 32375/11856/10461 32273/11753/10358 32281/11761/10366</w:t>
        <w:br/>
        <w:t>f 32273/11753/10358 32272/11755/10360 32281/11761/10366</w:t>
        <w:br/>
        <w:t>f 32275/11756/10361 32282/11763/10368 32272/11755/10360</w:t>
        <w:br/>
        <w:t>f 32369/11849/10454 32359/11839/10444 32370/11850/10455</w:t>
        <w:br/>
        <w:t>f 32359/11839/10444 32358/11841/10446 32370/11850/10455</w:t>
        <w:br/>
        <w:t>f 32359/11839/10444 32369/11849/10454 32362/11844/10449</w:t>
        <w:br/>
        <w:t>f 32369/11849/10454 32372/11853/10458 32362/11844/10449</w:t>
        <w:br/>
        <w:t>f 32341/11824/10429 32250/11731/10336 32247/11728/10333</w:t>
        <w:br/>
        <w:t>f 32250/11731/10336 32244/11727/10332 32247/11728/10333</w:t>
        <w:br/>
        <w:t>f 32304/11784/10389 32245/11725/10330 32249/11729/10334</w:t>
        <w:br/>
        <w:t>f 32245/11725/10330 32244/11727/10332 32249/11729/10334</w:t>
        <w:br/>
        <w:t>f 32379/11860/10465 32380/11861/10466 32342/11822/10427</w:t>
        <w:br/>
        <w:t>f 32380/11861/10466 32343/11823/10428 32342/11822/10427</w:t>
        <w:br/>
        <w:t>f 32380/11861/10466 32379/11860/10465 32337/11820/10425</w:t>
        <w:br/>
        <w:t>f 32379/11860/10465 32381/11862/10467 32337/11820/10425</w:t>
        <w:br/>
        <w:t>f 32344/11825/10430 32343/11823/10428 32380/11861/10466</w:t>
        <w:br/>
        <w:t>f 32337/11820/10425 32382/11863/10468 32380/11861/10466</w:t>
        <w:br/>
        <w:t>f 32337/11820/10425 32381/11862/10467 32338/11818/10423</w:t>
        <w:br/>
        <w:t>f 32381/11862/10467 32383/11864/10469 32338/11818/10423</w:t>
        <w:br/>
        <w:t>f 32377/11859/10464 32253/11733/10338 32334/11814/10419</w:t>
        <w:br/>
        <w:t>f 32253/11733/10338 32335/11815/10420 32334/11814/10419</w:t>
        <w:br/>
        <w:t>f 32384/11865/10470 32336/11817/10422 32376/11857/10462</w:t>
        <w:br/>
        <w:t>f 32336/11817/10422 32335/11815/10420 32376/11857/10462</w:t>
        <w:br/>
        <w:t>f 32385/11866/10471 32386/11867/10472 32221/11701/10306</w:t>
        <w:br/>
        <w:t>f 32221/11701/10306 32220/11703/10308 32242/11723/10328</w:t>
        <w:br/>
        <w:t>f 32220/11703/10308 32387/11868/10473 32242/11723/10328</w:t>
        <w:br/>
        <w:t>f 32388/11869/10474 32350/11830/10435 32349/11832/10437</w:t>
        <w:br/>
        <w:t>f 32356/11837/10442 32387/11868/10473 32349/11832/10437</w:t>
        <w:br/>
        <w:t>f 32387/11868/10473 32220/11703/10308 32349/11832/10437</w:t>
        <w:br/>
        <w:t>f 32234/11714/10319 32233/11713/10318 32389/11870/10475</w:t>
        <w:br/>
        <w:t>f 32233/11713/10318 32390/11871/10476 32389/11870/10475</w:t>
        <w:br/>
        <w:t>f 32207/11688/10293 32206/11687/10292 32390/11871/10476</w:t>
        <w:br/>
        <w:t>f 32206/11687/10292 32389/11870/10475 32390/11871/10476</w:t>
        <w:br/>
        <w:t>f 32251/11734/10339 32254/11735/10340 32265/11746/10351</w:t>
        <w:br/>
        <w:t>f 32254/11735/10340 32264/11745/10350 32265/11746/10351</w:t>
        <w:br/>
        <w:t>f 32254/11735/10340 32378/11858/10463 32264/11745/10350</w:t>
        <w:br/>
        <w:t>f 32378/11858/10463 32266/11747/10352 32264/11745/10350</w:t>
        <w:br/>
        <w:t>f 32199/11680/10285 32198/11679/10284 32182/11662/10267</w:t>
        <w:br/>
        <w:t>f 32198/11679/10284 32183/11663/10268 32182/11662/10267</w:t>
        <w:br/>
        <w:t>f 32192/11675/10280 32184/11665/10270 32202/11683/10288</w:t>
        <w:br/>
        <w:t>f 32184/11665/10270 32183/11663/10268 32202/11683/10288</w:t>
        <w:br/>
        <w:t>f 32201/11682/10287 32198/11679/10284 32196/11676/10281</w:t>
        <w:br/>
        <w:t>f 32198/11679/10284 32197/11677/10282 32196/11676/10281</w:t>
        <w:br/>
        <w:t>f 32197/11677/10282 32200/11681/10286 32186/11666/10271</w:t>
        <w:br/>
        <w:t>f 32200/11681/10286 32187/11667/10272 32186/11666/10271</w:t>
        <w:br/>
        <w:t>f 32306/11788/10393 32308/11789/10394 32188/11669/10274</w:t>
        <w:br/>
        <w:t>f 32308/11789/10394 32185/11668/10273 32188/11669/10274</w:t>
        <w:br/>
        <w:t>f 32308/11789/10394 32391/11872/10477 32185/11668/10273</w:t>
        <w:br/>
        <w:t>f 32391/11872/10477 32203/11684/10289 32185/11668/10273</w:t>
        <w:br/>
        <w:t>f 32303/11785/10390 32305/11786/10391 32308/11789/10394</w:t>
        <w:br/>
        <w:t>f 32305/11786/10391 32391/11872/10477 32308/11789/10394</w:t>
        <w:br/>
        <w:t>f 32303/11785/10390 32307/11787/10392 32245/11725/10330</w:t>
        <w:br/>
        <w:t>f 32307/11787/10392 32246/11726/10331 32245/11725/10330</w:t>
        <w:br/>
        <w:t>f 32262/11743/10348 32256/11736/10341 32267/11748/10353</w:t>
        <w:br/>
        <w:t>f 32256/11736/10341 32255/11738/10343 32267/11748/10353</w:t>
        <w:br/>
        <w:t>f 32276/11759/10364 32302/11783/10388 32277/11757/10362</w:t>
        <w:br/>
        <w:t>f 32302/11783/10388 32298/11781/10386 32277/11757/10362</w:t>
        <w:br/>
        <w:t>f 32289/11771/10376 32231/11712/10317 32392/11873/10478</w:t>
        <w:br/>
        <w:t>f 32231/11712/10317 32230/11711/10316 32392/11873/10478</w:t>
        <w:br/>
        <w:t>f 32268/11751/10356 32292/11773/10378 32269/11749/10354</w:t>
        <w:br/>
        <w:t>f 32292/11773/10378 32289/11771/10376 32269/11749/10354</w:t>
        <w:br/>
        <w:t>f 32270/11750/10355 32294/11774/10379 32271/11752/10357</w:t>
        <w:br/>
        <w:t>f 32294/11774/10379 32293/11776/10381 32271/11752/10357</w:t>
        <w:br/>
        <w:t>f 32294/11774/10379 32270/11750/10355 32393/11874/10479</w:t>
        <w:br/>
        <w:t>f 32270/11750/10355 32394/11875/10480 32393/11874/10479</w:t>
        <w:br/>
        <w:t>f 32291/11772/10377 32219/11700/10305 32231/11712/10317</w:t>
        <w:br/>
        <w:t>f 32219/11700/10305 32218/11698/10303 32231/11712/10317</w:t>
        <w:br/>
        <w:t>f 32395/11876/10481 32229/11710/10315 32217/11697/10302</w:t>
        <w:br/>
        <w:t>f 32229/11710/10315 32218/11698/10303 32217/11697/10302</w:t>
        <w:br/>
        <w:t>f 32396/11877/10482 32395/11876/10481 32217/11697/10302</w:t>
        <w:br/>
        <w:t>f 32226/11709/10314 32228/11708/10313 32309/11790/10395</w:t>
        <w:br/>
        <w:t>f 32228/11708/10313 32243/11724/10329 32309/11790/10395</w:t>
        <w:br/>
        <w:t>f 32260/11741/10346 32263/11744/10349 32286/11769/10374</w:t>
        <w:br/>
        <w:t>f 32263/11744/10349 32397/11878/10483 32286/11769/10374</w:t>
        <w:br/>
        <w:t>f 32397/11878/10483 32279/11760/10365 32286/11769/10374</w:t>
        <w:br/>
        <w:t>f 32279/11760/10365 32278/11758/10363 32286/11769/10374</w:t>
        <w:br/>
        <w:t>f 32399/11879/10484 32400/11880/10485 32398/11881/10486</w:t>
        <w:br/>
        <w:t>f 32400/11880/10485 32241/11721/10326 32398/11881/10486</w:t>
        <w:br/>
        <w:t>f 32235/11716/10321 32402/11882/10487 32401/11883/10488</w:t>
        <w:br/>
        <w:t>f 32402/11882/10487 32403/11884/10489 32401/11883/10488</w:t>
        <w:br/>
        <w:t>f 32235/11716/10321 32404/11885/10490 32232/11715/10320</w:t>
        <w:br/>
        <w:t>f 32241/11721/10326 32405/11886/10491 32398/11881/10486</w:t>
        <w:br/>
        <w:t>f 32235/11716/10321 32406/11887/10492 32404/11885/10490</w:t>
        <w:br/>
        <w:t>f 32239/11719/10324 32402/11882/10487 32235/11716/10321</w:t>
        <w:br/>
        <w:t>f 32389/11870/10475 32407/11888/10493 32234/11714/10319</w:t>
        <w:br/>
        <w:t>f 32407/11888/10493 32238/11720/10325 32234/11714/10319</w:t>
        <w:br/>
        <w:t>f 32206/11687/10292 32408/11889/10494 32389/11870/10475</w:t>
        <w:br/>
        <w:t>f 32408/11889/10494 32407/11888/10493 32389/11870/10475</w:t>
        <w:br/>
        <w:t>f 32408/11889/10494 32206/11687/10292 32205/11686/10291</w:t>
        <w:br/>
        <w:t>f 32206/11687/10292 32176/11657/10262 32205/11686/10291</w:t>
        <w:br/>
        <w:t>f 32315/11798/10403 32318/11799/10404 32319/11801/10406</w:t>
        <w:br/>
        <w:t>f 32318/11799/10404 32330/11811/10416 32319/11801/10406</w:t>
        <w:br/>
        <w:t>f 32319/11801/10406 32320/11800/10405 32315/11798/10403</w:t>
        <w:br/>
        <w:t>f 32194/11674/10279 32193/11673/10278 32319/11801/10406</w:t>
        <w:br/>
        <w:t>f 32288/11768/10373 32261/11742/10347 32286/11769/10374</w:t>
        <w:br/>
        <w:t>f 32286/11769/10374 32261/11742/10347 32260/11741/10346</w:t>
        <w:br/>
        <w:t>f 32409/11890/10495 32283/11764/10369 32298/11781/10386</w:t>
        <w:br/>
        <w:t>f 32298/11781/10386 32283/11764/10369 32277/11757/10362</w:t>
        <w:br/>
        <w:t>f 32285/11766/10371 32287/11767/10372 32278/11758/10363</w:t>
        <w:br/>
        <w:t>f 32281/11761/10366 32280/11762/10367 32299/11779/10384</w:t>
        <w:br/>
        <w:t>f 32393/11874/10479 32410/11891/10496 32294/11774/10379</w:t>
        <w:br/>
        <w:t>f 32294/11774/10379 32410/11891/10496 32295/11775/10380</w:t>
        <w:br/>
        <w:t>f 32410/11891/10496 32411/11892/10497 32295/11775/10380</w:t>
        <w:br/>
        <w:t>f 32290/11770/10375 32297/11778/10383 32269/11749/10354</w:t>
        <w:br/>
        <w:t>f 32394/11875/10480 32270/11750/10355 32297/11778/10383</w:t>
        <w:br/>
        <w:t>f 32392/11873/10478 32290/11770/10375 32289/11771/10376</w:t>
        <w:br/>
        <w:t>f 32227/11707/10312 32396/11877/10482 32228/11708/10313</w:t>
        <w:br/>
        <w:t>f 32228/11708/10313 32396/11877/10482 32217/11697/10302</w:t>
        <w:br/>
        <w:t>f 32311/11792/10397 32236/11717/10322 32214/11694/10299</w:t>
        <w:br/>
        <w:t>f 32214/11694/10299 32236/11717/10322 32226/11709/10314</w:t>
        <w:br/>
        <w:t>f 32237/11718/10323 32227/11707/10312 32226/11709/10314</w:t>
        <w:br/>
        <w:t>f 32352/11833/10438 32209/11689/10294 32357/11838/10443</w:t>
        <w:br/>
        <w:t>f 32209/11689/10294 32208/11691/10296 32357/11838/10443</w:t>
        <w:br/>
        <w:t>f 32351/11831/10436 32412/11893/10498 32352/11833/10438</w:t>
        <w:br/>
        <w:t>f 32412/11893/10498 32209/11689/10294 32352/11833/10438</w:t>
        <w:br/>
        <w:t>f 32414/11894/10499 32405/11886/10491 32413/11895/10500</w:t>
        <w:br/>
        <w:t>f 32405/11886/10491 32241/11721/10326 32413/11895/10500</w:t>
        <w:br/>
        <w:t>f 32240/11722/10327 32413/11895/10500 32241/11721/10326</w:t>
        <w:br/>
        <w:t>f 32400/11880/10485 32385/11866/10471 32241/11721/10326</w:t>
        <w:br/>
        <w:t>f 32241/11721/10326 32385/11866/10471 32221/11701/10306</w:t>
        <w:br/>
        <w:t>f 32222/11702/10307 32415/11896/10501 32220/11703/10308</w:t>
        <w:br/>
        <w:t>f 32388/11869/10474 32220/11703/10308 32415/11896/10501</w:t>
        <w:br/>
        <w:t>f 32300/11780/10385 32409/11890/10495 32298/11781/10386</w:t>
        <w:br/>
        <w:t>f 32210/11690/10295 32225/11706/10311 32211/11692/10297</w:t>
        <w:br/>
        <w:t>f 32225/11706/10311 32347/11828/10433 32211/11692/10297</w:t>
        <w:br/>
        <w:t>f 32412/11893/10498 32223/11704/10309 32209/11689/10294</w:t>
        <w:br/>
        <w:t>f 32223/11704/10309 32210/11690/10295 32209/11689/10294</w:t>
        <w:br/>
        <w:t>f 32345/11826/10431 32353/11835/10440 32346/11827/10432</w:t>
        <w:br/>
        <w:t>f 32353/11835/10440 32354/11834/10439 32346/11827/10432</w:t>
        <w:br/>
        <w:t>f 32256/11736/10341 32260/11741/10346 32259/11740/10345</w:t>
        <w:br/>
        <w:t>f 32278/11758/10363 32287/11767/10372 32286/11769/10374</w:t>
        <w:br/>
        <w:t>f 32284/11765/10370 32285/11766/10371 32277/11757/10362</w:t>
        <w:br/>
        <w:t>f 32374/11855/10460 32300/11780/10385 32299/11779/10384</w:t>
        <w:br/>
        <w:t>f 32386/11867/10472 32222/11702/10307 32221/11701/10306</w:t>
        <w:br/>
        <w:t>f 32220/11703/10308 32388/11869/10474 32349/11832/10437</w:t>
        <w:br/>
        <w:t>f 32340/11821/10426 32382/11863/10468 32337/11820/10425</w:t>
        <w:br/>
        <w:t>f 32382/11863/10468 32344/11825/10430 32380/11861/10466</w:t>
        <w:br/>
        <w:t>f 32416/11897/10502 32417/11898/10503 32327/11808/10413</w:t>
        <w:br/>
        <w:t>f 32417/11898/10503 32326/11807/10412 32327/11808/10413</w:t>
        <w:br/>
        <w:t>f 32327/11808/10413 32329/11810/10415 32416/11897/10502</w:t>
        <w:br/>
        <w:t>f 32329/11810/10415 32418/11899/10504 32416/11897/10502</w:t>
        <w:br/>
        <w:t>f 32401/11883/10488 32406/11887/10492 32235/11716/10321</w:t>
        <w:br/>
        <w:t>f 32366/11847/10452 32282/11763/10368 32275/11756/10361</w:t>
        <w:br/>
        <w:t>f 32360/11840/10445 32359/11839/10444 32363/11843/10448</w:t>
        <w:br/>
        <w:t>f 32419/11900/10505 32360/11840/10445 32363/11843/10448</w:t>
        <w:br/>
        <w:t>f 32355/11836/10441 32348/11829/10434 32354/11834/10439</w:t>
        <w:br/>
        <w:t>f 32348/11829/10434 32346/11827/10432 32354/11834/10439</w:t>
        <w:br/>
        <w:t>f 32354/11834/10439 32310/11791/10396 32213/11693/10298</w:t>
        <w:br/>
        <w:t>f 32373/11854/10459 32295/11775/10380 32411/11892/10497</w:t>
        <w:br/>
        <w:t>f 32189/11671/10276 32191/11672/10277 32324/11806/10411</w:t>
        <w:br/>
        <w:t>f 32191/11672/10277 32323/11804/10409 32324/11806/10411</w:t>
        <w:br/>
        <w:t>f 14867/11901/10506 14866/11902/10507 14865/11903/10508</w:t>
        <w:br/>
        <w:t>f 14864/11904/10509 14867/11901/10506 14865/11903/10508</w:t>
        <w:br/>
        <w:t>f 14870/11905/10510 14869/11906/10511 14868/11907/10512</w:t>
        <w:br/>
        <w:t>f 14871/11908/10513 14870/11905/10510 14868/11907/10512</w:t>
        <w:br/>
        <w:t>f 14875/11909/10514 14874/11910/10515 14873/11911/10516</w:t>
        <w:br/>
        <w:t>f 14872/11912/10517 14875/11909/10514 14873/11911/10516</w:t>
        <w:br/>
        <w:t>f 14879/11913/10518 14878/11914/10519 14877/11915/10520</w:t>
        <w:br/>
        <w:t>f 14876/11916/10521 14879/11913/10518 14877/11915/10520</w:t>
        <w:br/>
        <w:t>f 14867/11901/10506 14882/11917/10522 14881/11918/10523</w:t>
        <w:br/>
        <w:t>f 14880/11919/10524 14867/11901/10506 14881/11918/10523</w:t>
        <w:br/>
        <w:t>f 14885/11920/10525 14884/11921/10526 14883/11922/10527</w:t>
        <w:br/>
        <w:t>f 14872/11912/10517 14885/11920/10525 14883/11922/10527</w:t>
        <w:br/>
        <w:t>f 14888/11923/10528 14887/11924/10529 14886/11925/10530</w:t>
        <w:br/>
        <w:t>f 14878/11914/10519 14888/11923/10528 14886/11925/10530</w:t>
        <w:br/>
        <w:t>f 14890/11926/10531 14889/11927/10532 14888/11923/10528</w:t>
        <w:br/>
        <w:t>f 14891/11928/10533 14890/11926/10531 14888/11923/10528</w:t>
        <w:br/>
        <w:t>f 14893/11929/10534 14889/11927/10532 14875/11909/10514</w:t>
        <w:br/>
        <w:t>f 14892/11930/10535 14893/11929/10534 14875/11909/10514</w:t>
        <w:br/>
        <w:t>f 14894/11931/10536 14877/11915/10520 14878/11914/10519</w:t>
        <w:br/>
        <w:t>f 14886/11925/10530 14894/11931/10536 14878/11914/10519</w:t>
        <w:br/>
        <w:t>f 14866/11902/10507 14867/11901/10506 14880/11919/10524</w:t>
        <w:br/>
        <w:t>f 14895/11932/10537 14866/11902/10507 14880/11919/10524</w:t>
        <w:br/>
        <w:t>f 14864/11904/10509 14896/11933/10538 14882/11917/10522</w:t>
        <w:br/>
        <w:t>f 14867/11901/10506 14864/11904/10509 14882/11917/10522</w:t>
        <w:br/>
        <w:t>f 14898/11934/10539 14897/11935/10540 14864/11904/10509</w:t>
        <w:br/>
        <w:t>f 14865/11903/10508 14898/11934/10539 14864/11904/10509</w:t>
        <w:br/>
        <w:t>f 14901/11936/10541 14900/11937/10542 14899/11938/10543</w:t>
        <w:br/>
        <w:t>f 14902/11939/10544 14901/11936/10541 14899/11938/10543</w:t>
        <w:br/>
        <w:t>f 14905/11940/10545 14904/11941/10546 14903/11942/10547</w:t>
        <w:br/>
        <w:t>f 14906/11943/10548 14905/11940/10545 14903/11942/10547</w:t>
        <w:br/>
        <w:t>f 14910/11944/10549 14909/11945/10550 14908/11946/10551</w:t>
        <w:br/>
        <w:t>f 14907/11947/10552 14910/11944/10549 14908/11946/10551</w:t>
        <w:br/>
        <w:t>f 14913/11948/10553 14912/11949/10554 14911/11950/10555</w:t>
        <w:br/>
        <w:t>f 14915/11951/10556 14914/11952/10557 14901/11936/10541</w:t>
        <w:br/>
        <w:t>f 14916/11953/10558 14915/11951/10556 14901/11936/10541</w:t>
        <w:br/>
        <w:t>f 14919/11954/10559 14918/11955/10560 14917/11956/10561</w:t>
        <w:br/>
        <w:t>f 14921/11957/10562 14920/11958/10563 14910/11944/10549</w:t>
        <w:br/>
        <w:t>f 14922/11959/10564 14921/11957/10562 14910/11944/10549</w:t>
        <w:br/>
        <w:t>f 14926/11960/10565 14925/11961/10566 14924/11962/10567</w:t>
        <w:br/>
        <w:t>f 14923/11963/10568 14926/11960/10565 14924/11962/10567</w:t>
        <w:br/>
        <w:t>f 14928/11964/10569 14927/11965/10570 14917/11956/10561</w:t>
        <w:br/>
        <w:t>f 14923/11963/10568 14930/11966/10571 14929/11967/10572</w:t>
        <w:br/>
        <w:t>f 14926/11960/10565 14923/11963/10568 14929/11967/10572</w:t>
        <w:br/>
        <w:t>f 14912/11949/10554 14933/11968/10573 14932/11969/10574</w:t>
        <w:br/>
        <w:t>f 14931/11970/10575 14912/11949/10554 14932/11969/10574</w:t>
        <w:br/>
        <w:t>f 14909/11945/10550 14919/11954/10559 14934/11971/10576</w:t>
        <w:br/>
        <w:t>f 14908/11946/10551 14909/11945/10550 14934/11971/10576</w:t>
        <w:br/>
        <w:t>f 14938/11972/10577 14937/11973/10578 14936/11974/10579</w:t>
        <w:br/>
        <w:t>f 14935/11975/10580 14938/11972/10577 14936/11974/10579</w:t>
        <w:br/>
        <w:t>f 14936/11974/10579 14941/11976/10581 14940/11977/10582</w:t>
        <w:br/>
        <w:t>f 14939/11978/10583 14936/11974/10579 14940/11977/10582</w:t>
        <w:br/>
        <w:t>f 14944/11979/10584 14943/11980/10585 14942/11981/10586</w:t>
        <w:br/>
        <w:t>f 14945/11982/10587 14944/11979/10584 14942/11981/10586</w:t>
        <w:br/>
        <w:t>f 14948/11983/10588 14947/11984/10589 14946/11985/10590</w:t>
        <w:br/>
        <w:t>f 14949/11986/10591 14948/11983/10588 14946/11985/10590</w:t>
        <w:br/>
        <w:t>f 14950/11987/10592 14947/11984/10589 14948/11983/10588</w:t>
        <w:br/>
        <w:t>f 14952/11988/10593 14951/11989/10594 14950/11987/10592</w:t>
        <w:br/>
        <w:t>f 14953/11990/10595 14947/11984/10589 14951/11989/10594</w:t>
        <w:br/>
        <w:t>f 14954/11991/10596 14953/11990/10595 14951/11989/10594</w:t>
        <w:br/>
        <w:t>f 14949/11986/10591 14946/11985/10590 14955/11992/10597</w:t>
        <w:br/>
        <w:t>f 14956/11993/10598 14949/11986/10591 14955/11992/10597</w:t>
        <w:br/>
        <w:t>f 14958/11994/10599 14955/11992/10597 14946/11985/10590</w:t>
        <w:br/>
        <w:t>f 14957/11995/10600 14958/11994/10599 14946/11985/10590</w:t>
        <w:br/>
        <w:t>f 14962/11996/10601 14961/11997/10602 14960/11998/10603</w:t>
        <w:br/>
        <w:t>f 14959/11999/10604 14962/11996/10601 14960/11998/10603</w:t>
        <w:br/>
        <w:t>f 14965/12000/10605 14964/12001/10606 14963/12002/10607</w:t>
        <w:br/>
        <w:t>f 14966/12003/10608 14965/12000/10605 14963/12002/10607</w:t>
        <w:br/>
        <w:t>f 14970/12004/10609 14969/12005/10610 14968/12006/10611</w:t>
        <w:br/>
        <w:t>f 14967/12007/10612 14970/12004/10609 14968/12006/10611</w:t>
        <w:br/>
        <w:t>f 14963/12002/10607 14973/12008/10613 14972/12009/10614</w:t>
        <w:br/>
        <w:t>f 14971/12010/10615 14963/12002/10607 14972/12009/10614</w:t>
        <w:br/>
        <w:t>f 14975/12011/10616 14974/12012/10617 14969/12005/10610</w:t>
        <w:br/>
        <w:t>f 14976/12013/10618 14969/12005/10610 14970/12004/10609</w:t>
        <w:br/>
        <w:t>f 14979/12014/10619 14978/12015/10620 14977/12016/10621</w:t>
        <w:br/>
        <w:t>f 14961/11997/10602 14981/12017/10622 14980/12018/10623</w:t>
        <w:br/>
        <w:t>f 14980/12018/10623 14922/11959/10564 14983/12019/10624</w:t>
        <w:br/>
        <w:t>f 14982/12020/10625 14980/12018/10623 14983/12019/10624</w:t>
        <w:br/>
        <w:t>f 14986/12021/10626 14985/12022/10627 14984/12023/10628</w:t>
        <w:br/>
        <w:t>f 14987/12024/10629 14986/12021/10626 14984/12023/10628</w:t>
        <w:br/>
        <w:t>f 14961/11997/10602 14962/11996/10601 14988/12025/10630</w:t>
        <w:br/>
        <w:t>f 14991/12026/10631 14990/12027/10632 14989/12028/10633</w:t>
        <w:br/>
        <w:t>f 14989/12028/10633 14990/12027/10632 14993/12029/10634</w:t>
        <w:br/>
        <w:t>f 14992/12030/10635 14989/12028/10633 14993/12029/10634</w:t>
        <w:br/>
        <w:t>f 14996/12031/10636 14937/11973/10578 14995/12032/10637</w:t>
        <w:br/>
        <w:t>f 14994/12033/10638 14996/12031/10636 14995/12032/10637</w:t>
        <w:br/>
        <w:t>f 14995/12032/10637 14999/12034/10639 14998/12035/10640</w:t>
        <w:br/>
        <w:t>f 14997/12036/10641 14995/12032/10637 14998/12035/10640</w:t>
        <w:br/>
        <w:t>f 14906/11943/10548 15000/12037/10642 14917/11956/10561</w:t>
        <w:br/>
        <w:t>f 14905/11940/10545 14906/11943/10548 14917/11956/10561</w:t>
        <w:br/>
        <w:t>f 15002/12038/10643 15001/12039/10644 14904/11941/10546</w:t>
        <w:br/>
        <w:t>f 14905/11940/10545 15002/12038/10643 14904/11941/10546</w:t>
        <w:br/>
        <w:t>f 14870/11905/10510 15005/12040/10645 15004/12041/10646</w:t>
        <w:br/>
        <w:t>f 15003/12042/10647 14870/11905/10510 15004/12041/10646</w:t>
        <w:br/>
        <w:t>f 15008/12043/10648 15007/12044/10649 15006/12045/10650</w:t>
        <w:br/>
        <w:t>f 15009/12046/10651 15008/12043/10648 15006/12045/10650</w:t>
        <w:br/>
        <w:t>f 15011/12047/10652 14884/11921/10526 15010/12048/10653</w:t>
        <w:br/>
        <w:t>f 15012/12049/10654 14885/11920/10525 14872/11912/10517</w:t>
        <w:br/>
        <w:t>f 14873/11911/10516 15012/12049/10654 14872/11912/10517</w:t>
        <w:br/>
        <w:t>f 15014/12050/10655 14895/11932/10537 14880/11919/10524</w:t>
        <w:br/>
        <w:t>f 15013/12051/10656 15014/12050/10655 14880/11919/10524</w:t>
        <w:br/>
        <w:t>f 15016/12052/10657 15013/12051/10656 15015/12053/10658</w:t>
        <w:br/>
        <w:t>f 14871/11908/10513 14868/11907/10512 15018/12054/10659</w:t>
        <w:br/>
        <w:t>f 15017/12055/10660 14871/11908/10513 15018/12054/10659</w:t>
        <w:br/>
        <w:t>f 15020/12056/10661 14871/11908/10513 15017/12055/10660</w:t>
        <w:br/>
        <w:t>f 15019/12057/10662 15020/12056/10661 15017/12055/10660</w:t>
        <w:br/>
        <w:t>f 14885/11920/10525 15012/12049/10654 15021/12058/10663</w:t>
        <w:br/>
        <w:t>f 15010/12048/10653 14885/11920/10525 15021/12058/10663</w:t>
        <w:br/>
        <w:t>f 15011/12047/10652 15006/12045/10650 15007/12044/10649</w:t>
        <w:br/>
        <w:t>f 15022/12059/10664 15011/12047/10652 15007/12044/10649</w:t>
        <w:br/>
        <w:t>f 14869/11906/10511 14870/11905/10510 15003/12042/10647</w:t>
        <w:br/>
        <w:t>f 15023/12060/10665 14869/11906/10511 15003/12042/10647</w:t>
        <w:br/>
        <w:t>f 14871/11908/10513 15020/12056/10661 15005/12040/10645</w:t>
        <w:br/>
        <w:t>f 14870/11905/10510 14871/11908/10513 15005/12040/10645</w:t>
        <w:br/>
        <w:t>f 15026/12061/10666 15025/12062/10667 15024/12063/10668</w:t>
        <w:br/>
        <w:t>f 15027/12064/10669 15026/12061/10666 15024/12063/10668</w:t>
        <w:br/>
        <w:t>f 15031/12065/10670 15030/12066/10671 15029/12067/10672</w:t>
        <w:br/>
        <w:t>f 15028/12068/10673 15031/12065/10670 15029/12067/10672</w:t>
        <w:br/>
        <w:t>f 15034/12069/10674 15033/12070/10675 15032/12071/10676</w:t>
        <w:br/>
        <w:t>f 14939/11978/10583 15034/12069/10674 15032/12071/10676</w:t>
        <w:br/>
        <w:t>f 14939/11978/10583 14940/11977/10582 15035/12072/10677</w:t>
        <w:br/>
        <w:t>f 15034/12069/10674 14939/11978/10583 15035/12072/10677</w:t>
        <w:br/>
        <w:t>f 15037/12073/10678 14915/11951/10556 14916/11953/10558</w:t>
        <w:br/>
        <w:t>f 15036/12074/10679 15037/12073/10678 14916/11953/10558</w:t>
        <w:br/>
        <w:t>f 15036/12074/10679 14916/11953/10558 15039/12075/10680</w:t>
        <w:br/>
        <w:t>f 15038/12076/10681 15036/12074/10679 15039/12075/10680</w:t>
        <w:br/>
        <w:t>f 15042/12077/10682 15041/12078/10683 15040/12079/10684</w:t>
        <w:br/>
        <w:t>f 15043/12080/10685 15042/12077/10682 15040/12079/10684</w:t>
        <w:br/>
        <w:t>f 15045/12081/10686 15001/12039/10644 15044/12082/10687</w:t>
        <w:br/>
        <w:t>f 14904/11941/10546 15045/12081/10686 15046/12083/10688</w:t>
        <w:br/>
        <w:t>f 14903/11942/10547 14904/11941/10546 15046/12083/10688</w:t>
        <w:br/>
        <w:t>f 15043/12080/10685 15040/12079/10684 15047/12084/10689</w:t>
        <w:br/>
        <w:t>f 15048/12085/10690 15043/12080/10685 15047/12084/10689</w:t>
        <w:br/>
        <w:t>f 15051/12086/10691 15050/12087/10692 15049/12088/10693</w:t>
        <w:br/>
        <w:t>f 15052/12089/10694 15051/12086/10691 15049/12088/10693</w:t>
        <w:br/>
        <w:t>f 15050/12087/10692 15054/12090/10695 15053/12091/10696</w:t>
        <w:br/>
        <w:t>f 14966/12003/10608 15056/12092/10697 15055/12093/10698</w:t>
        <w:br/>
        <w:t>f 14965/12000/10605 14966/12003/10608 15055/12093/10698</w:t>
        <w:br/>
        <w:t>f 15056/12092/10697 14966/12003/10608 15057/12094/10699</w:t>
        <w:br/>
        <w:t>f 15058/12095/10700 15056/12092/10697 15057/12094/10699</w:t>
        <w:br/>
        <w:t>f 15061/12096/10701 15060/12097/10702 15059/12098/10703</w:t>
        <w:br/>
        <w:t>f 15062/12099/10704 15061/12096/10701 15059/12098/10703</w:t>
        <w:br/>
        <w:t>f 15059/12098/10703 15060/12097/10702 15063/12100/10705</w:t>
        <w:br/>
        <w:t>f 15064/12101/10706 15059/12098/10703 15063/12100/10705</w:t>
        <w:br/>
        <w:t>f 15064/12101/10706 14986/12021/10626 15059/12098/10703</w:t>
        <w:br/>
        <w:t>f 15059/12098/10703 14986/12021/10626 14987/12024/10629</w:t>
        <w:br/>
        <w:t>f 15062/12099/10704 15059/12098/10703 14987/12024/10629</w:t>
        <w:br/>
        <w:t>f 15065/12102/10707 14972/12009/10614 14990/12027/10632</w:t>
        <w:br/>
        <w:t>f 15066/12103/10708 14993/12029/10634 14990/12027/10632</w:t>
        <w:br/>
        <w:t>f 14973/12008/10613 15066/12103/10708 14990/12027/10632</w:t>
        <w:br/>
        <w:t>f 14943/11980/10585 14944/11979/10584 15026/12061/10666</w:t>
        <w:br/>
        <w:t>f 15067/12104/10709 14943/11980/10585 15026/12061/10666</w:t>
        <w:br/>
        <w:t>f 14945/11982/10587 15069/12105/10710 15068/12106/10711</w:t>
        <w:br/>
        <w:t>f 14944/11979/10584 14945/11982/10587 15068/12106/10711</w:t>
        <w:br/>
        <w:t>f 14964/12001/10606 15066/12103/10708 14973/12008/10613</w:t>
        <w:br/>
        <w:t>f 14963/12002/10607 14964/12001/10606 14973/12008/10613</w:t>
        <w:br/>
        <w:t>f 14971/12010/10615 14966/12003/10608 14963/12002/10607</w:t>
        <w:br/>
        <w:t>f 15050/12087/10692 15060/12097/10702 15061/12096/10701</w:t>
        <w:br/>
        <w:t>f 15049/12088/10693 15050/12087/10692 15061/12096/10701</w:t>
        <w:br/>
        <w:t>f 15060/12097/10702 15050/12087/10692 15053/12091/10696</w:t>
        <w:br/>
        <w:t>f 15063/12100/10705 15060/12097/10702 15053/12091/10696</w:t>
        <w:br/>
        <w:t>f 14939/11978/10583 15032/12071/10676 14935/11975/10580</w:t>
        <w:br/>
        <w:t>f 14936/11974/10579 14939/11978/10583 14935/11975/10580</w:t>
        <w:br/>
        <w:t>f 14937/11973/10578 14996/12031/10636 14941/11976/10581</w:t>
        <w:br/>
        <w:t>f 14936/11974/10579 14937/11973/10578 14941/11976/10581</w:t>
        <w:br/>
        <w:t>f 15071/12107/10712 15070/12108/10713 15033/12070/10675</w:t>
        <w:br/>
        <w:t>f 15034/12069/10674 15071/12107/10712 15033/12070/10675</w:t>
        <w:br/>
        <w:t>f 15070/12108/10713 15071/12107/10712 15029/12067/10672</w:t>
        <w:br/>
        <w:t>f 15072/12109/10714 15070/12108/10713 15029/12067/10672</w:t>
        <w:br/>
        <w:t>f 15034/12069/10674 15035/12072/10677 15071/12107/10712</w:t>
        <w:br/>
        <w:t>f 15073/12110/10715 15029/12067/10672 15071/12107/10712</w:t>
        <w:br/>
        <w:t>f 15072/12109/10714 15029/12067/10672 15030/12066/10671</w:t>
        <w:br/>
        <w:t>f 15074/12111/10716 15072/12109/10714 15030/12066/10671</w:t>
        <w:br/>
        <w:t>f 14944/11979/10584 15068/12106/10711 15025/12062/10667</w:t>
        <w:br/>
        <w:t>f 15026/12061/10666 14944/11979/10584 15025/12062/10667</w:t>
        <w:br/>
        <w:t>f 15027/12064/10669 15075/12112/10717 15067/12104/10709</w:t>
        <w:br/>
        <w:t>f 15026/12061/10666 15027/12064/10669 15067/12104/10709</w:t>
        <w:br/>
        <w:t>f 15077/12113/10718 15076/12114/10719 14912/11949/10554</w:t>
        <w:br/>
        <w:t>f 14911/11950/10555 14912/11949/10554 14931/11970/10575</w:t>
        <w:br/>
        <w:t>f 15078/12115/10720 14911/11950/10555 14931/11970/10575</w:t>
        <w:br/>
        <w:t>f 15041/12078/10683 15079/12116/10721 15040/12079/10684</w:t>
        <w:br/>
        <w:t>f 15078/12115/10720 15047/12084/10689 15040/12079/10684</w:t>
        <w:br/>
        <w:t>f 14911/11950/10555 15078/12115/10720 15040/12079/10684</w:t>
        <w:br/>
        <w:t>f 14925/11961/10566 14926/11960/10565 15081/12117/10722</w:t>
        <w:br/>
        <w:t>f 15080/12118/10723 14925/11961/10566 15081/12117/10722</w:t>
        <w:br/>
        <w:t>f 14897/11935/10540 14898/11934/10539 15080/12118/10723</w:t>
        <w:br/>
        <w:t>f 15081/12117/10722 14897/11935/10540 15080/12118/10723</w:t>
        <w:br/>
        <w:t>f 14945/11982/10587 14942/11981/10586 14956/11993/10598</w:t>
        <w:br/>
        <w:t>f 14955/11992/10597 14945/11982/10587 14956/11993/10598</w:t>
        <w:br/>
        <w:t>f 15069/12105/10710 14945/11982/10587 14955/11992/10597</w:t>
        <w:br/>
        <w:t>f 14958/11994/10599 15069/12105/10710 14955/11992/10597</w:t>
        <w:br/>
        <w:t>f 14889/11927/10532 14890/11926/10531 14874/11910/10515</w:t>
        <w:br/>
        <w:t>f 14875/11909/10514 14889/11927/10532 14874/11910/10515</w:t>
        <w:br/>
        <w:t>f 14872/11912/10517 14883/11922/10527 14892/11930/10535</w:t>
        <w:br/>
        <w:t>f 14875/11909/10514 14872/11912/10517 14892/11930/10535</w:t>
        <w:br/>
        <w:t>f 14889/11927/10532 14893/11929/10534 14887/11924/10529</w:t>
        <w:br/>
        <w:t>f 14888/11923/10528 14889/11927/10532 14887/11924/10529</w:t>
        <w:br/>
        <w:t>f 14891/11928/10533 14888/11923/10528 14878/11914/10519</w:t>
        <w:br/>
        <w:t>f 14879/11913/10518 14891/11928/10533 14878/11914/10519</w:t>
        <w:br/>
        <w:t>f 14997/12036/10641 14998/12035/10640 14876/11916/10521</w:t>
        <w:br/>
        <w:t>f 14877/11915/10520 14997/12036/10641 14876/11916/10521</w:t>
        <w:br/>
        <w:t>f 15082/12119/10724 14997/12036/10641 14877/11915/10520</w:t>
        <w:br/>
        <w:t>f 14894/11931/10536 15082/12119/10724 14877/11915/10520</w:t>
        <w:br/>
        <w:t>f 14994/12033/10638 14995/12032/10637 14997/12036/10641</w:t>
        <w:br/>
        <w:t>f 15082/12119/10724 14994/12033/10638 14997/12036/10641</w:t>
        <w:br/>
        <w:t>f 14999/12034/10639 14995/12032/10637 14937/11973/10578</w:t>
        <w:br/>
        <w:t>f 14938/11972/10577 14999/12034/10639 14937/11973/10578</w:t>
        <w:br/>
        <w:t>f 14947/11984/10589 14953/11990/10595 14957/11995/10600</w:t>
        <w:br/>
        <w:t>f 14946/11985/10590 14947/11984/10589 14957/11995/10600</w:t>
        <w:br/>
        <w:t>f 14992/12030/10635 14968/12006/10611 14969/12005/10610</w:t>
        <w:br/>
        <w:t>f 14989/12028/10633 14992/12030/10635 14969/12005/10610</w:t>
        <w:br/>
        <w:t>f 14922/11959/10564 14980/12018/10623 15083/12120/10725</w:t>
        <w:br/>
        <w:t>f 14921/11957/10562 14922/11959/10564 15083/12120/10725</w:t>
        <w:br/>
        <w:t>f 14982/12020/10625 14960/11998/10603 14961/11997/10602</w:t>
        <w:br/>
        <w:t>f 14980/12018/10623 14982/12020/10625 14961/11997/10602</w:t>
        <w:br/>
        <w:t>f 14985/12022/10627 14962/11996/10601 14959/11999/10604</w:t>
        <w:br/>
        <w:t>f 14984/12023/10628 14985/12022/10627 14959/11999/10604</w:t>
        <w:br/>
        <w:t>f 14962/11996/10601 14985/12022/10627 15085/12121/10726</w:t>
        <w:br/>
        <w:t>f 15084/12122/10727 14962/11996/10601 15085/12121/10726</w:t>
        <w:br/>
        <w:t>f 14907/11947/10552 14983/12019/10624 14922/11959/10564</w:t>
        <w:br/>
        <w:t>f 14910/11944/10549 14907/11947/10552 14922/11959/10564</w:t>
        <w:br/>
        <w:t>f 14920/11958/10563 15086/12123/10728 14909/11945/10550</w:t>
        <w:br/>
        <w:t>f 14910/11944/10549 14920/11958/10563 14909/11945/10550</w:t>
        <w:br/>
        <w:t>f 15086/12123/10728 15087/12124/10729 14909/11945/10550</w:t>
        <w:br/>
        <w:t>f 14919/11954/10559 14917/11956/10561 15000/12037/10642</w:t>
        <w:br/>
        <w:t>f 14934/11971/10576 14919/11954/10559 15000/12037/10642</w:t>
        <w:br/>
        <w:t>f 14954/11991/10596 14951/11989/10594 14977/12016/10621</w:t>
        <w:br/>
        <w:t>f 15088/12125/10730 14954/11991/10596 14977/12016/10621</w:t>
        <w:br/>
        <w:t>f 14967/12007/10612 15088/12125/10730 14977/12016/10621</w:t>
        <w:br/>
        <w:t>f 14970/12004/10609 14967/12007/10612 14977/12016/10621</w:t>
        <w:br/>
        <w:t>f 15091/12126/10731 15090/12127/10732 15089/12128/10733</w:t>
        <w:br/>
        <w:t>f 14933/11968/10573 15091/12126/10731 15089/12128/10733</w:t>
        <w:br/>
        <w:t>f 15094/12129/10734 14923/11963/10568 15093/12130/10735</w:t>
        <w:br/>
        <w:t>f 15092/12131/10736 15094/12129/10734 15093/12130/10735</w:t>
        <w:br/>
        <w:t>f 15095/12132/10737 14923/11963/10568 14924/11962/10567</w:t>
        <w:br/>
        <w:t>f 15096/12133/10738 14933/11968/10573 15089/12128/10733</w:t>
        <w:br/>
        <w:t>f 15097/12134/10739 14923/11963/10568 15095/12132/10737</w:t>
        <w:br/>
        <w:t>f 15094/12129/10734 14930/11966/10571 14923/11963/10568</w:t>
        <w:br/>
        <w:t>f 15098/12135/10740 15081/12117/10722 14926/11960/10565</w:t>
        <w:br/>
        <w:t>f 14929/11967/10572 15098/12135/10740 14926/11960/10565</w:t>
        <w:br/>
        <w:t>f 15099/12136/10741 14897/11935/10540 15081/12117/10722</w:t>
        <w:br/>
        <w:t>f 15098/12135/10740 15099/12136/10741 15081/12117/10722</w:t>
        <w:br/>
        <w:t>f 14897/11935/10540 15099/12136/10741 14896/11933/10538</w:t>
        <w:br/>
        <w:t>f 14864/11904/10509 14897/11935/10540 14896/11933/10538</w:t>
        <w:br/>
        <w:t>f 15009/12046/10651 15006/12045/10650 15010/12048/10653</w:t>
        <w:br/>
        <w:t>f 15021/12058/10663 15009/12046/10651 15010/12048/10653</w:t>
        <w:br/>
        <w:t>f 15011/12047/10652 15010/12048/10653 15006/12045/10650</w:t>
        <w:br/>
        <w:t>f 14884/11921/10526 14885/11920/10525 15010/12048/10653</w:t>
        <w:br/>
        <w:t>f 14952/11988/10593 14979/12014/10619 14977/12016/10621</w:t>
        <w:br/>
        <w:t>f 14952/11988/10593 14977/12016/10621 14951/11989/10594</w:t>
        <w:br/>
        <w:t>f 14974/12012/10617 15100/12137/10742 14989/12028/10633</w:t>
        <w:br/>
        <w:t>f 14974/12012/10617 14989/12028/10633 14969/12005/10610</w:t>
        <w:br/>
        <w:t>f 14978/12015/10620 14976/12013/10618 14970/12004/10609</w:t>
        <w:br/>
        <w:t>f 14972/12009/10614 14973/12008/10613 14990/12027/10632</w:t>
        <w:br/>
        <w:t>f 15101/12138/10743 15085/12121/10726 14985/12022/10627</w:t>
        <w:br/>
        <w:t>f 15101/12138/10743 14985/12022/10627 14986/12021/10626</w:t>
        <w:br/>
        <w:t>f 15102/12139/10744 15101/12138/10743 14986/12021/10626</w:t>
        <w:br/>
        <w:t>f 14988/12025/10630 14981/12017/10622 14961/11997/10602</w:t>
        <w:br/>
        <w:t>f 14962/11996/10601 15084/12122/10727 14988/12025/10630</w:t>
        <w:br/>
        <w:t>f 14981/12017/10622 15083/12120/10725 14980/12018/10623</w:t>
        <w:br/>
        <w:t>f 15087/12124/10729 14918/11955/10560 14919/11954/10559</w:t>
        <w:br/>
        <w:t>f 15087/12124/10729 14919/11954/10559 14909/11945/10550</w:t>
        <w:br/>
        <w:t>f 14927/11965/10570 15002/12038/10643 14905/11940/10545</w:t>
        <w:br/>
        <w:t>f 14927/11965/10570 14905/11940/10545 14917/11956/10561</w:t>
        <w:br/>
        <w:t>f 14918/11955/10560 14928/11964/10569 14917/11956/10561</w:t>
        <w:br/>
        <w:t>f 14900/11937/10542 15043/12080/10685 15048/12085/10690</w:t>
        <w:br/>
        <w:t>f 14899/11938/10543 14900/11937/10542 15048/12085/10690</w:t>
        <w:br/>
        <w:t>f 15103/12140/10745 15042/12077/10682 15043/12080/10685</w:t>
        <w:br/>
        <w:t>f 14900/11937/10542 15103/12140/10745 15043/12080/10685</w:t>
        <w:br/>
        <w:t>f 15096/12133/10738 15105/12141/10746 15104/12142/10747</w:t>
        <w:br/>
        <w:t>f 14933/11968/10573 15096/12133/10738 15104/12142/10747</w:t>
        <w:br/>
        <w:t>f 15104/12142/10747 14932/11969/10574 14933/11968/10573</w:t>
        <w:br/>
        <w:t>f 15076/12114/10719 15091/12126/10731 14933/11968/10573</w:t>
        <w:br/>
        <w:t>f 15076/12114/10719 14933/11968/10573 14912/11949/10554</w:t>
        <w:br/>
        <w:t>f 15106/12143/10748 14913/11948/10553 14911/11950/10555</w:t>
        <w:br/>
        <w:t>f 14911/11950/10555 15079/12116/10721 15106/12143/10748</w:t>
        <w:br/>
        <w:t>f 15100/12137/10742 14991/12026/10631 14989/12028/10633</w:t>
        <w:br/>
        <w:t>f 14916/11953/10558 14901/11936/10541 14902/11939/10544</w:t>
        <w:br/>
        <w:t>f 15039/12075/10680 14916/11953/10558 14902/11939/10544</w:t>
        <w:br/>
        <w:t>f 14914/11952/10557 15103/12140/10745 14900/11937/10542</w:t>
        <w:br/>
        <w:t>f 14901/11936/10541 14914/11952/10557 14900/11937/10542</w:t>
        <w:br/>
        <w:t>f 15044/12082/10687 15037/12073/10678 15036/12074/10679</w:t>
        <w:br/>
        <w:t>f 15045/12081/10686 15044/12082/10687 15036/12074/10679</w:t>
        <w:br/>
        <w:t>f 14951/11989/10594 14947/11984/10589 14950/11987/10592</w:t>
        <w:br/>
        <w:t>f 14978/12015/10620 14970/12004/10609 14977/12016/10621</w:t>
        <w:br/>
        <w:t>f 14976/12013/10618 14975/12011/10616 14969/12005/10610</w:t>
        <w:br/>
        <w:t>f 14991/12026/10631 15065/12102/10707 14990/12027/10632</w:t>
        <w:br/>
        <w:t>f 14913/11948/10553 15077/12113/10718 14912/11949/10554</w:t>
        <w:br/>
        <w:t>f 15079/12116/10721 14911/11950/10555 15040/12079/10684</w:t>
        <w:br/>
        <w:t>f 15073/12110/10715 15028/12068/10673 15029/12067/10672</w:t>
        <w:br/>
        <w:t>f 15035/12072/10677 15073/12110/10715 15071/12107/10712</w:t>
        <w:br/>
        <w:t>f 15108/12144/10749 15107/12145/10750 15017/12055/10660</w:t>
        <w:br/>
        <w:t>f 15018/12054/10659 15108/12144/10749 15017/12055/10660</w:t>
        <w:br/>
        <w:t>f 15019/12057/10662 15017/12055/10660 15107/12145/10750</w:t>
        <w:br/>
        <w:t>f 15109/12146/10751 15019/12057/10662 15107/12145/10750</w:t>
        <w:br/>
        <w:t>f 15097/12134/10739 15093/12130/10735 14923/11963/10568</w:t>
        <w:br/>
        <w:t>f 14971/12010/10615 15057/12094/10699 14966/12003/10608</w:t>
        <w:br/>
        <w:t>f 15050/12087/10692 15051/12086/10691 15054/12090/10695</w:t>
        <w:br/>
        <w:t>f 15051/12086/10691 15110/12147/10752 15054/12090/10695</w:t>
        <w:br/>
        <w:t>f 15038/12076/10681 15046/12083/10688 15045/12081/10686</w:t>
        <w:br/>
        <w:t>f 15036/12074/10679 15038/12076/10681 15045/12081/10686</w:t>
        <w:br/>
        <w:t>f 15001/12039/10644 15045/12081/10686 14904/11941/10546</w:t>
        <w:br/>
        <w:t>f 14986/12021/10626 15064/12101/10706 15102/12139/10744</w:t>
        <w:br/>
        <w:t>f 14880/11919/10524 14881/11918/10523 15015/12053/10658</w:t>
        <w:br/>
        <w:t>f 15013/12051/10656 14880/11919/10524 15015/12053/10658</w:t>
        <w:br/>
        <w:t>f 7375/12148/10753 7374/12149/10754 7373/12150/10755</w:t>
        <w:br/>
        <w:t>f 7375/12148/10753 7373/12150/10755 7376/12151/10756</w:t>
        <w:br/>
        <w:t>f 7377/12152/10757 7375/12148/10753 7376/12151/10756</w:t>
        <w:br/>
        <w:t>f 7379/12153/10758 7378/12154/10759 7377/12152/10757</w:t>
        <w:br/>
        <w:t>f 7376/12151/10756 7379/12153/10758 7377/12152/10757</w:t>
        <w:br/>
        <w:t>f 7382/12155/10760 7381/12156/10761 7380/12157/10762</w:t>
        <w:br/>
        <w:t>f 7382/12155/10760 7383/12158/10763 7381/12156/10761</w:t>
        <w:br/>
        <w:t>f 7385/12159/10764 7384/12160/10765 7383/12158/10763</w:t>
        <w:br/>
        <w:t>f 7380/12157/10762 7374/12149/10754 7375/12148/10753</w:t>
        <w:br/>
        <w:t>f 7382/12155/10760 7380/12157/10762 7375/12148/10753</w:t>
        <w:br/>
        <w:t>f 7375/12148/10753 7377/12152/10757 7382/12155/10760</w:t>
        <w:br/>
        <w:t>f 7378/12154/10759 7383/12158/10763 7377/12152/10757</w:t>
        <w:br/>
        <w:t>f 7386/12161/10766 7385/12159/10764 7378/12154/10759</w:t>
        <w:br/>
        <w:t>f 7386/12161/10766 7378/12154/10759 7379/12153/10758</w:t>
        <w:br/>
        <w:t>f 9831/12162/10767 9830/12163/10768 9829/12164/10769</w:t>
        <w:br/>
        <w:t>f 9834/12165/10770 9829/12164/10769 9833/12166/10771</w:t>
        <w:br/>
        <w:t>f 9832/12167/10772 9834/12165/10770 9833/12166/10771</w:t>
        <w:br/>
        <w:t>f 9829/12164/10769 9834/12165/10770 9831/12162/10767</w:t>
        <w:br/>
        <w:t>f 9829/12164/10769 9830/12163/10768 9835/12168/10773</w:t>
        <w:br/>
        <w:t>f 9833/12166/10771 9829/12164/10769 9835/12168/10773</w:t>
        <w:br/>
        <w:t>f 9833/12166/10771 9835/12168/10773 9836/12169/10774</w:t>
        <w:br/>
        <w:t>f 9832/12167/10772 9833/12166/10771 9836/12169/10774</w:t>
        <w:br/>
        <w:t>f 7378/12154/10759 7385/12159/10764 7383/12158/10763</w:t>
        <w:br/>
        <w:t>f 7377/12152/10757 7383/12158/10763 7382/12155/10760</w:t>
        <w:br/>
        <w:t>f 7383/12158/10763 7384/12160/10765 7381/12156/10761</w:t>
        <w:br/>
        <w:t>f 31190/12170/10775 31191/12171/10776 31189/12172/10777</w:t>
        <w:br/>
        <w:t>f 31191/12171/10776 31192/12173/10778 31189/12172/10777</w:t>
        <w:br/>
        <w:t>f 31194/12174/10779 31195/12175/10780 31193/12176/10781</w:t>
        <w:br/>
        <w:t>f 31196/12177/10782 31197/12178/10783 31190/12170/10775</w:t>
        <w:br/>
        <w:t>f 31197/12178/10783 31191/12171/10776 31190/12170/10775</w:t>
        <w:br/>
        <w:t>f 31199/12179/10784 31200/12180/10785 31198/12181/10786</w:t>
        <w:br/>
        <w:t>f 31200/12180/10785 31201/12182/10787 31198/12181/10786</w:t>
        <w:br/>
        <w:t>f 31202/12183/10788 31203/12184/10789 31193/12176/10781</w:t>
        <w:br/>
        <w:t>f 31203/12184/10789 31204/12185/10790 31193/12176/10781</w:t>
        <w:br/>
        <w:t>f 31206/12186/10791 31207/12187/10792 31205/12188/10793</w:t>
        <w:br/>
        <w:t>f 31207/12187/10792 31208/12189/10794 31205/12188/10793</w:t>
        <w:br/>
        <w:t>f 31210/12190/10795 31199/12179/10784 31209/12191/10796</w:t>
        <w:br/>
        <w:t>f 31199/12179/10784 31211/12192/10797 31209/12191/10796</w:t>
        <w:br/>
        <w:t>f 31213/12193/10798 31214/12194/10799 31212/12195/10800</w:t>
        <w:br/>
        <w:t>f 31189/12172/10777 31215/12196/10801 31190/12170/10775</w:t>
        <w:br/>
        <w:t>f 31215/12196/10801 31216/12197/10802 31190/12170/10775</w:t>
        <w:br/>
        <w:t>f 31217/12198/10803 31193/12176/10781 31204/12185/10790</w:t>
        <w:br/>
        <w:t>f 31218/12199/10804 31196/12177/10782 31216/12197/10802</w:t>
        <w:br/>
        <w:t>f 31196/12177/10782 31190/12170/10775 31216/12197/10802</w:t>
        <w:br/>
        <w:t>f 31199/12179/10784 31210/12190/10795 31200/12180/10785</w:t>
        <w:br/>
        <w:t>f 31210/12190/10795 31219/12200/10805 31200/12180/10785</w:t>
        <w:br/>
        <w:t>f 31220/12201/10806 31202/12183/10788 31195/12175/10780</w:t>
        <w:br/>
        <w:t>f 31202/12183/10788 31193/12176/10781 31195/12175/10780</w:t>
        <w:br/>
        <w:t>f 31221/12202/10807 31206/12186/10791 31212/12195/10800</w:t>
        <w:br/>
        <w:t>f 31206/12186/10791 31213/12193/10798 31212/12195/10800</w:t>
        <w:br/>
        <w:t>f 31198/12181/10786 31222/12203/10808 31199/12179/10784</w:t>
        <w:br/>
        <w:t>f 31222/12203/10808 31211/12192/10797 31199/12179/10784</w:t>
        <w:br/>
        <w:t>f 31213/12193/10798 31223/12204/10809 31214/12194/10799</w:t>
        <w:br/>
        <w:t>f 31225/12205/10810 31226/12206/10811 31224/12207/10812</w:t>
        <w:br/>
        <w:t>f 31226/12206/10811 31227/12208/10811 31224/12207/10812</w:t>
        <w:br/>
        <w:t>f 31229/12209/10813 31230/12210/10814 31228/12211/10815</w:t>
        <w:br/>
        <w:t>f 31230/12210/10814 31231/12212/10815 31228/12211/10815</w:t>
        <w:br/>
        <w:t>f 31233/12213/10816 31234/12214/10817 31232/12215/10818</w:t>
        <w:br/>
        <w:t>f 31234/12214/10817 31235/12216/10819 31232/12215/10818</w:t>
        <w:br/>
        <w:t>f 31237/12217/10820 31238/12218/10821 31236/12219/10822</w:t>
        <w:br/>
        <w:t>f 31238/12218/10821 31239/12220/10822 31236/12219/10822</w:t>
        <w:br/>
        <w:t>f 31241/12221/10823 31230/12210/10814 31240/12222/10824</w:t>
        <w:br/>
        <w:t>f 31230/12210/10814 31229/12209/10813 31240/12222/10824</w:t>
        <w:br/>
        <w:t>f 31243/12223/10825 31244/12224/10826 31242/12225/10827</w:t>
        <w:br/>
        <w:t>f 31244/12224/10826 31245/12226/10828 31242/12225/10827</w:t>
        <w:br/>
        <w:t>f 31247/12227/10829 31248/12228/10829 31246/12229/10830</w:t>
        <w:br/>
        <w:t>f 31248/12228/10829 31249/12230/10831 31246/12229/10830</w:t>
        <w:br/>
        <w:t>f 31251/12231/10832 31242/12225/10827 31250/12232/10832</w:t>
        <w:br/>
        <w:t>f 31242/12225/10827 31245/12226/10828 31250/12232/10832</w:t>
        <w:br/>
        <w:t>f 31253/12233/10833 31254/12234/10833 31252/12235/10834</w:t>
        <w:br/>
        <w:t>f 31254/12234/10833 31255/12236/10835 31252/12235/10834</w:t>
        <w:br/>
        <w:t>f 31257/12237/10836 31258/12238/10837 31256/12239/10836</w:t>
        <w:br/>
        <w:t>f 31258/12238/10837 31259/12240/10837 31256/12239/10836</w:t>
        <w:br/>
        <w:t>f 31260/12241/10838 31261/12242/10839 31253/12233/10833</w:t>
        <w:br/>
        <w:t>f 31261/12242/10839 31254/12234/10833 31253/12233/10833</w:t>
        <w:br/>
        <w:t>f 31263/12243/10840 31264/12244/10840 31262/12245/10841</w:t>
        <w:br/>
        <w:t>f 31264/12244/10840 31265/12246/10841 31262/12245/10841</w:t>
        <w:br/>
        <w:t>f 31267/12247/10842 31268/12248/10842 31266/12249/10843</w:t>
        <w:br/>
        <w:t>f 31268/12248/10842 31269/12250/10843 31266/12249/10843</w:t>
        <w:br/>
        <w:t>f 31271/12251/10844 31272/12252/10845 31270/12253/10846</w:t>
        <w:br/>
        <w:t>f 31272/12252/10845 31273/12254/10845 31270/12253/10846</w:t>
        <w:br/>
        <w:t>f 31275/12255/10847 31276/12256/10848 31274/12257/10849</w:t>
        <w:br/>
        <w:t>f 31276/12256/10848 31277/12258/10848 31274/12257/10849</w:t>
        <w:br/>
        <w:t>f 31279/12259/10850 31280/12260/10851 31278/12261/10850</w:t>
        <w:br/>
        <w:t>f 31280/12260/10851 31281/12262/10851 31278/12261/10850</w:t>
        <w:br/>
        <w:t>f 31283/12263/10852 31284/12264/10853 31282/12265/10852</w:t>
        <w:br/>
        <w:t>f 31284/12264/10853 31285/12266/10854 31282/12265/10852</w:t>
        <w:br/>
        <w:t>f 31268/12248/10842 31267/12247/10842 31286/12267/10855</w:t>
        <w:br/>
        <w:t>f 31267/12247/10842 31287/12268/10855 31286/12267/10855</w:t>
        <w:br/>
        <w:t>f 31289/12269/10856 31290/12270/10843 31288/12271/10856</w:t>
        <w:br/>
        <w:t>f 31290/12270/10843 31291/12272/10857 31288/12271/10856</w:t>
        <w:br/>
        <w:t>f 31292/12273/10858 31293/12274/10859 31271/12251/10844</w:t>
        <w:br/>
        <w:t>f 31293/12274/10859 31294/12275/10859 31271/12251/10844</w:t>
        <w:br/>
        <w:t>f 31259/12240/10837 31258/12238/10837 31295/12276/10860</w:t>
        <w:br/>
        <w:t>f 31258/12238/10837 31296/12277/10861 31295/12276/10860</w:t>
        <w:br/>
        <w:t>f 31298/12278/10862 31299/12279/10863 31297/12280/10864</w:t>
        <w:br/>
        <w:t>f 31264/12244/10840 31263/12243/10840 31300/12281/10865</w:t>
        <w:br/>
        <w:t>f 31263/12243/10840 31301/12282/10865 31300/12281/10865</w:t>
        <w:br/>
        <w:t>f 31273/12254/10845 31272/12252/10845 31302/12283/10866</w:t>
        <w:br/>
        <w:t>f 31272/12252/10845 31303/12284/10866 31302/12283/10866</w:t>
        <w:br/>
        <w:t>f 31189/12172/10777 31192/12173/10778 31304/12285/10867</w:t>
        <w:br/>
        <w:t>f 31192/12173/10778 31305/12286/10868 31304/12285/10867</w:t>
        <w:br/>
        <w:t>f 31217/12198/10803 31306/12287/10869 31194/12174/10779</w:t>
        <w:br/>
        <w:t>f 31306/12287/10869 31307/12288/10869 31194/12174/10779</w:t>
        <w:br/>
        <w:t>f 31308/12289/10870 31215/12196/10801 31304/12285/10867</w:t>
        <w:br/>
        <w:t>f 31215/12196/10801 31189/12172/10777 31304/12285/10867</w:t>
        <w:br/>
        <w:t>f 31226/12206/10811 31309/12290/10871 31227/12208/10811</w:t>
        <w:br/>
        <w:t>f 31309/12290/10871 31310/12291/10872 31227/12208/10811</w:t>
        <w:br/>
        <w:t>f 31311/12292/10873 31312/12293/10873 31231/12212/10815</w:t>
        <w:br/>
        <w:t>f 31312/12293/10873 31228/12211/10815 31231/12212/10815</w:t>
        <w:br/>
        <w:t>f 31251/12231/10832 31250/12232/10832 31311/12292/10873</w:t>
        <w:br/>
        <w:t>f 31250/12232/10832 31312/12293/10873 31311/12292/10873</w:t>
        <w:br/>
        <w:t>f 31314/12294/10874 31252/12235/10834 31313/12295/10874</w:t>
        <w:br/>
        <w:t>f 31252/12235/10834 31255/12236/10835 31313/12295/10874</w:t>
        <w:br/>
        <w:t>f 31315/12296/10875 31316/12297/10875 31256/12239/10836</w:t>
        <w:br/>
        <w:t>f 31316/12297/10875 31257/12237/10836 31256/12239/10836</w:t>
        <w:br/>
        <w:t>f 31278/12261/10850 31317/12298/10876 31279/12259/10850</w:t>
        <w:br/>
        <w:t>f 31317/12298/10876 31318/12299/10876 31279/12259/10850</w:t>
        <w:br/>
        <w:t>f 31319/12300/10877 31320/12301/10877 31284/12264/10853</w:t>
        <w:br/>
        <w:t>f 31320/12301/10877 31285/12266/10854 31284/12264/10853</w:t>
        <w:br/>
        <w:t>f 31209/12191/10796 31211/12192/10797 31305/12286/10868</w:t>
        <w:br/>
        <w:t>f 31211/12192/10797 31304/12285/10867 31305/12286/10868</w:t>
        <w:br/>
        <w:t>f 31306/12287/10869 31214/12194/10799 31307/12288/10869</w:t>
        <w:br/>
        <w:t>f 31214/12194/10799 31223/12204/10809 31307/12288/10869</w:t>
        <w:br/>
        <w:t>f 31304/12285/10867 31211/12192/10797 31308/12289/10870</w:t>
        <w:br/>
        <w:t>f 31211/12192/10797 31222/12203/10808 31308/12289/10870</w:t>
        <w:br/>
        <w:t>f 31247/12227/10829 31310/12291/10872 31248/12228/10829</w:t>
        <w:br/>
        <w:t>f 31310/12291/10872 31309/12290/10871 31248/12228/10829</w:t>
        <w:br/>
        <w:t>f 31277/12258/10848 31276/12256/10848 31313/12295/10874</w:t>
        <w:br/>
        <w:t>f 31276/12256/10848 31314/12294/10874 31313/12295/10874</w:t>
        <w:br/>
        <w:t>f 31302/12283/10866 31303/12284/10866 31315/12296/10875</w:t>
        <w:br/>
        <w:t>f 31303/12284/10866 31316/12297/10875 31315/12296/10875</w:t>
        <w:br/>
        <w:t>f 31318/12299/10876 31317/12298/10876 31287/12268/10855</w:t>
        <w:br/>
        <w:t>f 31317/12298/10876 31286/12267/10855 31287/12268/10855</w:t>
        <w:br/>
        <w:t>f 31319/12300/10877 31300/12281/10865 31320/12301/10877</w:t>
        <w:br/>
        <w:t>f 31300/12281/10865 31301/12282/10865 31320/12301/10877</w:t>
        <w:br/>
        <w:t>f 31205/12188/10793 31321/12302/10878 31206/12186/10791</w:t>
        <w:br/>
        <w:t>f 31321/12302/10878 31213/12193/10798 31206/12186/10791</w:t>
        <w:br/>
        <w:t>f 31322/12303/10879 31207/12187/10792 31221/12202/10807</w:t>
        <w:br/>
        <w:t>f 31207/12187/10792 31206/12186/10791 31221/12202/10807</w:t>
        <w:br/>
        <w:t>f 31292/12273/10858 31271/12251/10844 31270/12253/10846</w:t>
        <w:br/>
        <w:t>f 31281/12262/10851 31280/12260/10851 31298/12278/10862</w:t>
        <w:br/>
        <w:t>f 31280/12260/10851 31299/12279/10863 31298/12278/10862</w:t>
        <w:br/>
        <w:t>f 31200/12180/10785 31207/12187/10792 31201/12182/10787</w:t>
        <w:br/>
        <w:t>f 31207/12187/10792 31322/12303/10879 31201/12182/10787</w:t>
        <w:br/>
        <w:t>f 31219/12200/10805 31208/12189/10794 31200/12180/10785</w:t>
        <w:br/>
        <w:t>f 31208/12189/10794 31207/12187/10792 31200/12180/10785</w:t>
        <w:br/>
        <w:t>f 31246/12229/10830 31249/12230/10831 31237/12217/10820</w:t>
        <w:br/>
        <w:t>f 31249/12230/10831 31238/12218/10821 31237/12217/10820</w:t>
        <w:br/>
        <w:t>f 31262/12245/10841 31265/12246/10841 31299/12279/10863</w:t>
        <w:br/>
        <w:t>f 31265/12246/10841 31297/12280/10864 31299/12279/10863</w:t>
        <w:br/>
        <w:t>f 31293/12274/10859 31275/12255/10847 31294/12275/10859</w:t>
        <w:br/>
        <w:t>f 31275/12255/10847 31274/12257/10849 31294/12275/10859</w:t>
        <w:br/>
        <w:t>f 31197/12178/10783 31196/12177/10782 31323/12304/10880</w:t>
        <w:br/>
        <w:t>f 31196/12177/10782 31324/12305/10788 31323/12304/10880</w:t>
        <w:br/>
        <w:t>f 31196/12177/10782 31218/12199/10804 31324/12305/10788</w:t>
        <w:br/>
        <w:t>f 31218/12199/10804 31325/12306/10881 31324/12305/10788</w:t>
        <w:br/>
        <w:t>f 31224/12207/10812 31233/12213/10816 31225/12205/10810</w:t>
        <w:br/>
        <w:t>f 31233/12213/10816 31232/12215/10818 31225/12205/10810</w:t>
        <w:br/>
        <w:t>f 31326/12307/10861 31327/12308/10861 31260/12241/10838</w:t>
        <w:br/>
        <w:t>f 31327/12308/10861 31261/12242/10839 31260/12241/10838</w:t>
        <w:br/>
        <w:t>f 31289/12269/10856 31288/12271/10856 31282/12265/10852</w:t>
        <w:br/>
        <w:t>f 31288/12271/10856 31283/12263/10852 31282/12265/10852</w:t>
        <w:br/>
        <w:t>f 31329/12309/10882 31330/12310/10883 31328/12311/10884</w:t>
        <w:br/>
        <w:t>f 31330/12310/10883 31331/12312/10885 31328/12311/10884</w:t>
        <w:br/>
        <w:t>f 31333/12313/10886 31334/12314/10887 31332/12315/10888</w:t>
        <w:br/>
        <w:t>f 31335/12316/10889 31336/12317/10890 31329/12309/10882</w:t>
        <w:br/>
        <w:t>f 31336/12317/10890 31330/12310/10883 31329/12309/10882</w:t>
        <w:br/>
        <w:t>f 31338/12318/10891 31339/12319/10892 31337/12320/10893</w:t>
        <w:br/>
        <w:t>f 31339/12319/10892 31340/12321/10894 31337/12320/10893</w:t>
        <w:br/>
        <w:t>f 31336/12317/10890 31342/12322/10895 31341/12323/10896</w:t>
        <w:br/>
        <w:t>f 31342/12322/10895 31343/12324/10897 31341/12323/10896</w:t>
        <w:br/>
        <w:t>f 31345/12325/10898 31346/12326/10899 31344/12327/10900</w:t>
        <w:br/>
        <w:t>f 31346/12326/10899 31347/12328/10901 31344/12327/10900</w:t>
        <w:br/>
        <w:t>f 31340/12321/10894 31349/12329/10902 31348/12330/10903</w:t>
        <w:br/>
        <w:t>f 31349/12329/10902 31350/12331/10904 31348/12330/10903</w:t>
        <w:br/>
        <w:t>f 31352/12332/10905 31353/12333/10906 31351/12334/10907</w:t>
        <w:br/>
        <w:t>f 31330/12310/10883 31354/12335/10908 31331/12312/10885</w:t>
        <w:br/>
        <w:t>f 31354/12335/10908 31355/12336/10909 31331/12312/10885</w:t>
        <w:br/>
        <w:t>f 31356/12337/10910 31357/12338/10911 31332/12315/10888</w:t>
        <w:br/>
        <w:t>f 31341/12323/10896 31354/12335/10908 31336/12317/10890</w:t>
        <w:br/>
        <w:t>f 31354/12335/10908 31330/12310/10883 31336/12317/10890</w:t>
        <w:br/>
        <w:t>f 31358/12339/10912 31349/12329/10902 31339/12319/10892</w:t>
        <w:br/>
        <w:t>f 31349/12329/10902 31340/12321/10894 31339/12319/10892</w:t>
        <w:br/>
        <w:t>f 31359/12340/10913 31333/12313/10886 31342/12322/10895</w:t>
        <w:br/>
        <w:t>f 31333/12313/10886 31332/12315/10888 31342/12322/10895</w:t>
        <w:br/>
        <w:t>f 31352/12332/10905 31345/12325/10898 31360/12341/10914</w:t>
        <w:br/>
        <w:t>f 31345/12325/10898 31361/12342/10915 31360/12341/10914</w:t>
        <w:br/>
        <w:t>f 31348/12330/10903 31362/12343/10916 31340/12321/10894</w:t>
        <w:br/>
        <w:t>f 31362/12343/10916 31337/12320/10893 31340/12321/10894</w:t>
        <w:br/>
        <w:t>f 31351/12334/10907 31363/12344/10917 31352/12332/10905</w:t>
        <w:br/>
        <w:t>f 31365/12345/10918 31366/12346/10919 31364/12347/10918</w:t>
        <w:br/>
        <w:t>f 31366/12346/10919 31367/12348/10920 31364/12347/10918</w:t>
        <w:br/>
        <w:t>f 31369/12349/10921 31370/12350/10921 31368/12351/10922</w:t>
        <w:br/>
        <w:t>f 31370/12350/10921 31371/12352/10923 31368/12351/10922</w:t>
        <w:br/>
        <w:t>f 31373/12353/10924 31374/12354/10925 31372/12355/10924</w:t>
        <w:br/>
        <w:t>f 31374/12354/10925 31375/12356/10926 31372/12355/10924</w:t>
        <w:br/>
        <w:t>f 31377/12357/10927 31378/12358/10928 31376/12359/10929</w:t>
        <w:br/>
        <w:t>f 31378/12358/10928 31379/12360/10930 31376/12359/10929</w:t>
        <w:br/>
        <w:t>f 31381/12361/10931 31382/12362/10932 31380/12363/10933</w:t>
        <w:br/>
        <w:t>f 31382/12362/10932 31383/12364/10932 31380/12363/10933</w:t>
        <w:br/>
        <w:t>f 31376/12359/10929 31379/12360/10930 31384/12365/10934</w:t>
        <w:br/>
        <w:t>f 31379/12360/10930 31385/12366/10934 31384/12365/10934</w:t>
        <w:br/>
        <w:t>f 31387/12367/10935 31388/12368/10936 31386/12369/10935</w:t>
        <w:br/>
        <w:t>f 31388/12368/10936 31389/12370/10936 31386/12369/10935</w:t>
        <w:br/>
        <w:t>f 31391/12371/10937 31392/12372/10938 31390/12373/10939</w:t>
        <w:br/>
        <w:t>f 31392/12372/10938 31393/12374/10940 31390/12373/10939</w:t>
        <w:br/>
        <w:t>f 31395/12375/10941 31396/12376/10942 31394/12377/10941</w:t>
        <w:br/>
        <w:t>f 31396/12376/10942 31397/12378/10943 31394/12377/10941</w:t>
        <w:br/>
        <w:t>f 31399/12379/10944 31391/12371/10937 31398/12380/10944</w:t>
        <w:br/>
        <w:t>f 31391/12371/10937 31390/12373/10939 31398/12380/10944</w:t>
        <w:br/>
        <w:t>f 31401/12381/10945 31402/12382/10946 31400/12383/10945</w:t>
        <w:br/>
        <w:t>f 31402/12382/10946 31403/12384/10947 31400/12383/10945</w:t>
        <w:br/>
        <w:t>f 31405/12385/10948 31406/12386/10949 31404/12387/10950</w:t>
        <w:br/>
        <w:t>f 31408/12388/10951 31409/12389/10951 31407/12390/10952</w:t>
        <w:br/>
        <w:t>f 31409/12389/10951 31410/12391/10953 31407/12390/10952</w:t>
        <w:br/>
        <w:t>f 31412/12392/10954 31413/12393/10955 31411/12394/10956</w:t>
        <w:br/>
        <w:t>f 31413/12393/10955 31414/12395/10957 31411/12394/10956</w:t>
        <w:br/>
        <w:t>f 31416/12396/10958 31417/12397/10958 31415/12398/10959</w:t>
        <w:br/>
        <w:t>f 31417/12397/10958 31418/12399/10959 31415/12398/10959</w:t>
        <w:br/>
        <w:t>f 31420/12400/10960 31421/12401/10960 31419/12402/10961</w:t>
        <w:br/>
        <w:t>f 31421/12401/10960 31422/12403/10961 31419/12402/10961</w:t>
        <w:br/>
        <w:t>f 31423/12404/10962 31424/12405/10962 31406/12386/10949</w:t>
        <w:br/>
        <w:t>f 31424/12405/10962 31404/12387/10950 31406/12386/10949</w:t>
        <w:br/>
        <w:t>f 31426/12406/10963 31427/12407/10964 31425/12408/10965</w:t>
        <w:br/>
        <w:t>f 31427/12407/10964 31410/12391/10953 31425/12408/10965</w:t>
        <w:br/>
        <w:t>f 31397/12378/10943 31428/12409/10966 31398/12380/10944</w:t>
        <w:br/>
        <w:t>f 31428/12409/10966 31399/12379/10944 31398/12380/10944</w:t>
        <w:br/>
        <w:t>f 31430/12410/10967 31431/12411/10968 31429/12412/10969</w:t>
        <w:br/>
        <w:t>f 31433/12413/10970 31401/12381/10945 31432/12414/10970</w:t>
        <w:br/>
        <w:t>f 31401/12381/10945 31400/12383/10945 31432/12414/10970</w:t>
        <w:br/>
        <w:t>f 31408/12388/10951 31434/12415/10971 31409/12389/10951</w:t>
        <w:br/>
        <w:t>f 31434/12415/10971 31435/12416/10971 31409/12389/10951</w:t>
        <w:br/>
        <w:t>f 31437/12417/10972 31351/12334/10907 31436/12418/10973</w:t>
        <w:br/>
        <w:t>f 31351/12334/10907 31353/12333/10906 31436/12418/10973</w:t>
        <w:br/>
        <w:t>f 31438/12419/10974 31439/12420/10974 31371/12352/10923</w:t>
        <w:br/>
        <w:t>f 31439/12420/10974 31368/12351/10922 31371/12352/10923</w:t>
        <w:br/>
        <w:t>f 31439/12420/10974 31438/12419/10974 31385/12366/10934</w:t>
        <w:br/>
        <w:t>f 31438/12419/10974 31384/12365/10934 31385/12366/10934</w:t>
        <w:br/>
        <w:t>f 31395/12375/10941 31394/12377/10941 31440/12421/10975</w:t>
        <w:br/>
        <w:t>f 31394/12377/10941 31441/12422/10975 31440/12421/10975</w:t>
        <w:br/>
        <w:t>f 31442/12423/10976 31443/12424/10977 31418/12399/10959</w:t>
        <w:br/>
        <w:t>f 31443/12424/10977 31415/12398/10959 31418/12399/10959</w:t>
        <w:br/>
        <w:t>f 31334/12314/10887 31437/12417/10972 31356/12337/10910</w:t>
        <w:br/>
        <w:t>f 31437/12417/10972 31436/12418/10973 31356/12337/10910</w:t>
        <w:br/>
        <w:t>f 31434/12415/10971 31440/12421/10975 31435/12416/10971</w:t>
        <w:br/>
        <w:t>f 31440/12421/10975 31441/12422/10975 31435/12416/10971</w:t>
        <w:br/>
        <w:t>f 31442/12423/10976 31424/12405/10962 31443/12424/10977</w:t>
        <w:br/>
        <w:t>f 31424/12405/10962 31423/12404/10962 31443/12424/10977</w:t>
        <w:br/>
        <w:t>f 31367/12348/10920 31366/12346/10919 31444/12425/10978</w:t>
        <w:br/>
        <w:t>f 31366/12346/10919 31445/12426/10978 31444/12425/10978</w:t>
        <w:br/>
        <w:t>f 31446/12427/10979 31447/12428/10979 31422/12403/10961</w:t>
        <w:br/>
        <w:t>f 31447/12428/10979 31419/12402/10961 31422/12403/10961</w:t>
        <w:br/>
        <w:t>f 31342/12322/10895 31332/12315/10888 31343/12324/10897</w:t>
        <w:br/>
        <w:t>f 31332/12315/10888 31357/12338/10911 31343/12324/10897</w:t>
        <w:br/>
        <w:t>f 31335/12316/10889 31359/12340/10913 31336/12317/10890</w:t>
        <w:br/>
        <w:t>f 31359/12340/10913 31342/12322/10895 31336/12317/10890</w:t>
        <w:br/>
        <w:t>f 31404/12387/10950 31447/12428/10979 31405/12385/10948</w:t>
        <w:br/>
        <w:t>f 31447/12428/10979 31446/12427/10979 31405/12385/10948</w:t>
        <w:br/>
        <w:t>f 31396/12376/10942 31428/12409/10966 31397/12378/10943</w:t>
        <w:br/>
        <w:t>f 31339/12319/10892 31338/12318/10891 31344/12327/10900</w:t>
        <w:br/>
        <w:t>f 31338/12318/10891 31448/12429/10980 31344/12327/10900</w:t>
        <w:br/>
        <w:t>f 31339/12319/10892 31344/12327/10900 31358/12339/10912</w:t>
        <w:br/>
        <w:t>f 31344/12327/10900 31347/12328/10901 31358/12339/10912</w:t>
        <w:br/>
        <w:t>f 31382/12362/10932 31373/12353/10924 31383/12364/10932</w:t>
        <w:br/>
        <w:t>f 31373/12353/10924 31372/12355/10924 31383/12364/10932</w:t>
        <w:br/>
        <w:t>f 31402/12382/10946 31429/12412/10969 31403/12384/10947</w:t>
        <w:br/>
        <w:t>f 31429/12412/10969 31431/12411/10968 31403/12384/10947</w:t>
        <w:br/>
        <w:t>f 31426/12406/10963 31425/12408/10965 31414/12395/10957</w:t>
        <w:br/>
        <w:t>f 31425/12408/10965 31411/12394/10956 31414/12395/10957</w:t>
        <w:br/>
        <w:t>f 31346/12326/10899 31345/12325/10898 31363/12344/10917</w:t>
        <w:br/>
        <w:t>f 31345/12325/10898 31352/12332/10905 31363/12344/10917</w:t>
        <w:br/>
        <w:t>f 31448/12429/10980 31361/12342/10915 31344/12327/10900</w:t>
        <w:br/>
        <w:t>f 31361/12342/10915 31345/12325/10898 31344/12327/10900</w:t>
        <w:br/>
        <w:t>f 31427/12407/10964 31407/12390/10952 31410/12391/10953</w:t>
        <w:br/>
        <w:t>f 31417/12397/10958 31416/12396/10958 31429/12412/10969</w:t>
        <w:br/>
        <w:t>f 31416/12396/10958 31430/12410/10967 31429/12412/10969</w:t>
        <w:br/>
        <w:t>f 31321/12302/10878 31223/12204/10809 31213/12193/10798</w:t>
        <w:br/>
        <w:t>f 31217/12198/10803 31194/12174/10779 31193/12176/10781</w:t>
        <w:br/>
        <w:t>f 31334/12314/10887 31356/12337/10910 31332/12315/10888</w:t>
        <w:br/>
        <w:t>f 31360/12341/10914 31353/12333/10906 31352/12332/10905</w:t>
        <w:br/>
        <w:t>f 31450/12430/10981 31451/12431/10982 31449/12432/10983</w:t>
        <w:br/>
        <w:t>f 31451/12431/10982 31452/12433/10984 31449/12432/10983</w:t>
        <w:br/>
        <w:t>f 31454/12434/10985 31455/12435/10986 31453/12436/10987</w:t>
        <w:br/>
        <w:t>f 31452/12433/10984 31456/12437/10988 31449/12432/10983</w:t>
        <w:br/>
        <w:t>f 31456/12437/10988 31457/12438/10989 31449/12432/10983</w:t>
        <w:br/>
        <w:t>f 31459/12439/10990 31460/12440/10991 31458/12441/10992</w:t>
        <w:br/>
        <w:t>f 31460/12440/10991 31461/12442/10993 31458/12441/10992</w:t>
        <w:br/>
        <w:t>f 31463/12443/10994 31464/12444/10995 31462/12445/10996</w:t>
        <w:br/>
        <w:t>f 31464/12444/10995 31465/12446/10997 31462/12445/10996</w:t>
        <w:br/>
        <w:t>f 31467/12447/10998 31468/12448/10999 31466/12449/11000</w:t>
        <w:br/>
        <w:t>f 31468/12448/10999 31469/12450/11001 31466/12449/11000</w:t>
        <w:br/>
        <w:t>f 31470/12451/11002 31471/12452/11003 31459/12439/10990</w:t>
        <w:br/>
        <w:t>f 31471/12452/11003 31472/12453/11004 31459/12439/10990</w:t>
        <w:br/>
        <w:t>f 31474/12454/11005 31475/12455/11006 31473/12456/11007</w:t>
        <w:br/>
        <w:t>f 31477/12457/11008 31450/12430/10981 31476/12458/11009</w:t>
        <w:br/>
        <w:t>f 31450/12430/10981 31449/12432/10983 31476/12458/11009</w:t>
        <w:br/>
        <w:t>f 31478/12459/11010 31455/12435/10986 31454/12434/10985</w:t>
        <w:br/>
        <w:t>f 31476/12458/11009 31449/12432/10983 31479/12460/11011</w:t>
        <w:br/>
        <w:t>f 31449/12432/10983 31457/12438/10989 31479/12460/11011</w:t>
        <w:br/>
        <w:t>f 31480/12461/11012 31470/12451/11002 31458/12441/10992</w:t>
        <w:br/>
        <w:t>f 31470/12451/11002 31459/12439/10990 31458/12441/10992</w:t>
        <w:br/>
        <w:t>f 31481/12462/11013 31482/12463/11014 31462/12445/10996</w:t>
        <w:br/>
        <w:t>f 31482/12463/11014 31455/12435/10986 31462/12445/10996</w:t>
        <w:br/>
        <w:t>f 31475/12455/11006 31469/12450/11001 31473/12456/11007</w:t>
        <w:br/>
        <w:t>f 31469/12450/11001 31483/12464/11015 31473/12456/11007</w:t>
        <w:br/>
        <w:t>f 31472/12453/11004 31484/12465/11016 31459/12439/10990</w:t>
        <w:br/>
        <w:t>f 31484/12465/11016 31460/12440/10991 31459/12439/10990</w:t>
        <w:br/>
        <w:t>f 31486/12466/11017 31475/12455/11006 31485/12467/11018</w:t>
        <w:br/>
        <w:t>f 31488/12468/11019 31489/12469/11020 31487/12470/11021</w:t>
        <w:br/>
        <w:t>f 31489/12469/11020 31490/12471/11021 31487/12470/11021</w:t>
        <w:br/>
        <w:t>f 31492/12472/11022 31493/12473/11022 31491/12474/11022</w:t>
        <w:br/>
        <w:t>f 31493/12473/11022 31494/12475/11022 31491/12474/11022</w:t>
        <w:br/>
        <w:t>f 31496/12476/11023 31497/12477/11024 31495/12478/11025</w:t>
        <w:br/>
        <w:t>f 31497/12477/11024 31498/12479/11026 31495/12478/11025</w:t>
        <w:br/>
        <w:t>f 31499/12480/11027 31500/12481/11027 31490/12471/11021</w:t>
        <w:br/>
        <w:t>f 31500/12481/11027 31487/12470/11021 31490/12471/11021</w:t>
        <w:br/>
        <w:t>f 31502/12482/11028 31503/12483/11028 31501/12484/11029</w:t>
        <w:br/>
        <w:t>f 31503/12483/11028 31504/12485/11029 31501/12484/11029</w:t>
        <w:br/>
        <w:t>f 31506/12486/11030 31503/12483/11028 31505/12487/11030</w:t>
        <w:br/>
        <w:t>f 31503/12483/11028 31502/12482/11028 31505/12487/11030</w:t>
        <w:br/>
        <w:t>f 31508/12488/11031 31509/12489/11031 31507/12490/11032</w:t>
        <w:br/>
        <w:t>f 31509/12489/11031 31510/12491/11033 31507/12490/11032</w:t>
        <w:br/>
        <w:t>f 31512/12492/11034 31513/12493/11034 31511/12494/11035</w:t>
        <w:br/>
        <w:t>f 31513/12493/11034 31514/12495/11035 31511/12494/11035</w:t>
        <w:br/>
        <w:t>f 31516/12496/11036 31509/12489/11031 31515/12497/11036</w:t>
        <w:br/>
        <w:t>f 31509/12489/11031 31508/12488/11031 31515/12497/11036</w:t>
        <w:br/>
        <w:t>f 31518/12498/11037 31519/12499/11038 31517/12500/11037</w:t>
        <w:br/>
        <w:t>f 31519/12499/11038 31520/12501/11038 31517/12500/11037</w:t>
        <w:br/>
        <w:t>f 31522/12502/11039 31523/12503/11040 31521/12504/11041</w:t>
        <w:br/>
        <w:t>f 31523/12503/11040 31524/12505/11041 31521/12504/11041</w:t>
        <w:br/>
        <w:t>f 31526/12506/11042 31527/12507/11043 31525/12508/11042</w:t>
        <w:br/>
        <w:t>f 31527/12507/11043 31528/12509/11044 31525/12508/11042</w:t>
        <w:br/>
        <w:t>f 31530/12510/11045 31531/12511/11045 31529/12512/11046</w:t>
        <w:br/>
        <w:t>f 31531/12511/11045 31532/12513/11046 31529/12512/11046</w:t>
        <w:br/>
        <w:t>f 31534/12514/11047 31535/12515/11048 31533/12516/11049</w:t>
        <w:br/>
        <w:t>f 31535/12515/11048 31536/12517/11049 31533/12516/11049</w:t>
        <w:br/>
        <w:t>f 31538/12518/11050 31539/12519/11051 31537/12520/11052</w:t>
        <w:br/>
        <w:t>f 31539/12519/11051 31540/12521/11052 31537/12520/11052</w:t>
        <w:br/>
        <w:t>f 31524/12505/11041 31541/12522/11053 31521/12504/11041</w:t>
        <w:br/>
        <w:t>f 31541/12522/11053 31542/12523/11053 31521/12504/11041</w:t>
        <w:br/>
        <w:t>f 31522/12502/11039 31544/12524/11054 31543/12525/11055</w:t>
        <w:br/>
        <w:t>f 31544/12524/11054 31545/12526/11054 31543/12525/11055</w:t>
        <w:br/>
        <w:t>f 31547/12527/11056 31548/12528/11057 31546/12529/11058</w:t>
        <w:br/>
        <w:t>f 31548/12528/11057 31527/12507/11043 31546/12529/11058</w:t>
        <w:br/>
        <w:t>f 31550/12530/11059 31551/12531/11060 31549/12532/11061</w:t>
        <w:br/>
        <w:t>f 31553/12533/11062 31554/12534/11063 31552/12535/11064</w:t>
        <w:br/>
        <w:t>f 31517/12500/11037 31555/12536/11065 31518/12498/11037</w:t>
        <w:br/>
        <w:t>f 31555/12536/11065 31556/12537/11065 31518/12498/11037</w:t>
        <w:br/>
        <w:t>f 31525/12508/11042 31557/12538/11066 31526/12506/11042</w:t>
        <w:br/>
        <w:t>f 31557/12538/11066 31558/12539/11066 31526/12506/11042</w:t>
        <w:br/>
        <w:t>f 31560/12540/11067 31454/12434/10985 31559/12541/11067</w:t>
        <w:br/>
        <w:t>f 31454/12434/10985 31453/12436/10987 31559/12541/11067</w:t>
        <w:br/>
        <w:t>f 31489/12469/11020 31488/12468/11019 31561/12542/11068</w:t>
        <w:br/>
        <w:t>f 31488/12468/11019 31562/12543/11068 31561/12542/11068</w:t>
        <w:br/>
        <w:t>f 31506/12486/11030 31505/12487/11030 31562/12543/11068</w:t>
        <w:br/>
        <w:t>f 31505/12487/11030 31561/12542/11068 31562/12543/11068</w:t>
        <w:br/>
        <w:t>f 31513/12493/11034 31512/12492/11034 31563/12544/11069</w:t>
        <w:br/>
        <w:t>f 31512/12492/11034 31564/12545/11069 31563/12544/11069</w:t>
        <w:br/>
        <w:t>f 31565/12546/11070 31566/12547/11071 31536/12517/11049</w:t>
        <w:br/>
        <w:t>f 31566/12547/11071 31533/12516/11049 31536/12517/11049</w:t>
        <w:br/>
        <w:t>f 31474/12454/11005 31560/12540/11067 31485/12467/11018</w:t>
        <w:br/>
        <w:t>f 31560/12540/11067 31559/12541/11067 31485/12467/11018</w:t>
        <w:br/>
        <w:t>f 31564/12545/11069 31558/12539/11066 31563/12544/11069</w:t>
        <w:br/>
        <w:t>f 31558/12539/11066 31557/12538/11066 31563/12544/11069</w:t>
        <w:br/>
        <w:t>f 31541/12522/11053 31566/12547/11071 31542/12523/11053</w:t>
        <w:br/>
        <w:t>f 31566/12547/11071 31565/12546/11070 31542/12523/11053</w:t>
        <w:br/>
        <w:t>f 31456/12437/10988 31567/12548/11072 31457/12438/10989</w:t>
        <w:br/>
        <w:t>f 31567/12548/11072 31465/12446/10997 31457/12438/10989</w:t>
        <w:br/>
        <w:t>f 31465/12446/10997 31464/12444/10995 31457/12438/10989</w:t>
        <w:br/>
        <w:t>f 31464/12444/10995 31479/12460/11011 31457/12438/10989</w:t>
        <w:br/>
        <w:t>f 31516/12496/11036 31515/12497/11036 31550/12530/11059</w:t>
        <w:br/>
        <w:t>f 31515/12497/11036 31551/12531/11060 31550/12530/11059</w:t>
        <w:br/>
        <w:t>f 31539/12519/11051 31538/12518/11050 31544/12524/11054</w:t>
        <w:br/>
        <w:t>f 31538/12518/11050 31545/12526/11054 31544/12524/11054</w:t>
        <w:br/>
        <w:t>f 31462/12445/10996 31455/12435/10986 31463/12443/10994</w:t>
        <w:br/>
        <w:t>f 31455/12435/10986 31478/12459/11010 31463/12443/10994</w:t>
        <w:br/>
        <w:t>f 31567/12548/11072 31481/12462/11013 31465/12446/10997</w:t>
        <w:br/>
        <w:t>f 31481/12462/11013 31462/12445/10996 31465/12446/10997</w:t>
        <w:br/>
        <w:t>f 31523/12503/11040 31522/12502/11039 31543/12525/11055</w:t>
        <w:br/>
        <w:t>f 31549/12532/11061 31551/12531/11060 31514/12495/11035</w:t>
        <w:br/>
        <w:t>f 31551/12531/11060 31511/12494/11035 31514/12495/11035</w:t>
        <w:br/>
        <w:t>f 31461/12442/10993 31568/12549/11073 31458/12441/10992</w:t>
        <w:br/>
        <w:t>f 31568/12549/11073 31468/12448/10999 31458/12441/10992</w:t>
        <w:br/>
        <w:t>f 31458/12441/10992 31468/12448/10999 31480/12461/11012</w:t>
        <w:br/>
        <w:t>f 31468/12448/10999 31467/12447/10998 31480/12461/11012</w:t>
        <w:br/>
        <w:t>f 31495/12478/11025 31498/12479/11026 31569/12550/11074</w:t>
        <w:br/>
        <w:t>f 31498/12479/11026 31570/12551/11075 31569/12550/11074</w:t>
        <w:br/>
        <w:t>f 31520/12501/11038 31519/12499/11038 31553/12533/11062</w:t>
        <w:br/>
        <w:t>f 31519/12499/11038 31554/12534/11063 31553/12533/11062</w:t>
        <w:br/>
        <w:t>f 31532/12513/11046 31547/12527/11056 31529/12512/11046</w:t>
        <w:br/>
        <w:t>f 31547/12527/11056 31546/12529/11058 31529/12512/11046</w:t>
        <w:br/>
        <w:t>f 31466/12449/11000 31469/12450/11001 31486/12466/11017</w:t>
        <w:br/>
        <w:t>f 31469/12450/11001 31475/12455/11006 31486/12466/11017</w:t>
        <w:br/>
        <w:t>f 31568/12549/11073 31483/12464/11015 31468/12448/10999</w:t>
        <w:br/>
        <w:t>f 31483/12464/11015 31469/12450/11001 31468/12448/10999</w:t>
        <w:br/>
        <w:t>f 31528/12509/11044 31527/12507/11043 31548/12528/11057</w:t>
        <w:br/>
        <w:t>f 31554/12534/11063 31535/12515/11048 31552/12535/11064</w:t>
        <w:br/>
        <w:t>f 31535/12515/11048 31534/12514/11047 31552/12535/11064</w:t>
        <w:br/>
        <w:t>f 31453/12436/10987 31455/12435/10986 31482/12463/11014</w:t>
        <w:br/>
        <w:t>f 31485/12467/11018 31475/12455/11006 31474/12454/11005</w:t>
        <w:br/>
        <w:t>f 31572/12552/11076 31573/12553/11077 31571/12554/11078</w:t>
        <w:br/>
        <w:t>f 31573/12553/11077 31574/12555/11079 31571/12554/11078</w:t>
        <w:br/>
        <w:t>f 31576/12556/11080 31577/12557/11081 31575/12558/11082</w:t>
        <w:br/>
        <w:t>f 31572/12552/11076 31571/12554/11078 31578/12559/11083</w:t>
        <w:br/>
        <w:t>f 31571/12554/11078 31579/12560/11084 31578/12559/11083</w:t>
        <w:br/>
        <w:t>f 31581/12561/11085 31582/12562/11086 31580/12563/11087</w:t>
        <w:br/>
        <w:t>f 31582/12562/11086 31583/12564/11088 31580/12563/11087</w:t>
        <w:br/>
        <w:t>f 31585/12565/11089 31586/12566/11090 31584/12567/11091</w:t>
        <w:br/>
        <w:t>f 31586/12566/11090 31587/12568/11092 31584/12567/11091</w:t>
        <w:br/>
        <w:t>f 31589/12569/11093 31590/12570/11094 31588/12571/11095</w:t>
        <w:br/>
        <w:t>f 31590/12570/11094 31591/12572/11096 31588/12571/11095</w:t>
        <w:br/>
        <w:t>f 31592/12573/11097 31593/12574/11098 31583/12564/11088</w:t>
        <w:br/>
        <w:t>f 31593/12574/11098 31594/12575/11099 31583/12564/11088</w:t>
        <w:br/>
        <w:t>f 31596/12576/11100 31597/12577/11101 31595/12578/11102</w:t>
        <w:br/>
        <w:t>f 31571/12554/11078 31574/12555/11079 31598/12579/11103</w:t>
        <w:br/>
        <w:t>f 31574/12555/11079 31599/12580/11104 31598/12579/11103</w:t>
        <w:br/>
        <w:t>f 31575/12558/11082 31577/12557/11081 31600/12581/11105</w:t>
        <w:br/>
        <w:t>f 31598/12579/11103 31601/12582/11106 31571/12554/11078</w:t>
        <w:br/>
        <w:t>f 31601/12582/11106 31579/12560/11084 31571/12554/11078</w:t>
        <w:br/>
        <w:t>f 31602/12583/11107 31580/12563/11087 31594/12575/11099</w:t>
        <w:br/>
        <w:t>f 31580/12563/11087 31583/12564/11088 31594/12575/11099</w:t>
        <w:br/>
        <w:t>f 31604/12584/11108 31584/12567/11091 31603/12585/11109</w:t>
        <w:br/>
        <w:t>f 31584/12567/11091 31577/12557/11081 31603/12585/11109</w:t>
        <w:br/>
        <w:t>f 31605/12586/11110 31591/12572/11096 31596/12576/11100</w:t>
        <w:br/>
        <w:t>f 31591/12572/11096 31597/12577/11101 31596/12576/11100</w:t>
        <w:br/>
        <w:t>f 31582/12562/11086 31606/12587/11111 31583/12564/11088</w:t>
        <w:br/>
        <w:t>f 31606/12587/11111 31592/12573/11097 31583/12564/11088</w:t>
        <w:br/>
        <w:t>f 31608/12588/11112 31597/12577/11101 31607/12589/11113</w:t>
        <w:br/>
        <w:t>f 31610/12590/11114 31611/12591/11115 31609/12592/11114</w:t>
        <w:br/>
        <w:t>f 31611/12591/11115 31612/12593/11116 31609/12592/11114</w:t>
        <w:br/>
        <w:t>f 31614/12594/11117 31615/12595/11117 31613/12596/11117</w:t>
        <w:br/>
        <w:t>f 31615/12595/11117 31616/12597/11117 31613/12596/11117</w:t>
        <w:br/>
        <w:t>f 31618/12598/11118 31619/12599/11119 31617/12600/11118</w:t>
        <w:br/>
        <w:t>f 31619/12599/11119 31620/12601/11120 31617/12600/11118</w:t>
        <w:br/>
        <w:t>f 31622/12602/11121 31610/12590/11114 31621/12603/11122</w:t>
        <w:br/>
        <w:t>f 31610/12590/11114 31609/12592/11114 31621/12603/11122</w:t>
        <w:br/>
        <w:t>f 31624/12604/11123 31625/12605/11124 31623/12606/11123</w:t>
        <w:br/>
        <w:t>f 31625/12605/11124 31626/12607/11124 31623/12606/11123</w:t>
        <w:br/>
        <w:t>f 31627/12608/11125 31628/12609/11126 31623/12606/11123</w:t>
        <w:br/>
        <w:t>f 31628/12609/11126 31624/12604/11123 31623/12606/11123</w:t>
        <w:br/>
        <w:t>f 31630/12610/11127 31631/12611/11128 31629/12612/11127</w:t>
        <w:br/>
        <w:t>f 31631/12611/11128 31632/12613/11129 31629/12612/11127</w:t>
        <w:br/>
        <w:t>f 31634/12614/11130 31635/12615/11131 31633/12616/11130</w:t>
        <w:br/>
        <w:t>f 31635/12615/11131 31636/12617/11131 31633/12616/11130</w:t>
        <w:br/>
        <w:t>f 31630/12610/11127 31629/12612/11127 31637/12618/11132</w:t>
        <w:br/>
        <w:t>f 31629/12612/11127 31638/12619/11132 31637/12618/11132</w:t>
        <w:br/>
        <w:t>f 31640/12620/11133 31641/12621/11133 31639/12622/11134</w:t>
        <w:br/>
        <w:t>f 31641/12621/11133 31642/12623/11134 31639/12622/11134</w:t>
        <w:br/>
        <w:t>f 31644/12624/11135 31645/12625/11136 31643/12626/11137</w:t>
        <w:br/>
        <w:t>f 31645/12625/11136 31646/12627/11136 31643/12626/11137</w:t>
        <w:br/>
        <w:t>f 31648/12628/11138 31649/12629/11139 31647/12630/11140</w:t>
        <w:br/>
        <w:t>f 31649/12629/11139 31650/12631/11140 31647/12630/11140</w:t>
        <w:br/>
        <w:t>f 31652/12632/11141 31653/12633/11142 31651/12634/11141</w:t>
        <w:br/>
        <w:t>f 31653/12633/11142 31654/12635/11142 31651/12634/11141</w:t>
        <w:br/>
        <w:t>f 31656/12636/11143 31657/12637/11144 31655/12638/11145</w:t>
        <w:br/>
        <w:t>f 31657/12637/11144 31658/12639/11146 31655/12638/11145</w:t>
        <w:br/>
        <w:t>f 31660/12640/11147 31661/12641/11148 31659/12642/11149</w:t>
        <w:br/>
        <w:t>f 31661/12641/11148 31662/12643/11148 31659/12642/11149</w:t>
        <w:br/>
        <w:t>f 31646/12627/11136 31645/12625/11136 31663/12644/11150</w:t>
        <w:br/>
        <w:t>f 31645/12625/11136 31664/12645/11150 31663/12644/11150</w:t>
        <w:br/>
        <w:t>f 31644/12624/11135 31666/12646/11151 31665/12647/11152</w:t>
        <w:br/>
        <w:t>f 31666/12646/11151 31667/12648/11152 31665/12647/11152</w:t>
        <w:br/>
        <w:t>f 31669/12649/11153 31670/12650/11154 31668/12651/11155</w:t>
        <w:br/>
        <w:t>f 31670/12650/11154 31649/12629/11139 31668/12651/11155</w:t>
        <w:br/>
        <w:t>f 31672/12652/11156 31673/12653/11157 31671/12654/11158</w:t>
        <w:br/>
        <w:t>f 31675/12655/11159 31676/12656/11160 31674/12657/11161</w:t>
        <w:br/>
        <w:t>f 31639/12622/11134 31642/12623/11134 31677/12658/11162</w:t>
        <w:br/>
        <w:t>f 31642/12623/11134 31678/12659/11162 31677/12658/11162</w:t>
        <w:br/>
        <w:t>f 31647/12630/11140 31650/12631/11140 31679/12660/11163</w:t>
        <w:br/>
        <w:t>f 31650/12631/11140 31680/12661/11163 31679/12660/11163</w:t>
        <w:br/>
        <w:t>f 31576/12556/11080 31575/12558/11082 31681/12662/11164</w:t>
        <w:br/>
        <w:t>f 31575/12558/11082 31682/12663/11164 31681/12662/11164</w:t>
        <w:br/>
        <w:t>f 31611/12591/11115 31683/12664/11165 31612/12593/11116</w:t>
        <w:br/>
        <w:t>f 31683/12664/11165 31684/12665/11165 31612/12593/11116</w:t>
        <w:br/>
        <w:t>f 31627/12608/11125 31684/12665/11165 31628/12609/11126</w:t>
        <w:br/>
        <w:t>f 31684/12665/11165 31683/12664/11165 31628/12609/11126</w:t>
        <w:br/>
        <w:t>f 31633/12616/11130 31685/12666/11166 31634/12614/11130</w:t>
        <w:br/>
        <w:t>f 31685/12666/11166 31686/12667/11166 31634/12614/11130</w:t>
        <w:br/>
        <w:t>f 31688/12668/11167 31658/12639/11146 31687/12669/11168</w:t>
        <w:br/>
        <w:t>f 31658/12639/11146 31657/12637/11144 31687/12669/11168</w:t>
        <w:br/>
        <w:t>f 31681/12662/11164 31682/12663/11164 31608/12588/11112</w:t>
        <w:br/>
        <w:t>f 31682/12663/11164 31595/12578/11102 31608/12588/11112</w:t>
        <w:br/>
        <w:t>f 31686/12667/11166 31685/12666/11166 31680/12661/11163</w:t>
        <w:br/>
        <w:t>f 31685/12666/11166 31679/12660/11163 31680/12661/11163</w:t>
        <w:br/>
        <w:t>f 31688/12668/11167 31687/12669/11168 31664/12645/11150</w:t>
        <w:br/>
        <w:t>f 31687/12669/11168 31663/12644/11150 31664/12645/11150</w:t>
        <w:br/>
        <w:t>f 31578/12559/11083 31579/12560/11084 31689/12670/11169</w:t>
        <w:br/>
        <w:t>f 31579/12560/11084 31585/12565/11089 31689/12670/11169</w:t>
        <w:br/>
        <w:t>f 31585/12565/11089 31579/12560/11084 31586/12566/11090</w:t>
        <w:br/>
        <w:t>f 31579/12560/11084 31601/12582/11106 31586/12566/11090</w:t>
        <w:br/>
        <w:t>f 31673/12653/11157 31637/12618/11132 31671/12654/11158</w:t>
        <w:br/>
        <w:t>f 31637/12618/11132 31638/12619/11132 31671/12654/11158</w:t>
        <w:br/>
        <w:t>f 31667/12648/11152 31660/12640/11147 31665/12647/11152</w:t>
        <w:br/>
        <w:t>f 31660/12640/11147 31659/12642/11149 31665/12647/11152</w:t>
        <w:br/>
        <w:t>f 31584/12567/11091 31587/12568/11092 31577/12557/11081</w:t>
        <w:br/>
        <w:t>f 31587/12568/11092 31600/12581/11105 31577/12557/11081</w:t>
        <w:br/>
        <w:t>f 31689/12670/11169 31585/12565/11089 31604/12584/11108</w:t>
        <w:br/>
        <w:t>f 31585/12565/11089 31584/12567/11091 31604/12584/11108</w:t>
        <w:br/>
        <w:t>f 31666/12646/11151 31644/12624/11135 31643/12626/11137</w:t>
        <w:br/>
        <w:t>f 31635/12615/11131 31673/12653/11157 31636/12617/11131</w:t>
        <w:br/>
        <w:t>f 31673/12653/11157 31672/12652/11156 31636/12617/11131</w:t>
        <w:br/>
        <w:t>f 31588/12571/11095 31690/12671/11170 31580/12563/11087</w:t>
        <w:br/>
        <w:t>f 31690/12671/11170 31581/12561/11085 31580/12563/11087</w:t>
        <w:br/>
        <w:t>f 31580/12563/11087 31602/12583/11107 31588/12571/11095</w:t>
        <w:br/>
        <w:t>f 31602/12583/11107 31589/12569/11093 31588/12571/11095</w:t>
        <w:br/>
        <w:t>f 31692/12672/11171 31620/12601/11120 31691/12673/11172</w:t>
        <w:br/>
        <w:t>f 31620/12601/11120 31619/12599/11119 31691/12673/11172</w:t>
        <w:br/>
        <w:t>f 31676/12656/11160 31641/12621/11133 31674/12657/11161</w:t>
        <w:br/>
        <w:t>f 31641/12621/11133 31640/12620/11133 31674/12657/11161</w:t>
        <w:br/>
        <w:t>f 31670/12650/11154 31669/12649/11153 31651/12634/11141</w:t>
        <w:br/>
        <w:t>f 31669/12649/11153 31652/12632/11141 31651/12634/11141</w:t>
        <w:br/>
        <w:t>f 31590/12570/11094 31607/12589/11113 31591/12572/11096</w:t>
        <w:br/>
        <w:t>f 31607/12589/11113 31597/12577/11101 31591/12572/11096</w:t>
        <w:br/>
        <w:t>f 31690/12671/11170 31588/12571/11095 31605/12586/11110</w:t>
        <w:br/>
        <w:t>f 31588/12571/11095 31591/12572/11096 31605/12586/11110</w:t>
        <w:br/>
        <w:t>f 31668/12651/11155 31649/12629/11139 31648/12628/11138</w:t>
        <w:br/>
        <w:t>f 31676/12656/11160 31675/12655/11159 31655/12638/11145</w:t>
        <w:br/>
        <w:t>f 31675/12655/11159 31656/12636/11143 31655/12638/11145</w:t>
        <w:br/>
        <w:t>f 31603/12585/11109 31577/12557/11081 31576/12556/11080</w:t>
        <w:br/>
        <w:t>f 31595/12578/11102 31597/12577/11101 31608/12588/11112</w:t>
        <w:br/>
        <w:t>f 31694/12674/11173 31695/12675/11174 31693/12676/11175</w:t>
        <w:br/>
        <w:t>f 31695/12675/11174 31696/12677/11176 31693/12676/11175</w:t>
        <w:br/>
        <w:t>f 31698/12678/11177 31694/12674/11173 31697/12679/11178</w:t>
        <w:br/>
        <w:t>f 31694/12674/11173 31693/12676/11175 31697/12679/11178</w:t>
        <w:br/>
        <w:t>f 31700/12680/11179 31701/12681/11180 31699/12682/11181</w:t>
        <w:br/>
        <w:t>f 31701/12681/11180 31702/12683/11182 31699/12682/11181</w:t>
        <w:br/>
        <w:t>f 31698/12678/11177 31697/12679/11178 31702/12683/11182</w:t>
        <w:br/>
        <w:t>f 31697/12679/11178 31699/12682/11181 31702/12683/11182</w:t>
        <w:br/>
        <w:t>f 31704/12684/11183 31700/12680/11179 31703/12685/11184</w:t>
        <w:br/>
        <w:t>f 31700/12680/11179 31699/12682/11181 31703/12685/11184</w:t>
        <w:br/>
        <w:t>f 31703/12685/11184 31699/12682/11181 31705/12686/11185</w:t>
        <w:br/>
        <w:t>f 31699/12682/11181 31697/12679/11178 31705/12686/11185</w:t>
        <w:br/>
        <w:t>f 31707/12687/11186 31693/12676/11175 31706/12688/11187</w:t>
        <w:br/>
        <w:t>f 31693/12676/11175 31696/12677/11176 31706/12688/11187</w:t>
        <w:br/>
        <w:t>f 31705/12686/11185 31697/12679/11178 31707/12687/11186</w:t>
        <w:br/>
        <w:t>f 31697/12679/11178 31693/12676/11175 31707/12687/11186</w:t>
        <w:br/>
        <w:t>f 31709/12689/11188 31704/12684/11183 31708/12690/11189</w:t>
        <w:br/>
        <w:t>f 31704/12684/11183 31703/12685/11184 31708/12690/11189</w:t>
        <w:br/>
        <w:t>f 31708/12690/11189 31703/12685/11184 31710/12691/11190</w:t>
        <w:br/>
        <w:t>f 31703/12685/11184 31705/12686/11185 31710/12691/11190</w:t>
        <w:br/>
        <w:t>f 31712/12692/11191 31707/12687/11186 31711/12693/11192</w:t>
        <w:br/>
        <w:t>f 31707/12687/11186 31706/12688/11187 31711/12693/11192</w:t>
        <w:br/>
        <w:t>f 31710/12691/11190 31705/12686/11185 31712/12692/11191</w:t>
        <w:br/>
        <w:t>f 31705/12686/11185 31707/12687/11186 31712/12692/11191</w:t>
        <w:br/>
        <w:t>f 31714/12694/11193 31715/12695/11194 31713/12696/11195</w:t>
        <w:br/>
        <w:t>f 31715/12695/11194 31716/12697/11196 31713/12696/11195</w:t>
        <w:br/>
        <w:t>f 31718/12698/11197 31719/12699/11198 31717/12700/11199</w:t>
        <w:br/>
        <w:t>f 31719/12699/11198 31720/12701/11200 31717/12700/11199</w:t>
        <w:br/>
        <w:t>f 31722/12702/11201 31723/12703/11202 31721/12704/11203</w:t>
        <w:br/>
        <w:t>f 31723/12703/11202 31724/12705/11204 31721/12704/11203</w:t>
        <w:br/>
        <w:t>f 31726/12706/11205 31721/12704/11203 31725/12707/11206</w:t>
        <w:br/>
        <w:t>f 31721/12704/11203 31724/12705/11204 31725/12707/11206</w:t>
        <w:br/>
        <w:t>f 31715/12695/11194 31714/12694/11193 31727/12708/11207</w:t>
        <w:br/>
        <w:t>f 31714/12694/11193 31728/12709/11208 31727/12708/11207</w:t>
        <w:br/>
        <w:t>f 31730/12710/11209 31731/12711/11210 31729/12712/11211</w:t>
        <w:br/>
        <w:t>f 31731/12711/11210 31732/12713/11212 31729/12712/11211</w:t>
        <w:br/>
        <w:t>f 31725/12707/11206 31733/12714/11213 31726/12706/11205</w:t>
        <w:br/>
        <w:t>f 31733/12714/11213 31734/12715/11214 31726/12706/11205</w:t>
        <w:br/>
        <w:t>f 31733/12714/11213 31735/12716/11215 31734/12715/11214</w:t>
        <w:br/>
        <w:t>f 31735/12716/11215 31736/12717/11216 31734/12715/11214</w:t>
        <w:br/>
        <w:t>f 31732/12713/11212 31731/12711/11210 31728/12709/11208</w:t>
        <w:br/>
        <w:t>f 31731/12711/11210 31727/12708/11207 31728/12709/11208</w:t>
        <w:br/>
        <w:t>f 31729/12712/11211 31736/12717/11216 31730/12710/11209</w:t>
        <w:br/>
        <w:t>f 31736/12717/11216 31735/12716/11215 31730/12710/11209</w:t>
        <w:br/>
        <w:t>f 31738/12718/11217 31714/12694/11193 31737/12719/11218</w:t>
        <w:br/>
        <w:t>f 31714/12694/11193 31713/12696/11195 31737/12719/11218</w:t>
        <w:br/>
        <w:t>f 31740/12720/11219 31720/12701/11200 31739/12721/11183</w:t>
        <w:br/>
        <w:t>f 31720/12701/11200 31719/12699/11198 31739/12721/11183</w:t>
        <w:br/>
        <w:t>f 31741/12722/11220 31728/12709/11208 31738/12718/11217</w:t>
        <w:br/>
        <w:t>f 31728/12709/11208 31714/12694/11193 31738/12718/11217</w:t>
        <w:br/>
        <w:t>f 31726/12706/11205 31734/12715/11214 31742/12723/11221</w:t>
        <w:br/>
        <w:t>f 31734/12715/11214 31743/12724/11222 31742/12723/11221</w:t>
        <w:br/>
        <w:t>f 31744/12725/11223 31732/12713/11212 31741/12722/11220</w:t>
        <w:br/>
        <w:t>f 31732/12713/11212 31728/12709/11208 31741/12722/11220</w:t>
        <w:br/>
        <w:t>f 31736/12717/11216 31729/12712/11211 31745/12726/11224</w:t>
        <w:br/>
        <w:t>f 31729/12712/11211 31746/12727/11225 31745/12726/11224</w:t>
        <w:br/>
        <w:t>f 31722/12702/11201 31721/12704/11203 31747/12728/11226</w:t>
        <w:br/>
        <w:t>f 31721/12704/11203 31748/12729/11227 31747/12728/11226</w:t>
        <w:br/>
        <w:t>f 31721/12704/11203 31726/12706/11205 31748/12729/11227</w:t>
        <w:br/>
        <w:t>f 31726/12706/11205 31742/12723/11221 31748/12729/11227</w:t>
        <w:br/>
        <w:t>f 31729/12712/11211 31732/12713/11212 31746/12727/11225</w:t>
        <w:br/>
        <w:t>f 31732/12713/11212 31744/12725/11223 31746/12727/11225</w:t>
        <w:br/>
        <w:t>f 31734/12715/11214 31736/12717/11216 31743/12724/11222</w:t>
        <w:br/>
        <w:t>f 31736/12717/11216 31745/12726/11224 31743/12724/11222</w:t>
        <w:br/>
        <w:t>f 31750/12730/11228 31738/12718/11217 31749/12731/11229</w:t>
        <w:br/>
        <w:t>f 31738/12718/11217 31737/12719/11218 31749/12731/11229</w:t>
        <w:br/>
        <w:t>f 31752/12732/11230 31740/12720/11219 31751/12733/11188</w:t>
        <w:br/>
        <w:t>f 31740/12720/11219 31739/12721/11183 31751/12733/11188</w:t>
        <w:br/>
        <w:t>f 31753/12734/11231 31741/12722/11220 31750/12730/11228</w:t>
        <w:br/>
        <w:t>f 31741/12722/11220 31738/12718/11217 31750/12730/11228</w:t>
        <w:br/>
        <w:t>f 31745/12726/11224 31746/12727/11225 31754/12735/11232</w:t>
        <w:br/>
        <w:t>f 31746/12727/11225 31755/12736/11233 31754/12735/11232</w:t>
        <w:br/>
        <w:t>f 31748/12729/11227 31742/12723/11221 31756/12737/11234</w:t>
        <w:br/>
        <w:t>f 31742/12723/11221 31757/12738/11235 31756/12737/11234</w:t>
        <w:br/>
        <w:t>f 31746/12727/11225 31744/12725/11223 31755/12736/11233</w:t>
        <w:br/>
        <w:t>f 31744/12725/11223 31758/12739/11236 31755/12736/11233</w:t>
        <w:br/>
        <w:t>f 31743/12724/11222 31745/12726/11224 31759/12740/11237</w:t>
        <w:br/>
        <w:t>f 31745/12726/11224 31754/12735/11232 31759/12740/11237</w:t>
        <w:br/>
        <w:t>f 31742/12723/11221 31743/12724/11222 31757/12738/11235</w:t>
        <w:br/>
        <w:t>f 31743/12724/11222 31759/12740/11237 31757/12738/11235</w:t>
        <w:br/>
        <w:t>f 31747/12728/11226 31748/12729/11227 31760/12741/11238</w:t>
        <w:br/>
        <w:t>f 31748/12729/11227 31756/12737/11234 31760/12741/11238</w:t>
        <w:br/>
        <w:t>f 31762/12742/11239 31709/12689/11188 31761/12743/11240</w:t>
        <w:br/>
        <w:t>f 31709/12689/11188 31708/12690/11189 31761/12743/11240</w:t>
        <w:br/>
        <w:t>f 31761/12743/11240 31708/12690/11189 31763/12744/11241</w:t>
        <w:br/>
        <w:t>f 31708/12690/11189 31710/12691/11190 31763/12744/11241</w:t>
        <w:br/>
        <w:t>f 31763/12744/11241 31710/12691/11190 31764/12745/11242</w:t>
        <w:br/>
        <w:t>f 31710/12691/11190 31712/12692/11191 31764/12745/11242</w:t>
        <w:br/>
        <w:t>f 31712/12692/11191 31711/12693/11192 31765/12746/11243</w:t>
        <w:br/>
        <w:t>f 31767/12747/11244 31750/12730/11228 31766/12748/11245</w:t>
        <w:br/>
        <w:t>f 31750/12730/11228 31749/12731/11229 31766/12748/11245</w:t>
        <w:br/>
        <w:t>f 31768/12749/11246 31769/12750/11247 31751/12733/11188</w:t>
        <w:br/>
        <w:t>f 31769/12750/11247 31752/12732/11230 31751/12733/11188</w:t>
        <w:br/>
        <w:t>f 31770/12751/11248 31753/12734/11231 31767/12747/11244</w:t>
        <w:br/>
        <w:t>f 31753/12734/11231 31750/12730/11228 31767/12747/11244</w:t>
        <w:br/>
        <w:t>f 31754/12735/11232 31755/12736/11233 31771/12752/11249</w:t>
        <w:br/>
        <w:t>f 31755/12736/11233 31772/12753/11250 31771/12752/11249</w:t>
        <w:br/>
        <w:t>f 31769/12750/11247 31766/12748/11245 31752/12732/11230</w:t>
        <w:br/>
        <w:t>f 31766/12748/11245 31749/12731/11229 31752/12732/11230</w:t>
        <w:br/>
        <w:t>f 31773/12754/11251 31774/12755/11252 31756/12737/11234</w:t>
        <w:br/>
        <w:t>f 31774/12755/11252 31760/12741/11238 31756/12737/11234</w:t>
        <w:br/>
        <w:t>f 31755/12736/11233 31758/12739/11236 31772/12753/11250</w:t>
        <w:br/>
        <w:t>f 31758/12739/11236 31775/12756/11253 31772/12753/11250</w:t>
        <w:br/>
        <w:t>f 31759/12740/11237 31754/12735/11232 31776/12757/11254</w:t>
        <w:br/>
        <w:t>f 31754/12735/11232 31771/12752/11249 31776/12757/11254</w:t>
        <w:br/>
        <w:t>f 31757/12738/11235 31759/12740/11237 31777/12758/11255</w:t>
        <w:br/>
        <w:t>f 31759/12740/11237 31776/12757/11254 31777/12758/11255</w:t>
        <w:br/>
        <w:t>f 31756/12737/11234 31757/12738/11235 31773/12754/11251</w:t>
        <w:br/>
        <w:t>f 31757/12738/11235 31777/12758/11255 31773/12754/11251</w:t>
        <w:br/>
        <w:t>f 31740/12720/11219 31752/12732/11230 31737/12719/11218</w:t>
        <w:br/>
        <w:t>f 31752/12732/11230 31749/12731/11229 31737/12719/11218</w:t>
        <w:br/>
        <w:t>f 31720/12701/11200 31740/12720/11219 31713/12696/11195</w:t>
        <w:br/>
        <w:t>f 31740/12720/11219 31737/12719/11218 31713/12696/11195</w:t>
        <w:br/>
        <w:t>f 31717/12700/11199 31720/12701/11200 31716/12697/11196</w:t>
        <w:br/>
        <w:t>f 31720/12701/11200 31713/12696/11195 31716/12697/11196</w:t>
        <w:br/>
        <w:t>f 31758/12739/11236 31744/12725/11223 31753/12734/11231</w:t>
        <w:br/>
        <w:t>f 31744/12725/11223 31741/12722/11220 31753/12734/11231</w:t>
        <w:br/>
        <w:t>f 31775/12756/11253 31758/12739/11236 31770/12751/11248</w:t>
        <w:br/>
        <w:t>f 31758/12739/11236 31753/12734/11231 31770/12751/11248</w:t>
        <w:br/>
        <w:t>f 31764/12745/11242 31712/12692/11191 31765/12746/11243</w:t>
        <w:br/>
        <w:t>f 31778/12759/11256 31779/12760/11257 31695/12675/11174</w:t>
        <w:br/>
        <w:t>f 31779/12760/11257 31696/12677/11176 31695/12675/11174</w:t>
        <w:br/>
        <w:t>f 31780/12761/11258 31781/12762/11259 31778/12759/11256</w:t>
        <w:br/>
        <w:t>f 31781/12762/11259 31779/12760/11257 31778/12759/11256</w:t>
        <w:br/>
        <w:t>f 31783/12763/11260 31784/12764/11261 31782/12765/11262</w:t>
        <w:br/>
        <w:t>f 31784/12764/11261 31785/12766/11263 31782/12765/11262</w:t>
        <w:br/>
        <w:t>f 31780/12761/11258 31785/12766/11263 31781/12762/11259</w:t>
        <w:br/>
        <w:t>f 31785/12766/11263 31784/12764/11261 31781/12762/11259</w:t>
        <w:br/>
        <w:t>f 31786/12767/11264 31787/12768/11265 31783/12763/11260</w:t>
        <w:br/>
        <w:t>f 31787/12768/11265 31784/12764/11261 31783/12763/11260</w:t>
        <w:br/>
        <w:t>f 31787/12768/11265 31788/12769/11266 31784/12764/11261</w:t>
        <w:br/>
        <w:t>f 31788/12769/11266 31781/12762/11259 31784/12764/11261</w:t>
        <w:br/>
        <w:t>f 31789/12770/11267 31706/12688/11187 31779/12760/11257</w:t>
        <w:br/>
        <w:t>f 31706/12688/11187 31696/12677/11176 31779/12760/11257</w:t>
        <w:br/>
        <w:t>f 31788/12769/11266 31789/12770/11267 31781/12762/11259</w:t>
        <w:br/>
        <w:t>f 31789/12770/11267 31779/12760/11257 31781/12762/11259</w:t>
        <w:br/>
        <w:t>f 31790/12771/11268 31791/12772/11269 31786/12767/11264</w:t>
        <w:br/>
        <w:t>f 31791/12772/11269 31787/12768/11265 31786/12767/11264</w:t>
        <w:br/>
        <w:t>f 31791/12772/11269 31792/12773/11270 31787/12768/11265</w:t>
        <w:br/>
        <w:t>f 31792/12773/11270 31788/12769/11266 31787/12768/11265</w:t>
        <w:br/>
        <w:t>f 31793/12774/11271 31711/12693/11192 31789/12770/11267</w:t>
        <w:br/>
        <w:t>f 31711/12693/11192 31706/12688/11187 31789/12770/11267</w:t>
        <w:br/>
        <w:t>f 31792/12773/11270 31793/12774/11271 31788/12769/11266</w:t>
        <w:br/>
        <w:t>f 31793/12774/11271 31789/12770/11267 31788/12769/11266</w:t>
        <w:br/>
        <w:t>f 31794/12775/11272 31795/12776/11273 31790/12771/11268</w:t>
        <w:br/>
        <w:t>f 31795/12776/11273 31791/12772/11269 31790/12771/11268</w:t>
        <w:br/>
        <w:t>f 31795/12776/11273 31796/12777/11274 31791/12772/11269</w:t>
        <w:br/>
        <w:t>f 31796/12777/11274 31792/12773/11270 31791/12772/11269</w:t>
        <w:br/>
        <w:t>f 31796/12777/11274 31797/12778/11275 31792/12773/11270</w:t>
        <w:br/>
        <w:t>f 31797/12778/11275 31793/12774/11271 31792/12773/11270</w:t>
        <w:br/>
        <w:t>f 31765/12746/11243 31711/12693/11192 31793/12774/11271</w:t>
        <w:br/>
        <w:t>f 31765/12746/11243 31793/12774/11271 31797/12778/11275</w:t>
        <w:br/>
        <w:t>f 31799/12779/11276 31800/12780/11277 31798/12781/11278</w:t>
        <w:br/>
        <w:t>f 31800/12780/11277 31801/12782/11279 31798/12781/11278</w:t>
        <w:br/>
        <w:t>f 31803/12783/11262 31804/12784/11280 31802/12785/11281</w:t>
        <w:br/>
        <w:t>f 31804/12784/11280 31805/12786/11282 31802/12785/11281</w:t>
        <w:br/>
        <w:t>f 31807/12787/11283 31723/12703/11202 31806/12788/11284</w:t>
        <w:br/>
        <w:t>f 31723/12703/11202 31722/12702/11201 31806/12788/11284</w:t>
        <w:br/>
        <w:t>f 31807/12787/11283 31806/12788/11284 31808/12789/11285</w:t>
        <w:br/>
        <w:t>f 31806/12788/11284 31809/12790/11286 31808/12789/11285</w:t>
        <w:br/>
        <w:t>f 31811/12791/11287 31801/12782/11279 31810/12792/11288</w:t>
        <w:br/>
        <w:t>f 31801/12782/11279 31800/12780/11277 31810/12792/11288</w:t>
        <w:br/>
        <w:t>f 31813/12793/11289 31814/12794/11290 31812/12795/11291</w:t>
        <w:br/>
        <w:t>f 31814/12794/11290 31815/12796/11292 31812/12795/11291</w:t>
        <w:br/>
        <w:t>f 31816/12797/11293 31817/12798/11294 31809/12790/11286</w:t>
        <w:br/>
        <w:t>f 31817/12798/11294 31808/12789/11285 31809/12790/11286</w:t>
        <w:br/>
        <w:t>f 31818/12799/11295 31819/12800/11296 31816/12797/11293</w:t>
        <w:br/>
        <w:t>f 31819/12800/11296 31817/12798/11294 31816/12797/11293</w:t>
        <w:br/>
        <w:t>f 31810/12792/11288 31814/12794/11290 31811/12791/11287</w:t>
        <w:br/>
        <w:t>f 31814/12794/11290 31813/12793/11289 31811/12791/11287</w:t>
        <w:br/>
        <w:t>f 31819/12800/11296 31818/12799/11295 31815/12796/11292</w:t>
        <w:br/>
        <w:t>f 31818/12799/11295 31812/12795/11291 31815/12796/11292</w:t>
        <w:br/>
        <w:t>f 31798/12781/11278 31801/12782/11279 31820/12801/11297</w:t>
        <w:br/>
        <w:t>f 31801/12782/11279 31821/12802/11298 31820/12801/11297</w:t>
        <w:br/>
        <w:t>f 31802/12785/11281 31805/12786/11282 31822/12803/11264</w:t>
        <w:br/>
        <w:t>f 31805/12786/11282 31823/12804/11299 31822/12803/11264</w:t>
        <w:br/>
        <w:t>f 31801/12782/11279 31811/12791/11287 31821/12802/11298</w:t>
        <w:br/>
        <w:t>f 31811/12791/11287 31824/12805/11300 31821/12802/11298</w:t>
        <w:br/>
        <w:t>f 31826/12806/11301 31816/12797/11293 31825/12807/11302</w:t>
        <w:br/>
        <w:t>f 31816/12797/11293 31809/12790/11286 31825/12807/11302</w:t>
        <w:br/>
        <w:t>f 31811/12791/11287 31813/12793/11289 31824/12805/11300</w:t>
        <w:br/>
        <w:t>f 31813/12793/11289 31827/12808/11303 31824/12805/11300</w:t>
        <w:br/>
        <w:t>f 31829/12809/11304 31812/12795/11291 31828/12810/11305</w:t>
        <w:br/>
        <w:t>f 31812/12795/11291 31818/12799/11295 31828/12810/11305</w:t>
        <w:br/>
        <w:t>f 31830/12811/11306 31806/12788/11284 31747/12728/11226</w:t>
        <w:br/>
        <w:t>f 31806/12788/11284 31722/12702/11201 31747/12728/11226</w:t>
        <w:br/>
        <w:t>f 31825/12807/11302 31809/12790/11286 31830/12811/11306</w:t>
        <w:br/>
        <w:t>f 31809/12790/11286 31806/12788/11284 31830/12811/11306</w:t>
        <w:br/>
        <w:t>f 31827/12808/11303 31813/12793/11289 31829/12809/11304</w:t>
        <w:br/>
        <w:t>f 31813/12793/11289 31812/12795/11291 31829/12809/11304</w:t>
        <w:br/>
        <w:t>f 31828/12810/11305 31818/12799/11295 31826/12806/11301</w:t>
        <w:br/>
        <w:t>f 31818/12799/11295 31816/12797/11293 31826/12806/11301</w:t>
        <w:br/>
        <w:t>f 31820/12801/11297 31821/12802/11298 31831/12812/11307</w:t>
        <w:br/>
        <w:t>f 31821/12802/11298 31832/12813/11308 31831/12812/11307</w:t>
        <w:br/>
        <w:t>f 31822/12803/11264 31823/12804/11299 31833/12814/11268</w:t>
        <w:br/>
        <w:t>f 31823/12804/11299 31834/12815/11309 31833/12814/11268</w:t>
        <w:br/>
        <w:t>f 31821/12802/11298 31824/12805/11300 31832/12813/11308</w:t>
        <w:br/>
        <w:t>f 31824/12805/11300 31835/12816/11310 31832/12813/11308</w:t>
        <w:br/>
        <w:t>f 31837/12817/11311 31829/12809/11304 31836/12818/11312</w:t>
        <w:br/>
        <w:t>f 31829/12809/11304 31828/12810/11305 31836/12818/11312</w:t>
        <w:br/>
        <w:t>f 31839/12819/11313 31825/12807/11302 31838/12820/11314</w:t>
        <w:br/>
        <w:t>f 31825/12807/11302 31830/12811/11306 31838/12820/11314</w:t>
        <w:br/>
        <w:t>f 31840/12821/11315 31827/12808/11303 31837/12817/11311</w:t>
        <w:br/>
        <w:t>f 31827/12808/11303 31829/12809/11304 31837/12817/11311</w:t>
        <w:br/>
        <w:t>f 31836/12818/11312 31828/12810/11305 31841/12822/11316</w:t>
        <w:br/>
        <w:t>f 31828/12810/11305 31826/12806/11301 31841/12822/11316</w:t>
        <w:br/>
        <w:t>f 31841/12822/11316 31826/12806/11301 31839/12819/11313</w:t>
        <w:br/>
        <w:t>f 31826/12806/11301 31825/12807/11302 31839/12819/11313</w:t>
        <w:br/>
        <w:t>f 31838/12820/11314 31830/12811/11306 31760/12741/11238</w:t>
        <w:br/>
        <w:t>f 31830/12811/11306 31747/12728/11226 31760/12741/11238</w:t>
        <w:br/>
        <w:t>f 31831/12812/11307 31832/12813/11308 31842/12823/11317</w:t>
        <w:br/>
        <w:t>f 31832/12813/11308 31843/12824/11318 31842/12823/11317</w:t>
        <w:br/>
        <w:t>f 31845/12825/11272 31833/12814/11268 31844/12826/11319</w:t>
        <w:br/>
        <w:t>f 31833/12814/11268 31834/12815/11309 31844/12826/11319</w:t>
        <w:br/>
        <w:t>f 31832/12813/11308 31835/12816/11310 31843/12824/11318</w:t>
        <w:br/>
        <w:t>f 31835/12816/11310 31846/12827/11320 31843/12824/11318</w:t>
        <w:br/>
        <w:t>f 31848/12828/11321 31837/12817/11311 31847/12829/11322</w:t>
        <w:br/>
        <w:t>f 31837/12817/11311 31836/12818/11312 31847/12829/11322</w:t>
        <w:br/>
        <w:t>f 31844/12826/11319 31834/12815/11309 31842/12823/11317</w:t>
        <w:br/>
        <w:t>f 31834/12815/11309 31831/12812/11307 31842/12823/11317</w:t>
        <w:br/>
        <w:t>f 31849/12830/11323 31838/12820/11314 31774/12755/11252</w:t>
        <w:br/>
        <w:t>f 31838/12820/11314 31760/12741/11238 31774/12755/11252</w:t>
        <w:br/>
        <w:t>f 31850/12831/11324 31840/12821/11315 31848/12828/11321</w:t>
        <w:br/>
        <w:t>f 31840/12821/11315 31837/12817/11311 31848/12828/11321</w:t>
        <w:br/>
        <w:t>f 31847/12829/11322 31836/12818/11312 31851/12832/11325</w:t>
        <w:br/>
        <w:t>f 31836/12818/11312 31841/12822/11316 31851/12832/11325</w:t>
        <w:br/>
        <w:t>f 31851/12832/11325 31841/12822/11316 31852/12833/11326</w:t>
        <w:br/>
        <w:t>f 31841/12822/11316 31839/12819/11313 31852/12833/11326</w:t>
        <w:br/>
        <w:t>f 31852/12833/11326 31839/12819/11313 31849/12830/11323</w:t>
        <w:br/>
        <w:t>f 31839/12819/11313 31838/12820/11314 31849/12830/11323</w:t>
        <w:br/>
        <w:t>f 31831/12812/11307 31834/12815/11309 31820/12801/11297</w:t>
        <w:br/>
        <w:t>f 31834/12815/11309 31823/12804/11299 31820/12801/11297</w:t>
        <w:br/>
        <w:t>f 31820/12801/11297 31823/12804/11299 31798/12781/11278</w:t>
        <w:br/>
        <w:t>f 31823/12804/11299 31805/12786/11282 31798/12781/11278</w:t>
        <w:br/>
        <w:t>f 31798/12781/11278 31805/12786/11282 31799/12779/11276</w:t>
        <w:br/>
        <w:t>f 31805/12786/11282 31804/12784/11280 31799/12779/11276</w:t>
        <w:br/>
        <w:t>f 31824/12805/11300 31827/12808/11303 31835/12816/11310</w:t>
        <w:br/>
        <w:t>f 31827/12808/11303 31840/12821/11315 31835/12816/11310</w:t>
        <w:br/>
        <w:t>f 31835/12816/11310 31840/12821/11315 31846/12827/11320</w:t>
        <w:br/>
        <w:t>f 31840/12821/11315 31850/12831/11324 31846/12827/11320</w:t>
        <w:br/>
        <w:t>f 31854/12834/11327 31855/12835/11328 31853/12836/11329</w:t>
        <w:br/>
        <w:t>f 31857/12837/11330 31858/12838/11331 31856/12839/11332</w:t>
        <w:br/>
        <w:t>f 31860/12840/11333 31861/12841/11334 31859/12842/11335</w:t>
        <w:br/>
        <w:t>f 31860/12840/11333 31862/12843/11336 31861/12841/11334</w:t>
        <w:br/>
        <w:t>f 31864/12844/11337 31865/12845/11338 31863/12846/11339</w:t>
        <w:br/>
        <w:t>f 31864/12844/11337 31867/12847/11340 31866/12848/11341</w:t>
        <w:br/>
        <w:t>f 31869/12849/11342 31870/12850/11343 31868/12851/11344</w:t>
        <w:br/>
        <w:t>f 31854/12834/11327 31853/12836/11329 31871/12852/11345</w:t>
        <w:br/>
        <w:t>f 31873/12853/11346 31874/12854/11347 31872/12855/11348</w:t>
        <w:br/>
        <w:t>f 31874/12854/11347 31875/12856/11349 31872/12855/11348</w:t>
        <w:br/>
        <w:t>f 31874/12854/11347 31873/12853/11346 31876/12857/11350</w:t>
        <w:br/>
        <w:t>f 31873/12853/11346 31877/12858/11351 31876/12857/11350</w:t>
        <w:br/>
        <w:t>f 31878/12859/11352 31879/12860/11353 31877/12858/11351</w:t>
        <w:br/>
        <w:t>f 31879/12860/11353 31876/12857/11350 31877/12858/11351</w:t>
        <w:br/>
        <w:t>f 31880/12861/11354 31881/12862/11355 31878/12859/11352</w:t>
        <w:br/>
        <w:t>f 31881/12862/11355 31879/12860/11353 31878/12859/11352</w:t>
        <w:br/>
        <w:t>f 31882/12863/11356 31883/12864/11357 31880/12861/11354</w:t>
        <w:br/>
        <w:t>f 31883/12864/11357 31881/12862/11355 31880/12861/11354</w:t>
        <w:br/>
        <w:t>f 31883/12864/11357 31882/12863/11356 31884/12865/11358</w:t>
        <w:br/>
        <w:t>f 31886/12866/11359 31887/12867/11360 31885/12868/11361</w:t>
        <w:br/>
        <w:t>f 31887/12867/11360 31888/12869/11362 31885/12868/11361</w:t>
        <w:br/>
        <w:t>f 31885/12868/11361 31889/12870/11363 31886/12866/11359</w:t>
        <w:br/>
        <w:t>f 31889/12870/11363 31890/12871/11364 31886/12866/11359</w:t>
        <w:br/>
        <w:t>f 31892/12872/11365 31890/12871/11364 31891/12873/11366</w:t>
        <w:br/>
        <w:t>f 31890/12871/11364 31889/12870/11363 31891/12873/11366</w:t>
        <w:br/>
        <w:t>f 31894/12874/11367 31892/12872/11365 31893/12875/11368</w:t>
        <w:br/>
        <w:t>f 31892/12872/11365 31891/12873/11366 31893/12875/11368</w:t>
        <w:br/>
        <w:t>f 31896/12876/11369 31894/12874/11367 31895/12877/11370</w:t>
        <w:br/>
        <w:t>f 31894/12874/11367 31893/12875/11368 31895/12877/11370</w:t>
        <w:br/>
        <w:t>f 31895/12877/11370 31872/12855/11348 31896/12876/11369</w:t>
        <w:br/>
        <w:t>f 31872/12855/11348 31875/12856/11349 31896/12876/11369</w:t>
        <w:br/>
        <w:t>f 31898/12878/11371 31899/12879/11372 31897/12880/11373</w:t>
        <w:br/>
        <w:t>f 31899/12879/11372 31900/12881/11374 31897/12880/11373</w:t>
        <w:br/>
        <w:t>f 31899/12879/11372 31898/12878/11371 31901/12882/11375</w:t>
        <w:br/>
        <w:t>f 31898/12878/11371 31902/12883/11376 31901/12882/11375</w:t>
        <w:br/>
        <w:t>f 31903/12884/11377 31904/12885/11378 31902/12883/11376</w:t>
        <w:br/>
        <w:t>f 31904/12885/11378 31901/12882/11375 31902/12883/11376</w:t>
        <w:br/>
        <w:t>f 31904/12885/11378 31903/12884/11377 31905/12886/11379</w:t>
        <w:br/>
        <w:t>f 31903/12884/11377 31906/12887/11380 31905/12886/11379</w:t>
        <w:br/>
        <w:t>f 31907/12888/11381 31908/12889/11382 31906/12887/11380</w:t>
        <w:br/>
        <w:t>f 31908/12889/11382 31905/12886/11379 31906/12887/11380</w:t>
        <w:br/>
        <w:t>f 31908/12889/11382 31907/12888/11381 31909/12890/11383</w:t>
        <w:br/>
        <w:t>f 31907/12888/11381 31910/12891/11384 31909/12890/11383</w:t>
        <w:br/>
        <w:t>f 31912/12892/11385 31913/12893/11386 31911/12894/11387</w:t>
        <w:br/>
        <w:t>f 31913/12893/11386 31914/12895/11388 31911/12894/11387</w:t>
        <w:br/>
        <w:t>f 31911/12894/11387 31915/12896/11389 31912/12892/11385</w:t>
        <w:br/>
        <w:t>f 31915/12896/11389 31916/12897/11390 31912/12892/11385</w:t>
        <w:br/>
        <w:t>f 31918/12898/11391 31916/12897/11390 31917/12899/11392</w:t>
        <w:br/>
        <w:t>f 31916/12897/11390 31915/12896/11389 31917/12899/11392</w:t>
        <w:br/>
        <w:t>f 31917/12899/11392 31919/12900/11393 31918/12898/11391</w:t>
        <w:br/>
        <w:t>f 31919/12900/11393 31920/12901/11394 31918/12898/11391</w:t>
        <w:br/>
        <w:t>f 31922/12902/11395 31920/12901/11394 31921/12903/11396</w:t>
        <w:br/>
        <w:t>f 31920/12901/11394 31919/12900/11393 31921/12903/11396</w:t>
        <w:br/>
        <w:t>f 31921/12903/11396 31897/12880/11373 31922/12902/11395</w:t>
        <w:br/>
        <w:t>f 31897/12880/11373 31900/12881/11374 31922/12902/11395</w:t>
        <w:br/>
        <w:t>f 31923/12904/11397 31875/12856/11349 31857/12837/11330</w:t>
        <w:br/>
        <w:t>f 31875/12856/11349 31874/12854/11347 31857/12837/11330</w:t>
        <w:br/>
        <w:t>f 31874/12854/11347 31876/12857/11350 31924/12905/11398</w:t>
        <w:br/>
        <w:t>f 31926/12906/11399 31879/12860/11353 31925/12907/11400</w:t>
        <w:br/>
        <w:t>f 31883/12864/11357 31860/12840/11333 31859/12842/11335</w:t>
        <w:br/>
        <w:t>f 31883/12864/11357 31928/12908/11401 31927/12909/11402</w:t>
        <w:br/>
        <w:t>f 31863/12846/11339 31886/12866/11359 31864/12844/11337</w:t>
        <w:br/>
        <w:t>f 31864/12844/11337 31886/12866/11359 31867/12847/11340</w:t>
        <w:br/>
        <w:t>f 31886/12866/11359 31890/12871/11364 31867/12847/11340</w:t>
        <w:br/>
        <w:t>f 31890/12871/11364 31929/12910/11403 31867/12847/11340</w:t>
        <w:br/>
        <w:t>f 31930/12911/11404 31894/12874/11367 31896/12876/11369</w:t>
        <w:br/>
        <w:t>f 31896/12876/11369 31875/12856/11349 31869/12849/11342</w:t>
        <w:br/>
        <w:t>f 31875/12856/11349 31923/12904/11397 31869/12849/11342</w:t>
        <w:br/>
        <w:t>f 31931/12912/11405 31932/12913/11406 31897/12880/11373</w:t>
        <w:br/>
        <w:t>f 31932/12913/11406 31898/12878/11371 31897/12880/11373</w:t>
        <w:br/>
        <w:t>f 31933/12914/11407 31902/12883/11376 31932/12913/11406</w:t>
        <w:br/>
        <w:t>f 31902/12883/11376 31898/12878/11371 31932/12913/11406</w:t>
        <w:br/>
        <w:t>f 31902/12883/11376 31933/12914/11407 31903/12884/11377</w:t>
        <w:br/>
        <w:t>f 31933/12914/11407 31934/12915/11408 31903/12884/11377</w:t>
        <w:br/>
        <w:t>f 31935/12916/11409 31906/12887/11380 31934/12915/11408</w:t>
        <w:br/>
        <w:t>f 31906/12887/11380 31903/12884/11377 31934/12915/11408</w:t>
        <w:br/>
        <w:t>f 31906/12887/11380 31935/12916/11409 31907/12888/11381</w:t>
        <w:br/>
        <w:t>f 31935/12916/11409 31936/12917/11410 31907/12888/11381</w:t>
        <w:br/>
        <w:t>f 31910/12891/11384 31907/12888/11381 31937/12918/11411</w:t>
        <w:br/>
        <w:t>f 31907/12888/11381 31936/12917/11410 31937/12918/11411</w:t>
        <w:br/>
        <w:t>f 31911/12894/11387 31914/12895/11388 31938/12919/11412</w:t>
        <w:br/>
        <w:t>f 31914/12895/11388 31939/12920/11413 31938/12919/11412</w:t>
        <w:br/>
        <w:t>f 31915/12896/11389 31911/12894/11387 31940/12921/11414</w:t>
        <w:br/>
        <w:t>f 31911/12894/11387 31938/12919/11412 31940/12921/11414</w:t>
        <w:br/>
        <w:t>f 31917/12899/11392 31915/12896/11389 31941/12922/11415</w:t>
        <w:br/>
        <w:t>f 31915/12896/11389 31940/12921/11414 31941/12922/11415</w:t>
        <w:br/>
        <w:t>f 31941/12922/11415 31942/12923/11416 31917/12899/11392</w:t>
        <w:br/>
        <w:t>f 31942/12923/11416 31919/12900/11393 31917/12899/11392</w:t>
        <w:br/>
        <w:t>f 31942/12923/11416 31943/12924/11417 31919/12900/11393</w:t>
        <w:br/>
        <w:t>f 31943/12924/11417 31921/12903/11396 31919/12900/11393</w:t>
        <w:br/>
        <w:t>f 31943/12924/11417 31931/12912/11405 31921/12903/11396</w:t>
        <w:br/>
        <w:t>f 31931/12912/11405 31897/12880/11373 31921/12903/11396</w:t>
        <w:br/>
        <w:t>f 31872/12855/11348 31900/12881/11374 31873/12853/11346</w:t>
        <w:br/>
        <w:t>f 31900/12881/11374 31899/12879/11372 31873/12853/11346</w:t>
        <w:br/>
        <w:t>f 31901/12882/11375 31877/12858/11351 31899/12879/11372</w:t>
        <w:br/>
        <w:t>f 31877/12858/11351 31873/12853/11346 31899/12879/11372</w:t>
        <w:br/>
        <w:t>f 31904/12885/11378 31878/12859/11352 31901/12882/11375</w:t>
        <w:br/>
        <w:t>f 31878/12859/11352 31877/12858/11351 31901/12882/11375</w:t>
        <w:br/>
        <w:t>f 31905/12886/11379 31880/12861/11354 31904/12885/11378</w:t>
        <w:br/>
        <w:t>f 31880/12861/11354 31878/12859/11352 31904/12885/11378</w:t>
        <w:br/>
        <w:t>f 31880/12861/11354 31905/12886/11379 31882/12863/11356</w:t>
        <w:br/>
        <w:t>f 31905/12886/11379 31908/12889/11382 31882/12863/11356</w:t>
        <w:br/>
        <w:t>f 31909/12890/11383 31884/12865/11358 31908/12889/11382</w:t>
        <w:br/>
        <w:t>f 31884/12865/11358 31882/12863/11356 31908/12889/11382</w:t>
        <w:br/>
        <w:t>f 31885/12868/11361 31888/12869/11362 31912/12892/11385</w:t>
        <w:br/>
        <w:t>f 31888/12869/11362 31913/12893/11386 31912/12892/11385</w:t>
        <w:br/>
        <w:t>f 31889/12870/11363 31885/12868/11361 31916/12897/11390</w:t>
        <w:br/>
        <w:t>f 31885/12868/11361 31912/12892/11385 31916/12897/11390</w:t>
        <w:br/>
        <w:t>f 31916/12897/11390 31918/12898/11391 31889/12870/11363</w:t>
        <w:br/>
        <w:t>f 31918/12898/11391 31891/12873/11366 31889/12870/11363</w:t>
        <w:br/>
        <w:t>f 31893/12875/11368 31891/12873/11366 31920/12901/11394</w:t>
        <w:br/>
        <w:t>f 31891/12873/11366 31918/12898/11391 31920/12901/11394</w:t>
        <w:br/>
        <w:t>f 31920/12901/11394 31922/12902/11395 31893/12875/11368</w:t>
        <w:br/>
        <w:t>f 31922/12902/11395 31895/12877/11370 31893/12875/11368</w:t>
        <w:br/>
        <w:t>f 31872/12855/11348 31895/12877/11370 31900/12881/11374</w:t>
        <w:br/>
        <w:t>f 31895/12877/11370 31922/12902/11395 31900/12881/11374</w:t>
        <w:br/>
        <w:t>f 31894/12874/11367 31930/12911/11404 31944/12925/11418</w:t>
        <w:br/>
        <w:t>f 31881/12862/11355 31946/12926/11419 31945/12927/11420</w:t>
        <w:br/>
        <w:t>f 31947/12928/11421 31863/12846/11339 31865/12845/11338</w:t>
        <w:br/>
        <w:t>f 31892/12872/11365 31929/12910/11403 31890/12871/11364</w:t>
        <w:br/>
        <w:t>f 31948/12929/11422 31929/12910/11403 31892/12872/11365</w:t>
        <w:br/>
        <w:t>f 31866/12848/11341 31865/12845/11338 31864/12844/11337</w:t>
        <w:br/>
        <w:t>f 31876/12857/11350 31879/12860/11353 31926/12906/11399</w:t>
        <w:br/>
        <w:t>f 31924/12905/11398 31876/12857/11350 31926/12906/11399</w:t>
        <w:br/>
        <w:t>f 31925/12907/11400 31879/12860/11353 31945/12927/11420</w:t>
        <w:br/>
        <w:t>f 31879/12860/11353 31881/12862/11355 31945/12927/11420</w:t>
        <w:br/>
        <w:t>f 31949/12930/11423 31862/12843/11336 31927/12909/11402</w:t>
        <w:br/>
        <w:t>f 31927/12909/11402 31862/12843/11336 31860/12840/11333</w:t>
        <w:br/>
        <w:t>f 31881/12862/11355 31883/12864/11357 31859/12842/11335</w:t>
        <w:br/>
        <w:t>f 31946/12926/11419 31881/12862/11355 31859/12842/11335</w:t>
        <w:br/>
        <w:t>f 31856/12839/11332 31855/12835/11328 31857/12837/11330</w:t>
        <w:br/>
        <w:t>f 31857/12837/11330 31855/12835/11328 31923/12904/11397</w:t>
        <w:br/>
        <w:t>f 31869/12849/11342 31923/12904/11397 31871/12852/11345</w:t>
        <w:br/>
        <w:t>f 31870/12850/11343 31869/12849/11342 31871/12852/11345</w:t>
        <w:br/>
        <w:t>f 31948/12929/11422 31892/12872/11365 31944/12925/11418</w:t>
        <w:br/>
        <w:t>f 31892/12872/11365 31894/12874/11367 31944/12925/11418</w:t>
        <w:br/>
        <w:t>f 31951/12931/11424 31952/12932/11425 31950/12933/11426</w:t>
        <w:br/>
        <w:t>f 31952/12932/11425 31953/12934/11427 31950/12933/11426</w:t>
        <w:br/>
        <w:t>f 31955/12935/11428 31856/12839/11332 31954/12936/11429</w:t>
        <w:br/>
        <w:t>f 31856/12839/11332 31858/12838/11331 31954/12936/11429</w:t>
        <w:br/>
        <w:t>f 31957/12937/11430 31958/12938/11431 31956/12939/11432</w:t>
        <w:br/>
        <w:t>f 31958/12938/11431 31959/12940/11433 31956/12939/11432</w:t>
        <w:br/>
        <w:t>f 31956/12939/11432 31960/12941/11434 31957/12937/11430</w:t>
        <w:br/>
        <w:t>f 31960/12941/11434 31961/12942/11435 31957/12937/11430</w:t>
        <w:br/>
        <w:t>f 31963/12943/11436 31964/12944/11437 31962/12945/11438</w:t>
        <w:br/>
        <w:t>f 31964/12944/11437 31965/12946/11439 31962/12945/11438</w:t>
        <w:br/>
        <w:t>f 31966/12947/11440 31967/12948/11441 31870/12850/11343</w:t>
        <w:br/>
        <w:t>f 31967/12948/11441 31868/12851/11344 31870/12850/11343</w:t>
        <w:br/>
        <w:t>f 31953/12934/11427 31968/12949/11442 31950/12933/11426</w:t>
        <w:br/>
        <w:t>f 31968/12949/11442 31969/12950/11443 31950/12933/11426</w:t>
        <w:br/>
        <w:t>f 31971/12951/11444 31972/12952/11445 31970/12953/11446</w:t>
        <w:br/>
        <w:t>f 31972/12952/11445 31973/12954/11447 31970/12953/11446</w:t>
        <w:br/>
        <w:t>f 31975/12955/11448 31976/12956/11448 31974/12957/11449</w:t>
        <w:br/>
        <w:t>f 31976/12956/11448 31977/12958/11450 31974/12957/11449</w:t>
        <w:br/>
        <w:t>f 31978/12959/11451 31979/12960/11452 31963/12943/11436</w:t>
        <w:br/>
        <w:t>f 31979/12960/11452 31964/12944/11437 31963/12943/11436</w:t>
        <w:br/>
        <w:t>f 31981/12961/11453 31982/12962/11454 31980/12963/11455</w:t>
        <w:br/>
        <w:t>f 31982/12962/11454 31983/12964/11456 31980/12963/11455</w:t>
        <w:br/>
        <w:t>f 31985/12965/11457 31983/12964/11456 31984/12966/11458</w:t>
        <w:br/>
        <w:t>f 31983/12964/11456 31982/12962/11454 31984/12966/11458</w:t>
        <w:br/>
        <w:t>f 31987/12967/11459 31988/12968/11460 31986/12969/11461</w:t>
        <w:br/>
        <w:t>f 31988/12968/11460 31989/12970/11462 31986/12969/11461</w:t>
        <w:br/>
        <w:t>f 31991/12971/11463 31992/12972/11464 31990/12973/11465</w:t>
        <w:br/>
        <w:t>f 31992/12972/11464 31993/12974/11466 31990/12973/11465</w:t>
        <w:br/>
        <w:t>f 31995/12975/11467 31996/12976/11468 31994/12977/11469</w:t>
        <w:br/>
        <w:t>f 31996/12976/11468 31997/12978/11467 31994/12977/11469</w:t>
        <w:br/>
        <w:t>f 31991/12971/11463 31865/12845/11338 31998/12979/11470</w:t>
        <w:br/>
        <w:t>f 31865/12845/11338 31866/12848/11341 31998/12979/11470</w:t>
        <w:br/>
        <w:t>f 31971/12951/11444 31924/12905/11398 31999/12980/11471</w:t>
        <w:br/>
        <w:t>f 31924/12905/11398 31926/12906/11399 31999/12980/11471</w:t>
        <w:br/>
        <w:t>f 32001/12981/11472 32002/12982/11472 32000/12983/11473</w:t>
        <w:br/>
        <w:t>f 32002/12982/11472 32003/12984/11472 32000/12983/11473</w:t>
        <w:br/>
        <w:t>f 32005/12985/11474 31961/12942/11435 32004/12986/11475</w:t>
        <w:br/>
        <w:t>f 31961/12942/11435 31960/12941/11434 32004/12986/11475</w:t>
        <w:br/>
        <w:t>f 31988/12968/11460 31959/12940/11433 31989/12970/11462</w:t>
        <w:br/>
        <w:t>f 31959/12940/11433 31958/12938/11431 31989/12970/11462</w:t>
        <w:br/>
        <w:t>f 31955/12935/11428 32006/12987/11476 31951/12931/11424</w:t>
        <w:br/>
        <w:t>f 32006/12987/11476 31952/12932/11425 31951/12931/11424</w:t>
        <w:br/>
        <w:t>f 31870/12850/11343 31871/12852/11345 31966/12947/11440</w:t>
        <w:br/>
        <w:t>f 31871/12852/11345 31969/12950/11443 31966/12947/11440</w:t>
        <w:br/>
        <w:t>f 32008/12988/11477 32009/12989/11477 32007/12990/11478</w:t>
        <w:br/>
        <w:t>f 32009/12989/11477 32010/12991/11479 32007/12990/11478</w:t>
        <w:br/>
        <w:t>f 31869/12849/11342 31868/12851/11344 31896/12876/11369</w:t>
        <w:br/>
        <w:t>f 31868/12851/11344 31930/12911/11404 31896/12876/11369</w:t>
        <w:br/>
        <w:t>f 31857/12837/11330 31874/12854/11347 31858/12838/11331</w:t>
        <w:br/>
        <w:t>f 31858/12838/11331 31874/12854/11347 31924/12905/11398</w:t>
        <w:br/>
        <w:t>f 32012/12992/11480 32013/12993/11481 32011/12994/11482</w:t>
        <w:br/>
        <w:t>f 32015/12995/11483 32016/12996/11484 32014/12997/11485</w:t>
        <w:br/>
        <w:t>f 32018/12998/11486 32019/12999/11487 32017/13000/11488</w:t>
        <w:br/>
        <w:t>f 32019/12999/11487 32020/13001/11489 32017/13000/11488</w:t>
        <w:br/>
        <w:t>f 31863/12846/11339 32022/13002/11490 32021/13003/11491</w:t>
        <w:br/>
        <w:t>f 32023/13004/11492 32024/13005/11493 32021/13003/11491</w:t>
        <w:br/>
        <w:t>f 32026/13006/11494 32027/13007/11495 32025/13008/11496</w:t>
        <w:br/>
        <w:t>f 32011/12994/11482 32028/13009/11497 32012/12992/11480</w:t>
        <w:br/>
        <w:t>f 32030/13010/11498 32031/13011/11499 32029/13012/11500</w:t>
        <w:br/>
        <w:t>f 32031/13011/11499 32032/13013/11501 32029/13012/11500</w:t>
        <w:br/>
        <w:t>f 32034/13014/11502 32032/13013/11501 32033/13015/11503</w:t>
        <w:br/>
        <w:t>f 32032/13013/11501 32031/13011/11499 32033/13015/11503</w:t>
        <w:br/>
        <w:t>f 32036/13016/11504 32034/13014/11502 32035/13017/11505</w:t>
        <w:br/>
        <w:t>f 32034/13014/11502 32033/13015/11503 32035/13017/11505</w:t>
        <w:br/>
        <w:t>f 32035/13017/11505 32037/13018/11506 32036/13016/11504</w:t>
        <w:br/>
        <w:t>f 32037/13018/11506 32038/13019/11507 32036/13016/11504</w:t>
        <w:br/>
        <w:t>f 32037/13018/11506 32039/13020/11508 32038/13019/11507</w:t>
        <w:br/>
        <w:t>f 32039/13020/11508 32040/13021/11509 32038/13019/11507</w:t>
        <w:br/>
        <w:t>f 31884/12865/11358 32040/13021/11509 32039/13020/11508</w:t>
        <w:br/>
        <w:t>f 31888/12869/11362 31887/12867/11360 32041/13022/11510</w:t>
        <w:br/>
        <w:t>f 31887/12867/11360 32042/13023/11511 32041/13022/11510</w:t>
        <w:br/>
        <w:t>f 32041/13022/11510 32042/13023/11511 32043/13024/11512</w:t>
        <w:br/>
        <w:t>f 32042/13023/11511 32044/13025/11513 32043/13024/11512</w:t>
        <w:br/>
        <w:t>f 32043/13024/11512 32044/13025/11513 32045/13026/11514</w:t>
        <w:br/>
        <w:t>f 32044/13025/11513 32046/13027/11515 32045/13026/11514</w:t>
        <w:br/>
        <w:t>f 32047/13028/11516 32048/13029/11517 32046/13027/11515</w:t>
        <w:br/>
        <w:t>f 32048/13029/11517 32045/13026/11514 32046/13027/11515</w:t>
        <w:br/>
        <w:t>f 32049/13030/11518 32050/13031/11519 32047/13028/11516</w:t>
        <w:br/>
        <w:t>f 32050/13031/11519 32048/13029/11517 32047/13028/11516</w:t>
        <w:br/>
        <w:t>f 32030/13010/11498 32029/13012/11500 32049/13030/11518</w:t>
        <w:br/>
        <w:t>f 32029/13012/11500 32050/13031/11519 32049/13030/11518</w:t>
        <w:br/>
        <w:t>f 32052/13032/11520 32053/13033/11521 32051/13034/11522</w:t>
        <w:br/>
        <w:t>f 32053/13033/11521 32054/13035/11523 32051/13034/11522</w:t>
        <w:br/>
        <w:t>f 32051/13034/11522 32055/13036/11524 32052/13032/11520</w:t>
        <w:br/>
        <w:t>f 32055/13036/11524 32056/13037/11525 32052/13032/11520</w:t>
        <w:br/>
        <w:t>f 32055/13036/11524 32057/13038/11526 32056/13037/11525</w:t>
        <w:br/>
        <w:t>f 32057/13038/11526 32058/13039/11527 32056/13037/11525</w:t>
        <w:br/>
        <w:t>f 32060/13040/11528 32058/13039/11527 32059/13041/11529</w:t>
        <w:br/>
        <w:t>f 32058/13039/11527 32057/13038/11526 32059/13041/11529</w:t>
        <w:br/>
        <w:t>f 32059/13041/11529 32061/13042/11530 32060/13040/11528</w:t>
        <w:br/>
        <w:t>f 32061/13042/11530 32062/13043/11531 32060/13040/11528</w:t>
        <w:br/>
        <w:t>f 31910/12891/11384 32062/13043/11531 31909/12890/11383</w:t>
        <w:br/>
        <w:t>f 32062/13043/11531 32061/13042/11530 31909/12890/11383</w:t>
        <w:br/>
        <w:t>f 32063/13044/11532 32064/13045/11533 31913/12893/11386</w:t>
        <w:br/>
        <w:t>f 32064/13045/11533 31914/12895/11388 31913/12893/11386</w:t>
        <w:br/>
        <w:t>f 32064/13045/11533 32063/13044/11532 32065/13046/11534</w:t>
        <w:br/>
        <w:t>f 32063/13044/11532 32066/13047/11535 32065/13046/11534</w:t>
        <w:br/>
        <w:t>f 32065/13046/11534 32066/13047/11535 32067/13048/11536</w:t>
        <w:br/>
        <w:t>f 32068/13049/11537 32069/13050/11538 32067/13048/11536</w:t>
        <w:br/>
        <w:t>f 32069/13050/11538 32070/13051/11539 32067/13048/11536</w:t>
        <w:br/>
        <w:t>f 32069/13050/11538 32068/13049/11537 32071/13052/11540</w:t>
        <w:br/>
        <w:t>f 32068/13049/11537 32072/13053/11541 32071/13052/11540</w:t>
        <w:br/>
        <w:t>f 32054/13035/11523 32053/13033/11521 32072/13053/11541</w:t>
        <w:br/>
        <w:t>f 32053/13033/11521 32071/13052/11540 32072/13053/11541</w:t>
        <w:br/>
        <w:t>f 32011/12994/11482 32014/12997/11485 32030/13010/11498</w:t>
        <w:br/>
        <w:t>f 32014/12997/11485 32031/13011/11499 32030/13010/11498</w:t>
        <w:br/>
        <w:t>f 32073/13054/11542 32033/13015/11503 32031/13011/11499</w:t>
        <w:br/>
        <w:t>f 32075/13055/11543 32035/13017/11505 32074/13056/11544</w:t>
        <w:br/>
        <w:t>f 32018/12998/11486 32017/13000/11488 32039/13020/11508</w:t>
        <w:br/>
        <w:t>f 31927/12909/11402 31928/12908/11401 32039/13020/11508</w:t>
        <w:br/>
        <w:t>f 31863/12846/11339 32042/13023/11511 31887/12867/11360</w:t>
        <w:br/>
        <w:t>f 32021/13003/11491 32024/13005/11493 32042/13023/11511</w:t>
        <w:br/>
        <w:t>f 32024/13005/11493 32044/13025/11513 32042/13023/11511</w:t>
        <w:br/>
        <w:t>f 32024/13005/11493 32076/13057/11545 32044/13025/11513</w:t>
        <w:br/>
        <w:t>f 32049/13030/11518 32047/13028/11516 32077/13058/11546</w:t>
        <w:br/>
        <w:t>f 32049/13030/11518 32025/13008/11496 32030/13010/11498</w:t>
        <w:br/>
        <w:t>f 32025/13008/11496 32011/12994/11482 32030/13010/11498</w:t>
        <w:br/>
        <w:t>f 32079/13059/11547 32053/13033/11521 32078/13060/11548</w:t>
        <w:br/>
        <w:t>f 32053/13033/11521 32052/13032/11520 32078/13060/11548</w:t>
        <w:br/>
        <w:t>f 32052/13032/11520 32056/13037/11525 32078/13060/11548</w:t>
        <w:br/>
        <w:t>f 32056/13037/11525 32080/13061/11549 32078/13060/11548</w:t>
        <w:br/>
        <w:t>f 32081/13062/11550 32080/13061/11549 32058/13039/11527</w:t>
        <w:br/>
        <w:t>f 32080/13061/11549 32056/13037/11525 32058/13039/11527</w:t>
        <w:br/>
        <w:t>f 32058/13039/11527 32060/13040/11528 32081/13062/11550</w:t>
        <w:br/>
        <w:t>f 32060/13040/11528 32082/13063/11551 32081/13062/11550</w:t>
        <w:br/>
        <w:t>f 32060/13040/11528 32062/13043/11531 32082/13063/11551</w:t>
        <w:br/>
        <w:t>f 32062/13043/11531 32083/13064/11552 32082/13063/11551</w:t>
        <w:br/>
        <w:t>f 31910/12891/11384 31937/12918/11411 32062/13043/11531</w:t>
        <w:br/>
        <w:t>f 31937/12918/11411 32083/13064/11552 32062/13043/11531</w:t>
        <w:br/>
        <w:t>f 32064/13045/11533 32084/13065/11553 31914/12895/11388</w:t>
        <w:br/>
        <w:t>f 32084/13065/11553 31939/12920/11413 31914/12895/11388</w:t>
        <w:br/>
        <w:t>f 32084/13065/11553 32064/13045/11533 32085/13066/11554</w:t>
        <w:br/>
        <w:t>f 32064/13045/11533 32065/13046/11534 32085/13066/11554</w:t>
        <w:br/>
        <w:t>f 32085/13066/11554 32065/13046/11534 32086/13067/11555</w:t>
        <w:br/>
        <w:t>f 32065/13046/11534 32070/13051/11539 32086/13067/11555</w:t>
        <w:br/>
        <w:t>f 32069/13050/11538 32087/13068/11556 32070/13051/11539</w:t>
        <w:br/>
        <w:t>f 32087/13068/11556 32086/13067/11555 32070/13051/11539</w:t>
        <w:br/>
        <w:t>f 32071/13052/11540 32088/13069/11557 32069/13050/11538</w:t>
        <w:br/>
        <w:t>f 32088/13069/11557 32087/13068/11556 32069/13050/11538</w:t>
        <w:br/>
        <w:t>f 32053/13033/11521 32079/13059/11547 32071/13052/11540</w:t>
        <w:br/>
        <w:t>f 32079/13059/11547 32088/13069/11557 32071/13052/11540</w:t>
        <w:br/>
        <w:t>f 32029/13012/11500 32032/13013/11501 32054/13035/11523</w:t>
        <w:br/>
        <w:t>f 32032/13013/11501 32051/13034/11522 32054/13035/11523</w:t>
        <w:br/>
        <w:t>f 32032/13013/11501 32034/13014/11502 32051/13034/11522</w:t>
        <w:br/>
        <w:t>f 32034/13014/11502 32055/13036/11524 32051/13034/11522</w:t>
        <w:br/>
        <w:t>f 32034/13014/11502 32036/13016/11504 32055/13036/11524</w:t>
        <w:br/>
        <w:t>f 32036/13016/11504 32057/13038/11526 32055/13036/11524</w:t>
        <w:br/>
        <w:t>f 32036/13016/11504 32038/13019/11507 32057/13038/11526</w:t>
        <w:br/>
        <w:t>f 32038/13019/11507 32059/13041/11529 32057/13038/11526</w:t>
        <w:br/>
        <w:t>f 32061/13042/11530 32059/13041/11529 32040/13021/11509</w:t>
        <w:br/>
        <w:t>f 32059/13041/11529 32038/13019/11507 32040/13021/11509</w:t>
        <w:br/>
        <w:t>f 32040/13021/11509 31884/12865/11358 32061/13042/11530</w:t>
        <w:br/>
        <w:t>f 31884/12865/11358 31909/12890/11383 32061/13042/11530</w:t>
        <w:br/>
        <w:t>f 32041/13022/11510 32063/13044/11532 31888/12869/11362</w:t>
        <w:br/>
        <w:t>f 32063/13044/11532 31913/12893/11386 31888/12869/11362</w:t>
        <w:br/>
        <w:t>f 32043/13024/11512 32066/13047/11535 32041/13022/11510</w:t>
        <w:br/>
        <w:t>f 32066/13047/11535 32063/13044/11532 32041/13022/11510</w:t>
        <w:br/>
        <w:t>f 32066/13047/11535 32043/13024/11512 32067/13048/11536</w:t>
        <w:br/>
        <w:t>f 32043/13024/11512 32045/13026/11514 32067/13048/11536</w:t>
        <w:br/>
        <w:t>f 32067/13048/11536 32045/13026/11514 32068/13049/11537</w:t>
        <w:br/>
        <w:t>f 32045/13026/11514 32048/13029/11517 32068/13049/11537</w:t>
        <w:br/>
        <w:t>f 32050/13031/11519 32072/13053/11541 32048/13029/11517</w:t>
        <w:br/>
        <w:t>f 32072/13053/11541 32068/13049/11537 32048/13029/11517</w:t>
        <w:br/>
        <w:t>f 32072/13053/11541 32050/13031/11519 32054/13035/11523</w:t>
        <w:br/>
        <w:t>f 32050/13031/11519 32029/13012/11500 32054/13035/11523</w:t>
        <w:br/>
        <w:t>f 32089/13070/11558 32077/13058/11546 32047/13028/11516</w:t>
        <w:br/>
        <w:t>f 32090/13071/11559 32091/13072/11560 32037/13018/11506</w:t>
        <w:br/>
        <w:t>f 32022/13002/11490 31863/12846/11339 31947/12928/11421</w:t>
        <w:br/>
        <w:t>f 32044/13025/11513 32076/13057/11545 32046/13027/11515</w:t>
        <w:br/>
        <w:t>f 32093/13073/11561 32076/13057/11545 32092/13074/11562</w:t>
        <w:br/>
        <w:t>f 32021/13003/11491 32022/13002/11490 32023/13004/11492</w:t>
        <w:br/>
        <w:t>f 32074/13056/11544 32035/13017/11505 32033/13015/11503</w:t>
        <w:br/>
        <w:t>f 32074/13056/11544 32033/13015/11503 32073/13054/11542</w:t>
        <w:br/>
        <w:t>f 32090/13071/11559 32035/13017/11505 32075/13055/11543</w:t>
        <w:br/>
        <w:t>f 32090/13071/11559 32037/13018/11506 32035/13017/11505</w:t>
        <w:br/>
        <w:t>f 31927/12909/11402 32020/13001/11489 31949/12930/11423</w:t>
        <w:br/>
        <w:t>f 32017/13000/11488 32020/13001/11489 31927/12909/11402</w:t>
        <w:br/>
        <w:t>f 32018/12998/11486 32039/13020/11508 32037/13018/11506</w:t>
        <w:br/>
        <w:t>f 32018/12998/11486 32037/13018/11506 32091/13072/11560</w:t>
        <w:br/>
        <w:t>f 32014/12997/11485 32013/12993/11481 32015/12995/11483</w:t>
        <w:br/>
        <w:t>f 32011/12994/11482 32013/12993/11481 32014/12997/11485</w:t>
        <w:br/>
        <w:t>f 32028/13009/11497 32011/12994/11482 32025/13008/11496</w:t>
        <w:br/>
        <w:t>f 32028/13009/11497 32025/13008/11496 32027/13007/11495</w:t>
        <w:br/>
        <w:t>f 32089/13070/11558 32046/13027/11515 32093/13073/11561</w:t>
        <w:br/>
        <w:t>f 32089/13070/11558 32047/13028/11516 32046/13027/11515</w:t>
        <w:br/>
        <w:t>f 32095/13075/11563 32096/13076/11564 32094/13077/11563</w:t>
        <w:br/>
        <w:t>f 32096/13076/11564 32097/13078/11565 32094/13077/11563</w:t>
        <w:br/>
        <w:t>f 32016/12996/11484 32015/12995/11483 32098/13079/11566</w:t>
        <w:br/>
        <w:t>f 32015/12995/11483 32099/13080/11567 32098/13079/11566</w:t>
        <w:br/>
        <w:t>f 32101/13081/11568 32102/13082/11569 32100/13083/11570</w:t>
        <w:br/>
        <w:t>f 32102/13082/11569 32103/13084/11571 32100/13083/11570</w:t>
        <w:br/>
        <w:t>f 32100/13083/11570 32103/13084/11571 32104/13085/11572</w:t>
        <w:br/>
        <w:t>f 32103/13084/11571 32105/13086/11573 32104/13085/11572</w:t>
        <w:br/>
        <w:t>f 32107/13087/11574 32108/13088/11575 32106/13089/11576</w:t>
        <w:br/>
        <w:t>f 32108/13088/11575 32109/13090/11577 32106/13089/11576</w:t>
        <w:br/>
        <w:t>f 32111/13091/11578 32027/13007/11495 32110/13092/11579</w:t>
        <w:br/>
        <w:t>f 32027/13007/11495 32026/13006/11494 32110/13092/11579</w:t>
        <w:br/>
        <w:t>f 32112/13093/11580 32113/13094/11581 32094/13077/11563</w:t>
        <w:br/>
        <w:t>f 32113/13094/11581 32095/13075/11563 32094/13077/11563</w:t>
        <w:br/>
        <w:t>f 32115/13095/11582 32116/13096/11583 32114/13097/11584</w:t>
        <w:br/>
        <w:t>f 32116/13096/11583 32117/13098/11585 32114/13097/11584</w:t>
        <w:br/>
        <w:t>f 32119/13099/11586 32120/13100/11587 32118/13101/11588</w:t>
        <w:br/>
        <w:t>f 32120/13100/11587 32121/13102/11589 32118/13101/11588</w:t>
        <w:br/>
        <w:t>f 32123/13103/11590 32107/13087/11574 32122/13104/11591</w:t>
        <w:br/>
        <w:t>f 32107/13087/11574 32106/13089/11576 32122/13104/11591</w:t>
        <w:br/>
        <w:t>f 32125/13105/11592 32126/13106/11593 32124/13107/11594</w:t>
        <w:br/>
        <w:t>f 32126/13106/11593 32127/13108/11595 32124/13107/11594</w:t>
        <w:br/>
        <w:t>f 32128/13109/11596 32129/13110/11597 32125/13105/11592</w:t>
        <w:br/>
        <w:t>f 32129/13110/11597 32126/13106/11593 32125/13105/11592</w:t>
        <w:br/>
        <w:t>f 32131/13111/11598 32132/13112/11599 32130/13113/11600</w:t>
        <w:br/>
        <w:t>f 32132/13112/11599 32133/13114/11601 32130/13113/11600</w:t>
        <w:br/>
        <w:t>f 31993/12974/11466 32134/13115/11602 31990/12973/11465</w:t>
        <w:br/>
        <w:t>f 32134/13115/11602 32135/13116/11603 31990/12973/11465</w:t>
        <w:br/>
        <w:t>f 32137/13117/11604 32138/13118/11604 32136/13119/11605</w:t>
        <w:br/>
        <w:t>f 32138/13118/11604 32139/13120/11604 32136/13119/11605</w:t>
        <w:br/>
        <w:t>f 32023/13004/11492 32022/13002/11490 32140/13121/11606</w:t>
        <w:br/>
        <w:t>f 32022/13002/11490 32135/13116/11603 32140/13121/11606</w:t>
        <w:br/>
        <w:t>f 32117/13098/11585 32141/13122/11607 32073/13054/11542</w:t>
        <w:br/>
        <w:t>f 32141/13122/11607 32074/13056/11544 32073/13054/11542</w:t>
        <w:br/>
        <w:t>f 32143/13123/11608 32144/13124/11609 32142/13125/11608</w:t>
        <w:br/>
        <w:t>f 32144/13124/11609 32145/13126/11610 32142/13125/11608</w:t>
        <w:br/>
        <w:t>f 32104/13085/11572 32105/13086/11573 32004/12986/11475</w:t>
        <w:br/>
        <w:t>f 32105/13086/11573 32005/12985/11474 32004/12986/11475</w:t>
        <w:br/>
        <w:t>f 32130/13113/11600 32133/13114/11601 32101/13081/11568</w:t>
        <w:br/>
        <w:t>f 32133/13114/11601 32102/13082/11569 32101/13081/11568</w:t>
        <w:br/>
        <w:t>f 32099/13080/11567 32097/13078/11565 32146/13127/11611</w:t>
        <w:br/>
        <w:t>f 32097/13078/11565 32096/13076/11564 32146/13127/11611</w:t>
        <w:br/>
        <w:t>f 32112/13093/11580 32028/13009/11497 32111/13091/11578</w:t>
        <w:br/>
        <w:t>f 32028/13009/11497 32027/13007/11495 32111/13091/11578</w:t>
        <w:br/>
        <w:t>f 32148/13128/11612 32149/13129/11612 32147/13130/11613</w:t>
        <w:br/>
        <w:t>f 32149/13129/11612 32150/13131/11612 32147/13130/11613</w:t>
        <w:br/>
        <w:t>f 32049/13030/11518 32026/13006/11494 32025/13008/11496</w:t>
        <w:br/>
        <w:t>f 32049/13030/11518 32077/13058/11546 32026/13006/11494</w:t>
        <w:br/>
        <w:t>f 32016/12996/11484 32031/13011/11499 32014/12997/11485</w:t>
        <w:br/>
        <w:t>f 32073/13054/11542 32031/13011/11499 32016/12996/11484</w:t>
        <w:br/>
        <w:t>f 31887/12867/11360 31886/12866/11359 31863/12846/11339</w:t>
        <w:br/>
        <w:t>f 32021/13003/11491 32042/13023/11511 31863/12846/11339</w:t>
        <w:br/>
        <w:t>f 31860/12840/11333 31883/12864/11357 31927/12909/11402</w:t>
        <w:br/>
        <w:t>f 32017/13000/11488 31927/12909/11402 32039/13020/11508</w:t>
        <w:br/>
        <w:t>f 31928/12908/11401 31883/12864/11357 31884/12865/11358</w:t>
        <w:br/>
        <w:t>f 31928/12908/11401 31884/12865/11358 32039/13020/11508</w:t>
        <w:br/>
        <w:t>f 31855/12835/11328 31951/12931/11424 31853/12836/11329</w:t>
        <w:br/>
        <w:t>f 31951/12931/11424 32151/13132/11614 31853/12836/11329</w:t>
        <w:br/>
        <w:t>f 32006/12987/11476 31955/12935/11428 31973/12954/11615</w:t>
        <w:br/>
        <w:t>f 31955/12935/11428 31954/12936/11429 31973/12954/11615</w:t>
        <w:br/>
        <w:t>f 31859/12842/11335 31861/12841/11334 32152/13133/11616</w:t>
        <w:br/>
        <w:t>f 31861/12841/11334 31956/12939/11432 32152/13133/11616</w:t>
        <w:br/>
        <w:t>f 31861/12841/11334 31862/12843/11336 31956/12939/11432</w:t>
        <w:br/>
        <w:t>f 31862/12843/11336 31960/12941/11434 31956/12939/11432</w:t>
        <w:br/>
        <w:t>f 31867/12847/11340 31963/12943/11436 31866/12848/11341</w:t>
        <w:br/>
        <w:t>f 31963/12943/11436 31962/12945/11438 31866/12848/11341</w:t>
        <w:br/>
        <w:t>f 32154/13134/11617 31981/12961/11618 32153/13135/11619</w:t>
        <w:br/>
        <w:t>f 31981/12961/11618 31967/12948/11620 32153/13135/11619</w:t>
        <w:br/>
        <w:t>f 31871/12852/11345 31853/12836/11329 31969/12950/11443</w:t>
        <w:br/>
        <w:t>f 31853/12836/11329 32151/13132/11614 31969/12950/11443</w:t>
        <w:br/>
        <w:t>f 31924/12905/11398 31971/12951/11444 31858/12838/11331</w:t>
        <w:br/>
        <w:t>f 31971/12951/11444 31954/12936/11429 31858/12838/11331</w:t>
        <w:br/>
        <w:t>f 31926/12906/11399 32155/13136/11621 31977/12958/11450</w:t>
        <w:br/>
        <w:t>f 32155/13136/11621 31974/12957/11449 31977/12958/11450</w:t>
        <w:br/>
        <w:t>f 31929/12910/11403 31978/12959/11451 31867/12847/11340</w:t>
        <w:br/>
        <w:t>f 31978/12959/11451 31963/12943/11436 31867/12847/11340</w:t>
        <w:br/>
        <w:t>f 31930/12911/11404 31868/12851/11344 32156/13137/11622</w:t>
        <w:br/>
        <w:t>f 31868/12851/11344 31967/12948/11441 32156/13137/11622</w:t>
        <w:br/>
        <w:t>f 31944/12925/11418 31930/12911/11404 31985/12965/11457</w:t>
        <w:br/>
        <w:t>f 31930/12911/11404 31983/12964/11456 31985/12965/11457</w:t>
        <w:br/>
        <w:t>f 31945/12927/11420 31946/12926/11419 31987/12967/11459</w:t>
        <w:br/>
        <w:t>f 31946/12926/11419 31988/12968/11460 31987/12967/11459</w:t>
        <w:br/>
        <w:t>f 31865/12845/11338 31991/12971/11463 32157/13138/11623</w:t>
        <w:br/>
        <w:t>f 31991/12971/11463 31990/12973/11465 32157/13138/11623</w:t>
        <w:br/>
        <w:t>f 31929/12910/11403 32158/13139/11624 31978/12959/11451</w:t>
        <w:br/>
        <w:t>f 32158/13139/11624 31994/12977/11469 31978/12959/11451</w:t>
        <w:br/>
        <w:t>f 31992/12972/11464 31991/12971/11463 31965/12946/11439</w:t>
        <w:br/>
        <w:t>f 31991/12971/11463 31962/12945/11438 31965/12946/11439</w:t>
        <w:br/>
        <w:t>f 31972/12952/11445 31971/12951/11444 32159/13140/11625</w:t>
        <w:br/>
        <w:t>f 31971/12951/11444 31999/12980/11471 32159/13140/11625</w:t>
        <w:br/>
        <w:t>f 31945/12927/11420 31987/12967/11459 32160/13141/11626</w:t>
        <w:br/>
        <w:t>f 31987/12967/11459 32000/12983/11627 32160/13141/11626</w:t>
        <w:br/>
        <w:t>f 31862/12843/11336 32161/13142/11628 31960/12941/11434</w:t>
        <w:br/>
        <w:t>f 32161/13142/11628 32162/13143/11629 31960/12941/11434</w:t>
        <w:br/>
        <w:t>f 31946/12926/11419 31859/12842/11335 31988/12968/11460</w:t>
        <w:br/>
        <w:t>f 31859/12842/11335 31959/12940/11433 31988/12968/11460</w:t>
        <w:br/>
        <w:t>f 31856/12839/11332 31955/12935/11428 31855/12835/11328</w:t>
        <w:br/>
        <w:t>f 31955/12935/11428 31951/12931/11424 31855/12835/11328</w:t>
        <w:br/>
        <w:t>f 31968/12949/11442 32154/13134/11617 31969/12950/11443</w:t>
        <w:br/>
        <w:t>f 32154/13134/11617 31966/12947/11440 31969/12950/11443</w:t>
        <w:br/>
        <w:t>f 31944/12925/11418 31985/12965/11457 32163/13144/11630</w:t>
        <w:br/>
        <w:t>f 31985/12965/11457 32007/12990/11478 32163/13144/11630</w:t>
        <w:br/>
        <w:t>f 32013/12993/11481 32164/13145/11631 32097/13078/11565</w:t>
        <w:br/>
        <w:t>f 32164/13145/11631 32165/13146/11632 32097/13078/11565</w:t>
        <w:br/>
        <w:t>f 32146/13127/11611 32115/13095/11633 32099/13080/11567</w:t>
        <w:br/>
        <w:t>f 32115/13095/11633 32098/13079/11566 32099/13080/11567</w:t>
        <w:br/>
        <w:t>f 32018/12998/11486 32166/13147/11634 32019/12999/11487</w:t>
        <w:br/>
        <w:t>f 32166/13147/11634 32100/13083/11570 32019/12999/11487</w:t>
        <w:br/>
        <w:t>f 32019/12999/11487 32100/13083/11570 32020/13001/11489</w:t>
        <w:br/>
        <w:t>f 32100/13083/11570 32104/13085/11572 32020/13001/11489</w:t>
        <w:br/>
        <w:t>f 32024/13005/11493 32023/13004/11492 32107/13087/11574</w:t>
        <w:br/>
        <w:t>f 32023/13004/11492 32108/13088/11575 32107/13087/11574</w:t>
        <w:br/>
        <w:t>f 32167/13148/11635 32168/13149/11636 32127/13108/11637</w:t>
        <w:br/>
        <w:t>f 32168/13149/11636 32110/13092/11579 32127/13108/11637</w:t>
        <w:br/>
        <w:t>f 32028/13009/11497 32112/13093/11580 32164/13145/11631</w:t>
        <w:br/>
        <w:t>f 32112/13093/11580 32165/13146/11632 32164/13145/11631</w:t>
        <w:br/>
        <w:t>f 32073/13054/11542 32016/12996/11484 32117/13098/11585</w:t>
        <w:br/>
        <w:t>f 32016/12996/11484 32098/13079/11566 32117/13098/11585</w:t>
        <w:br/>
        <w:t>f 32074/13056/11544 32119/13099/11586 32169/13150/11638</w:t>
        <w:br/>
        <w:t>f 32119/13099/11586 32118/13101/11588 32169/13150/11638</w:t>
        <w:br/>
        <w:t>f 32076/13057/11545 32024/13005/11493 32123/13103/11590</w:t>
        <w:br/>
        <w:t>f 32024/13005/11493 32107/13087/11574 32123/13103/11590</w:t>
        <w:br/>
        <w:t>f 32077/13058/11546 32170/13151/11639 32026/13006/11494</w:t>
        <w:br/>
        <w:t>f 32170/13151/11639 32110/13092/11579 32026/13006/11494</w:t>
        <w:br/>
        <w:t>f 32089/13070/11558 32128/13109/11596 32077/13058/11546</w:t>
        <w:br/>
        <w:t>f 32128/13109/11596 32125/13105/11592 32077/13058/11546</w:t>
        <w:br/>
        <w:t>f 32090/13071/11559 32131/13111/11598 32091/13072/11560</w:t>
        <w:br/>
        <w:t>f 32131/13111/11598 32130/13113/11600 32091/13072/11560</w:t>
        <w:br/>
        <w:t>f 32022/13002/11490 32157/13138/11623 32135/13116/11603</w:t>
        <w:br/>
        <w:t>f 32157/13138/11623 31990/12973/11465 32135/13116/11603</w:t>
        <w:br/>
        <w:t>f 32076/13057/11545 32123/13103/11590 32092/13074/11562</w:t>
        <w:br/>
        <w:t>f 32123/13103/11590 32136/13119/11605 32092/13074/11562</w:t>
        <w:br/>
        <w:t>f 32134/13115/11602 32109/13090/11577 32135/13116/11603</w:t>
        <w:br/>
        <w:t>f 32109/13090/11577 32108/13088/11575 32135/13116/11603</w:t>
        <w:br/>
        <w:t>f 32116/13096/11583 32171/13152/11640 32117/13098/11585</w:t>
        <w:br/>
        <w:t>f 32171/13152/11640 32141/13122/11607 32117/13098/11585</w:t>
        <w:br/>
        <w:t>f 32090/13071/11559 32172/13153/11641 32131/13111/11598</w:t>
        <w:br/>
        <w:t>f 32172/13153/11641 32144/13124/11609 32131/13111/11598</w:t>
        <w:br/>
        <w:t>f 32020/13001/11489 32104/13085/11572 32161/13142/11628</w:t>
        <w:br/>
        <w:t>f 32104/13085/11572 32162/13143/11629 32161/13142/11628</w:t>
        <w:br/>
        <w:t>f 32091/13072/11560 32130/13113/11600 32018/12998/11486</w:t>
        <w:br/>
        <w:t>f 32130/13113/11600 32101/13081/11568 32018/12998/11486</w:t>
        <w:br/>
        <w:t>f 32015/12995/11483 32013/12993/11481 32099/13080/11567</w:t>
        <w:br/>
        <w:t>f 32013/12993/11481 32097/13078/11565 32099/13080/11567</w:t>
        <w:br/>
        <w:t>f 32113/13094/11581 32112/13093/11580 32167/13148/11642</w:t>
        <w:br/>
        <w:t>f 32112/13093/11580 32111/13091/11578 32167/13148/11642</w:t>
        <w:br/>
        <w:t>f 32089/13070/11558 32092/13074/11562 32128/13109/11596</w:t>
        <w:br/>
        <w:t>f 32092/13074/11562 32147/13130/11643 32128/13109/11596</w:t>
        <w:br/>
        <w:t>f 32070/13051/11539 32065/13046/11534 32067/13048/11536</w:t>
        <w:br/>
        <w:t>f 32157/13138/11623 32022/13002/11490 31947/12928/11421</w:t>
        <w:br/>
        <w:t>f 32157/13138/11623 31947/12928/11421 31865/12845/11338</w:t>
        <w:br/>
        <w:t>f 32092/13074/11562 32089/13070/11558 32093/13073/11561</w:t>
        <w:br/>
        <w:t>f 32164/13145/11631 32013/12993/11481 32012/12992/11480</w:t>
        <w:br/>
        <w:t>f 32164/13145/11631 32012/12992/11480 32028/13009/11497</w:t>
        <w:br/>
        <w:t>f 32169/13150/11638 32090/13071/11559 32075/13055/11543</w:t>
        <w:br/>
        <w:t>f 32169/13150/11638 32075/13055/11543 32074/13056/11544</w:t>
        <w:br/>
        <w:t>f 32161/13142/11628 31862/12843/11336 31949/12930/11423</w:t>
        <w:br/>
        <w:t>f 32161/13142/11628 31949/12930/11423 32020/13001/11489</w:t>
        <w:br/>
        <w:t>f 32155/13136/11621 31926/12906/11399 31925/12907/11400</w:t>
        <w:br/>
        <w:t>f 32155/13136/11621 31925/12907/11400 31945/12927/11420</w:t>
        <w:br/>
        <w:t>f 31923/12904/11397 31855/12835/11328 31854/12834/11327</w:t>
        <w:br/>
        <w:t>f 31923/12904/11397 31854/12834/11327 31871/12852/11345</w:t>
        <w:br/>
        <w:t>f 32158/13139/11624 31929/12910/11403 31948/12929/11422</w:t>
        <w:br/>
        <w:t>f 32158/13139/11624 31948/12929/11422 31944/12925/11418</w:t>
        <w:br/>
        <w:t>f 32046/13027/11515 32076/13057/11545 32093/13073/11561</w:t>
        <w:br/>
        <w:t>f 5212/13154/11644 5211/13155/11645 5210/13156/11646</w:t>
        <w:br/>
        <w:t>f 5213/13157/11647 5212/13154/11644 5210/13156/11646</w:t>
        <w:br/>
        <w:t>f 5216/13158/11648 5215/13159/11649 5214/13160/11650</w:t>
        <w:br/>
        <w:t>f 5218/13161/11651 5217/13162/11652 5211/13155/11645</w:t>
        <w:br/>
        <w:t>f 5212/13154/11644 5218/13161/11651 5211/13155/11645</w:t>
        <w:br/>
        <w:t>f 5222/13163/11653 5221/13164/11654 5220/13165/11655</w:t>
        <w:br/>
        <w:t>f 5219/13166/11656 5222/13163/11653 5220/13165/11655</w:t>
        <w:br/>
        <w:t>f 5224/13167/11657 5223/13168/11658 5214/13160/11650</w:t>
        <w:br/>
        <w:t>f 5225/13169/11659 5224/13167/11657 5214/13160/11650</w:t>
        <w:br/>
        <w:t>f 5229/13170/11660 5228/13171/11661 5227/13172/11662</w:t>
        <w:br/>
        <w:t>f 5226/13173/11663 5229/13170/11660 5227/13172/11662</w:t>
        <w:br/>
        <w:t>f 5221/13164/11654 5231/13174/11664 5230/13175/11665</w:t>
        <w:br/>
        <w:t>f 5232/13176/11666 5221/13164/11654 5230/13175/11665</w:t>
        <w:br/>
        <w:t>f 5235/13177/11667 5234/13178/11668 5233/13179/11669</w:t>
        <w:br/>
        <w:t>f 5237/13180/11670 5210/13156/11646 5211/13155/11645</w:t>
        <w:br/>
        <w:t>f 5236/13181/11671 5237/13180/11670 5211/13155/11645</w:t>
        <w:br/>
        <w:t>f 5214/13160/11650 5238/13182/11672 5225/13169/11659</w:t>
        <w:br/>
        <w:t>f 5217/13162/11652 5239/13183/11673 5236/13181/11671</w:t>
        <w:br/>
        <w:t>f 5211/13155/11645 5217/13162/11652 5236/13181/11671</w:t>
        <w:br/>
        <w:t>f 5231/13174/11664 5221/13164/11654 5222/13163/11653</w:t>
        <w:br/>
        <w:t>f 5240/13184/11674 5231/13174/11664 5222/13163/11653</w:t>
        <w:br/>
        <w:t>f 5223/13168/11658 5241/13185/11675 5216/13158/11648</w:t>
        <w:br/>
        <w:t>f 5214/13160/11650 5223/13168/11658 5216/13158/11648</w:t>
        <w:br/>
        <w:t>f 5228/13171/11661 5242/13186/11676 5233/13179/11669</w:t>
        <w:br/>
        <w:t>f 5234/13178/11668 5228/13171/11661 5233/13179/11669</w:t>
        <w:br/>
        <w:t>f 5243/13187/11677 5220/13165/11655 5221/13164/11654</w:t>
        <w:br/>
        <w:t>f 5232/13176/11666 5243/13187/11677 5221/13164/11654</w:t>
        <w:br/>
        <w:t>f 5244/13188/11678 5234/13178/11668 5235/13177/11667</w:t>
        <w:br/>
        <w:t>f 5247/13189/11679 5246/13190/11680 5245/13191/11680</w:t>
        <w:br/>
        <w:t>f 5248/13192/11681 5247/13189/11679 5245/13191/11680</w:t>
        <w:br/>
        <w:t>f 5251/13193/11682 5250/13194/11682 5249/13195/11683</w:t>
        <w:br/>
        <w:t>f 5252/13196/11683 5251/13193/11682 5249/13195/11683</w:t>
        <w:br/>
        <w:t>f 5256/13197/11684 5255/13198/11685 5254/13199/11686</w:t>
        <w:br/>
        <w:t>f 5253/13200/11687 5256/13197/11684 5254/13199/11686</w:t>
        <w:br/>
        <w:t>f 5260/13201/11688 5259/13202/11689 5258/13203/11690</w:t>
        <w:br/>
        <w:t>f 5257/13204/11690 5260/13201/11688 5258/13203/11690</w:t>
        <w:br/>
        <w:t>f 5251/13193/11682 5262/13205/11691 5261/13206/11692</w:t>
        <w:br/>
        <w:t>f 5250/13194/11682 5251/13193/11682 5261/13206/11692</w:t>
        <w:br/>
        <w:t>f 5265/13207/11693 5264/13208/11694 5263/13209/11695</w:t>
        <w:br/>
        <w:t>f 5266/13210/11696 5265/13207/11693 5263/13209/11695</w:t>
        <w:br/>
        <w:t>f 5269/13211/11697 5268/13212/11697 5267/13213/11698</w:t>
        <w:br/>
        <w:t>f 5270/13214/11699 5269/13211/11697 5267/13213/11698</w:t>
        <w:br/>
        <w:t>f 5263/13209/11695 5272/13215/11700 5271/13216/11700</w:t>
        <w:br/>
        <w:t>f 5266/13210/11696 5263/13209/11695 5271/13216/11700</w:t>
        <w:br/>
        <w:t>f 5276/13217/11701 5275/13218/11701 5274/13219/11702</w:t>
        <w:br/>
        <w:t>f 5273/13220/11703 5276/13217/11701 5274/13219/11702</w:t>
        <w:br/>
        <w:t>f 5279/13221/11704 5278/13222/11705 5277/13223/11705</w:t>
        <w:br/>
        <w:t>f 5280/13224/11704 5279/13221/11704 5277/13223/11705</w:t>
        <w:br/>
        <w:t>f 5282/13225/11706 5281/13226/11706 5275/13218/11701</w:t>
        <w:br/>
        <w:t>f 5276/13217/11701 5282/13225/11706 5275/13218/11701</w:t>
        <w:br/>
        <w:t>f 5286/13227/11707 5285/13228/11708 5284/13229/11709</w:t>
        <w:br/>
        <w:t>f 5283/13230/11709 5286/13227/11707 5284/13229/11709</w:t>
        <w:br/>
        <w:t>f 5290/13231/11710 5289/13232/11710 5288/13233/11711</w:t>
        <w:br/>
        <w:t>f 5287/13234/11711 5290/13231/11710 5288/13233/11711</w:t>
        <w:br/>
        <w:t>f 5294/13235/11712 5293/13236/11713 5292/13237/11714</w:t>
        <w:br/>
        <w:t>f 5291/13238/11715 5294/13235/11712 5292/13237/11714</w:t>
        <w:br/>
        <w:t>f 5297/13239/11716 5296/13240/11717 5295/13241/11717</w:t>
        <w:br/>
        <w:t>f 5298/13242/11716 5297/13239/11716 5295/13241/11717</w:t>
        <w:br/>
        <w:t>f 5302/13243/11718 5301/13244/11719 5300/13245/11719</w:t>
        <w:br/>
        <w:t>f 5299/13246/11718 5302/13243/11718 5300/13245/11719</w:t>
        <w:br/>
        <w:t>f 5306/13247/11720 5305/13248/11721 5304/13249/11722</w:t>
        <w:br/>
        <w:t>f 5303/13250/11720 5306/13247/11720 5304/13249/11722</w:t>
        <w:br/>
        <w:t>f 5289/13232/11710 5290/13231/11710 5308/13251/11723</w:t>
        <w:br/>
        <w:t>f 5307/13252/11723 5289/13232/11710 5308/13251/11723</w:t>
        <w:br/>
        <w:t>f 5311/13253/11711 5310/13254/11724 5309/13255/11725</w:t>
        <w:br/>
        <w:t>f 5312/13256/11726 5311/13253/11711 5309/13255/11725</w:t>
        <w:br/>
        <w:t>f 5314/13257/11727 5313/13258/11728 5293/13236/11713</w:t>
        <w:br/>
        <w:t>f 5315/13259/11727 5314/13257/11727 5293/13236/11713</w:t>
        <w:br/>
        <w:t>f 5279/13221/11704 5280/13224/11704 5316/13260/11729</w:t>
        <w:br/>
        <w:t>f 5317/13261/11729 5279/13221/11704 5316/13260/11729</w:t>
        <w:br/>
        <w:t>f 5320/13262/11730 5319/13263/11731 5318/13264/11732</w:t>
        <w:br/>
        <w:t>f 5285/13228/11708 5286/13227/11707 5322/13265/11733</w:t>
        <w:br/>
        <w:t>f 5321/13266/11733 5285/13228/11708 5322/13265/11733</w:t>
        <w:br/>
        <w:t>f 5294/13235/11712 5291/13238/11715 5323/13267/11734</w:t>
        <w:br/>
        <w:t>f 5324/13268/11734 5294/13235/11712 5323/13267/11734</w:t>
        <w:br/>
        <w:t>f 5213/13157/11647 5210/13156/11646 5325/13269/11735</w:t>
        <w:br/>
        <w:t>f 5326/13270/11736 5213/13157/11647 5325/13269/11735</w:t>
        <w:br/>
        <w:t>f 5327/13271/11737 5238/13182/11672 5215/13159/11649</w:t>
        <w:br/>
        <w:t>f 5328/13272/11737 5327/13271/11737 5215/13159/11649</w:t>
        <w:br/>
        <w:t>f 5237/13180/11670 5329/13273/11738 5325/13269/11735</w:t>
        <w:br/>
        <w:t>f 5210/13156/11646 5237/13180/11670 5325/13269/11735</w:t>
        <w:br/>
        <w:t>f 5331/13274/11739 5247/13189/11679 5248/13192/11681</w:t>
        <w:br/>
        <w:t>f 5330/13275/11739 5331/13274/11739 5248/13192/11681</w:t>
        <w:br/>
        <w:t>f 5333/13276/11740 5332/13277/11740 5252/13196/11683</w:t>
        <w:br/>
        <w:t>f 5249/13195/11683 5333/13276/11740 5252/13196/11683</w:t>
        <w:br/>
        <w:t>f 5271/13216/11700 5272/13215/11700 5332/13277/11740</w:t>
        <w:br/>
        <w:t>f 5333/13276/11740 5271/13216/11700 5332/13277/11740</w:t>
        <w:br/>
        <w:t>f 5274/13219/11702 5335/13278/11741 5334/13279/11741</w:t>
        <w:br/>
        <w:t>f 5273/13220/11703 5274/13219/11702 5334/13279/11741</w:t>
        <w:br/>
        <w:t>f 5337/13280/11742 5336/13281/11742 5277/13223/11705</w:t>
        <w:br/>
        <w:t>f 5278/13222/11705 5337/13280/11742 5277/13223/11705</w:t>
        <w:br/>
        <w:t>f 5339/13282/11743 5300/13245/11719 5301/13244/11719</w:t>
        <w:br/>
        <w:t>f 5338/13283/11743 5339/13282/11743 5301/13244/11719</w:t>
        <w:br/>
        <w:t>f 5341/13284/11744 5340/13285/11744 5306/13247/11720</w:t>
        <w:br/>
        <w:t>f 5303/13250/11720 5341/13284/11744 5306/13247/11720</w:t>
        <w:br/>
        <w:t>f 5232/13176/11666 5230/13175/11665 5326/13270/11736</w:t>
        <w:br/>
        <w:t>f 5325/13269/11735 5232/13176/11666 5326/13270/11736</w:t>
        <w:br/>
        <w:t>f 5235/13177/11667 5327/13271/11737 5328/13272/11737</w:t>
        <w:br/>
        <w:t>f 5244/13188/11678 5235/13177/11667 5328/13272/11737</w:t>
        <w:br/>
        <w:t>f 5232/13176/11666 5325/13269/11735 5329/13273/11738</w:t>
        <w:br/>
        <w:t>f 5243/13187/11677 5232/13176/11666 5329/13273/11738</w:t>
        <w:br/>
        <w:t>f 5330/13275/11739 5268/13212/11697 5269/13211/11697</w:t>
        <w:br/>
        <w:t>f 5331/13274/11739 5330/13275/11739 5269/13211/11697</w:t>
        <w:br/>
        <w:t>f 5297/13239/11716 5298/13242/11716 5334/13279/11741</w:t>
        <w:br/>
        <w:t>f 5335/13278/11741 5297/13239/11716 5334/13279/11741</w:t>
        <w:br/>
        <w:t>f 5324/13268/11734 5323/13267/11734 5336/13281/11742</w:t>
        <w:br/>
        <w:t>f 5337/13280/11742 5324/13268/11734 5336/13281/11742</w:t>
        <w:br/>
        <w:t>f 5339/13282/11743 5338/13283/11743 5307/13252/11723</w:t>
        <w:br/>
        <w:t>f 5308/13251/11723 5339/13282/11743 5307/13252/11723</w:t>
        <w:br/>
        <w:t>f 5322/13265/11733 5340/13285/11744 5341/13284/11744</w:t>
        <w:br/>
        <w:t>f 5321/13266/11733 5322/13265/11733 5341/13284/11744</w:t>
        <w:br/>
        <w:t>f 5342/13286/11745 5227/13172/11662 5228/13171/11661</w:t>
        <w:br/>
        <w:t>f 5234/13178/11668 5342/13286/11745 5228/13171/11661</w:t>
        <w:br/>
        <w:t>f 5229/13170/11660 5343/13287/11746 5242/13186/11676</w:t>
        <w:br/>
        <w:t>f 5228/13171/11661 5229/13170/11660 5242/13186/11676</w:t>
        <w:br/>
        <w:t>f 5293/13236/11713 5313/13258/11728 5292/13237/11714</w:t>
        <w:br/>
        <w:t>f 5302/13243/11718 5299/13246/11718 5319/13263/11731</w:t>
        <w:br/>
        <w:t>f 5320/13262/11730 5302/13243/11718 5319/13263/11731</w:t>
        <w:br/>
        <w:t>f 5229/13170/11660 5222/13163/11653 5219/13166/11656</w:t>
        <w:br/>
        <w:t>f 5343/13287/11746 5229/13170/11660 5219/13166/11656</w:t>
        <w:br/>
        <w:t>f 5226/13173/11663 5240/13184/11674 5222/13163/11653</w:t>
        <w:br/>
        <w:t>f 5229/13170/11660 5226/13173/11663 5222/13163/11653</w:t>
        <w:br/>
        <w:t>f 5270/13214/11699 5267/13213/11698 5259/13202/11689</w:t>
        <w:br/>
        <w:t>f 5260/13201/11688 5270/13214/11699 5259/13202/11689</w:t>
        <w:br/>
        <w:t>f 5283/13230/11709 5284/13229/11709 5320/13262/11730</w:t>
        <w:br/>
        <w:t>f 5318/13264/11732 5283/13230/11709 5320/13262/11730</w:t>
        <w:br/>
        <w:t>f 5296/13240/11717 5314/13257/11727 5315/13259/11727</w:t>
        <w:br/>
        <w:t>f 5295/13241/11717 5296/13240/11717 5315/13259/11727</w:t>
        <w:br/>
        <w:t>f 5217/13162/11652 5218/13161/11651 5344/13288/11747</w:t>
        <w:br/>
        <w:t>f 5345/13289/11658 5217/13162/11652 5344/13288/11747</w:t>
        <w:br/>
        <w:t>f 5239/13183/11673 5217/13162/11652 5345/13289/11658</w:t>
        <w:br/>
        <w:t>f 5346/13290/11657 5239/13183/11673 5345/13289/11658</w:t>
        <w:br/>
        <w:t>f 5255/13198/11685 5245/13191/11680 5246/13190/11680</w:t>
        <w:br/>
        <w:t>f 5254/13199/11686 5255/13198/11685 5246/13190/11680</w:t>
        <w:br/>
        <w:t>f 5348/13291/11729 5347/13292/11729 5281/13226/11706</w:t>
        <w:br/>
        <w:t>f 5282/13225/11706 5348/13291/11729 5281/13226/11706</w:t>
        <w:br/>
        <w:t>f 5309/13255/11725 5310/13254/11724 5304/13249/11722</w:t>
        <w:br/>
        <w:t>f 5305/13248/11721 5309/13255/11725 5304/13249/11722</w:t>
        <w:br/>
        <w:t>f 5352/13293/11748 5351/13294/11749 5350/13295/11750</w:t>
        <w:br/>
        <w:t>f 5349/13296/11751 5352/13293/11748 5350/13295/11750</w:t>
        <w:br/>
        <w:t>f 5355/13297/11752 5354/13298/11753 5353/13299/11754</w:t>
        <w:br/>
        <w:t>f 5357/13300/11755 5356/13301/11756 5351/13294/11749</w:t>
        <w:br/>
        <w:t>f 5352/13293/11748 5357/13300/11755 5351/13294/11749</w:t>
        <w:br/>
        <w:t>f 5360/13302/11757 5359/13303/11758 5358/13304/11759</w:t>
        <w:br/>
        <w:t>f 5361/13305/11760 5360/13302/11757 5358/13304/11759</w:t>
        <w:br/>
        <w:t>f 5364/13306/11761 5357/13300/11755 5363/13307/11762</w:t>
        <w:br/>
        <w:t>f 5362/13308/11763 5364/13306/11761 5363/13307/11762</w:t>
        <w:br/>
        <w:t>f 5367/13309/11764 5366/13310/11765 5365/13311/11766</w:t>
        <w:br/>
        <w:t>f 5368/13312/11767 5367/13309/11764 5365/13311/11766</w:t>
        <w:br/>
        <w:t>f 5371/13313/11768 5361/13305/11760 5370/13314/11769</w:t>
        <w:br/>
        <w:t>f 5369/13315/11770 5371/13313/11768 5370/13314/11769</w:t>
        <w:br/>
        <w:t>f 5374/13316/11771 5373/13317/11772 5372/13318/11773</w:t>
        <w:br/>
        <w:t>f 5376/13319/11774 5352/13293/11748 5349/13296/11751</w:t>
        <w:br/>
        <w:t>f 5375/13320/11775 5376/13319/11774 5349/13296/11751</w:t>
        <w:br/>
        <w:t>f 5378/13321/11776 5377/13322/11777 5353/13299/11754</w:t>
        <w:br/>
        <w:t>f 5376/13319/11774 5363/13307/11762 5357/13300/11755</w:t>
        <w:br/>
        <w:t>f 5352/13293/11748 5376/13319/11774 5357/13300/11755</w:t>
        <w:br/>
        <w:t>f 5371/13313/11768 5379/13323/11778 5360/13302/11757</w:t>
        <w:br/>
        <w:t>f 5361/13305/11760 5371/13313/11768 5360/13302/11757</w:t>
        <w:br/>
        <w:t>f 5354/13298/11753 5380/13324/11779 5364/13306/11761</w:t>
        <w:br/>
        <w:t>f 5353/13299/11754 5354/13298/11753 5364/13306/11761</w:t>
        <w:br/>
        <w:t>f 5366/13310/11765 5373/13317/11772 5382/13325/11780</w:t>
        <w:br/>
        <w:t>f 5381/13326/11781 5366/13310/11765 5382/13325/11780</w:t>
        <w:br/>
        <w:t>f 5383/13327/11782 5370/13314/11769 5361/13305/11760</w:t>
        <w:br/>
        <w:t>f 5358/13304/11759 5383/13327/11782 5361/13305/11760</w:t>
        <w:br/>
        <w:t>f 5384/13328/11783 5372/13318/11773 5373/13317/11772</w:t>
        <w:br/>
        <w:t>f 5387/13329/11784 5386/13330/11785 5385/13331/11786</w:t>
        <w:br/>
        <w:t>f 5388/13332/11787 5387/13329/11784 5385/13331/11786</w:t>
        <w:br/>
        <w:t>f 5392/13333/11788 5391/13334/11788 5390/13335/11789</w:t>
        <w:br/>
        <w:t>f 5389/13336/11790 5392/13333/11788 5390/13335/11789</w:t>
        <w:br/>
        <w:t>f 5396/13337/11791 5395/13338/11792 5394/13339/11793</w:t>
        <w:br/>
        <w:t>f 5393/13340/11791 5396/13337/11791 5394/13339/11793</w:t>
        <w:br/>
        <w:t>f 5400/13341/11794 5399/13342/11795 5398/13343/11796</w:t>
        <w:br/>
        <w:t>f 5397/13344/11797 5400/13341/11794 5398/13343/11796</w:t>
        <w:br/>
        <w:t>f 5403/13345/11798 5402/13346/11799 5401/13347/11800</w:t>
        <w:br/>
        <w:t>f 5404/13348/11798 5403/13345/11798 5401/13347/11800</w:t>
        <w:br/>
        <w:t>f 5397/13344/11797 5398/13343/11796 5405/13349/11801</w:t>
        <w:br/>
        <w:t>f 5406/13350/11802 5397/13344/11797 5405/13349/11801</w:t>
        <w:br/>
        <w:t>f 5409/13351/11803 5408/13352/11804 5407/13353/11804</w:t>
        <w:br/>
        <w:t>f 5410/13354/11804 5409/13351/11803 5407/13353/11804</w:t>
        <w:br/>
        <w:t>f 5414/13355/11805 5413/13356/11806 5412/13357/11807</w:t>
        <w:br/>
        <w:t>f 5411/13358/11808 5414/13355/11805 5412/13357/11807</w:t>
        <w:br/>
        <w:t>f 5417/13359/11809 5416/13360/11810 5415/13361/11810</w:t>
        <w:br/>
        <w:t>f 5418/13362/11811 5417/13359/11809 5415/13361/11810</w:t>
        <w:br/>
        <w:t>f 5413/13356/11806 5420/13363/11812 5419/13364/11812</w:t>
        <w:br/>
        <w:t>f 5412/13357/11807 5413/13356/11806 5419/13364/11812</w:t>
        <w:br/>
        <w:t>f 5424/13365/11813 5423/13366/11814 5422/13367/11814</w:t>
        <w:br/>
        <w:t>f 5421/13368/11815 5424/13365/11813 5422/13367/11814</w:t>
        <w:br/>
        <w:t>f 5427/13369/11816 5426/13370/11817 5425/13371/11818</w:t>
        <w:br/>
        <w:t>f 5431/13372/11819 5430/13373/11819 5429/13374/11820</w:t>
        <w:br/>
        <w:t>f 5428/13375/11821 5431/13372/11819 5429/13374/11820</w:t>
        <w:br/>
        <w:t>f 5435/13376/11822 5434/13377/11822 5433/13378/11823</w:t>
        <w:br/>
        <w:t>f 5432/13379/11823 5435/13376/11822 5433/13378/11823</w:t>
        <w:br/>
        <w:t>f 5438/13380/11824 5437/13381/11824 5436/13382/11825</w:t>
        <w:br/>
        <w:t>f 5439/13383/11825 5438/13380/11824 5436/13382/11825</w:t>
        <w:br/>
        <w:t>f 5443/13384/11826 5442/13385/11826 5441/13386/11827</w:t>
        <w:br/>
        <w:t>f 5440/13387/11827 5443/13384/11826 5441/13386/11827</w:t>
        <w:br/>
        <w:t>f 5445/13388/11828 5444/13389/11828 5427/13369/11816</w:t>
        <w:br/>
        <w:t>f 5425/13371/11818 5445/13388/11828 5427/13369/11816</w:t>
        <w:br/>
        <w:t>f 5448/13390/11829 5447/13391/11830 5446/13392/11831</w:t>
        <w:br/>
        <w:t>f 5428/13375/11821 5448/13390/11829 5446/13392/11831</w:t>
        <w:br/>
        <w:t>f 5449/13393/11832 5418/13362/11811 5419/13364/11812</w:t>
        <w:br/>
        <w:t>f 5420/13363/11812 5449/13393/11832 5419/13364/11812</w:t>
        <w:br/>
        <w:t>f 5452/13394/11833 5451/13395/11834 5450/13396/11835</w:t>
        <w:br/>
        <w:t>f 5423/13366/11814 5454/13397/11836 5453/13398/11836</w:t>
        <w:br/>
        <w:t>f 5422/13367/11814 5423/13366/11814 5453/13398/11836</w:t>
        <w:br/>
        <w:t>f 5455/13399/11837 5430/13373/11819 5431/13372/11819</w:t>
        <w:br/>
        <w:t>f 5456/13400/11838 5455/13399/11837 5431/13372/11819</w:t>
        <w:br/>
        <w:t>f 5372/13318/11773 5458/13401/11839 5457/13402/11839</w:t>
        <w:br/>
        <w:t>f 5374/13316/11771 5372/13318/11773 5457/13402/11839</w:t>
        <w:br/>
        <w:t>f 5460/13403/11840 5459/13404/11840 5389/13336/11790</w:t>
        <w:br/>
        <w:t>f 5390/13335/11789 5460/13403/11840 5389/13336/11790</w:t>
        <w:br/>
        <w:t>f 5459/13404/11840 5460/13403/11840 5406/13350/11802</w:t>
        <w:br/>
        <w:t>f 5405/13349/11801 5459/13404/11840 5406/13350/11802</w:t>
        <w:br/>
        <w:t>f 5415/13361/11810 5416/13360/11810 5462/13405/11841</w:t>
        <w:br/>
        <w:t>f 5461/13406/11842 5415/13361/11810 5462/13405/11841</w:t>
        <w:br/>
        <w:t>f 5464/13407/11843 5463/13408/11844 5439/13383/11825</w:t>
        <w:br/>
        <w:t>f 5436/13382/11825 5464/13407/11843 5439/13383/11825</w:t>
        <w:br/>
        <w:t>f 5458/13401/11839 5355/13297/11752 5377/13322/11777</w:t>
        <w:br/>
        <w:t>f 5457/13402/11839 5458/13401/11839 5377/13322/11777</w:t>
        <w:br/>
        <w:t>f 5462/13405/11841 5455/13399/11837 5456/13400/11838</w:t>
        <w:br/>
        <w:t>f 5461/13406/11842 5462/13405/11841 5456/13400/11838</w:t>
        <w:br/>
        <w:t>f 5445/13388/11828 5463/13408/11844 5464/13407/11843</w:t>
        <w:br/>
        <w:t>f 5444/13389/11828 5445/13388/11828 5464/13407/11843</w:t>
        <w:br/>
        <w:t>f 5387/13329/11784 5388/13332/11787 5466/13409/11845</w:t>
        <w:br/>
        <w:t>f 5465/13410/11845 5387/13329/11784 5466/13409/11845</w:t>
        <w:br/>
        <w:t>f 5468/13411/11846 5467/13412/11846 5440/13387/11827</w:t>
        <w:br/>
        <w:t>f 5441/13386/11827 5468/13411/11846 5440/13387/11827</w:t>
        <w:br/>
        <w:t>f 5353/13299/11754 5364/13306/11761 5362/13308/11763</w:t>
        <w:br/>
        <w:t>f 5378/13321/11776 5353/13299/11754 5362/13308/11763</w:t>
        <w:br/>
        <w:t>f 5380/13324/11779 5356/13301/11756 5357/13300/11755</w:t>
        <w:br/>
        <w:t>f 5364/13306/11761 5380/13324/11779 5357/13300/11755</w:t>
        <w:br/>
        <w:t>f 5468/13411/11846 5425/13371/11818 5426/13370/11817</w:t>
        <w:br/>
        <w:t>f 5467/13412/11846 5468/13411/11846 5426/13370/11817</w:t>
        <w:br/>
        <w:t>f 5449/13393/11832 5417/13359/11809 5418/13362/11811</w:t>
        <w:br/>
        <w:t>f 5359/13303/11758 5360/13302/11757 5365/13311/11766</w:t>
        <w:br/>
        <w:t>f 5469/13413/11847 5359/13303/11758 5365/13311/11766</w:t>
        <w:br/>
        <w:t>f 5365/13311/11766 5360/13302/11757 5379/13323/11778</w:t>
        <w:br/>
        <w:t>f 5368/13312/11767 5365/13311/11766 5379/13323/11778</w:t>
        <w:br/>
        <w:t>f 5395/13338/11792 5403/13345/11798 5404/13348/11798</w:t>
        <w:br/>
        <w:t>f 5394/13339/11793 5395/13338/11792 5404/13348/11798</w:t>
        <w:br/>
        <w:t>f 5450/13396/11835 5424/13365/11813 5421/13368/11815</w:t>
        <w:br/>
        <w:t>f 5452/13394/11833 5450/13396/11835 5421/13368/11815</w:t>
        <w:br/>
        <w:t>f 5446/13392/11831 5447/13391/11830 5432/13379/11823</w:t>
        <w:br/>
        <w:t>f 5433/13378/11823 5446/13392/11831 5432/13379/11823</w:t>
        <w:br/>
        <w:t>f 5366/13310/11765 5367/13309/11764 5384/13328/11783</w:t>
        <w:br/>
        <w:t>f 5373/13317/11772 5366/13310/11765 5384/13328/11783</w:t>
        <w:br/>
        <w:t>f 5381/13326/11781 5469/13413/11847 5365/13311/11766</w:t>
        <w:br/>
        <w:t>f 5366/13310/11765 5381/13326/11781 5365/13311/11766</w:t>
        <w:br/>
        <w:t>f 5429/13374/11820 5448/13390/11829 5428/13375/11821</w:t>
        <w:br/>
        <w:t>f 5437/13381/11824 5438/13380/11824 5450/13396/11835</w:t>
        <w:br/>
        <w:t>f 5451/13395/11834 5437/13381/11824 5450/13396/11835</w:t>
        <w:br/>
        <w:t>f 5244/13188/11678 5342/13286/11745 5234/13178/11668</w:t>
        <w:br/>
        <w:t>f 5215/13159/11649 5238/13182/11672 5214/13160/11650</w:t>
        <w:br/>
        <w:t>f 5377/13322/11777 5355/13297/11752 5353/13299/11754</w:t>
        <w:br/>
        <w:t>f 5374/13316/11771 5382/13325/11780 5373/13317/11772</w:t>
        <w:br/>
        <w:t>f 9588/13414/11848 9587/13415/11849 9586/13416/11850</w:t>
        <w:br/>
        <w:t>f 9585/13417/11851 9588/13414/11848 9586/13416/11850</w:t>
        <w:br/>
        <w:t>f 9591/13418/11852 9590/13419/11853 9589/13420/11854</w:t>
        <w:br/>
        <w:t>f 9592/13421/11855 9585/13417/11851 9586/13416/11850</w:t>
        <w:br/>
        <w:t>f 9593/13422/11856 9592/13421/11855 9586/13416/11850</w:t>
        <w:br/>
        <w:t>f 9597/13423/11857 9596/13424/11858 9595/13425/11859</w:t>
        <w:br/>
        <w:t>f 9594/13426/11860 9597/13423/11857 9595/13425/11859</w:t>
        <w:br/>
        <w:t>f 9601/13427/11861 9600/13428/11862 9599/13429/11863</w:t>
        <w:br/>
        <w:t>f 9598/13430/11864 9601/13427/11861 9599/13429/11863</w:t>
        <w:br/>
        <w:t>f 9604/13431/11865 9603/13432/11866 9602/13433/11867</w:t>
        <w:br/>
        <w:t>f 9605/13434/11868 9604/13431/11865 9602/13433/11867</w:t>
        <w:br/>
        <w:t>f 9608/13435/11869 9607/13436/11870 9596/13424/11858</w:t>
        <w:br/>
        <w:t>f 9606/13437/11871 9608/13435/11869 9596/13424/11858</w:t>
        <w:br/>
        <w:t>f 9611/13438/11872 9610/13439/11873 9609/13440/11874</w:t>
        <w:br/>
        <w:t>f 9587/13415/11849 9613/13441/11875 9612/13442/11876</w:t>
        <w:br/>
        <w:t>f 9586/13416/11850 9587/13415/11849 9612/13442/11876</w:t>
        <w:br/>
        <w:t>f 9591/13418/11852 9614/13443/11877 9590/13419/11853</w:t>
        <w:br/>
        <w:t>f 9586/13416/11850 9612/13442/11876 9615/13444/11878</w:t>
        <w:br/>
        <w:t>f 9593/13422/11856 9586/13416/11850 9615/13444/11878</w:t>
        <w:br/>
        <w:t>f 9607/13436/11870 9616/13445/11879 9595/13425/11859</w:t>
        <w:br/>
        <w:t>f 9596/13424/11858 9607/13436/11870 9595/13425/11859</w:t>
        <w:br/>
        <w:t>f 9618/13446/11880 9617/13447/11881 9599/13429/11863</w:t>
        <w:br/>
        <w:t>f 9591/13418/11852 9618/13446/11880 9599/13429/11863</w:t>
        <w:br/>
        <w:t>f 9605/13434/11868 9611/13438/11872 9609/13440/11874</w:t>
        <w:br/>
        <w:t>f 9619/13448/11882 9605/13434/11868 9609/13440/11874</w:t>
        <w:br/>
        <w:t>f 9620/13449/11883 9606/13437/11871 9596/13424/11858</w:t>
        <w:br/>
        <w:t>f 9597/13423/11857 9620/13449/11883 9596/13424/11858</w:t>
        <w:br/>
        <w:t>f 9611/13438/11872 9622/13450/11884 9621/13451/11885</w:t>
        <w:br/>
        <w:t>f 9626/13452/11886 9625/13453/11886 9624/13454/11887</w:t>
        <w:br/>
        <w:t>f 9623/13455/11887 9626/13452/11886 9624/13454/11887</w:t>
        <w:br/>
        <w:t>f 9629/13456/11888 9628/13457/11888 9627/13458/11888</w:t>
        <w:br/>
        <w:t>f 9630/13459/11888 9629/13456/11888 9627/13458/11888</w:t>
        <w:br/>
        <w:t>f 9633/13460/11889 9632/13461/11890 9631/13462/11891</w:t>
        <w:br/>
        <w:t>f 9634/13463/11892 9633/13460/11889 9631/13462/11891</w:t>
        <w:br/>
        <w:t>f 9636/13464/11893 9635/13465/11893 9623/13455/11887</w:t>
        <w:br/>
        <w:t>f 9624/13454/11887 9636/13464/11893 9623/13455/11887</w:t>
        <w:br/>
        <w:t>f 9639/13466/11894 9638/13467/11895 9637/13468/11896</w:t>
        <w:br/>
        <w:t>f 9640/13469/11896 9639/13466/11894 9637/13468/11896</w:t>
        <w:br/>
        <w:t>f 9639/13466/11894 9642/13470/11897 9641/13471/11897</w:t>
        <w:br/>
        <w:t>f 9638/13467/11895 9639/13466/11894 9641/13471/11897</w:t>
        <w:br/>
        <w:t>f 9645/13472/11898 9644/13473/11898 9643/13474/11899</w:t>
        <w:br/>
        <w:t>f 9646/13475/11900 9645/13472/11898 9643/13474/11899</w:t>
        <w:br/>
        <w:t>f 9649/13476/11901 9648/13477/11901 9647/13478/11902</w:t>
        <w:br/>
        <w:t>f 9650/13479/11902 9649/13476/11901 9647/13478/11902</w:t>
        <w:br/>
        <w:t>f 9645/13472/11898 9652/13480/11903 9651/13481/11904</w:t>
        <w:br/>
        <w:t>f 9644/13473/11898 9645/13472/11898 9651/13481/11904</w:t>
        <w:br/>
        <w:t>f 9656/13482/11905 9655/13483/11906 9654/13484/11906</w:t>
        <w:br/>
        <w:t>f 9653/13485/11905 9656/13482/11905 9654/13484/11906</w:t>
        <w:br/>
        <w:t>f 9659/13486/11907 9658/13487/11908 9657/13488/11909</w:t>
        <w:br/>
        <w:t>f 9660/13489/11909 9659/13486/11907 9657/13488/11909</w:t>
        <w:br/>
        <w:t>f 9664/13490/11910 9663/13491/11911 9662/13492/11911</w:t>
        <w:br/>
        <w:t>f 9661/13493/11912 9664/13490/11910 9662/13492/11911</w:t>
        <w:br/>
        <w:t>f 9668/13494/11913 9667/13495/11914 9666/13496/11915</w:t>
        <w:br/>
        <w:t>f 9665/13497/11915 9668/13494/11913 9666/13496/11915</w:t>
        <w:br/>
        <w:t>f 9671/13498/11916 9670/13499/11916 9669/13500/11917</w:t>
        <w:br/>
        <w:t>f 9672/13501/11917 9671/13498/11916 9669/13500/11917</w:t>
        <w:br/>
        <w:t>f 9675/13502/11918 9674/13503/11919 9673/13504/11920</w:t>
        <w:br/>
        <w:t>f 9676/13505/11920 9675/13502/11918 9673/13504/11920</w:t>
        <w:br/>
        <w:t>f 9677/13506/11921 9660/13489/11909 9657/13488/11909</w:t>
        <w:br/>
        <w:t>f 9678/13507/11921 9677/13506/11921 9657/13488/11909</w:t>
        <w:br/>
        <w:t>f 9680/13508/11922 9658/13487/11908 9679/13509/11923</w:t>
        <w:br/>
        <w:t>f 9681/13510/11922 9680/13508/11922 9679/13509/11923</w:t>
        <w:br/>
        <w:t>f 9684/13511/11924 9683/13512/11925 9682/13513/11926</w:t>
        <w:br/>
        <w:t>f 9664/13490/11910 9684/13511/11924 9682/13513/11926</w:t>
        <w:br/>
        <w:t>f 9687/13514/11927 9686/13515/11928 9685/13516/11929</w:t>
        <w:br/>
        <w:t>f 9690/13517/11930 9689/13518/11931 9688/13519/11932</w:t>
        <w:br/>
        <w:t>f 9691/13520/11933 9654/13484/11906 9655/13483/11906</w:t>
        <w:br/>
        <w:t>f 9692/13521/11933 9691/13520/11933 9655/13483/11906</w:t>
        <w:br/>
        <w:t>f 9693/13522/11934 9662/13492/11911 9663/13491/11911</w:t>
        <w:br/>
        <w:t>f 9694/13523/11934 9693/13522/11934 9663/13491/11911</w:t>
        <w:br/>
        <w:t>f 9590/13419/11853 9696/13524/11935 9695/13525/11935</w:t>
        <w:br/>
        <w:t>f 9589/13420/11854 9590/13419/11853 9695/13525/11935</w:t>
        <w:br/>
        <w:t>f 9625/13453/11886 9626/13452/11886 9697/13526/11936</w:t>
        <w:br/>
        <w:t>f 9698/13527/11937 9625/13453/11886 9697/13526/11936</w:t>
        <w:br/>
        <w:t>f 9641/13471/11897 9642/13470/11897 9698/13527/11937</w:t>
        <w:br/>
        <w:t>f 9697/13526/11936 9641/13471/11897 9698/13527/11937</w:t>
        <w:br/>
        <w:t>f 9648/13477/11901 9649/13476/11901 9699/13528/11938</w:t>
        <w:br/>
        <w:t>f 9700/13529/11939 9648/13477/11901 9699/13528/11938</w:t>
        <w:br/>
        <w:t>f 9702/13530/11940 9701/13531/11940 9672/13501/11917</w:t>
        <w:br/>
        <w:t>f 9669/13500/11917 9702/13530/11940 9672/13501/11917</w:t>
        <w:br/>
        <w:t>f 9696/13524/11935 9610/13439/11873 9621/13451/11885</w:t>
        <w:br/>
        <w:t>f 9695/13525/11935 9696/13524/11935 9621/13451/11885</w:t>
        <w:br/>
        <w:t>f 9694/13523/11934 9700/13529/11939 9699/13528/11938</w:t>
        <w:br/>
        <w:t>f 9693/13522/11934 9694/13523/11934 9699/13528/11938</w:t>
        <w:br/>
        <w:t>f 9702/13530/11940 9677/13506/11921 9678/13507/11921</w:t>
        <w:br/>
        <w:t>f 9701/13531/11940 9702/13530/11940 9678/13507/11921</w:t>
        <w:br/>
        <w:t>f 9703/13532/11941 9592/13421/11855 9593/13422/11856</w:t>
        <w:br/>
        <w:t>f 9598/13430/11864 9703/13532/11941 9593/13422/11856</w:t>
        <w:br/>
        <w:t>f 9601/13427/11861 9598/13430/11864 9593/13422/11856</w:t>
        <w:br/>
        <w:t>f 9615/13444/11878 9601/13427/11861 9593/13422/11856</w:t>
        <w:br/>
        <w:t>f 9651/13481/11904 9652/13480/11903 9686/13515/11928</w:t>
        <w:br/>
        <w:t>f 9687/13514/11927 9651/13481/11904 9686/13515/11928</w:t>
        <w:br/>
        <w:t>f 9674/13503/11919 9675/13502/11918 9680/13508/11922</w:t>
        <w:br/>
        <w:t>f 9681/13510/11922 9674/13503/11919 9680/13508/11922</w:t>
        <w:br/>
        <w:t>f 9591/13418/11852 9599/13429/11863 9600/13428/11862</w:t>
        <w:br/>
        <w:t>f 9614/13443/11877 9591/13418/11852 9600/13428/11862</w:t>
        <w:br/>
        <w:t>f 9617/13447/11881 9703/13532/11941 9598/13430/11864</w:t>
        <w:br/>
        <w:t>f 9599/13429/11863 9617/13447/11881 9598/13430/11864</w:t>
        <w:br/>
        <w:t>f 9658/13487/11908 9659/13486/11907 9679/13509/11923</w:t>
        <w:br/>
        <w:t>f 9687/13514/11927 9685/13516/11929 9650/13479/11902</w:t>
        <w:br/>
        <w:t>f 9647/13478/11902 9687/13514/11927 9650/13479/11902</w:t>
        <w:br/>
        <w:t>f 9704/13533/11942 9594/13426/11860 9595/13425/11859</w:t>
        <w:br/>
        <w:t>f 9604/13431/11865 9704/13533/11942 9595/13425/11859</w:t>
        <w:br/>
        <w:t>f 9604/13431/11865 9595/13425/11859 9616/13445/11879</w:t>
        <w:br/>
        <w:t>f 9603/13432/11866 9604/13431/11865 9616/13445/11879</w:t>
        <w:br/>
        <w:t>f 9634/13463/11892 9631/13462/11891 9706/13534/11943</w:t>
        <w:br/>
        <w:t>f 9705/13535/11944 9634/13463/11892 9706/13534/11943</w:t>
        <w:br/>
        <w:t>f 9656/13482/11905 9653/13485/11905 9689/13518/11931</w:t>
        <w:br/>
        <w:t>f 9690/13517/11930 9656/13482/11905 9689/13518/11931</w:t>
        <w:br/>
        <w:t>f 9683/13512/11925 9665/13497/11915 9666/13496/11915</w:t>
        <w:br/>
        <w:t>f 9682/13513/11926 9683/13512/11925 9666/13496/11915</w:t>
        <w:br/>
        <w:t>f 9605/13434/11868 9602/13433/11867 9622/13450/11884</w:t>
        <w:br/>
        <w:t>f 9611/13438/11872 9605/13434/11868 9622/13450/11884</w:t>
        <w:br/>
        <w:t>f 9619/13448/11882 9704/13533/11942 9604/13431/11865</w:t>
        <w:br/>
        <w:t>f 9605/13434/11868 9619/13448/11882 9604/13431/11865</w:t>
        <w:br/>
        <w:t>f 9664/13490/11910 9661/13493/11912 9684/13511/11924</w:t>
        <w:br/>
        <w:t>f 9671/13498/11916 9690/13517/11930 9688/13519/11932</w:t>
        <w:br/>
        <w:t>f 9670/13499/11916 9671/13498/11916 9688/13519/11932</w:t>
        <w:br/>
        <w:t>f 9591/13418/11852 9589/13420/11854 9618/13446/11880</w:t>
        <w:br/>
        <w:t>f 9611/13438/11872 9621/13451/11885 9610/13439/11873</w:t>
        <w:br/>
        <w:t>f 9710/13536/11945 9709/13537/11946 9708/13538/11947</w:t>
        <w:br/>
        <w:t>f 9707/13539/11948 9710/13536/11945 9708/13538/11947</w:t>
        <w:br/>
        <w:t>f 9713/13540/11949 9712/13541/11950 9711/13542/11951</w:t>
        <w:br/>
        <w:t>f 9708/13538/11947 9709/13537/11946 9714/13543/11952</w:t>
        <w:br/>
        <w:t>f 9715/13544/11953 9708/13538/11947 9714/13543/11952</w:t>
        <w:br/>
        <w:t>f 9719/13545/11954 9718/13546/11955 9717/13547/11956</w:t>
        <w:br/>
        <w:t>f 9716/13548/11957 9719/13545/11954 9717/13547/11956</w:t>
        <w:br/>
        <w:t>f 9723/13549/11958 9722/13550/11959 9721/13551/11960</w:t>
        <w:br/>
        <w:t>f 9720/13552/11961 9723/13549/11958 9721/13551/11960</w:t>
        <w:br/>
        <w:t>f 9726/13553/11962 9725/13554/11963 9724/13555/11964</w:t>
        <w:br/>
        <w:t>f 9727/13556/11965 9726/13553/11962 9724/13555/11964</w:t>
        <w:br/>
        <w:t>f 9730/13557/11966 9729/13558/11967 9716/13548/11957</w:t>
        <w:br/>
        <w:t>f 9728/13559/11968 9730/13557/11966 9716/13548/11957</w:t>
        <w:br/>
        <w:t>f 9733/13560/11969 9732/13561/11970 9731/13562/11971</w:t>
        <w:br/>
        <w:t>f 9707/13539/11948 9708/13538/11947 9735/13563/11972</w:t>
        <w:br/>
        <w:t>f 9734/13564/11973 9707/13539/11948 9735/13563/11972</w:t>
        <w:br/>
        <w:t>f 9713/13540/11949 9711/13542/11951 9736/13565/11974</w:t>
        <w:br/>
        <w:t>f 9737/13566/11975 9735/13563/11972 9708/13538/11947</w:t>
        <w:br/>
        <w:t>f 9715/13544/11953 9737/13566/11975 9708/13538/11947</w:t>
        <w:br/>
        <w:t>f 9717/13547/11956 9738/13567/11976 9728/13559/11968</w:t>
        <w:br/>
        <w:t>f 9716/13548/11957 9717/13547/11956 9728/13559/11968</w:t>
        <w:br/>
        <w:t>f 9721/13551/11960 9740/13568/11977 9739/13569/11978</w:t>
        <w:br/>
        <w:t>f 9713/13540/11949 9721/13551/11960 9739/13569/11978</w:t>
        <w:br/>
        <w:t>f 9727/13556/11965 9741/13570/11979 9732/13561/11970</w:t>
        <w:br/>
        <w:t>f 9733/13560/11969 9727/13556/11965 9732/13561/11970</w:t>
        <w:br/>
        <w:t>f 9742/13571/11980 9719/13545/11954 9716/13548/11957</w:t>
        <w:br/>
        <w:t>f 9729/13558/11967 9742/13571/11980 9716/13548/11957</w:t>
        <w:br/>
        <w:t>f 9733/13560/11969 9744/13572/11981 9743/13573/11982</w:t>
        <w:br/>
        <w:t>f 9748/13574/11983 9747/13575/11984 9746/13576/11985</w:t>
        <w:br/>
        <w:t>f 9745/13577/11983 9748/13574/11983 9746/13576/11985</w:t>
        <w:br/>
        <w:t>f 9751/13578/11986 9750/13579/11986 9749/13580/11986</w:t>
        <w:br/>
        <w:t>f 9752/13581/11986 9751/13578/11986 9749/13580/11986</w:t>
        <w:br/>
        <w:t>f 9755/13582/11987 9754/13583/11988 9753/13584/11989</w:t>
        <w:br/>
        <w:t>f 9756/13585/11990 9755/13582/11987 9753/13584/11989</w:t>
        <w:br/>
        <w:t>f 9747/13575/11984 9758/13586/11991 9757/13587/11991</w:t>
        <w:br/>
        <w:t>f 9746/13576/11985 9747/13575/11984 9757/13587/11991</w:t>
        <w:br/>
        <w:t>f 9761/13588/11992 9760/13589/11993 9759/13590/11993</w:t>
        <w:br/>
        <w:t>f 9762/13591/11992 9761/13588/11992 9759/13590/11993</w:t>
        <w:br/>
        <w:t>f 9764/13592/11994 9763/13593/11994 9759/13590/11993</w:t>
        <w:br/>
        <w:t>f 9760/13589/11993 9764/13592/11994 9759/13590/11993</w:t>
        <w:br/>
        <w:t>f 9767/13594/11995 9766/13595/11996 9765/13596/11996</w:t>
        <w:br/>
        <w:t>f 9768/13597/11997 9767/13594/11995 9765/13596/11996</w:t>
        <w:br/>
        <w:t>f 9771/13598/11998 9770/13599/11999 9769/13600/11999</w:t>
        <w:br/>
        <w:t>f 9772/13601/11998 9771/13598/11998 9769/13600/11999</w:t>
        <w:br/>
        <w:t>f 9765/13596/11996 9766/13595/11996 9774/13602/12000</w:t>
        <w:br/>
        <w:t>f 9773/13603/12001 9765/13596/11996 9774/13602/12000</w:t>
        <w:br/>
        <w:t>f 9778/13604/12002 9777/13605/12002 9776/13606/12003</w:t>
        <w:br/>
        <w:t>f 9775/13607/12003 9778/13604/12002 9776/13606/12003</w:t>
        <w:br/>
        <w:t>f 9781/13608/12004 9780/13609/12005 9779/13610/12006</w:t>
        <w:br/>
        <w:t>f 9782/13611/12004 9781/13608/12004 9779/13610/12006</w:t>
        <w:br/>
        <w:t>f 9786/13612/12007 9785/13613/12008 9784/13614/12009</w:t>
        <w:br/>
        <w:t>f 9783/13615/12009 9786/13612/12007 9784/13614/12009</w:t>
        <w:br/>
        <w:t>f 9790/13616/12010 9789/13617/12011 9788/13618/12011</w:t>
        <w:br/>
        <w:t>f 9787/13619/12012 9790/13616/12010 9788/13618/12011</w:t>
        <w:br/>
        <w:t>f 9793/13620/12013 9792/13621/12014 9791/13622/12014</w:t>
        <w:br/>
        <w:t>f 9794/13623/12013 9793/13620/12013 9791/13622/12014</w:t>
        <w:br/>
        <w:t>f 9797/13624/12015 9796/13625/12016 9795/13626/12017</w:t>
        <w:br/>
        <w:t>f 9798/13627/12015 9797/13624/12015 9795/13626/12017</w:t>
        <w:br/>
        <w:t>f 9781/13608/12004 9782/13611/12004 9799/13628/12018</w:t>
        <w:br/>
        <w:t>f 9800/13629/12018 9781/13608/12004 9799/13628/12018</w:t>
        <w:br/>
        <w:t>f 9802/13630/12019 9780/13609/12005 9801/13631/12020</w:t>
        <w:br/>
        <w:t>f 9803/13632/12020 9802/13630/12019 9801/13631/12020</w:t>
        <w:br/>
        <w:t>f 9806/13633/12021 9805/13634/12022 9804/13635/12023</w:t>
        <w:br/>
        <w:t>f 9786/13612/12007 9806/13633/12021 9804/13635/12023</w:t>
        <w:br/>
        <w:t>f 9809/13636/12024 9808/13637/12025 9807/13638/12026</w:t>
        <w:br/>
        <w:t>f 9812/13639/12027 9811/13640/12028 9810/13641/12029</w:t>
        <w:br/>
        <w:t>f 9775/13607/12003 9776/13606/12003 9813/13642/12030</w:t>
        <w:br/>
        <w:t>f 9814/13643/12030 9775/13607/12003 9813/13642/12030</w:t>
        <w:br/>
        <w:t>f 9783/13615/12009 9784/13614/12009 9815/13644/12031</w:t>
        <w:br/>
        <w:t>f 9816/13645/12031 9783/13615/12009 9815/13644/12031</w:t>
        <w:br/>
        <w:t>f 9711/13542/11951 9712/13541/11950 9818/13646/12032</w:t>
        <w:br/>
        <w:t>f 9817/13647/12033 9711/13542/11951 9818/13646/12032</w:t>
        <w:br/>
        <w:t>f 9819/13648/12034 9748/13574/11983 9745/13577/11983</w:t>
        <w:br/>
        <w:t>f 9820/13649/12035 9819/13648/12034 9745/13577/11983</w:t>
        <w:br/>
        <w:t>f 9820/13649/12035 9763/13593/11994 9764/13592/11994</w:t>
        <w:br/>
        <w:t>f 9819/13648/12034 9820/13649/12035 9764/13592/11994</w:t>
        <w:br/>
        <w:t>f 9821/13650/12036 9769/13600/11999 9770/13599/11999</w:t>
        <w:br/>
        <w:t>f 9822/13651/12037 9821/13650/12036 9770/13599/11999</w:t>
        <w:br/>
        <w:t>f 9794/13623/12013 9824/13652/12038 9823/13653/12038</w:t>
        <w:br/>
        <w:t>f 9793/13620/12013 9794/13623/12013 9823/13653/12038</w:t>
        <w:br/>
        <w:t>f 9817/13647/12033 9818/13646/12032 9744/13572/11981</w:t>
        <w:br/>
        <w:t>f 9731/13562/11971 9817/13647/12033 9744/13572/11981</w:t>
        <w:br/>
        <w:t>f 9821/13650/12036 9822/13651/12037 9816/13645/12031</w:t>
        <w:br/>
        <w:t>f 9815/13644/12031 9821/13650/12036 9816/13645/12031</w:t>
        <w:br/>
        <w:t>f 9823/13653/12038 9824/13652/12038 9800/13629/12018</w:t>
        <w:br/>
        <w:t>f 9799/13628/12018 9823/13653/12038 9800/13629/12018</w:t>
        <w:br/>
        <w:t>f 9715/13544/11953 9714/13543/11952 9825/13654/12039</w:t>
        <w:br/>
        <w:t>f 9722/13550/11959 9715/13544/11953 9825/13654/12039</w:t>
        <w:br/>
        <w:t>f 9715/13544/11953 9722/13550/11959 9723/13549/11958</w:t>
        <w:br/>
        <w:t>f 9737/13566/11975 9715/13544/11953 9723/13549/11958</w:t>
        <w:br/>
        <w:t>f 9774/13602/12000 9809/13636/12024 9807/13638/12026</w:t>
        <w:br/>
        <w:t>f 9773/13603/12001 9774/13602/12000 9807/13638/12026</w:t>
        <w:br/>
        <w:t>f 9796/13625/12016 9803/13632/12020 9801/13631/12020</w:t>
        <w:br/>
        <w:t>f 9795/13626/12017 9796/13625/12016 9801/13631/12020</w:t>
        <w:br/>
        <w:t>f 9720/13552/11961 9721/13551/11960 9713/13540/11949</w:t>
        <w:br/>
        <w:t>f 9736/13565/11974 9720/13552/11961 9713/13540/11949</w:t>
        <w:br/>
        <w:t>f 9722/13550/11959 9825/13654/12039 9740/13568/11977</w:t>
        <w:br/>
        <w:t>f 9721/13551/11960 9722/13550/11959 9740/13568/11977</w:t>
        <w:br/>
        <w:t>f 9780/13609/12005 9802/13630/12019 9779/13610/12006</w:t>
        <w:br/>
        <w:t>f 9809/13636/12024 9771/13598/11998 9772/13601/11998</w:t>
        <w:br/>
        <w:t>f 9808/13637/12025 9809/13636/12024 9772/13601/11998</w:t>
        <w:br/>
        <w:t>f 9826/13655/12040 9724/13555/11964 9717/13547/11956</w:t>
        <w:br/>
        <w:t>f 9718/13546/11955 9826/13655/12040 9717/13547/11956</w:t>
        <w:br/>
        <w:t>f 9738/13567/11976 9717/13547/11956 9724/13555/11964</w:t>
        <w:br/>
        <w:t>f 9725/13554/11963 9738/13567/11976 9724/13555/11964</w:t>
        <w:br/>
        <w:t>f 9756/13585/11990 9828/13656/12041 9827/13657/12042</w:t>
        <w:br/>
        <w:t>f 9755/13582/11987 9756/13585/11990 9827/13657/12042</w:t>
        <w:br/>
        <w:t>f 9778/13604/12002 9812/13639/12027 9810/13641/12029</w:t>
        <w:br/>
        <w:t>f 9777/13605/12002 9778/13604/12002 9810/13641/12029</w:t>
        <w:br/>
        <w:t>f 9805/13634/12022 9806/13633/12021 9788/13618/12011</w:t>
        <w:br/>
        <w:t>f 9789/13617/12011 9805/13634/12022 9788/13618/12011</w:t>
        <w:br/>
        <w:t>f 9743/13573/11982 9726/13553/11962 9727/13556/11965</w:t>
        <w:br/>
        <w:t>f 9733/13560/11969 9743/13573/11982 9727/13556/11965</w:t>
        <w:br/>
        <w:t>f 9724/13555/11964 9826/13655/12040 9741/13570/11979</w:t>
        <w:br/>
        <w:t>f 9727/13556/11965 9724/13555/11964 9741/13570/11979</w:t>
        <w:br/>
        <w:t>f 9786/13612/12007 9804/13635/12023 9785/13613/12008</w:t>
        <w:br/>
        <w:t>f 9811/13640/12028 9812/13639/12027 9791/13622/12014</w:t>
        <w:br/>
        <w:t>f 9792/13621/12014 9811/13640/12028 9791/13622/12014</w:t>
        <w:br/>
        <w:t>f 9713/13540/11949 9739/13569/11978 9712/13541/11950</w:t>
        <w:br/>
        <w:t>f 9733/13560/11969 9731/13562/11971 9744/13572/11981</w:t>
        <w:br/>
        <w:t>f 9840/13658/12043 9839/13659/12044 9838/13660/12045</w:t>
        <w:br/>
        <w:t>f 9837/13661/12046 9840/13658/12043 9838/13660/12045</w:t>
        <w:br/>
        <w:t>f 9839/13659/12044 9842/13662/12047 9841/13663/12048</w:t>
        <w:br/>
        <w:t>f 9838/13660/12045 9839/13659/12044 9841/13663/12048</w:t>
        <w:br/>
        <w:t>f 9846/13664/12049 9845/13665/12050 9844/13666/12051</w:t>
        <w:br/>
        <w:t>f 9843/13667/12052 9846/13664/12049 9844/13666/12051</w:t>
        <w:br/>
        <w:t>f 9841/13663/12048 9842/13662/12047 9843/13667/12052</w:t>
        <w:br/>
        <w:t>f 9844/13666/12051 9841/13663/12048 9843/13667/12052</w:t>
        <w:br/>
        <w:t>f 9845/13665/12050 9848/13668/12053 9847/13669/12054</w:t>
        <w:br/>
        <w:t>f 9844/13666/12051 9845/13665/12050 9847/13669/12054</w:t>
        <w:br/>
        <w:t>f 9844/13666/12051 9847/13669/12054 9849/13670/12055</w:t>
        <w:br/>
        <w:t>f 9841/13663/12048 9844/13666/12051 9849/13670/12055</w:t>
        <w:br/>
        <w:t>f 9838/13660/12045 9851/13671/12056 9850/13672/12057</w:t>
        <w:br/>
        <w:t>f 9837/13661/12046 9838/13660/12045 9850/13672/12057</w:t>
        <w:br/>
        <w:t>f 9841/13663/12048 9849/13670/12055 9851/13671/12056</w:t>
        <w:br/>
        <w:t>f 9838/13660/12045 9841/13663/12048 9851/13671/12056</w:t>
        <w:br/>
        <w:t>f 9848/13668/12053 9853/13673/12058 9852/13674/12059</w:t>
        <w:br/>
        <w:t>f 9847/13669/12054 9848/13668/12053 9852/13674/12059</w:t>
        <w:br/>
        <w:t>f 9847/13669/12054 9852/13674/12059 9854/13675/12060</w:t>
        <w:br/>
        <w:t>f 9849/13670/12055 9847/13669/12054 9854/13675/12060</w:t>
        <w:br/>
        <w:t>f 9851/13671/12056 9856/13676/12061 9855/13677/12062</w:t>
        <w:br/>
        <w:t>f 9850/13672/12057 9851/13671/12056 9855/13677/12062</w:t>
        <w:br/>
        <w:t>f 9849/13670/12055 9854/13675/12060 9856/13676/12061</w:t>
        <w:br/>
        <w:t>f 9851/13671/12056 9849/13670/12055 9856/13676/12061</w:t>
        <w:br/>
        <w:t>f 9860/13678/12063 9859/13679/12064 9858/13680/12065</w:t>
        <w:br/>
        <w:t>f 9857/13681/12066 9860/13678/12063 9858/13680/12065</w:t>
        <w:br/>
        <w:t>f 9863/13682/12067 9862/13683/12068 9861/13684/12069</w:t>
        <w:br/>
        <w:t>f 9864/13685/12070 9863/13682/12067 9861/13684/12069</w:t>
        <w:br/>
        <w:t>f 9868/13686/12071 9867/13687/12072 9866/13688/12073</w:t>
        <w:br/>
        <w:t>f 9865/13689/12074 9868/13686/12071 9866/13688/12073</w:t>
        <w:br/>
        <w:t>f 9866/13688/12073 9870/13690/12075 9869/13691/12076</w:t>
        <w:br/>
        <w:t>f 9865/13689/12074 9866/13688/12073 9869/13691/12076</w:t>
        <w:br/>
        <w:t>f 9859/13679/12064 9860/13678/12063 9872/13692/12077</w:t>
        <w:br/>
        <w:t>f 9871/13693/12078 9859/13679/12064 9872/13692/12077</w:t>
        <w:br/>
        <w:t>f 9876/13694/12079 9875/13695/12080 9874/13696/12081</w:t>
        <w:br/>
        <w:t>f 9873/13697/12082 9876/13694/12079 9874/13696/12081</w:t>
        <w:br/>
        <w:t>f 9878/13698/12083 9869/13691/12076 9870/13690/12075</w:t>
        <w:br/>
        <w:t>f 9877/13699/12084 9878/13698/12083 9870/13690/12075</w:t>
        <w:br/>
        <w:t>f 9880/13700/12085 9878/13698/12083 9877/13699/12084</w:t>
        <w:br/>
        <w:t>f 9879/13701/12086 9880/13700/12085 9877/13699/12084</w:t>
        <w:br/>
        <w:t>f 9876/13694/12079 9873/13697/12082 9871/13693/12078</w:t>
        <w:br/>
        <w:t>f 9872/13692/12077 9876/13694/12079 9871/13693/12078</w:t>
        <w:br/>
        <w:t>f 9879/13701/12086 9874/13696/12081 9875/13695/12080</w:t>
        <w:br/>
        <w:t>f 9880/13700/12085 9879/13701/12086 9875/13695/12080</w:t>
        <w:br/>
        <w:t>f 9859/13679/12064 9882/13702/12087 9881/13703/12088</w:t>
        <w:br/>
        <w:t>f 9858/13680/12065 9859/13679/12064 9881/13703/12088</w:t>
        <w:br/>
        <w:t>f 9864/13685/12070 9884/13704/12089 9883/13705/12053</w:t>
        <w:br/>
        <w:t>f 9863/13682/12067 9864/13685/12070 9883/13705/12053</w:t>
        <w:br/>
        <w:t>f 9871/13693/12078 9885/13706/12090 9882/13702/12087</w:t>
        <w:br/>
        <w:t>f 9859/13679/12064 9871/13693/12078 9882/13702/12087</w:t>
        <w:br/>
        <w:t>f 9877/13699/12084 9870/13690/12075 9887/13707/12091</w:t>
        <w:br/>
        <w:t>f 9886/13708/12092 9877/13699/12084 9887/13707/12091</w:t>
        <w:br/>
        <w:t>f 9873/13697/12082 9888/13709/12093 9885/13706/12090</w:t>
        <w:br/>
        <w:t>f 9871/13693/12078 9873/13697/12082 9885/13706/12090</w:t>
        <w:br/>
        <w:t>f 9874/13696/12081 9879/13701/12086 9890/13710/12094</w:t>
        <w:br/>
        <w:t>f 9889/13711/12095 9874/13696/12081 9890/13710/12094</w:t>
        <w:br/>
        <w:t>f 9866/13688/12073 9867/13687/12072 9892/13712/12096</w:t>
        <w:br/>
        <w:t>f 9891/13713/12097 9866/13688/12073 9892/13712/12096</w:t>
        <w:br/>
        <w:t>f 9870/13690/12075 9866/13688/12073 9891/13713/12097</w:t>
        <w:br/>
        <w:t>f 9887/13707/12091 9870/13690/12075 9891/13713/12097</w:t>
        <w:br/>
        <w:t>f 9873/13697/12082 9874/13696/12081 9889/13711/12095</w:t>
        <w:br/>
        <w:t>f 9888/13709/12093 9873/13697/12082 9889/13711/12095</w:t>
        <w:br/>
        <w:t>f 9879/13701/12086 9877/13699/12084 9886/13708/12092</w:t>
        <w:br/>
        <w:t>f 9890/13710/12094 9879/13701/12086 9886/13708/12092</w:t>
        <w:br/>
        <w:t>f 9882/13702/12087 9894/13714/12098 9893/13715/12099</w:t>
        <w:br/>
        <w:t>f 9881/13703/12088 9882/13702/12087 9893/13715/12099</w:t>
        <w:br/>
        <w:t>f 9884/13704/12089 9896/13716/12100 9895/13717/12101</w:t>
        <w:br/>
        <w:t>f 9883/13705/12053 9884/13704/12089 9895/13717/12101</w:t>
        <w:br/>
        <w:t>f 9885/13706/12090 9897/13718/12102 9894/13714/12098</w:t>
        <w:br/>
        <w:t>f 9882/13702/12087 9885/13706/12090 9894/13714/12098</w:t>
        <w:br/>
        <w:t>f 9889/13711/12095 9890/13710/12094 9899/13719/12103</w:t>
        <w:br/>
        <w:t>f 9898/13720/12104 9889/13711/12095 9899/13719/12103</w:t>
        <w:br/>
        <w:t>f 9887/13707/12091 9891/13713/12097 9901/13721/12105</w:t>
        <w:br/>
        <w:t>f 9900/13722/12106 9887/13707/12091 9901/13721/12105</w:t>
        <w:br/>
        <w:t>f 9888/13709/12093 9889/13711/12095 9898/13720/12104</w:t>
        <w:br/>
        <w:t>f 9902/13723/12107 9888/13709/12093 9898/13720/12104</w:t>
        <w:br/>
        <w:t>f 9890/13710/12094 9886/13708/12092 9903/13724/12108</w:t>
        <w:br/>
        <w:t>f 9899/13719/12103 9890/13710/12094 9903/13724/12108</w:t>
        <w:br/>
        <w:t>f 9886/13708/12092 9887/13707/12091 9900/13722/12106</w:t>
        <w:br/>
        <w:t>f 9903/13724/12108 9886/13708/12092 9900/13722/12106</w:t>
        <w:br/>
        <w:t>f 9891/13713/12097 9892/13712/12096 9904/13725/12109</w:t>
        <w:br/>
        <w:t>f 9901/13721/12105 9891/13713/12097 9904/13725/12109</w:t>
        <w:br/>
        <w:t>f 9853/13673/12058 9906/13726/12110 9905/13727/12111</w:t>
        <w:br/>
        <w:t>f 9852/13674/12059 9853/13673/12058 9905/13727/12111</w:t>
        <w:br/>
        <w:t>f 9852/13674/12059 9905/13727/12111 9907/13728/12112</w:t>
        <w:br/>
        <w:t>f 9854/13675/12060 9852/13674/12059 9907/13728/12112</w:t>
        <w:br/>
        <w:t>f 9854/13675/12060 9907/13728/12112 9908/13729/12113</w:t>
        <w:br/>
        <w:t>f 9856/13676/12061 9854/13675/12060 9908/13729/12113</w:t>
        <w:br/>
        <w:t>f 9855/13677/12062 9856/13676/12061 9909/13730/12114</w:t>
        <w:br/>
        <w:t>f 9894/13714/12098 9911/13731/12115 9910/13732/12116</w:t>
        <w:br/>
        <w:t>f 9893/13715/12099 9894/13714/12098 9910/13732/12116</w:t>
        <w:br/>
        <w:t>f 9913/13733/12117 9912/13734/12110 9895/13717/12101</w:t>
        <w:br/>
        <w:t>f 9896/13716/12100 9913/13733/12117 9895/13717/12101</w:t>
        <w:br/>
        <w:t>f 9897/13718/12102 9914/13735/12118 9911/13731/12115</w:t>
        <w:br/>
        <w:t>f 9894/13714/12098 9897/13718/12102 9911/13731/12115</w:t>
        <w:br/>
        <w:t>f 9898/13720/12104 9899/13719/12103 9916/13736/12119</w:t>
        <w:br/>
        <w:t>f 9915/13737/12120 9898/13720/12104 9916/13736/12119</w:t>
        <w:br/>
        <w:t>f 9910/13732/12116 9913/13733/12117 9896/13716/12100</w:t>
        <w:br/>
        <w:t>f 9893/13715/12099 9910/13732/12116 9896/13716/12100</w:t>
        <w:br/>
        <w:t>f 9918/13738/12121 9917/13739/12122 9901/13721/12105</w:t>
        <w:br/>
        <w:t>f 9904/13725/12109 9918/13738/12121 9901/13721/12105</w:t>
        <w:br/>
        <w:t>f 9902/13723/12107 9898/13720/12104 9915/13737/12120</w:t>
        <w:br/>
        <w:t>f 9919/13740/12123 9902/13723/12107 9915/13737/12120</w:t>
        <w:br/>
        <w:t>f 9899/13719/12103 9903/13724/12108 9920/13741/12124</w:t>
        <w:br/>
        <w:t>f 9916/13736/12119 9899/13719/12103 9920/13741/12124</w:t>
        <w:br/>
        <w:t>f 9903/13724/12108 9900/13722/12106 9921/13742/12125</w:t>
        <w:br/>
        <w:t>f 9920/13741/12124 9903/13724/12108 9921/13742/12125</w:t>
        <w:br/>
        <w:t>f 9900/13722/12106 9901/13721/12105 9917/13739/12122</w:t>
        <w:br/>
        <w:t>f 9921/13742/12125 9900/13722/12106 9917/13739/12122</w:t>
        <w:br/>
        <w:t>f 9896/13716/12100 9884/13704/12089 9881/13703/12088</w:t>
        <w:br/>
        <w:t>f 9893/13715/12099 9896/13716/12100 9881/13703/12088</w:t>
        <w:br/>
        <w:t>f 9884/13704/12089 9864/13685/12070 9858/13680/12065</w:t>
        <w:br/>
        <w:t>f 9881/13703/12088 9884/13704/12089 9858/13680/12065</w:t>
        <w:br/>
        <w:t>f 9864/13685/12070 9861/13684/12069 9857/13681/12066</w:t>
        <w:br/>
        <w:t>f 9858/13680/12065 9864/13685/12070 9857/13681/12066</w:t>
        <w:br/>
        <w:t>f 9888/13709/12093 9902/13723/12107 9897/13718/12102</w:t>
        <w:br/>
        <w:t>f 9885/13706/12090 9888/13709/12093 9897/13718/12102</w:t>
        <w:br/>
        <w:t>f 9902/13723/12107 9919/13740/12123 9914/13735/12118</w:t>
        <w:br/>
        <w:t>f 9897/13718/12102 9902/13723/12107 9914/13735/12118</w:t>
        <w:br/>
        <w:t>f 9856/13676/12061 9908/13729/12113 9909/13730/12114</w:t>
        <w:br/>
        <w:t>f 9923/13743/12126 9922/13744/12127 9840/13658/12043</w:t>
        <w:br/>
        <w:t>f 9837/13661/12046 9923/13743/12126 9840/13658/12043</w:t>
        <w:br/>
        <w:t>f 9925/13745/12128 9924/13746/12129 9922/13744/12127</w:t>
        <w:br/>
        <w:t>f 9923/13743/12126 9925/13745/12128 9922/13744/12127</w:t>
        <w:br/>
        <w:t>f 9929/13747/12130 9928/13748/12131 9927/13749/12132</w:t>
        <w:br/>
        <w:t>f 9926/13750/12133 9929/13747/12130 9927/13749/12132</w:t>
        <w:br/>
        <w:t>f 9926/13750/12133 9924/13746/12129 9925/13745/12128</w:t>
        <w:br/>
        <w:t>f 9929/13747/12130 9926/13750/12133 9925/13745/12128</w:t>
        <w:br/>
        <w:t>f 9931/13751/12134 9930/13752/12135 9928/13748/12131</w:t>
        <w:br/>
        <w:t>f 9929/13747/12130 9931/13751/12134 9928/13748/12131</w:t>
        <w:br/>
        <w:t>f 9932/13753/12136 9931/13751/12134 9929/13747/12130</w:t>
        <w:br/>
        <w:t>f 9925/13745/12128 9932/13753/12136 9929/13747/12130</w:t>
        <w:br/>
        <w:t>f 9850/13672/12057 9933/13754/12137 9923/13743/12126</w:t>
        <w:br/>
        <w:t>f 9837/13661/12046 9850/13672/12057 9923/13743/12126</w:t>
        <w:br/>
        <w:t>f 9933/13754/12137 9932/13753/12136 9925/13745/12128</w:t>
        <w:br/>
        <w:t>f 9923/13743/12126 9933/13754/12137 9925/13745/12128</w:t>
        <w:br/>
        <w:t>f 9935/13755/12138 9934/13756/12139 9930/13752/12135</w:t>
        <w:br/>
        <w:t>f 9931/13751/12134 9935/13755/12138 9930/13752/12135</w:t>
        <w:br/>
        <w:t>f 9936/13757/12140 9935/13755/12138 9931/13751/12134</w:t>
        <w:br/>
        <w:t>f 9932/13753/12136 9936/13757/12140 9931/13751/12134</w:t>
        <w:br/>
        <w:t>f 9855/13677/12062 9937/13758/12141 9933/13754/12137</w:t>
        <w:br/>
        <w:t>f 9850/13672/12057 9855/13677/12062 9933/13754/12137</w:t>
        <w:br/>
        <w:t>f 9937/13758/12141 9936/13757/12140 9932/13753/12136</w:t>
        <w:br/>
        <w:t>f 9933/13754/12137 9937/13758/12141 9932/13753/12136</w:t>
        <w:br/>
        <w:t>f 9939/13759/12142 9938/13760/12143 9934/13756/12139</w:t>
        <w:br/>
        <w:t>f 9935/13755/12138 9939/13759/12142 9934/13756/12139</w:t>
        <w:br/>
        <w:t>f 9940/13761/12144 9939/13759/12142 9935/13755/12138</w:t>
        <w:br/>
        <w:t>f 9936/13757/12140 9940/13761/12144 9935/13755/12138</w:t>
        <w:br/>
        <w:t>f 9941/13762/12145 9940/13761/12144 9936/13757/12140</w:t>
        <w:br/>
        <w:t>f 9937/13758/12141 9941/13762/12145 9936/13757/12140</w:t>
        <w:br/>
        <w:t>f 9855/13677/12062 9909/13730/12114 9937/13758/12141</w:t>
        <w:br/>
        <w:t>f 9937/13758/12141 9909/13730/12114 9941/13762/12145</w:t>
        <w:br/>
        <w:t>f 9945/13763/12146 9944/13764/12147 9943/13765/12148</w:t>
        <w:br/>
        <w:t>f 9942/13766/12149 9945/13763/12146 9943/13765/12148</w:t>
        <w:br/>
        <w:t>f 9948/13767/12150 9947/13768/12132 9946/13769/12131</w:t>
        <w:br/>
        <w:t>f 9949/13770/12151 9948/13767/12150 9946/13769/12131</w:t>
        <w:br/>
        <w:t>f 9868/13686/12071 9951/13771/12152 9950/13772/12153</w:t>
        <w:br/>
        <w:t>f 9867/13687/12072 9868/13686/12071 9950/13772/12153</w:t>
        <w:br/>
        <w:t>f 9950/13772/12153 9951/13771/12152 9953/13773/12154</w:t>
        <w:br/>
        <w:t>f 9952/13774/12155 9950/13772/12153 9953/13773/12154</w:t>
        <w:br/>
        <w:t>f 9942/13766/12149 9955/13775/12156 9954/13776/12157</w:t>
        <w:br/>
        <w:t>f 9945/13763/12146 9942/13766/12149 9954/13776/12157</w:t>
        <w:br/>
        <w:t>f 9959/13777/12158 9958/13778/12159 9957/13779/12160</w:t>
        <w:br/>
        <w:t>f 9956/13780/12161 9959/13777/12158 9957/13779/12160</w:t>
        <w:br/>
        <w:t>f 9961/13781/12162 9960/13782/12163 9952/13774/12155</w:t>
        <w:br/>
        <w:t>f 9953/13773/12154 9961/13781/12162 9952/13774/12155</w:t>
        <w:br/>
        <w:t>f 9963/13783/12164 9962/13784/12165 9960/13782/12163</w:t>
        <w:br/>
        <w:t>f 9961/13781/12162 9963/13783/12164 9960/13782/12163</w:t>
        <w:br/>
        <w:t>f 9959/13777/12158 9954/13776/12157 9955/13775/12156</w:t>
        <w:br/>
        <w:t>f 9958/13778/12159 9959/13777/12158 9955/13775/12156</w:t>
        <w:br/>
        <w:t>f 9962/13784/12165 9963/13783/12164 9956/13780/12161</w:t>
        <w:br/>
        <w:t>f 9957/13779/12160 9962/13784/12165 9956/13780/12161</w:t>
        <w:br/>
        <w:t>f 9942/13766/12149 9943/13765/12148 9965/13785/12166</w:t>
        <w:br/>
        <w:t>f 9964/13786/12167 9942/13766/12149 9965/13785/12166</w:t>
        <w:br/>
        <w:t>f 9949/13770/12151 9946/13769/12131 9967/13787/12135</w:t>
        <w:br/>
        <w:t>f 9966/13788/12168 9949/13770/12151 9967/13787/12135</w:t>
        <w:br/>
        <w:t>f 9955/13775/12156 9942/13766/12149 9964/13786/12167</w:t>
        <w:br/>
        <w:t>f 9968/13789/12169 9955/13775/12156 9964/13786/12167</w:t>
        <w:br/>
        <w:t>f 9960/13782/12163 9970/13790/12170 9969/13791/12171</w:t>
        <w:br/>
        <w:t>f 9952/13774/12155 9960/13782/12163 9969/13791/12171</w:t>
        <w:br/>
        <w:t>f 9958/13778/12159 9955/13775/12156 9968/13789/12169</w:t>
        <w:br/>
        <w:t>f 9971/13792/12172 9958/13778/12159 9968/13789/12169</w:t>
        <w:br/>
        <w:t>f 9957/13779/12160 9973/13793/12173 9972/13794/12174</w:t>
        <w:br/>
        <w:t>f 9962/13784/12165 9957/13779/12160 9972/13794/12174</w:t>
        <w:br/>
        <w:t>f 9950/13772/12153 9974/13795/12175 9892/13712/12096</w:t>
        <w:br/>
        <w:t>f 9867/13687/12072 9950/13772/12153 9892/13712/12096</w:t>
        <w:br/>
        <w:t>f 9952/13774/12155 9969/13791/12171 9974/13795/12175</w:t>
        <w:br/>
        <w:t>f 9950/13772/12153 9952/13774/12155 9974/13795/12175</w:t>
        <w:br/>
        <w:t>f 9958/13778/12159 9971/13792/12172 9973/13793/12173</w:t>
        <w:br/>
        <w:t>f 9957/13779/12160 9958/13778/12159 9973/13793/12173</w:t>
        <w:br/>
        <w:t>f 9962/13784/12165 9972/13794/12174 9970/13790/12170</w:t>
        <w:br/>
        <w:t>f 9960/13782/12163 9962/13784/12165 9970/13790/12170</w:t>
        <w:br/>
        <w:t>f 9964/13786/12167 9965/13785/12166 9976/13796/12176</w:t>
        <w:br/>
        <w:t>f 9975/13797/12177 9964/13786/12167 9976/13796/12176</w:t>
        <w:br/>
        <w:t>f 9966/13788/12168 9967/13787/12135 9978/13798/12139</w:t>
        <w:br/>
        <w:t>f 9977/13799/12178 9966/13788/12168 9978/13798/12139</w:t>
        <w:br/>
        <w:t>f 9968/13789/12169 9964/13786/12167 9975/13797/12177</w:t>
        <w:br/>
        <w:t>f 9979/13800/12179 9968/13789/12169 9975/13797/12177</w:t>
        <w:br/>
        <w:t>f 9973/13793/12173 9981/13801/12180 9980/13802/12181</w:t>
        <w:br/>
        <w:t>f 9972/13794/12174 9973/13793/12173 9980/13802/12181</w:t>
        <w:br/>
        <w:t>f 9969/13791/12171 9983/13803/12182 9982/13804/12183</w:t>
        <w:br/>
        <w:t>f 9974/13795/12175 9969/13791/12171 9982/13804/12183</w:t>
        <w:br/>
        <w:t>f 9971/13792/12172 9984/13805/12184 9981/13801/12180</w:t>
        <w:br/>
        <w:t>f 9973/13793/12173 9971/13792/12172 9981/13801/12180</w:t>
        <w:br/>
        <w:t>f 9972/13794/12174 9980/13802/12181 9985/13806/12185</w:t>
        <w:br/>
        <w:t>f 9970/13790/12170 9972/13794/12174 9985/13806/12185</w:t>
        <w:br/>
        <w:t>f 9970/13790/12170 9985/13806/12185 9983/13803/12182</w:t>
        <w:br/>
        <w:t>f 9969/13791/12171 9970/13790/12170 9983/13803/12182</w:t>
        <w:br/>
        <w:t>f 9974/13795/12175 9982/13804/12183 9904/13725/12109</w:t>
        <w:br/>
        <w:t>f 9892/13712/12096 9974/13795/12175 9904/13725/12109</w:t>
        <w:br/>
        <w:t>f 9975/13797/12177 9976/13796/12176 9987/13807/12186</w:t>
        <w:br/>
        <w:t>f 9986/13808/12187 9975/13797/12177 9987/13807/12186</w:t>
        <w:br/>
        <w:t>f 9978/13798/12139 9989/13809/12143 9988/13810/12188</w:t>
        <w:br/>
        <w:t>f 9977/13799/12178 9978/13798/12139 9988/13810/12188</w:t>
        <w:br/>
        <w:t>f 9979/13800/12179 9975/13797/12177 9986/13808/12187</w:t>
        <w:br/>
        <w:t>f 9990/13811/12189 9979/13800/12179 9986/13808/12187</w:t>
        <w:br/>
        <w:t>f 9981/13801/12180 9992/13812/12190 9991/13813/12191</w:t>
        <w:br/>
        <w:t>f 9980/13802/12181 9981/13801/12180 9991/13813/12191</w:t>
        <w:br/>
        <w:t>f 9977/13799/12178 9988/13810/12188 9987/13807/12186</w:t>
        <w:br/>
        <w:t>f 9976/13796/12176 9977/13799/12178 9987/13807/12186</w:t>
        <w:br/>
        <w:t>f 9982/13804/12183 9993/13814/12192 9918/13738/12121</w:t>
        <w:br/>
        <w:t>f 9904/13725/12109 9982/13804/12183 9918/13738/12121</w:t>
        <w:br/>
        <w:t>f 9984/13805/12184 9994/13815/12193 9992/13812/12190</w:t>
        <w:br/>
        <w:t>f 9981/13801/12180 9984/13805/12184 9992/13812/12190</w:t>
        <w:br/>
        <w:t>f 9980/13802/12181 9991/13813/12191 9995/13816/12194</w:t>
        <w:br/>
        <w:t>f 9985/13806/12185 9980/13802/12181 9995/13816/12194</w:t>
        <w:br/>
        <w:t>f 9985/13806/12185 9995/13816/12194 9996/13817/12195</w:t>
        <w:br/>
        <w:t>f 9983/13803/12182 9985/13806/12185 9996/13817/12195</w:t>
        <w:br/>
        <w:t>f 9983/13803/12182 9996/13817/12195 9993/13814/12192</w:t>
        <w:br/>
        <w:t>f 9982/13804/12183 9983/13803/12182 9993/13814/12192</w:t>
        <w:br/>
        <w:t>f 9977/13799/12178 9976/13796/12176 9965/13785/12166</w:t>
        <w:br/>
        <w:t>f 9966/13788/12168 9977/13799/12178 9965/13785/12166</w:t>
        <w:br/>
        <w:t>f 9966/13788/12168 9965/13785/12166 9943/13765/12148</w:t>
        <w:br/>
        <w:t>f 9949/13770/12151 9966/13788/12168 9943/13765/12148</w:t>
        <w:br/>
        <w:t>f 9949/13770/12151 9943/13765/12148 9944/13764/12147</w:t>
        <w:br/>
        <w:t>f 9948/13767/12150 9949/13770/12151 9944/13764/12147</w:t>
        <w:br/>
        <w:t>f 9971/13792/12172 9968/13789/12169 9979/13800/12179</w:t>
        <w:br/>
        <w:t>f 9984/13805/12184 9971/13792/12172 9979/13800/12179</w:t>
        <w:br/>
        <w:t>f 9984/13805/12184 9979/13800/12179 9990/13811/12189</w:t>
        <w:br/>
        <w:t>f 9994/13815/12193 9984/13805/12184 9990/13811/12189</w:t>
        <w:br/>
        <w:t>f 14546/13818/12196 14545/13819/12197 14544/13820/12198</w:t>
        <w:br/>
        <w:t>f 14549/13821/12199 14548/13822/12200 14547/13823/12201</w:t>
        <w:br/>
        <w:t>f 14552/13824/12202 14551/13825/12203 14550/13826/12204</w:t>
        <w:br/>
        <w:t>f 14553/13827/12205 14551/13825/12203 14552/13824/12202</w:t>
        <w:br/>
        <w:t>f 14556/13828/12206 14555/13829/12207 14554/13830/12208</w:t>
        <w:br/>
        <w:t>f 14558/13831/12209 14555/13829/12207 14557/13832/12210</w:t>
        <w:br/>
        <w:t>f 14561/13833/12211 14560/13834/12212 14559/13835/12213</w:t>
        <w:br/>
        <w:t>f 14544/13820/12198 14545/13819/12197 14562/13836/12214</w:t>
        <w:br/>
        <w:t>f 14566/13837/12215 14565/13838/12216 14564/13839/12217</w:t>
        <w:br/>
        <w:t>f 14563/13840/12218 14566/13837/12215 14564/13839/12217</w:t>
        <w:br/>
        <w:t>f 14565/13838/12216 14566/13837/12215 14568/13841/12219</w:t>
        <w:br/>
        <w:t>f 14567/13842/12220 14565/13838/12216 14568/13841/12219</w:t>
        <w:br/>
        <w:t>f 14570/13843/12221 14569/13844/12222 14567/13842/12220</w:t>
        <w:br/>
        <w:t>f 14568/13841/12219 14570/13843/12221 14567/13842/12220</w:t>
        <w:br/>
        <w:t>f 14572/13845/12223 14571/13846/12224 14569/13844/12222</w:t>
        <w:br/>
        <w:t>f 14570/13843/12221 14572/13845/12223 14569/13844/12222</w:t>
        <w:br/>
        <w:t>f 14574/13847/12225 14573/13848/12226 14571/13846/12224</w:t>
        <w:br/>
        <w:t>f 14572/13845/12223 14574/13847/12225 14571/13846/12224</w:t>
        <w:br/>
        <w:t>f 14573/13848/12226 14574/13847/12225 14575/13849/12227</w:t>
        <w:br/>
        <w:t>f 14579/13850/12228 14578/13851/12229 14577/13852/12230</w:t>
        <w:br/>
        <w:t>f 14576/13853/12231 14579/13850/12228 14577/13852/12230</w:t>
        <w:br/>
        <w:t>f 14580/13854/12232 14577/13852/12230 14578/13851/12229</w:t>
        <w:br/>
        <w:t>f 14581/13855/12233 14580/13854/12232 14578/13851/12229</w:t>
        <w:br/>
        <w:t>f 14581/13855/12233 14583/13856/12234 14582/13857/12235</w:t>
        <w:br/>
        <w:t>f 14580/13854/12232 14581/13855/12233 14582/13857/12235</w:t>
        <w:br/>
        <w:t>f 14583/13856/12234 14585/13858/12236 14584/13859/12237</w:t>
        <w:br/>
        <w:t>f 14582/13857/12235 14583/13856/12234 14584/13859/12237</w:t>
        <w:br/>
        <w:t>f 14585/13858/12236 14587/13860/12238 14586/13861/12239</w:t>
        <w:br/>
        <w:t>f 14584/13859/12237 14585/13858/12236 14586/13861/12239</w:t>
        <w:br/>
        <w:t>f 14564/13839/12217 14586/13861/12239 14587/13860/12238</w:t>
        <w:br/>
        <w:t>f 14563/13840/12218 14564/13839/12217 14587/13860/12238</w:t>
        <w:br/>
        <w:t>f 14590/13862/12240 14589/13863/12241 14588/13864/12242</w:t>
        <w:br/>
        <w:t>f 14591/13865/12243 14590/13862/12240 14588/13864/12242</w:t>
        <w:br/>
        <w:t>f 14589/13863/12241 14590/13862/12240 14592/13866/12244</w:t>
        <w:br/>
        <w:t>f 14593/13867/12245 14589/13863/12241 14592/13866/12244</w:t>
        <w:br/>
        <w:t>f 14595/13868/12246 14594/13869/12247 14593/13867/12245</w:t>
        <w:br/>
        <w:t>f 14592/13866/12244 14595/13868/12246 14593/13867/12245</w:t>
        <w:br/>
        <w:t>f 14594/13869/12247 14595/13868/12246 14597/13870/12248</w:t>
        <w:br/>
        <w:t>f 14596/13871/12249 14594/13869/12247 14597/13870/12248</w:t>
        <w:br/>
        <w:t>f 14599/13872/12250 14598/13873/12251 14596/13871/12249</w:t>
        <w:br/>
        <w:t>f 14597/13870/12248 14599/13872/12250 14596/13871/12249</w:t>
        <w:br/>
        <w:t>f 14598/13873/12251 14599/13872/12250 14601/13874/12252</w:t>
        <w:br/>
        <w:t>f 14600/13875/12253 14598/13873/12251 14601/13874/12252</w:t>
        <w:br/>
        <w:t>f 14604/13876/12254 14603/13877/12255 14602/13878/12256</w:t>
        <w:br/>
        <w:t>f 14605/13879/12257 14604/13876/12254 14602/13878/12256</w:t>
        <w:br/>
        <w:t>f 14606/13880/12258 14602/13878/12256 14603/13877/12255</w:t>
        <w:br/>
        <w:t>f 14607/13881/12259 14606/13880/12258 14603/13877/12255</w:t>
        <w:br/>
        <w:t>f 14607/13881/12259 14609/13882/12260 14608/13883/12261</w:t>
        <w:br/>
        <w:t>f 14606/13880/12258 14607/13881/12259 14608/13883/12261</w:t>
        <w:br/>
        <w:t>f 14611/13884/12262 14608/13883/12261 14609/13882/12260</w:t>
        <w:br/>
        <w:t>f 14610/13885/12263 14611/13884/12262 14609/13882/12260</w:t>
        <w:br/>
        <w:t>f 14610/13885/12263 14613/13886/12264 14612/13887/12265</w:t>
        <w:br/>
        <w:t>f 14611/13884/12262 14610/13885/12263 14612/13887/12265</w:t>
        <w:br/>
        <w:t>f 14588/13864/12242 14612/13887/12265 14613/13886/12264</w:t>
        <w:br/>
        <w:t>f 14591/13865/12243 14588/13864/12242 14613/13886/12264</w:t>
        <w:br/>
        <w:t>f 14563/13840/12218 14614/13888/12266 14548/13822/12200</w:t>
        <w:br/>
        <w:t>f 14566/13837/12215 14563/13840/12218 14548/13822/12200</w:t>
        <w:br/>
        <w:t>f 14568/13841/12219 14566/13837/12215 14615/13889/12267</w:t>
        <w:br/>
        <w:t>f 14570/13843/12221 14617/13890/12268 14616/13891/12269</w:t>
        <w:br/>
        <w:t>f 14551/13825/12203 14574/13847/12225 14550/13826/12204</w:t>
        <w:br/>
        <w:t>f 14619/13892/12270 14574/13847/12225 14618/13893/12271</w:t>
        <w:br/>
        <w:t>f 14578/13851/12229 14554/13830/12208 14555/13829/12207</w:t>
        <w:br/>
        <w:t>f 14578/13851/12229 14555/13829/12207 14558/13831/12209</w:t>
        <w:br/>
        <w:t>f 14581/13855/12233 14578/13851/12229 14558/13831/12209</w:t>
        <w:br/>
        <w:t>f 14620/13894/12272 14581/13855/12233 14558/13831/12209</w:t>
        <w:br/>
        <w:t>f 14585/13858/12236 14621/13895/12273 14587/13860/12238</w:t>
        <w:br/>
        <w:t>f 14563/13840/12218 14587/13860/12238 14560/13834/12212</w:t>
        <w:br/>
        <w:t>f 14614/13888/12266 14563/13840/12218 14560/13834/12212</w:t>
        <w:br/>
        <w:t>f 14623/13896/12274 14622/13897/12275 14588/13864/12242</w:t>
        <w:br/>
        <w:t>f 14589/13863/12241 14623/13896/12274 14588/13864/12242</w:t>
        <w:br/>
        <w:t>f 14593/13867/12245 14624/13898/12276 14623/13896/12274</w:t>
        <w:br/>
        <w:t>f 14589/13863/12241 14593/13867/12245 14623/13896/12274</w:t>
        <w:br/>
        <w:t>f 14624/13898/12276 14593/13867/12245 14594/13869/12247</w:t>
        <w:br/>
        <w:t>f 14625/13899/12277 14624/13898/12276 14594/13869/12247</w:t>
        <w:br/>
        <w:t>f 14596/13871/12249 14626/13900/12278 14625/13899/12277</w:t>
        <w:br/>
        <w:t>f 14594/13869/12247 14596/13871/12249 14625/13899/12277</w:t>
        <w:br/>
        <w:t>f 14626/13900/12278 14596/13871/12249 14598/13873/12251</w:t>
        <w:br/>
        <w:t>f 14627/13901/12279 14626/13900/12278 14598/13873/12251</w:t>
        <w:br/>
        <w:t>f 14598/13873/12251 14600/13875/12253 14628/13902/12280</w:t>
        <w:br/>
        <w:t>f 14627/13901/12279 14598/13873/12251 14628/13902/12280</w:t>
        <w:br/>
        <w:t>f 14605/13879/12257 14602/13878/12256 14629/13903/12281</w:t>
        <w:br/>
        <w:t>f 14630/13904/12282 14605/13879/12257 14629/13903/12281</w:t>
        <w:br/>
        <w:t>f 14602/13878/12256 14606/13880/12258 14631/13905/12283</w:t>
        <w:br/>
        <w:t>f 14629/13903/12281 14602/13878/12256 14631/13905/12283</w:t>
        <w:br/>
        <w:t>f 14606/13880/12258 14608/13883/12261 14632/13906/12284</w:t>
        <w:br/>
        <w:t>f 14631/13905/12283 14606/13880/12258 14632/13906/12284</w:t>
        <w:br/>
        <w:t>f 14633/13907/12285 14632/13906/12284 14608/13883/12261</w:t>
        <w:br/>
        <w:t>f 14611/13884/12262 14633/13907/12285 14608/13883/12261</w:t>
        <w:br/>
        <w:t>f 14634/13908/12286 14633/13907/12285 14611/13884/12262</w:t>
        <w:br/>
        <w:t>f 14612/13887/12265 14634/13908/12286 14611/13884/12262</w:t>
        <w:br/>
        <w:t>f 14622/13897/12275 14634/13908/12286 14612/13887/12265</w:t>
        <w:br/>
        <w:t>f 14588/13864/12242 14622/13897/12275 14612/13887/12265</w:t>
        <w:br/>
        <w:t>f 14591/13865/12243 14564/13839/12217 14565/13838/12216</w:t>
        <w:br/>
        <w:t>f 14590/13862/12240 14591/13865/12243 14565/13838/12216</w:t>
        <w:br/>
        <w:t>f 14567/13842/12220 14592/13866/12244 14590/13862/12240</w:t>
        <w:br/>
        <w:t>f 14565/13838/12216 14567/13842/12220 14590/13862/12240</w:t>
        <w:br/>
        <w:t>f 14569/13844/12222 14595/13868/12246 14592/13866/12244</w:t>
        <w:br/>
        <w:t>f 14567/13842/12220 14569/13844/12222 14592/13866/12244</w:t>
        <w:br/>
        <w:t>f 14571/13846/12224 14597/13870/12248 14595/13868/12246</w:t>
        <w:br/>
        <w:t>f 14569/13844/12222 14571/13846/12224 14595/13868/12246</w:t>
        <w:br/>
        <w:t>f 14597/13870/12248 14571/13846/12224 14573/13848/12226</w:t>
        <w:br/>
        <w:t>f 14599/13872/12250 14597/13870/12248 14573/13848/12226</w:t>
        <w:br/>
        <w:t>f 14575/13849/12227 14601/13874/12252 14599/13872/12250</w:t>
        <w:br/>
        <w:t>f 14573/13848/12226 14575/13849/12227 14599/13872/12250</w:t>
        <w:br/>
        <w:t>f 14576/13853/12231 14577/13852/12230 14603/13877/12255</w:t>
        <w:br/>
        <w:t>f 14604/13876/12254 14576/13853/12231 14603/13877/12255</w:t>
        <w:br/>
        <w:t>f 14577/13852/12230 14580/13854/12232 14607/13881/12259</w:t>
        <w:br/>
        <w:t>f 14603/13877/12255 14577/13852/12230 14607/13881/12259</w:t>
        <w:br/>
        <w:t>f 14609/13882/12260 14607/13881/12259 14580/13854/12232</w:t>
        <w:br/>
        <w:t>f 14582/13857/12235 14609/13882/12260 14580/13854/12232</w:t>
        <w:br/>
        <w:t>f 14582/13857/12235 14584/13859/12237 14610/13885/12263</w:t>
        <w:br/>
        <w:t>f 14609/13882/12260 14582/13857/12235 14610/13885/12263</w:t>
        <w:br/>
        <w:t>f 14613/13886/12264 14610/13885/12263 14584/13859/12237</w:t>
        <w:br/>
        <w:t>f 14586/13861/12239 14613/13886/12264 14584/13859/12237</w:t>
        <w:br/>
        <w:t>f 14586/13861/12239 14564/13839/12217 14591/13865/12243</w:t>
        <w:br/>
        <w:t>f 14613/13886/12264 14586/13861/12239 14591/13865/12243</w:t>
        <w:br/>
        <w:t>f 14621/13895/12273 14585/13858/12236 14635/13909/12287</w:t>
        <w:br/>
        <w:t>f 14637/13910/12288 14572/13845/12223 14636/13911/12289</w:t>
        <w:br/>
        <w:t>f 14554/13830/12208 14638/13912/12290 14556/13828/12206</w:t>
        <w:br/>
        <w:t>f 14620/13894/12272 14583/13856/12234 14581/13855/12233</w:t>
        <w:br/>
        <w:t>f 14620/13894/12272 14639/13913/12291 14583/13856/12234</w:t>
        <w:br/>
        <w:t>f 14556/13828/12206 14557/13832/12210 14555/13829/12207</w:t>
        <w:br/>
        <w:t>f 14570/13843/12221 14568/13841/12219 14617/13890/12268</w:t>
        <w:br/>
        <w:t>f 14568/13841/12219 14615/13889/12267 14617/13890/12268</w:t>
        <w:br/>
        <w:t>f 14570/13843/12221 14616/13891/12269 14636/13911/12289</w:t>
        <w:br/>
        <w:t>f 14572/13845/12223 14570/13843/12221 14636/13911/12289</w:t>
        <w:br/>
        <w:t>f 14553/13827/12205 14640/13914/12292 14618/13893/12271</w:t>
        <w:br/>
        <w:t>f 14553/13827/12205 14618/13893/12271 14551/13825/12203</w:t>
        <w:br/>
        <w:t>f 14574/13847/12225 14572/13845/12223 14550/13826/12204</w:t>
        <w:br/>
        <w:t>f 14572/13845/12223 14637/13910/12288 14550/13826/12204</w:t>
        <w:br/>
        <w:t>f 14546/13818/12196 14547/13823/12201 14548/13822/12200</w:t>
        <w:br/>
        <w:t>f 14546/13818/12196 14548/13822/12200 14614/13888/12266</w:t>
        <w:br/>
        <w:t>f 14614/13888/12266 14560/13834/12212 14562/13836/12214</w:t>
        <w:br/>
        <w:t>f 14560/13834/12212 14561/13833/12211 14562/13836/12214</w:t>
        <w:br/>
        <w:t>f 14583/13856/12234 14639/13913/12291 14635/13909/12287</w:t>
        <w:br/>
        <w:t>f 14585/13858/12236 14583/13856/12234 14635/13909/12287</w:t>
        <w:br/>
        <w:t>f 14644/13915/12293 14643/13916/12294 14642/13917/12295</w:t>
        <w:br/>
        <w:t>f 14641/13918/12296 14644/13915/12293 14642/13917/12295</w:t>
        <w:br/>
        <w:t>f 14547/13823/12201 14646/13919/12297 14645/13920/12298</w:t>
        <w:br/>
        <w:t>f 14549/13821/12199 14547/13823/12201 14645/13920/12298</w:t>
        <w:br/>
        <w:t>f 14650/13921/12299 14649/13922/12300 14648/13923/12301</w:t>
        <w:br/>
        <w:t>f 14647/13924/12302 14650/13921/12299 14648/13923/12301</w:t>
        <w:br/>
        <w:t>f 14652/13925/12303 14648/13923/12301 14649/13922/12300</w:t>
        <w:br/>
        <w:t>f 14651/13926/12304 14652/13925/12303 14649/13922/12300</w:t>
        <w:br/>
        <w:t>f 14656/13927/12305 14655/13928/12306 14654/13929/12307</w:t>
        <w:br/>
        <w:t>f 14653/13930/12308 14656/13927/12305 14654/13929/12307</w:t>
        <w:br/>
        <w:t>f 14658/13931/12309 14657/13932/12310 14561/13833/12211</w:t>
        <w:br/>
        <w:t>f 14559/13835/12213 14658/13931/12309 14561/13833/12211</w:t>
        <w:br/>
        <w:t>f 14660/13933/12311 14641/13918/12296 14642/13917/12295</w:t>
        <w:br/>
        <w:t>f 14659/13934/12312 14660/13933/12311 14642/13917/12295</w:t>
        <w:br/>
        <w:t>f 14664/13935/12313 14663/13936/12314 14662/13937/12315</w:t>
        <w:br/>
        <w:t>f 14661/13938/12316 14664/13935/12313 14662/13937/12315</w:t>
        <w:br/>
        <w:t>f 14668/13939/12317 14667/13940/12317 14666/13941/12318</w:t>
        <w:br/>
        <w:t>f 14665/13942/12319 14668/13939/12317 14666/13941/12318</w:t>
        <w:br/>
        <w:t>f 14670/13943/12320 14669/13944/12321 14655/13928/12306</w:t>
        <w:br/>
        <w:t>f 14656/13927/12305 14670/13943/12320 14655/13928/12306</w:t>
        <w:br/>
        <w:t>f 14674/13945/12322 14673/13946/12323 14672/13947/12324</w:t>
        <w:br/>
        <w:t>f 14671/13948/12325 14674/13945/12322 14672/13947/12324</w:t>
        <w:br/>
        <w:t>f 14671/13948/12325 14676/13949/12326 14675/13950/12327</w:t>
        <w:br/>
        <w:t>f 14674/13945/12322 14671/13948/12325 14675/13950/12327</w:t>
        <w:br/>
        <w:t>f 14680/13951/12328 14679/13952/12329 14678/13953/12330</w:t>
        <w:br/>
        <w:t>f 14677/13954/12331 14680/13951/12328 14678/13953/12330</w:t>
        <w:br/>
        <w:t>f 14684/13955/12332 14683/13956/12333 14682/13957/12334</w:t>
        <w:br/>
        <w:t>f 14681/13958/12335 14684/13955/12332 14682/13957/12334</w:t>
        <w:br/>
        <w:t>f 14688/13959/12336 14687/13960/12337 14686/13961/12338</w:t>
        <w:br/>
        <w:t>f 14685/13962/12337 14688/13959/12336 14686/13961/12338</w:t>
        <w:br/>
        <w:t>f 14556/13828/12206 14683/13956/12333 14689/13963/12339</w:t>
        <w:br/>
        <w:t>f 14557/13832/12210 14556/13828/12206 14689/13963/12339</w:t>
        <w:br/>
        <w:t>f 14615/13889/12267 14663/13936/12314 14690/13964/12340</w:t>
        <w:br/>
        <w:t>f 14617/13890/12268 14615/13889/12267 14690/13964/12340</w:t>
        <w:br/>
        <w:t>f 14694/13965/12341 14693/13966/12341 14692/13967/12342</w:t>
        <w:br/>
        <w:t>f 14691/13968/12341 14694/13965/12341 14692/13967/12342</w:t>
        <w:br/>
        <w:t>f 14651/13926/12304 14696/13969/12343 14695/13970/12344</w:t>
        <w:br/>
        <w:t>f 14652/13925/12303 14651/13926/12304 14695/13970/12344</w:t>
        <w:br/>
        <w:t>f 14647/13924/12302 14680/13951/12328 14677/13954/12331</w:t>
        <w:br/>
        <w:t>f 14650/13921/12299 14647/13924/12302 14677/13954/12331</w:t>
        <w:br/>
        <w:t>f 14697/13971/12345 14646/13919/12297 14643/13916/12294</w:t>
        <w:br/>
        <w:t>f 14644/13915/12293 14697/13971/12345 14643/13916/12294</w:t>
        <w:br/>
        <w:t>f 14562/13836/12214 14561/13833/12211 14657/13932/12310</w:t>
        <w:br/>
        <w:t>f 14659/13934/12312 14562/13836/12214 14657/13932/12310</w:t>
        <w:br/>
        <w:t>f 14701/13972/12346 14700/13973/12346 14699/13974/12347</w:t>
        <w:br/>
        <w:t>f 14698/13975/12348 14701/13972/12346 14699/13974/12347</w:t>
        <w:br/>
        <w:t>f 14559/13835/12213 14560/13834/12212 14587/13860/12238</w:t>
        <w:br/>
        <w:t>f 14621/13895/12273 14559/13835/12213 14587/13860/12238</w:t>
        <w:br/>
        <w:t>f 14566/13837/12215 14548/13822/12200 14549/13821/12199</w:t>
        <w:br/>
        <w:t>f 14566/13837/12215 14549/13821/12199 14615/13889/12267</w:t>
        <w:br/>
        <w:t>f 14704/13976/12349 14703/13977/12350 14702/13978/12351</w:t>
        <w:br/>
        <w:t>f 14707/13979/12352 14706/13980/12353 14705/13981/12354</w:t>
        <w:br/>
        <w:t>f 14710/13982/12355 14709/13983/12356 14708/13984/12357</w:t>
        <w:br/>
        <w:t>f 14711/13985/12358 14710/13982/12355 14708/13984/12357</w:t>
        <w:br/>
        <w:t>f 14713/13986/12359 14554/13830/12208 14712/13987/12360</w:t>
        <w:br/>
        <w:t>f 14715/13988/12361 14714/13989/12362 14712/13987/12360</w:t>
        <w:br/>
        <w:t>f 14718/13990/12363 14717/13991/12364 14716/13992/12365</w:t>
        <w:br/>
        <w:t>f 14719/13993/12366 14702/13978/12351 14703/13977/12350</w:t>
        <w:br/>
        <w:t>f 14723/13994/12367 14722/13995/12368 14721/13996/12369</w:t>
        <w:br/>
        <w:t>f 14720/13997/12370 14723/13994/12367 14721/13996/12369</w:t>
        <w:br/>
        <w:t>f 14720/13997/12370 14725/13998/12371 14724/13999/12372</w:t>
        <w:br/>
        <w:t>f 14723/13994/12367 14720/13997/12370 14724/13999/12372</w:t>
        <w:br/>
        <w:t>f 14725/13998/12371 14727/14000/12373 14726/14001/12374</w:t>
        <w:br/>
        <w:t>f 14724/13999/12372 14725/13998/12371 14726/14001/12374</w:t>
        <w:br/>
        <w:t>f 14729/14002/12375 14726/14001/12374 14727/14000/12373</w:t>
        <w:br/>
        <w:t>f 14728/14003/12376 14729/14002/12375 14727/14000/12373</w:t>
        <w:br/>
        <w:t>f 14731/14004/12377 14729/14002/12375 14728/14003/12376</w:t>
        <w:br/>
        <w:t>f 14730/14005/12378 14731/14004/12377 14728/14003/12376</w:t>
        <w:br/>
        <w:t>f 14730/14005/12378 14575/13849/12227 14731/14004/12377</w:t>
        <w:br/>
        <w:t>f 14579/13850/12228 14576/13853/12231 14733/14006/12379</w:t>
        <w:br/>
        <w:t>f 14732/14007/12380 14579/13850/12228 14733/14006/12379</w:t>
        <w:br/>
        <w:t>f 14732/14007/12380 14733/14006/12379 14734/14008/12381</w:t>
        <w:br/>
        <w:t>f 14735/14009/12382 14732/14007/12380 14734/14008/12381</w:t>
        <w:br/>
        <w:t>f 14735/14009/12382 14734/14008/12381 14737/14010/12383</w:t>
        <w:br/>
        <w:t>f 14736/14011/12384 14735/14009/12382 14737/14010/12383</w:t>
        <w:br/>
        <w:t>f 14739/14012/12385 14738/14013/12386 14736/14011/12384</w:t>
        <w:br/>
        <w:t>f 14737/14010/12383 14739/14012/12385 14736/14011/12384</w:t>
        <w:br/>
        <w:t>f 14741/14014/12387 14740/14015/12388 14738/14013/12386</w:t>
        <w:br/>
        <w:t>f 14739/14012/12385 14741/14014/12387 14738/14013/12386</w:t>
        <w:br/>
        <w:t>f 14721/13996/12369 14722/13995/12368 14740/14015/12388</w:t>
        <w:br/>
        <w:t>f 14741/14014/12387 14721/13996/12369 14740/14015/12388</w:t>
        <w:br/>
        <w:t>f 14744/14016/12389 14743/14017/12390 14742/14018/12391</w:t>
        <w:br/>
        <w:t>f 14745/14019/12392 14744/14016/12389 14742/14018/12391</w:t>
        <w:br/>
        <w:t>f 14746/14020/12393 14742/14018/12391 14743/14017/12390</w:t>
        <w:br/>
        <w:t>f 14747/14021/12394 14746/14020/12393 14743/14017/12390</w:t>
        <w:br/>
        <w:t>f 14749/14022/12395 14746/14020/12393 14747/14021/12394</w:t>
        <w:br/>
        <w:t>f 14748/14023/12396 14749/14022/12395 14747/14021/12394</w:t>
        <w:br/>
        <w:t>f 14748/14023/12396 14751/14024/12397 14750/14025/12398</w:t>
        <w:br/>
        <w:t>f 14749/14022/12395 14748/14023/12396 14750/14025/12398</w:t>
        <w:br/>
        <w:t>f 14753/14026/12399 14750/14025/12398 14751/14024/12397</w:t>
        <w:br/>
        <w:t>f 14752/14027/12400 14753/14026/12399 14751/14024/12397</w:t>
        <w:br/>
        <w:t>f 14752/14027/12400 14600/13875/12253 14601/13874/12252</w:t>
        <w:br/>
        <w:t>f 14753/14026/12399 14752/14027/12400 14601/13874/12252</w:t>
        <w:br/>
        <w:t>f 14755/14028/12401 14754/14029/12402 14604/13876/12254</w:t>
        <w:br/>
        <w:t>f 14605/13879/12257 14755/14028/12401 14604/13876/12254</w:t>
        <w:br/>
        <w:t>f 14754/14029/12402 14755/14028/12401 14756/14030/12403</w:t>
        <w:br/>
        <w:t>f 14757/14031/12404 14754/14029/12402 14756/14030/12403</w:t>
        <w:br/>
        <w:t>f 14757/14031/12404 14756/14030/12403 14758/14032/12405</w:t>
        <w:br/>
        <w:t>f 14761/14033/12406 14760/14034/12407 14758/14032/12405</w:t>
        <w:br/>
        <w:t>f 14759/14035/12408 14761/14033/12406 14758/14032/12405</w:t>
        <w:br/>
        <w:t>f 14760/14034/12407 14761/14033/12406 14763/14036/12409</w:t>
        <w:br/>
        <w:t>f 14762/14037/12410 14760/14034/12407 14763/14036/12409</w:t>
        <w:br/>
        <w:t>f 14744/14016/12389 14745/14019/12392 14762/14037/12410</w:t>
        <w:br/>
        <w:t>f 14763/14036/12409 14744/14016/12389 14762/14037/12410</w:t>
        <w:br/>
        <w:t>f 14705/13981/12354 14702/13978/12351 14722/13995/12368</w:t>
        <w:br/>
        <w:t>f 14723/13994/12367 14705/13981/12354 14722/13995/12368</w:t>
        <w:br/>
        <w:t>f 14724/13999/12372 14764/14038/12411 14723/13994/12367</w:t>
        <w:br/>
        <w:t>f 14726/14001/12374 14766/14039/12412 14765/14040/12413</w:t>
        <w:br/>
        <w:t>f 14708/13984/12357 14709/13983/12356 14731/14004/12377</w:t>
        <w:br/>
        <w:t>f 14619/13892/12270 14618/13893/12271 14731/14004/12377</w:t>
        <w:br/>
        <w:t>f 14732/14007/12380 14554/13830/12208 14579/13850/12228</w:t>
        <w:br/>
        <w:t>f 14715/13988/12361 14712/13987/12360 14732/14007/12380</w:t>
        <w:br/>
        <w:t>f 14735/14009/12382 14715/13988/12361 14732/14007/12380</w:t>
        <w:br/>
        <w:t>f 14767/14041/12414 14715/13988/12361 14735/14009/12382</w:t>
        <w:br/>
        <w:t>f 14738/14013/12386 14740/14015/12388 14768/14042/12415</w:t>
        <w:br/>
        <w:t>f 14716/13992/12365 14740/14015/12388 14722/13995/12368</w:t>
        <w:br/>
        <w:t>f 14702/13978/12351 14716/13992/12365 14722/13995/12368</w:t>
        <w:br/>
        <w:t>f 14744/14016/12389 14770/14043/12416 14769/14044/12417</w:t>
        <w:br/>
        <w:t>f 14743/14017/12390 14744/14016/12389 14769/14044/12417</w:t>
        <w:br/>
        <w:t>f 14747/14021/12394 14743/14017/12390 14769/14044/12417</w:t>
        <w:br/>
        <w:t>f 14771/14045/12418 14747/14021/12394 14769/14044/12417</w:t>
        <w:br/>
        <w:t>f 14771/14045/12418 14772/14046/12419 14748/14023/12396</w:t>
        <w:br/>
        <w:t>f 14747/14021/12394 14771/14045/12418 14748/14023/12396</w:t>
        <w:br/>
        <w:t>f 14751/14024/12397 14748/14023/12396 14772/14046/12419</w:t>
        <w:br/>
        <w:t>f 14773/14047/12420 14751/14024/12397 14772/14046/12419</w:t>
        <w:br/>
        <w:t>f 14752/14027/12400 14751/14024/12397 14773/14047/12420</w:t>
        <w:br/>
        <w:t>f 14774/14048/12421 14752/14027/12400 14773/14047/12420</w:t>
        <w:br/>
        <w:t>f 14628/13902/12280 14600/13875/12253 14752/14027/12400</w:t>
        <w:br/>
        <w:t>f 14774/14048/12421 14628/13902/12280 14752/14027/12400</w:t>
        <w:br/>
        <w:t>f 14775/14049/12422 14755/14028/12401 14605/13879/12257</w:t>
        <w:br/>
        <w:t>f 14630/13904/12282 14775/14049/12422 14605/13879/12257</w:t>
        <w:br/>
        <w:t>f 14755/14028/12401 14775/14049/12422 14776/14050/12423</w:t>
        <w:br/>
        <w:t>f 14756/14030/12403 14755/14028/12401 14776/14050/12423</w:t>
        <w:br/>
        <w:t>f 14756/14030/12403 14776/14050/12423 14777/14051/12424</w:t>
        <w:br/>
        <w:t>f 14759/14035/12408 14756/14030/12403 14777/14051/12424</w:t>
        <w:br/>
        <w:t>f 14778/14052/12425 14761/14033/12406 14759/14035/12408</w:t>
        <w:br/>
        <w:t>f 14777/14051/12424 14778/14052/12425 14759/14035/12408</w:t>
        <w:br/>
        <w:t>f 14779/14053/12426 14763/14036/12409 14761/14033/12406</w:t>
        <w:br/>
        <w:t>f 14778/14052/12425 14779/14053/12426 14761/14033/12406</w:t>
        <w:br/>
        <w:t>f 14770/14043/12416 14744/14016/12389 14763/14036/12409</w:t>
        <w:br/>
        <w:t>f 14779/14053/12426 14770/14043/12416 14763/14036/12409</w:t>
        <w:br/>
        <w:t>f 14720/13997/12370 14721/13996/12369 14745/14019/12392</w:t>
        <w:br/>
        <w:t>f 14742/14018/12391 14720/13997/12370 14745/14019/12392</w:t>
        <w:br/>
        <w:t>f 14725/13998/12371 14720/13997/12370 14742/14018/12391</w:t>
        <w:br/>
        <w:t>f 14746/14020/12393 14725/13998/12371 14742/14018/12391</w:t>
        <w:br/>
        <w:t>f 14727/14000/12373 14725/13998/12371 14746/14020/12393</w:t>
        <w:br/>
        <w:t>f 14749/14022/12395 14727/14000/12373 14746/14020/12393</w:t>
        <w:br/>
        <w:t>f 14728/14003/12376 14727/14000/12373 14749/14022/12395</w:t>
        <w:br/>
        <w:t>f 14750/14025/12398 14728/14003/12376 14749/14022/12395</w:t>
        <w:br/>
        <w:t>f 14750/14025/12398 14753/14026/12399 14730/14005/12378</w:t>
        <w:br/>
        <w:t>f 14728/14003/12376 14750/14025/12398 14730/14005/12378</w:t>
        <w:br/>
        <w:t>f 14575/13849/12227 14730/14005/12378 14753/14026/12399</w:t>
        <w:br/>
        <w:t>f 14601/13874/12252 14575/13849/12227 14753/14026/12399</w:t>
        <w:br/>
        <w:t>f 14754/14029/12402 14733/14006/12379 14576/13853/12231</w:t>
        <w:br/>
        <w:t>f 14604/13876/12254 14754/14029/12402 14576/13853/12231</w:t>
        <w:br/>
        <w:t>f 14757/14031/12404 14734/14008/12381 14733/14006/12379</w:t>
        <w:br/>
        <w:t>f 14754/14029/12402 14757/14031/12404 14733/14006/12379</w:t>
        <w:br/>
        <w:t>f 14734/14008/12381 14757/14031/12404 14758/14032/12405</w:t>
        <w:br/>
        <w:t>f 14737/14010/12383 14734/14008/12381 14758/14032/12405</w:t>
        <w:br/>
        <w:t>f 14737/14010/12383 14758/14032/12405 14760/14034/12407</w:t>
        <w:br/>
        <w:t>f 14739/14012/12385 14737/14010/12383 14760/14034/12407</w:t>
        <w:br/>
        <w:t>f 14762/14037/12410 14741/14014/12387 14739/14012/12385</w:t>
        <w:br/>
        <w:t>f 14760/14034/12407 14762/14037/12410 14739/14012/12385</w:t>
        <w:br/>
        <w:t>f 14741/14014/12387 14762/14037/12410 14745/14019/12392</w:t>
        <w:br/>
        <w:t>f 14721/13996/12369 14741/14014/12387 14745/14019/12392</w:t>
        <w:br/>
        <w:t>f 14768/14042/12415 14780/14054/12427 14738/14013/12386</w:t>
        <w:br/>
        <w:t>f 14782/14055/12428 14781/14056/12429 14729/14002/12375</w:t>
        <w:br/>
        <w:t>f 14554/13830/12208 14713/13986/12359 14638/13912/12290</w:t>
        <w:br/>
        <w:t>f 14767/14041/12414 14735/14009/12382 14736/14011/12384</w:t>
        <w:br/>
        <w:t>f 14767/14041/12414 14784/14057/12430 14783/14058/12431</w:t>
        <w:br/>
        <w:t>f 14713/13986/12359 14712/13987/12360 14714/13989/12362</w:t>
        <w:br/>
        <w:t>f 14726/14001/12374 14765/14040/12413 14724/13999/12372</w:t>
        <w:br/>
        <w:t>f 14724/13999/12372 14765/14040/12413 14764/14038/12411</w:t>
        <w:br/>
        <w:t>f 14726/14001/12374 14781/14056/12429 14766/14039/12412</w:t>
        <w:br/>
        <w:t>f 14729/14002/12375 14781/14056/12429 14726/14001/12374</w:t>
        <w:br/>
        <w:t>f 14711/13985/12358 14618/13893/12271 14640/13914/12292</w:t>
        <w:br/>
        <w:t>f 14711/13985/12358 14708/13984/12357 14618/13893/12271</w:t>
        <w:br/>
        <w:t>f 14731/14004/12377 14709/13983/12356 14729/14002/12375</w:t>
        <w:br/>
        <w:t>f 14729/14002/12375 14709/13983/12356 14782/14055/12428</w:t>
        <w:br/>
        <w:t>f 14704/13976/12349 14705/13981/12354 14706/13980/12353</w:t>
        <w:br/>
        <w:t>f 14704/13976/12349 14702/13978/12351 14705/13981/12354</w:t>
        <w:br/>
        <w:t>f 14702/13978/12351 14719/13993/12366 14716/13992/12365</w:t>
        <w:br/>
        <w:t>f 14716/13992/12365 14719/13993/12366 14718/13990/12363</w:t>
        <w:br/>
        <w:t>f 14736/14011/12384 14780/14054/12427 14784/14057/12430</w:t>
        <w:br/>
        <w:t>f 14738/14013/12386 14780/14054/12427 14736/14011/12384</w:t>
        <w:br/>
        <w:t>f 14788/14059/12432 14787/14060/12433 14786/14061/12433</w:t>
        <w:br/>
        <w:t>f 14785/14062/12434 14788/14059/12432 14786/14061/12433</w:t>
        <w:br/>
        <w:t>f 14706/13980/12353 14707/13979/12352 14790/14063/12435</w:t>
        <w:br/>
        <w:t>f 14789/14064/12436 14706/13980/12353 14790/14063/12435</w:t>
        <w:br/>
        <w:t>f 14794/14065/12437 14793/14066/12438 14792/14067/12439</w:t>
        <w:br/>
        <w:t>f 14791/14068/12440 14794/14065/12437 14792/14067/12439</w:t>
        <w:br/>
        <w:t>f 14791/14068/12440 14792/14067/12439 14796/14069/12441</w:t>
        <w:br/>
        <w:t>f 14795/14070/12442 14791/14068/12440 14796/14069/12441</w:t>
        <w:br/>
        <w:t>f 14800/14071/12443 14799/14072/12444 14798/14073/12445</w:t>
        <w:br/>
        <w:t>f 14797/14074/12446 14800/14071/12443 14798/14073/12445</w:t>
        <w:br/>
        <w:t>f 14718/13990/12363 14802/14075/12447 14801/14076/12448</w:t>
        <w:br/>
        <w:t>f 14717/13991/12364 14718/13990/12363 14801/14076/12448</w:t>
        <w:br/>
        <w:t>f 14804/14077/12449 14803/14078/12450 14786/14061/12433</w:t>
        <w:br/>
        <w:t>f 14787/14060/12433 14804/14077/12449 14786/14061/12433</w:t>
        <w:br/>
        <w:t>f 14808/14079/12451 14807/14080/12452 14806/14081/12453</w:t>
        <w:br/>
        <w:t>f 14805/14082/12454 14808/14079/12451 14806/14081/12453</w:t>
        <w:br/>
        <w:t>f 14812/14083/12455 14811/14084/12456 14810/14085/12457</w:t>
        <w:br/>
        <w:t>f 14809/14086/12458 14812/14083/12455 14810/14085/12457</w:t>
        <w:br/>
        <w:t>f 14799/14072/12444 14814/14087/12459 14813/14088/12460</w:t>
        <w:br/>
        <w:t>f 14798/14073/12445 14799/14072/12444 14813/14088/12460</w:t>
        <w:br/>
        <w:t>f 14818/14089/12461 14817/14090/12462 14816/14091/12463</w:t>
        <w:br/>
        <w:t>f 14815/14092/12464 14818/14089/12461 14816/14091/12463</w:t>
        <w:br/>
        <w:t>f 14820/14093/12465 14819/14094/12466 14817/14090/12462</w:t>
        <w:br/>
        <w:t>f 14818/14089/12461 14820/14093/12465 14817/14090/12462</w:t>
        <w:br/>
        <w:t>f 14824/14095/12467 14823/14096/12468 14822/14097/12469</w:t>
        <w:br/>
        <w:t>f 14821/14098/12470 14824/14095/12467 14822/14097/12469</w:t>
        <w:br/>
        <w:t>f 14826/14099/12471 14681/13958/12335 14682/13957/12334</w:t>
        <w:br/>
        <w:t>f 14825/14100/12472 14826/14099/12471 14682/13957/12334</w:t>
        <w:br/>
        <w:t>f 14830/14101/12473 14829/14102/12473 14828/14103/12474</w:t>
        <w:br/>
        <w:t>f 14827/14104/12473 14830/14101/12473 14828/14103/12474</w:t>
        <w:br/>
        <w:t>f 14713/13986/12359 14714/13989/12362 14831/14105/12475</w:t>
        <w:br/>
        <w:t>f 14825/14100/12472 14713/13986/12359 14831/14105/12475</w:t>
        <w:br/>
        <w:t>f 14832/14106/12476 14805/14082/12454 14764/14038/12411</w:t>
        <w:br/>
        <w:t>f 14765/14040/12413 14832/14106/12476 14764/14038/12411</w:t>
        <w:br/>
        <w:t>f 14836/14107/12477 14835/14108/12478 14834/14109/12478</w:t>
        <w:br/>
        <w:t>f 14833/14110/12479 14836/14107/12477 14834/14109/12478</w:t>
        <w:br/>
        <w:t>f 14795/14070/12442 14796/14069/12441 14695/13970/12344</w:t>
        <w:br/>
        <w:t>f 14696/13969/12343 14795/14070/12442 14695/13970/12344</w:t>
        <w:br/>
        <w:t>f 14821/14098/12470 14822/14097/12469 14793/14066/12438</w:t>
        <w:br/>
        <w:t>f 14794/14065/12437 14821/14098/12470 14793/14066/12438</w:t>
        <w:br/>
        <w:t>f 14785/14062/12434 14789/14064/12436 14837/14111/12480</w:t>
        <w:br/>
        <w:t>f 14788/14059/12432 14785/14062/12434 14837/14111/12480</w:t>
        <w:br/>
        <w:t>f 14719/13993/12366 14803/14078/12450 14802/14075/12447</w:t>
        <w:br/>
        <w:t>f 14718/13990/12363 14719/13993/12366 14802/14075/12447</w:t>
        <w:br/>
        <w:t>f 14841/14112/12481 14840/14113/12481 14839/14114/12482</w:t>
        <w:br/>
        <w:t>f 14838/14115/12481 14841/14112/12481 14839/14114/12482</w:t>
        <w:br/>
        <w:t>f 14717/13991/12364 14740/14015/12388 14716/13992/12365</w:t>
        <w:br/>
        <w:t>f 14768/14042/12415 14740/14015/12388 14717/13991/12364</w:t>
        <w:br/>
        <w:t>f 14723/13994/12367 14707/13979/12352 14705/13981/12354</w:t>
        <w:br/>
        <w:t>f 14723/13994/12367 14764/14038/12411 14707/13979/12352</w:t>
        <w:br/>
        <w:t>f 14578/13851/12229 14579/13850/12228 14554/13830/12208</w:t>
        <w:br/>
        <w:t>f 14732/14007/12380 14712/13987/12360 14554/13830/12208</w:t>
        <w:br/>
        <w:t>f 14574/13847/12225 14551/13825/12203 14618/13893/12271</w:t>
        <w:br/>
        <w:t>f 14618/13893/12271 14708/13984/12357 14731/14004/12377</w:t>
        <w:br/>
        <w:t>f 14574/13847/12225 14619/13892/12270 14575/13849/12227</w:t>
        <w:br/>
        <w:t>f 14575/13849/12227 14619/13892/12270 14731/14004/12377</w:t>
        <w:br/>
        <w:t>f 14643/13916/12294 14546/13818/12196 14544/13820/12198</w:t>
        <w:br/>
        <w:t>f 14842/14116/12483 14643/13916/12294 14544/13820/12198</w:t>
        <w:br/>
        <w:t>f 14646/13919/12297 14697/13971/12345 14661/13938/12484</w:t>
        <w:br/>
        <w:t>f 14645/13920/12298 14646/13919/12297 14661/13938/12484</w:t>
        <w:br/>
        <w:t>f 14552/13824/12202 14550/13826/12204 14843/14117/12485</w:t>
        <w:br/>
        <w:t>f 14648/13923/12301 14552/13824/12202 14843/14117/12485</w:t>
        <w:br/>
        <w:t>f 14553/13827/12205 14552/13824/12202 14648/13923/12301</w:t>
        <w:br/>
        <w:t>f 14652/13925/12303 14553/13827/12205 14648/13923/12301</w:t>
        <w:br/>
        <w:t>f 14655/13928/12306 14558/13831/12209 14557/13832/12210</w:t>
        <w:br/>
        <w:t>f 14654/13929/12307 14655/13928/12306 14557/13832/12210</w:t>
        <w:br/>
        <w:t>f 14673/13946/12323 14845/14118/12486 14844/14119/12487</w:t>
        <w:br/>
        <w:t>f 14658/13931/12488 14673/13946/12323 14844/14119/12487</w:t>
        <w:br/>
        <w:t>f 14544/13820/12198 14562/13836/12214 14659/13934/12312</w:t>
        <w:br/>
        <w:t>f 14842/14116/12483 14544/13820/12198 14659/13934/12312</w:t>
        <w:br/>
        <w:t>f 14663/13936/12314 14615/13889/12267 14549/13821/12199</w:t>
        <w:br/>
        <w:t>f 14645/13920/12298 14663/13936/12314 14549/13821/12199</w:t>
        <w:br/>
        <w:t>f 14846/14120/12489 14617/13890/12268 14665/13942/12319</w:t>
        <w:br/>
        <w:t>f 14666/13941/12318 14846/14120/12489 14665/13942/12319</w:t>
        <w:br/>
        <w:t>f 14669/13944/12321 14620/13894/12272 14558/13831/12209</w:t>
        <w:br/>
        <w:t>f 14655/13928/12306 14669/13944/12321 14558/13831/12209</w:t>
        <w:br/>
        <w:t>f 14559/13835/12213 14621/13895/12273 14847/14121/12490</w:t>
        <w:br/>
        <w:t>f 14658/13931/12309 14559/13835/12213 14847/14121/12490</w:t>
        <w:br/>
        <w:t>f 14621/13895/12273 14635/13909/12287 14676/13949/12326</w:t>
        <w:br/>
        <w:t>f 14671/13948/12325 14621/13895/12273 14676/13949/12326</w:t>
        <w:br/>
        <w:t>f 14637/13910/12288 14636/13911/12289 14679/13952/12329</w:t>
        <w:br/>
        <w:t>f 14680/13951/12328 14637/13910/12288 14679/13952/12329</w:t>
        <w:br/>
        <w:t>f 14683/13956/12333 14556/13828/12206 14848/14122/12491</w:t>
        <w:br/>
        <w:t>f 14682/13957/12334 14683/13956/12333 14848/14122/12491</w:t>
        <w:br/>
        <w:t>f 14849/14123/12492 14620/13894/12272 14669/13944/12321</w:t>
        <w:br/>
        <w:t>f 14686/13961/12493 14849/14123/12492 14669/13944/12321</w:t>
        <w:br/>
        <w:t>f 14683/13956/12333 14684/13955/12332 14653/13930/12308</w:t>
        <w:br/>
        <w:t>f 14654/13929/12307 14683/13956/12333 14653/13930/12308</w:t>
        <w:br/>
        <w:t>f 14663/13936/12314 14664/13935/12313 14850/14124/12494</w:t>
        <w:br/>
        <w:t>f 14690/13964/12340 14663/13936/12314 14850/14124/12494</w:t>
        <w:br/>
        <w:t>f 14679/13952/12329 14636/13911/12289 14851/14125/12495</w:t>
        <w:br/>
        <w:t>f 14692/13967/12342 14679/13952/12329 14851/14125/12495</w:t>
        <w:br/>
        <w:t>f 14853/14126/12496 14553/13827/12205 14652/13925/12303</w:t>
        <w:br/>
        <w:t>f 14852/14127/12497 14853/14126/12496 14652/13925/12303</w:t>
        <w:br/>
        <w:t>f 14550/13826/12204 14637/13910/12288 14680/13951/12328</w:t>
        <w:br/>
        <w:t>f 14647/13924/12302 14550/13826/12204 14680/13951/12328</w:t>
        <w:br/>
        <w:t>f 14646/13919/12297 14547/13823/12201 14546/13818/12196</w:t>
        <w:br/>
        <w:t>f 14643/13916/12294 14646/13919/12297 14546/13818/12196</w:t>
        <w:br/>
        <w:t>f 14845/14118/12486 14660/13933/12311 14659/13934/12312</w:t>
        <w:br/>
        <w:t>f 14657/13932/12310 14845/14118/12486 14659/13934/12312</w:t>
        <w:br/>
        <w:t>f 14676/13949/12326 14635/13909/12287 14854/14128/12498</w:t>
        <w:br/>
        <w:t>f 14699/13974/12347 14676/13949/12326 14854/14128/12498</w:t>
        <w:br/>
        <w:t>f 14856/14129/12499 14704/13976/12349 14785/14062/12434</w:t>
        <w:br/>
        <w:t>f 14855/14130/12500 14856/14129/12499 14785/14062/12434</w:t>
        <w:br/>
        <w:t>f 14807/14080/12501 14837/14111/12480 14789/14064/12436</w:t>
        <w:br/>
        <w:t>f 14790/14063/12435 14807/14080/12501 14789/14064/12436</w:t>
        <w:br/>
        <w:t>f 14857/14131/12502 14709/13983/12356 14710/13982/12355</w:t>
        <w:br/>
        <w:t>f 14792/14067/12439 14857/14131/12502 14710/13982/12355</w:t>
        <w:br/>
        <w:t>f 14792/14067/12439 14710/13982/12355 14711/13985/12358</w:t>
        <w:br/>
        <w:t>f 14796/14069/12441 14792/14067/12439 14711/13985/12358</w:t>
        <w:br/>
        <w:t>f 14714/13989/12362 14715/13988/12361 14799/14072/12444</w:t>
        <w:br/>
        <w:t>f 14800/14071/12443 14714/13989/12362 14799/14072/12444</w:t>
        <w:br/>
        <w:t>f 14859/14132/12503 14858/14133/12504 14815/14092/12505</w:t>
        <w:br/>
        <w:t>f 14801/14076/12506 14859/14132/12503 14815/14092/12505</w:t>
        <w:br/>
        <w:t>f 14803/14078/12450 14719/13993/12366 14856/14129/12499</w:t>
        <w:br/>
        <w:t>f 14855/14130/12500 14803/14078/12450 14856/14129/12499</w:t>
        <w:br/>
        <w:t>f 14707/13979/12352 14764/14038/12411 14805/14082/12454</w:t>
        <w:br/>
        <w:t>f 14790/14063/12435 14707/13979/12352 14805/14082/12454</w:t>
        <w:br/>
        <w:t>f 14811/14084/12456 14765/14040/12413 14860/14134/12507</w:t>
        <w:br/>
        <w:t>f 14810/14085/12457 14811/14084/12456 14860/14134/12507</w:t>
        <w:br/>
        <w:t>f 14715/13988/12361 14767/14041/12414 14814/14087/12459</w:t>
        <w:br/>
        <w:t>f 14799/14072/12444 14715/13988/12361 14814/14087/12459</w:t>
        <w:br/>
        <w:t>f 14861/14135/12508 14768/14042/12415 14717/13991/12364</w:t>
        <w:br/>
        <w:t>f 14801/14076/12448 14861/14135/12508 14717/13991/12364</w:t>
        <w:br/>
        <w:t>f 14819/14094/12466 14780/14054/12427 14768/14042/12415</w:t>
        <w:br/>
        <w:t>f 14817/14090/12462 14819/14094/12466 14768/14042/12415</w:t>
        <w:br/>
        <w:t>f 14823/14096/12468 14781/14056/12429 14782/14055/12428</w:t>
        <w:br/>
        <w:t>f 14822/14097/12469 14823/14096/12468 14782/14055/12428</w:t>
        <w:br/>
        <w:t>f 14848/14122/12491 14713/13986/12359 14825/14100/12472</w:t>
        <w:br/>
        <w:t>f 14682/13957/12334 14848/14122/12491 14825/14100/12472</w:t>
        <w:br/>
        <w:t>f 14814/14087/12459 14767/14041/12414 14783/14058/12431</w:t>
        <w:br/>
        <w:t>f 14828/14103/12509 14814/14087/12459 14783/14058/12431</w:t>
        <w:br/>
        <w:t>f 14797/14074/12446 14826/14099/12471 14825/14100/12472</w:t>
        <w:br/>
        <w:t>f 14800/14071/12443 14797/14074/12446 14825/14100/12472</w:t>
        <w:br/>
        <w:t>f 14862/14136/12510 14808/14079/12451 14805/14082/12454</w:t>
        <w:br/>
        <w:t>f 14832/14106/12476 14862/14136/12510 14805/14082/12454</w:t>
        <w:br/>
        <w:t>f 14863/14137/12511 14781/14056/12429 14823/14096/12468</w:t>
        <w:br/>
        <w:t>f 14836/14107/12512 14863/14137/12511 14823/14096/12468</w:t>
        <w:br/>
        <w:t>f 14796/14069/12441 14711/13985/12358 14853/14126/12496</w:t>
        <w:br/>
        <w:t>f 14852/14127/12497 14796/14069/12441 14853/14126/12496</w:t>
        <w:br/>
        <w:t>f 14822/14097/12469 14782/14055/12428 14709/13983/12356</w:t>
        <w:br/>
        <w:t>f 14793/14066/12438 14822/14097/12469 14709/13983/12356</w:t>
        <w:br/>
        <w:t>f 14704/13976/12349 14706/13980/12353 14789/14064/12436</w:t>
        <w:br/>
        <w:t>f 14785/14062/12434 14704/13976/12349 14789/14064/12436</w:t>
        <w:br/>
        <w:t>f 14803/14078/12450 14804/14077/12449 14858/14133/12513</w:t>
        <w:br/>
        <w:t>f 14802/14075/12447 14803/14078/12450 14858/14133/12513</w:t>
        <w:br/>
        <w:t>f 14783/14058/12431 14780/14054/12427 14819/14094/12466</w:t>
        <w:br/>
        <w:t>f 14839/14114/12514 14783/14058/12431 14819/14094/12466</w:t>
        <w:br/>
        <w:t>f 14756/14030/12403 14759/14035/12408 14758/14032/12405</w:t>
        <w:br/>
        <w:t>f 14713/13986/12359 14848/14122/12491 14638/13912/12290</w:t>
        <w:br/>
        <w:t>f 14638/13912/12290 14848/14122/12491 14556/13828/12206</w:t>
        <w:br/>
        <w:t>f 14780/14054/12427 14783/14058/12431 14784/14057/12430</w:t>
        <w:br/>
        <w:t>f 14704/13976/12349 14856/14129/12499 14703/13977/12350</w:t>
        <w:br/>
        <w:t>f 14703/13977/12350 14856/14129/12499 14719/13993/12366</w:t>
        <w:br/>
        <w:t>f 14781/14056/12429 14860/14134/12507 14766/14039/12412</w:t>
        <w:br/>
        <w:t>f 14766/14039/12412 14860/14134/12507 14765/14040/12413</w:t>
        <w:br/>
        <w:t>f 14553/13827/12205 14853/14126/12496 14640/13914/12292</w:t>
        <w:br/>
        <w:t>f 14640/13914/12292 14853/14126/12496 14711/13985/12358</w:t>
        <w:br/>
        <w:t>f 14617/13890/12268 14846/14120/12489 14616/13891/12269</w:t>
        <w:br/>
        <w:t>f 14616/13891/12269 14846/14120/12489 14636/13911/12289</w:t>
        <w:br/>
        <w:t>f 14546/13818/12196 14614/13888/12266 14545/13819/12197</w:t>
        <w:br/>
        <w:t>f 14545/13819/12197 14614/13888/12266 14562/13836/12214</w:t>
        <w:br/>
        <w:t>f 14620/13894/12272 14849/14123/12492 14639/13913/12291</w:t>
        <w:br/>
        <w:t>f 14639/13913/12291 14849/14123/12492 14635/13909/12287</w:t>
        <w:br/>
        <w:t>f 14767/14041/12414 14736/14011/12384 14784/14057/12430</w:t>
        <w:br/>
        <w:t>f 13452/14138/12515 13451/14139/12516 13450/14140/12517</w:t>
        <w:br/>
        <w:t>f 13449/14141/12518 13452/14138/12515 13450/14140/12517</w:t>
        <w:br/>
        <w:t>f 13449/14141/12518 13450/14140/12517 13454/14142/12519</w:t>
        <w:br/>
        <w:t>f 13453/14143/12520 13449/14141/12518 13454/14142/12519</w:t>
        <w:br/>
        <w:t>f 13455/14144/12521 13452/14138/12515 13449/14141/12518</w:t>
        <w:br/>
        <w:t>f 13456/14145/12522 13455/14144/12521 13449/14141/12518</w:t>
        <w:br/>
        <w:t>f 13460/14146/12523 13459/14147/12524 13458/14148/12525</w:t>
        <w:br/>
        <w:t>f 13457/14149/12526 13460/14146/12523 13458/14148/12525</w:t>
        <w:br/>
        <w:t>f 13462/14150/12527 13457/14149/12526 13458/14148/12525</w:t>
        <w:br/>
        <w:t>f 13461/14151/12528 13462/14150/12527 13458/14148/12525</w:t>
        <w:br/>
        <w:t>f 13466/14152/12529 13465/14153/12530 13464/14154/12531</w:t>
        <w:br/>
        <w:t>f 13463/14155/12532 13466/14152/12529 13464/14154/12531</w:t>
        <w:br/>
        <w:t>f 13469/14156/12533 13468/14157/12534 13467/14158/12535</w:t>
        <w:br/>
        <w:t>f 13473/14159/12536 13472/14160/12537 13471/14161/12538</w:t>
        <w:br/>
        <w:t>f 13470/14162/12539 13473/14159/12536 13471/14161/12538</w:t>
        <w:br/>
        <w:t>f 13477/14163/12540 13476/14164/12541 13475/14165/12542</w:t>
        <w:br/>
        <w:t>f 13474/14166/12543 13477/14163/12540 13475/14165/12542</w:t>
        <w:br/>
        <w:t>f 13480/14167/12544 13459/14147/12524 13479/14168/12545</w:t>
        <w:br/>
        <w:t>f 13478/14169/12546 13480/14167/12544 13479/14168/12545</w:t>
        <w:br/>
        <w:t>f 13484/14170/12547 13483/14171/12548 13482/14172/12549</w:t>
        <w:br/>
        <w:t>f 13481/14173/12550 13484/14170/12547 13482/14172/12549</w:t>
        <w:br/>
        <w:t>f 13488/14174/12551 13487/14175/12552 13486/14176/12553</w:t>
        <w:br/>
        <w:t>f 13485/14177/12554 13488/14174/12551 13486/14176/12553</w:t>
        <w:br/>
        <w:t>f 13492/14178/12555 13491/14179/12556 13490/14180/12557</w:t>
        <w:br/>
        <w:t>f 13489/14181/12558 13492/14178/12555 13490/14180/12557</w:t>
        <w:br/>
        <w:t>f 13496/14182/12559 13495/14183/12560 13494/14184/12561</w:t>
        <w:br/>
        <w:t>f 13493/14185/12562 13496/14182/12559 13494/14184/12561</w:t>
        <w:br/>
        <w:t>f 13499/14186/12563 13498/14187/12564 13493/14185/12562</w:t>
        <w:br/>
        <w:t>f 13497/14188/12565 13499/14186/12563 13493/14185/12562</w:t>
        <w:br/>
        <w:t>f 13476/14164/12541 13465/14153/12530 13501/14189/12566</w:t>
        <w:br/>
        <w:t>f 13500/14190/12567 13476/14164/12541 13501/14189/12566</w:t>
        <w:br/>
        <w:t>f 13459/14147/12524 13480/14167/12544 13502/14191/12568</w:t>
        <w:br/>
        <w:t>f 13458/14148/12525 13459/14147/12524 13502/14191/12568</w:t>
        <w:br/>
        <w:t>f 13504/14192/12569 13492/14178/12555 13489/14181/12558</w:t>
        <w:br/>
        <w:t>f 13503/14193/12570 13504/14192/12569 13489/14181/12558</w:t>
        <w:br/>
        <w:t>f 13506/14194/12571 13505/14195/12572 13481/14173/12550</w:t>
        <w:br/>
        <w:t>f 13482/14172/12549 13506/14194/12571 13481/14173/12550</w:t>
        <w:br/>
        <w:t>f 13498/14187/12564 13499/14186/12563 13507/14196/12573</w:t>
        <w:br/>
        <w:t>f 13487/14175/12552 13498/14187/12564 13507/14196/12573</w:t>
        <w:br/>
        <w:t>f 13487/14175/12552 13507/14196/12573 13508/14197/12574</w:t>
        <w:br/>
        <w:t>f 13486/14176/12553 13487/14175/12552 13508/14197/12574</w:t>
        <w:br/>
        <w:t>f 13459/14147/12524 13460/14146/12523 13509/14198/12575</w:t>
        <w:br/>
        <w:t>f 13479/14168/12545 13459/14147/12524 13509/14198/12575</w:t>
        <w:br/>
        <w:t>f 13491/14179/12556 13506/14194/12571 13482/14172/12549</w:t>
        <w:br/>
        <w:t>f 13490/14180/12557 13491/14179/12556 13482/14172/12549</w:t>
        <w:br/>
        <w:t>f 13512/14199/12576 13511/14200/12577 13503/14193/12570</w:t>
        <w:br/>
        <w:t>f 13510/14201/12578 13512/14199/12576 13503/14193/12570</w:t>
        <w:br/>
        <w:t>f 13514/14202/12579 13513/14203/12580 13483/14171/12548</w:t>
        <w:br/>
        <w:t>f 13484/14170/12547 13514/14202/12579 13483/14171/12548</w:t>
        <w:br/>
        <w:t>f 13517/14204/12581 13516/14205/12582 13488/14174/12551</w:t>
        <w:br/>
        <w:t>f 13515/14206/12583 13517/14204/12581 13488/14174/12551</w:t>
        <w:br/>
        <w:t>f 13510/14201/12578 13503/14193/12570 13489/14181/12558</w:t>
        <w:br/>
        <w:t>f 13518/14207/12584 13510/14201/12578 13489/14181/12558</w:t>
        <w:br/>
        <w:t>f 13521/14208/12585 13520/14209/12586 13519/14210/12587</w:t>
        <w:br/>
        <w:t>f 13518/14207/12584 13521/14208/12585 13519/14210/12587</w:t>
        <w:br/>
        <w:t>f 13483/14171/12548 13521/14208/12585 13490/14180/12557</w:t>
        <w:br/>
        <w:t>f 13482/14172/12549 13483/14171/12548 13490/14180/12557</w:t>
        <w:br/>
        <w:t>f 13497/14188/12565 13493/14185/12562 13494/14184/12561</w:t>
        <w:br/>
        <w:t>f 13522/14211/12588 13497/14188/12565 13494/14184/12561</w:t>
        <w:br/>
        <w:t>f 13450/14140/12517 13451/14139/12516 13523/14212/12589</w:t>
        <w:br/>
        <w:t>f 13517/14204/12581 13450/14140/12517 13523/14212/12589</w:t>
        <w:br/>
        <w:t>f 13493/14185/12562 13498/14187/12564 13516/14205/12582</w:t>
        <w:br/>
        <w:t>f 13496/14182/12559 13493/14185/12562 13516/14205/12582</w:t>
        <w:br/>
        <w:t>f 13517/14204/12581 13523/14212/12589 13496/14182/12559</w:t>
        <w:br/>
        <w:t>f 13516/14205/12582 13517/14204/12581 13496/14182/12559</w:t>
        <w:br/>
        <w:t>f 13451/14139/12516 13452/14138/12515 13470/14162/12539</w:t>
        <w:br/>
        <w:t>f 13524/14213/12590 13451/14139/12516 13470/14162/12539</w:t>
        <w:br/>
        <w:t>f 13510/14201/12578 13526/14214/12591 13525/14215/12592</w:t>
        <w:br/>
        <w:t>f 13512/14199/12576 13510/14201/12578 13525/14215/12592</w:t>
        <w:br/>
        <w:t>f 13526/14214/12591 13510/14201/12578 13518/14207/12584</w:t>
        <w:br/>
        <w:t>f 13519/14210/12587 13526/14214/12591 13518/14207/12584</w:t>
        <w:br/>
        <w:t>f 13524/14213/12590 13529/14216/12593 13528/14217/12579</w:t>
        <w:br/>
        <w:t>f 13527/14218/12594 13524/14213/12590 13528/14217/12579</w:t>
        <w:br/>
        <w:t>f 13458/14148/12525 13502/14191/12568 13530/14219/12595</w:t>
        <w:br/>
        <w:t>f 13461/14151/12528 13458/14148/12525 13530/14219/12595</w:t>
        <w:br/>
        <w:t>f 13450/14140/12517 13517/14204/12581 13515/14206/12583</w:t>
        <w:br/>
        <w:t>f 13454/14142/12519 13450/14140/12517 13515/14206/12583</w:t>
        <w:br/>
        <w:t>f 13451/14139/12516 13524/14213/12590 13527/14218/12594</w:t>
        <w:br/>
        <w:t>f 13523/14212/12589 13451/14139/12516 13527/14218/12594</w:t>
        <w:br/>
        <w:t>f 13523/14212/12589 13527/14218/12594 13495/14183/12560</w:t>
        <w:br/>
        <w:t>f 13496/14182/12559 13523/14212/12589 13495/14183/12560</w:t>
        <w:br/>
        <w:t>f 13531/14220/12596 13474/14166/12543 13453/14143/12520</w:t>
        <w:br/>
        <w:t>f 13454/14142/12519 13531/14220/12596 13453/14143/12520</w:t>
        <w:br/>
        <w:t>f 13515/14206/12583 13488/14174/12551 13485/14177/12554</w:t>
        <w:br/>
        <w:t>f 13532/14221/12597 13515/14206/12583 13485/14177/12554</w:t>
        <w:br/>
        <w:t>f 13454/14142/12519 13515/14206/12583 13532/14221/12597</w:t>
        <w:br/>
        <w:t>f 13531/14220/12596 13454/14142/12519 13532/14221/12597</w:t>
        <w:br/>
        <w:t>f 13516/14205/12582 13498/14187/12564 13487/14175/12552</w:t>
        <w:br/>
        <w:t>f 13488/14174/12551 13516/14205/12582 13487/14175/12552</w:t>
        <w:br/>
        <w:t>f 13527/14218/12594 13528/14217/12579 13533/14222/12598</w:t>
        <w:br/>
        <w:t>f 13495/14183/12560 13527/14218/12594 13533/14222/12598</w:t>
        <w:br/>
        <w:t>f 13535/14223/12599 13466/14152/12529 13463/14155/12532</w:t>
        <w:br/>
        <w:t>f 13534/14224/12600 13535/14223/12599 13463/14155/12532</w:t>
        <w:br/>
        <w:t>f 13469/14156/12533 13536/14225/12601 13468/14157/12534</w:t>
        <w:br/>
        <w:t>f 13483/14171/12548 13513/14203/12580 13520/14209/12586</w:t>
        <w:br/>
        <w:t>f 13521/14208/12585 13483/14171/12548 13520/14209/12586</w:t>
        <w:br/>
        <w:t>f 13534/14224/12600 13538/14226/12602 13537/14227/12603</w:t>
        <w:br/>
        <w:t>f 13535/14223/12599 13534/14224/12600 13537/14227/12603</w:t>
        <w:br/>
        <w:t>f 13461/14151/12528 13530/14219/12595 13536/14225/12601</w:t>
        <w:br/>
        <w:t>f 13469/14156/12533 13461/14151/12528 13536/14225/12601</w:t>
        <w:br/>
        <w:t>f 13539/14228/12604 13511/14200/12577 13486/14176/12553</w:t>
        <w:br/>
        <w:t>f 13508/14197/12574 13539/14228/12604 13486/14176/12553</w:t>
        <w:br/>
        <w:t>f 13479/14168/12545 13531/14220/12596 13478/14169/12546</w:t>
        <w:br/>
        <w:t>f 13462/14150/12527 13461/14151/12528 13469/14156/12533</w:t>
        <w:br/>
        <w:t>f 13467/14158/12535 13462/14150/12527 13469/14156/12533</w:t>
        <w:br/>
        <w:t>f 13524/14213/12590 13470/14162/12539 13471/14161/12538</w:t>
        <w:br/>
        <w:t>f 13529/14216/12593 13524/14213/12590 13471/14161/12538</w:t>
        <w:br/>
        <w:t>f 13489/14181/12558 13490/14180/12557 13521/14208/12585</w:t>
        <w:br/>
        <w:t>f 13518/14207/12584 13489/14181/12558 13521/14208/12585</w:t>
        <w:br/>
        <w:t>f 13511/14200/12577 13512/14199/12576 13485/14177/12554</w:t>
        <w:br/>
        <w:t>f 13486/14176/12553 13511/14200/12577 13485/14177/12554</w:t>
        <w:br/>
        <w:t>f 13504/14192/12569 13503/14193/12570 13511/14200/12577</w:t>
        <w:br/>
        <w:t>f 13539/14228/12604 13504/14192/12569 13511/14200/12577</w:t>
        <w:br/>
        <w:t>f 13532/14221/12597 13485/14177/12554 13512/14199/12576</w:t>
        <w:br/>
        <w:t>f 13525/14215/12592 13532/14221/12597 13512/14199/12576</w:t>
        <w:br/>
        <w:t>f 13540/14229/12550 13494/14184/12561 13495/14183/12560</w:t>
        <w:br/>
        <w:t>f 13533/14222/12598 13540/14229/12550 13495/14183/12560</w:t>
        <w:br/>
        <w:t>f 13522/14211/12588 13494/14184/12561 13540/14229/12550</w:t>
        <w:br/>
        <w:t>f 13541/14230/12572 13522/14211/12588 13540/14229/12550</w:t>
        <w:br/>
        <w:t>f 13465/14153/12530 13466/14152/12529 13542/14231/12605</w:t>
        <w:br/>
        <w:t>f 13501/14189/12566 13465/14153/12530 13542/14231/12605</w:t>
        <w:br/>
        <w:t>f 13538/14226/12602 13544/14232/12538 13543/14233/12537</w:t>
        <w:br/>
        <w:t>f 13537/14227/12603 13538/14226/12602 13543/14233/12537</w:t>
        <w:br/>
        <w:t>f 13473/14159/12536 13546/14234/12606 13545/14235/12607</w:t>
        <w:br/>
        <w:t>f 13472/14160/12537 13473/14159/12536 13545/14235/12607</w:t>
        <w:br/>
        <w:t>f 13477/14163/12540 13464/14154/12531 13465/14153/12530</w:t>
        <w:br/>
        <w:t>f 13476/14164/12541 13477/14163/12540 13465/14153/12530</w:t>
        <w:br/>
        <w:t>f 13453/14143/12520 13474/14166/12543 13475/14165/12542</w:t>
        <w:br/>
        <w:t>f 13547/14236/12608 13453/14143/12520 13475/14165/12542</w:t>
        <w:br/>
        <w:t>f 13535/14223/12599 13537/14227/12603 13549/14237/12609</w:t>
        <w:br/>
        <w:t>f 13548/14238/12610 13535/14223/12599 13549/14237/12609</w:t>
        <w:br/>
        <w:t>f 13455/14144/12521 13473/14159/12536 13470/14162/12539</w:t>
        <w:br/>
        <w:t>f 13452/14138/12515 13455/14144/12521 13470/14162/12539</w:t>
        <w:br/>
        <w:t>f 13551/14239/12611 13550/14240/12612 13463/14155/12532</w:t>
        <w:br/>
        <w:t>f 13464/14154/12531 13551/14239/12611 13463/14155/12532</w:t>
        <w:br/>
        <w:t>f 13550/14240/12612 13552/14241/12613 13534/14224/12600</w:t>
        <w:br/>
        <w:t>f 13463/14155/12532 13550/14240/12612 13534/14224/12600</w:t>
        <w:br/>
        <w:t>f 13553/14242/12614 13551/14239/12611 13464/14154/12531</w:t>
        <w:br/>
        <w:t>f 13477/14163/12540 13553/14242/12614 13464/14154/12531</w:t>
        <w:br/>
        <w:t>f 13538/14226/12602 13554/14243/12615 13544/14232/12538</w:t>
        <w:br/>
        <w:t>f 13554/14243/12615 13538/14226/12602 13534/14224/12600</w:t>
        <w:br/>
        <w:t>f 13552/14241/12613 13554/14243/12615 13534/14224/12600</w:t>
        <w:br/>
        <w:t>f 13477/14163/12540 13474/14166/12543 13553/14242/12614</w:t>
        <w:br/>
        <w:t>f 13456/14145/12522 13449/14141/12518 13453/14143/12520</w:t>
        <w:br/>
        <w:t>f 13547/14236/12608 13456/14145/12522 13453/14143/12520</w:t>
        <w:br/>
        <w:t>f 13456/14145/12522 13547/14236/12608 13556/14244/12616</w:t>
        <w:br/>
        <w:t>f 13555/14245/12617 13456/14145/12522 13556/14244/12616</w:t>
        <w:br/>
        <w:t>f 13560/14246/12618 13559/14247/12619 13558/14248/12620</w:t>
        <w:br/>
        <w:t>f 13557/14249/12621 13560/14246/12618 13558/14248/12620</w:t>
        <w:br/>
        <w:t>f 13562/14250/12622 13561/14251/12623 13507/14196/12573</w:t>
        <w:br/>
        <w:t>f 13499/14186/12563 13562/14250/12622 13507/14196/12573</w:t>
        <w:br/>
        <w:t>f 13566/14252/12624 13565/14253/12625 13564/14254/12626</w:t>
        <w:br/>
        <w:t>f 13563/14255/12627 13566/14252/12624 13564/14254/12626</w:t>
        <w:br/>
        <w:t>f 13568/14256/12628 13564/14254/12626 13565/14253/12625</w:t>
        <w:br/>
        <w:t>f 13567/14257/12629 13568/14256/12628 13565/14253/12625</w:t>
        <w:br/>
        <w:t>f 13497/14188/12565 13522/14211/12588 13570/14258/12630</w:t>
        <w:br/>
        <w:t>f 13569/14259/12631 13497/14188/12565 13570/14258/12630</w:t>
        <w:br/>
        <w:t>f 13567/14257/12629 13565/14253/12625 13562/14250/12622</w:t>
        <w:br/>
        <w:t>f 13569/14259/12631 13567/14257/12629 13562/14250/12622</w:t>
        <w:br/>
        <w:t>f 13574/14260/12632 13573/14261/12633 13572/14262/12634</w:t>
        <w:br/>
        <w:t>f 13571/14263/12635 13574/14260/12632 13572/14262/12634</w:t>
        <w:br/>
        <w:t>f 13576/14264/12636 13575/14265/12637 13492/14178/12555</w:t>
        <w:br/>
        <w:t>f 13504/14192/12569 13576/14264/12636 13492/14178/12555</w:t>
        <w:br/>
        <w:t>f 13561/14251/12623 13562/14250/12622 13565/14253/12625</w:t>
        <w:br/>
        <w:t>f 13566/14252/12624 13561/14251/12623 13565/14253/12625</w:t>
        <w:br/>
        <w:t>f 13570/14258/12630 13522/14211/12588 13541/14230/12572</w:t>
        <w:br/>
        <w:t>f 13577/14266/12638 13570/14258/12630 13541/14230/12572</w:t>
        <w:br/>
        <w:t>f 13580/14267/12639 13579/14268/12638 13578/14269/12640</w:t>
        <w:br/>
        <w:t>f 13574/14260/12632 13580/14267/12639 13578/14269/12640</w:t>
        <w:br/>
        <w:t>f 13575/14265/12637 13581/14270/12641 13491/14179/12556</w:t>
        <w:br/>
        <w:t>f 13492/14178/12555 13575/14265/12637 13491/14179/12556</w:t>
        <w:br/>
        <w:t>f 13578/14269/12640 13579/14268/12638 13505/14195/12572</w:t>
        <w:br/>
        <w:t>f 13506/14194/12571 13578/14269/12640 13505/14195/12572</w:t>
        <w:br/>
        <w:t>f 13575/14265/12637 13576/14264/12636 13557/14249/12621</w:t>
        <w:br/>
        <w:t>f 13558/14248/12620 13575/14265/12637 13557/14249/12621</w:t>
        <w:br/>
        <w:t>f 13573/14261/12633 13558/14248/12620 13559/14247/12619</w:t>
        <w:br/>
        <w:t>f 13572/14262/12634 13573/14261/12633 13559/14247/12619</w:t>
        <w:br/>
        <w:t>f 13581/14270/12641 13578/14269/12640 13506/14194/12571</w:t>
        <w:br/>
        <w:t>f 13491/14179/12556 13581/14270/12641 13506/14194/12571</w:t>
        <w:br/>
        <w:t>f 13578/14269/12640 13581/14270/12641 13573/14261/12633</w:t>
        <w:br/>
        <w:t>f 13574/14260/12632 13578/14269/12640 13573/14261/12633</w:t>
        <w:br/>
        <w:t>f 13567/14257/12629 13583/14271/12642 13582/14272/12643</w:t>
        <w:br/>
        <w:t>f 13568/14256/12628 13567/14257/12629 13582/14272/12643</w:t>
        <w:br/>
        <w:t>f 13499/14186/12563 13497/14188/12565 13569/14259/12631</w:t>
        <w:br/>
        <w:t>f 13562/14250/12622 13499/14186/12563 13569/14259/12631</w:t>
        <w:br/>
        <w:t>f 13569/14259/12631 13570/14258/12630 13583/14271/12642</w:t>
        <w:br/>
        <w:t>f 13567/14257/12629 13569/14259/12631 13583/14271/12642</w:t>
        <w:br/>
        <w:t>f 13566/14252/12624 13563/14255/12627 13585/14273/12644</w:t>
        <w:br/>
        <w:t>f 13584/14274/12645 13566/14252/12624 13585/14273/12644</w:t>
        <w:br/>
        <w:t>f 13561/14251/12623 13586/14275/12646 13508/14197/12574</w:t>
        <w:br/>
        <w:t>f 13507/14196/12573 13561/14251/12623 13508/14197/12574</w:t>
        <w:br/>
        <w:t>f 13584/14274/12645 13586/14275/12646 13561/14251/12623</w:t>
        <w:br/>
        <w:t>f 13566/14252/12624 13584/14274/12645 13561/14251/12623</w:t>
        <w:br/>
        <w:t>f 13557/14249/12621 13588/14276/12647 13587/14277/12648</w:t>
        <w:br/>
        <w:t>f 13560/14246/12618 13557/14249/12621 13587/14277/12648</w:t>
        <w:br/>
        <w:t>f 13589/14278/12649 13576/14264/12636 13504/14192/12569</w:t>
        <w:br/>
        <w:t>f 13539/14228/12604 13589/14278/12649 13504/14192/12569</w:t>
        <w:br/>
        <w:t>f 13589/14278/12649 13586/14275/12646 13584/14274/12645</w:t>
        <w:br/>
        <w:t>f 13588/14276/12647 13589/14278/12649 13584/14274/12645</w:t>
        <w:br/>
        <w:t>f 13581/14270/12641 13575/14265/12637 13558/14248/12620</w:t>
        <w:br/>
        <w:t>f 13573/14261/12633 13581/14270/12641 13558/14248/12620</w:t>
        <w:br/>
        <w:t>f 13586/14275/12646 13589/14278/12649 13539/14228/12604</w:t>
        <w:br/>
        <w:t>f 13508/14197/12574 13586/14275/12646 13539/14228/12604</w:t>
        <w:br/>
        <w:t>f 13588/14276/12647 13557/14249/12621 13576/14264/12636</w:t>
        <w:br/>
        <w:t>f 13589/14278/12649 13588/14276/12647 13576/14264/12636</w:t>
        <w:br/>
        <w:t>f 13583/14271/12642 13591/14279/12639 13590/14280/12650</w:t>
        <w:br/>
        <w:t>f 13582/14272/12643 13583/14271/12642 13590/14280/12650</w:t>
        <w:br/>
        <w:t>f 13583/14271/12642 13570/14258/12630 13577/14266/12638</w:t>
        <w:br/>
        <w:t>f 13591/14279/12639 13583/14271/12642 13577/14266/12638</w:t>
        <w:br/>
        <w:t>f 13474/14166/12543 13531/14220/12596 13509/14198/12575</w:t>
        <w:br/>
        <w:t>f 13553/14242/12614 13474/14166/12543 13509/14198/12575</w:t>
        <w:br/>
        <w:t>f 13509/14198/12575 13460/14146/12523 13551/14239/12611</w:t>
        <w:br/>
        <w:t>f 13553/14242/12614 13509/14198/12575 13551/14239/12611</w:t>
        <w:br/>
        <w:t>f 13550/14240/12612 13551/14239/12611 13460/14146/12523</w:t>
        <w:br/>
        <w:t>f 13457/14149/12526 13550/14240/12612 13460/14146/12523</w:t>
        <w:br/>
        <w:t>f 13457/14149/12526 13462/14150/12527 13552/14241/12613</w:t>
        <w:br/>
        <w:t>f 13550/14240/12612 13457/14149/12526 13552/14241/12613</w:t>
        <w:br/>
        <w:t>f 13552/14241/12613 13462/14150/12527 13467/14158/12535</w:t>
        <w:br/>
        <w:t>f 13554/14243/12615 13552/14241/12613 13467/14158/12535</w:t>
        <w:br/>
        <w:t>f 13544/14232/12538 13554/14243/12615 13467/14158/12535</w:t>
        <w:br/>
        <w:t>f 13468/14157/12534 13544/14232/12538 13467/14158/12535</w:t>
        <w:br/>
        <w:t>f 13513/14203/12580 13514/14202/12579 13536/14225/12601</w:t>
        <w:br/>
        <w:t>f 13530/14219/12595 13520/14209/12586 13513/14203/12580</w:t>
        <w:br/>
        <w:t>f 13536/14225/12601 13530/14219/12595 13513/14203/12580</w:t>
        <w:br/>
        <w:t>f 13502/14191/12568 13519/14210/12587 13520/14209/12586</w:t>
        <w:br/>
        <w:t>f 13530/14219/12595 13502/14191/12568 13520/14209/12586</w:t>
        <w:br/>
        <w:t>f 13480/14167/12544 13526/14214/12591 13519/14210/12587</w:t>
        <w:br/>
        <w:t>f 13502/14191/12568 13480/14167/12544 13519/14210/12587</w:t>
        <w:br/>
        <w:t>f 13526/14214/12591 13480/14167/12544 13478/14169/12546</w:t>
        <w:br/>
        <w:t>f 13525/14215/12592 13526/14214/12591 13478/14169/12546</w:t>
        <w:br/>
        <w:t>f 13531/14220/12596 13532/14221/12597 13478/14169/12546</w:t>
        <w:br/>
        <w:t>f 13536/14225/12601 13514/14202/12579 13468/14157/12534</w:t>
        <w:br/>
        <w:t>f 13479/14168/12545 13509/14198/12575 13531/14220/12596</w:t>
        <w:br/>
        <w:t>f 13532/14221/12597 13525/14215/12592 13478/14169/12546</w:t>
        <w:br/>
        <w:t>f 13588/14276/12647 13584/14274/12645 13585/14273/12644</w:t>
        <w:br/>
        <w:t>f 13587/14277/12648 13588/14276/12647 13585/14273/12644</w:t>
        <w:br/>
        <w:t>f 13580/14267/12639 13574/14260/12632 13571/14263/12635</w:t>
        <w:br/>
        <w:t>f 13592/14281/12650 13580/14267/12639 13571/14263/12635</w:t>
        <w:br/>
        <w:t>f 13537/14227/12603 13543/14233/12537 13593/14282/12651</w:t>
        <w:br/>
        <w:t>f 13549/14237/12609 13537/14227/12603 13593/14282/12651</w:t>
        <w:br/>
        <w:t>f 13556/14244/12616 13547/14236/12608 13594/14283/12652</w:t>
        <w:br/>
        <w:t>f 13594/14283/12652 13547/14236/12608 13475/14165/12542</w:t>
        <w:br/>
        <w:t>f 13595/14284/12653 13594/14283/12652 13475/14165/12542</w:t>
        <w:br/>
        <w:t>f 13476/14164/12541 13500/14190/12567 13595/14284/12653</w:t>
        <w:br/>
        <w:t>f 13475/14165/12542 13476/14164/12541 13595/14284/12653</w:t>
        <w:br/>
        <w:t>f 13455/14144/12521 13456/14145/12522 13555/14245/12617</w:t>
        <w:br/>
        <w:t>f 13596/14285/12654 13455/14144/12521 13555/14245/12617</w:t>
        <w:br/>
        <w:t>f 13473/14159/12536 13455/14144/12521 13596/14285/12654</w:t>
        <w:br/>
        <w:t>f 13546/14234/12606 13473/14159/12536 13596/14285/12654</w:t>
        <w:br/>
        <w:t>f 13593/14282/12651 13543/14233/12537 13597/14286/12607</w:t>
        <w:br/>
        <w:t>f 13466/14152/12529 13535/14223/12599 13548/14238/12610</w:t>
        <w:br/>
        <w:t>f 13542/14231/12605 13466/14152/12529 13548/14238/12610</w:t>
        <w:br/>
        <w:t>f 13601/14287/12655 13600/14288/12656 13599/14289/12657</w:t>
        <w:br/>
        <w:t>f 13598/14290/12658 13601/14287/12655 13599/14289/12657</w:t>
        <w:br/>
        <w:t>f 13603/14291/12659 13598/14290/12658 13599/14289/12657</w:t>
        <w:br/>
        <w:t>f 13602/14292/12660 13603/14291/12659 13599/14289/12657</w:t>
        <w:br/>
        <w:t>f 13607/14293/12661 13606/14294/12662 13605/14295/12663</w:t>
        <w:br/>
        <w:t>f 13604/14296/12664 13607/14293/12661 13605/14295/12663</w:t>
        <w:br/>
        <w:t>f 13604/14296/12664 13605/14295/12663 13609/14297/12665</w:t>
        <w:br/>
        <w:t>f 13608/14298/12666 13604/14296/12664 13609/14297/12665</w:t>
        <w:br/>
        <w:t>f 13611/14299/12667 13610/14300/12668 13600/14288/12656</w:t>
        <w:br/>
        <w:t>f 13601/14287/12655 13611/14299/12667 13600/14288/12656</w:t>
        <w:br/>
        <w:t>f 13608/14298/12666 13609/14297/12665 13613/14301/12669</w:t>
        <w:br/>
        <w:t>f 13612/14302/12670 13608/14298/12666 13613/14301/12669</w:t>
        <w:br/>
        <w:t>f 13612/14302/12670 13613/14301/12669 13610/14300/12668</w:t>
        <w:br/>
        <w:t>f 13611/14299/12667 13612/14302/12670 13610/14300/12668</w:t>
        <w:br/>
        <w:t>f 13616/14303/12671 13615/14304/12672 13614/14305/12673</w:t>
        <w:br/>
        <w:t>f 13607/14293/12661 13616/14303/12671 13614/14305/12673</w:t>
        <w:br/>
        <w:t>f 13615/14304/12672 13618/14306/12674 13617/14307/12675</w:t>
        <w:br/>
        <w:t>f 13614/14305/12673 13615/14304/12672 13617/14307/12675</w:t>
        <w:br/>
        <w:t>f 13621/14308/12676 13620/14309/12677 13619/14310/12678</w:t>
        <w:br/>
        <w:t>f 13624/14311/12679 13623/14312/12680 13622/14313/12681</w:t>
        <w:br/>
        <w:t>f 13628/14314/12682 13627/14315/12683 13626/14316/12684</w:t>
        <w:br/>
        <w:t>f 13625/14317/12685 13628/14314/12682 13626/14316/12684</w:t>
        <w:br/>
        <w:t>f 13632/14318/12686 13631/14319/12687 13630/14320/12688</w:t>
        <w:br/>
        <w:t>f 13629/14321/12689 13632/14318/12686 13630/14320/12688</w:t>
        <w:br/>
        <w:t>f 13634/14322/12690 13633/14323/12691 13606/14294/12662</w:t>
        <w:br/>
        <w:t>f 13607/14293/12661 13634/14322/12690 13606/14294/12662</w:t>
        <w:br/>
        <w:t>f 13635/14324/12692 13606/14294/12662 13633/14323/12691</w:t>
        <w:br/>
        <w:t>f 13631/14319/12687 13637/14325/12693 13636/14326/12694</w:t>
        <w:br/>
        <w:t>f 13630/14320/12688 13631/14319/12687 13636/14326/12694</w:t>
        <w:br/>
        <w:t>f 13628/14314/12682 13625/14317/12685 13638/14327/12695</w:t>
        <w:br/>
        <w:t>f 13640/14328/12696 13639/14329/12697 13638/14327/12695</w:t>
        <w:br/>
        <w:t>f 13625/14317/12685 13640/14328/12696 13638/14327/12695</w:t>
        <w:br/>
        <w:t>f 13642/14330/12698 13623/14312/12680 13624/14311/12679</w:t>
        <w:br/>
        <w:t>f 13641/14331/12699 13642/14330/12698 13624/14311/12679</w:t>
        <w:br/>
        <w:t>f 13645/14332/12700 13644/14333/12701 13643/14334/12702</w:t>
        <w:br/>
        <w:t>f 13620/14309/12677 13647/14335/12703 13646/14336/12704</w:t>
        <w:br/>
        <w:t>f 13619/14310/12678 13620/14309/12677 13646/14336/12704</w:t>
        <w:br/>
        <w:t>f 13649/14337/12705 13648/14338/12706 13631/14319/12687</w:t>
        <w:br/>
        <w:t>f 13632/14318/12686 13649/14337/12705 13631/14319/12687</w:t>
        <w:br/>
        <w:t>f 13653/14339/12707 13652/14340/12708 13651/14341/12709</w:t>
        <w:br/>
        <w:t>f 13650/14342/12710 13653/14339/12707 13651/14341/12709</w:t>
        <w:br/>
        <w:t>f 13655/14343/12698 13654/14344/12711 13628/14314/12682</w:t>
        <w:br/>
        <w:t>f 13638/14327/12695 13655/14343/12698 13628/14314/12682</w:t>
        <w:br/>
        <w:t>f 13652/14340/12708 13657/14345/12712 13656/14346/12713</w:t>
        <w:br/>
        <w:t>f 13651/14341/12709 13652/14340/12708 13656/14346/12713</w:t>
        <w:br/>
        <w:t>f 13654/14344/12711 13658/14347/12714 13627/14315/12683</w:t>
        <w:br/>
        <w:t>f 13628/14314/12682 13654/14344/12711 13627/14315/12683</w:t>
        <w:br/>
        <w:t>f 13659/14348/12715 13627/14315/12683 13658/14347/12714</w:t>
        <w:br/>
        <w:t>f 13660/14349/12716 13659/14348/12715 13658/14347/12714</w:t>
        <w:br/>
        <w:t>f 13610/14300/12668 13662/14350/12717 13661/14351/12718</w:t>
        <w:br/>
        <w:t>f 13600/14288/12656 13610/14300/12668 13661/14351/12718</w:t>
        <w:br/>
        <w:t>f 13665/14352/12719 13664/14353/12720 13663/14354/12721</w:t>
        <w:br/>
        <w:t>f 13666/14355/12722 13665/14352/12719 13663/14354/12721</w:t>
        <w:br/>
        <w:t>f 13670/14356/12723 13669/14357/12724 13668/14358/12725</w:t>
        <w:br/>
        <w:t>f 13667/14359/12726 13670/14356/12723 13668/14358/12725</w:t>
        <w:br/>
        <w:t>f 13673/14360/12727 13667/14359/12726 13672/14361/12728</w:t>
        <w:br/>
        <w:t>f 13671/14362/12729 13673/14360/12727 13672/14361/12728</w:t>
        <w:br/>
        <w:t>f 13640/14328/12696 13675/14363/12730 13674/14364/12731</w:t>
        <w:br/>
        <w:t>f 13676/14365/12732 13675/14363/12730 13640/14328/12696</w:t>
        <w:br/>
        <w:t>f 13672/14361/12728 13679/14366/12733 13678/14367/12734</w:t>
        <w:br/>
        <w:t>f 13677/14368/12735 13672/14361/12728 13678/14367/12734</w:t>
        <w:br/>
        <w:t>f 13669/14357/12724 13670/14356/12723 13681/14369/12736</w:t>
        <w:br/>
        <w:t>f 13680/14370/12737 13669/14357/12724 13681/14369/12736</w:t>
        <w:br/>
        <w:t>f 13684/14371/12738 13683/14372/12739 13661/14351/12718</w:t>
        <w:br/>
        <w:t>f 13682/14373/12740 13684/14371/12738 13661/14351/12718</w:t>
        <w:br/>
        <w:t>f 13647/14335/12703 13683/14372/12739 13684/14371/12738</w:t>
        <w:br/>
        <w:t>f 13646/14336/12704 13647/14335/12703 13684/14371/12738</w:t>
        <w:br/>
        <w:t>f 13662/14350/12717 13610/14300/12668 13613/14301/12669</w:t>
        <w:br/>
        <w:t>f 13685/14374/12741 13662/14350/12717 13613/14301/12669</w:t>
        <w:br/>
        <w:t>f 13663/14354/12721 13687/14375/12742 13686/14376/12743</w:t>
        <w:br/>
        <w:t>f 13666/14355/12722 13663/14354/12721 13686/14376/12743</w:t>
        <w:br/>
        <w:t>f 13602/14292/12660 13599/14289/12657 13683/14372/12739</w:t>
        <w:br/>
        <w:t>f 13647/14335/12703 13602/14292/12660 13683/14372/12739</w:t>
        <w:br/>
        <w:t>f 13687/14375/12742 13689/14377/12744 13688/14378/12745</w:t>
        <w:br/>
        <w:t>f 13686/14376/12743 13687/14375/12742 13688/14378/12745</w:t>
        <w:br/>
        <w:t>f 13692/14379/12746 13691/14380/12747 13690/14381/12748</w:t>
        <w:br/>
        <w:t>f 13635/14324/12692 13694/14382/12749 13693/14383/12750</w:t>
        <w:br/>
        <w:t>f 13606/14294/12662 13635/14324/12692 13693/14383/12750</w:t>
        <w:br/>
        <w:t>f 13680/14370/12737 13681/14369/12736 13696/14384/12751</w:t>
        <w:br/>
        <w:t>f 13695/14385/12752 13680/14370/12737 13696/14384/12751</w:t>
        <w:br/>
        <w:t>f 13699/14386/12753 13698/14387/12754 13697/14388/12755</w:t>
        <w:br/>
        <w:t>f 13640/14328/12696 13701/14389/12756 13700/14390/12757</w:t>
        <w:br/>
        <w:t>f 13702/14391/12758 13700/14390/12757 13701/14389/12756</w:t>
        <w:br/>
        <w:t>f 13704/14392/12759 13609/14297/12665 13605/14295/12663</w:t>
        <w:br/>
        <w:t>f 13703/14393/12760 13704/14392/12759 13605/14295/12663</w:t>
        <w:br/>
        <w:t>f 13627/14315/12683 13629/14321/12689 13621/14308/12676</w:t>
        <w:br/>
        <w:t>f 13626/14316/12684 13627/14315/12683 13621/14308/12676</w:t>
        <w:br/>
        <w:t>f 13706/14394/12761 13688/14378/12745 13689/14377/12744</w:t>
        <w:br/>
        <w:t>f 13705/14395/12762 13706/14394/12761 13689/14377/12744</w:t>
        <w:br/>
        <w:t>f 13650/14342/12710 13651/14341/12709 13696/14384/12751</w:t>
        <w:br/>
        <w:t>f 13707/14396/12763 13650/14342/12710 13696/14384/12751</w:t>
        <w:br/>
        <w:t>f 13708/14397/12764 13692/14379/12746 13699/14386/12753</w:t>
        <w:br/>
        <w:t>f 13606/14294/12662 13693/14383/12750 13703/14393/12760</w:t>
        <w:br/>
        <w:t>f 13605/14295/12663 13606/14294/12662 13703/14393/12760</w:t>
        <w:br/>
        <w:t>f 13609/14297/12665 13704/14392/12759 13685/14374/12741</w:t>
        <w:br/>
        <w:t>f 13613/14301/12669 13609/14297/12665 13685/14374/12741</w:t>
        <w:br/>
        <w:t>f 13600/14288/12656 13661/14351/12718 13683/14372/12739</w:t>
        <w:br/>
        <w:t>f 13599/14289/12657 13600/14288/12656 13683/14372/12739</w:t>
        <w:br/>
        <w:t>f 13678/14367/12734 13709/14398/12765 13664/14353/12720</w:t>
        <w:br/>
        <w:t>f 13665/14352/12719 13678/14367/12734 13664/14353/12720</w:t>
        <w:br/>
        <w:t>f 13682/14373/12740 13661/14351/12718 13662/14350/12717</w:t>
        <w:br/>
        <w:t>f 13710/14399/12766 13682/14373/12740 13662/14350/12717</w:t>
        <w:br/>
        <w:t>f 13714/14400/12767 13713/14401/12768 13712/14402/12769</w:t>
        <w:br/>
        <w:t>f 13711/14403/12770 13714/14400/12767 13712/14402/12769</w:t>
        <w:br/>
        <w:t>f 13667/14359/12726 13668/14358/12725 13679/14366/12733</w:t>
        <w:br/>
        <w:t>f 13672/14361/12728 13667/14359/12726 13679/14366/12733</w:t>
        <w:br/>
        <w:t>f 13679/14366/12733 13715/14404/12771 13678/14367/12734</w:t>
        <w:br/>
        <w:t>f 13711/14403/12770 13712/14402/12769 13716/14405/12772</w:t>
        <w:br/>
        <w:t>f 13690/14381/12748 13711/14403/12770 13716/14405/12772</w:t>
        <w:br/>
        <w:t>f 13665/14352/12719 13677/14368/12735 13678/14367/12734</w:t>
        <w:br/>
        <w:t>f 13705/14395/12762 13700/14390/12757 13706/14394/12761</w:t>
        <w:br/>
        <w:t>f 13604/14296/12664 13616/14303/12671 13607/14293/12661</w:t>
        <w:br/>
        <w:t>f 13694/14382/12749 13635/14324/12692 13718/14406/12773</w:t>
        <w:br/>
        <w:t>f 13717/14407/12774 13694/14382/12749 13718/14406/12773</w:t>
        <w:br/>
        <w:t>f 13602/14292/12660 13630/14320/12688 13636/14326/12694</w:t>
        <w:br/>
        <w:t>f 13603/14291/12659 13602/14292/12660 13636/14326/12694</w:t>
        <w:br/>
        <w:t>f 13632/14318/12686 13659/14348/12715 13660/14349/12716</w:t>
        <w:br/>
        <w:t>f 13649/14337/12705 13632/14318/12686 13660/14349/12716</w:t>
        <w:br/>
        <w:t>f 13632/14318/12686 13629/14321/12689 13659/14348/12715</w:t>
        <w:br/>
        <w:t>f 13651/14341/12709 13656/14346/12713 13695/14385/12752</w:t>
        <w:br/>
        <w:t>f 13696/14384/12751 13651/14341/12709 13695/14385/12752</w:t>
        <w:br/>
        <w:t>f 13635/14324/12692 13633/14323/12691 13719/14408/12775</w:t>
        <w:br/>
        <w:t>f 13718/14406/12773 13635/14324/12692 13719/14408/12775</w:t>
        <w:br/>
        <w:t>f 13657/14345/12712 13721/14409/12776 13720/14410/12777</w:t>
        <w:br/>
        <w:t>f 13656/14346/12713 13657/14345/12712 13720/14410/12777</w:t>
        <w:br/>
        <w:t>f 13721/14409/12776 13645/14332/12700 13722/14411/12778</w:t>
        <w:br/>
        <w:t>f 13725/14412/12732 13697/14388/12755 13724/14413/12779</w:t>
        <w:br/>
        <w:t>f 13723/14414/12730 13725/14412/12732 13724/14413/12779</w:t>
        <w:br/>
        <w:t>f 13699/14386/12753 13697/14388/12755 13708/14397/12764</w:t>
        <w:br/>
        <w:t>f 13717/14407/12774 13718/14406/12773 13727/14415/12780</w:t>
        <w:br/>
        <w:t>f 13726/14416/12781 13717/14407/12774 13727/14415/12780</w:t>
        <w:br/>
        <w:t>f 13723/14414/12730 13643/14334/12702 13644/14333/12701</w:t>
        <w:br/>
        <w:t>f 13622/14313/12697 13723/14414/12730 13644/14333/12701</w:t>
        <w:br/>
        <w:t>f 13676/14365/12732 13640/14328/12696 13728/14417/12782</w:t>
        <w:br/>
        <w:t>f 13640/14328/12696 13700/14390/12757 13729/14418/12783</w:t>
        <w:br/>
        <w:t>f 13700/14390/12757 13705/14395/12762 13730/14419/12784</w:t>
        <w:br/>
        <w:t>f 13729/14418/12783 13700/14390/12757 13730/14419/12784</w:t>
        <w:br/>
        <w:t>f 13709/14398/12765 13715/14404/12771 13731/14420/12785</w:t>
        <w:br/>
        <w:t>f 13733/14421/12786 13731/14420/12785 13714/14400/12767</w:t>
        <w:br/>
        <w:t>f 13732/14422/12787 13733/14421/12786 13714/14400/12767</w:t>
        <w:br/>
        <w:t>f 13691/14380/12747 13735/14423/12788 13734/14424/12789</w:t>
        <w:br/>
        <w:t>f 13697/14388/12755 13725/14412/12732 13736/14425/12790</w:t>
        <w:br/>
        <w:t>f 13724/14413/12779 13722/14411/12778 13645/14332/12700</w:t>
        <w:br/>
        <w:t>f 13643/14334/12702 13724/14413/12779 13645/14332/12700</w:t>
        <w:br/>
        <w:t>f 13656/14346/12713 13720/14410/12777 13737/14426/12791</w:t>
        <w:br/>
        <w:t>f 13695/14385/12752 13656/14346/12713 13737/14426/12791</w:t>
        <w:br/>
        <w:t>f 13695/14385/12752 13737/14426/12791 13738/14427/12792</w:t>
        <w:br/>
        <w:t>f 13680/14370/12737 13695/14385/12752 13738/14427/12792</w:t>
        <w:br/>
        <w:t>f 13739/14428/12793 13720/14410/12777 13721/14409/12776</w:t>
        <w:br/>
        <w:t>f 13722/14411/12778 13739/14428/12793 13721/14409/12776</w:t>
        <w:br/>
        <w:t>f 13740/14429/12794 13737/14426/12791 13720/14410/12777</w:t>
        <w:br/>
        <w:t>f 13739/14428/12793 13740/14429/12794 13720/14410/12777</w:t>
        <w:br/>
        <w:t>f 13737/14426/12791 13740/14429/12794 13716/14405/12772</w:t>
        <w:br/>
        <w:t>f 13738/14427/12792 13737/14426/12791 13716/14405/12772</w:t>
        <w:br/>
        <w:t>f 13741/14430/12795 13669/14357/12724 13680/14370/12737</w:t>
        <w:br/>
        <w:t>f 13738/14427/12792 13741/14430/12795 13680/14370/12737</w:t>
        <w:br/>
        <w:t>f 13668/14358/12725 13742/14431/12796 13715/14404/12771</w:t>
        <w:br/>
        <w:t>f 13679/14366/12733 13668/14358/12725 13715/14404/12771</w:t>
        <w:br/>
        <w:t>f 13643/14334/12702 13723/14414/12730 13724/14413/12779</w:t>
        <w:br/>
        <w:t>f 13698/14387/12754 13739/14428/12793 13722/14411/12778</w:t>
        <w:br/>
        <w:t>f 13692/14379/12746 13740/14429/12794 13739/14428/12793</w:t>
        <w:br/>
        <w:t>f 13698/14387/12754 13692/14379/12746 13739/14428/12793</w:t>
        <w:br/>
        <w:t>f 13712/14402/12769 13741/14430/12795 13738/14427/12792</w:t>
        <w:br/>
        <w:t>f 13716/14405/12772 13712/14402/12769 13738/14427/12792</w:t>
        <w:br/>
        <w:t>f 13741/14430/12795 13712/14402/12769 13713/14401/12768</w:t>
        <w:br/>
        <w:t>f 13742/14431/12796 13741/14430/12795 13713/14401/12768</w:t>
        <w:br/>
        <w:t>f 13724/14413/12779 13698/14387/12754 13722/14411/12778</w:t>
        <w:br/>
        <w:t>f 13743/14432/12797 13634/14322/12690 13614/14305/12673</w:t>
        <w:br/>
        <w:t>f 13617/14307/12675 13743/14432/12797 13614/14305/12673</w:t>
        <w:br/>
        <w:t>f 13653/14339/12707 13726/14416/12781 13745/14433/12798</w:t>
        <w:br/>
        <w:t>f 13744/14434/12799 13653/14339/12707 13745/14433/12798</w:t>
        <w:br/>
        <w:t>f 13726/14416/12781 13653/14339/12707 13650/14342/12710</w:t>
        <w:br/>
        <w:t>f 13717/14407/12774 13726/14416/12781 13650/14342/12710</w:t>
        <w:br/>
        <w:t>f 13717/14407/12774 13650/14342/12710 13707/14396/12763</w:t>
        <w:br/>
        <w:t>f 13694/14382/12749 13717/14407/12774 13707/14396/12763</w:t>
        <w:br/>
        <w:t>f 13694/14382/12749 13707/14396/12763 13746/14435/12800</w:t>
        <w:br/>
        <w:t>f 13693/14383/12750 13694/14382/12749 13746/14435/12800</w:t>
        <w:br/>
        <w:t>f 13693/14383/12750 13746/14435/12800 13747/14436/12801</w:t>
        <w:br/>
        <w:t>f 13703/14393/12760 13693/14383/12750 13747/14436/12801</w:t>
        <w:br/>
        <w:t>f 13673/14360/12727 13704/14392/12759 13703/14393/12760</w:t>
        <w:br/>
        <w:t>f 13747/14436/12801 13673/14360/12727 13703/14393/12760</w:t>
        <w:br/>
        <w:t>f 13671/14362/12729 13685/14374/12741 13704/14392/12759</w:t>
        <w:br/>
        <w:t>f 13673/14360/12727 13671/14362/12729 13704/14392/12759</w:t>
        <w:br/>
        <w:t>f 13685/14374/12741 13671/14362/12729 13710/14399/12766</w:t>
        <w:br/>
        <w:t>f 13662/14350/12717 13685/14374/12741 13710/14399/12766</w:t>
        <w:br/>
        <w:t>f 13681/14369/12736 13746/14435/12800 13707/14396/12763</w:t>
        <w:br/>
        <w:t>f 13696/14384/12751 13681/14369/12736 13707/14396/12763</w:t>
        <w:br/>
        <w:t>f 13670/14356/12723 13747/14436/12801 13746/14435/12800</w:t>
        <w:br/>
        <w:t>f 13681/14369/12736 13670/14356/12723 13746/14435/12800</w:t>
        <w:br/>
        <w:t>f 13667/14359/12726 13673/14360/12727 13747/14436/12801</w:t>
        <w:br/>
        <w:t>f 13670/14356/12723 13667/14359/12726 13747/14436/12801</w:t>
        <w:br/>
        <w:t>f 13677/14368/12735 13710/14399/12766 13671/14362/12729</w:t>
        <w:br/>
        <w:t>f 13672/14361/12728 13677/14368/12735 13671/14362/12729</w:t>
        <w:br/>
        <w:t>f 13740/14429/12794 13692/14379/12746 13690/14381/12748</w:t>
        <w:br/>
        <w:t>f 13716/14405/12772 13740/14429/12794 13690/14381/12748</w:t>
        <w:br/>
        <w:t>f 13713/14401/12768 13714/14400/12767 13731/14420/12785</w:t>
        <w:br/>
        <w:t>f 13715/14404/12771 13713/14401/12768 13731/14420/12785</w:t>
        <w:br/>
        <w:t>f 13742/14431/12796 13668/14358/12725 13669/14357/12724</w:t>
        <w:br/>
        <w:t>f 13741/14430/12795 13742/14431/12796 13669/14357/12724</w:t>
        <w:br/>
        <w:t>f 13686/14376/12743 13688/14378/12745 13619/14310/12678</w:t>
        <w:br/>
        <w:t>f 13646/14336/12704 13686/14376/12743 13619/14310/12678</w:t>
        <w:br/>
        <w:t>f 13646/14336/12704 13684/14371/12738 13666/14355/12722</w:t>
        <w:br/>
        <w:t>f 13686/14376/12743 13646/14336/12704 13666/14355/12722</w:t>
        <w:br/>
        <w:t>f 13666/14355/12722 13684/14371/12738 13682/14373/12740</w:t>
        <w:br/>
        <w:t>f 13665/14352/12719 13666/14355/12722 13682/14373/12740</w:t>
        <w:br/>
        <w:t>f 13682/14373/12740 13710/14399/12766 13677/14368/12735</w:t>
        <w:br/>
        <w:t>f 13665/14352/12719 13682/14373/12740 13677/14368/12735</w:t>
        <w:br/>
        <w:t>f 13621/14308/12676 13706/14394/12761 13626/14316/12684</w:t>
        <w:br/>
        <w:t>f 13750/14437/12802 13749/14438/12803 13733/14421/12786</w:t>
        <w:br/>
        <w:t>f 13748/14439/12804 13750/14437/12802 13733/14421/12786</w:t>
        <w:br/>
        <w:t>f 13732/14422/12787 13751/14440/12805 13748/14439/12804</w:t>
        <w:br/>
        <w:t>f 13733/14421/12786 13732/14422/12787 13748/14439/12804</w:t>
        <w:br/>
        <w:t>f 13734/14424/12789 13735/14423/12788 13751/14440/12805</w:t>
        <w:br/>
        <w:t>f 13732/14422/12787 13734/14424/12789 13751/14440/12805</w:t>
        <w:br/>
        <w:t>f 13730/14419/12784 13754/14441/12806 13753/14442/12807</w:t>
        <w:br/>
        <w:t>f 13752/14443/12808 13730/14419/12784 13753/14442/12807</w:t>
        <w:br/>
        <w:t>f 13756/14444/12809 13753/14442/12807 13754/14441/12806</w:t>
        <w:br/>
        <w:t>f 13755/14445/12810 13756/14444/12809 13754/14441/12806</w:t>
        <w:br/>
        <w:t>f 13759/14446/12811 13758/14447/12812 13757/14448/12813</w:t>
        <w:br/>
        <w:t>f 13760/14449/12814 13759/14446/12811 13757/14448/12813</w:t>
        <w:br/>
        <w:t>f 13749/14438/12803 13750/14437/12802 13758/14447/12812</w:t>
        <w:br/>
        <w:t>f 13759/14446/12811 13749/14438/12803 13758/14447/12812</w:t>
        <w:br/>
        <w:t>f 13676/14365/12732 13728/14417/12782 13762/14450/12815</w:t>
        <w:br/>
        <w:t>f 13761/14451/12816 13676/14365/12732 13762/14450/12815</w:t>
        <w:br/>
        <w:t>f 13728/14417/12782 13640/14328/12696 13729/14418/12783</w:t>
        <w:br/>
        <w:t>f 13705/14395/12762 13689/14377/12744 13754/14441/12806</w:t>
        <w:br/>
        <w:t>f 13730/14419/12784 13705/14395/12762 13754/14441/12806</w:t>
        <w:br/>
        <w:t>f 13755/14445/12810 13754/14441/12806 13689/14377/12744</w:t>
        <w:br/>
        <w:t>f 13687/14375/12742 13755/14445/12810 13689/14377/12744</w:t>
        <w:br/>
        <w:t>f 13687/14375/12742 13663/14354/12721 13760/14449/12814</w:t>
        <w:br/>
        <w:t>f 13755/14445/12810 13687/14375/12742 13760/14449/12814</w:t>
        <w:br/>
        <w:t>f 13760/14449/12814 13663/14354/12721 13664/14353/12720</w:t>
        <w:br/>
        <w:t>f 13759/14446/12811 13760/14449/12814 13664/14353/12720</w:t>
        <w:br/>
        <w:t>f 13709/14398/12765 13749/14438/12803 13759/14446/12811</w:t>
        <w:br/>
        <w:t>f 13664/14353/12720 13709/14398/12765 13759/14446/12811</w:t>
        <w:br/>
        <w:t>f 13749/14438/12803 13709/14398/12765 13731/14420/12785</w:t>
        <w:br/>
        <w:t>f 13733/14421/12786 13749/14438/12803 13731/14420/12785</w:t>
        <w:br/>
        <w:t>f 13755/14445/12810 13760/14449/12814 13757/14448/12813</w:t>
        <w:br/>
        <w:t>f 13756/14444/12809 13755/14445/12810 13757/14448/12813</w:t>
        <w:br/>
        <w:t>f 13729/14418/12783 13730/14419/12784 13752/14443/12808</w:t>
        <w:br/>
        <w:t>f 13763/14452/12817 13729/14418/12783 13752/14443/12808</w:t>
        <w:br/>
        <w:t>f 13762/14450/12815 13728/14417/12782 13763/14452/12817</w:t>
        <w:br/>
        <w:t>f 13697/14388/12755 13736/14425/12790 13708/14397/12764</w:t>
        <w:br/>
        <w:t>f 13691/14380/12747 13692/14379/12746 13708/14397/12764</w:t>
        <w:br/>
        <w:t>f 13729/14418/12783 13763/14452/12817 13728/14417/12782</w:t>
        <w:br/>
        <w:t>f 13700/14390/12757 13626/14316/12684 13706/14394/12761</w:t>
        <w:br/>
        <w:t>f 13621/14308/12676 13619/14310/12678 13688/14378/12745</w:t>
        <w:br/>
        <w:t>f 13706/14394/12761 13621/14308/12676 13688/14378/12745</w:t>
        <w:br/>
        <w:t>f 13629/14321/12689 13630/14320/12688 13620/14309/12677</w:t>
        <w:br/>
        <w:t>f 13621/14308/12676 13629/14321/12689 13620/14309/12677</w:t>
        <w:br/>
        <w:t>f 13630/14320/12688 13602/14292/12660 13647/14335/12703</w:t>
        <w:br/>
        <w:t>f 13620/14309/12677 13630/14320/12688 13647/14335/12703</w:t>
        <w:br/>
        <w:t>f 13743/14432/12797 13617/14307/12675 13764/14453/12818</w:t>
        <w:br/>
        <w:t>f 13765/14454/12819 13727/14415/12780 13718/14406/12773</w:t>
        <w:br/>
        <w:t>f 13719/14408/12775 13765/14454/12819 13718/14406/12773</w:t>
        <w:br/>
        <w:t>f 13607/14293/12661 13614/14305/12673 13634/14322/12690</w:t>
        <w:br/>
        <w:t>f 13633/14323/12691 13634/14322/12690 13743/14432/12797</w:t>
        <w:br/>
        <w:t>f 13719/14408/12775 13633/14323/12691 13743/14432/12797</w:t>
        <w:br/>
        <w:t>f 13764/14453/12818 13765/14454/12819 13719/14408/12775</w:t>
        <w:br/>
        <w:t>f 13743/14432/12797 13764/14453/12818 13719/14408/12775</w:t>
        <w:br/>
        <w:t>f 13745/14433/12798 13726/14416/12781 13727/14415/12780</w:t>
        <w:br/>
        <w:t>f 13624/14311/12679 13645/14332/12700 13766/14455/12820</w:t>
        <w:br/>
        <w:t>f 13641/14331/12699 13624/14311/12679 13766/14455/12820</w:t>
        <w:br/>
        <w:t>f 13657/14345/12712 13652/14340/12708 13768/14456/12821</w:t>
        <w:br/>
        <w:t>f 13767/14457/12822 13657/14345/12712 13768/14456/12821</w:t>
        <w:br/>
        <w:t>f 13645/14332/12700 13721/14409/12776 13769/14458/12823</w:t>
        <w:br/>
        <w:t>f 13766/14455/12820 13645/14332/12700 13769/14458/12823</w:t>
        <w:br/>
        <w:t>f 13652/14340/12708 13653/14339/12707 13744/14434/12799</w:t>
        <w:br/>
        <w:t>f 13768/14456/12821 13652/14340/12708 13744/14434/12799</w:t>
        <w:br/>
        <w:t>f 13767/14457/12822 13769/14458/12823 13721/14409/12776</w:t>
        <w:br/>
        <w:t>f 13657/14345/12712 13767/14457/12822 13721/14409/12776</w:t>
        <w:br/>
        <w:t>f 13715/14404/12771 13742/14431/12796 13713/14401/12768</w:t>
        <w:br/>
        <w:t>f 13715/14404/12771 13709/14398/12765 13678/14367/12734</w:t>
        <w:br/>
        <w:t>f 13732/14422/12787 13714/14400/12767 13711/14403/12770</w:t>
        <w:br/>
        <w:t>f 13734/14424/12789 13732/14422/12787 13711/14403/12770</w:t>
        <w:br/>
        <w:t>f 13734/14424/12789 13711/14403/12770 13690/14381/12748</w:t>
        <w:br/>
        <w:t>f 13691/14380/12747 13734/14424/12789 13690/14381/12748</w:t>
        <w:br/>
        <w:t>f 13699/14386/12753 13692/14379/12746 13698/14387/12754</w:t>
        <w:br/>
        <w:t>f 13771/14459/12824 13637/14325/12693 13770/14460/12825</w:t>
        <w:br/>
        <w:t>f 13629/14321/12689 13627/14315/12683 13659/14348/12715</w:t>
        <w:br/>
        <w:t>f 13770/14460/12825 13772/14461/12826 13771/14459/12824</w:t>
        <w:br/>
        <w:t>f 13631/14319/12687 13648/14338/12706 13770/14460/12825</w:t>
        <w:br/>
        <w:t>f 13637/14325/12693 13631/14319/12687 13770/14460/12825</w:t>
        <w:br/>
        <w:t>f 13724/14413/12779 13697/14388/12755 13698/14387/12754</w:t>
        <w:br/>
        <w:t>f 13773/14462/12827 13500/14190/12567 13501/14189/12566</w:t>
        <w:br/>
        <w:t>f 13774/14463/12828 13773/14462/12827 13501/14189/12566</w:t>
        <w:br/>
        <w:t>f 13776/14464/12829 13775/14465/12830 13549/14237/12609</w:t>
        <w:br/>
        <w:t>f 13593/14282/12651 13776/14464/12829 13549/14237/12609</w:t>
        <w:br/>
        <w:t>f 13594/14283/12652 13778/14466/12831 13777/14467/12832</w:t>
        <w:br/>
        <w:t>f 13556/14244/12616 13594/14283/12652 13777/14467/12832</w:t>
        <w:br/>
        <w:t>f 13779/14468/12833 13595/14284/12653 13500/14190/12567</w:t>
        <w:br/>
        <w:t>f 13773/14462/12827 13779/14468/12833 13500/14190/12567</w:t>
        <w:br/>
        <w:t>f 13783/14469/12834 13782/14470/12835 13781/14471/12836</w:t>
        <w:br/>
        <w:t>f 13780/14472/12837 13783/14469/12834 13781/14471/12836</w:t>
        <w:br/>
        <w:t>f 13595/14284/12653 13779/14468/12833 13778/14466/12831</w:t>
        <w:br/>
        <w:t>f 13594/14283/12652 13595/14284/12653 13778/14466/12831</w:t>
        <w:br/>
        <w:t>f 13787/14473/12838 13786/14474/12839 13785/14475/12840</w:t>
        <w:br/>
        <w:t>f 13784/14476/12841 13787/14473/12838 13785/14475/12840</w:t>
        <w:br/>
        <w:t>f 13555/14245/12617 13789/14477/12842 13788/14478/12843</w:t>
        <w:br/>
        <w:t>f 13596/14285/12654 13555/14245/12617 13788/14478/12843</w:t>
        <w:br/>
        <w:t>f 13788/14478/12843 13790/14479/12844 13546/14234/12606</w:t>
        <w:br/>
        <w:t>f 13596/14285/12654 13788/14478/12843 13546/14234/12606</w:t>
        <w:br/>
        <w:t>f 13794/14480/12845 13793/14481/12846 13792/14482/12847</w:t>
        <w:br/>
        <w:t>f 13791/14483/12848 13794/14480/12845 13792/14482/12847</w:t>
        <w:br/>
        <w:t>f 13789/14477/12842 13555/14245/12617 13556/14244/12616</w:t>
        <w:br/>
        <w:t>f 13777/14467/12832 13789/14477/12842 13556/14244/12616</w:t>
        <w:br/>
        <w:t>f 13798/14484/12849 13797/14485/12850 13796/14486/12851</w:t>
        <w:br/>
        <w:t>f 13795/14487/12852 13798/14484/12849 13796/14486/12851</w:t>
        <w:br/>
        <w:t>f 13800/14488/12853 13799/14489/12854 13797/14485/12850</w:t>
        <w:br/>
        <w:t>f 13798/14484/12849 13800/14488/12853 13797/14485/12850</w:t>
        <w:br/>
        <w:t>f 13802/14490/12855 13801/14491/12856 13782/14470/12835</w:t>
        <w:br/>
        <w:t>f 13783/14469/12834 13802/14490/12855 13782/14470/12835</w:t>
        <w:br/>
        <w:t>f 13793/14481/12846 13794/14480/12845 13804/14492/12857</w:t>
        <w:br/>
        <w:t>f 13803/14493/12855 13793/14481/12846 13804/14492/12857</w:t>
        <w:br/>
        <w:t>f 13808/14494/12858 13807/14495/12859 13806/14496/12860</w:t>
        <w:br/>
        <w:t>f 13805/14497/12861 13808/14494/12858 13806/14496/12860</w:t>
        <w:br/>
        <w:t>f 13805/14497/12861 13806/14496/12860 13809/14498/12862</w:t>
        <w:br/>
        <w:t>f 13810/14499/12863 13805/14497/12861 13809/14498/12862</w:t>
        <w:br/>
        <w:t>f 13799/14489/12854 13800/14488/12853 13807/14495/12859</w:t>
        <w:br/>
        <w:t>f 13808/14494/12858 13799/14489/12854 13807/14495/12859</w:t>
        <w:br/>
        <w:t>f 13812/14500/12864 13782/14470/12835 13801/14491/12856</w:t>
        <w:br/>
        <w:t>f 13811/14501/12865 13812/14500/12864 13801/14491/12856</w:t>
        <w:br/>
        <w:t>f 13810/14499/12863 13815/14502/12866 13814/14503/12867</w:t>
        <w:br/>
        <w:t>f 13813/14504/12868 13810/14499/12863 13814/14503/12867</w:t>
        <w:br/>
        <w:t>f 13811/14501/12865 13817/14505/12869 13816/14506/12870</w:t>
        <w:br/>
        <w:t>f 13812/14500/12864 13811/14501/12865 13816/14506/12870</w:t>
        <w:br/>
        <w:t>f 13812/14500/12864 13816/14506/12870 13819/14507/12871</w:t>
        <w:br/>
        <w:t>f 13818/14508/12872 13812/14500/12864 13819/14507/12871</w:t>
        <w:br/>
        <w:t>f 13816/14506/12870 13821/14509/12873 13820/14510/12874</w:t>
        <w:br/>
        <w:t>f 13819/14507/12871 13816/14506/12870 13820/14510/12874</w:t>
        <w:br/>
        <w:t>f 13821/14509/12873 13823/14511/12875 13822/14512/12876</w:t>
        <w:br/>
        <w:t>f 13820/14510/12874 13821/14509/12873 13822/14512/12876</w:t>
        <w:br/>
        <w:t>f 13824/14513/12877 13808/14494/12858 13805/14497/12861</w:t>
        <w:br/>
        <w:t>f 13825/14514/12878 13824/14513/12877 13805/14497/12861</w:t>
        <w:br/>
        <w:t>f 13808/14494/12858 13824/14513/12877 13826/14515/12879</w:t>
        <w:br/>
        <w:t>f 13799/14489/12854 13808/14494/12858 13826/14515/12879</w:t>
        <w:br/>
        <w:t>f 13830/14516/12880 13829/14517/12881 13828/14518/12882</w:t>
        <w:br/>
        <w:t>f 13827/14519/12883 13830/14516/12880 13828/14518/12882</w:t>
        <w:br/>
        <w:t>f 13829/14517/12881 13804/14492/12857 13794/14480/12845</w:t>
        <w:br/>
        <w:t>f 13831/14520/12884 13829/14517/12881 13794/14480/12845</w:t>
        <w:br/>
        <w:t>f 13832/14521/12885 13797/14485/12850 13799/14489/12854</w:t>
        <w:br/>
        <w:t>f 13826/14515/12879 13832/14521/12885 13799/14489/12854</w:t>
        <w:br/>
        <w:t>f 13833/14522/12886 13796/14486/12851 13797/14485/12850</w:t>
        <w:br/>
        <w:t>f 13832/14521/12885 13833/14522/12886 13797/14485/12850</w:t>
        <w:br/>
        <w:t>f 13829/14517/12881 13831/14520/12884 13834/14523/12887</w:t>
        <w:br/>
        <w:t>f 13828/14518/12882 13829/14517/12881 13834/14523/12887</w:t>
        <w:br/>
        <w:t>f 13827/14519/12883 13828/14518/12882 13795/14487/12852</w:t>
        <w:br/>
        <w:t>f 13796/14486/12851 13827/14519/12883 13795/14487/12852</w:t>
        <w:br/>
        <w:t>f 13836/14524/12888 13817/14505/12869 13835/14525/12889</w:t>
        <w:br/>
        <w:t>f 13815/14502/12866 13836/14524/12888 13835/14525/12889</w:t>
        <w:br/>
        <w:t>f 13817/14505/12869 13811/14501/12865 13837/14526/12890</w:t>
        <w:br/>
        <w:t>f 13835/14525/12889 13817/14505/12869 13837/14526/12890</w:t>
        <w:br/>
        <w:t>f 13837/14526/12890 13840/14527/12891 13839/14528/12892</w:t>
        <w:br/>
        <w:t>f 13838/14529/12893 13837/14526/12890 13839/14528/12892</w:t>
        <w:br/>
        <w:t>f 13835/14525/12889 13837/14526/12890 13838/14529/12893</w:t>
        <w:br/>
        <w:t>f 13841/14530/12894 13835/14525/12889 13838/14529/12893</w:t>
        <w:br/>
        <w:t>f 13811/14501/12865 13801/14491/12856 13840/14527/12891</w:t>
        <w:br/>
        <w:t>f 13837/14526/12890 13811/14501/12865 13840/14527/12891</w:t>
        <w:br/>
        <w:t>f 13840/14527/12891 13843/14531/12895 13842/14532/12896</w:t>
        <w:br/>
        <w:t>f 13839/14528/12892 13840/14527/12891 13842/14532/12896</w:t>
        <w:br/>
        <w:t>f 13847/14533/12897 13846/14534/12898 13845/14535/12899</w:t>
        <w:br/>
        <w:t>f 13844/14536/12900 13847/14533/12897 13845/14535/12899</w:t>
        <w:br/>
        <w:t>f 13845/14535/12899 13846/14534/12898 13830/14516/12880</w:t>
        <w:br/>
        <w:t>f 13848/14537/12901 13845/14535/12899 13830/14516/12880</w:t>
        <w:br/>
        <w:t>f 13830/14516/12880 13846/14534/12898 13804/14492/12857</w:t>
        <w:br/>
        <w:t>f 13829/14517/12881 13830/14516/12880 13804/14492/12857</w:t>
        <w:br/>
        <w:t>f 13843/14531/12895 13840/14527/12891 13801/14491/12856</w:t>
        <w:br/>
        <w:t>f 13802/14490/12855 13843/14531/12895 13801/14491/12856</w:t>
        <w:br/>
        <w:t>f 13803/14493/12855 13804/14492/12857 13846/14534/12898</w:t>
        <w:br/>
        <w:t>f 13847/14533/12897 13803/14493/12855 13846/14534/12898</w:t>
        <w:br/>
        <w:t>f 13809/14498/12862 13836/14524/12888 13815/14502/12866</w:t>
        <w:br/>
        <w:t>f 13810/14499/12863 13809/14498/12862 13815/14502/12866</w:t>
        <w:br/>
        <w:t>f 13849/14538/12902 13827/14519/12883 13796/14486/12851</w:t>
        <w:br/>
        <w:t>f 13833/14522/12886 13849/14538/12902 13796/14486/12851</w:t>
        <w:br/>
        <w:t>f 13795/14487/12852 13850/14539/12903 13787/14473/12838</w:t>
        <w:br/>
        <w:t>f 13798/14484/12849 13795/14487/12852 13787/14473/12838</w:t>
        <w:br/>
        <w:t>f 13784/14476/12841 13800/14488/12853 13798/14484/12849</w:t>
        <w:br/>
        <w:t>f 13787/14473/12838 13784/14476/12841 13798/14484/12849</w:t>
        <w:br/>
        <w:t>f 13800/14488/12853 13784/14476/12841 13807/14495/12859</w:t>
        <w:br/>
        <w:t>f 13807/14495/12859 13784/14476/12841 13851/14540/12904</w:t>
        <w:br/>
        <w:t>f 13806/14496/12860 13807/14495/12859 13851/14540/12904</w:t>
        <w:br/>
        <w:t>f 13823/14511/12875 13809/14498/12862 13806/14496/12860</w:t>
        <w:br/>
        <w:t>f 13851/14540/12904 13823/14511/12875 13806/14496/12860</w:t>
        <w:br/>
        <w:t>f 13823/14511/12875 13821/14509/12873 13836/14524/12888</w:t>
        <w:br/>
        <w:t>f 13809/14498/12862 13823/14511/12875 13836/14524/12888</w:t>
        <w:br/>
        <w:t>f 13821/14509/12873 13816/14506/12870 13817/14505/12869</w:t>
        <w:br/>
        <w:t>f 13836/14524/12888 13821/14509/12873 13817/14505/12869</w:t>
        <w:br/>
        <w:t>f 13805/14497/12861 13810/14499/12863 13813/14504/12868</w:t>
        <w:br/>
        <w:t>f 13825/14514/12878 13805/14497/12861 13813/14504/12868</w:t>
        <w:br/>
        <w:t>f 13815/14502/12866 13835/14525/12889 13841/14530/12894</w:t>
        <w:br/>
        <w:t>f 13814/14503/12867 13815/14502/12866 13841/14530/12894</w:t>
        <w:br/>
        <w:t>f 13850/14539/12903 13795/14487/12852 13828/14518/12882</w:t>
        <w:br/>
        <w:t>f 13834/14523/12887 13850/14539/12903 13828/14518/12882</w:t>
        <w:br/>
        <w:t>f 13827/14519/12883 13849/14538/12902 13848/14537/12901</w:t>
        <w:br/>
        <w:t>f 13830/14516/12880 13827/14519/12883 13848/14537/12901</w:t>
        <w:br/>
        <w:t>f 13853/14541/12804 13832/14521/12885 13826/14515/12879</w:t>
        <w:br/>
        <w:t>f 13852/14542/12802 13853/14541/12804 13826/14515/12879</w:t>
        <w:br/>
        <w:t>f 13824/14513/12877 13854/14543/12812 13852/14542/12802</w:t>
        <w:br/>
        <w:t>f 13826/14515/12879 13824/14513/12877 13852/14542/12802</w:t>
        <w:br/>
        <w:t>f 13833/14522/12886 13856/14544/12805 13855/14545/12788</w:t>
        <w:br/>
        <w:t>f 13849/14538/12902 13833/14522/12886 13855/14545/12788</w:t>
        <w:br/>
        <w:t>f 13813/14504/12868 13814/14503/12867 13858/14546/12807</w:t>
        <w:br/>
        <w:t>f 13857/14547/12809 13813/14504/12868 13858/14546/12807</w:t>
        <w:br/>
        <w:t>f 13859/14548/12808 13858/14546/12807 13814/14503/12867</w:t>
        <w:br/>
        <w:t>f 13841/14530/12894 13859/14548/12808 13814/14503/12867</w:t>
        <w:br/>
        <w:t>f 13860/14549/12817 13859/14548/12808 13841/14530/12894</w:t>
        <w:br/>
        <w:t>f 13838/14529/12893 13860/14549/12817 13841/14530/12894</w:t>
        <w:br/>
        <w:t>f 13861/14550/12815 13860/14549/12817 13838/14529/12893</w:t>
        <w:br/>
        <w:t>f 13839/14528/12892 13861/14550/12815 13838/14529/12893</w:t>
        <w:br/>
        <w:t>f 13862/14551/12790 13861/14550/12815 13839/14528/12892</w:t>
        <w:br/>
        <w:t>f 13842/14532/12896 13862/14551/12790 13839/14528/12892</w:t>
        <w:br/>
        <w:t>f 13864/14552/12764 13863/14553/12790 13844/14536/12900</w:t>
        <w:br/>
        <w:t>f 13845/14535/12899 13864/14552/12764 13844/14536/12900</w:t>
        <w:br/>
        <w:t>f 13848/14537/12901 13865/14554/12747 13864/14552/12764</w:t>
        <w:br/>
        <w:t>f 13845/14535/12899 13848/14537/12901 13864/14552/12764</w:t>
        <w:br/>
        <w:t>f 13849/14538/12902 13855/14545/12788 13865/14554/12747</w:t>
        <w:br/>
        <w:t>f 13848/14537/12901 13849/14538/12902 13865/14554/12747</w:t>
        <w:br/>
        <w:t>f 13825/14514/12878 13813/14504/12868 13857/14547/12809</w:t>
        <w:br/>
        <w:t>f 13866/14555/12813 13825/14514/12878 13857/14547/12809</w:t>
        <w:br/>
        <w:t>f 13854/14543/12812 13824/14513/12877 13825/14514/12878</w:t>
        <w:br/>
        <w:t>f 13866/14555/12813 13854/14543/12812 13825/14514/12878</w:t>
        <w:br/>
        <w:t>f 13856/14544/12805 13833/14522/12886 13832/14521/12885</w:t>
        <w:br/>
        <w:t>f 13853/14541/12804 13856/14544/12805 13832/14521/12885</w:t>
        <w:br/>
        <w:t>f 13867/14556/12905 13773/14462/12827 13774/14463/12828</w:t>
        <w:br/>
        <w:t>f 13822/14512/12876 13867/14556/12905 13774/14463/12828</w:t>
        <w:br/>
        <w:t>f 13778/14466/12831 13786/14474/12839 13868/14557/12906</w:t>
        <w:br/>
        <w:t>f 13777/14467/12832 13778/14466/12831 13868/14557/12906</w:t>
        <w:br/>
        <w:t>f 13785/14475/12840 13779/14468/12833 13773/14462/12827</w:t>
        <w:br/>
        <w:t>f 13867/14556/12905 13785/14475/12840 13773/14462/12827</w:t>
        <w:br/>
        <w:t>f 13593/14282/12651 13597/14286/12607 13869/14558/12907</w:t>
        <w:br/>
        <w:t>f 13776/14464/12829 13593/14282/12651 13869/14558/12907</w:t>
        <w:br/>
        <w:t>f 13545/14235/12607 13546/14234/12606 13790/14479/12844</w:t>
        <w:br/>
        <w:t>f 13870/14559/12907 13545/14235/12607 13790/14479/12844</w:t>
        <w:br/>
        <w:t>f 13777/14467/12832 13868/14557/12906 13871/14560/12908</w:t>
        <w:br/>
        <w:t>f 13789/14477/12842 13777/14467/12832 13871/14560/12908</w:t>
        <w:br/>
        <w:t>f 13548/14238/12610 13549/14237/12609 13775/14465/12830</w:t>
        <w:br/>
        <w:t>f 13872/14561/12909 13548/14238/12610 13775/14465/12830</w:t>
        <w:br/>
        <w:t>f 13542/14231/12605 13548/14238/12610 13872/14561/12909</w:t>
        <w:br/>
        <w:t>f 13873/14562/12910 13542/14231/12605 13872/14561/12909</w:t>
        <w:br/>
        <w:t>f 13501/14189/12566 13542/14231/12605 13873/14562/12910</w:t>
        <w:br/>
        <w:t>f 13774/14463/12828 13501/14189/12566 13873/14562/12910</w:t>
        <w:br/>
        <w:t>f 13781/14471/12836 13818/14508/12872 13775/14465/12830</w:t>
        <w:br/>
        <w:t>f 13776/14464/12829 13781/14471/12836 13775/14465/12830</w:t>
        <w:br/>
        <w:t>f 13874/14563/12911 13791/14483/12848 13790/14479/12844</w:t>
        <w:br/>
        <w:t>f 13788/14478/12843 13874/14563/12911 13790/14479/12844</w:t>
        <w:br/>
        <w:t>f 13789/14477/12842 13871/14560/12908 13874/14563/12911</w:t>
        <w:br/>
        <w:t>f 13788/14478/12843 13789/14477/12842 13874/14563/12911</w:t>
        <w:br/>
        <w:t>f 13776/14464/12829 13869/14558/12907 13780/14472/12837</w:t>
        <w:br/>
        <w:t>f 13781/14471/12836 13776/14464/12829 13780/14472/12837</w:t>
        <w:br/>
        <w:t>f 13779/14468/12833 13785/14475/12840 13786/14474/12839</w:t>
        <w:br/>
        <w:t>f 13778/14466/12831 13779/14468/12833 13786/14474/12839</w:t>
        <w:br/>
        <w:t>f 13870/14559/12907 13790/14479/12844 13791/14483/12848</w:t>
        <w:br/>
        <w:t>f 13792/14482/12847 13870/14559/12907 13791/14483/12848</w:t>
        <w:br/>
        <w:t>f 13872/14561/12909 13775/14465/12830 13818/14508/12872</w:t>
        <w:br/>
        <w:t>f 13819/14507/12871 13872/14561/12909 13818/14508/12872</w:t>
        <w:br/>
        <w:t>f 13873/14562/12910 13872/14561/12909 13819/14507/12871</w:t>
        <w:br/>
        <w:t>f 13820/14510/12874 13873/14562/12910 13819/14507/12871</w:t>
        <w:br/>
        <w:t>f 13774/14463/12828 13873/14562/12910 13820/14510/12874</w:t>
        <w:br/>
        <w:t>f 13822/14512/12876 13774/14463/12828 13820/14510/12874</w:t>
        <w:br/>
        <w:t>f 13851/14540/12904 13867/14556/12905 13822/14512/12876</w:t>
        <w:br/>
        <w:t>f 13823/14511/12875 13851/14540/12904 13822/14512/12876</w:t>
        <w:br/>
        <w:t>f 13786/14474/12839 13787/14473/12838 13850/14539/12903</w:t>
        <w:br/>
        <w:t>f 13868/14557/12906 13786/14474/12839 13850/14539/12903</w:t>
        <w:br/>
        <w:t>f 13784/14476/12841 13785/14475/12840 13867/14556/12905</w:t>
        <w:br/>
        <w:t>f 13851/14540/12904 13784/14476/12841 13867/14556/12905</w:t>
        <w:br/>
        <w:t>f 13868/14557/12906 13850/14539/12903 13834/14523/12887</w:t>
        <w:br/>
        <w:t>f 13871/14560/12908 13868/14557/12906 13834/14523/12887</w:t>
        <w:br/>
        <w:t>f 13782/14470/12835 13812/14500/12864 13818/14508/12872</w:t>
        <w:br/>
        <w:t>f 13781/14471/12836 13782/14470/12835 13818/14508/12872</w:t>
        <w:br/>
        <w:t>f 13831/14520/12884 13794/14480/12845 13791/14483/12848</w:t>
        <w:br/>
        <w:t>f 13874/14563/12911 13831/14520/12884 13791/14483/12848</w:t>
        <w:br/>
        <w:t>f 13871/14560/12908 13834/14523/12887 13831/14520/12884</w:t>
        <w:br/>
        <w:t>f 13874/14563/12911 13871/14560/12908 13831/14520/12884</w:t>
        <w:br/>
        <w:t>f 13877/14564/12912 13876/14565/12913 13875/14566/12914</w:t>
        <w:br/>
        <w:t>f 13878/14567/12915 13877/14564/12912 13875/14566/12914</w:t>
        <w:br/>
        <w:t>f 13882/14568/12916 13881/14569/12917 13880/14570/12918</w:t>
        <w:br/>
        <w:t>f 13879/14571/12919 13882/14568/12916 13880/14570/12918</w:t>
        <w:br/>
        <w:t>f 13883/14572/12920 13877/14564/12912 13878/14567/12915</w:t>
        <w:br/>
        <w:t>f 13884/14573/12921 13883/14572/12920 13878/14567/12915</w:t>
        <w:br/>
        <w:t>f 13888/14574/12922 13887/14575/12923 13886/14576/12924</w:t>
        <w:br/>
        <w:t>f 13885/14577/12925 13888/14574/12922 13886/14576/12924</w:t>
        <w:br/>
        <w:t>f 13892/14578/12926 13891/14579/12927 13890/14580/12928</w:t>
        <w:br/>
        <w:t>f 13889/14581/12929 13892/14578/12926 13890/14580/12928</w:t>
        <w:br/>
        <w:t>f 13896/14582/12930 13895/14583/12931 13894/14584/12932</w:t>
        <w:br/>
        <w:t>f 13893/14585/12933 13896/14582/12930 13894/14584/12932</w:t>
        <w:br/>
        <w:t>f 13879/14571/12919 13898/14586/12934 13897/14587/12935</w:t>
        <w:br/>
        <w:t>f 13882/14568/12916 13879/14571/12919 13897/14587/12935</w:t>
        <w:br/>
        <w:t>f 13901/14588/12936 13900/14589/12937 13899/14590/12938</w:t>
        <w:br/>
        <w:t>f 13902/14591/12939 13901/14588/12936 13899/14590/12938</w:t>
        <w:br/>
        <w:t>f 13903/14592/12940 13899/14590/12938 13900/14589/12937</w:t>
        <w:br/>
        <w:t>f 13904/14593/12941 13903/14592/12940 13900/14589/12937</w:t>
        <w:br/>
        <w:t>f 13906/14594/12942 13886/14576/12924 13887/14575/12923</w:t>
        <w:br/>
        <w:t>f 13905/14595/12943 13906/14594/12942 13887/14575/12923</w:t>
        <w:br/>
        <w:t>f 13909/14596/12944 13908/14597/12924 13907/14598/12945</w:t>
        <w:br/>
        <w:t>f 13910/14599/12946 13909/14596/12944 13907/14598/12945</w:t>
        <w:br/>
        <w:t>f 13913/14600/12947 13912/14601/12948 13911/14602/12949</w:t>
        <w:br/>
        <w:t>f 13914/14603/12950 13913/14600/12947 13911/14602/12949</w:t>
        <w:br/>
        <w:t>f 13915/14604/12951 13913/14600/12947 13914/14603/12950</w:t>
        <w:br/>
        <w:t>f 13916/14605/12952 13915/14604/12951 13914/14603/12950</w:t>
        <w:br/>
        <w:t>f 13904/14593/12941 13911/14602/12949 13912/14601/12948</w:t>
        <w:br/>
        <w:t>f 13903/14592/12940 13904/14593/12941 13912/14601/12948</w:t>
        <w:br/>
        <w:t>f 13887/14575/12923 13888/14574/12922 13917/14606/12953</w:t>
        <w:br/>
        <w:t>f 13918/14607/12954 13887/14575/12923 13917/14606/12953</w:t>
        <w:br/>
        <w:t>f 13921/14608/12955 13920/14609/12956 13916/14605/12952</w:t>
        <w:br/>
        <w:t>f 13919/14610/12957 13921/14608/12955 13916/14605/12952</w:t>
        <w:br/>
        <w:t>f 13924/14611/12958 13923/14612/12959 13922/14613/12960</w:t>
        <w:br/>
        <w:t>f 13918/14607/12954 13924/14611/12958 13922/14613/12960</w:t>
        <w:br/>
        <w:t>f 13927/14614/12961 13926/14615/12962 13925/14616/12963</w:t>
        <w:br/>
        <w:t>f 13928/14617/12964 13927/14614/12961 13925/14616/12963</w:t>
        <w:br/>
        <w:t>f 13930/14618/12965 13929/14619/12966 13924/14611/12958</w:t>
        <w:br/>
        <w:t>f 13931/14620/12967 13930/14618/12965 13924/14611/12958</w:t>
        <w:br/>
        <w:t>f 13875/14566/12914 13876/14565/12913 13932/14621/12968</w:t>
        <w:br/>
        <w:t>f 13933/14622/12969 13875/14566/12914 13932/14621/12968</w:t>
        <w:br/>
        <w:t>f 13914/14603/12950 13911/14602/12949 13934/14623/12970</w:t>
        <w:br/>
        <w:t>f 13935/14624/12971 13914/14603/12950 13934/14623/12970</w:t>
        <w:br/>
        <w:t>f 13928/14617/12964 13925/14616/12963 13936/14625/12972</w:t>
        <w:br/>
        <w:t>f 13937/14626/12973 13928/14617/12964 13936/14625/12972</w:t>
        <w:br/>
        <w:t>f 13938/14627/12974 13934/14623/12970 13911/14602/12949</w:t>
        <w:br/>
        <w:t>f 13904/14593/12941 13938/14627/12974 13911/14602/12949</w:t>
        <w:br/>
        <w:t>f 13941/14628/12975 13940/14629/12976 13939/14630/12977</w:t>
        <w:br/>
        <w:t>f 13942/14631/12978 13941/14628/12975 13939/14630/12977</w:t>
        <w:br/>
        <w:t>f 13907/14598/12945 13943/14632/12979 13940/14629/12976</w:t>
        <w:br/>
        <w:t>f 13944/14633/12980 13907/14598/12945 13940/14629/12976</w:t>
        <w:br/>
        <w:t>f 13904/14593/12941 13900/14589/12937 13945/14634/12981</w:t>
        <w:br/>
        <w:t>f 13938/14627/12974 13904/14593/12941 13945/14634/12981</w:t>
        <w:br/>
        <w:t>f 13946/14635/12982 13945/14634/12981 13900/14589/12937</w:t>
        <w:br/>
        <w:t>f 13901/14588/12936 13946/14635/12982 13900/14589/12937</w:t>
        <w:br/>
        <w:t>f 13940/14629/12976 13941/14628/12975 13947/14636/12983</w:t>
        <w:br/>
        <w:t>f 13944/14633/12980 13940/14629/12976 13947/14636/12983</w:t>
        <w:br/>
        <w:t>f 13942/14631/12978 13901/14588/12936 13902/14591/12939</w:t>
        <w:br/>
        <w:t>f 13941/14628/12975 13942/14631/12978 13902/14591/12939</w:t>
        <w:br/>
        <w:t>f 13949/14637/12984 13948/14638/12985 13896/14582/12930</w:t>
        <w:br/>
        <w:t>f 13893/14585/12933 13949/14637/12984 13896/14582/12930</w:t>
        <w:br/>
        <w:t>f 13951/14639/12986 13920/14609/12956 13950/14640/12987</w:t>
        <w:br/>
        <w:t>f 13923/14612/12959 13951/14639/12986 13950/14640/12987</w:t>
        <w:br/>
        <w:t>f 13952/14641/12988 13922/14613/12960 13923/14612/12959</w:t>
        <w:br/>
        <w:t>f 13950/14640/12987 13952/14641/12988 13923/14612/12959</w:t>
        <w:br/>
        <w:t>f 13949/14637/12984 13897/14587/12935 13898/14586/12934</w:t>
        <w:br/>
        <w:t>f 13948/14638/12985 13949/14637/12984 13898/14586/12934</w:t>
        <w:br/>
        <w:t>f 13952/14641/12988 13955/14642/12989 13954/14643/12990</w:t>
        <w:br/>
        <w:t>f 13953/14644/12991 13952/14641/12988 13954/14643/12990</w:t>
        <w:br/>
        <w:t>f 13955/14642/12989 13952/14641/12988 13950/14640/12987</w:t>
        <w:br/>
        <w:t>f 13956/14645/12992 13955/14642/12989 13950/14640/12987</w:t>
        <w:br/>
        <w:t>f 13953/14644/12991 13905/14595/12943 13922/14613/12960</w:t>
        <w:br/>
        <w:t>f 13952/14641/12988 13953/14644/12991 13922/14613/12960</w:t>
        <w:br/>
        <w:t>f 13958/14646/12993 13957/14647/12994 13953/14644/12991</w:t>
        <w:br/>
        <w:t>f 13954/14643/12990 13958/14646/12993 13953/14644/12991</w:t>
        <w:br/>
        <w:t>f 13961/14648/12995 13960/14649/12996 13959/14650/12997</w:t>
        <w:br/>
        <w:t>f 13962/14651/12993 13961/14648/12995 13959/14650/12997</w:t>
        <w:br/>
        <w:t>f 13961/14648/12995 13963/14652/12998 13939/14630/12977</w:t>
        <w:br/>
        <w:t>f 13960/14649/12996 13961/14648/12995 13939/14630/12977</w:t>
        <w:br/>
        <w:t>f 13939/14630/12977 13940/14629/12976 13943/14632/12979</w:t>
        <w:br/>
        <w:t>f 13960/14649/12996 13939/14630/12977 13943/14632/12979</w:t>
        <w:br/>
        <w:t>f 13905/14595/12943 13953/14644/12991 13957/14647/12994</w:t>
        <w:br/>
        <w:t>f 13906/14594/12942 13905/14595/12943 13957/14647/12994</w:t>
        <w:br/>
        <w:t>f 13960/14649/12996 13943/14632/12979 13964/14653/12999</w:t>
        <w:br/>
        <w:t>f 13959/14650/12997 13960/14649/12996 13964/14653/12999</w:t>
        <w:br/>
        <w:t>f 13915/14604/12951 13916/14605/12952 13920/14609/12956</w:t>
        <w:br/>
        <w:t>f 13951/14639/12986 13915/14604/12951 13920/14609/12956</w:t>
        <w:br/>
        <w:t>f 13965/14654/13000 13946/14635/12982 13901/14588/12936</w:t>
        <w:br/>
        <w:t>f 13942/14631/12978 13965/14654/13000 13901/14588/12936</w:t>
        <w:br/>
        <w:t>f 13902/14591/12939 13899/14590/12938 13889/14581/12929</w:t>
        <w:br/>
        <w:t>f 13966/14655/13001 13902/14591/12939 13889/14581/12929</w:t>
        <w:br/>
        <w:t>f 13903/14592/12940 13912/14601/12948 13967/14656/13002</w:t>
        <w:br/>
        <w:t>f 13892/14578/12926 13903/14592/12940 13967/14656/13002</w:t>
        <w:br/>
        <w:t>f 13968/14657/13003 13967/14656/13002 13912/14601/12948</w:t>
        <w:br/>
        <w:t>f 13913/14600/12947 13968/14657/13003 13912/14601/12948</w:t>
        <w:br/>
        <w:t>f 13968/14657/13003 13970/14658/13004 13969/14659/13005</w:t>
        <w:br/>
        <w:t>f 13971/14660/13006 13968/14657/13003 13969/14659/13005</w:t>
        <w:br/>
        <w:t>f 13951/14639/12986 13929/14619/12966 13970/14658/13004</w:t>
        <w:br/>
        <w:t>f 13915/14604/12951 13951/14639/12986 13970/14658/13004</w:t>
        <w:br/>
        <w:t>f 13929/14619/12966 13951/14639/12986 13923/14612/12959</w:t>
        <w:br/>
        <w:t>f 13924/14611/12958 13929/14619/12966 13923/14612/12959</w:t>
        <w:br/>
        <w:t>f 13919/14610/12957 13916/14605/12952 13914/14603/12950</w:t>
        <w:br/>
        <w:t>f 13935/14624/12971 13919/14610/12957 13914/14603/12950</w:t>
        <w:br/>
        <w:t>f 13920/14609/12956 13921/14608/12955 13956/14645/12992</w:t>
        <w:br/>
        <w:t>f 13950/14640/12987 13920/14609/12956 13956/14645/12992</w:t>
        <w:br/>
        <w:t>f 13947/14636/12983 13966/14655/13001 13972/14661/13007</w:t>
        <w:br/>
        <w:t>f 13973/14662/13008 13947/14636/12983 13972/14661/13007</w:t>
        <w:br/>
        <w:t>f 13963/14652/12998 13965/14654/13000 13942/14631/12978</w:t>
        <w:br/>
        <w:t>f 13939/14630/12977 13963/14652/12998 13942/14631/12978</w:t>
        <w:br/>
        <w:t>f 13976/14663/13009 13975/14664/12932 13936/14625/12972</w:t>
        <w:br/>
        <w:t>f 13974/14665/13010 13976/14663/13009 13936/14625/12972</w:t>
        <w:br/>
        <w:t>f 13884/14573/12921 13880/14570/12918 13881/14569/12917</w:t>
        <w:br/>
        <w:t>f 13883/14572/12920 13884/14573/12921 13881/14569/12917</w:t>
        <w:br/>
        <w:t>f 13978/14666/13011 13926/14615/12962 13932/14621/12968</w:t>
        <w:br/>
        <w:t>f 13977/14667/13012 13978/14666/13011 13932/14621/12968</w:t>
        <w:br/>
        <w:t>f 13982/14668/13013 13981/14669/13014 13980/14670/13015</w:t>
        <w:br/>
        <w:t>f 13979/14671/13016 13982/14668/13013 13980/14670/13015</w:t>
        <w:br/>
        <w:t>f 13986/14672/13017 13985/14673/13018 13984/14674/13019</w:t>
        <w:br/>
        <w:t>f 13983/14675/13020 13986/14672/13017 13984/14674/13019</w:t>
        <w:br/>
        <w:t>f 13979/14671/13016 13980/14670/13015 13988/14676/13021</w:t>
        <w:br/>
        <w:t>f 13987/14677/13022 13979/14671/13016 13988/14676/13021</w:t>
        <w:br/>
        <w:t>f 13989/14678/13023 13888/14574/12922 13885/14577/12925</w:t>
        <w:br/>
        <w:t>f 13990/14679/13024 13989/14678/13023 13885/14577/12925</w:t>
        <w:br/>
        <w:t>f 13992/14680/13025 13991/14681/13026 13890/14580/12928</w:t>
        <w:br/>
        <w:t>f 13891/14579/12927 13992/14680/13025 13890/14580/12928</w:t>
        <w:br/>
        <w:t>f 13996/14682/13027 13995/14683/13028 13994/14684/13009</w:t>
        <w:br/>
        <w:t>f 13993/14685/13029 13996/14682/13027 13994/14684/13009</w:t>
        <w:br/>
        <w:t>f 13985/14673/13018 13998/14686/13030 13997/14687/13031</w:t>
        <w:br/>
        <w:t>f 13984/14674/13019 13985/14673/13018 13997/14687/13031</w:t>
        <w:br/>
        <w:t>f 14001/14688/13032 14000/14689/13033 13978/14666/13011</w:t>
        <w:br/>
        <w:t>f 13999/14690/13034 14001/14688/13032 13978/14666/13011</w:t>
        <w:br/>
        <w:t>f 13931/14620/12967 14003/14691/13035 14002/14692/13036</w:t>
        <w:br/>
        <w:t>f 13930/14618/12965 13931/14620/12967 14002/14692/13036</w:t>
        <w:br/>
        <w:t>f 14000/14689/13033 14001/14688/13032 14004/14693/13037</w:t>
        <w:br/>
        <w:t>f 13974/14665/13010 14000/14689/13033 14004/14693/13037</w:t>
        <w:br/>
        <w:t>f 14006/14694/13038 14005/14695/13039 13995/14683/13028</w:t>
        <w:br/>
        <w:t>f 13996/14682/13027 14006/14694/13038 13995/14683/13028</w:t>
        <w:br/>
        <w:t>f 13998/14686/13030 14005/14695/13039 14006/14694/13038</w:t>
        <w:br/>
        <w:t>f 13997/14687/13031 13998/14686/13030 14006/14694/13038</w:t>
        <w:br/>
        <w:t>f 14008/14696/13040 14007/14697/13041 13971/14660/13006</w:t>
        <w:br/>
        <w:t>f 13969/14659/13005 14008/14696/13040 13971/14660/13006</w:t>
        <w:br/>
        <w:t>f 14007/14697/13041 14008/14696/13040 14009/14698/13042</w:t>
        <w:br/>
        <w:t>f 14010/14699/13043 14007/14697/13041 14009/14698/13042</w:t>
        <w:br/>
        <w:t>f 13991/14681/13026 14011/14700/13044 13972/14661/13007</w:t>
        <w:br/>
        <w:t>f 13890/14580/12928 13991/14681/13026 13972/14661/13007</w:t>
        <w:br/>
        <w:t>f 14011/14700/13044 13991/14681/13026 14012/14701/13045</w:t>
        <w:br/>
        <w:t>f 14013/14702/13046 14011/14700/13044 14012/14701/13045</w:t>
        <w:br/>
        <w:t>f 14007/14697/13041 13992/14680/13025 13891/14579/12927</w:t>
        <w:br/>
        <w:t>f 13971/14660/13006 14007/14697/13041 13891/14579/12927</w:t>
        <w:br/>
        <w:t>f 14010/14699/13043 14014/14703/13047 13992/14680/13025</w:t>
        <w:br/>
        <w:t>f 14007/14697/13041 14010/14699/13043 13992/14680/13025</w:t>
        <w:br/>
        <w:t>f 13910/14599/12946 14016/14704/13048 14015/14705/13024</w:t>
        <w:br/>
        <w:t>f 13909/14596/12944 13910/14599/12946 14015/14705/13024</w:t>
        <w:br/>
        <w:t>f 14017/14706/13049 14015/14705/13024 14016/14704/13048</w:t>
        <w:br/>
        <w:t>f 14018/14707/13050 14017/14706/13049 14016/14704/13048</w:t>
        <w:br/>
        <w:t>f 13973/14662/13008 13972/14661/13007 14011/14700/13044</w:t>
        <w:br/>
        <w:t>f 14019/14708/13051 13973/14662/13008 14011/14700/13044</w:t>
        <w:br/>
        <w:t>f 14013/14702/13046 14020/14709/13052 14019/14708/13051</w:t>
        <w:br/>
        <w:t>f 14011/14700/13044 14013/14702/13046 14019/14708/13051</w:t>
        <w:br/>
        <w:t>f 14003/14691/13035 13931/14620/12967 13917/14606/12953</w:t>
        <w:br/>
        <w:t>f 14021/14710/13053 14003/14691/13035 13917/14606/12953</w:t>
        <w:br/>
        <w:t>f 14023/14711/13054 14003/14691/13035 14021/14710/13053</w:t>
        <w:br/>
        <w:t>f 14022/14712/13055 14023/14711/13054 14021/14710/13053</w:t>
        <w:br/>
        <w:t>f 14008/14696/13040 13969/14659/13005 13930/14618/12965</w:t>
        <w:br/>
        <w:t>f 14002/14692/13036 14008/14696/13040 13930/14618/12965</w:t>
        <w:br/>
        <w:t>f 14002/14692/13036 14024/14713/13056 14009/14698/13042</w:t>
        <w:br/>
        <w:t>f 14008/14696/13040 14002/14692/13036 14009/14698/13042</w:t>
        <w:br/>
        <w:t>f 13888/14574/12922 13989/14678/13023 14021/14710/13053</w:t>
        <w:br/>
        <w:t>f 13917/14606/12953 13888/14574/12922 14021/14710/13053</w:t>
        <w:br/>
        <w:t>f 13989/14678/13023 14025/14714/13057 14022/14712/13055</w:t>
        <w:br/>
        <w:t>f 14021/14710/13053 13989/14678/13023 14022/14712/13055</w:t>
        <w:br/>
        <w:t>f 14016/14704/13048 13910/14599/12946 14026/14715/13058</w:t>
        <w:br/>
        <w:t>f 14027/14716/13059 14016/14704/13048 14026/14715/13058</w:t>
        <w:br/>
        <w:t>f 14018/14707/13050 14016/14704/13048 14027/14716/13059</w:t>
        <w:br/>
        <w:t>f 14028/14717/13060 14018/14707/13050 14027/14716/13059</w:t>
        <w:br/>
        <w:t>f 14019/14708/13051 14027/14716/13059 14026/14715/13058</w:t>
        <w:br/>
        <w:t>f 13973/14662/13008 14019/14708/13051 14026/14715/13058</w:t>
        <w:br/>
        <w:t>f 14020/14709/13052 14028/14717/13060 14027/14716/13059</w:t>
        <w:br/>
        <w:t>f 14019/14708/13051 14020/14709/13052 14027/14716/13059</w:t>
        <w:br/>
        <w:t>f 14025/14714/13057 13989/14678/13023 13990/14679/13024</w:t>
        <w:br/>
        <w:t>f 14029/14718/13061 14025/14714/13057 13990/14679/13024</w:t>
        <w:br/>
        <w:t>f 14014/14703/13047 14012/14701/13045 13991/14681/13026</w:t>
        <w:br/>
        <w:t>f 13992/14680/13025 14014/14703/13047 13991/14681/13026</w:t>
        <w:br/>
        <w:t>f 14024/14713/13056 14002/14692/13036 14003/14691/13035</w:t>
        <w:br/>
        <w:t>f 14023/14711/13054 14024/14713/13056 14003/14691/13035</w:t>
        <w:br/>
        <w:t>f 14030/14719/13062 13977/14667/13012 13981/14669/13014</w:t>
        <w:br/>
        <w:t>f 13982/14668/13013 14030/14719/13062 13981/14669/13014</w:t>
        <w:br/>
        <w:t>f 14031/14720/13029 13976/14663/13009 13974/14665/13010</w:t>
        <w:br/>
        <w:t>f 14004/14693/13037 14031/14720/13029 13974/14665/13010</w:t>
        <w:br/>
        <w:t>f 13988/14676/13021 13986/14672/13017 13983/14675/13020</w:t>
        <w:br/>
        <w:t>f 13987/14677/13022 13988/14676/13021 13983/14675/13020</w:t>
        <w:br/>
        <w:t>f 13977/14667/13012 14030/14719/13062 13999/14690/13034</w:t>
        <w:br/>
        <w:t>f 13978/14666/13011 13977/14667/13012 13999/14690/13034</w:t>
        <w:br/>
        <w:t>f 13943/14632/12979 13907/14598/12945 13908/14597/12924</w:t>
        <w:br/>
        <w:t>f 13964/14653/12999 13943/14632/12979 13908/14597/12924</w:t>
        <w:br/>
        <w:t>f 13905/14595/12943 13887/14575/12923 13918/14607/12954</w:t>
        <w:br/>
        <w:t>f 13922/14613/12960 13905/14595/12943 13918/14607/12954</w:t>
        <w:br/>
        <w:t>f 13918/14607/12954 13917/14606/12953 13931/14620/12967</w:t>
        <w:br/>
        <w:t>f 13924/14611/12958 13918/14607/12954 13931/14620/12967</w:t>
        <w:br/>
        <w:t>f 13944/14633/12980 14026/14715/13058 13910/14599/12946</w:t>
        <w:br/>
        <w:t>f 13907/14598/12945 13944/14633/12980 13910/14599/12946</w:t>
        <w:br/>
        <w:t>f 13973/14662/13008 14026/14715/13058 13944/14633/12980</w:t>
        <w:br/>
        <w:t>f 13947/14636/12983 13973/14662/13008 13944/14633/12980</w:t>
        <w:br/>
        <w:t>f 13890/14580/12928 13972/14661/13007 13966/14655/13001</w:t>
        <w:br/>
        <w:t>f 13889/14581/12929 13890/14580/12928 13966/14655/13001</w:t>
        <w:br/>
        <w:t>f 13889/14581/12929 13899/14590/12938 13903/14592/12940</w:t>
        <w:br/>
        <w:t>f 13892/14578/12926 13889/14581/12929 13903/14592/12940</w:t>
        <w:br/>
        <w:t>f 13967/14656/13002 13891/14579/12927 13892/14578/12926</w:t>
        <w:br/>
        <w:t>f 13971/14660/13006 13891/14579/12927 13967/14656/13002</w:t>
        <w:br/>
        <w:t>f 13968/14657/13003 13971/14660/13006 13967/14656/13002</w:t>
        <w:br/>
        <w:t>f 13970/14658/13004 13968/14657/13003 13913/14600/12947</w:t>
        <w:br/>
        <w:t>f 13915/14604/12951 13970/14658/13004 13913/14600/12947</w:t>
        <w:br/>
        <w:t>f 13969/14659/13005 13970/14658/13004 13929/14619/12966</w:t>
        <w:br/>
        <w:t>f 13930/14618/12965 13969/14659/13005 13929/14619/12966</w:t>
        <w:br/>
        <w:t>f 13966/14655/13001 13947/14636/12983 13941/14628/12975</w:t>
        <w:br/>
        <w:t>f 13902/14591/12939 13966/14655/13001 13941/14628/12975</w:t>
        <w:br/>
        <w:t>f 13876/14565/12913 13877/14564/12912 13980/14670/13015</w:t>
        <w:br/>
        <w:t>f 13981/14669/13014 13876/14565/12913 13980/14670/13015</w:t>
        <w:br/>
        <w:t>f 13985/14673/13018 13986/14672/13017 13881/14569/12917</w:t>
        <w:br/>
        <w:t>f 13882/14568/12916 13985/14673/13018 13881/14569/12917</w:t>
        <w:br/>
        <w:t>f 13877/14564/12912 13883/14572/12920 13988/14676/13021</w:t>
        <w:br/>
        <w:t>f 13980/14670/13015 13877/14564/12912 13988/14676/13021</w:t>
        <w:br/>
        <w:t>f 13894/14584/12932 13994/14684/13009 13995/14683/13028</w:t>
        <w:br/>
        <w:t>f 13893/14585/12933 13894/14584/12932 13995/14683/13028</w:t>
        <w:br/>
        <w:t>f 13882/14568/12916 13897/14587/12935 13998/14686/13030</w:t>
        <w:br/>
        <w:t>f 13985/14673/13018 13882/14568/12916 13998/14686/13030</w:t>
        <w:br/>
        <w:t>f 13926/14615/12962 13978/14666/13011 14000/14689/13033</w:t>
        <w:br/>
        <w:t>f 13925/14616/12963 13926/14615/12962 14000/14689/13033</w:t>
        <w:br/>
        <w:t>f 13876/14565/12913 13981/14669/13014 13977/14667/13012</w:t>
        <w:br/>
        <w:t>f 13932/14621/12968 13876/14565/12913 13977/14667/13012</w:t>
        <w:br/>
        <w:t>f 13925/14616/12963 14000/14689/13033 13974/14665/13010</w:t>
        <w:br/>
        <w:t>f 13936/14625/12972 13925/14616/12963 13974/14665/13010</w:t>
        <w:br/>
        <w:t>f 14005/14695/13039 13949/14637/12984 13893/14585/12933</w:t>
        <w:br/>
        <w:t>f 13995/14683/13028 14005/14695/13039 13893/14585/12933</w:t>
        <w:br/>
        <w:t>f 13897/14587/12935 13949/14637/12984 14005/14695/13039</w:t>
        <w:br/>
        <w:t>f 13998/14686/13030 13897/14587/12935 14005/14695/13039</w:t>
        <w:br/>
        <w:t>f 13975/14664/12932 14032/14721/13063 13937/14626/12973</w:t>
        <w:br/>
        <w:t>f 13936/14625/12972 13975/14664/12932 13937/14626/12973</w:t>
        <w:br/>
        <w:t>f 13883/14572/12920 13881/14569/12917 13986/14672/13017</w:t>
        <w:br/>
        <w:t>f 13988/14676/13021 13883/14572/12920 13986/14672/13017</w:t>
        <w:br/>
        <w:t>f 13926/14615/12962 13927/14614/12961 13933/14622/12969</w:t>
        <w:br/>
        <w:t>f 13932/14621/12968 13926/14615/12962 13933/14622/12969</w:t>
        <w:br/>
        <w:t>f 13938/14627/12974 13945/14634/12981 14033/14722/13064</w:t>
        <w:br/>
        <w:t>f 14034/14723/13065 13938/14627/12974 14033/14722/13064</w:t>
        <w:br/>
        <w:t>f 13934/14623/12970 13938/14627/12974 14034/14723/13065</w:t>
        <w:br/>
        <w:t>f 14035/14724/13066 13934/14623/12970 14034/14723/13065</w:t>
        <w:br/>
        <w:t>f 14037/14725/13067 14036/14726/13068 13946/14635/12982</w:t>
        <w:br/>
        <w:t>f 13965/14654/13000 14037/14725/13067 13946/14635/12982</w:t>
        <w:br/>
        <w:t>f 14039/14727/13069 13921/14608/12955 13919/14610/12957</w:t>
        <w:br/>
        <w:t>f 14038/14728/13070 14039/14727/13069 13919/14610/12957</w:t>
        <w:br/>
        <w:t>f 14040/14729/13071 13956/14645/12992 13921/14608/12955</w:t>
        <w:br/>
        <w:t>f 14039/14727/13069 14040/14729/13071 13921/14608/12955</w:t>
        <w:br/>
        <w:t>f 14041/14730/13072 13955/14642/12989 13956/14645/12992</w:t>
        <w:br/>
        <w:t>f 14040/14729/13071 14041/14730/13072 13956/14645/12992</w:t>
        <w:br/>
        <w:t>f 14042/14731/13073 13954/14643/12990 13955/14642/12989</w:t>
        <w:br/>
        <w:t>f 14041/14730/13072 14042/14731/13073 13955/14642/12989</w:t>
        <w:br/>
        <w:t>f 13954/14643/12990 14042/14731/13073 14043/14732/13074</w:t>
        <w:br/>
        <w:t>f 13958/14646/12993 13954/14643/12990 14043/14732/13074</w:t>
        <w:br/>
        <w:t>f 14045/14733/13075 13961/14648/12995 13962/14651/12993</w:t>
        <w:br/>
        <w:t>f 14044/14734/13076 14045/14733/13075 13962/14651/12993</w:t>
        <w:br/>
        <w:t>f 14045/14733/13075 14046/14735/13077 13963/14652/12998</w:t>
        <w:br/>
        <w:t>f 13961/14648/12995 14045/14733/13075 13963/14652/12998</w:t>
        <w:br/>
        <w:t>f 14046/14735/13077 14037/14725/13067 13965/14654/13000</w:t>
        <w:br/>
        <w:t>f 13963/14652/12998 14046/14735/13077 13965/14654/13000</w:t>
        <w:br/>
        <w:t>f 14038/14728/13070 13919/14610/12957 13935/14624/12971</w:t>
        <w:br/>
        <w:t>f 14047/14736/13078 14038/14728/13070 13935/14624/12971</w:t>
        <w:br/>
        <w:t>f 13935/14624/12971 13934/14623/12970 14035/14724/13066</w:t>
        <w:br/>
        <w:t>f 14047/14736/13078 13935/14624/12971 14035/14724/13066</w:t>
        <w:br/>
        <w:t>f 14036/14726/13068 14033/14722/13064 13945/14634/12981</w:t>
        <w:br/>
        <w:t>f 13946/14635/12982 14036/14726/13068 13945/14634/12981</w:t>
        <w:br/>
        <w:t>f 14050/14737/13079 14049/14738/13080 14048/14739/13081</w:t>
        <w:br/>
        <w:t>f 14051/14740/13082 14050/14737/13079 14048/14739/13081</w:t>
        <w:br/>
        <w:t>f 14049/14738/13080 14053/14741/13083 14052/14742/13084</w:t>
        <w:br/>
        <w:t>f 14048/14739/13081 14049/14738/13080 14052/14742/13084</w:t>
        <w:br/>
        <w:t>f 14049/14738/13080 14050/14737/13079 14055/14743/13085</w:t>
        <w:br/>
        <w:t>f 14054/14744/13086 14049/14738/13080 14055/14743/13085</w:t>
        <w:br/>
        <w:t>f 14059/14745/13087 14058/14746/13088 14057/14747/13089</w:t>
        <w:br/>
        <w:t>f 14056/14748/13090 14059/14745/13087 14057/14747/13089</w:t>
        <w:br/>
        <w:t>f 14061/14749/13091 14060/14750/13092 14057/14747/13089</w:t>
        <w:br/>
        <w:t>f 14058/14746/13088 14061/14749/13091 14057/14747/13089</w:t>
        <w:br/>
        <w:t>f 14065/14751/13093 14064/14752/13094 14063/14753/13095</w:t>
        <w:br/>
        <w:t>f 14062/14754/13096 14065/14751/13093 14063/14753/13095</w:t>
        <w:br/>
        <w:t>f 14068/14755/13097 14067/14756/13098 14066/14757/13099</w:t>
        <w:br/>
        <w:t>f 14072/14758/13100 14071/14759/13101 14070/14760/13102</w:t>
        <w:br/>
        <w:t>f 14069/14761/13103 14072/14758/13100 14070/14760/13102</w:t>
        <w:br/>
        <w:t>f 14075/14762/13104 14074/14763/13105 14073/14764/13106</w:t>
        <w:br/>
        <w:t>f 14076/14765/13107 14075/14762/13104 14073/14764/13106</w:t>
        <w:br/>
        <w:t>f 14079/14766/13108 14056/14748/13090 14078/14767/13109</w:t>
        <w:br/>
        <w:t>f 14077/14768/13110 14079/14766/13108 14078/14767/13109</w:t>
        <w:br/>
        <w:t>f 14082/14769/13111 14081/14770/13112 14080/14771/13113</w:t>
        <w:br/>
        <w:t>f 14083/14772/13114 14082/14769/13111 14080/14771/13113</w:t>
        <w:br/>
        <w:t>f 14086/14773/13115 14085/14774/13116 14084/14775/13117</w:t>
        <w:br/>
        <w:t>f 14087/14776/13118 14086/14773/13115 14084/14775/13117</w:t>
        <w:br/>
        <w:t>f 14090/14777/13119 14089/14778/13120 14088/14779/13121</w:t>
        <w:br/>
        <w:t>f 14091/14780/13122 14090/14777/13119 14088/14779/13121</w:t>
        <w:br/>
        <w:t>f 14094/14781/13123 14093/14782/13124 14092/14783/13125</w:t>
        <w:br/>
        <w:t>f 14095/14784/13126 14094/14781/13123 14092/14783/13125</w:t>
        <w:br/>
        <w:t>f 14095/14784/13126 14098/14785/13127 14097/14786/13128</w:t>
        <w:br/>
        <w:t>f 14096/14787/13129 14095/14784/13126 14097/14786/13128</w:t>
        <w:br/>
        <w:t>f 13875/14566/12914 14064/14752/13094 14076/14765/13107</w:t>
        <w:br/>
        <w:t>f 13878/14567/12915 13875/14566/12914 14076/14765/13107</w:t>
        <w:br/>
        <w:t>f 14056/14748/13090 14057/14747/13089 14099/14788/13130</w:t>
        <w:br/>
        <w:t>f 14078/14767/13109 14056/14748/13090 14099/14788/13130</w:t>
        <w:br/>
        <w:t>f 14089/14778/13120 14090/14777/13119 14101/14789/13131</w:t>
        <w:br/>
        <w:t>f 14100/14790/13132 14089/14778/13120 14101/14789/13131</w:t>
        <w:br/>
        <w:t>f 14103/14791/13133 14082/14769/13111 14083/14772/13114</w:t>
        <w:br/>
        <w:t>f 14102/14792/13134 14103/14791/13133 14083/14772/13114</w:t>
        <w:br/>
        <w:t>f 14104/14793/13135 14097/14786/13128 14098/14785/13127</w:t>
        <w:br/>
        <w:t>f 14087/14776/13118 14104/14793/13135 14098/14785/13127</w:t>
        <w:br/>
        <w:t>f 14087/14776/13118 14084/14775/13117 14105/14794/13136</w:t>
        <w:br/>
        <w:t>f 14104/14793/13135 14087/14776/13118 14105/14794/13136</w:t>
        <w:br/>
        <w:t>f 14106/14795/13137 14059/14745/13087 14056/14748/13090</w:t>
        <w:br/>
        <w:t>f 14079/14766/13108 14106/14795/13137 14056/14748/13090</w:t>
        <w:br/>
        <w:t>f 14082/14769/13111 14103/14791/13133 14091/14780/13122</w:t>
        <w:br/>
        <w:t>f 14088/14779/13121 14082/14769/13111 14091/14780/13122</w:t>
        <w:br/>
        <w:t>f 14100/14790/13132 14109/14796/13138 14108/14797/13139</w:t>
        <w:br/>
        <w:t>f 14107/14798/13140 14100/14790/13132 14108/14797/13139</w:t>
        <w:br/>
        <w:t>f 14111/14799/13141 14080/14771/13113 14081/14770/13112</w:t>
        <w:br/>
        <w:t>f 14110/14800/13142 14111/14799/13141 14081/14770/13112</w:t>
        <w:br/>
        <w:t>f 14086/14773/13115 14113/14801/13143 14112/14802/13144</w:t>
        <w:br/>
        <w:t>f 14114/14803/13145 14086/14773/13115 14112/14802/13144</w:t>
        <w:br/>
        <w:t>f 14107/14798/13140 14115/14804/13146 14089/14778/13120</w:t>
        <w:br/>
        <w:t>f 14100/14790/13132 14107/14798/13140 14089/14778/13120</w:t>
        <w:br/>
        <w:t>f 14118/14805/13147 14117/14806/13148 14116/14807/13149</w:t>
        <w:br/>
        <w:t>f 14115/14804/13146 14118/14805/13147 14116/14807/13149</w:t>
        <w:br/>
        <w:t>f 14088/14779/13121 14116/14807/13149 14081/14770/13112</w:t>
        <w:br/>
        <w:t>f 14082/14769/13111 14088/14779/13121 14081/14770/13112</w:t>
        <w:br/>
        <w:t>f 14096/14787/13129 14119/14808/13150 14094/14781/13123</w:t>
        <w:br/>
        <w:t>f 14095/14784/13126 14096/14787/13129 14094/14781/13123</w:t>
        <w:br/>
        <w:t>f 14048/14739/13081 14112/14802/13144 14120/14809/13151</w:t>
        <w:br/>
        <w:t>f 14051/14740/13082 14048/14739/13081 14120/14809/13151</w:t>
        <w:br/>
        <w:t>f 14095/14784/13126 14092/14783/13125 14113/14801/13143</w:t>
        <w:br/>
        <w:t>f 14098/14785/13127 14095/14784/13126 14113/14801/13143</w:t>
        <w:br/>
        <w:t>f 14092/14783/13125 14120/14809/13151 14112/14802/13144</w:t>
        <w:br/>
        <w:t>f 14113/14801/13143 14092/14783/13125 14112/14802/13144</w:t>
        <w:br/>
        <w:t>f 14051/14740/13082 14121/14810/13152 14069/14761/13103</w:t>
        <w:br/>
        <w:t>f 14050/14737/13079 14051/14740/13082 14069/14761/13103</w:t>
        <w:br/>
        <w:t>f 14123/14811/13153 14122/14812/13154 14107/14798/13140</w:t>
        <w:br/>
        <w:t>f 14108/14797/13139 14123/14811/13153 14107/14798/13140</w:t>
        <w:br/>
        <w:t>f 14115/14804/13146 14107/14798/13140 14122/14812/13154</w:t>
        <w:br/>
        <w:t>f 14118/14805/13147 14115/14804/13146 14122/14812/13154</w:t>
        <w:br/>
        <w:t>f 14121/14810/13152 14126/14813/13155 14125/14814/13141</w:t>
        <w:br/>
        <w:t>f 14124/14815/13099 14121/14810/13152 14125/14814/13141</w:t>
        <w:br/>
        <w:t>f 14057/14747/13089 14060/14750/13092 14127/14816/13156</w:t>
        <w:br/>
        <w:t>f 14099/14788/13130 14057/14747/13089 14127/14816/13156</w:t>
        <w:br/>
        <w:t>f 14114/14803/13145 14112/14802/13144 14048/14739/13081</w:t>
        <w:br/>
        <w:t>f 14052/14742/13084 14114/14803/13145 14048/14739/13081</w:t>
        <w:br/>
        <w:t>f 14051/14740/13082 14120/14809/13151 14126/14813/13155</w:t>
        <w:br/>
        <w:t>f 14121/14810/13152 14051/14740/13082 14126/14813/13155</w:t>
        <w:br/>
        <w:t>f 14093/14782/13124 14126/14813/13155 14120/14809/13151</w:t>
        <w:br/>
        <w:t>f 14092/14783/13125 14093/14782/13124 14120/14809/13151</w:t>
        <w:br/>
        <w:t>f 14128/14817/13157 14052/14742/13084 14053/14741/13083</w:t>
        <w:br/>
        <w:t>f 14074/14763/13105 14128/14817/13157 14053/14741/13083</w:t>
        <w:br/>
        <w:t>f 14114/14803/13145 14129/14818/13158 14085/14774/13116</w:t>
        <w:br/>
        <w:t>f 14086/14773/13115 14114/14803/13145 14085/14774/13116</w:t>
        <w:br/>
        <w:t>f 14129/14818/13158 14114/14803/13145 14052/14742/13084</w:t>
        <w:br/>
        <w:t>f 14128/14817/13157 14129/14818/13158 14052/14742/13084</w:t>
        <w:br/>
        <w:t>f 14113/14801/13143 14086/14773/13115 14087/14776/13118</w:t>
        <w:br/>
        <w:t>f 14098/14785/13127 14113/14801/13143 14087/14776/13118</w:t>
        <w:br/>
        <w:t>f 14130/14819/13159 14125/14814/13141 14126/14813/13155</w:t>
        <w:br/>
        <w:t>f 14093/14782/13124 14130/14819/13159 14126/14813/13155</w:t>
        <w:br/>
        <w:t>f 14062/14754/13096 14063/14753/13095 14131/14820/13160</w:t>
        <w:br/>
        <w:t>f 14132/14821/13161 14062/14754/13096 14131/14820/13160</w:t>
        <w:br/>
        <w:t>f 14068/14755/13097 14066/14757/13099 14133/14822/13162</w:t>
        <w:br/>
        <w:t>f 14117/14806/13148 14110/14800/13142 14081/14770/13112</w:t>
        <w:br/>
        <w:t>f 14116/14807/13149 14117/14806/13148 14081/14770/13112</w:t>
        <w:br/>
        <w:t>f 14132/14821/13161 14131/14820/13160 14135/14823/13163</w:t>
        <w:br/>
        <w:t>f 14134/14824/13164 14132/14821/13161 14135/14823/13163</w:t>
        <w:br/>
        <w:t>f 14133/14822/13162 14127/14816/13156 14060/14750/13092</w:t>
        <w:br/>
        <w:t>f 14068/14755/13097 14133/14822/13162 14060/14750/13092</w:t>
        <w:br/>
        <w:t>f 14084/14775/13117 14109/14796/13138 14136/14825/13165</w:t>
        <w:br/>
        <w:t>f 14105/14794/13136 14084/14775/13117 14136/14825/13165</w:t>
        <w:br/>
        <w:t>f 14079/14766/13108 14077/14768/13110 14128/14817/13157</w:t>
        <w:br/>
        <w:t>f 14068/14755/13097 14060/14750/13092 14061/14749/13091</w:t>
        <w:br/>
        <w:t>f 14067/14756/13098 14068/14755/13097 14061/14749/13091</w:t>
        <w:br/>
        <w:t>f 14121/14810/13152 14124/14815/13099 14072/14758/13100</w:t>
        <w:br/>
        <w:t>f 14069/14761/13103 14121/14810/13152 14072/14758/13100</w:t>
        <w:br/>
        <w:t>f 14116/14807/13149 14088/14779/13121 14089/14778/13120</w:t>
        <w:br/>
        <w:t>f 14115/14804/13146 14116/14807/13149 14089/14778/13120</w:t>
        <w:br/>
        <w:t>f 14109/14796/13138 14084/14775/13117 14085/14774/13116</w:t>
        <w:br/>
        <w:t>f 14108/14797/13139 14109/14796/13138 14085/14774/13116</w:t>
        <w:br/>
        <w:t>f 14109/14796/13138 14100/14790/13132 14101/14789/13131</w:t>
        <w:br/>
        <w:t>f 14136/14825/13165 14109/14796/13138 14101/14789/13131</w:t>
        <w:br/>
        <w:t>f 14129/14818/13158 14123/14811/13153 14108/14797/13139</w:t>
        <w:br/>
        <w:t>f 14085/14774/13116 14129/14818/13158 14108/14797/13139</w:t>
        <w:br/>
        <w:t>f 14137/14826/13114 14130/14819/13159 14093/14782/13124</w:t>
        <w:br/>
        <w:t>f 14094/14781/13123 14137/14826/13114 14093/14782/13124</w:t>
        <w:br/>
        <w:t>f 14137/14826/13114 14094/14781/13123 14119/14808/13150</w:t>
        <w:br/>
        <w:t>f 14138/14827/13134 14137/14826/13114 14119/14808/13150</w:t>
        <w:br/>
        <w:t>f 14064/14752/13094 13875/14566/12914 13933/14622/12969</w:t>
        <w:br/>
        <w:t>f 14063/14753/13095 14064/14752/13094 13933/14622/12969</w:t>
        <w:br/>
        <w:t>f 14140/14828/13101 14139/14829/13166 14134/14824/13164</w:t>
        <w:br/>
        <w:t>f 14135/14823/13163 14140/14828/13101 14134/14824/13164</w:t>
        <w:br/>
        <w:t>f 13896/14582/12930 14070/14760/13102 14071/14759/13101</w:t>
        <w:br/>
        <w:t>f 13895/14583/12931 13896/14582/12930 14071/14759/13101</w:t>
        <w:br/>
        <w:t>f 14064/14752/13094 14065/14751/13093 14075/14762/13104</w:t>
        <w:br/>
        <w:t>f 14076/14765/13107 14064/14752/13094 14075/14762/13104</w:t>
        <w:br/>
        <w:t>f 14073/14764/13106 14074/14763/13105 14053/14741/13083</w:t>
        <w:br/>
        <w:t>f 14141/14830/13167 14073/14764/13106 14053/14741/13083</w:t>
        <w:br/>
        <w:t>f 14131/14820/13160 13927/14614/12961 13928/14617/12964</w:t>
        <w:br/>
        <w:t>f 14135/14823/13163 14131/14820/13160 13928/14617/12964</w:t>
        <w:br/>
        <w:t>f 14055/14743/13085 14050/14737/13079 14069/14761/13103</w:t>
        <w:br/>
        <w:t>f 14070/14760/13102 14055/14743/13085 14069/14761/13103</w:t>
        <w:br/>
        <w:t>f 14143/14831/13168 14065/14751/13093 14062/14754/13096</w:t>
        <w:br/>
        <w:t>f 14142/14832/13169 14143/14831/13168 14062/14754/13096</w:t>
        <w:br/>
        <w:t>f 14142/14832/13169 14062/14754/13096 14132/14821/13161</w:t>
        <w:br/>
        <w:t>f 14144/14833/13170 14142/14832/13169 14132/14821/13161</w:t>
        <w:br/>
        <w:t>f 14145/14834/13171 14075/14762/13104 14065/14751/13093</w:t>
        <w:br/>
        <w:t>f 14143/14831/13168 14145/14834/13171 14065/14751/13093</w:t>
        <w:br/>
        <w:t>f 14134/14824/13164 14139/14829/13166 14146/14835/13172</w:t>
        <w:br/>
        <w:t>f 14132/14821/13161 14134/14824/13164 14146/14835/13172</w:t>
        <w:br/>
        <w:t>f 14144/14833/13170 14132/14821/13161 14146/14835/13172</w:t>
        <w:br/>
        <w:t>f 14075/14762/13104 14145/14834/13171 14074/14763/13105</w:t>
        <w:br/>
        <w:t>f 14054/14744/13086 14141/14830/13167 14053/14741/13083</w:t>
        <w:br/>
        <w:t>f 14049/14738/13080 14054/14744/13086 14053/14741/13083</w:t>
        <w:br/>
        <w:t>f 13879/14571/12919 14141/14830/13167 14054/14744/13086</w:t>
        <w:br/>
        <w:t>f 13898/14586/12934 13879/14571/12919 14054/14744/13086</w:t>
        <w:br/>
        <w:t>f 14150/14836/13173 14149/14837/13174 14148/14838/13175</w:t>
        <w:br/>
        <w:t>f 14147/14839/13176 14150/14836/13173 14148/14838/13175</w:t>
        <w:br/>
        <w:t>f 14104/14793/13135 14152/14840/13177 14151/14841/13178</w:t>
        <w:br/>
        <w:t>f 14097/14786/13128 14104/14793/13135 14151/14841/13178</w:t>
        <w:br/>
        <w:t>f 14156/14842/13179 14155/14843/13180 14154/14844/13181</w:t>
        <w:br/>
        <w:t>f 14153/14845/13182 14156/14842/13179 14154/14844/13181</w:t>
        <w:br/>
        <w:t>f 14153/14845/13182 14154/14844/13181 14158/14846/13183</w:t>
        <w:br/>
        <w:t>f 14157/14847/13184 14153/14845/13182 14158/14846/13183</w:t>
        <w:br/>
        <w:t>f 14096/14787/13129 14160/14848/13185 14159/14849/13186</w:t>
        <w:br/>
        <w:t>f 14119/14808/13150 14096/14787/13129 14159/14849/13186</w:t>
        <w:br/>
        <w:t>f 14151/14841/13178 14153/14845/13182 14157/14847/13184</w:t>
        <w:br/>
        <w:t>f 14160/14848/13185 14151/14841/13178 14157/14847/13184</w:t>
        <w:br/>
        <w:t>f 14163/14850/13187 14162/14851/13188 14161/14852/13189</w:t>
        <w:br/>
        <w:t>f 14164/14853/13190 14163/14850/13187 14161/14852/13189</w:t>
        <w:br/>
        <w:t>f 14090/14777/13119 14166/14854/13191 14165/14855/13192</w:t>
        <w:br/>
        <w:t>f 14101/14789/13131 14090/14777/13119 14165/14855/13192</w:t>
        <w:br/>
        <w:t>f 14152/14840/13177 14156/14842/13179 14153/14845/13182</w:t>
        <w:br/>
        <w:t>f 14151/14841/13178 14152/14840/13177 14153/14845/13182</w:t>
        <w:br/>
        <w:t>f 14159/14849/13186 14167/14856/13193 14138/14827/13134</w:t>
        <w:br/>
        <w:t>f 14119/14808/13150 14159/14849/13186 14138/14827/13134</w:t>
        <w:br/>
        <w:t>f 14170/14857/13194 14169/14858/13193 14168/14859/13195</w:t>
        <w:br/>
        <w:t>f 14161/14852/13189 14170/14857/13194 14168/14859/13195</w:t>
        <w:br/>
        <w:t>f 14091/14780/13122 14171/14860/13196 14166/14854/13191</w:t>
        <w:br/>
        <w:t>f 14090/14777/13119 14091/14780/13122 14166/14854/13191</w:t>
        <w:br/>
        <w:t>f 14170/14857/13194 14103/14791/13133 14102/14792/13134</w:t>
        <w:br/>
        <w:t>f 14169/14858/13193 14170/14857/13194 14102/14792/13134</w:t>
        <w:br/>
        <w:t>f 14149/14837/13174 14165/14855/13192 14166/14854/13191</w:t>
        <w:br/>
        <w:t>f 14148/14838/13175 14149/14837/13174 14166/14854/13191</w:t>
        <w:br/>
        <w:t>f 14162/14851/13188 14163/14850/13187 14147/14839/13176</w:t>
        <w:br/>
        <w:t>f 14148/14838/13175 14162/14851/13188 14147/14839/13176</w:t>
        <w:br/>
        <w:t>f 14171/14860/13196 14091/14780/13122 14103/14791/13133</w:t>
        <w:br/>
        <w:t>f 14170/14857/13194 14171/14860/13196 14103/14791/13133</w:t>
        <w:br/>
        <w:t>f 14162/14851/13188 14171/14860/13196 14170/14857/13194</w:t>
        <w:br/>
        <w:t>f 14161/14852/13189 14162/14851/13188 14170/14857/13194</w:t>
        <w:br/>
        <w:t>f 14173/14861/13197 14172/14862/13198 14157/14847/13184</w:t>
        <w:br/>
        <w:t>f 14158/14846/13183 14173/14861/13197 14157/14847/13184</w:t>
        <w:br/>
        <w:t>f 14160/14848/13185 14096/14787/13129 14097/14786/13128</w:t>
        <w:br/>
        <w:t>f 14151/14841/13178 14160/14848/13185 14097/14786/13128</w:t>
        <w:br/>
        <w:t>f 14160/14848/13185 14157/14847/13184 14172/14862/13198</w:t>
        <w:br/>
        <w:t>f 14159/14849/13186 14160/14848/13185 14172/14862/13198</w:t>
        <w:br/>
        <w:t>f 14174/14863/13199 14155/14843/13180 14156/14842/13179</w:t>
        <w:br/>
        <w:t>f 14175/14864/13200 14174/14863/13199 14156/14842/13179</w:t>
        <w:br/>
        <w:t>f 14105/14794/13136 14176/14865/13201 14152/14840/13177</w:t>
        <w:br/>
        <w:t>f 14104/14793/13135 14105/14794/13136 14152/14840/13177</w:t>
        <w:br/>
        <w:t>f 14175/14864/13200 14156/14842/13179 14152/14840/13177</w:t>
        <w:br/>
        <w:t>f 14176/14865/13201 14175/14864/13200 14152/14840/13177</w:t>
        <w:br/>
        <w:t>f 14178/14866/13202 14177/14867/13203 14149/14837/13174</w:t>
        <w:br/>
        <w:t>f 14150/14836/13173 14178/14866/13202 14149/14837/13174</w:t>
        <w:br/>
        <w:t>f 14101/14789/13131 14165/14855/13192 14179/14868/13204</w:t>
        <w:br/>
        <w:t>f 14136/14825/13165 14101/14789/13131 14179/14868/13204</w:t>
        <w:br/>
        <w:t>f 14179/14868/13204 14177/14867/13203 14175/14864/13200</w:t>
        <w:br/>
        <w:t>f 14176/14865/13201 14179/14868/13204 14175/14864/13200</w:t>
        <w:br/>
        <w:t>f 14148/14838/13175 14166/14854/13191 14171/14860/13196</w:t>
        <w:br/>
        <w:t>f 14162/14851/13188 14148/14838/13175 14171/14860/13196</w:t>
        <w:br/>
        <w:t>f 14176/14865/13201 14105/14794/13136 14136/14825/13165</w:t>
        <w:br/>
        <w:t>f 14179/14868/13204 14176/14865/13201 14136/14825/13165</w:t>
        <w:br/>
        <w:t>f 14177/14867/13203 14179/14868/13204 14165/14855/13192</w:t>
        <w:br/>
        <w:t>f 14149/14837/13174 14177/14867/13203 14165/14855/13192</w:t>
        <w:br/>
        <w:t>f 14172/14862/13198 14173/14861/13197 14180/14869/13205</w:t>
        <w:br/>
        <w:t>f 14181/14870/13195 14172/14862/13198 14180/14869/13205</w:t>
        <w:br/>
        <w:t>f 14172/14862/13198 14181/14870/13195 14167/14856/13193</w:t>
        <w:br/>
        <w:t>f 14159/14849/13186 14172/14862/13198 14167/14856/13193</w:t>
        <w:br/>
        <w:t>f 14074/14763/13105 14145/14834/13171 14106/14795/13137</w:t>
        <w:br/>
        <w:t>f 14128/14817/13157 14074/14763/13105 14106/14795/13137</w:t>
        <w:br/>
        <w:t>f 14106/14795/13137 14145/14834/13171 14143/14831/13168</w:t>
        <w:br/>
        <w:t>f 14059/14745/13087 14106/14795/13137 14143/14831/13168</w:t>
        <w:br/>
        <w:t>f 14059/14745/13087 14143/14831/13168 14142/14832/13169</w:t>
        <w:br/>
        <w:t>f 14058/14746/13088 14059/14745/13087 14142/14832/13169</w:t>
        <w:br/>
        <w:t>f 14058/14746/13088 14142/14832/13169 14144/14833/13170</w:t>
        <w:br/>
        <w:t>f 14061/14749/13091 14058/14746/13088 14144/14833/13170</w:t>
        <w:br/>
        <w:t>f 14067/14756/13098 14061/14749/13091 14144/14833/13170</w:t>
        <w:br/>
        <w:t>f 14146/14835/13172 14067/14756/13098 14144/14833/13170</w:t>
        <w:br/>
        <w:t>f 14067/14756/13098 14146/14835/13172 14139/14829/13166</w:t>
        <w:br/>
        <w:t>f 14066/14757/13099 14067/14756/13098 14139/14829/13166</w:t>
        <w:br/>
        <w:t>f 14110/14800/13142 14133/14822/13162 14111/14799/13141</w:t>
        <w:br/>
        <w:t>f 14110/14800/13142 14117/14806/13148 14127/14816/13156</w:t>
        <w:br/>
        <w:t>f 14133/14822/13162 14110/14800/13142 14127/14816/13156</w:t>
        <w:br/>
        <w:t>f 14099/14788/13130 14127/14816/13156 14117/14806/13148</w:t>
        <w:br/>
        <w:t>f 14118/14805/13147 14099/14788/13130 14117/14806/13148</w:t>
        <w:br/>
        <w:t>f 14118/14805/13147 14122/14812/13154 14078/14767/13109</w:t>
        <w:br/>
        <w:t>f 14099/14788/13130 14118/14805/13147 14078/14767/13109</w:t>
        <w:br/>
        <w:t>f 14077/14768/13110 14078/14767/13109 14122/14812/13154</w:t>
        <w:br/>
        <w:t>f 14123/14811/13153 14077/14768/13110 14122/14812/13154</w:t>
        <w:br/>
        <w:t>f 14128/14817/13157 14077/14768/13110 14129/14818/13158</w:t>
        <w:br/>
        <w:t>f 14133/14822/13162 14066/14757/13099 14111/14799/13141</w:t>
        <w:br/>
        <w:t>f 14079/14766/13108 14128/14817/13157 14106/14795/13137</w:t>
        <w:br/>
        <w:t>f 14129/14818/13158 14077/14768/13110 14123/14811/13153</w:t>
        <w:br/>
        <w:t>f 14177/14867/13203 14178/14866/13202 14174/14863/13199</w:t>
        <w:br/>
        <w:t>f 14175/14864/13200 14177/14867/13203 14174/14863/13199</w:t>
        <w:br/>
        <w:t>f 14168/14859/13195 14182/14871/13205 14164/14853/13190</w:t>
        <w:br/>
        <w:t>f 14161/14852/13189 14168/14859/13195 14164/14853/13190</w:t>
        <w:br/>
        <w:t>f 14135/14823/13163 13928/14617/12964 13937/14626/12973</w:t>
        <w:br/>
        <w:t>f 14140/14828/13101 14135/14823/13163 13937/14626/12973</w:t>
        <w:br/>
        <w:t>f 13879/14571/12919 13880/14570/12918 14141/14830/13167</w:t>
        <w:br/>
        <w:t>f 13880/14570/12918 13884/14573/12921 14073/14764/13106</w:t>
        <w:br/>
        <w:t>f 14141/14830/13167 13880/14570/12918 14073/14764/13106</w:t>
        <w:br/>
        <w:t>f 13878/14567/12915 14076/14765/13107 14073/14764/13106</w:t>
        <w:br/>
        <w:t>f 13884/14573/12921 13878/14567/12915 14073/14764/13106</w:t>
        <w:br/>
        <w:t>f 13898/14586/12934 14054/14744/13086 14055/14743/13085</w:t>
        <w:br/>
        <w:t>f 13948/14638/12985 13898/14586/12934 14055/14743/13085</w:t>
        <w:br/>
        <w:t>f 13948/14638/12985 14055/14743/13085 14070/14760/13102</w:t>
        <w:br/>
        <w:t>f 13896/14582/12930 13948/14638/12985 14070/14760/13102</w:t>
        <w:br/>
        <w:t>f 13937/14626/12973 14032/14721/13063 14140/14828/13101</w:t>
        <w:br/>
        <w:t>f 14063/14753/13095 13933/14622/12969 13927/14614/12961</w:t>
        <w:br/>
        <w:t>f 14131/14820/13160 14063/14753/13095 13927/14614/12961</w:t>
        <w:br/>
        <w:t>f 14185/14872/13206 14184/14873/13207 14183/14874/13208</w:t>
        <w:br/>
        <w:t>f 14186/14875/13209 14185/14872/13206 14183/14874/13208</w:t>
        <w:br/>
        <w:t>f 14188/14876/13210 14187/14877/13211 14183/14874/13208</w:t>
        <w:br/>
        <w:t>f 14184/14873/13207 14188/14876/13210 14183/14874/13208</w:t>
        <w:br/>
        <w:t>f 14192/14878/13212 14191/14879/13213 14190/14880/13214</w:t>
        <w:br/>
        <w:t>f 14189/14881/13215 14192/14878/13212 14190/14880/13214</w:t>
        <w:br/>
        <w:t>f 14193/14882/13216 14190/14880/13214 14191/14879/13213</w:t>
        <w:br/>
        <w:t>f 14194/14883/13217 14193/14882/13216 14191/14879/13213</w:t>
        <w:br/>
        <w:t>f 14196/14884/13218 14185/14872/13206 14186/14875/13209</w:t>
        <w:br/>
        <w:t>f 14195/14885/13219 14196/14884/13218 14186/14875/13209</w:t>
        <w:br/>
        <w:t>f 14198/14886/13220 14193/14882/13216 14194/14883/13217</w:t>
        <w:br/>
        <w:t>f 14197/14887/13221 14198/14886/13220 14194/14883/13217</w:t>
        <w:br/>
        <w:t>f 14195/14885/13219 14198/14886/13220 14197/14887/13221</w:t>
        <w:br/>
        <w:t>f 14196/14884/13218 14195/14885/13219 14197/14887/13221</w:t>
        <w:br/>
        <w:t>f 14201/14888/13222 14200/14889/13223 14199/14890/13224</w:t>
        <w:br/>
        <w:t>f 14192/14878/13212 14201/14888/13222 14199/14890/13224</w:t>
        <w:br/>
        <w:t>f 14200/14889/13223 14201/14888/13222 13617/14307/12675</w:t>
        <w:br/>
        <w:t>f 13618/14306/12674 14200/14889/13223 13617/14307/12675</w:t>
        <w:br/>
        <w:t>f 14204/14891/13225 14203/14892/13226 14202/14893/13227</w:t>
        <w:br/>
        <w:t>f 14207/14894/13228 14206/14895/13229 14205/14896/13230</w:t>
        <w:br/>
        <w:t>f 14211/14897/13231 14210/14898/13232 14209/14899/13233</w:t>
        <w:br/>
        <w:t>f 14208/14900/13234 14211/14897/13231 14209/14899/13233</w:t>
        <w:br/>
        <w:t>f 14214/14901/13235 14213/14902/13236 14212/14903/13237</w:t>
        <w:br/>
        <w:t>f 14215/14904/13238 14214/14901/13235 14212/14903/13237</w:t>
        <w:br/>
        <w:t>f 14189/14881/13215 14217/14905/13239 14216/14906/13240</w:t>
        <w:br/>
        <w:t>f 14192/14878/13212 14189/14881/13215 14216/14906/13240</w:t>
        <w:br/>
        <w:t>f 14218/14907/13241 14217/14905/13239 14189/14881/13215</w:t>
        <w:br/>
        <w:t>f 14220/14908/13242 14219/14909/13243 14213/14902/13236</w:t>
        <w:br/>
        <w:t>f 14214/14901/13235 14220/14908/13242 14213/14902/13236</w:t>
        <w:br/>
        <w:t>f 14209/14899/13233 14221/14910/13230 14208/14900/13234</w:t>
        <w:br/>
        <w:t>f 14222/14911/13244 14208/14900/13234 14221/14910/13230</w:t>
        <w:br/>
        <w:t>f 14223/14912/13245 14222/14911/13244 14221/14910/13230</w:t>
        <w:br/>
        <w:t>f 13642/14330/12698 13641/14331/12699 14207/14894/13228</w:t>
        <w:br/>
        <w:t>f 14205/14896/13230 13642/14330/12698 14207/14894/13228</w:t>
        <w:br/>
        <w:t>f 14226/14913/13246 14225/14914/13247 14224/14915/13248</w:t>
        <w:br/>
        <w:t>f 14202/14893/13227 14203/14892/13226 14228/14916/13249</w:t>
        <w:br/>
        <w:t>f 14227/14917/13250 14202/14893/13227 14228/14916/13249</w:t>
        <w:br/>
        <w:t>f 14213/14902/13236 13648/14338/12706 13649/14337/12705</w:t>
        <w:br/>
        <w:t>f 14212/14903/13237 14213/14902/13236 13649/14337/12705</w:t>
        <w:br/>
        <w:t>f 14232/14918/13251 14231/14919/13252 14230/14920/13253</w:t>
        <w:br/>
        <w:t>f 14229/14921/13254 14232/14918/13251 14230/14920/13253</w:t>
        <w:br/>
        <w:t>f 13654/14344/12711 13655/14343/12698 14221/14910/13230</w:t>
        <w:br/>
        <w:t>f 14209/14899/13233 13654/14344/12711 14221/14910/13230</w:t>
        <w:br/>
        <w:t>f 14234/14922/13255 14233/14923/13256 14229/14921/13254</w:t>
        <w:br/>
        <w:t>f 14230/14920/13253 14234/14922/13255 14229/14921/13254</w:t>
        <w:br/>
        <w:t>f 13654/14344/12711 14209/14899/13233 14210/14898/13232</w:t>
        <w:br/>
        <w:t>f 13658/14347/12714 13654/14344/12711 14210/14898/13232</w:t>
        <w:br/>
        <w:t>f 13660/14349/12716 13658/14347/12714 14210/14898/13232</w:t>
        <w:br/>
        <w:t>f 14235/14924/13257 13660/14349/12716 14210/14898/13232</w:t>
        <w:br/>
        <w:t>f 14195/14885/13219 14186/14875/13209 14237/14925/13258</w:t>
        <w:br/>
        <w:t>f 14236/14926/13259 14195/14885/13219 14237/14925/13258</w:t>
        <w:br/>
        <w:t>f 14240/14927/13260 14239/14928/13261 14238/14929/13262</w:t>
        <w:br/>
        <w:t>f 14241/14930/13263 14240/14927/13260 14238/14929/13262</w:t>
        <w:br/>
        <w:t>f 14245/14931/13264 14244/14932/13265 14243/14933/13266</w:t>
        <w:br/>
        <w:t>f 14242/14934/13267 14245/14931/13264 14243/14933/13266</w:t>
        <w:br/>
        <w:t>f 14248/14935/13268 14247/14936/13269 14246/14937/13270</w:t>
        <w:br/>
        <w:t>f 14244/14932/13265 14248/14935/13268 14246/14937/13270</w:t>
        <w:br/>
        <w:t>f 14222/14911/13244 14250/14938/13271 14249/14939/13272</w:t>
        <w:br/>
        <w:t>f 14251/14940/13273 14222/14911/13244 14249/14939/13272</w:t>
        <w:br/>
        <w:t>f 14254/14941/13274 14253/14942/13275 14246/14937/13270</w:t>
        <w:br/>
        <w:t>f 14252/14943/13276 14254/14941/13274 14246/14937/13270</w:t>
        <w:br/>
        <w:t>f 14256/14944/13277 14245/14931/13264 14242/14934/13267</w:t>
        <w:br/>
        <w:t>f 14255/14945/13278 14256/14944/13277 14242/14934/13267</w:t>
        <w:br/>
        <w:t>f 14237/14925/13258 14259/14946/13279 14258/14947/13280</w:t>
        <w:br/>
        <w:t>f 14257/14948/13281 14237/14925/13258 14258/14947/13280</w:t>
        <w:br/>
        <w:t>f 14258/14947/13280 14259/14946/13279 14227/14917/13250</w:t>
        <w:br/>
        <w:t>f 14228/14916/13249 14258/14947/13280 14227/14917/13250</w:t>
        <w:br/>
        <w:t>f 14198/14886/13220 14195/14885/13219 14236/14926/13259</w:t>
        <w:br/>
        <w:t>f 14260/14949/13282 14198/14886/13220 14236/14926/13259</w:t>
        <w:br/>
        <w:t>f 14262/14950/13283 14261/14951/13284 14240/14927/13260</w:t>
        <w:br/>
        <w:t>f 14241/14930/13263 14262/14950/13283 14240/14927/13260</w:t>
        <w:br/>
        <w:t>f 14259/14946/13279 14183/14874/13208 14187/14877/13211</w:t>
        <w:br/>
        <w:t>f 14227/14917/13250 14259/14946/13279 14187/14877/13211</w:t>
        <w:br/>
        <w:t>f 14264/14952/13285 14263/14953/13286 14261/14951/13284</w:t>
        <w:br/>
        <w:t>f 14262/14950/13283 14264/14952/13285 14261/14951/13284</w:t>
        <w:br/>
        <w:t>f 14267/14954/13287 14266/14955/13288 14265/14956/13077</w:t>
        <w:br/>
        <w:t>f 14269/14957/13289 14268/14958/13290 14218/14907/13241</w:t>
        <w:br/>
        <w:t>f 14189/14881/13215 14269/14957/13289 14218/14907/13241</w:t>
        <w:br/>
        <w:t>f 14270/14959/13291 14256/14944/13277 14255/14945/13278</w:t>
        <w:br/>
        <w:t>f 14271/14960/13292 14270/14959/13291 14255/14945/13278</w:t>
        <w:br/>
        <w:t>f 14274/14961/13293 14273/14962/13294 14272/14963/13295</w:t>
        <w:br/>
        <w:t>f 14222/14911/13244 14276/14964/13296 14275/14965/13297</w:t>
        <w:br/>
        <w:t>f 14277/14966/13298 14275/14965/13297 14276/14964/13296</w:t>
        <w:br/>
        <w:t>f 14279/14967/13299 14278/14968/13300 14190/14880/13214</w:t>
        <w:br/>
        <w:t>f 14193/14882/13216 14279/14967/13299 14190/14880/13214</w:t>
        <w:br/>
        <w:t>f 14210/14898/13232 14211/14897/13231 14204/14891/13225</w:t>
        <w:br/>
        <w:t>f 14215/14904/13238 14210/14898/13232 14204/14891/13225</w:t>
        <w:br/>
        <w:t>f 14281/14969/13301 14280/14970/13302 14263/14953/13286</w:t>
        <w:br/>
        <w:t>f 14264/14952/13285 14281/14969/13301 14263/14953/13286</w:t>
        <w:br/>
        <w:t>f 14231/14919/13252 14282/14971/13303 14270/14959/13291</w:t>
        <w:br/>
        <w:t>f 14230/14920/13253 14231/14919/13252 14270/14959/13291</w:t>
        <w:br/>
        <w:t>f 14283/14972/13075 14274/14961/13293 14267/14954/13287</w:t>
        <w:br/>
        <w:t>f 14189/14881/13215 14190/14880/13214 14278/14968/13300</w:t>
        <w:br/>
        <w:t>f 14269/14957/13289 14189/14881/13215 14278/14968/13300</w:t>
        <w:br/>
        <w:t>f 14193/14882/13216 14198/14886/13220 14260/14949/13282</w:t>
        <w:br/>
        <w:t>f 14279/14967/13299 14193/14882/13216 14260/14949/13282</w:t>
        <w:br/>
        <w:t>f 14259/14946/13279 14237/14925/13258 14186/14875/13209</w:t>
        <w:br/>
        <w:t>f 14183/14874/13208 14259/14946/13279 14186/14875/13209</w:t>
        <w:br/>
        <w:t>f 14254/14941/13274 14238/14929/13262 14239/14928/13261</w:t>
        <w:br/>
        <w:t>f 14284/14973/13304 14254/14941/13274 14239/14928/13261</w:t>
        <w:br/>
        <w:t>f 14257/14948/13281 14285/14974/13305 14236/14926/13259</w:t>
        <w:br/>
        <w:t>f 14237/14925/13258 14257/14948/13281 14236/14926/13259</w:t>
        <w:br/>
        <w:t>f 14288/14975/13306 14287/14976/13307 14286/14977/13308</w:t>
        <w:br/>
        <w:t>f 14289/14978/13309 14288/14975/13306 14286/14977/13308</w:t>
        <w:br/>
        <w:t>f 14244/14932/13265 14246/14937/13270 14253/14942/13275</w:t>
        <w:br/>
        <w:t>f 14243/14933/13266 14244/14932/13265 14253/14942/13275</w:t>
        <w:br/>
        <w:t>f 14253/14942/13275 14254/14941/13274 14290/14979/13310</w:t>
        <w:br/>
        <w:t>f 14289/14978/13309 14266/14955/13288 14291/14980/13311</w:t>
        <w:br/>
        <w:t>f 14288/14975/13306 14289/14978/13309 14291/14980/13311</w:t>
        <w:br/>
        <w:t>f 14238/14929/13262 14254/14941/13274 14252/14943/13276</w:t>
        <w:br/>
        <w:t>f 14280/14970/13302 14281/14969/13301 14276/14964/13296</w:t>
        <w:br/>
        <w:t>f 14191/14879/13213 14192/14878/13212 14199/14890/13224</w:t>
        <w:br/>
        <w:t>f 14292/14981/13312 14218/14907/13241 14268/14958/13290</w:t>
        <w:br/>
        <w:t>f 14293/14982/13313 14292/14981/13312 14268/14958/13290</w:t>
        <w:br/>
        <w:t>f 14187/14877/13211 14188/14876/13210 14220/14908/13242</w:t>
        <w:br/>
        <w:t>f 14214/14901/13235 14187/14877/13211 14220/14908/13242</w:t>
        <w:br/>
        <w:t>f 14212/14903/13237 13649/14337/12705 13660/14349/12716</w:t>
        <w:br/>
        <w:t>f 14235/14924/13257 14212/14903/13237 13660/14349/12716</w:t>
        <w:br/>
        <w:t>f 14212/14903/13237 14235/14924/13257 14215/14904/13238</w:t>
        <w:br/>
        <w:t>f 14230/14920/13253 14270/14959/13291 14271/14960/13292</w:t>
        <w:br/>
        <w:t>f 14234/14922/13255 14230/14920/13253 14271/14960/13292</w:t>
        <w:br/>
        <w:t>f 14218/14907/13241 14292/14981/13312 14294/14983/13314</w:t>
        <w:br/>
        <w:t>f 14217/14905/13239 14218/14907/13241 14294/14983/13314</w:t>
        <w:br/>
        <w:t>f 14233/14923/13256 14234/14922/13255 14296/14984/13315</w:t>
        <w:br/>
        <w:t>f 14295/14985/13316 14233/14923/13256 14296/14984/13315</w:t>
        <w:br/>
        <w:t>f 14295/14985/13316 14297/14986/13317 14226/14913/13246</w:t>
        <w:br/>
        <w:t>f 14300/14987/13318 14299/14988/13319 14298/14989/13320</w:t>
        <w:br/>
        <w:t>f 14273/14962/13294 14300/14987/13318 14298/14989/13320</w:t>
        <w:br/>
        <w:t>f 14274/14961/13293 14283/14972/13075 14273/14962/13294</w:t>
        <w:br/>
        <w:t>f 14293/14982/13313 14302/14990/13321 14301/14991/13322</w:t>
        <w:br/>
        <w:t>f 14292/14981/13312 14293/14982/13313 14301/14991/13322</w:t>
        <w:br/>
        <w:t>f 14299/14988/13319 14206/14895/13245 14224/14915/13248</w:t>
        <w:br/>
        <w:t>f 14225/14914/13247 14299/14988/13319 14224/14915/13248</w:t>
        <w:br/>
        <w:t>f 14251/14940/13273 14303/14992/13323 14222/14911/13244</w:t>
        <w:br/>
        <w:t>f 14222/14911/13244 14304/14993/13324 14276/14964/13296</w:t>
        <w:br/>
        <w:t>f 14276/14964/13296 14304/14993/13324 14305/14994/13325</w:t>
        <w:br/>
        <w:t>f 14280/14970/13302 14276/14964/13296 14305/14994/13325</w:t>
        <w:br/>
        <w:t>f 14284/14973/13304 14306/14995/13326 14290/14979/13310</w:t>
        <w:br/>
        <w:t>f 14286/14977/13308 14306/14995/13326 14307/14996/13327</w:t>
        <w:br/>
        <w:t>f 14308/14997/13328 14286/14977/13308 14307/14996/13327</w:t>
        <w:br/>
        <w:t>f 14265/14956/13077 14310/14998/13329 14309/14999/13067</w:t>
        <w:br/>
        <w:t>f 14273/14962/13294 14311/15000/13076 14300/14987/13318</w:t>
        <w:br/>
        <w:t>f 14226/14913/13246 14297/14986/13317 14298/14989/13320</w:t>
        <w:br/>
        <w:t>f 14225/14914/13247 14226/14913/13246 14298/14989/13320</w:t>
        <w:br/>
        <w:t>f 14234/14922/13255 14271/14960/13292 14312/15001/13330</w:t>
        <w:br/>
        <w:t>f 14296/14984/13315 14234/14922/13255 14312/15001/13330</w:t>
        <w:br/>
        <w:t>f 14271/14960/13292 14255/14945/13278 14313/15002/13331</w:t>
        <w:br/>
        <w:t>f 14312/15001/13330 14271/14960/13292 14313/15002/13331</w:t>
        <w:br/>
        <w:t>f 14295/14985/13316 14296/14984/13315 14314/15003/13332</w:t>
        <w:br/>
        <w:t>f 14297/14986/13317 14295/14985/13316 14314/15003/13332</w:t>
        <w:br/>
        <w:t>f 14296/14984/13315 14312/15001/13330 14315/15004/13333</w:t>
        <w:br/>
        <w:t>f 14314/15003/13332 14296/14984/13315 14315/15004/13333</w:t>
        <w:br/>
        <w:t>f 14291/14980/13311 14315/15004/13333 14312/15001/13330</w:t>
        <w:br/>
        <w:t>f 14313/15002/13331 14291/14980/13311 14312/15001/13330</w:t>
        <w:br/>
        <w:t>f 14316/15005/13334 14313/15002/13331 14255/14945/13278</w:t>
        <w:br/>
        <w:t>f 14242/14934/13267 14316/15005/13334 14255/14945/13278</w:t>
        <w:br/>
        <w:t>f 14290/14979/13310 14317/15006/13335 14243/14933/13266</w:t>
        <w:br/>
        <w:t>f 14253/14942/13275 14290/14979/13310 14243/14933/13266</w:t>
        <w:br/>
        <w:t>f 14225/14914/13247 14298/14989/13320 14299/14988/13319</w:t>
        <w:br/>
        <w:t>f 14272/14963/13295 14297/14986/13317 14314/15003/13332</w:t>
        <w:br/>
        <w:t>f 14267/14954/13287 14272/14963/13295 14314/15003/13332</w:t>
        <w:br/>
        <w:t>f 14315/15004/13333 14267/14954/13287 14314/15003/13332</w:t>
        <w:br/>
        <w:t>f 14313/15002/13331 14316/15005/13334 14288/14975/13306</w:t>
        <w:br/>
        <w:t>f 14291/14980/13311 14313/15002/13331 14288/14975/13306</w:t>
        <w:br/>
        <w:t>f 14316/15005/13334 14317/15006/13335 14287/14976/13307</w:t>
        <w:br/>
        <w:t>f 14288/14975/13306 14316/15005/13334 14287/14976/13307</w:t>
        <w:br/>
        <w:t>f 14298/14989/13320 14297/14986/13317 14272/14963/13295</w:t>
        <w:br/>
        <w:t>f 14318/15007/13336 13617/14307/12675 14201/14888/13222</w:t>
        <w:br/>
        <w:t>f 14216/14906/13240 14318/15007/13336 14201/14888/13222</w:t>
        <w:br/>
        <w:t>f 14320/15008/13337 14302/14990/13321 14232/14918/13251</w:t>
        <w:br/>
        <w:t>f 14319/15009/13338 14320/15008/13337 14232/14918/13251</w:t>
        <w:br/>
        <w:t>f 14231/14919/13252 14232/14918/13251 14302/14990/13321</w:t>
        <w:br/>
        <w:t>f 14293/14982/13313 14231/14919/13252 14302/14990/13321</w:t>
        <w:br/>
        <w:t>f 14282/14971/13303 14231/14919/13252 14293/14982/13313</w:t>
        <w:br/>
        <w:t>f 14268/14958/13290 14282/14971/13303 14293/14982/13313</w:t>
        <w:br/>
        <w:t>f 14321/15010/13339 14282/14971/13303 14268/14958/13290</w:t>
        <w:br/>
        <w:t>f 14269/14957/13289 14321/15010/13339 14268/14958/13290</w:t>
        <w:br/>
        <w:t>f 14322/15011/13340 14321/15010/13339 14269/14957/13289</w:t>
        <w:br/>
        <w:t>f 14278/14968/13300 14322/15011/13340 14269/14957/13289</w:t>
        <w:br/>
        <w:t>f 14248/14935/13268 14322/15011/13340 14278/14968/13300</w:t>
        <w:br/>
        <w:t>f 14279/14967/13299 14248/14935/13268 14278/14968/13300</w:t>
        <w:br/>
        <w:t>f 14247/14936/13269 14248/14935/13268 14279/14967/13299</w:t>
        <w:br/>
        <w:t>f 14260/14949/13282 14247/14936/13269 14279/14967/13299</w:t>
        <w:br/>
        <w:t>f 14285/14974/13305 14247/14936/13269 14260/14949/13282</w:t>
        <w:br/>
        <w:t>f 14236/14926/13259 14285/14974/13305 14260/14949/13282</w:t>
        <w:br/>
        <w:t>f 14282/14971/13303 14321/15010/13339 14256/14944/13277</w:t>
        <w:br/>
        <w:t>f 14270/14959/13291 14282/14971/13303 14256/14944/13277</w:t>
        <w:br/>
        <w:t>f 14245/14931/13264 14256/14944/13277 14321/15010/13339</w:t>
        <w:br/>
        <w:t>f 14322/15011/13340 14245/14931/13264 14321/15010/13339</w:t>
        <w:br/>
        <w:t>f 14322/15011/13340 14248/14935/13268 14244/14932/13265</w:t>
        <w:br/>
        <w:t>f 14245/14931/13264 14322/15011/13340 14244/14932/13265</w:t>
        <w:br/>
        <w:t>f 14252/14943/13276 14246/14937/13270 14247/14936/13269</w:t>
        <w:br/>
        <w:t>f 14285/14974/13305 14252/14943/13276 14247/14936/13269</w:t>
        <w:br/>
        <w:t>f 14266/14955/13288 14267/14954/13287 14315/15004/13333</w:t>
        <w:br/>
        <w:t>f 14291/14980/13311 14266/14955/13288 14315/15004/13333</w:t>
        <w:br/>
        <w:t>f 14306/14995/13326 14286/14977/13308 14287/14976/13307</w:t>
        <w:br/>
        <w:t>f 14290/14979/13310 14306/14995/13326 14287/14976/13307</w:t>
        <w:br/>
        <w:t>f 14242/14934/13267 14243/14933/13266 14317/15006/13335</w:t>
        <w:br/>
        <w:t>f 14316/15005/13334 14242/14934/13267 14317/15006/13335</w:t>
        <w:br/>
        <w:t>f 14262/14950/13283 14228/14916/13249 14203/14892/13226</w:t>
        <w:br/>
        <w:t>f 14264/14952/13285 14262/14950/13283 14203/14892/13226</w:t>
        <w:br/>
        <w:t>f 14241/14930/13263 14258/14947/13280 14228/14916/13249</w:t>
        <w:br/>
        <w:t>f 14262/14950/13283 14241/14930/13263 14228/14916/13249</w:t>
        <w:br/>
        <w:t>f 14257/14948/13281 14258/14947/13280 14241/14930/13263</w:t>
        <w:br/>
        <w:t>f 14238/14929/13262 14257/14948/13281 14241/14930/13263</w:t>
        <w:br/>
        <w:t>f 14257/14948/13281 14238/14929/13262 14252/14943/13276</w:t>
        <w:br/>
        <w:t>f 14285/14974/13305 14257/14948/13281 14252/14943/13276</w:t>
        <w:br/>
        <w:t>f 14204/14891/13225 14211/14897/13231 14281/14969/13301</w:t>
        <w:br/>
        <w:t>f 14324/15012/13065 14323/15013/13064 14307/14996/13327</w:t>
        <w:br/>
        <w:t>f 14325/15014/13341 14324/15012/13065 14307/14996/13327</w:t>
        <w:br/>
        <w:t>f 14308/14997/13328 14307/14996/13327 14323/15013/13064</w:t>
        <w:br/>
        <w:t>f 14326/15015/13068 14308/14997/13328 14323/15013/13064</w:t>
        <w:br/>
        <w:t>f 14326/15015/13068 14309/14999/13067 14310/14998/13329</w:t>
        <w:br/>
        <w:t>f 14308/14997/13328 14326/15015/13068 14310/14998/13329</w:t>
        <w:br/>
        <w:t>f 14329/15016/13069 14328/15017/13342 14305/14994/13325</w:t>
        <w:br/>
        <w:t>f 14327/15018/13071 14329/15016/13069 14305/14994/13325</w:t>
        <w:br/>
        <w:t>f 14328/15017/13342 14329/15016/13069 14330/15019/13070</w:t>
        <w:br/>
        <w:t>f 14331/15020/13343 14328/15017/13342 14330/15019/13070</w:t>
        <w:br/>
        <w:t>f 14335/15021/13344 14334/15022/13345 14333/15023/13078</w:t>
        <w:br/>
        <w:t>f 14332/15024/13066 14335/15021/13344 14333/15023/13078</w:t>
        <w:br/>
        <w:t>f 14332/15024/13066 14324/15012/13065 14325/15014/13341</w:t>
        <w:br/>
        <w:t>f 14335/15021/13344 14332/15024/13066 14325/15014/13341</w:t>
        <w:br/>
        <w:t>f 14251/14940/13273 14337/15025/13074 14336/15026/13073</w:t>
        <w:br/>
        <w:t>f 14303/14992/13323 14251/14940/13273 14336/15026/13073</w:t>
        <w:br/>
        <w:t>f 14303/14992/13323 14304/14993/13324 14222/14911/13244</w:t>
        <w:br/>
        <w:t>f 14280/14970/13302 14305/14994/13325 14328/15017/13342</w:t>
        <w:br/>
        <w:t>f 14263/14953/13286 14280/14970/13302 14328/15017/13342</w:t>
        <w:br/>
        <w:t>f 14331/15020/13343 14261/14951/13284 14263/14953/13286</w:t>
        <w:br/>
        <w:t>f 14328/15017/13342 14331/15020/13343 14263/14953/13286</w:t>
        <w:br/>
        <w:t>f 14334/15022/13345 14240/14927/13260 14261/14951/13284</w:t>
        <w:br/>
        <w:t>f 14331/15020/13343 14334/15022/13345 14261/14951/13284</w:t>
        <w:br/>
        <w:t>f 14334/15022/13345 14335/15021/13344 14239/14928/13261</w:t>
        <w:br/>
        <w:t>f 14240/14927/13260 14334/15022/13345 14239/14928/13261</w:t>
        <w:br/>
        <w:t>f 14284/14973/13304 14239/14928/13261 14335/15021/13344</w:t>
        <w:br/>
        <w:t>f 14325/15014/13341 14284/14973/13304 14335/15021/13344</w:t>
        <w:br/>
        <w:t>f 14306/14995/13326 14284/14973/13304 14325/15014/13341</w:t>
        <w:br/>
        <w:t>f 14307/14996/13327 14306/14995/13326 14325/15014/13341</w:t>
        <w:br/>
        <w:t>f 14331/15020/13343 14330/15019/13070 14333/15023/13078</w:t>
        <w:br/>
        <w:t>f 14334/15022/13345 14331/15020/13343 14333/15023/13078</w:t>
        <w:br/>
        <w:t>f 14327/15018/13071 14305/14994/13325 14304/14993/13324</w:t>
        <w:br/>
        <w:t>f 14338/15027/13346 14327/15018/13071 14304/14993/13324</w:t>
        <w:br/>
        <w:t>f 14336/15026/13073 14338/15027/13346 14303/14992/13323</w:t>
        <w:br/>
        <w:t>f 14273/14962/13294 14283/14972/13075 14311/15000/13076</w:t>
        <w:br/>
        <w:t>f 14265/14956/13077 14283/14972/13075 14267/14954/13287</w:t>
        <w:br/>
        <w:t>f 14304/14993/13324 14303/14992/13323 14338/15027/13346</w:t>
        <w:br/>
        <w:t>f 14276/14964/13296 14281/14969/13301 14211/14897/13231</w:t>
        <w:br/>
        <w:t>f 14264/14952/13285 14203/14892/13226 14204/14891/13225</w:t>
        <w:br/>
        <w:t>f 14281/14969/13301 14264/14952/13285 14204/14891/13225</w:t>
        <w:br/>
        <w:t>f 14215/14904/13238 14204/14891/13225 14202/14893/13227</w:t>
        <w:br/>
        <w:t>f 14214/14901/13235 14215/14904/13238 14202/14893/13227</w:t>
        <w:br/>
        <w:t>f 14214/14901/13235 14202/14893/13227 14227/14917/13250</w:t>
        <w:br/>
        <w:t>f 14187/14877/13211 14214/14901/13235 14227/14917/13250</w:t>
        <w:br/>
        <w:t>f 14318/15007/13336 13764/14453/12818 13617/14307/12675</w:t>
        <w:br/>
        <w:t>f 14339/15028/13347 14294/14983/13314 14292/14981/13312</w:t>
        <w:br/>
        <w:t>f 14301/14991/13322 14339/15028/13347 14292/14981/13312</w:t>
        <w:br/>
        <w:t>f 14192/14878/13212 14216/14906/13240 14201/14888/13222</w:t>
        <w:br/>
        <w:t>f 14217/14905/13239 14294/14983/13314 14318/15007/13336</w:t>
        <w:br/>
        <w:t>f 14216/14906/13240 14217/14905/13239 14318/15007/13336</w:t>
        <w:br/>
        <w:t>f 13764/14453/12818 14318/15007/13336 14294/14983/13314</w:t>
        <w:br/>
        <w:t>f 14339/15028/13347 13764/14453/12818 14294/14983/13314</w:t>
        <w:br/>
        <w:t>f 14320/15008/13337 14301/14991/13322 14302/14990/13321</w:t>
        <w:br/>
        <w:t>f 14207/14894/13228 14341/15029/13348 14340/15030/13349</w:t>
        <w:br/>
        <w:t>f 14226/14913/13246 14207/14894/13228 14340/15030/13349</w:t>
        <w:br/>
        <w:t>f 14343/15031/13350 14229/14921/13254 14233/14923/13256</w:t>
        <w:br/>
        <w:t>f 14342/15032/13351 14343/15031/13350 14233/14923/13256</w:t>
        <w:br/>
        <w:t>f 14344/15033/13352 14295/14985/13316 14226/14913/13246</w:t>
        <w:br/>
        <w:t>f 14340/15030/13349 14344/15033/13352 14226/14913/13246</w:t>
        <w:br/>
        <w:t>f 14319/15009/13338 14232/14918/13251 14229/14921/13254</w:t>
        <w:br/>
        <w:t>f 14343/15031/13350 14319/15009/13338 14229/14921/13254</w:t>
        <w:br/>
        <w:t>f 14342/15032/13351 14233/14923/13256 14295/14985/13316</w:t>
        <w:br/>
        <w:t>f 14344/15033/13352 14342/15032/13351 14295/14985/13316</w:t>
        <w:br/>
        <w:t>f 14290/14979/13310 14287/14976/13307 14317/15006/13335</w:t>
        <w:br/>
        <w:t>f 14290/14979/13310 14254/14941/13274 14284/14973/13304</w:t>
        <w:br/>
        <w:t>f 14308/14997/13328 14310/14998/13329 14289/14978/13309</w:t>
        <w:br/>
        <w:t>f 14286/14977/13308 14308/14997/13328 14289/14978/13309</w:t>
        <w:br/>
        <w:t>f 14266/14955/13288 14289/14978/13309 14310/14998/13329</w:t>
        <w:br/>
        <w:t>f 14265/14956/13077 14266/14955/13288 14310/14998/13329</w:t>
        <w:br/>
        <w:t>f 14274/14961/13293 14272/14963/13295 14267/14954/13287</w:t>
        <w:br/>
        <w:t>f 14345/15034/13353 13770/14460/12825 14219/14909/13243</w:t>
        <w:br/>
        <w:t>f 14215/14904/13238 14235/14924/13257 14210/14898/13232</w:t>
        <w:br/>
        <w:t>f 13770/14460/12825 14345/15034/13353 14346/15035/13354</w:t>
        <w:br/>
        <w:t>f 14213/14902/13236 14219/14909/13243 13770/14460/12825</w:t>
        <w:br/>
        <w:t>f 13648/14338/12706 14213/14902/13236 13770/14460/12825</w:t>
        <w:br/>
        <w:t>f 14298/14989/13320 14272/14963/13295 14273/14962/13294</w:t>
        <w:br/>
        <w:t>f 14350/15036/13355 14349/15037/13356 14348/15038/13357</w:t>
        <w:br/>
        <w:t>f 14347/15039/13358 14350/15036/13355 14348/15038/13357</w:t>
        <w:br/>
        <w:t>f 14354/15040/13359 14353/15041/13360 14352/15042/13361</w:t>
        <w:br/>
        <w:t>f 14351/15043/13362 14354/15040/13359 14352/15042/13361</w:t>
        <w:br/>
        <w:t>f 14358/15044/13363 14357/15045/13364 14356/15046/13365</w:t>
        <w:br/>
        <w:t>f 14355/15047/13366 14358/15044/13363 14356/15046/13365</w:t>
        <w:br/>
        <w:t>f 14361/15048/13367 14360/15049/13368 14359/15050/13369</w:t>
        <w:br/>
        <w:t>f 14362/15051/13370 14361/15048/13367 14359/15050/13369</w:t>
        <w:br/>
        <w:t>f 14363/15052/13371 14353/15041/13360 14354/15040/13359</w:t>
        <w:br/>
        <w:t>f 14364/15053/13372 14363/15052/13371 14354/15040/13359</w:t>
        <w:br/>
        <w:t>f 14362/15051/13370 14351/15043/13362 14352/15042/13361</w:t>
        <w:br/>
        <w:t>f 14361/15048/13367 14362/15051/13370 14352/15042/13361</w:t>
        <w:br/>
        <w:t>f 14368/15054/13356 14367/15055/13373 14366/15056/13374</w:t>
        <w:br/>
        <w:t>f 14365/15057/13375 14368/15054/13356 14366/15056/13374</w:t>
        <w:br/>
        <w:t>f 14370/15058/13376 14363/15052/13371 14364/15053/13372</w:t>
        <w:br/>
        <w:t>f 14369/15059/13377 14370/15058/13376 14364/15053/13372</w:t>
        <w:br/>
        <w:t>f 14372/15060/13378 14371/15061/13379 14355/15047/13366</w:t>
        <w:br/>
        <w:t>f 14356/15046/13365 14372/15060/13378 14355/15047/13366</w:t>
        <w:br/>
        <w:t>f 14357/15045/13364 14358/15044/13363 14359/15050/13369</w:t>
        <w:br/>
        <w:t>f 14360/15049/13368 14357/15045/13364 14359/15050/13369</w:t>
        <w:br/>
        <w:t>f 14347/15039/13358 14348/15038/13357 14371/15061/13379</w:t>
        <w:br/>
        <w:t>f 14372/15060/13378 14347/15039/13358 14371/15061/13379</w:t>
        <w:br/>
        <w:t>f 14374/15062/13380 14373/15063/13381 14365/15057/13375</w:t>
        <w:br/>
        <w:t>f 14366/15056/13374 14374/15062/13380 14365/15057/13375</w:t>
        <w:br/>
        <w:t>f 14369/15059/13377 14373/15063/13381 14374/15062/13380</w:t>
        <w:br/>
        <w:t>f 14370/15058/13376 14369/15059/13377 14374/15062/13380</w:t>
        <w:br/>
        <w:t>f 14347/15039/13358 14376/15064/13382 14375/15065/13383</w:t>
        <w:br/>
        <w:t>f 14350/15036/13355 14347/15039/13358 14375/15065/13383</w:t>
        <w:br/>
        <w:t>f 14352/15042/13361 14353/15041/13360 14378/15066/13384</w:t>
        <w:br/>
        <w:t>f 14377/15067/13385 14352/15042/13361 14378/15066/13384</w:t>
        <w:br/>
        <w:t>f 14380/15068/13386 14356/15046/13365 14357/15045/13364</w:t>
        <w:br/>
        <w:t>f 14379/15069/13387 14380/15068/13386 14357/15045/13364</w:t>
        <w:br/>
        <w:t>f 14382/15070/13388 14360/15049/13368 14361/15048/13367</w:t>
        <w:br/>
        <w:t>f 14381/15071/13389 14382/15070/13388 14361/15048/13367</w:t>
        <w:br/>
        <w:t>f 14383/15072/13390 14378/15066/13384 14353/15041/13360</w:t>
        <w:br/>
        <w:t>f 14363/15052/13371 14383/15072/13390 14353/15041/13360</w:t>
        <w:br/>
        <w:t>f 14377/15067/13385 14381/15071/13389 14361/15048/13367</w:t>
        <w:br/>
        <w:t>f 14352/15042/13361 14377/15067/13385 14361/15048/13367</w:t>
        <w:br/>
        <w:t>f 14385/15073/13391 14366/15056/13374 14367/15055/13373</w:t>
        <w:br/>
        <w:t>f 14384/15074/13383 14385/15073/13391 14367/15055/13373</w:t>
        <w:br/>
        <w:t>f 14363/15052/13371 14370/15058/13376 14386/15075/13392</w:t>
        <w:br/>
        <w:t>f 14383/15072/13390 14363/15052/13371 14386/15075/13392</w:t>
        <w:br/>
        <w:t>f 14387/15076/13393 14372/15060/13378 14356/15046/13365</w:t>
        <w:br/>
        <w:t>f 14380/15068/13386 14387/15076/13393 14356/15046/13365</w:t>
        <w:br/>
        <w:t>f 14357/15045/13364 14360/15049/13368 14382/15070/13388</w:t>
        <w:br/>
        <w:t>f 14379/15069/13387 14357/15045/13364 14382/15070/13388</w:t>
        <w:br/>
        <w:t>f 14376/15064/13382 14347/15039/13358 14372/15060/13378</w:t>
        <w:br/>
        <w:t>f 14387/15076/13393 14376/15064/13382 14372/15060/13378</w:t>
        <w:br/>
        <w:t>f 14388/15077/13394 14374/15062/13380 14366/15056/13374</w:t>
        <w:br/>
        <w:t>f 14385/15073/13391 14388/15077/13394 14366/15056/13374</w:t>
        <w:br/>
        <w:t>f 14370/15058/13376 14374/15062/13380 14388/15077/13394</w:t>
        <w:br/>
        <w:t>f 14386/15075/13392 14370/15058/13376 14388/15077/13394</w:t>
        <w:br/>
        <w:t>f 399/15078/13395 398/15079/13395 397/15080/13395</w:t>
        <w:br/>
        <w:t>f 396/15081/13395 399/15078/13395 397/15080/13395</w:t>
        <w:br/>
        <w:t>f 399/15078/13395 396/15081/13395 400/15082/13395</w:t>
        <w:br/>
        <w:t>f 396/15081/13395 402/15083/13396 401/15084/13395</w:t>
        <w:br/>
        <w:t>f 400/15082/13395 396/15081/13395 401/15084/13395</w:t>
        <w:br/>
        <w:t>f 404/15085/13396 401/15084/13395 402/15083/13396</w:t>
        <w:br/>
        <w:t>f 403/15086/13395 404/15085/13396 402/15083/13396</w:t>
        <w:br/>
        <w:t>f 404/15085/13396 403/15086/13395 405/15087/13397</w:t>
        <w:br/>
        <w:t>f 406/15088/13396 405/15087/13397 403/15086/13395</w:t>
        <w:br/>
        <w:t>f 407/15089/13396 406/15088/13396 403/15086/13395</w:t>
        <w:br/>
        <w:t>f 408/15090/13397 406/15088/13396 407/15089/13396</w:t>
        <w:br/>
        <w:t>f 409/15091/13398 408/15090/13397 407/15089/13396</w:t>
        <w:br/>
        <w:t>f 408/15090/13397 409/15091/13398 410/15092/13399</w:t>
        <w:br/>
        <w:t>f 414/15093/13400 413/15094/13400 412/15095/13400</w:t>
        <w:br/>
        <w:t>f 411/15096/13400 414/15093/13400 412/15095/13400</w:t>
        <w:br/>
        <w:t>f 415/15097/13400 413/15094/13400 414/15093/13400</w:t>
        <w:br/>
        <w:t>f 417/15098/13401 416/15099/13402 413/15094/13400</w:t>
        <w:br/>
        <w:t>f 415/15097/13400 417/15098/13401 413/15094/13400</w:t>
        <w:br/>
        <w:t>f 419/15100/13401 418/15101/13401 416/15099/13402</w:t>
        <w:br/>
        <w:t>f 417/15098/13401 419/15100/13401 416/15099/13402</w:t>
        <w:br/>
        <w:t>f 420/15102/13403 418/15101/13401 419/15100/13401</w:t>
        <w:br/>
        <w:t>f 418/15101/13401 420/15102/13403 422/15103/13401</w:t>
        <w:br/>
        <w:t>f 421/15104/13401 418/15101/13401 422/15103/13401</w:t>
        <w:br/>
        <w:t>f 421/15104/13401 422/15103/13401 424/15105/13401</w:t>
        <w:br/>
        <w:t>f 423/15106/13404 421/15104/13401 424/15105/13401</w:t>
        <w:br/>
        <w:t>f 426/15107/13405 425/15108/13406 423/15106/13404</w:t>
        <w:br/>
        <w:t>f 429/15109/13407 428/15110/13408 427/15111/13409</w:t>
        <w:br/>
        <w:t>f 430/15112/13410 429/15109/13407 427/15111/13409</w:t>
        <w:br/>
        <w:t>f 433/15113/13411 432/15114/13411 431/15115/13412</w:t>
        <w:br/>
        <w:t>f 434/15116/13413 433/15113/13411 431/15115/13412</w:t>
        <w:br/>
        <w:t>f 436/15117/13414 429/15109/13407 430/15112/13410</w:t>
        <w:br/>
        <w:t>f 435/15118/13415 436/15117/13414 430/15112/13410</w:t>
        <w:br/>
        <w:t>f 435/15118/13415 438/15119/13416 437/15120/13417</w:t>
        <w:br/>
        <w:t>f 436/15117/13414 435/15118/13415 437/15120/13417</w:t>
        <w:br/>
        <w:t>f 434/15116/13413 431/15115/13412 440/15121/13418</w:t>
        <w:br/>
        <w:t>f 439/15122/13419 434/15116/13413 440/15121/13418</w:t>
        <w:br/>
        <w:t>f 438/15119/13416 442/15123/13420 441/15124/13421</w:t>
        <w:br/>
        <w:t>f 437/15120/13417 438/15119/13416 441/15124/13421</w:t>
        <w:br/>
        <w:t>f 439/15122/13419 440/15121/13418 444/15125/13422</w:t>
        <w:br/>
        <w:t>f 443/15126/13423 439/15122/13419 444/15125/13422</w:t>
        <w:br/>
        <w:t>f 442/15123/13420 446/15127/13424 445/15128/13425</w:t>
        <w:br/>
        <w:t>f 441/15124/13421 442/15123/13420 445/15128/13425</w:t>
        <w:br/>
        <w:t>f 446/15127/13424 448/15129/13426 447/15130/13427</w:t>
        <w:br/>
        <w:t>f 445/15128/13425 446/15127/13424 447/15130/13427</w:t>
        <w:br/>
        <w:t>f 443/15126/13423 444/15125/13422 450/15131/13428</w:t>
        <w:br/>
        <w:t>f 449/15132/13429 443/15126/13423 450/15131/13428</w:t>
        <w:br/>
        <w:t>f 448/15129/13426 452/15133/13430 451/15134/13431</w:t>
        <w:br/>
        <w:t>f 447/15130/13427 448/15129/13426 451/15134/13431</w:t>
        <w:br/>
        <w:t>f 454/15135/13432 453/15136/13433 449/15132/13429</w:t>
        <w:br/>
        <w:t>f 450/15131/13428 454/15135/13432 449/15132/13429</w:t>
        <w:br/>
        <w:t>f 455/15137/13434 451/15134/13431 452/15133/13430</w:t>
        <w:br/>
        <w:t>f 456/15138/13435 455/15137/13434 452/15133/13430</w:t>
        <w:br/>
        <w:t>f 453/15136/13433 454/15135/13432 457/15139/13436</w:t>
        <w:br/>
        <w:t>f 458/15140/13437 453/15136/13433 457/15139/13436</w:t>
        <w:br/>
        <w:t>f 459/15141/13438 455/15137/13434 456/15138/13435</w:t>
        <w:br/>
        <w:t>f 460/15142/13439 459/15141/13438 456/15138/13435</w:t>
        <w:br/>
        <w:t>f 410/15092/13399 409/15091/13398 461/15143/13440</w:t>
        <w:br/>
        <w:t>f 426/15107/13405 423/15106/13404 424/15105/13401</w:t>
        <w:br/>
        <w:t>f 816/15144/13395 815/15145/13395 397/15080/13395</w:t>
        <w:br/>
        <w:t>f 398/15079/13395 816/15144/13395 397/15080/13395</w:t>
        <w:br/>
        <w:t>f 816/15144/13395 817/15146/13395 815/15145/13395</w:t>
        <w:br/>
        <w:t>f 819/15147/13395 818/15148/13396 815/15145/13395</w:t>
        <w:br/>
        <w:t>f 817/15146/13395 819/15147/13395 815/15145/13395</w:t>
        <w:br/>
        <w:t>f 821/15149/13395 820/15150/13395 818/15148/13396</w:t>
        <w:br/>
        <w:t>f 819/15147/13395 821/15149/13395 818/15148/13396</w:t>
        <w:br/>
        <w:t>f 821/15149/13395 822/15151/13441 820/15150/13395</w:t>
        <w:br/>
        <w:t>f 820/15150/13395 822/15151/13441 823/15152/13395</w:t>
        <w:br/>
        <w:t>f 824/15153/13396 820/15150/13395 823/15152/13395</w:t>
        <w:br/>
        <w:t>f 824/15153/13396 823/15152/13395 825/15154/13441</w:t>
        <w:br/>
        <w:t>f 826/15155/13442 824/15153/13396 825/15154/13441</w:t>
        <w:br/>
        <w:t>f 825/15154/13441 827/15156/13443 826/15155/13442</w:t>
        <w:br/>
        <w:t>f 829/15157/13400 411/15096/13400 412/15095/13400</w:t>
        <w:br/>
        <w:t>f 828/15158/13400 829/15157/13400 412/15095/13400</w:t>
        <w:br/>
        <w:t>f 830/15159/13400 829/15157/13400 828/15158/13400</w:t>
        <w:br/>
        <w:t>f 832/15160/13400 830/15159/13400 828/15158/13400</w:t>
        <w:br/>
        <w:t>f 831/15161/13444 832/15160/13400 828/15158/13400</w:t>
        <w:br/>
        <w:t>f 834/15162/13401 832/15160/13400 831/15161/13444</w:t>
        <w:br/>
        <w:t>f 833/15163/13401 834/15162/13401 831/15161/13444</w:t>
        <w:br/>
        <w:t>f 835/15164/13445 834/15162/13401 833/15163/13401</w:t>
        <w:br/>
        <w:t>f 833/15163/13401 837/15165/13401 836/15166/13401</w:t>
        <w:br/>
        <w:t>f 835/15164/13445 833/15163/13401 836/15166/13401</w:t>
        <w:br/>
        <w:t>f 837/15165/13401 839/15167/13446 838/15168/13401</w:t>
        <w:br/>
        <w:t>f 836/15166/13401 837/15165/13401 838/15168/13401</w:t>
        <w:br/>
        <w:t>f 841/15169/13447 839/15167/13446 840/15170/13448</w:t>
        <w:br/>
        <w:t>f 427/15111/13409 428/15110/13408 842/15171/13449</w:t>
        <w:br/>
        <w:t>f 843/15172/13450 427/15111/13409 842/15171/13449</w:t>
        <w:br/>
        <w:t>f 844/15173/13451 432/15114/13411 433/15113/13411</w:t>
        <w:br/>
        <w:t>f 845/15174/13452 844/15173/13451 433/15113/13411</w:t>
        <w:br/>
        <w:t>f 847/15175/13453 846/15176/13454 843/15172/13450</w:t>
        <w:br/>
        <w:t>f 842/15171/13449 847/15175/13453 843/15172/13450</w:t>
        <w:br/>
        <w:t>f 846/15176/13454 847/15175/13453 849/15177/13455</w:t>
        <w:br/>
        <w:t>f 848/15178/13456 846/15176/13454 849/15177/13455</w:t>
        <w:br/>
        <w:t>f 845/15174/13452 851/15179/13457 850/15180/13458</w:t>
        <w:br/>
        <w:t>f 844/15173/13451 845/15174/13452 850/15180/13458</w:t>
        <w:br/>
        <w:t>f 853/15181/13459 852/15182/13460 848/15178/13456</w:t>
        <w:br/>
        <w:t>f 849/15177/13455 853/15181/13459 848/15178/13456</w:t>
        <w:br/>
        <w:t>f 851/15179/13457 855/15183/13461 854/15184/13462</w:t>
        <w:br/>
        <w:t>f 850/15180/13458 851/15179/13457 854/15184/13462</w:t>
        <w:br/>
        <w:t>f 857/15185/13463 856/15186/13464 852/15182/13460</w:t>
        <w:br/>
        <w:t>f 853/15181/13459 857/15185/13463 852/15182/13460</w:t>
        <w:br/>
        <w:t>f 859/15187/13465 858/15188/13466 856/15186/13464</w:t>
        <w:br/>
        <w:t>f 857/15185/13463 859/15187/13465 856/15186/13464</w:t>
        <w:br/>
        <w:t>f 855/15183/13461 861/15189/13467 860/15190/13467</w:t>
        <w:br/>
        <w:t>f 854/15184/13462 855/15183/13461 860/15190/13467</w:t>
        <w:br/>
        <w:t>f 863/15191/13419 862/15192/13468 858/15188/13466</w:t>
        <w:br/>
        <w:t>f 859/15187/13465 863/15191/13419 858/15188/13466</w:t>
        <w:br/>
        <w:t>f 861/15189/13467 865/15193/13469 864/15194/13470</w:t>
        <w:br/>
        <w:t>f 860/15190/13467 861/15189/13467 864/15194/13470</w:t>
        <w:br/>
        <w:t>f 862/15192/13468 863/15191/13419 866/15195/13471</w:t>
        <w:br/>
        <w:t>f 867/15196/13472 862/15192/13468 866/15195/13471</w:t>
        <w:br/>
        <w:t>f 868/15197/13473 864/15194/13470 865/15193/13469</w:t>
        <w:br/>
        <w:t>f 869/15198/13474 868/15197/13473 865/15193/13469</w:t>
        <w:br/>
        <w:t>f 867/15196/13472 866/15195/13471 870/15199/13475</w:t>
        <w:br/>
        <w:t>f 871/15200/13476 867/15196/13472 870/15199/13475</w:t>
        <w:br/>
        <w:t>f 827/15156/13443 872/15201/13477 826/15155/13442</w:t>
        <w:br/>
        <w:t>f 841/15169/13447 838/15168/13401 839/15167/13446</w:t>
        <w:br/>
        <w:t>f 1011/15202/13478 1010/15203/13479 1009/15204/13480</w:t>
        <w:br/>
        <w:t>f 1013/15205/13481 1012/15206/13482 1010/15203/13479</w:t>
        <w:br/>
        <w:t>f 1015/15207/13483 1014/15208/13484 1010/15203/13479</w:t>
        <w:br/>
        <w:t>f 1010/15203/13479 1016/15209/13485 1013/15205/13481</w:t>
        <w:br/>
        <w:t>f 1018/15210/13486 1017/15211/13487 1010/15203/13479</w:t>
        <w:br/>
        <w:t>f 1010/15203/13479 1019/15212/13488 1009/15204/13480</w:t>
        <w:br/>
        <w:t>f 1021/15213/13489 1020/15214/13490 1010/15203/13479</w:t>
        <w:br/>
        <w:t>f 1010/15203/13479 1023/15215/13491 1022/15216/13492</w:t>
        <w:br/>
        <w:t>f 1011/15202/13478 1015/15207/13483 1010/15203/13479</w:t>
        <w:br/>
        <w:t>f 1012/15206/13482 1018/15210/13486 1010/15203/13479</w:t>
        <w:br/>
        <w:t>f 1014/15208/13484 1021/15213/13489 1010/15203/13479</w:t>
        <w:br/>
        <w:t>f 1010/15203/13479 1022/15216/13492 1016/15209/13485</w:t>
        <w:br/>
        <w:t>f 1017/15211/13487 1024/15217/13493 1010/15203/13479</w:t>
        <w:br/>
        <w:t>f 1010/15203/13479 1024/15217/13493 1019/15212/13488</w:t>
        <w:br/>
        <w:t>f 1020/15214/13490 1025/15218/13494 1010/15203/13479</w:t>
        <w:br/>
        <w:t>f 1010/15203/13479 1025/15218/13494 1023/15215/13491</w:t>
        <w:br/>
        <w:t>f 1028/15219/13495 1027/15220/13496 1026/15221/13497</w:t>
        <w:br/>
        <w:t>f 1030/15222/13498 1026/15221/13497 1029/15223/13499</w:t>
        <w:br/>
        <w:t>f 1032/15224/13500 1026/15221/13497 1031/15225/13501</w:t>
        <w:br/>
        <w:t>f 1026/15221/13497 1030/15222/13498 1033/15226/13502</w:t>
        <w:br/>
        <w:t>f 1035/15227/13503 1026/15221/13497 1034/15228/13504</w:t>
        <w:br/>
        <w:t>f 1026/15221/13497 1027/15220/13496 1036/15229/13505</w:t>
        <w:br/>
        <w:t>f 1038/15230/13506 1026/15221/13497 1037/15231/13507</w:t>
        <w:br/>
        <w:t>f 1026/15221/13497 1040/15232/13508 1039/15233/13509</w:t>
        <w:br/>
        <w:t>f 1028/15219/13495 1026/15221/13497 1032/15224/13500</w:t>
        <w:br/>
        <w:t>f 1029/15223/13499 1026/15221/13497 1035/15227/13503</w:t>
        <w:br/>
        <w:t>f 1031/15225/13501 1026/15221/13497 1038/15230/13506</w:t>
        <w:br/>
        <w:t>f 1026/15221/13497 1033/15226/13502 1040/15232/13508</w:t>
        <w:br/>
        <w:t>f 1034/15228/13504 1026/15221/13497 1041/15234/13510</w:t>
        <w:br/>
        <w:t>f 1026/15221/13497 1036/15229/13505 1041/15234/13510</w:t>
        <w:br/>
        <w:t>f 1037/15231/13507 1026/15221/13497 1042/15235/13511</w:t>
        <w:br/>
        <w:t>f 1026/15221/13497 1039/15233/13509 1042/15235/13511</w:t>
        <w:br/>
        <w:t>f 1046/15236/13512 1045/15237/13513 1044/15238/13513</w:t>
        <w:br/>
        <w:t>f 1043/15239/13514 1046/15236/13512 1044/15238/13513</w:t>
        <w:br/>
        <w:t>f 1045/15237/13513 1046/15236/13512 1047/15240/13515</w:t>
        <w:br/>
        <w:t>f 1048/15241/13513 1045/15237/13513 1047/15240/13515</w:t>
        <w:br/>
        <w:t>f 1050/15242/13516 1048/15241/13513 1047/15240/13515</w:t>
        <w:br/>
        <w:t>f 1049/15243/13517 1050/15242/13516 1047/15240/13515</w:t>
        <w:br/>
        <w:t>f 1053/15244/13516 1052/15245/13518 1051/15246/13519</w:t>
        <w:br/>
        <w:t>f 1054/15247/13520 1053/15244/13516 1051/15246/13519</w:t>
        <w:br/>
        <w:t>f 1051/15246/13519 1056/15248/13521 1055/15249/13522</w:t>
        <w:br/>
        <w:t>f 1054/15247/13520 1051/15246/13519 1055/15249/13522</w:t>
        <w:br/>
        <w:t>f 1056/15248/13521 1058/15250/13523 1057/15251/13522</w:t>
        <w:br/>
        <w:t>f 1055/15249/13522 1056/15248/13521 1057/15251/13522</w:t>
        <w:br/>
        <w:t>f 1060/15252/13524 1059/15253/13522 1057/15251/13522</w:t>
        <w:br/>
        <w:t>f 1058/15250/13523 1060/15252/13524 1057/15251/13522</w:t>
        <w:br/>
        <w:t>f 1061/15254/13522 1059/15253/13522 1060/15252/13524</w:t>
        <w:br/>
        <w:t>f 1062/15255/13525 1061/15254/13522 1060/15252/13524</w:t>
        <w:br/>
        <w:t>f 1061/15254/13522 1062/15255/13525 1063/15256/13526</w:t>
        <w:br/>
        <w:t>f 1064/15257/13522 1061/15254/13522 1063/15256/13526</w:t>
        <w:br/>
        <w:t>f 1043/15239/13514 1044/15238/13513 1064/15257/13522</w:t>
        <w:br/>
        <w:t>f 1063/15256/13526 1043/15239/13514 1064/15257/13522</w:t>
        <w:br/>
        <w:t>f 1067/15258/13527 1066/15259/13528 1065/15260/13528</w:t>
        <w:br/>
        <w:t>f 1068/15261/13527 1067/15258/13527 1065/15260/13528</w:t>
        <w:br/>
        <w:t>f 1066/15259/13528 1070/15262/13529 1069/15263/13529</w:t>
        <w:br/>
        <w:t>f 1065/15260/13528 1066/15259/13528 1069/15263/13529</w:t>
        <w:br/>
        <w:t>f 1072/15264/13530 1071/15265/13531 1069/15263/13529</w:t>
        <w:br/>
        <w:t>f 1070/15262/13529 1072/15264/13530 1069/15263/13529</w:t>
        <w:br/>
        <w:t>f 1075/15266/13532 1074/15267/13532 1073/15268/13533</w:t>
        <w:br/>
        <w:t>f 1076/15269/13533 1075/15266/13532 1073/15268/13533</w:t>
        <w:br/>
        <w:t>f 1077/15270/13534 1074/15267/13532 1075/15266/13532</w:t>
        <w:br/>
        <w:t>f 1078/15271/13535 1077/15270/13534 1075/15266/13532</w:t>
        <w:br/>
        <w:t>f 1080/15272/13536 1079/15273/13537 1077/15270/13534</w:t>
        <w:br/>
        <w:t>f 1078/15271/13535 1080/15272/13536 1077/15270/13534</w:t>
        <w:br/>
        <w:t>f 1079/15273/13537 1080/15272/13536 1082/15274/13538</w:t>
        <w:br/>
        <w:t>f 1081/15275/13538 1079/15273/13537 1082/15274/13538</w:t>
        <w:br/>
        <w:t>f 1086/15276/13539 1085/15277/13540 1084/15278/13541</w:t>
        <w:br/>
        <w:t>f 1083/15279/13542 1086/15276/13539 1084/15278/13541</w:t>
        <w:br/>
        <w:t>f 1090/15280/13536 1089/15281/13543 1088/15282/13544</w:t>
        <w:br/>
        <w:t>f 1087/15283/13545 1090/15280/13536 1088/15282/13544</w:t>
        <w:br/>
        <w:t>f 1087/15283/13545 1088/15282/13544 1092/15284/13546</w:t>
        <w:br/>
        <w:t>f 1091/15285/13547 1087/15283/13545 1092/15284/13546</w:t>
        <w:br/>
        <w:t>f 1095/15286/13548 1094/15287/13549 1093/15288/13550</w:t>
        <w:br/>
        <w:t>f 1096/15289/13551 1095/15286/13548 1093/15288/13550</w:t>
        <w:br/>
        <w:t>f 1096/15289/13551 1093/15288/13550 1098/15290/13552</w:t>
        <w:br/>
        <w:t>f 1097/15291/13553 1096/15289/13551 1098/15290/13552</w:t>
        <w:br/>
        <w:t>f 1100/15292/13554 1097/15291/13553 1098/15290/13552</w:t>
        <w:br/>
        <w:t>f 1099/15293/13555 1100/15292/13554 1098/15290/13552</w:t>
        <w:br/>
        <w:t>f 1068/15261/13527 1081/15275/13538 1082/15274/13538</w:t>
        <w:br/>
        <w:t>f 1067/15258/13527 1068/15261/13527 1082/15274/13538</w:t>
        <w:br/>
        <w:t>f 1103/15294/13556 1102/15295/13530 1101/15296/13553</w:t>
        <w:br/>
        <w:t>f 1104/15297/13557 1103/15294/13556 1101/15296/13553</w:t>
        <w:br/>
        <w:t>f 1073/15268/13533 1103/15294/13556 1104/15297/13557</w:t>
        <w:br/>
        <w:t>f 1076/15269/13533 1073/15268/13533 1104/15297/13557</w:t>
        <w:br/>
        <w:t>f 1084/15278/13541 1106/15298/13558 1105/15299/13559</w:t>
        <w:br/>
        <w:t>f 1083/15279/13542 1084/15278/13541 1105/15299/13559</w:t>
        <w:br/>
        <w:t>f 1106/15298/13558 1108/15300/13560 1107/15301/13536</w:t>
        <w:br/>
        <w:t>f 1105/15299/13559 1106/15298/13558 1107/15301/13536</w:t>
        <w:br/>
        <w:t>f 1095/15286/13548 1091/15285/13547 1092/15284/13546</w:t>
        <w:br/>
        <w:t>f 1094/15287/13549 1095/15286/13548 1092/15284/13546</w:t>
        <w:br/>
        <w:t>f 1085/15277/13540 1086/15276/13539 1100/15292/13554</w:t>
        <w:br/>
        <w:t>f 1099/15293/13555 1085/15277/13540 1100/15292/13554</w:t>
        <w:br/>
        <w:t>f 1110/15302/13561 1109/15303/13562 1044/15238/13513</w:t>
        <w:br/>
        <w:t>f 1045/15237/13513 1110/15302/13561 1044/15238/13513</w:t>
        <w:br/>
        <w:t>f 1048/15241/13513 1111/15304/13563 1110/15302/13561</w:t>
        <w:br/>
        <w:t>f 1045/15237/13513 1048/15241/13513 1110/15302/13561</w:t>
        <w:br/>
        <w:t>f 1048/15241/13513 1050/15242/13516 1112/15305/13564</w:t>
        <w:br/>
        <w:t>f 1111/15304/13563 1048/15241/13513 1112/15305/13564</w:t>
        <w:br/>
        <w:t>f 1114/15306/13565 1113/15307/13566 1053/15244/13516</w:t>
        <w:br/>
        <w:t>f 1054/15247/13520 1114/15306/13565 1053/15244/13516</w:t>
        <w:br/>
        <w:t>f 1055/15249/13522 1115/15308/13567 1114/15306/13565</w:t>
        <w:br/>
        <w:t>f 1054/15247/13520 1055/15249/13522 1114/15306/13565</w:t>
        <w:br/>
        <w:t>f 1057/15251/13522 1116/15309/13568 1115/15308/13567</w:t>
        <w:br/>
        <w:t>f 1055/15249/13522 1057/15251/13522 1115/15308/13567</w:t>
        <w:br/>
        <w:t>f 1059/15253/13522 1117/15310/13569 1116/15309/13568</w:t>
        <w:br/>
        <w:t>f 1057/15251/13522 1059/15253/13522 1116/15309/13568</w:t>
        <w:br/>
        <w:t>f 1117/15310/13569 1059/15253/13522 1061/15254/13522</w:t>
        <w:br/>
        <w:t>f 1118/15311/13570 1117/15310/13569 1061/15254/13522</w:t>
        <w:br/>
        <w:t>f 1119/15312/13571 1118/15311/13570 1061/15254/13522</w:t>
        <w:br/>
        <w:t>f 1064/15257/13522 1119/15312/13571 1061/15254/13522</w:t>
        <w:br/>
        <w:t>f 1109/15303/13562 1119/15312/13571 1064/15257/13522</w:t>
        <w:br/>
        <w:t>f 1044/15238/13513 1109/15303/13562 1064/15257/13522</w:t>
        <w:br/>
        <w:t>f 1122/15313/13572 1121/15314/13573 1120/15315/13574</w:t>
        <w:br/>
        <w:t>f 1123/15316/13575 1122/15313/13572 1120/15315/13574</w:t>
        <w:br/>
        <w:t>f 1120/15315/13574 1121/15314/13573 1125/15317/13573</w:t>
        <w:br/>
        <w:t>f 1124/15318/13576 1120/15315/13574 1125/15317/13573</w:t>
        <w:br/>
        <w:t>f 1126/15319/13577 1124/15318/13576 1125/15317/13573</w:t>
        <w:br/>
        <w:t>f 1127/15320/13578 1126/15319/13577 1125/15317/13573</w:t>
        <w:br/>
        <w:t>f 1131/15321/13579 1130/15322/13579 1129/15323/13580</w:t>
        <w:br/>
        <w:t>f 1128/15324/13581 1131/15321/13579 1129/15323/13580</w:t>
        <w:br/>
        <w:t>f 1129/15323/13580 1130/15322/13579 1132/15325/13582</w:t>
        <w:br/>
        <w:t>f 1133/15326/13583 1129/15323/13580 1132/15325/13582</w:t>
        <w:br/>
        <w:t>f 1135/15327/13584 1134/15328/13585 1133/15326/13583</w:t>
        <w:br/>
        <w:t>f 1132/15325/13582 1135/15327/13584 1133/15326/13583</w:t>
        <w:br/>
        <w:t>f 1137/15329/13586 1134/15328/13585 1135/15327/13584</w:t>
        <w:br/>
        <w:t>f 1136/15330/13587 1137/15329/13586 1135/15327/13584</w:t>
        <w:br/>
        <w:t>f 1139/15331/13588 1137/15329/13586 1136/15330/13587</w:t>
        <w:br/>
        <w:t>f 1138/15332/13572 1139/15331/13588 1136/15330/13587</w:t>
        <w:br/>
        <w:t>f 1141/15333/13572 1140/15334/13589 1139/15331/13588</w:t>
        <w:br/>
        <w:t>f 1138/15332/13572 1141/15333/13572 1139/15331/13588</w:t>
        <w:br/>
        <w:t>f 1122/15313/13572 1123/15316/13575 1140/15334/13589</w:t>
        <w:br/>
        <w:t>f 1141/15333/13572 1122/15313/13572 1140/15334/13589</w:t>
        <w:br/>
        <w:t>f 1142/15335/13590 1121/15314/13573 1122/15313/13572</w:t>
        <w:br/>
        <w:t>f 1143/15336/13591 1142/15335/13590 1122/15313/13572</w:t>
        <w:br/>
        <w:t>f 1144/15337/13592 1125/15317/13573 1121/15314/13573</w:t>
        <w:br/>
        <w:t>f 1142/15335/13590 1144/15337/13592 1121/15314/13573</w:t>
        <w:br/>
        <w:t>f 1125/15317/13573 1144/15337/13592 1145/15338/13593</w:t>
        <w:br/>
        <w:t>f 1127/15320/13578 1125/15317/13573 1145/15338/13593</w:t>
        <w:br/>
        <w:t>f 1147/15339/13594 1146/15340/13595 1130/15322/13579</w:t>
        <w:br/>
        <w:t>f 1131/15321/13579 1147/15339/13594 1130/15322/13579</w:t>
        <w:br/>
        <w:t>f 1130/15322/13579 1146/15340/13595 1148/15341/13596</w:t>
        <w:br/>
        <w:t>f 1132/15325/13582 1130/15322/13579 1148/15341/13596</w:t>
        <w:br/>
        <w:t>f 1149/15342/13597 1135/15327/13584 1132/15325/13582</w:t>
        <w:br/>
        <w:t>f 1148/15341/13596 1149/15342/13597 1132/15325/13582</w:t>
        <w:br/>
        <w:t>f 1149/15342/13597 1150/15343/13598 1136/15330/13587</w:t>
        <w:br/>
        <w:t>f 1135/15327/13584 1149/15342/13597 1136/15330/13587</w:t>
        <w:br/>
        <w:t>f 1136/15330/13587 1150/15343/13598 1151/15344/13581</w:t>
        <w:br/>
        <w:t>f 1138/15332/13572 1136/15330/13587 1151/15344/13581</w:t>
        <w:br/>
        <w:t>f 1152/15345/13599 1141/15333/13572 1138/15332/13572</w:t>
        <w:br/>
        <w:t>f 1151/15344/13581 1152/15345/13599 1138/15332/13572</w:t>
        <w:br/>
        <w:t>f 1141/15333/13572 1152/15345/13599 1143/15336/13591</w:t>
        <w:br/>
        <w:t>f 1122/15313/13572 1141/15333/13572 1143/15336/13591</w:t>
        <w:br/>
        <w:t>f 1154/15346/13600 1153/15347/13601 1086/15276/13539</w:t>
        <w:br/>
        <w:t>f 1083/15279/13542 1154/15346/13600 1086/15276/13539</w:t>
        <w:br/>
        <w:t>f 1090/15280/13536 1087/15283/13545 1155/15348/13602</w:t>
        <w:br/>
        <w:t>f 1156/15349/13603 1090/15280/13536 1155/15348/13602</w:t>
        <w:br/>
        <w:t>f 1087/15283/13545 1091/15285/13547 1157/15350/13604</w:t>
        <w:br/>
        <w:t>f 1155/15348/13602 1087/15283/13545 1157/15350/13604</w:t>
        <w:br/>
        <w:t>f 1159/15351/13605 1158/15352/13606 1095/15286/13548</w:t>
        <w:br/>
        <w:t>f 1096/15289/13551 1159/15351/13605 1095/15286/13548</w:t>
        <w:br/>
        <w:t>f 1160/15353/13607 1159/15351/13605 1096/15289/13551</w:t>
        <w:br/>
        <w:t>f 1097/15291/13553 1160/15353/13607 1096/15289/13551</w:t>
        <w:br/>
        <w:t>f 1097/15291/13553 1100/15292/13554 1161/15354/13608</w:t>
        <w:br/>
        <w:t>f 1160/15353/13607 1097/15291/13553 1161/15354/13608</w:t>
        <w:br/>
        <w:t>f 1083/15279/13542 1105/15299/13559 1162/15355/13609</w:t>
        <w:br/>
        <w:t>f 1154/15346/13600 1083/15279/13542 1162/15355/13609</w:t>
        <w:br/>
        <w:t>f 1163/15356/13603 1162/15355/13609 1105/15299/13559</w:t>
        <w:br/>
        <w:t>f 1107/15301/13536 1163/15356/13603 1105/15299/13559</w:t>
        <w:br/>
        <w:t>f 1158/15352/13606 1157/15350/13604 1091/15285/13547</w:t>
        <w:br/>
        <w:t>f 1095/15286/13548 1158/15352/13606 1091/15285/13547</w:t>
        <w:br/>
        <w:t>f 1161/15354/13608 1100/15292/13554 1086/15276/13539</w:t>
        <w:br/>
        <w:t>f 1153/15347/13601 1161/15354/13608 1086/15276/13539</w:t>
        <w:br/>
        <w:t>f 1167/15357/13610 1166/15358/13611 1165/15359/13612</w:t>
        <w:br/>
        <w:t>f 1164/15360/13613 1167/15357/13610 1165/15359/13612</w:t>
        <w:br/>
        <w:t>f 1165/15359/13612 1166/15358/13611 1168/15361/13614</w:t>
        <w:br/>
        <w:t>f 1169/15362/13615 1165/15359/13612 1168/15361/13614</w:t>
        <w:br/>
        <w:t>f 1168/15361/13614 1171/15363/13616 1170/15364/13617</w:t>
        <w:br/>
        <w:t>f 1169/15362/13615 1168/15361/13614 1170/15364/13617</w:t>
        <w:br/>
        <w:t>f 1174/15365/13618 1173/15366/13613 1172/15367/13617</w:t>
        <w:br/>
        <w:t>f 1175/15368/13619 1174/15365/13618 1172/15367/13617</w:t>
        <w:br/>
        <w:t>f 1177/15369/13620 1176/15370/13613 1173/15366/13613</w:t>
        <w:br/>
        <w:t>f 1174/15365/13618 1177/15369/13620 1173/15366/13613</w:t>
        <w:br/>
        <w:t>f 1177/15369/13620 1179/15371/13621 1178/15372/13613</w:t>
        <w:br/>
        <w:t>f 1176/15370/13613 1177/15369/13620 1178/15372/13613</w:t>
        <w:br/>
        <w:t>f 1181/15373/13622 1180/15374/13623 1178/15372/13613</w:t>
        <w:br/>
        <w:t>f 1179/15371/13621 1181/15373/13622 1178/15372/13613</w:t>
        <w:br/>
        <w:t>f 1181/15373/13622 1183/15375/13624 1182/15376/13625</w:t>
        <w:br/>
        <w:t>f 1180/15374/13623 1181/15373/13622 1182/15376/13625</w:t>
        <w:br/>
        <w:t>f 1185/15377/13625 1182/15376/13625 1183/15375/13624</w:t>
        <w:br/>
        <w:t>f 1184/15378/13626 1185/15377/13625 1183/15375/13624</w:t>
        <w:br/>
        <w:t>f 1184/15378/13626 1167/15357/13610 1164/15360/13613</w:t>
        <w:br/>
        <w:t>f 1185/15377/13625 1184/15378/13626 1164/15360/13613</w:t>
        <w:br/>
        <w:t>f 1189/15379/13627 1188/15380/13628 1187/15381/13628</w:t>
        <w:br/>
        <w:t>f 1186/15382/13629 1189/15379/13627 1187/15381/13628</w:t>
        <w:br/>
        <w:t>f 1192/15383/13630 1191/15384/13631 1190/15385/13631</w:t>
        <w:br/>
        <w:t>f 1193/15386/13630 1192/15383/13630 1190/15385/13631</w:t>
        <w:br/>
        <w:t>f 1197/15387/13632 1196/15388/13632 1195/15389/13633</w:t>
        <w:br/>
        <w:t>f 1194/15390/13633 1197/15387/13632 1195/15389/13633</w:t>
        <w:br/>
        <w:t>f 1199/15391/13634 1198/15392/13635 1194/15390/13633</w:t>
        <w:br/>
        <w:t>f 1195/15389/13633 1199/15391/13634 1194/15390/13633</w:t>
        <w:br/>
        <w:t>f 1202/15393/13636 1201/15394/13637 1200/15395/13638</w:t>
        <w:br/>
        <w:t>f 1203/15396/13638 1202/15393/13636 1200/15395/13638</w:t>
        <w:br/>
        <w:t>f 1201/15394/13637 1202/15393/13636 1205/15397/13639</w:t>
        <w:br/>
        <w:t>f 1204/15398/13640 1201/15394/13637 1205/15397/13639</w:t>
        <w:br/>
        <w:t>f 1209/15399/13641 1208/15400/13642 1207/15401/13643</w:t>
        <w:br/>
        <w:t>f 1206/15402/13644 1209/15399/13641 1207/15401/13643</w:t>
        <w:br/>
        <w:t>f 1212/15403/13645 1211/15404/13646 1210/15405/13647</w:t>
        <w:br/>
        <w:t>f 1213/15406/13648 1212/15403/13645 1210/15405/13647</w:t>
        <w:br/>
        <w:t>f 1216/15407/13649 1215/15408/13650 1214/15409/13651</w:t>
        <w:br/>
        <w:t>f 1217/15410/13652 1216/15407/13649 1214/15409/13651</w:t>
        <w:br/>
        <w:t>f 1219/15411/13653 1218/15412/13654 1217/15410/13652</w:t>
        <w:br/>
        <w:t>f 1214/15409/13651 1219/15411/13653 1217/15410/13652</w:t>
        <w:br/>
        <w:t>f 1220/15413/13655 1207/15401/13643 1208/15400/13642</w:t>
        <w:br/>
        <w:t>f 1221/15414/13656 1220/15413/13655 1208/15400/13642</w:t>
        <w:br/>
        <w:t>f 1187/15381/13628 1188/15380/13628 1192/15383/13630</w:t>
        <w:br/>
        <w:t>f 1193/15386/13630 1187/15381/13628 1192/15383/13630</w:t>
        <w:br/>
        <w:t>f 1196/15388/13632 1197/15387/13632 1222/15415/13654</w:t>
        <w:br/>
        <w:t>f 1223/15416/13654 1196/15388/13632 1222/15415/13654</w:t>
        <w:br/>
        <w:t>f 1203/15396/13638 1200/15395/13638 1198/15392/13635</w:t>
        <w:br/>
        <w:t>f 1199/15391/13634 1203/15396/13638 1198/15392/13635</w:t>
        <w:br/>
        <w:t>f 1186/15382/13629 1204/15398/13640 1205/15397/13639</w:t>
        <w:br/>
        <w:t>f 1189/15379/13627 1186/15382/13629 1205/15397/13639</w:t>
        <w:br/>
        <w:t>f 1209/15399/13641 1206/15402/13644 1225/15417/13657</w:t>
        <w:br/>
        <w:t>f 1224/15418/13658 1209/15399/13641 1225/15417/13657</w:t>
        <w:br/>
        <w:t>f 1226/15419/13659 1224/15418/13658 1225/15417/13657</w:t>
        <w:br/>
        <w:t>f 1227/15420/13660 1226/15419/13659 1225/15417/13657</w:t>
        <w:br/>
        <w:t>f 1213/15406/13648 1229/15421/13661 1228/15422/13662</w:t>
        <w:br/>
        <w:t>f 1212/15403/13645 1213/15406/13648 1228/15422/13662</w:t>
        <w:br/>
        <w:t>f 1216/15407/13649 1228/15422/13662 1229/15421/13661</w:t>
        <w:br/>
        <w:t>f 1215/15408/13650 1216/15407/13649 1229/15421/13661</w:t>
        <w:br/>
        <w:t>f 1219/15411/13653 1220/15413/13655 1221/15414/13656</w:t>
        <w:br/>
        <w:t>f 1218/15412/13654 1219/15411/13653 1221/15414/13656</w:t>
        <w:br/>
        <w:t>f 1164/15360/13613 1165/15359/13612 1231/15423/13663</w:t>
        <w:br/>
        <w:t>f 1230/15424/13664 1164/15360/13613 1231/15423/13663</w:t>
        <w:br/>
        <w:t>f 1165/15359/13612 1169/15362/13615 1232/15425/13665</w:t>
        <w:br/>
        <w:t>f 1231/15423/13663 1165/15359/13612 1232/15425/13665</w:t>
        <w:br/>
        <w:t>f 1232/15425/13665 1169/15362/13615 1170/15364/13617</w:t>
        <w:br/>
        <w:t>f 1233/15426/13666 1232/15425/13665 1170/15364/13617</w:t>
        <w:br/>
        <w:t>f 1234/15427/13667 1172/15367/13617 1173/15366/13613</w:t>
        <w:br/>
        <w:t>f 1235/15428/13668 1234/15427/13667 1173/15366/13613</w:t>
        <w:br/>
        <w:t>f 1176/15370/13613 1236/15429/13669 1235/15428/13668</w:t>
        <w:br/>
        <w:t>f 1173/15366/13613 1176/15370/13613 1235/15428/13668</w:t>
        <w:br/>
        <w:t>f 1236/15429/13669 1176/15370/13613 1178/15372/13613</w:t>
        <w:br/>
        <w:t>f 1237/15430/13670 1236/15429/13669 1178/15372/13613</w:t>
        <w:br/>
        <w:t>f 1238/15431/13671 1237/15430/13670 1178/15372/13613</w:t>
        <w:br/>
        <w:t>f 1180/15374/13623 1238/15431/13671 1178/15372/13613</w:t>
        <w:br/>
        <w:t>f 1180/15374/13623 1182/15376/13625 1239/15432/13672</w:t>
        <w:br/>
        <w:t>f 1238/15431/13671 1180/15374/13623 1239/15432/13672</w:t>
        <w:br/>
        <w:t>f 1185/15377/13625 1240/15433/13673 1239/15432/13672</w:t>
        <w:br/>
        <w:t>f 1182/15376/13625 1185/15377/13625 1239/15432/13672</w:t>
        <w:br/>
        <w:t>f 1164/15360/13613 1230/15424/13664 1240/15433/13673</w:t>
        <w:br/>
        <w:t>f 1185/15377/13625 1164/15360/13613 1240/15433/13673</w:t>
        <w:br/>
        <w:t>f 1243/15434/13674 1242/15435/13675 1241/15436/13676</w:t>
        <w:br/>
        <w:t>f 1244/15437/13676 1243/15434/13674 1241/15436/13676</w:t>
        <w:br/>
        <w:t>f 1244/15437/13676 1246/15438/13676 1245/15439/13677</w:t>
        <w:br/>
        <w:t>f 1243/15434/13674 1244/15437/13676 1245/15439/13677</w:t>
        <w:br/>
        <w:t>f 1245/15439/13677 1246/15438/13676 1248/15440/13678</w:t>
        <w:br/>
        <w:t>f 1247/15441/13679 1245/15439/13677 1248/15440/13678</w:t>
        <w:br/>
        <w:t>f 1251/15442/13680 1250/15443/13681 1249/15444/13678</w:t>
        <w:br/>
        <w:t>f 1252/15445/13682 1251/15442/13680 1249/15444/13678</w:t>
        <w:br/>
        <w:t>f 1253/15446/13683 1251/15442/13680 1252/15445/13682</w:t>
        <w:br/>
        <w:t>f 1254/15447/13684 1253/15446/13683 1252/15445/13682</w:t>
        <w:br/>
        <w:t>f 1254/15447/13684 1256/15448/13684 1255/15449/13685</w:t>
        <w:br/>
        <w:t>f 1253/15446/13683 1254/15447/13684 1255/15449/13685</w:t>
        <w:br/>
        <w:t>f 1258/15450/13678 1257/15451/13686 1255/15449/13685</w:t>
        <w:br/>
        <w:t>f 1256/15448/13684 1258/15450/13678 1255/15449/13685</w:t>
        <w:br/>
        <w:t>f 1257/15451/13686 1258/15450/13678 1260/15452/13682</w:t>
        <w:br/>
        <w:t>f 1259/15453/13687 1257/15451/13686 1260/15452/13682</w:t>
        <w:br/>
        <w:t>f 1259/15453/13687 1260/15452/13682 1261/15454/13676</w:t>
        <w:br/>
        <w:t>f 1262/15455/13688 1259/15453/13687 1261/15454/13676</w:t>
        <w:br/>
        <w:t>f 1262/15455/13688 1261/15454/13676 1241/15436/13676</w:t>
        <w:br/>
        <w:t>f 1242/15435/13675 1262/15455/13688 1241/15436/13676</w:t>
        <w:br/>
        <w:t>f 1264/15456/13689 1244/15437/13676 1241/15436/13676</w:t>
        <w:br/>
        <w:t>f 1263/15457/13690 1264/15456/13689 1241/15436/13676</w:t>
        <w:br/>
        <w:t>f 1244/15437/13676 1264/15456/13689 1265/15458/13691</w:t>
        <w:br/>
        <w:t>f 1246/15438/13676 1244/15437/13676 1265/15458/13691</w:t>
        <w:br/>
        <w:t>f 1265/15458/13691 1266/15459/13692 1248/15440/13678</w:t>
        <w:br/>
        <w:t>f 1246/15438/13676 1265/15458/13691 1248/15440/13678</w:t>
        <w:br/>
        <w:t>f 1268/15460/13693 1252/15445/13682 1249/15444/13678</w:t>
        <w:br/>
        <w:t>f 1267/15461/13692 1268/15460/13693 1249/15444/13678</w:t>
        <w:br/>
        <w:t>f 1269/15462/13694 1254/15447/13684 1252/15445/13682</w:t>
        <w:br/>
        <w:t>f 1268/15460/13693 1269/15462/13694 1252/15445/13682</w:t>
        <w:br/>
        <w:t>f 1256/15448/13684 1254/15447/13684 1269/15462/13694</w:t>
        <w:br/>
        <w:t>f 1270/15463/13695 1256/15448/13684 1269/15462/13694</w:t>
        <w:br/>
        <w:t>f 1270/15463/13695 1271/15464/13696 1258/15450/13678</w:t>
        <w:br/>
        <w:t>f 1256/15448/13684 1270/15463/13695 1258/15450/13678</w:t>
        <w:br/>
        <w:t>f 1260/15452/13682 1258/15450/13678 1271/15464/13696</w:t>
        <w:br/>
        <w:t>f 1272/15465/13697 1260/15452/13682 1271/15464/13696</w:t>
        <w:br/>
        <w:t>f 1273/15466/13698 1261/15454/13676 1260/15452/13682</w:t>
        <w:br/>
        <w:t>f 1272/15465/13697 1273/15466/13698 1260/15452/13682</w:t>
        <w:br/>
        <w:t>f 1241/15436/13676 1261/15454/13676 1273/15466/13698</w:t>
        <w:br/>
        <w:t>f 1263/15457/13690 1241/15436/13676 1273/15466/13698</w:t>
        <w:br/>
        <w:t>f 1275/15467/13699 1274/15468/13700 1208/15400/13642</w:t>
        <w:br/>
        <w:t>f 1209/15399/13641 1275/15467/13699 1208/15400/13642</w:t>
        <w:br/>
        <w:t>f 1212/15403/13645 1277/15469/13701 1276/15470/13702</w:t>
        <w:br/>
        <w:t>f 1211/15404/13646 1212/15403/13645 1276/15470/13702</w:t>
        <w:br/>
        <w:t>f 1278/15471/13703 1216/15407/13649 1217/15410/13652</w:t>
        <w:br/>
        <w:t>f 1279/15472/13704 1278/15471/13703 1217/15410/13652</w:t>
        <w:br/>
        <w:t>f 1280/15473/13705 1279/15472/13704 1217/15410/13652</w:t>
        <w:br/>
        <w:t>f 1218/15412/13654 1280/15473/13705 1217/15410/13652</w:t>
        <w:br/>
        <w:t>f 1221/15414/13656 1208/15400/13642 1274/15468/13700</w:t>
        <w:br/>
        <w:t>f 1281/15474/13706 1221/15414/13656 1274/15468/13700</w:t>
        <w:br/>
        <w:t>f 1275/15467/13699 1209/15399/13641 1224/15418/13658</w:t>
        <w:br/>
        <w:t>f 1282/15475/13707 1275/15467/13699 1224/15418/13658</w:t>
        <w:br/>
        <w:t>f 1282/15475/13707 1224/15418/13658 1226/15419/13659</w:t>
        <w:br/>
        <w:t>f 1283/15476/13708 1282/15475/13707 1226/15419/13659</w:t>
        <w:br/>
        <w:t>f 1228/15422/13662 1284/15477/13709 1277/15469/13701</w:t>
        <w:br/>
        <w:t>f 1212/15403/13645 1228/15422/13662 1277/15469/13701</w:t>
        <w:br/>
        <w:t>f 1284/15477/13709 1228/15422/13662 1216/15407/13649</w:t>
        <w:br/>
        <w:t>f 1278/15471/13703 1284/15477/13709 1216/15407/13649</w:t>
        <w:br/>
        <w:t>f 1221/15414/13656 1281/15474/13706 1280/15473/13705</w:t>
        <w:br/>
        <w:t>f 1218/15412/13654 1221/15414/13656 1280/15473/13705</w:t>
        <w:br/>
        <w:t>f 2136/15478/13710 2135/15479/13710 2134/15480/13711</w:t>
        <w:br/>
        <w:t>f 2133/15481/13712 2136/15478/13710 2134/15480/13711</w:t>
        <w:br/>
        <w:t>f 2139/15482/13713 2138/15483/13714 2137/15484/13715</w:t>
        <w:br/>
        <w:t>f 2140/15485/13716 2139/15482/13713 2137/15484/13715</w:t>
        <w:br/>
        <w:t>f 2135/15479/13710 2136/15478/13710 2141/15486/13717</w:t>
        <w:br/>
        <w:t>f 2142/15487/13717 2135/15479/13710 2141/15486/13717</w:t>
        <w:br/>
        <w:t>f 2140/15485/13716 2144/15488/13718 2143/15489/13719</w:t>
        <w:br/>
        <w:t>f 2139/15482/13713 2140/15485/13716 2143/15489/13719</w:t>
        <w:br/>
        <w:t>f 2148/15490/13720 2147/15491/13721 2146/15492/13722</w:t>
        <w:br/>
        <w:t>f 2145/15493/13723 2148/15490/13720 2146/15492/13722</w:t>
        <w:br/>
        <w:t>f 2152/15494/13724 2151/15495/13725 2150/15496/13726</w:t>
        <w:br/>
        <w:t>f 2149/15497/13726 2152/15494/13724 2150/15496/13726</w:t>
        <w:br/>
        <w:t>f 2154/15498/13727 2148/15490/13720 2145/15493/13723</w:t>
        <w:br/>
        <w:t>f 2153/15499/13728 2154/15498/13727 2145/15493/13723</w:t>
        <w:br/>
        <w:t>f 2149/15497/13726 2150/15496/13726 2155/15500/13729</w:t>
        <w:br/>
        <w:t>f 2156/15501/13730 2149/15497/13726 2155/15500/13729</w:t>
        <w:br/>
        <w:t>f 2160/15502/13731 2159/15503/13732 2158/15504/13733</w:t>
        <w:br/>
        <w:t>f 2157/15505/13731 2160/15502/13731 2158/15504/13733</w:t>
        <w:br/>
        <w:t>f 2164/15506/13734 2163/15507/13734 2162/15508/13735</w:t>
        <w:br/>
        <w:t>f 2161/15509/13736 2164/15506/13734 2162/15508/13735</w:t>
        <w:br/>
        <w:t>f 2167/15510/13737 2166/15511/13738 2165/15512/13739</w:t>
        <w:br/>
        <w:t>f 2168/15513/13740 2167/15510/13737 2165/15512/13739</w:t>
        <w:br/>
        <w:t>f 2171/15514/13741 2170/15515/13742 2169/15516/13743</w:t>
        <w:br/>
        <w:t>f 2172/15517/13744 2171/15514/13741 2169/15516/13743</w:t>
        <w:br/>
        <w:t>f 2174/15518/13745 2173/15519/13746 2160/15502/13731</w:t>
        <w:br/>
        <w:t>f 2157/15505/13731 2174/15518/13745 2160/15502/13731</w:t>
        <w:br/>
        <w:t>f 2164/15506/13734 2176/15520/13747 2175/15521/13747</w:t>
        <w:br/>
        <w:t>f 2163/15507/13734 2164/15506/13734 2175/15521/13747</w:t>
        <w:br/>
        <w:t>f 2178/15522/13748 2177/15523/13749 2165/15512/13739</w:t>
        <w:br/>
        <w:t>f 2166/15511/13738 2178/15522/13748 2165/15512/13739</w:t>
        <w:br/>
        <w:t>f 2180/15524/13750 2170/15515/13742 2171/15514/13741</w:t>
        <w:br/>
        <w:t>f 2179/15525/13751 2180/15524/13750 2171/15514/13741</w:t>
        <w:br/>
        <w:t>f 2183/15526/13752 2182/15527/13753 2181/15528/13754</w:t>
        <w:br/>
        <w:t>f 2184/15529/13754 2183/15526/13752 2181/15528/13754</w:t>
        <w:br/>
        <w:t>f 2186/15530/13755 2143/15489/13719 2144/15488/13718</w:t>
        <w:br/>
        <w:t>f 2185/15531/13756 2186/15530/13755 2144/15488/13718</w:t>
        <w:br/>
        <w:t>f 2133/15481/13712 2134/15480/13711 2187/15532/13757</w:t>
        <w:br/>
        <w:t>f 2188/15533/13758 2133/15481/13712 2187/15532/13757</w:t>
        <w:br/>
        <w:t>f 2138/15483/13714 2190/15534/13759 2189/15535/13760</w:t>
        <w:br/>
        <w:t>f 2137/15484/13715 2138/15483/13714 2189/15535/13760</w:t>
        <w:br/>
        <w:t>f 2153/15499/13728 2192/15536/13761 2191/15537/13762</w:t>
        <w:br/>
        <w:t>f 2154/15498/13727 2153/15499/13728 2191/15537/13762</w:t>
        <w:br/>
        <w:t>f 2194/15538/13763 2193/15539/13764 2156/15501/13730</w:t>
        <w:br/>
        <w:t>f 2155/15500/13729 2194/15538/13763 2156/15501/13730</w:t>
        <w:br/>
        <w:t>f 2197/15540/13765 2196/15541/13766 2195/15542/13767</w:t>
        <w:br/>
        <w:t>f 2198/15543/13768 2197/15540/13765 2195/15542/13767</w:t>
        <w:br/>
        <w:t>f 2201/15544/13769 2200/15545/13765 2199/15546/13770</w:t>
        <w:br/>
        <w:t>f 2202/15547/13771 2201/15544/13769 2199/15546/13770</w:t>
        <w:br/>
        <w:t>f 2205/15548/13772 2204/15549/13772 2203/15550/13773</w:t>
        <w:br/>
        <w:t>f 2206/15551/13774 2205/15548/13772 2203/15550/13773</w:t>
        <w:br/>
        <w:t>f 2208/15552/13775 2207/15553/13776 2206/15551/13774</w:t>
        <w:br/>
        <w:t>f 2203/15550/13773 2208/15552/13775 2206/15551/13774</w:t>
        <w:br/>
        <w:t>f 2205/15548/13772 2146/15492/13722 2147/15491/13721</w:t>
        <w:br/>
        <w:t>f 2204/15549/13772 2205/15548/13772 2147/15491/13721</w:t>
        <w:br/>
        <w:t>f 2210/15554/13777 2209/15555/13778 2151/15495/13725</w:t>
        <w:br/>
        <w:t>f 2152/15494/13724 2210/15554/13777 2151/15495/13725</w:t>
        <w:br/>
        <w:t>f 2174/15518/13745 2212/15556/13779 2211/15557/13780</w:t>
        <w:br/>
        <w:t>f 2173/15519/13746 2174/15518/13745 2211/15557/13780</w:t>
        <w:br/>
        <w:t>f 2215/15558/13781 2214/15559/13782 2213/15560/13783</w:t>
        <w:br/>
        <w:t>f 2217/15561/13784 2180/15524/13750 2179/15525/13751</w:t>
        <w:br/>
        <w:t>f 2216/15562/13785 2217/15561/13784 2179/15525/13751</w:t>
        <w:br/>
        <w:t>f 2177/15523/13749 2178/15522/13748 2218/15563/13786</w:t>
        <w:br/>
        <w:t>f 2219/15564/13787 2177/15523/13749 2218/15563/13786</w:t>
        <w:br/>
        <w:t>f 2222/15565/13788 2212/15556/13779 2221/15566/13789</w:t>
        <w:br/>
        <w:t>f 2220/15567/13789 2222/15565/13788 2221/15566/13789</w:t>
        <w:br/>
        <w:t>f 2225/15568/13790 2224/15569/13791 2223/15570/13792</w:t>
        <w:br/>
        <w:t>f 2218/15563/13786 2225/15568/13790 2223/15570/13792</w:t>
        <w:br/>
        <w:t>f 2229/15571/13793 2228/15572/13794 2227/15573/13795</w:t>
        <w:br/>
        <w:t>f 2226/15574/13796 2229/15571/13793 2227/15573/13795</w:t>
        <w:br/>
        <w:t>f 2232/15575/13797 2231/15576/13798 2230/15577/13799</w:t>
        <w:br/>
        <w:t>f 2233/15578/13800 2232/15575/13797 2230/15577/13799</w:t>
        <w:br/>
        <w:t>f 2236/15579/13801 2235/15580/13802 2234/15581/13803</w:t>
        <w:br/>
        <w:t>f 2161/15509/13736 2162/15508/13735 2226/15574/13796</w:t>
        <w:br/>
        <w:t>f 2237/15582/13804 2161/15509/13736 2226/15574/13796</w:t>
        <w:br/>
        <w:t>f 2240/15583/13805 2239/15584/13806 2238/15585/13807</w:t>
        <w:br/>
        <w:t>f 2231/15576/13798 2241/15586/13808 2172/15517/13744</w:t>
        <w:br/>
        <w:t>f 2169/15516/13743 2231/15576/13798 2172/15517/13744</w:t>
        <w:br/>
        <w:t>f 2244/15587/13789 2217/15561/13784 2243/15588/13809</w:t>
        <w:br/>
        <w:t>f 2242/15589/13810 2244/15587/13789 2243/15588/13809</w:t>
        <w:br/>
        <w:t>f 2215/15558/13781 2246/15590/13790 2245/15591/13790</w:t>
        <w:br/>
        <w:t>f 2214/15559/13782 2215/15558/13781 2245/15591/13790</w:t>
        <w:br/>
        <w:t>f 2240/15583/13805 2228/15572/13794 2229/15571/13793</w:t>
        <w:br/>
        <w:t>f 2239/15584/13806 2240/15583/13805 2229/15571/13793</w:t>
        <w:br/>
        <w:t>f 2230/15577/13799 2235/15580/13802 2236/15579/13801</w:t>
        <w:br/>
        <w:t>f 2233/15578/13800 2230/15577/13799 2236/15579/13801</w:t>
        <w:br/>
        <w:t>f 2185/15531/13756 2370/15592/13811 2369/15593/13812</w:t>
        <w:br/>
        <w:t>f 2186/15530/13755 2185/15531/13756 2369/15593/13812</w:t>
        <w:br/>
        <w:t>f 2372/15594/13813 2369/15593/13812 2370/15592/13811</w:t>
        <w:br/>
        <w:t>f 2371/15595/13814 2372/15594/13813 2370/15592/13811</w:t>
        <w:br/>
        <w:t>f 2374/15596/13814 2373/15597/13814 2182/15527/13753</w:t>
        <w:br/>
        <w:t>f 2183/15526/13752 2374/15596/13814 2182/15527/13753</w:t>
        <w:br/>
        <w:t>f 2142/15487/13717 2141/15486/13717 2184/15529/13754</w:t>
        <w:br/>
        <w:t>f 2181/15528/13754 2142/15487/13717 2184/15529/13754</w:t>
        <w:br/>
        <w:t>f 2378/15598/13815 2377/15599/13816 2376/15600/13816</w:t>
        <w:br/>
        <w:t>f 2375/15601/13817 2378/15598/13815 2376/15600/13816</w:t>
        <w:br/>
        <w:t>f 2380/15602/13818 2378/15598/13815 2375/15601/13817</w:t>
        <w:br/>
        <w:t>f 2379/15603/13819 2380/15602/13818 2375/15601/13817</w:t>
        <w:br/>
        <w:t>f 2377/15599/13816 2189/15535/13760 2190/15534/13759</w:t>
        <w:br/>
        <w:t>f 2376/15600/13816 2377/15599/13816 2190/15534/13759</w:t>
        <w:br/>
        <w:t>f 2380/15602/13818 2379/15603/13819 2188/15533/13758</w:t>
        <w:br/>
        <w:t>f 2187/15532/13757 2380/15602/13818 2188/15533/13758</w:t>
        <w:br/>
        <w:t>f 2239/15584/13806 2167/15510/13737 2168/15513/13740</w:t>
        <w:br/>
        <w:t>f 2238/15585/13807 2239/15584/13806 2168/15513/13740</w:t>
        <w:br/>
        <w:t>f 2241/15586/13808 2231/15576/13798 2232/15575/13797</w:t>
        <w:br/>
        <w:t>f 2235/15580/13802 2158/15504/13733 2159/15503/13732</w:t>
        <w:br/>
        <w:t>f 2234/15581/13803 2235/15580/13802 2159/15503/13732</w:t>
        <w:br/>
        <w:t>f 2237/15582/13804 2226/15574/13796 2227/15573/13795</w:t>
        <w:br/>
        <w:t>f 2383/15604/13820 2382/15605/13821 2381/15606/13822</w:t>
        <w:br/>
        <w:t>f 2383/15604/13820 2381/15606/13822 2384/15607/13823</w:t>
        <w:br/>
        <w:t>f 2386/15608/13824 2384/15607/13823 2385/15609/13825</w:t>
        <w:br/>
        <w:t>f 2388/15610/13826 2386/15608/13824 2387/15611/13827</w:t>
        <w:br/>
        <w:t>f 2388/15610/13826 2387/15611/13827 2389/15612/13828</w:t>
        <w:br/>
        <w:t>f 2391/15613/13829 2389/15612/13828 2390/15614/13830</w:t>
        <w:br/>
        <w:t>f 2393/15615/13831 2391/15613/13829 2392/15616/13832</w:t>
        <w:br/>
        <w:t>f 2393/15615/13831 2392/15616/13832 2394/15617/13833</w:t>
        <w:br/>
        <w:t>f 2396/15618/13834 2394/15617/13833 2395/15619/13835</w:t>
        <w:br/>
        <w:t>f 2398/15620/13836 2396/15618/13834 2397/15621/13837</w:t>
        <w:br/>
        <w:t>f 2398/15620/13836 2397/15621/13837 2399/15622/13838</w:t>
        <w:br/>
        <w:t>f 2382/15605/13821 2399/15622/13838 2400/15623/13839</w:t>
        <w:br/>
        <w:t>f 2382/15605/13821 2383/15604/13820 2401/15624/13840</w:t>
        <w:br/>
        <w:t>f 2383/15604/13820 2386/15608/13824 2401/15624/13840</w:t>
        <w:br/>
        <w:t>f 2386/15608/13824 2388/15610/13826 2401/15624/13840</w:t>
        <w:br/>
        <w:t>f 2388/15610/13826 2391/15613/13829 2401/15624/13840</w:t>
        <w:br/>
        <w:t>f 2391/15613/13829 2393/15615/13831 2401/15624/13840</w:t>
        <w:br/>
        <w:t>f 2393/15615/13831 2396/15618/13834 2401/15624/13840</w:t>
        <w:br/>
        <w:t>f 2396/15618/13834 2398/15620/13836 2401/15624/13840</w:t>
        <w:br/>
        <w:t>f 2398/15620/13836 2382/15605/13821 2401/15624/13840</w:t>
        <w:br/>
        <w:t>f 2386/15608/13824 2383/15604/13820 2384/15607/13823</w:t>
        <w:br/>
        <w:t>f 2386/15608/13824 2385/15609/13825 2387/15611/13827</w:t>
        <w:br/>
        <w:t>f 2382/15605/13821 2400/15623/13839 2381/15606/13822</w:t>
        <w:br/>
        <w:t>f 2382/15605/13821 2398/15620/13836 2399/15622/13838</w:t>
        <w:br/>
        <w:t>f 2396/15618/13834 2393/15615/13831 2394/15617/13833</w:t>
        <w:br/>
        <w:t>f 2396/15618/13834 2395/15619/13835 2397/15621/13837</w:t>
        <w:br/>
        <w:t>f 2391/15613/13829 2388/15610/13826 2389/15612/13828</w:t>
        <w:br/>
        <w:t>f 2391/15613/13829 2390/15614/13830 2392/15616/13832</w:t>
        <w:br/>
        <w:t>f 2213/15560/13783 2214/15559/13782 2175/15521/13747</w:t>
        <w:br/>
        <w:t>f 2176/15520/13747 2213/15560/13783 2175/15521/13747</w:t>
        <w:br/>
        <w:t>f 2218/15563/13786 2223/15570/13792 2219/15564/13787</w:t>
        <w:br/>
        <w:t>f 2212/15556/13779 2222/15565/13788 2211/15557/13780</w:t>
        <w:br/>
        <w:t>f 2216/15562/13785 2243/15588/13809 2217/15561/13784</w:t>
        <w:br/>
        <w:t>f 2568/15625/13841 2567/15626/13842 2566/15627/13842</w:t>
        <w:br/>
        <w:t>f 2565/15628/13843 2568/15625/13841 2566/15627/13842</w:t>
        <w:br/>
        <w:t>f 2571/15629/13844 2570/15630/13845 2569/15631/13846</w:t>
        <w:br/>
        <w:t>f 2572/15632/13847 2571/15629/13844 2569/15631/13846</w:t>
        <w:br/>
        <w:t>f 2575/15633/13848 2574/15634/13849 2573/15635/13850</w:t>
        <w:br/>
        <w:t>f 2576/15636/13851 2575/15633/13848 2573/15635/13850</w:t>
        <w:br/>
        <w:t>f 2579/15637/13852 2578/15638/13853 2577/15639/13854</w:t>
        <w:br/>
        <w:t>f 2580/15640/13855 2579/15637/13852 2577/15639/13854</w:t>
        <w:br/>
        <w:t>f 2583/15641/13856 2582/15642/13857 2581/15643/13858</w:t>
        <w:br/>
        <w:t>f 2584/15644/13859 2583/15641/13856 2581/15643/13858</w:t>
        <w:br/>
        <w:t>f 2588/15645/13860 2587/15646/13861 2586/15647/13862</w:t>
        <w:br/>
        <w:t>f 2585/15648/13863 2588/15645/13860 2586/15647/13862</w:t>
        <w:br/>
        <w:t>f 2592/15649/13864 2591/15650/13865 2590/15651/13866</w:t>
        <w:br/>
        <w:t>f 2589/15652/13864 2592/15649/13864 2590/15651/13866</w:t>
        <w:br/>
        <w:t>f 2596/15653/13867 2595/15654/13868 2594/15655/13869</w:t>
        <w:br/>
        <w:t>f 2593/15656/13870 2596/15653/13867 2594/15655/13869</w:t>
        <w:br/>
        <w:t>f 2600/15657/13871 2599/15658/13872 2598/15659/13873</w:t>
        <w:br/>
        <w:t>f 2597/15660/13874 2600/15657/13871 2598/15659/13873</w:t>
        <w:br/>
        <w:t>f 2604/15661/13875 2603/15662/13876 2602/15663/13877</w:t>
        <w:br/>
        <w:t>f 2601/15664/13878 2604/15661/13875 2602/15663/13877</w:t>
        <w:br/>
        <w:t>f 2608/15665/13879 2607/15666/13880 2606/15667/13881</w:t>
        <w:br/>
        <w:t>f 2605/15668/13882 2608/15665/13879 2606/15667/13881</w:t>
        <w:br/>
        <w:t>f 2612/15669/13883 2611/15670/13884 2610/15671/13885</w:t>
        <w:br/>
        <w:t>f 2609/15672/13886 2612/15669/13883 2610/15671/13885</w:t>
        <w:br/>
        <w:t>f 2616/15673/13887 2615/15674/13888 2614/15675/13889</w:t>
        <w:br/>
        <w:t>f 2613/15676/13890 2616/15673/13887 2614/15675/13889</w:t>
        <w:br/>
        <w:t>f 2620/15677/13891 2619/15678/13892 2618/15679/13893</w:t>
        <w:br/>
        <w:t>f 2617/15680/13894 2620/15677/13891 2618/15679/13893</w:t>
        <w:br/>
        <w:t>f 2618/15679/13893 2619/15678/13892 2621/15681/13895</w:t>
        <w:br/>
        <w:t>f 2622/15682/13896 2618/15679/13893 2621/15681/13895</w:t>
        <w:br/>
        <w:t>f 2624/15683/13897 2623/15684/13898 2622/15682/13896</w:t>
        <w:br/>
        <w:t>f 2621/15681/13895 2624/15683/13897 2622/15682/13896</w:t>
        <w:br/>
        <w:t>f 2628/15685/13899 2627/15686/13900 2626/15687/13901</w:t>
        <w:br/>
        <w:t>f 2625/15688/13902 2628/15685/13899 2626/15687/13901</w:t>
        <w:br/>
        <w:t>f 2616/15673/13887 2630/15689/13899 2629/15690/13902</w:t>
        <w:br/>
        <w:t>f 2615/15674/13888 2616/15673/13887 2629/15690/13902</w:t>
        <w:br/>
        <w:t>f 2634/15691/13903 2633/15692/13904 2632/15693/13905</w:t>
        <w:br/>
        <w:t>f 2631/15694/13906 2634/15691/13903 2632/15693/13905</w:t>
        <w:br/>
        <w:t>f 2637/15695/13907 2636/15696/13908 2635/15697/13909</w:t>
        <w:br/>
        <w:t>f 2638/15698/13910 2637/15695/13907 2635/15697/13909</w:t>
        <w:br/>
        <w:t>f 2636/15696/13908 2640/15699/13911 2639/15700/13912</w:t>
        <w:br/>
        <w:t>f 2635/15697/13909 2636/15696/13908 2639/15700/13912</w:t>
        <w:br/>
        <w:t>f 2642/15701/13913 2641/15702/13914 2639/15700/13912</w:t>
        <w:br/>
        <w:t>f 2640/15699/13911 2642/15701/13913 2639/15700/13912</w:t>
        <w:br/>
        <w:t>f 2645/15703/13915 2644/15704/13916 2643/15705/13917</w:t>
        <w:br/>
        <w:t>f 2646/15706/13918 2645/15703/13915 2643/15705/13917</w:t>
        <w:br/>
        <w:t>f 2633/15692/13904 2634/15691/13903 2647/15707/13919</w:t>
        <w:br/>
        <w:t>f 2648/15708/13920 2633/15692/13904 2647/15707/13919</w:t>
        <w:br/>
        <w:t>f 2650/15709/13921 2614/15675/13889 2615/15674/13888</w:t>
        <w:br/>
        <w:t>f 2649/15710/13922 2650/15709/13921 2615/15674/13888</w:t>
        <w:br/>
        <w:t>f 2619/15678/13892 2620/15677/13891 2650/15709/13921</w:t>
        <w:br/>
        <w:t>f 2651/15711/13923 2619/15678/13892 2650/15709/13921</w:t>
        <w:br/>
        <w:t>f 2621/15681/13895 2619/15678/13892 2653/15712/13924</w:t>
        <w:br/>
        <w:t>f 2652/15713/13924 2621/15681/13895 2653/15712/13924</w:t>
        <w:br/>
        <w:t>f 2624/15683/13897 2621/15681/13895 2655/15714/13925</w:t>
        <w:br/>
        <w:t>f 2654/15715/13926 2624/15683/13897 2655/15714/13925</w:t>
        <w:br/>
        <w:t>f 2626/15687/13901 2654/15715/13926 2656/15716/13927</w:t>
        <w:br/>
        <w:t>f 2625/15688/13902 2626/15687/13901 2656/15716/13927</w:t>
        <w:br/>
        <w:t>f 2629/15690/13902 2658/15717/13928 2657/15718/13929</w:t>
        <w:br/>
        <w:t>f 2615/15674/13888 2629/15690/13902 2657/15718/13929</w:t>
        <w:br/>
        <w:t>f 2632/15693/13905 2633/15692/13904 2568/15625/13841</w:t>
        <w:br/>
        <w:t>f 2565/15628/13843 2632/15693/13905 2568/15625/13841</w:t>
        <w:br/>
        <w:t>f 2637/15695/13907 2572/15632/13847 2569/15631/13846</w:t>
        <w:br/>
        <w:t>f 2636/15696/13908 2637/15695/13907 2569/15631/13846</w:t>
        <w:br/>
        <w:t>f 2636/15696/13908 2569/15631/13846 2573/15635/13930</w:t>
        <w:br/>
        <w:t>f 2640/15699/13911 2636/15696/13908 2573/15635/13930</w:t>
        <w:br/>
        <w:t>f 2640/15699/13911 2580/15640/13855 2577/15639/13854</w:t>
        <w:br/>
        <w:t>f 2642/15701/13913 2640/15699/13911 2577/15639/13854</w:t>
        <w:br/>
        <w:t>f 2583/15641/13856 2584/15644/13859 2646/15706/13918</w:t>
        <w:br/>
        <w:t>f 2643/15705/13917 2583/15641/13856 2646/15706/13918</w:t>
        <w:br/>
        <w:t>f 2633/15692/13904 2648/15708/13920 2588/15645/13931</w:t>
        <w:br/>
        <w:t>f 2568/15625/13841 2633/15692/13904 2588/15645/13931</w:t>
        <w:br/>
        <w:t>f 2634/15691/13903 2631/15694/13906 2660/15719/13932</w:t>
        <w:br/>
        <w:t>f 2659/15720/13933 2634/15691/13903 2660/15719/13932</w:t>
        <w:br/>
        <w:t>f 2662/15721/13934 2638/15698/13910 2635/15697/13909</w:t>
        <w:br/>
        <w:t>f 2661/15722/13935 2662/15721/13934 2635/15697/13909</w:t>
        <w:br/>
        <w:t>f 2639/15700/13912 2664/15723/13936 2663/15724/13937</w:t>
        <w:br/>
        <w:t>f 2635/15697/13909 2639/15700/13912 2663/15724/13937</w:t>
        <w:br/>
        <w:t>f 2664/15723/13936 2639/15700/13912 2641/15702/13914</w:t>
        <w:br/>
        <w:t>f 2665/15725/13938 2664/15723/13936 2641/15702/13914</w:t>
        <w:br/>
        <w:t>f 2667/15726/13939 2666/15727/13940 2644/15704/13916</w:t>
        <w:br/>
        <w:t>f 2645/15703/13915 2667/15726/13939 2644/15704/13916</w:t>
        <w:br/>
        <w:t>f 2669/15728/13941 2668/15729/13942 2647/15707/13919</w:t>
        <w:br/>
        <w:t>f 2634/15691/13903 2669/15728/13941 2647/15707/13919</w:t>
        <w:br/>
        <w:t>f 2649/15710/13922 2671/15730/13943 2670/15731/13944</w:t>
        <w:br/>
        <w:t>f 2650/15709/13921 2649/15710/13922 2670/15731/13944</w:t>
        <w:br/>
        <w:t>f 2651/15711/13923 2650/15709/13921 2670/15731/13944</w:t>
        <w:br/>
        <w:t>f 2672/15732/13945 2651/15711/13923 2670/15731/13944</w:t>
        <w:br/>
        <w:t>f 2652/15713/13924 2653/15712/13924 2674/15733/13946</w:t>
        <w:br/>
        <w:t>f 2673/15734/13947 2652/15713/13924 2674/15733/13946</w:t>
        <w:br/>
        <w:t>f 2676/15735/13948 2675/15736/13949 2654/15715/13926</w:t>
        <w:br/>
        <w:t>f 2655/15714/13925 2676/15735/13948 2654/15715/13926</w:t>
        <w:br/>
        <w:t>f 2654/15715/13926 2675/15736/13949 2677/15737/13950</w:t>
        <w:br/>
        <w:t>f 2656/15716/13927 2654/15715/13926 2677/15737/13950</w:t>
        <w:br/>
        <w:t>f 2679/15738/13951 2657/15718/13929 2658/15717/13928</w:t>
        <w:br/>
        <w:t>f 2678/15739/13951 2679/15738/13951 2658/15717/13928</w:t>
        <w:br/>
        <w:t>f 2659/15720/13933 2660/15719/13932 2670/15731/13944</w:t>
        <w:br/>
        <w:t>f 2671/15730/13943 2659/15720/13933 2670/15731/13944</w:t>
        <w:br/>
        <w:t>f 2661/15722/13935 2672/15732/13945 2670/15731/13944</w:t>
        <w:br/>
        <w:t>f 2662/15721/13934 2661/15722/13935 2670/15731/13944</w:t>
        <w:br/>
        <w:t>f 2674/15733/13946 2663/15724/13937 2664/15723/13936</w:t>
        <w:br/>
        <w:t>f 2673/15734/13947 2674/15733/13946 2664/15723/13936</w:t>
        <w:br/>
        <w:t>f 2665/15725/13938 2675/15736/13949 2676/15735/13948</w:t>
        <w:br/>
        <w:t>f 2664/15723/13936 2665/15725/13938 2676/15735/13948</w:t>
        <w:br/>
        <w:t>f 2677/15737/13950 2675/15736/13949 2665/15725/13938</w:t>
        <w:br/>
        <w:t>f 2667/15726/13952 2677/15737/13950 2665/15725/13938</w:t>
        <w:br/>
        <w:t>f 2679/15738/13951 2678/15739/13951 2668/15729/13942</w:t>
        <w:br/>
        <w:t>f 2669/15728/13941 2679/15738/13951 2668/15729/13942</w:t>
        <w:br/>
        <w:t>f 2681/15740/13953 2680/15741/13954 2616/15673/13887</w:t>
        <w:br/>
        <w:t>f 2613/15676/13890 2681/15740/13953 2616/15673/13887</w:t>
        <w:br/>
        <w:t>f 2618/15679/13893 2682/15742/13955 2681/15740/13953</w:t>
        <w:br/>
        <w:t>f 2617/15680/13894 2618/15679/13893 2681/15740/13953</w:t>
        <w:br/>
        <w:t>f 2684/15743/13956 2618/15679/13893 2622/15682/13896</w:t>
        <w:br/>
        <w:t>f 2683/15744/13957 2684/15743/13956 2622/15682/13896</w:t>
        <w:br/>
        <w:t>f 2623/15684/13898 2686/15745/13958 2685/15746/13959</w:t>
        <w:br/>
        <w:t>f 2622/15682/13896 2623/15684/13898 2685/15746/13959</w:t>
        <w:br/>
        <w:t>f 2687/15747/13960 2686/15745/13958 2627/15686/13900</w:t>
        <w:br/>
        <w:t>f 2628/15685/13899 2687/15747/13960 2627/15686/13900</w:t>
        <w:br/>
        <w:t>f 2689/15748/13961 2688/15749/13961 2630/15689/13899</w:t>
        <w:br/>
        <w:t>f 2616/15673/13887 2689/15748/13961 2630/15689/13899</w:t>
        <w:br/>
        <w:t>f 2590/15651/13866 2591/15650/13865 2680/15741/13954</w:t>
        <w:br/>
        <w:t>f 2681/15740/13953 2590/15651/13866 2680/15741/13954</w:t>
        <w:br/>
        <w:t>f 2590/15651/13866 2681/15740/13953 2682/15742/13955</w:t>
        <w:br/>
        <w:t>f 2593/15656/13962 2590/15651/13866 2682/15742/13955</w:t>
        <w:br/>
        <w:t>f 2683/15744/13957 2598/15659/13873 2599/15658/13872</w:t>
        <w:br/>
        <w:t>f 2684/15743/13956 2683/15744/13957 2599/15658/13872</w:t>
        <w:br/>
        <w:t>f 2686/15745/13958 2604/15661/13875 2601/15664/13878</w:t>
        <w:br/>
        <w:t>f 2685/15746/13959 2686/15745/13958 2601/15664/13878</w:t>
        <w:br/>
        <w:t>f 2686/15745/13958 2687/15747/13960 2605/15668/13882</w:t>
        <w:br/>
        <w:t>f 2604/15661/13875 2686/15745/13958 2605/15668/13882</w:t>
        <w:br/>
        <w:t>f 2609/15672/13886 2610/15671/13885 2688/15749/13961</w:t>
        <w:br/>
        <w:t>f 2689/15748/13961 2609/15672/13886 2688/15749/13961</w:t>
        <w:br/>
        <w:t>f 2853/15750/13963 2852/15751/13964 2851/15752/13965</w:t>
        <w:br/>
        <w:t>f 2850/15753/13966 2853/15750/13963 2851/15752/13965</w:t>
        <w:br/>
        <w:t>f 2854/15754/13967 2853/15750/13963 2850/15753/13966</w:t>
        <w:br/>
        <w:t>f 2855/15755/13966 2854/15754/13967 2850/15753/13966</w:t>
        <w:br/>
        <w:t>f 2857/15756/13965 2856/15757/13968 2854/15754/13967</w:t>
        <w:br/>
        <w:t>f 2855/15755/13966 2857/15756/13965 2854/15754/13967</w:t>
        <w:br/>
        <w:t>f 2860/15758/13969 2859/15759/13968 2858/15760/13970</w:t>
        <w:br/>
        <w:t>f 2861/15761/13971 2860/15758/13969 2858/15760/13970</w:t>
        <w:br/>
        <w:t>f 2860/15758/13969 2861/15761/13971 2863/15762/13972</w:t>
        <w:br/>
        <w:t>f 2862/15763/13973 2860/15758/13969 2863/15762/13972</w:t>
        <w:br/>
        <w:t>f 2862/15763/13973 2863/15762/13972 2865/15764/13972</w:t>
        <w:br/>
        <w:t>f 2864/15765/13974 2862/15763/13973 2865/15764/13972</w:t>
        <w:br/>
        <w:t>f 2867/15766/13975 2864/15765/13974 2865/15764/13972</w:t>
        <w:br/>
        <w:t>f 2866/15767/13965 2867/15766/13975 2865/15764/13972</w:t>
        <w:br/>
        <w:t>f 2867/15766/13975 2866/15767/13965 2868/15768/13971</w:t>
        <w:br/>
        <w:t>f 2869/15769/13976 2867/15766/13975 2868/15768/13971</w:t>
        <w:br/>
        <w:t>f 2870/15770/13977 2869/15769/13976 2868/15768/13971</w:t>
        <w:br/>
        <w:t>f 2871/15771/13971 2870/15770/13977 2868/15768/13971</w:t>
        <w:br/>
        <w:t>f 2871/15771/13971 2851/15752/13965 2852/15751/13964</w:t>
        <w:br/>
        <w:t>f 2870/15770/13977 2871/15771/13971 2852/15751/13964</w:t>
        <w:br/>
        <w:t>f 2874/15772/13978 2873/15773/13978 2872/15774/13979</w:t>
        <w:br/>
        <w:t>f 2875/15775/13980 2874/15772/13978 2872/15774/13979</w:t>
        <w:br/>
        <w:t>f 2877/15776/13981 2876/15777/13981 2873/15773/13978</w:t>
        <w:br/>
        <w:t>f 2874/15772/13978 2877/15776/13981 2873/15773/13978</w:t>
        <w:br/>
        <w:t>f 2879/15778/13982 2876/15777/13981 2877/15776/13981</w:t>
        <w:br/>
        <w:t>f 2878/15779/13982 2879/15778/13982 2877/15776/13981</w:t>
        <w:br/>
        <w:t>f 2882/15780/13983 2881/15781/13984 2880/15782/13984</w:t>
        <w:br/>
        <w:t>f 2883/15783/13983 2882/15780/13983 2880/15782/13984</w:t>
        <w:br/>
        <w:t>f 2885/15784/13985 2880/15782/13984 2881/15781/13984</w:t>
        <w:br/>
        <w:t>f 2884/15785/13986 2885/15784/13985 2881/15781/13984</w:t>
        <w:br/>
        <w:t>f 2884/15785/13986 2887/15786/13987 2886/15787/13988</w:t>
        <w:br/>
        <w:t>f 2885/15784/13985 2884/15785/13986 2886/15787/13988</w:t>
        <w:br/>
        <w:t>f 2887/15786/13987 2889/15788/13989 2888/15789/13989</w:t>
        <w:br/>
        <w:t>f 2886/15787/13988 2887/15786/13987 2888/15789/13989</w:t>
        <w:br/>
        <w:t>f 2893/15790/13990 2892/15791/13991 2891/15792/13992</w:t>
        <w:br/>
        <w:t>f 2890/15793/13993 2893/15790/13990 2891/15792/13992</w:t>
        <w:br/>
        <w:t>f 2897/15794/13987 2896/15795/13994 2895/15796/13995</w:t>
        <w:br/>
        <w:t>f 2894/15797/13996 2897/15794/13987 2895/15796/13995</w:t>
        <w:br/>
        <w:t>f 2896/15795/13994 2899/15798/13997 2898/15799/13998</w:t>
        <w:br/>
        <w:t>f 2895/15796/13995 2896/15795/13994 2898/15799/13998</w:t>
        <w:br/>
        <w:t>f 2902/15800/13999 2901/15801/14000 2900/15802/14001</w:t>
        <w:br/>
        <w:t>f 2903/15803/14002 2902/15800/13999 2900/15802/14001</w:t>
        <w:br/>
        <w:t>f 2903/15803/14002 2905/15804/13982 2904/15805/14003</w:t>
        <w:br/>
        <w:t>f 2902/15800/13999 2903/15803/14002 2904/15805/14003</w:t>
        <w:br/>
        <w:t>f 2907/15806/14004 2906/15807/14005 2904/15805/14003</w:t>
        <w:br/>
        <w:t>f 2905/15804/13982 2907/15806/14004 2904/15805/14003</w:t>
        <w:br/>
        <w:t>f 2888/15789/13989 2889/15788/13989 2875/15775/13980</w:t>
        <w:br/>
        <w:t>f 2872/15774/13979 2888/15789/13989 2875/15775/13980</w:t>
        <w:br/>
        <w:t>f 2910/15808/13982 2909/15809/14006 2908/15810/14007</w:t>
        <w:br/>
        <w:t>f 2911/15811/14008 2910/15808/13982 2908/15810/14007</w:t>
        <w:br/>
        <w:t>f 2911/15811/14008 2908/15810/14007 2882/15780/13983</w:t>
        <w:br/>
        <w:t>f 2883/15783/13983 2911/15811/14008 2882/15780/13983</w:t>
        <w:br/>
        <w:t>f 2891/15792/13992 2892/15791/13991 2913/15812/14009</w:t>
        <w:br/>
        <w:t>f 2912/15813/14010 2891/15792/13992 2913/15812/14009</w:t>
        <w:br/>
        <w:t>f 2912/15813/14010 2913/15812/14009 2915/15814/13988</w:t>
        <w:br/>
        <w:t>f 2914/15815/14011 2912/15813/14010 2915/15814/13988</w:t>
        <w:br/>
        <w:t>f 2898/15799/13998 2899/15798/13997 2900/15802/14001</w:t>
        <w:br/>
        <w:t>f 2901/15801/14000 2898/15799/13998 2900/15802/14001</w:t>
        <w:br/>
        <w:t>f 2890/15793/13993 2906/15807/14005 2907/15806/14004</w:t>
        <w:br/>
        <w:t>f 2893/15790/13990 2890/15793/13993 2907/15806/14004</w:t>
        <w:br/>
        <w:t>f 2917/15816/14012 2850/15753/13966 2851/15752/13965</w:t>
        <w:br/>
        <w:t>f 2916/15817/14013 2917/15816/14012 2851/15752/13965</w:t>
        <w:br/>
        <w:t>f 2917/15816/14012 2918/15818/14014 2855/15755/13966</w:t>
        <w:br/>
        <w:t>f 2850/15753/13966 2917/15816/14012 2855/15755/13966</w:t>
        <w:br/>
        <w:t>f 2919/15819/13976 2857/15756/13965 2855/15755/13966</w:t>
        <w:br/>
        <w:t>f 2918/15818/14014 2919/15819/13976 2855/15755/13966</w:t>
        <w:br/>
        <w:t>f 2858/15760/13970 2921/15820/14015 2920/15821/13977</w:t>
        <w:br/>
        <w:t>f 2861/15761/13971 2858/15760/13970 2920/15821/13977</w:t>
        <w:br/>
        <w:t>f 2863/15762/13972 2861/15761/13971 2920/15821/13977</w:t>
        <w:br/>
        <w:t>f 2922/15822/14016 2863/15762/13972 2920/15821/13977</w:t>
        <w:br/>
        <w:t>f 2865/15764/13972 2863/15762/13972 2922/15822/14016</w:t>
        <w:br/>
        <w:t>f 2923/15823/14017 2865/15764/13972 2922/15822/14016</w:t>
        <w:br/>
        <w:t>f 2866/15767/13965 2865/15764/13972 2923/15823/14017</w:t>
        <w:br/>
        <w:t>f 2924/15824/14018 2866/15767/13965 2923/15823/14017</w:t>
        <w:br/>
        <w:t>f 2868/15768/13971 2866/15767/13965 2924/15824/14018</w:t>
        <w:br/>
        <w:t>f 2925/15825/14019 2868/15768/13971 2924/15824/14018</w:t>
        <w:br/>
        <w:t>f 2868/15768/13971 2925/15825/14019 2926/15826/14020</w:t>
        <w:br/>
        <w:t>f 2871/15771/13971 2868/15768/13971 2926/15826/14020</w:t>
        <w:br/>
        <w:t>f 2871/15771/13971 2926/15826/14020 2916/15817/14013</w:t>
        <w:br/>
        <w:t>f 2851/15752/13965 2871/15771/13971 2916/15817/14013</w:t>
        <w:br/>
        <w:t>f 2929/15827/14021 2928/15828/14022 2927/15829/14023</w:t>
        <w:br/>
        <w:t>f 2930/15830/14024 2929/15827/14021 2927/15829/14023</w:t>
        <w:br/>
        <w:t>f 2929/15827/14021 2932/15831/14025 2931/15832/14026</w:t>
        <w:br/>
        <w:t>f 2928/15828/14022 2929/15827/14021 2931/15832/14026</w:t>
        <w:br/>
        <w:t>f 2931/15832/14026 2932/15831/14025 2933/15833/14027</w:t>
        <w:br/>
        <w:t>f 2934/15834/14028 2931/15832/14026 2933/15833/14027</w:t>
        <w:br/>
        <w:t>f 2937/15835/14029 2936/15836/14030 2935/15837/14028</w:t>
        <w:br/>
        <w:t>f 2938/15838/14028 2937/15835/14029 2935/15837/14028</w:t>
        <w:br/>
        <w:t>f 2939/15839/14031 2935/15837/14028 2936/15836/14030</w:t>
        <w:br/>
        <w:t>f 2940/15840/14032 2939/15839/14031 2936/15836/14030</w:t>
        <w:br/>
        <w:t>f 2942/15841/14033 2939/15839/14031 2940/15840/14032</w:t>
        <w:br/>
        <w:t>f 2941/15842/14034 2942/15841/14033 2940/15840/14032</w:t>
        <w:br/>
        <w:t>f 2944/15843/14035 2943/15844/14026 2942/15841/14033</w:t>
        <w:br/>
        <w:t>f 2941/15842/14034 2944/15843/14035 2942/15841/14033</w:t>
        <w:br/>
        <w:t>f 2946/15845/14036 2945/15846/14037 2943/15844/14026</w:t>
        <w:br/>
        <w:t>f 2944/15843/14035 2946/15845/14036 2943/15844/14026</w:t>
        <w:br/>
        <w:t>f 2948/15847/14022 2945/15846/14037 2946/15845/14036</w:t>
        <w:br/>
        <w:t>f 2947/15848/14038 2948/15847/14022 2946/15845/14036</w:t>
        <w:br/>
        <w:t>f 2947/15848/14038 2930/15830/14024 2927/15829/14023</w:t>
        <w:br/>
        <w:t>f 2948/15847/14022 2947/15848/14038 2927/15829/14023</w:t>
        <w:br/>
        <w:t>f 2927/15829/14023 2928/15828/14022 2949/15849/14039</w:t>
        <w:br/>
        <w:t>f 2950/15850/14032 2927/15829/14023 2949/15849/14039</w:t>
        <w:br/>
        <w:t>f 2928/15828/14022 2931/15832/14026 2951/15851/14040</w:t>
        <w:br/>
        <w:t>f 2949/15849/14039 2928/15828/14022 2951/15851/14040</w:t>
        <w:br/>
        <w:t>f 2931/15832/14026 2934/15834/14028 2952/15852/14041</w:t>
        <w:br/>
        <w:t>f 2951/15851/14040 2931/15832/14026 2952/15852/14041</w:t>
        <w:br/>
        <w:t>f 2954/15853/14042 2938/15838/14028 2935/15837/14028</w:t>
        <w:br/>
        <w:t>f 2953/15854/14043 2954/15853/14042 2935/15837/14028</w:t>
        <w:br/>
        <w:t>f 2935/15837/14028 2939/15839/14031 2955/15855/14044</w:t>
        <w:br/>
        <w:t>f 2953/15854/14043 2935/15837/14028 2955/15855/14044</w:t>
        <w:br/>
        <w:t>f 2956/15856/14045 2955/15855/14044 2939/15839/14031</w:t>
        <w:br/>
        <w:t>f 2942/15841/14033 2956/15856/14045 2939/15839/14031</w:t>
        <w:br/>
        <w:t>f 2956/15856/14045 2942/15841/14033 2943/15844/14026</w:t>
        <w:br/>
        <w:t>f 2957/15857/14046 2956/15856/14045 2943/15844/14026</w:t>
        <w:br/>
        <w:t>f 2943/15844/14026 2945/15846/14037 2958/15858/14047</w:t>
        <w:br/>
        <w:t>f 2957/15857/14046 2943/15844/14026 2958/15858/14047</w:t>
        <w:br/>
        <w:t>f 2945/15846/14037 2948/15847/14022 2959/15859/14030</w:t>
        <w:br/>
        <w:t>f 2958/15858/14047 2945/15846/14037 2959/15859/14030</w:t>
        <w:br/>
        <w:t>f 2927/15829/14023 2950/15850/14032 2959/15859/14030</w:t>
        <w:br/>
        <w:t>f 2948/15847/14022 2927/15829/14023 2959/15859/14030</w:t>
        <w:br/>
        <w:t>f 2961/15860/14048 2892/15791/13991 2893/15790/13990</w:t>
        <w:br/>
        <w:t>f 2960/15861/14049 2961/15860/14048 2893/15790/13990</w:t>
        <w:br/>
        <w:t>f 2962/15862/14050 2896/15795/13994 2897/15794/13987</w:t>
        <w:br/>
        <w:t>f 2963/15863/14051 2962/15862/14050 2897/15794/13987</w:t>
        <w:br/>
        <w:t>f 2896/15795/13994 2962/15862/14050 2964/15864/14052</w:t>
        <w:br/>
        <w:t>f 2899/15798/13997 2896/15795/13994 2964/15864/14052</w:t>
        <w:br/>
        <w:t>f 2900/15802/14001 2966/15865/14053 2965/15866/14054</w:t>
        <w:br/>
        <w:t>f 2903/15803/14002 2900/15802/14001 2965/15866/14054</w:t>
        <w:br/>
        <w:t>f 2903/15803/14002 2965/15866/14054 2967/15867/14055</w:t>
        <w:br/>
        <w:t>f 2905/15804/13982 2903/15803/14002 2967/15867/14055</w:t>
        <w:br/>
        <w:t>f 2968/15868/14056 2907/15806/14004 2905/15804/13982</w:t>
        <w:br/>
        <w:t>f 2967/15867/14055 2968/15868/14056 2905/15804/13982</w:t>
        <w:br/>
        <w:t>f 2892/15791/13991 2961/15860/14048 2969/15869/14057</w:t>
        <w:br/>
        <w:t>f 2913/15812/14009 2892/15791/13991 2969/15869/14057</w:t>
        <w:br/>
        <w:t>f 2970/15870/14058 2915/15814/13988 2913/15812/14009</w:t>
        <w:br/>
        <w:t>f 2969/15869/14057 2970/15870/14058 2913/15812/14009</w:t>
        <w:br/>
        <w:t>f 2899/15798/13997 2964/15864/14052 2966/15865/14053</w:t>
        <w:br/>
        <w:t>f 2900/15802/14001 2899/15798/13997 2966/15865/14053</w:t>
        <w:br/>
        <w:t>f 2893/15790/13990 2907/15806/14004 2968/15868/14056</w:t>
        <w:br/>
        <w:t>f 2960/15861/14049 2893/15790/13990 2968/15868/14056</w:t>
        <w:br/>
        <w:t>f 2974/15871/14059 2973/15872/14060 2972/15873/14061</w:t>
        <w:br/>
        <w:t>f 2971/15874/14062 2974/15871/14059 2972/15873/14061</w:t>
        <w:br/>
        <w:t>f 2975/15875/14063 2971/15874/14062 2972/15873/14061</w:t>
        <w:br/>
        <w:t>f 2976/15876/14064 2975/15875/14063 2972/15873/14061</w:t>
        <w:br/>
        <w:t>f 2975/15875/14063 2976/15876/14064 2978/15877/14064</w:t>
        <w:br/>
        <w:t>f 2977/15878/14065 2975/15875/14063 2978/15877/14064</w:t>
        <w:br/>
        <w:t>f 2981/15879/14064 2980/15880/14066 2979/15881/14067</w:t>
        <w:br/>
        <w:t>f 2982/15882/14068 2981/15879/14064 2979/15881/14067</w:t>
        <w:br/>
        <w:t>f 2980/15880/14066 2984/15883/14060 2983/15884/14069</w:t>
        <w:br/>
        <w:t>f 2979/15881/14067 2980/15880/14066 2983/15884/14069</w:t>
        <w:br/>
        <w:t>f 2983/15884/14069 2984/15883/14060 2986/15885/14060</w:t>
        <w:br/>
        <w:t>f 2985/15886/14070 2983/15884/14069 2986/15885/14060</w:t>
        <w:br/>
        <w:t>f 2986/15885/14060 2988/15887/14061 2987/15888/14071</w:t>
        <w:br/>
        <w:t>f 2985/15886/14070 2986/15885/14060 2987/15888/14071</w:t>
        <w:br/>
        <w:t>f 2990/15889/14066 2989/15890/14072 2987/15888/14071</w:t>
        <w:br/>
        <w:t>f 2988/15887/14061 2990/15889/14066 2987/15888/14071</w:t>
        <w:br/>
        <w:t>f 2992/15891/14066 2991/15892/14073 2989/15890/14072</w:t>
        <w:br/>
        <w:t>f 2990/15889/14066 2992/15891/14066 2989/15890/14072</w:t>
        <w:br/>
        <w:t>f 2973/15872/14060 2974/15871/14059 2991/15892/14073</w:t>
        <w:br/>
        <w:t>f 2992/15891/14066 2973/15872/14060 2991/15892/14073</w:t>
        <w:br/>
        <w:t>f 2996/15893/14074 2995/15894/14075 2994/15895/14076</w:t>
        <w:br/>
        <w:t>f 2993/15896/14076 2996/15893/14074 2994/15895/14076</w:t>
        <w:br/>
        <w:t>f 2999/15897/14077 2998/15898/14078 2997/15899/14079</w:t>
        <w:br/>
        <w:t>f 3000/15900/14079 2999/15897/14077 2997/15899/14079</w:t>
        <w:br/>
        <w:t>f 3004/15901/14080 3003/15902/14081 3002/15903/14081</w:t>
        <w:br/>
        <w:t>f 3001/15904/14080 3004/15901/14080 3002/15903/14081</w:t>
        <w:br/>
        <w:t>f 3006/15905/14082 3002/15903/14081 3003/15902/14081</w:t>
        <w:br/>
        <w:t>f 3005/15906/14083 3006/15905/14082 3003/15902/14081</w:t>
        <w:br/>
        <w:t>f 3009/15907/14084 3008/15908/14085 3007/15909/14086</w:t>
        <w:br/>
        <w:t>f 3010/15910/14084 3009/15907/14084 3007/15909/14086</w:t>
        <w:br/>
        <w:t>f 3008/15908/14085 3012/15911/14087 3011/15912/14088</w:t>
        <w:br/>
        <w:t>f 3007/15909/14086 3008/15908/14085 3011/15912/14088</w:t>
        <w:br/>
        <w:t>f 3016/15913/14089 3015/15914/14090 3014/15915/14091</w:t>
        <w:br/>
        <w:t>f 3013/15916/14092 3016/15913/14089 3014/15915/14091</w:t>
        <w:br/>
        <w:t>f 3019/15917/14093 3018/15918/14094 3017/15919/14095</w:t>
        <w:br/>
        <w:t>f 3020/15920/14096 3019/15917/14093 3017/15919/14095</w:t>
        <w:br/>
        <w:t>f 3023/15921/14097 3022/15922/14098 3021/15923/14099</w:t>
        <w:br/>
        <w:t>f 3024/15924/14100 3023/15921/14097 3021/15923/14099</w:t>
        <w:br/>
        <w:t>f 3026/15925/14101 3023/15921/14097 3024/15924/14100</w:t>
        <w:br/>
        <w:t>f 3025/15926/14077 3026/15925/14101 3024/15924/14100</w:t>
        <w:br/>
        <w:t>f 3013/15916/14092 3014/15915/14091 3027/15927/14102</w:t>
        <w:br/>
        <w:t>f 3028/15928/14103 3013/15916/14092 3027/15927/14102</w:t>
        <w:br/>
        <w:t>f 2994/15895/14076 3000/15900/14079 2997/15899/14079</w:t>
        <w:br/>
        <w:t>f 2993/15896/14076 2994/15895/14076 2997/15899/14079</w:t>
        <w:br/>
        <w:t>f 3029/15929/14077 3004/15901/14080 3001/15904/14080</w:t>
        <w:br/>
        <w:t>f 3030/15930/14104 3029/15929/14077 3001/15904/14080</w:t>
        <w:br/>
        <w:t>f 3005/15906/14083 3009/15907/14084 3010/15910/14084</w:t>
        <w:br/>
        <w:t>f 3006/15905/14082 3005/15906/14083 3010/15910/14084</w:t>
        <w:br/>
        <w:t>f 3011/15912/14088 3012/15911/14087 2995/15894/14075</w:t>
        <w:br/>
        <w:t>f 2996/15893/14074 3011/15912/14088 2995/15894/14075</w:t>
        <w:br/>
        <w:t>f 3016/15913/14089 3032/15931/14105 3031/15932/14106</w:t>
        <w:br/>
        <w:t>f 3015/15914/14090 3016/15913/14089 3031/15932/14106</w:t>
        <w:br/>
        <w:t>f 3031/15932/14106 3032/15931/14105 3033/15933/14094</w:t>
        <w:br/>
        <w:t>f 3034/15934/14093 3031/15932/14106 3033/15933/14094</w:t>
        <w:br/>
        <w:t>f 3020/15920/14096 3017/15919/14095 3036/15935/14107</w:t>
        <w:br/>
        <w:t>f 3035/15936/14108 3020/15920/14096 3036/15935/14107</w:t>
        <w:br/>
        <w:t>f 3035/15936/14108 3036/15935/14107 3021/15923/14099</w:t>
        <w:br/>
        <w:t>f 3022/15922/14098 3035/15936/14108 3021/15923/14099</w:t>
        <w:br/>
        <w:t>f 3026/15925/14101 3025/15926/14077 3028/15928/14103</w:t>
        <w:br/>
        <w:t>f 3027/15927/14102 3026/15925/14101 3028/15928/14103</w:t>
        <w:br/>
        <w:t>f 2973/15872/14060 3038/15937/14109 3037/15938/14110</w:t>
        <w:br/>
        <w:t>f 2972/15873/14061 2973/15872/14060 3037/15938/14110</w:t>
        <w:br/>
        <w:t>f 3039/15939/14111 2976/15876/14064 2972/15873/14061</w:t>
        <w:br/>
        <w:t>f 3037/15938/14110 3039/15939/14111 2972/15873/14061</w:t>
        <w:br/>
        <w:t>f 2978/15877/14064 2976/15876/14064 3039/15939/14111</w:t>
        <w:br/>
        <w:t>f 3040/15940/14112 2978/15877/14064 3039/15939/14111</w:t>
        <w:br/>
        <w:t>f 2980/15880/14066 2981/15879/14064 3041/15941/14112</w:t>
        <w:br/>
        <w:t>f 3042/15942/14113 2980/15880/14066 3041/15941/14112</w:t>
        <w:br/>
        <w:t>f 2984/15883/14060 2980/15880/14066 3042/15942/14113</w:t>
        <w:br/>
        <w:t>f 3043/15943/14114 2984/15883/14060 3042/15942/14113</w:t>
        <w:br/>
        <w:t>f 2986/15885/14060 2984/15883/14060 3043/15943/14114</w:t>
        <w:br/>
        <w:t>f 3044/15944/14115 2986/15885/14060 3043/15943/14114</w:t>
        <w:br/>
        <w:t>f 3045/15945/14116 2988/15887/14061 2986/15885/14060</w:t>
        <w:br/>
        <w:t>f 3044/15944/14115 3045/15945/14116 2986/15885/14060</w:t>
        <w:br/>
        <w:t>f 3046/15946/14117 2990/15889/14066 2988/15887/14061</w:t>
        <w:br/>
        <w:t>f 3045/15945/14116 3046/15946/14117 2988/15887/14061</w:t>
        <w:br/>
        <w:t>f 2992/15891/14066 2990/15889/14066 3046/15946/14117</w:t>
        <w:br/>
        <w:t>f 3047/15947/14118 2992/15891/14066 3046/15946/14117</w:t>
        <w:br/>
        <w:t>f 3047/15947/14118 3038/15937/14109 2973/15872/14060</w:t>
        <w:br/>
        <w:t>f 2992/15891/14066 3047/15947/14118 2973/15872/14060</w:t>
        <w:br/>
        <w:t>f 3050/15948/14119 3049/15949/14120 3048/15950/14121</w:t>
        <w:br/>
        <w:t>f 3051/15951/14119 3050/15948/14119 3048/15950/14121</w:t>
        <w:br/>
        <w:t>f 3051/15951/14119 3048/15950/14121 3053/15952/14122</w:t>
        <w:br/>
        <w:t>f 3052/15953/14123 3051/15951/14119 3053/15952/14122</w:t>
        <w:br/>
        <w:t>f 3053/15952/14122 3055/15954/14124 3054/15955/14125</w:t>
        <w:br/>
        <w:t>f 3052/15953/14123 3053/15952/14122 3054/15955/14125</w:t>
        <w:br/>
        <w:t>f 3058/15956/14125 3057/15957/14124 3056/15958/14126</w:t>
        <w:br/>
        <w:t>f 3059/15959/14127 3058/15956/14125 3056/15958/14126</w:t>
        <w:br/>
        <w:t>f 3059/15959/14127 3056/15958/14126 3060/15960/14128</w:t>
        <w:br/>
        <w:t>f 3061/15961/14123 3059/15959/14127 3060/15960/14128</w:t>
        <w:br/>
        <w:t>f 3063/15962/14129 3062/15963/14130 3061/15961/14123</w:t>
        <w:br/>
        <w:t>f 3060/15960/14128 3063/15962/14129 3061/15961/14123</w:t>
        <w:br/>
        <w:t>f 3063/15962/14129 3065/15964/14131 3064/15965/14125</w:t>
        <w:br/>
        <w:t>f 3062/15963/14130 3063/15962/14129 3064/15965/14125</w:t>
        <w:br/>
        <w:t>f 3065/15964/14131 3067/15966/14132 3066/15967/14127</w:t>
        <w:br/>
        <w:t>f 3064/15965/14125 3065/15964/14131 3066/15967/14127</w:t>
        <w:br/>
        <w:t>f 3068/15968/14119 3066/15967/14127 3067/15966/14132</w:t>
        <w:br/>
        <w:t>f 3069/15969/14133 3068/15968/14119 3067/15966/14132</w:t>
        <w:br/>
        <w:t>f 3069/15969/14133 3049/15949/14120 3050/15948/14119</w:t>
        <w:br/>
        <w:t>f 3068/15968/14119 3069/15969/14133 3050/15948/14119</w:t>
        <w:br/>
        <w:t>f 3071/15970/14134 3070/15971/14135 3050/15948/14119</w:t>
        <w:br/>
        <w:t>f 3051/15951/14119 3071/15970/14134 3050/15948/14119</w:t>
        <w:br/>
        <w:t>f 3051/15951/14119 3052/15953/14123 3072/15972/14136</w:t>
        <w:br/>
        <w:t>f 3071/15970/14134 3051/15951/14119 3072/15972/14136</w:t>
        <w:br/>
        <w:t>f 3054/15955/14125 3073/15973/14132 3072/15972/14136</w:t>
        <w:br/>
        <w:t>f 3052/15953/14123 3054/15955/14125 3072/15972/14136</w:t>
        <w:br/>
        <w:t>f 3075/15974/14137 3074/15975/14132 3058/15956/14125</w:t>
        <w:br/>
        <w:t>f 3059/15959/14127 3075/15974/14137 3058/15956/14125</w:t>
        <w:br/>
        <w:t>f 3059/15959/14127 3061/15961/14123 3076/15976/14138</w:t>
        <w:br/>
        <w:t>f 3075/15974/14137 3059/15959/14127 3076/15976/14138</w:t>
        <w:br/>
        <w:t>f 3062/15963/14130 3077/15977/14139 3076/15976/14138</w:t>
        <w:br/>
        <w:t>f 3061/15961/14123 3062/15963/14130 3076/15976/14138</w:t>
        <w:br/>
        <w:t>f 3064/15965/14125 3078/15978/14140 3077/15977/14139</w:t>
        <w:br/>
        <w:t>f 3062/15963/14130 3064/15965/14125 3077/15977/14139</w:t>
        <w:br/>
        <w:t>f 3078/15978/14140 3064/15965/14125 3066/15967/14127</w:t>
        <w:br/>
        <w:t>f 3079/15979/14141 3078/15978/14140 3066/15967/14127</w:t>
        <w:br/>
        <w:t>f 3080/15980/14142 3079/15979/14141 3066/15967/14127</w:t>
        <w:br/>
        <w:t>f 3068/15968/14119 3080/15980/14142 3066/15967/14127</w:t>
        <w:br/>
        <w:t>f 3050/15948/14119 3070/15971/14135 3080/15980/14142</w:t>
        <w:br/>
        <w:t>f 3068/15968/14119 3050/15948/14119 3080/15980/14142</w:t>
        <w:br/>
        <w:t>f 3013/15916/14092 3082/15981/14143 3081/15982/14144</w:t>
        <w:br/>
        <w:t>f 3016/15913/14089 3013/15916/14092 3081/15982/14144</w:t>
        <w:br/>
        <w:t>f 3017/15919/14095 3018/15918/14094 3084/15983/14145</w:t>
        <w:br/>
        <w:t>f 3083/15984/14146 3017/15919/14095 3084/15983/14145</w:t>
        <w:br/>
        <w:t>f 3024/15924/14100 3021/15923/14099 3085/15985/14147</w:t>
        <w:br/>
        <w:t>f 3086/15986/14148 3024/15924/14100 3085/15985/14147</w:t>
        <w:br/>
        <w:t>f 3087/15987/14149 3025/15926/14077 3024/15924/14100</w:t>
        <w:br/>
        <w:t>f 3086/15986/14148 3087/15987/14149 3024/15924/14100</w:t>
        <w:br/>
        <w:t>f 3082/15981/14143 3013/15916/14092 3028/15928/14103</w:t>
        <w:br/>
        <w:t>f 3088/15988/14150 3082/15981/14143 3028/15928/14103</w:t>
        <w:br/>
        <w:t>f 3081/15982/14144 3089/15989/14151 3032/15931/14105</w:t>
        <w:br/>
        <w:t>f 3016/15913/14089 3081/15982/14144 3032/15931/14105</w:t>
        <w:br/>
        <w:t>f 3089/15989/14151 3090/15990/14152 3033/15933/14094</w:t>
        <w:br/>
        <w:t>f 3032/15931/14105 3089/15989/14151 3033/15933/14094</w:t>
        <w:br/>
        <w:t>f 3036/15935/14107 3017/15919/14095 3083/15984/14146</w:t>
        <w:br/>
        <w:t>f 3091/15991/14153 3036/15935/14107 3083/15984/14146</w:t>
        <w:br/>
        <w:t>f 3021/15923/14099 3036/15935/14107 3091/15991/14153</w:t>
        <w:br/>
        <w:t>f 3085/15985/14147 3021/15923/14099 3091/15991/14153</w:t>
        <w:br/>
        <w:t>f 3028/15928/14103 3025/15926/14077 3087/15987/14149</w:t>
        <w:br/>
        <w:t>f 3088/15988/14150 3028/15928/14103 3087/15987/14149</w:t>
        <w:br/>
        <w:t>f 3943/15992/14154 3942/15993/14155 3941/15994/14156</w:t>
        <w:br/>
        <w:t>f 3940/15995/14157 3943/15992/14154 3941/15994/14156</w:t>
        <w:br/>
        <w:t>f 3946/15996/14158 3945/15997/14159 3944/15998/14160</w:t>
        <w:br/>
        <w:t>f 3947/15999/14161 3946/15996/14158 3944/15998/14160</w:t>
        <w:br/>
        <w:t>f 3948/16000/14162 3943/15992/14154 3940/15995/14157</w:t>
        <w:br/>
        <w:t>f 3949/16001/14163 3948/16000/14162 3940/15995/14157</w:t>
        <w:br/>
        <w:t>f 3947/15999/14161 3944/15998/14160 3951/16002/14164</w:t>
        <w:br/>
        <w:t>f 3950/16003/14164 3947/15999/14161 3951/16002/14164</w:t>
        <w:br/>
        <w:t>f 3955/16004/14165 3954/16005/14166 3953/16006/14167</w:t>
        <w:br/>
        <w:t>f 3952/16007/14168 3955/16004/14165 3953/16006/14167</w:t>
        <w:br/>
        <w:t>f 3959/16008/14169 3958/16009/14170 3957/16010/14170</w:t>
        <w:br/>
        <w:t>f 3956/16011/14171 3959/16008/14169 3957/16010/14170</w:t>
        <w:br/>
        <w:t>f 3961/16012/14172 3960/16013/14173 3954/16005/14166</w:t>
        <w:br/>
        <w:t>f 3955/16004/14165 3961/16012/14172 3954/16005/14166</w:t>
        <w:br/>
        <w:t>f 3962/16014/14174 3957/16010/14170 3958/16009/14170</w:t>
        <w:br/>
        <w:t>f 3963/16015/14175 3962/16014/14174 3958/16009/14170</w:t>
        <w:br/>
        <w:t>f 3967/16016/14176 3966/16017/14177 3965/16018/14178</w:t>
        <w:br/>
        <w:t>f 3964/16019/14178 3967/16016/14176 3965/16018/14178</w:t>
        <w:br/>
        <w:t>f 3971/16020/14179 3970/16021/14180 3969/16022/14181</w:t>
        <w:br/>
        <w:t>f 3968/16023/14182 3971/16020/14179 3969/16022/14181</w:t>
        <w:br/>
        <w:t>f 3974/16024/14183 3973/16025/14184 3972/16026/14185</w:t>
        <w:br/>
        <w:t>f 3975/16027/14186 3974/16024/14183 3972/16026/14185</w:t>
        <w:br/>
        <w:t>f 3978/16028/14187 3977/16029/14188 3976/16030/14188</w:t>
        <w:br/>
        <w:t>f 3979/16031/14189 3978/16028/14187 3976/16030/14188</w:t>
        <w:br/>
        <w:t>f 3967/16016/14176 3981/16032/14190 3980/16033/14190</w:t>
        <w:br/>
        <w:t>f 3966/16017/14177 3967/16016/14176 3980/16033/14190</w:t>
        <w:br/>
        <w:t>f 3983/16034/14191 3982/16035/14192 3971/16020/14179</w:t>
        <w:br/>
        <w:t>f 3968/16023/14182 3983/16034/14191 3971/16020/14179</w:t>
        <w:br/>
        <w:t>f 3974/16024/14183 3985/16036/14193 3984/16037/14193</w:t>
        <w:br/>
        <w:t>f 3973/16025/14184 3974/16024/14183 3984/16037/14193</w:t>
        <w:br/>
        <w:t>f 3987/16038/14194 3986/16039/14195 3976/16030/14188</w:t>
        <w:br/>
        <w:t>f 3977/16029/14188 3987/16038/14194 3976/16030/14188</w:t>
        <w:br/>
        <w:t>f 3990/16040/14196 3989/16041/14197 3988/16042/14198</w:t>
        <w:br/>
        <w:t>f 3991/16043/14199 3990/16040/14196 3988/16042/14198</w:t>
        <w:br/>
        <w:t>f 3993/16044/14200 3992/16045/14200 3950/16003/14164</w:t>
        <w:br/>
        <w:t>f 3951/16002/14164 3993/16044/14200 3950/16003/14164</w:t>
        <w:br/>
        <w:t>f 3994/16046/14201 3941/15994/14156 3942/15993/14155</w:t>
        <w:br/>
        <w:t>f 3995/16047/14202 3994/16046/14201 3942/15993/14155</w:t>
        <w:br/>
        <w:t>f 3945/15997/14159 3946/15996/14158 3997/16048/14203</w:t>
        <w:br/>
        <w:t>f 3996/16049/14204 3945/15997/14159 3997/16048/14203</w:t>
        <w:br/>
        <w:t>f 3960/16013/14173 3961/16012/14172 3999/16050/14205</w:t>
        <w:br/>
        <w:t>f 3998/16051/14205 3960/16013/14173 3999/16050/14205</w:t>
        <w:br/>
        <w:t>f 3963/16015/14175 4001/16052/14206 4000/16053/14207</w:t>
        <w:br/>
        <w:t>f 3962/16014/14174 3963/16015/14175 4000/16053/14207</w:t>
        <w:br/>
        <w:t>f 4004/16054/14208 4003/16055/14209 4002/16056/14210</w:t>
        <w:br/>
        <w:t>f 4005/16057/14211 4004/16054/14208 4002/16056/14210</w:t>
        <w:br/>
        <w:t>f 4008/16058/14212 4007/16059/14213 4006/16060/14213</w:t>
        <w:br/>
        <w:t>f 4009/16061/14214 4008/16058/14212 4006/16060/14213</w:t>
        <w:br/>
        <w:t>f 4012/16062/14215 4011/16063/14216 4010/16064/14217</w:t>
        <w:br/>
        <w:t>f 4013/16065/14218 4012/16062/14215 4010/16064/14217</w:t>
        <w:br/>
        <w:t>f 4013/16065/14218 4015/16066/14219 4014/16067/14220</w:t>
        <w:br/>
        <w:t>f 4012/16062/14215 4013/16065/14218 4014/16067/14220</w:t>
        <w:br/>
        <w:t>f 3952/16007/14168 3953/16006/14167 4010/16064/14217</w:t>
        <w:br/>
        <w:t>f 4011/16063/14216 3952/16007/14168 4010/16064/14217</w:t>
        <w:br/>
        <w:t>f 4017/16068/14221 3959/16008/14169 3956/16011/14171</w:t>
        <w:br/>
        <w:t>f 4016/16069/14222 4017/16068/14221 3956/16011/14171</w:t>
        <w:br/>
        <w:t>f 4019/16070/14223 4018/16071/14224 3980/16033/14190</w:t>
        <w:br/>
        <w:t>f 3981/16032/14190 4019/16070/14223 3980/16033/14190</w:t>
        <w:br/>
        <w:t>f 4022/16072/14225 4021/16073/14226 4020/16074/14227</w:t>
        <w:br/>
        <w:t>f 4024/16075/14228 4023/16076/14229 3986/16039/14195</w:t>
        <w:br/>
        <w:t>f 3987/16038/14194 4024/16075/14228 3986/16039/14195</w:t>
        <w:br/>
        <w:t>f 4025/16077/14230 3984/16037/14193 3985/16036/14193</w:t>
        <w:br/>
        <w:t>f 4026/16078/14231 4025/16077/14230 3985/16036/14193</w:t>
        <w:br/>
        <w:t>f 4029/16079/14232 4028/16080/14233 4027/16081/14234</w:t>
        <w:br/>
        <w:t>f 4018/16071/14224 4029/16079/14232 4027/16081/14234</w:t>
        <w:br/>
        <w:t>f 4032/16082/14235 4031/16083/14236 4030/16084/14236</w:t>
        <w:br/>
        <w:t>f 4025/16077/14230 4032/16082/14235 4030/16084/14236</w:t>
        <w:br/>
        <w:t>f 4036/16085/14237 4035/16086/14238 4034/16087/14239</w:t>
        <w:br/>
        <w:t>f 4033/16088/14237 4036/16085/14237 4034/16087/14239</w:t>
        <w:br/>
        <w:t>f 4039/16089/14240 4038/16090/14241 4037/16091/14242</w:t>
        <w:br/>
        <w:t>f 4040/16092/14243 4039/16089/14240 4037/16091/14242</w:t>
        <w:br/>
        <w:t>f 4043/16093/14244 4042/16094/14245 4041/16095/14246</w:t>
        <w:br/>
        <w:t>f 4035/16086/14238 3969/16022/14181 3970/16021/14180</w:t>
        <w:br/>
        <w:t>f 4044/16096/14247 4035/16086/14238 3970/16021/14180</w:t>
        <w:br/>
        <w:t>f 4047/16097/14248 4046/16098/14249 4045/16099/14250</w:t>
        <w:br/>
        <w:t>f 4038/16090/14241 3978/16028/14187 3979/16031/14189</w:t>
        <w:br/>
        <w:t>f 4048/16100/14251 4038/16090/14241 3979/16031/14189</w:t>
        <w:br/>
        <w:t>f 4051/16101/14234 4050/16102/14252 4049/16103/14253</w:t>
        <w:br/>
        <w:t>f 4024/16075/14228 4051/16101/14234 4049/16103/14253</w:t>
        <w:br/>
        <w:t>f 4053/16104/14236 4052/16105/14236 4022/16072/14225</w:t>
        <w:br/>
        <w:t>f 4020/16074/14227 4053/16104/14236 4022/16072/14225</w:t>
        <w:br/>
        <w:t>f 4047/16097/14248 4045/16099/14250 4036/16085/14237</w:t>
        <w:br/>
        <w:t>f 4033/16088/14237 4047/16097/14248 4036/16085/14237</w:t>
        <w:br/>
        <w:t>f 4039/16089/14240 4040/16092/14243 4043/16093/14244</w:t>
        <w:br/>
        <w:t>f 4041/16095/14246 4039/16089/14240 4043/16093/14244</w:t>
        <w:br/>
        <w:t>f 4177/16106/14254 4176/16107/14254 3992/16045/14200</w:t>
        <w:br/>
        <w:t>f 3993/16044/14200 4177/16106/14254 3992/16045/14200</w:t>
        <w:br/>
        <w:t>f 4179/16108/14255 4178/16109/14255 4176/16107/14254</w:t>
        <w:br/>
        <w:t>f 4177/16106/14254 4179/16108/14255 4176/16107/14254</w:t>
        <w:br/>
        <w:t>f 4181/16110/14256 3988/16042/14198 3989/16041/14197</w:t>
        <w:br/>
        <w:t>f 4180/16111/14255 4181/16110/14256 3989/16041/14197</w:t>
        <w:br/>
        <w:t>f 3949/16001/14163 3990/16040/14196 3991/16043/14199</w:t>
        <w:br/>
        <w:t>f 3948/16000/14162 3949/16001/14163 3991/16043/14199</w:t>
        <w:br/>
        <w:t>f 4185/16112/14257 4184/16113/14258 4183/16114/14259</w:t>
        <w:br/>
        <w:t>f 4182/16115/14260 4185/16112/14257 4183/16114/14259</w:t>
        <w:br/>
        <w:t>f 4187/16116/14261 4186/16117/14262 4184/16113/14258</w:t>
        <w:br/>
        <w:t>f 4185/16112/14257 4187/16116/14261 4184/16113/14258</w:t>
        <w:br/>
        <w:t>f 4182/16115/14260 4183/16114/14259 3996/16049/14204</w:t>
        <w:br/>
        <w:t>f 3997/16048/14203 4182/16115/14260 3996/16049/14204</w:t>
        <w:br/>
        <w:t>f 3995/16047/14202 4186/16117/14262 4187/16116/14261</w:t>
        <w:br/>
        <w:t>f 3994/16046/14201 3995/16047/14202 4187/16116/14261</w:t>
        <w:br/>
        <w:t>f 3975/16027/14186 3972/16026/14185 4045/16099/14250</w:t>
        <w:br/>
        <w:t>f 4046/16098/14249 3975/16027/14186 4045/16099/14250</w:t>
        <w:br/>
        <w:t>f 4048/16100/14251 4037/16091/14242 4038/16090/14241</w:t>
        <w:br/>
        <w:t>f 3964/16019/14178 3965/16018/14178 4041/16095/14246</w:t>
        <w:br/>
        <w:t>f 4042/16094/14245 3964/16019/14178 4041/16095/14246</w:t>
        <w:br/>
        <w:t>f 4044/16096/14247 4034/16087/14239 4035/16086/14238</w:t>
        <w:br/>
        <w:t>f 4190/16118/14263 4189/16119/14264 4188/16120/14265</w:t>
        <w:br/>
        <w:t>f 4190/16118/14263 4191/16121/14266 4189/16119/14264</w:t>
        <w:br/>
        <w:t>f 4193/16122/14267 4192/16123/14268 4191/16121/14266</w:t>
        <w:br/>
        <w:t>f 4195/16124/14269 4194/16125/14270 4193/16122/14267</w:t>
        <w:br/>
        <w:t>f 4195/16124/14269 4196/16126/14271 4194/16125/14270</w:t>
        <w:br/>
        <w:t>f 4198/16127/14272 4197/16128/14273 4196/16126/14271</w:t>
        <w:br/>
        <w:t>f 4200/16129/14274 4199/16130/14275 4198/16127/14272</w:t>
        <w:br/>
        <w:t>f 4200/16129/14274 4201/16131/14276 4199/16130/14275</w:t>
        <w:br/>
        <w:t>f 4203/16132/14277 4202/16133/14278 4201/16131/14276</w:t>
        <w:br/>
        <w:t>f 4205/16134/14279 4204/16135/14280 4203/16132/14277</w:t>
        <w:br/>
        <w:t>f 4205/16134/14279 4206/16136/14281 4204/16135/14280</w:t>
        <w:br/>
        <w:t>f 4188/16120/14265 4207/16137/14282 4206/16136/14281</w:t>
        <w:br/>
        <w:t>f 4188/16120/14265 4208/16138/14283 4190/16118/14263</w:t>
        <w:br/>
        <w:t>f 4190/16118/14263 4208/16138/14283 4193/16122/14267</w:t>
        <w:br/>
        <w:t>f 4193/16122/14267 4208/16138/14283 4195/16124/14269</w:t>
        <w:br/>
        <w:t>f 4195/16124/14269 4208/16138/14283 4198/16127/14272</w:t>
        <w:br/>
        <w:t>f 4198/16127/14272 4208/16138/14283 4200/16129/14274</w:t>
        <w:br/>
        <w:t>f 4200/16129/14274 4208/16138/14283 4203/16132/14277</w:t>
        <w:br/>
        <w:t>f 4203/16132/14277 4208/16138/14283 4205/16134/14279</w:t>
        <w:br/>
        <w:t>f 4205/16134/14279 4208/16138/14283 4188/16120/14265</w:t>
        <w:br/>
        <w:t>f 4193/16122/14267 4191/16121/14266 4190/16118/14263</w:t>
        <w:br/>
        <w:t>f 4193/16122/14267 4194/16125/14270 4192/16123/14268</w:t>
        <w:br/>
        <w:t>f 4188/16120/14265 4189/16119/14264 4207/16137/14282</w:t>
        <w:br/>
        <w:t>f 4188/16120/14265 4206/16136/14281 4205/16134/14279</w:t>
        <w:br/>
        <w:t>f 4203/16132/14277 4201/16131/14276 4200/16129/14274</w:t>
        <w:br/>
        <w:t>f 4203/16132/14277 4204/16135/14280 4202/16133/14278</w:t>
        <w:br/>
        <w:t>f 4198/16127/14272 4196/16126/14271 4195/16124/14269</w:t>
        <w:br/>
        <w:t>f 4198/16127/14272 4199/16130/14275 4197/16128/14273</w:t>
        <w:br/>
        <w:t>f 4021/16073/14226 3982/16035/14192 3983/16034/14191</w:t>
        <w:br/>
        <w:t>f 4020/16074/14227 4021/16073/14226 3983/16034/14191</w:t>
        <w:br/>
        <w:t>f 4025/16077/14230 4026/16078/14231 4032/16082/14235</w:t>
        <w:br/>
        <w:t>f 4018/16071/14224 4019/16070/14223 4029/16079/14232</w:t>
        <w:br/>
        <w:t>f 4023/16076/14229 4024/16075/14228 4049/16103/14253</w:t>
        <w:br/>
        <w:t>f 4348/16139/14284 4347/16140/14285 2566/15627/13842</w:t>
        <w:br/>
        <w:t>f 2567/15626/13842 4348/16139/14284 2566/15627/13842</w:t>
        <w:br/>
        <w:t>f 4349/16141/14286 2570/15630/13845 2571/15629/13844</w:t>
        <w:br/>
        <w:t>f 4350/16142/14287 4349/16141/14286 2571/15629/13844</w:t>
        <w:br/>
        <w:t>f 4351/16143/14288 2574/15634/13849 2575/15633/13848</w:t>
        <w:br/>
        <w:t>f 4352/16144/14289 4351/16143/14288 2575/15633/13848</w:t>
        <w:br/>
        <w:t>f 4353/16145/14290 2578/15638/13853 2579/15637/13852</w:t>
        <w:br/>
        <w:t>f 4354/16146/14291 4353/16145/14290 2579/15637/13852</w:t>
        <w:br/>
        <w:t>f 2581/15643/13858 2582/15642/13857 4355/16147/14292</w:t>
        <w:br/>
        <w:t>f 4356/16148/14293 2581/15643/13858 4355/16147/14292</w:t>
        <w:br/>
        <w:t>f 4358/16149/14294 4357/16150/14295 2586/15647/13862</w:t>
        <w:br/>
        <w:t>f 2587/15646/13861 4358/16149/14294 2586/15647/13862</w:t>
        <w:br/>
        <w:t>f 2592/15649/13864 2589/15652/13864 4360/16151/14296</w:t>
        <w:br/>
        <w:t>f 4359/16152/14297 2592/15649/13864 4360/16151/14296</w:t>
        <w:br/>
        <w:t>f 2596/15653/13867 4362/16153/14298 4361/16154/14299</w:t>
        <w:br/>
        <w:t>f 2595/15654/13868 2596/15653/13867 4361/16154/14299</w:t>
        <w:br/>
        <w:t>f 2600/15657/13871 2597/15660/13874 4364/16155/14300</w:t>
        <w:br/>
        <w:t>f 4363/16156/14300 2600/15657/13871 4364/16155/14300</w:t>
        <w:br/>
        <w:t>f 4366/16157/14301 4365/16158/14302 2602/15663/13877</w:t>
        <w:br/>
        <w:t>f 2603/15662/13876 4366/16157/14301 2602/15663/13877</w:t>
        <w:br/>
        <w:t>f 2608/15665/13879 4368/16159/14303 4367/16160/14304</w:t>
        <w:br/>
        <w:t>f 2607/15666/13880 2608/15665/13879 4367/16160/14304</w:t>
        <w:br/>
        <w:t>f 2612/15669/13883 4370/16161/14305 4369/16162/14305</w:t>
        <w:br/>
        <w:t>f 2611/15670/13884 2612/15669/13883 4369/16162/14305</w:t>
        <w:br/>
        <w:t>f 4374/16163/14306 4373/16164/14307 4372/16165/14308</w:t>
        <w:br/>
        <w:t>f 4371/16166/14309 4374/16163/14306 4372/16165/14308</w:t>
        <w:br/>
        <w:t>f 4378/16167/14310 4377/16168/14311 4376/16169/14312</w:t>
        <w:br/>
        <w:t>f 4375/16170/14313 4378/16167/14310 4376/16169/14312</w:t>
        <w:br/>
        <w:t>f 4379/16171/14314 4375/16170/14313 4376/16169/14312</w:t>
        <w:br/>
        <w:t>f 4380/16172/14315 4379/16171/14314 4376/16169/14312</w:t>
        <w:br/>
        <w:t>f 4382/16173/14316 4379/16171/14314 4380/16172/14315</w:t>
        <w:br/>
        <w:t>f 4381/16174/14317 4382/16173/14316 4380/16172/14315</w:t>
        <w:br/>
        <w:t>f 4386/16175/14318 4385/16176/14319 4384/16177/14320</w:t>
        <w:br/>
        <w:t>f 4383/16178/14321 4386/16175/14318 4384/16177/14320</w:t>
        <w:br/>
        <w:t>f 4388/16179/14322 4387/16180/14318 4374/16163/14306</w:t>
        <w:br/>
        <w:t>f 4371/16166/14309 4388/16179/14322 4374/16163/14306</w:t>
        <w:br/>
        <w:t>f 4392/16181/14323 4391/16182/14324 4390/16183/14325</w:t>
        <w:br/>
        <w:t>f 4389/16184/14326 4392/16181/14323 4390/16183/14325</w:t>
        <w:br/>
        <w:t>f 4395/16185/14327 4394/16186/14328 4393/16187/14329</w:t>
        <w:br/>
        <w:t>f 4396/16188/14330 4395/16185/14327 4393/16187/14329</w:t>
        <w:br/>
        <w:t>f 4398/16189/14331 4397/16190/14332 4394/16186/14328</w:t>
        <w:br/>
        <w:t>f 4395/16185/14327 4398/16189/14331 4394/16186/14328</w:t>
        <w:br/>
        <w:t>f 4400/16191/14333 4397/16190/14332 4398/16189/14331</w:t>
        <w:br/>
        <w:t>f 4399/16192/14334 4400/16191/14333 4398/16189/14331</w:t>
        <w:br/>
        <w:t>f 4403/16193/14335 4402/16194/14336 4401/16195/14337</w:t>
        <w:br/>
        <w:t>f 4404/16196/14338 4403/16193/14335 4401/16195/14337</w:t>
        <w:br/>
        <w:t>f 4405/16197/14339 4392/16181/14323 4389/16184/14326</w:t>
        <w:br/>
        <w:t>f 4406/16198/14340 4405/16197/14339 4389/16184/14326</w:t>
        <w:br/>
        <w:t>f 4408/16199/14341 4407/16200/14342 4371/16166/14309</w:t>
        <w:br/>
        <w:t>f 4372/16165/14308 4408/16199/14341 4371/16166/14309</w:t>
        <w:br/>
        <w:t>f 4408/16199/14341 4378/16167/14310 4375/16170/14313</w:t>
        <w:br/>
        <w:t>f 4409/16201/14343 4408/16199/14341 4375/16170/14313</w:t>
        <w:br/>
        <w:t>f 4379/16171/14314 4411/16202/14344 4410/16203/14345</w:t>
        <w:br/>
        <w:t>f 4375/16170/14313 4379/16171/14314 4410/16203/14345</w:t>
        <w:br/>
        <w:t>f 4382/16173/14316 4413/16204/14346 4412/16205/14347</w:t>
        <w:br/>
        <w:t>f 4379/16171/14314 4382/16173/14316 4412/16205/14347</w:t>
        <w:br/>
        <w:t>f 4384/16177/14320 4385/16176/14319 4414/16206/14348</w:t>
        <w:br/>
        <w:t>f 4413/16204/14346 4384/16177/14320 4414/16206/14348</w:t>
        <w:br/>
        <w:t>f 4416/16207/14349 4415/16208/14349 4388/16179/14322</w:t>
        <w:br/>
        <w:t>f 4371/16166/14309 4416/16207/14349 4388/16179/14322</w:t>
        <w:br/>
        <w:t>f 4348/16139/14284 4389/16184/14326 4390/16183/14325</w:t>
        <w:br/>
        <w:t>f 4347/16140/14285 4348/16139/14284 4390/16183/14325</w:t>
        <w:br/>
        <w:t>f 4349/16141/14286 4350/16142/14287 4393/16187/14329</w:t>
        <w:br/>
        <w:t>f 4394/16186/14328 4349/16141/14286 4393/16187/14329</w:t>
        <w:br/>
        <w:t>f 4351/16143/14350 4349/16141/14286 4394/16186/14328</w:t>
        <w:br/>
        <w:t>f 4397/16190/14332 4351/16143/14350 4394/16186/14328</w:t>
        <w:br/>
        <w:t>f 4353/16145/14290 4354/16146/14291 4397/16190/14332</w:t>
        <w:br/>
        <w:t>f 4400/16191/14333 4353/16145/14290 4397/16190/14332</w:t>
        <w:br/>
        <w:t>f 4355/16147/14292 4403/16193/14335 4404/16196/14338</w:t>
        <w:br/>
        <w:t>f 4356/16148/14293 4355/16147/14292 4404/16196/14338</w:t>
        <w:br/>
        <w:t>f 4389/16184/14326 4348/16139/14284 4358/16149/14351</w:t>
        <w:br/>
        <w:t>f 4406/16198/14340 4389/16184/14326 4358/16149/14351</w:t>
        <w:br/>
        <w:t>f 4392/16181/14323 4418/16209/14352 4417/16210/14353</w:t>
        <w:br/>
        <w:t>f 4391/16182/14324 4392/16181/14323 4417/16210/14353</w:t>
        <w:br/>
        <w:t>f 4420/16211/14354 4419/16212/14354 4395/16185/14327</w:t>
        <w:br/>
        <w:t>f 4396/16188/14330 4420/16211/14354 4395/16185/14327</w:t>
        <w:br/>
        <w:t>f 4398/16189/14331 4395/16185/14327 4422/16213/14355</w:t>
        <w:br/>
        <w:t>f 4421/16214/14356 4398/16189/14331 4422/16213/14355</w:t>
        <w:br/>
        <w:t>f 4421/16214/14356 4423/16215/14357 4399/16192/14334</w:t>
        <w:br/>
        <w:t>f 4398/16189/14331 4421/16214/14356 4399/16192/14334</w:t>
        <w:br/>
        <w:t>f 4402/16194/14336 4425/16216/14358 4424/16217/14359</w:t>
        <w:br/>
        <w:t>f 4401/16195/14337 4402/16194/14336 4424/16217/14359</w:t>
        <w:br/>
        <w:t>f 4427/16218/14360 4392/16181/14323 4405/16197/14339</w:t>
        <w:br/>
        <w:t>f 4426/16219/14361 4427/16218/14360 4405/16197/14339</w:t>
        <w:br/>
        <w:t>f 4407/16200/14342 4408/16199/14341 4429/16220/14362</w:t>
        <w:br/>
        <w:t>f 4428/16221/14363 4407/16200/14342 4429/16220/14362</w:t>
        <w:br/>
        <w:t>f 4409/16201/14343 4430/16222/14364 4429/16220/14362</w:t>
        <w:br/>
        <w:t>f 4408/16199/14341 4409/16201/14343 4429/16220/14362</w:t>
        <w:br/>
        <w:t>f 4411/16202/14344 4432/16223/14365 4431/16224/14366</w:t>
        <w:br/>
        <w:t>f 4410/16203/14345 4411/16202/14344 4431/16224/14366</w:t>
        <w:br/>
        <w:t>f 4413/16204/14346 4434/16225/14367 4433/16226/14368</w:t>
        <w:br/>
        <w:t>f 4412/16205/14347 4413/16204/14346 4433/16226/14368</w:t>
        <w:br/>
        <w:t>f 4435/16227/14369 4434/16225/14367 4413/16204/14346</w:t>
        <w:br/>
        <w:t>f 4414/16206/14348 4435/16227/14369 4413/16204/14346</w:t>
        <w:br/>
        <w:t>f 4437/16228/14370 4436/16229/14370 4415/16208/14349</w:t>
        <w:br/>
        <w:t>f 4416/16207/14349 4437/16228/14370 4415/16208/14349</w:t>
        <w:br/>
        <w:t>f 4418/16209/14352 4428/16221/14363 4429/16220/14362</w:t>
        <w:br/>
        <w:t>f 4417/16210/14353 4418/16209/14352 4429/16220/14362</w:t>
        <w:br/>
        <w:t>f 4419/16212/14354 4420/16211/14354 4429/16220/14362</w:t>
        <w:br/>
        <w:t>f 4430/16222/14364 4419/16212/14354 4429/16220/14362</w:t>
        <w:br/>
        <w:t>f 4431/16224/14366 4432/16223/14365 4421/16214/14356</w:t>
        <w:br/>
        <w:t>f 4422/16213/14355 4431/16224/14366 4421/16214/14356</w:t>
        <w:br/>
        <w:t>f 4423/16215/14357 4421/16214/14356 4433/16226/14368</w:t>
        <w:br/>
        <w:t>f 4434/16225/14367 4423/16215/14357 4433/16226/14368</w:t>
        <w:br/>
        <w:t>f 4423/16215/14357 4434/16225/14367 4435/16227/14369</w:t>
        <w:br/>
        <w:t>f 4424/16217/14371 4423/16215/14357 4435/16227/14369</w:t>
        <w:br/>
        <w:t>f 4437/16228/14370 4427/16218/14360 4426/16219/14361</w:t>
        <w:br/>
        <w:t>f 4436/16229/14370 4437/16228/14370 4426/16219/14361</w:t>
        <w:br/>
        <w:t>f 4439/16230/14372 4373/16164/14307 4374/16163/14306</w:t>
        <w:br/>
        <w:t>f 4438/16231/14373 4439/16230/14372 4374/16163/14306</w:t>
        <w:br/>
        <w:t>f 4439/16230/14372 4440/16232/14374 4376/16169/14312</w:t>
        <w:br/>
        <w:t>f 4377/16168/14311 4439/16230/14372 4376/16169/14312</w:t>
        <w:br/>
        <w:t>f 4442/16233/14375 4441/16234/14376 4380/16172/14315</w:t>
        <w:br/>
        <w:t>f 4376/16169/14312 4442/16233/14375 4380/16172/14315</w:t>
        <w:br/>
        <w:t>f 4381/16174/14317 4380/16172/14315 4444/16235/14377</w:t>
        <w:br/>
        <w:t>f 4443/16236/14378 4381/16174/14317 4444/16235/14377</w:t>
        <w:br/>
        <w:t>f 4445/16237/14379 4386/16175/14318 4383/16178/14321</w:t>
        <w:br/>
        <w:t>f 4443/16236/14378 4445/16237/14379 4383/16178/14321</w:t>
        <w:br/>
        <w:t>f 4387/16180/14318 4447/16238/14380 4446/16239/14381</w:t>
        <w:br/>
        <w:t>f 4374/16163/14306 4387/16180/14318 4446/16239/14381</w:t>
        <w:br/>
        <w:t>f 4360/16151/14296 4439/16230/14372 4438/16231/14373</w:t>
        <w:br/>
        <w:t>f 4359/16152/14297 4360/16151/14296 4438/16231/14373</w:t>
        <w:br/>
        <w:t>f 4360/16151/14296 4362/16153/14382 4440/16232/14374</w:t>
        <w:br/>
        <w:t>f 4439/16230/14372 4360/16151/14296 4440/16232/14374</w:t>
        <w:br/>
        <w:t>f 4441/16234/14376 4442/16233/14375 4363/16156/14300</w:t>
        <w:br/>
        <w:t>f 4364/16155/14300 4441/16234/14376 4363/16156/14300</w:t>
        <w:br/>
        <w:t>f 4365/16158/14302 4366/16157/14301 4443/16236/14378</w:t>
        <w:br/>
        <w:t>f 4444/16235/14377 4365/16158/14302 4443/16236/14378</w:t>
        <w:br/>
        <w:t>f 4368/16159/14383 4445/16237/14379 4443/16236/14378</w:t>
        <w:br/>
        <w:t>f 4366/16157/14301 4368/16159/14383 4443/16236/14378</w:t>
        <w:br/>
        <w:t>f 4370/16161/14305 4446/16239/14381 4447/16238/14380</w:t>
        <w:br/>
        <w:t>f 4369/16162/14305 4370/16161/14305 4447/16238/14380</w:t>
        <w:br/>
        <w:t>f 4922/16240/14384 4921/16241/14385 4920/16242/14385</w:t>
        <w:br/>
        <w:t>f 4919/16243/14386 4922/16240/14384 4920/16242/14385</w:t>
        <w:br/>
        <w:t>f 4920/16242/14385 4921/16241/14385 4923/16244/14387</w:t>
        <w:br/>
        <w:t>f 4924/16245/14388 4920/16242/14385 4923/16244/14387</w:t>
        <w:br/>
        <w:t>f 4928/16246/14389 4927/16247/14390 4926/16248/14391</w:t>
        <w:br/>
        <w:t>f 4925/16249/14391 4928/16246/14389 4926/16248/14391</w:t>
        <w:br/>
        <w:t>f 4926/16248/14391 4930/16250/14392 4929/16251/14393</w:t>
        <w:br/>
        <w:t>f 4925/16249/14391 4926/16248/14391 4929/16251/14393</w:t>
        <w:br/>
        <w:t>f 4934/16252/14394 4933/16253/14394 4932/16254/14395</w:t>
        <w:br/>
        <w:t>f 4931/16255/14395 4934/16252/14394 4932/16254/14395</w:t>
        <w:br/>
        <w:t>f 4937/16256/14396 4936/16257/14397 4935/16258/14398</w:t>
        <w:br/>
        <w:t>f 4938/16259/14399 4937/16256/14396 4935/16258/14398</w:t>
        <w:br/>
        <w:t>f 4932/16254/14395 4940/16260/14400 4939/16261/14400</w:t>
        <w:br/>
        <w:t>f 4931/16255/14395 4932/16254/14395 4939/16261/14400</w:t>
        <w:br/>
        <w:t>f 4937/16256/14396 4938/16259/14399 4942/16262/14401</w:t>
        <w:br/>
        <w:t>f 4941/16263/14401 4937/16256/14396 4942/16262/14401</w:t>
        <w:br/>
        <w:t>f 4945/16264/14402 4944/16265/14403 4943/16266/14404</w:t>
        <w:br/>
        <w:t>f 4946/16267/14405 4945/16264/14402 4943/16266/14404</w:t>
        <w:br/>
        <w:t>f 4948/16268/14406 4947/16269/14407 4943/16266/14404</w:t>
        <w:br/>
        <w:t>f 4944/16265/14403 4948/16268/14406 4943/16266/14404</w:t>
        <w:br/>
        <w:t>f 4949/16270/14408 4922/16240/14384 4919/16243/14386</w:t>
        <w:br/>
        <w:t>f 4950/16271/14409 4949/16270/14408 4919/16243/14386</w:t>
        <w:br/>
        <w:t>f 4950/16271/14409 4946/16267/14405 4949/16270/14408</w:t>
        <w:br/>
        <w:t>f 4947/16269/14407 4948/16268/14406 4924/16245/14388</w:t>
        <w:br/>
        <w:t>f 4923/16244/14387 4947/16269/14407 4924/16245/14388</w:t>
        <w:br/>
        <w:t>f 4953/16272/14410 4952/16273/14411 4951/16274/14412</w:t>
        <w:br/>
        <w:t>f 4954/16275/14413 4953/16272/14410 4951/16274/14412</w:t>
        <w:br/>
        <w:t>f 4954/16275/14413 4956/16276/14414 4955/16277/14415</w:t>
        <w:br/>
        <w:t>f 4953/16272/14410 4954/16275/14413 4955/16277/14415</w:t>
        <w:br/>
        <w:t>f 4958/16278/14416 4957/16279/14417 4927/16247/14390</w:t>
        <w:br/>
        <w:t>f 4928/16246/14389 4958/16278/14416 4927/16247/14390</w:t>
        <w:br/>
        <w:t>f 4951/16274/14412 4952/16273/14411 4957/16279/14417</w:t>
        <w:br/>
        <w:t>f 4958/16278/14416 4951/16274/14412 4957/16279/14417</w:t>
        <w:br/>
        <w:t>f 4930/16250/14392 4955/16277/14415 4956/16276/14414</w:t>
        <w:br/>
        <w:t>f 4929/16251/14393 4930/16250/14392 4956/16276/14414</w:t>
        <w:br/>
        <w:t>f 4961/16280/14418 4960/16281/14418 4959/16282/14418</w:t>
        <w:br/>
        <w:t>f 4962/16283/14418 4961/16280/14418 4959/16282/14418</w:t>
        <w:br/>
        <w:t>f 4965/16284/14419 4964/16285/14419 4963/16286/14419</w:t>
        <w:br/>
        <w:t>f 4966/16287/14419 4965/16284/14419 4963/16286/14419</w:t>
        <w:br/>
        <w:t>f 4970/16288/14420 4969/16289/14420 4968/16290/14421</w:t>
        <w:br/>
        <w:t>f 4967/16291/14421 4970/16288/14420 4968/16290/14421</w:t>
        <w:br/>
        <w:t>f 4973/16292/14422 4972/16293/14422 4971/16294/14422</w:t>
        <w:br/>
        <w:t>f 4974/16295/14422 4973/16292/14422 4971/16294/14422</w:t>
        <w:br/>
        <w:t>f 4976/16296/14423 4975/16297/14424 4935/16258/14398</w:t>
        <w:br/>
        <w:t>f 4936/16257/14397 4976/16296/14423 4935/16258/14398</w:t>
        <w:br/>
        <w:t>f 4934/16252/14394 4978/16298/14425 4977/16299/14426</w:t>
        <w:br/>
        <w:t>f 4933/16253/14394 4934/16252/14394 4977/16299/14426</w:t>
        <w:br/>
        <w:t>f 4981/16300/14427 4980/16301/14428 4979/16302/14428</w:t>
        <w:br/>
        <w:t>f 4982/16303/14427 4981/16300/14427 4979/16302/14428</w:t>
        <w:br/>
        <w:t>f 4985/16304/14429 4984/16305/14429 4983/16306/14429</w:t>
        <w:br/>
        <w:t>f 4986/16307/14429 4985/16304/14429 4983/16306/14429</w:t>
        <w:br/>
        <w:t>f 4940/16260/14400 4988/16308/14430 4987/16309/14431</w:t>
        <w:br/>
        <w:t>f 4939/16261/14400 4940/16260/14400 4987/16309/14431</w:t>
        <w:br/>
        <w:t>f 4990/16310/14432 4941/16263/14401 4942/16262/14401</w:t>
        <w:br/>
        <w:t>f 4989/16311/14433 4990/16310/14432 4942/16262/14401</w:t>
        <w:br/>
        <w:t>f 4993/16312/14434 4992/16313/14434 4991/16314/14435</w:t>
        <w:br/>
        <w:t>f 4995/16315/14436 4992/16313/14434 4993/16312/14434</w:t>
        <w:br/>
        <w:t>f 4994/16316/14437 4995/16315/14436 4993/16312/14434</w:t>
        <w:br/>
        <w:t>f 4995/16315/14436 4994/16316/14437 4997/16317/14438</w:t>
        <w:br/>
        <w:t>f 4996/16318/14438 4995/16315/14436 4997/16317/14438</w:t>
        <w:br/>
        <w:t>f 5000/16319/14439 4999/16320/14439 4998/16321/14440</w:t>
        <w:br/>
        <w:t>f 4999/16320/14439 5000/16319/14439 5002/16322/14441</w:t>
        <w:br/>
        <w:t>f 5001/16323/14441 4999/16320/14439 5002/16322/14441</w:t>
        <w:br/>
        <w:t>f 5002/16322/14441 5004/16324/14442 5003/16325/14442</w:t>
        <w:br/>
        <w:t>f 5001/16323/14441 5002/16322/14441 5003/16325/14442</w:t>
        <w:br/>
        <w:t>f 5008/16326/14443 5007/16327/14443 5006/16328/14444</w:t>
        <w:br/>
        <w:t>f 5005/16329/14445 5008/16326/14443 5006/16328/14444</w:t>
        <w:br/>
        <w:t>f 5008/16326/14443 5010/16330/14446 5009/16331/14447</w:t>
        <w:br/>
        <w:t>f 5007/16327/14443 5008/16326/14443 5009/16331/14447</w:t>
        <w:br/>
        <w:t>f 5009/16331/14447 5010/16330/14446 5011/16332/14448</w:t>
        <w:br/>
        <w:t>f 4996/16318/14438 4997/16317/14438 5012/16333/14449</w:t>
        <w:br/>
        <w:t>f 5013/16334/14449 4996/16318/14438 5012/16333/14449</w:t>
        <w:br/>
        <w:t>f 5004/16324/14442 5015/16335/14450 5014/16336/14450</w:t>
        <w:br/>
        <w:t>f 5003/16325/14442 5004/16324/14442 5014/16336/14450</w:t>
        <w:br/>
        <w:t>f 5005/16329/14445 5006/16328/14444 5016/16337/14451</w:t>
        <w:br/>
        <w:t>f 5017/16338/14451 5005/16329/14445 5016/16337/14451</w:t>
        <w:br/>
        <w:t>f 5021/16339/14452 5020/16340/14453 5019/16341/14454</w:t>
        <w:br/>
        <w:t>f 5018/16342/14455 5021/16339/14452 5019/16341/14454</w:t>
        <w:br/>
        <w:t>f 5020/16340/14453 5021/16339/14452 5022/16343/14456</w:t>
        <w:br/>
        <w:t>f 5022/16343/14456 5024/16344/14457 5023/16345/14458</w:t>
        <w:br/>
        <w:t>f 5020/16340/14453 5022/16343/14456 5023/16345/14458</w:t>
        <w:br/>
        <w:t>f 5026/16346/14459 5023/16345/14458 5024/16344/14457</w:t>
        <w:br/>
        <w:t>f 5025/16347/14460 5026/16346/14459 5024/16344/14457</w:t>
        <w:br/>
        <w:t>f 5028/16348/14461 5027/16349/14462 5026/16346/14459</w:t>
        <w:br/>
        <w:t>f 5025/16347/14460 5028/16348/14461 5026/16346/14459</w:t>
        <w:br/>
        <w:t>f 5027/16349/14462 5028/16348/14461 5030/16350/14463</w:t>
        <w:br/>
        <w:t>f 5029/16351/14464 5027/16349/14462 5030/16350/14463</w:t>
        <w:br/>
        <w:t>f 5029/16351/14464 5030/16350/14463 5031/16352/14465</w:t>
        <w:br/>
        <w:t>f 5031/16352/14465 5033/16353/14466 5032/16354/14467</w:t>
        <w:br/>
        <w:t>f 5029/16351/14464 5031/16352/14465 5032/16354/14467</w:t>
        <w:br/>
        <w:t>f 5032/16354/14467 5033/16353/14466 5034/16355/14468</w:t>
        <w:br/>
        <w:t>f 5035/16356/14469 5032/16354/14467 5034/16355/14468</w:t>
        <w:br/>
        <w:t>f 5035/16356/14469 5034/16355/14468 5036/16357/14470</w:t>
        <w:br/>
        <w:t>f 5038/16358/14471 5035/16356/14469 5036/16357/14470</w:t>
        <w:br/>
        <w:t>f 5037/16359/14472 5038/16358/14471 5036/16357/14470</w:t>
        <w:br/>
        <w:t>f 5040/16360/14473 5039/16361/14474 5038/16358/14471</w:t>
        <w:br/>
        <w:t>f 5037/16359/14472 5040/16360/14473 5038/16358/14471</w:t>
        <w:br/>
        <w:t>f 5039/16361/14474 5040/16360/14473 5041/16362/14475</w:t>
        <w:br/>
        <w:t>f 5041/16362/14475 5043/16363/14476 5042/16364/14477</w:t>
        <w:br/>
        <w:t>f 5039/16361/14474 5041/16362/14475 5042/16364/14477</w:t>
        <w:br/>
        <w:t>f 5045/16365/14478 5044/16366/14479 5042/16364/14477</w:t>
        <w:br/>
        <w:t>f 5043/16363/14476 5045/16365/14478 5042/16364/14477</w:t>
        <w:br/>
        <w:t>f 5044/16366/14479 5045/16365/14478 5046/16367/14480</w:t>
        <w:br/>
        <w:t>f 5048/16368/14481 5044/16366/14479 5046/16367/14480</w:t>
        <w:br/>
        <w:t>f 5047/16369/14482 5048/16368/14481 5046/16367/14480</w:t>
        <w:br/>
        <w:t>f 5048/16368/14481 5047/16369/14482 5049/16370/14483</w:t>
        <w:br/>
        <w:t>f 5050/16371/14484 5048/16368/14481 5049/16370/14483</w:t>
        <w:br/>
        <w:t>f 5050/16371/14484 5049/16370/14483 5051/16372/14485</w:t>
        <w:br/>
        <w:t>f 5051/16372/14485 5018/16342/14455 5019/16341/14454</w:t>
        <w:br/>
        <w:t>f 5050/16371/14484 5051/16372/14485 5019/16341/14454</w:t>
        <w:br/>
        <w:t>f 5053/16373/14486 5052/16374/14487 5019/16341/14454</w:t>
        <w:br/>
        <w:t>f 5020/16340/14453 5053/16373/14486 5019/16341/14454</w:t>
        <w:br/>
        <w:t>f 5053/16373/14486 5020/16340/14453 5054/16375/14488</w:t>
        <w:br/>
        <w:t>f 5023/16345/14458 5055/16376/14489 5054/16375/14488</w:t>
        <w:br/>
        <w:t>f 5020/16340/14453 5023/16345/14458 5054/16375/14488</w:t>
        <w:br/>
        <w:t>f 5026/16346/14459 5056/16377/14490 5055/16376/14489</w:t>
        <w:br/>
        <w:t>f 5023/16345/14458 5026/16346/14459 5055/16376/14489</w:t>
        <w:br/>
        <w:t>f 5056/16377/14490 5026/16346/14459 5027/16349/14462</w:t>
        <w:br/>
        <w:t>f 5057/16378/14491 5056/16377/14490 5027/16349/14462</w:t>
        <w:br/>
        <w:t>f 5058/16379/14492 5057/16378/14491 5027/16349/14462</w:t>
        <w:br/>
        <w:t>f 5029/16351/14464 5058/16379/14492 5027/16349/14462</w:t>
        <w:br/>
        <w:t>f 5058/16379/14492 5029/16351/14464 5059/16380/14493</w:t>
        <w:br/>
        <w:t>f 5059/16380/14493 5029/16351/14464 5032/16354/14467</w:t>
        <w:br/>
        <w:t>f 5060/16381/14494 5059/16380/14493 5032/16354/14467</w:t>
        <w:br/>
        <w:t>f 5061/16382/14495 5060/16381/14494 5032/16354/14467</w:t>
        <w:br/>
        <w:t>f 5035/16356/14469 5061/16382/14495 5032/16354/14467</w:t>
        <w:br/>
        <w:t>f 5061/16382/14495 5035/16356/14469 5062/16383/14496</w:t>
        <w:br/>
        <w:t>f 5038/16358/14471 5063/16384/14497 5062/16383/14496</w:t>
        <w:br/>
        <w:t>f 5035/16356/14469 5038/16358/14471 5062/16383/14496</w:t>
        <w:br/>
        <w:t>f 5038/16358/14471 5039/16361/14474 5064/16385/14498</w:t>
        <w:br/>
        <w:t>f 5063/16384/14497 5038/16358/14471 5064/16385/14498</w:t>
        <w:br/>
        <w:t>f 5064/16385/14498 5039/16361/14474 5065/16386/14499</w:t>
        <w:br/>
        <w:t>f 5065/16386/14499 5039/16361/14474 5042/16364/14477</w:t>
        <w:br/>
        <w:t>f 5066/16387/14500 5065/16386/14499 5042/16364/14477</w:t>
        <w:br/>
        <w:t>f 5067/16388/14501 5066/16387/14500 5042/16364/14477</w:t>
        <w:br/>
        <w:t>f 5044/16366/14479 5067/16388/14501 5042/16364/14477</w:t>
        <w:br/>
        <w:t>f 5067/16388/14501 5044/16366/14479 5068/16389/14502</w:t>
        <w:br/>
        <w:t>f 5048/16368/14481 5069/16390/14503 5068/16389/14502</w:t>
        <w:br/>
        <w:t>f 5044/16366/14479 5048/16368/14481 5068/16389/14502</w:t>
        <w:br/>
        <w:t>f 5070/16391/14504 5069/16390/14503 5048/16368/14481</w:t>
        <w:br/>
        <w:t>f 5050/16371/14484 5070/16391/14504 5048/16368/14481</w:t>
        <w:br/>
        <w:t>f 5070/16391/14504 5050/16371/14484 5071/16392/14505</w:t>
        <w:br/>
        <w:t>f 5019/16341/14454 5052/16374/14487 5071/16392/14505</w:t>
        <w:br/>
        <w:t>f 5050/16371/14484 5019/16341/14454 5071/16392/14505</w:t>
        <w:br/>
        <w:t>f 5075/16393/14506 5074/16394/14507 5073/16395/14508</w:t>
        <w:br/>
        <w:t>f 5072/16396/14506 5075/16393/14506 5073/16395/14508</w:t>
        <w:br/>
        <w:t>f 5075/16393/14506 5072/16396/14506 5077/16397/14509</w:t>
        <w:br/>
        <w:t>f 5076/16398/14510 5075/16393/14506 5077/16397/14509</w:t>
        <w:br/>
        <w:t>f 5081/16399/14511 5080/16400/14512 5079/16401/14513</w:t>
        <w:br/>
        <w:t>f 5078/16402/14514 5081/16399/14511 5079/16401/14513</w:t>
        <w:br/>
        <w:t>f 5085/16403/14515 5084/16404/14515 5083/16405/14516</w:t>
        <w:br/>
        <w:t>f 5082/16406/14516 5085/16403/14515 5083/16405/14516</w:t>
        <w:br/>
        <w:t>f 5087/16407/14517 5082/16406/14516 5083/16405/14516</w:t>
        <w:br/>
        <w:t>f 5086/16408/14518 5087/16407/14517 5083/16405/14516</w:t>
        <w:br/>
        <w:t>f 5088/16409/14519 5087/16407/14517 5086/16408/14518</w:t>
        <w:br/>
        <w:t>f 5089/16410/14519 5088/16409/14519 5086/16408/14518</w:t>
        <w:br/>
        <w:t>f 5092/16411/14520 5091/16412/14521 5090/16413/14522</w:t>
        <w:br/>
        <w:t>f 5093/16414/14523 5092/16411/14520 5090/16413/14522</w:t>
        <w:br/>
        <w:t>f 5095/16415/14524 5094/16416/14525 5090/16413/14522</w:t>
        <w:br/>
        <w:t>f 5091/16412/14521 5095/16415/14524 5090/16413/14522</w:t>
        <w:br/>
        <w:t>f 5097/16417/14526 5094/16416/14525 5095/16415/14524</w:t>
        <w:br/>
        <w:t>f 5096/16418/14526 5097/16417/14526 5095/16415/14524</w:t>
        <w:br/>
        <w:t>f 5101/16419/14517 5100/16420/14527 5099/16421/14528</w:t>
        <w:br/>
        <w:t>f 5098/16422/14529 5101/16419/14517 5099/16421/14528</w:t>
        <w:br/>
        <w:t>f 5105/16423/14530 5104/16424/14531 5103/16425/14532</w:t>
        <w:br/>
        <w:t>f 5102/16426/14533 5105/16423/14530 5103/16425/14532</w:t>
        <w:br/>
        <w:t>f 5107/16427/14534 5106/16428/14535 5103/16425/14532</w:t>
        <w:br/>
        <w:t>f 5104/16424/14531 5107/16427/14534 5103/16425/14532</w:t>
        <w:br/>
        <w:t>f 5110/16429/14536 5109/16430/14537 5108/16431/14537</w:t>
        <w:br/>
        <w:t>f 5111/16432/14536 5110/16429/14536 5108/16431/14537</w:t>
        <w:br/>
        <w:t>f 5112/16433/14538 5108/16431/14537 5109/16430/14537</w:t>
        <w:br/>
        <w:t>f 5113/16434/14538 5112/16433/14538 5109/16430/14537</w:t>
        <w:br/>
        <w:t>f 5117/16435/14539 5116/16436/14540 5115/16437/14541</w:t>
        <w:br/>
        <w:t>f 5114/16438/14542 5117/16435/14539 5115/16437/14541</w:t>
        <w:br/>
        <w:t>f 5119/16439/14543 5118/16440/14544 5098/16422/14529</w:t>
        <w:br/>
        <w:t>f 5099/16421/14528 5119/16439/14543 5098/16422/14529</w:t>
        <w:br/>
        <w:t>f 5123/16441/14545 5122/16442/14546 5121/16443/14547</w:t>
        <w:br/>
        <w:t>f 5120/16444/14548 5123/16441/14545 5121/16443/14547</w:t>
        <w:br/>
        <w:t>f 5124/16445/14549 5123/16441/14545 5120/16444/14548</w:t>
        <w:br/>
        <w:t>f 5124/16445/14549 5120/16444/14548 5126/16446/14550</w:t>
        <w:br/>
        <w:t>f 5125/16447/14551 5124/16445/14549 5126/16446/14550</w:t>
        <w:br/>
        <w:t>f 5125/16447/14551 5126/16446/14550 5127/16448/14552</w:t>
        <w:br/>
        <w:t>f 5128/16449/14553 5125/16447/14551 5127/16448/14552</w:t>
        <w:br/>
        <w:t>f 5130/16450/14554 5129/16451/14555 5128/16449/14553</w:t>
        <w:br/>
        <w:t>f 5127/16448/14552 5130/16450/14554 5128/16449/14553</w:t>
        <w:br/>
        <w:t>f 5130/16450/14554 5132/16452/14556 5131/16453/14557</w:t>
        <w:br/>
        <w:t>f 5129/16451/14555 5130/16450/14554 5131/16453/14557</w:t>
        <w:br/>
        <w:t>f 5133/16454/14558 5131/16453/14557 5132/16452/14556</w:t>
        <w:br/>
        <w:t>f 5135/16455/14559 5134/16456/14560 5133/16454/14558</w:t>
        <w:br/>
        <w:t>f 5132/16452/14556 5135/16455/14559 5133/16454/14558</w:t>
        <w:br/>
        <w:t>f 5135/16455/14559 5137/16457/14561 5136/16458/14562</w:t>
        <w:br/>
        <w:t>f 5134/16456/14560 5135/16455/14559 5136/16458/14562</w:t>
        <w:br/>
        <w:t>f 5138/16459/14563 5136/16458/14562 5137/16457/14561</w:t>
        <w:br/>
        <w:t>f 5138/16459/14563 5137/16457/14561 5139/16460/14564</w:t>
        <w:br/>
        <w:t>f 5140/16461/14565 5138/16459/14563 5139/16460/14564</w:t>
        <w:br/>
        <w:t>f 5142/16462/14566 5140/16461/14565 5139/16460/14564</w:t>
        <w:br/>
        <w:t>f 5141/16463/14567 5142/16462/14566 5139/16460/14564</w:t>
        <w:br/>
        <w:t>f 5143/16464/14568 5142/16462/14566 5141/16463/14567</w:t>
        <w:br/>
        <w:t>f 5145/16465/14569 5144/16466/14570 5143/16464/14568</w:t>
        <w:br/>
        <w:t>f 5141/16463/14567 5145/16465/14569 5143/16464/14568</w:t>
        <w:br/>
        <w:t>f 5147/16467/14571 5144/16466/14570 5145/16465/14569</w:t>
        <w:br/>
        <w:t>f 5146/16468/14572 5147/16467/14571 5145/16465/14569</w:t>
        <w:br/>
        <w:t>f 5148/16469/14573 5147/16467/14571 5146/16468/14572</w:t>
        <w:br/>
        <w:t>f 5148/16469/14573 5146/16468/14572 5149/16470/14574</w:t>
        <w:br/>
        <w:t>f 5150/16471/14575 5148/16469/14573 5149/16470/14574</w:t>
        <w:br/>
        <w:t>f 5152/16472/14576 5150/16471/14575 5149/16470/14574</w:t>
        <w:br/>
        <w:t>f 5151/16473/14577 5152/16472/14576 5149/16470/14574</w:t>
        <w:br/>
        <w:t>f 5153/16474/14578 5152/16472/14576 5151/16473/14577</w:t>
        <w:br/>
        <w:t>f 5121/16443/14547 5122/16442/14546 5153/16474/14578</w:t>
        <w:br/>
        <w:t>f 5151/16473/14577 5121/16443/14547 5153/16474/14578</w:t>
        <w:br/>
        <w:t>f 5121/16443/14547 5155/16475/14579 5154/16476/14580</w:t>
        <w:br/>
        <w:t>f 5120/16444/14548 5121/16443/14547 5154/16476/14580</w:t>
        <w:br/>
        <w:t>f 5156/16477/14581 5120/16444/14548 5154/16476/14580</w:t>
        <w:br/>
        <w:t>f 5126/16446/14550 5120/16444/14548 5156/16477/14581</w:t>
        <w:br/>
        <w:t>f 5157/16478/14582 5126/16446/14550 5156/16477/14581</w:t>
        <w:br/>
        <w:t>f 5127/16448/14552 5126/16446/14550 5157/16478/14582</w:t>
        <w:br/>
        <w:t>f 5158/16479/14583 5127/16448/14552 5157/16478/14582</w:t>
        <w:br/>
        <w:t>f 5127/16448/14552 5158/16479/14583 5159/16480/14584</w:t>
        <w:br/>
        <w:t>f 5130/16450/14554 5127/16448/14552 5159/16480/14584</w:t>
        <w:br/>
        <w:t>f 5160/16481/14585 5132/16452/14556 5130/16450/14554</w:t>
        <w:br/>
        <w:t>f 5159/16480/14584 5160/16481/14585 5130/16450/14554</w:t>
        <w:br/>
        <w:t>f 5161/16482/14586 5132/16452/14556 5160/16481/14585</w:t>
        <w:br/>
        <w:t>f 5135/16455/14559 5132/16452/14556 5161/16482/14586</w:t>
        <w:br/>
        <w:t>f 5162/16483/14587 5135/16455/14559 5161/16482/14586</w:t>
        <w:br/>
        <w:t>f 5163/16484/14588 5137/16457/14561 5135/16455/14559</w:t>
        <w:br/>
        <w:t>f 5162/16483/14587 5163/16484/14588 5135/16455/14559</w:t>
        <w:br/>
        <w:t>f 5164/16485/14589 5137/16457/14561 5163/16484/14588</w:t>
        <w:br/>
        <w:t>f 5139/16460/14564 5137/16457/14561 5164/16485/14589</w:t>
        <w:br/>
        <w:t>f 5165/16486/14590 5139/16460/14564 5164/16485/14589</w:t>
        <w:br/>
        <w:t>f 5139/16460/14564 5165/16486/14590 5166/16487/14591</w:t>
        <w:br/>
        <w:t>f 5141/16463/14567 5139/16460/14564 5166/16487/14591</w:t>
        <w:br/>
        <w:t>f 5167/16488/14592 5141/16463/14567 5166/16487/14591</w:t>
        <w:br/>
        <w:t>f 5167/16488/14592 5168/16489/14593 5145/16465/14569</w:t>
        <w:br/>
        <w:t>f 5141/16463/14567 5167/16488/14592 5145/16465/14569</w:t>
        <w:br/>
        <w:t>f 5169/16490/14594 5146/16468/14572 5145/16465/14569</w:t>
        <w:br/>
        <w:t>f 5168/16489/14593 5169/16490/14594 5145/16465/14569</w:t>
        <w:br/>
        <w:t>f 5170/16491/14595 5146/16468/14572 5169/16490/14594</w:t>
        <w:br/>
        <w:t>f 5149/16470/14574 5146/16468/14572 5170/16491/14595</w:t>
        <w:br/>
        <w:t>f 5171/16492/14596 5149/16470/14574 5170/16491/14595</w:t>
        <w:br/>
        <w:t>f 5149/16470/14574 5171/16492/14596 5172/16493/14597</w:t>
        <w:br/>
        <w:t>f 5151/16473/14577 5149/16470/14574 5172/16493/14597</w:t>
        <w:br/>
        <w:t>f 5173/16494/14598 5151/16473/14577 5172/16493/14597</w:t>
        <w:br/>
        <w:t>f 5121/16443/14547 5151/16473/14577 5173/16494/14598</w:t>
        <w:br/>
        <w:t>f 5155/16475/14579 5121/16443/14547 5173/16494/14598</w:t>
        <w:br/>
        <w:t>f 5175/16495/14599 5174/16496/14600 5076/16398/14510</w:t>
        <w:br/>
        <w:t>f 5077/16397/14509 5175/16495/14599 5076/16398/14510</w:t>
        <w:br/>
        <w:t>f 5078/16402/14514 5174/16496/14600 5175/16495/14599</w:t>
        <w:br/>
        <w:t>f 5081/16399/14511 5078/16402/14514 5175/16495/14599</w:t>
        <w:br/>
        <w:t>f 5179/16497/14601 5178/16498/14602 5177/16499/14602</w:t>
        <w:br/>
        <w:t>f 5176/16500/14603 5179/16497/14601 5177/16499/14602</w:t>
        <w:br/>
        <w:t>f 5181/16501/14604 5180/16502/14605 5177/16499/14602</w:t>
        <w:br/>
        <w:t>f 5178/16498/14602 5181/16501/14604 5177/16499/14602</w:t>
        <w:br/>
        <w:t>f 5183/16503/14606 5182/16504/14607 5180/16502/14605</w:t>
        <w:br/>
        <w:t>f 5181/16501/14604 5183/16503/14606 5180/16502/14605</w:t>
        <w:br/>
        <w:t>f 5183/16503/14606 5084/16404/14515 5085/16403/14515</w:t>
        <w:br/>
        <w:t>f 5182/16504/14607 5183/16503/14606 5085/16403/14515</w:t>
        <w:br/>
        <w:t>f 5185/16505/14608 5184/16506/14609 5088/16409/14519</w:t>
        <w:br/>
        <w:t>f 5089/16410/14519 5185/16505/14608 5088/16409/14519</w:t>
        <w:br/>
        <w:t>f 5185/16505/14608 5092/16411/14520 5093/16414/14523</w:t>
        <w:br/>
        <w:t>f 5184/16506/14609 5185/16505/14608 5093/16414/14523</w:t>
        <w:br/>
        <w:t>f 5186/16507/14610 5097/16417/14526 5096/16418/14526</w:t>
        <w:br/>
        <w:t>f 5187/16508/14535 5186/16507/14610 5096/16418/14526</w:t>
        <w:br/>
        <w:t>f 5186/16507/14610 5187/16508/14535 5189/16509/14611</w:t>
        <w:br/>
        <w:t>f 5188/16510/14612 5186/16507/14610 5189/16509/14611</w:t>
        <w:br/>
        <w:t>f 5189/16509/14611 5073/16395/14508 5074/16394/14507</w:t>
        <w:br/>
        <w:t>f 5188/16510/14612 5189/16509/14611 5074/16394/14507</w:t>
        <w:br/>
        <w:t>f 5191/16511/14613 5100/16420/14527 5101/16419/14517</w:t>
        <w:br/>
        <w:t>f 5190/16512/14613 5191/16511/14613 5101/16419/14517</w:t>
        <w:br/>
        <w:t>f 5192/16513/14609 5191/16511/14613 5190/16512/14613</w:t>
        <w:br/>
        <w:t>f 5193/16514/14614 5192/16513/14609 5190/16512/14613</w:t>
        <w:br/>
        <w:t>f 5192/16513/14609 5193/16514/14614 5195/16515/14615</w:t>
        <w:br/>
        <w:t>f 5194/16516/14616 5192/16513/14609 5195/16515/14615</w:t>
        <w:br/>
        <w:t>f 5197/16517/14617 5194/16516/14616 5195/16515/14615</w:t>
        <w:br/>
        <w:t>f 5196/16518/14618 5197/16517/14617 5195/16515/14615</w:t>
        <w:br/>
        <w:t>f 5102/16426/14533 5199/16519/14619 5198/16520/14619</w:t>
        <w:br/>
        <w:t>f 5105/16423/14530 5102/16426/14533 5198/16520/14619</w:t>
        <w:br/>
        <w:t>f 5107/16427/14534 5201/16521/14620 5200/16522/14621</w:t>
        <w:br/>
        <w:t>f 5106/16428/14535 5107/16427/14534 5200/16522/14621</w:t>
        <w:br/>
        <w:t>f 5203/16523/14622 5202/16524/14623 5200/16522/14621</w:t>
        <w:br/>
        <w:t>f 5201/16521/14620 5203/16523/14622 5200/16522/14621</w:t>
        <w:br/>
        <w:t>f 5204/16525/14624 5202/16524/14623 5203/16523/14622</w:t>
        <w:br/>
        <w:t>f 5205/16526/14506 5204/16525/14624 5203/16523/14622</w:t>
        <w:br/>
        <w:t>f 5110/16429/14536 5111/16432/14536 5204/16525/14624</w:t>
        <w:br/>
        <w:t>f 5205/16526/14506 5110/16429/14536 5204/16525/14624</w:t>
        <w:br/>
        <w:t>f 5112/16433/14538 5113/16434/14538 5116/16436/14540</w:t>
        <w:br/>
        <w:t>f 5117/16435/14539 5112/16433/14538 5116/16436/14540</w:t>
        <w:br/>
        <w:t>f 5206/16527/14625 5114/16438/14542 5115/16437/14541</w:t>
        <w:br/>
        <w:t>f 5207/16528/14626 5206/16527/14625 5115/16437/14541</w:t>
        <w:br/>
        <w:t>f 5208/16529/14627 5206/16527/14625 5207/16528/14626</w:t>
        <w:br/>
        <w:t>f 5209/16530/14607 5208/16529/14627 5207/16528/14626</w:t>
        <w:br/>
        <w:t>f 5119/16439/14543 5208/16529/14627 5209/16530/14607</w:t>
        <w:br/>
        <w:t>f 5118/16440/14544 5119/16439/14543 5209/16530/14607</w:t>
        <w:br/>
        <w:t>f 5506/16531/14628 5505/16532/14629 5504/16533/14630</w:t>
        <w:br/>
        <w:t>f 5503/16534/14628 5506/16531/14628 5504/16533/14630</w:t>
        <w:br/>
        <w:t>f 5510/16535/14631 5509/16536/14631 5508/16537/14632</w:t>
        <w:br/>
        <w:t>f 5507/16538/14633 5510/16535/14631 5508/16537/14632</w:t>
        <w:br/>
        <w:t>f 5514/16539/14634 5513/16540/14635 5512/16541/14635</w:t>
        <w:br/>
        <w:t>f 5511/16542/14636 5514/16539/14634 5512/16541/14635</w:t>
        <w:br/>
        <w:t>f 5518/16543/14637 5517/16544/14638 5516/16545/14639</w:t>
        <w:br/>
        <w:t>f 5515/16546/14640 5518/16543/14637 5516/16545/14639</w:t>
        <w:br/>
        <w:t>f 5521/16547/14638 5520/16548/14641 5519/16549/14641</w:t>
        <w:br/>
        <w:t>f 5522/16550/14637 5521/16547/14638 5519/16549/14641</w:t>
        <w:br/>
        <w:t>f 5526/16551/14642 5525/16552/14642 5524/16553/14643</w:t>
        <w:br/>
        <w:t>f 5523/16554/14644 5526/16551/14642 5524/16553/14643</w:t>
        <w:br/>
        <w:t>f 5530/16555/14645 5529/16556/14646 5528/16557/14647</w:t>
        <w:br/>
        <w:t>f 5527/16558/14648 5530/16555/14645 5528/16557/14647</w:t>
        <w:br/>
        <w:t>f 5534/16559/14649 5533/16560/14650 5532/16561/14651</w:t>
        <w:br/>
        <w:t>f 5531/16562/14652 5534/16559/14649 5532/16561/14651</w:t>
        <w:br/>
        <w:t>f 5537/16563/14653 5536/16564/14653 5535/16565/14646</w:t>
        <w:br/>
        <w:t>f 5538/16566/14646 5537/16563/14653 5535/16565/14646</w:t>
        <w:br/>
        <w:t>f 5541/16567/14654 5540/16568/14655 5539/16569/14656</w:t>
        <w:br/>
        <w:t>f 5542/16570/14654 5541/16567/14654 5539/16569/14656</w:t>
        <w:br/>
        <w:t>f 5546/16571/14644 5545/16572/14657 5544/16573/14657</w:t>
        <w:br/>
        <w:t>f 5543/16574/14658 5546/16571/14644 5544/16573/14657</w:t>
        <w:br/>
        <w:t>f 5549/16575/14659 5548/16576/14660 5547/16577/14655</w:t>
        <w:br/>
        <w:t>f 5550/16578/14661 5549/16575/14659 5547/16577/14655</w:t>
        <w:br/>
        <w:t>f 5553/16579/14662 5552/16580/14663 5551/16581/14664</w:t>
        <w:br/>
        <w:t>f 5554/16582/14665 5553/16579/14662 5551/16581/14664</w:t>
        <w:br/>
        <w:t>f 5557/16583/14632 5556/16584/14632 5555/16585/14628</w:t>
        <w:br/>
        <w:t>f 5558/16586/14632 5557/16583/14632 5555/16585/14628</w:t>
        <w:br/>
        <w:t>f 5561/16587/14641 5560/16588/14641 5559/16589/14637</w:t>
        <w:br/>
        <w:t>f 5562/16590/14637 5561/16587/14641 5559/16589/14637</w:t>
        <w:br/>
        <w:t>f 5566/16591/14666 5565/16592/14666 5564/16593/14633</w:t>
        <w:br/>
        <w:t>f 5563/16594/14667 5566/16591/14666 5564/16593/14633</w:t>
        <w:br/>
        <w:t>f 5568/16595/14668 5534/16559/14649 5531/16562/14652</w:t>
        <w:br/>
        <w:t>f 5567/16596/14669 5568/16595/14668 5531/16562/14652</w:t>
        <w:br/>
        <w:t>f 5542/16570/14654 5570/16597/14670 5569/16598/14670</w:t>
        <w:br/>
        <w:t>f 5541/16567/14654 5542/16570/14654 5569/16598/14670</w:t>
        <w:br/>
        <w:t>f 5572/16599/14671 5528/16557/14647 5529/16556/14646</w:t>
        <w:br/>
        <w:t>f 5571/16600/14672 5572/16599/14671 5529/16556/14646</w:t>
        <w:br/>
        <w:t>f 5530/16555/14645 5527/16558/14648 5573/16601/14673</w:t>
        <w:br/>
        <w:t>f 5574/16602/14674 5530/16555/14645 5573/16601/14673</w:t>
        <w:br/>
        <w:t>f 5535/16565/14646 5576/16603/14675 5575/16604/14676</w:t>
        <w:br/>
        <w:t>f 5538/16566/14646 5535/16565/14646 5575/16604/14676</w:t>
        <w:br/>
        <w:t>f 5537/16563/14653 5578/16605/14677 5577/16606/14678</w:t>
        <w:br/>
        <w:t>f 5536/16564/14653 5537/16563/14653 5577/16606/14678</w:t>
        <w:br/>
        <w:t>f 5545/16572/14657 5580/16607/14679 5579/16608/14680</w:t>
        <w:br/>
        <w:t>f 5544/16573/14657 5545/16572/14657 5579/16608/14680</w:t>
        <w:br/>
        <w:t>f 5546/16571/14644 5543/16574/14658 5582/16609/14681</w:t>
        <w:br/>
        <w:t>f 5581/16610/14682 5546/16571/14644 5582/16609/14681</w:t>
        <w:br/>
        <w:t>f 5510/16535/14631 5584/16611/14631 5583/16612/14628</w:t>
        <w:br/>
        <w:t>f 5509/16536/14631 5510/16535/14631 5583/16612/14628</w:t>
        <w:br/>
        <w:t>f 5519/16549/14641 5520/16548/14641 5586/16613/14637</w:t>
        <w:br/>
        <w:t>f 5585/16614/14683 5519/16549/14641 5586/16613/14637</w:t>
        <w:br/>
        <w:t>f 5558/16586/14632 5588/16615/14666 5587/16616/14632</w:t>
        <w:br/>
        <w:t>f 5557/16583/14632 5558/16586/14632 5587/16616/14632</w:t>
        <w:br/>
        <w:t>f 5516/16545/14639 5590/16617/14639 5589/16618/14638</w:t>
        <w:br/>
        <w:t>f 5515/16546/14640 5516/16545/14639 5589/16618/14638</w:t>
        <w:br/>
        <w:t>f 5506/16531/14628 5503/16534/14628 5592/16619/14632</w:t>
        <w:br/>
        <w:t>f 5591/16620/14632 5506/16531/14628 5592/16619/14632</w:t>
        <w:br/>
        <w:t>f 5594/16621/14638 5593/16622/14635 5517/16544/14638</w:t>
        <w:br/>
        <w:t>f 5518/16543/14637 5594/16621/14638 5517/16544/14638</w:t>
        <w:br/>
        <w:t>f 5505/16532/14629 5596/16623/14630 5595/16624/14630</w:t>
        <w:br/>
        <w:t>f 5504/16533/14630 5505/16532/14629 5595/16624/14630</w:t>
        <w:br/>
        <w:t>f 5598/16625/14638 5597/16626/14684 5514/16539/14634</w:t>
        <w:br/>
        <w:t>f 5511/16542/14636 5598/16625/14638 5514/16539/14634</w:t>
        <w:br/>
        <w:t>f 5523/16554/14644 5524/16553/14643 5568/16595/14668</w:t>
        <w:br/>
        <w:t>f 5567/16596/14669 5523/16554/14644 5568/16595/14668</w:t>
        <w:br/>
        <w:t>f 5525/16552/14642 5526/16551/14642 5569/16598/14670</w:t>
        <w:br/>
        <w:t>f 5570/16597/14670 5525/16552/14642 5569/16598/14670</w:t>
        <w:br/>
        <w:t>f 5553/16579/14662 5572/16599/14671 5571/16600/14672</w:t>
        <w:br/>
        <w:t>f 5552/16580/14663 5553/16579/14662 5571/16600/14672</w:t>
        <w:br/>
        <w:t>f 5574/16602/14674 5573/16601/14673 5547/16577/14655</w:t>
        <w:br/>
        <w:t>f 5548/16576/14660 5574/16602/14674 5547/16577/14655</w:t>
        <w:br/>
        <w:t>f 5575/16604/14676 5576/16603/14675 5532/16561/14651</w:t>
        <w:br/>
        <w:t>f 5533/16560/14650 5575/16604/14676 5532/16561/14651</w:t>
        <w:br/>
        <w:t>f 5578/16605/14677 5539/16569/14656 5540/16568/14655</w:t>
        <w:br/>
        <w:t>f 5577/16606/14678 5578/16605/14677 5540/16568/14655</w:t>
        <w:br/>
        <w:t>f 5579/16608/14680 5580/16607/14679 5549/16575/14659</w:t>
        <w:br/>
        <w:t>f 5550/16578/14661 5579/16608/14680 5549/16575/14659</w:t>
        <w:br/>
        <w:t>f 5554/16582/14665 5551/16581/14664 5581/16610/14682</w:t>
        <w:br/>
        <w:t>f 5582/16609/14681 5554/16582/14665 5581/16610/14682</w:t>
        <w:br/>
        <w:t>f 5583/16612/14628 5584/16611/14631 5555/16585/14628</w:t>
        <w:br/>
        <w:t>f 5556/16584/14632 5583/16612/14628 5555/16585/14628</w:t>
        <w:br/>
        <w:t>f 5561/16587/14641 5585/16614/14683 5586/16613/14637</w:t>
        <w:br/>
        <w:t>f 5560/16588/14641 5561/16587/14641 5586/16613/14637</w:t>
        <w:br/>
        <w:t>f 5587/16616/14632 5588/16615/14666 5564/16593/14633</w:t>
        <w:br/>
        <w:t>f 5565/16592/14666 5587/16616/14632 5564/16593/14633</w:t>
        <w:br/>
        <w:t>f 5562/16590/14637 5559/16589/14637 5589/16618/14638</w:t>
        <w:br/>
        <w:t>f 5590/16617/14639 5562/16590/14637 5589/16618/14638</w:t>
        <w:br/>
        <w:t>f 5563/16594/14667 5591/16620/14632 5592/16619/14632</w:t>
        <w:br/>
        <w:t>f 5566/16591/14666 5563/16594/14667 5592/16619/14632</w:t>
        <w:br/>
        <w:t>f 5513/16540/14635 5593/16622/14635 5594/16621/14638</w:t>
        <w:br/>
        <w:t>f 5512/16541/14635 5513/16540/14635 5594/16621/14638</w:t>
        <w:br/>
        <w:t>f 5595/16624/14630 5596/16623/14630 5507/16538/14633</w:t>
        <w:br/>
        <w:t>f 5508/16537/14632 5595/16624/14630 5507/16538/14633</w:t>
        <w:br/>
        <w:t>f 5522/16550/14637 5597/16626/14684 5598/16625/14638</w:t>
        <w:br/>
        <w:t>f 5521/16547/14638 5522/16550/14637 5598/16625/14638</w:t>
        <w:br/>
        <w:t>f 5601/16627/14685 5600/16628/14686 5599/16629/14685</w:t>
        <w:br/>
        <w:t>f 5599/16629/14685 5603/16630/14687 5602/16631/14687</w:t>
        <w:br/>
        <w:t>f 5601/16627/14685 5599/16629/14685 5602/16631/14687</w:t>
        <w:br/>
        <w:t>f 5602/16631/14687 5603/16630/14687 5605/16632/14688</w:t>
        <w:br/>
        <w:t>f 5604/16633/14689 5602/16631/14687 5605/16632/14688</w:t>
        <w:br/>
        <w:t>f 5608/16634/14690 5607/16635/14691 5606/16636/14690</w:t>
        <w:br/>
        <w:t>f 5610/16637/14692 5609/16638/14693 5608/16634/14690</w:t>
        <w:br/>
        <w:t>f 5606/16636/14690 5610/16637/14692 5608/16634/14690</w:t>
        <w:br/>
        <w:t>f 5611/16639/14694 5609/16638/14693 5610/16637/14692</w:t>
        <w:br/>
        <w:t>f 5612/16640/14694 5611/16639/14694 5610/16637/14692</w:t>
        <w:br/>
        <w:t>f 5616/16641/14695 5615/16642/14695 5614/16643/14696</w:t>
        <w:br/>
        <w:t>f 5613/16644/14696 5616/16641/14695 5614/16643/14696</w:t>
        <w:br/>
        <w:t>f 5613/16644/14696 5614/16643/14696 5618/16645/14697</w:t>
        <w:br/>
        <w:t>f 5617/16646/14697 5613/16644/14696 5618/16645/14697</w:t>
        <w:br/>
        <w:t>f 5618/16645/14697 5619/16647/14698 5617/16646/14697</w:t>
        <w:br/>
        <w:t>f 5620/16648/14699 5604/16633/14689 5605/16632/14688</w:t>
        <w:br/>
        <w:t>f 5621/16649/14699 5620/16648/14699 5605/16632/14688</w:t>
        <w:br/>
        <w:t>f 5611/16639/14694 5612/16640/14694 5623/16650/14700</w:t>
        <w:br/>
        <w:t>f 5622/16651/14700 5611/16639/14694 5623/16650/14700</w:t>
        <w:br/>
        <w:t>f 5625/16652/14701 5624/16653/14701 5615/16642/14695</w:t>
        <w:br/>
        <w:t>f 5616/16641/14695 5625/16652/14701 5615/16642/14695</w:t>
        <w:br/>
        <w:t>f 5628/16654/14702 5627/16655/14702 5626/16656/14702</w:t>
        <w:br/>
        <w:t>f 5721/16657/14703 5720/16658/14704 5719/16659/14705</w:t>
        <w:br/>
        <w:t>f 5722/16660/14706 5721/16657/14703 5719/16659/14705</w:t>
        <w:br/>
        <w:t>f 5724/16661/14707 5721/16657/14703 5722/16660/14706</w:t>
        <w:br/>
        <w:t>f 5723/16662/14708 5724/16661/14707 5722/16660/14706</w:t>
        <w:br/>
        <w:t>f 5728/16663/14709 5727/16664/14710 5726/16665/14711</w:t>
        <w:br/>
        <w:t>f 5725/16666/14708 5728/16663/14709 5726/16665/14711</w:t>
        <w:br/>
        <w:t>f 5727/16664/14710 5728/16663/14709 5730/16667/14712</w:t>
        <w:br/>
        <w:t>f 5729/16668/14713 5727/16664/14710 5730/16667/14712</w:t>
        <w:br/>
        <w:t>f 5729/16668/14713 5730/16667/14712 5731/16669/14714</w:t>
        <w:br/>
        <w:t>f 5732/16670/14715 5729/16668/14713 5731/16669/14714</w:t>
        <w:br/>
        <w:t>f 5732/16670/14715 5731/16669/14714 5734/16671/14716</w:t>
        <w:br/>
        <w:t>f 5733/16672/14717 5732/16670/14715 5734/16671/14716</w:t>
        <w:br/>
        <w:t>f 5735/16673/14718 5733/16672/14717 5734/16671/14716</w:t>
        <w:br/>
        <w:t>f 5736/16674/14719 5735/16673/14718 5734/16671/14716</w:t>
        <w:br/>
        <w:t>f 5720/16658/14704 5735/16673/14718 5736/16674/14719</w:t>
        <w:br/>
        <w:t>f 5719/16659/14705 5720/16658/14704 5736/16674/14719</w:t>
        <w:br/>
        <w:t>f 5719/16659/14705 5738/16675/14720 5737/16676/14721</w:t>
        <w:br/>
        <w:t>f 5722/16660/14706 5719/16659/14705 5737/16676/14721</w:t>
        <w:br/>
        <w:t>f 5739/16677/14722 5723/16662/14708 5722/16660/14706</w:t>
        <w:br/>
        <w:t>f 5737/16676/14721 5739/16677/14722 5722/16660/14706</w:t>
        <w:br/>
        <w:t>f 5728/16663/14709 5725/16666/14708 5741/16678/14723</w:t>
        <w:br/>
        <w:t>f 5740/16679/14724 5728/16663/14709 5741/16678/14723</w:t>
        <w:br/>
        <w:t>f 5740/16679/14724 5742/16680/14725 5730/16667/14712</w:t>
        <w:br/>
        <w:t>f 5728/16663/14709 5740/16679/14724 5730/16667/14712</w:t>
        <w:br/>
        <w:t>f 5742/16680/14725 5743/16681/14726 5731/16669/14714</w:t>
        <w:br/>
        <w:t>f 5730/16667/14712 5742/16680/14725 5731/16669/14714</w:t>
        <w:br/>
        <w:t>f 5734/16671/14716 5731/16669/14714 5743/16681/14726</w:t>
        <w:br/>
        <w:t>f 5744/16682/14727 5734/16671/14716 5743/16681/14726</w:t>
        <w:br/>
        <w:t>f 5734/16671/14716 5744/16682/14727 5745/16683/14728</w:t>
        <w:br/>
        <w:t>f 5736/16674/14719 5734/16671/14716 5745/16683/14728</w:t>
        <w:br/>
        <w:t>f 5738/16675/14720 5719/16659/14705 5736/16674/14719</w:t>
        <w:br/>
        <w:t>f 5745/16683/14728 5738/16675/14720 5736/16674/14719</w:t>
        <w:br/>
        <w:t>f 5747/16684/14729 5737/16676/14721 5738/16675/14720</w:t>
        <w:br/>
        <w:t>f 5746/16685/14730 5747/16684/14729 5738/16675/14720</w:t>
        <w:br/>
        <w:t>f 5737/16676/14721 5747/16684/14729 5748/16686/14731</w:t>
        <w:br/>
        <w:t>f 5739/16677/14722 5737/16676/14721 5748/16686/14731</w:t>
        <w:br/>
        <w:t>f 5750/16687/14732 5749/16688/14733 5740/16679/14724</w:t>
        <w:br/>
        <w:t>f 5741/16678/14723 5750/16687/14732 5740/16679/14724</w:t>
        <w:br/>
        <w:t>f 5749/16688/14733 5751/16689/14734 5742/16680/14725</w:t>
        <w:br/>
        <w:t>f 5740/16679/14724 5749/16688/14733 5742/16680/14725</w:t>
        <w:br/>
        <w:t>f 5743/16681/14726 5742/16680/14725 5751/16689/14734</w:t>
        <w:br/>
        <w:t>f 5752/16690/14735 5743/16681/14726 5751/16689/14734</w:t>
        <w:br/>
        <w:t>f 5752/16690/14735 5753/16691/14736 5744/16682/14727</w:t>
        <w:br/>
        <w:t>f 5743/16681/14726 5752/16690/14735 5744/16682/14727</w:t>
        <w:br/>
        <w:t>f 5744/16682/14727 5753/16691/14736 5754/16692/14737</w:t>
        <w:br/>
        <w:t>f 5745/16683/14728 5744/16682/14727 5754/16692/14737</w:t>
        <w:br/>
        <w:t>f 5746/16685/14730 5738/16675/14720 5745/16683/14728</w:t>
        <w:br/>
        <w:t>f 5754/16692/14737 5746/16685/14730 5745/16683/14728</w:t>
        <w:br/>
        <w:t>f 5758/16693/14738 5757/16694/14739 5756/16695/14740</w:t>
        <w:br/>
        <w:t>f 5755/16696/14741 5758/16693/14738 5756/16695/14740</w:t>
        <w:br/>
        <w:t>f 5757/16694/14739 5760/16697/14742 5759/16698/14743</w:t>
        <w:br/>
        <w:t>f 5756/16695/14740 5757/16694/14739 5759/16698/14743</w:t>
        <w:br/>
        <w:t>f 5763/16699/14744 5762/16700/14745 5761/16701/14746</w:t>
        <w:br/>
        <w:t>f 5764/16702/14747 5763/16699/14744 5761/16701/14746</w:t>
        <w:br/>
        <w:t>f 5764/16702/14747 5761/16701/14746 5765/16703/14748</w:t>
        <w:br/>
        <w:t>f 5766/16704/14749 5764/16702/14747 5765/16703/14748</w:t>
        <w:br/>
        <w:t>f 5766/16704/14749 5765/16703/14748 5767/16705/14750</w:t>
        <w:br/>
        <w:t>f 5768/16706/14751 5766/16704/14749 5767/16705/14750</w:t>
        <w:br/>
        <w:t>f 5768/16706/14751 5767/16705/14750 5770/16707/14752</w:t>
        <w:br/>
        <w:t>f 5769/16708/14753 5768/16706/14751 5770/16707/14752</w:t>
        <w:br/>
        <w:t>f 5771/16709/14754 5769/16708/14753 5770/16707/14752</w:t>
        <w:br/>
        <w:t>f 5772/16710/14755 5771/16709/14754 5770/16707/14752</w:t>
        <w:br/>
        <w:t>f 5755/16696/14741 5771/16709/14754 5772/16710/14755</w:t>
        <w:br/>
        <w:t>f 5758/16693/14738 5755/16696/14741 5772/16710/14755</w:t>
        <w:br/>
        <w:t>f 5758/16693/14738 5774/16711/14756 5773/16712/14757</w:t>
        <w:br/>
        <w:t>f 5757/16694/14739 5758/16693/14738 5773/16712/14757</w:t>
        <w:br/>
        <w:t>f 5775/16713/14758 5760/16697/14742 5757/16694/14739</w:t>
        <w:br/>
        <w:t>f 5773/16712/14757 5775/16713/14758 5757/16694/14739</w:t>
        <w:br/>
        <w:t>f 5777/16714/14759 5776/16715/14760 5761/16701/14746</w:t>
        <w:br/>
        <w:t>f 5762/16700/14745 5777/16714/14759 5761/16701/14746</w:t>
        <w:br/>
        <w:t>f 5776/16715/14760 5778/16716/14761 5765/16703/14748</w:t>
        <w:br/>
        <w:t>f 5761/16701/14746 5776/16715/14760 5765/16703/14748</w:t>
        <w:br/>
        <w:t>f 5767/16705/14750 5765/16703/14748 5778/16716/14761</w:t>
        <w:br/>
        <w:t>f 5779/16717/14762 5767/16705/14750 5778/16716/14761</w:t>
        <w:br/>
        <w:t>f 5779/16717/14762 5780/16718/14763 5770/16707/14752</w:t>
        <w:br/>
        <w:t>f 5767/16705/14750 5779/16717/14762 5770/16707/14752</w:t>
        <w:br/>
        <w:t>f 5770/16707/14752 5780/16718/14763 5781/16719/14764</w:t>
        <w:br/>
        <w:t>f 5772/16710/14755 5770/16707/14752 5781/16719/14764</w:t>
        <w:br/>
        <w:t>f 5772/16710/14755 5781/16719/14764 5774/16711/14756</w:t>
        <w:br/>
        <w:t>f 5758/16693/14738 5772/16710/14755 5774/16711/14756</w:t>
        <w:br/>
        <w:t>f 5782/16720/14765 5773/16712/14757 5774/16711/14756</w:t>
        <w:br/>
        <w:t>f 5783/16721/14766 5782/16720/14765 5774/16711/14756</w:t>
        <w:br/>
        <w:t>f 5784/16722/14767 5775/16713/14758 5773/16712/14757</w:t>
        <w:br/>
        <w:t>f 5782/16720/14765 5784/16722/14767 5773/16712/14757</w:t>
        <w:br/>
        <w:t>f 5776/16715/14760 5777/16714/14759 5785/16723/14767</w:t>
        <w:br/>
        <w:t>f 5786/16724/14768 5776/16715/14760 5785/16723/14767</w:t>
        <w:br/>
        <w:t>f 5786/16724/14768 5787/16725/14769 5778/16716/14761</w:t>
        <w:br/>
        <w:t>f 5776/16715/14760 5786/16724/14768 5778/16716/14761</w:t>
        <w:br/>
        <w:t>f 5779/16717/14762 5778/16716/14761 5787/16725/14769</w:t>
        <w:br/>
        <w:t>f 5788/16726/14770 5779/16717/14762 5787/16725/14769</w:t>
        <w:br/>
        <w:t>f 5779/16717/14762 5788/16726/14770 5789/16727/14771</w:t>
        <w:br/>
        <w:t>f 5780/16718/14763 5779/16717/14762 5789/16727/14771</w:t>
        <w:br/>
        <w:t>f 5789/16727/14771 5790/16728/14772 5781/16719/14764</w:t>
        <w:br/>
        <w:t>f 5780/16718/14763 5789/16727/14771 5781/16719/14764</w:t>
        <w:br/>
        <w:t>f 5781/16719/14764 5790/16728/14772 5783/16721/14766</w:t>
        <w:br/>
        <w:t>f 5774/16711/14756 5781/16719/14764 5783/16721/14766</w:t>
        <w:br/>
        <w:t>f 5793/16729/14773 5792/16730/14774 5791/16731/14775</w:t>
        <w:br/>
        <w:t>f 5794/16732/14776 5793/16729/14773 5791/16731/14775</w:t>
        <w:br/>
        <w:t>f 5791/16731/14775 5792/16730/14774 5796/16733/14777</w:t>
        <w:br/>
        <w:t>f 5795/16734/14778 5791/16731/14775 5796/16733/14777</w:t>
        <w:br/>
        <w:t>f 5800/16735/14779 5799/16736/14780 5798/16737/14781</w:t>
        <w:br/>
        <w:t>f 5797/16738/14782 5800/16735/14779 5798/16737/14781</w:t>
        <w:br/>
        <w:t>f 5800/16735/14779 5797/16738/14782 5801/16739/14783</w:t>
        <w:br/>
        <w:t>f 5802/16740/14784 5800/16735/14779 5801/16739/14783</w:t>
        <w:br/>
        <w:t>f 5804/16741/14785 5803/16742/14786 5802/16740/14784</w:t>
        <w:br/>
        <w:t>f 5801/16739/14783 5804/16741/14785 5802/16740/14784</w:t>
        <w:br/>
        <w:t>f 5803/16742/14786 5804/16741/14785 5805/16743/14787</w:t>
        <w:br/>
        <w:t>f 5806/16744/14788 5803/16742/14786 5805/16743/14787</w:t>
        <w:br/>
        <w:t>f 5805/16743/14787 5808/16745/14789 5807/16746/14790</w:t>
        <w:br/>
        <w:t>f 5806/16744/14788 5805/16743/14787 5807/16746/14790</w:t>
        <w:br/>
        <w:t>f 5808/16745/14789 5793/16729/14773 5794/16732/14776</w:t>
        <w:br/>
        <w:t>f 5807/16746/14790 5808/16745/14789 5794/16732/14776</w:t>
        <w:br/>
        <w:t>f 5810/16747/14791 5809/16748/14792 5720/16658/14704</w:t>
        <w:br/>
        <w:t>f 5721/16657/14703 5810/16747/14791 5720/16658/14704</w:t>
        <w:br/>
        <w:t>f 5721/16657/14703 5724/16661/14707 5811/16749/14793</w:t>
        <w:br/>
        <w:t>f 5810/16747/14791 5721/16657/14703 5811/16749/14793</w:t>
        <w:br/>
        <w:t>f 5813/16750/14794 5726/16665/14711 5727/16664/14710</w:t>
        <w:br/>
        <w:t>f 5812/16751/14795 5813/16750/14794 5727/16664/14710</w:t>
        <w:br/>
        <w:t>f 5812/16751/14795 5727/16664/14710 5729/16668/14713</w:t>
        <w:br/>
        <w:t>f 5814/16752/14796 5812/16751/14795 5729/16668/14713</w:t>
        <w:br/>
        <w:t>f 5814/16752/14796 5729/16668/14713 5732/16670/14715</w:t>
        <w:br/>
        <w:t>f 5815/16753/14797 5814/16752/14796 5732/16670/14715</w:t>
        <w:br/>
        <w:t>f 5733/16672/14717 5816/16754/14798 5815/16753/14797</w:t>
        <w:br/>
        <w:t>f 5732/16670/14715 5733/16672/14717 5815/16753/14797</w:t>
        <w:br/>
        <w:t>f 5733/16672/14717 5735/16673/14718 5817/16755/14799</w:t>
        <w:br/>
        <w:t>f 5816/16754/14798 5733/16672/14717 5817/16755/14799</w:t>
        <w:br/>
        <w:t>f 5735/16673/14718 5720/16658/14704 5809/16748/14792</w:t>
        <w:br/>
        <w:t>f 5817/16755/14799 5735/16673/14718 5809/16748/14792</w:t>
        <w:br/>
        <w:t>f 5791/16731/14775 5782/16720/14765 5783/16721/14766</w:t>
        <w:br/>
        <w:t>f 5794/16732/14776 5791/16731/14775 5783/16721/14766</w:t>
        <w:br/>
        <w:t>f 5782/16720/14765 5791/16731/14775 5795/16734/14778</w:t>
        <w:br/>
        <w:t>f 5784/16722/14767 5782/16720/14765 5795/16734/14778</w:t>
        <w:br/>
        <w:t>f 5786/16724/14768 5785/16723/14767 5799/16736/14780</w:t>
        <w:br/>
        <w:t>f 5800/16735/14779 5786/16724/14768 5799/16736/14780</w:t>
        <w:br/>
        <w:t>f 5800/16735/14779 5802/16740/14784 5787/16725/14769</w:t>
        <w:br/>
        <w:t>f 5786/16724/14768 5800/16735/14779 5787/16725/14769</w:t>
        <w:br/>
        <w:t>f 5788/16726/14770 5787/16725/14769 5802/16740/14784</w:t>
        <w:br/>
        <w:t>f 5803/16742/14786 5788/16726/14770 5802/16740/14784</w:t>
        <w:br/>
        <w:t>f 5803/16742/14786 5806/16744/14788 5789/16727/14771</w:t>
        <w:br/>
        <w:t>f 5788/16726/14770 5803/16742/14786 5789/16727/14771</w:t>
        <w:br/>
        <w:t>f 5789/16727/14771 5806/16744/14788 5807/16746/14790</w:t>
        <w:br/>
        <w:t>f 5790/16728/14772 5789/16727/14771 5807/16746/14790</w:t>
        <w:br/>
        <w:t>f 5794/16732/14776 5783/16721/14766 5790/16728/14772</w:t>
        <w:br/>
        <w:t>f 5807/16746/14790 5794/16732/14776 5790/16728/14772</w:t>
        <w:br/>
        <w:t>f 5793/16729/14773 5819/16756/14792 5818/16757/14791</w:t>
        <w:br/>
        <w:t>f 5792/16730/14774 5793/16729/14773 5818/16757/14791</w:t>
        <w:br/>
        <w:t>f 5792/16730/14774 5818/16757/14791 5820/16758/14800</w:t>
        <w:br/>
        <w:t>f 5796/16733/14777 5792/16730/14774 5820/16758/14800</w:t>
        <w:br/>
        <w:t>f 5822/16759/14801 5821/16760/14795 5797/16738/14782</w:t>
        <w:br/>
        <w:t>f 5798/16737/14781 5822/16759/14801 5797/16738/14782</w:t>
        <w:br/>
        <w:t>f 5821/16760/14795 5823/16761/14796 5801/16739/14783</w:t>
        <w:br/>
        <w:t>f 5797/16738/14782 5821/16760/14795 5801/16739/14783</w:t>
        <w:br/>
        <w:t>f 5804/16741/14785 5801/16739/14783 5823/16761/14796</w:t>
        <w:br/>
        <w:t>f 5824/16762/14802 5804/16741/14785 5823/16761/14796</w:t>
        <w:br/>
        <w:t>f 5805/16743/14787 5804/16741/14785 5824/16762/14802</w:t>
        <w:br/>
        <w:t>f 5825/16763/14803 5805/16743/14787 5824/16762/14802</w:t>
        <w:br/>
        <w:t>f 5826/16764/14804 5808/16745/14789 5805/16743/14787</w:t>
        <w:br/>
        <w:t>f 5825/16763/14803 5826/16764/14804 5805/16743/14787</w:t>
        <w:br/>
        <w:t>f 5808/16745/14789 5826/16764/14804 5819/16756/14792</w:t>
        <w:br/>
        <w:t>f 5793/16729/14773 5808/16745/14789 5819/16756/14792</w:t>
        <w:br/>
        <w:t>f 5827/16765/14805 5747/16684/14729 5746/16685/14730</w:t>
        <w:br/>
        <w:t>f 5828/16766/14741 5827/16765/14805 5746/16685/14730</w:t>
        <w:br/>
        <w:t>f 5748/16686/14731 5747/16684/14729 5827/16765/14805</w:t>
        <w:br/>
        <w:t>f 5829/16767/14806 5748/16686/14731 5827/16765/14805</w:t>
        <w:br/>
        <w:t>f 5831/16768/14807 5749/16688/14733 5750/16687/14732</w:t>
        <w:br/>
        <w:t>f 5830/16769/14808 5831/16768/14807 5750/16687/14732</w:t>
        <w:br/>
        <w:t>f 5831/16768/14807 5832/16770/14809 5751/16689/14734</w:t>
        <w:br/>
        <w:t>f 5749/16688/14733 5831/16768/14807 5751/16689/14734</w:t>
        <w:br/>
        <w:t>f 5752/16690/14735 5751/16689/14734 5832/16770/14809</w:t>
        <w:br/>
        <w:t>f 5833/16771/14810 5752/16690/14735 5832/16770/14809</w:t>
        <w:br/>
        <w:t>f 5753/16691/14736 5752/16690/14735 5833/16771/14810</w:t>
        <w:br/>
        <w:t>f 5834/16772/14811 5753/16691/14736 5833/16771/14810</w:t>
        <w:br/>
        <w:t>f 5835/16773/14812 5754/16692/14737 5753/16691/14736</w:t>
        <w:br/>
        <w:t>f 5834/16772/14811 5835/16773/14812 5753/16691/14736</w:t>
        <w:br/>
        <w:t>f 5828/16766/14741 5746/16685/14730 5754/16692/14737</w:t>
        <w:br/>
        <w:t>f 5835/16773/14812 5828/16766/14741 5754/16692/14737</w:t>
        <w:br/>
        <w:t>f 6070/16774/14813 6069/16775/14814 6068/16776/14814</w:t>
        <w:br/>
        <w:t>f 6071/16777/14813 6070/16774/14813 6068/16776/14814</w:t>
        <w:br/>
        <w:t>f 6075/16778/14815 6074/16779/14816 6073/16780/14816</w:t>
        <w:br/>
        <w:t>f 6072/16781/14815 6075/16778/14815 6073/16780/14816</w:t>
        <w:br/>
        <w:t>f 6078/16782/14817 6077/16783/14818 6076/16784/14819</w:t>
        <w:br/>
        <w:t>f 6079/16785/14819 6078/16782/14817 6076/16784/14819</w:t>
        <w:br/>
        <w:t>f 6082/16786/14820 6081/16787/14820 6080/16788/14821</w:t>
        <w:br/>
        <w:t>f 6083/16789/14822 6082/16786/14820 6080/16788/14821</w:t>
        <w:br/>
        <w:t>f 6086/16790/14823 6085/16791/14824 6084/16792/14824</w:t>
        <w:br/>
        <w:t>f 6087/16793/14823 6086/16790/14823 6084/16792/14824</w:t>
        <w:br/>
        <w:t>f 6090/16794/14825 6089/16795/14826 6088/16796/14827</w:t>
        <w:br/>
        <w:t>f 6091/16797/14828 6090/16794/14825 6088/16796/14827</w:t>
        <w:br/>
        <w:t>f 6092/16798/14829 6083/16789/14822 6080/16788/14821</w:t>
        <w:br/>
        <w:t>f 6093/16799/14829 6092/16798/14829 6080/16788/14821</w:t>
        <w:br/>
        <w:t>f 6096/16800/14830 6095/16801/14831 6094/16802/14830</w:t>
        <w:br/>
        <w:t>f 6097/16803/14832 6096/16800/14830 6094/16802/14830</w:t>
        <w:br/>
        <w:t>f 6100/16804/14833 6099/16805/14833 6098/16806/14834</w:t>
        <w:br/>
        <w:t>f 6101/16807/14835 6100/16804/14833 6098/16806/14834</w:t>
        <w:br/>
        <w:t>f 6104/16808/14836 6103/16809/14836 6102/16810/14837</w:t>
        <w:br/>
        <w:t>f 6105/16811/14838 6104/16808/14836 6102/16810/14837</w:t>
        <w:br/>
        <w:t>f 6108/16812/14839 6107/16813/14839 6106/16814/14840</w:t>
        <w:br/>
        <w:t>f 6109/16815/14840 6108/16812/14839 6106/16814/14840</w:t>
        <w:br/>
        <w:t>f 6112/16816/14841 6111/16817/14841 6110/16818/14814</w:t>
        <w:br/>
        <w:t>f 6113/16819/14814 6112/16816/14841 6110/16818/14814</w:t>
        <w:br/>
        <w:t>f 6116/16820/14842 6115/16821/14843 6114/16822/14844</w:t>
        <w:br/>
        <w:t>f 6117/16823/14844 6116/16820/14842 6114/16822/14844</w:t>
        <w:br/>
        <w:t>f 6120/16824/14845 6119/16825/14846 6118/16826/14847</w:t>
        <w:br/>
        <w:t>f 6121/16827/14848 6120/16824/14845 6118/16826/14847</w:t>
        <w:br/>
        <w:t>f 6102/16810/14837 6079/16785/14819 6076/16784/14819</w:t>
        <w:br/>
        <w:t>f 6105/16811/14838 6102/16810/14837 6076/16784/14819</w:t>
        <w:br/>
        <w:t>f 6125/16828/14830 6124/16829/14849 6123/16830/14830</w:t>
        <w:br/>
        <w:t>f 6122/16831/14830 6125/16828/14830 6123/16830/14830</w:t>
        <w:br/>
        <w:t>f 6117/16823/14844 6114/16822/14844 6127/16832/14850</w:t>
        <w:br/>
        <w:t>f 6126/16833/14851 6117/16823/14844 6127/16832/14850</w:t>
        <w:br/>
        <w:t>f 6130/16834/14852 6129/16835/14853 6128/16836/14854</w:t>
        <w:br/>
        <w:t>f 6134/16837/14855 6133/16838/14856 6132/16839/14855</w:t>
        <w:br/>
        <w:t>f 6131/16840/14855 6134/16837/14855 6132/16839/14855</w:t>
        <w:br/>
        <w:t>f 6100/16804/14833 6136/16841/14857 6135/16842/14858</w:t>
        <w:br/>
        <w:t>f 6099/16805/14833 6100/16804/14833 6135/16842/14858</w:t>
        <w:br/>
        <w:t>f 6139/16843/14859 6138/16844/14860 6137/16845/14861</w:t>
        <w:br/>
        <w:t>f 6140/16846/14862 6139/16843/14859 6137/16845/14861</w:t>
        <w:br/>
        <w:t>f 6142/16847/14863 6141/16848/14863 6081/16787/14820</w:t>
        <w:br/>
        <w:t>f 6082/16786/14820 6142/16847/14863 6081/16787/14820</w:t>
        <w:br/>
        <w:t>f 6146/16849/14864 6145/16850/14864 6144/16851/14864</w:t>
        <w:br/>
        <w:t>f 6143/16852/14864 6146/16849/14864 6144/16851/14864</w:t>
        <w:br/>
        <w:t>f 6136/16841/14857 6148/16853/14865 6147/16854/14866</w:t>
        <w:br/>
        <w:t>f 6135/16842/14858 6136/16841/14857 6147/16854/14866</w:t>
        <w:br/>
        <w:t>f 6151/16855/14867 6150/16856/14853 6149/16857/14868</w:t>
        <w:br/>
        <w:t>f 6152/16858/14869 6151/16855/14867 6149/16857/14868</w:t>
        <w:br/>
        <w:t>f 6078/16782/14817 6103/16809/14836 6104/16808/14836</w:t>
        <w:br/>
        <w:t>f 6077/16783/14818 6078/16782/14817 6104/16808/14836</w:t>
        <w:br/>
        <w:t>f 6156/16859/14870 6155/16860/14871 6154/16861/14870</w:t>
        <w:br/>
        <w:t>f 6153/16862/14870 6156/16859/14870 6154/16861/14870</w:t>
        <w:br/>
        <w:t>f 6116/16820/14842 6158/16863/14872 6157/16864/14873</w:t>
        <w:br/>
        <w:t>f 6115/16821/14843 6116/16820/14842 6157/16864/14873</w:t>
        <w:br/>
        <w:t>f 6161/16865/14874 6160/16866/14875 6159/16867/14814</w:t>
        <w:br/>
        <w:t>f 6162/16868/14876 6161/16865/14874 6159/16867/14814</w:t>
        <w:br/>
        <w:t>f 6166/16869/14814 6165/16870/14814 6164/16871/14877</w:t>
        <w:br/>
        <w:t>f 6163/16872/14814 6166/16869/14814 6164/16871/14877</w:t>
        <w:br/>
        <w:t>f 6166/16869/14814 6159/16867/14814 6160/16866/14875</w:t>
        <w:br/>
        <w:t>f 6165/16870/14814 6166/16869/14814 6160/16866/14875</w:t>
        <w:br/>
        <w:t>f 6160/16866/14875 6071/16777/14813 6068/16776/14814</w:t>
        <w:br/>
        <w:t>f 6165/16870/14814 6160/16866/14875 6068/16776/14814</w:t>
        <w:br/>
        <w:t>f 6168/16873/14814 6167/16874/14814 6159/16867/14814</w:t>
        <w:br/>
        <w:t>f 6166/16869/14814 6168/16873/14814 6159/16867/14814</w:t>
        <w:br/>
        <w:t>f 6171/16875/14878 6170/16876/14879 6169/16877/14880</w:t>
        <w:br/>
        <w:t>f 6174/16878/14881 6173/16879/14846 6172/16880/14825</w:t>
        <w:br/>
        <w:t>f 6070/16774/14813 6071/16777/14813 6175/16881/14876</w:t>
        <w:br/>
        <w:t>f 6068/16776/14814 6069/16775/14814 6176/16882/14882</w:t>
        <w:br/>
        <w:t>f 6130/16834/14852 6178/16883/14862 6177/16884/14852</w:t>
        <w:br/>
        <w:t>f 6130/16834/14852 6128/16836/14854 6178/16883/14862</w:t>
        <w:br/>
        <w:t>f 6128/16836/14854 6129/16835/14853 6179/16885/14883</w:t>
        <w:br/>
        <w:t>f 6172/16880/14825 6170/16876/14879 6171/16875/14878</w:t>
        <w:br/>
        <w:t>f 6172/16880/14825 6173/16879/14846 6170/16876/14879</w:t>
        <w:br/>
        <w:t>f 6294/16886/14884 6293/16887/14884 6292/16888/14885</w:t>
        <w:br/>
        <w:t>f 6295/16889/14885 6294/16886/14884 6292/16888/14885</w:t>
        <w:br/>
        <w:t>f 6299/16890/14886 6298/16891/14886 6297/16892/14887</w:t>
        <w:br/>
        <w:t>f 6296/16893/14887 6299/16890/14886 6297/16892/14887</w:t>
        <w:br/>
        <w:t>f 6302/16894/14888 6301/16895/14889 6300/16896/14890</w:t>
        <w:br/>
        <w:t>f 6303/16897/14891 6302/16894/14888 6300/16896/14890</w:t>
        <w:br/>
        <w:t>f 6306/16898/14892 6305/16899/14893 6304/16900/14893</w:t>
        <w:br/>
        <w:t>f 6307/16901/14894 6306/16898/14892 6304/16900/14893</w:t>
        <w:br/>
        <w:t>f 6310/16902/14895 6309/16903/14895 6308/16904/14896</w:t>
        <w:br/>
        <w:t>f 6311/16905/14896 6310/16902/14895 6308/16904/14896</w:t>
        <w:br/>
        <w:t>f 6314/16906/14897 6313/16907/14898 6312/16908/14899</w:t>
        <w:br/>
        <w:t>f 6315/16909/14900 6314/16906/14897 6312/16908/14899</w:t>
        <w:br/>
        <w:t>f 6306/16898/14892 6307/16901/14894 6316/16910/14901</w:t>
        <w:br/>
        <w:t>f 6317/16911/14902 6306/16898/14892 6316/16910/14901</w:t>
        <w:br/>
        <w:t>f 6320/16912/14903 6319/16913/14904 6318/16914/14905</w:t>
        <w:br/>
        <w:t>f 6321/16915/14906 6320/16912/14903 6318/16914/14905</w:t>
        <w:br/>
        <w:t>f 6324/16916/14907 6323/16917/14908 6322/16918/14909</w:t>
        <w:br/>
        <w:t>f 6325/16919/14910 6324/16916/14907 6322/16918/14909</w:t>
        <w:br/>
        <w:t>f 6328/16920/14911 6327/16921/14912 6326/16922/14912</w:t>
        <w:br/>
        <w:t>f 6329/16923/14913 6328/16920/14911 6326/16922/14912</w:t>
        <w:br/>
        <w:t>f 6332/16924/14914 6331/16925/14915 6330/16926/14915</w:t>
        <w:br/>
        <w:t>f 6333/16927/14914 6332/16924/14914 6330/16926/14915</w:t>
        <w:br/>
        <w:t>f 6336/16928/14884 6335/16929/14916 6334/16930/14916</w:t>
        <w:br/>
        <w:t>f 6337/16931/14884 6336/16928/14884 6334/16930/14916</w:t>
        <w:br/>
        <w:t>f 6340/16932/14917 6339/16933/14918 6338/16934/14918</w:t>
        <w:br/>
        <w:t>f 6341/16935/14917 6340/16932/14917 6338/16934/14918</w:t>
        <w:br/>
        <w:t>f 6344/16936/14919 6343/16937/14920 6342/16938/14921</w:t>
        <w:br/>
        <w:t>f 6345/16939/14921 6344/16936/14919 6342/16938/14921</w:t>
        <w:br/>
        <w:t>f 6328/16920/14911 6329/16923/14913 6302/16894/14888</w:t>
        <w:br/>
        <w:t>f 6303/16897/14891 6328/16920/14911 6302/16894/14888</w:t>
        <w:br/>
        <w:t>f 6349/16940/14922 6348/16941/14903 6347/16942/14922</w:t>
        <w:br/>
        <w:t>f 6346/16943/14923 6349/16940/14922 6347/16942/14922</w:t>
        <w:br/>
        <w:t>f 6341/16935/14917 6351/16944/14924 6350/16945/14925</w:t>
        <w:br/>
        <w:t>f 6340/16932/14917 6341/16935/14917 6350/16945/14925</w:t>
        <w:br/>
        <w:t>f 6354/16946/14926 6353/16947/14927 6352/16948/14928</w:t>
        <w:br/>
        <w:t>f 6358/16949/14929 6357/16950/14929 6356/16951/14929</w:t>
        <w:br/>
        <w:t>f 6355/16952/14930 6358/16949/14929 6356/16951/14929</w:t>
        <w:br/>
        <w:t>f 6360/16953/14931 6359/16954/14932 6322/16918/14909</w:t>
        <w:br/>
        <w:t>f 6323/16917/14908 6360/16953/14931 6322/16918/14909</w:t>
        <w:br/>
        <w:t>f 6363/16955/14933 6362/16956/14934 6361/16957/14927</w:t>
        <w:br/>
        <w:t>f 6364/16958/14935 6363/16955/14933 6361/16957/14927</w:t>
        <w:br/>
        <w:t>f 6305/16899/14893 6366/16959/14936 6365/16960/14937</w:t>
        <w:br/>
        <w:t>f 6304/16900/14893 6305/16899/14893 6365/16960/14937</w:t>
        <w:br/>
        <w:t>f 6370/16961/14938 6369/16962/14938 6368/16963/14938</w:t>
        <w:br/>
        <w:t>f 6367/16964/14938 6370/16961/14938 6368/16963/14938</w:t>
        <w:br/>
        <w:t>f 6372/16965/14939 6371/16966/14940 6359/16954/14932</w:t>
        <w:br/>
        <w:t>f 6360/16953/14931 6372/16965/14939 6359/16954/14932</w:t>
        <w:br/>
        <w:t>f 6375/16967/14941 6374/16968/14942 6373/16969/14943</w:t>
        <w:br/>
        <w:t>f 6376/16970/14941 6375/16967/14941 6373/16969/14943</w:t>
        <w:br/>
        <w:t>f 6326/16922/14912 6327/16921/14912 6300/16896/14890</w:t>
        <w:br/>
        <w:t>f 6301/16895/14889 6326/16922/14912 6300/16896/14890</w:t>
        <w:br/>
        <w:t>f 6380/16971/14944 6379/16972/14945 6378/16973/14944</w:t>
        <w:br/>
        <w:t>f 6377/16974/14944 6380/16971/14944 6378/16973/14944</w:t>
        <w:br/>
        <w:t>f 6338/16934/14918 6339/16933/14918 6382/16975/14946</w:t>
        <w:br/>
        <w:t>f 6381/16976/14946 6338/16934/14918 6382/16975/14946</w:t>
        <w:br/>
        <w:t>f 6385/16977/14884 6384/16978/14947 6383/16979/14948</w:t>
        <w:br/>
        <w:t>f 6386/16980/14949 6385/16977/14884 6383/16979/14948</w:t>
        <w:br/>
        <w:t>f 6390/16981/14884 6389/16982/14884 6388/16983/14950</w:t>
        <w:br/>
        <w:t>f 6387/16984/14884 6390/16981/14884 6388/16983/14950</w:t>
        <w:br/>
        <w:t>f 6384/16978/14947 6385/16977/14884 6390/16981/14884</w:t>
        <w:br/>
        <w:t>f 6387/16984/14884 6384/16978/14947 6390/16981/14884</w:t>
        <w:br/>
        <w:t>f 6384/16978/14947 6387/16984/14884 6294/16886/14884</w:t>
        <w:br/>
        <w:t>f 6295/16889/14885 6384/16978/14947 6294/16886/14884</w:t>
        <w:br/>
        <w:t>f 6385/16977/14884 6392/16985/14884 6391/16986/14884</w:t>
        <w:br/>
        <w:t>f 6390/16981/14884 6385/16977/14884 6391/16986/14884</w:t>
        <w:br/>
        <w:t>f 6395/16987/14951 6394/16988/14952 6393/16989/14953</w:t>
        <w:br/>
        <w:t>f 6398/16990/14954 6397/16991/14955 6396/16992/14956</w:t>
        <w:br/>
        <w:t>f 6292/16888/14885 6399/16993/14957 6295/16889/14885</w:t>
        <w:br/>
        <w:t>f 6294/16886/14884 6400/16994/14958 6293/16887/14884</w:t>
        <w:br/>
        <w:t>f 6354/16946/14926 6402/16995/14926 6401/16996/14959</w:t>
        <w:br/>
        <w:t>f 6354/16946/14926 6401/16996/14959 6353/16947/14927</w:t>
        <w:br/>
        <w:t>f 6353/16947/14927 6403/16997/14960 6352/16948/14928</w:t>
        <w:br/>
        <w:t>f 6397/16991/14955 6395/16987/14951 6393/16989/14953</w:t>
        <w:br/>
        <w:t>f 6397/16991/14955 6393/16989/14953 6396/16992/14956</w:t>
        <w:br/>
        <w:t>f 6810/16998/14961 6809/16999/14962 6808/17000/14963</w:t>
        <w:br/>
        <w:t>f 6807/17001/14964 6810/16998/14961 6808/17000/14963</w:t>
        <w:br/>
        <w:t>f 6814/17002/14965 6813/17003/14966 6812/17004/14966</w:t>
        <w:br/>
        <w:t>f 6811/17005/14967 6814/17002/14965 6812/17004/14966</w:t>
        <w:br/>
        <w:t>f 6818/17006/14968 6817/17007/14969 6816/17008/14970</w:t>
        <w:br/>
        <w:t>f 6815/17009/14971 6818/17006/14968 6816/17008/14970</w:t>
        <w:br/>
        <w:t>f 6821/17010/14972 6820/17011/14973 6819/17012/14972</w:t>
        <w:br/>
        <w:t>f 6822/17013/14974 6821/17010/14972 6819/17012/14972</w:t>
        <w:br/>
        <w:t>f 6809/16999/14962 6824/17014/14975 6823/17015/14976</w:t>
        <w:br/>
        <w:t>f 6808/17000/14963 6809/16999/14962 6823/17015/14976</w:t>
        <w:br/>
        <w:t>f 6826/17016/14977 6825/17017/14978 6817/17007/14969</w:t>
        <w:br/>
        <w:t>f 6818/17006/14968 6826/17016/14977 6817/17007/14969</w:t>
        <w:br/>
        <w:t>f 6828/17018/14979 6820/17011/14973 6821/17010/14972</w:t>
        <w:br/>
        <w:t>f 6827/17019/14980 6828/17018/14979 6821/17010/14972</w:t>
        <w:br/>
        <w:t>f 6814/17002/14965 6811/17005/14967 6830/17020/14981</w:t>
        <w:br/>
        <w:t>f 6829/17021/14982 6814/17002/14965 6830/17020/14981</w:t>
        <w:br/>
        <w:t>f 6833/17022/14983 6832/17023/14984 6831/17024/14985</w:t>
        <w:br/>
        <w:t>f 6834/17025/14986 6833/17022/14983 6831/17024/14985</w:t>
        <w:br/>
        <w:t>f 6836/17026/14987 6835/17027/14987 6810/16998/14961</w:t>
        <w:br/>
        <w:t>f 6807/17001/14964 6836/17026/14987 6810/16998/14961</w:t>
        <w:br/>
        <w:t>f 6838/17028/14988 6837/17029/14989 6812/17004/14966</w:t>
        <w:br/>
        <w:t>f 6813/17003/14966 6838/17028/14988 6812/17004/14966</w:t>
        <w:br/>
        <w:t>f 6839/17030/14990 6815/17009/14971 6816/17008/14970</w:t>
        <w:br/>
        <w:t>f 6840/17031/14990 6839/17030/14990 6816/17008/14970</w:t>
        <w:br/>
        <w:t>f 6841/17032/14972 6822/17013/14974 6819/17012/14972</w:t>
        <w:br/>
        <w:t>f 6842/17033/14991 6841/17032/14972 6819/17012/14972</w:t>
        <w:br/>
        <w:t>f 6844/17034/14992 6843/17035/14993 6835/17027/14987</w:t>
        <w:br/>
        <w:t>f 6836/17026/14987 6844/17034/14992 6835/17027/14987</w:t>
        <w:br/>
        <w:t>f 6846/17036/14994 6839/17030/14990 6840/17031/14990</w:t>
        <w:br/>
        <w:t>f 6845/17037/14995 6846/17036/14994 6840/17031/14990</w:t>
        <w:br/>
        <w:t>f 6841/17032/14972 6842/17033/14991 6848/17038/14996</w:t>
        <w:br/>
        <w:t>f 6847/17039/14997 6841/17032/14972 6848/17038/14996</w:t>
        <w:br/>
        <w:t>f 6832/17023/14984 6837/17029/14989 6838/17028/14988</w:t>
        <w:br/>
        <w:t>f 6831/17024/14985 6832/17023/14984 6838/17028/14988</w:t>
        <w:br/>
        <w:t>f 6850/17040/14998 6849/17041/14999 6829/17021/14982</w:t>
        <w:br/>
        <w:t>f 6830/17020/14981 6850/17040/14998 6829/17021/14982</w:t>
        <w:br/>
        <w:t>f 6854/17042/15000 6853/17043/15001 6852/17044/15002</w:t>
        <w:br/>
        <w:t>f 6851/17045/15003 6854/17042/15000 6852/17044/15002</w:t>
        <w:br/>
        <w:t>f 6856/17046/15004 6823/17015/14976 6824/17014/14975</w:t>
        <w:br/>
        <w:t>f 6855/17047/15005 6856/17046/15004 6824/17014/14975</w:t>
        <w:br/>
        <w:t>f 6858/17048/15006 6856/17046/15004 6855/17047/15005</w:t>
        <w:br/>
        <w:t>f 6857/17049/15006 6858/17048/15006 6855/17047/15005</w:t>
        <w:br/>
        <w:t>f 6861/17050/15007 6860/17051/15007 6859/17052/15008</w:t>
        <w:br/>
        <w:t>f 6862/17053/15008 6861/17050/15007 6859/17052/15008</w:t>
        <w:br/>
        <w:t>f 6864/17054/15009 6863/17055/15010 6852/17044/15002</w:t>
        <w:br/>
        <w:t>f 6853/17043/15001 6864/17054/15009 6852/17044/15002</w:t>
        <w:br/>
        <w:t>f 6867/17056/15011 6866/17057/15012 6865/17058/15011</w:t>
        <w:br/>
        <w:t>f 6868/17059/15011 6867/17056/15011 6865/17058/15011</w:t>
        <w:br/>
        <w:t>f 6870/17060/15013 6869/17061/15014 6825/17017/14978</w:t>
        <w:br/>
        <w:t>f 6826/17016/14977 6870/17060/15013 6825/17017/14978</w:t>
        <w:br/>
        <w:t>f 6869/17061/15014 6870/17060/15013 6872/17062/15015</w:t>
        <w:br/>
        <w:t>f 6871/17063/15015 6869/17061/15014 6872/17062/15015</w:t>
        <w:br/>
        <w:t>f 6875/17064/15016 6874/17065/15017 6873/17066/15017</w:t>
        <w:br/>
        <w:t>f 6876/17067/15016 6875/17064/15016 6873/17066/15017</w:t>
        <w:br/>
        <w:t>f 6849/17041/14999 6850/17040/14998 6873/17066/15017</w:t>
        <w:br/>
        <w:t>f 6874/17065/15017 6849/17041/14999 6873/17066/15017</w:t>
        <w:br/>
        <w:t>f 6827/17019/14980 6854/17042/15000 6851/17045/15003</w:t>
        <w:br/>
        <w:t>f 6828/17018/14979 6827/17019/14980 6851/17045/15003</w:t>
        <w:br/>
        <w:t>f 6863/17055/15010 6864/17054/15009 6877/17068/15018</w:t>
        <w:br/>
        <w:t>f 6878/17069/15019 6863/17055/15010 6877/17068/15018</w:t>
        <w:br/>
        <w:t>f 6880/17070/15020 6879/17071/15021 6843/17035/14993</w:t>
        <w:br/>
        <w:t>f 6844/17034/14992 6880/17070/15020 6843/17035/14993</w:t>
        <w:br/>
        <w:t>f 6879/17071/15021 6880/17070/15020 6881/17072/15022</w:t>
        <w:br/>
        <w:t>f 6882/17073/15022 6879/17071/15021 6881/17072/15022</w:t>
        <w:br/>
        <w:t>f 6883/17074/15023 6846/17036/14994 6845/17037/14995</w:t>
        <w:br/>
        <w:t>f 6884/17075/15024 6883/17074/15023 6845/17037/14995</w:t>
        <w:br/>
        <w:t>f 6885/17076/15025 6883/17074/15023 6884/17075/15024</w:t>
        <w:br/>
        <w:t>f 6886/17077/15025 6885/17076/15025 6884/17075/15024</w:t>
        <w:br/>
        <w:t>f 6834/17025/14986 6875/17064/15016 6876/17067/15016</w:t>
        <w:br/>
        <w:t>f 6833/17022/14983 6834/17025/14986 6876/17067/15016</w:t>
        <w:br/>
        <w:t>f 6847/17039/14997 6848/17038/14996 6878/17069/15019</w:t>
        <w:br/>
        <w:t>f 6877/17068/15018 6847/17039/14997 6878/17069/15019</w:t>
        <w:br/>
        <w:t>f 6889/17078/15026 6888/17079/15027 6887/17080/15028</w:t>
        <w:br/>
        <w:t>f 6890/17081/15029 6889/17078/15026 6887/17080/15028</w:t>
        <w:br/>
        <w:t>f 6893/17082/15030 6892/17083/15031 6891/17084/15032</w:t>
        <w:br/>
        <w:t>f 6894/17085/15033 6893/17082/15030 6891/17084/15032</w:t>
        <w:br/>
        <w:t>f 6897/17086/15034 6896/17087/15035 6895/17088/15036</w:t>
        <w:br/>
        <w:t>f 6898/17089/15037 6897/17086/15034 6895/17088/15036</w:t>
        <w:br/>
        <w:t>f 6888/17079/15027 6897/17086/15034 6898/17089/15037</w:t>
        <w:br/>
        <w:t>f 6887/17080/15028 6888/17079/15027 6898/17089/15037</w:t>
        <w:br/>
        <w:t>f 6896/17087/15035 6893/17082/15030 6894/17085/15033</w:t>
        <w:br/>
        <w:t>f 6895/17088/15036 6896/17087/15035 6894/17085/15033</w:t>
        <w:br/>
        <w:t>f 6899/17090/15038 6891/17084/15032 6892/17083/15031</w:t>
        <w:br/>
        <w:t>f 6900/17091/15039 6899/17090/15038 6892/17083/15031</w:t>
        <w:br/>
        <w:t>f 6903/17092/15040 6902/17093/15041 6901/17094/15042</w:t>
        <w:br/>
        <w:t>f 6904/17095/15043 6903/17092/15040 6901/17094/15042</w:t>
        <w:br/>
        <w:t>f 6908/17096/15044 6907/17097/15045 6906/17098/15046</w:t>
        <w:br/>
        <w:t>f 6905/17099/15047 6908/17096/15044 6906/17098/15046</w:t>
        <w:br/>
        <w:t>f 6912/17100/15048 6911/17101/15049 6910/17102/15050</w:t>
        <w:br/>
        <w:t>f 6909/17103/15051 6912/17100/15048 6910/17102/15050</w:t>
        <w:br/>
        <w:t>f 6904/17095/15043 6901/17094/15042 6909/17103/15051</w:t>
        <w:br/>
        <w:t>f 6910/17102/15050 6904/17095/15043 6909/17103/15051</w:t>
        <w:br/>
        <w:t>f 6911/17101/15049 6912/17100/15048 6905/17099/15047</w:t>
        <w:br/>
        <w:t>f 6906/17098/15046 6911/17101/15049 6905/17099/15047</w:t>
        <w:br/>
        <w:t>f 6907/17097/15045 6908/17096/15044 6899/17090/15038</w:t>
        <w:br/>
        <w:t>f 6900/17091/15039 6907/17097/15045 6899/17090/15038</w:t>
        <w:br/>
        <w:t>f 6913/17104/15052 6888/17079/15027 6889/17078/15026</w:t>
        <w:br/>
        <w:t>f 6914/17105/15053 6913/17104/15052 6889/17078/15026</w:t>
        <w:br/>
        <w:t>f 6916/17106/15054 6892/17083/15031 6893/17082/15030</w:t>
        <w:br/>
        <w:t>f 6915/17107/15055 6916/17106/15054 6893/17082/15030</w:t>
        <w:br/>
        <w:t>f 6897/17086/15034 6918/17108/15056 6917/17109/15057</w:t>
        <w:br/>
        <w:t>f 6896/17087/15035 6897/17086/15034 6917/17109/15057</w:t>
        <w:br/>
        <w:t>f 6918/17108/15056 6897/17086/15034 6888/17079/15027</w:t>
        <w:br/>
        <w:t>f 6913/17104/15052 6918/17108/15056 6888/17079/15027</w:t>
        <w:br/>
        <w:t>f 6896/17087/15035 6917/17109/15057 6915/17107/15055</w:t>
        <w:br/>
        <w:t>f 6893/17082/15030 6896/17087/15035 6915/17107/15055</w:t>
        <w:br/>
        <w:t>f 6919/17110/15058 6900/17091/15039 6892/17083/15031</w:t>
        <w:br/>
        <w:t>f 6916/17106/15054 6919/17110/15058 6892/17083/15031</w:t>
        <w:br/>
        <w:t>f 6903/17092/15040 6904/17095/15043 6921/17111/15059</w:t>
        <w:br/>
        <w:t>f 6920/17112/15060 6903/17092/15040 6921/17111/15059</w:t>
        <w:br/>
        <w:t>f 6923/17113/15061 6922/17114/15062 6906/17098/15046</w:t>
        <w:br/>
        <w:t>f 6907/17097/15045 6923/17113/15061 6906/17098/15046</w:t>
        <w:br/>
        <w:t>f 6910/17102/15050 6911/17101/15049 6924/17115/15063</w:t>
        <w:br/>
        <w:t>f 6925/17116/15064 6910/17102/15050 6924/17115/15063</w:t>
        <w:br/>
        <w:t>f 6925/17116/15064 6921/17111/15059 6904/17095/15043</w:t>
        <w:br/>
        <w:t>f 6910/17102/15050 6925/17116/15064 6904/17095/15043</w:t>
        <w:br/>
        <w:t>f 6911/17101/15049 6906/17098/15046 6922/17114/15062</w:t>
        <w:br/>
        <w:t>f 6924/17115/15063 6911/17101/15049 6922/17114/15062</w:t>
        <w:br/>
        <w:t>f 6919/17110/15058 6923/17113/15061 6907/17097/15045</w:t>
        <w:br/>
        <w:t>f 6900/17091/15039 6919/17110/15058 6907/17097/15045</w:t>
        <w:br/>
        <w:t>f 6928/17117/15065 6927/17118/15065 6926/17119/15066</w:t>
        <w:br/>
        <w:t>f 6929/17120/15066 6928/17117/15065 6926/17119/15066</w:t>
        <w:br/>
        <w:t>f 6929/17120/15066 6926/17119/15066 6931/17121/15067</w:t>
        <w:br/>
        <w:t>f 6930/17122/15068 6929/17120/15066 6931/17121/15067</w:t>
        <w:br/>
        <w:t>f 6930/17122/15068 6931/17121/15067 6933/17123/15069</w:t>
        <w:br/>
        <w:t>f 6932/17124/15070 6930/17122/15068 6933/17123/15069</w:t>
        <w:br/>
        <w:t>f 6935/17125/15071 6932/17124/15070 6933/17123/15069</w:t>
        <w:br/>
        <w:t>f 6934/17126/15071 6935/17125/15071 6933/17123/15069</w:t>
        <w:br/>
        <w:t>f 6939/17127/15072 6938/17128/15073 6937/17129/15074</w:t>
        <w:br/>
        <w:t>f 6936/17130/15074 6939/17127/15072 6937/17129/15074</w:t>
        <w:br/>
        <w:t>f 6941/17131/15075 6938/17128/15073 6939/17127/15072</w:t>
        <w:br/>
        <w:t>f 6940/17132/15075 6941/17131/15075 6939/17127/15072</w:t>
        <w:br/>
        <w:t>f 6943/17133/15076 6941/17131/15075 6940/17132/15075</w:t>
        <w:br/>
        <w:t>f 6942/17134/15076 6943/17133/15076 6940/17132/15075</w:t>
        <w:br/>
        <w:t>f 6945/17135/15077 6943/17133/15076 6942/17134/15076</w:t>
        <w:br/>
        <w:t>f 6944/17136/15078 6945/17135/15077 6942/17134/15076</w:t>
        <w:br/>
        <w:t>f 6949/17137/15079 6948/17138/15080 6947/17139/15081</w:t>
        <w:br/>
        <w:t>f 6946/17140/15082 6949/17137/15079 6947/17139/15081</w:t>
        <w:br/>
        <w:t>f 6952/17141/15083 6951/17142/15084 6950/17143/15085</w:t>
        <w:br/>
        <w:t>f 6955/17144/15086 6954/17145/15087 6953/17146/15087</w:t>
        <w:br/>
        <w:t>f 6948/17138/15080 6955/17144/15086 6953/17146/15087</w:t>
        <w:br/>
        <w:t>f 6949/17137/15079 6955/17144/15086 6948/17138/15080</w:t>
        <w:br/>
        <w:t>f 6952/17141/15083 6950/17143/15085 6953/17146/15087</w:t>
        <w:br/>
        <w:t>f 6954/17145/15087 6952/17141/15083 6953/17146/15087</w:t>
        <w:br/>
        <w:t>f 6951/17142/15084 6957/17147/15088 6956/17148/15089</w:t>
        <w:br/>
        <w:t>f 6950/17143/15085 6951/17142/15084 6956/17148/15089</w:t>
        <w:br/>
        <w:t>f 6961/17149/15090 6960/17150/15091 6959/17151/15092</w:t>
        <w:br/>
        <w:t>f 6958/17152/15093 6961/17149/15090 6959/17151/15092</w:t>
        <w:br/>
        <w:t>f 6964/17153/15094 6963/17154/15095 6962/17155/15096</w:t>
        <w:br/>
        <w:t>f 6966/17156/15097 6960/17150/15091 6965/17157/15098</w:t>
        <w:br/>
        <w:t>f 6967/17158/15099 6966/17156/15097 6965/17157/15098</w:t>
        <w:br/>
        <w:t>f 6966/17156/15097 6959/17151/15092 6960/17150/15091</w:t>
        <w:br/>
        <w:t>f 6963/17154/15095 6967/17158/15099 6965/17157/15098</w:t>
        <w:br/>
        <w:t>f 6962/17155/15096 6963/17154/15095 6965/17157/15098</w:t>
        <w:br/>
        <w:t>f 6956/17148/15089 6957/17147/15088 6964/17153/15094</w:t>
        <w:br/>
        <w:t>f 6962/17155/15096 6956/17148/15089 6964/17153/15094</w:t>
        <w:br/>
        <w:t>f 6971/17159/15100 6970/17160/15101 6969/17161/15102</w:t>
        <w:br/>
        <w:t>f 6968/17162/15100 6971/17159/15100 6969/17161/15102</w:t>
        <w:br/>
        <w:t>f 6916/17106/15054 6915/17107/15055 6972/17163/15103</w:t>
        <w:br/>
        <w:t>f 6975/17164/15104 6974/17165/15104 6973/17166/15105</w:t>
        <w:br/>
        <w:t>f 6970/17160/15101 6975/17164/15104 6973/17166/15105</w:t>
        <w:br/>
        <w:t>f 6918/17108/15056 6969/17161/15102 6970/17160/15101</w:t>
        <w:br/>
        <w:t>f 6975/17164/15104 6972/17163/15103 6915/17107/15055</w:t>
        <w:br/>
        <w:t>f 6974/17165/15104 6975/17164/15104 6915/17107/15055</w:t>
        <w:br/>
        <w:t>f 6977/17167/15106 6976/17168/15107 6916/17106/15054</w:t>
        <w:br/>
        <w:t>f 6972/17163/15103 6977/17167/15106 6916/17106/15054</w:t>
        <w:br/>
        <w:t>f 6980/17169/15108 6979/17170/15109 6978/17171/15100</w:t>
        <w:br/>
        <w:t>f 6981/17172/15110 6980/17169/15108 6978/17171/15100</w:t>
        <w:br/>
        <w:t>f 6922/17114/15062 6923/17113/15061 6982/17173/15111</w:t>
        <w:br/>
        <w:t>f 6985/17174/15112 6979/17170/15109 6984/17175/15113</w:t>
        <w:br/>
        <w:t>f 6983/17176/15114 6985/17174/15112 6984/17175/15113</w:t>
        <w:br/>
        <w:t>f 6980/17169/15108 6984/17175/15113 6979/17170/15109</w:t>
        <w:br/>
        <w:t>f 6985/17174/15112 6983/17176/15114 6922/17114/15062</w:t>
        <w:br/>
        <w:t>f 6982/17173/15111 6985/17174/15112 6922/17114/15062</w:t>
        <w:br/>
        <w:t>f 6977/17167/15106 6982/17173/15111 6923/17113/15061</w:t>
        <w:br/>
        <w:t>f 6976/17168/15107 6977/17167/15106 6923/17113/15061</w:t>
        <w:br/>
        <w:t>f 6988/17177/15115 6987/17178/15116 6986/17179/15117</w:t>
        <w:br/>
        <w:t>f 6990/17180/15118 6986/17179/15117 6989/17181/15119</w:t>
        <w:br/>
        <w:t>f 6992/17182/15120 6990/17180/15118 6991/17183/15121</w:t>
        <w:br/>
        <w:t>f 6992/17182/15120 6991/17183/15121 6993/17184/15122</w:t>
        <w:br/>
        <w:t>f 6995/17185/15123 6993/17184/15122 6994/17186/15124</w:t>
        <w:br/>
        <w:t>f 6997/17187/15125 6995/17185/15123 6996/17188/15126</w:t>
        <w:br/>
        <w:t>f 6997/17187/15125 6996/17188/15126 6998/17189/15127</w:t>
        <w:br/>
        <w:t>f 7000/17190/15128 6998/17189/15127 6999/17191/15129</w:t>
        <w:br/>
        <w:t>f 7002/17192/15130 7000/17190/15128 7001/17193/15131</w:t>
        <w:br/>
        <w:t>f 7002/17192/15130 7001/17193/15131 7003/17194/15132</w:t>
        <w:br/>
        <w:t>f 7005/17195/15133 7003/17194/15132 7004/17196/15134</w:t>
        <w:br/>
        <w:t>f 6988/17177/15115 7005/17195/15133 6987/17178/15116</w:t>
        <w:br/>
        <w:t>f 6988/17177/15115 6990/17180/15118 7006/17197/15135</w:t>
        <w:br/>
        <w:t>f 6990/17180/15118 6992/17182/15120 7006/17197/15135</w:t>
        <w:br/>
        <w:t>f 6992/17182/15120 6995/17185/15123 7006/17197/15135</w:t>
        <w:br/>
        <w:t>f 6995/17185/15123 6997/17187/15125 7006/17197/15135</w:t>
        <w:br/>
        <w:t>f 6997/17187/15125 7000/17190/15128 7006/17197/15135</w:t>
        <w:br/>
        <w:t>f 7000/17190/15128 7002/17192/15130 7006/17197/15135</w:t>
        <w:br/>
        <w:t>f 7002/17192/15130 7005/17195/15133 7006/17197/15135</w:t>
        <w:br/>
        <w:t>f 7005/17195/15133 6988/17177/15115 7006/17197/15135</w:t>
        <w:br/>
        <w:t>f 6990/17180/15118 6988/17177/15115 6986/17179/15117</w:t>
        <w:br/>
        <w:t>f 6990/17180/15118 6989/17181/15119 6991/17183/15121</w:t>
        <w:br/>
        <w:t>f 6995/17185/15123 6992/17182/15120 6993/17184/15122</w:t>
        <w:br/>
        <w:t>f 6995/17185/15123 6994/17186/15124 6996/17188/15126</w:t>
        <w:br/>
        <w:t>f 7000/17190/15128 6997/17187/15125 6998/17189/15127</w:t>
        <w:br/>
        <w:t>f 7000/17190/15128 6999/17191/15129 7001/17193/15131</w:t>
        <w:br/>
        <w:t>f 7005/17195/15133 7002/17192/15130 7003/17194/15132</w:t>
        <w:br/>
        <w:t>f 7005/17195/15133 7004/17196/15134 6987/17178/15116</w:t>
        <w:br/>
        <w:t>f 7117/17198/15136 7116/17199/15137 7115/17200/15138</w:t>
        <w:br/>
        <w:t>f 7118/17201/15139 7117/17198/15136 7115/17200/15138</w:t>
        <w:br/>
        <w:t>f 7120/17202/15140 7119/17203/15140 7116/17199/15137</w:t>
        <w:br/>
        <w:t>f 7117/17198/15136 7120/17202/15140 7116/17199/15137</w:t>
        <w:br/>
        <w:t>f 7119/17203/15140 7120/17202/15140 7121/17204/15141</w:t>
        <w:br/>
        <w:t>f 7122/17205/15142 7119/17203/15140 7121/17204/15141</w:t>
        <w:br/>
        <w:t>f 7124/17206/15143 7123/17207/15144 7122/17205/15142</w:t>
        <w:br/>
        <w:t>f 7121/17204/15141 7124/17206/15143 7122/17205/15142</w:t>
        <w:br/>
        <w:t>f 7127/17208/15145 7126/17209/15146 7125/17210/15144</w:t>
        <w:br/>
        <w:t>f 7128/17211/15143 7127/17208/15145 7125/17210/15144</w:t>
        <w:br/>
        <w:t>f 7127/17208/15145 7130/17212/15147 7129/17213/15148</w:t>
        <w:br/>
        <w:t>f 7126/17209/15146 7127/17208/15145 7129/17213/15148</w:t>
        <w:br/>
        <w:t>f 7129/17213/15148 7130/17212/15147 7131/17214/15149</w:t>
        <w:br/>
        <w:t>f 7132/17215/15150 7129/17213/15148 7131/17214/15149</w:t>
        <w:br/>
        <w:t>f 7132/17215/15150 7131/17214/15149 7134/17216/15139</w:t>
        <w:br/>
        <w:t>f 7133/17217/15138 7132/17215/15150 7134/17216/15139</w:t>
        <w:br/>
        <w:t>f 7137/17218/15151 7136/17219/15152 7135/17220/15153</w:t>
        <w:br/>
        <w:t>f 7138/17221/15154 7137/17218/15151 7135/17220/15153</w:t>
        <w:br/>
        <w:t>f 7140/17222/15155 7139/17223/15156 7135/17220/15153</w:t>
        <w:br/>
        <w:t>f 7136/17219/15152 7140/17222/15155 7135/17220/15153</w:t>
        <w:br/>
        <w:t>f 7142/17224/15157 7139/17223/15156 7140/17222/15155</w:t>
        <w:br/>
        <w:t>f 7141/17225/15158 7142/17224/15157 7140/17222/15155</w:t>
        <w:br/>
        <w:t>f 7141/17225/15158 7144/17226/15159 7143/17227/15160</w:t>
        <w:br/>
        <w:t>f 7142/17224/15157 7141/17225/15158 7143/17227/15160</w:t>
        <w:br/>
        <w:t>f 7147/17228/15161 7146/17229/15162 7145/17230/15163</w:t>
        <w:br/>
        <w:t>f 7148/17231/15164 7147/17228/15161 7145/17230/15163</w:t>
        <w:br/>
        <w:t>f 7147/17228/15161 7150/17232/15165 7149/17233/15166</w:t>
        <w:br/>
        <w:t>f 7146/17229/15162 7147/17228/15161 7149/17233/15166</w:t>
        <w:br/>
        <w:t>f 7149/17233/15166 7150/17232/15165 7151/17234/15167</w:t>
        <w:br/>
        <w:t>f 7152/17235/15168 7149/17233/15166 7151/17234/15167</w:t>
        <w:br/>
        <w:t>f 7154/17236/15151 7153/17237/15154 7152/17235/15168</w:t>
        <w:br/>
        <w:t>f 7151/17234/15167 7154/17236/15151 7152/17235/15168</w:t>
        <w:br/>
        <w:t>f 7157/17238/15169 7156/17239/15142 7155/17240/15144</w:t>
        <w:br/>
        <w:t>f 7158/17241/15170 7157/17238/15169 7155/17240/15144</w:t>
        <w:br/>
        <w:t>f 7160/17242/15155 7159/17243/15155 7156/17239/15142</w:t>
        <w:br/>
        <w:t>f 7157/17238/15169 7160/17242/15155 7156/17239/15142</w:t>
        <w:br/>
        <w:t>f 7162/17244/15171 7161/17245/15137 7159/17243/15155</w:t>
        <w:br/>
        <w:t>f 7160/17242/15155 7162/17244/15171 7159/17243/15155</w:t>
        <w:br/>
        <w:t>f 7164/17246/15172 7163/17247/15173 7161/17245/15137</w:t>
        <w:br/>
        <w:t>f 7162/17244/15171 7164/17246/15172 7161/17245/15137</w:t>
        <w:br/>
        <w:t>f 7167/17248/15173 7166/17249/15172 7165/17250/15174</w:t>
        <w:br/>
        <w:t>f 7168/17251/15175 7167/17248/15173 7165/17250/15174</w:t>
        <w:br/>
        <w:t>f 7165/17250/15174 7170/17252/15176 7169/17253/15165</w:t>
        <w:br/>
        <w:t>f 7168/17251/15175 7165/17250/15174 7169/17253/15165</w:t>
        <w:br/>
        <w:t>f 7172/17254/15177 7171/17255/15178 7169/17253/15165</w:t>
        <w:br/>
        <w:t>f 7170/17252/15176 7172/17254/15177 7169/17253/15165</w:t>
        <w:br/>
        <w:t>f 7172/17254/15177 7174/17256/15170 7173/17257/15179</w:t>
        <w:br/>
        <w:t>f 7171/17255/15178 7172/17254/15177 7173/17257/15179</w:t>
        <w:br/>
        <w:t>f 7178/17258/15157 7177/17259/15180 7176/17260/15181</w:t>
        <w:br/>
        <w:t>f 7175/17261/15182 7178/17258/15157 7176/17260/15181</w:t>
        <w:br/>
        <w:t>f 7180/17262/15155 7178/17258/15157 7175/17261/15182</w:t>
        <w:br/>
        <w:t>f 7179/17263/15155 7180/17262/15155 7175/17261/15182</w:t>
        <w:br/>
        <w:t>f 7179/17263/15155 7182/17264/15183 7181/17265/15184</w:t>
        <w:br/>
        <w:t>f 7180/17262/15155 7179/17263/15155 7181/17265/15184</w:t>
        <w:br/>
        <w:t>f 7181/17265/15184 7182/17264/15183 7183/17266/15185</w:t>
        <w:br/>
        <w:t>f 7184/17267/15186 7181/17265/15184 7183/17266/15185</w:t>
        <w:br/>
        <w:t>f 7187/17268/15187 7186/17269/15168 7185/17270/15186</w:t>
        <w:br/>
        <w:t>f 7188/17271/15185 7187/17268/15187 7185/17270/15186</w:t>
        <w:br/>
        <w:t>f 7189/17272/15165 7186/17269/15168 7187/17268/15187</w:t>
        <w:br/>
        <w:t>f 7190/17273/15165 7189/17272/15165 7187/17268/15187</w:t>
        <w:br/>
        <w:t>f 7192/17274/15188 7191/17275/15189 7189/17272/15165</w:t>
        <w:br/>
        <w:t>f 7190/17273/15165 7192/17274/15188 7189/17272/15165</w:t>
        <w:br/>
        <w:t>f 7194/17276/15190 7193/17277/15160 7191/17275/15189</w:t>
        <w:br/>
        <w:t>f 7192/17274/15188 7194/17276/15190 7191/17275/15189</w:t>
        <w:br/>
        <w:t>f 7195/17278/15191 7117/17198/15136 7118/17201/15139</w:t>
        <w:br/>
        <w:t>f 7196/17279/15192 7195/17278/15191 7118/17201/15139</w:t>
        <w:br/>
        <w:t>f 7198/17280/15193 7197/17281/15194 7115/17200/15138</w:t>
        <w:br/>
        <w:t>f 7116/17199/15137 7198/17280/15193 7115/17200/15138</w:t>
        <w:br/>
        <w:t>f 7117/17198/15136 7195/17278/15191 7199/17282/15156</w:t>
        <w:br/>
        <w:t>f 7120/17202/15140 7117/17198/15136 7199/17282/15156</w:t>
        <w:br/>
        <w:t>f 7200/17283/15155 7198/17280/15193 7116/17199/15137</w:t>
        <w:br/>
        <w:t>f 7119/17203/15140 7200/17283/15155 7116/17199/15137</w:t>
        <w:br/>
        <w:t>f 7201/17284/15195 7121/17204/15141 7120/17202/15140</w:t>
        <w:br/>
        <w:t>f 7199/17282/15156 7201/17284/15195 7120/17202/15140</w:t>
        <w:br/>
        <w:t>f 7119/17203/15140 7122/17205/15142 7202/17285/15196</w:t>
        <w:br/>
        <w:t>f 7200/17283/15155 7119/17203/15140 7202/17285/15196</w:t>
        <w:br/>
        <w:t>f 7203/17286/15197 7124/17206/15143 7121/17204/15141</w:t>
        <w:br/>
        <w:t>f 7201/17284/15195 7203/17286/15197 7121/17204/15141</w:t>
        <w:br/>
        <w:t>f 7122/17205/15142 7123/17207/15144 7204/17287/15198</w:t>
        <w:br/>
        <w:t>f 7202/17285/15196 7122/17205/15142 7204/17287/15198</w:t>
        <w:br/>
        <w:t>f 7206/17288/15199 7205/17289/15200 7127/17208/15145</w:t>
        <w:br/>
        <w:t>f 7128/17211/15143 7206/17288/15199 7127/17208/15145</w:t>
        <w:br/>
        <w:t>f 7126/17209/15146 7208/17290/15201 7207/17291/15202</w:t>
        <w:br/>
        <w:t>f 7125/17210/15144 7126/17209/15146 7207/17291/15202</w:t>
        <w:br/>
        <w:t>f 7130/17212/15147 7127/17208/15145 7205/17289/15200</w:t>
        <w:br/>
        <w:t>f 7209/17292/15165 7130/17212/15147 7205/17289/15200</w:t>
        <w:br/>
        <w:t>f 7208/17290/15201 7126/17209/15146 7129/17213/15148</w:t>
        <w:br/>
        <w:t>f 7210/17293/15166 7208/17290/15201 7129/17213/15148</w:t>
        <w:br/>
        <w:t>f 7131/17214/15149 7130/17212/15147 7209/17292/15165</w:t>
        <w:br/>
        <w:t>f 7211/17294/15203 7131/17214/15149 7209/17292/15165</w:t>
        <w:br/>
        <w:t>f 7210/17293/15166 7129/17213/15148 7132/17215/15150</w:t>
        <w:br/>
        <w:t>f 7212/17295/15204 7210/17293/15166 7132/17215/15150</w:t>
        <w:br/>
        <w:t>f 7134/17216/15139 7131/17214/15149 7211/17294/15203</w:t>
        <w:br/>
        <w:t>f 7213/17296/15192 7134/17216/15139 7211/17294/15203</w:t>
        <w:br/>
        <w:t>f 7212/17295/15204 7132/17215/15150 7133/17217/15138</w:t>
        <w:br/>
        <w:t>f 7214/17297/15205 7212/17295/15204 7133/17217/15138</w:t>
        <w:br/>
        <w:t>f 7137/17218/15151 7216/17298/15202 7215/17299/15196</w:t>
        <w:br/>
        <w:t>f 7136/17219/15152 7137/17218/15151 7215/17299/15196</w:t>
        <w:br/>
        <w:t>f 7136/17219/15152 7215/17299/15196 7217/17300/15155</w:t>
        <w:br/>
        <w:t>f 7140/17222/15155 7136/17219/15152 7217/17300/15155</w:t>
        <w:br/>
        <w:t>f 7218/17301/15206 7141/17225/15158 7140/17222/15155</w:t>
        <w:br/>
        <w:t>f 7217/17300/15155 7218/17301/15206 7140/17222/15155</w:t>
        <w:br/>
        <w:t>f 7141/17225/15158 7218/17301/15206 7219/17302/15194</w:t>
        <w:br/>
        <w:t>f 7144/17226/15159 7141/17225/15158 7219/17302/15194</w:t>
        <w:br/>
        <w:t>f 7147/17228/15161 7148/17231/15164 7221/17303/15194</w:t>
        <w:br/>
        <w:t>f 7220/17304/15204 7147/17228/15161 7221/17303/15194</w:t>
        <w:br/>
        <w:t>f 7150/17232/15165 7147/17228/15161 7220/17304/15204</w:t>
        <w:br/>
        <w:t>f 7222/17305/15165 7150/17232/15165 7220/17304/15204</w:t>
        <w:br/>
        <w:t>f 7151/17234/15167 7150/17232/15165 7222/17305/15165</w:t>
        <w:br/>
        <w:t>f 7223/17306/15207 7151/17234/15167 7222/17305/15165</w:t>
        <w:br/>
        <w:t>f 7223/17306/15207 7224/17307/15202 7154/17236/15151</w:t>
        <w:br/>
        <w:t>f 7151/17234/15167 7223/17306/15207 7154/17236/15151</w:t>
        <w:br/>
        <w:t>f 7226/17308/15208 7157/17238/15169 7158/17241/15170</w:t>
        <w:br/>
        <w:t>f 7225/17309/15199 7226/17308/15208 7158/17241/15170</w:t>
        <w:br/>
        <w:t>f 7157/17238/15169 7226/17308/15208 7227/17310/15155</w:t>
        <w:br/>
        <w:t>f 7160/17242/15155 7157/17238/15169 7227/17310/15155</w:t>
        <w:br/>
        <w:t>f 7228/17311/15209 7162/17244/15171 7160/17242/15155</w:t>
        <w:br/>
        <w:t>f 7227/17310/15155 7228/17311/15209 7160/17242/15155</w:t>
        <w:br/>
        <w:t>f 7162/17244/15171 7228/17311/15209 7229/17312/15210</w:t>
        <w:br/>
        <w:t>f 7164/17246/15172 7162/17244/15171 7229/17312/15210</w:t>
        <w:br/>
        <w:t>f 7165/17250/15174 7166/17249/15172 7230/17313/15210</w:t>
        <w:br/>
        <w:t>f 7231/17314/15211 7165/17250/15174 7230/17313/15210</w:t>
        <w:br/>
        <w:t>f 7170/17252/15176 7165/17250/15174 7231/17314/15211</w:t>
        <w:br/>
        <w:t>f 7232/17315/15165 7170/17252/15176 7231/17314/15211</w:t>
        <w:br/>
        <w:t>f 7172/17254/15177 7170/17252/15176 7232/17315/15165</w:t>
        <w:br/>
        <w:t>f 7233/17316/15212 7172/17254/15177 7232/17315/15165</w:t>
        <w:br/>
        <w:t>f 7233/17316/15212 7234/17317/15213 7174/17256/15170</w:t>
        <w:br/>
        <w:t>f 7172/17254/15177 7233/17316/15212 7174/17256/15170</w:t>
        <w:br/>
        <w:t>f 7138/17221/15154 7135/17220/15153 7195/17278/15191</w:t>
        <w:br/>
        <w:t>f 7196/17279/15192 7138/17221/15154 7195/17278/15191</w:t>
        <w:br/>
        <w:t>f 7176/17260/15181 7197/17281/15194 7198/17280/15193</w:t>
        <w:br/>
        <w:t>f 7175/17261/15182 7176/17260/15181 7198/17280/15193</w:t>
        <w:br/>
        <w:t>f 7135/17220/15153 7139/17223/15156 7199/17282/15156</w:t>
        <w:br/>
        <w:t>f 7195/17278/15191 7135/17220/15153 7199/17282/15156</w:t>
        <w:br/>
        <w:t>f 7200/17283/15155 7179/17263/15155 7175/17261/15182</w:t>
        <w:br/>
        <w:t>f 7198/17280/15193 7200/17283/15155 7175/17261/15182</w:t>
        <w:br/>
        <w:t>f 7201/17284/15195 7199/17282/15156 7139/17223/15156</w:t>
        <w:br/>
        <w:t>f 7142/17224/15157 7201/17284/15195 7139/17223/15156</w:t>
        <w:br/>
        <w:t>f 7179/17263/15155 7200/17283/15155 7202/17285/15196</w:t>
        <w:br/>
        <w:t>f 7182/17264/15183 7179/17263/15155 7202/17285/15196</w:t>
        <w:br/>
        <w:t>f 7142/17224/15157 7143/17227/15160 7203/17286/15197</w:t>
        <w:br/>
        <w:t>f 7201/17284/15195 7142/17224/15157 7203/17286/15197</w:t>
        <w:br/>
        <w:t>f 7204/17287/15198 7183/17266/15185 7182/17264/15183</w:t>
        <w:br/>
        <w:t>f 7202/17285/15196 7204/17287/15198 7182/17264/15183</w:t>
        <w:br/>
        <w:t>f 7146/17229/15162 7205/17289/15200 7206/17288/15199</w:t>
        <w:br/>
        <w:t>f 7145/17230/15163 7146/17229/15162 7206/17288/15199</w:t>
        <w:br/>
        <w:t>f 7187/17268/15187 7188/17271/15185 7207/17291/15202</w:t>
        <w:br/>
        <w:t>f 7208/17290/15201 7187/17268/15187 7207/17291/15202</w:t>
        <w:br/>
        <w:t>f 7205/17289/15200 7146/17229/15162 7149/17233/15166</w:t>
        <w:br/>
        <w:t>f 7209/17292/15165 7205/17289/15200 7149/17233/15166</w:t>
        <w:br/>
        <w:t>f 7208/17290/15201 7210/17293/15166 7190/17273/15165</w:t>
        <w:br/>
        <w:t>f 7187/17268/15187 7208/17290/15201 7190/17273/15165</w:t>
        <w:br/>
        <w:t>f 7152/17235/15168 7211/17294/15203 7209/17292/15165</w:t>
        <w:br/>
        <w:t>f 7149/17233/15166 7152/17235/15168 7209/17292/15165</w:t>
        <w:br/>
        <w:t>f 7210/17293/15166 7212/17295/15204 7192/17274/15188</w:t>
        <w:br/>
        <w:t>f 7190/17273/15165 7210/17293/15166 7192/17274/15188</w:t>
        <w:br/>
        <w:t>f 7153/17237/15154 7213/17296/15192 7211/17294/15203</w:t>
        <w:br/>
        <w:t>f 7152/17235/15168 7153/17237/15154 7211/17294/15203</w:t>
        <w:br/>
        <w:t>f 7194/17276/15190 7192/17274/15188 7212/17295/15204</w:t>
        <w:br/>
        <w:t>f 7214/17297/15205 7194/17276/15190 7212/17295/15204</w:t>
        <w:br/>
        <w:t>f 7155/17240/15144 7156/17239/15142 7215/17299/15196</w:t>
        <w:br/>
        <w:t>f 7216/17298/15202 7155/17240/15144 7215/17299/15196</w:t>
        <w:br/>
        <w:t>f 7217/17300/15155 7215/17299/15196 7156/17239/15142</w:t>
        <w:br/>
        <w:t>f 7159/17243/15155 7217/17300/15155 7156/17239/15142</w:t>
        <w:br/>
        <w:t>f 7218/17301/15206 7217/17300/15155 7159/17243/15155</w:t>
        <w:br/>
        <w:t>f 7161/17245/15137 7218/17301/15206 7159/17243/15155</w:t>
        <w:br/>
        <w:t>f 7161/17245/15137 7163/17247/15173 7219/17302/15194</w:t>
        <w:br/>
        <w:t>f 7218/17301/15206 7161/17245/15137 7219/17302/15194</w:t>
        <w:br/>
        <w:t>f 7221/17303/15194 7167/17248/15173 7168/17251/15175</w:t>
        <w:br/>
        <w:t>f 7220/17304/15204 7221/17303/15194 7168/17251/15175</w:t>
        <w:br/>
        <w:t>f 7169/17253/15165 7222/17305/15165 7220/17304/15204</w:t>
        <w:br/>
        <w:t>f 7168/17251/15175 7169/17253/15165 7220/17304/15204</w:t>
        <w:br/>
        <w:t>f 7171/17255/15178 7223/17306/15207 7222/17305/15165</w:t>
        <w:br/>
        <w:t>f 7169/17253/15165 7171/17255/15178 7222/17305/15165</w:t>
        <w:br/>
        <w:t>f 7173/17257/15179 7224/17307/15202 7223/17306/15207</w:t>
        <w:br/>
        <w:t>f 7171/17255/15178 7173/17257/15179 7223/17306/15207</w:t>
        <w:br/>
        <w:t>f 7177/17259/15180 7178/17258/15157 7226/17308/15208</w:t>
        <w:br/>
        <w:t>f 7225/17309/15199 7177/17259/15180 7226/17308/15208</w:t>
        <w:br/>
        <w:t>f 7227/17310/15155 7226/17308/15208 7178/17258/15157</w:t>
        <w:br/>
        <w:t>f 7180/17262/15155 7227/17310/15155 7178/17258/15157</w:t>
        <w:br/>
        <w:t>f 7228/17311/15209 7227/17310/15155 7180/17262/15155</w:t>
        <w:br/>
        <w:t>f 7181/17265/15184 7228/17311/15209 7180/17262/15155</w:t>
        <w:br/>
        <w:t>f 7181/17265/15184 7184/17267/15186 7229/17312/15210</w:t>
        <w:br/>
        <w:t>f 7228/17311/15209 7181/17265/15184 7229/17312/15210</w:t>
        <w:br/>
        <w:t>f 7230/17313/15210 7185/17270/15186 7186/17269/15168</w:t>
        <w:br/>
        <w:t>f 7231/17314/15211 7230/17313/15210 7186/17269/15168</w:t>
        <w:br/>
        <w:t>f 7231/17314/15211 7186/17269/15168 7189/17272/15165</w:t>
        <w:br/>
        <w:t>f 7232/17315/15165 7231/17314/15211 7189/17272/15165</w:t>
        <w:br/>
        <w:t>f 7191/17275/15189 7233/17316/15212 7232/17315/15165</w:t>
        <w:br/>
        <w:t>f 7189/17272/15165 7191/17275/15189 7232/17315/15165</w:t>
        <w:br/>
        <w:t>f 7233/17316/15212 7191/17275/15189 7193/17277/15160</w:t>
        <w:br/>
        <w:t>f 7234/17317/15213 7233/17316/15212 7193/17277/15160</w:t>
        <w:br/>
        <w:t>f 7239/17318/15214 7238/17319/15215 7237/17320/15216</w:t>
        <w:br/>
        <w:t>f 7242/17321/15217 7241/17322/15217 7240/17323/15218</w:t>
        <w:br/>
        <w:t>f 7243/17324/15218 7242/17321/15217 7240/17323/15218</w:t>
        <w:br/>
        <w:t>f 7247/17325/15219 7246/17326/15220 7245/17327/15221</w:t>
        <w:br/>
        <w:t>f 7244/17328/15222 7247/17325/15219 7245/17327/15221</w:t>
        <w:br/>
        <w:t>f 7250/17329/15223 7249/17330/15224 7248/17331/15225</w:t>
        <w:br/>
        <w:t>f 7251/17332/15225 7250/17329/15223 7248/17331/15225</w:t>
        <w:br/>
        <w:t>f 7254/17333/15226 7253/17334/15227 7252/17335/15228</w:t>
        <w:br/>
        <w:t>f 7255/17336/15226 7254/17333/15226 7252/17335/15228</w:t>
        <w:br/>
        <w:t>f 7259/17337/15229 7258/17338/15230 7257/17339/15231</w:t>
        <w:br/>
        <w:t>f 7256/17340/15232 7259/17337/15229 7257/17339/15231</w:t>
        <w:br/>
        <w:t>f 7261/17341/15233 7246/17326/15220 7247/17325/15219</w:t>
        <w:br/>
        <w:t>f 7260/17342/15233 7261/17341/15233 7247/17325/15219</w:t>
        <w:br/>
        <w:t>f 7265/17343/15234 7264/17344/15235 7263/17345/15235</w:t>
        <w:br/>
        <w:t>f 7262/17346/15234 7265/17343/15234 7263/17345/15235</w:t>
        <w:br/>
        <w:t>f 7267/17347/15236 7266/17348/15236 7265/17343/15234</w:t>
        <w:br/>
        <w:t>f 7262/17346/15234 7267/17347/15236 7265/17343/15234</w:t>
        <w:br/>
        <w:t>f 7269/17349/15237 7268/17350/15238 7266/17348/15236</w:t>
        <w:br/>
        <w:t>f 7267/17347/15236 7269/17349/15237 7266/17348/15236</w:t>
        <w:br/>
        <w:t>f 7270/17351/15239 7263/17345/15235 7264/17344/15235</w:t>
        <w:br/>
        <w:t>f 7271/17352/15239 7270/17351/15239 7264/17344/15235</w:t>
        <w:br/>
        <w:t>f 7275/17353/15240 7274/17354/15241 7273/17355/15242</w:t>
        <w:br/>
        <w:t>f 7272/17356/15243 7275/17353/15240 7273/17355/15242</w:t>
        <w:br/>
        <w:t>f 7276/17357/15244 7274/17354/15241 7275/17353/15240</w:t>
        <w:br/>
        <w:t>f 7277/17358/15245 7276/17357/15244 7275/17353/15240</w:t>
        <w:br/>
        <w:t>f 7277/17358/15245 7279/17359/15246 7278/17360/15246</w:t>
        <w:br/>
        <w:t>f 7276/17357/15244 7277/17358/15245 7278/17360/15246</w:t>
        <w:br/>
        <w:t>f 7272/17356/15243 7273/17355/15242 7280/17361/15247</w:t>
        <w:br/>
        <w:t>f 7281/17362/15248 7272/17356/15243 7280/17361/15247</w:t>
        <w:br/>
        <w:t>f 7284/17363/15249 7283/17364/15249 7282/17365/15250</w:t>
        <w:br/>
        <w:t>f 7285/17366/15250 7284/17363/15249 7282/17365/15250</w:t>
        <w:br/>
        <w:t>f 7287/17367/15251 7286/17368/15251 7283/17364/15249</w:t>
        <w:br/>
        <w:t>f 7284/17363/15249 7287/17367/15251 7283/17364/15249</w:t>
        <w:br/>
        <w:t>f 7286/17368/15251 7287/17367/15251 7288/17369/15252</w:t>
        <w:br/>
        <w:t>f 7289/17370/15252 7286/17368/15251 7288/17369/15252</w:t>
        <w:br/>
        <w:t>f 7291/17371/15253 7290/17372/15254 7285/17366/15250</w:t>
        <w:br/>
        <w:t>f 7282/17365/15250 7291/17371/15253 7285/17366/15250</w:t>
        <w:br/>
        <w:t>f 7293/17373/15255 7292/17374/15256 7239/17318/15214</w:t>
        <w:br/>
        <w:t>f 7237/17320/15216 7293/17373/15255 7239/17318/15214</w:t>
        <w:br/>
        <w:t>f 7295/17375/15257 7294/17376/15258 7243/17324/15218</w:t>
        <w:br/>
        <w:t>f 7240/17323/15218 7295/17375/15257 7243/17324/15218</w:t>
        <w:br/>
        <w:t>f 7254/17333/15226 7255/17336/15226 7297/17377/15259</w:t>
        <w:br/>
        <w:t>f 7296/17378/15259 7254/17333/15226 7297/17377/15259</w:t>
        <w:br/>
        <w:t>f 7300/17379/15260 7299/17380/15261 7298/17381/15262</w:t>
        <w:br/>
        <w:t>f 7301/17382/15263 7300/17379/15260 7298/17381/15262</w:t>
        <w:br/>
        <w:t>f 7305/17383/15264 7304/17384/15265 7303/17385/15266</w:t>
        <w:br/>
        <w:t>f 7302/17386/15267 7305/17383/15264 7303/17385/15266</w:t>
        <w:br/>
        <w:t>f 7304/17384/15265 7237/17320/15216 7238/17319/15215</w:t>
        <w:br/>
        <w:t>f 7303/17385/15266 7304/17384/15265 7238/17319/15215</w:t>
        <w:br/>
        <w:t>f 7305/17383/15264 7302/17386/15267 7306/17387/15268</w:t>
        <w:br/>
        <w:t>f 7299/17380/15261 7305/17383/15264 7306/17387/15268</w:t>
        <w:br/>
        <w:t>f 7292/17374/15256 7293/17373/15255 7300/17379/15260</w:t>
        <w:br/>
        <w:t>f 7301/17382/15263 7292/17374/15256 7300/17379/15260</w:t>
        <w:br/>
        <w:t>f 7310/17388/15269 7309/17389/15269 7308/17390/15270</w:t>
        <w:br/>
        <w:t>f 7307/17391/15271 7310/17388/15269 7308/17390/15270</w:t>
        <w:br/>
        <w:t>f 7312/17392/15272 7307/17391/15271 7308/17390/15270</w:t>
        <w:br/>
        <w:t>f 7311/17393/15273 7312/17392/15272 7308/17390/15270</w:t>
        <w:br/>
        <w:t>f 7314/17394/15274 7313/17395/15274 7309/17389/15269</w:t>
        <w:br/>
        <w:t>f 7310/17388/15269 7314/17394/15274 7309/17389/15269</w:t>
        <w:br/>
        <w:t>f 7316/17396/15275 7315/17397/15275 7313/17395/15274</w:t>
        <w:br/>
        <w:t>f 7314/17394/15274 7316/17396/15275 7313/17395/15274</w:t>
        <w:br/>
        <w:t>f 7298/17381/15262 7306/17387/15268 7238/17319/15215</w:t>
        <w:br/>
        <w:t>f 7239/17318/15214 7298/17381/15262 7238/17319/15215</w:t>
        <w:br/>
        <w:t>f 7298/17381/15262 7299/17380/15261 7306/17387/15268</w:t>
        <w:br/>
        <w:t>f 7320/17398/15276 7319/17399/15277 7318/17400/15278</w:t>
        <w:br/>
        <w:t>f 7317/17401/15279 7320/17398/15276 7318/17400/15278</w:t>
        <w:br/>
        <w:t>f 7320/17398/15276 7317/17401/15279 7322/17402/15280</w:t>
        <w:br/>
        <w:t>f 7321/17403/15281 7320/17398/15276 7322/17402/15280</w:t>
        <w:br/>
        <w:t>f 7321/17403/15281 7322/17402/15280 7323/17404/15282</w:t>
        <w:br/>
        <w:t>f 7324/17405/15283 7321/17403/15281 7323/17404/15282</w:t>
        <w:br/>
        <w:t>f 7326/17406/15284 7325/17407/15285 7323/17404/15282</w:t>
        <w:br/>
        <w:t>f 7326/17406/15284 7318/17400/15278 7319/17399/15277</w:t>
        <w:br/>
        <w:t>f 7327/17408/15286 7326/17406/15284 7319/17399/15277</w:t>
        <w:br/>
        <w:t>f 7331/17409/15287 7330/17410/15288 7329/17411/15289</w:t>
        <w:br/>
        <w:t>f 7328/17412/15290 7331/17409/15287 7329/17411/15289</w:t>
        <w:br/>
        <w:t>f 7333/17413/15291 7328/17412/15290 7329/17411/15289</w:t>
        <w:br/>
        <w:t>f 7332/17414/15291 7333/17413/15291 7329/17411/15289</w:t>
        <w:br/>
        <w:t>f 7334/17415/15292 7333/17413/15291 7332/17414/15291</w:t>
        <w:br/>
        <w:t>f 7335/17416/15293 7334/17415/15292 7332/17414/15291</w:t>
        <w:br/>
        <w:t>f 7337/17417/15294 7336/17418/15295 7330/17410/15288</w:t>
        <w:br/>
        <w:t>f 7331/17409/15287 7337/17417/15294 7330/17410/15288</w:t>
        <w:br/>
        <w:t>f 7341/17419/15296 7340/17420/15296 7339/17421/15297</w:t>
        <w:br/>
        <w:t>f 7338/17422/15298 7341/17419/15296 7339/17421/15297</w:t>
        <w:br/>
        <w:t>f 7344/17423/15299 7343/17424/15299 7342/17425/15300</w:t>
        <w:br/>
        <w:t>f 7345/17426/15300 7344/17423/15299 7342/17425/15300</w:t>
        <w:br/>
        <w:t>f 7349/17427/15301 7348/17428/15302 7347/17429/15303</w:t>
        <w:br/>
        <w:t>f 7346/17430/15301 7349/17427/15301 7347/17429/15303</w:t>
        <w:br/>
        <w:t>f 7338/17422/15298 7339/17421/15297 7350/17431/15304</w:t>
        <w:br/>
        <w:t>f 7351/17432/15304 7338/17422/15298 7350/17431/15304</w:t>
        <w:br/>
        <w:t>f 7348/17428/15302 7353/17433/15305 7352/17434/15306</w:t>
        <w:br/>
        <w:t>f 7347/17429/15303 7348/17428/15302 7352/17434/15306</w:t>
        <w:br/>
        <w:t>f 7357/17435/15307 7356/17436/15307 7355/17437/15308</w:t>
        <w:br/>
        <w:t>f 7354/17438/15309 7357/17435/15307 7355/17437/15308</w:t>
        <w:br/>
        <w:t>f 7342/17425/15300 7352/17434/15306 7353/17433/15305</w:t>
        <w:br/>
        <w:t>f 7345/17426/15300 7342/17425/15300 7353/17433/15305</w:t>
        <w:br/>
        <w:t>f 7359/17439/15310 7356/17436/15307 7357/17435/15307</w:t>
        <w:br/>
        <w:t>f 7358/17440/15311 7359/17439/15310 7357/17435/15307</w:t>
        <w:br/>
        <w:t>f 7362/17441/15312 7361/17442/15313 7360/17443/15313</w:t>
        <w:br/>
        <w:t>f 7363/17444/15314 7362/17441/15312 7360/17443/15313</w:t>
        <w:br/>
        <w:t>f 7366/17445/15315 7365/17446/15316 7364/17447/15306</w:t>
        <w:br/>
        <w:t>f 7367/17448/15305 7366/17445/15315 7364/17447/15306</w:t>
        <w:br/>
        <w:t>f 7371/17449/15317 7370/17450/15318 7369/17451/15318</w:t>
        <w:br/>
        <w:t>f 7368/17452/15319 7371/17449/15317 7369/17451/15318</w:t>
        <w:br/>
        <w:t>f 7326/17406/15284 7327/17408/15286 7325/17407/15285</w:t>
        <w:br/>
        <w:t>f 7325/17407/15285 7324/17405/15283 7323/17404/15282</w:t>
        <w:br/>
        <w:t>f 7334/17415/15292 7335/17416/15293 7372/17453/15320</w:t>
        <w:br/>
        <w:t>f 7337/17417/15294 7334/17415/15292 7372/17453/15320</w:t>
        <w:br/>
        <w:t>f 7337/17417/15294 7372/17453/15320 7336/17418/15295</w:t>
        <w:br/>
        <w:t>f 7575/17454/15321 7574/17455/15322 7573/17456/15323</w:t>
        <w:br/>
        <w:t>f 7578/17457/15324 7577/17458/15325 7576/17459/15326</w:t>
        <w:br/>
        <w:t>f 7579/17460/15324 7578/17457/15324 7576/17459/15326</w:t>
        <w:br/>
        <w:t>f 7583/17461/15327 7582/17462/15328 7581/17463/15329</w:t>
        <w:br/>
        <w:t>f 7580/17464/15330 7583/17461/15327 7581/17463/15329</w:t>
        <w:br/>
        <w:t>f 7587/17465/15331 7586/17466/15331 7585/17467/15331</w:t>
        <w:br/>
        <w:t>f 7584/17468/15331 7587/17465/15331 7585/17467/15331</w:t>
        <w:br/>
        <w:t>f 7590/17469/15332 7589/17470/15333 7588/17471/15333</w:t>
        <w:br/>
        <w:t>f 7591/17472/15334 7590/17469/15332 7588/17471/15333</w:t>
        <w:br/>
        <w:t>f 7595/17473/15335 7594/17474/15336 7593/17475/15337</w:t>
        <w:br/>
        <w:t>f 7592/17476/15338 7595/17473/15335 7593/17475/15337</w:t>
        <w:br/>
        <w:t>f 7597/17477/15339 7596/17478/15339 7580/17464/15330</w:t>
        <w:br/>
        <w:t>f 7581/17463/15329 7597/17477/15339 7580/17464/15330</w:t>
        <w:br/>
        <w:t>f 7601/17479/15340 7600/17480/15340 7599/17481/15341</w:t>
        <w:br/>
        <w:t>f 7598/17482/15342 7601/17479/15340 7599/17481/15341</w:t>
        <w:br/>
        <w:t>f 7602/17483/15343 7600/17480/15340 7601/17479/15340</w:t>
        <w:br/>
        <w:t>f 7603/17484/15343 7602/17483/15343 7601/17479/15340</w:t>
        <w:br/>
        <w:t>f 7603/17484/15343 7605/17485/15344 7604/17486/15344</w:t>
        <w:br/>
        <w:t>f 7602/17483/15343 7603/17484/15343 7604/17486/15344</w:t>
        <w:br/>
        <w:t>f 7607/17487/15345 7606/17488/15345 7598/17482/15342</w:t>
        <w:br/>
        <w:t>f 7599/17481/15341 7607/17487/15345 7598/17482/15342</w:t>
        <w:br/>
        <w:t>f 7610/17489/15346 7609/17490/15347 7608/17491/15348</w:t>
        <w:br/>
        <w:t>f 7611/17492/15349 7610/17489/15346 7608/17491/15348</w:t>
        <w:br/>
        <w:t>f 7608/17491/15348 7609/17490/15347 7613/17493/15350</w:t>
        <w:br/>
        <w:t>f 7612/17494/15350 7608/17491/15348 7613/17493/15350</w:t>
        <w:br/>
        <w:t>f 7612/17494/15350 7613/17493/15350 7614/17495/15351</w:t>
        <w:br/>
        <w:t>f 7615/17496/15352 7612/17494/15350 7614/17495/15351</w:t>
        <w:br/>
        <w:t>f 7611/17492/15349 7617/17497/15353 7616/17498/15353</w:t>
        <w:br/>
        <w:t>f 7610/17489/15346 7611/17492/15349 7616/17498/15353</w:t>
        <w:br/>
        <w:t>f 7620/17499/15354 7619/17500/15355 7618/17501/15355</w:t>
        <w:br/>
        <w:t>f 7621/17502/15354 7620/17499/15354 7618/17501/15355</w:t>
        <w:br/>
        <w:t>f 7623/17503/15356 7622/17504/15356 7618/17501/15355</w:t>
        <w:br/>
        <w:t>f 7619/17500/15355 7623/17503/15356 7618/17501/15355</w:t>
        <w:br/>
        <w:t>f 7625/17505/15357 7622/17504/15356 7623/17503/15356</w:t>
        <w:br/>
        <w:t>f 7624/17506/15357 7625/17505/15357 7623/17503/15356</w:t>
        <w:br/>
        <w:t>f 7627/17507/15358 7620/17499/15354 7621/17502/15354</w:t>
        <w:br/>
        <w:t>f 7626/17508/15358 7627/17507/15358 7621/17502/15354</w:t>
        <w:br/>
        <w:t>f 7573/17456/15323 7629/17509/15359 7628/17510/15359</w:t>
        <w:br/>
        <w:t>f 7575/17454/15321 7573/17456/15323 7628/17510/15359</w:t>
        <w:br/>
        <w:t>f 7631/17511/15360 7630/17512/15360 7576/17459/15326</w:t>
        <w:br/>
        <w:t>f 7577/17458/15325 7631/17511/15360 7576/17459/15326</w:t>
        <w:br/>
        <w:t>f 7590/17469/15332 7591/17472/15334 7632/17513/15361</w:t>
        <w:br/>
        <w:t>f 7633/17514/15361 7590/17469/15332 7632/17513/15361</w:t>
        <w:br/>
        <w:t>f 7637/17515/15362 7636/17516/15363 7635/17517/15364</w:t>
        <w:br/>
        <w:t>f 7634/17518/15365 7637/17515/15362 7635/17517/15364</w:t>
        <w:br/>
        <w:t>f 7640/17519/15366 7639/17520/15367 7638/17521/15368</w:t>
        <w:br/>
        <w:t>f 7641/17522/15369 7640/17519/15366 7638/17521/15368</w:t>
        <w:br/>
        <w:t>f 7641/17522/15369 7638/17521/15368 7574/17455/15322</w:t>
        <w:br/>
        <w:t>f 7575/17454/15321 7641/17522/15369 7574/17455/15322</w:t>
        <w:br/>
        <w:t>f 7642/17523/15370 7639/17520/15367 7640/17519/15366</w:t>
        <w:br/>
        <w:t>f 7636/17516/15363 7642/17523/15370 7640/17519/15366</w:t>
        <w:br/>
        <w:t>f 7635/17517/15364 7628/17510/15359 7629/17509/15359</w:t>
        <w:br/>
        <w:t>f 7634/17518/15365 7635/17517/15364 7629/17509/15359</w:t>
        <w:br/>
        <w:t>f 7646/17524/15371 7645/17525/15372 7644/17526/15373</w:t>
        <w:br/>
        <w:t>f 7643/17527/15374 7646/17524/15371 7644/17526/15373</w:t>
        <w:br/>
        <w:t>f 7648/17528/15375 7647/17529/15375 7646/17524/15371</w:t>
        <w:br/>
        <w:t>f 7643/17527/15374 7648/17528/15375 7646/17524/15371</w:t>
        <w:br/>
        <w:t>f 7650/17530/15376 7649/17531/15377 7644/17526/15373</w:t>
        <w:br/>
        <w:t>f 7645/17525/15372 7650/17530/15376 7644/17526/15373</w:t>
        <w:br/>
        <w:t>f 7650/17530/15376 7652/17532/15378 7651/17533/15378</w:t>
        <w:br/>
        <w:t>f 7649/17531/15377 7650/17530/15376 7651/17533/15378</w:t>
        <w:br/>
        <w:t>f 7574/17455/15322 7642/17523/15370 7637/17515/15362</w:t>
        <w:br/>
        <w:t>f 7573/17456/15323 7574/17455/15322 7637/17515/15362</w:t>
        <w:br/>
        <w:t>f 7642/17523/15370 7636/17516/15363 7637/17515/15362</w:t>
        <w:br/>
        <w:t>f 7708/17534/15379 7707/17535/15380 7706/17536/15381</w:t>
        <w:br/>
        <w:t>f 7705/17537/15382 7708/17534/15379 7706/17536/15381</w:t>
        <w:br/>
        <w:t>f 7710/17538/15383 7709/17539/15384 7708/17534/15379</w:t>
        <w:br/>
        <w:t>f 7705/17537/15382 7710/17538/15383 7708/17534/15379</w:t>
        <w:br/>
        <w:t>f 7712/17540/15385 7709/17539/15384 7710/17538/15383</w:t>
        <w:br/>
        <w:t>f 7711/17541/15386 7712/17540/15385 7710/17538/15383</w:t>
        <w:br/>
        <w:t>f 7712/17540/15385 7711/17541/15386 7714/17542/15387</w:t>
        <w:br/>
        <w:t>f 7713/17543/15388 7712/17540/15385 7714/17542/15387</w:t>
        <w:br/>
        <w:t>f 7717/17544/15389 7716/17545/15390 7715/17546/15387</w:t>
        <w:br/>
        <w:t>f 7718/17547/15391 7717/17544/15389 7715/17546/15387</w:t>
        <w:br/>
        <w:t>f 7717/17544/15389 7718/17547/15391 7719/17548/15392</w:t>
        <w:br/>
        <w:t>f 7720/17549/15392 7717/17544/15389 7719/17548/15392</w:t>
        <w:br/>
        <w:t>f 7722/17550/15393 7721/17551/15394 7720/17549/15392</w:t>
        <w:br/>
        <w:t>f 7719/17548/15392 7722/17550/15393 7720/17549/15392</w:t>
        <w:br/>
        <w:t>f 7722/17550/15393 7724/17552/15381 7723/17553/15380</w:t>
        <w:br/>
        <w:t>f 7721/17551/15394 7722/17550/15393 7723/17553/15380</w:t>
        <w:br/>
        <w:t>f 7727/17554/15395 7726/17555/15396 7725/17556/15397</w:t>
        <w:br/>
        <w:t>f 7728/17557/15398 7727/17554/15395 7725/17556/15397</w:t>
        <w:br/>
        <w:t>f 7730/17558/15399 7729/17559/15399 7726/17555/15396</w:t>
        <w:br/>
        <w:t>f 7727/17554/15395 7730/17558/15399 7726/17555/15396</w:t>
        <w:br/>
        <w:t>f 7730/17558/15399 7732/17560/15400 7731/17561/15401</w:t>
        <w:br/>
        <w:t>f 7729/17559/15399 7730/17558/15399 7731/17561/15401</w:t>
        <w:br/>
        <w:t>f 7734/17562/15402 7733/17563/15403 7731/17561/15401</w:t>
        <w:br/>
        <w:t>f 7732/17560/15400 7734/17562/15402 7731/17561/15401</w:t>
        <w:br/>
        <w:t>f 7737/17564/15404 7736/17565/15405 7735/17566/15406</w:t>
        <w:br/>
        <w:t>f 7738/17567/15403 7737/17564/15404 7735/17566/15406</w:t>
        <w:br/>
        <w:t>f 7740/17568/15392 7739/17569/15392 7735/17566/15406</w:t>
        <w:br/>
        <w:t>f 7736/17565/15405 7740/17568/15392 7735/17566/15406</w:t>
        <w:br/>
        <w:t>f 7741/17570/15407 7739/17569/15392 7740/17568/15392</w:t>
        <w:br/>
        <w:t>f 7742/17571/15408 7741/17570/15407 7740/17568/15392</w:t>
        <w:br/>
        <w:t>f 7744/17572/15398 7743/17573/15397 7741/17570/15407</w:t>
        <w:br/>
        <w:t>f 7742/17571/15408 7744/17572/15398 7741/17570/15407</w:t>
        <w:br/>
        <w:t>f 7747/17574/15409 7746/17575/15390 7745/17576/15387</w:t>
        <w:br/>
        <w:t>f 7748/17577/15386 7747/17574/15409 7745/17576/15387</w:t>
        <w:br/>
        <w:t>f 7748/17577/15386 7750/17578/15399 7749/17579/15399</w:t>
        <w:br/>
        <w:t>f 7747/17574/15409 7748/17577/15386 7749/17579/15399</w:t>
        <w:br/>
        <w:t>f 7749/17579/15399 7750/17578/15399 7751/17580/15410</w:t>
        <w:br/>
        <w:t>f 7752/17581/15411 7749/17579/15399 7751/17580/15410</w:t>
        <w:br/>
        <w:t>f 7751/17580/15410 7754/17582/15381 7753/17583/15380</w:t>
        <w:br/>
        <w:t>f 7752/17581/15411 7751/17580/15410 7753/17583/15380</w:t>
        <w:br/>
        <w:t>f 7758/17584/15381 7757/17585/15412 7756/17586/15394</w:t>
        <w:br/>
        <w:t>f 7755/17587/15380 7758/17584/15381 7756/17586/15394</w:t>
        <w:br/>
        <w:t>f 7760/17588/15392 7756/17586/15394 7757/17585/15412</w:t>
        <w:br/>
        <w:t>f 7759/17589/15413 7760/17588/15392 7757/17585/15412</w:t>
        <w:br/>
        <w:t>f 7759/17589/15413 7762/17590/15414 7761/17591/15415</w:t>
        <w:br/>
        <w:t>f 7760/17588/15392 7759/17589/15413 7761/17591/15415</w:t>
        <w:br/>
        <w:t>f 7764/17592/15387 7763/17593/15416 7761/17591/15415</w:t>
        <w:br/>
        <w:t>f 7762/17590/15414 7764/17592/15387 7761/17591/15415</w:t>
        <w:br/>
        <w:t>f 7767/17594/15417 7766/17595/15418 7765/17596/15400</w:t>
        <w:br/>
        <w:t>f 7768/17597/15401 7767/17594/15417 7765/17596/15400</w:t>
        <w:br/>
        <w:t>f 7768/17597/15401 7765/17596/15400 7769/17598/15399</w:t>
        <w:br/>
        <w:t>f 7770/17599/15399 7768/17597/15401 7769/17598/15399</w:t>
        <w:br/>
        <w:t>f 7771/17600/15419 7770/17599/15399 7769/17598/15399</w:t>
        <w:br/>
        <w:t>f 7772/17601/15420 7771/17600/15419 7769/17598/15399</w:t>
        <w:br/>
        <w:t>f 7773/17602/15421 7771/17600/15419 7772/17601/15420</w:t>
        <w:br/>
        <w:t>f 7774/17603/15398 7773/17602/15421 7772/17601/15420</w:t>
        <w:br/>
        <w:t>f 7777/17604/15408 7776/17605/15422 7775/17606/15421</w:t>
        <w:br/>
        <w:t>f 7778/17607/15398 7777/17604/15408 7775/17606/15421</w:t>
        <w:br/>
        <w:t>f 7780/17608/15392 7779/17609/15392 7776/17605/15422</w:t>
        <w:br/>
        <w:t>f 7777/17604/15408 7780/17608/15392 7776/17605/15422</w:t>
        <w:br/>
        <w:t>f 7782/17610/15423 7779/17609/15392 7780/17608/15392</w:t>
        <w:br/>
        <w:t>f 7781/17611/15424 7782/17610/15423 7780/17608/15392</w:t>
        <w:br/>
        <w:t>f 7784/17612/15418 7783/17613/15425 7782/17610/15423</w:t>
        <w:br/>
        <w:t>f 7781/17611/15424 7784/17612/15418 7782/17610/15423</w:t>
        <w:br/>
        <w:t>f 7707/17535/15380 7708/17534/15379 7785/17614/15426</w:t>
        <w:br/>
        <w:t>f 7786/17615/15427 7707/17535/15380 7785/17614/15426</w:t>
        <w:br/>
        <w:t>f 7706/17536/15381 7788/17616/15428 7787/17617/15429</w:t>
        <w:br/>
        <w:t>f 7705/17537/15382 7706/17536/15381 7787/17617/15429</w:t>
        <w:br/>
        <w:t>f 7789/17618/15384 7785/17614/15426 7708/17534/15379</w:t>
        <w:br/>
        <w:t>f 7709/17539/15384 7789/17618/15384 7708/17534/15379</w:t>
        <w:br/>
        <w:t>f 7790/17619/15399 7710/17538/15383 7705/17537/15382</w:t>
        <w:br/>
        <w:t>f 7787/17617/15429 7790/17619/15399 7705/17537/15382</w:t>
        <w:br/>
        <w:t>f 7791/17620/15430 7789/17618/15384 7709/17539/15384</w:t>
        <w:br/>
        <w:t>f 7712/17540/15385 7791/17620/15430 7709/17539/15384</w:t>
        <w:br/>
        <w:t>f 7710/17538/15383 7790/17619/15399 7792/17621/15431</w:t>
        <w:br/>
        <w:t>f 7711/17541/15386 7710/17538/15383 7792/17621/15431</w:t>
        <w:br/>
        <w:t>f 7793/17622/15432 7791/17620/15430 7712/17540/15385</w:t>
        <w:br/>
        <w:t>f 7713/17543/15388 7793/17622/15432 7712/17540/15385</w:t>
        <w:br/>
        <w:t>f 7711/17541/15386 7792/17621/15431 7794/17623/15433</w:t>
        <w:br/>
        <w:t>f 7714/17542/15387 7711/17541/15386 7794/17623/15433</w:t>
        <w:br/>
        <w:t>f 7717/17544/15389 7796/17624/15434 7795/17625/15435</w:t>
        <w:br/>
        <w:t>f 7716/17545/15390 7717/17544/15389 7795/17625/15435</w:t>
        <w:br/>
        <w:t>f 7798/17626/15433 7797/17627/15436 7718/17547/15391</w:t>
        <w:br/>
        <w:t>f 7715/17546/15387 7798/17626/15433 7718/17547/15391</w:t>
        <w:br/>
        <w:t>f 7720/17549/15392 7799/17628/15392 7796/17624/15434</w:t>
        <w:br/>
        <w:t>f 7717/17544/15389 7720/17549/15392 7796/17624/15434</w:t>
        <w:br/>
        <w:t>f 7719/17548/15392 7718/17547/15391 7797/17627/15436</w:t>
        <w:br/>
        <w:t>f 7800/17629/15437 7719/17548/15392 7797/17627/15436</w:t>
        <w:br/>
        <w:t>f 7799/17628/15392 7720/17549/15392 7721/17551/15394</w:t>
        <w:br/>
        <w:t>f 7801/17630/15438 7799/17628/15392 7721/17551/15394</w:t>
        <w:br/>
        <w:t>f 7800/17629/15437 7802/17631/15439 7722/17550/15393</w:t>
        <w:br/>
        <w:t>f 7719/17548/15392 7800/17629/15437 7722/17550/15393</w:t>
        <w:br/>
        <w:t>f 7801/17630/15438 7721/17551/15394 7723/17553/15380</w:t>
        <w:br/>
        <w:t>f 7803/17632/15427 7801/17630/15438 7723/17553/15380</w:t>
        <w:br/>
        <w:t>f 7724/17552/15381 7722/17550/15393 7802/17631/15439</w:t>
        <w:br/>
        <w:t>f 7804/17633/15428 7724/17552/15381 7802/17631/15439</w:t>
        <w:br/>
        <w:t>f 7806/17634/15440 7805/17635/15433 7725/17556/15397</w:t>
        <w:br/>
        <w:t>f 7726/17555/15396 7806/17634/15440 7725/17556/15397</w:t>
        <w:br/>
        <w:t>f 7726/17555/15396 7729/17559/15399 7807/17636/15399</w:t>
        <w:br/>
        <w:t>f 7806/17634/15440 7726/17555/15396 7807/17636/15399</w:t>
        <w:br/>
        <w:t>f 7729/17559/15399 7731/17561/15401 7808/17637/15441</w:t>
        <w:br/>
        <w:t>f 7807/17636/15399 7729/17559/15399 7808/17637/15441</w:t>
        <w:br/>
        <w:t>f 7731/17561/15401 7733/17563/15403 7809/17638/15442</w:t>
        <w:br/>
        <w:t>f 7808/17637/15441 7731/17561/15401 7809/17638/15442</w:t>
        <w:br/>
        <w:t>f 7810/17639/15443 7738/17567/15403 7735/17566/15406</w:t>
        <w:br/>
        <w:t>f 7811/17640/15439 7810/17639/15443 7735/17566/15406</w:t>
        <w:br/>
        <w:t>f 7739/17569/15392 7812/17641/15444 7811/17640/15439</w:t>
        <w:br/>
        <w:t>f 7735/17566/15406 7739/17569/15392 7811/17640/15439</w:t>
        <w:br/>
        <w:t>f 7741/17570/15407 7813/17642/15445 7812/17641/15444</w:t>
        <w:br/>
        <w:t>f 7739/17569/15392 7741/17570/15407 7812/17641/15444</w:t>
        <w:br/>
        <w:t>f 7743/17573/15397 7814/17643/15433 7813/17642/15445</w:t>
        <w:br/>
        <w:t>f 7741/17570/15407 7743/17573/15397 7813/17642/15445</w:t>
        <w:br/>
        <w:t>f 7816/17644/15446 7815/17645/15447 7746/17575/15390</w:t>
        <w:br/>
        <w:t>f 7747/17574/15409 7816/17644/15446 7746/17575/15390</w:t>
        <w:br/>
        <w:t>f 7747/17574/15409 7749/17579/15399 7817/17646/15399</w:t>
        <w:br/>
        <w:t>f 7816/17644/15446 7747/17574/15409 7817/17646/15399</w:t>
        <w:br/>
        <w:t>f 7749/17579/15399 7752/17581/15411 7818/17647/15448</w:t>
        <w:br/>
        <w:t>f 7817/17646/15399 7749/17579/15399 7818/17647/15448</w:t>
        <w:br/>
        <w:t>f 7752/17581/15411 7753/17583/15380 7819/17648/15449</w:t>
        <w:br/>
        <w:t>f 7818/17647/15448 7752/17581/15411 7819/17648/15449</w:t>
        <w:br/>
        <w:t>f 7756/17586/15394 7821/17649/15438 7820/17650/15449</w:t>
        <w:br/>
        <w:t>f 7755/17587/15380 7756/17586/15394 7820/17650/15449</w:t>
        <w:br/>
        <w:t>f 7760/17588/15392 7822/17651/15392 7821/17649/15438</w:t>
        <w:br/>
        <w:t>f 7756/17586/15394 7760/17588/15392 7821/17649/15438</w:t>
        <w:br/>
        <w:t>f 7822/17651/15392 7760/17588/15392 7761/17591/15415</w:t>
        <w:br/>
        <w:t>f 7823/17652/15450 7822/17651/15392 7761/17591/15415</w:t>
        <w:br/>
        <w:t>f 7823/17652/15450 7761/17591/15415 7763/17593/15416</w:t>
        <w:br/>
        <w:t>f 7824/17653/15432 7823/17652/15450 7763/17593/15416</w:t>
        <w:br/>
        <w:t>f 7728/17557/15398 7786/17615/15427 7785/17614/15426</w:t>
        <w:br/>
        <w:t>f 7727/17554/15395 7728/17557/15398 7785/17614/15426</w:t>
        <w:br/>
        <w:t>f 7767/17594/15417 7768/17597/15401 7787/17617/15429</w:t>
        <w:br/>
        <w:t>f 7788/17616/15428 7767/17594/15417 7787/17617/15429</w:t>
        <w:br/>
        <w:t>f 7727/17554/15395 7785/17614/15426 7789/17618/15384</w:t>
        <w:br/>
        <w:t>f 7730/17558/15399 7727/17554/15395 7789/17618/15384</w:t>
        <w:br/>
        <w:t>f 7768/17597/15401 7770/17599/15399 7790/17619/15399</w:t>
        <w:br/>
        <w:t>f 7787/17617/15429 7768/17597/15401 7790/17619/15399</w:t>
        <w:br/>
        <w:t>f 7791/17620/15430 7732/17560/15400 7730/17558/15399</w:t>
        <w:br/>
        <w:t>f 7789/17618/15384 7791/17620/15430 7730/17558/15399</w:t>
        <w:br/>
        <w:t>f 7792/17621/15431 7790/17619/15399 7770/17599/15399</w:t>
        <w:br/>
        <w:t>f 7771/17600/15419 7792/17621/15431 7770/17599/15399</w:t>
        <w:br/>
        <w:t>f 7793/17622/15432 7734/17562/15402 7732/17560/15400</w:t>
        <w:br/>
        <w:t>f 7791/17620/15430 7793/17622/15432 7732/17560/15400</w:t>
        <w:br/>
        <w:t>f 7794/17623/15433 7792/17621/15431 7771/17600/15419</w:t>
        <w:br/>
        <w:t>f 7773/17602/15421 7794/17623/15433 7771/17600/15419</w:t>
        <w:br/>
        <w:t>f 7795/17625/15435 7796/17624/15434 7736/17565/15405</w:t>
        <w:br/>
        <w:t>f 7737/17564/15404 7795/17625/15435 7736/17565/15405</w:t>
        <w:br/>
        <w:t>f 7798/17626/15433 7775/17606/15421 7776/17605/15422</w:t>
        <w:br/>
        <w:t>f 7797/17627/15436 7798/17626/15433 7776/17605/15422</w:t>
        <w:br/>
        <w:t>f 7796/17624/15434 7799/17628/15392 7740/17568/15392</w:t>
        <w:br/>
        <w:t>f 7736/17565/15405 7796/17624/15434 7740/17568/15392</w:t>
        <w:br/>
        <w:t>f 7779/17609/15392 7800/17629/15437 7797/17627/15436</w:t>
        <w:br/>
        <w:t>f 7776/17605/15422 7779/17609/15392 7797/17627/15436</w:t>
        <w:br/>
        <w:t>f 7799/17628/15392 7801/17630/15438 7742/17571/15408</w:t>
        <w:br/>
        <w:t>f 7740/17568/15392 7799/17628/15392 7742/17571/15408</w:t>
        <w:br/>
        <w:t>f 7800/17629/15437 7779/17609/15392 7782/17610/15423</w:t>
        <w:br/>
        <w:t>f 7802/17631/15439 7800/17629/15437 7782/17610/15423</w:t>
        <w:br/>
        <w:t>f 7744/17572/15398 7742/17571/15408 7801/17630/15438</w:t>
        <w:br/>
        <w:t>f 7803/17632/15427 7744/17572/15398 7801/17630/15438</w:t>
        <w:br/>
        <w:t>f 7783/17613/15425 7804/17633/15428 7802/17631/15439</w:t>
        <w:br/>
        <w:t>f 7782/17610/15423 7783/17613/15425 7802/17631/15439</w:t>
        <w:br/>
        <w:t>f 7745/17576/15387 7805/17635/15433 7806/17634/15440</w:t>
        <w:br/>
        <w:t>f 7748/17577/15386 7745/17576/15387 7806/17634/15440</w:t>
        <w:br/>
        <w:t>f 7807/17636/15399 7750/17578/15399 7748/17577/15386</w:t>
        <w:br/>
        <w:t>f 7806/17634/15440 7807/17636/15399 7748/17577/15386</w:t>
        <w:br/>
        <w:t>f 7750/17578/15399 7807/17636/15399 7808/17637/15441</w:t>
        <w:br/>
        <w:t>f 7751/17580/15410 7750/17578/15399 7808/17637/15441</w:t>
        <w:br/>
        <w:t>f 7751/17580/15410 7808/17637/15441 7809/17638/15442</w:t>
        <w:br/>
        <w:t>f 7754/17582/15381 7751/17580/15410 7809/17638/15442</w:t>
        <w:br/>
        <w:t>f 7757/17585/15412 7758/17584/15381 7810/17639/15443</w:t>
        <w:br/>
        <w:t>f 7811/17640/15439 7757/17585/15412 7810/17639/15443</w:t>
        <w:br/>
        <w:t>f 7811/17640/15439 7812/17641/15444 7759/17589/15413</w:t>
        <w:br/>
        <w:t>f 7757/17585/15412 7811/17640/15439 7759/17589/15413</w:t>
        <w:br/>
        <w:t>f 7762/17590/15414 7759/17589/15413 7812/17641/15444</w:t>
        <w:br/>
        <w:t>f 7813/17642/15445 7762/17590/15414 7812/17641/15444</w:t>
        <w:br/>
        <w:t>f 7813/17642/15445 7814/17643/15433 7764/17592/15387</w:t>
        <w:br/>
        <w:t>f 7762/17590/15414 7813/17642/15445 7764/17592/15387</w:t>
        <w:br/>
        <w:t>f 7816/17644/15446 7765/17596/15400 7766/17595/15418</w:t>
        <w:br/>
        <w:t>f 7815/17645/15447 7816/17644/15446 7766/17595/15418</w:t>
        <w:br/>
        <w:t>f 7765/17596/15400 7816/17644/15446 7817/17646/15399</w:t>
        <w:br/>
        <w:t>f 7769/17598/15399 7765/17596/15400 7817/17646/15399</w:t>
        <w:br/>
        <w:t>f 7818/17647/15448 7772/17601/15420 7769/17598/15399</w:t>
        <w:br/>
        <w:t>f 7817/17646/15399 7818/17647/15448 7769/17598/15399</w:t>
        <w:br/>
        <w:t>f 7819/17648/15449 7774/17603/15398 7772/17601/15420</w:t>
        <w:br/>
        <w:t>f 7818/17647/15448 7819/17648/15449 7772/17601/15420</w:t>
        <w:br/>
        <w:t>f 7820/17650/15449 7821/17649/15438 7777/17604/15408</w:t>
        <w:br/>
        <w:t>f 7778/17607/15398 7820/17650/15449 7777/17604/15408</w:t>
        <w:br/>
        <w:t>f 7821/17649/15438 7822/17651/15392 7780/17608/15392</w:t>
        <w:br/>
        <w:t>f 7777/17604/15408 7821/17649/15438 7780/17608/15392</w:t>
        <w:br/>
        <w:t>f 7822/17651/15392 7823/17652/15450 7781/17611/15424</w:t>
        <w:br/>
        <w:t>f 7780/17608/15392 7822/17651/15392 7781/17611/15424</w:t>
        <w:br/>
        <w:t>f 7823/17652/15450 7824/17653/15432 7784/17612/15418</w:t>
        <w:br/>
        <w:t>f 7781/17611/15424 7823/17652/15450 7784/17612/15418</w:t>
        <w:br/>
        <w:t>f 10270/17654/15451 10269/17655/15452 10268/17656/15452</w:t>
        <w:br/>
        <w:t>f 10267/17657/15453 10270/17654/15451 10268/17656/15452</w:t>
        <w:br/>
        <w:t>f 10274/17658/15454 10273/17659/15454 10272/17660/15455</w:t>
        <w:br/>
        <w:t>f 10271/17661/15454 10274/17658/15454 10272/17660/15455</w:t>
        <w:br/>
        <w:t>f 10278/17662/15456 10277/17663/15451 10276/17664/15452</w:t>
        <w:br/>
        <w:t>f 10275/17665/15457 10278/17662/15456 10276/17664/15452</w:t>
        <w:br/>
        <w:t>f 10282/17666/15452 10281/17667/15458 10280/17668/15457</w:t>
        <w:br/>
        <w:t>f 10279/17669/15459 10282/17666/15452 10280/17668/15457</w:t>
        <w:br/>
        <w:t>f 10285/17670/15460 10284/17671/15461 10283/17672/15462</w:t>
        <w:br/>
        <w:t>f 10286/17673/15460 10285/17670/15460 10283/17672/15462</w:t>
        <w:br/>
        <w:t>f 10289/17674/15463 10288/17675/15464 10287/17676/15465</w:t>
        <w:br/>
        <w:t>f 10290/17677/15466 10289/17674/15463 10287/17676/15465</w:t>
        <w:br/>
        <w:t>f 10294/17678/15467 10293/17679/15468 10292/17680/15469</w:t>
        <w:br/>
        <w:t>f 10291/17681/15470 10294/17678/15467 10292/17680/15469</w:t>
        <w:br/>
        <w:t>f 10298/17682/15471 10297/17683/15472 10296/17684/15470</w:t>
        <w:br/>
        <w:t>f 10295/17685/15460 10298/17682/15471 10296/17684/15470</w:t>
        <w:br/>
        <w:t>f 10302/17686/15473 10301/17687/15474 10300/17688/15475</w:t>
        <w:br/>
        <w:t>f 10299/17689/15476 10302/17686/15473 10300/17688/15475</w:t>
        <w:br/>
        <w:t>f 10306/17690/15477 10305/17691/15478 10304/17692/15479</w:t>
        <w:br/>
        <w:t>f 10303/17693/15480 10306/17690/15477 10304/17692/15479</w:t>
        <w:br/>
        <w:t>f 10309/17694/15481 10308/17695/15482 10307/17696/15483</w:t>
        <w:br/>
        <w:t>f 10310/17697/15484 10309/17694/15481 10307/17696/15483</w:t>
        <w:br/>
        <w:t>f 10314/17698/15485 10313/17699/15486 10312/17700/15487</w:t>
        <w:br/>
        <w:t>f 10311/17701/15488 10314/17698/15485 10312/17700/15487</w:t>
        <w:br/>
        <w:t>f 10318/17702/15489 10317/17703/15490 10316/17704/15491</w:t>
        <w:br/>
        <w:t>f 10315/17705/15492 10318/17702/15489 10316/17704/15491</w:t>
        <w:br/>
        <w:t>f 10322/17706/15493 10321/17707/15494 10320/17708/15495</w:t>
        <w:br/>
        <w:t>f 10319/17709/15496 10322/17706/15493 10320/17708/15495</w:t>
        <w:br/>
        <w:t>f 10325/17710/15497 10324/17711/15498 10323/17712/15499</w:t>
        <w:br/>
        <w:t>f 10326/17713/15500 10325/17710/15497 10323/17712/15499</w:t>
        <w:br/>
        <w:t>f 10330/17714/15501 10329/17715/15502 10328/17716/15502</w:t>
        <w:br/>
        <w:t>f 10327/17717/15503 10330/17714/15501 10328/17716/15502</w:t>
        <w:br/>
        <w:t>f 10332/17718/15451 10331/17719/15459 10269/17655/15452</w:t>
        <w:br/>
        <w:t>f 10270/17654/15451 10332/17718/15451 10269/17655/15452</w:t>
        <w:br/>
        <w:t>f 10333/17720/15456 10267/17657/15453 10268/17656/15452</w:t>
        <w:br/>
        <w:t>f 10334/17721/15504 10333/17720/15456 10268/17656/15452</w:t>
        <w:br/>
        <w:t>f 10273/17659/15454 10336/17722/15452 10335/17723/15505</w:t>
        <w:br/>
        <w:t>f 10272/17660/15455 10273/17659/15454 10335/17723/15505</w:t>
        <w:br/>
        <w:t>f 10274/17658/15454 10271/17661/15454 10337/17724/15506</w:t>
        <w:br/>
        <w:t>f 10338/17725/15452 10274/17658/15454 10337/17724/15506</w:t>
        <w:br/>
        <w:t>f 10339/17726/15460 10285/17670/15460 10286/17673/15460</w:t>
        <w:br/>
        <w:t>f 10340/17727/15460 10339/17726/15460 10286/17673/15460</w:t>
        <w:br/>
        <w:t>f 10342/17728/15460 10341/17729/15472 10283/17672/15462</w:t>
        <w:br/>
        <w:t>f 10284/17671/15461 10342/17728/15460 10283/17672/15462</w:t>
        <w:br/>
        <w:t>f 10344/17730/15463 10343/17731/15507 10288/17675/15464</w:t>
        <w:br/>
        <w:t>f 10289/17674/15463 10344/17730/15463 10288/17675/15464</w:t>
        <w:br/>
        <w:t>f 10287/17676/15465 10346/17732/15508 10345/17733/15509</w:t>
        <w:br/>
        <w:t>f 10290/17677/15466 10287/17676/15465 10345/17733/15509</w:t>
        <w:br/>
        <w:t>f 10348/17734/15510 10347/17735/15511 10300/17688/15475</w:t>
        <w:br/>
        <w:t>f 10301/17687/15474 10348/17734/15510 10300/17688/15475</w:t>
        <w:br/>
        <w:t>f 10299/17689/15476 10350/17736/15512 10349/17737/15513</w:t>
        <w:br/>
        <w:t>f 10302/17686/15473 10299/17689/15476 10349/17737/15513</w:t>
        <w:br/>
        <w:t>f 10303/17693/15480 10304/17692/15479 10351/17738/15514</w:t>
        <w:br/>
        <w:t>f 10352/17739/15515 10303/17693/15480 10351/17738/15514</w:t>
        <w:br/>
        <w:t>f 10356/17740/15516 10355/17741/15516 10354/17742/15517</w:t>
        <w:br/>
        <w:t>f 10353/17743/15518 10356/17740/15516 10354/17742/15517</w:t>
        <w:br/>
        <w:t>f 10307/17696/15483 10308/17695/15482 10357/17744/15519</w:t>
        <w:br/>
        <w:t>f 10358/17745/15520 10307/17696/15483 10357/17744/15519</w:t>
        <w:br/>
        <w:t>f 10309/17694/15481 10310/17697/15484 10360/17746/15521</w:t>
        <w:br/>
        <w:t>f 10359/17747/15522 10309/17694/15481 10360/17746/15521</w:t>
        <w:br/>
        <w:t>f 10362/17748/15523 10311/17701/15488 10312/17700/15487</w:t>
        <w:br/>
        <w:t>f 10361/17749/15524 10362/17748/15523 10312/17700/15487</w:t>
        <w:br/>
        <w:t>f 10366/17750/15525 10365/17751/15525 10364/17752/15526</w:t>
        <w:br/>
        <w:t>f 10363/17753/15527 10366/17750/15525 10364/17752/15526</w:t>
        <w:br/>
        <w:t>f 10332/17718/15451 10282/17666/15452 10279/17669/15459</w:t>
        <w:br/>
        <w:t>f 10331/17719/15459 10332/17718/15451 10279/17669/15459</w:t>
        <w:br/>
        <w:t>f 10275/17665/15457 10276/17664/15452 10333/17720/15456</w:t>
        <w:br/>
        <w:t>f 10334/17721/15504 10275/17665/15457 10333/17720/15456</w:t>
        <w:br/>
        <w:t>f 10335/17723/15505 10336/17722/15452 10280/17668/15457</w:t>
        <w:br/>
        <w:t>f 10281/17667/15458 10335/17723/15505 10280/17668/15457</w:t>
        <w:br/>
        <w:t>f 10337/17724/15506 10277/17663/15451 10278/17662/15456</w:t>
        <w:br/>
        <w:t>f 10338/17725/15452 10337/17724/15506 10278/17662/15456</w:t>
        <w:br/>
        <w:t>f 10339/17726/15460 10340/17727/15460 10295/17685/15460</w:t>
        <w:br/>
        <w:t>f 10296/17684/15470 10339/17726/15460 10295/17685/15460</w:t>
        <w:br/>
        <w:t>f 10342/17728/15460 10294/17678/15467 10291/17681/15470</w:t>
        <w:br/>
        <w:t>f 10341/17729/15472 10342/17728/15460 10291/17681/15470</w:t>
        <w:br/>
        <w:t>f 10298/17682/15471 10343/17731/15507 10344/17730/15463</w:t>
        <w:br/>
        <w:t>f 10297/17683/15472 10298/17682/15471 10344/17730/15463</w:t>
        <w:br/>
        <w:t>f 10345/17733/15509 10346/17732/15508 10292/17680/15469</w:t>
        <w:br/>
        <w:t>f 10293/17679/15468 10345/17733/15509 10292/17680/15469</w:t>
        <w:br/>
        <w:t>f 10324/17711/15498 10325/17710/15497 10347/17735/15511</w:t>
        <w:br/>
        <w:t>f 10348/17734/15510 10324/17711/15498 10347/17735/15511</w:t>
        <w:br/>
        <w:t>f 10350/17736/15512 10321/17707/15494 10322/17706/15493</w:t>
        <w:br/>
        <w:t>f 10349/17737/15513 10350/17736/15512 10322/17706/15493</w:t>
        <w:br/>
        <w:t>f 10315/17705/15492 10352/17739/15515 10351/17738/15514</w:t>
        <w:br/>
        <w:t>f 10318/17702/15489 10315/17705/15492 10351/17738/15514</w:t>
        <w:br/>
        <w:t>f 10354/17742/15517 10328/17716/15502 10329/17715/15502</w:t>
        <w:br/>
        <w:t>f 10353/17743/15518 10354/17742/15517 10329/17715/15502</w:t>
        <w:br/>
        <w:t>f 10327/17717/15503 10358/17745/15520 10357/17744/15519</w:t>
        <w:br/>
        <w:t>f 10330/17714/15501 10327/17717/15503 10357/17744/15519</w:t>
        <w:br/>
        <w:t>f 10360/17746/15521 10316/17704/15491 10317/17703/15490</w:t>
        <w:br/>
        <w:t>f 10359/17747/15522 10360/17746/15521 10317/17703/15490</w:t>
        <w:br/>
        <w:t>f 10361/17749/15524 10319/17709/15496 10320/17708/15495</w:t>
        <w:br/>
        <w:t>f 10362/17748/15523 10361/17749/15524 10320/17708/15495</w:t>
        <w:br/>
        <w:t>f 10326/17713/15500 10323/17712/15499 10363/17753/15527</w:t>
        <w:br/>
        <w:t>f 10364/17752/15526 10326/17713/15500 10363/17753/15527</w:t>
        <w:br/>
        <w:t>f 10369/17754/15528 10368/17755/15529 10367/17756/15530</w:t>
        <w:br/>
        <w:t>f 10370/17757/15531 10369/17754/15528 10367/17756/15530</w:t>
        <w:br/>
        <w:t>f 10374/17758/15532 10373/17759/15533 10372/17760/15534</w:t>
        <w:br/>
        <w:t>f 10371/17761/15535 10374/17758/15532 10372/17760/15534</w:t>
        <w:br/>
        <w:t>f 10376/17762/15536 10375/17763/15537 10370/17757/15531</w:t>
        <w:br/>
        <w:t>f 10367/17756/15530 10376/17762/15536 10370/17757/15531</w:t>
        <w:br/>
        <w:t>f 10378/17764/15538 10377/17765/15539 10373/17759/15533</w:t>
        <w:br/>
        <w:t>f 10374/17758/15532 10378/17764/15538 10373/17759/15533</w:t>
        <w:br/>
        <w:t>f 10382/17766/15540 10381/17767/15541 10380/17768/15542</w:t>
        <w:br/>
        <w:t>f 10379/17769/15543 10382/17766/15540 10380/17768/15542</w:t>
        <w:br/>
        <w:t>f 10386/17770/15544 10385/17771/15545 10384/17772/15546</w:t>
        <w:br/>
        <w:t>f 10383/17773/15547 10386/17770/15544 10384/17772/15546</w:t>
        <w:br/>
        <w:t>f 10389/17774/15548 10388/17775/15549 10387/17776/15550</w:t>
        <w:br/>
        <w:t>f 10390/17777/15551 10389/17774/15548 10387/17776/15550</w:t>
        <w:br/>
        <w:t>f 10392/17778/15552 10391/17779/15553 10386/17770/15544</w:t>
        <w:br/>
        <w:t>f 10383/17773/15547 10392/17778/15552 10386/17770/15544</w:t>
        <w:br/>
        <w:t>f 10389/17774/15548 10390/17777/15551 10394/17780/15554</w:t>
        <w:br/>
        <w:t>f 10393/17781/15555 10389/17774/15548 10394/17780/15554</w:t>
        <w:br/>
        <w:t>f 10379/17769/15543 10380/17768/15542 10396/17782/15556</w:t>
        <w:br/>
        <w:t>f 10395/17783/15557 10379/17769/15543 10396/17782/15556</w:t>
        <w:br/>
        <w:t>f 10398/17784/15558 10397/17785/15559 10395/17783/15557</w:t>
        <w:br/>
        <w:t>f 10396/17782/15556 10398/17784/15558 10395/17783/15557</w:t>
        <w:br/>
        <w:t>f 10401/17786/15560 10400/17787/15561 10399/17788/15562</w:t>
        <w:br/>
        <w:t>f 10402/17789/15563 10401/17786/15560 10399/17788/15562</w:t>
        <w:br/>
        <w:t>f 10406/17790/15564 10405/17791/15565 10404/17792/15566</w:t>
        <w:br/>
        <w:t>f 10403/17793/15567 10406/17790/15564 10404/17792/15566</w:t>
        <w:br/>
        <w:t>f 10408/17794/15568 10399/17788/15562 10400/17787/15561</w:t>
        <w:br/>
        <w:t>f 10407/17795/15569 10408/17794/15568 10400/17787/15561</w:t>
        <w:br/>
        <w:t>f 10409/17796/15570 10406/17790/15564 10403/17793/15567</w:t>
        <w:br/>
        <w:t>f 10410/17797/15571 10409/17796/15570 10403/17793/15567</w:t>
        <w:br/>
        <w:t>f 10413/17798/15572 10412/17799/15573 10411/17800/15574</w:t>
        <w:br/>
        <w:t>f 10414/17801/15575 10413/17798/15572 10411/17800/15574</w:t>
        <w:br/>
        <w:t>f 10418/17802/15576 10417/17803/15577 10416/17804/15578</w:t>
        <w:br/>
        <w:t>f 10415/17805/15579 10418/17802/15576 10416/17804/15578</w:t>
        <w:br/>
        <w:t>f 10422/17806/15580 10421/17807/15581 10420/17808/15582</w:t>
        <w:br/>
        <w:t>f 10419/17809/15583 10422/17806/15580 10420/17808/15582</w:t>
        <w:br/>
        <w:t>f 10418/17802/15576 10424/17810/15584 10423/17811/15585</w:t>
        <w:br/>
        <w:t>f 10417/17803/15577 10418/17802/15576 10423/17811/15585</w:t>
        <w:br/>
        <w:t>f 10412/17799/15573 10413/17798/15572 10426/17812/15586</w:t>
        <w:br/>
        <w:t>f 10425/17813/15586 10412/17799/15573 10426/17812/15586</w:t>
        <w:br/>
        <w:t>f 10427/17814/15587 10419/17809/15583 10420/17808/15582</w:t>
        <w:br/>
        <w:t>f 10428/17815/15588 10427/17814/15587 10420/17808/15582</w:t>
        <w:br/>
        <w:t>f 10414/17801/15575 10430/17816/15589 10429/17817/15590</w:t>
        <w:br/>
        <w:t>f 10413/17798/15572 10414/17801/15575 10429/17817/15590</w:t>
        <w:br/>
        <w:t>f 10432/17818/15591 10429/17817/15590 10430/17816/15589</w:t>
        <w:br/>
        <w:t>f 10431/17819/15592 10432/17818/15591 10430/17816/15589</w:t>
        <w:br/>
        <w:t>f 10435/17820/15593 10434/17821/15594 10433/17822/15595</w:t>
        <w:br/>
        <w:t>f 10436/17823/15593 10435/17820/15593 10433/17822/15595</w:t>
        <w:br/>
        <w:t>f 10439/17824/15596 10438/17825/15596 10437/17826/15597</w:t>
        <w:br/>
        <w:t>f 10440/17827/15598 10439/17824/15596 10437/17826/15597</w:t>
        <w:br/>
        <w:t>f 10444/17828/15599 10443/17829/15600 10442/17830/15601</w:t>
        <w:br/>
        <w:t>f 10441/17831/15599 10444/17828/15599 10442/17830/15601</w:t>
        <w:br/>
        <w:t>f 10447/17832/15602 10446/17833/15602 10445/17834/15603</w:t>
        <w:br/>
        <w:t>f 10448/17835/15603 10447/17832/15602 10445/17834/15603</w:t>
        <w:br/>
        <w:t>f 10450/17836/15604 10449/17837/15605 10438/17825/15596</w:t>
        <w:br/>
        <w:t>f 10439/17824/15596 10450/17836/15604 10438/17825/15596</w:t>
        <w:br/>
        <w:t>f 10451/17838/15606 10433/17822/15595 10434/17821/15594</w:t>
        <w:br/>
        <w:t>f 10452/17839/15606 10451/17838/15606 10434/17821/15594</w:t>
        <w:br/>
        <w:t>f 10454/17840/15607 10453/17841/15607 10448/17835/15603</w:t>
        <w:br/>
        <w:t>f 10445/17834/15603 10454/17840/15607 10448/17835/15603</w:t>
        <w:br/>
        <w:t>f 10455/17842/15608 10444/17828/15599 10441/17831/15599</w:t>
        <w:br/>
        <w:t>f 10456/17843/15608 10455/17842/15608 10441/17831/15599</w:t>
        <w:br/>
        <w:t>f 10460/17844/15609 10459/17845/15610 10458/17846/15610</w:t>
        <w:br/>
        <w:t>f 10457/17847/15609 10460/17844/15609 10458/17846/15610</w:t>
        <w:br/>
        <w:t>f 10463/17848/15611 10462/17849/15611 10461/17850/15612</w:t>
        <w:br/>
        <w:t>f 10464/17851/15613 10463/17848/15611 10461/17850/15612</w:t>
        <w:br/>
        <w:t>f 10467/17852/15614 10466/17853/15615 10465/17854/15616</w:t>
        <w:br/>
        <w:t>f 10468/17855/15614 10467/17852/15614 10465/17854/15616</w:t>
        <w:br/>
        <w:t>f 10471/17856/15617 10470/17857/15617 10469/17858/15618</w:t>
        <w:br/>
        <w:t>f 10472/17859/15618 10471/17856/15617 10469/17858/15618</w:t>
        <w:br/>
        <w:t>f 10474/17860/15619 10473/17861/15620 10462/17849/15611</w:t>
        <w:br/>
        <w:t>f 10463/17848/15611 10474/17860/15619 10462/17849/15611</w:t>
        <w:br/>
        <w:t>f 10476/17862/15621 10458/17846/15610 10459/17845/15610</w:t>
        <w:br/>
        <w:t>f 10475/17863/15622 10476/17862/15621 10459/17845/15610</w:t>
        <w:br/>
        <w:t>f 10472/17859/15618 10469/17858/15618 10478/17864/15623</w:t>
        <w:br/>
        <w:t>f 10477/17865/15624 10472/17859/15618 10478/17864/15623</w:t>
        <w:br/>
        <w:t>f 10468/17855/15614 10480/17866/15625 10479/17867/15625</w:t>
        <w:br/>
        <w:t>f 10467/17852/15614 10468/17855/15614 10479/17867/15625</w:t>
        <w:br/>
        <w:t>f 10484/17868/15626 10483/17869/15626 10482/17870/15627</w:t>
        <w:br/>
        <w:t>f 10481/17871/15627 10484/17868/15626 10482/17870/15627</w:t>
        <w:br/>
        <w:t>f 10488/17872/15628 10487/17873/15629 10486/17874/15629</w:t>
        <w:br/>
        <w:t>f 10485/17875/15630 10488/17872/15628 10486/17874/15629</w:t>
        <w:br/>
        <w:t>f 10492/17876/15631 10491/17877/15632 10490/17878/15632</w:t>
        <w:br/>
        <w:t>f 10489/17879/15631 10492/17876/15631 10490/17878/15632</w:t>
        <w:br/>
        <w:t>f 10496/17880/15633 10495/17881/15634 10494/17882/15635</w:t>
        <w:br/>
        <w:t>f 10493/17883/15635 10496/17880/15633 10494/17882/15635</w:t>
        <w:br/>
        <w:t>f 10379/17769/15543 10498/17884/15636 10497/17885/15637</w:t>
        <w:br/>
        <w:t>f 10382/17766/15540 10379/17769/15543 10497/17885/15637</w:t>
        <w:br/>
        <w:t>f 10500/17886/15638 10499/17887/15639 10395/17783/15557</w:t>
        <w:br/>
        <w:t>f 10397/17785/15559 10500/17886/15638 10395/17783/15557</w:t>
        <w:br/>
        <w:t>f 10502/17888/15640 10492/17876/15631 10489/17879/15631</w:t>
        <w:br/>
        <w:t>f 10501/17889/15641 10502/17888/15640 10489/17879/15631</w:t>
        <w:br/>
        <w:t>f 10505/17890/15642 10504/17891/15643 10503/17892/15643</w:t>
        <w:br/>
        <w:t>f 10506/17893/15644 10505/17890/15642 10503/17892/15643</w:t>
        <w:br/>
        <w:t>f 10381/17767/15541 10508/17894/15645 10507/17895/15646</w:t>
        <w:br/>
        <w:t>f 10380/17768/15542 10381/17767/15541 10507/17895/15646</w:t>
        <w:br/>
        <w:t>f 10504/17891/15643 10495/17881/15634 10496/17880/15633</w:t>
        <w:br/>
        <w:t>f 10503/17892/15643 10504/17891/15643 10496/17880/15633</w:t>
        <w:br/>
        <w:t>f 10396/17782/15556 10510/17896/15647 10509/17897/15648</w:t>
        <w:br/>
        <w:t>f 10398/17784/15558 10396/17782/15556 10509/17897/15648</w:t>
        <w:br/>
        <w:t>f 10512/17898/15649 10511/17899/15650 10490/17878/15632</w:t>
        <w:br/>
        <w:t>f 10491/17877/15632 10512/17898/15649 10490/17878/15632</w:t>
        <w:br/>
        <w:t>f 10516/17900/15651 10515/17901/15652 10514/17902/15653</w:t>
        <w:br/>
        <w:t>f 10513/17903/15653 10516/17900/15651 10514/17902/15653</w:t>
        <w:br/>
        <w:t>f 10520/17904/15654 10519/17905/15655 10518/17906/15656</w:t>
        <w:br/>
        <w:t>f 10517/17907/15657 10520/17904/15654 10518/17906/15656</w:t>
        <w:br/>
        <w:t>f 10414/17801/15575 10411/17800/15574 10521/17908/15658</w:t>
        <w:br/>
        <w:t>f 10522/17909/15659 10414/17801/15575 10521/17908/15658</w:t>
        <w:br/>
        <w:t>f 10430/17816/15589 10524/17910/15660 10523/17911/15661</w:t>
        <w:br/>
        <w:t>f 10431/17819/15592 10430/17816/15589 10523/17911/15661</w:t>
        <w:br/>
        <w:t>f 10513/17903/15653 10514/17902/15653 10525/17912/15662</w:t>
        <w:br/>
        <w:t>f 10526/17913/15662 10513/17903/15653 10525/17912/15662</w:t>
        <w:br/>
        <w:t>f 10530/17914/15663 10529/17915/15664 10528/17916/15665</w:t>
        <w:br/>
        <w:t>f 10527/17917/15666 10530/17914/15663 10528/17916/15665</w:t>
        <w:br/>
        <w:t>f 10529/17915/15664 10530/17914/15663 10518/17906/15656</w:t>
        <w:br/>
        <w:t>f 10519/17905/15655 10529/17915/15664 10518/17906/15656</w:t>
        <w:br/>
        <w:t>f 10429/17817/15590 10432/17818/15591 10532/17918/15667</w:t>
        <w:br/>
        <w:t>f 10531/17919/15667 10429/17817/15590 10532/17918/15667</w:t>
        <w:br/>
        <w:t>f 10516/17900/15651 10534/17920/15668 10533/17921/15669</w:t>
        <w:br/>
        <w:t>f 10515/17901/15652 10516/17900/15651 10533/17921/15669</w:t>
        <w:br/>
        <w:t>f 10537/17922/15670 10536/17923/15671 10535/17924/15672</w:t>
        <w:br/>
        <w:t>f 10538/17925/15673 10537/17922/15670 10535/17924/15672</w:t>
        <w:br/>
        <w:t>f 10541/17926/15674 10540/17927/15674 10539/17928/15675</w:t>
        <w:br/>
        <w:t>f 10542/17929/15675 10541/17926/15674 10539/17928/15675</w:t>
        <w:br/>
        <w:t>f 10546/17930/15676 10545/17931/15677 10544/17932/15678</w:t>
        <w:br/>
        <w:t>f 10543/17933/15676 10546/17930/15676 10544/17932/15678</w:t>
        <w:br/>
        <w:t>f 10549/17934/15679 10548/17935/15679 10547/17936/15680</w:t>
        <w:br/>
        <w:t>f 10550/17937/15681 10549/17934/15679 10547/17936/15680</w:t>
        <w:br/>
        <w:t>f 10553/17938/15682 10552/17939/15683 10551/17940/15684</w:t>
        <w:br/>
        <w:t>f 10554/17941/15685 10553/17938/15682 10551/17940/15684</w:t>
        <w:br/>
        <w:t>f 10556/17942/15686 10555/17943/15686 10481/17871/15627</w:t>
        <w:br/>
        <w:t>f 10482/17870/15627 10556/17942/15686 10481/17871/15627</w:t>
        <w:br/>
        <w:t>f 10551/17940/15684 10552/17939/15683 10557/17944/15687</w:t>
        <w:br/>
        <w:t>f 10558/17945/15687 10551/17940/15684 10557/17944/15687</w:t>
        <w:br/>
        <w:t>f 10483/17869/15626 10484/17868/15626 10559/17946/15688</w:t>
        <w:br/>
        <w:t>f 10560/17947/15689 10483/17869/15626 10559/17946/15688</w:t>
        <w:br/>
        <w:t>f 10564/17948/15690 10563/17949/15691 10562/17950/15692</w:t>
        <w:br/>
        <w:t>f 10561/17951/15693 10564/17948/15690 10562/17950/15692</w:t>
        <w:br/>
        <w:t>f 10568/17952/15674 10567/17953/15694 10566/17954/15695</w:t>
        <w:br/>
        <w:t>f 10565/17955/15696 10568/17952/15674 10566/17954/15695</w:t>
        <w:br/>
        <w:t>f 10572/17956/15697 10571/17957/15698 10570/17958/15699</w:t>
        <w:br/>
        <w:t>f 10569/17959/15700 10572/17956/15697 10570/17958/15699</w:t>
        <w:br/>
        <w:t>f 10576/17960/15701 10575/17961/15702 10574/17962/15702</w:t>
        <w:br/>
        <w:t>f 10573/17963/15701 10576/17960/15701 10574/17962/15702</w:t>
        <w:br/>
        <w:t>f 10580/17964/15703 10579/17965/15704 10578/17966/15705</w:t>
        <w:br/>
        <w:t>f 10577/17967/15706 10580/17964/15703 10578/17966/15705</w:t>
        <w:br/>
        <w:t>f 10487/17873/15629 10582/17968/15707 10581/17969/15708</w:t>
        <w:br/>
        <w:t>f 10486/17874/15629 10487/17873/15629 10581/17969/15708</w:t>
        <w:br/>
        <w:t>f 10584/17970/15709 10583/17971/15710 10558/17945/15687</w:t>
        <w:br/>
        <w:t>f 10557/17944/15687 10584/17970/15709 10558/17945/15687</w:t>
        <w:br/>
        <w:t>f 10577/17967/15706 10578/17966/15705 10586/17972/15711</w:t>
        <w:br/>
        <w:t>f 10585/17973/15712 10577/17967/15706 10586/17972/15711</w:t>
        <w:br/>
        <w:t>f 10549/17934/15679 10574/17962/15702 10575/17961/15702</w:t>
        <w:br/>
        <w:t>f 10548/17935/15679 10549/17934/15679 10575/17961/15702</w:t>
        <w:br/>
        <w:t>f 10590/17974/15713 10589/17975/15713 10588/17976/15714</w:t>
        <w:br/>
        <w:t>f 10587/17977/15715 10590/17974/15713 10588/17976/15714</w:t>
        <w:br/>
        <w:t>f 10591/17978/15716 10488/17872/15628 10485/17875/15630</w:t>
        <w:br/>
        <w:t>f 10592/17979/15716 10591/17978/15716 10485/17875/15630</w:t>
        <w:br/>
        <w:t>f 10588/17976/15714 10564/17948/15690 10561/17951/15693</w:t>
        <w:br/>
        <w:t>f 10587/17977/15715 10588/17976/15714 10561/17951/15693</w:t>
        <w:br/>
        <w:t>f 10594/17980/15717 10593/17981/15717 10535/17924/15672</w:t>
        <w:br/>
        <w:t>f 10536/17923/15671 10594/17980/15717 10535/17924/15672</w:t>
        <w:br/>
        <w:t>f 10539/17928/15675 10596/17982/15718 10595/17983/15718</w:t>
        <w:br/>
        <w:t>f 10542/17929/15675 10539/17928/15675 10595/17983/15718</w:t>
        <w:br/>
        <w:t>f 10493/17883/15635 10494/17882/15635 10368/17755/15529</w:t>
        <w:br/>
        <w:t>f 10369/17754/15528 10493/17883/15635 10368/17755/15529</w:t>
        <w:br/>
        <w:t>f 10371/17761/15535 10372/17760/15534 10497/17885/15637</w:t>
        <w:br/>
        <w:t>f 10498/17884/15636 10371/17761/15535 10497/17885/15637</w:t>
        <w:br/>
        <w:t>f 10499/17887/15639 10500/17886/15638 10375/17763/15537</w:t>
        <w:br/>
        <w:t>f 10376/17762/15536 10499/17887/15639 10375/17763/15537</w:t>
        <w:br/>
        <w:t>f 10377/17765/15539 10378/17764/15538 10502/17888/15640</w:t>
        <w:br/>
        <w:t>f 10501/17889/15641 10377/17765/15539 10502/17888/15640</w:t>
        <w:br/>
        <w:t>f 10384/17772/15546 10385/17771/15545 10505/17890/15642</w:t>
        <w:br/>
        <w:t>f 10506/17893/15644 10384/17772/15546 10505/17890/15642</w:t>
        <w:br/>
        <w:t>f 10507/17895/15646 10508/17894/15645 10387/17776/15550</w:t>
        <w:br/>
        <w:t>f 10388/17775/15549 10507/17895/15646 10387/17776/15550</w:t>
        <w:br/>
        <w:t>f 10510/17896/15647 10391/17779/15553 10392/17778/15552</w:t>
        <w:br/>
        <w:t>f 10509/17897/15648 10510/17896/15647 10392/17778/15552</w:t>
        <w:br/>
        <w:t>f 10512/17898/15649 10393/17781/15555 10394/17780/15554</w:t>
        <w:br/>
        <w:t>f 10511/17899/15650 10512/17898/15649 10394/17780/15554</w:t>
        <w:br/>
        <w:t>f 10517/17907/15657 10401/17786/15560 10402/17789/15563</w:t>
        <w:br/>
        <w:t>f 10520/17904/15654 10517/17907/15657 10402/17789/15563</w:t>
        <w:br/>
        <w:t>f 10405/17791/15565 10522/17909/15659 10521/17908/15658</w:t>
        <w:br/>
        <w:t>f 10404/17792/15566 10405/17791/15565 10521/17908/15658</w:t>
        <w:br/>
        <w:t>f 10524/17910/15660 10408/17794/15568 10407/17795/15569</w:t>
        <w:br/>
        <w:t>f 10523/17911/15661 10524/17910/15660 10407/17795/15569</w:t>
        <w:br/>
        <w:t>f 10525/17912/15662 10409/17796/15570 10410/17797/15571</w:t>
        <w:br/>
        <w:t>f 10526/17913/15662 10525/17912/15662 10410/17797/15571</w:t>
        <w:br/>
        <w:t>f 10528/17916/15665 10415/17805/15579 10416/17804/15578</w:t>
        <w:br/>
        <w:t>f 10527/17917/15666 10528/17916/15665 10416/17804/15578</w:t>
        <w:br/>
        <w:t>f 10422/17806/15580 10425/17813/15586 10426/17812/15586</w:t>
        <w:br/>
        <w:t>f 10421/17807/15581 10422/17806/15580 10426/17812/15586</w:t>
        <w:br/>
        <w:t>f 10531/17919/15667 10532/17918/15667 10423/17811/15585</w:t>
        <w:br/>
        <w:t>f 10424/17810/15584 10531/17919/15667 10423/17811/15585</w:t>
        <w:br/>
        <w:t>f 10533/17921/15669 10534/17920/15668 10427/17814/15587</w:t>
        <w:br/>
        <w:t>f 10428/17815/15588 10533/17921/15669 10427/17814/15587</w:t>
        <w:br/>
        <w:t>f 10436/17823/15593 10546/17930/15676 10543/17933/15676</w:t>
        <w:br/>
        <w:t>f 10435/17820/15593 10436/17823/15593 10543/17933/15676</w:t>
        <w:br/>
        <w:t>f 10440/17827/15598 10437/17826/15597 10550/17937/15681</w:t>
        <w:br/>
        <w:t>f 10547/17936/15680 10440/17827/15598 10550/17937/15681</w:t>
        <w:br/>
        <w:t>f 10554/17941/15685 10442/17830/15601 10443/17829/15600</w:t>
        <w:br/>
        <w:t>f 10553/17938/15682 10554/17941/15685 10443/17829/15600</w:t>
        <w:br/>
        <w:t>f 10555/17943/15686 10556/17942/15686 10446/17833/15602</w:t>
        <w:br/>
        <w:t>f 10447/17832/15602 10555/17943/15686 10446/17833/15602</w:t>
        <w:br/>
        <w:t>f 10560/17947/15689 10559/17946/15688 10449/17837/15605</w:t>
        <w:br/>
        <w:t>f 10450/17836/15604 10560/17947/15689 10449/17837/15605</w:t>
        <w:br/>
        <w:t>f 10563/17949/15691 10451/17838/15606 10452/17839/15606</w:t>
        <w:br/>
        <w:t>f 10562/17950/15692 10563/17949/15691 10452/17839/15606</w:t>
        <w:br/>
        <w:t>f 10565/17955/15696 10566/17954/15695 10453/17841/15607</w:t>
        <w:br/>
        <w:t>f 10454/17840/15607 10565/17955/15696 10453/17841/15607</w:t>
        <w:br/>
        <w:t>f 10569/17959/15700 10455/17842/15608 10456/17843/15608</w:t>
        <w:br/>
        <w:t>f 10572/17956/15697 10569/17959/15700 10456/17843/15608</w:t>
        <w:br/>
        <w:t>f 10457/17847/15609 10576/17960/15701 10573/17963/15701</w:t>
        <w:br/>
        <w:t>f 10460/17844/15609 10457/17847/15609 10573/17963/15701</w:t>
        <w:br/>
        <w:t>f 10464/17851/15613 10461/17850/15612 10579/17965/15704</w:t>
        <w:br/>
        <w:t>f 10580/17964/15703 10464/17851/15613 10579/17965/15704</w:t>
        <w:br/>
        <w:t>f 10582/17968/15707 10465/17854/15616 10466/17853/15615</w:t>
        <w:br/>
        <w:t>f 10581/17969/15708 10582/17968/15707 10466/17853/15615</w:t>
        <w:br/>
        <w:t>f 10470/17857/15617 10471/17856/15617 10583/17971/15710</w:t>
        <w:br/>
        <w:t>f 10584/17970/15709 10470/17857/15617 10583/17971/15710</w:t>
        <w:br/>
        <w:t>f 10473/17861/15620 10474/17860/15619 10589/17975/15713</w:t>
        <w:br/>
        <w:t>f 10590/17974/15713 10473/17861/15620 10589/17975/15713</w:t>
        <w:br/>
        <w:t>f 10475/17863/15622 10591/17978/15716 10592/17979/15716</w:t>
        <w:br/>
        <w:t>f 10476/17862/15621 10475/17863/15622 10592/17979/15716</w:t>
        <w:br/>
        <w:t>f 10477/17865/15624 10478/17864/15623 10593/17981/15717</w:t>
        <w:br/>
        <w:t>f 10594/17980/15717 10477/17865/15624 10593/17981/15717</w:t>
        <w:br/>
        <w:t>f 10596/17982/15718 10479/17867/15625 10480/17866/15625</w:t>
        <w:br/>
        <w:t>f 10595/17983/15718 10596/17982/15718 10480/17866/15625</w:t>
        <w:br/>
        <w:t>f 10600/17984/15719 10599/17985/15720 10598/17986/15721</w:t>
        <w:br/>
        <w:t>f 10597/17987/15722 10600/17984/15719 10598/17986/15721</w:t>
        <w:br/>
        <w:t>f 10604/17988/15723 10603/17989/15724 10602/17990/15725</w:t>
        <w:br/>
        <w:t>f 10601/17991/15726 10604/17988/15723 10602/17990/15725</w:t>
        <w:br/>
        <w:t>f 10608/17992/15723 10607/17993/15727 10606/17994/15723</w:t>
        <w:br/>
        <w:t>f 10605/17995/15719 10608/17992/15723 10606/17994/15723</w:t>
        <w:br/>
        <w:t>f 10612/17996/15723 10611/17997/15728 10610/17998/15729</w:t>
        <w:br/>
        <w:t>f 10609/17999/15730 10612/17996/15723 10610/17998/15729</w:t>
        <w:br/>
        <w:t>f 10615/18000/15731 10614/18001/15732 10613/18002/15733</w:t>
        <w:br/>
        <w:t>f 10616/18003/15734 10615/18000/15731 10613/18002/15733</w:t>
        <w:br/>
        <w:t>f 10619/18004/15735 10618/18005/15734 10617/18006/15736</w:t>
        <w:br/>
        <w:t>f 10620/18007/15737 10619/18004/15735 10617/18006/15736</w:t>
        <w:br/>
        <w:t>f 10624/18008/15732 10623/18009/15738 10622/18010/15739</w:t>
        <w:br/>
        <w:t>f 10621/18011/15740 10624/18008/15732 10622/18010/15739</w:t>
        <w:br/>
        <w:t>f 10628/18012/15741 10627/18013/15734 10626/18014/15738</w:t>
        <w:br/>
        <w:t>f 10625/18015/15736 10628/18012/15741 10626/18014/15738</w:t>
        <w:br/>
        <w:t>f 10632/18016/15742 10631/18017/15743 10630/18018/15744</w:t>
        <w:br/>
        <w:t>f 10629/18019/15745 10632/18016/15742 10630/18018/15744</w:t>
        <w:br/>
        <w:t>f 10636/18020/15746 10635/18021/15747 10634/18022/15748</w:t>
        <w:br/>
        <w:t>f 10633/18023/15746 10636/18020/15746 10634/18022/15748</w:t>
        <w:br/>
        <w:t>f 10639/18024/15749 10638/18025/15750 10637/18026/15751</w:t>
        <w:br/>
        <w:t>f 10640/18027/15752 10639/18024/15749 10637/18026/15751</w:t>
        <w:br/>
        <w:t>f 10644/18028/15753 10643/18029/15754 10642/18030/15755</w:t>
        <w:br/>
        <w:t>f 10641/18031/15756 10644/18028/15753 10642/18030/15755</w:t>
        <w:br/>
        <w:t>f 10648/18032/15757 10647/18033/15758 10646/18034/15759</w:t>
        <w:br/>
        <w:t>f 10645/18035/15760 10648/18032/15757 10646/18034/15759</w:t>
        <w:br/>
        <w:t>f 10652/18036/15761 10651/18037/15762 10650/18038/15763</w:t>
        <w:br/>
        <w:t>f 10649/18039/15764 10652/18036/15761 10650/18038/15763</w:t>
        <w:br/>
        <w:t>f 10655/18040/15765 10654/18041/15766 10653/18042/15767</w:t>
        <w:br/>
        <w:t>f 10656/18043/15768 10655/18040/15765 10653/18042/15767</w:t>
        <w:br/>
        <w:t>f 10660/18044/15769 10659/18045/15770 10658/18046/15771</w:t>
        <w:br/>
        <w:t>f 10657/18047/15771 10660/18044/15769 10658/18046/15771</w:t>
        <w:br/>
        <w:t>f 10662/18048/15719 10600/17984/15719 10597/17987/15722</w:t>
        <w:br/>
        <w:t>f 10661/18049/15772 10662/18048/15719 10597/17987/15722</w:t>
        <w:br/>
        <w:t>f 10598/17986/15721 10599/17985/15720 10663/18050/15773</w:t>
        <w:br/>
        <w:t>f 10664/18051/15774 10598/17986/15721 10663/18050/15773</w:t>
        <w:br/>
        <w:t>f 10601/17991/15726 10602/17990/15725 10666/18052/15775</w:t>
        <w:br/>
        <w:t>f 10665/18053/15723 10601/17991/15726 10666/18052/15775</w:t>
        <w:br/>
        <w:t>f 10667/18054/15776 10603/17989/15724 10604/17988/15723</w:t>
        <w:br/>
        <w:t>f 10668/18055/15723 10667/18054/15776 10604/17988/15723</w:t>
        <w:br/>
        <w:t>f 10616/18003/15734 10613/18002/15733 10669/18056/15734</w:t>
        <w:br/>
        <w:t>f 10670/18057/15734 10616/18003/15734 10669/18056/15734</w:t>
        <w:br/>
        <w:t>f 10672/18058/15734 10614/18001/15732 10615/18000/15731</w:t>
        <w:br/>
        <w:t>f 10671/18059/15736 10672/18058/15734 10615/18000/15731</w:t>
        <w:br/>
        <w:t>f 10674/18060/15777 10617/18006/15736 10618/18005/15734</w:t>
        <w:br/>
        <w:t>f 10673/18061/15778 10674/18060/15777 10618/18005/15734</w:t>
        <w:br/>
        <w:t>f 10676/18062/15736 10675/18063/15779 10619/18004/15735</w:t>
        <w:br/>
        <w:t>f 10620/18007/15737 10676/18062/15736 10619/18004/15735</w:t>
        <w:br/>
        <w:t>f 10678/18064/15780 10629/18019/15745 10630/18018/15744</w:t>
        <w:br/>
        <w:t>f 10677/18065/15781 10678/18064/15780 10630/18018/15744</w:t>
        <w:br/>
        <w:t>f 10680/18066/15782 10679/18067/15783 10631/18017/15743</w:t>
        <w:br/>
        <w:t>f 10632/18016/15742 10680/18066/15782 10631/18017/15743</w:t>
        <w:br/>
        <w:t>f 10681/18068/15784 10634/18022/15748 10635/18021/15747</w:t>
        <w:br/>
        <w:t>f 10682/18069/15785 10681/18068/15784 10635/18021/15747</w:t>
        <w:br/>
        <w:t>f 10686/18070/15786 10685/18071/15787 10684/18072/15788</w:t>
        <w:br/>
        <w:t>f 10683/18073/15786 10686/18070/15786 10684/18072/15788</w:t>
        <w:br/>
        <w:t>f 10687/18074/15789 10638/18025/15750 10639/18024/15749</w:t>
        <w:br/>
        <w:t>f 10688/18075/15790 10687/18074/15789 10639/18024/15749</w:t>
        <w:br/>
        <w:t>f 10637/18026/15751 10690/18076/15791 10689/18077/15792</w:t>
        <w:br/>
        <w:t>f 10640/18027/15752 10637/18026/15751 10689/18077/15792</w:t>
        <w:br/>
        <w:t>f 10692/18078/15793 10691/18079/15794 10642/18030/15755</w:t>
        <w:br/>
        <w:t>f 10643/18029/15754 10692/18078/15793 10642/18030/15755</w:t>
        <w:br/>
        <w:t>f 10696/18080/15795 10695/18081/15796 10694/18082/15797</w:t>
        <w:br/>
        <w:t>f 10693/18083/15756 10696/18080/15795 10694/18082/15797</w:t>
        <w:br/>
        <w:t>f 10662/18048/15719 10661/18049/15772 10611/17997/15728</w:t>
        <w:br/>
        <w:t>f 10612/17996/15723 10662/18048/15719 10611/17997/15728</w:t>
        <w:br/>
        <w:t>f 10607/17993/15727 10664/18051/15774 10663/18050/15773</w:t>
        <w:br/>
        <w:t>f 10606/17994/15723 10607/17993/15727 10663/18050/15773</w:t>
        <w:br/>
        <w:t>f 10666/18052/15775 10609/17999/15730 10610/17998/15729</w:t>
        <w:br/>
        <w:t>f 10665/18053/15723 10666/18052/15775 10610/17998/15729</w:t>
        <w:br/>
        <w:t>f 10608/17992/15723 10605/17995/15719 10667/18054/15776</w:t>
        <w:br/>
        <w:t>f 10668/18055/15723 10608/17992/15723 10667/18054/15776</w:t>
        <w:br/>
        <w:t>f 10669/18056/15734 10626/18014/15738 10627/18013/15734</w:t>
        <w:br/>
        <w:t>f 10670/18057/15734 10669/18056/15734 10627/18013/15734</w:t>
        <w:br/>
        <w:t>f 10623/18009/15738 10624/18008/15732 10672/18058/15734</w:t>
        <w:br/>
        <w:t>f 10671/18059/15736 10623/18009/15738 10672/18058/15734</w:t>
        <w:br/>
        <w:t>f 10628/18012/15741 10625/18015/15736 10674/18060/15777</w:t>
        <w:br/>
        <w:t>f 10673/18061/15778 10628/18012/15741 10674/18060/15777</w:t>
        <w:br/>
        <w:t>f 10676/18062/15736 10621/18011/15740 10622/18010/15739</w:t>
        <w:br/>
        <w:t>f 10675/18063/15779 10676/18062/15736 10622/18010/15739</w:t>
        <w:br/>
        <w:t>f 10677/18065/15781 10653/18042/15767 10654/18041/15766</w:t>
        <w:br/>
        <w:t>f 10678/18064/15780 10677/18065/15781 10654/18041/15766</w:t>
        <w:br/>
        <w:t>f 10679/18067/15783 10680/18066/15782 10652/18036/15761</w:t>
        <w:br/>
        <w:t>f 10649/18039/15764 10679/18067/15783 10652/18036/15761</w:t>
        <w:br/>
        <w:t>f 10681/18068/15784 10682/18069/15785 10647/18033/15758</w:t>
        <w:br/>
        <w:t>f 10648/18032/15757 10681/18068/15784 10647/18033/15758</w:t>
        <w:br/>
        <w:t>f 10684/18072/15788 10685/18071/15787 10657/18047/15771</w:t>
        <w:br/>
        <w:t>f 10658/18046/15771 10684/18072/15788 10657/18047/15771</w:t>
        <w:br/>
        <w:t>f 10687/18074/15789 10688/18075/15790 10659/18045/15770</w:t>
        <w:br/>
        <w:t>f 10660/18044/15769 10687/18074/15789 10659/18045/15770</w:t>
        <w:br/>
        <w:t>f 10645/18035/15760 10646/18034/15759 10689/18077/15792</w:t>
        <w:br/>
        <w:t>f 10690/18076/15791 10645/18035/15760 10689/18077/15792</w:t>
        <w:br/>
        <w:t>f 10691/18079/15794 10692/18078/15793 10650/18038/15763</w:t>
        <w:br/>
        <w:t>f 10651/18037/15762 10691/18079/15794 10650/18038/15763</w:t>
        <w:br/>
        <w:t>f 10695/18081/15796 10655/18040/15765 10656/18043/15768</w:t>
        <w:br/>
        <w:t>f 10694/18082/15797 10695/18081/15796 10656/18043/15768</w:t>
        <w:br/>
        <w:t>f 10699/18084/15798 10698/18085/15799 10697/18086/15800</w:t>
        <w:br/>
        <w:t>f 10700/18087/15801 10699/18084/15798 10697/18086/15800</w:t>
        <w:br/>
        <w:t>f 10704/18088/15802 10703/18089/15803 10702/18090/15804</w:t>
        <w:br/>
        <w:t>f 10701/18091/15805 10704/18088/15802 10702/18090/15804</w:t>
        <w:br/>
        <w:t>f 10700/18087/15801 10706/18092/15806 10705/18093/15806</w:t>
        <w:br/>
        <w:t>f 10699/18084/15798 10700/18087/15801 10705/18093/15806</w:t>
        <w:br/>
        <w:t>f 10708/18094/15807 10704/18088/15802 10701/18091/15805</w:t>
        <w:br/>
        <w:t>f 10707/18095/15808 10708/18094/15807 10701/18091/15805</w:t>
        <w:br/>
        <w:t>f 10712/18096/15809 10711/18097/15810 10710/18098/15811</w:t>
        <w:br/>
        <w:t>f 10709/18099/15812 10712/18096/15809 10710/18098/15811</w:t>
        <w:br/>
        <w:t>f 10716/18100/15813 10715/18101/15814 10714/18102/15815</w:t>
        <w:br/>
        <w:t>f 10713/18103/15816 10716/18100/15813 10714/18102/15815</w:t>
        <w:br/>
        <w:t>f 10719/18104/15817 10718/18105/15818 10717/18106/15819</w:t>
        <w:br/>
        <w:t>f 10720/18107/15820 10719/18104/15817 10717/18106/15819</w:t>
        <w:br/>
        <w:t>f 10722/18108/15821 10715/18101/15814 10716/18100/15813</w:t>
        <w:br/>
        <w:t>f 10721/18109/15822 10722/18108/15821 10716/18100/15813</w:t>
        <w:br/>
        <w:t>f 10717/18106/15819 10724/18110/15823 10723/18111/15823</w:t>
        <w:br/>
        <w:t>f 10720/18107/15820 10717/18106/15819 10723/18111/15823</w:t>
        <w:br/>
        <w:t>f 10711/18097/15810 10726/18112/15824 10725/18113/15825</w:t>
        <w:br/>
        <w:t>f 10710/18098/15811 10711/18097/15810 10725/18113/15825</w:t>
        <w:br/>
        <w:t>f 10726/18112/15824 10728/18114/15826 10727/18115/15827</w:t>
        <w:br/>
        <w:t>f 10725/18113/15825 10726/18112/15824 10727/18115/15827</w:t>
        <w:br/>
        <w:t>f 10731/18116/15828 10730/18117/15829 10729/18118/15830</w:t>
        <w:br/>
        <w:t>f 10732/18119/15831 10731/18116/15828 10729/18118/15830</w:t>
        <w:br/>
        <w:t>f 10736/18120/15832 10735/18121/15832 10734/18122/15833</w:t>
        <w:br/>
        <w:t>f 10733/18123/15833 10736/18120/15832 10734/18122/15833</w:t>
        <w:br/>
        <w:t>f 10738/18124/15834 10737/18125/15835 10730/18117/15829</w:t>
        <w:br/>
        <w:t>f 10731/18116/15828 10738/18124/15834 10730/18117/15829</w:t>
        <w:br/>
        <w:t>f 10735/18121/15832 10736/18120/15832 10739/18126/15836</w:t>
        <w:br/>
        <w:t>f 10740/18127/15837 10735/18121/15832 10739/18126/15836</w:t>
        <w:br/>
        <w:t>f 10743/18128/15838 10742/18129/15839 10741/18130/15840</w:t>
        <w:br/>
        <w:t>f 10744/18131/15841 10743/18128/15838 10741/18130/15840</w:t>
        <w:br/>
        <w:t>f 10748/18132/15842 10747/18133/15843 10746/18134/15844</w:t>
        <w:br/>
        <w:t>f 10745/18135/15845 10748/18132/15842 10746/18134/15844</w:t>
        <w:br/>
        <w:t>f 10752/18136/15846 10751/18137/15847 10750/18138/15847</w:t>
        <w:br/>
        <w:t>f 10749/18139/15848 10752/18136/15846 10750/18138/15847</w:t>
        <w:br/>
        <w:t>f 10748/18132/15842 10745/18135/15845 10754/18140/15849</w:t>
        <w:br/>
        <w:t>f 10753/18141/15849 10748/18132/15842 10754/18140/15849</w:t>
        <w:br/>
        <w:t>f 10742/18129/15839 10756/18142/15850 10755/18143/15851</w:t>
        <w:br/>
        <w:t>f 10741/18130/15840 10742/18129/15839 10755/18143/15851</w:t>
        <w:br/>
        <w:t>f 10750/18138/15847 10751/18137/15847 10757/18144/15852</w:t>
        <w:br/>
        <w:t>f 10758/18145/15853 10750/18138/15847 10757/18144/15852</w:t>
        <w:br/>
        <w:t>f 10760/18146/15854 10759/18147/15855 10744/18131/15841</w:t>
        <w:br/>
        <w:t>f 10741/18130/15840 10760/18146/15854 10744/18131/15841</w:t>
        <w:br/>
        <w:t>f 10762/18148/15856 10761/18149/15857 10759/18147/15855</w:t>
        <w:br/>
        <w:t>f 10760/18146/15854 10762/18148/15856 10759/18147/15855</w:t>
        <w:br/>
        <w:t>f 10765/18150/15858 10764/18151/15859 10763/18152/15860</w:t>
        <w:br/>
        <w:t>f 10766/18153/15860 10765/18150/15858 10763/18152/15860</w:t>
        <w:br/>
        <w:t>f 10769/18154/15861 10768/18155/15862 10767/18156/15862</w:t>
        <w:br/>
        <w:t>f 10770/18157/15863 10769/18154/15861 10767/18156/15862</w:t>
        <w:br/>
        <w:t>f 10774/18158/15864 10773/18159/15865 10772/18160/15866</w:t>
        <w:br/>
        <w:t>f 10771/18161/15867 10774/18158/15864 10772/18160/15866</w:t>
        <w:br/>
        <w:t>f 10777/18162/15868 10776/18163/15869 10775/18164/15870</w:t>
        <w:br/>
        <w:t>f 10778/18165/15868 10777/18162/15868 10775/18164/15870</w:t>
        <w:br/>
        <w:t>f 10780/18166/15871 10767/18156/15862 10768/18155/15862</w:t>
        <w:br/>
        <w:t>f 10779/18167/15872 10780/18166/15871 10768/18155/15862</w:t>
        <w:br/>
        <w:t>f 10764/18151/15859 10765/18150/15858 10781/18168/15873</w:t>
        <w:br/>
        <w:t>f 10782/18169/15873 10764/18151/15859 10781/18168/15873</w:t>
        <w:br/>
        <w:t>f 10778/18165/15868 10784/18170/15874 10783/18171/15874</w:t>
        <w:br/>
        <w:t>f 10777/18162/15868 10778/18165/15868 10783/18171/15874</w:t>
        <w:br/>
        <w:t>f 10773/18159/15865 10774/18158/15864 10785/18172/15875</w:t>
        <w:br/>
        <w:t>f 10786/18173/15876 10773/18159/15865 10785/18172/15875</w:t>
        <w:br/>
        <w:t>f 10790/18174/15877 10789/18175/15877 10788/18176/15878</w:t>
        <w:br/>
        <w:t>f 10787/18177/15879 10790/18174/15877 10788/18176/15878</w:t>
        <w:br/>
        <w:t>f 10793/18178/15880 10792/18179/15881 10791/18180/15882</w:t>
        <w:br/>
        <w:t>f 10794/18181/15883 10793/18178/15880 10791/18180/15882</w:t>
        <w:br/>
        <w:t>f 10797/18182/15884 10796/18183/15885 10795/18184/15886</w:t>
        <w:br/>
        <w:t>f 10798/18185/15886 10797/18182/15884 10795/18184/15886</w:t>
        <w:br/>
        <w:t>f 10801/18186/15887 10800/18187/15888 10799/18188/15888</w:t>
        <w:br/>
        <w:t>f 10802/18189/15887 10801/18186/15887 10799/18188/15888</w:t>
        <w:br/>
        <w:t>f 10792/18179/15881 10804/18190/15889 10803/18191/15889</w:t>
        <w:br/>
        <w:t>f 10791/18180/15882 10792/18179/15881 10803/18191/15889</w:t>
        <w:br/>
        <w:t>f 10806/18192/15890 10805/18193/15891 10787/18177/15879</w:t>
        <w:br/>
        <w:t>f 10788/18176/15878 10806/18192/15890 10787/18177/15879</w:t>
        <w:br/>
        <w:t>f 10802/18189/15887 10808/18194/15892 10807/18195/15893</w:t>
        <w:br/>
        <w:t>f 10801/18186/15887 10802/18189/15887 10807/18195/15893</w:t>
        <w:br/>
        <w:t>f 10798/18185/15886 10795/18184/15886 10810/18196/15894</w:t>
        <w:br/>
        <w:t>f 10809/18197/15895 10798/18185/15886 10810/18196/15894</w:t>
        <w:br/>
        <w:t>f 10814/18198/15896 10813/18199/15897 10812/18200/15897</w:t>
        <w:br/>
        <w:t>f 10811/18201/15896 10814/18198/15896 10812/18200/15897</w:t>
        <w:br/>
        <w:t>f 10818/18202/15898 10817/18203/15898 10816/18204/15899</w:t>
        <w:br/>
        <w:t>f 10815/18205/15899 10818/18202/15898 10816/18204/15899</w:t>
        <w:br/>
        <w:t>f 10822/18206/15900 10821/18207/15901 10820/18208/15902</w:t>
        <w:br/>
        <w:t>f 10819/18209/15903 10822/18206/15900 10820/18208/15902</w:t>
        <w:br/>
        <w:t>f 10826/18210/15904 10825/18211/15905 10824/18212/15906</w:t>
        <w:br/>
        <w:t>f 10823/18213/15907 10826/18210/15904 10824/18212/15906</w:t>
        <w:br/>
        <w:t>f 10828/18214/15908 10827/18215/15909 10711/18097/15810</w:t>
        <w:br/>
        <w:t>f 10712/18096/15809 10828/18214/15908 10711/18097/15810</w:t>
        <w:br/>
        <w:t>f 10830/18216/15910 10728/18114/15826 10726/18112/15824</w:t>
        <w:br/>
        <w:t>f 10829/18217/15911 10830/18216/15910 10726/18112/15824</w:t>
        <w:br/>
        <w:t>f 10832/18218/15912 10831/18219/15913 10821/18207/15901</w:t>
        <w:br/>
        <w:t>f 10822/18206/15900 10832/18218/15912 10821/18207/15901</w:t>
        <w:br/>
        <w:t>f 10835/18220/15914 10834/18221/15914 10833/18222/15915</w:t>
        <w:br/>
        <w:t>f 10836/18223/15915 10835/18220/15914 10833/18222/15915</w:t>
        <w:br/>
        <w:t>f 10838/18224/15916 10837/18225/15917 10709/18099/15812</w:t>
        <w:br/>
        <w:t>f 10710/18098/15811 10838/18224/15916 10709/18099/15812</w:t>
        <w:br/>
        <w:t>f 10826/18210/15904 10823/18213/15907 10834/18221/15914</w:t>
        <w:br/>
        <w:t>f 10835/18220/15914 10826/18210/15904 10834/18221/15914</w:t>
        <w:br/>
        <w:t>f 10840/18226/15918 10839/18227/15919 10725/18113/15825</w:t>
        <w:br/>
        <w:t>f 10727/18115/15827 10840/18226/15918 10725/18113/15825</w:t>
        <w:br/>
        <w:t>f 10842/18228/15920 10819/18209/15903 10820/18208/15902</w:t>
        <w:br/>
        <w:t>f 10841/18229/15921 10842/18228/15920 10820/18208/15902</w:t>
        <w:br/>
        <w:t>f 10846/18230/15922 10845/18231/15923 10844/18232/15923</w:t>
        <w:br/>
        <w:t>f 10843/18233/15924 10846/18230/15922 10844/18232/15923</w:t>
        <w:br/>
        <w:t>f 10850/18234/15925 10849/18235/15926 10848/18236/15927</w:t>
        <w:br/>
        <w:t>f 10847/18237/15928 10850/18234/15925 10848/18236/15927</w:t>
        <w:br/>
        <w:t>f 10851/18238/15929 10743/18128/15838 10744/18131/15841</w:t>
        <w:br/>
        <w:t>f 10852/18239/15930 10851/18238/15929 10744/18131/15841</w:t>
        <w:br/>
        <w:t>f 10759/18147/15855 10761/18149/15857 10854/18240/15931</w:t>
        <w:br/>
        <w:t>f 10853/18241/15932 10759/18147/15855 10854/18240/15931</w:t>
        <w:br/>
        <w:t>f 10855/18242/15933 10844/18232/15923 10845/18231/15923</w:t>
        <w:br/>
        <w:t>f 10856/18243/15934 10855/18242/15933 10845/18231/15923</w:t>
        <w:br/>
        <w:t>f 10860/18244/15935 10859/18245/15936 10858/18246/15937</w:t>
        <w:br/>
        <w:t>f 10857/18247/15935 10860/18244/15935 10858/18246/15937</w:t>
        <w:br/>
        <w:t>f 10857/18247/15935 10847/18237/15928 10848/18236/15927</w:t>
        <w:br/>
        <w:t>f 10860/18244/15935 10857/18247/15935 10848/18236/15927</w:t>
        <w:br/>
        <w:t>f 10760/18146/15854 10862/18248/15938 10861/18249/15939</w:t>
        <w:br/>
        <w:t>f 10762/18148/15856 10760/18146/15854 10861/18249/15939</w:t>
        <w:br/>
        <w:t>f 10864/18250/15940 10863/18251/15941 10846/18230/15922</w:t>
        <w:br/>
        <w:t>f 10843/18233/15924 10864/18250/15940 10846/18230/15922</w:t>
        <w:br/>
        <w:t>f 10867/18252/15942 10866/18253/15942 10865/18254/15943</w:t>
        <w:br/>
        <w:t>f 10868/18255/15943 10867/18252/15942 10865/18254/15943</w:t>
        <w:br/>
        <w:t>f 10871/18256/15944 10870/18257/15945 10869/18258/15945</w:t>
        <w:br/>
        <w:t>f 10872/18259/15946 10871/18256/15944 10869/18258/15945</w:t>
        <w:br/>
        <w:t>f 10876/18260/15947 10875/18261/15947 10874/18262/15948</w:t>
        <w:br/>
        <w:t>f 10873/18263/15949 10876/18260/15947 10874/18262/15948</w:t>
        <w:br/>
        <w:t>f 10879/18264/15950 10878/18265/15951 10877/18266/15952</w:t>
        <w:br/>
        <w:t>f 10880/18267/15953 10879/18264/15950 10877/18266/15952</w:t>
        <w:br/>
        <w:t>f 10883/18268/15954 10882/18269/15955 10881/18270/15956</w:t>
        <w:br/>
        <w:t>f 10884/18271/15957 10883/18268/15954 10881/18270/15956</w:t>
        <w:br/>
        <w:t>f 10813/18199/15897 10886/18272/15958 10885/18273/15958</w:t>
        <w:br/>
        <w:t>f 10812/18200/15897 10813/18199/15897 10885/18273/15958</w:t>
        <w:br/>
        <w:t>f 10887/18274/15959 10882/18269/15955 10883/18268/15954</w:t>
        <w:br/>
        <w:t>f 10888/18275/15959 10887/18274/15959 10883/18268/15954</w:t>
        <w:br/>
        <w:t>f 10889/18276/15960 10814/18198/15896 10811/18201/15896</w:t>
        <w:br/>
        <w:t>f 10890/18277/15960 10889/18276/15960 10811/18201/15896</w:t>
        <w:br/>
        <w:t>f 10894/18278/15961 10893/18279/15961 10892/18280/15962</w:t>
        <w:br/>
        <w:t>f 10891/18281/15963 10894/18278/15961 10892/18280/15962</w:t>
        <w:br/>
        <w:t>f 10898/18282/15964 10897/18283/15965 10896/18284/15966</w:t>
        <w:br/>
        <w:t>f 10895/18285/15967 10898/18282/15964 10896/18284/15966</w:t>
        <w:br/>
        <w:t>f 10902/18286/15968 10901/18287/15969 10900/18288/15970</w:t>
        <w:br/>
        <w:t>f 10899/18289/15943 10902/18286/15968 10900/18288/15970</w:t>
        <w:br/>
        <w:t>f 10906/18290/15971 10905/18291/15972 10904/18292/15973</w:t>
        <w:br/>
        <w:t>f 10903/18293/15973 10906/18290/15971 10904/18292/15973</w:t>
        <w:br/>
        <w:t>f 10910/18294/15974 10909/18295/15975 10908/18296/15976</w:t>
        <w:br/>
        <w:t>f 10907/18297/15974 10910/18294/15974 10908/18296/15976</w:t>
        <w:br/>
        <w:t>f 10912/18298/15977 10911/18299/15978 10815/18205/15899</w:t>
        <w:br/>
        <w:t>f 10816/18204/15899 10912/18298/15977 10815/18205/15899</w:t>
        <w:br/>
        <w:t>f 10888/18275/15959 10914/18300/15979 10913/18301/15980</w:t>
        <w:br/>
        <w:t>f 10887/18274/15959 10888/18275/15959 10913/18301/15980</w:t>
        <w:br/>
        <w:t>f 10909/18295/15975 10916/18302/15981 10915/18303/15982</w:t>
        <w:br/>
        <w:t>f 10908/18296/15976 10909/18295/15975 10915/18303/15982</w:t>
        <w:br/>
        <w:t>f 10877/18266/15952 10878/18265/15951 10903/18293/15973</w:t>
        <w:br/>
        <w:t>f 10904/18292/15973 10877/18266/15952 10903/18293/15973</w:t>
        <w:br/>
        <w:t>f 10920/18304/15983 10919/18305/15984 10918/18306/15985</w:t>
        <w:br/>
        <w:t>f 10917/18307/15986 10920/18304/15983 10918/18306/15985</w:t>
        <w:br/>
        <w:t>f 10817/18203/15898 10818/18202/15898 10921/18308/15987</w:t>
        <w:br/>
        <w:t>f 10922/18309/15988 10817/18203/15898 10921/18308/15987</w:t>
        <w:br/>
        <w:t>f 10918/18306/15985 10919/18305/15984 10893/18279/15961</w:t>
        <w:br/>
        <w:t>f 10894/18278/15961 10918/18306/15985 10893/18279/15961</w:t>
        <w:br/>
        <w:t>f 10867/18252/15942 10924/18310/15989 10923/18311/15989</w:t>
        <w:br/>
        <w:t>f 10866/18253/15942 10867/18252/15942 10923/18311/15989</w:t>
        <w:br/>
        <w:t>f 10871/18256/15944 10872/18259/15946 10926/18312/15990</w:t>
        <w:br/>
        <w:t>f 10925/18313/15990 10871/18256/15944 10926/18312/15990</w:t>
        <w:br/>
        <w:t>f 10825/18211/15905 10697/18086/15800 10698/18085/15799</w:t>
        <w:br/>
        <w:t>f 10824/18212/15906 10825/18211/15905 10698/18085/15799</w:t>
        <w:br/>
        <w:t>f 10828/18214/15908 10702/18090/15804 10703/18089/15803</w:t>
        <w:br/>
        <w:t>f 10827/18215/15909 10828/18214/15908 10703/18089/15803</w:t>
        <w:br/>
        <w:t>f 10829/18217/15911 10705/18093/15806 10706/18092/15806</w:t>
        <w:br/>
        <w:t>f 10830/18216/15910 10829/18217/15911 10706/18092/15806</w:t>
        <w:br/>
        <w:t>f 10707/18095/15808 10831/18219/15913 10832/18218/15912</w:t>
        <w:br/>
        <w:t>f 10708/18094/15807 10707/18095/15808 10832/18218/15912</w:t>
        <w:br/>
        <w:t>f 10714/18102/15815 10836/18223/15915 10833/18222/15915</w:t>
        <w:br/>
        <w:t>f 10713/18103/15816 10714/18102/15815 10833/18222/15915</w:t>
        <w:br/>
        <w:t>f 10719/18104/15817 10837/18225/15917 10838/18224/15916</w:t>
        <w:br/>
        <w:t>f 10718/18105/15818 10719/18104/15817 10838/18224/15916</w:t>
        <w:br/>
        <w:t>f 10839/18227/15919 10840/18226/15918 10722/18108/15821</w:t>
        <w:br/>
        <w:t>f 10721/18109/15822 10839/18227/15919 10722/18108/15821</w:t>
        <w:br/>
        <w:t>f 10723/18111/15823 10724/18110/15823 10842/18228/15920</w:t>
        <w:br/>
        <w:t>f 10841/18229/15921 10723/18111/15823 10842/18228/15920</w:t>
        <w:br/>
        <w:t>f 10849/18235/15926 10850/18234/15925 10732/18119/15831</w:t>
        <w:br/>
        <w:t>f 10729/18118/15830 10849/18235/15926 10732/18119/15831</w:t>
        <w:br/>
        <w:t>f 10851/18238/15929 10852/18239/15930 10733/18123/15833</w:t>
        <w:br/>
        <w:t>f 10734/18122/15833 10851/18238/15929 10733/18123/15833</w:t>
        <w:br/>
        <w:t>f 10853/18241/15932 10854/18240/15931 10737/18125/15835</w:t>
        <w:br/>
        <w:t>f 10738/18124/15834 10853/18241/15932 10737/18125/15835</w:t>
        <w:br/>
        <w:t>f 10855/18242/15933 10856/18243/15934 10740/18127/15837</w:t>
        <w:br/>
        <w:t>f 10739/18126/15836 10855/18242/15933 10740/18127/15837</w:t>
        <w:br/>
        <w:t>f 10746/18134/15844 10747/18133/15843 10858/18246/15937</w:t>
        <w:br/>
        <w:t>f 10859/18245/15936 10746/18134/15844 10858/18246/15937</w:t>
        <w:br/>
        <w:t>f 10755/18143/15851 10756/18142/15850 10752/18136/15846</w:t>
        <w:br/>
        <w:t>f 10749/18139/15848 10755/18143/15851 10752/18136/15846</w:t>
        <w:br/>
        <w:t>f 10862/18248/15938 10753/18141/15849 10754/18140/15849</w:t>
        <w:br/>
        <w:t>f 10861/18249/15939 10862/18248/15938 10754/18140/15849</w:t>
        <w:br/>
        <w:t>f 10864/18250/15940 10758/18145/15853 10757/18144/15852</w:t>
        <w:br/>
        <w:t>f 10863/18251/15941 10864/18250/15940 10757/18144/15852</w:t>
        <w:br/>
        <w:t>f 10766/18153/15860 10763/18152/15860 10875/18261/15947</w:t>
        <w:br/>
        <w:t>f 10876/18260/15947 10766/18153/15860 10875/18261/15947</w:t>
        <w:br/>
        <w:t>f 10770/18157/15863 10879/18264/15950 10880/18267/15953</w:t>
        <w:br/>
        <w:t>f 10769/18154/15861 10770/18157/15863 10880/18267/15953</w:t>
        <w:br/>
        <w:t>f 10884/18271/15957 10881/18270/15956 10771/18161/15867</w:t>
        <w:br/>
        <w:t>f 10772/18160/15866 10884/18271/15957 10771/18161/15867</w:t>
        <w:br/>
        <w:t>f 10886/18272/15958 10775/18164/15870 10776/18163/15869</w:t>
        <w:br/>
        <w:t>f 10885/18273/15958 10886/18272/15958 10776/18163/15869</w:t>
        <w:br/>
        <w:t>f 10779/18167/15872 10889/18276/15960 10890/18277/15960</w:t>
        <w:br/>
        <w:t>f 10780/18166/15871 10779/18167/15872 10890/18277/15960</w:t>
        <w:br/>
        <w:t>f 10782/18169/15873 10781/18168/15873 10891/18281/15963</w:t>
        <w:br/>
        <w:t>f 10892/18280/15962 10782/18169/15873 10891/18281/15963</w:t>
        <w:br/>
        <w:t>f 10784/18170/15874 10896/18284/15966 10897/18283/15965</w:t>
        <w:br/>
        <w:t>f 10783/18171/15874 10784/18170/15874 10897/18283/15965</w:t>
        <w:br/>
        <w:t>f 10786/18173/15876 10785/18172/15875 10901/18287/15969</w:t>
        <w:br/>
        <w:t>f 10902/18286/15968 10786/18173/15876 10901/18287/15969</w:t>
        <w:br/>
        <w:t>f 10789/18175/15877 10790/18174/15877 10905/18291/15972</w:t>
        <w:br/>
        <w:t>f 10906/18290/15971 10789/18175/15877 10905/18291/15972</w:t>
        <w:br/>
        <w:t>f 10794/18181/15883 10910/18294/15974 10907/18297/15974</w:t>
        <w:br/>
        <w:t>f 10793/18178/15880 10794/18181/15883 10907/18297/15974</w:t>
        <w:br/>
        <w:t>f 10911/18299/15978 10912/18298/15977 10796/18183/15885</w:t>
        <w:br/>
        <w:t>f 10797/18182/15884 10911/18299/15978 10796/18183/15885</w:t>
        <w:br/>
        <w:t>f 10800/18187/15888 10913/18301/15980 10914/18300/15979</w:t>
        <w:br/>
        <w:t>f 10799/18188/15888 10800/18187/15888 10914/18300/15979</w:t>
        <w:br/>
        <w:t>f 10917/18307/15986 10803/18191/15889 10804/18190/15889</w:t>
        <w:br/>
        <w:t>f 10920/18304/15983 10917/18307/15986 10804/18190/15889</w:t>
        <w:br/>
        <w:t>f 10922/18309/15988 10921/18308/15987 10805/18193/15891</w:t>
        <w:br/>
        <w:t>f 10806/18192/15890 10922/18309/15988 10805/18193/15891</w:t>
        <w:br/>
        <w:t>f 10808/18194/15892 10923/18311/15989 10924/18310/15989</w:t>
        <w:br/>
        <w:t>f 10807/18195/15893 10808/18194/15892 10924/18310/15989</w:t>
        <w:br/>
        <w:t>f 10925/18313/15990 10926/18312/15990 10809/18197/15895</w:t>
        <w:br/>
        <w:t>f 10810/18196/15894 10925/18313/15990 10809/18197/15895</w:t>
        <w:br/>
        <w:t>f 4950/16271/14409 4945/16264/14402 4946/16267/14405</w:t>
        <w:br/>
        <w:t>f 11247/18314/15991 11246/18315/15992 11245/18316/15993</w:t>
        <w:br/>
        <w:t>f 11249/18317/15994 11246/18315/15992 11248/18318/15995</w:t>
        <w:br/>
        <w:t>f 11252/18319/15996 11251/18320/15997 11250/18321/15998</w:t>
        <w:br/>
        <w:t>f 11252/18319/15996 11254/18322/15999 11253/18323/16000</w:t>
        <w:br/>
        <w:t>f 11245/18316/15993 11253/18323/16000 11247/18314/15991</w:t>
        <w:br/>
        <w:t>f 11257/18324/16001 11256/18325/16002 11255/18326/16003</w:t>
        <w:br/>
        <w:t>f 11259/18327/16004 11258/18328/16005 11255/18326/16003</w:t>
        <w:br/>
        <w:t>f 11261/18329/16006 11260/18330/16007 11258/18328/16005</w:t>
        <w:br/>
        <w:t>f 11256/18325/16002 11257/18324/16001 11262/18331/16008</w:t>
        <w:br/>
        <w:t>f 11265/18332/16009 11264/18333/16010 11263/18334/16011</w:t>
        <w:br/>
        <w:t>f 11266/18335/16011 11265/18332/16009 11263/18334/16011</w:t>
        <w:br/>
        <w:t>f 11270/18336/16012 11269/18337/16013 11268/18338/16013</w:t>
        <w:br/>
        <w:t>f 11267/18339/16012 11270/18336/16012 11268/18338/16013</w:t>
        <w:br/>
        <w:t>f 11273/18340/16014 11272/18341/16015 11271/18342/16016</w:t>
        <w:br/>
        <w:t>f 11274/18343/16014 11273/18340/16014 11271/18342/16016</w:t>
        <w:br/>
        <w:t>f 11265/18332/16009 11276/18344/16017 11275/18345/16018</w:t>
        <w:br/>
        <w:t>f 11264/18333/16010 11265/18332/16009 11275/18345/16018</w:t>
        <w:br/>
        <w:t>f 11272/18341/16015 11278/18346/16019 11277/18347/16020</w:t>
        <w:br/>
        <w:t>f 11271/18342/16016 11272/18341/16015 11277/18347/16020</w:t>
        <w:br/>
        <w:t>f 11282/18348/16021 11281/18349/16021 11280/18350/16022</w:t>
        <w:br/>
        <w:t>f 11279/18351/16023 11282/18348/16021 11280/18350/16022</w:t>
        <w:br/>
        <w:t>f 11267/18339/16012 11277/18347/16020 11278/18346/16019</w:t>
        <w:br/>
        <w:t>f 11270/18336/16012 11267/18339/16012 11278/18346/16019</w:t>
        <w:br/>
        <w:t>f 11284/18352/16024 11283/18353/16025 11279/18351/16023</w:t>
        <w:br/>
        <w:t>f 11280/18350/16022 11284/18352/16024 11279/18351/16023</w:t>
        <w:br/>
        <w:t>f 11288/18354/16026 11287/18355/16026 11286/18356/16027</w:t>
        <w:br/>
        <w:t>f 11285/18357/16028 11288/18354/16026 11286/18356/16027</w:t>
        <w:br/>
        <w:t>f 11291/18358/16029 11290/18359/16030 11289/18360/16030</w:t>
        <w:br/>
        <w:t>f 11292/18361/16031 11291/18358/16029 11289/18360/16030</w:t>
        <w:br/>
        <w:t>f 11295/18362/16032 11294/18363/16032 11293/18364/16033</w:t>
        <w:br/>
        <w:t>f 11296/18365/16033 11295/18362/16032 11293/18364/16033</w:t>
        <w:br/>
        <w:t>f 11254/18322/15999 11297/18366/16034 11253/18323/16000</w:t>
        <w:br/>
        <w:t>f 11252/18319/15996 11250/18321/15998 11254/18322/15999</w:t>
        <w:br/>
        <w:t>f 11299/18367/16035 11298/18368/16036 11261/18329/16006</w:t>
        <w:br/>
        <w:t>f 11299/18367/16035 11261/18329/16006 11262/18331/16008</w:t>
        <w:br/>
        <w:t>f 11300/18369/16037 11299/18367/16035 11262/18331/16008</w:t>
        <w:br/>
        <w:t>f 11252/18319/15996 11248/18318/15995 11251/18320/15997</w:t>
        <w:br/>
        <w:t>f 11253/18323/16000 11297/18366/16034 11247/18314/15991</w:t>
        <w:br/>
        <w:t>f 11246/18315/15992 11249/18317/15994 11245/18316/15993</w:t>
        <w:br/>
        <w:t>f 11246/18315/15992 11251/18320/15997 11248/18318/15995</w:t>
        <w:br/>
        <w:t>f 11261/18329/16006 11298/18368/16036 11260/18330/16007</w:t>
        <w:br/>
        <w:t>f 11257/18324/16001 11300/18369/16037 11262/18331/16008</w:t>
        <w:br/>
        <w:t>f 11256/18325/16002 11259/18327/16004 11255/18326/16003</w:t>
        <w:br/>
        <w:t>f 11258/18328/16005 11260/18330/16007 11255/18326/16003</w:t>
        <w:br/>
        <w:t>f 20681/18370/16038 20680/18371/16039 20679/18372/16040</w:t>
        <w:br/>
        <w:t>f 20683/18373/16041 20679/18372/16040 20682/18374/16042</w:t>
        <w:br/>
        <w:t>f 20686/18375/16043 20685/18376/16044 20684/18377/16045</w:t>
        <w:br/>
        <w:t>f 20685/18376/16046 20688/18378/16047 20687/18379/16048</w:t>
        <w:br/>
        <w:t>f 20679/18372/16040 20689/18380/16049 20681/18370/16038</w:t>
        <w:br/>
        <w:t>f 20692/18381/16050 20691/18382/16050 20690/18383/16050</w:t>
        <w:br/>
        <w:t>f 20685/18376/16046 20694/18384/16051 20693/18385/16051</w:t>
        <w:br/>
        <w:t>f 20685/18376/16046 20696/18386/16052 20695/18387/16052</w:t>
        <w:br/>
        <w:t>f 20699/18388/16053 20698/18389/16054 20697/18390/16055</w:t>
        <w:br/>
        <w:t>f 20701/18391/16056 20700/18392/16057 20699/18388/16058</w:t>
        <w:br/>
        <w:t>f 20704/18393/16059 20703/18394/16060 20702/18395/16061</w:t>
        <w:br/>
        <w:t>f 20706/18396/16062 20702/18395/16061 20705/18397/16063</w:t>
        <w:br/>
        <w:t>f 20699/18388/16053 20697/18390/16055 20707/18398/16064</w:t>
        <w:br/>
        <w:t>f 20710/18399/16065 20709/18400/16065 20708/18401/16065</w:t>
        <w:br/>
        <w:t>f 20702/18395/16066 20712/18402/16067 20711/18403/16067</w:t>
        <w:br/>
        <w:t>f 20702/18395/16066 20714/18404/16068 20713/18405/16068</w:t>
        <w:br/>
        <w:t>f 20717/18406/16069 20716/18407/16070 20715/18408/16071</w:t>
        <w:br/>
        <w:t>f 20719/18409/16072 20717/18406/16069 20718/18410/16073</w:t>
        <w:br/>
        <w:t>f 20722/18411/16074 20721/18412/16075 20720/18413/16076</w:t>
        <w:br/>
        <w:t>f 20715/18408/16077 20720/18413/16076 20723/18414/16078</w:t>
        <w:br/>
        <w:t>f 20717/18406/16069 20725/18415/16079 20724/18416/16080</w:t>
        <w:br/>
        <w:t>f 20728/18417/16081 20727/18418/16081 20726/18419/16081</w:t>
        <w:br/>
        <w:t>f 20720/18413/16076 20730/18420/16082 20729/18421/16082</w:t>
        <w:br/>
        <w:t>f 20720/18413/16076 20732/18422/16083 20731/18423/16083</w:t>
        <w:br/>
        <w:t>f 20735/18424/16084 20734/18425/16085 20733/18426/16086</w:t>
        <w:br/>
        <w:t>f 20737/18427/16087 20734/18425/16085 20736/18428/16088</w:t>
        <w:br/>
        <w:t>f 20722/18411/16089 20739/18429/16090 20738/18430/16091</w:t>
        <w:br/>
        <w:t>f 20740/18431/16092 20739/18429/16090 20722/18411/16089</w:t>
        <w:br/>
        <w:t>f 20734/18425/16085 20735/18424/16084 20741/18432/16093</w:t>
        <w:br/>
        <w:t>f 20744/18433/16094 20743/18434/16094 20742/18435/16094</w:t>
        <w:br/>
        <w:t>f 20739/18429/16095 20746/18436/16096 20745/18437/16096</w:t>
        <w:br/>
        <w:t>f 20739/18429/16097 20748/18438/16098 20747/18439/16098</w:t>
        <w:br/>
        <w:t>f 20680/18371/16039 20687/18379/16048 20679/18372/16040</w:t>
        <w:br/>
        <w:t>f 20679/18372/16040 20687/18379/16048 20682/18374/16042</w:t>
        <w:br/>
        <w:t>f 20685/18376/16044 20749/18440/16099 20684/18377/16045</w:t>
        <w:br/>
        <w:t>f 20685/18376/16046 20750/18441/16100 20688/18378/16047</w:t>
        <w:br/>
        <w:t>f 20699/18388/16053 20687/18379/16101 20698/18389/16054</w:t>
        <w:br/>
        <w:t>f 20700/18392/16057 20751/18442/16102 20699/18388/16058</w:t>
        <w:br/>
        <w:t>f 20703/18394/16060 20749/18440/16099 20702/18395/16061</w:t>
        <w:br/>
        <w:t>f 20702/18395/16061 20749/18440/16099 20705/18397/16063</w:t>
        <w:br/>
        <w:t>f 20717/18406/16069 20724/18416/16080 20716/18407/16070</w:t>
        <w:br/>
        <w:t>f 20717/18406/16069 20715/18408/16071 20718/18410/16073</w:t>
        <w:br/>
        <w:t>f 20721/18412/16075 20752/18443/16103 20720/18413/16076</w:t>
        <w:br/>
        <w:t>f 20720/18413/16076 20753/18444/16104 20723/18414/16078</w:t>
        <w:br/>
        <w:t>f 20734/18425/16085 20715/18408/16105 20733/18426/16086</w:t>
        <w:br/>
        <w:t>f 20734/18425/16085 20754/18445/16106 20736/18428/16088</w:t>
        <w:br/>
        <w:t>f 20739/18429/16090 20755/18446/16107 20738/18430/16091</w:t>
        <w:br/>
        <w:t>f 20740/18431/16092 20756/18447/16108 20739/18429/16090</w:t>
        <w:br/>
        <w:t>f 1476/18448/16109 1475/18449/16110 1474/18450/16111</w:t>
        <w:br/>
        <w:t>f 1473/18451/16112 1476/18448/16109 1474/18450/16111</w:t>
        <w:br/>
        <w:t>f 1480/18452/16113 1479/18453/16114 1478/18454/16115</w:t>
        <w:br/>
        <w:t>f 1477/18455/16116 1480/18452/16113 1478/18454/16115</w:t>
        <w:br/>
        <w:t>f 1483/18456/16117 1482/18457/16118 1481/18458/16119</w:t>
        <w:br/>
        <w:t>f 1474/18450/16111 1485/18459/16120 1484/18460/16121</w:t>
        <w:br/>
        <w:t>f 1473/18451/16112 1474/18450/16111 1484/18460/16121</w:t>
        <w:br/>
        <w:t>f 1478/18454/16115 1487/18461/16122 1486/18462/16123</w:t>
        <w:br/>
        <w:t>f 1477/18455/16116 1478/18454/16115 1486/18462/16123</w:t>
        <w:br/>
        <w:t>f 1490/18463/16124 1489/18464/16125 1488/18465/16126</w:t>
        <w:br/>
        <w:t>f 1491/18466/16127 1490/18463/16124 1488/18465/16126</w:t>
        <w:br/>
        <w:t>f 1494/18467/16128 1493/18468/16129 1492/18469/16130</w:t>
        <w:br/>
        <w:t>f 1497/18470/16131 1496/18471/16132 1495/18472/16133</w:t>
        <w:br/>
        <w:t>f 1498/18473/16134 1497/18470/16131 1495/18472/16133</w:t>
        <w:br/>
        <w:t>f 1501/18474/16135 1500/18475/16136 1499/18476/16137</w:t>
        <w:br/>
        <w:t>f 1502/18477/16138 1501/18474/16135 1499/18476/16137</w:t>
        <w:br/>
        <w:t>f 1505/18478/16139 1504/18479/16140 1503/18480/16141</w:t>
        <w:br/>
        <w:t>f 1484/18460/16121 1485/18459/16120 1501/18474/16135</w:t>
        <w:br/>
        <w:t>f 1502/18477/16138 1484/18460/16121 1501/18474/16135</w:t>
        <w:br/>
        <w:t>f 1507/18481/16142 1489/18464/16125 1490/18463/16124</w:t>
        <w:br/>
        <w:t>f 1506/18482/16143 1507/18481/16142 1490/18463/16124</w:t>
        <w:br/>
        <w:t>f 1497/18470/16131 1509/18483/16144 1508/18484/16145</w:t>
        <w:br/>
        <w:t>f 1486/18462/16123 1487/18461/16122 1510/18485/16146</w:t>
        <w:br/>
        <w:t>f 1511/18486/16147 1486/18462/16123 1510/18485/16146</w:t>
        <w:br/>
        <w:t>f 1480/18452/16113 1477/18455/16116 1491/18466/16127</w:t>
        <w:br/>
        <w:t>f 1512/18487/16148 1480/18452/16113 1491/18466/16127</w:t>
        <w:br/>
        <w:t>f 1514/18488/16149 1511/18486/16147 1510/18485/16146</w:t>
        <w:br/>
        <w:t>f 1513/18489/16150 1514/18488/16149 1510/18485/16146</w:t>
        <w:br/>
        <w:t>f 1516/18490/16151 1515/18491/16152 1505/18478/16139</w:t>
        <w:br/>
        <w:t>f 1503/18480/16141 1516/18490/16151 1505/18478/16139</w:t>
        <w:br/>
        <w:t>f 1516/18490/16151 1481/18458/16119 1517/18492/16153</w:t>
        <w:br/>
        <w:t>f 1515/18491/16152 1516/18490/16151 1517/18492/16153</w:t>
        <w:br/>
        <w:t>f 1518/18493/16154 1506/18482/16143 1511/18486/16147</w:t>
        <w:br/>
        <w:t>f 1514/18488/16149 1518/18493/16154 1511/18486/16147</w:t>
        <w:br/>
        <w:t>f 1522/18494/16155 1521/18495/16156 1520/18496/16157</w:t>
        <w:br/>
        <w:t>f 1519/18497/16149 1522/18494/16155 1520/18496/16157</w:t>
        <w:br/>
        <w:t>f 1494/18467/16128 1524/18498/16158 1523/18499/16159</w:t>
        <w:br/>
        <w:t>f 1496/18471/16132 1525/18500/16160 1480/18452/16113</w:t>
        <w:br/>
        <w:t>f 1512/18487/16148 1496/18471/16132 1480/18452/16113</w:t>
        <w:br/>
        <w:t>f 1512/18487/16148 1491/18466/16127 1488/18465/16126</w:t>
        <w:br/>
        <w:t>f 1506/18482/16143 1518/18493/16154 1507/18481/16142</w:t>
        <w:br/>
        <w:t>f 1528/18501/16142 1527/18502/16154 1521/18495/16156</w:t>
        <w:br/>
        <w:t>f 1526/18503/16161 1528/18501/16142 1521/18495/16156</w:t>
        <w:br/>
        <w:t>f 1496/18471/16132 1512/18487/16148 1488/18465/16126</w:t>
        <w:br/>
        <w:t>f 1495/18472/16133 1496/18471/16132 1488/18465/16126</w:t>
        <w:br/>
        <w:t>f 1486/18462/16123 1490/18463/16124 1491/18466/16127</w:t>
        <w:br/>
        <w:t>f 1477/18455/16116 1486/18462/16123 1491/18466/16127</w:t>
        <w:br/>
        <w:t>f 1511/18486/16147 1506/18482/16143 1490/18463/16124</w:t>
        <w:br/>
        <w:t>f 1486/18462/16123 1511/18486/16147 1490/18463/16124</w:t>
        <w:br/>
        <w:t>f 1532/18504/16162 1531/18505/16163 1530/18506/16164</w:t>
        <w:br/>
        <w:t>f 1529/18507/16165 1532/18504/16162 1530/18506/16164</w:t>
        <w:br/>
        <w:t>f 1535/18508/16166 1534/18509/16167 1533/18510/16168</w:t>
        <w:br/>
        <w:t>f 1536/18511/16169 1535/18508/16166 1533/18510/16168</w:t>
        <w:br/>
        <w:t>f 1538/18512/16170 1537/18513/16171 1536/18511/16169</w:t>
        <w:br/>
        <w:t>f 1533/18510/16168 1538/18512/16170 1536/18511/16169</w:t>
        <w:br/>
        <w:t>f 1542/18514/16169 1541/18515/16172 1540/18516/16173</w:t>
        <w:br/>
        <w:t>f 1539/18517/16174 1542/18514/16169 1540/18516/16173</w:t>
        <w:br/>
        <w:t>f 1534/18509/16167 1544/18518/16175 1543/18519/16176</w:t>
        <w:br/>
        <w:t>f 1533/18510/16168 1534/18509/16167 1543/18519/16176</w:t>
        <w:br/>
        <w:t>f 1545/18520/16177 1538/18512/16170 1533/18510/16168</w:t>
        <w:br/>
        <w:t>f 1543/18519/16176 1545/18520/16177 1533/18510/16168</w:t>
        <w:br/>
        <w:t>f 1549/18521/16178 1548/18522/16179 1547/18523/16180</w:t>
        <w:br/>
        <w:t>f 1546/18524/16181 1549/18521/16178 1547/18523/16180</w:t>
        <w:br/>
        <w:t>f 1552/18525/16182 1551/18526/16183 1550/18527/16184</w:t>
        <w:br/>
        <w:t>f 1541/18515/16172 1554/18528/16185 1553/18529/16186</w:t>
        <w:br/>
        <w:t>f 1540/18516/16173 1541/18515/16172 1553/18529/16186</w:t>
        <w:br/>
        <w:t>f 1558/18530/16187 1557/18531/16188 1556/18532/16189</w:t>
        <w:br/>
        <w:t>f 1555/18533/16190 1558/18530/16187 1556/18532/16189</w:t>
        <w:br/>
        <w:t>f 1562/18534/16191 1561/18535/16192 1560/18536/16193</w:t>
        <w:br/>
        <w:t>f 1559/18537/16194 1562/18534/16191 1560/18536/16193</w:t>
        <w:br/>
        <w:t>f 1565/18538/16195 1564/18539/16196 1563/18540/16197</w:t>
        <w:br/>
        <w:t>f 1566/18541/16198 1565/18538/16195 1563/18540/16197</w:t>
        <w:br/>
        <w:t>f 1569/18542/16199 1568/18543/16200 1567/18544/16201</w:t>
        <w:br/>
        <w:t>f 1570/18545/16202 1569/18542/16199 1567/18544/16201</w:t>
        <w:br/>
        <w:t>f 1573/18546/16203 1572/18547/16204 1571/18548/16200</w:t>
        <w:br/>
        <w:t>f 1574/18549/16199 1573/18546/16203 1571/18548/16200</w:t>
        <w:br/>
        <w:t>f 1563/18540/16197 1564/18539/16196 1576/18550/16205</w:t>
        <w:br/>
        <w:t>f 1575/18551/16206 1563/18540/16197 1576/18550/16205</w:t>
        <w:br/>
        <w:t>f 1567/18544/16201 1577/18552/16207 1545/18520/16177</w:t>
        <w:br/>
        <w:t>f 1543/18519/16176 1567/18544/16201 1545/18520/16177</w:t>
        <w:br/>
        <w:t>f 1570/18545/16202 1567/18544/16201 1543/18519/16176</w:t>
        <w:br/>
        <w:t>f 1544/18518/16175 1570/18545/16202 1543/18519/16176</w:t>
        <w:br/>
        <w:t>f 1579/18553/16208 1547/18523/16180 1548/18522/16179</w:t>
        <w:br/>
        <w:t>f 1578/18554/16209 1579/18553/16208 1548/18522/16179</w:t>
        <w:br/>
        <w:t>f 1572/18547/16204 1573/18546/16203 1553/18529/16186</w:t>
        <w:br/>
        <w:t>f 1554/18528/16185 1572/18547/16204 1553/18529/16186</w:t>
        <w:br/>
        <w:t>f 1556/18532/16189 1557/18531/16188 1581/18555/16210</w:t>
        <w:br/>
        <w:t>f 1580/18556/16211 1556/18532/16189 1581/18555/16210</w:t>
        <w:br/>
        <w:t>f 1583/18557/16212 1582/18558/16213 1537/18513/16171</w:t>
        <w:br/>
        <w:t>f 1538/18512/16170 1583/18557/16212 1537/18513/16171</w:t>
        <w:br/>
        <w:t>f 1538/18512/16170 1545/18520/16177 1584/18559/16214</w:t>
        <w:br/>
        <w:t>f 1583/18557/16212 1538/18512/16170 1584/18559/16214</w:t>
        <w:br/>
        <w:t>f 1584/18559/16214 1545/18520/16177 1577/18552/16207</w:t>
        <w:br/>
        <w:t>f 1585/18560/16215 1584/18559/16214 1577/18552/16207</w:t>
        <w:br/>
        <w:t>f 1582/18558/16213 1583/18557/16212 1549/18521/16178</w:t>
        <w:br/>
        <w:t>f 1586/18561/16216 1582/18558/16213 1549/18521/16178</w:t>
        <w:br/>
        <w:t>f 1578/18554/16209 1587/18562/16217 1579/18553/16208</w:t>
        <w:br/>
        <w:t>f 1589/18563/16218 1588/18564/16219 1585/18560/16215</w:t>
        <w:br/>
        <w:t>f 1577/18552/16207 1589/18563/16218 1585/18560/16215</w:t>
        <w:br/>
        <w:t>f 1593/18565/16220 1592/18566/16221 1591/18567/16162</w:t>
        <w:br/>
        <w:t>f 1590/18568/16222 1593/18565/16220 1591/18567/16162</w:t>
        <w:br/>
        <w:t>f 1576/18550/16205 1593/18565/16220 1590/18568/16222</w:t>
        <w:br/>
        <w:t>f 1575/18551/16206 1576/18550/16205 1590/18568/16222</w:t>
        <w:br/>
        <w:t>f 1595/18569/16223 1580/18556/16211 1594/18570/16218</w:t>
        <w:br/>
        <w:t>f 1597/18571/16224 1541/18515/16172 1542/18514/16169</w:t>
        <w:br/>
        <w:t>f 1596/18572/16225 1597/18571/16224 1542/18514/16169</w:t>
        <w:br/>
        <w:t>f 1554/18528/16185 1541/18515/16172 1597/18571/16224</w:t>
        <w:br/>
        <w:t>f 1598/18573/16226 1554/18528/16185 1597/18571/16224</w:t>
        <w:br/>
        <w:t>f 1594/18570/16218 1571/18548/16200 1572/18547/16204</w:t>
        <w:br/>
        <w:t>f 1599/18574/16227 1594/18570/16218 1572/18547/16204</w:t>
        <w:br/>
        <w:t>f 1577/18552/16207 1567/18544/16201 1568/18543/16200</w:t>
        <w:br/>
        <w:t>f 1589/18563/16218 1577/18552/16207 1568/18543/16200</w:t>
        <w:br/>
        <w:t>f 1554/18528/16185 1598/18573/16226 1599/18574/16227</w:t>
        <w:br/>
        <w:t>f 1572/18547/16204 1554/18528/16185 1599/18574/16227</w:t>
        <w:br/>
        <w:t>f 1600/18575/16213 1558/18530/16187 1555/18533/16190</w:t>
        <w:br/>
        <w:t>f 1596/18572/16225 1600/18575/16213 1555/18533/16190</w:t>
        <w:br/>
        <w:t>f 1546/18524/16181 1586/18561/16216 1549/18521/16178</w:t>
        <w:br/>
        <w:t>f 1578/18554/16209 1585/18560/16215 1588/18564/16219</w:t>
        <w:br/>
        <w:t>f 1587/18562/16217 1578/18554/16209 1588/18564/16219</w:t>
        <w:br/>
        <w:t>f 1604/18576/16228 1603/18577/16216 1602/18578/16229</w:t>
        <w:br/>
        <w:t>f 1601/18579/16230 1604/18576/16228 1602/18578/16229</w:t>
        <w:br/>
        <w:t>f 1607/18580/16217 1606/18581/16219 1581/18555/16210</w:t>
        <w:br/>
        <w:t>f 1605/18582/16231 1607/18580/16217 1581/18555/16210</w:t>
        <w:br/>
        <w:t>f 1601/18579/16230 1608/18583/16232 1604/18576/16228</w:t>
        <w:br/>
        <w:t>f 1609/18584/16233 1608/18583/16232 1605/18582/16231</w:t>
        <w:br/>
        <w:t>f 1551/18526/16183 1611/18585/16234 1610/18586/16235</w:t>
        <w:br/>
        <w:t>f 1603/18577/16216 1604/18576/16228 1558/18530/16187</w:t>
        <w:br/>
        <w:t>f 1600/18575/16213 1603/18577/16216 1558/18530/16187</w:t>
        <w:br/>
        <w:t>f 1605/18582/16231 1613/18587/16236 1612/18588/16237</w:t>
        <w:br/>
        <w:t>f 1607/18580/16217 1605/18582/16231 1612/18588/16237</w:t>
        <w:br/>
        <w:t>f 1548/18522/16179 1549/18521/16178 1583/18557/16212</w:t>
        <w:br/>
        <w:t>f 1584/18559/16214 1548/18522/16179 1583/18557/16212</w:t>
        <w:br/>
        <w:t>f 1585/18560/16215 1578/18554/16209 1548/18522/16179</w:t>
        <w:br/>
        <w:t>f 1584/18559/16214 1585/18560/16215 1548/18522/16179</w:t>
        <w:br/>
        <w:t>f 1617/18589/16238 1616/18590/16239 1615/18591/16240</w:t>
        <w:br/>
        <w:t>f 1614/18592/16241 1617/18589/16238 1615/18591/16240</w:t>
        <w:br/>
        <w:t>f 1621/18593/16242 1620/18594/16243 1619/18595/16244</w:t>
        <w:br/>
        <w:t>f 1618/18596/16245 1621/18593/16242 1619/18595/16244</w:t>
        <w:br/>
        <w:t>f 1625/18597/16246 1624/18598/16247 1623/18599/16248</w:t>
        <w:br/>
        <w:t>f 1622/18600/16249 1625/18597/16246 1623/18599/16248</w:t>
        <w:br/>
        <w:t>f 1628/18601/16250 1627/18602/16251 1626/18603/16245</w:t>
        <w:br/>
        <w:t>f 1622/18600/16249 1628/18601/16250 1626/18603/16245</w:t>
        <w:br/>
        <w:t>f 1630/18604/16252 1620/18594/16243 1621/18593/16242</w:t>
        <w:br/>
        <w:t>f 1629/18605/16253 1630/18604/16252 1621/18593/16242</w:t>
        <w:br/>
        <w:t>f 1633/18606/16254 1632/18607/16255 1631/18608/16256</w:t>
        <w:br/>
        <w:t>f 1634/18609/16257 1633/18606/16254 1631/18608/16256</w:t>
        <w:br/>
        <w:t>f 1637/18610/16258 1636/18611/16259 1635/18612/16260</w:t>
        <w:br/>
        <w:t>f 1623/18599/16248 1624/18598/16247 1638/18613/16261</w:t>
        <w:br/>
        <w:t>f 1639/18614/16262 1623/18599/16248 1638/18613/16261</w:t>
        <w:br/>
        <w:t>f 1641/18615/16263 1627/18602/16251 1628/18601/16250</w:t>
        <w:br/>
        <w:t>f 1640/18616/16264 1641/18615/16263 1628/18601/16250</w:t>
        <w:br/>
        <w:t>f 1644/18617/16265 1643/18618/16266 1642/18619/16267</w:t>
        <w:br/>
        <w:t>f 1645/18620/16268 1644/18617/16265 1642/18619/16267</w:t>
        <w:br/>
        <w:t>f 1649/18621/16268 1648/18622/16269 1647/18623/16270</w:t>
        <w:br/>
        <w:t>f 1646/18624/16265 1649/18621/16268 1647/18623/16270</w:t>
        <w:br/>
        <w:t>f 1652/18625/16271 1651/18626/16272 1650/18627/16273</w:t>
        <w:br/>
        <w:t>f 1653/18628/16274 1652/18625/16271 1650/18627/16273</w:t>
        <w:br/>
        <w:t>f 1657/18629/16275 1656/18630/16276 1655/18631/16277</w:t>
        <w:br/>
        <w:t>f 1654/18632/16278 1657/18629/16275 1655/18631/16277</w:t>
        <w:br/>
        <w:t>f 1659/18633/16279 1657/18629/16275 1654/18632/16278</w:t>
        <w:br/>
        <w:t>f 1658/18634/16280 1659/18633/16279 1654/18632/16278</w:t>
        <w:br/>
        <w:t>f 1662/18635/16279 1661/18636/16281 1660/18637/16282</w:t>
        <w:br/>
        <w:t>f 1651/18626/16272 1662/18635/16279 1660/18637/16282</w:t>
        <w:br/>
        <w:t>f 1664/18638/16283 1663/18639/16284 1647/18623/16270</w:t>
        <w:br/>
        <w:t>f 1648/18622/16269 1664/18638/16283 1647/18623/16270</w:t>
        <w:br/>
        <w:t>f 1658/18634/16280 1654/18632/16278 1630/18604/16252</w:t>
        <w:br/>
        <w:t>f 1629/18605/16253 1658/18634/16280 1630/18604/16252</w:t>
        <w:br/>
        <w:t>f 1633/18606/16254 1666/18640/16285 1665/18641/16286</w:t>
        <w:br/>
        <w:t>f 1632/18607/16255 1633/18606/16254 1665/18641/16286</w:t>
        <w:br/>
        <w:t>f 1638/18613/16261 1653/18628/16274 1650/18627/16273</w:t>
        <w:br/>
        <w:t>f 1639/18614/16262 1638/18613/16261 1650/18627/16273</w:t>
        <w:br/>
        <w:t>f 1641/18615/16263 1640/18616/16264 1660/18637/16282</w:t>
        <w:br/>
        <w:t>f 1661/18636/16281 1641/18615/16263 1660/18637/16282</w:t>
        <w:br/>
        <w:t>f 1669/18642/16287 1645/18620/16268 1668/18643/16288</w:t>
        <w:br/>
        <w:t>f 1667/18644/16289 1669/18642/16287 1668/18643/16288</w:t>
        <w:br/>
        <w:t>f 1649/18621/16268 1671/18645/16290 1670/18646/16291</w:t>
        <w:br/>
        <w:t>f 1648/18622/16269 1649/18621/16268 1670/18646/16291</w:t>
        <w:br/>
        <w:t>f 1673/18647/16292 1672/18648/16293 1667/18644/16289</w:t>
        <w:br/>
        <w:t>f 1668/18643/16288 1673/18647/16292 1667/18644/16289</w:t>
        <w:br/>
        <w:t>f 1664/18638/16283 1675/18649/16294 1674/18650/16295</w:t>
        <w:br/>
        <w:t>f 1676/18651/16296 1664/18638/16283 1674/18650/16295</w:t>
        <w:br/>
        <w:t>f 1620/18594/16243 1630/18604/16252 1678/18652/16297</w:t>
        <w:br/>
        <w:t>f 1677/18653/16298 1620/18594/16243 1678/18652/16297</w:t>
        <w:br/>
        <w:t>f 1655/18631/16277 1678/18652/16297 1630/18604/16252</w:t>
        <w:br/>
        <w:t>f 1654/18632/16278 1655/18631/16277 1630/18604/16252</w:t>
        <w:br/>
        <w:t>f 1677/18653/16298 1679/18654/16246 1619/18595/16244</w:t>
        <w:br/>
        <w:t>f 1620/18594/16243 1677/18653/16298 1619/18595/16244</w:t>
        <w:br/>
        <w:t>f 1634/18609/16257 1680/18655/16299 1679/18654/16246</w:t>
        <w:br/>
        <w:t>f 1677/18653/16298 1634/18609/16257 1679/18654/16246</w:t>
        <w:br/>
        <w:t>f 1666/18640/16285 1681/18656/16300 1665/18641/16286</w:t>
        <w:br/>
        <w:t>f 1683/18657/16238 1682/18658/16301 1676/18651/16296</w:t>
        <w:br/>
        <w:t>f 1684/18659/16302 1683/18657/16238 1676/18651/16296</w:t>
        <w:br/>
        <w:t>f 1676/18651/16296 1682/18658/16301 1663/18639/16284</w:t>
        <w:br/>
        <w:t>f 1664/18638/16283 1676/18651/16296 1663/18639/16284</w:t>
        <w:br/>
        <w:t>f 1615/18591/16240 1686/18660/16303 1685/18661/16304</w:t>
        <w:br/>
        <w:t>f 1614/18592/16241 1615/18591/16240 1685/18661/16304</w:t>
        <w:br/>
        <w:t>f 1642/18619/16267 1643/18618/16266 1685/18661/16304</w:t>
        <w:br/>
        <w:t>f 1686/18660/16303 1642/18619/16267 1685/18661/16304</w:t>
        <w:br/>
        <w:t>f 1688/18662/16305 1638/18613/16261 1687/18663/16306</w:t>
        <w:br/>
        <w:t>f 1689/18664/16307 1638/18613/16261 1688/18662/16305</w:t>
        <w:br/>
        <w:t>f 1634/18609/16257 1631/18608/16256 1680/18655/16299</w:t>
        <w:br/>
        <w:t>f 1656/18630/16276 1681/18656/16300 1666/18640/16285</w:t>
        <w:br/>
        <w:t>f 1655/18631/16277 1656/18630/16276 1666/18640/16285</w:t>
        <w:br/>
        <w:t>f 1693/18665/16308 1692/18666/16299 1691/18667/16256</w:t>
        <w:br/>
        <w:t>f 1690/18668/16309 1693/18665/16308 1691/18667/16256</w:t>
        <w:br/>
        <w:t>f 1653/18628/16274 1695/18669/16310 1694/18670/16300</w:t>
        <w:br/>
        <w:t>f 1652/18625/16271 1653/18628/16274 1694/18670/16300</w:t>
        <w:br/>
        <w:t>f 1690/18668/16309 1697/18671/16311 1696/18672/16312</w:t>
        <w:br/>
        <w:t>f 1693/18665/16308 1690/18668/16309 1696/18672/16312</w:t>
        <w:br/>
        <w:t>f 1699/18673/16313 1696/18672/16312 1698/18674/16314</w:t>
        <w:br/>
        <w:t>f 1674/18650/16295 1700/18675/16315 1684/18659/16302</w:t>
        <w:br/>
        <w:t>f 1676/18651/16296 1674/18650/16295 1684/18659/16302</w:t>
        <w:br/>
        <w:t>f 1636/18611/16259 1701/18676/16316 1635/18612/16260</w:t>
        <w:br/>
        <w:t>f 1692/18666/16299 1693/18665/16308 1624/18598/16247</w:t>
        <w:br/>
        <w:t>f 1625/18597/16246 1692/18666/16299 1624/18598/16247</w:t>
        <w:br/>
        <w:t>f 1702/18677/16317 1694/18670/16300 1695/18669/16310</w:t>
        <w:br/>
        <w:t>f 1703/18678/16318 1702/18677/16317 1695/18669/16310</w:t>
        <w:br/>
        <w:t>f 1633/18606/16254 1634/18609/16257 1677/18653/16298</w:t>
        <w:br/>
        <w:t>f 1678/18652/16297 1633/18606/16254 1677/18653/16298</w:t>
        <w:br/>
        <w:t>f 1666/18640/16285 1633/18606/16254 1678/18652/16297</w:t>
        <w:br/>
        <w:t>f 1655/18631/16277 1666/18640/16285 1678/18652/16297</w:t>
        <w:br/>
        <w:t>f 1707/18679/16319 1706/18680/16320 1705/18681/16321</w:t>
        <w:br/>
        <w:t>f 1704/18682/16322 1707/18679/16319 1705/18681/16321</w:t>
        <w:br/>
        <w:t>f 1710/18683/16323 1709/18684/16324 1708/18685/16325</w:t>
        <w:br/>
        <w:t>f 1711/18686/16326 1710/18683/16323 1708/18685/16325</w:t>
        <w:br/>
        <w:t>f 1714/18687/16327 1713/18688/16328 1712/18689/16329</w:t>
        <w:br/>
        <w:t>f 1715/18690/16330 1714/18687/16327 1712/18689/16329</w:t>
        <w:br/>
        <w:t>f 1719/18691/16329 1718/18692/16331 1717/18693/16332</w:t>
        <w:br/>
        <w:t>f 1716/18694/16333 1719/18691/16329 1717/18693/16332</w:t>
        <w:br/>
        <w:t>f 1721/18695/16334 1706/18680/16320 1720/18696/16324</w:t>
        <w:br/>
        <w:t>f 1722/18697/16335 1721/18695/16334 1720/18696/16324</w:t>
        <w:br/>
        <w:t>f 1723/18698/16336 1710/18683/16323 1711/18686/16326</w:t>
        <w:br/>
        <w:t>f 1724/18699/16337 1723/18698/16336 1711/18686/16326</w:t>
        <w:br/>
        <w:t>f 1714/18687/16327 1726/18700/16338 1725/18701/16339</w:t>
        <w:br/>
        <w:t>f 1713/18688/16328 1714/18687/16327 1725/18701/16339</w:t>
        <w:br/>
        <w:t>f 1730/18702/16340 1729/18703/16341 1728/18704/16342</w:t>
        <w:br/>
        <w:t>f 1727/18705/16343 1730/18702/16340 1728/18704/16342</w:t>
        <w:br/>
        <w:t>f 1733/18706/16344 1732/18707/16345 1731/18708/16346</w:t>
        <w:br/>
        <w:t>f 1735/18709/16347 1717/18693/16332 1718/18692/16331</w:t>
        <w:br/>
        <w:t>f 1734/18710/16348 1735/18709/16347 1718/18692/16331</w:t>
        <w:br/>
        <w:t>f 1722/18697/16335 1737/18711/16349 1736/18712/16350</w:t>
        <w:br/>
        <w:t>f 1721/18695/16334 1722/18697/16335 1736/18712/16350</w:t>
        <w:br/>
        <w:t>f 1705/18681/16321 1739/18713/16351 1738/18714/16352</w:t>
        <w:br/>
        <w:t>f 1704/18682/16322 1705/18681/16321 1738/18714/16352</w:t>
        <w:br/>
        <w:t>f 1743/18715/16353 1742/18716/16354 1741/18717/16355</w:t>
        <w:br/>
        <w:t>f 1740/18718/16356 1743/18715/16353 1741/18717/16355</w:t>
        <w:br/>
        <w:t>f 1746/18719/16357 1745/18720/16358 1744/18721/16359</w:t>
        <w:br/>
        <w:t>f 1747/18722/16360 1746/18719/16357 1744/18721/16359</w:t>
        <w:br/>
        <w:t>f 1750/18723/16358 1749/18724/16361 1748/18725/16362</w:t>
        <w:br/>
        <w:t>f 1751/18726/16363 1750/18723/16358 1748/18725/16362</w:t>
        <w:br/>
        <w:t>f 1755/18727/16364 1754/18728/16365 1753/18729/16366</w:t>
        <w:br/>
        <w:t>f 1752/18730/16367 1755/18727/16364 1753/18729/16366</w:t>
        <w:br/>
        <w:t>f 1759/18731/16368 1758/18732/16369 1757/18733/16364</w:t>
        <w:br/>
        <w:t>f 1756/18734/16370 1759/18731/16368 1757/18733/16364</w:t>
        <w:br/>
        <w:t>f 1761/18735/16371 1760/18736/16372 1749/18724/16361</w:t>
        <w:br/>
        <w:t>f 1750/18723/16358 1761/18735/16371 1749/18724/16361</w:t>
        <w:br/>
        <w:t>f 1763/18737/16373 1745/18720/16358 1762/18738/16374</w:t>
        <w:br/>
        <w:t>f 1764/18739/16375 1763/18737/16373 1762/18738/16374</w:t>
        <w:br/>
        <w:t>f 1724/18699/16337 1765/18740/16376 1748/18725/16362</w:t>
        <w:br/>
        <w:t>f 1749/18724/16361 1724/18699/16337 1748/18725/16362</w:t>
        <w:br/>
        <w:t>f 1726/18700/16338 1758/18732/16369 1759/18731/16368</w:t>
        <w:br/>
        <w:t>f 1725/18701/16339 1726/18700/16338 1759/18731/16368</w:t>
        <w:br/>
        <w:t>f 1749/18724/16361 1760/18736/16372 1723/18698/16336</w:t>
        <w:br/>
        <w:t>f 1724/18699/16337 1749/18724/16361 1723/18698/16336</w:t>
        <w:br/>
        <w:t>f 1767/18741/16377 1729/18703/16341 1730/18702/16340</w:t>
        <w:br/>
        <w:t>f 1766/18742/16378 1767/18741/16377 1730/18702/16340</w:t>
        <w:br/>
        <w:t>f 1735/18709/16347 1734/18710/16348 1753/18729/16366</w:t>
        <w:br/>
        <w:t>f 1754/18728/16365 1735/18709/16347 1753/18729/16366</w:t>
        <w:br/>
        <w:t>f 1764/18739/16375 1762/18738/16374 1736/18712/16350</w:t>
        <w:br/>
        <w:t>f 1737/18711/16349 1764/18739/16375 1736/18712/16350</w:t>
        <w:br/>
        <w:t>f 1739/18713/16351 1746/18719/16357 1747/18722/16360</w:t>
        <w:br/>
        <w:t>f 1738/18714/16352 1739/18713/16351 1747/18722/16360</w:t>
        <w:br/>
        <w:t>f 1768/18743/16379 1740/18718/16356 1741/18717/16355</w:t>
        <w:br/>
        <w:t>f 1769/18744/16380 1768/18743/16379 1741/18717/16355</w:t>
        <w:br/>
        <w:t>f 1771/18745/16381 1712/18689/16329 1713/18688/16328</w:t>
        <w:br/>
        <w:t>f 1770/18746/16382 1771/18745/16381 1713/18688/16328</w:t>
        <w:br/>
        <w:t>f 1772/18747/16383 1770/18746/16382 1713/18688/16328</w:t>
        <w:br/>
        <w:t>f 1725/18701/16339 1772/18747/16383 1713/18688/16328</w:t>
        <w:br/>
        <w:t>f 1773/18748/16384 1772/18747/16383 1725/18701/16339</w:t>
        <w:br/>
        <w:t>f 1759/18731/16368 1773/18748/16384 1725/18701/16339</w:t>
        <w:br/>
        <w:t>f 1727/18705/16343 1774/18749/16385 1771/18745/16381</w:t>
        <w:br/>
        <w:t>f 1770/18746/16382 1727/18705/16343 1771/18745/16381</w:t>
        <w:br/>
        <w:t>f 1766/18742/16378 1775/18750/16386 1767/18741/16377</w:t>
        <w:br/>
        <w:t>f 1756/18734/16370 1776/18751/16387 1773/18748/16384</w:t>
        <w:br/>
        <w:t>f 1759/18731/16368 1756/18734/16370 1773/18748/16384</w:t>
        <w:br/>
        <w:t>f 1778/18752/16319 1777/18753/16388 1711/18686/16326</w:t>
        <w:br/>
        <w:t>f 1708/18685/16325 1778/18752/16319 1711/18686/16326</w:t>
        <w:br/>
        <w:t>f 1724/18699/16337 1711/18686/16326 1777/18753/16388</w:t>
        <w:br/>
        <w:t>f 1765/18740/16376 1724/18699/16337 1777/18753/16388</w:t>
        <w:br/>
        <w:t>f 1779/18754/16387 1752/18730/16367 1768/18743/16379</w:t>
        <w:br/>
        <w:t>f 1769/18744/16380 1779/18754/16387 1768/18743/16379</w:t>
        <w:br/>
        <w:t>f 1780/18755/16389 1742/18716/16354 1743/18715/16353</w:t>
        <w:br/>
        <w:t>f 1719/18691/16329 1780/18755/16389 1743/18715/16353</w:t>
        <w:br/>
        <w:t>f 1769/18744/16380 1741/18717/16355 1781/18756/16390</w:t>
        <w:br/>
        <w:t>f 1728/18704/16342 1774/18749/16385 1727/18705/16343</w:t>
        <w:br/>
        <w:t>f 1766/18742/16378 1773/18748/16384 1776/18751/16387</w:t>
        <w:br/>
        <w:t>f 1775/18750/16386 1766/18742/16378 1776/18751/16387</w:t>
        <w:br/>
        <w:t>f 1742/18716/16354 1780/18755/16389 1783/18757/16385</w:t>
        <w:br/>
        <w:t>f 1782/18758/16391 1742/18716/16354 1783/18757/16385</w:t>
        <w:br/>
        <w:t>f 1769/18744/16380 1785/18759/16392 1784/18760/16386</w:t>
        <w:br/>
        <w:t>f 1779/18754/16387 1769/18744/16380 1784/18760/16386</w:t>
        <w:br/>
        <w:t>f 1788/18761/16393 1782/18758/16391 1787/18762/16394</w:t>
        <w:br/>
        <w:t>f 1786/18763/16395 1788/18761/16393 1787/18762/16394</w:t>
        <w:br/>
        <w:t>f 1788/18761/16393 1790/18764/16396 1789/18765/16397</w:t>
        <w:br/>
        <w:t>f 1792/18766/16398 1784/18760/16386 1785/18759/16392</w:t>
        <w:br/>
        <w:t>f 1791/18767/16399 1792/18766/16398 1785/18759/16392</w:t>
        <w:br/>
        <w:t>f 1770/18746/16382 1772/18747/16383 1730/18702/16340</w:t>
        <w:br/>
        <w:t>f 1727/18705/16343 1770/18746/16382 1730/18702/16340</w:t>
        <w:br/>
        <w:t>f 1766/18742/16378 1730/18702/16340 1772/18747/16383</w:t>
        <w:br/>
        <w:t>f 1773/18748/16384 1766/18742/16378 1772/18747/16383</w:t>
        <w:br/>
        <w:t>f 1796/18768/16400 1795/18769/16401 1794/18770/16402</w:t>
        <w:br/>
        <w:t>f 1793/18771/16403 1796/18768/16400 1794/18770/16402</w:t>
        <w:br/>
        <w:t>f 1800/18772/16404 1799/18773/16405 1798/18774/16406</w:t>
        <w:br/>
        <w:t>f 1797/18775/16407 1800/18772/16404 1798/18774/16406</w:t>
        <w:br/>
        <w:t>f 1804/18776/16408 1803/18777/16409 1802/18778/16404</w:t>
        <w:br/>
        <w:t>f 1801/18779/16407 1804/18776/16408 1802/18778/16404</w:t>
        <w:br/>
        <w:t>f 1808/18780/16410 1807/18781/16411 1806/18782/16412</w:t>
        <w:br/>
        <w:t>f 1805/18783/16413 1808/18780/16410 1806/18782/16412</w:t>
        <w:br/>
        <w:t>f 1798/18774/16406 1799/18773/16405 1810/18784/16414</w:t>
        <w:br/>
        <w:t>f 1809/18785/16415 1798/18774/16406 1810/18784/16414</w:t>
        <w:br/>
        <w:t>f 1814/18786/16416 1813/18787/16417 1812/18788/16418</w:t>
        <w:br/>
        <w:t>f 1811/18789/16419 1814/18786/16416 1812/18788/16418</w:t>
        <w:br/>
        <w:t>f 1817/18790/16420 1816/18791/16421 1815/18792/16422</w:t>
        <w:br/>
        <w:t>f 1804/18776/16408 1819/18793/16423 1818/18794/16424</w:t>
        <w:br/>
        <w:t>f 1803/18777/16409 1804/18776/16408 1818/18794/16424</w:t>
        <w:br/>
        <w:t>f 1822/18795/16425 1821/18796/16426 1820/18797/16427</w:t>
        <w:br/>
        <w:t>f 1823/18798/16428 1822/18795/16425 1820/18797/16427</w:t>
        <w:br/>
        <w:t>f 1826/18799/16429 1825/18800/16430 1824/18801/16431</w:t>
        <w:br/>
        <w:t>f 1827/18802/16432 1826/18799/16429 1824/18801/16431</w:t>
        <w:br/>
        <w:t>f 1830/18803/16433 1829/18804/16434 1828/18805/16435</w:t>
        <w:br/>
        <w:t>f 1831/18806/16436 1830/18803/16433 1828/18805/16435</w:t>
        <w:br/>
        <w:t>f 1835/18807/16437 1834/18808/16438 1833/18809/16439</w:t>
        <w:br/>
        <w:t>f 1832/18810/16440 1835/18807/16437 1833/18809/16439</w:t>
        <w:br/>
        <w:t>f 1839/18811/16441 1838/18812/16439 1837/18813/16442</w:t>
        <w:br/>
        <w:t>f 1836/18814/16443 1839/18811/16441 1837/18813/16442</w:t>
        <w:br/>
        <w:t>f 1828/18805/16435 1841/18815/16444 1840/18816/16445</w:t>
        <w:br/>
        <w:t>f 1831/18806/16436 1828/18805/16435 1840/18816/16445</w:t>
        <w:br/>
        <w:t>f 1844/18817/16446 1827/18802/16432 1843/18818/16447</w:t>
        <w:br/>
        <w:t>f 1842/18819/16448 1844/18817/16446 1843/18818/16447</w:t>
        <w:br/>
        <w:t>f 1831/18806/16436 1806/18782/16412 1845/18820/16449</w:t>
        <w:br/>
        <w:t>f 1830/18803/16433 1831/18806/16436 1845/18820/16449</w:t>
        <w:br/>
        <w:t>f 1809/18785/16415 1810/18784/16414 1836/18814/16443</w:t>
        <w:br/>
        <w:t>f 1837/18813/16442 1809/18785/16415 1836/18814/16443</w:t>
        <w:br/>
        <w:t>f 1814/18786/16416 1847/18821/16450 1846/18822/16451</w:t>
        <w:br/>
        <w:t>f 1813/18787/16417 1814/18786/16416 1846/18822/16451</w:t>
        <w:br/>
        <w:t>f 1818/18794/16424 1819/18793/16423 1834/18808/16438</w:t>
        <w:br/>
        <w:t>f 1835/18807/16437 1818/18794/16424 1834/18808/16438</w:t>
        <w:br/>
        <w:t>f 1849/18823/16452 1848/18824/16453 1842/18819/16448</w:t>
        <w:br/>
        <w:t>f 1843/18818/16447 1849/18823/16452 1842/18819/16448</w:t>
        <w:br/>
        <w:t>f 1820/18797/16427 1851/18825/16454 1850/18826/16455</w:t>
        <w:br/>
        <w:t>f 1823/18798/16428 1820/18797/16427 1850/18826/16455</w:t>
        <w:br/>
        <w:t>f 1797/18775/16407 1798/18774/16406 1853/18827/16456</w:t>
        <w:br/>
        <w:t>f 1852/18828/16457 1797/18775/16407 1853/18827/16456</w:t>
        <w:br/>
        <w:t>f 1854/18829/16458 1853/18827/16456 1798/18774/16406</w:t>
        <w:br/>
        <w:t>f 1809/18785/16415 1854/18829/16458 1798/18774/16406</w:t>
        <w:br/>
        <w:t>f 1809/18785/16415 1837/18813/16442 1855/18830/16459</w:t>
        <w:br/>
        <w:t>f 1854/18829/16458 1809/18785/16415 1855/18830/16459</w:t>
        <w:br/>
        <w:t>f 1805/18783/16413 1806/18782/16412 1831/18806/16436</w:t>
        <w:br/>
        <w:t>f 1840/18816/16445 1805/18783/16413 1831/18806/16436</w:t>
        <w:br/>
        <w:t>f 1849/18823/16452 1857/18831/16460 1856/18832/16461</w:t>
        <w:br/>
        <w:t>f 1848/18824/16453 1849/18823/16452 1856/18832/16461</w:t>
        <w:br/>
        <w:t>f 1858/18833/16462 1856/18832/16461 1857/18831/16460</w:t>
        <w:br/>
        <w:t>f 1793/18771/16403 1858/18833/16462 1857/18831/16460</w:t>
        <w:br/>
        <w:t>f 1808/18780/16410 1860/18834/16462 1859/18835/16403</w:t>
        <w:br/>
        <w:t>f 1807/18781/16411 1808/18780/16410 1859/18835/16403</w:t>
        <w:br/>
        <w:t>f 1852/18828/16457 1853/18827/16456 1811/18789/16419</w:t>
        <w:br/>
        <w:t>f 1861/18836/16463 1852/18828/16457 1811/18789/16419</w:t>
        <w:br/>
        <w:t>f 1847/18821/16450 1862/18837/16464 1846/18822/16451</w:t>
        <w:br/>
        <w:t>f 1863/18838/16465 1855/18830/16459 1837/18813/16442</w:t>
        <w:br/>
        <w:t>f 1838/18812/16439 1863/18838/16465 1837/18813/16442</w:t>
        <w:br/>
        <w:t>f 1807/18781/16411 1859/18835/16403 1865/18839/16466</w:t>
        <w:br/>
        <w:t>f 1864/18840/16467 1807/18781/16411 1865/18839/16466</w:t>
        <w:br/>
        <w:t>f 1864/18840/16467 1845/18820/16449 1806/18782/16412</w:t>
        <w:br/>
        <w:t>f 1807/18781/16411 1864/18840/16467 1806/18782/16412</w:t>
        <w:br/>
        <w:t>f 1866/18841/16468 1833/18809/16439 1850/18826/16455</w:t>
        <w:br/>
        <w:t>f 1851/18825/16454 1866/18841/16468 1850/18826/16455</w:t>
        <w:br/>
        <w:t>f 1822/18795/16425 1801/18779/16407 1867/18842/16457</w:t>
        <w:br/>
        <w:t>f 1821/18796/16426 1822/18795/16425 1867/18842/16457</w:t>
        <w:br/>
        <w:t>f 1821/18796/16426 1868/18843/16469 1820/18797/16427</w:t>
        <w:br/>
        <w:t>f 1871/18844/16470 1870/18845/16471 1869/18846/16472</w:t>
        <w:br/>
        <w:t>f 1812/18788/16418 1861/18836/16463 1811/18789/16419</w:t>
        <w:br/>
        <w:t>f 1847/18821/16450 1855/18830/16459 1863/18838/16465</w:t>
        <w:br/>
        <w:t>f 1862/18837/16464 1847/18821/16450 1863/18838/16465</w:t>
        <w:br/>
        <w:t>f 1874/18847/16418 1873/18848/16473 1872/18849/16474</w:t>
        <w:br/>
        <w:t>f 1875/18850/16463 1874/18847/16418 1872/18849/16474</w:t>
        <w:br/>
        <w:t>f 1876/18851/16475 1866/18841/16468 1851/18825/16454</w:t>
        <w:br/>
        <w:t>f 1870/18845/16471 1876/18851/16475 1851/18825/16454</w:t>
        <w:br/>
        <w:t>f 1873/18848/16473 1877/18852/16476 1871/18844/16470</w:t>
        <w:br/>
        <w:t>f 1872/18849/16474 1873/18848/16473 1871/18844/16470</w:t>
        <w:br/>
        <w:t>f 1871/18844/16470 1879/18853/16477 1878/18854/16478</w:t>
        <w:br/>
        <w:t>f 1875/18850/16463 1872/18849/16474 1821/18796/16426</w:t>
        <w:br/>
        <w:t>f 1867/18842/16457 1875/18850/16463 1821/18796/16426</w:t>
        <w:br/>
        <w:t>f 1870/18845/16471 1881/18855/16479 1880/18856/16480</w:t>
        <w:br/>
        <w:t>f 1876/18851/16475 1870/18845/16471 1880/18856/16480</w:t>
        <w:br/>
        <w:t>f 1853/18827/16456 1854/18829/16458 1814/18786/16416</w:t>
        <w:br/>
        <w:t>f 1811/18789/16419 1853/18827/16456 1814/18786/16416</w:t>
        <w:br/>
        <w:t>f 1855/18830/16459 1847/18821/16450 1814/18786/16416</w:t>
        <w:br/>
        <w:t>f 1854/18829/16458 1855/18830/16459 1814/18786/16416</w:t>
        <w:br/>
        <w:t>f 1883/18857/16481 1672/18648/16293 1673/18647/16292</w:t>
        <w:br/>
        <w:t>f 1882/18858/16482 1883/18857/16481 1673/18647/16292</w:t>
        <w:br/>
        <w:t>f 1884/18859/16483 1883/18857/16481 1882/18858/16482</w:t>
        <w:br/>
        <w:t>f 1616/18590/16239 1884/18859/16483 1882/18858/16482</w:t>
        <w:br/>
        <w:t>f 1670/18646/16291 1675/18649/16294 1664/18638/16283</w:t>
        <w:br/>
        <w:t>f 1648/18622/16269 1670/18646/16291 1664/18638/16283</w:t>
        <w:br/>
        <w:t>f 1886/18860/16484 1885/18861/16485 1559/18537/16194</w:t>
        <w:br/>
        <w:t>f 1560/18536/16193 1886/18860/16484 1559/18537/16194</w:t>
        <w:br/>
        <w:t>f 1886/18860/16484 1529/18507/16165 1530/18506/16164</w:t>
        <w:br/>
        <w:t>f 1885/18861/16485 1886/18860/16484 1530/18506/16164</w:t>
        <w:br/>
        <w:t>f 1888/18862/16486 1824/18801/16431 1825/18800/16430</w:t>
        <w:br/>
        <w:t>f 1887/18863/16487 1888/18862/16486 1825/18800/16430</w:t>
        <w:br/>
        <w:t>f 1887/18863/16487 1795/18769/16401 1796/18768/16400</w:t>
        <w:br/>
        <w:t>f 1888/18862/16486 1887/18863/16487 1796/18768/16400</w:t>
        <w:br/>
        <w:t>f 1890/18864/16488 1516/18490/16151 1503/18480/16141</w:t>
        <w:br/>
        <w:t>f 1889/18865/16489 1890/18864/16488 1503/18480/16141</w:t>
        <w:br/>
        <w:t>f 1481/18458/16119 1516/18490/16151 1890/18864/16488</w:t>
        <w:br/>
        <w:t>f 1483/18456/16117 1481/18458/16119 1890/18864/16488</w:t>
        <w:br/>
        <w:t>f 1782/18758/16391 1783/18757/16385 1891/18866/16490</w:t>
        <w:br/>
        <w:t>f 1787/18762/16394 1782/18758/16391 1891/18866/16490</w:t>
        <w:br/>
        <w:t>f 1893/18867/16491 1874/18847/16492 1892/18868/16417</w:t>
        <w:br/>
        <w:t>f 1895/18869/16493 1892/18868/16417 1894/18870/16494</w:t>
        <w:br/>
        <w:t>f 1898/18871/16495 1897/18872/16342 1896/18873/16496</w:t>
        <w:br/>
        <w:t>f 1900/18874/16497 1896/18873/16496 1899/18875/16498</w:t>
        <w:br/>
        <w:t>f 1531/18505/16163 1901/18876/16499 1530/18506/16164</w:t>
        <w:br/>
        <w:t>f 1885/18861/16485 1530/18506/16164 1901/18876/16499</w:t>
        <w:br/>
        <w:t>f 1902/18877/16500 1885/18861/16485 1901/18876/16499</w:t>
        <w:br/>
        <w:t>f 1885/18861/16485 1902/18877/16500 1903/18878/16501</w:t>
        <w:br/>
        <w:t>f 1559/18537/16194 1885/18861/16485 1903/18878/16501</w:t>
        <w:br/>
        <w:t>f 1903/18878/16501 1562/18534/16191 1559/18537/16194</w:t>
        <w:br/>
        <w:t>f 1902/18877/16500 1905/18879/16502 1904/18880/16503</w:t>
        <w:br/>
        <w:t>f 1903/18878/16501 1902/18877/16500 1904/18880/16503</w:t>
        <w:br/>
        <w:t>f 1906/18881/16504 1905/18879/16502 1902/18877/16500</w:t>
        <w:br/>
        <w:t>f 1901/18876/16499 1906/18881/16504 1902/18877/16500</w:t>
        <w:br/>
        <w:t>f 1597/18571/16224 1596/18572/16225 1907/18882/16505</w:t>
        <w:br/>
        <w:t>f 1907/18882/16505 1908/18883/16506 1598/18573/16226</w:t>
        <w:br/>
        <w:t>f 1597/18571/16224 1907/18882/16505 1598/18573/16226</w:t>
        <w:br/>
        <w:t>f 1598/18573/16226 1908/18883/16506 1595/18569/16223</w:t>
        <w:br/>
        <w:t>f 1599/18574/16227 1598/18573/16226 1595/18569/16223</w:t>
        <w:br/>
        <w:t>f 1594/18570/16218 1599/18574/16227 1595/18569/16223</w:t>
        <w:br/>
        <w:t>f 1580/18556/16211 1595/18569/16223 1908/18883/16506</w:t>
        <w:br/>
        <w:t>f 1556/18532/16189 1580/18556/16211 1908/18883/16506</w:t>
        <w:br/>
        <w:t>f 1555/18533/16190 1556/18532/16189 1908/18883/16506</w:t>
        <w:br/>
        <w:t>f 1907/18882/16505 1555/18533/16190 1908/18883/16506</w:t>
        <w:br/>
        <w:t>f 1616/18590/16239 1909/18884/16507 1615/18591/16240</w:t>
        <w:br/>
        <w:t>f 1686/18660/16303 1615/18591/16240 1909/18884/16507</w:t>
        <w:br/>
        <w:t>f 1910/18885/16508 1686/18660/16303 1909/18884/16507</w:t>
        <w:br/>
        <w:t>f 1910/18885/16508 1911/18886/16509 1642/18619/16267</w:t>
        <w:br/>
        <w:t>f 1686/18660/16303 1910/18885/16508 1642/18619/16267</w:t>
        <w:br/>
        <w:t>f 1911/18886/16509 1645/18620/16268 1642/18619/16267</w:t>
        <w:br/>
        <w:t>f 1668/18643/16288 1911/18886/16509 1910/18885/16508</w:t>
        <w:br/>
        <w:t>f 1673/18647/16292 1668/18643/16288 1910/18885/16508</w:t>
        <w:br/>
        <w:t>f 1910/18885/16508 1909/18884/16507 1882/18858/16482</w:t>
        <w:br/>
        <w:t>f 1673/18647/16292 1910/18885/16508 1882/18858/16482</w:t>
        <w:br/>
        <w:t>f 1628/18601/16250 1622/18600/16249 1912/18887/16510</w:t>
        <w:br/>
        <w:t>f 1640/18616/16264 1628/18601/16250 1912/18887/16510</w:t>
        <w:br/>
        <w:t>f 1913/18888/16511 1640/18616/16264 1912/18887/16510</w:t>
        <w:br/>
        <w:t>f 1914/18889/16512 1660/18637/16282 1640/18616/16264</w:t>
        <w:br/>
        <w:t>f 1913/18888/16511 1914/18889/16512 1640/18616/16264</w:t>
        <w:br/>
        <w:t>f 1650/18627/16273 1651/18626/16272 1914/18889/16512</w:t>
        <w:br/>
        <w:t>f 1913/18888/16511 1639/18614/16262 1650/18627/16273</w:t>
        <w:br/>
        <w:t>f 1914/18889/16512 1913/18888/16511 1650/18627/16273</w:t>
        <w:br/>
        <w:t>f 1623/18599/16248 1639/18614/16262 1913/18888/16511</w:t>
        <w:br/>
        <w:t>f 1912/18887/16510 1623/18599/16248 1913/18888/16511</w:t>
        <w:br/>
        <w:t>f 1706/18680/16320 1915/18890/16513 1705/18681/16321</w:t>
        <w:br/>
        <w:t>f 1915/18890/16513 1916/18891/16514 1739/18713/16351</w:t>
        <w:br/>
        <w:t>f 1705/18681/16321 1915/18890/16513 1739/18713/16351</w:t>
        <w:br/>
        <w:t>f 1739/18713/16351 1916/18891/16514 1917/18892/16515</w:t>
        <w:br/>
        <w:t>f 1746/18719/16357 1739/18713/16351 1917/18892/16515</w:t>
        <w:br/>
        <w:t>f 1917/18892/16515 1745/18720/16358 1746/18719/16357</w:t>
        <w:br/>
        <w:t>f 1916/18891/16514 1736/18712/16350 1762/18738/16374</w:t>
        <w:br/>
        <w:t>f 1917/18892/16515 1916/18891/16514 1762/18738/16374</w:t>
        <w:br/>
        <w:t>f 1736/18712/16350 1916/18891/16514 1915/18890/16513</w:t>
        <w:br/>
        <w:t>f 1721/18695/16334 1736/18712/16350 1915/18890/16513</w:t>
        <w:br/>
        <w:t>f 1718/18692/16331 1719/18691/16329 1918/18893/16516</w:t>
        <w:br/>
        <w:t>f 1734/18710/16348 1718/18692/16331 1918/18893/16516</w:t>
        <w:br/>
        <w:t>f 1919/18894/16517 1734/18710/16348 1918/18893/16516</w:t>
        <w:br/>
        <w:t>f 1919/18894/16517 1920/18895/16518 1753/18729/16366</w:t>
        <w:br/>
        <w:t>f 1734/18710/16348 1919/18894/16517 1753/18729/16366</w:t>
        <w:br/>
        <w:t>f 1920/18895/16518 1752/18730/16367 1753/18729/16366</w:t>
        <w:br/>
        <w:t>f 1919/18894/16517 1740/18718/16356 1768/18743/16379</w:t>
        <w:br/>
        <w:t>f 1920/18895/16518 1919/18894/16517 1768/18743/16379</w:t>
        <w:br/>
        <w:t>f 1743/18715/16353 1740/18718/16356 1919/18894/16517</w:t>
        <w:br/>
        <w:t>f 1918/18893/16516 1743/18715/16353 1919/18894/16517</w:t>
        <w:br/>
        <w:t>f 1793/18771/16403 1921/18896/16519 1796/18768/16400</w:t>
        <w:br/>
        <w:t>f 1888/18862/16486 1796/18768/16400 1921/18896/16519</w:t>
        <w:br/>
        <w:t>f 1922/18897/16520 1888/18862/16486 1921/18896/16519</w:t>
        <w:br/>
        <w:t>f 1824/18801/16431 1888/18862/16486 1922/18897/16520</w:t>
        <w:br/>
        <w:t>f 1923/18898/16521 1824/18801/16431 1922/18897/16520</w:t>
        <w:br/>
        <w:t>f 1923/18898/16521 1827/18802/16432 1824/18801/16431</w:t>
        <w:br/>
        <w:t>f 1922/18897/16520 1849/18823/16452 1843/18818/16447</w:t>
        <w:br/>
        <w:t>f 1923/18898/16521 1922/18897/16520 1843/18818/16447</w:t>
        <w:br/>
        <w:t>f 1857/18831/16460 1849/18823/16452 1922/18897/16520</w:t>
        <w:br/>
        <w:t>f 1921/18896/16519 1857/18831/16460 1922/18897/16520</w:t>
        <w:br/>
        <w:t>f 1804/18776/16408 1801/18779/16407 1924/18899/16522</w:t>
        <w:br/>
        <w:t>f 1924/18899/16522 1925/18900/16523 1819/18793/16423</w:t>
        <w:br/>
        <w:t>f 1804/18776/16408 1924/18899/16522 1819/18793/16423</w:t>
        <w:br/>
        <w:t>f 1926/18901/16524 1834/18808/16438 1819/18793/16423</w:t>
        <w:br/>
        <w:t>f 1925/18900/16523 1926/18901/16524 1819/18793/16423</w:t>
        <w:br/>
        <w:t>f 1926/18901/16524 1833/18809/16439 1834/18808/16438</w:t>
        <w:br/>
        <w:t>f 1925/18900/16523 1823/18798/16428 1850/18826/16455</w:t>
        <w:br/>
        <w:t>f 1926/18901/16524 1925/18900/16523 1850/18826/16455</w:t>
        <w:br/>
        <w:t>f 1822/18795/16425 1823/18798/16428 1925/18900/16523</w:t>
        <w:br/>
        <w:t>f 1924/18899/16522 1822/18795/16425 1925/18900/16523</w:t>
        <w:br/>
        <w:t>f 1928/18902/16525 1927/18903/16526 1889/18865/16489</w:t>
        <w:br/>
        <w:t>f 1504/18479/16140 1928/18902/16525 1889/18865/16489</w:t>
        <w:br/>
        <w:t>f 1929/18904/16527 1890/18864/16488 1889/18865/16489</w:t>
        <w:br/>
        <w:t>f 1927/18903/16526 1929/18904/16527 1889/18865/16489</w:t>
        <w:br/>
        <w:t>f 1483/18456/16117 1890/18864/16488 1929/18904/16527</w:t>
        <w:br/>
        <w:t>f 1930/18905/16528 1483/18456/16117 1929/18904/16527</w:t>
        <w:br/>
        <w:t>f 1483/18456/16117 1930/18905/16528 1931/18906/16529</w:t>
        <w:br/>
        <w:t>f 1482/18457/16118 1483/18456/16117 1931/18906/16529</w:t>
        <w:br/>
        <w:t>f 1525/18500/16160 1932/18907/16530 1479/18453/16114</w:t>
        <w:br/>
        <w:t>f 1480/18452/16113 1525/18500/16160 1479/18453/16114</w:t>
        <w:br/>
        <w:t>f 1932/18907/16530 1525/18500/16160 1934/18908/16531</w:t>
        <w:br/>
        <w:t>f 1933/18909/16532 1932/18907/16530 1934/18908/16531</w:t>
        <w:br/>
        <w:t>f 1934/18908/16531 1522/18494/16155 1935/18910/16533</w:t>
        <w:br/>
        <w:t>f 1933/18909/16532 1934/18908/16531 1935/18910/16533</w:t>
        <w:br/>
        <w:t>f 1519/18497/16149 1936/18911/16150 1935/18910/16533</w:t>
        <w:br/>
        <w:t>f 1522/18494/16155 1519/18497/16149 1935/18910/16533</w:t>
        <w:br/>
        <w:t>f 1539/18517/16174 1540/18516/16173 1906/18881/16504</w:t>
        <w:br/>
        <w:t>f 1531/18505/16163 1539/18517/16174 1906/18881/16504</w:t>
        <w:br/>
        <w:t>f 1592/18566/16221 1593/18565/16220 1534/18509/16167</w:t>
        <w:br/>
        <w:t>f 1535/18508/16166 1592/18566/16221 1534/18509/16167</w:t>
        <w:br/>
        <w:t>f 1593/18565/16220 1576/18550/16205 1544/18518/16175</w:t>
        <w:br/>
        <w:t>f 1534/18509/16167 1593/18565/16220 1544/18518/16175</w:t>
        <w:br/>
        <w:t>f 1564/18539/16196 1570/18545/16202 1544/18518/16175</w:t>
        <w:br/>
        <w:t>f 1576/18550/16205 1564/18539/16196 1544/18518/16175</w:t>
        <w:br/>
        <w:t>f 1570/18545/16202 1564/18539/16196 1565/18538/16195</w:t>
        <w:br/>
        <w:t>f 1569/18542/16199 1570/18545/16202 1565/18538/16195</w:t>
        <w:br/>
        <w:t>f 1574/18549/16199 1562/18534/16191 1904/18880/16503</w:t>
        <w:br/>
        <w:t>f 1573/18546/16203 1574/18549/16199 1904/18880/16503</w:t>
        <w:br/>
        <w:t>f 1905/18879/16502 1553/18529/16186 1573/18546/16203</w:t>
        <w:br/>
        <w:t>f 1904/18880/16503 1905/18879/16502 1573/18546/16203</w:t>
        <w:br/>
        <w:t>f 1905/18879/16502 1906/18881/16504 1540/18516/16173</w:t>
        <w:br/>
        <w:t>f 1553/18529/16186 1905/18879/16502 1540/18516/16173</w:t>
        <w:br/>
        <w:t>f 1672/18648/16293 1883/18857/16481 1627/18602/16251</w:t>
        <w:br/>
        <w:t>f 1641/18615/16263 1672/18648/16293 1627/18602/16251</w:t>
        <w:br/>
        <w:t>f 1672/18648/16293 1641/18615/16263 1661/18636/16281</w:t>
        <w:br/>
        <w:t>f 1667/18644/16289 1672/18648/16293 1661/18636/16281</w:t>
        <w:br/>
        <w:t>f 1667/18644/16289 1661/18636/16281 1662/18635/16279</w:t>
        <w:br/>
        <w:t>f 1669/18642/16287 1667/18644/16289 1662/18635/16279</w:t>
        <w:br/>
        <w:t>f 1671/18645/16290 1659/18633/16279 1658/18634/16280</w:t>
        <w:br/>
        <w:t>f 1670/18646/16291 1671/18645/16290 1658/18634/16280</w:t>
        <w:br/>
        <w:t>f 1629/18605/16253 1675/18649/16294 1670/18646/16291</w:t>
        <w:br/>
        <w:t>f 1658/18634/16280 1629/18605/16253 1670/18646/16291</w:t>
        <w:br/>
        <w:t>f 1675/18649/16294 1629/18605/16253 1621/18593/16242</w:t>
        <w:br/>
        <w:t>f 1674/18650/16295 1675/18649/16294 1621/18593/16242</w:t>
        <w:br/>
        <w:t>f 1674/18650/16295 1621/18593/16242 1618/18596/16245</w:t>
        <w:br/>
        <w:t>f 1700/18675/16315 1674/18650/16295 1618/18596/16245</w:t>
        <w:br/>
        <w:t>f 1883/18857/16481 1884/18859/16483 1626/18603/16245</w:t>
        <w:br/>
        <w:t>f 1627/18602/16251 1883/18857/16481 1626/18603/16245</w:t>
        <w:br/>
        <w:t>f 1755/18727/16364 1763/18737/16373 1764/18739/16375</w:t>
        <w:br/>
        <w:t>f 1754/18728/16365 1755/18727/16364 1764/18739/16375</w:t>
        <w:br/>
        <w:t>f 1757/18733/16364 1758/18732/16369 1760/18736/16372</w:t>
        <w:br/>
        <w:t>f 1761/18735/16371 1757/18733/16364 1760/18736/16372</w:t>
        <w:br/>
        <w:t>f 1726/18700/16338 1723/18698/16336 1760/18736/16372</w:t>
        <w:br/>
        <w:t>f 1758/18732/16369 1726/18700/16338 1760/18736/16372</w:t>
        <w:br/>
        <w:t>f 1726/18700/16338 1714/18687/16327 1710/18683/16323</w:t>
        <w:br/>
        <w:t>f 1723/18698/16336 1726/18700/16338 1710/18683/16323</w:t>
        <w:br/>
        <w:t>f 1715/18690/16330 1709/18684/16324 1710/18683/16323</w:t>
        <w:br/>
        <w:t>f 1714/18687/16327 1715/18690/16330 1710/18683/16323</w:t>
        <w:br/>
        <w:t>f 1716/18694/16333 1717/18693/16332 1722/18697/16335</w:t>
        <w:br/>
        <w:t>f 1720/18696/16324 1716/18694/16333 1722/18697/16335</w:t>
        <w:br/>
        <w:t>f 1717/18693/16332 1735/18709/16347 1737/18711/16349</w:t>
        <w:br/>
        <w:t>f 1722/18697/16335 1717/18693/16332 1737/18711/16349</w:t>
        <w:br/>
        <w:t>f 1737/18711/16349 1735/18709/16347 1754/18728/16365</w:t>
        <w:br/>
        <w:t>f 1764/18739/16375 1737/18711/16349 1754/18728/16365</w:t>
        <w:br/>
        <w:t>f 1803/18777/16409 1818/18794/16424 1848/18824/16453</w:t>
        <w:br/>
        <w:t>f 1856/18832/16461 1803/18777/16409 1848/18824/16453</w:t>
        <w:br/>
        <w:t>f 1835/18807/16437 1842/18819/16448 1848/18824/16453</w:t>
        <w:br/>
        <w:t>f 1818/18794/16424 1835/18807/16437 1848/18824/16453</w:t>
        <w:br/>
        <w:t>f 1832/18810/16440 1844/18817/16446 1842/18819/16448</w:t>
        <w:br/>
        <w:t>f 1835/18807/16437 1832/18810/16440 1842/18819/16448</w:t>
        <w:br/>
        <w:t>f 1839/18811/16441 1836/18814/16443 1840/18816/16445</w:t>
        <w:br/>
        <w:t>f 1841/18815/16444 1839/18811/16441 1840/18816/16445</w:t>
        <w:br/>
        <w:t>f 1840/18816/16445 1836/18814/16443 1810/18784/16414</w:t>
        <w:br/>
        <w:t>f 1805/18783/16413 1840/18816/16445 1810/18784/16414</w:t>
        <w:br/>
        <w:t>f 1799/18773/16405 1808/18780/16410 1805/18783/16413</w:t>
        <w:br/>
        <w:t>f 1810/18784/16414 1799/18773/16405 1805/18783/16413</w:t>
        <w:br/>
        <w:t>f 1799/18773/16405 1800/18772/16404 1860/18834/16462</w:t>
        <w:br/>
        <w:t>f 1808/18780/16410 1799/18773/16405 1860/18834/16462</w:t>
        <w:br/>
        <w:t>f 1856/18832/16461 1858/18833/16462 1802/18778/16404</w:t>
        <w:br/>
        <w:t>f 1803/18777/16409 1856/18832/16461 1802/18778/16404</w:t>
        <w:br/>
        <w:t>f 1935/18910/16533 1505/18478/16139 1515/18491/16152</w:t>
        <w:br/>
        <w:t>f 1933/18909/16532 1935/18910/16533 1515/18491/16152</w:t>
        <w:br/>
        <w:t>f 1515/18491/16152 1517/18492/16153 1932/18907/16530</w:t>
        <w:br/>
        <w:t>f 1933/18909/16532 1515/18491/16152 1932/18907/16530</w:t>
        <w:br/>
        <w:t>f 1479/18453/16114 1932/18907/16530 1517/18492/16153</w:t>
        <w:br/>
        <w:t>f 1482/18457/16118 1479/18453/16114 1517/18492/16153</w:t>
        <w:br/>
        <w:t>f 1476/18448/16109 1473/18451/16112 1478/18454/16115</w:t>
        <w:br/>
        <w:t>f 1479/18453/16114 1476/18448/16109 1478/18454/16115</w:t>
        <w:br/>
        <w:t>f 1484/18460/16121 1487/18461/16122 1478/18454/16115</w:t>
        <w:br/>
        <w:t>f 1473/18451/16112 1484/18460/16121 1478/18454/16115</w:t>
        <w:br/>
        <w:t>f 1487/18461/16122 1484/18460/16121 1502/18477/16138</w:t>
        <w:br/>
        <w:t>f 1510/18485/16146 1487/18461/16122 1502/18477/16138</w:t>
        <w:br/>
        <w:t>f 1502/18477/16138 1499/18476/16137 1513/18489/16150</w:t>
        <w:br/>
        <w:t>f 1510/18485/16146 1502/18477/16138 1513/18489/16150</w:t>
        <w:br/>
        <w:t>f 1936/18911/16150 1504/18479/16140 1505/18478/16139</w:t>
        <w:br/>
        <w:t>f 1935/18910/16533 1936/18911/16150 1505/18478/16139</w:t>
        <w:br/>
        <w:t>f 1882/18858/16482 1909/18884/16507 1616/18590/16239</w:t>
        <w:br/>
        <w:t>f 1668/18643/16288 1645/18620/16268 1911/18886/16509</w:t>
        <w:br/>
        <w:t>f 1906/18881/16504 1901/18876/16499 1531/18505/16163</w:t>
        <w:br/>
        <w:t>f 1903/18878/16501 1904/18880/16503 1562/18534/16191</w:t>
        <w:br/>
        <w:t>f 1622/18600/16249 1623/18599/16248 1912/18887/16510</w:t>
        <w:br/>
        <w:t>f 1651/18626/16272 1660/18637/16282 1914/18889/16512</w:t>
        <w:br/>
        <w:t>f 1596/18572/16225 1555/18533/16190 1907/18882/16505</w:t>
        <w:br/>
        <w:t>f 1580/18556/16211 1581/18555/16210 1606/18581/16219</w:t>
        <w:br/>
        <w:t>f 1594/18570/16218 1580/18556/16211 1606/18581/16219</w:t>
        <w:br/>
        <w:t>f 1719/18691/16329 1743/18715/16353 1918/18893/16516</w:t>
        <w:br/>
        <w:t>f 1920/18895/16518 1768/18743/16379 1752/18730/16367</w:t>
        <w:br/>
        <w:t>f 1706/18680/16320 1721/18695/16334 1915/18890/16513</w:t>
        <w:br/>
        <w:t>f 1917/18892/16515 1762/18738/16374 1745/18720/16358</w:t>
        <w:br/>
        <w:t>f 1793/18771/16403 1857/18831/16460 1921/18896/16519</w:t>
        <w:br/>
        <w:t>f 1923/18898/16521 1843/18818/16447 1827/18802/16432</w:t>
        <w:br/>
        <w:t>f 1801/18779/16407 1822/18795/16425 1924/18899/16522</w:t>
        <w:br/>
        <w:t>f 1926/18901/16524 1850/18826/16455 1833/18809/16439</w:t>
        <w:br/>
        <w:t>f 1482/18457/16118 1517/18492/16153 1481/18458/16119</w:t>
        <w:br/>
        <w:t>f 1504/18479/16140 1889/18865/16489 1503/18480/16141</w:t>
        <w:br/>
        <w:t>f 1551/18526/16183 1937/18912/16534 1550/18527/16184</w:t>
        <w:br/>
        <w:t>f 1551/18526/16183 1612/18588/16237 1938/18913/16535</w:t>
        <w:br/>
        <w:t>f 1601/18579/16230 1939/18914/16536 1608/18583/16232</w:t>
        <w:br/>
        <w:t>f 1608/18583/16232 1940/18915/16537 1613/18587/16236</w:t>
        <w:br/>
        <w:t>f 1939/18914/16536 1941/18916/16538 1608/18583/16232</w:t>
        <w:br/>
        <w:t>f 1608/18583/16232 1941/18916/16538 1940/18915/16537</w:t>
        <w:br/>
        <w:t>f 1551/18526/16183 1938/18913/16535 1611/18585/16234</w:t>
        <w:br/>
        <w:t>f 1551/18526/16183 1610/18586/16235 1937/18912/16534</w:t>
        <w:br/>
        <w:t>f 1608/18583/16232 1609/18584/16233 1604/18576/16228</w:t>
        <w:br/>
        <w:t>f 1608/18583/16232 1613/18587/16236 1605/18582/16231</w:t>
        <w:br/>
        <w:t>f 1942/18917/16539 1581/18555/16210 1557/18531/16188</w:t>
        <w:br/>
        <w:t>f 1942/18917/16539 1605/18582/16231 1581/18555/16210</w:t>
        <w:br/>
        <w:t>f 1942/18917/16539 1609/18584/16233 1605/18582/16231</w:t>
        <w:br/>
        <w:t>f 1942/18917/16539 1943/18918/16540 1609/18584/16233</w:t>
        <w:br/>
        <w:t>f 1944/18919/16541 1557/18531/16188 1558/18530/16187</w:t>
        <w:br/>
        <w:t>f 1944/18919/16541 1943/18918/16540 1557/18531/16188</w:t>
        <w:br/>
        <w:t>f 1944/18919/16541 1604/18576/16228 1609/18584/16233</w:t>
        <w:br/>
        <w:t>f 1944/18919/16541 1558/18530/16187 1604/18576/16228</w:t>
        <w:br/>
        <w:t>f 1942/18917/16539 1557/18531/16188 1943/18918/16540</w:t>
        <w:br/>
        <w:t>f 1944/18919/16541 1609/18584/16233 1943/18918/16540</w:t>
        <w:br/>
        <w:t>f 1552/18525/16182 1945/18920/16180 1551/18526/16183</w:t>
        <w:br/>
        <w:t>f 1551/18526/16183 1945/18920/16180 1612/18588/16237</w:t>
        <w:br/>
        <w:t>f 1689/18664/16307 1695/18669/16310 1653/18628/16274</w:t>
        <w:br/>
        <w:t>f 1696/18672/16312 1695/18669/16310 1689/18664/16307</w:t>
        <w:br/>
        <w:t>f 1687/18663/16306 1638/18613/16261 1624/18598/16247</w:t>
        <w:br/>
        <w:t>f 1693/18665/16308 1696/18672/16312 1687/18663/16306</w:t>
        <w:br/>
        <w:t>f 1624/18598/16247 1693/18665/16308 1687/18663/16306</w:t>
        <w:br/>
        <w:t>f 1653/18628/16274 1638/18613/16261 1689/18664/16307</w:t>
        <w:br/>
        <w:t>f 1688/18662/16305 1696/18672/16312 1689/18664/16307</w:t>
        <w:br/>
        <w:t>f 1687/18663/16306 1696/18672/16312 1688/18662/16305</w:t>
        <w:br/>
        <w:t>f 1636/18611/16259 1702/18677/16317 1946/18921/16542</w:t>
        <w:br/>
        <w:t>f 1947/18922/16543 1691/18667/16544 1636/18611/16259</w:t>
        <w:br/>
        <w:t>f 1636/18611/16259 1948/18923/16545 1702/18677/16317</w:t>
        <w:br/>
        <w:t>f 1691/18667/16544 1948/18923/16545 1636/18611/16259</w:t>
        <w:br/>
        <w:t>f 1696/18672/16312 1699/18673/16313 1703/18678/16318</w:t>
        <w:br/>
        <w:t>f 1695/18669/16310 1696/18672/16312 1703/18678/16318</w:t>
        <w:br/>
        <w:t>f 1697/18671/16311 1698/18674/16314 1696/18672/16312</w:t>
        <w:br/>
        <w:t>f 1637/18610/16258 1947/18922/16543 1636/18611/16259</w:t>
        <w:br/>
        <w:t>f 1636/18611/16259 1946/18921/16542 1701/18676/16316</w:t>
        <w:br/>
        <w:t>f 1781/18756/16390 1788/18761/16393 1785/18759/16392</w:t>
        <w:br/>
        <w:t>f 1785/18759/16392 1769/18744/16380 1781/18756/16390</w:t>
        <w:br/>
        <w:t>f 1781/18756/16390 1741/18717/16355 1949/18924/16546</w:t>
        <w:br/>
        <w:t>f 1950/18925/16547 1782/18758/16391 1788/18761/16393</w:t>
        <w:br/>
        <w:t>f 1949/18924/16546 1741/18717/16355 1950/18925/16547</w:t>
        <w:br/>
        <w:t>f 1950/18925/16547 1741/18717/16355 1742/18716/16354</w:t>
        <w:br/>
        <w:t>f 1742/18716/16354 1782/18758/16391 1950/18925/16547</w:t>
        <w:br/>
        <w:t>f 1949/18924/16546 1788/18761/16393 1781/18756/16390</w:t>
        <w:br/>
        <w:t>f 1950/18925/16547 1788/18761/16393 1949/18924/16546</w:t>
        <w:br/>
        <w:t>f 1788/18761/16393 1789/18765/16397 1791/18767/16399</w:t>
        <w:br/>
        <w:t>f 1785/18759/16392 1788/18761/16393 1791/18767/16399</w:t>
        <w:br/>
        <w:t>f 1786/18763/16395 1790/18764/16396 1788/18761/16393</w:t>
        <w:br/>
        <w:t>f 1732/18707/16345 1898/18871/16495 1896/18873/16496</w:t>
        <w:br/>
        <w:t>f 1732/18707/16345 1951/18926/16548 1731/18708/16346</w:t>
        <w:br/>
        <w:t>f 1896/18873/16496 1900/18874/16497 1732/18707/16345</w:t>
        <w:br/>
        <w:t>f 1732/18707/16345 1900/18874/16497 1951/18926/16548</w:t>
        <w:br/>
        <w:t>f 1733/18706/16344 1898/18871/16495 1732/18707/16345</w:t>
        <w:br/>
        <w:t>f 1869/18846/16472 1820/18797/16427 1952/18927/16549</w:t>
        <w:br/>
        <w:t>f 1851/18825/16454 1820/18797/16427 1869/18846/16472</w:t>
        <w:br/>
        <w:t>f 1870/18845/16471 1851/18825/16454 1869/18846/16472</w:t>
        <w:br/>
        <w:t>f 1868/18843/16469 1821/18796/16426 1872/18849/16474</w:t>
        <w:br/>
        <w:t>f 1872/18849/16474 1871/18844/16470 1868/18843/16469</w:t>
        <w:br/>
        <w:t>f 1952/18927/16549 1820/18797/16427 1868/18843/16469</w:t>
        <w:br/>
        <w:t>f 1877/18852/16476 1879/18853/16477 1871/18844/16470</w:t>
        <w:br/>
        <w:t>f 1881/18855/16479 1870/18845/16471 1871/18844/16470</w:t>
        <w:br/>
        <w:t>f 1878/18854/16478 1881/18855/16479 1871/18844/16470</w:t>
        <w:br/>
        <w:t>f 1816/18791/16421 1893/18867/16491 1892/18868/16417</w:t>
        <w:br/>
        <w:t>f 1816/18791/16421 1895/18869/16493 1953/18928/16550</w:t>
        <w:br/>
        <w:t>f 1892/18868/16417 1895/18869/16493 1816/18791/16421</w:t>
        <w:br/>
        <w:t>f 1953/18928/16550 1815/18792/16422 1816/18791/16421</w:t>
        <w:br/>
        <w:t>f 1817/18790/16420 1893/18867/16491 1816/18791/16421</w:t>
        <w:br/>
        <w:t>f 1952/18927/16549 1871/18844/16470 1869/18846/16472</w:t>
        <w:br/>
        <w:t>f 1868/18843/16469 1871/18844/16470 1952/18927/16549</w:t>
        <w:br/>
        <w:t>f 1954/18929/16551 1497/18470/16131 1521/18495/16156</w:t>
        <w:br/>
        <w:t>f 1954/18929/16551 1521/18495/16156 1522/18494/16155</w:t>
        <w:br/>
        <w:t>f 1522/18494/16155 1934/18908/16531 1954/18929/16551</w:t>
        <w:br/>
        <w:t>f 1955/18930/16552 1497/18470/16131 1954/18929/16551</w:t>
        <w:br/>
        <w:t>f 1956/18931/16553 1525/18500/16160 1496/18471/16132</w:t>
        <w:br/>
        <w:t>f 1956/18931/16553 1934/18908/16531 1525/18500/16160</w:t>
        <w:br/>
        <w:t>f 1497/18470/16131 1955/18930/16552 1956/18931/16553</w:t>
        <w:br/>
        <w:t>f 1496/18471/16132 1497/18470/16131 1956/18931/16553</w:t>
        <w:br/>
        <w:t>f 1955/18930/16552 1934/18908/16531 1956/18931/16553</w:t>
        <w:br/>
        <w:t>f 1954/18929/16551 1934/18908/16531 1955/18930/16552</w:t>
        <w:br/>
        <w:t>f 1526/18503/16161 1521/18495/16156 1497/18470/16131</w:t>
        <w:br/>
        <w:t>f 1508/18484/16145 1526/18503/16161 1497/18470/16131</w:t>
        <w:br/>
        <w:t>f 1498/18473/16134 1509/18483/16144 1497/18470/16131</w:t>
        <w:br/>
        <w:t>f 1957/18932/16125 1528/18501/16142 1524/18498/16158</w:t>
        <w:br/>
        <w:t>f 1494/18467/16128 1957/18932/16125 1524/18498/16158</w:t>
        <w:br/>
        <w:t>f 1958/18933/16554 1488/18465/16555 1957/18932/16125</w:t>
        <w:br/>
        <w:t>f 1494/18467/16128 1958/18933/16554 1957/18932/16125</w:t>
        <w:br/>
        <w:t>f 1492/18469/16130 1958/18933/16554 1494/18467/16128</w:t>
        <w:br/>
        <w:t>f 1523/18499/16159 1493/18468/16129 1494/18467/16128</w:t>
        <w:br/>
        <w:t>f 3283/18934/16556 3282/18935/16557 3281/18936/16558</w:t>
        <w:br/>
        <w:t>f 3280/18937/16559 3283/18934/16556 3281/18936/16558</w:t>
        <w:br/>
        <w:t>f 3287/18938/16560 3286/18939/16561 3285/18940/16562</w:t>
        <w:br/>
        <w:t>f 3284/18941/16563 3287/18938/16560 3285/18940/16562</w:t>
        <w:br/>
        <w:t>f 3290/18942/16564 3289/18943/16565 3288/18944/16566</w:t>
        <w:br/>
        <w:t>f 3292/18945/16567 3291/18946/16568 3281/18936/16558</w:t>
        <w:br/>
        <w:t>f 3282/18935/16557 3292/18945/16567 3281/18936/16558</w:t>
        <w:br/>
        <w:t>f 3294/18947/16569 3293/18948/16570 3285/18940/16562</w:t>
        <w:br/>
        <w:t>f 3286/18939/16561 3294/18947/16569 3285/18940/16562</w:t>
        <w:br/>
        <w:t>f 3297/18949/16571 3296/18950/16572 3295/18951/16573</w:t>
        <w:br/>
        <w:t>f 3298/18952/16574 3297/18949/16571 3295/18951/16573</w:t>
        <w:br/>
        <w:t>f 3301/18953/16575 3300/18954/16576 3299/18955/16577</w:t>
        <w:br/>
        <w:t>f 3304/18956/16578 3303/18957/16579 3302/18958/16580</w:t>
        <w:br/>
        <w:t>f 3305/18959/16581 3304/18956/16578 3302/18958/16580</w:t>
        <w:br/>
        <w:t>f 3308/18960/16582 3307/18961/16583 3306/18962/16584</w:t>
        <w:br/>
        <w:t>f 3309/18963/16585 3308/18960/16582 3306/18962/16584</w:t>
        <w:br/>
        <w:t>f 3312/18964/16586 3311/18965/16587 3310/18966/16588</w:t>
        <w:br/>
        <w:t>f 3292/18945/16567 3309/18963/16585 3306/18962/16584</w:t>
        <w:br/>
        <w:t>f 3291/18946/16568 3292/18945/16567 3306/18962/16584</w:t>
        <w:br/>
        <w:t>f 3314/18967/16589 3313/18968/16590 3295/18951/16573</w:t>
        <w:br/>
        <w:t>f 3296/18950/16572 3314/18967/16589 3295/18951/16573</w:t>
        <w:br/>
        <w:t>f 3302/18958/16580 3316/18969/16591 3315/18970/16592</w:t>
        <w:br/>
        <w:t>f 3317/18971/16593 3293/18948/16570 3294/18947/16569</w:t>
        <w:br/>
        <w:t>f 3318/18972/16594 3317/18971/16593 3294/18947/16569</w:t>
        <w:br/>
        <w:t>f 3287/18938/16560 3319/18973/16595 3298/18952/16574</w:t>
        <w:br/>
        <w:t>f 3286/18939/16561 3287/18938/16560 3298/18952/16574</w:t>
        <w:br/>
        <w:t>f 3321/18974/16596 3320/18975/16597 3317/18971/16593</w:t>
        <w:br/>
        <w:t>f 3318/18972/16594 3321/18974/16596 3317/18971/16593</w:t>
        <w:br/>
        <w:t>f 3323/18976/16598 3311/18965/16587 3312/18964/16586</w:t>
        <w:br/>
        <w:t>f 3322/18977/16599 3323/18976/16598 3312/18964/16586</w:t>
        <w:br/>
        <w:t>f 3323/18976/16598 3322/18977/16599 3324/18978/16600</w:t>
        <w:br/>
        <w:t>f 3289/18943/16565 3323/18976/16598 3324/18978/16600</w:t>
        <w:br/>
        <w:t>f 3318/18972/16594 3313/18968/16590 3325/18979/16601</w:t>
        <w:br/>
        <w:t>f 3321/18974/16596 3318/18972/16594 3325/18979/16601</w:t>
        <w:br/>
        <w:t>f 3329/18980/16602 3328/18981/16603 3327/18982/16604</w:t>
        <w:br/>
        <w:t>f 3326/18983/16605 3329/18980/16602 3327/18982/16604</w:t>
        <w:br/>
        <w:t>f 3301/18953/16575 3331/18984/16606 3330/18985/16607</w:t>
        <w:br/>
        <w:t>f 3303/18957/16579 3319/18973/16595 3287/18938/16560</w:t>
        <w:br/>
        <w:t>f 3332/18986/16608 3303/18957/16579 3287/18938/16560</w:t>
        <w:br/>
        <w:t>f 3319/18973/16595 3297/18949/16571 3298/18952/16574</w:t>
        <w:br/>
        <w:t>f 3313/18968/16590 3314/18967/16589 3325/18979/16601</w:t>
        <w:br/>
        <w:t>f 3335/18987/16589 3334/18988/16609 3326/18983/16605</w:t>
        <w:br/>
        <w:t>f 3333/18989/16601 3335/18987/16589 3326/18983/16605</w:t>
        <w:br/>
        <w:t>f 3303/18957/16579 3304/18956/16578 3297/18949/16571</w:t>
        <w:br/>
        <w:t>f 3319/18973/16595 3303/18957/16579 3297/18949/16571</w:t>
        <w:br/>
        <w:t>f 3294/18947/16569 3286/18939/16561 3298/18952/16574</w:t>
        <w:br/>
        <w:t>f 3295/18951/16573 3294/18947/16569 3298/18952/16574</w:t>
        <w:br/>
        <w:t>f 3318/18972/16594 3294/18947/16569 3295/18951/16573</w:t>
        <w:br/>
        <w:t>f 3313/18968/16590 3318/18972/16594 3295/18951/16573</w:t>
        <w:br/>
        <w:t>f 3339/18990/16610 3338/18991/16611 3337/18992/16612</w:t>
        <w:br/>
        <w:t>f 3336/18993/16613 3339/18990/16610 3337/18992/16612</w:t>
        <w:br/>
        <w:t>f 3342/18994/16614 3341/18995/16615 3340/18996/16616</w:t>
        <w:br/>
        <w:t>f 3343/18997/16617 3342/18994/16614 3340/18996/16616</w:t>
        <w:br/>
        <w:t>f 3345/18998/16618 3342/18994/16614 3343/18997/16617</w:t>
        <w:br/>
        <w:t>f 3344/18999/16619 3345/18998/16618 3343/18997/16617</w:t>
        <w:br/>
        <w:t>f 3349/19000/16620 3348/19001/16621 3347/19002/16622</w:t>
        <w:br/>
        <w:t>f 3346/19003/16623 3349/19000/16620 3347/19002/16622</w:t>
        <w:br/>
        <w:t>f 3341/18995/16615 3342/18994/16614 3351/19004/16624</w:t>
        <w:br/>
        <w:t>f 3350/19005/16625 3341/18995/16615 3351/19004/16624</w:t>
        <w:br/>
        <w:t>f 3352/19006/16626 3351/19004/16624 3342/18994/16614</w:t>
        <w:br/>
        <w:t>f 3345/18998/16618 3352/19006/16626 3342/18994/16614</w:t>
        <w:br/>
        <w:t>f 3356/19007/16627 3355/19008/16628 3354/19009/16629</w:t>
        <w:br/>
        <w:t>f 3353/19010/16630 3356/19007/16627 3354/19009/16629</w:t>
        <w:br/>
        <w:t>f 3359/19011/16631 3358/19012/16632 3357/19013/16633</w:t>
        <w:br/>
        <w:t>f 3346/19003/16623 3347/19002/16622 3361/19014/16634</w:t>
        <w:br/>
        <w:t>f 3360/19015/16635 3346/19003/16623 3361/19014/16634</w:t>
        <w:br/>
        <w:t>f 3365/19016/16636 3364/19017/16637 3363/19018/16638</w:t>
        <w:br/>
        <w:t>f 3362/19019/16639 3365/19016/16636 3363/19018/16638</w:t>
        <w:br/>
        <w:t>f 3369/19020/16640 3368/19021/16641 3367/19022/16642</w:t>
        <w:br/>
        <w:t>f 3366/19023/16643 3369/19020/16640 3367/19022/16642</w:t>
        <w:br/>
        <w:t>f 3372/19024/16644 3371/19025/16645 3370/19026/16640</w:t>
        <w:br/>
        <w:t>f 3373/19027/16646 3372/19024/16644 3370/19026/16640</w:t>
        <w:br/>
        <w:t>f 3376/19028/16647 3375/19029/16648 3374/19030/16649</w:t>
        <w:br/>
        <w:t>f 3377/19031/16650 3376/19028/16647 3374/19030/16649</w:t>
        <w:br/>
        <w:t>f 3380/19032/16648 3379/19033/16651 3378/19034/16652</w:t>
        <w:br/>
        <w:t>f 3381/19035/16649 3380/19032/16648 3378/19034/16652</w:t>
        <w:br/>
        <w:t>f 3372/19024/16644 3383/19036/16653 3382/19037/16654</w:t>
        <w:br/>
        <w:t>f 3371/19025/16645 3372/19024/16644 3382/19037/16654</w:t>
        <w:br/>
        <w:t>f 3352/19006/16626 3384/19038/16655 3376/19028/16647</w:t>
        <w:br/>
        <w:t>f 3351/19004/16624 3352/19006/16626 3376/19028/16647</w:t>
        <w:br/>
        <w:t>f 3351/19004/16624 3376/19028/16647 3377/19031/16650</w:t>
        <w:br/>
        <w:t>f 3350/19005/16625 3351/19004/16624 3377/19031/16650</w:t>
        <w:br/>
        <w:t>f 3386/19039/16656 3385/19040/16657 3353/19010/16630</w:t>
        <w:br/>
        <w:t>f 3354/19009/16629 3386/19039/16656 3353/19010/16630</w:t>
        <w:br/>
        <w:t>f 3361/19014/16634 3378/19034/16652 3379/19033/16651</w:t>
        <w:br/>
        <w:t>f 3360/19015/16635 3361/19014/16634 3379/19033/16651</w:t>
        <w:br/>
        <w:t>f 3363/19018/16638 3388/19041/16658 3387/19042/16659</w:t>
        <w:br/>
        <w:t>f 3362/19019/16639 3363/19018/16638 3387/19042/16659</w:t>
        <w:br/>
        <w:t>f 3390/19043/16660 3345/18998/16618 3344/18999/16619</w:t>
        <w:br/>
        <w:t>f 3389/19044/16661 3390/19043/16660 3344/18999/16619</w:t>
        <w:br/>
        <w:t>f 3391/19045/16662 3352/19006/16626 3345/18998/16618</w:t>
        <w:br/>
        <w:t>f 3390/19043/16660 3391/19045/16662 3345/18998/16618</w:t>
        <w:br/>
        <w:t>f 3391/19045/16662 3392/19046/16663 3384/19038/16655</w:t>
        <w:br/>
        <w:t>f 3352/19006/16626 3391/19045/16662 3384/19038/16655</w:t>
        <w:br/>
        <w:t>f 3389/19044/16661 3393/19047/16664 3356/19007/16627</w:t>
        <w:br/>
        <w:t>f 3390/19043/16660 3389/19044/16661 3356/19007/16627</w:t>
        <w:br/>
        <w:t>f 3385/19040/16657 3386/19039/16656 3394/19048/16665</w:t>
        <w:br/>
        <w:t>f 3396/19049/16666 3384/19038/16655 3392/19046/16663</w:t>
        <w:br/>
        <w:t>f 3395/19050/16667 3396/19049/16666 3392/19046/16663</w:t>
        <w:br/>
        <w:t>f 3400/19051/16668 3399/19052/16669 3398/19053/16610</w:t>
        <w:br/>
        <w:t>f 3397/19054/16670 3400/19051/16668 3398/19053/16610</w:t>
        <w:br/>
        <w:t>f 3399/19052/16669 3400/19051/16668 3382/19037/16654</w:t>
        <w:br/>
        <w:t>f 3383/19036/16653 3399/19052/16669 3382/19037/16654</w:t>
        <w:br/>
        <w:t>f 3402/19055/16671 3401/19056/16666 3388/19041/16658</w:t>
        <w:br/>
        <w:t>f 3404/19057/16672 3403/19058/16619 3349/19000/16620</w:t>
        <w:br/>
        <w:t>f 3346/19003/16623 3404/19057/16672 3349/19000/16620</w:t>
        <w:br/>
        <w:t>f 3360/19015/16635 3405/19059/16673 3404/19057/16672</w:t>
        <w:br/>
        <w:t>f 3346/19003/16623 3360/19015/16635 3404/19057/16672</w:t>
        <w:br/>
        <w:t>f 3379/19033/16651 3380/19032/16648 3401/19056/16666</w:t>
        <w:br/>
        <w:t>f 3406/19060/16674 3379/19033/16651 3401/19056/16666</w:t>
        <w:br/>
        <w:t>f 3384/19038/16655 3396/19049/16666 3375/19029/16648</w:t>
        <w:br/>
        <w:t>f 3376/19028/16647 3384/19038/16655 3375/19029/16648</w:t>
        <w:br/>
        <w:t>f 3406/19060/16674 3405/19059/16673 3360/19015/16635</w:t>
        <w:br/>
        <w:t>f 3379/19033/16651 3406/19060/16674 3360/19015/16635</w:t>
        <w:br/>
        <w:t>f 3407/19061/16675 3403/19058/16619 3364/19017/16637</w:t>
        <w:br/>
        <w:t>f 3365/19016/16636 3407/19061/16675 3364/19017/16637</w:t>
        <w:br/>
        <w:t>f 3355/19008/16628 3356/19007/16627 3393/19047/16664</w:t>
        <w:br/>
        <w:t>f 3395/19050/16667 3392/19046/16663 3385/19040/16657</w:t>
        <w:br/>
        <w:t>f 3394/19048/16665 3395/19050/16667 3385/19040/16657</w:t>
        <w:br/>
        <w:t>f 3411/19062/16676 3410/19063/16677 3409/19064/16678</w:t>
        <w:br/>
        <w:t>f 3408/19065/16664 3411/19062/16676 3409/19064/16678</w:t>
        <w:br/>
        <w:t>f 3414/19066/16665 3413/19067/16679 3387/19042/16659</w:t>
        <w:br/>
        <w:t>f 3412/19068/16667 3414/19066/16665 3387/19042/16659</w:t>
        <w:br/>
        <w:t>f 3410/19063/16677 3411/19062/16676 3415/19069/16680</w:t>
        <w:br/>
        <w:t>f 3416/19070/16681 3413/19067/16679 3415/19069/16680</w:t>
        <w:br/>
        <w:t>f 3357/19013/16633 3418/19071/16682 3417/19072/16683</w:t>
        <w:br/>
        <w:t>f 3408/19065/16664 3407/19061/16675 3365/19016/16636</w:t>
        <w:br/>
        <w:t>f 3411/19062/16676 3408/19065/16664 3365/19016/16636</w:t>
        <w:br/>
        <w:t>f 3420/19073/16656 3419/19074/16684 3413/19067/16679</w:t>
        <w:br/>
        <w:t>f 3414/19066/16665 3420/19073/16656 3413/19067/16679</w:t>
        <w:br/>
        <w:t>f 3390/19043/16660 3356/19007/16627 3353/19010/16630</w:t>
        <w:br/>
        <w:t>f 3391/19045/16662 3390/19043/16660 3353/19010/16630</w:t>
        <w:br/>
        <w:t>f 3353/19010/16630 3385/19040/16657 3392/19046/16663</w:t>
        <w:br/>
        <w:t>f 3391/19045/16662 3353/19010/16630 3392/19046/16663</w:t>
        <w:br/>
        <w:t>f 3424/19075/16685 3423/19076/16686 3422/19077/16687</w:t>
        <w:br/>
        <w:t>f 3421/19078/16688 3424/19075/16685 3422/19077/16687</w:t>
        <w:br/>
        <w:t>f 3428/19079/16689 3427/19080/16690 3426/19081/16691</w:t>
        <w:br/>
        <w:t>f 3425/19082/16692 3428/19079/16689 3426/19081/16691</w:t>
        <w:br/>
        <w:t>f 3432/19083/16693 3431/19084/16694 3430/19085/16695</w:t>
        <w:br/>
        <w:t>f 3429/19086/16696 3432/19083/16693 3430/19085/16695</w:t>
        <w:br/>
        <w:t>f 3435/19087/16697 3431/19084/16694 3434/19088/16690</w:t>
        <w:br/>
        <w:t>f 3433/19089/16698 3435/19087/16697 3434/19088/16690</w:t>
        <w:br/>
        <w:t>f 3437/19090/16699 3436/19091/16700 3428/19079/16689</w:t>
        <w:br/>
        <w:t>f 3425/19082/16692 3437/19090/16699 3428/19079/16689</w:t>
        <w:br/>
        <w:t>f 3440/19092/16701 3439/19093/16702 3438/19094/16703</w:t>
        <w:br/>
        <w:t>f 3441/19095/16704 3440/19092/16701 3438/19094/16703</w:t>
        <w:br/>
        <w:t>f 3444/19096/16705 3443/19097/16706 3442/19098/16707</w:t>
        <w:br/>
        <w:t>f 3445/19099/16708 3429/19086/16696 3430/19085/16695</w:t>
        <w:br/>
        <w:t>f 3446/19100/16709 3445/19099/16708 3430/19085/16695</w:t>
        <w:br/>
        <w:t>f 3448/19101/16710 3447/19102/16711 3435/19087/16697</w:t>
        <w:br/>
        <w:t>f 3433/19089/16698 3448/19101/16710 3435/19087/16697</w:t>
        <w:br/>
        <w:t>f 3451/19103/16712 3450/19104/16713 3449/19105/16714</w:t>
        <w:br/>
        <w:t>f 3452/19106/16715 3451/19103/16712 3449/19105/16714</w:t>
        <w:br/>
        <w:t>f 3456/19107/16715 3455/19108/16714 3454/19109/16716</w:t>
        <w:br/>
        <w:t>f 3453/19110/16717 3456/19107/16715 3454/19109/16716</w:t>
        <w:br/>
        <w:t>f 3459/19111/16718 3458/19112/16719 3457/19113/16720</w:t>
        <w:br/>
        <w:t>f 3460/19114/16721 3459/19111/16718 3457/19113/16720</w:t>
        <w:br/>
        <w:t>f 3464/19115/16719 3463/19116/16722 3462/19117/16723</w:t>
        <w:br/>
        <w:t>f 3461/19118/16720 3464/19115/16719 3462/19117/16723</w:t>
        <w:br/>
        <w:t>f 3466/19119/16724 3465/19120/16725 3463/19116/16722</w:t>
        <w:br/>
        <w:t>f 3464/19115/16719 3466/19119/16724 3463/19116/16722</w:t>
        <w:br/>
        <w:t>f 3469/19121/16726 3458/19112/16719 3468/19122/16727</w:t>
        <w:br/>
        <w:t>f 3467/19123/16728 3469/19121/16726 3468/19122/16727</w:t>
        <w:br/>
        <w:t>f 3471/19124/16729 3453/19110/16717 3454/19109/16716</w:t>
        <w:br/>
        <w:t>f 3470/19125/16730 3471/19124/16729 3454/19109/16716</w:t>
        <w:br/>
        <w:t>f 3465/19120/16725 3436/19091/16700 3437/19090/16699</w:t>
        <w:br/>
        <w:t>f 3463/19116/16722 3465/19120/16725 3437/19090/16699</w:t>
        <w:br/>
        <w:t>f 3438/19094/16703 3439/19093/16702 3473/19126/16731</w:t>
        <w:br/>
        <w:t>f 3472/19127/16732 3438/19094/16703 3473/19126/16731</w:t>
        <w:br/>
        <w:t>f 3445/19099/16708 3446/19100/16709 3459/19111/16718</w:t>
        <w:br/>
        <w:t>f 3460/19114/16721 3445/19099/16708 3459/19111/16718</w:t>
        <w:br/>
        <w:t>f 3448/19101/16710 3467/19123/16728 3468/19122/16727</w:t>
        <w:br/>
        <w:t>f 3447/19102/16711 3448/19101/16710 3468/19122/16727</w:t>
        <w:br/>
        <w:t>f 3476/19128/16733 3475/19129/16734 3474/19130/16735</w:t>
        <w:br/>
        <w:t>f 3452/19106/16715 3476/19128/16733 3474/19130/16735</w:t>
        <w:br/>
        <w:t>f 3456/19107/16715 3453/19110/16717 3478/19131/16736</w:t>
        <w:br/>
        <w:t>f 3477/19132/16733 3456/19107/16715 3478/19131/16736</w:t>
        <w:br/>
        <w:t>f 3480/19133/16737 3474/19130/16735 3475/19129/16734</w:t>
        <w:br/>
        <w:t>f 3479/19134/16738 3480/19133/16737 3475/19129/16734</w:t>
        <w:br/>
        <w:t>f 3482/19135/16739 3481/19136/16740 3471/19124/16729</w:t>
        <w:br/>
        <w:t>f 3483/19137/16741 3482/19135/16739 3471/19124/16729</w:t>
        <w:br/>
        <w:t>f 3425/19082/16692 3485/19138/16742 3484/19139/16743</w:t>
        <w:br/>
        <w:t>f 3437/19090/16699 3425/19082/16692 3484/19139/16743</w:t>
        <w:br/>
        <w:t>f 3462/19117/16723 3463/19116/16722 3437/19090/16699</w:t>
        <w:br/>
        <w:t>f 3484/19139/16743 3462/19117/16723 3437/19090/16699</w:t>
        <w:br/>
        <w:t>f 3426/19081/16691 3486/19140/16693 3485/19138/16742</w:t>
        <w:br/>
        <w:t>f 3425/19082/16692 3426/19081/16691 3485/19138/16742</w:t>
        <w:br/>
        <w:t>f 3441/19095/16704 3485/19138/16742 3486/19140/16693</w:t>
        <w:br/>
        <w:t>f 3487/19141/16744 3441/19095/16704 3486/19140/16693</w:t>
        <w:br/>
        <w:t>f 3472/19127/16732 3473/19126/16731 3488/19142/16745</w:t>
        <w:br/>
        <w:t>f 3483/19137/16741 3490/19143/16746 3489/19144/16685</w:t>
        <w:br/>
        <w:t>f 3491/19145/16747 3483/19137/16741 3489/19144/16685</w:t>
        <w:br/>
        <w:t>f 3483/19137/16741 3471/19124/16729 3470/19125/16730</w:t>
        <w:br/>
        <w:t>f 3490/19143/16746 3483/19137/16741 3470/19125/16730</w:t>
        <w:br/>
        <w:t>f 3493/19146/16748 3492/19147/16749 3422/19077/16687</w:t>
        <w:br/>
        <w:t>f 3423/19076/16686 3493/19146/16748 3422/19077/16687</w:t>
        <w:br/>
        <w:t>f 3451/19103/16712 3492/19147/16749 3493/19146/16748</w:t>
        <w:br/>
        <w:t>f 3450/19104/16713 3451/19103/16712 3493/19146/16748</w:t>
        <w:br/>
        <w:t>f 3495/19148/16750 3494/19149/16751 3445/19099/16708</w:t>
        <w:br/>
        <w:t>f 3496/19150/16752 3495/19148/16750 3445/19099/16708</w:t>
        <w:br/>
        <w:t>f 3441/19095/16704 3487/19141/16744 3440/19092/16701</w:t>
        <w:br/>
        <w:t>f 3461/19118/16720 3462/19117/16723 3472/19127/16732</w:t>
        <w:br/>
        <w:t>f 3488/19142/16745 3461/19118/16720 3472/19127/16732</w:t>
        <w:br/>
        <w:t>f 3500/19151/16753 3499/19152/16754 3498/19153/16755</w:t>
        <w:br/>
        <w:t>f 3497/19154/16756 3500/19151/16753 3498/19153/16755</w:t>
        <w:br/>
        <w:t>f 3460/19114/16721 3457/19113/16720 3502/19155/16745</w:t>
        <w:br/>
        <w:t>f 3501/19156/16757 3460/19114/16721 3502/19155/16745</w:t>
        <w:br/>
        <w:t>f 3504/19157/16758 3503/19158/16759 3499/19152/16754</w:t>
        <w:br/>
        <w:t>f 3500/19151/16753 3504/19157/16758 3499/19152/16754</w:t>
        <w:br/>
        <w:t>f 3506/19159/16760 3505/19160/16761 3504/19157/16758</w:t>
        <w:br/>
        <w:t>f 3482/19135/16739 3483/19137/16741 3491/19145/16747</w:t>
        <w:br/>
        <w:t>f 3507/19161/16762 3482/19135/16739 3491/19145/16747</w:t>
        <w:br/>
        <w:t>f 3442/19098/16707 3443/19097/16706 3508/19162/16763</w:t>
        <w:br/>
        <w:t>f 3497/19154/16756 3432/19083/16693 3429/19086/16696</w:t>
        <w:br/>
        <w:t>f 3500/19151/16753 3497/19154/16756 3429/19086/16696</w:t>
        <w:br/>
        <w:t>f 3501/19156/16757 3502/19155/16745 3509/19163/16731</w:t>
        <w:br/>
        <w:t>f 3510/19164/16764 3501/19156/16757 3509/19163/16731</w:t>
        <w:br/>
        <w:t>f 3438/19094/16703 3484/19139/16743 3485/19138/16742</w:t>
        <w:br/>
        <w:t>f 3441/19095/16704 3438/19094/16703 3485/19138/16742</w:t>
        <w:br/>
        <w:t>f 3484/19139/16743 3438/19094/16703 3472/19127/16732</w:t>
        <w:br/>
        <w:t>f 3462/19117/16723 3484/19139/16743 3472/19127/16732</w:t>
        <w:br/>
        <w:t>f 3514/19165/16765 3513/19166/16766 3512/19167/16767</w:t>
        <w:br/>
        <w:t>f 3511/19168/16768 3514/19165/16765 3512/19167/16767</w:t>
        <w:br/>
        <w:t>f 3517/19169/16769 3516/19170/16770 3515/19171/16771</w:t>
        <w:br/>
        <w:t>f 3518/19172/16772 3517/19169/16769 3515/19171/16771</w:t>
        <w:br/>
        <w:t>f 3521/19173/16773 3520/19174/16774 3519/19175/16775</w:t>
        <w:br/>
        <w:t>f 3522/19176/16776 3521/19173/16773 3519/19175/16775</w:t>
        <w:br/>
        <w:t>f 3526/19177/16773 3525/19178/16776 3524/19179/16777</w:t>
        <w:br/>
        <w:t>f 3523/19180/16778 3526/19177/16773 3524/19179/16777</w:t>
        <w:br/>
        <w:t>f 3528/19181/16779 3511/19168/16768 3527/19182/16780</w:t>
        <w:br/>
        <w:t>f 3529/19183/16781 3528/19181/16779 3527/19182/16780</w:t>
        <w:br/>
        <w:t>f 3518/19172/16772 3515/19171/16771 3530/19184/16782</w:t>
        <w:br/>
        <w:t>f 3531/19185/16783 3518/19172/16772 3530/19184/16782</w:t>
        <w:br/>
        <w:t>f 3519/19175/16775 3520/19174/16774 3533/19186/16784</w:t>
        <w:br/>
        <w:t>f 3532/19187/16785 3519/19175/16775 3533/19186/16784</w:t>
        <w:br/>
        <w:t>f 3537/19188/16786 3536/19189/16787 3535/19190/16788</w:t>
        <w:br/>
        <w:t>f 3534/19191/16789 3537/19188/16786 3535/19190/16788</w:t>
        <w:br/>
        <w:t>f 3540/19192/16790 3539/19193/16791 3538/19194/16792</w:t>
        <w:br/>
        <w:t>f 3542/19195/16793 3541/19196/16794 3523/19180/16778</w:t>
        <w:br/>
        <w:t>f 3524/19179/16777 3542/19195/16793 3523/19180/16778</w:t>
        <w:br/>
        <w:t>f 3529/19183/16781 3527/19182/16780 3544/19197/16795</w:t>
        <w:br/>
        <w:t>f 3543/19198/16796 3529/19183/16781 3544/19197/16795</w:t>
        <w:br/>
        <w:t>f 3512/19167/16767 3513/19166/16766 3546/19199/16797</w:t>
        <w:br/>
        <w:t>f 3545/19200/16798 3512/19167/16767 3546/19199/16797</w:t>
        <w:br/>
        <w:t>f 3550/19201/16799 3549/19202/16800 3548/19203/16801</w:t>
        <w:br/>
        <w:t>f 3547/19204/16802 3550/19201/16799 3548/19203/16801</w:t>
        <w:br/>
        <w:t>f 3553/19205/16803 3552/19206/16804 3551/19207/16805</w:t>
        <w:br/>
        <w:t>f 3554/19208/16806 3553/19205/16803 3551/19207/16805</w:t>
        <w:br/>
        <w:t>f 3557/19209/16807 3556/19210/16808 3555/19211/16804</w:t>
        <w:br/>
        <w:t>f 3558/19212/16803 3557/19209/16807 3555/19211/16804</w:t>
        <w:br/>
        <w:t>f 3562/19213/16809 3561/19214/16810 3560/19215/16811</w:t>
        <w:br/>
        <w:t>f 3559/19216/16812 3562/19213/16809 3560/19215/16811</w:t>
        <w:br/>
        <w:t>f 3566/19217/16813 3565/19218/16814 3564/19219/16809</w:t>
        <w:br/>
        <w:t>f 3563/19220/16815 3566/19217/16813 3564/19219/16809</w:t>
        <w:br/>
        <w:t>f 3556/19210/16808 3568/19221/16816 3567/19222/16817</w:t>
        <w:br/>
        <w:t>f 3555/19211/16804 3556/19210/16808 3567/19222/16817</w:t>
        <w:br/>
        <w:t>f 3570/19223/16818 3552/19206/16804 3569/19224/16819</w:t>
        <w:br/>
        <w:t>f 3571/19225/16820 3570/19223/16818 3569/19224/16819</w:t>
        <w:br/>
        <w:t>f 3557/19209/16807 3572/19226/16821 3531/19185/16783</w:t>
        <w:br/>
        <w:t>f 3556/19210/16808 3557/19209/16807 3531/19185/16783</w:t>
        <w:br/>
        <w:t>f 3532/19187/16785 3533/19186/16784 3566/19217/16813</w:t>
        <w:br/>
        <w:t>f 3563/19220/16815 3532/19187/16785 3566/19217/16813</w:t>
        <w:br/>
        <w:t>f 3556/19210/16808 3531/19185/16783 3530/19184/16782</w:t>
        <w:br/>
        <w:t>f 3568/19221/16816 3556/19210/16808 3530/19184/16782</w:t>
        <w:br/>
        <w:t>f 3574/19227/16822 3573/19228/16823 3537/19188/16786</w:t>
        <w:br/>
        <w:t>f 3534/19191/16789 3574/19227/16822 3537/19188/16786</w:t>
        <w:br/>
        <w:t>f 3560/19215/16811 3541/19196/16794 3542/19195/16793</w:t>
        <w:br/>
        <w:t>f 3559/19216/16812 3560/19215/16811 3542/19195/16793</w:t>
        <w:br/>
        <w:t>f 3571/19225/16820 3543/19198/16796 3544/19197/16795</w:t>
        <w:br/>
        <w:t>f 3570/19223/16818 3571/19225/16820 3544/19197/16795</w:t>
        <w:br/>
        <w:t>f 3545/19200/16798 3546/19199/16797 3554/19208/16806</w:t>
        <w:br/>
        <w:t>f 3551/19207/16805 3545/19200/16798 3554/19208/16806</w:t>
        <w:br/>
        <w:t>f 3548/19203/16801 3549/19202/16800 3575/19229/16824</w:t>
        <w:br/>
        <w:t>f 3576/19230/16825 3548/19203/16801 3575/19229/16824</w:t>
        <w:br/>
        <w:t>f 3578/19231/16826 3577/19232/16827 3520/19174/16774</w:t>
        <w:br/>
        <w:t>f 3521/19173/16773 3578/19231/16826 3520/19174/16774</w:t>
        <w:br/>
        <w:t>f 3579/19233/16828 3533/19186/16784 3520/19174/16774</w:t>
        <w:br/>
        <w:t>f 3577/19232/16827 3579/19233/16828 3520/19174/16774</w:t>
        <w:br/>
        <w:t>f 3580/19234/16829 3566/19217/16813 3533/19186/16784</w:t>
        <w:br/>
        <w:t>f 3579/19233/16828 3580/19234/16829 3533/19186/16784</w:t>
        <w:br/>
        <w:t>f 3536/19189/16787 3577/19232/16827 3578/19231/16826</w:t>
        <w:br/>
        <w:t>f 3581/19235/16830 3536/19189/16787 3578/19231/16826</w:t>
        <w:br/>
        <w:t>f 3573/19228/16823 3574/19227/16822 3582/19236/16831</w:t>
        <w:br/>
        <w:t>f 3565/19218/16814 3566/19217/16813 3580/19234/16829</w:t>
        <w:br/>
        <w:t>f 3583/19237/16832 3565/19218/16814 3580/19234/16829</w:t>
        <w:br/>
        <w:t>f 3585/19238/16765 3517/19169/16769 3518/19172/16772</w:t>
        <w:br/>
        <w:t>f 3584/19239/16833 3585/19238/16765 3518/19172/16772</w:t>
        <w:br/>
        <w:t>f 3584/19239/16833 3518/19172/16772 3531/19185/16783</w:t>
        <w:br/>
        <w:t>f 3572/19226/16821 3584/19239/16833 3531/19185/16783</w:t>
        <w:br/>
        <w:t>f 3586/19240/16834 3576/19230/16825 3575/19229/16824</w:t>
        <w:br/>
        <w:t>f 3561/19214/16810 3586/19240/16834 3575/19229/16824</w:t>
        <w:br/>
        <w:t>f 3550/19201/16799 3547/19204/16802 3587/19241/16835</w:t>
        <w:br/>
        <w:t>f 3526/19177/16773 3550/19201/16799 3587/19241/16835</w:t>
        <w:br/>
        <w:t>f 3576/19230/16825 3588/19242/16836 3548/19203/16801</w:t>
        <w:br/>
        <w:t>f 3535/19190/16788 3536/19189/16787 3581/19235/16830</w:t>
        <w:br/>
        <w:t>f 3583/19237/16832 3580/19234/16829 3573/19228/16823</w:t>
        <w:br/>
        <w:t>f 3582/19236/16831 3583/19237/16832 3573/19228/16823</w:t>
        <w:br/>
        <w:t>f 3547/19204/16802 3590/19243/16837 3589/19244/16830</w:t>
        <w:br/>
        <w:t>f 3587/19241/16835 3547/19204/16802 3589/19244/16830</w:t>
        <w:br/>
        <w:t>f 3576/19230/16825 3586/19240/16834 3592/19245/16831</w:t>
        <w:br/>
        <w:t>f 3591/19246/16838 3576/19230/16825 3592/19245/16831</w:t>
        <w:br/>
        <w:t>f 3595/19247/16839 3594/19248/16840 3593/19249/16841</w:t>
        <w:br/>
        <w:t>f 3590/19243/16837 3595/19247/16839 3593/19249/16841</w:t>
        <w:br/>
        <w:t>f 3595/19247/16839 3597/19250/16842 3596/19251/16843</w:t>
        <w:br/>
        <w:t>f 3599/19252/16844 3598/19253/16845 3591/19246/16838</w:t>
        <w:br/>
        <w:t>f 3592/19245/16831 3599/19252/16844 3591/19246/16838</w:t>
        <w:br/>
        <w:t>f 3537/19188/16786 3579/19233/16828 3577/19232/16827</w:t>
        <w:br/>
        <w:t>f 3536/19189/16787 3537/19188/16786 3577/19232/16827</w:t>
        <w:br/>
        <w:t>f 3573/19228/16823 3580/19234/16829 3579/19233/16828</w:t>
        <w:br/>
        <w:t>f 3537/19188/16786 3573/19228/16823 3579/19233/16828</w:t>
        <w:br/>
        <w:t>f 3607/19254/831 3606/19255/16846 3605/19256/16847</w:t>
        <w:br/>
        <w:t>f 3604/19257/16848 3607/19254/831 3605/19256/16847</w:t>
        <w:br/>
        <w:t>f 3615/19258/16849 3614/19259/16850 3613/19260/16851</w:t>
        <w:br/>
        <w:t>f 3612/19261/16852 3615/19258/16849 3613/19260/16851</w:t>
        <w:br/>
        <w:t>f 3605/19256/16847 3617/19262/16853 3616/19263/16854</w:t>
        <w:br/>
        <w:t>f 3604/19257/16848 3605/19256/16847 3616/19263/16854</w:t>
        <w:br/>
        <w:t>f 3621/19264/16855 3620/19265/16856 3619/19266/868</w:t>
        <w:br/>
        <w:t>f 3618/19267/879 3621/19264/16855 3619/19266/868</w:t>
        <w:br/>
        <w:t>f 3637/19268/845 3636/19269/844 3635/19270/16857</w:t>
        <w:br/>
        <w:t>f 3638/19271/16858 3637/19268/845 3635/19270/16857</w:t>
        <w:br/>
        <w:t>f 3646/19272/16859 3645/19273/16860 3644/19274/16861</w:t>
        <w:br/>
        <w:t>f 3643/19275/848 3646/19272/16859 3644/19274/16861</w:t>
        <w:br/>
        <w:t>f 3637/19268/845 3638/19271/16858 3648/19276/16862</w:t>
        <w:br/>
        <w:t>f 3647/19277/16863 3637/19268/845 3648/19276/16862</w:t>
        <w:br/>
        <w:t>f 3638/19271/16858 3635/19270/16857 3652/19278/16864</w:t>
        <w:br/>
        <w:t>f 3613/19260/16851 3638/19271/16858 3652/19278/16864</w:t>
        <w:br/>
        <w:t>f 3617/19262/16853 3644/19274/16861 3645/19273/16860</w:t>
        <w:br/>
        <w:t>f 3616/19263/16854 3617/19262/16853 3645/19273/16860</w:t>
        <w:br/>
        <w:t>f 3621/19264/16855 3618/19267/879 3654/19279/16865</w:t>
        <w:br/>
        <w:t>f 3653/19280/16866 3621/19264/16855 3654/19279/16865</w:t>
        <w:br/>
        <w:t>f 3606/19255/16846 3660/19281/861 3659/19282/16867</w:t>
        <w:br/>
        <w:t>f 3605/19256/16847 3606/19255/16846 3659/19282/16867</w:t>
        <w:br/>
        <w:t>f 3605/19256/16847 3659/19282/16867 3661/19283/16868</w:t>
        <w:br/>
        <w:t>f 3617/19262/16853 3605/19256/16847 3661/19283/16868</w:t>
        <w:br/>
        <w:t>f 3617/19262/16853 3661/19283/16868 3662/19284/16869</w:t>
        <w:br/>
        <w:t>f 3644/19274/16861 3617/19262/16853 3662/19284/16869</w:t>
        <w:br/>
        <w:t>f 3614/19259/16850 3648/19276/16862 3638/19271/16858</w:t>
        <w:br/>
        <w:t>f 3613/19260/16851 3614/19259/16850 3638/19271/16858</w:t>
        <w:br/>
        <w:t>f 3667/19285/16870 3666/19286/859 3615/19258/16849</w:t>
        <w:br/>
        <w:t>f 3612/19261/16852 3667/19285/16870 3615/19258/16849</w:t>
        <w:br/>
        <w:t>f 3620/19265/16856 3659/19282/16867 3660/19281/861</w:t>
        <w:br/>
        <w:t>f 3668/19287/16871 3620/19265/16856 3660/19281/861</w:t>
        <w:br/>
        <w:t>f 3653/19280/16866 3654/19279/16865 3669/19288/870</w:t>
        <w:br/>
        <w:t>f 3644/19274/16861 3662/19284/16869 3670/19289/860</w:t>
        <w:br/>
        <w:t>f 3643/19275/848 3644/19274/16861 3670/19289/860</w:t>
        <w:br/>
        <w:t>f 3612/19261/16852 3672/19290/16872 3671/19291/16873</w:t>
        <w:br/>
        <w:t>f 3667/19285/16870 3612/19261/16852 3671/19291/16873</w:t>
        <w:br/>
        <w:t>f 3613/19260/16851 3652/19278/16864 3672/19290/16872</w:t>
        <w:br/>
        <w:t>f 3612/19261/16852 3613/19260/16851 3672/19290/16872</w:t>
        <w:br/>
        <w:t>f 3619/19266/868 3620/19265/16856 3668/19287/16871</w:t>
        <w:br/>
        <w:t>f 3653/19280/16866 3669/19288/870 3670/19289/860</w:t>
        <w:br/>
        <w:t>f 3662/19284/16869 3653/19280/16866 3670/19289/860</w:t>
        <w:br/>
        <w:t>f 3659/19282/16867 3620/19265/16856 3621/19264/16855</w:t>
        <w:br/>
        <w:t>f 3661/19283/16868 3659/19282/16867 3621/19264/16855</w:t>
        <w:br/>
        <w:t>f 3621/19264/16855 3653/19280/16866 3662/19284/16869</w:t>
        <w:br/>
        <w:t>f 3661/19283/16868 3621/19264/16855 3662/19284/16869</w:t>
        <w:br/>
        <w:t>f 3690/19292/16874 3689/19293/16875 3480/19133/16737</w:t>
        <w:br/>
        <w:t>f 3479/19134/16738 3690/19292/16874 3480/19133/16737</w:t>
        <w:br/>
        <w:t>f 3691/19294/16762 3421/19078/16688 3689/19293/16875</w:t>
        <w:br/>
        <w:t>f 3690/19292/16874 3691/19294/16762 3689/19293/16875</w:t>
        <w:br/>
        <w:t>f 3478/19131/16736 3453/19110/16717 3471/19124/16729</w:t>
        <w:br/>
        <w:t>f 3481/19136/16740 3478/19131/16736 3471/19124/16729</w:t>
        <w:br/>
        <w:t>f 3693/19295/16876 3367/19022/16642 3368/19021/16641</w:t>
        <w:br/>
        <w:t>f 3692/19296/16877 3693/19295/16876 3368/19021/16641</w:t>
        <w:br/>
        <w:t>f 3693/19295/16876 3692/19296/16877 3337/18992/16612</w:t>
        <w:br/>
        <w:t>f 3338/18991/16611 3693/19295/16876 3337/18992/16612</w:t>
        <w:br/>
        <w:t>f 3697/19297/16878 3696/19298/16879 3311/18965/16587</w:t>
        <w:br/>
        <w:t>f 3323/18976/16598 3697/19297/16878 3311/18965/16587</w:t>
        <w:br/>
        <w:t>f 3289/18943/16565 3290/18942/16564 3697/19297/16878</w:t>
        <w:br/>
        <w:t>f 3323/18976/16598 3289/18943/16565 3697/19297/16878</w:t>
        <w:br/>
        <w:t>f 3590/19243/16837 3593/19249/16841 3698/19299/16880</w:t>
        <w:br/>
        <w:t>f 3589/19244/16830 3590/19243/16837 3698/19299/16880</w:t>
        <w:br/>
        <w:t>f 3705/19300/16881 3704/19301/16789 3703/19302/16788</w:t>
        <w:br/>
        <w:t>f 3707/19303/16882 3706/19304/16883 3704/19301/16789</w:t>
        <w:br/>
        <w:t>f 3336/18993/16613 3337/18992/16612 3708/19305/16884</w:t>
        <w:br/>
        <w:t>f 3692/19296/16877 3709/19306/16885 3708/19305/16884</w:t>
        <w:br/>
        <w:t>f 3337/18992/16612 3692/19296/16877 3708/19305/16884</w:t>
        <w:br/>
        <w:t>f 3692/19296/16877 3368/19021/16641 3710/19307/16886</w:t>
        <w:br/>
        <w:t>f 3709/19306/16885 3692/19296/16877 3710/19307/16886</w:t>
        <w:br/>
        <w:t>f 3710/19307/16886 3368/19021/16641 3369/19020/16640</w:t>
        <w:br/>
        <w:t>f 3709/19306/16885 3710/19307/16886 3712/19308/16887</w:t>
        <w:br/>
        <w:t>f 3711/19309/16888 3709/19306/16885 3712/19308/16887</w:t>
        <w:br/>
        <w:t>f 3709/19306/16885 3711/19309/16888 3713/19310/16889</w:t>
        <w:br/>
        <w:t>f 3708/19305/16884 3709/19306/16885 3713/19310/16889</w:t>
        <w:br/>
        <w:t>f 3404/19057/16672 3714/19311/16890 3403/19058/16619</w:t>
        <w:br/>
        <w:t>f 3714/19311/16890 3404/19057/16672 3405/19059/16673</w:t>
        <w:br/>
        <w:t>f 3715/19312/16891 3714/19311/16890 3405/19059/16673</w:t>
        <w:br/>
        <w:t>f 3405/19059/16673 3406/19060/16674 3402/19055/16671</w:t>
        <w:br/>
        <w:t>f 3715/19312/16891 3405/19059/16673 3402/19055/16671</w:t>
        <w:br/>
        <w:t>f 3401/19056/16666 3402/19055/16671 3406/19060/16674</w:t>
        <w:br/>
        <w:t>f 3388/19041/16658 3363/19018/16638 3715/19312/16891</w:t>
        <w:br/>
        <w:t>f 3402/19055/16671 3388/19041/16658 3715/19312/16891</w:t>
        <w:br/>
        <w:t>f 3715/19312/16891 3363/19018/16638 3364/19017/16637</w:t>
        <w:br/>
        <w:t>f 3714/19311/16890 3715/19312/16891 3364/19017/16637</w:t>
        <w:br/>
        <w:t>f 3421/19078/16688 3422/19077/16687 3716/19313/16892</w:t>
        <w:br/>
        <w:t>f 3716/19313/16892 3422/19077/16687 3492/19147/16749</w:t>
        <w:br/>
        <w:t>f 3717/19314/16893 3716/19313/16892 3492/19147/16749</w:t>
        <w:br/>
        <w:t>f 3717/19314/16893 3492/19147/16749 3451/19103/16712</w:t>
        <w:br/>
        <w:t>f 3718/19315/16894 3717/19314/16893 3451/19103/16712</w:t>
        <w:br/>
        <w:t>f 3718/19315/16894 3451/19103/16712 3452/19106/16715</w:t>
        <w:br/>
        <w:t>f 3717/19314/16893 3718/19315/16894 3474/19130/16735</w:t>
        <w:br/>
        <w:t>f 3480/19133/16737 3717/19314/16893 3474/19130/16735</w:t>
        <w:br/>
        <w:t>f 3689/19293/16875 3716/19313/16892 3717/19314/16893</w:t>
        <w:br/>
        <w:t>f 3480/19133/16737 3689/19293/16875 3717/19314/16893</w:t>
        <w:br/>
        <w:t>f 3435/19087/16697 3719/19316/16895 3431/19084/16694</w:t>
        <w:br/>
        <w:t>f 3719/19316/16895 3435/19087/16697 3447/19102/16711</w:t>
        <w:br/>
        <w:t>f 3720/19317/16896 3719/19316/16895 3447/19102/16711</w:t>
        <w:br/>
        <w:t>f 3721/19318/16897 3720/19317/16896 3447/19102/16711</w:t>
        <w:br/>
        <w:t>f 3468/19122/16727 3721/19318/16897 3447/19102/16711</w:t>
        <w:br/>
        <w:t>f 3459/19111/16718 3721/19318/16897 3458/19112/16719</w:t>
        <w:br/>
        <w:t>f 3459/19111/16718 3446/19100/16709 3720/19317/16896</w:t>
        <w:br/>
        <w:t>f 3721/19318/16897 3459/19111/16718 3720/19317/16896</w:t>
        <w:br/>
        <w:t>f 3430/19085/16695 3719/19316/16895 3720/19317/16896</w:t>
        <w:br/>
        <w:t>f 3446/19100/16709 3430/19085/16695 3720/19317/16896</w:t>
        <w:br/>
        <w:t>f 3511/19168/16768 3512/19167/16767 3722/19319/16898</w:t>
        <w:br/>
        <w:t>f 3722/19319/16898 3512/19167/16767 3545/19200/16798</w:t>
        <w:br/>
        <w:t>f 3723/19320/16899 3722/19319/16898 3545/19200/16798</w:t>
        <w:br/>
        <w:t>f 3724/19321/16900 3723/19320/16899 3545/19200/16798</w:t>
        <w:br/>
        <w:t>f 3551/19207/16805 3724/19321/16900 3545/19200/16798</w:t>
        <w:br/>
        <w:t>f 3724/19321/16900 3551/19207/16805 3552/19206/16804</w:t>
        <w:br/>
        <w:t>f 3723/19320/16899 3724/19321/16900 3570/19223/16818</w:t>
        <w:br/>
        <w:t>f 3544/19197/16795 3723/19320/16899 3570/19223/16818</w:t>
        <w:br/>
        <w:t>f 3544/19197/16795 3527/19182/16780 3722/19319/16898</w:t>
        <w:br/>
        <w:t>f 3723/19320/16899 3544/19197/16795 3722/19319/16898</w:t>
        <w:br/>
        <w:t>f 3523/19180/16778 3725/19322/16901 3526/19177/16773</w:t>
        <w:br/>
        <w:t>f 3725/19322/16901 3523/19180/16778 3541/19196/16794</w:t>
        <w:br/>
        <w:t>f 3726/19323/16902 3725/19322/16901 3541/19196/16794</w:t>
        <w:br/>
        <w:t>f 3726/19323/16902 3541/19196/16794 3560/19215/16811</w:t>
        <w:br/>
        <w:t>f 3727/19324/16903 3726/19323/16902 3560/19215/16811</w:t>
        <w:br/>
        <w:t>f 3727/19324/16903 3560/19215/16811 3561/19214/16810</w:t>
        <w:br/>
        <w:t>f 3726/19323/16902 3727/19324/16903 3575/19229/16824</w:t>
        <w:br/>
        <w:t>f 3549/19202/16800 3726/19323/16902 3575/19229/16824</w:t>
        <w:br/>
        <w:t>f 3726/19323/16902 3549/19202/16800 3550/19201/16799</w:t>
        <w:br/>
        <w:t>f 3725/19322/16901 3726/19323/16902 3550/19201/16799</w:t>
        <w:br/>
        <w:t>f 3735/19325/16904 3310/18966/16588 3696/19298/16879</w:t>
        <w:br/>
        <w:t>f 3734/19326/16905 3735/19325/16904 3696/19298/16879</w:t>
        <w:br/>
        <w:t>f 3736/19327/16906 3734/19326/16905 3696/19298/16879</w:t>
        <w:br/>
        <w:t>f 3697/19297/16878 3736/19327/16906 3696/19298/16879</w:t>
        <w:br/>
        <w:t>f 3290/18942/16564 3737/19328/16907 3736/19327/16906</w:t>
        <w:br/>
        <w:t>f 3697/19297/16878 3290/18942/16564 3736/19327/16906</w:t>
        <w:br/>
        <w:t>f 3290/18942/16564 3288/18944/16566 3738/19329/16908</w:t>
        <w:br/>
        <w:t>f 3737/19328/16907 3290/18942/16564 3738/19329/16908</w:t>
        <w:br/>
        <w:t>f 3332/18986/16608 3287/18938/16560 3284/18941/16563</w:t>
        <w:br/>
        <w:t>f 3739/19330/16909 3332/18986/16608 3284/18941/16563</w:t>
        <w:br/>
        <w:t>f 3739/19330/16909 3741/19331/16910 3740/19332/16911</w:t>
        <w:br/>
        <w:t>f 3332/18986/16608 3739/19330/16909 3740/19332/16911</w:t>
        <w:br/>
        <w:t>f 3742/19333/16912 3329/18980/16602 3740/19332/16911</w:t>
        <w:br/>
        <w:t>f 3741/19331/16910 3742/19333/16912 3740/19332/16911</w:t>
        <w:br/>
        <w:t>f 3328/18981/16603 3329/18980/16602 3742/19333/16912</w:t>
        <w:br/>
        <w:t>f 3743/19334/16597 3328/18981/16603 3742/19333/16912</w:t>
        <w:br/>
        <w:t>f 3713/19310/16889 3347/19002/16622 3348/19001/16621</w:t>
        <w:br/>
        <w:t>f 3336/18993/16613 3713/19310/16889 3348/19001/16621</w:t>
        <w:br/>
        <w:t>f 3397/19054/16670 3340/18996/16616 3341/18995/16615</w:t>
        <w:br/>
        <w:t>f 3400/19051/16668 3397/19054/16670 3341/18995/16615</w:t>
        <w:br/>
        <w:t>f 3350/19005/16625 3382/19037/16654 3400/19051/16668</w:t>
        <w:br/>
        <w:t>f 3341/18995/16615 3350/19005/16625 3400/19051/16668</w:t>
        <w:br/>
        <w:t>f 3350/19005/16625 3377/19031/16650 3371/19025/16645</w:t>
        <w:br/>
        <w:t>f 3382/19037/16654 3350/19005/16625 3371/19025/16645</w:t>
        <w:br/>
        <w:t>f 3377/19031/16650 3374/19030/16649 3370/19026/16640</w:t>
        <w:br/>
        <w:t>f 3371/19025/16645 3377/19031/16650 3370/19026/16640</w:t>
        <w:br/>
        <w:t>f 3712/19308/16887 3369/19020/16640 3381/19035/16649</w:t>
        <w:br/>
        <w:t>f 3378/19034/16652 3712/19308/16887 3381/19035/16649</w:t>
        <w:br/>
        <w:t>f 3711/19309/16888 3712/19308/16887 3378/19034/16652</w:t>
        <w:br/>
        <w:t>f 3361/19014/16634 3711/19309/16888 3378/19034/16652</w:t>
        <w:br/>
        <w:t>f 3711/19309/16888 3361/19014/16634 3347/19002/16622</w:t>
        <w:br/>
        <w:t>f 3713/19310/16889 3711/19309/16888 3347/19002/16622</w:t>
        <w:br/>
        <w:t>f 3479/19134/16738 3448/19101/16710 3433/19089/16698</w:t>
        <w:br/>
        <w:t>f 3690/19292/16874 3479/19134/16738 3433/19089/16698</w:t>
        <w:br/>
        <w:t>f 3467/19123/16728 3448/19101/16710 3479/19134/16738</w:t>
        <w:br/>
        <w:t>f 3475/19129/16734 3467/19123/16728 3479/19134/16738</w:t>
        <w:br/>
        <w:t>f 3475/19129/16734 3476/19128/16733 3469/19121/16726</w:t>
        <w:br/>
        <w:t>f 3467/19123/16728 3475/19129/16734 3469/19121/16726</w:t>
        <w:br/>
        <w:t>f 3477/19132/16733 3478/19131/16736 3465/19120/16725</w:t>
        <w:br/>
        <w:t>f 3466/19119/16724 3477/19132/16733 3465/19120/16725</w:t>
        <w:br/>
        <w:t>f 3478/19131/16736 3481/19136/16740 3436/19091/16700</w:t>
        <w:br/>
        <w:t>f 3465/19120/16725 3478/19131/16736 3436/19091/16700</w:t>
        <w:br/>
        <w:t>f 3481/19136/16740 3482/19135/16739 3428/19079/16689</w:t>
        <w:br/>
        <w:t>f 3436/19091/16700 3481/19136/16740 3428/19079/16689</w:t>
        <w:br/>
        <w:t>f 3482/19135/16739 3507/19161/16762 3427/19080/16690</w:t>
        <w:br/>
        <w:t>f 3428/19079/16689 3482/19135/16739 3427/19080/16690</w:t>
        <w:br/>
        <w:t>f 3690/19292/16874 3433/19089/16698 3434/19088/16690</w:t>
        <w:br/>
        <w:t>f 3691/19294/16762 3690/19292/16874 3434/19088/16690</w:t>
        <w:br/>
        <w:t>f 3562/19213/16809 3559/19216/16812 3571/19225/16820</w:t>
        <w:br/>
        <w:t>f 3569/19224/16819 3562/19213/16809 3571/19225/16820</w:t>
        <w:br/>
        <w:t>f 3568/19221/16816 3563/19220/16815 3564/19219/16809</w:t>
        <w:br/>
        <w:t>f 3567/19222/16817 3568/19221/16816 3564/19219/16809</w:t>
        <w:br/>
        <w:t>f 3568/19221/16816 3530/19184/16782 3532/19187/16785</w:t>
        <w:br/>
        <w:t>f 3563/19220/16815 3568/19221/16816 3532/19187/16785</w:t>
        <w:br/>
        <w:t>f 3532/19187/16785 3530/19184/16782 3515/19171/16771</w:t>
        <w:br/>
        <w:t>f 3519/19175/16775 3532/19187/16785 3515/19171/16771</w:t>
        <w:br/>
        <w:t>f 3515/19171/16771 3516/19170/16770 3522/19176/16776</w:t>
        <w:br/>
        <w:t>f 3519/19175/16775 3515/19171/16771 3522/19176/16776</w:t>
        <w:br/>
        <w:t>f 3525/19178/16776 3528/19181/16779 3529/19183/16781</w:t>
        <w:br/>
        <w:t>f 3524/19179/16777 3525/19178/16776 3529/19183/16781</w:t>
        <w:br/>
        <w:t>f 3543/19198/16796 3542/19195/16793 3524/19179/16777</w:t>
        <w:br/>
        <w:t>f 3529/19183/16781 3543/19198/16796 3524/19179/16777</w:t>
        <w:br/>
        <w:t>f 3559/19216/16812 3542/19195/16793 3543/19198/16796</w:t>
        <w:br/>
        <w:t>f 3571/19225/16820 3559/19216/16812 3543/19198/16796</w:t>
        <w:br/>
        <w:t>f 3648/19276/16862 3645/19273/16860 3646/19272/16859</w:t>
        <w:br/>
        <w:t>f 3647/19277/16863 3648/19276/16862 3646/19272/16859</w:t>
        <w:br/>
        <w:t>f 3616/19263/16854 3645/19273/16860 3648/19276/16862</w:t>
        <w:br/>
        <w:t>f 3614/19259/16850 3616/19263/16854 3648/19276/16862</w:t>
        <w:br/>
        <w:t>f 3614/19259/16850 3615/19258/16849 3604/19257/16848</w:t>
        <w:br/>
        <w:t>f 3616/19263/16854 3614/19259/16850 3604/19257/16848</w:t>
        <w:br/>
        <w:t>f 3604/19257/16848 3615/19258/16849 3666/19286/859</w:t>
        <w:br/>
        <w:t>f 3607/19254/831 3604/19257/16848 3666/19286/859</w:t>
        <w:br/>
        <w:t>f 3742/19333/16912 3741/19331/16910 3322/18977/16599</w:t>
        <w:br/>
        <w:t>f 3312/18964/16586 3742/19333/16912 3322/18977/16599</w:t>
        <w:br/>
        <w:t>f 3739/19330/16909 3324/18978/16600 3322/18977/16599</w:t>
        <w:br/>
        <w:t>f 3741/19331/16910 3739/19330/16909 3322/18977/16599</w:t>
        <w:br/>
        <w:t>f 3284/18941/16563 3288/18944/16566 3324/18978/16600</w:t>
        <w:br/>
        <w:t>f 3739/19330/16909 3284/18941/16563 3324/18978/16600</w:t>
        <w:br/>
        <w:t>f 3283/18934/16556 3284/18941/16563 3285/18940/16562</w:t>
        <w:br/>
        <w:t>f 3282/18935/16557 3283/18934/16556 3285/18940/16562</w:t>
        <w:br/>
        <w:t>f 3292/18945/16567 3282/18935/16557 3285/18940/16562</w:t>
        <w:br/>
        <w:t>f 3293/18948/16570 3292/18945/16567 3285/18940/16562</w:t>
        <w:br/>
        <w:t>f 3293/18948/16570 3317/18971/16593 3309/18963/16585</w:t>
        <w:br/>
        <w:t>f 3292/18945/16567 3293/18948/16570 3309/18963/16585</w:t>
        <w:br/>
        <w:t>f 3309/18963/16585 3317/18971/16593 3320/18975/16597</w:t>
        <w:br/>
        <w:t>f 3308/18960/16582 3309/18963/16585 3320/18975/16597</w:t>
        <w:br/>
        <w:t>f 3743/19334/16597 3742/19333/16912 3312/18964/16586</w:t>
        <w:br/>
        <w:t>f 3310/18966/16588 3743/19334/16597 3312/18964/16586</w:t>
        <w:br/>
        <w:t>f 3689/19293/16875 3421/19078/16688 3716/19313/16892</w:t>
        <w:br/>
        <w:t>f 3474/19130/16735 3718/19315/16894 3452/19106/16715</w:t>
        <w:br/>
        <w:t>f 3713/19310/16889 3336/18993/16613 3708/19305/16884</w:t>
        <w:br/>
        <w:t>f 3710/19307/16886 3369/19020/16640 3712/19308/16887</w:t>
        <w:br/>
        <w:t>f 3431/19084/16694 3719/19316/16895 3430/19085/16695</w:t>
        <w:br/>
        <w:t>f 3458/19112/16719 3721/19318/16897 3468/19122/16727</w:t>
        <w:br/>
        <w:t>f 3403/19058/16619 3714/19311/16890 3364/19017/16637</w:t>
        <w:br/>
        <w:t>f 3388/19041/16658 3401/19056/16666 3412/19068/16667</w:t>
        <w:br/>
        <w:t>f 3387/19042/16659 3388/19041/16658 3412/19068/16667</w:t>
        <w:br/>
        <w:t>f 3526/19177/16773 3725/19322/16901 3550/19201/16799</w:t>
        <w:br/>
        <w:t>f 3727/19324/16903 3561/19214/16810 3575/19229/16824</w:t>
        <w:br/>
        <w:t>f 3511/19168/16768 3722/19319/16898 3527/19182/16780</w:t>
        <w:br/>
        <w:t>f 3724/19321/16900 3552/19206/16804 3570/19223/16818</w:t>
        <w:br/>
        <w:t>f 3288/18944/16566 3289/18943/16565 3324/18978/16600</w:t>
        <w:br/>
        <w:t>f 3310/18966/16588 3311/18965/16587 3696/19298/16879</w:t>
        <w:br/>
        <w:t>f 3357/19013/16633 3358/19012/16632 3744/19335/16913</w:t>
        <w:br/>
        <w:t>f 3357/19013/16633 3745/19336/16914 3420/19073/16915</w:t>
        <w:br/>
        <w:t>f 3410/19063/16677 3415/19069/16680 3746/19337/16916</w:t>
        <w:br/>
        <w:t>f 3415/19069/16680 3419/19074/16684 3747/19338/16917</w:t>
        <w:br/>
        <w:t>f 3746/19337/16916 3415/19069/16680 3748/19339/16918</w:t>
        <w:br/>
        <w:t>f 3415/19069/16680 3747/19338/16917 3748/19339/16918</w:t>
        <w:br/>
        <w:t>f 3357/19013/16633 3417/19072/16683 3745/19336/16914</w:t>
        <w:br/>
        <w:t>f 3357/19013/16633 3744/19335/16913 3418/19071/16682</w:t>
        <w:br/>
        <w:t>f 3415/19069/16680 3411/19062/16676 3416/19070/16681</w:t>
        <w:br/>
        <w:t>f 3415/19069/16680 3413/19067/16679 3419/19074/16684</w:t>
        <w:br/>
        <w:t>f 3749/19340/16919 3362/19019/16639 3387/19042/16659</w:t>
        <w:br/>
        <w:t>f 3749/19340/16919 3387/19042/16659 3413/19067/16679</w:t>
        <w:br/>
        <w:t>f 3749/19340/16919 3413/19067/16679 3416/19070/16681</w:t>
        <w:br/>
        <w:t>f 3749/19340/16919 3416/19070/16681 3750/19341/16920</w:t>
        <w:br/>
        <w:t>f 3751/19342/16921 3365/19016/16636 3362/19019/16639</w:t>
        <w:br/>
        <w:t>f 3751/19342/16921 3362/19019/16639 3750/19341/16920</w:t>
        <w:br/>
        <w:t>f 3751/19342/16921 3416/19070/16681 3411/19062/16676</w:t>
        <w:br/>
        <w:t>f 3751/19342/16921 3411/19062/16676 3365/19016/16636</w:t>
        <w:br/>
        <w:t>f 3749/19340/16919 3750/19341/16920 3362/19019/16639</w:t>
        <w:br/>
        <w:t>f 3751/19342/16921 3750/19341/16920 3416/19070/16681</w:t>
        <w:br/>
        <w:t>f 3359/19011/16631 3357/19013/16633 3752/19343/16629</w:t>
        <w:br/>
        <w:t>f 3357/19013/16633 3420/19073/16915 3752/19343/16629</w:t>
        <w:br/>
        <w:t>f 3496/19150/16752 3460/19114/16721 3501/19156/16757</w:t>
        <w:br/>
        <w:t>f 3504/19157/16758 3496/19150/16752 3501/19156/16757</w:t>
        <w:br/>
        <w:t>f 3494/19149/16751 3429/19086/16696 3445/19099/16708</w:t>
        <w:br/>
        <w:t>f 3500/19151/16753 3494/19149/16751 3504/19157/16758</w:t>
        <w:br/>
        <w:t>f 3429/19086/16696 3494/19149/16751 3500/19151/16753</w:t>
        <w:br/>
        <w:t>f 3460/19114/16721 3496/19150/16752 3445/19099/16708</w:t>
        <w:br/>
        <w:t>f 3495/19148/16750 3496/19150/16752 3504/19157/16758</w:t>
        <w:br/>
        <w:t>f 3494/19149/16751 3495/19148/16750 3504/19157/16758</w:t>
        <w:br/>
        <w:t>f 3442/19098/16707 3753/19344/16922 3509/19163/16731</w:t>
        <w:br/>
        <w:t>f 3754/19345/16923 3442/19098/16707 3498/19153/16701</w:t>
        <w:br/>
        <w:t>f 3442/19098/16707 3509/19163/16731 3755/19346/16924</w:t>
        <w:br/>
        <w:t>f 3498/19153/16701 3442/19098/16707 3755/19346/16924</w:t>
        <w:br/>
        <w:t>f 3510/19164/16764 3506/19159/16760 3504/19157/16758</w:t>
        <w:br/>
        <w:t>f 3501/19156/16757 3510/19164/16764 3504/19157/16758</w:t>
        <w:br/>
        <w:t>f 3503/19158/16759 3504/19157/16758 3505/19160/16761</w:t>
        <w:br/>
        <w:t>f 3444/19096/16705 3442/19098/16707 3754/19345/16923</w:t>
        <w:br/>
        <w:t>f 3442/19098/16707 3508/19162/16763 3753/19344/16922</w:t>
        <w:br/>
        <w:t>f 3588/19242/16836 3591/19246/16838 3595/19247/16839</w:t>
        <w:br/>
        <w:t>f 3591/19246/16838 3588/19242/16836 3576/19230/16825</w:t>
        <w:br/>
        <w:t>f 3588/19242/16836 3756/19347/16925 3548/19203/16801</w:t>
        <w:br/>
        <w:t>f 3757/19348/16926 3595/19247/16839 3590/19243/16837</w:t>
        <w:br/>
        <w:t>f 3756/19347/16925 3757/19348/16926 3548/19203/16801</w:t>
        <w:br/>
        <w:t>f 3757/19348/16926 3547/19204/16802 3548/19203/16801</w:t>
        <w:br/>
        <w:t>f 3547/19204/16802 3757/19348/16926 3590/19243/16837</w:t>
        <w:br/>
        <w:t>f 3756/19347/16925 3588/19242/16836 3595/19247/16839</w:t>
        <w:br/>
        <w:t>f 3757/19348/16926 3756/19347/16925 3595/19247/16839</w:t>
        <w:br/>
        <w:t>f 3595/19247/16839 3591/19246/16838 3598/19253/16845</w:t>
        <w:br/>
        <w:t>f 3597/19250/16842 3595/19247/16839 3598/19253/16845</w:t>
        <w:br/>
        <w:t>f 3594/19248/16840 3595/19247/16839 3596/19251/16843</w:t>
        <w:br/>
        <w:t>f 3538/19194/16792 3704/19301/16789 3705/19300/16881</w:t>
        <w:br/>
        <w:t>f 3538/19194/16792 3539/19193/16791 3758/19349/16927</w:t>
        <w:br/>
        <w:t>f 3704/19301/16789 3538/19194/16792 3707/19303/16882</w:t>
        <w:br/>
        <w:t>f 3538/19194/16792 3758/19349/16927 3707/19303/16882</w:t>
        <w:br/>
        <w:t>f 3540/19192/16790 3538/19194/16792 3705/19300/16881</w:t>
        <w:br/>
        <w:t>f 3761/19350/16928 3326/18983/16605 3302/18958/16580</w:t>
        <w:br/>
        <w:t>f 3761/19350/16928 3329/18980/16602 3326/18983/16605</w:t>
        <w:br/>
        <w:t>f 3329/18980/16602 3761/19350/16928 3740/19332/16911</w:t>
        <w:br/>
        <w:t>f 3762/19351/16929 3761/19350/16928 3302/18958/16580</w:t>
        <w:br/>
        <w:t>f 3763/19352/16930 3303/18957/16579 3332/18986/16608</w:t>
        <w:br/>
        <w:t>f 3763/19352/16930 3332/18986/16608 3740/19332/16911</w:t>
        <w:br/>
        <w:t>f 3302/18958/16580 3763/19352/16930 3762/19351/16929</w:t>
        <w:br/>
        <w:t>f 3303/18957/16579 3763/19352/16930 3302/18958/16580</w:t>
        <w:br/>
        <w:t>f 3762/19351/16929 3763/19352/16930 3740/19332/16911</w:t>
        <w:br/>
        <w:t>f 3761/19350/16928 3762/19351/16929 3740/19332/16911</w:t>
        <w:br/>
        <w:t>f 3334/18988/16609 3316/18969/16591 3302/18958/16580</w:t>
        <w:br/>
        <w:t>f 3326/18983/16605 3334/18988/16609 3302/18958/16580</w:t>
        <w:br/>
        <w:t>f 3305/18959/16581 3302/18958/16580 3315/18970/16592</w:t>
        <w:br/>
        <w:t>f 3764/19353/16572 3301/18953/16575 3330/18985/16607</w:t>
        <w:br/>
        <w:t>f 3335/18987/16931 3764/19353/16572 3330/18985/16607</w:t>
        <w:br/>
        <w:t>f 3764/19353/16572 3297/18949/16571 3765/19354/16932</w:t>
        <w:br/>
        <w:t>f 3301/18953/16575 3764/19353/16572 3765/19354/16932</w:t>
        <w:br/>
        <w:t>f 3300/18954/16576 3301/18953/16575 3765/19354/16932</w:t>
        <w:br/>
        <w:t>f 3331/18984/16606 3301/18953/16575 3299/18955/16577</w:t>
        <w:br/>
        <w:t>f 17117/19355/16933 17116/19356/16934 17115/19357/16935</w:t>
        <w:br/>
        <w:t>f 17114/19358/16936 17117/19355/16933 17115/19357/16935</w:t>
        <w:br/>
        <w:t>f 17121/19359/16937 17120/19360/16938 17119/19361/16939</w:t>
        <w:br/>
        <w:t>f 17118/19362/16940 17121/19359/16937 17119/19361/16939</w:t>
        <w:br/>
        <w:t>f 17121/19359/16937 17123/19363/16941 17122/19364/16942</w:t>
        <w:br/>
        <w:t>f 17120/19360/16938 17121/19359/16937 17122/19364/16942</w:t>
        <w:br/>
        <w:t>f 17124/19365/16943 17122/19364/16942 17123/19363/16941</w:t>
        <w:br/>
        <w:t>f 17126/19366/16944 17125/19367/16945 17124/19365/16943</w:t>
        <w:br/>
        <w:t>f 17130/19368/16946 17129/19369/16947 17128/19370/16948</w:t>
        <w:br/>
        <w:t>f 17127/19371/16949 17130/19368/16946 17128/19370/16948</w:t>
        <w:br/>
        <w:t>f 17132/19372/16950 17117/19355/16933 17114/19358/16936</w:t>
        <w:br/>
        <w:t>f 17131/19373/16951 17132/19372/16950 17114/19358/16936</w:t>
        <w:br/>
        <w:t>f 17134/19374/16952 17124/19365/16943 17133/19375/16953</w:t>
        <w:br/>
        <w:t>f 17136/19376/16954 17126/19366/16944 17134/19374/16952</w:t>
        <w:br/>
        <w:t>f 17135/19377/16955 17136/19376/16954 17134/19374/16952</w:t>
        <w:br/>
        <w:t>f 17127/19371/16949 17128/19370/16948 17138/19378/16956</w:t>
        <w:br/>
        <w:t>f 17137/19379/16957 17127/19371/16949 17138/19378/16956</w:t>
        <w:br/>
        <w:t>f 17140/19380/16958 17130/19368/16946 17127/19371/16949</w:t>
        <w:br/>
        <w:t>f 17139/19381/16959 17140/19380/16958 17127/19371/16949</w:t>
        <w:br/>
        <w:t>f 17139/19381/16959 17127/19371/16949 17137/19379/16957</w:t>
        <w:br/>
        <w:t>f 17141/19382/16960 17139/19381/16959 17137/19379/16957</w:t>
        <w:br/>
        <w:t>f 17142/19383/16961 17139/19381/16959 17141/19382/16960</w:t>
        <w:br/>
        <w:t>f 17146/19384/16962 17145/19385/16963 17144/19386/16964</w:t>
        <w:br/>
        <w:t>f 17143/19387/16965 17146/19384/16962 17144/19386/16964</w:t>
        <w:br/>
        <w:t>f 17150/19388/16966 17149/19389/16967 17148/19390/16968</w:t>
        <w:br/>
        <w:t>f 17147/19391/16969 17150/19388/16966 17148/19390/16968</w:t>
        <w:br/>
        <w:t>f 17143/19387/16965 17144/19386/16964 17152/19392/16970</w:t>
        <w:br/>
        <w:t>f 17151/19393/16971 17143/19387/16965 17152/19392/16970</w:t>
        <w:br/>
        <w:t>f 17151/19393/16971 17152/19392/16970 17149/19389/16967</w:t>
        <w:br/>
        <w:t>f 17150/19388/16966 17151/19393/16971 17149/19389/16967</w:t>
        <w:br/>
        <w:t>f 17125/19367/16945 17154/19394/16972 17153/19395/16973</w:t>
        <w:br/>
        <w:t>f 17136/19376/16954 17155/19396/16974 17126/19366/16944</w:t>
        <w:br/>
        <w:t>f 17128/19370/16948 17136/19376/16954 17135/19377/16955</w:t>
        <w:br/>
        <w:t>f 17138/19378/16956 17128/19370/16948 17135/19377/16955</w:t>
        <w:br/>
        <w:t>f 17136/19376/16954 17128/19370/16948 17129/19369/16947</w:t>
        <w:br/>
        <w:t>f 17155/19396/16974 17136/19376/16954 17129/19369/16947</w:t>
        <w:br/>
        <w:t>f 17158/19397/16975 17157/19398/16976 17156/19399/16977</w:t>
        <w:br/>
        <w:t>f 17162/19400/16978 17161/19401/2622 17160/19402/16979</w:t>
        <w:br/>
        <w:t>f 17159/19403/16980 17162/19400/16978 17160/19402/16979</w:t>
        <w:br/>
        <w:t>f 17164/19404/16981 17163/19405/16982 17158/19397/16975</w:t>
        <w:br/>
        <w:t>f 17156/19399/16977 17164/19404/16981 17158/19397/16975</w:t>
        <w:br/>
        <w:t>f 17159/19403/16980 17163/19405/16982 17162/19400/16978</w:t>
        <w:br/>
        <w:t>f 17158/19397/16975 17163/19405/16982 17159/19403/16980</w:t>
        <w:br/>
        <w:t>f 17168/19406/16983 17167/19407/16984 17166/19408/16985</w:t>
        <w:br/>
        <w:t>f 17165/19409/16986 17168/19406/16983 17166/19408/16985</w:t>
        <w:br/>
        <w:t>f 17164/19404/16981 17156/19399/16977 17167/19407/16984</w:t>
        <w:br/>
        <w:t>f 17168/19406/16983 17164/19404/16981 17167/19407/16984</w:t>
        <w:br/>
        <w:t>f 17165/19409/16986 17166/19408/16985 17170/19410/16987</w:t>
        <w:br/>
        <w:t>f 17169/19411/16988 17165/19409/16986 17170/19410/16987</w:t>
        <w:br/>
        <w:t>f 17167/19407/16984 17172/19412/16989 17171/19413/16990</w:t>
        <w:br/>
        <w:t>f 17166/19408/16985 17167/19407/16984 17171/19413/16990</w:t>
        <w:br/>
        <w:t>f 17172/19412/16989 17167/19407/16984 17156/19399/16977</w:t>
        <w:br/>
        <w:t>f 17173/19414/16991 17172/19412/16989 17156/19399/16977</w:t>
        <w:br/>
        <w:t>f 17166/19408/16985 17171/19413/16990 17174/19415/16992</w:t>
        <w:br/>
        <w:t>f 17170/19410/16987 17166/19408/16985 17174/19415/16992</w:t>
        <w:br/>
        <w:t>f 17176/19416/16993 17175/19417/16994 17170/19410/16987</w:t>
        <w:br/>
        <w:t>f 17174/19415/16992 17176/19416/16993 17170/19410/16987</w:t>
        <w:br/>
        <w:t>f 17173/19414/16991 17123/19363/16941 17172/19412/16989</w:t>
        <w:br/>
        <w:t>f 17133/19375/16953 17123/19363/16941 17173/19414/16991</w:t>
        <w:br/>
        <w:t>f 17172/19412/16989 17123/19363/16941 17177/19418/16995</w:t>
        <w:br/>
        <w:t>f 17171/19413/16990 17172/19412/16989 17177/19418/16995</w:t>
        <w:br/>
        <w:t>f 17174/19415/16992 17118/19362/16940 17176/19416/16993</w:t>
        <w:br/>
        <w:t>f 17121/19359/16937 17118/19362/16940 17177/19418/16995</w:t>
        <w:br/>
        <w:t>f 17180/19419/16996 17179/19420/16997 17178/19421/16998</w:t>
        <w:br/>
        <w:t>f 17153/19395/16973 17117/19355/16933 17132/19372/16950</w:t>
        <w:br/>
        <w:t>f 17125/19367/16945 17153/19395/16973 17132/19372/16950</w:t>
        <w:br/>
        <w:t>f 17182/19422/16999 17142/19383/16961 17181/19423/17000</w:t>
        <w:br/>
        <w:t>f 17137/19379/16957 17138/19378/16956 17184/19424/17001</w:t>
        <w:br/>
        <w:t>f 17183/19425/17002 17137/19379/16957 17184/19424/17001</w:t>
        <w:br/>
        <w:t>f 17186/19426/17003 17185/19427/17004 17134/19374/16952</w:t>
        <w:br/>
        <w:t>f 17141/19382/16960 17137/19379/16957 17183/19425/17002</w:t>
        <w:br/>
        <w:t>f 17187/19428/17005 17141/19382/16960 17183/19425/17002</w:t>
        <w:br/>
        <w:t>f 17138/19378/16956 17135/19377/16955 17185/19427/17004</w:t>
        <w:br/>
        <w:t>f 17184/19424/17001 17138/19378/16956 17185/19427/17004</w:t>
        <w:br/>
        <w:t>f 17190/19429/17006 17189/19430/17007 17188/19431/17008</w:t>
        <w:br/>
        <w:t>f 17133/19375/16953 17186/19426/17003 17134/19374/16952</w:t>
        <w:br/>
        <w:t>f 17173/19414/16991 17157/19398/16976 17192/19432/17009</w:t>
        <w:br/>
        <w:t>f 17191/19433/17010 17173/19414/16991 17192/19432/17009</w:t>
        <w:br/>
        <w:t>f 17191/19433/17010 17186/19426/17003 17133/19375/16953</w:t>
        <w:br/>
        <w:t>f 17173/19414/16991 17191/19433/17010 17133/19375/16953</w:t>
        <w:br/>
        <w:t>f 17194/19434/17011 17193/19435/17012 17181/19423/17000</w:t>
        <w:br/>
        <w:t>f 17142/19383/16961 17194/19434/17011 17181/19423/17000</w:t>
        <w:br/>
        <w:t>f 17142/19383/16961 17189/19430/17007 17194/19434/17011</w:t>
        <w:br/>
        <w:t>f 17198/19436/17013 17197/19437/17014 17196/19438/17015</w:t>
        <w:br/>
        <w:t>f 17195/19439/17016 17198/19436/17013 17196/19438/17015</w:t>
        <w:br/>
        <w:t>f 17200/19440/17017 17196/19438/17015 17197/19437/17014</w:t>
        <w:br/>
        <w:t>f 17199/19441/17018 17200/19440/17017 17197/19437/17014</w:t>
        <w:br/>
        <w:t>f 17204/19442/17019 17203/19443/17020 17202/19444/17021</w:t>
        <w:br/>
        <w:t>f 17201/19445/17022 17204/19442/17019 17202/19444/17021</w:t>
        <w:br/>
        <w:t>f 17208/19446/17023 17207/19447/17024 17206/19448/17025</w:t>
        <w:br/>
        <w:t>f 17205/19449/17026 17208/19446/17023 17206/19448/17025</w:t>
        <w:br/>
        <w:t>f 17212/19450/17027 17211/19451/17028 17210/19452/17029</w:t>
        <w:br/>
        <w:t>f 17209/19453/17030 17212/19450/17027 17210/19452/17029</w:t>
        <w:br/>
        <w:t>f 17216/19454/17031 17215/19455/17032 17214/19456/17033</w:t>
        <w:br/>
        <w:t>f 17213/19457/17034 17216/19454/17031 17214/19456/17033</w:t>
        <w:br/>
        <w:t>f 17218/19458/17035 17204/19442/17019 17201/19445/17022</w:t>
        <w:br/>
        <w:t>f 17217/19459/17036 17218/19458/17035 17201/19445/17022</w:t>
        <w:br/>
        <w:t>f 17215/19455/17032 17216/19454/17031 17199/19441/17018</w:t>
        <w:br/>
        <w:t>f 17197/19437/17014 17215/19455/17032 17199/19441/17018</w:t>
        <w:br/>
        <w:t>f 17220/19460/17037 17219/19461/17038 17209/19453/17030</w:t>
        <w:br/>
        <w:t>f 17202/19444/17021 17220/19460/17037 17209/19453/17030</w:t>
        <w:br/>
        <w:t>f 17220/19460/17037 17202/19444/17021 17203/19443/17020</w:t>
        <w:br/>
        <w:t>f 17221/19462/17039 17220/19460/17037 17203/19443/17020</w:t>
        <w:br/>
        <w:t>f 17222/19463/17040 17215/19455/17032 17197/19437/17014</w:t>
        <w:br/>
        <w:t>f 17198/19436/17013 17222/19463/17040 17197/19437/17014</w:t>
        <w:br/>
        <w:t>f 17223/19464/17041 17217/19459/17036 17201/19445/17022</w:t>
        <w:br/>
        <w:t>f 17210/19452/17029 17223/19464/17041 17201/19445/17022</w:t>
        <w:br/>
        <w:t>f 17227/19465/17024 17226/19466/17042 17225/19467/17043</w:t>
        <w:br/>
        <w:t>f 17224/19468/17044 17227/19465/17024 17225/19467/17043</w:t>
        <w:br/>
        <w:t>f 17211/19451/17028 17228/19469/17045 17223/19464/17041</w:t>
        <w:br/>
        <w:t>f 17210/19452/17029 17211/19451/17028 17223/19464/17041</w:t>
        <w:br/>
        <w:t>f 17230/19470/17046 17229/19471/17042 17207/19447/17024</w:t>
        <w:br/>
        <w:t>f 17208/19446/17023 17230/19470/17046 17207/19447/17024</w:t>
        <w:br/>
        <w:t>f 17212/19450/17027 17209/19453/17030 17219/19461/17038</w:t>
        <w:br/>
        <w:t>f 17231/19472/17047 17212/19450/17027 17219/19461/17038</w:t>
        <w:br/>
        <w:t>f 17210/19452/17029 17201/19445/17022 17202/19444/17021</w:t>
        <w:br/>
        <w:t>f 17209/19453/17030 17210/19452/17029 17202/19444/17021</w:t>
        <w:br/>
        <w:t>f 17233/19473/17048 17232/19474/17049 17203/19443/17020</w:t>
        <w:br/>
        <w:t>f 17204/19442/17019 17233/19473/17048 17203/19443/17020</w:t>
        <w:br/>
        <w:t>f 17208/19446/17023 17205/19449/17026 17232/19474/17049</w:t>
        <w:br/>
        <w:t>f 17233/19473/17048 17208/19446/17023 17232/19474/17049</w:t>
        <w:br/>
        <w:t>f 17233/19473/17048 17234/19475/17050 17230/19470/17046</w:t>
        <w:br/>
        <w:t>f 17208/19446/17023 17233/19473/17048 17230/19470/17046</w:t>
        <w:br/>
        <w:t>f 17234/19475/17050 17233/19473/17048 17204/19442/17019</w:t>
        <w:br/>
        <w:t>f 17218/19458/17035 17234/19475/17050 17204/19442/17019</w:t>
        <w:br/>
        <w:t>f 17185/19427/17004 17236/19476/17051 17235/19477/17052</w:t>
        <w:br/>
        <w:t>f 17183/19425/17002 17184/19424/17001 17235/19477/17052</w:t>
        <w:br/>
        <w:t>f 17231/19472/17047 17183/19425/17002 17235/19477/17052</w:t>
        <w:br/>
        <w:t>f 17212/19450/17027 17235/19477/17052 17237/19478/17053</w:t>
        <w:br/>
        <w:t>f 17238/19479/17054 17211/19451/17028 17212/19450/17027</w:t>
        <w:br/>
        <w:t>f 17237/19478/17053 17238/19479/17054 17212/19450/17027</w:t>
        <w:br/>
        <w:t>f 17241/19480/17055 17240/19481/17056 17239/19482/17057</w:t>
        <w:br/>
        <w:t>f 17216/19454/17031 17241/19480/17055 17239/19482/17057</w:t>
        <w:br/>
        <w:t>f 17244/19483/17058 17243/19484/17059 17242/19485/17060</w:t>
        <w:br/>
        <w:t>f 17238/19479/17054 17244/19483/17058 17242/19485/17060</w:t>
        <w:br/>
        <w:t>f 17213/19457/17034 17245/19486/17061 17243/19484/17059</w:t>
        <w:br/>
        <w:t>f 17244/19483/17058 17213/19457/17034 17243/19484/17059</w:t>
        <w:br/>
        <w:t>f 17211/19451/17028 17238/19479/17054 17242/19485/17060</w:t>
        <w:br/>
        <w:t>f 17228/19469/17045 17211/19451/17028 17242/19485/17060</w:t>
        <w:br/>
        <w:t>f 17244/19483/17058 17241/19480/17055 17216/19454/17031</w:t>
        <w:br/>
        <w:t>f 17213/19457/17034 17244/19483/17058 17216/19454/17031</w:t>
        <w:br/>
        <w:t>f 17237/19478/17053 17241/19480/17055 17244/19483/17058</w:t>
        <w:br/>
        <w:t>f 17238/19479/17054 17237/19478/17053 17244/19483/17058</w:t>
        <w:br/>
        <w:t>f 17241/19480/17055 17237/19478/17053 17236/19476/17051</w:t>
        <w:br/>
        <w:t>f 17240/19481/17056 17241/19480/17055 17236/19476/17051</w:t>
        <w:br/>
        <w:t>f 17187/19428/17005 17183/19425/17002 17231/19472/17047</w:t>
        <w:br/>
        <w:t>f 17219/19461/17038 17187/19428/17005 17231/19472/17047</w:t>
        <w:br/>
        <w:t>f 17220/19460/17037 17190/19429/17006 17187/19428/17005</w:t>
        <w:br/>
        <w:t>f 17219/19461/17038 17220/19460/17037 17187/19428/17005</w:t>
        <w:br/>
        <w:t>f 17221/19462/17039 17246/19487/17062 17190/19429/17006</w:t>
        <w:br/>
        <w:t>f 17220/19460/17037 17221/19462/17039 17190/19429/17006</w:t>
        <w:br/>
        <w:t>f 17237/19478/17053 17235/19477/17052 17236/19476/17051</w:t>
        <w:br/>
        <w:t>f 17227/19465/17024 17224/19468/17044 17222/19463/17040</w:t>
        <w:br/>
        <w:t>f 17247/19488/17025 17227/19465/17024 17222/19463/17040</w:t>
        <w:br/>
        <w:t>f 17225/19467/17043 17248/19489/17063 17214/19456/17033</w:t>
        <w:br/>
        <w:t>f 17224/19468/17044 17225/19467/17043 17214/19456/17033</w:t>
        <w:br/>
        <w:t>f 17196/19438/17015 17200/19440/17017 17158/19397/16975</w:t>
        <w:br/>
        <w:t>f 17159/19403/16980 17196/19438/17015 17158/19397/16975</w:t>
        <w:br/>
        <w:t>f 17195/19439/17016 17196/19438/17015 17159/19403/16980</w:t>
        <w:br/>
        <w:t>f 17160/19402/16979 17195/19439/17016 17159/19403/16980</w:t>
        <w:br/>
        <w:t>f 17240/19481/17056 17236/19476/17051 17186/19426/17003</w:t>
        <w:br/>
        <w:t>f 17191/19433/17010 17240/19481/17056 17186/19426/17003</w:t>
        <w:br/>
        <w:t>f 17186/19426/17003 17236/19476/17051 17185/19427/17004</w:t>
        <w:br/>
        <w:t>f 17199/19441/17018 17239/19482/17057 17192/19432/17009</w:t>
        <w:br/>
        <w:t>f 17200/19440/17017 17199/19441/17018 17192/19432/17009</w:t>
        <w:br/>
        <w:t>f 17157/19398/16976 17158/19397/16975 17200/19440/17017</w:t>
        <w:br/>
        <w:t>f 17192/19432/17009 17157/19398/16976 17200/19440/17017</w:t>
        <w:br/>
        <w:t>f 17239/19482/17057 17240/19481/17056 17191/19433/17010</w:t>
        <w:br/>
        <w:t>f 17192/19432/17009 17239/19482/17057 17191/19433/17010</w:t>
        <w:br/>
        <w:t>f 17216/19454/17031 17239/19482/17057 17199/19441/17018</w:t>
        <w:br/>
        <w:t>f 17246/19487/17062 17249/19490/17064 17189/19430/17007</w:t>
        <w:br/>
        <w:t>f 17190/19429/17006 17246/19487/17062 17189/19430/17007</w:t>
        <w:br/>
        <w:t>f 17251/19491/17065 17250/19492/17066 17194/19434/17011</w:t>
        <w:br/>
        <w:t>f 17193/19435/17012 17194/19434/17011 17250/19492/17066</w:t>
        <w:br/>
        <w:t>f 17252/19493/17067 17193/19435/17012 17250/19492/17066</w:t>
        <w:br/>
        <w:t>f 17189/19430/17007 17249/19490/17064 17251/19491/17065</w:t>
        <w:br/>
        <w:t>f 17194/19434/17011 17189/19430/17007 17251/19491/17065</w:t>
        <w:br/>
        <w:t>f 17253/19494/17068 17182/19422/16999 17181/19423/17000</w:t>
        <w:br/>
        <w:t>f 17255/19495/17069 17254/19496/17070 17130/19368/16946</w:t>
        <w:br/>
        <w:t>f 17140/19380/16958 17255/19495/17069 17130/19368/16946</w:t>
        <w:br/>
        <w:t>f 17256/19497/17071 17255/19495/17069 17140/19380/16958</w:t>
        <w:br/>
        <w:t>f 17182/19422/16999 17256/19497/17071 17140/19380/16958</w:t>
        <w:br/>
        <w:t>f 17257/19498/17072 17256/19497/17071 17182/19422/16999</w:t>
        <w:br/>
        <w:t>f 17253/19494/17068 17257/19498/17072 17182/19422/16999</w:t>
        <w:br/>
        <w:t>f 17139/19381/16959 17142/19383/16961 17182/19422/16999</w:t>
        <w:br/>
        <w:t>f 17140/19380/16958 17139/19381/16959 17182/19422/16999</w:t>
        <w:br/>
        <w:t>f 17254/19496/17070 17258/19499/17073 17129/19369/16947</w:t>
        <w:br/>
        <w:t>f 17130/19368/16946 17254/19496/17070 17129/19369/16947</w:t>
        <w:br/>
        <w:t>f 17258/19499/17073 17259/19500/17074 17155/19396/16974</w:t>
        <w:br/>
        <w:t>f 17129/19369/16947 17258/19499/17073 17155/19396/16974</w:t>
        <w:br/>
        <w:t>f 17155/19396/16974 17154/19394/16972 17126/19366/16944</w:t>
        <w:br/>
        <w:t>f 17180/19419/16996 17116/19356/16934 17260/19501/17075</w:t>
        <w:br/>
        <w:t>f 17147/19391/16969 17180/19419/16996 17260/19501/17075</w:t>
        <w:br/>
        <w:t>f 17261/19502/17076 17154/19394/16972 17155/19396/16974</w:t>
        <w:br/>
        <w:t>f 17259/19500/17074 17261/19502/17076 17155/19396/16974</w:t>
        <w:br/>
        <w:t>f 17260/19501/17075 17153/19395/16973 17154/19394/16972</w:t>
        <w:br/>
        <w:t>f 17261/19502/17076 17260/19501/17075 17154/19394/16972</w:t>
        <w:br/>
        <w:t>f 17116/19356/16934 17117/19355/16933 17153/19395/16973</w:t>
        <w:br/>
        <w:t>f 17260/19501/17075 17116/19356/16934 17153/19395/16973</w:t>
        <w:br/>
        <w:t>f 17261/19502/17076 17150/19388/16966 17147/19391/16969</w:t>
        <w:br/>
        <w:t>f 17260/19501/17075 17261/19502/17076 17147/19391/16969</w:t>
        <w:br/>
        <w:t>f 17259/19500/17074 17151/19393/16971 17150/19388/16966</w:t>
        <w:br/>
        <w:t>f 17261/19502/17076 17259/19500/17074 17150/19388/16966</w:t>
        <w:br/>
        <w:t>f 17258/19499/17073 17143/19387/16965 17151/19393/16971</w:t>
        <w:br/>
        <w:t>f 17259/19500/17074 17258/19499/17073 17151/19393/16971</w:t>
        <w:br/>
        <w:t>f 17254/19496/17070 17146/19384/16962 17143/19387/16965</w:t>
        <w:br/>
        <w:t>f 17258/19499/17073 17254/19496/17070 17143/19387/16965</w:t>
        <w:br/>
        <w:t>f 17156/19399/16977 17157/19398/16976 17173/19414/16991</w:t>
        <w:br/>
        <w:t>f 17213/19457/17034 17214/19456/17033 17248/19489/17063</w:t>
        <w:br/>
        <w:t>f 17245/19486/17061 17213/19457/17034 17248/19489/17063</w:t>
        <w:br/>
        <w:t>f 17215/19455/17032 17222/19463/17040 17224/19468/17044</w:t>
        <w:br/>
        <w:t>f 17214/19456/17033 17215/19455/17032 17224/19468/17044</w:t>
        <w:br/>
        <w:t>f 17217/19459/17036 17263/19503/17077 17262/19504/17078</w:t>
        <w:br/>
        <w:t>f 17218/19458/17035 17217/19459/17036 17262/19504/17078</w:t>
        <w:br/>
        <w:t>f 17264/19505/17079 17263/19503/17077 17217/19459/17036</w:t>
        <w:br/>
        <w:t>f 17223/19464/17041 17264/19505/17079 17217/19459/17036</w:t>
        <w:br/>
        <w:t>f 17226/19466/17042 17266/19506/17080 17265/19507/17081</w:t>
        <w:br/>
        <w:t>f 17225/19467/17043 17226/19466/17042 17265/19507/17081</w:t>
        <w:br/>
        <w:t>f 17267/19508/17082 17264/19505/17079 17223/19464/17041</w:t>
        <w:br/>
        <w:t>f 17228/19469/17045 17267/19508/17082 17223/19464/17041</w:t>
        <w:br/>
        <w:t>f 17230/19470/17046 17269/19509/17083 17268/19510/17080</w:t>
        <w:br/>
        <w:t>f 17229/19471/17042 17230/19470/17046 17268/19510/17080</w:t>
        <w:br/>
        <w:t>f 17234/19475/17050 17269/19509/17083 17230/19470/17046</w:t>
        <w:br/>
        <w:t>f 17218/19458/17035 17262/19504/17078 17269/19509/17083</w:t>
        <w:br/>
        <w:t>f 17234/19475/17050 17218/19458/17035 17269/19509/17083</w:t>
        <w:br/>
        <w:t>f 17243/19484/17059 17271/19511/17084 17270/19512/17085</w:t>
        <w:br/>
        <w:t>f 17242/19485/17060 17243/19484/17059 17270/19512/17085</w:t>
        <w:br/>
        <w:t>f 17245/19486/17061 17272/19513/17086 17271/19511/17084</w:t>
        <w:br/>
        <w:t>f 17243/19484/17059 17245/19486/17061 17271/19511/17084</w:t>
        <w:br/>
        <w:t>f 17270/19512/17085 17267/19508/17082 17228/19469/17045</w:t>
        <w:br/>
        <w:t>f 17242/19485/17060 17270/19512/17085 17228/19469/17045</w:t>
        <w:br/>
        <w:t>f 17248/19489/17063 17272/19513/17086 17245/19486/17061</w:t>
        <w:br/>
        <w:t>f 17265/19507/17081 17272/19513/17086 17248/19489/17063</w:t>
        <w:br/>
        <w:t>f 17225/19467/17043 17265/19507/17081 17248/19489/17063</w:t>
        <w:br/>
        <w:t>f 17275/19514/17087 17145/19385/16963 17274/19515/17088</w:t>
        <w:br/>
        <w:t>f 17273/19516/17089 17275/19514/17087 17274/19515/17088</w:t>
        <w:br/>
        <w:t>f 17254/19496/17070 17255/19495/17069 17276/19517/17090</w:t>
        <w:br/>
        <w:t>f 17146/19384/16962 17254/19496/17070 17276/19517/17090</w:t>
        <w:br/>
        <w:t>f 17274/19515/17088 17278/19518/17091 17277/19519/17092</w:t>
        <w:br/>
        <w:t>f 17273/19516/17089 17274/19515/17088 17277/19519/17092</w:t>
        <w:br/>
        <w:t>f 17255/19495/17069 17256/19497/17071 17279/19520/17093</w:t>
        <w:br/>
        <w:t>f 17276/19517/17090 17255/19495/17069 17279/19520/17093</w:t>
        <w:br/>
        <w:t>f 17278/19518/17091 17281/19521/17094 17280/19522/17095</w:t>
        <w:br/>
        <w:t>f 17277/19519/17092 17278/19518/17091 17280/19522/17095</w:t>
        <w:br/>
        <w:t>f 17282/19523/17096 17279/19520/17093 17256/19497/17071</w:t>
        <w:br/>
        <w:t>f 17257/19498/17072 17282/19523/17096 17256/19497/17071</w:t>
        <w:br/>
        <w:t>f 17284/19524/17097 17283/19525/17098 17273/19516/17089</w:t>
        <w:br/>
        <w:t>f 17277/19519/17092 17284/19524/17097 17273/19516/17089</w:t>
        <w:br/>
        <w:t>f 17285/19526/17099 17284/19524/17097 17277/19519/17092</w:t>
        <w:br/>
        <w:t>f 17280/19522/17095 17285/19526/17099 17277/19519/17092</w:t>
        <w:br/>
        <w:t>f 17283/19525/17098 17284/19524/17097 17287/19527/17100</w:t>
        <w:br/>
        <w:t>f 17286/19528/17101 17283/19525/17098 17287/19527/17100</w:t>
        <w:br/>
        <w:t>f 17288/19529/17102 17287/19527/17100 17284/19524/17097</w:t>
        <w:br/>
        <w:t>f 17285/19526/17099 17288/19529/17102 17284/19524/17097</w:t>
        <w:br/>
        <w:t>f 17291/19530/17103 17290/19531/17104 17289/19532/17105</w:t>
        <w:br/>
        <w:t>f 17293/19533/17106 17292/19534/17107 17275/19514/17087</w:t>
        <w:br/>
        <w:t>f 17289/19532/17105 17293/19533/17106 17275/19514/17087</w:t>
        <w:br/>
        <w:t>f 17290/19531/17104 17291/19530/17103 17294/19535/17108</w:t>
        <w:br/>
        <w:t>f 17295/19536/17109 17290/19531/17104 17294/19535/17108</w:t>
        <w:br/>
        <w:t>f 17294/19535/17108 17296/19537/17110 17295/19536/17109</w:t>
        <w:br/>
        <w:t>f 17290/19531/17104 17297/19538/17111 17293/19533/17106</w:t>
        <w:br/>
        <w:t>f 17290/19531/17104 17299/19539/17112 17298/19540/17113</w:t>
        <w:br/>
        <w:t>f 17301/19541/17114 17297/19538/17111 17300/19542/17115</w:t>
        <w:br/>
        <w:t>f 17305/19543/17116 17304/19544/17117 17303/19545/17118</w:t>
        <w:br/>
        <w:t>f 17302/19546/17119 17305/19543/17116 17303/19545/17118</w:t>
        <w:br/>
        <w:t>f 17308/19547/17120 17307/19548/17121 17304/19544/17117</w:t>
        <w:br/>
        <w:t>f 17306/19549/17122 17308/19547/17120 17304/19544/17117</w:t>
        <w:br/>
        <w:t>f 17292/19534/17107 17293/19533/17106 17301/19541/17114</w:t>
        <w:br/>
        <w:t>f 17309/19550/17123 17292/19534/17107 17301/19541/17114</w:t>
        <w:br/>
        <w:t>f 17290/19531/17104 17298/19540/17113 17297/19538/17111</w:t>
        <w:br/>
        <w:t>f 17294/19535/17108 17310/19551/17124 17296/19537/17110</w:t>
        <w:br/>
        <w:t>f 17300/19542/17115 17311/19552/17125 17301/19541/17114</w:t>
        <w:br/>
        <w:t>f 17290/19531/17104 17293/19533/17106 17289/19532/17105</w:t>
        <w:br/>
        <w:t>f 17290/19531/17104 17295/19536/17109 17299/19539/17112</w:t>
        <w:br/>
        <w:t>f 17273/19516/17089 17283/19525/17098 17289/19532/17105</w:t>
        <w:br/>
        <w:t>f 17275/19514/17087 17273/19516/17089 17289/19532/17105</w:t>
        <w:br/>
        <w:t>f 17283/19525/17098 17286/19528/17101 17291/19530/17103</w:t>
        <w:br/>
        <w:t>f 17289/19532/17105 17283/19525/17098 17291/19530/17103</w:t>
        <w:br/>
        <w:t>f 17311/19552/17125 17307/19548/17121 17301/19541/17114</w:t>
        <w:br/>
        <w:t>f 17307/19548/17121 17308/19547/17120 17309/19550/17123</w:t>
        <w:br/>
        <w:t>f 17301/19541/17114 17307/19548/17121 17309/19550/17123</w:t>
        <w:br/>
        <w:t>f 17126/19366/16944 17154/19394/16972 17125/19367/16945</w:t>
        <w:br/>
        <w:t>f 17133/19375/16953 17124/19365/16943 17123/19363/16941</w:t>
        <w:br/>
        <w:t>f 17116/19356/16934 17180/19419/16996 17178/19421/16998</w:t>
        <w:br/>
        <w:t>f 17115/19357/16935 17116/19356/16934 17178/19421/16998</w:t>
        <w:br/>
        <w:t>f 17306/19549/17122 17304/19544/17117 17305/19543/17116</w:t>
        <w:br/>
        <w:t>f 17312/19553/17126 17306/19549/17122 17305/19543/17116</w:t>
        <w:br/>
        <w:t>f 17141/19382/16960 17188/19431/17008 17142/19383/16961</w:t>
        <w:br/>
        <w:t>f 17131/19373/16951 17119/19361/16939 17120/19360/16938</w:t>
        <w:br/>
        <w:t>f 17132/19372/16950 17131/19373/16951 17120/19360/16938</w:t>
        <w:br/>
        <w:t>f 17120/19360/16938 17122/19364/16942 17125/19367/16945</w:t>
        <w:br/>
        <w:t>f 17132/19372/16950 17120/19360/16938 17125/19367/16945</w:t>
        <w:br/>
        <w:t>f 17122/19364/16942 17124/19365/16943 17125/19367/16945</w:t>
        <w:br/>
        <w:t>f 17124/19365/16943 17134/19374/16952 17126/19366/16944</w:t>
        <w:br/>
        <w:t>f 17134/19374/16952 17185/19427/17004 17135/19377/16955</w:t>
        <w:br/>
        <w:t>f 17185/19427/17004 17235/19477/17052 17184/19424/17001</w:t>
        <w:br/>
        <w:t>f 17235/19477/17052 17212/19450/17027 17231/19472/17047</w:t>
        <w:br/>
        <w:t>f 17190/19429/17006 17188/19431/17008 17187/19428/17005</w:t>
        <w:br/>
        <w:t>f 17142/19383/16961 17188/19431/17008 17189/19430/17007</w:t>
        <w:br/>
        <w:t>f 17187/19428/17005 17188/19431/17008 17141/19382/16960</w:t>
        <w:br/>
        <w:t>f 17177/19418/16995 17174/19415/16992 17171/19413/16990</w:t>
        <w:br/>
        <w:t>f 17177/19418/16995 17118/19362/16940 17174/19415/16992</w:t>
        <w:br/>
        <w:t>f 17177/19418/16995 17123/19363/16941 17121/19359/16937</w:t>
        <w:br/>
        <w:t>f 17297/19538/17111 17301/19541/17114 17293/19533/17106</w:t>
        <w:br/>
        <w:t>f 17297/19538/17111 17298/19540/17113 17300/19542/17115</w:t>
        <w:br/>
        <w:t>f 17169/19411/16988 17170/19410/16987 17175/19417/16994</w:t>
        <w:br/>
        <w:t>f 17313/19554/17127 17169/19411/16988 17175/19417/16994</w:t>
        <w:br/>
        <w:t>f 17315/19555/2606 17247/19488/17025 17314/19556/17128</w:t>
        <w:br/>
        <w:t>f 17247/19488/17025 17222/19463/17040 17314/19556/17128</w:t>
        <w:br/>
        <w:t>f 17222/19463/17040 17198/19436/17013 17314/19556/17128</w:t>
        <w:br/>
        <w:t>f 17198/19436/17013 17195/19439/17016 17316/19557/17129</w:t>
        <w:br/>
        <w:t>f 17314/19556/17128 17198/19436/17013 17316/19557/17129</w:t>
        <w:br/>
        <w:t>f 17195/19439/17016 17160/19402/16979 17317/19558/17130</w:t>
        <w:br/>
        <w:t>f 17316/19557/17129 17195/19439/17016 17317/19558/17130</w:t>
        <w:br/>
        <w:t>f 17317/19558/17130 17160/19402/16979 17161/19401/2622</w:t>
        <w:br/>
        <w:t>f 17319/19559/17131 17169/19411/16988 17313/19554/17127</w:t>
        <w:br/>
        <w:t>f 17318/19560/17132 17319/19559/17131 17313/19554/17127</w:t>
        <w:br/>
        <w:t>f 17319/19559/17131 17320/19561/17133 17169/19411/16988</w:t>
        <w:br/>
        <w:t>f 17322/19562/17134 17321/19563/17135 17163/19405/16982</w:t>
        <w:br/>
        <w:t>f 17164/19404/16981 17322/19562/17134 17163/19405/16982</w:t>
        <w:br/>
        <w:t>f 17324/19564/17136 17319/19559/17131 17318/19560/17132</w:t>
        <w:br/>
        <w:t>f 17323/19565/17137 17324/19564/17136 17318/19560/17132</w:t>
        <w:br/>
        <w:t>f 17325/19566/17138 17320/19561/17133 17319/19559/17131</w:t>
        <w:br/>
        <w:t>f 17324/19564/17136 17325/19566/17138 17319/19559/17131</w:t>
        <w:br/>
        <w:t>f 17329/19567/17139 17328/19568/17140 17327/19569/17141</w:t>
        <w:br/>
        <w:t>f 17326/19570/17142 17329/19567/17139 17327/19569/17141</w:t>
        <w:br/>
        <w:t>f 17330/19571/17143 17322/19562/17134 17328/19568/17140</w:t>
        <w:br/>
        <w:t>f 17329/19567/17139 17330/19571/17143 17328/19568/17140</w:t>
        <w:br/>
        <w:t>f 17331/19572/17144 17321/19563/17135 17322/19562/17134</w:t>
        <w:br/>
        <w:t>f 17330/19571/17143 17331/19572/17144 17322/19562/17134</w:t>
        <w:br/>
        <w:t>f 17330/19571/17143 17333/19573/2614 17332/19574/17145</w:t>
        <w:br/>
        <w:t>f 17331/19572/17144 17330/19571/17143 17332/19574/17145</w:t>
        <w:br/>
        <w:t>f 17329/19567/17139 17334/19575/9701 17333/19573/2614</w:t>
        <w:br/>
        <w:t>f 17330/19571/17143 17329/19567/17139 17333/19573/2614</w:t>
        <w:br/>
        <w:t>f 17325/19566/17138 17336/19576/17146 17335/19577/17147</w:t>
        <w:br/>
        <w:t>f 17326/19570/17142 17325/19566/17138 17335/19577/17147</w:t>
        <w:br/>
        <w:t>f 17323/19565/17137 17338/19578/17148 17337/19579/17149</w:t>
        <w:br/>
        <w:t>f 17324/19564/17136 17323/19565/17137 17337/19579/17149</w:t>
        <w:br/>
        <w:t>f 17328/19568/17140 17168/19406/16983 17165/19409/16986</w:t>
        <w:br/>
        <w:t>f 17327/19569/17141 17328/19568/17140 17165/19409/16986</w:t>
        <w:br/>
        <w:t>f 17322/19562/17134 17164/19404/16981 17168/19406/16983</w:t>
        <w:br/>
        <w:t>f 17328/19568/17140 17322/19562/17134 17168/19406/16983</w:t>
        <w:br/>
        <w:t>f 17326/19570/17142 17327/19569/17141 17320/19561/17133</w:t>
        <w:br/>
        <w:t>f 17325/19566/17138 17326/19570/17142 17320/19561/17133</w:t>
        <w:br/>
        <w:t>f 17324/19564/17136 17337/19579/17149 17336/19576/17146</w:t>
        <w:br/>
        <w:t>f 17325/19566/17138 17324/19564/17136 17336/19576/17146</w:t>
        <w:br/>
        <w:t>f 17327/19569/17141 17165/19409/16986 17169/19411/16988</w:t>
        <w:br/>
        <w:t>f 17320/19561/17133 17327/19569/17141 17169/19411/16988</w:t>
        <w:br/>
        <w:t>f 17331/19572/17144 17161/19401/2622 17162/19400/16978</w:t>
        <w:br/>
        <w:t>f 17331/19572/17144 17332/19574/17145 17161/19401/2622</w:t>
        <w:br/>
        <w:t>f 17162/19400/16978 17321/19563/17135 17331/19572/17144</w:t>
        <w:br/>
        <w:t>f 17162/19400/16978 17163/19405/16982 17321/19563/17135</w:t>
        <w:br/>
        <w:t>f 17337/19579/17149 17340/19580/17150 17339/19581/17151</w:t>
        <w:br/>
        <w:t>f 17336/19576/17146 17337/19579/17149 17339/19581/17151</w:t>
        <w:br/>
        <w:t>f 17338/19578/17148 17341/19582/17152 17340/19580/17150</w:t>
        <w:br/>
        <w:t>f 17337/19579/17149 17338/19578/17148 17340/19580/17150</w:t>
        <w:br/>
        <w:t>f 17341/19582/17152 17343/19583/17153 17342/19584/17154</w:t>
        <w:br/>
        <w:t>f 17340/19580/17150 17341/19582/17152 17342/19584/17154</w:t>
        <w:br/>
        <w:t>f 17339/19581/17151 17340/19580/17150 17342/19584/17154</w:t>
        <w:br/>
        <w:t>f 17326/19570/17142 17335/19577/17147 17334/19575/9701</w:t>
        <w:br/>
        <w:t>f 17329/19567/17139 17326/19570/17142 17334/19575/9701</w:t>
        <w:br/>
        <w:t>f 17342/19584/17154 17343/19583/17153 17344/19585/17155</w:t>
        <w:br/>
        <w:t>f 17221/19462/17039 17203/19443/17020 17232/19474/17049</w:t>
        <w:br/>
        <w:t>f 17205/19449/17026 17206/19448/17025 17345/19586/2606</w:t>
        <w:br/>
        <w:t>f 17145/19385/16963 17275/19514/17087 17292/19534/17107</w:t>
        <w:br/>
        <w:t>f 17144/19386/16964 17145/19385/16963 17292/19534/17107</w:t>
        <w:br/>
        <w:t>f 17149/19389/16967 17308/19547/17120 17306/19549/17122</w:t>
        <w:br/>
        <w:t>f 17148/19390/16968 17149/19389/16967 17306/19549/17122</w:t>
        <w:br/>
        <w:t>f 17144/19386/16964 17292/19534/17107 17309/19550/17123</w:t>
        <w:br/>
        <w:t>f 17152/19392/16970 17144/19386/16964 17309/19550/17123</w:t>
        <w:br/>
        <w:t>f 17152/19392/16970 17309/19550/17123 17308/19547/17120</w:t>
        <w:br/>
        <w:t>f 17149/19389/16967 17152/19392/16970 17308/19547/17120</w:t>
        <w:br/>
        <w:t>f 17148/19390/16968 17306/19549/17122 17312/19553/17126</w:t>
        <w:br/>
        <w:t>f 17179/19420/16997 17148/19390/16968 17312/19553/17126</w:t>
        <w:br/>
        <w:t>f 17146/19384/16962 17276/19517/17090 17274/19515/17088</w:t>
        <w:br/>
        <w:t>f 17145/19385/16963 17146/19384/16962 17274/19515/17088</w:t>
        <w:br/>
        <w:t>f 17276/19517/17090 17279/19520/17093 17278/19518/17091</w:t>
        <w:br/>
        <w:t>f 17274/19515/17088 17276/19517/17090 17278/19518/17091</w:t>
        <w:br/>
        <w:t>f 17279/19520/17093 17282/19523/17096 17281/19521/17094</w:t>
        <w:br/>
        <w:t>f 17278/19518/17091 17279/19520/17093 17281/19521/17094</w:t>
        <w:br/>
        <w:t>f 17180/19419/16996 17147/19391/16969 17148/19390/16968</w:t>
        <w:br/>
        <w:t>f 17180/19419/16996 17148/19390/16968 17179/19420/16997</w:t>
        <w:br/>
        <w:t>f 17307/19548/17121 17311/19552/17125 17346/19587/17156</w:t>
        <w:br/>
        <w:t>f 17304/19544/17117 17307/19548/17121 17346/19587/17156</w:t>
        <w:br/>
        <w:t>f 17303/19545/17118 17304/19544/17117 17346/19587/17156</w:t>
        <w:br/>
        <w:t>f 17296/19537/17110 17348/19588/17157 17347/19589/17158</w:t>
        <w:br/>
        <w:t>f 17295/19536/17109 17296/19537/17110 17347/19589/17158</w:t>
        <w:br/>
        <w:t>f 17299/19539/17112 17350/19590/17159 17349/19591/17160</w:t>
        <w:br/>
        <w:t>f 17298/19540/17113 17299/19539/17112 17349/19591/17160</w:t>
        <w:br/>
        <w:t>f 17310/19551/17124 17351/19592/17161 17348/19588/17157</w:t>
        <w:br/>
        <w:t>f 17296/19537/17110 17310/19551/17124 17348/19588/17157</w:t>
        <w:br/>
        <w:t>f 17295/19536/17109 17347/19589/17158 17350/19590/17159</w:t>
        <w:br/>
        <w:t>f 17299/19539/17112 17295/19536/17109 17350/19590/17159</w:t>
        <w:br/>
        <w:t>f 17300/19542/17115 17349/19591/17160 17352/19593/17162</w:t>
        <w:br/>
        <w:t>f 17300/19542/17115 17352/19593/17162 17311/19552/17125</w:t>
        <w:br/>
        <w:t>f 17300/19542/17115 17298/19540/17113 17349/19591/17160</w:t>
        <w:br/>
        <w:t>f 17354/19594/17163 17114/19358/16936 17115/19357/16935</w:t>
        <w:br/>
        <w:t>f 17353/19595/17164 17354/19594/17163 17115/19357/16935</w:t>
        <w:br/>
        <w:t>f 17356/19596/17165 17118/19362/16940 17119/19361/16939</w:t>
        <w:br/>
        <w:t>f 17355/19597/17166 17356/19596/17165 17119/19361/16939</w:t>
        <w:br/>
        <w:t>f 17356/19596/17165 17355/19597/17166 17358/19598/17167</w:t>
        <w:br/>
        <w:t>f 17357/19599/17168 17356/19596/17165 17358/19598/17167</w:t>
        <w:br/>
        <w:t>f 17359/19600/17169 17357/19599/17168 17358/19598/17167</w:t>
        <w:br/>
        <w:t>f 17361/19601/17170 17359/19600/17169 17360/19602/17171</w:t>
        <w:br/>
        <w:t>f 17365/19603/17172 17364/19604/17173 17363/19605/17174</w:t>
        <w:br/>
        <w:t>f 17362/19606/17175 17365/19603/17172 17363/19605/17174</w:t>
        <w:br/>
        <w:t>f 17366/19607/17176 17131/19373/16951 17114/19358/16936</w:t>
        <w:br/>
        <w:t>f 17354/19594/17163 17366/19607/17176 17114/19358/16936</w:t>
        <w:br/>
        <w:t>f 17368/19608/17177 17367/19609/17178 17359/19600/17169</w:t>
        <w:br/>
        <w:t>f 17370/19610/17179 17369/19611/17180 17368/19608/17177</w:t>
        <w:br/>
        <w:t>f 17361/19601/17170 17370/19610/17179 17368/19608/17177</w:t>
        <w:br/>
        <w:t>f 17364/19604/17173 17372/19612/17181 17371/19613/17182</w:t>
        <w:br/>
        <w:t>f 17363/19605/17174 17364/19604/17173 17371/19613/17182</w:t>
        <w:br/>
        <w:t>f 17374/19614/17183 17373/19615/17184 17364/19604/17173</w:t>
        <w:br/>
        <w:t>f 17365/19603/17172 17374/19614/17183 17364/19604/17173</w:t>
        <w:br/>
        <w:t>f 17373/19615/17184 17375/19616/17185 17372/19612/17181</w:t>
        <w:br/>
        <w:t>f 17364/19604/17173 17373/19615/17184 17372/19612/17181</w:t>
        <w:br/>
        <w:t>f 17376/19617/17186 17375/19616/17185 17373/19615/17184</w:t>
        <w:br/>
        <w:t>f 17380/19618/17187 17379/19619/17188 17378/19620/17189</w:t>
        <w:br/>
        <w:t>f 17377/19621/17190 17380/19618/17187 17378/19620/17189</w:t>
        <w:br/>
        <w:t>f 17384/19622/17191 17383/19623/17192 17382/19624/17193</w:t>
        <w:br/>
        <w:t>f 17381/19625/17194 17384/19622/17191 17382/19624/17193</w:t>
        <w:br/>
        <w:t>f 17379/19619/17188 17386/19626/17195 17385/19627/17196</w:t>
        <w:br/>
        <w:t>f 17378/19620/17189 17379/19619/17188 17385/19627/17196</w:t>
        <w:br/>
        <w:t>f 17386/19626/17195 17384/19622/17191 17381/19625/17194</w:t>
        <w:br/>
        <w:t>f 17385/19627/17196 17386/19626/17195 17381/19625/17194</w:t>
        <w:br/>
        <w:t>f 17360/19602/17171 17388/19628/17197 17387/19629/17198</w:t>
        <w:br/>
        <w:t>f 17370/19610/17179 17361/19601/17170 17389/19630/17199</w:t>
        <w:br/>
        <w:t>f 17363/19605/17174 17371/19613/17182 17369/19611/17180</w:t>
        <w:br/>
        <w:t>f 17370/19610/17179 17363/19605/17174 17369/19611/17180</w:t>
        <w:br/>
        <w:t>f 17370/19610/17179 17389/19630/17199 17362/19606/17175</w:t>
        <w:br/>
        <w:t>f 17363/19605/17174 17370/19610/17179 17362/19606/17175</w:t>
        <w:br/>
        <w:t>f 17392/19631/17200 17391/19632/17201 17390/19633/17202</w:t>
        <w:br/>
        <w:t>f 17396/19634/17203 17395/19635/17204 17394/19636/17205</w:t>
        <w:br/>
        <w:t>f 17393/19637/2680 17396/19634/17203 17394/19636/17205</w:t>
        <w:br/>
        <w:t>f 17398/19638/17206 17391/19632/17201 17392/19631/17200</w:t>
        <w:br/>
        <w:t>f 17397/19639/17207 17398/19638/17206 17392/19631/17200</w:t>
        <w:br/>
        <w:t>f 17395/19635/17204 17396/19634/17203 17397/19639/17207</w:t>
        <w:br/>
        <w:t>f 17392/19631/17200 17395/19635/17204 17397/19639/17207</w:t>
        <w:br/>
        <w:t>f 17402/19640/17208 17401/19641/17209 17400/19642/17210</w:t>
        <w:br/>
        <w:t>f 17399/19643/17211 17402/19640/17208 17400/19642/17210</w:t>
        <w:br/>
        <w:t>f 17398/19638/17206 17402/19640/17208 17399/19643/17211</w:t>
        <w:br/>
        <w:t>f 17391/19632/17201 17398/19638/17206 17399/19643/17211</w:t>
        <w:br/>
        <w:t>f 17401/19641/17209 17404/19644/17212 17403/19645/17213</w:t>
        <w:br/>
        <w:t>f 17400/19642/17210 17401/19641/17209 17403/19645/17213</w:t>
        <w:br/>
        <w:t>f 17399/19643/17211 17400/19642/17210 17406/19646/17214</w:t>
        <w:br/>
        <w:t>f 17405/19647/17215 17399/19643/17211 17406/19646/17214</w:t>
        <w:br/>
        <w:t>f 17405/19647/17215 17407/19648/17216 17391/19632/17201</w:t>
        <w:br/>
        <w:t>f 17399/19643/17211 17405/19647/17215 17391/19632/17201</w:t>
        <w:br/>
        <w:t>f 17400/19642/17210 17403/19645/17213 17408/19649/17217</w:t>
        <w:br/>
        <w:t>f 17406/19646/17214 17400/19642/17210 17408/19649/17217</w:t>
        <w:br/>
        <w:t>f 17176/19416/16993 17408/19649/17217 17403/19645/17213</w:t>
        <w:br/>
        <w:t>f 17175/19417/16994 17176/19416/16993 17403/19645/17213</w:t>
        <w:br/>
        <w:t>f 17407/19648/17216 17405/19647/17215 17357/19599/17168</w:t>
        <w:br/>
        <w:t>f 17367/19609/17178 17407/19648/17216 17357/19599/17168</w:t>
        <w:br/>
        <w:t>f 17405/19647/17215 17406/19646/17214 17409/19650/17218</w:t>
        <w:br/>
        <w:t>f 17357/19599/17168 17405/19647/17215 17409/19650/17218</w:t>
        <w:br/>
        <w:t>f 17408/19649/17217 17176/19416/16993 17118/19362/16940</w:t>
        <w:br/>
        <w:t>f 17356/19596/17165 17409/19650/17218 17118/19362/16940</w:t>
        <w:br/>
        <w:t>f 17410/19651/17219 17178/19421/16998 17179/19420/16997</w:t>
        <w:br/>
        <w:t>f 17388/19628/17197 17360/19602/17171 17366/19607/17176</w:t>
        <w:br/>
        <w:t>f 17354/19594/17163 17388/19628/17197 17366/19607/17176</w:t>
        <w:br/>
        <w:t>f 17411/19652/17220 17181/19423/17000 17376/19617/17186</w:t>
        <w:br/>
        <w:t>f 17372/19612/17181 17413/19653/17221 17412/19654/17222</w:t>
        <w:br/>
        <w:t>f 17371/19613/17182 17372/19612/17181 17412/19654/17222</w:t>
        <w:br/>
        <w:t>f 17415/19655/17223 17368/19608/17177 17414/19656/17224</w:t>
        <w:br/>
        <w:t>f 17375/19616/17185 17416/19657/17225 17413/19653/17221</w:t>
        <w:br/>
        <w:t>f 17372/19612/17181 17375/19616/17185 17413/19653/17221</w:t>
        <w:br/>
        <w:t>f 17371/19613/17182 17412/19654/17222 17414/19656/17224</w:t>
        <w:br/>
        <w:t>f 17369/19611/17180 17371/19613/17182 17414/19656/17224</w:t>
        <w:br/>
        <w:t>f 17419/19658/17226 17418/19659/17227 17417/19660/17228</w:t>
        <w:br/>
        <w:t>f 17367/19609/17178 17368/19608/17177 17415/19655/17223</w:t>
        <w:br/>
        <w:t>f 17407/19648/17216 17421/19661/17229 17420/19662/17230</w:t>
        <w:br/>
        <w:t>f 17390/19633/17202 17407/19648/17216 17420/19662/17230</w:t>
        <w:br/>
        <w:t>f 17421/19661/17229 17407/19648/17216 17367/19609/17178</w:t>
        <w:br/>
        <w:t>f 17415/19655/17223 17421/19661/17229 17367/19609/17178</w:t>
        <w:br/>
        <w:t>f 17422/19663/17231 17376/19617/17186 17181/19423/17000</w:t>
        <w:br/>
        <w:t>f 17193/19435/17012 17422/19663/17231 17181/19423/17000</w:t>
        <w:br/>
        <w:t>f 17376/19617/17186 17422/19663/17231 17417/19660/17228</w:t>
        <w:br/>
        <w:t>f 17426/19664/17232 17425/19665/17233 17424/19666/17234</w:t>
        <w:br/>
        <w:t>f 17423/19667/17235 17426/19664/17232 17424/19666/17234</w:t>
        <w:br/>
        <w:t>f 17428/19668/17236 17427/19669/17237 17423/19667/17235</w:t>
        <w:br/>
        <w:t>f 17424/19666/17234 17428/19668/17236 17423/19667/17235</w:t>
        <w:br/>
        <w:t>f 17432/19670/17238 17431/19671/17239 17430/19672/17240</w:t>
        <w:br/>
        <w:t>f 17429/19673/17241 17432/19670/17238 17430/19672/17240</w:t>
        <w:br/>
        <w:t>f 17436/19674/17242 17435/19675/17243 17434/19676/17244</w:t>
        <w:br/>
        <w:t>f 17433/19677/17245 17436/19674/17242 17434/19676/17244</w:t>
        <w:br/>
        <w:t>f 17440/19678/17246 17439/19679/17247 17438/19680/17248</w:t>
        <w:br/>
        <w:t>f 17437/19681/17249 17440/19678/17246 17438/19680/17248</w:t>
        <w:br/>
        <w:t>f 17444/19682/17250 17443/19683/17251 17442/19684/17252</w:t>
        <w:br/>
        <w:t>f 17441/19685/17253 17444/19682/17250 17442/19684/17252</w:t>
        <w:br/>
        <w:t>f 17446/19686/17254 17445/19687/17255 17431/19671/17239</w:t>
        <w:br/>
        <w:t>f 17432/19670/17238 17446/19686/17254 17431/19671/17239</w:t>
        <w:br/>
        <w:t>f 17441/19685/17253 17423/19667/17235 17427/19669/17237</w:t>
        <w:br/>
        <w:t>f 17444/19682/17250 17441/19685/17253 17427/19669/17237</w:t>
        <w:br/>
        <w:t>f 17448/19688/17256 17430/19672/17240 17439/19679/17247</w:t>
        <w:br/>
        <w:t>f 17447/19689/17257 17448/19688/17256 17439/19679/17247</w:t>
        <w:br/>
        <w:t>f 17448/19688/17256 17449/19690/17258 17429/19673/17241</w:t>
        <w:br/>
        <w:t>f 17430/19672/17240 17448/19688/17256 17429/19673/17241</w:t>
        <w:br/>
        <w:t>f 17450/19691/17259 17426/19664/17232 17423/19667/17235</w:t>
        <w:br/>
        <w:t>f 17441/19685/17253 17450/19691/17259 17423/19667/17235</w:t>
        <w:br/>
        <w:t>f 17451/19692/17260 17438/19680/17248 17431/19671/17239</w:t>
        <w:br/>
        <w:t>f 17445/19687/17255 17451/19692/17260 17431/19671/17239</w:t>
        <w:br/>
        <w:t>f 17455/19693/17245 17454/19694/17261 17453/19695/17262</w:t>
        <w:br/>
        <w:t>f 17452/19696/17263 17455/19693/17245 17453/19695/17262</w:t>
        <w:br/>
        <w:t>f 17437/19681/17249 17438/19680/17248 17451/19692/17260</w:t>
        <w:br/>
        <w:t>f 17456/19697/17264 17437/19681/17249 17451/19692/17260</w:t>
        <w:br/>
        <w:t>f 17458/19698/17265 17436/19674/17242 17433/19677/17245</w:t>
        <w:br/>
        <w:t>f 17457/19699/17263 17458/19698/17265 17433/19677/17245</w:t>
        <w:br/>
        <w:t>f 17440/19678/17246 17459/19700/17266 17447/19689/17257</w:t>
        <w:br/>
        <w:t>f 17439/19679/17247 17440/19678/17246 17447/19689/17257</w:t>
        <w:br/>
        <w:t>f 17438/19680/17248 17439/19679/17247 17430/19672/17240</w:t>
        <w:br/>
        <w:t>f 17431/19671/17239 17438/19680/17248 17430/19672/17240</w:t>
        <w:br/>
        <w:t>f 17461/19701/17267 17432/19670/17238 17429/19673/17241</w:t>
        <w:br/>
        <w:t>f 17460/19702/17268 17461/19701/17267 17429/19673/17241</w:t>
        <w:br/>
        <w:t>f 17436/19674/17242 17461/19701/17267 17460/19702/17268</w:t>
        <w:br/>
        <w:t>f 17435/19675/17243 17436/19674/17242 17460/19702/17268</w:t>
        <w:br/>
        <w:t>f 17461/19701/17267 17436/19674/17242 17458/19698/17265</w:t>
        <w:br/>
        <w:t>f 17462/19703/17269 17461/19701/17267 17458/19698/17265</w:t>
        <w:br/>
        <w:t>f 17462/19703/17269 17446/19686/17254 17432/19670/17238</w:t>
        <w:br/>
        <w:t>f 17461/19701/17267 17462/19703/17269 17432/19670/17238</w:t>
        <w:br/>
        <w:t>f 17414/19656/17224 17464/19704/17270 17463/19705/17271</w:t>
        <w:br/>
        <w:t>f 17413/19653/17221 17459/19700/17266 17464/19704/17270</w:t>
        <w:br/>
        <w:t>f 17412/19654/17222 17413/19653/17221 17464/19704/17270</w:t>
        <w:br/>
        <w:t>f 17440/19678/17246 17465/19706/17272 17464/19704/17270</w:t>
        <w:br/>
        <w:t>f 17466/19707/17273 17465/19706/17272 17440/19678/17246</w:t>
        <w:br/>
        <w:t>f 17437/19681/17249 17466/19707/17273 17440/19678/17246</w:t>
        <w:br/>
        <w:t>f 17469/19708/17274 17444/19682/17250 17468/19709/17275</w:t>
        <w:br/>
        <w:t>f 17467/19710/17276 17469/19708/17274 17468/19709/17275</w:t>
        <w:br/>
        <w:t>f 17472/19711/17277 17466/19707/17273 17471/19712/17278</w:t>
        <w:br/>
        <w:t>f 17470/19713/17279 17472/19711/17277 17471/19712/17278</w:t>
        <w:br/>
        <w:t>f 17443/19683/17251 17472/19711/17277 17470/19713/17279</w:t>
        <w:br/>
        <w:t>f 17473/19714/17280 17443/19683/17251 17470/19713/17279</w:t>
        <w:br/>
        <w:t>f 17437/19681/17249 17456/19697/17264 17471/19712/17278</w:t>
        <w:br/>
        <w:t>f 17466/19707/17273 17437/19681/17249 17471/19712/17278</w:t>
        <w:br/>
        <w:t>f 17444/19682/17250 17469/19708/17274 17472/19711/17277</w:t>
        <w:br/>
        <w:t>f 17443/19683/17251 17444/19682/17250 17472/19711/17277</w:t>
        <w:br/>
        <w:t>f 17465/19706/17272 17466/19707/17273 17472/19711/17277</w:t>
        <w:br/>
        <w:t>f 17469/19708/17274 17465/19706/17272 17472/19711/17277</w:t>
        <w:br/>
        <w:t>f 17469/19708/17274 17467/19710/17276 17463/19705/17271</w:t>
        <w:br/>
        <w:t>f 17465/19706/17272 17469/19708/17274 17463/19705/17271</w:t>
        <w:br/>
        <w:t>f 17416/19657/17225 17447/19689/17257 17459/19700/17266</w:t>
        <w:br/>
        <w:t>f 17413/19653/17221 17416/19657/17225 17459/19700/17266</w:t>
        <w:br/>
        <w:t>f 17448/19688/17256 17447/19689/17257 17416/19657/17225</w:t>
        <w:br/>
        <w:t>f 17419/19658/17226 17448/19688/17256 17416/19657/17225</w:t>
        <w:br/>
        <w:t>f 17449/19690/17258 17448/19688/17256 17419/19658/17226</w:t>
        <w:br/>
        <w:t>f 17474/19715/17281 17449/19690/17258 17419/19658/17226</w:t>
        <w:br/>
        <w:t>f 17465/19706/17272 17463/19705/17271 17464/19704/17270</w:t>
        <w:br/>
        <w:t>f 17455/19693/17245 17475/19716/17244 17450/19691/17259</w:t>
        <w:br/>
        <w:t>f 17454/19694/17261 17455/19693/17245 17450/19691/17259</w:t>
        <w:br/>
        <w:t>f 17453/19695/17262 17454/19694/17261 17442/19684/17252</w:t>
        <w:br/>
        <w:t>f 17476/19717/17282 17453/19695/17262 17442/19684/17252</w:t>
        <w:br/>
        <w:t>f 17424/19666/17234 17395/19635/17204 17392/19631/17200</w:t>
        <w:br/>
        <w:t>f 17428/19668/17236 17424/19666/17234 17392/19631/17200</w:t>
        <w:br/>
        <w:t>f 17425/19665/17233 17394/19636/17205 17395/19635/17204</w:t>
        <w:br/>
        <w:t>f 17424/19666/17234 17425/19665/17233 17395/19635/17204</w:t>
        <w:br/>
        <w:t>f 17467/19710/17276 17421/19661/17229 17415/19655/17223</w:t>
        <w:br/>
        <w:t>f 17463/19705/17271 17467/19710/17276 17415/19655/17223</w:t>
        <w:br/>
        <w:t>f 17415/19655/17223 17414/19656/17224 17463/19705/17271</w:t>
        <w:br/>
        <w:t>f 17427/19669/17237 17428/19668/17236 17420/19662/17230</w:t>
        <w:br/>
        <w:t>f 17468/19709/17275 17427/19669/17237 17420/19662/17230</w:t>
        <w:br/>
        <w:t>f 17390/19633/17202 17420/19662/17230 17428/19668/17236</w:t>
        <w:br/>
        <w:t>f 17392/19631/17200 17390/19633/17202 17428/19668/17236</w:t>
        <w:br/>
        <w:t>f 17468/19709/17275 17420/19662/17230 17421/19661/17229</w:t>
        <w:br/>
        <w:t>f 17467/19710/17276 17468/19709/17275 17421/19661/17229</w:t>
        <w:br/>
        <w:t>f 17444/19682/17250 17427/19669/17237 17468/19709/17275</w:t>
        <w:br/>
        <w:t>f 17474/19715/17281 17419/19658/17226 17417/19660/17228</w:t>
        <w:br/>
        <w:t>f 17477/19718/17283 17474/19715/17281 17417/19660/17228</w:t>
        <w:br/>
        <w:t>f 17479/19719/17284 17422/19663/17231 17478/19720/17285</w:t>
        <w:br/>
        <w:t>f 17193/19435/17012 17252/19493/17067 17478/19720/17285</w:t>
        <w:br/>
        <w:t>f 17422/19663/17231 17193/19435/17012 17478/19720/17285</w:t>
        <w:br/>
        <w:t>f 17417/19660/17228 17422/19663/17231 17479/19719/17284</w:t>
        <w:br/>
        <w:t>f 17477/19718/17283 17417/19660/17228 17479/19719/17284</w:t>
        <w:br/>
        <w:t>f 17253/19494/17068 17181/19423/17000 17411/19652/17220</w:t>
        <w:br/>
        <w:t>f 17481/19721/17286 17374/19614/17183 17365/19603/17172</w:t>
        <w:br/>
        <w:t>f 17480/19722/17287 17481/19721/17286 17365/19603/17172</w:t>
        <w:br/>
        <w:t>f 17482/19723/17288 17411/19652/17220 17374/19614/17183</w:t>
        <w:br/>
        <w:t>f 17481/19721/17286 17482/19723/17288 17374/19614/17183</w:t>
        <w:br/>
        <w:t>f 17257/19498/17072 17253/19494/17068 17411/19652/17220</w:t>
        <w:br/>
        <w:t>f 17482/19723/17288 17257/19498/17072 17411/19652/17220</w:t>
        <w:br/>
        <w:t>f 17373/19615/17184 17374/19614/17183 17411/19652/17220</w:t>
        <w:br/>
        <w:t>f 17376/19617/17186 17373/19615/17184 17411/19652/17220</w:t>
        <w:br/>
        <w:t>f 17480/19722/17287 17365/19603/17172 17362/19606/17175</w:t>
        <w:br/>
        <w:t>f 17483/19724/17289 17480/19722/17287 17362/19606/17175</w:t>
        <w:br/>
        <w:t>f 17483/19724/17289 17362/19606/17175 17389/19630/17199</w:t>
        <w:br/>
        <w:t>f 17484/19725/17290 17483/19724/17289 17389/19630/17199</w:t>
        <w:br/>
        <w:t>f 17389/19630/17199 17361/19601/17170 17387/19629/17198</w:t>
        <w:br/>
        <w:t>f 17410/19651/17219 17383/19623/17192 17485/19726/17291</w:t>
        <w:br/>
        <w:t>f 17353/19595/17164 17410/19651/17219 17485/19726/17291</w:t>
        <w:br/>
        <w:t>f 17486/19727/17292 17484/19725/17290 17389/19630/17199</w:t>
        <w:br/>
        <w:t>f 17387/19629/17198 17486/19727/17292 17389/19630/17199</w:t>
        <w:br/>
        <w:t>f 17485/19726/17291 17486/19727/17292 17387/19629/17198</w:t>
        <w:br/>
        <w:t>f 17388/19628/17197 17485/19726/17291 17387/19629/17198</w:t>
        <w:br/>
        <w:t>f 17353/19595/17164 17485/19726/17291 17388/19628/17197</w:t>
        <w:br/>
        <w:t>f 17354/19594/17163 17353/19595/17164 17388/19628/17197</w:t>
        <w:br/>
        <w:t>f 17486/19727/17292 17485/19726/17291 17383/19623/17192</w:t>
        <w:br/>
        <w:t>f 17384/19622/17191 17486/19727/17292 17383/19623/17192</w:t>
        <w:br/>
        <w:t>f 17484/19725/17290 17486/19727/17292 17384/19622/17191</w:t>
        <w:br/>
        <w:t>f 17386/19626/17195 17484/19725/17290 17384/19622/17191</w:t>
        <w:br/>
        <w:t>f 17483/19724/17289 17484/19725/17290 17386/19626/17195</w:t>
        <w:br/>
        <w:t>f 17379/19619/17188 17483/19724/17289 17386/19626/17195</w:t>
        <w:br/>
        <w:t>f 17480/19722/17287 17483/19724/17289 17379/19619/17188</w:t>
        <w:br/>
        <w:t>f 17380/19618/17187 17480/19722/17287 17379/19619/17188</w:t>
        <w:br/>
        <w:t>f 17391/19632/17201 17407/19648/17216 17390/19633/17202</w:t>
        <w:br/>
        <w:t>f 17443/19683/17251 17473/19714/17280 17476/19717/17282</w:t>
        <w:br/>
        <w:t>f 17442/19684/17252 17443/19683/17251 17476/19717/17282</w:t>
        <w:br/>
        <w:t>f 17441/19685/17253 17442/19684/17252 17454/19694/17261</w:t>
        <w:br/>
        <w:t>f 17450/19691/17259 17441/19685/17253 17454/19694/17261</w:t>
        <w:br/>
        <w:t>f 17445/19687/17255 17446/19686/17254 17488/19728/17293</w:t>
        <w:br/>
        <w:t>f 17487/19729/17294 17445/19687/17255 17488/19728/17293</w:t>
        <w:br/>
        <w:t>f 17489/19730/17295 17451/19692/17260 17445/19687/17255</w:t>
        <w:br/>
        <w:t>f 17487/19729/17294 17489/19730/17295 17445/19687/17255</w:t>
        <w:br/>
        <w:t>f 17452/19696/17263 17453/19695/17262 17491/19731/17296</w:t>
        <w:br/>
        <w:t>f 17490/19732/17297 17452/19696/17263 17491/19731/17296</w:t>
        <w:br/>
        <w:t>f 17492/19733/17298 17456/19697/17264 17451/19692/17260</w:t>
        <w:br/>
        <w:t>f 17489/19730/17295 17492/19733/17298 17451/19692/17260</w:t>
        <w:br/>
        <w:t>f 17458/19698/17265 17457/19699/17263 17494/19734/17297</w:t>
        <w:br/>
        <w:t>f 17493/19735/17299 17458/19698/17265 17494/19734/17297</w:t>
        <w:br/>
        <w:t>f 17462/19703/17269 17458/19698/17265 17493/19735/17299</w:t>
        <w:br/>
        <w:t>f 17446/19686/17254 17462/19703/17269 17493/19735/17299</w:t>
        <w:br/>
        <w:t>f 17488/19728/17293 17446/19686/17254 17493/19735/17299</w:t>
        <w:br/>
        <w:t>f 17470/19713/17279 17471/19712/17278 17496/19736/17300</w:t>
        <w:br/>
        <w:t>f 17495/19737/17301 17470/19713/17279 17496/19736/17300</w:t>
        <w:br/>
        <w:t>f 17473/19714/17280 17470/19713/17279 17495/19737/17301</w:t>
        <w:br/>
        <w:t>f 17497/19738/17302 17473/19714/17280 17495/19737/17301</w:t>
        <w:br/>
        <w:t>f 17496/19736/17300 17471/19712/17278 17456/19697/17264</w:t>
        <w:br/>
        <w:t>f 17492/19733/17298 17496/19736/17300 17456/19697/17264</w:t>
        <w:br/>
        <w:t>f 17476/19717/17282 17473/19714/17280 17497/19738/17302</w:t>
        <w:br/>
        <w:t>f 17491/19731/17296 17453/19695/17262 17476/19717/17282</w:t>
        <w:br/>
        <w:t>f 17497/19738/17302 17491/19731/17296 17476/19717/17282</w:t>
        <w:br/>
        <w:t>f 17500/19739/17303 17499/19740/17304 17498/19741/17305</w:t>
        <w:br/>
        <w:t>f 17377/19621/17190 17500/19739/17303 17498/19741/17305</w:t>
        <w:br/>
        <w:t>f 17480/19722/17287 17380/19618/17187 17501/19742/17306</w:t>
        <w:br/>
        <w:t>f 17481/19721/17286 17480/19722/17287 17501/19742/17306</w:t>
        <w:br/>
        <w:t>f 17498/19741/17305 17499/19740/17304 17503/19743/17307</w:t>
        <w:br/>
        <w:t>f 17502/19744/17308 17498/19741/17305 17503/19743/17307</w:t>
        <w:br/>
        <w:t>f 17481/19721/17286 17501/19742/17306 17504/19745/17309</w:t>
        <w:br/>
        <w:t>f 17482/19723/17288 17481/19721/17286 17504/19745/17309</w:t>
        <w:br/>
        <w:t>f 17502/19744/17308 17503/19743/17307 17280/19522/17095</w:t>
        <w:br/>
        <w:t>f 17281/19521/17094 17502/19744/17308 17280/19522/17095</w:t>
        <w:br/>
        <w:t>f 17282/19523/17096 17257/19498/17072 17482/19723/17288</w:t>
        <w:br/>
        <w:t>f 17504/19745/17309 17282/19523/17096 17482/19723/17288</w:t>
        <w:br/>
        <w:t>f 17506/19746/17310 17503/19743/17307 17499/19740/17304</w:t>
        <w:br/>
        <w:t>f 17505/19747/17311 17506/19746/17310 17499/19740/17304</w:t>
        <w:br/>
        <w:t>f 17285/19526/17099 17280/19522/17095 17503/19743/17307</w:t>
        <w:br/>
        <w:t>f 17506/19746/17310 17285/19526/17099 17503/19743/17307</w:t>
        <w:br/>
        <w:t>f 17505/19747/17311 17508/19748/17312 17507/19749/17313</w:t>
        <w:br/>
        <w:t>f 17506/19746/17310 17505/19747/17311 17507/19749/17313</w:t>
        <w:br/>
        <w:t>f 17288/19529/17102 17285/19526/17099 17506/19746/17310</w:t>
        <w:br/>
        <w:t>f 17507/19749/17313 17288/19529/17102 17506/19746/17310</w:t>
        <w:br/>
        <w:t>f 17511/19750/17314 17510/19751/17315 17509/19752/17316</w:t>
        <w:br/>
        <w:t>f 17513/19753/17317 17510/19751/17315 17500/19739/17303</w:t>
        <w:br/>
        <w:t>f 17512/19754/17318 17513/19753/17317 17500/19739/17303</w:t>
        <w:br/>
        <w:t>f 17509/19752/17316 17514/19755/17319 17511/19750/17314</w:t>
        <w:br/>
        <w:t>f 17515/19756/17320 17514/19755/17319 17509/19752/17316</w:t>
        <w:br/>
        <w:t>f 17514/19755/17319 17515/19756/17320 17516/19757/17321</w:t>
        <w:br/>
        <w:t>f 17509/19752/17316 17513/19753/17317 17517/19758/17322</w:t>
        <w:br/>
        <w:t>f 17509/19752/17316 17519/19759/17323 17518/19760/17324</w:t>
        <w:br/>
        <w:t>f 17521/19761/17325 17520/19762/17326 17517/19758/17322</w:t>
        <w:br/>
        <w:t>f 17305/19543/17116 17302/19546/17119 17523/19763/17327</w:t>
        <w:br/>
        <w:t>f 17522/19764/17328 17305/19543/17116 17523/19763/17327</w:t>
        <w:br/>
        <w:t>f 17526/19765/17329 17525/19766/17330 17522/19764/17328</w:t>
        <w:br/>
        <w:t>f 17524/19767/17331 17526/19765/17329 17522/19764/17328</w:t>
        <w:br/>
        <w:t>f 17512/19754/17318 17527/19768/17332 17521/19761/17325</w:t>
        <w:br/>
        <w:t>f 17513/19753/17317 17512/19754/17318 17521/19761/17325</w:t>
        <w:br/>
        <w:t>f 17509/19752/17316 17517/19758/17322 17519/19759/17323</w:t>
        <w:br/>
        <w:t>f 17514/19755/17319 17516/19757/17321 17528/19769/17333</w:t>
        <w:br/>
        <w:t>f 17520/19762/17326 17521/19761/17325 17529/19770/17334</w:t>
        <w:br/>
        <w:t>f 17509/19752/17316 17510/19751/17315 17513/19753/17317</w:t>
        <w:br/>
        <w:t>f 17509/19752/17316 17518/19760/17324 17515/19756/17320</w:t>
        <w:br/>
        <w:t>f 17499/19740/17304 17500/19739/17303 17510/19751/17315</w:t>
        <w:br/>
        <w:t>f 17505/19747/17311 17499/19740/17304 17510/19751/17315</w:t>
        <w:br/>
        <w:t>f 17505/19747/17311 17510/19751/17315 17511/19750/17314</w:t>
        <w:br/>
        <w:t>f 17508/19748/17312 17505/19747/17311 17511/19750/17314</w:t>
        <w:br/>
        <w:t>f 17529/19770/17334 17521/19761/17325 17524/19767/17331</w:t>
        <w:br/>
        <w:t>f 17524/19767/17331 17521/19761/17325 17527/19768/17332</w:t>
        <w:br/>
        <w:t>f 17526/19765/17329 17524/19767/17331 17527/19768/17332</w:t>
        <w:br/>
        <w:t>f 17361/19601/17170 17360/19602/17171 17387/19629/17198</w:t>
        <w:br/>
        <w:t>f 17367/19609/17178 17357/19599/17168 17359/19600/17169</w:t>
        <w:br/>
        <w:t>f 17353/19595/17164 17115/19357/16935 17178/19421/16998</w:t>
        <w:br/>
        <w:t>f 17410/19651/17219 17353/19595/17164 17178/19421/16998</w:t>
        <w:br/>
        <w:t>f 17525/19766/17330 17312/19553/17126 17305/19543/17116</w:t>
        <w:br/>
        <w:t>f 17522/19764/17328 17525/19766/17330 17305/19543/17116</w:t>
        <w:br/>
        <w:t>f 17375/19616/17185 17376/19617/17186 17418/19659/17227</w:t>
        <w:br/>
        <w:t>f 17131/19373/16951 17366/19607/17176 17355/19597/17166</w:t>
        <w:br/>
        <w:t>f 17119/19361/16939 17131/19373/16951 17355/19597/17166</w:t>
        <w:br/>
        <w:t>f 17355/19597/17166 17366/19607/17176 17360/19602/17171</w:t>
        <w:br/>
        <w:t>f 17358/19598/17167 17355/19597/17166 17360/19602/17171</w:t>
        <w:br/>
        <w:t>f 17358/19598/17167 17360/19602/17171 17359/19600/17169</w:t>
        <w:br/>
        <w:t>f 17359/19600/17169 17361/19601/17170 17368/19608/17177</w:t>
        <w:br/>
        <w:t>f 17368/19608/17177 17369/19611/17180 17414/19656/17224</w:t>
        <w:br/>
        <w:t>f 17414/19656/17224 17412/19654/17222 17464/19704/17270</w:t>
        <w:br/>
        <w:t>f 17464/19704/17270 17459/19700/17266 17440/19678/17246</w:t>
        <w:br/>
        <w:t>f 17419/19658/17226 17416/19657/17225 17418/19659/17227</w:t>
        <w:br/>
        <w:t>f 17376/19617/17186 17417/19660/17228 17418/19659/17227</w:t>
        <w:br/>
        <w:t>f 17416/19657/17225 17375/19616/17185 17418/19659/17227</w:t>
        <w:br/>
        <w:t>f 17409/19650/17218 17406/19646/17214 17408/19649/17217</w:t>
        <w:br/>
        <w:t>f 17409/19650/17218 17408/19649/17217 17118/19362/16940</w:t>
        <w:br/>
        <w:t>f 17409/19650/17218 17356/19596/17165 17357/19599/17168</w:t>
        <w:br/>
        <w:t>f 17517/19758/17322 17513/19753/17317 17521/19761/17325</w:t>
        <w:br/>
        <w:t>f 17517/19758/17322 17520/19762/17326 17519/19759/17323</w:t>
        <w:br/>
        <w:t>f 17404/19644/17212 17313/19554/17127 17175/19417/16994</w:t>
        <w:br/>
        <w:t>f 17403/19645/17213 17404/19644/17212 17175/19417/16994</w:t>
        <w:br/>
        <w:t>f 17531/19771/2664 17530/19772/17335 17475/19716/17244</w:t>
        <w:br/>
        <w:t>f 17475/19716/17244 17530/19772/17335 17450/19691/17259</w:t>
        <w:br/>
        <w:t>f 17450/19691/17259 17530/19772/17335 17426/19664/17232</w:t>
        <w:br/>
        <w:t>f 17426/19664/17232 17530/19772/17335 17532/19773/17336</w:t>
        <w:br/>
        <w:t>f 17425/19665/17233 17426/19664/17232 17532/19773/17336</w:t>
        <w:br/>
        <w:t>f 17425/19665/17233 17532/19773/17336 17533/19774/17337</w:t>
        <w:br/>
        <w:t>f 17394/19636/17205 17425/19665/17233 17533/19774/17337</w:t>
        <w:br/>
        <w:t>f 17533/19774/17337 17393/19637/2680 17394/19636/17205</w:t>
        <w:br/>
        <w:t>f 17534/19775/17338 17318/19560/17132 17313/19554/17127</w:t>
        <w:br/>
        <w:t>f 17404/19644/17212 17534/19775/17338 17313/19554/17127</w:t>
        <w:br/>
        <w:t>f 17534/19775/17338 17404/19644/17212 17535/19776/17339</w:t>
        <w:br/>
        <w:t>f 17537/19777/17340 17398/19638/17206 17397/19639/17207</w:t>
        <w:br/>
        <w:t>f 17536/19778/17341 17537/19777/17340 17397/19639/17207</w:t>
        <w:br/>
        <w:t>f 17538/19779/17342 17323/19565/17137 17318/19560/17132</w:t>
        <w:br/>
        <w:t>f 17534/19775/17338 17538/19779/17342 17318/19560/17132</w:t>
        <w:br/>
        <w:t>f 17539/19780/17343 17538/19779/17342 17534/19775/17338</w:t>
        <w:br/>
        <w:t>f 17535/19776/17339 17539/19780/17343 17534/19775/17338</w:t>
        <w:br/>
        <w:t>f 17543/19781/17344 17542/19782/17345 17541/19783/17346</w:t>
        <w:br/>
        <w:t>f 17540/19784/17347 17543/19781/17344 17541/19783/17346</w:t>
        <w:br/>
        <w:t>f 17544/19785/17348 17543/19781/17344 17540/19784/17347</w:t>
        <w:br/>
        <w:t>f 17537/19777/17340 17544/19785/17348 17540/19784/17347</w:t>
        <w:br/>
        <w:t>f 17537/19777/17340 17536/19778/17341 17545/19786/17349</w:t>
        <w:br/>
        <w:t>f 17544/19785/17348 17537/19777/17340 17545/19786/17349</w:t>
        <w:br/>
        <w:t>f 17544/19785/17348 17545/19786/17349 17547/19787/17350</w:t>
        <w:br/>
        <w:t>f 17546/19788/2674 17544/19785/17348 17547/19787/17350</w:t>
        <w:br/>
        <w:t>f 17543/19781/17344 17544/19785/17348 17546/19788/2674</w:t>
        <w:br/>
        <w:t>f 17548/19789/9720 17543/19781/17344 17546/19788/2674</w:t>
        <w:br/>
        <w:t>f 17539/19780/17343 17542/19782/17345 17550/19790/17351</w:t>
        <w:br/>
        <w:t>f 17549/19791/17352 17539/19780/17343 17550/19790/17351</w:t>
        <w:br/>
        <w:t>f 17323/19565/17137 17538/19779/17342 17551/19792/17353</w:t>
        <w:br/>
        <w:t>f 17338/19578/17148 17323/19565/17137 17551/19792/17353</w:t>
        <w:br/>
        <w:t>f 17540/19784/17347 17541/19783/17346 17401/19641/17209</w:t>
        <w:br/>
        <w:t>f 17402/19640/17208 17540/19784/17347 17401/19641/17209</w:t>
        <w:br/>
        <w:t>f 17537/19777/17340 17540/19784/17347 17402/19640/17208</w:t>
        <w:br/>
        <w:t>f 17398/19638/17206 17537/19777/17340 17402/19640/17208</w:t>
        <w:br/>
        <w:t>f 17542/19782/17345 17539/19780/17343 17535/19776/17339</w:t>
        <w:br/>
        <w:t>f 17541/19783/17346 17542/19782/17345 17535/19776/17339</w:t>
        <w:br/>
        <w:t>f 17538/19779/17342 17539/19780/17343 17549/19791/17352</w:t>
        <w:br/>
        <w:t>f 17551/19792/17353 17538/19779/17342 17549/19791/17352</w:t>
        <w:br/>
        <w:t>f 17541/19783/17346 17535/19776/17339 17404/19644/17212</w:t>
        <w:br/>
        <w:t>f 17401/19641/17209 17541/19783/17346 17404/19644/17212</w:t>
        <w:br/>
        <w:t>f 17545/19786/17349 17396/19634/17203 17393/19637/2680</w:t>
        <w:br/>
        <w:t>f 17545/19786/17349 17393/19637/2680 17547/19787/17350</w:t>
        <w:br/>
        <w:t>f 17396/19634/17203 17545/19786/17349 17536/19778/17341</w:t>
        <w:br/>
        <w:t>f 17396/19634/17203 17536/19778/17341 17397/19639/17207</w:t>
        <w:br/>
        <w:t>f 17551/19792/17353 17549/19791/17352 17553/19793/17354</w:t>
        <w:br/>
        <w:t>f 17552/19794/17355 17551/19792/17353 17553/19793/17354</w:t>
        <w:br/>
        <w:t>f 17338/19578/17148 17551/19792/17353 17552/19794/17355</w:t>
        <w:br/>
        <w:t>f 17341/19582/17152 17338/19578/17148 17552/19794/17355</w:t>
        <w:br/>
        <w:t>f 17341/19582/17152 17552/19794/17355 17554/19795/17356</w:t>
        <w:br/>
        <w:t>f 17343/19583/17153 17341/19582/17152 17554/19795/17356</w:t>
        <w:br/>
        <w:t>f 17553/19793/17354 17554/19795/17356 17552/19794/17355</w:t>
        <w:br/>
        <w:t>f 17542/19782/17345 17543/19781/17344 17548/19789/9720</w:t>
        <w:br/>
        <w:t>f 17550/19790/17351 17542/19782/17345 17548/19789/9720</w:t>
        <w:br/>
        <w:t>f 17554/19795/17356 17344/19585/17155 17343/19583/17153</w:t>
        <w:br/>
        <w:t>f 17449/19690/17258 17460/19702/17268 17429/19673/17241</w:t>
        <w:br/>
        <w:t>f 17435/19675/17243 17555/19796/2664 17434/19676/17244</w:t>
        <w:br/>
        <w:t>f 17377/19621/17190 17378/19620/17189 17512/19754/17318</w:t>
        <w:br/>
        <w:t>f 17500/19739/17303 17377/19621/17190 17512/19754/17318</w:t>
        <w:br/>
        <w:t>f 17381/19625/17194 17382/19624/17193 17525/19766/17330</w:t>
        <w:br/>
        <w:t>f 17526/19765/17329 17381/19625/17194 17525/19766/17330</w:t>
        <w:br/>
        <w:t>f 17378/19620/17189 17385/19627/17196 17527/19768/17332</w:t>
        <w:br/>
        <w:t>f 17512/19754/17318 17378/19620/17189 17527/19768/17332</w:t>
        <w:br/>
        <w:t>f 17385/19627/17196 17381/19625/17194 17526/19765/17329</w:t>
        <w:br/>
        <w:t>f 17527/19768/17332 17385/19627/17196 17526/19765/17329</w:t>
        <w:br/>
        <w:t>f 17382/19624/17193 17179/19420/16997 17312/19553/17126</w:t>
        <w:br/>
        <w:t>f 17525/19766/17330 17382/19624/17193 17312/19553/17126</w:t>
        <w:br/>
        <w:t>f 17380/19618/17187 17377/19621/17190 17498/19741/17305</w:t>
        <w:br/>
        <w:t>f 17501/19742/17306 17380/19618/17187 17498/19741/17305</w:t>
        <w:br/>
        <w:t>f 17501/19742/17306 17498/19741/17305 17502/19744/17308</w:t>
        <w:br/>
        <w:t>f 17504/19745/17309 17501/19742/17306 17502/19744/17308</w:t>
        <w:br/>
        <w:t>f 17504/19745/17309 17502/19744/17308 17281/19521/17094</w:t>
        <w:br/>
        <w:t>f 17282/19523/17096 17504/19745/17309 17281/19521/17094</w:t>
        <w:br/>
        <w:t>f 17410/19651/17219 17382/19624/17193 17383/19623/17192</w:t>
        <w:br/>
        <w:t>f 17410/19651/17219 17179/19420/16997 17382/19624/17193</w:t>
        <w:br/>
        <w:t>f 17524/19767/17331 17556/19797/17357 17529/19770/17334</w:t>
        <w:br/>
        <w:t>f 17522/19764/17328 17523/19763/17327 17556/19797/17357</w:t>
        <w:br/>
        <w:t>f 17524/19767/17331 17522/19764/17328 17556/19797/17357</w:t>
        <w:br/>
        <w:t>f 17516/19757/17321 17515/19756/17320 17558/19798/17358</w:t>
        <w:br/>
        <w:t>f 17557/19799/17359 17516/19757/17321 17558/19798/17358</w:t>
        <w:br/>
        <w:t>f 17518/19760/17324 17519/19759/17323 17560/19800/17360</w:t>
        <w:br/>
        <w:t>f 17559/19801/17361 17518/19760/17324 17560/19800/17360</w:t>
        <w:br/>
        <w:t>f 17528/19769/17333 17516/19757/17321 17557/19799/17359</w:t>
        <w:br/>
        <w:t>f 17561/19802/17362 17528/19769/17333 17557/19799/17359</w:t>
        <w:br/>
        <w:t>f 17515/19756/17320 17518/19760/17324 17559/19801/17361</w:t>
        <w:br/>
        <w:t>f 17558/19798/17358 17515/19756/17320 17559/19801/17361</w:t>
        <w:br/>
        <w:t>f 17520/19762/17326 17562/19803/17363 17560/19800/17360</w:t>
        <w:br/>
        <w:t>f 17520/19762/17326 17529/19770/17334 17562/19803/17363</w:t>
        <w:br/>
        <w:t>f 17520/19762/17326 17560/19800/17360 17519/19759/17323</w:t>
        <w:br/>
        <w:t>f 17566/19804/17364 17565/19805/17365 17564/19806/17366</w:t>
        <w:br/>
        <w:t>f 17563/19807/17367 17566/19804/17364 17564/19806/17366</w:t>
        <w:br/>
        <w:t>f 17569/19808/17301 17568/19809/17368 17567/19810/17369</w:t>
        <w:br/>
        <w:t>f 17570/19811/17370 17569/19808/17301 17567/19810/17369</w:t>
        <w:br/>
        <w:t>f 17574/19812/17371 17573/19813/17372 17572/19814/17293</w:t>
        <w:br/>
        <w:t>f 17571/19815/17373 17574/19812/17371 17572/19814/17293</w:t>
        <w:br/>
        <w:t>f 17576/19816/17374 17574/19812/17371 17571/19815/17373</w:t>
        <w:br/>
        <w:t>f 17575/19817/17297 17576/19816/17374 17571/19815/17373</w:t>
        <w:br/>
        <w:t>f 17580/19818/17375 17579/19819/17374 17578/19820/17297</w:t>
        <w:br/>
        <w:t>f 17577/19821/17296 17580/19818/17375 17578/19820/17297</w:t>
        <w:br/>
        <w:t>f 17582/19822/17376 17581/19823/17298 17564/19806/17366</w:t>
        <w:br/>
        <w:t>f 17565/19805/17365 17582/19822/17376 17564/19806/17366</w:t>
        <w:br/>
        <w:t>f 17584/19824/17377 17580/19818/17375 17577/19821/17296</w:t>
        <w:br/>
        <w:t>f 17583/19825/17302 17584/19824/17377 17577/19821/17296</w:t>
        <w:br/>
        <w:t>f 17573/19813/17372 17566/19804/17364 17563/19807/17367</w:t>
        <w:br/>
        <w:t>f 17572/19814/17293 17573/19813/17372 17563/19807/17367</w:t>
        <w:br/>
        <w:t>f 17581/19823/17298 17582/19822/17376 17567/19810/17369</w:t>
        <w:br/>
        <w:t>f 17568/19809/17368 17581/19823/17298 17567/19810/17369</w:t>
        <w:br/>
        <w:t>f 17587/19826/17378 17586/19827/17379 17585/19828/17380</w:t>
        <w:br/>
        <w:t>f 17588/19829/17381 17587/19826/17378 17585/19828/17380</w:t>
        <w:br/>
        <w:t>f 17591/19830/17382 17590/19831/17383 17589/19832/17384</w:t>
        <w:br/>
        <w:t>f 17592/19833/17385 17591/19830/17382 17589/19832/17384</w:t>
        <w:br/>
        <w:t>f 17593/19834/17386 17588/19829/17381 17585/19828/17380</w:t>
        <w:br/>
        <w:t>f 17594/19835/17387 17593/19834/17386 17585/19828/17380</w:t>
        <w:br/>
        <w:t>f 17586/19827/17379 17587/19826/17378 17590/19831/17383</w:t>
        <w:br/>
        <w:t>f 17591/19830/17382 17586/19827/17379 17590/19831/17383</w:t>
        <w:br/>
        <w:t>f 17583/19825/17302 17569/19808/17301 17570/19811/17370</w:t>
        <w:br/>
        <w:t>f 17584/19824/17377 17583/19825/17302 17570/19811/17370</w:t>
        <w:br/>
        <w:t>f 17597/19836/17388 17596/19837/17389 17595/19838/17390</w:t>
        <w:br/>
        <w:t>f 17598/19839/17391 17597/19836/17388 17595/19838/17390</w:t>
        <w:br/>
        <w:t>f 17588/19829/17381 17565/19805/17365 17566/19804/17364</w:t>
        <w:br/>
        <w:t>f 17587/19826/17378 17588/19829/17381 17566/19804/17364</w:t>
        <w:br/>
        <w:t>f 17599/19840/17392 17598/19839/17391 17570/19811/17370</w:t>
        <w:br/>
        <w:t>f 17567/19810/17369 17599/19840/17392 17570/19811/17370</w:t>
        <w:br/>
        <w:t>f 17574/19812/17371 17589/19832/17384 17590/19831/17383</w:t>
        <w:br/>
        <w:t>f 17573/19813/17372 17574/19812/17371 17590/19831/17383</w:t>
        <w:br/>
        <w:t>f 17574/19812/17371 17576/19816/17374 17600/19841/17393</w:t>
        <w:br/>
        <w:t>f 17589/19832/17384 17574/19812/17371 17600/19841/17393</w:t>
        <w:br/>
        <w:t>f 17579/19819/17374 17580/19818/17375 17602/19842/17394</w:t>
        <w:br/>
        <w:t>f 17601/19843/17393 17579/19819/17374 17602/19842/17394</w:t>
        <w:br/>
        <w:t>f 17565/19805/17365 17588/19829/17381 17593/19834/17386</w:t>
        <w:br/>
        <w:t>f 17582/19822/17376 17565/19805/17365 17593/19834/17386</w:t>
        <w:br/>
        <w:t>f 17595/19838/17390 17602/19842/17394 17580/19818/17375</w:t>
        <w:br/>
        <w:t>f 17584/19824/17377 17595/19838/17390 17580/19818/17375</w:t>
        <w:br/>
        <w:t>f 17573/19813/17372 17590/19831/17383 17587/19826/17378</w:t>
        <w:br/>
        <w:t>f 17566/19804/17364 17573/19813/17372 17587/19826/17378</w:t>
        <w:br/>
        <w:t>f 17599/19840/17392 17567/19810/17369 17582/19822/17376</w:t>
        <w:br/>
        <w:t>f 17593/19834/17386 17599/19840/17392 17582/19822/17376</w:t>
        <w:br/>
        <w:t>f 17598/19839/17391 17595/19838/17390 17584/19824/17377</w:t>
        <w:br/>
        <w:t>f 17570/19811/17370 17598/19839/17391 17584/19824/17377</w:t>
        <w:br/>
        <w:t>f 17605/19844/17395 17604/19845/17396 17603/19846/17397</w:t>
        <w:br/>
        <w:t>f 17606/19847/17398 17605/19844/17395 17603/19846/17397</w:t>
        <w:br/>
        <w:t>f 17606/19847/17398 17603/19846/17397 17608/19848/17399</w:t>
        <w:br/>
        <w:t>f 17607/19849/17400 17606/19847/17398 17608/19848/17399</w:t>
        <w:br/>
        <w:t>f 17610/19850/17401 17609/19851/17402 17607/19849/17400</w:t>
        <w:br/>
        <w:t>f 17608/19848/17399 17610/19850/17401 17607/19849/17400</w:t>
        <w:br/>
        <w:t>f 17614/19852/17402 17613/19853/17401 17612/19854/17403</w:t>
        <w:br/>
        <w:t>f 17611/19855/17404 17614/19852/17402 17612/19854/17403</w:t>
        <w:br/>
        <w:t>f 17604/19845/17396 17605/19844/17395 17615/19856/17405</w:t>
        <w:br/>
        <w:t>f 17616/19857/17406 17604/19845/17396 17615/19856/17405</w:t>
        <w:br/>
        <w:t>f 17616/19857/17406 17615/19856/17405 17618/19858/17407</w:t>
        <w:br/>
        <w:t>f 17617/19859/17408 17616/19857/17406 17618/19858/17407</w:t>
        <w:br/>
        <w:t>f 17619/19860/17409 17605/19844/17395 17606/19847/17398</w:t>
        <w:br/>
        <w:t>f 17620/19861/17410 17619/19860/17409 17606/19847/17398</w:t>
        <w:br/>
        <w:t>f 17621/19862/17411 17615/19856/17405 17605/19844/17395</w:t>
        <w:br/>
        <w:t>f 17619/19860/17409 17621/19862/17411 17605/19844/17395</w:t>
        <w:br/>
        <w:t>f 17609/19851/17402 17623/19863/17412 17622/19864/17413</w:t>
        <w:br/>
        <w:t>f 17607/19849/17400 17609/19851/17402 17622/19864/17413</w:t>
        <w:br/>
        <w:t>f 17624/19865/17414 17618/19858/17407 17615/19856/17405</w:t>
        <w:br/>
        <w:t>f 17621/19862/17411 17624/19865/17414 17615/19856/17405</w:t>
        <w:br/>
        <w:t>f 17607/19849/17400 17622/19864/17413 17620/19861/17410</w:t>
        <w:br/>
        <w:t>f 17606/19847/17398 17607/19849/17400 17620/19861/17410</w:t>
        <w:br/>
        <w:t>f 17626/19866/17415 17625/19867/17412 17614/19852/17402</w:t>
        <w:br/>
        <w:t>f 17611/19855/17404 17626/19866/17415 17614/19852/17402</w:t>
        <w:br/>
        <w:t>f 17626/19866/17415 17611/19855/17404 17628/19868/17416</w:t>
        <w:br/>
        <w:t>f 17627/19869/17417 17626/19866/17415 17628/19868/17416</w:t>
        <w:br/>
        <w:t>f 17630/19870/17418 17627/19869/17417 17628/19868/17416</w:t>
        <w:br/>
        <w:t>f 17629/19871/17419 17630/19870/17418 17628/19868/17416</w:t>
        <w:br/>
        <w:t>f 17629/19871/17419 17632/19872/17420 17631/19873/17421</w:t>
        <w:br/>
        <w:t>f 17630/19870/17418 17629/19871/17419 17631/19873/17421</w:t>
        <w:br/>
        <w:t>f 17618/19858/17407 17624/19865/17414 17631/19873/17421</w:t>
        <w:br/>
        <w:t>f 17632/19872/17420 17618/19858/17407 17631/19873/17421</w:t>
        <w:br/>
        <w:t>f 17618/19858/17407 17632/19872/17420 17633/19874/17422</w:t>
        <w:br/>
        <w:t>f 17617/19859/17408 17618/19858/17407 17633/19874/17422</w:t>
        <w:br/>
        <w:t>f 17635/19875/17423 17634/19876/17424 17629/19871/17419</w:t>
        <w:br/>
        <w:t>f 17628/19868/17416 17635/19875/17423 17629/19871/17419</w:t>
        <w:br/>
        <w:t>f 17611/19855/17404 17612/19854/17403 17635/19875/17423</w:t>
        <w:br/>
        <w:t>f 17628/19868/17416 17611/19855/17404 17635/19875/17423</w:t>
        <w:br/>
        <w:t>f 17632/19872/17420 17629/19871/17419 17634/19876/17424</w:t>
        <w:br/>
        <w:t>f 17633/19874/17422 17632/19872/17420 17634/19876/17424</w:t>
        <w:br/>
        <w:t>f 17638/19877/17425 17637/19878/17426 17636/19879/17427</w:t>
        <w:br/>
        <w:t>f 17639/19880/17428 17638/19877/17425 17636/19879/17427</w:t>
        <w:br/>
        <w:t>f 17643/19881/17429 17642/19882/17430 17641/19883/17431</w:t>
        <w:br/>
        <w:t>f 17640/19884/17432 17643/19881/17429 17641/19883/17431</w:t>
        <w:br/>
        <w:t>f 17647/19885/17433 17646/19886/17434 17645/19887/17435</w:t>
        <w:br/>
        <w:t>f 17644/19888/17436 17647/19885/17433 17645/19887/17435</w:t>
        <w:br/>
        <w:t>f 17651/19889/17437 17650/19890/17438 17649/19891/17439</w:t>
        <w:br/>
        <w:t>f 17648/19892/17440 17651/19889/17437 17649/19891/17439</w:t>
        <w:br/>
        <w:t>f 17654/19893/17437 17653/19894/17441 17652/19895/17442</w:t>
        <w:br/>
        <w:t>f 17655/19896/17438 17654/19893/17437 17652/19895/17442</w:t>
        <w:br/>
        <w:t>f 17659/19897/17443 17658/19898/17444 17657/19899/17445</w:t>
        <w:br/>
        <w:t>f 17656/19900/17446 17659/19897/17443 17657/19899/17445</w:t>
        <w:br/>
        <w:t>f 17663/19901/17447 17662/19902/17448 17661/19903/17449</w:t>
        <w:br/>
        <w:t>f 17660/19904/17450 17663/19901/17447 17661/19903/17449</w:t>
        <w:br/>
        <w:t>f 17649/19891/17439 17636/19879/17427 17637/19878/17426</w:t>
        <w:br/>
        <w:t>f 17648/19892/17440 17649/19891/17439 17637/19878/17426</w:t>
        <w:br/>
        <w:t>f 17666/19905/17451 17665/19906/17452 17664/19907/17453</w:t>
        <w:br/>
        <w:t>f 17667/19908/17454 17666/19905/17451 17664/19907/17453</w:t>
        <w:br/>
        <w:t>f 17670/19909/17455 17669/19910/17456 17668/19911/17457</w:t>
        <w:br/>
        <w:t>f 17671/19912/17458 17670/19909/17455 17668/19911/17457</w:t>
        <w:br/>
        <w:t>f 17675/19913/17459 17674/19914/17460 17673/19915/17084</w:t>
        <w:br/>
        <w:t>f 17672/19916/17461 17675/19913/17459 17673/19915/17084</w:t>
        <w:br/>
        <w:t>f 17678/19917/17462 17677/19918/17083 17676/19919/17078</w:t>
        <w:br/>
        <w:t>f 17679/19920/17463 17678/19917/17462 17676/19919/17078</w:t>
        <w:br/>
        <w:t>f 17677/19918/17083 17678/19917/17462 17681/19921/17464</w:t>
        <w:br/>
        <w:t>f 17680/19922/17080 17677/19918/17083 17681/19921/17464</w:t>
        <w:br/>
        <w:t>f 17685/19923/17465 17684/19924/17081 17683/19925/17080</w:t>
        <w:br/>
        <w:t>f 17682/19926/17464 17685/19923/17465 17683/19925/17080</w:t>
        <w:br/>
        <w:t>f 17686/19927/17466 17669/19910/17456 17670/19909/17455</w:t>
        <w:br/>
        <w:t>f 17687/19928/17082 17686/19927/17466 17670/19909/17455</w:t>
        <w:br/>
        <w:t>f 17684/19924/17081 17685/19923/17465 17689/19929/17467</w:t>
        <w:br/>
        <w:t>f 17688/19930/17086 17684/19924/17081 17689/19929/17467</w:t>
        <w:br/>
        <w:t>f 17679/19920/17463 17676/19919/17078 17671/19912/17458</w:t>
        <w:br/>
        <w:t>f 17668/19911/17457 17679/19920/17463 17671/19912/17458</w:t>
        <w:br/>
        <w:t>f 17675/19913/17459 17686/19927/17466 17687/19928/17082</w:t>
        <w:br/>
        <w:t>f 17674/19914/17460 17675/19913/17459 17687/19928/17082</w:t>
        <w:br/>
        <w:t>f 17693/19931/17468 17692/19932/17469 17691/19933/17470</w:t>
        <w:br/>
        <w:t>f 17690/19934/17471 17693/19931/17468 17691/19933/17470</w:t>
        <w:br/>
        <w:t>f 17697/19935/17472 17696/19936/17473 17695/19937/17474</w:t>
        <w:br/>
        <w:t>f 17694/19938/17475 17697/19935/17472 17695/19937/17474</w:t>
        <w:br/>
        <w:t>f 17700/19939/17476 17699/19940/17477 17698/19941/17478</w:t>
        <w:br/>
        <w:t>f 17701/19942/17479 17700/19939/17476 17698/19941/17478</w:t>
        <w:br/>
        <w:t>f 17703/19943/17480 17702/19944/17481 17700/19939/17476</w:t>
        <w:br/>
        <w:t>f 17701/19942/17479 17703/19943/17480 17700/19939/17476</w:t>
        <w:br/>
        <w:t>f 17707/19945/17482 17706/19946/17480 17705/19947/17483</w:t>
        <w:br/>
        <w:t>f 17704/19948/17484 17707/19945/17482 17705/19947/17483</w:t>
        <w:br/>
        <w:t>f 17709/19949/17485 17708/19950/17486 17691/19933/17470</w:t>
        <w:br/>
        <w:t>f 17692/19932/17469 17709/19949/17485 17691/19933/17470</w:t>
        <w:br/>
        <w:t>f 17711/19951/17487 17710/19952/17488 17704/19948/17484</w:t>
        <w:br/>
        <w:t>f 17705/19947/17483 17711/19951/17487 17704/19948/17484</w:t>
        <w:br/>
        <w:t>f 17690/19934/17471 17698/19941/17478 17699/19940/17477</w:t>
        <w:br/>
        <w:t>f 17693/19931/17468 17690/19934/17471 17699/19940/17477</w:t>
        <w:br/>
        <w:t>f 17694/19938/17475 17695/19937/17474 17708/19950/17486</w:t>
        <w:br/>
        <w:t>f 17709/19949/17485 17694/19938/17475 17708/19950/17486</w:t>
        <w:br/>
        <w:t>f 17713/19953/17489 17712/19954/17490 17690/19934/17471</w:t>
        <w:br/>
        <w:t>f 17691/19933/17470 17713/19953/17489 17690/19934/17471</w:t>
        <w:br/>
        <w:t>f 17696/19936/17473 17714/19955/17491 17664/19907/17453</w:t>
        <w:br/>
        <w:t>f 17695/19937/17474 17696/19936/17473 17664/19907/17453</w:t>
        <w:br/>
        <w:t>f 17715/19956/17492 17645/19887/17435 17701/19942/17479</w:t>
        <w:br/>
        <w:t>f 17698/19941/17478 17715/19956/17492 17701/19942/17479</w:t>
        <w:br/>
        <w:t>f 17646/19886/17434 17703/19943/17480 17701/19942/17479</w:t>
        <w:br/>
        <w:t>f 17645/19887/17435 17646/19886/17434 17701/19942/17479</w:t>
        <w:br/>
        <w:t>f 17706/19946/17480 17716/19957/17493 17661/19903/17449</w:t>
        <w:br/>
        <w:t>f 17705/19947/17483 17706/19946/17480 17661/19903/17449</w:t>
        <w:br/>
        <w:t>f 17713/19953/17489 17691/19933/17470 17708/19950/17486</w:t>
        <w:br/>
        <w:t>f 17665/19906/17452 17713/19953/17489 17708/19950/17486</w:t>
        <w:br/>
        <w:t>f 17662/19902/17448 17711/19951/17487 17705/19947/17483</w:t>
        <w:br/>
        <w:t>f 17661/19903/17449 17662/19902/17448 17705/19947/17483</w:t>
        <w:br/>
        <w:t>f 17698/19941/17478 17690/19934/17471 17712/19954/17490</w:t>
        <w:br/>
        <w:t>f 17715/19956/17492 17698/19941/17478 17712/19954/17490</w:t>
        <w:br/>
        <w:t>f 17665/19906/17452 17708/19950/17486 17695/19937/17474</w:t>
        <w:br/>
        <w:t>f 17664/19907/17453 17665/19906/17452 17695/19937/17474</w:t>
        <w:br/>
        <w:t>f 17662/19902/17448 17663/19901/17447 17717/19958/17494</w:t>
        <w:br/>
        <w:t>f 17714/19955/17491 17662/19902/17448 17717/19958/17494</w:t>
        <w:br/>
        <w:t>f 17688/19930/17086 17689/19929/17467 17672/19916/17461</w:t>
        <w:br/>
        <w:t>f 17673/19915/17084 17688/19930/17086 17672/19916/17461</w:t>
        <w:br/>
        <w:t>f 17696/19936/17473 17697/19935/17472 17710/19952/17488</w:t>
        <w:br/>
        <w:t>f 17711/19951/17487 17696/19936/17473 17710/19952/17488</w:t>
        <w:br/>
        <w:t>f 17711/19951/17487 17662/19902/17448 17714/19955/17491</w:t>
        <w:br/>
        <w:t>f 17696/19936/17473 17711/19951/17487 17714/19955/17491</w:t>
        <w:br/>
        <w:t>f 17719/19959/17495 17718/19960/17496 17638/19877/17425</w:t>
        <w:br/>
        <w:t>f 17656/19900/17446 17719/19959/17495 17638/19877/17425</w:t>
        <w:br/>
        <w:t>f 17723/19961/17497 17722/19962/17498 17721/19963/17499</w:t>
        <w:br/>
        <w:t>f 17720/19964/17500 17723/19961/17497 17721/19963/17499</w:t>
        <w:br/>
        <w:t>f 17648/19892/17440 17637/19878/17426 17724/19965/17501</w:t>
        <w:br/>
        <w:t>f 17725/19966/17502 17648/19892/17440 17724/19965/17501</w:t>
        <w:br/>
        <w:t>f 17725/19966/17502 17726/19967/17503 17651/19889/17437</w:t>
        <w:br/>
        <w:t>f 17648/19892/17440 17725/19966/17502 17651/19889/17437</w:t>
        <w:br/>
        <w:t>f 17653/19894/17441 17654/19893/17437 17727/19968/17504</w:t>
        <w:br/>
        <w:t>f 17728/19969/17505 17653/19894/17441 17727/19968/17504</w:t>
        <w:br/>
        <w:t>f 17729/19970/17506 17719/19959/17495 17656/19900/17446</w:t>
        <w:br/>
        <w:t>f 17657/19899/17445 17729/19970/17506 17656/19900/17446</w:t>
        <w:br/>
        <w:t>f 17653/19894/17441 17728/19969/17505 17730/19971/17507</w:t>
        <w:br/>
        <w:t>f 17731/19972/17508 17653/19894/17441 17730/19971/17507</w:t>
        <w:br/>
        <w:t>f 17637/19878/17426 17638/19877/17425 17718/19960/17496</w:t>
        <w:br/>
        <w:t>f 17724/19965/17501 17637/19878/17426 17718/19960/17496</w:t>
        <w:br/>
        <w:t>f 17729/19970/17506 17657/19899/17445 17722/19962/17498</w:t>
        <w:br/>
        <w:t>f 17723/19961/17497 17729/19970/17506 17722/19962/17498</w:t>
        <w:br/>
        <w:t>f 17731/19972/17508 17730/19971/17507 17720/19964/17500</w:t>
        <w:br/>
        <w:t>f 17721/19963/17499 17731/19972/17508 17720/19964/17500</w:t>
        <w:br/>
        <w:t>f 17642/19882/17430 17643/19881/17429 17732/19973/17509</w:t>
        <w:br/>
        <w:t>f 17733/19974/17510 17642/19882/17430 17732/19973/17509</w:t>
        <w:br/>
        <w:t>f 17736/19975/17511 17650/19890/17438 17735/19976/17512</w:t>
        <w:br/>
        <w:t>f 17734/19977/17513 17736/19975/17511 17735/19976/17512</w:t>
        <w:br/>
        <w:t>f 17640/19884/17432 17641/19883/17431 17737/19978/17514</w:t>
        <w:br/>
        <w:t>f 17652/19895/17442 17640/19884/17432 17737/19978/17514</w:t>
        <w:br/>
        <w:t>f 17739/19979/17515 17658/19898/17444 17738/19980/17516</w:t>
        <w:br/>
        <w:t>f 17740/19981/17517 17739/19979/17515 17738/19980/17516</w:t>
        <w:br/>
        <w:t>f 17737/19978/17514 17741/19982/17512 17655/19896/17438</w:t>
        <w:br/>
        <w:t>f 17652/19895/17442 17737/19978/17514 17655/19896/17438</w:t>
        <w:br/>
        <w:t>f 17742/19983/17518 17736/19975/17511 17734/19977/17513</w:t>
        <w:br/>
        <w:t>f 17743/19984/17519 17742/19983/17518 17734/19977/17513</w:t>
        <w:br/>
        <w:t>f 17658/19898/17444 17739/19979/17515 17733/19974/17510</w:t>
        <w:br/>
        <w:t>f 17732/19973/17509 17658/19898/17444 17733/19974/17510</w:t>
        <w:br/>
        <w:t>f 17666/19905/17451 17744/19985/17520 17713/19953/17489</w:t>
        <w:br/>
        <w:t>f 17665/19906/17452 17666/19905/17451 17713/19953/17489</w:t>
        <w:br/>
        <w:t>f 17722/19962/17498 17732/19973/17509 17643/19881/17429</w:t>
        <w:br/>
        <w:t>f 17721/19963/17499 17722/19962/17498 17643/19881/17429</w:t>
        <w:br/>
        <w:t>f 17645/19887/17435 17715/19956/17492 17745/19986/17521</w:t>
        <w:br/>
        <w:t>f 17644/19888/17436 17645/19887/17435 17745/19986/17521</w:t>
        <w:br/>
        <w:t>f 17716/19957/17493 17746/19987/17433 17660/19904/17450</w:t>
        <w:br/>
        <w:t>f 17661/19903/17449 17716/19957/17493 17660/19904/17450</w:t>
        <w:br/>
        <w:t>f 17712/19954/17490 17713/19953/17489 17744/19985/17520</w:t>
        <w:br/>
        <w:t>f 17747/19988/17522 17712/19954/17490 17744/19985/17520</w:t>
        <w:br/>
        <w:t>f 17731/19972/17508 17640/19884/17432 17652/19895/17442</w:t>
        <w:br/>
        <w:t>f 17653/19894/17441 17731/19972/17508 17652/19895/17442</w:t>
        <w:br/>
        <w:t>f 17715/19956/17492 17712/19954/17490 17747/19988/17522</w:t>
        <w:br/>
        <w:t>f 17745/19986/17521 17715/19956/17492 17747/19988/17522</w:t>
        <w:br/>
        <w:t>f 17657/19899/17445 17658/19898/17444 17732/19973/17509</w:t>
        <w:br/>
        <w:t>f 17722/19962/17498 17657/19899/17445 17732/19973/17509</w:t>
        <w:br/>
        <w:t>f 17640/19884/17432 17731/19972/17508 17721/19963/17499</w:t>
        <w:br/>
        <w:t>f 17643/19881/17429 17640/19884/17432 17721/19963/17499</w:t>
        <w:br/>
        <w:t>f 17738/19980/17516 17749/19989/17523 17748/19990/17524</w:t>
        <w:br/>
        <w:t>f 17740/19981/17517 17738/19980/17516 17748/19990/17524</w:t>
        <w:br/>
        <w:t>f 17743/19984/17519 17748/19990/17524 17749/19989/17523</w:t>
        <w:br/>
        <w:t>f 17742/19983/17518 17743/19984/17519 17749/19989/17523</w:t>
        <w:br/>
        <w:t>f 17604/19845/17396 17720/19964/17500 17730/19971/17507</w:t>
        <w:br/>
        <w:t>f 17603/19846/17397 17604/19845/17396 17730/19971/17507</w:t>
        <w:br/>
        <w:t>f 17728/19969/17505 17608/19848/17399 17603/19846/17397</w:t>
        <w:br/>
        <w:t>f 17730/19971/17507 17728/19969/17505 17603/19846/17397</w:t>
        <w:br/>
        <w:t>f 17610/19850/17401 17608/19848/17399 17728/19969/17505</w:t>
        <w:br/>
        <w:t>f 17727/19968/17504 17610/19850/17401 17728/19969/17505</w:t>
        <w:br/>
        <w:t>f 17613/19853/17401 17726/19967/17503 17725/19966/17502</w:t>
        <w:br/>
        <w:t>f 17612/19854/17403 17613/19853/17401 17725/19966/17502</w:t>
        <w:br/>
        <w:t>f 17616/19857/17406 17723/19961/17497 17720/19964/17500</w:t>
        <w:br/>
        <w:t>f 17604/19845/17396 17616/19857/17406 17720/19964/17500</w:t>
        <w:br/>
        <w:t>f 17617/19859/17408 17729/19970/17506 17723/19961/17497</w:t>
        <w:br/>
        <w:t>f 17616/19857/17406 17617/19859/17408 17723/19961/17497</w:t>
        <w:br/>
        <w:t>f 17719/19959/17495 17729/19970/17506 17617/19859/17408</w:t>
        <w:br/>
        <w:t>f 17633/19874/17422 17719/19959/17495 17617/19859/17408</w:t>
        <w:br/>
        <w:t>f 17724/19965/17501 17718/19960/17496 17634/19876/17424</w:t>
        <w:br/>
        <w:t>f 17635/19875/17423 17724/19965/17501 17634/19876/17424</w:t>
        <w:br/>
        <w:t>f 17635/19875/17423 17612/19854/17403 17725/19966/17502</w:t>
        <w:br/>
        <w:t>f 17724/19965/17501 17635/19875/17423 17725/19966/17502</w:t>
        <w:br/>
        <w:t>f 17633/19874/17422 17634/19876/17424 17718/19960/17496</w:t>
        <w:br/>
        <w:t>f 17719/19959/17495 17633/19874/17422 17718/19960/17496</w:t>
        <w:br/>
        <w:t>f 17692/19932/17469 17693/19931/17468 17668/19911/17457</w:t>
        <w:br/>
        <w:t>f 17669/19910/17456 17692/19932/17469 17668/19911/17457</w:t>
        <w:br/>
        <w:t>f 17672/19916/17461 17697/19935/17472 17694/19938/17475</w:t>
        <w:br/>
        <w:t>f 17675/19913/17459 17672/19916/17461 17694/19938/17475</w:t>
        <w:br/>
        <w:t>f 17699/19940/17477 17700/19939/17476 17678/19917/17462</w:t>
        <w:br/>
        <w:t>f 17679/19920/17463 17699/19940/17477 17678/19917/17462</w:t>
        <w:br/>
        <w:t>f 17702/19944/17481 17681/19921/17464 17678/19917/17462</w:t>
        <w:br/>
        <w:t>f 17700/19939/17476 17702/19944/17481 17678/19917/17462</w:t>
        <w:br/>
        <w:t>f 17704/19948/17484 17685/19923/17465 17682/19926/17464</w:t>
        <w:br/>
        <w:t>f 17707/19945/17482 17704/19948/17484 17682/19926/17464</w:t>
        <w:br/>
        <w:t>f 17669/19910/17456 17686/19927/17466 17709/19949/17485</w:t>
        <w:br/>
        <w:t>f 17692/19932/17469 17669/19910/17456 17709/19949/17485</w:t>
        <w:br/>
        <w:t>f 17710/19952/17488 17689/19929/17467 17685/19923/17465</w:t>
        <w:br/>
        <w:t>f 17704/19948/17484 17710/19952/17488 17685/19923/17465</w:t>
        <w:br/>
        <w:t>f 17693/19931/17468 17699/19940/17477 17679/19920/17463</w:t>
        <w:br/>
        <w:t>f 17668/19911/17457 17693/19931/17468 17679/19920/17463</w:t>
        <w:br/>
        <w:t>f 17686/19927/17466 17675/19913/17459 17694/19938/17475</w:t>
        <w:br/>
        <w:t>f 17709/19949/17485 17686/19927/17466 17694/19938/17475</w:t>
        <w:br/>
        <w:t>f 17689/19929/17467 17710/19952/17488 17697/19935/17472</w:t>
        <w:br/>
        <w:t>f 17672/19916/17461 17689/19929/17467 17697/19935/17472</w:t>
        <w:br/>
        <w:t>f 17738/19980/17516 17658/19898/17444 17659/19897/17443</w:t>
        <w:br/>
        <w:t>f 17749/19989/17523 17738/19980/17516 17659/19897/17443</w:t>
        <w:br/>
        <w:t>f 17639/19880/17428 17749/19989/17523 17659/19897/17443</w:t>
        <w:br/>
        <w:t>f 17636/19879/17427 17649/19891/17439 17736/19975/17511</w:t>
        <w:br/>
        <w:t>f 17742/19983/17518 17636/19879/17427 17736/19975/17511</w:t>
        <w:br/>
        <w:t>f 17650/19890/17438 17736/19975/17511 17649/19891/17439</w:t>
        <w:br/>
        <w:t>f 17742/19983/17518 17749/19989/17523 17639/19880/17428</w:t>
        <w:br/>
        <w:t>f 17636/19879/17427 17742/19983/17518 17639/19880/17428</w:t>
        <w:br/>
        <w:t>f 17638/19877/17425 17639/19880/17428 17659/19897/17443</w:t>
        <w:br/>
        <w:t>f 17656/19900/17446 17638/19877/17425 17659/19897/17443</w:t>
        <w:br/>
        <w:t>f 17717/19958/17494 17642/19882/17430 17733/19974/17510</w:t>
        <w:br/>
        <w:t>f 17667/19908/17454 17717/19958/17494 17733/19974/17510</w:t>
        <w:br/>
        <w:t>f 17644/19888/17436 17745/19986/17521 17743/19984/17519</w:t>
        <w:br/>
        <w:t>f 17734/19977/17513 17644/19888/17436 17743/19984/17519</w:t>
        <w:br/>
        <w:t>f 17735/19976/17512 17647/19885/17433 17644/19888/17436</w:t>
        <w:br/>
        <w:t>f 17734/19977/17513 17735/19976/17512 17644/19888/17436</w:t>
        <w:br/>
        <w:t>f 17746/19987/17433 17741/19982/17512 17737/19978/17514</w:t>
        <w:br/>
        <w:t>f 17660/19904/17450 17746/19987/17433 17737/19978/17514</w:t>
        <w:br/>
        <w:t>f 17660/19904/17450 17737/19978/17514 17641/19883/17431</w:t>
        <w:br/>
        <w:t>f 17663/19901/17447 17660/19904/17450 17641/19883/17431</w:t>
        <w:br/>
        <w:t>f 17667/19908/17454 17733/19974/17510 17739/19979/17515</w:t>
        <w:br/>
        <w:t>f 17666/19905/17451 17667/19908/17454 17739/19979/17515</w:t>
        <w:br/>
        <w:t>f 17663/19901/17447 17641/19883/17431 17642/19882/17430</w:t>
        <w:br/>
        <w:t>f 17717/19958/17494 17663/19901/17447 17642/19882/17430</w:t>
        <w:br/>
        <w:t>f 17740/19981/17517 17748/19990/17524 17747/19988/17522</w:t>
        <w:br/>
        <w:t>f 17744/19985/17520 17740/19981/17517 17747/19988/17522</w:t>
        <w:br/>
        <w:t>f 17744/19985/17520 17666/19905/17451 17739/19979/17515</w:t>
        <w:br/>
        <w:t>f 17740/19981/17517 17744/19985/17520 17739/19979/17515</w:t>
        <w:br/>
        <w:t>f 17748/19990/17524 17743/19984/17519 17745/19986/17521</w:t>
        <w:br/>
        <w:t>f 17747/19988/17522 17748/19990/17524 17745/19986/17521</w:t>
        <w:br/>
        <w:t>f 17667/19908/17454 17664/19907/17453 17714/19955/17491</w:t>
        <w:br/>
        <w:t>f 17717/19958/17494 17667/19908/17454 17714/19955/17491</w:t>
        <w:br/>
        <w:t>f 17750/19991/17525 17597/19836/17388 17598/19839/17391</w:t>
        <w:br/>
        <w:t>f 17599/19840/17392 17750/19991/17525 17598/19839/17391</w:t>
        <w:br/>
        <w:t>f 17751/19992/17526 17592/19833/17385 17589/19832/17384</w:t>
        <w:br/>
        <w:t>f 17600/19841/17393 17751/19992/17526 17589/19832/17384</w:t>
        <w:br/>
        <w:t>f 17753/19993/17527 17752/19994/17526 17601/19843/17393</w:t>
        <w:br/>
        <w:t>f 17602/19842/17394 17753/19993/17527 17601/19843/17393</w:t>
        <w:br/>
        <w:t>f 17602/19842/17394 17595/19838/17390 17596/19837/17389</w:t>
        <w:br/>
        <w:t>f 17753/19993/17527 17602/19842/17394 17596/19837/17389</w:t>
        <w:br/>
        <w:t>f 17599/19840/17392 17593/19834/17386 17594/19835/17387</w:t>
        <w:br/>
        <w:t>f 17750/19991/17525 17599/19840/17392 17594/19835/17387</w:t>
        <w:br/>
        <w:t>f 17755/19995/17528 17754/19996/17529 17619/19860/17409</w:t>
        <w:br/>
        <w:t>f 17620/19861/17410 17755/19995/17528 17619/19860/17409</w:t>
        <w:br/>
        <w:t>f 17756/19997/17530 17755/19995/17528 17620/19861/17410</w:t>
        <w:br/>
        <w:t>f 17622/19864/17413 17756/19997/17530 17620/19861/17410</w:t>
        <w:br/>
        <w:t>f 17757/19998/17531 17756/19997/17530 17622/19864/17413</w:t>
        <w:br/>
        <w:t>f 17623/19863/17412 17757/19998/17531 17622/19864/17413</w:t>
        <w:br/>
        <w:t>f 17625/19867/17412 17626/19866/17415 17759/19999/17532</w:t>
        <w:br/>
        <w:t>f 17758/20000/17531 17625/19867/17412 17759/19999/17532</w:t>
        <w:br/>
        <w:t>f 17759/19999/17532 17626/19866/17415 17627/19869/17417</w:t>
        <w:br/>
        <w:t>f 17760/20001/17533 17759/19999/17532 17627/19869/17417</w:t>
        <w:br/>
        <w:t>f 17760/20001/17533 17627/19869/17417 17630/19870/17418</w:t>
        <w:br/>
        <w:t>f 17761/20002/17534 17760/20001/17533 17630/19870/17418</w:t>
        <w:br/>
        <w:t>f 17761/20002/17534 17630/19870/17418 17631/19873/17421</w:t>
        <w:br/>
        <w:t>f 17762/20003/3694 17761/20002/17534 17631/19873/17421</w:t>
        <w:br/>
        <w:t>f 17621/19862/17411 17764/20004/3690 17763/20005/17535</w:t>
        <w:br/>
        <w:t>f 17624/19865/17414 17621/19862/17411 17763/20005/17535</w:t>
        <w:br/>
        <w:t>f 17619/19860/17409 17754/19996/17529 17764/20004/3690</w:t>
        <w:br/>
        <w:t>f 17621/19862/17411 17619/19860/17409 17764/20004/3690</w:t>
        <w:br/>
        <w:t>f 17624/19865/17414 17763/20005/17535 17762/20003/3694</w:t>
        <w:br/>
        <w:t>f 17631/19873/17421 17624/19865/17414 17762/20003/3694</w:t>
        <w:br/>
        <w:t>f 7009/20006/17536 7008/20007/17536 7007/20008/17536</w:t>
        <w:br/>
        <w:t>f 7010/20009/17536 7009/20006/17536 7007/20008/17536</w:t>
        <w:br/>
        <w:t>f 7013/20010/17537 7012/20011/17538 7011/20012/17539</w:t>
        <w:br/>
        <w:t>f 7014/20013/17537 7013/20010/17537 7011/20012/17539</w:t>
        <w:br/>
        <w:t>f 7011/20012/17539 7012/20011/17538 7016/20014/17540</w:t>
        <w:br/>
        <w:t>f 7015/20015/17541 7011/20012/17539 7016/20014/17540</w:t>
        <w:br/>
        <w:t>f 7020/20016/17542 7019/20017/17543 7018/20018/17542</w:t>
        <w:br/>
        <w:t>f 7017/20019/17544 7020/20016/17542 7018/20018/17542</w:t>
        <w:br/>
        <w:t>f 7024/20020/17545 7023/20021/17546 7022/20022/17546</w:t>
        <w:br/>
        <w:t>f 7021/20023/17547 7024/20020/17545 7022/20022/17546</w:t>
        <w:br/>
        <w:t>f 7027/20024/17548 7026/20025/17549 7025/20026/17550</w:t>
        <w:br/>
        <w:t>f 7028/20027/17550 7027/20024/17548 7025/20026/17550</w:t>
        <w:br/>
        <w:t>f 7015/20015/17541 7016/20014/17540 7030/20028/17551</w:t>
        <w:br/>
        <w:t>f 7029/20029/17551 7015/20015/17541 7030/20028/17551</w:t>
        <w:br/>
        <w:t>f 7028/20027/17550 7025/20026/17550 7024/20020/17545</w:t>
        <w:br/>
        <w:t>f 7021/20023/17547 7028/20027/17550 7024/20020/17545</w:t>
        <w:br/>
        <w:t>f 7033/20030/17552 7032/20031/17552 7031/20032/17553</w:t>
        <w:br/>
        <w:t>f 7034/20033/17553 7033/20030/17552 7031/20032/17553</w:t>
        <w:br/>
        <w:t>f 7037/20034/17554 7036/20035/17555 7035/20036/17556</w:t>
        <w:br/>
        <w:t>f 7038/20037/17554 7037/20034/17554 7035/20036/17556</w:t>
        <w:br/>
        <w:t>f 7036/20035/17555 7040/20038/17557 7039/20039/17557</w:t>
        <w:br/>
        <w:t>f 7035/20036/17556 7036/20035/17555 7039/20039/17557</w:t>
        <w:br/>
        <w:t>f 7042/20040/17558 7041/20041/17558 7032/20031/17552</w:t>
        <w:br/>
        <w:t>f 7033/20030/17552 7042/20040/17558 7032/20031/17552</w:t>
        <w:br/>
        <w:t>f 7034/20033/17553 7031/20032/17553 7043/20042/17559</w:t>
        <w:br/>
        <w:t>f 7044/20043/17559 7034/20033/17553 7043/20042/17559</w:t>
        <w:br/>
        <w:t>f 7048/20044/17560 7047/20045/17560 7046/20046/17561</w:t>
        <w:br/>
        <w:t>f 7045/20047/17561 7048/20044/17560 7046/20046/17561</w:t>
        <w:br/>
        <w:t>f 7052/20048/17562 7051/20049/17563 7050/20050/17564</w:t>
        <w:br/>
        <w:t>f 7049/20051/17562 7052/20048/17562 7050/20050/17564</w:t>
        <w:br/>
        <w:t>f 7038/20037/17554 7044/20043/17559 7043/20042/17559</w:t>
        <w:br/>
        <w:t>f 7037/20034/17554 7038/20037/17554 7043/20042/17559</w:t>
        <w:br/>
        <w:t>f 7053/20052/17565 7052/20048/17562 7049/20051/17562</w:t>
        <w:br/>
        <w:t>f 7054/20053/17565 7053/20052/17565 7049/20051/17562</w:t>
        <w:br/>
        <w:t>f 7045/20047/17561 7046/20046/17561 7056/20054/17566</w:t>
        <w:br/>
        <w:t>f 7055/20055/17566 7045/20047/17561 7056/20054/17566</w:t>
        <w:br/>
        <w:t>f 7041/20041/17558 7042/20040/17558 7055/20055/17566</w:t>
        <w:br/>
        <w:t>f 7056/20054/17566 7041/20041/17558 7055/20055/17566</w:t>
        <w:br/>
        <w:t>f 7040/20038/17557 7050/20050/17564 7051/20049/17563</w:t>
        <w:br/>
        <w:t>f 7039/20039/17557 7040/20038/17557 7051/20049/17563</w:t>
        <w:br/>
        <w:t>f 7026/20025/17549 7027/20024/17548 7058/20056/17567</w:t>
        <w:br/>
        <w:t>f 7057/20057/17567 7026/20025/17549 7058/20056/17567</w:t>
        <w:br/>
        <w:t>f 7060/20058/17568 7029/20029/17551 7030/20028/17551</w:t>
        <w:br/>
        <w:t>f 7059/20059/17569 7060/20058/17568 7030/20028/17551</w:t>
        <w:br/>
        <w:t>f 7061/20060/17570 7057/20057/17567 7058/20056/17567</w:t>
        <w:br/>
        <w:t>f 7062/20061/17571 7060/20058/17568 7059/20059/17569</w:t>
        <w:br/>
        <w:t>f 7520/20062/17572 7519/20063/17573 7518/20064/17573</w:t>
        <w:br/>
        <w:t>f 7517/20065/17574 7520/20062/17572 7518/20064/17573</w:t>
        <w:br/>
        <w:t>f 7524/20066/17575 7523/20067/17576 7522/20068/17577</w:t>
        <w:br/>
        <w:t>f 7521/20069/17578 7524/20066/17575 7522/20068/17577</w:t>
        <w:br/>
        <w:t>f 7524/20066/17575 7521/20069/17578 7526/20070/17579</w:t>
        <w:br/>
        <w:t>f 7525/20071/17580 7524/20066/17575 7526/20070/17579</w:t>
        <w:br/>
        <w:t>f 7529/20072/17581 7528/20073/17582 7527/20074/17583</w:t>
        <w:br/>
        <w:t>f 7530/20075/17584 7529/20072/17581 7527/20074/17583</w:t>
        <w:br/>
        <w:t>f 7534/20076/17585 7533/20077/17586 7532/20078/17587</w:t>
        <w:br/>
        <w:t>f 7531/20079/17588 7534/20076/17585 7532/20078/17587</w:t>
        <w:br/>
        <w:t>f 7537/20080/17589 7536/20081/17590 7535/20082/17591</w:t>
        <w:br/>
        <w:t>f 7538/20083/17592 7537/20080/17589 7535/20082/17591</w:t>
        <w:br/>
        <w:t>f 7540/20084/17593 7539/20085/17593 7525/20071/17580</w:t>
        <w:br/>
        <w:t>f 7526/20070/17579 7540/20084/17593 7525/20071/17580</w:t>
        <w:br/>
        <w:t>f 7532/20078/17587 7533/20077/17586 7536/20081/17590</w:t>
        <w:br/>
        <w:t>f 7537/20080/17589 7532/20078/17587 7536/20081/17590</w:t>
        <w:br/>
        <w:t>f 7544/20086/17594 7543/20087/17595 7542/20088/17596</w:t>
        <w:br/>
        <w:t>f 7541/20089/17596 7544/20086/17594 7542/20088/17596</w:t>
        <w:br/>
        <w:t>f 7547/20090/17597 7546/20091/17598 7545/20092/17598</w:t>
        <w:br/>
        <w:t>f 7548/20093/17597 7547/20090/17597 7545/20092/17598</w:t>
        <w:br/>
        <w:t>f 7546/20091/17598 7550/20094/17599 7549/20095/17599</w:t>
        <w:br/>
        <w:t>f 7545/20092/17598 7546/20091/17598 7549/20095/17599</w:t>
        <w:br/>
        <w:t>f 7552/20096/17600 7551/20097/17600 7541/20089/17596</w:t>
        <w:br/>
        <w:t>f 7542/20088/17596 7552/20096/17600 7541/20089/17596</w:t>
        <w:br/>
        <w:t>f 7543/20087/17595 7544/20086/17594 7554/20098/17601</w:t>
        <w:br/>
        <w:t>f 7553/20099/17601 7543/20087/17595 7554/20098/17601</w:t>
        <w:br/>
        <w:t>f 7557/20100/17602 7556/20101/17602 7555/20102/17603</w:t>
        <w:br/>
        <w:t>f 7558/20103/17604 7557/20100/17602 7555/20102/17603</w:t>
        <w:br/>
        <w:t>f 7562/20104/17605 7561/20105/17606 7560/20106/17607</w:t>
        <w:br/>
        <w:t>f 7559/20107/17605 7562/20104/17605 7560/20106/17607</w:t>
        <w:br/>
        <w:t>f 7548/20093/17597 7553/20099/17601 7554/20098/17601</w:t>
        <w:br/>
        <w:t>f 7547/20090/17597 7548/20093/17597 7554/20098/17601</w:t>
        <w:br/>
        <w:t>f 7559/20107/17605 7564/20108/17608 7563/20109/17608</w:t>
        <w:br/>
        <w:t>f 7562/20104/17605 7559/20107/17605 7563/20109/17608</w:t>
        <w:br/>
        <w:t>f 7558/20103/17604 7555/20102/17603 7565/20110/17609</w:t>
        <w:br/>
        <w:t>f 7566/20111/17610 7558/20103/17604 7565/20110/17609</w:t>
        <w:br/>
        <w:t>f 7551/20097/17600 7552/20096/17600 7566/20111/17610</w:t>
        <w:br/>
        <w:t>f 7565/20110/17609 7551/20097/17600 7566/20111/17610</w:t>
        <w:br/>
        <w:t>f 7561/20105/17606 7549/20095/17599 7550/20094/17599</w:t>
        <w:br/>
        <w:t>f 7560/20106/17607 7561/20105/17606 7550/20094/17599</w:t>
        <w:br/>
        <w:t>f 7538/20083/17592 7535/20082/17591 7568/20112/17611</w:t>
        <w:br/>
        <w:t>f 7567/20113/17611 7538/20083/17592 7568/20112/17611</w:t>
        <w:br/>
        <w:t>f 7540/20084/17593 7570/20114/17612 7569/20115/17612</w:t>
        <w:br/>
        <w:t>f 7539/20085/17593 7540/20084/17593 7569/20115/17612</w:t>
        <w:br/>
        <w:t>f 7568/20112/17611 7571/20116/17613 7567/20113/17611</w:t>
        <w:br/>
        <w:t>f 7570/20114/17612 7572/20117/17614 7569/20115/17612</w:t>
        <w:br/>
        <w:t>f 7945/20118/17615 7944/20119/17616 7943/20120/17617</w:t>
        <w:br/>
        <w:t>f 7942/20121/17618 7945/20118/17615 7943/20120/17617</w:t>
        <w:br/>
        <w:t>f 7944/20119/17616 7945/20118/17615 7947/20122/17619</w:t>
        <w:br/>
        <w:t>f 7946/20123/17620 7944/20119/17616 7947/20122/17619</w:t>
        <w:br/>
        <w:t>f 7947/20122/17619 7949/20124/17621 7948/20125/17622</w:t>
        <w:br/>
        <w:t>f 7946/20123/17620 7947/20122/17619 7948/20125/17622</w:t>
        <w:br/>
        <w:t>f 7949/20124/17621 7951/20126/17623 7950/20127/17624</w:t>
        <w:br/>
        <w:t>f 7948/20125/17622 7949/20124/17621 7950/20127/17624</w:t>
        <w:br/>
        <w:t>f 7953/20128/17625 7950/20127/17624 7951/20126/17623</w:t>
        <w:br/>
        <w:t>f 7952/20129/17626 7953/20128/17625 7951/20126/17623</w:t>
        <w:br/>
        <w:t>f 7952/20129/17626 7955/20130/17627 7954/20131/17628</w:t>
        <w:br/>
        <w:t>f 7953/20128/17625 7952/20129/17626 7954/20131/17628</w:t>
        <w:br/>
        <w:t>f 7954/20131/17628 7955/20130/17627 7956/20132/17629</w:t>
        <w:br/>
        <w:t>f 7957/20133/17630 7954/20131/17628 7956/20132/17629</w:t>
        <w:br/>
        <w:t>f 7942/20121/17618 7943/20120/17617 7959/20134/17630</w:t>
        <w:br/>
        <w:t>f 7958/20135/17631 7942/20121/17618 7959/20134/17630</w:t>
        <w:br/>
        <w:t>f 7961/20136/17632 7945/20118/17615 7942/20121/17618</w:t>
        <w:br/>
        <w:t>f 7960/20137/17633 7961/20136/17632 7942/20121/17618</w:t>
        <w:br/>
        <w:t>f 7945/20118/17615 7961/20136/17632 7962/20138/17634</w:t>
        <w:br/>
        <w:t>f 7947/20122/17619 7945/20118/17615 7962/20138/17634</w:t>
        <w:br/>
        <w:t>f 7949/20124/17621 7947/20122/17619 7962/20138/17634</w:t>
        <w:br/>
        <w:t>f 7963/20139/17635 7949/20124/17621 7962/20138/17634</w:t>
        <w:br/>
        <w:t>f 7951/20126/17623 7949/20124/17621 7963/20139/17635</w:t>
        <w:br/>
        <w:t>f 7964/20140/17636 7951/20126/17623 7963/20139/17635</w:t>
        <w:br/>
        <w:t>f 7952/20129/17626 7951/20126/17623 7964/20140/17636</w:t>
        <w:br/>
        <w:t>f 7965/20141/17637 7952/20129/17626 7964/20140/17636</w:t>
        <w:br/>
        <w:t>f 7955/20130/17627 7952/20129/17626 7965/20141/17637</w:t>
        <w:br/>
        <w:t>f 7966/20142/17638 7955/20130/17627 7965/20141/17637</w:t>
        <w:br/>
        <w:t>f 7966/20142/17638 7967/20143/17639 7956/20132/17629</w:t>
        <w:br/>
        <w:t>f 7955/20130/17627 7966/20142/17638 7956/20132/17629</w:t>
        <w:br/>
        <w:t>f 7960/20137/17633 7942/20121/17618 7958/20135/17631</w:t>
        <w:br/>
        <w:t>f 7968/20144/17639 7960/20137/17633 7958/20135/17631</w:t>
        <w:br/>
        <w:t>f 7970/20145/17640 7961/20136/17632 7960/20137/17633</w:t>
        <w:br/>
        <w:t>f 7969/20146/17641 7970/20145/17640 7960/20137/17633</w:t>
        <w:br/>
        <w:t>f 7962/20138/17634 7961/20136/17632 7970/20145/17640</w:t>
        <w:br/>
        <w:t>f 7971/20147/17642 7962/20138/17634 7970/20145/17640</w:t>
        <w:br/>
        <w:t>f 7971/20147/17642 7972/20148/17643 7963/20139/17635</w:t>
        <w:br/>
        <w:t>f 7962/20138/17634 7971/20147/17642 7963/20139/17635</w:t>
        <w:br/>
        <w:t>f 7972/20148/17643 7973/20149/17644 7964/20140/17636</w:t>
        <w:br/>
        <w:t>f 7963/20139/17635 7972/20148/17643 7964/20140/17636</w:t>
        <w:br/>
        <w:t>f 7974/20150/17645 7965/20141/17637 7964/20140/17636</w:t>
        <w:br/>
        <w:t>f 7973/20149/17644 7974/20150/17645 7964/20140/17636</w:t>
        <w:br/>
        <w:t>f 7965/20141/17637 7974/20150/17645 7975/20151/17646</w:t>
        <w:br/>
        <w:t>f 7966/20142/17638 7965/20141/17637 7975/20151/17646</w:t>
        <w:br/>
        <w:t>f 7976/20152/17647 7967/20143/17639 7966/20142/17638</w:t>
        <w:br/>
        <w:t>f 7975/20151/17646 7976/20152/17647 7966/20142/17638</w:t>
        <w:br/>
        <w:t>f 7968/20144/17639 7977/20153/17647 7969/20146/17641</w:t>
        <w:br/>
        <w:t>f 7960/20137/17633 7968/20144/17639 7969/20146/17641</w:t>
        <w:br/>
        <w:t>f 7970/20145/17640 7969/20146/17641 7979/20154/17648</w:t>
        <w:br/>
        <w:t>f 7978/20155/17649 7970/20145/17640 7979/20154/17648</w:t>
        <w:br/>
        <w:t>f 7978/20155/17649 7980/20156/17650 7971/20147/17642</w:t>
        <w:br/>
        <w:t>f 7970/20145/17640 7978/20155/17649 7971/20147/17642</w:t>
        <w:br/>
        <w:t>f 7972/20148/17643 7971/20147/17642 7980/20156/17650</w:t>
        <w:br/>
        <w:t>f 7981/20157/17651 7972/20148/17643 7980/20156/17650</w:t>
        <w:br/>
        <w:t>f 7973/20149/17644 7972/20148/17643 7981/20157/17651</w:t>
        <w:br/>
        <w:t>f 7982/20158/17652 7973/20149/17644 7981/20157/17651</w:t>
        <w:br/>
        <w:t>f 7984/20159/17653 7974/20150/17645 7973/20149/17644</w:t>
        <w:br/>
        <w:t>f 7983/20160/17654 7984/20159/17653 7973/20149/17644</w:t>
        <w:br/>
        <w:t>f 7985/20161/17655 7975/20151/17646 7974/20150/17645</w:t>
        <w:br/>
        <w:t>f 7984/20159/17653 7985/20161/17655 7974/20150/17645</w:t>
        <w:br/>
        <w:t>f 7975/20151/17646 7985/20161/17655 7986/20162/17656</w:t>
        <w:br/>
        <w:t>f 7976/20152/17647 7975/20151/17646 7986/20162/17656</w:t>
        <w:br/>
        <w:t>f 7977/20153/17647 7988/20163/17657 7987/20164/17658</w:t>
        <w:br/>
        <w:t>f 7969/20146/17641 7977/20153/17647 7987/20164/17658</w:t>
        <w:br/>
        <w:t>f 7992/20165/17659 7991/20166/17660 7990/20167/17661</w:t>
        <w:br/>
        <w:t>f 7989/20168/17662 7992/20165/17659 7990/20167/17661</w:t>
        <w:br/>
        <w:t>f 7991/20166/17660 7994/20169/17663 7993/20170/17664</w:t>
        <w:br/>
        <w:t>f 7990/20167/17661 7991/20166/17660 7993/20170/17664</w:t>
        <w:br/>
        <w:t>f 7996/20171/17665 7993/20170/17664 7994/20169/17663</w:t>
        <w:br/>
        <w:t>f 7995/20172/17666 7996/20171/17665 7994/20169/17663</w:t>
        <w:br/>
        <w:t>f 7995/20172/17666 7998/20173/17667 7997/20174/17668</w:t>
        <w:br/>
        <w:t>f 7996/20171/17665 7995/20172/17666 7997/20174/17668</w:t>
        <w:br/>
        <w:t>f 8001/20175/17669 8000/20176/17670 7999/20177/17671</w:t>
        <w:br/>
        <w:t>f 8002/20178/17672 8001/20175/17669 7999/20177/17671</w:t>
        <w:br/>
        <w:t>f 8004/20179/17673 8003/20180/17674 8000/20176/17670</w:t>
        <w:br/>
        <w:t>f 8001/20175/17669 8004/20179/17673 8000/20176/17670</w:t>
        <w:br/>
        <w:t>f 8003/20180/17674 8004/20179/17673 8006/20181/17675</w:t>
        <w:br/>
        <w:t>f 8005/20182/17676 8003/20180/17674 8006/20181/17675</w:t>
        <w:br/>
        <w:t>f 8010/20183/17677 8009/20184/17678 8008/20185/17676</w:t>
        <w:br/>
        <w:t>f 8007/20186/17675 8010/20183/17677 8008/20185/17676</w:t>
        <w:br/>
        <w:t>f 7991/20166/17660 7992/20165/17659 8011/20187/17679</w:t>
        <w:br/>
        <w:t>f 8012/20188/17680 7991/20166/17660 8011/20187/17679</w:t>
        <w:br/>
        <w:t>f 8013/20189/17681 7994/20169/17663 7991/20166/17660</w:t>
        <w:br/>
        <w:t>f 8012/20188/17680 8013/20189/17681 7991/20166/17660</w:t>
        <w:br/>
        <w:t>f 7994/20169/17663 8013/20189/17681 8014/20190/17682</w:t>
        <w:br/>
        <w:t>f 7995/20172/17666 7994/20169/17663 8014/20190/17682</w:t>
        <w:br/>
        <w:t>f 8015/20191/17683 7998/20173/17667 7995/20172/17666</w:t>
        <w:br/>
        <w:t>f 8014/20190/17682 8015/20191/17683 7995/20172/17666</w:t>
        <w:br/>
        <w:t>f 8017/20192/17684 8016/20193/17685 8001/20175/17669</w:t>
        <w:br/>
        <w:t>f 8002/20178/17672 8017/20192/17684 8001/20175/17669</w:t>
        <w:br/>
        <w:t>f 8004/20179/17673 8001/20175/17669 8016/20193/17685</w:t>
        <w:br/>
        <w:t>f 8018/20194/17686 8004/20179/17673 8016/20193/17685</w:t>
        <w:br/>
        <w:t>f 8018/20194/17686 8019/20195/17687 8006/20181/17675</w:t>
        <w:br/>
        <w:t>f 8004/20179/17673 8018/20194/17686 8006/20181/17675</w:t>
        <w:br/>
        <w:t>f 8021/20196/17687 8020/20197/17688 8010/20183/17677</w:t>
        <w:br/>
        <w:t>f 8007/20186/17675 8021/20196/17687 8010/20183/17677</w:t>
        <w:br/>
        <w:t>f 8023/20198/17689 8012/20188/17680 8011/20187/17679</w:t>
        <w:br/>
        <w:t>f 8022/20199/17690 8023/20198/17689 8011/20187/17679</w:t>
        <w:br/>
        <w:t>f 8012/20188/17680 8023/20198/17689 8024/20200/17691</w:t>
        <w:br/>
        <w:t>f 8013/20189/17681 8012/20188/17680 8024/20200/17691</w:t>
        <w:br/>
        <w:t>f 8013/20189/17681 8024/20200/17691 8025/20201/17692</w:t>
        <w:br/>
        <w:t>f 8014/20190/17682 8013/20189/17681 8025/20201/17692</w:t>
        <w:br/>
        <w:t>f 8014/20190/17682 8025/20201/17692 8026/20202/17693</w:t>
        <w:br/>
        <w:t>f 8015/20191/17683 8014/20190/17682 8026/20202/17693</w:t>
        <w:br/>
        <w:t>f 8028/20203/17694 8027/20204/17695 8016/20193/17685</w:t>
        <w:br/>
        <w:t>f 8017/20192/17684 8028/20203/17694 8016/20193/17685</w:t>
        <w:br/>
        <w:t>f 8018/20194/17686 8016/20193/17685 8027/20204/17695</w:t>
        <w:br/>
        <w:t>f 8029/20205/17696 8018/20194/17686 8027/20204/17695</w:t>
        <w:br/>
        <w:t>f 8029/20205/17696 8030/20206/17697 8019/20195/17687</w:t>
        <w:br/>
        <w:t>f 8018/20194/17686 8029/20205/17696 8019/20195/17687</w:t>
        <w:br/>
        <w:t>f 8020/20197/17688 8021/20196/17687 8032/20207/17697</w:t>
        <w:br/>
        <w:t>f 8031/20208/17698 8020/20197/17688 8032/20207/17697</w:t>
        <w:br/>
        <w:t>f 8034/20209/17699 8033/20210/17700 8023/20198/17689</w:t>
        <w:br/>
        <w:t>f 8022/20199/17690 8034/20209/17699 8023/20198/17689</w:t>
        <w:br/>
        <w:t>f 8023/20198/17689 8033/20210/17700 8035/20211/17701</w:t>
        <w:br/>
        <w:t>f 8024/20200/17691 8023/20198/17689 8035/20211/17701</w:t>
        <w:br/>
        <w:t>f 8036/20212/17702 8025/20201/17692 8024/20200/17691</w:t>
        <w:br/>
        <w:t>f 8035/20211/17701 8036/20212/17702 8024/20200/17691</w:t>
        <w:br/>
        <w:t>f 8025/20201/17692 8036/20212/17702 8037/20213/17703</w:t>
        <w:br/>
        <w:t>f 8026/20202/17693 8025/20201/17692 8037/20213/17703</w:t>
        <w:br/>
        <w:t>f 8027/20204/17695 8028/20203/17694 8038/20214/17704</w:t>
        <w:br/>
        <w:t>f 8039/20215/17705 8027/20204/17695 8038/20214/17704</w:t>
        <w:br/>
        <w:t>f 8039/20215/17705 8040/20216/17706 8029/20205/17696</w:t>
        <w:br/>
        <w:t>f 8027/20204/17695 8039/20215/17705 8029/20205/17696</w:t>
        <w:br/>
        <w:t>f 8040/20216/17706 8041/20217/17707 8030/20206/17697</w:t>
        <w:br/>
        <w:t>f 8029/20205/17696 8040/20216/17706 8030/20206/17697</w:t>
        <w:br/>
        <w:t>f 8031/20208/17698 8032/20207/17697 8043/20218/17707</w:t>
        <w:br/>
        <w:t>f 8042/20219/17708 8031/20208/17698 8043/20218/17707</w:t>
        <w:br/>
        <w:t>f 8034/20209/17699 8045/20220/17709 8044/20221/17710</w:t>
        <w:br/>
        <w:t>f 8033/20210/17700 8034/20209/17699 8044/20221/17710</w:t>
        <w:br/>
        <w:t>f 8033/20210/17700 8044/20221/17710 8046/20222/17711</w:t>
        <w:br/>
        <w:t>f 8035/20211/17701 8033/20210/17700 8046/20222/17711</w:t>
        <w:br/>
        <w:t>f 8035/20211/17701 8046/20222/17711 8047/20223/17712</w:t>
        <w:br/>
        <w:t>f 8036/20212/17702 8035/20211/17701 8047/20223/17712</w:t>
        <w:br/>
        <w:t>f 8037/20213/17703 8036/20212/17702 8047/20223/17712</w:t>
        <w:br/>
        <w:t>f 8048/20224/17713 8037/20213/17703 8047/20223/17712</w:t>
        <w:br/>
        <w:t>f 8050/20225/17714 8049/20226/17715 8039/20215/17705</w:t>
        <w:br/>
        <w:t>f 8038/20214/17704 8050/20225/17714 8039/20215/17705</w:t>
        <w:br/>
        <w:t>f 8049/20226/17715 8051/20227/17716 8040/20216/17706</w:t>
        <w:br/>
        <w:t>f 8039/20215/17705 8049/20226/17715 8040/20216/17706</w:t>
        <w:br/>
        <w:t>f 8041/20217/17707 8040/20216/17706 8051/20227/17716</w:t>
        <w:br/>
        <w:t>f 8052/20228/17717 8041/20217/17707 8051/20227/17716</w:t>
        <w:br/>
        <w:t>f 8042/20219/17708 8043/20218/17707 8053/20229/17717</w:t>
        <w:br/>
        <w:t>f 8054/20230/17718 8042/20219/17708 8053/20229/17717</w:t>
        <w:br/>
        <w:t>f 8057/20231/17719 8056/20232/17720 8055/20233/17721</w:t>
        <w:br/>
        <w:t>f 8058/20234/17722 8057/20231/17719 8055/20233/17721</w:t>
        <w:br/>
        <w:t>f 8044/20221/17710 8055/20233/17721 8059/20235/17723</w:t>
        <w:br/>
        <w:t>f 8046/20222/17711 8044/20221/17710 8059/20235/17723</w:t>
        <w:br/>
        <w:t>f 8046/20222/17711 8059/20235/17723 8060/20236/17724</w:t>
        <w:br/>
        <w:t>f 8047/20223/17712 8046/20222/17711 8060/20236/17724</w:t>
        <w:br/>
        <w:t>f 8047/20223/17712 8060/20236/17724 8061/20237/17725</w:t>
        <w:br/>
        <w:t>f 8048/20224/17713 8047/20223/17712 8061/20237/17725</w:t>
        <w:br/>
        <w:t>f 8049/20226/17715 8050/20225/17714 8061/20237/17725</w:t>
        <w:br/>
        <w:t>f 8062/20238/17726 8049/20226/17715 8061/20237/17725</w:t>
        <w:br/>
        <w:t>f 8051/20227/17716 8049/20226/17715 8062/20238/17726</w:t>
        <w:br/>
        <w:t>f 8063/20239/17727 8051/20227/17716 8062/20238/17726</w:t>
        <w:br/>
        <w:t>f 8063/20239/17727 8064/20240/17728 8052/20228/17717</w:t>
        <w:br/>
        <w:t>f 8051/20227/17716 8063/20239/17727 8052/20228/17717</w:t>
        <w:br/>
        <w:t>f 8065/20241/17728 8056/20232/17720 8054/20230/17718</w:t>
        <w:br/>
        <w:t>f 8053/20229/17717 8065/20241/17728 8054/20230/17718</w:t>
        <w:br/>
        <w:t>f 8067/20242/17729 8055/20233/17721 8056/20232/17720</w:t>
        <w:br/>
        <w:t>f 8066/20243/17730 8067/20242/17729 8056/20232/17720</w:t>
        <w:br/>
        <w:t>f 8055/20233/17721 8067/20242/17729 8068/20244/17731</w:t>
        <w:br/>
        <w:t>f 8059/20235/17723 8055/20233/17721 8068/20244/17731</w:t>
        <w:br/>
        <w:t>f 8069/20245/17732 8060/20236/17724 8059/20235/17723</w:t>
        <w:br/>
        <w:t>f 8068/20244/17731 8069/20245/17732 8059/20235/17723</w:t>
        <w:br/>
        <w:t>f 8060/20236/17724 8069/20245/17732 8070/20246/17733</w:t>
        <w:br/>
        <w:t>f 8061/20237/17725 8060/20236/17724 8070/20246/17733</w:t>
        <w:br/>
        <w:t>f 8070/20246/17733 8071/20247/17734 8062/20238/17726</w:t>
        <w:br/>
        <w:t>f 8061/20237/17725 8070/20246/17733 8062/20238/17726</w:t>
        <w:br/>
        <w:t>f 8063/20239/17727 8062/20238/17726 8071/20247/17734</w:t>
        <w:br/>
        <w:t>f 8072/20248/17735 8063/20239/17727 8071/20247/17734</w:t>
        <w:br/>
        <w:t>f 8064/20240/17728 8063/20239/17727 8072/20248/17735</w:t>
        <w:br/>
        <w:t>f 8073/20249/17736 8064/20240/17728 8072/20248/17735</w:t>
        <w:br/>
        <w:t>f 8074/20250/17737 8066/20243/17730 8056/20232/17720</w:t>
        <w:br/>
        <w:t>f 8065/20241/17728 8074/20250/17737 8056/20232/17720</w:t>
        <w:br/>
        <w:t>f 8067/20242/17729 8066/20243/17730 8076/20251/17738</w:t>
        <w:br/>
        <w:t>f 8075/20252/17739 8067/20242/17729 8076/20251/17738</w:t>
        <w:br/>
        <w:t>f 8067/20242/17729 8075/20252/17739 8077/20253/17740</w:t>
        <w:br/>
        <w:t>f 8068/20244/17731 8067/20242/17729 8077/20253/17740</w:t>
        <w:br/>
        <w:t>f 8078/20254/17741 8069/20245/17732 8068/20244/17731</w:t>
        <w:br/>
        <w:t>f 8077/20253/17740 8078/20254/17741 8068/20244/17731</w:t>
        <w:br/>
        <w:t>f 8069/20245/17732 8078/20254/17741 8079/20255/17742</w:t>
        <w:br/>
        <w:t>f 8070/20246/17733 8069/20245/17732 8079/20255/17742</w:t>
        <w:br/>
        <w:t>f 8080/20256/17743 8071/20247/17734 8070/20246/17733</w:t>
        <w:br/>
        <w:t>f 8079/20255/17742 8080/20256/17743 8070/20246/17733</w:t>
        <w:br/>
        <w:t>f 8072/20248/17735 8071/20247/17734 8080/20256/17743</w:t>
        <w:br/>
        <w:t>f 8081/20257/17744 8072/20248/17735 8080/20256/17743</w:t>
        <w:br/>
        <w:t>f 8073/20249/17736 8072/20248/17735 8081/20257/17744</w:t>
        <w:br/>
        <w:t>f 8082/20258/17745 8073/20249/17736 8081/20257/17744</w:t>
        <w:br/>
        <w:t>f 8083/20259/17746 8076/20251/17738 8066/20243/17730</w:t>
        <w:br/>
        <w:t>f 8074/20250/17737 8083/20259/17746 8066/20243/17730</w:t>
        <w:br/>
        <w:t>f 8086/20260/17747 8085/20261/17748 8084/20262/17749</w:t>
        <w:br/>
        <w:t>f 8087/20263/17750 8086/20260/17747 8084/20262/17749</w:t>
        <w:br/>
        <w:t>f 8089/20264/17751 8088/20265/17752 8086/20260/17747</w:t>
        <w:br/>
        <w:t>f 8087/20263/17750 8089/20264/17751 8086/20260/17747</w:t>
        <w:br/>
        <w:t>f 8088/20265/17752 8089/20264/17751 8091/20266/17753</w:t>
        <w:br/>
        <w:t>f 8090/20267/17754 8088/20265/17752 8091/20266/17753</w:t>
        <w:br/>
        <w:t>f 8093/20268/17755 8092/20269/17756 8090/20267/17754</w:t>
        <w:br/>
        <w:t>f 8091/20266/17753 8093/20268/17755 8090/20267/17754</w:t>
        <w:br/>
        <w:t>f 8093/20268/17755 8095/20270/17757 8094/20271/17758</w:t>
        <w:br/>
        <w:t>f 8092/20269/17756 8093/20268/17755 8094/20271/17758</w:t>
        <w:br/>
        <w:t>f 8097/20272/17759 8096/20273/17760 8094/20271/17758</w:t>
        <w:br/>
        <w:t>f 8095/20270/17757 8097/20272/17759 8094/20271/17758</w:t>
        <w:br/>
        <w:t>f 8097/20272/17759 8099/20274/17761 8098/20275/17762</w:t>
        <w:br/>
        <w:t>f 8096/20273/17760 8097/20272/17759 8098/20275/17762</w:t>
        <w:br/>
        <w:t>f 8101/20276/17761 8084/20262/17749 8085/20261/17748</w:t>
        <w:br/>
        <w:t>f 8100/20277/17763 8101/20276/17761 8085/20261/17748</w:t>
        <w:br/>
        <w:t>f 8104/20278/17764 8103/20279/17765 8102/20280/17766</w:t>
        <w:br/>
        <w:t>f 8105/20281/17767 8104/20278/17764 8102/20280/17766</w:t>
        <w:br/>
        <w:t>f 8102/20280/17766 8107/20282/17768 8106/20283/17769</w:t>
        <w:br/>
        <w:t>f 8105/20281/17767 8102/20280/17766 8106/20283/17769</w:t>
        <w:br/>
        <w:t>f 8109/20284/17770 8106/20283/17769 8107/20282/17768</w:t>
        <w:br/>
        <w:t>f 8108/20285/17771 8109/20284/17770 8107/20282/17768</w:t>
        <w:br/>
        <w:t>f 8111/20286/17772 8109/20284/17770 8108/20285/17771</w:t>
        <w:br/>
        <w:t>f 8110/20287/17773 8111/20286/17772 8108/20285/17771</w:t>
        <w:br/>
        <w:t>f 8113/20288/17774 8111/20286/17772 8110/20287/17773</w:t>
        <w:br/>
        <w:t>f 8112/20289/17775 8113/20288/17774 8110/20287/17773</w:t>
        <w:br/>
        <w:t>f 8113/20288/17774 8112/20289/17775 8115/20290/17776</w:t>
        <w:br/>
        <w:t>f 8114/20291/17777 8113/20288/17774 8115/20290/17776</w:t>
        <w:br/>
        <w:t>f 8114/20291/17777 8115/20290/17776 8117/20292/17778</w:t>
        <w:br/>
        <w:t>f 8116/20293/17779 8114/20291/17777 8117/20292/17778</w:t>
        <w:br/>
        <w:t>f 8103/20279/17765 8104/20278/17764 8118/20294/17779</w:t>
        <w:br/>
        <w:t>f 8119/20295/17780 8103/20279/17765 8118/20294/17779</w:t>
        <w:br/>
        <w:t>f 8122/20296/17781 8121/20297/17782 8120/20298/17783</w:t>
        <w:br/>
        <w:t>f 8123/20299/17784 8122/20296/17781 8120/20298/17783</w:t>
        <w:br/>
        <w:t>f 8122/20296/17781 8125/20300/17785 8124/20301/17786</w:t>
        <w:br/>
        <w:t>f 8121/20297/17782 8122/20296/17781 8124/20301/17786</w:t>
        <w:br/>
        <w:t>f 8127/20302/17787 8124/20301/17786 8125/20300/17785</w:t>
        <w:br/>
        <w:t>f 8126/20303/17788 8127/20302/17787 8125/20300/17785</w:t>
        <w:br/>
        <w:t>f 8126/20303/17788 8129/20304/17789 8128/20305/17790</w:t>
        <w:br/>
        <w:t>f 8127/20302/17787 8126/20303/17788 8128/20305/17790</w:t>
        <w:br/>
        <w:t>f 8130/20306/17791 8128/20305/17790 8129/20304/17789</w:t>
        <w:br/>
        <w:t>f 8131/20307/17792 8130/20306/17791 8129/20304/17789</w:t>
        <w:br/>
        <w:t>f 8130/20306/17791 8131/20307/17792 8133/20308/17793</w:t>
        <w:br/>
        <w:t>f 8132/20309/17794 8130/20306/17791 8133/20308/17793</w:t>
        <w:br/>
        <w:t>f 8135/20310/17795 8134/20311/17796 8132/20309/17794</w:t>
        <w:br/>
        <w:t>f 8133/20308/17793 8135/20310/17795 8132/20309/17794</w:t>
        <w:br/>
        <w:t>f 8123/20299/17784 8120/20298/17783 8137/20312/17796</w:t>
        <w:br/>
        <w:t>f 8136/20313/17797 8123/20299/17784 8137/20312/17796</w:t>
        <w:br/>
        <w:t>f 8140/20314/17798 8139/20315/17799 8138/20316/17800</w:t>
        <w:br/>
        <w:t>f 8141/20317/17801 8140/20314/17798 8138/20316/17800</w:t>
        <w:br/>
        <w:t>f 8142/20318/17802 8140/20314/17798 8141/20317/17801</w:t>
        <w:br/>
        <w:t>f 8143/20319/17803 8142/20318/17802 8141/20317/17801</w:t>
        <w:br/>
        <w:t>f 8143/20319/17803 8145/20320/17804 8144/20321/17805</w:t>
        <w:br/>
        <w:t>f 8142/20318/17802 8143/20319/17803 8144/20321/17805</w:t>
        <w:br/>
        <w:t>f 8145/20320/17804 8147/20322/17806 8146/20323/17807</w:t>
        <w:br/>
        <w:t>f 8144/20321/17805 8145/20320/17804 8146/20323/17807</w:t>
        <w:br/>
        <w:t>f 8146/20323/17807 8147/20322/17806 8149/20324/17808</w:t>
        <w:br/>
        <w:t>f 8148/20325/17809 8146/20323/17807 8149/20324/17808</w:t>
        <w:br/>
        <w:t>f 8148/20325/17809 8149/20324/17808 8151/20326/17810</w:t>
        <w:br/>
        <w:t>f 8150/20327/17811 8148/20325/17809 8151/20326/17810</w:t>
        <w:br/>
        <w:t>f 8150/20327/17811 8151/20326/17810 8153/20328/17812</w:t>
        <w:br/>
        <w:t>f 8152/20329/17813 8150/20327/17811 8153/20328/17812</w:t>
        <w:br/>
        <w:t>f 8155/20330/17813 8154/20331/17812 8138/20316/17800</w:t>
        <w:br/>
        <w:t>f 8139/20315/17799 8155/20330/17813 8138/20316/17800</w:t>
        <w:br/>
        <w:t>f 8138/20316/17800 8157/20332/17814 8156/20333/17815</w:t>
        <w:br/>
        <w:t>f 8141/20317/17801 8138/20316/17800 8156/20333/17815</w:t>
        <w:br/>
        <w:t>f 8141/20317/17801 8156/20333/17815 8158/20334/17816</w:t>
        <w:br/>
        <w:t>f 8143/20319/17803 8141/20317/17801 8158/20334/17816</w:t>
        <w:br/>
        <w:t>f 8159/20335/17817 8145/20320/17804 8143/20319/17803</w:t>
        <w:br/>
        <w:t>f 8158/20334/17816 8159/20335/17817 8143/20319/17803</w:t>
        <w:br/>
        <w:t>f 8160/20336/17818 8147/20322/17806 8145/20320/17804</w:t>
        <w:br/>
        <w:t>f 8159/20335/17817 8160/20336/17818 8145/20320/17804</w:t>
        <w:br/>
        <w:t>f 8160/20336/17818 8161/20337/17819 8149/20324/17808</w:t>
        <w:br/>
        <w:t>f 8147/20322/17806 8160/20336/17818 8149/20324/17808</w:t>
        <w:br/>
        <w:t>f 8161/20337/17819 8162/20338/17820 8151/20326/17810</w:t>
        <w:br/>
        <w:t>f 8149/20324/17808 8161/20337/17819 8151/20326/17810</w:t>
        <w:br/>
        <w:t>f 8153/20328/17812 8151/20326/17810 8162/20338/17820</w:t>
        <w:br/>
        <w:t>f 8163/20339/17821 8153/20328/17812 8162/20338/17820</w:t>
        <w:br/>
        <w:t>f 8157/20332/17814 8138/20316/17800 8154/20331/17812</w:t>
        <w:br/>
        <w:t>f 8164/20340/17822 8157/20332/17814 8154/20331/17812</w:t>
        <w:br/>
        <w:t>f 8157/20332/17814 8166/20341/17823 8165/20342/17824</w:t>
        <w:br/>
        <w:t>f 8156/20333/17815 8157/20332/17814 8165/20342/17824</w:t>
        <w:br/>
        <w:t>f 8156/20333/17815 8165/20342/17824 8167/20343/17825</w:t>
        <w:br/>
        <w:t>f 8158/20334/17816 8156/20333/17815 8167/20343/17825</w:t>
        <w:br/>
        <w:t>f 8158/20334/17816 8167/20343/17825 8168/20344/17826</w:t>
        <w:br/>
        <w:t>f 8159/20335/17817 8158/20334/17816 8168/20344/17826</w:t>
        <w:br/>
        <w:t>f 8159/20335/17817 8168/20344/17826 8169/20345/17827</w:t>
        <w:br/>
        <w:t>f 8160/20336/17818 8159/20335/17817 8169/20345/17827</w:t>
        <w:br/>
        <w:t>f 8161/20337/17819 8160/20336/17818 8169/20345/17827</w:t>
        <w:br/>
        <w:t>f 8170/20346/17828 8161/20337/17819 8169/20345/17827</w:t>
        <w:br/>
        <w:t>f 8162/20338/17820 8161/20337/17819 8170/20346/17828</w:t>
        <w:br/>
        <w:t>f 8171/20347/17829 8162/20338/17820 8170/20346/17828</w:t>
        <w:br/>
        <w:t>f 8171/20347/17829 8172/20348/17830 8163/20339/17821</w:t>
        <w:br/>
        <w:t>f 8162/20338/17820 8171/20347/17829 8163/20339/17821</w:t>
        <w:br/>
        <w:t>f 8173/20349/17830 8166/20341/17823 8157/20332/17814</w:t>
        <w:br/>
        <w:t>f 8164/20340/17822 8173/20349/17830 8157/20332/17814</w:t>
        <w:br/>
        <w:t>f 8175/20350/17831 8165/20342/17824 8166/20341/17823</w:t>
        <w:br/>
        <w:t>f 8174/20351/17832 8175/20350/17831 8166/20341/17823</w:t>
        <w:br/>
        <w:t>f 8176/20352/17833 8167/20343/17825 8165/20342/17824</w:t>
        <w:br/>
        <w:t>f 8175/20350/17831 8176/20352/17833 8165/20342/17824</w:t>
        <w:br/>
        <w:t>f 8176/20352/17833 8177/20353/17834 8168/20344/17826</w:t>
        <w:br/>
        <w:t>f 8167/20343/17825 8176/20352/17833 8168/20344/17826</w:t>
        <w:br/>
        <w:t>f 8169/20345/17827 8168/20344/17826 8177/20353/17834</w:t>
        <w:br/>
        <w:t>f 8178/20354/17835 8169/20345/17827 8177/20353/17834</w:t>
        <w:br/>
        <w:t>f 8170/20346/17828 8169/20345/17827 8178/20354/17835</w:t>
        <w:br/>
        <w:t>f 8179/20355/17836 8170/20346/17828 8178/20354/17835</w:t>
        <w:br/>
        <w:t>f 8179/20355/17836 8180/20356/17837 8171/20347/17829</w:t>
        <w:br/>
        <w:t>f 8170/20346/17828 8179/20355/17836 8171/20347/17829</w:t>
        <w:br/>
        <w:t>f 8171/20347/17829 8180/20356/17837 8181/20357/17838</w:t>
        <w:br/>
        <w:t>f 8172/20348/17830 8171/20347/17829 8181/20357/17838</w:t>
        <w:br/>
        <w:t>f 8166/20341/17823 8173/20349/17830 8182/20358/17839</w:t>
        <w:br/>
        <w:t>f 8174/20351/17832 8166/20341/17823 8182/20358/17839</w:t>
        <w:br/>
        <w:t>f 8174/20351/17832 8184/20359/17840 8183/20360/17841</w:t>
        <w:br/>
        <w:t>f 8175/20350/17831 8174/20351/17832 8183/20360/17841</w:t>
        <w:br/>
        <w:t>f 8175/20350/17831 8183/20360/17841 8185/20361/17842</w:t>
        <w:br/>
        <w:t>f 8176/20352/17833 8175/20350/17831 8185/20361/17842</w:t>
        <w:br/>
        <w:t>f 8186/20362/17843 8177/20353/17834 8176/20352/17833</w:t>
        <w:br/>
        <w:t>f 8185/20361/17842 8186/20362/17843 8176/20352/17833</w:t>
        <w:br/>
        <w:t>f 8177/20353/17834 8186/20362/17843 8187/20363/17844</w:t>
        <w:br/>
        <w:t>f 8178/20354/17835 8177/20353/17834 8187/20363/17844</w:t>
        <w:br/>
        <w:t>f 8187/20363/17844 8188/20364/17845 8179/20355/17836</w:t>
        <w:br/>
        <w:t>f 8178/20354/17835 8187/20363/17844 8179/20355/17836</w:t>
        <w:br/>
        <w:t>f 8188/20364/17845 8189/20365/17846 8180/20356/17837</w:t>
        <w:br/>
        <w:t>f 8179/20355/17836 8188/20364/17845 8180/20356/17837</w:t>
        <w:br/>
        <w:t>f 8189/20365/17846 8190/20366/17847 8181/20357/17838</w:t>
        <w:br/>
        <w:t>f 8180/20356/17837 8189/20365/17846 8181/20357/17838</w:t>
        <w:br/>
        <w:t>f 8191/20367/17847 8184/20359/17840 8174/20351/17832</w:t>
        <w:br/>
        <w:t>f 8182/20358/17839 8191/20367/17847 8174/20351/17832</w:t>
        <w:br/>
        <w:t>f 8193/20368/17848 8183/20360/17841 8184/20359/17840</w:t>
        <w:br/>
        <w:t>f 8192/20369/17849 8193/20368/17848 8184/20359/17840</w:t>
        <w:br/>
        <w:t>f 8183/20360/17841 8193/20368/17848 8194/20370/17850</w:t>
        <w:br/>
        <w:t>f 8185/20361/17842 8183/20360/17841 8194/20370/17850</w:t>
        <w:br/>
        <w:t>f 8185/20361/17842 8194/20370/17850 8195/20371/17851</w:t>
        <w:br/>
        <w:t>f 8186/20362/17843 8185/20361/17842 8195/20371/17851</w:t>
        <w:br/>
        <w:t>f 8196/20372/17852 8187/20363/17844 8186/20362/17843</w:t>
        <w:br/>
        <w:t>f 8195/20371/17851 8196/20372/17852 8186/20362/17843</w:t>
        <w:br/>
        <w:t>f 8196/20372/17852 8197/20373/17853 8188/20364/17845</w:t>
        <w:br/>
        <w:t>f 8187/20363/17844 8196/20372/17852 8188/20364/17845</w:t>
        <w:br/>
        <w:t>f 8197/20373/17853 8198/20374/17854 8189/20365/17846</w:t>
        <w:br/>
        <w:t>f 8188/20364/17845 8197/20373/17853 8189/20365/17846</w:t>
        <w:br/>
        <w:t>f 8190/20366/17847 8189/20365/17846 8198/20374/17854</w:t>
        <w:br/>
        <w:t>f 8199/20375/17855 8190/20366/17847 8198/20374/17854</w:t>
        <w:br/>
        <w:t>f 8184/20359/17840 8191/20367/17847 8200/20376/17855</w:t>
        <w:br/>
        <w:t>f 8192/20369/17849 8184/20359/17840 8200/20376/17855</w:t>
        <w:br/>
        <w:t>f 8204/20377/17856 8203/20378/17857 8202/20379/17858</w:t>
        <w:br/>
        <w:t>f 8201/20380/17859 8204/20377/17856 8202/20379/17858</w:t>
        <w:br/>
        <w:t>f 8205/20381/17860 8202/20379/17858 8203/20378/17857</w:t>
        <w:br/>
        <w:t>f 8206/20382/17861 8205/20381/17860 8203/20378/17857</w:t>
        <w:br/>
        <w:t>f 8208/20383/17862 8207/20384/17863 8205/20381/17860</w:t>
        <w:br/>
        <w:t>f 8206/20382/17861 8208/20383/17862 8205/20381/17860</w:t>
        <w:br/>
        <w:t>f 8207/20384/17863 8208/20383/17862 8210/20385/17864</w:t>
        <w:br/>
        <w:t>f 8209/20386/17865 8207/20384/17863 8210/20385/17864</w:t>
        <w:br/>
        <w:t>f 8209/20386/17865 8210/20385/17864 8212/20387/17866</w:t>
        <w:br/>
        <w:t>f 8211/20388/17867 8209/20386/17865 8212/20387/17866</w:t>
        <w:br/>
        <w:t>f 8211/20388/17867 8212/20387/17866 8214/20389/17868</w:t>
        <w:br/>
        <w:t>f 8213/20390/17869 8211/20388/17867 8214/20389/17868</w:t>
        <w:br/>
        <w:t>f 8214/20389/17868 8216/20391/17870 8215/20392/17871</w:t>
        <w:br/>
        <w:t>f 8213/20390/17869 8214/20389/17868 8215/20392/17871</w:t>
        <w:br/>
        <w:t>f 8201/20380/17859 8218/20393/17871 8217/20394/17870</w:t>
        <w:br/>
        <w:t>f 8204/20377/17856 8201/20380/17859 8217/20394/17870</w:t>
        <w:br/>
        <w:t>f 8203/20378/17857 8204/20377/17856 8219/20395/17872</w:t>
        <w:br/>
        <w:t>f 8220/20396/17873 8203/20378/17857 8219/20395/17872</w:t>
        <w:br/>
        <w:t>f 8206/20382/17861 8203/20378/17857 8220/20396/17873</w:t>
        <w:br/>
        <w:t>f 8221/20397/17874 8206/20382/17861 8220/20396/17873</w:t>
        <w:br/>
        <w:t>f 8221/20397/17874 8222/20398/17875 8208/20383/17862</w:t>
        <w:br/>
        <w:t>f 8206/20382/17861 8221/20397/17874 8208/20383/17862</w:t>
        <w:br/>
        <w:t>f 8208/20383/17862 8222/20398/17875 8223/20399/17876</w:t>
        <w:br/>
        <w:t>f 8210/20385/17864 8208/20383/17862 8223/20399/17876</w:t>
        <w:br/>
        <w:t>f 8224/20400/17877 8212/20387/17866 8210/20385/17864</w:t>
        <w:br/>
        <w:t>f 8223/20399/17876 8224/20400/17877 8210/20385/17864</w:t>
        <w:br/>
        <w:t>f 8225/20401/17878 8214/20389/17868 8212/20387/17866</w:t>
        <w:br/>
        <w:t>f 8224/20400/17877 8225/20401/17878 8212/20387/17866</w:t>
        <w:br/>
        <w:t>f 8214/20389/17868 8225/20401/17878 8226/20402/17879</w:t>
        <w:br/>
        <w:t>f 8216/20391/17870 8214/20389/17868 8226/20402/17879</w:t>
        <w:br/>
        <w:t>f 8217/20394/17870 8227/20403/17880 8219/20395/17872</w:t>
        <w:br/>
        <w:t>f 8204/20377/17856 8217/20394/17870 8219/20395/17872</w:t>
        <w:br/>
        <w:t>f 8219/20395/17872 8229/20404/17881 8228/20405/17882</w:t>
        <w:br/>
        <w:t>f 8220/20396/17873 8219/20395/17872 8228/20405/17882</w:t>
        <w:br/>
        <w:t>f 8230/20406/17620 8221/20397/17874 8220/20396/17873</w:t>
        <w:br/>
        <w:t>f 8228/20405/17882 8230/20406/17620 8220/20396/17873</w:t>
        <w:br/>
        <w:t>f 8221/20397/17874 8230/20406/17620 8231/20407/17622</w:t>
        <w:br/>
        <w:t>f 8222/20398/17875 8221/20397/17874 8231/20407/17622</w:t>
        <w:br/>
        <w:t>f 8222/20398/17875 8231/20407/17622 8232/20408/17883</w:t>
        <w:br/>
        <w:t>f 8223/20399/17876 8222/20398/17875 8232/20408/17883</w:t>
        <w:br/>
        <w:t>f 8223/20399/17876 8232/20408/17883 8233/20409/17884</w:t>
        <w:br/>
        <w:t>f 8224/20400/17877 8223/20399/17876 8233/20409/17884</w:t>
        <w:br/>
        <w:t>f 8234/20410/17885 8225/20401/17878 8224/20400/17877</w:t>
        <w:br/>
        <w:t>f 8233/20409/17884 8234/20410/17885 8224/20400/17877</w:t>
        <w:br/>
        <w:t>f 8225/20401/17878 8234/20410/17885 8235/20411/17630</w:t>
        <w:br/>
        <w:t>f 8226/20402/17879 8225/20401/17878 8235/20411/17630</w:t>
        <w:br/>
        <w:t>f 8227/20403/17880 8236/20412/17630 8229/20404/17881</w:t>
        <w:br/>
        <w:t>f 8219/20395/17872 8227/20403/17880 8229/20404/17881</w:t>
        <w:br/>
        <w:t>f 8075/20252/17739 8076/20251/17738 8085/20261/17748</w:t>
        <w:br/>
        <w:t>f 8086/20260/17747 8075/20252/17739 8085/20261/17748</w:t>
        <w:br/>
        <w:t>f 8075/20252/17739 8086/20260/17747 8088/20265/17752</w:t>
        <w:br/>
        <w:t>f 8077/20253/17740 8075/20252/17739 8088/20265/17752</w:t>
        <w:br/>
        <w:t>f 8090/20267/17754 8078/20254/17741 8077/20253/17740</w:t>
        <w:br/>
        <w:t>f 8088/20265/17752 8090/20267/17754 8077/20253/17740</w:t>
        <w:br/>
        <w:t>f 8078/20254/17741 8090/20267/17754 8092/20269/17756</w:t>
        <w:br/>
        <w:t>f 8079/20255/17742 8078/20254/17741 8092/20269/17756</w:t>
        <w:br/>
        <w:t>f 8079/20255/17742 8092/20269/17756 8094/20271/17758</w:t>
        <w:br/>
        <w:t>f 8080/20256/17743 8079/20255/17742 8094/20271/17758</w:t>
        <w:br/>
        <w:t>f 8094/20271/17758 8096/20273/17760 8081/20257/17744</w:t>
        <w:br/>
        <w:t>f 8080/20256/17743 8094/20271/17758 8081/20257/17744</w:t>
        <w:br/>
        <w:t>f 8096/20273/17760 8098/20275/17762 8082/20258/17745</w:t>
        <w:br/>
        <w:t>f 8081/20257/17744 8096/20273/17760 8082/20258/17745</w:t>
        <w:br/>
        <w:t>f 8100/20277/17763 8085/20261/17748 8076/20251/17738</w:t>
        <w:br/>
        <w:t>f 8083/20259/17746 8100/20277/17763 8076/20251/17738</w:t>
        <w:br/>
        <w:t>f 8201/20380/17859 8202/20379/17858 8193/20368/17848</w:t>
        <w:br/>
        <w:t>f 8192/20369/17849 8201/20380/17859 8193/20368/17848</w:t>
        <w:br/>
        <w:t>f 8193/20368/17848 8202/20379/17858 8205/20381/17860</w:t>
        <w:br/>
        <w:t>f 8194/20370/17850 8193/20368/17848 8205/20381/17860</w:t>
        <w:br/>
        <w:t>f 8207/20384/17863 8195/20371/17851 8194/20370/17850</w:t>
        <w:br/>
        <w:t>f 8205/20381/17860 8207/20384/17863 8194/20370/17850</w:t>
        <w:br/>
        <w:t>f 8195/20371/17851 8207/20384/17863 8209/20386/17865</w:t>
        <w:br/>
        <w:t>f 8196/20372/17852 8195/20371/17851 8209/20386/17865</w:t>
        <w:br/>
        <w:t>f 8196/20372/17852 8209/20386/17865 8211/20388/17867</w:t>
        <w:br/>
        <w:t>f 8197/20373/17853 8196/20372/17852 8211/20388/17867</w:t>
        <w:br/>
        <w:t>f 8211/20388/17867 8213/20390/17869 8198/20374/17854</w:t>
        <w:br/>
        <w:t>f 8197/20373/17853 8211/20388/17867 8198/20374/17854</w:t>
        <w:br/>
        <w:t>f 8213/20390/17869 8215/20392/17871 8199/20375/17855</w:t>
        <w:br/>
        <w:t>f 8198/20374/17854 8213/20390/17869 8199/20375/17855</w:t>
        <w:br/>
        <w:t>f 8218/20393/17871 8201/20380/17859 8192/20369/17849</w:t>
        <w:br/>
        <w:t>f 8200/20376/17855 8218/20393/17871 8192/20369/17849</w:t>
        <w:br/>
        <w:t>f 8139/20315/17799 8140/20314/17798 8122/20296/17781</w:t>
        <w:br/>
        <w:t>f 8123/20299/17784 8139/20315/17799 8122/20296/17781</w:t>
        <w:br/>
        <w:t>f 8140/20314/17798 8142/20318/17802 8125/20300/17785</w:t>
        <w:br/>
        <w:t>f 8122/20296/17781 8140/20314/17798 8125/20300/17785</w:t>
        <w:br/>
        <w:t>f 8126/20303/17788 8125/20300/17785 8142/20318/17802</w:t>
        <w:br/>
        <w:t>f 8144/20321/17805 8126/20303/17788 8142/20318/17802</w:t>
        <w:br/>
        <w:t>f 8144/20321/17805 8146/20323/17807 8129/20304/17789</w:t>
        <w:br/>
        <w:t>f 8126/20303/17788 8144/20321/17805 8129/20304/17789</w:t>
        <w:br/>
        <w:t>f 8129/20304/17789 8146/20323/17807 8148/20325/17809</w:t>
        <w:br/>
        <w:t>f 8131/20307/17792 8129/20304/17789 8148/20325/17809</w:t>
        <w:br/>
        <w:t>f 8131/20307/17792 8148/20325/17809 8150/20327/17811</w:t>
        <w:br/>
        <w:t>f 8133/20308/17793 8131/20307/17792 8150/20327/17811</w:t>
        <w:br/>
        <w:t>f 8133/20308/17793 8150/20327/17811 8152/20329/17813</w:t>
        <w:br/>
        <w:t>f 8135/20310/17795 8133/20308/17793 8152/20329/17813</w:t>
        <w:br/>
        <w:t>f 8136/20313/17797 8155/20330/17813 8139/20315/17799</w:t>
        <w:br/>
        <w:t>f 8123/20299/17784 8136/20313/17797 8139/20315/17799</w:t>
        <w:br/>
        <w:t>f 8121/20297/17782 8102/20280/17766 8103/20279/17765</w:t>
        <w:br/>
        <w:t>f 8120/20298/17783 8121/20297/17782 8103/20279/17765</w:t>
        <w:br/>
        <w:t>f 8121/20297/17782 8124/20301/17786 8107/20282/17768</w:t>
        <w:br/>
        <w:t>f 8102/20280/17766 8121/20297/17782 8107/20282/17768</w:t>
        <w:br/>
        <w:t>f 8108/20285/17771 8107/20282/17768 8124/20301/17786</w:t>
        <w:br/>
        <w:t>f 8127/20302/17787 8108/20285/17771 8124/20301/17786</w:t>
        <w:br/>
        <w:t>f 8110/20287/17773 8108/20285/17771 8127/20302/17787</w:t>
        <w:br/>
        <w:t>f 8128/20305/17790 8110/20287/17773 8127/20302/17787</w:t>
        <w:br/>
        <w:t>f 8112/20289/17775 8110/20287/17773 8128/20305/17790</w:t>
        <w:br/>
        <w:t>f 8130/20306/17791 8112/20289/17775 8128/20305/17790</w:t>
        <w:br/>
        <w:t>f 8132/20309/17794 8115/20290/17776 8112/20289/17775</w:t>
        <w:br/>
        <w:t>f 8130/20306/17791 8132/20309/17794 8112/20289/17775</w:t>
        <w:br/>
        <w:t>f 8115/20290/17776 8132/20309/17794 8134/20311/17796</w:t>
        <w:br/>
        <w:t>f 8117/20292/17778 8115/20290/17776 8134/20311/17796</w:t>
        <w:br/>
        <w:t>f 8120/20298/17783 8103/20279/17765 8119/20295/17780</w:t>
        <w:br/>
        <w:t>f 8137/20312/17796 8120/20298/17783 8119/20295/17780</w:t>
        <w:br/>
        <w:t>f 8087/20263/17750 8084/20262/17749 8104/20278/17764</w:t>
        <w:br/>
        <w:t>f 8105/20281/17767 8087/20263/17750 8104/20278/17764</w:t>
        <w:br/>
        <w:t>f 8087/20263/17750 8105/20281/17767 8106/20283/17769</w:t>
        <w:br/>
        <w:t>f 8089/20264/17751 8087/20263/17750 8106/20283/17769</w:t>
        <w:br/>
        <w:t>f 8091/20266/17753 8089/20264/17751 8106/20283/17769</w:t>
        <w:br/>
        <w:t>f 8109/20284/17770 8091/20266/17753 8106/20283/17769</w:t>
        <w:br/>
        <w:t>f 8109/20284/17770 8111/20286/17772 8093/20268/17755</w:t>
        <w:br/>
        <w:t>f 8091/20266/17753 8109/20284/17770 8093/20268/17755</w:t>
        <w:br/>
        <w:t>f 8095/20270/17757 8093/20268/17755 8111/20286/17772</w:t>
        <w:br/>
        <w:t>f 8113/20288/17774 8095/20270/17757 8111/20286/17772</w:t>
        <w:br/>
        <w:t>f 8095/20270/17757 8113/20288/17774 8114/20291/17777</w:t>
        <w:br/>
        <w:t>f 8097/20272/17759 8095/20270/17757 8114/20291/17777</w:t>
        <w:br/>
        <w:t>f 8097/20272/17759 8114/20291/17777 8116/20293/17779</w:t>
        <w:br/>
        <w:t>f 8099/20274/17761 8097/20272/17759 8116/20293/17779</w:t>
        <w:br/>
        <w:t>f 8104/20278/17764 8084/20262/17749 8101/20276/17761</w:t>
        <w:br/>
        <w:t>f 8118/20294/17779 8104/20278/17764 8101/20276/17761</w:t>
        <w:br/>
        <w:t>f 7989/20168/17662 7990/20167/17661 7978/20155/17649</w:t>
        <w:br/>
        <w:t>f 7979/20154/17648 7989/20168/17662 7978/20155/17649</w:t>
        <w:br/>
        <w:t>f 7980/20156/17650 7978/20155/17649 7990/20167/17661</w:t>
        <w:br/>
        <w:t>f 7993/20170/17664 7980/20156/17650 7990/20167/17661</w:t>
        <w:br/>
        <w:t>f 7981/20157/17651 7980/20156/17650 7993/20170/17664</w:t>
        <w:br/>
        <w:t>f 7996/20171/17665 7981/20157/17651 7993/20170/17664</w:t>
        <w:br/>
        <w:t>f 7982/20158/17652 7981/20157/17651 7996/20171/17665</w:t>
        <w:br/>
        <w:t>f 7997/20174/17668 7982/20158/17652 7996/20171/17665</w:t>
        <w:br/>
        <w:t>f 7983/20160/17654 7999/20177/17671 8000/20176/17670</w:t>
        <w:br/>
        <w:t>f 7984/20159/17653 7983/20160/17654 8000/20176/17670</w:t>
        <w:br/>
        <w:t>f 8003/20180/17674 7985/20161/17655 7984/20159/17653</w:t>
        <w:br/>
        <w:t>f 8000/20176/17670 8003/20180/17674 7984/20159/17653</w:t>
        <w:br/>
        <w:t>f 8005/20182/17676 7986/20162/17656 7985/20161/17655</w:t>
        <w:br/>
        <w:t>f 8003/20180/17674 8005/20182/17676 7985/20161/17655</w:t>
        <w:br/>
        <w:t>f 8009/20184/17678 7987/20164/17658 7988/20163/17657</w:t>
        <w:br/>
        <w:t>f 8008/20185/17676 8009/20184/17678 7988/20163/17657</w:t>
        <w:br/>
        <w:t>f 8239/20413/17886 8238/20414/17887 8237/20415/17888</w:t>
        <w:br/>
        <w:t>f 8240/20416/17889 8239/20413/17886 8237/20415/17888</w:t>
        <w:br/>
        <w:t>f 8243/20417/17890 8242/20418/17891 8241/20419/17892</w:t>
        <w:br/>
        <w:t>f 8244/20420/17888 8243/20417/17890 8241/20419/17892</w:t>
        <w:br/>
        <w:t>f 8247/20421/17893 8246/20422/17894 8245/20423/17895</w:t>
        <w:br/>
        <w:t>f 8248/20424/17896 8247/20421/17893 8245/20423/17895</w:t>
        <w:br/>
        <w:t>f 8250/20425/17897 8248/20424/17896 8245/20423/17895</w:t>
        <w:br/>
        <w:t>f 8249/20426/17898 8250/20425/17897 8245/20423/17895</w:t>
        <w:br/>
        <w:t>f 8249/20426/17898 8252/20427/17899 8251/20428/17900</w:t>
        <w:br/>
        <w:t>f 8250/20425/17897 8249/20426/17898 8251/20428/17900</w:t>
        <w:br/>
        <w:t>f 8252/20427/17899 8254/20429/17901 8253/20430/17902</w:t>
        <w:br/>
        <w:t>f 8251/20428/17900 8252/20427/17899 8253/20430/17902</w:t>
        <w:br/>
        <w:t>f 8238/20414/17887 8239/20413/17886 8256/20431/17903</w:t>
        <w:br/>
        <w:t>f 8255/20432/17904 8238/20414/17887 8256/20431/17903</w:t>
        <w:br/>
        <w:t>f 8237/20415/17888 8238/20414/17887 8258/20433/17905</w:t>
        <w:br/>
        <w:t>f 8257/20434/17906 8237/20415/17888 8258/20433/17905</w:t>
        <w:br/>
        <w:t>f 8260/20435/17907 8259/20436/17908 8243/20417/17890</w:t>
        <w:br/>
        <w:t>f 8244/20420/17888 8260/20435/17907 8243/20417/17890</w:t>
        <w:br/>
        <w:t>f 8245/20423/17895 8246/20422/17894 8262/20437/17909</w:t>
        <w:br/>
        <w:t>f 8261/20438/17910 8245/20423/17895 8262/20437/17909</w:t>
        <w:br/>
        <w:t>f 8245/20423/17895 8261/20438/17910 8263/20439/17911</w:t>
        <w:br/>
        <w:t>f 8249/20426/17898 8245/20423/17895 8263/20439/17911</w:t>
        <w:br/>
        <w:t>f 8264/20440/17912 8252/20427/17899 8249/20426/17898</w:t>
        <w:br/>
        <w:t>f 8263/20439/17911 8264/20440/17912 8249/20426/17898</w:t>
        <w:br/>
        <w:t>f 8252/20427/17899 8264/20440/17912 8265/20441/17913</w:t>
        <w:br/>
        <w:t>f 8254/20429/17901 8252/20427/17899 8265/20441/17913</w:t>
        <w:br/>
        <w:t>f 8238/20414/17887 8255/20432/17904 8266/20442/17914</w:t>
        <w:br/>
        <w:t>f 8258/20433/17905 8238/20414/17887 8266/20442/17914</w:t>
        <w:br/>
        <w:t>f 8257/20434/17906 8258/20433/17905 8267/20443/17915</w:t>
        <w:br/>
        <w:t>f 8268/20444/17916 8257/20434/17906 8267/20443/17915</w:t>
        <w:br/>
        <w:t>f 8270/20445/17917 8259/20436/17908 8260/20435/17907</w:t>
        <w:br/>
        <w:t>f 8269/20446/17917 8270/20445/17917 8260/20435/17907</w:t>
        <w:br/>
        <w:t>f 8272/20447/17918 8261/20438/17910 8262/20437/17909</w:t>
        <w:br/>
        <w:t>f 8271/20448/17919 8272/20447/17918 8262/20437/17909</w:t>
        <w:br/>
        <w:t>f 8261/20438/17910 8272/20447/17918 8273/20449/17920</w:t>
        <w:br/>
        <w:t>f 8263/20439/17911 8261/20438/17910 8273/20449/17920</w:t>
        <w:br/>
        <w:t>f 8274/20450/17921 8264/20440/17912 8263/20439/17911</w:t>
        <w:br/>
        <w:t>f 8273/20449/17920 8274/20450/17921 8263/20439/17911</w:t>
        <w:br/>
        <w:t>f 8264/20440/17912 8274/20450/17921 8275/20451/17922</w:t>
        <w:br/>
        <w:t>f 8265/20441/17913 8264/20440/17912 8275/20451/17922</w:t>
        <w:br/>
        <w:t>f 8276/20452/17923 8267/20443/17915 8258/20433/17905</w:t>
        <w:br/>
        <w:t>f 8266/20442/17914 8276/20452/17923 8258/20433/17905</w:t>
        <w:br/>
        <w:t>f 8278/20453/17924 8277/20454/17925 8268/20444/17916</w:t>
        <w:br/>
        <w:t>f 8267/20443/17915 8278/20453/17924 8268/20444/17916</w:t>
        <w:br/>
        <w:t>f 8280/20455/17926 8270/20445/17917 8269/20446/17917</w:t>
        <w:br/>
        <w:t>f 8279/20456/17925 8280/20455/17926 8269/20446/17917</w:t>
        <w:br/>
        <w:t>f 8271/20448/17919 8282/20457/17927 8281/20458/17928</w:t>
        <w:br/>
        <w:t>f 8272/20447/17918 8271/20448/17919 8281/20458/17928</w:t>
        <w:br/>
        <w:t>f 8272/20447/17918 8281/20458/17928 8283/20459/17929</w:t>
        <w:br/>
        <w:t>f 8273/20449/17920 8272/20447/17918 8283/20459/17929</w:t>
        <w:br/>
        <w:t>f 8284/20460/17930 8274/20450/17921 8273/20449/17920</w:t>
        <w:br/>
        <w:t>f 8283/20459/17929 8284/20460/17930 8273/20449/17920</w:t>
        <w:br/>
        <w:t>f 8274/20450/17921 8284/20460/17930 8285/20461/17931</w:t>
        <w:br/>
        <w:t>f 8275/20451/17922 8274/20450/17921 8285/20461/17931</w:t>
        <w:br/>
        <w:t>f 8287/20462/17932 8286/20463/17933 8267/20443/17915</w:t>
        <w:br/>
        <w:t>f 8276/20452/17923 8287/20462/17932 8267/20443/17915</w:t>
        <w:br/>
        <w:t>f 8277/20454/17925 8278/20453/17924 8289/20464/17934</w:t>
        <w:br/>
        <w:t>f 8288/20465/17935 8277/20454/17925 8289/20464/17934</w:t>
        <w:br/>
        <w:t>f 8291/20466/17936 8280/20455/17926 8279/20456/17925</w:t>
        <w:br/>
        <w:t>f 8290/20467/17935 8291/20466/17936 8279/20456/17925</w:t>
        <w:br/>
        <w:t>f 8280/20455/17937 8293/20468/17938 8292/20469/17939</w:t>
        <w:br/>
        <w:t>f 8281/20458/17928 8280/20455/17937 8292/20469/17939</w:t>
        <w:br/>
        <w:t>f 8281/20458/17928 8292/20469/17939 8294/20470/17940</w:t>
        <w:br/>
        <w:t>f 8283/20459/17929 8281/20458/17928 8294/20470/17940</w:t>
        <w:br/>
        <w:t>f 8283/20459/17929 8294/20470/17940 8295/20471/17941</w:t>
        <w:br/>
        <w:t>f 8284/20460/17930 8283/20459/17929 8295/20471/17941</w:t>
        <w:br/>
        <w:t>f 8296/20472/17942 8285/20461/17931 8284/20460/17930</w:t>
        <w:br/>
        <w:t>f 8295/20471/17941 8296/20472/17942 8284/20460/17930</w:t>
        <w:br/>
        <w:t>f 8296/20472/17942 8297/20473/17943 8286/20463/17933</w:t>
        <w:br/>
        <w:t>f 8285/20461/17931 8296/20472/17942 8286/20463/17933</w:t>
        <w:br/>
        <w:t>f 8300/20474/17944 8299/20475/17945 8298/20476/17946</w:t>
        <w:br/>
        <w:t>f 8301/20477/17935 8300/20474/17944 8298/20476/17946</w:t>
        <w:br/>
        <w:t>f 8305/20478/17936 8304/20479/17935 8303/20480/17946</w:t>
        <w:br/>
        <w:t>f 8302/20481/17947 8305/20478/17936 8303/20480/17946</w:t>
        <w:br/>
        <w:t>f 8308/20482/17939 8305/20478/17936 8307/20483/17948</w:t>
        <w:br/>
        <w:t>f 8306/20484/17949 8308/20482/17939 8307/20483/17948</w:t>
        <w:br/>
        <w:t>f 8310/20485/17950 8308/20482/17939 8306/20484/17949</w:t>
        <w:br/>
        <w:t>f 8309/20486/17951 8310/20485/17950 8306/20484/17949</w:t>
        <w:br/>
        <w:t>f 8311/20487/17941 8310/20485/17950 8309/20486/17951</w:t>
        <w:br/>
        <w:t>f 8312/20488/17952 8311/20487/17941 8309/20486/17951</w:t>
        <w:br/>
        <w:t>f 8313/20489/17942 8311/20487/17941 8312/20488/17952</w:t>
        <w:br/>
        <w:t>f 8314/20490/17953 8313/20489/17942 8312/20488/17952</w:t>
        <w:br/>
        <w:t>f 8316/20491/17954 8315/20492/17955 8313/20489/17942</w:t>
        <w:br/>
        <w:t>f 8314/20490/17953 8316/20491/17954 8313/20489/17942</w:t>
        <w:br/>
        <w:t>f 8299/20475/17945 8318/20493/17956 8317/20494/17957</w:t>
        <w:br/>
        <w:t>f 8298/20476/17946 8299/20475/17945 8317/20494/17957</w:t>
        <w:br/>
        <w:t>f 8302/20481/17947 8303/20480/17946 8319/20495/17957</w:t>
        <w:br/>
        <w:t>f 8320/20496/17958 8302/20481/17947 8319/20495/17957</w:t>
        <w:br/>
        <w:t>f 8322/20497/17959 8321/20498/17960 8306/20484/17949</w:t>
        <w:br/>
        <w:t>f 8307/20483/17948 8322/20497/17959 8306/20484/17949</w:t>
        <w:br/>
        <w:t>f 8309/20486/17951 8306/20484/17949 8321/20498/17960</w:t>
        <w:br/>
        <w:t>f 8323/20499/17961 8309/20486/17951 8321/20498/17960</w:t>
        <w:br/>
        <w:t>f 8323/20499/17961 8324/20500/17962 8312/20488/17952</w:t>
        <w:br/>
        <w:t>f 8309/20486/17951 8323/20499/17961 8312/20488/17952</w:t>
        <w:br/>
        <w:t>f 8324/20500/17962 8325/20501/17963 8314/20490/17953</w:t>
        <w:br/>
        <w:t>f 8312/20488/17952 8324/20500/17962 8314/20490/17953</w:t>
        <w:br/>
        <w:t>f 8314/20490/17953 8327/20502/17964 8326/20503/17965</w:t>
        <w:br/>
        <w:t>f 8316/20491/17954 8314/20490/17953 8326/20503/17965</w:t>
        <w:br/>
        <w:t>f 8240/20416/17889 8317/20494/17957 8318/20493/17956</w:t>
        <w:br/>
        <w:t>f 8239/20413/17886 8240/20416/17889 8318/20493/17956</w:t>
        <w:br/>
        <w:t>f 8242/20418/17891 8320/20496/17958 8319/20495/17957</w:t>
        <w:br/>
        <w:t>f 8241/20419/17892 8242/20418/17891 8319/20495/17957</w:t>
        <w:br/>
        <w:t>f 8321/20498/17960 8322/20497/17959 8247/20421/17893</w:t>
        <w:br/>
        <w:t>f 8248/20424/17896 8321/20498/17960 8247/20421/17893</w:t>
        <w:br/>
        <w:t>f 8248/20424/17896 8250/20425/17897 8323/20499/17961</w:t>
        <w:br/>
        <w:t>f 8321/20498/17960 8248/20424/17896 8323/20499/17961</w:t>
        <w:br/>
        <w:t>f 8324/20500/17962 8323/20499/17961 8250/20425/17897</w:t>
        <w:br/>
        <w:t>f 8251/20428/17900 8324/20500/17962 8250/20425/17897</w:t>
        <w:br/>
        <w:t>f 8251/20428/17900 8253/20430/17902 8325/20501/17963</w:t>
        <w:br/>
        <w:t>f 8324/20500/17962 8251/20428/17900 8325/20501/17963</w:t>
        <w:br/>
        <w:t>f 8327/20502/17964 8256/20431/17903 8239/20413/17886</w:t>
        <w:br/>
        <w:t>f 8318/20493/17956 8327/20502/17964 8239/20413/17886</w:t>
        <w:br/>
        <w:t>f 8330/20504/17966 8329/20505/17967 8328/20506/17968</w:t>
        <w:br/>
        <w:t>f 8331/20507/17969 8330/20504/17966 8328/20506/17968</w:t>
        <w:br/>
        <w:t>f 8335/20508/17970 8334/20509/17971 8333/20510/17972</w:t>
        <w:br/>
        <w:t>f 8332/20511/17973 8335/20508/17970 8333/20510/17972</w:t>
        <w:br/>
        <w:t>f 8339/20512/17974 8338/20513/17975 8337/20514/17976</w:t>
        <w:br/>
        <w:t>f 8336/20515/17977 8339/20512/17974 8337/20514/17976</w:t>
        <w:br/>
        <w:t>f 8343/20516/17978 8342/20517/17979 8341/20518/17980</w:t>
        <w:br/>
        <w:t>f 8340/20519/17981 8343/20516/17978 8341/20518/17980</w:t>
        <w:br/>
        <w:t>f 8347/20520/17982 8346/20521/17983 8345/20522/17984</w:t>
        <w:br/>
        <w:t>f 8344/20523/17985 8347/20520/17982 8345/20522/17984</w:t>
        <w:br/>
        <w:t>f 8351/20524/17986 8350/20525/17987 8349/20526/17987</w:t>
        <w:br/>
        <w:t>f 8348/20527/17988 8351/20524/17986 8349/20526/17987</w:t>
        <w:br/>
        <w:t>f 8353/20528/17989 8328/20506/17968 8329/20505/17967</w:t>
        <w:br/>
        <w:t>f 8352/20529/17989 8353/20528/17989 8329/20505/17967</w:t>
        <w:br/>
        <w:t>f 8355/20530/17990 8332/20511/17973 8333/20510/17972</w:t>
        <w:br/>
        <w:t>f 8354/20531/17991 8355/20530/17990 8333/20510/17972</w:t>
        <w:br/>
        <w:t>f 8337/20514/17976 8357/20532/17992 8356/20533/17993</w:t>
        <w:br/>
        <w:t>f 8336/20515/17977 8337/20514/17976 8356/20533/17993</w:t>
        <w:br/>
        <w:t>f 8340/20519/17981 8341/20518/17980 8359/20534/17994</w:t>
        <w:br/>
        <w:t>f 8358/20535/17995 8340/20519/17981 8359/20534/17994</w:t>
        <w:br/>
        <w:t>f 8347/20520/17982 8344/20523/17985 8360/20536/17996</w:t>
        <w:br/>
        <w:t>f 8361/20537/17997 8347/20520/17982 8360/20536/17996</w:t>
        <w:br/>
        <w:t>f 8363/20538/17998 8362/20539/17998 8349/20526/17987</w:t>
        <w:br/>
        <w:t>f 8350/20525/17987 8363/20538/17998 8349/20526/17987</w:t>
        <w:br/>
        <w:t>f 8365/20540/17999 8353/20528/17989 8352/20529/17989</w:t>
        <w:br/>
        <w:t>f 8364/20541/17999 8365/20540/17999 8352/20529/17989</w:t>
        <w:br/>
        <w:t>f 8367/20542/18000 8366/20543/18001 8355/20530/17990</w:t>
        <w:br/>
        <w:t>f 8354/20531/17991 8367/20542/18000 8355/20530/17990</w:t>
        <w:br/>
        <w:t>f 8356/20533/17993 8357/20532/17992 8368/20544/18002</w:t>
        <w:br/>
        <w:t>f 8369/20545/18003 8356/20533/17993 8368/20544/18002</w:t>
        <w:br/>
        <w:t>f 8371/20546/18004 8370/20547/18005 8358/20535/17995</w:t>
        <w:br/>
        <w:t>f 8359/20534/17994 8371/20546/18004 8358/20535/17995</w:t>
        <w:br/>
        <w:t>f 8360/20536/17996 8373/20548/18006 8372/20549/18007</w:t>
        <w:br/>
        <w:t>f 8361/20537/17997 8360/20536/17996 8372/20549/18007</w:t>
        <w:br/>
        <w:t>f 8375/20550/18008 8362/20539/17998 8363/20538/17998</w:t>
        <w:br/>
        <w:t>f 8374/20551/18009 8375/20550/18008 8363/20538/17998</w:t>
        <w:br/>
        <w:t>f 8365/20540/17999 8364/20541/17999 8377/20552/18010</w:t>
        <w:br/>
        <w:t>f 8376/20553/18010 8365/20540/17999 8377/20552/18010</w:t>
        <w:br/>
        <w:t>f 8379/20554/18011 8366/20543/18001 8367/20542/18000</w:t>
        <w:br/>
        <w:t>f 8378/20555/18012 8379/20554/18011 8367/20542/18000</w:t>
        <w:br/>
        <w:t>f 8368/20544/18002 8381/20556/18013 8380/20557/18014</w:t>
        <w:br/>
        <w:t>f 8369/20545/18003 8368/20544/18002 8380/20557/18014</w:t>
        <w:br/>
        <w:t>f 8371/20546/18004 8383/20558/18015 8382/20559/18016</w:t>
        <w:br/>
        <w:t>f 8370/20547/18005 8371/20546/18004 8382/20559/18016</w:t>
        <w:br/>
        <w:t>f 8372/20549/18007 8373/20548/18006 8385/20560/18017</w:t>
        <w:br/>
        <w:t>f 8384/20561/18018 8372/20549/18007 8385/20560/18017</w:t>
        <w:br/>
        <w:t>f 8387/20562/18019 8386/20563/18020 8375/20550/18008</w:t>
        <w:br/>
        <w:t>f 8374/20551/18009 8387/20562/18019 8375/20550/18008</w:t>
        <w:br/>
        <w:t>f 8376/20553/18010 8377/20552/18010 8389/20564/18021</w:t>
        <w:br/>
        <w:t>f 8388/20565/18022 8376/20553/18010 8389/20564/18021</w:t>
        <w:br/>
        <w:t>f 8378/20555/18012 8391/20566/18023 8390/20567/18023</w:t>
        <w:br/>
        <w:t>f 8379/20554/18011 8378/20555/18012 8390/20567/18023</w:t>
        <w:br/>
        <w:t>f 8393/20568/18024 8380/20557/18014 8381/20556/18013</w:t>
        <w:br/>
        <w:t>f 8392/20569/18025 8393/20568/18024 8381/20556/18013</w:t>
        <w:br/>
        <w:t>f 8383/20558/18015 8395/20570/18026 8394/20571/18026</w:t>
        <w:br/>
        <w:t>f 8382/20559/18016 8383/20558/18015 8394/20571/18026</w:t>
        <w:br/>
        <w:t>f 8384/20561/18018 8385/20560/18017 8396/20572/18027</w:t>
        <w:br/>
        <w:t>f 8397/20573/18027 8384/20561/18018 8396/20572/18027</w:t>
        <w:br/>
        <w:t>f 8399/20574/18028 8398/20575/18029 8386/20563/18020</w:t>
        <w:br/>
        <w:t>f 8387/20562/18019 8399/20574/18028 8386/20563/18020</w:t>
        <w:br/>
        <w:t>f 8389/20564/18021 8401/20576/18030 8400/20577/18031</w:t>
        <w:br/>
        <w:t>f 8388/20565/18022 8389/20564/18021 8400/20577/18031</w:t>
        <w:br/>
        <w:t>f 8403/20578/18032 8390/20567/18023 8391/20566/18023</w:t>
        <w:br/>
        <w:t>f 8402/20579/18033 8403/20578/18032 8391/20566/18023</w:t>
        <w:br/>
        <w:t>f 8392/20569/18025 8405/20580/18034 8404/20581/18034</w:t>
        <w:br/>
        <w:t>f 8393/20568/18024 8392/20569/18025 8404/20581/18034</w:t>
        <w:br/>
        <w:t>f 8394/20571/18026 8395/20570/18026 8406/20582/18035</w:t>
        <w:br/>
        <w:t>f 8407/20583/18035 8394/20571/18026 8406/20582/18035</w:t>
        <w:br/>
        <w:t>f 8409/20584/18036 8408/20585/18037 8397/20573/18027</w:t>
        <w:br/>
        <w:t>f 8396/20572/18027 8409/20584/18036 8397/20573/18027</w:t>
        <w:br/>
        <w:t>f 8398/20575/18029 8399/20574/18028 8411/20586/18038</w:t>
        <w:br/>
        <w:t>f 8410/20587/18039 8398/20575/18029 8411/20586/18038</w:t>
        <w:br/>
        <w:t>f 8401/20576/18030 8413/20588/18040 8412/20589/18041</w:t>
        <w:br/>
        <w:t>f 8400/20577/18031 8401/20576/18030 8412/20589/18041</w:t>
        <w:br/>
        <w:t>f 8402/20579/18033 8415/20590/18042 8414/20591/18043</w:t>
        <w:br/>
        <w:t>f 8403/20578/18032 8402/20579/18033 8414/20591/18043</w:t>
        <w:br/>
        <w:t>f 8405/20580/18034 8417/20592/18044 8416/20593/18045</w:t>
        <w:br/>
        <w:t>f 8404/20581/18034 8405/20580/18034 8416/20593/18045</w:t>
        <w:br/>
        <w:t>f 8407/20583/18035 8406/20582/18035 8419/20594/18046</w:t>
        <w:br/>
        <w:t>f 8418/20595/18047 8407/20583/18035 8419/20594/18046</w:t>
        <w:br/>
        <w:t>f 8408/20585/18037 8409/20584/18036 8421/20596/18048</w:t>
        <w:br/>
        <w:t>f 8420/20597/18048 8408/20585/18037 8421/20596/18048</w:t>
        <w:br/>
        <w:t>f 8423/20598/18049 8422/20599/18050 8410/20587/18039</w:t>
        <w:br/>
        <w:t>f 8411/20586/18038 8423/20598/18049 8410/20587/18039</w:t>
        <w:br/>
        <w:t>f 8413/20588/18040 8425/20600/18051 8424/20601/18052</w:t>
        <w:br/>
        <w:t>f 8412/20589/18041 8413/20588/18040 8424/20601/18052</w:t>
        <w:br/>
        <w:t>f 8427/20602/18053 8414/20591/18054 8412/20589/18041</w:t>
        <w:br/>
        <w:t>f 8426/20603/18055 8427/20602/18053 8412/20589/18041</w:t>
        <w:br/>
        <w:t>f 8429/20604/18056 8428/20605/18056 8416/20593/18045</w:t>
        <w:br/>
        <w:t>f 8417/20592/18044 8429/20604/18056 8416/20593/18045</w:t>
        <w:br/>
        <w:t>f 8431/20606/18057 8430/20607/18058 8418/20595/18047</w:t>
        <w:br/>
        <w:t>f 8419/20594/18046 8431/20606/18057 8418/20595/18047</w:t>
        <w:br/>
        <w:t>f 8433/20608/18059 8432/20609/18060 8420/20597/18048</w:t>
        <w:br/>
        <w:t>f 8421/20596/18048 8433/20608/18059 8420/20597/18048</w:t>
        <w:br/>
        <w:t>f 8423/20598/18049 8435/20610/18061 8434/20611/18061</w:t>
        <w:br/>
        <w:t>f 8422/20599/18050 8423/20598/18049 8434/20611/18061</w:t>
        <w:br/>
        <w:t>f 8437/20612/18062 8436/20613/18063 8424/20601/18052</w:t>
        <w:br/>
        <w:t>f 8425/20600/18051 8437/20612/18062 8424/20601/18052</w:t>
        <w:br/>
        <w:t>f 8439/20614/18064 8438/20615/18065 8427/20602/18053</w:t>
        <w:br/>
        <w:t>f 8424/20601/18066 8439/20614/18064 8427/20602/18053</w:t>
        <w:br/>
        <w:t>f 8429/20604/18056 8441/20616/18067 8440/20617/18067</w:t>
        <w:br/>
        <w:t>f 8428/20605/18056 8429/20604/18056 8440/20617/18067</w:t>
        <w:br/>
        <w:t>f 8442/20618/18068 8430/20607/18058 8431/20606/18057</w:t>
        <w:br/>
        <w:t>f 8443/20619/18069 8442/20618/18068 8431/20606/18057</w:t>
        <w:br/>
        <w:t>f 8445/20620/18070 8432/20609/18060 8430/20607/18071</w:t>
        <w:br/>
        <w:t>f 8444/20621/18072 8445/20620/18070 8430/20607/18071</w:t>
        <w:br/>
        <w:t>f 8447/20622/18073 8446/20623/18074 8434/20611/18061</w:t>
        <w:br/>
        <w:t>f 8435/20610/18061 8447/20622/18073 8434/20611/18061</w:t>
        <w:br/>
        <w:t>f 8449/20624/18075 8448/20625/18075 8436/20613/18063</w:t>
        <w:br/>
        <w:t>f 8437/20612/18062 8449/20624/18075 8436/20613/18063</w:t>
        <w:br/>
        <w:t>f 8451/20626/18076 8450/20627/18077 8438/20615/18065</w:t>
        <w:br/>
        <w:t>f 8436/20613/18063 8451/20626/18076 8438/20615/18065</w:t>
        <w:br/>
        <w:t>f 8453/20628/18078 8452/20629/18079 8440/20617/18067</w:t>
        <w:br/>
        <w:t>f 8441/20616/18067 8453/20628/18078 8440/20617/18067</w:t>
        <w:br/>
        <w:t>f 8455/20630/18080 8442/20618/18068 8443/20619/18069</w:t>
        <w:br/>
        <w:t>f 8454/20631/18080 8455/20630/18080 8443/20619/18069</w:t>
        <w:br/>
        <w:t>f 8442/20618/18081 8457/20632/18082 8456/20633/18083</w:t>
        <w:br/>
        <w:t>f 8445/20620/18084 8442/20618/18081 8456/20633/18083</w:t>
        <w:br/>
        <w:t>f 8447/20622/18073 8459/20634/18085 8458/20635/18086</w:t>
        <w:br/>
        <w:t>f 8446/20623/18074 8447/20622/18073 8458/20635/18086</w:t>
        <w:br/>
        <w:t>f 8461/20636/18087 8460/20637/18088 8448/20625/18075</w:t>
        <w:br/>
        <w:t>f 8449/20624/18075 8461/20636/18087 8448/20625/18075</w:t>
        <w:br/>
        <w:t>f 8463/20638/18089 8462/20639/18089 8450/20627/18077</w:t>
        <w:br/>
        <w:t>f 8451/20626/18076 8463/20638/18089 8450/20627/18077</w:t>
        <w:br/>
        <w:t>f 8465/20640/18090 8464/20641/18091 8452/20629/18092</w:t>
        <w:br/>
        <w:t>f 8450/20627/18093 8465/20640/18090 8452/20629/18092</w:t>
        <w:br/>
        <w:t>f 8454/20631/18080 8467/20642/18094 8466/20643/18095</w:t>
        <w:br/>
        <w:t>f 8455/20630/18080 8454/20631/18080 8466/20643/18095</w:t>
        <w:br/>
        <w:t>f 8457/20632/18082 8469/20644/18096 8468/20645/18097</w:t>
        <w:br/>
        <w:t>f 8456/20633/18083 8457/20632/18082 8468/20645/18097</w:t>
        <w:br/>
        <w:t>f 8471/20646/18098 8458/20635/18086 8459/20634/18085</w:t>
        <w:br/>
        <w:t>f 8470/20647/18099 8471/20646/18098 8459/20634/18085</w:t>
        <w:br/>
        <w:t>f 8473/20648/18100 8460/20637/18088 8461/20636/18087</w:t>
        <w:br/>
        <w:t>f 8472/20649/18100 8473/20648/18100 8461/20636/18087</w:t>
        <w:br/>
        <w:t>f 8475/20650/18101 8474/20651/18101 8462/20639/18089</w:t>
        <w:br/>
        <w:t>f 8463/20638/18089 8475/20650/18101 8462/20639/18089</w:t>
        <w:br/>
        <w:t>f 8477/20652/18102 8476/20653/18102 8464/20641/18091</w:t>
        <w:br/>
        <w:t>f 8465/20640/18090 8477/20652/18102 8464/20641/18091</w:t>
        <w:br/>
        <w:t>f 8466/20643/18095 8467/20642/18094 8478/20654/18103</w:t>
        <w:br/>
        <w:t>f 8479/20655/18104 8466/20643/18095 8478/20654/18103</w:t>
        <w:br/>
        <w:t>f 8481/20656/18105 8468/20645/18097 8469/20644/18096</w:t>
        <w:br/>
        <w:t>f 8480/20657/18106 8481/20656/18105 8469/20644/18096</w:t>
        <w:br/>
        <w:t>f 8470/20647/18099 8483/20658/18107 8482/20659/18107</w:t>
        <w:br/>
        <w:t>f 8471/20646/18098 8470/20647/18099 8482/20659/18107</w:t>
        <w:br/>
        <w:t>f 8472/20649/18100 8485/20660/18108 8484/20661/18108</w:t>
        <w:br/>
        <w:t>f 8473/20648/18100 8472/20649/18100 8484/20661/18108</w:t>
        <w:br/>
        <w:t>f 8475/20650/18101 8487/20662/18109 8486/20663/18109</w:t>
        <w:br/>
        <w:t>f 8474/20651/18101 8475/20650/18101 8486/20663/18109</w:t>
        <w:br/>
        <w:t>f 8489/20664/18110 8488/20665/18110 8476/20653/18102</w:t>
        <w:br/>
        <w:t>f 8477/20652/18102 8489/20664/18110 8476/20653/18102</w:t>
        <w:br/>
        <w:t>f 8491/20666/18111 8490/20667/18111 8479/20655/18104</w:t>
        <w:br/>
        <w:t>f 8478/20654/18103 8491/20666/18111 8479/20655/18104</w:t>
        <w:br/>
        <w:t>f 8481/20656/18105 8480/20657/18106 8492/20668/18112</w:t>
        <w:br/>
        <w:t>f 8493/20669/18112 8481/20656/18105 8492/20668/18112</w:t>
        <w:br/>
        <w:t>f 8483/20658/18107 8495/20670/18113 8494/20671/18114</w:t>
        <w:br/>
        <w:t>f 8482/20659/18107 8483/20658/18107 8494/20671/18114</w:t>
        <w:br/>
        <w:t>f 8497/20672/18115 8496/20673/18116 8484/20661/18108</w:t>
        <w:br/>
        <w:t>f 8485/20660/18108 8497/20672/18115 8484/20661/18108</w:t>
        <w:br/>
        <w:t>f 8499/20674/18117 8498/20675/18118 8486/20663/18109</w:t>
        <w:br/>
        <w:t>f 8487/20662/18109 8499/20674/18117 8486/20663/18109</w:t>
        <w:br/>
        <w:t>f 8488/20665/18110 8489/20664/18110 8500/20676/18119</w:t>
        <w:br/>
        <w:t>f 8501/20677/18119 8488/20665/18110 8500/20676/18119</w:t>
        <w:br/>
        <w:t>f 8491/20666/18111 8503/20678/18120 8502/20679/18120</w:t>
        <w:br/>
        <w:t>f 8490/20667/18111 8491/20666/18111 8502/20679/18120</w:t>
        <w:br/>
        <w:t>f 8505/20680/18121 8493/20669/18112 8492/20668/18112</w:t>
        <w:br/>
        <w:t>f 8504/20681/18122 8505/20680/18121 8492/20668/18112</w:t>
        <w:br/>
        <w:t>f 8506/20682/18123 8494/20671/18114 8495/20670/18113</w:t>
        <w:br/>
        <w:t>f 8507/20683/18123 8506/20682/18123 8495/20670/18113</w:t>
        <w:br/>
        <w:t>f 8497/20672/18115 8509/20684/18124 8508/20685/18125</w:t>
        <w:br/>
        <w:t>f 8496/20673/18116 8497/20672/18115 8508/20685/18125</w:t>
        <w:br/>
        <w:t>f 8511/20686/18126 8498/20675/18118 8499/20674/18117</w:t>
        <w:br/>
        <w:t>f 8510/20687/18126 8511/20686/18126 8499/20674/18117</w:t>
        <w:br/>
        <w:t>f 8501/20677/18119 8500/20676/18119 8513/20688/18127</w:t>
        <w:br/>
        <w:t>f 8512/20689/18128 8501/20677/18119 8513/20688/18127</w:t>
        <w:br/>
        <w:t>f 8515/20690/18129 8514/20691/18130 8502/20679/18120</w:t>
        <w:br/>
        <w:t>f 8503/20678/18120 8515/20690/18129 8502/20679/18120</w:t>
        <w:br/>
        <w:t>f 8505/20680/18121 8504/20681/18122 8516/20692/18131</w:t>
        <w:br/>
        <w:t>f 8517/20693/18132 8505/20680/18121 8516/20692/18131</w:t>
        <w:br/>
        <w:t>f 8519/20694/18133 8506/20682/18123 8507/20683/18123</w:t>
        <w:br/>
        <w:t>f 8518/20695/18134 8519/20694/18133 8507/20683/18123</w:t>
        <w:br/>
        <w:t>f 8508/20685/18125 8509/20684/18124 8520/20696/18135</w:t>
        <w:br/>
        <w:t>f 8521/20697/18136 8508/20685/18125 8520/20696/18135</w:t>
        <w:br/>
        <w:t>f 8510/20687/18126 8523/20698/18137 8522/20699/18138</w:t>
        <w:br/>
        <w:t>f 8511/20686/18126 8510/20687/18126 8522/20699/18138</w:t>
        <w:br/>
        <w:t>f 8525/20700/18139 8512/20689/18128 8513/20688/18127</w:t>
        <w:br/>
        <w:t>f 8524/20701/18140 8525/20700/18139 8513/20688/18127</w:t>
        <w:br/>
        <w:t>f 8515/20690/18129 8527/20702/18141 8526/20703/18142</w:t>
        <w:br/>
        <w:t>f 8514/20691/18130 8515/20690/18129 8526/20703/18142</w:t>
        <w:br/>
        <w:t>f 8517/20693/18132 8516/20692/18131 8529/20704/18143</w:t>
        <w:br/>
        <w:t>f 8528/20705/18144 8517/20693/18132 8529/20704/18143</w:t>
        <w:br/>
        <w:t>f 8531/20706/18145 8530/20707/18146 8519/20694/18133</w:t>
        <w:br/>
        <w:t>f 8518/20695/18134 8531/20706/18145 8519/20694/18133</w:t>
        <w:br/>
        <w:t>f 8534/20708/18147 8533/20709/18148 8532/20710/18148</w:t>
        <w:br/>
        <w:t>f 8535/20711/18147 8533/20709/18148 8534/20708/18147</w:t>
        <w:br/>
        <w:t>f 8536/20712/18148 8533/20709/18148 8535/20711/18147</w:t>
        <w:br/>
        <w:t>f 8537/20713/18149 8533/20709/18148 8536/20712/18148</w:t>
        <w:br/>
        <w:t>f 8538/20714/18149 8533/20709/18148 8537/20713/18149</w:t>
        <w:br/>
        <w:t>f 8532/20710/18148 8533/20709/18148 8538/20714/18149</w:t>
        <w:br/>
        <w:t>f 8541/20715/18150 8540/20716/18151 8539/20717/18152</w:t>
        <w:br/>
        <w:t>f 8539/20717/18152 8540/20716/18151 8542/20718/18151</w:t>
        <w:br/>
        <w:t>f 8542/20718/18151 8540/20716/18151 8543/20719/18151</w:t>
        <w:br/>
        <w:t>f 8543/20719/18151 8540/20716/18151 8544/20720/18151</w:t>
        <w:br/>
        <w:t>f 8544/20720/18151 8540/20716/18151 8545/20721/18151</w:t>
        <w:br/>
        <w:t>f 8545/20721/18151 8540/20716/18151 8541/20715/18150</w:t>
        <w:br/>
        <w:t>f 8548/20722/18153 8547/20723/18154 8546/20724/18155</w:t>
        <w:br/>
        <w:t>f 8549/20725/18153 8548/20722/18153 8546/20724/18155</w:t>
        <w:br/>
        <w:t>f 8553/20726/18156 8552/20727/18157 8551/20728/18158</w:t>
        <w:br/>
        <w:t>f 8550/20729/18159 8553/20726/18156 8551/20728/18158</w:t>
        <w:br/>
        <w:t>f 8555/20730/18160 8554/20731/18161 8548/20722/18153</w:t>
        <w:br/>
        <w:t>f 8549/20725/18153 8555/20730/18160 8548/20722/18153</w:t>
        <w:br/>
        <w:t>f 8558/20732/18162 8557/20733/18163 8556/20734/18163</w:t>
        <w:br/>
        <w:t>f 8559/20735/18162 8558/20732/18162 8556/20734/18163</w:t>
        <w:br/>
        <w:t>f 8555/20730/18160 8552/20727/18157 8553/20726/18156</w:t>
        <w:br/>
        <w:t>f 8554/20731/18161 8555/20730/18160 8553/20726/18156</w:t>
        <w:br/>
        <w:t>f 8558/20732/18162 8559/20735/18162 8550/20729/18159</w:t>
        <w:br/>
        <w:t>f 8551/20728/18158 8558/20732/18162 8550/20729/18159</w:t>
        <w:br/>
        <w:t>f 8562/20736/18164 8561/20737/18165 8560/20738/18166</w:t>
        <w:br/>
        <w:t>f 8563/20739/18164 8562/20736/18164 8560/20738/18166</w:t>
        <w:br/>
        <w:t>f 8566/20740/18167 8565/20741/18168 8564/20742/18169</w:t>
        <w:br/>
        <w:t>f 8567/20743/18170 8566/20740/18167 8564/20742/18169</w:t>
        <w:br/>
        <w:t>f 8563/20739/18164 8569/20744/18171 8568/20745/18172</w:t>
        <w:br/>
        <w:t>f 8562/20736/18164 8563/20739/18164 8568/20745/18172</w:t>
        <w:br/>
        <w:t>f 8572/20746/18173 8571/20747/18173 8570/20748/18174</w:t>
        <w:br/>
        <w:t>f 8573/20749/18174 8572/20746/18173 8570/20748/18174</w:t>
        <w:br/>
        <w:t>f 8566/20740/18167 8567/20743/18170 8568/20745/18172</w:t>
        <w:br/>
        <w:t>f 8569/20744/18171 8566/20740/18167 8568/20745/18172</w:t>
        <w:br/>
        <w:t>f 8572/20746/18173 8564/20742/18169 8565/20741/18168</w:t>
        <w:br/>
        <w:t>f 8571/20747/18173 8572/20746/18173 8565/20741/18168</w:t>
        <w:br/>
        <w:t>f 8560/20738/18166 8561/20737/18165 8575/20750/18175</w:t>
        <w:br/>
        <w:t>f 8574/20751/18176 8560/20738/18166 8575/20750/18175</w:t>
        <w:br/>
        <w:t>f 8578/20752/18177 8577/20753/18178 8576/20754/18179</w:t>
        <w:br/>
        <w:t>f 8579/20755/18180 8578/20752/18177 8576/20754/18179</w:t>
        <w:br/>
        <w:t>f 8583/20756/18181 8582/20757/18182 8581/20758/18183</w:t>
        <w:br/>
        <w:t>f 8580/20759/18184 8583/20756/18181 8581/20758/18183</w:t>
        <w:br/>
        <w:t>f 8585/20760/18185 8584/20761/18185 8579/20755/18180</w:t>
        <w:br/>
        <w:t>f 8576/20754/18179 8585/20760/18185 8579/20755/18180</w:t>
        <w:br/>
        <w:t>f 8589/20762/18186 8588/20763/18187 8587/20764/18188</w:t>
        <w:br/>
        <w:t>f 8586/20765/18189 8589/20762/18186 8587/20764/18188</w:t>
        <w:br/>
        <w:t>f 8592/20766/18190 8591/20767/18191 8590/20768/18192</w:t>
        <w:br/>
        <w:t>f 8593/20769/18193 8592/20766/18190 8590/20768/18192</w:t>
        <w:br/>
        <w:t>f 8597/20770/18194 8596/20771/18195 8595/20772/18196</w:t>
        <w:br/>
        <w:t>f 8594/20773/18197 8597/20770/18194 8595/20772/18196</w:t>
        <w:br/>
        <w:t>f 8597/20770/18194 8593/20769/18193 8590/20768/18192</w:t>
        <w:br/>
        <w:t>f 8596/20771/18195 8597/20770/18194 8590/20768/18192</w:t>
        <w:br/>
        <w:t>f 8601/20774/18198 8600/20775/18199 8599/20776/18200</w:t>
        <w:br/>
        <w:t>f 8598/20777/18201 8601/20774/18198 8599/20776/18200</w:t>
        <w:br/>
        <w:t>f 8604/20778/18202 8603/20779/18203 8602/20780/18204</w:t>
        <w:br/>
        <w:t>f 8605/20781/18202 8604/20778/18202 8602/20780/18204</w:t>
        <w:br/>
        <w:t>f 8607/20782/18205 8606/20783/18205 8602/20780/18204</w:t>
        <w:br/>
        <w:t>f 8603/20779/18203 8607/20782/18205 8602/20780/18204</w:t>
        <w:br/>
        <w:t>f 8581/20758/18183 8584/20761/18185 8585/20760/18185</w:t>
        <w:br/>
        <w:t>f 8580/20759/18184 8581/20758/18183 8585/20760/18185</w:t>
        <w:br/>
        <w:t>f 8598/20777/18201 8594/20773/18197 8595/20772/18196</w:t>
        <w:br/>
        <w:t>f 8601/20774/18198 8598/20777/18201 8595/20772/18196</w:t>
        <w:br/>
        <w:t>f 8588/20763/18187 8589/20762/18186 8582/20757/18182</w:t>
        <w:br/>
        <w:t>f 8583/20756/18181 8588/20763/18187 8582/20757/18182</w:t>
        <w:br/>
        <w:t>f 8600/20775/18199 8609/20784/18206 8608/20785/18207</w:t>
        <w:br/>
        <w:t>f 8599/20776/18200 8600/20775/18199 8608/20785/18207</w:t>
        <w:br/>
        <w:t>f 8556/20734/18163 8557/20733/18163 8611/20786/18208</w:t>
        <w:br/>
        <w:t>f 8610/20787/18208 8556/20734/18163 8611/20786/18208</w:t>
        <w:br/>
        <w:t>f 8613/20788/18209 8573/20749/18174 8570/20748/18174</w:t>
        <w:br/>
        <w:t>f 8612/20789/18210 8613/20788/18209 8570/20748/18174</w:t>
        <w:br/>
        <w:t>f 8617/20790/18211 8616/20791/18211 8615/20792/18211</w:t>
        <w:br/>
        <w:t>f 8614/20793/18211 8617/20790/18211 8615/20792/18211</w:t>
        <w:br/>
        <w:t>f 8619/20794/18212 8586/20765/18189 8587/20764/18188</w:t>
        <w:br/>
        <w:t>f 8618/20795/18212 8619/20794/18212 8587/20764/18188</w:t>
        <w:br/>
        <w:t>f 8578/20752/18177 8621/20796/18213 8620/20797/18213</w:t>
        <w:br/>
        <w:t>f 8577/20753/18178 8578/20752/18177 8620/20797/18213</w:t>
        <w:br/>
        <w:t>f 8623/20798/18214 8608/20785/18207 8609/20784/18206</w:t>
        <w:br/>
        <w:t>f 8622/20799/18215 8623/20798/18214 8609/20784/18206</w:t>
        <w:br/>
        <w:t>f 8625/20800/18216 8624/20801/18216 8604/20778/18202</w:t>
        <w:br/>
        <w:t>f 8605/20781/18202 8625/20800/18216 8604/20778/18202</w:t>
        <w:br/>
        <w:t>f 8621/20796/18213 8606/20783/18205 8607/20782/18205</w:t>
        <w:br/>
        <w:t>f 8620/20797/18213 8621/20796/18213 8607/20782/18205</w:t>
        <w:br/>
        <w:t>f 8591/20767/18191 8592/20766/18190 8624/20801/18216</w:t>
        <w:br/>
        <w:t>f 8625/20800/18216 8591/20767/18191 8624/20801/18216</w:t>
        <w:br/>
        <w:t>f 8699/20802/18217 8698/20803/18217 8546/20724/18155</w:t>
        <w:br/>
        <w:t>f 8547/20723/18154 8699/20802/18217 8546/20724/18155</w:t>
        <w:br/>
        <w:t>f 8701/20804/18218 8700/20805/18218 8698/20803/18217</w:t>
        <w:br/>
        <w:t>f 8699/20802/18217 8701/20804/18218 8698/20803/18217</w:t>
        <w:br/>
        <w:t>f 8575/20750/18175 8703/20806/18219 8702/20807/18220</w:t>
        <w:br/>
        <w:t>f 8574/20751/18176 8575/20750/18175 8702/20807/18220</w:t>
        <w:br/>
        <w:t>f 8701/20804/18218 8704/20808/18221 8700/20805/18218</w:t>
        <w:br/>
        <w:t>f 8703/20806/18219 8705/20809/18222 8702/20807/18220</w:t>
        <w:br/>
        <w:t>f 8824/20810/18223 8823/20811/18224 8822/20812/18225</w:t>
        <w:br/>
        <w:t>f 8821/20813/18226 8824/20810/18223 8822/20812/18225</w:t>
        <w:br/>
        <w:t>f 8821/20813/18226 8826/20814/18227 8825/20815/18228</w:t>
        <w:br/>
        <w:t>f 8824/20810/18223 8821/20813/18226 8825/20815/18228</w:t>
        <w:br/>
        <w:t>f 8825/20815/18228 8826/20814/18227 8828/20816/18229</w:t>
        <w:br/>
        <w:t>f 8827/20817/18230 8825/20815/18228 8828/20816/18229</w:t>
        <w:br/>
        <w:t>f 8827/20817/18230 8828/20816/18229 8830/20818/18231</w:t>
        <w:br/>
        <w:t>f 8829/20819/18232 8827/20817/18230 8830/20818/18231</w:t>
        <w:br/>
        <w:t>f 8832/20820/18233 8831/20821/18234 8829/20819/18232</w:t>
        <w:br/>
        <w:t>f 8830/20818/18231 8832/20820/18233 8829/20819/18232</w:t>
        <w:br/>
        <w:t>f 8831/20821/18234 8832/20820/18233 8834/20822/18235</w:t>
        <w:br/>
        <w:t>f 8833/20823/18236 8831/20821/18234 8834/20822/18235</w:t>
        <w:br/>
        <w:t>f 8835/20824/18237 8833/20823/18236 8834/20822/18235</w:t>
        <w:br/>
        <w:t>f 8836/20825/18238 8835/20824/18237 8834/20822/18235</w:t>
        <w:br/>
        <w:t>f 8823/20811/18224 8838/20826/18239 8837/20827/18238</w:t>
        <w:br/>
        <w:t>f 8822/20812/18225 8823/20811/18224 8837/20827/18238</w:t>
        <w:br/>
        <w:t>f 8840/20828/18240 8839/20829/18241 8823/20811/18224</w:t>
        <w:br/>
        <w:t>f 8824/20810/18223 8840/20828/18240 8823/20811/18224</w:t>
        <w:br/>
        <w:t>f 8824/20810/18223 8825/20815/18228 8841/20830/18242</w:t>
        <w:br/>
        <w:t>f 8840/20828/18240 8824/20810/18223 8841/20830/18242</w:t>
        <w:br/>
        <w:t>f 8827/20817/18230 8842/20831/18243 8841/20830/18242</w:t>
        <w:br/>
        <w:t>f 8825/20815/18228 8827/20817/18230 8841/20830/18242</w:t>
        <w:br/>
        <w:t>f 8842/20831/18243 8827/20817/18230 8829/20819/18232</w:t>
        <w:br/>
        <w:t>f 8843/20832/18244 8842/20831/18243 8829/20819/18232</w:t>
        <w:br/>
        <w:t>f 8831/20821/18234 8844/20833/18245 8843/20832/18244</w:t>
        <w:br/>
        <w:t>f 8829/20819/18232 8831/20821/18234 8843/20832/18244</w:t>
        <w:br/>
        <w:t>f 8844/20833/18245 8831/20821/18234 8833/20823/18236</w:t>
        <w:br/>
        <w:t>f 8845/20834/18246 8844/20833/18245 8833/20823/18236</w:t>
        <w:br/>
        <w:t>f 8835/20824/18237 8846/20835/18247 8845/20834/18246</w:t>
        <w:br/>
        <w:t>f 8833/20823/18236 8835/20824/18237 8845/20834/18246</w:t>
        <w:br/>
        <w:t>f 8839/20829/18241 8847/20836/18247 8838/20826/18239</w:t>
        <w:br/>
        <w:t>f 8823/20811/18224 8839/20829/18241 8838/20826/18239</w:t>
        <w:br/>
        <w:t>f 8849/20837/18248 8848/20838/18249 8839/20829/18241</w:t>
        <w:br/>
        <w:t>f 8840/20828/18240 8849/20837/18248 8839/20829/18241</w:t>
        <w:br/>
        <w:t>f 8841/20830/18242 8850/20839/18250 8849/20837/18248</w:t>
        <w:br/>
        <w:t>f 8840/20828/18240 8841/20830/18242 8849/20837/18248</w:t>
        <w:br/>
        <w:t>f 8842/20831/18243 8851/20840/18251 8850/20839/18250</w:t>
        <w:br/>
        <w:t>f 8841/20830/18242 8842/20831/18243 8850/20839/18250</w:t>
        <w:br/>
        <w:t>f 8843/20832/18244 8852/20841/18252 8851/20840/18251</w:t>
        <w:br/>
        <w:t>f 8842/20831/18243 8843/20832/18244 8851/20840/18251</w:t>
        <w:br/>
        <w:t>f 8853/20842/18253 8852/20841/18252 8843/20832/18244</w:t>
        <w:br/>
        <w:t>f 8844/20833/18245 8853/20842/18253 8843/20832/18244</w:t>
        <w:br/>
        <w:t>f 8854/20843/18254 8853/20842/18253 8844/20833/18245</w:t>
        <w:br/>
        <w:t>f 8845/20834/18246 8854/20843/18254 8844/20833/18245</w:t>
        <w:br/>
        <w:t>f 8845/20834/18246 8846/20835/18247 8855/20844/18255</w:t>
        <w:br/>
        <w:t>f 8854/20843/18254 8845/20834/18246 8855/20844/18255</w:t>
        <w:br/>
        <w:t>f 8847/20836/18247 8839/20829/18241 8848/20838/18249</w:t>
        <w:br/>
        <w:t>f 8856/20845/18256 8847/20836/18247 8848/20838/18249</w:t>
        <w:br/>
        <w:t>f 8849/20837/18248 8858/20846/18257 8857/20847/18258</w:t>
        <w:br/>
        <w:t>f 8848/20838/18249 8849/20837/18248 8857/20847/18258</w:t>
        <w:br/>
        <w:t>f 8850/20839/18250 8859/20848/18259 8858/20846/18257</w:t>
        <w:br/>
        <w:t>f 8849/20837/18248 8850/20839/18250 8858/20846/18257</w:t>
        <w:br/>
        <w:t>f 8859/20848/18259 8850/20839/18250 8851/20840/18251</w:t>
        <w:br/>
        <w:t>f 8860/20849/18260 8859/20848/18259 8851/20840/18251</w:t>
        <w:br/>
        <w:t>f 8852/20841/18252 8861/20850/18261 8860/20849/18260</w:t>
        <w:br/>
        <w:t>f 8851/20840/18251 8852/20841/18252 8860/20849/18260</w:t>
        <w:br/>
        <w:t>f 8863/20851/18262 8862/20852/18263 8852/20841/18252</w:t>
        <w:br/>
        <w:t>f 8853/20842/18253 8863/20851/18262 8852/20841/18252</w:t>
        <w:br/>
        <w:t>f 8864/20853/18264 8863/20851/18262 8853/20842/18253</w:t>
        <w:br/>
        <w:t>f 8854/20843/18254 8864/20853/18264 8853/20842/18253</w:t>
        <w:br/>
        <w:t>f 8854/20843/18254 8855/20844/18255 8865/20854/18265</w:t>
        <w:br/>
        <w:t>f 8864/20853/18264 8854/20843/18254 8865/20854/18265</w:t>
        <w:br/>
        <w:t>f 8856/20845/18256 8848/20838/18249 8867/20855/18266</w:t>
        <w:br/>
        <w:t>f 8866/20856/18265 8856/20845/18256 8867/20855/18266</w:t>
        <w:br/>
        <w:t>f 8871/20857/18267 8870/20858/18268 8869/20859/18269</w:t>
        <w:br/>
        <w:t>f 8868/20860/18270 8871/20857/18267 8869/20859/18269</w:t>
        <w:br/>
        <w:t>f 8868/20860/18270 8869/20859/18269 8873/20861/18271</w:t>
        <w:br/>
        <w:t>f 8872/20862/18272 8868/20860/18270 8873/20861/18271</w:t>
        <w:br/>
        <w:t>f 8875/20863/18273 8874/20864/18274 8872/20862/18272</w:t>
        <w:br/>
        <w:t>f 8873/20861/18271 8875/20863/18273 8872/20862/18272</w:t>
        <w:br/>
        <w:t>f 8877/20865/18275 8876/20866/18276 8874/20864/18274</w:t>
        <w:br/>
        <w:t>f 8875/20863/18273 8877/20865/18275 8874/20864/18274</w:t>
        <w:br/>
        <w:t>f 8880/20867/18277 8879/20868/18278 8878/20869/18279</w:t>
        <w:br/>
        <w:t>f 8881/20870/18280 8880/20867/18277 8878/20869/18279</w:t>
        <w:br/>
        <w:t>f 8879/20868/18278 8883/20871/18281 8882/20872/18282</w:t>
        <w:br/>
        <w:t>f 8878/20869/18279 8879/20868/18278 8882/20872/18282</w:t>
        <w:br/>
        <w:t>f 8883/20871/18281 8885/20873/18283 8884/20874/18284</w:t>
        <w:br/>
        <w:t>f 8882/20872/18282 8883/20871/18281 8884/20874/18284</w:t>
        <w:br/>
        <w:t>f 8889/20875/18285 8888/20876/18284 8887/20877/18283</w:t>
        <w:br/>
        <w:t>f 8886/20878/18286 8889/20875/18285 8887/20877/18283</w:t>
        <w:br/>
        <w:t>f 8890/20879/18287 8871/20857/18267 8868/20860/18270</w:t>
        <w:br/>
        <w:t>f 8891/20880/18288 8890/20879/18287 8868/20860/18270</w:t>
        <w:br/>
        <w:t>f 8892/20881/18289 8891/20880/18288 8868/20860/18270</w:t>
        <w:br/>
        <w:t>f 8872/20862/18272 8892/20881/18289 8868/20860/18270</w:t>
        <w:br/>
        <w:t>f 8872/20862/18272 8874/20864/18274 8893/20882/18290</w:t>
        <w:br/>
        <w:t>f 8892/20881/18289 8872/20862/18272 8893/20882/18290</w:t>
        <w:br/>
        <w:t>f 8894/20883/18291 8893/20882/18290 8874/20864/18274</w:t>
        <w:br/>
        <w:t>f 8876/20866/18276 8894/20883/18291 8874/20864/18274</w:t>
        <w:br/>
        <w:t>f 8878/20869/18279 8896/20884/18292 8895/20885/18293</w:t>
        <w:br/>
        <w:t>f 8881/20870/18280 8878/20869/18279 8895/20885/18293</w:t>
        <w:br/>
        <w:t>f 8896/20884/18292 8878/20869/18279 8882/20872/18282</w:t>
        <w:br/>
        <w:t>f 8897/20886/18294 8896/20884/18292 8882/20872/18282</w:t>
        <w:br/>
        <w:t>f 8897/20886/18294 8882/20872/18282 8884/20874/18284</w:t>
        <w:br/>
        <w:t>f 8898/20887/18295 8897/20886/18294 8884/20874/18284</w:t>
        <w:br/>
        <w:t>f 8889/20875/18285 8900/20888/18296 8899/20889/18295</w:t>
        <w:br/>
        <w:t>f 8888/20876/18284 8889/20875/18285 8899/20889/18295</w:t>
        <w:br/>
        <w:t>f 8902/20890/18297 8901/20891/18298 8890/20879/18287</w:t>
        <w:br/>
        <w:t>f 8891/20880/18288 8902/20890/18297 8890/20879/18287</w:t>
        <w:br/>
        <w:t>f 8903/20892/18299 8902/20890/18297 8891/20880/18288</w:t>
        <w:br/>
        <w:t>f 8892/20881/18289 8903/20892/18299 8891/20880/18288</w:t>
        <w:br/>
        <w:t>f 8892/20881/18289 8893/20882/18290 8904/20893/18300</w:t>
        <w:br/>
        <w:t>f 8903/20892/18299 8892/20881/18289 8904/20893/18300</w:t>
        <w:br/>
        <w:t>f 8893/20882/18290 8894/20883/18291 8905/20894/18301</w:t>
        <w:br/>
        <w:t>f 8904/20893/18300 8893/20882/18290 8905/20894/18301</w:t>
        <w:br/>
        <w:t>f 8907/20895/18302 8895/20885/18293 8896/20884/18292</w:t>
        <w:br/>
        <w:t>f 8906/20896/18303 8907/20895/18302 8896/20884/18292</w:t>
        <w:br/>
        <w:t>f 8906/20896/18303 8896/20884/18292 8897/20886/18294</w:t>
        <w:br/>
        <w:t>f 8908/20897/18304 8906/20896/18303 8897/20886/18294</w:t>
        <w:br/>
        <w:t>f 8908/20897/18304 8897/20886/18294 8898/20887/18295</w:t>
        <w:br/>
        <w:t>f 8909/20898/18305 8908/20897/18304 8898/20887/18295</w:t>
        <w:br/>
        <w:t>f 8900/20888/18296 8911/20899/18306 8910/20900/18305</w:t>
        <w:br/>
        <w:t>f 8899/20889/18295 8900/20888/18296 8910/20900/18305</w:t>
        <w:br/>
        <w:t>f 8913/20901/18307 8901/20891/18298 8902/20890/18297</w:t>
        <w:br/>
        <w:t>f 8912/20902/18308 8913/20901/18307 8902/20890/18297</w:t>
        <w:br/>
        <w:t>f 8914/20903/18309 8912/20902/18308 8902/20890/18297</w:t>
        <w:br/>
        <w:t>f 8903/20892/18299 8914/20903/18309 8902/20890/18297</w:t>
        <w:br/>
        <w:t>f 8915/20904/18310 8914/20903/18309 8903/20892/18299</w:t>
        <w:br/>
        <w:t>f 8904/20893/18300 8915/20904/18310 8903/20892/18299</w:t>
        <w:br/>
        <w:t>f 8916/20905/18311 8915/20904/18310 8904/20893/18300</w:t>
        <w:br/>
        <w:t>f 8905/20894/18301 8916/20905/18311 8904/20893/18300</w:t>
        <w:br/>
        <w:t>f 8917/20906/18312 8907/20895/18302 8906/20896/18303</w:t>
        <w:br/>
        <w:t>f 8918/20907/18313 8917/20906/18312 8906/20896/18303</w:t>
        <w:br/>
        <w:t>f 8908/20897/18304 8919/20908/18314 8918/20907/18313</w:t>
        <w:br/>
        <w:t>f 8906/20896/18303 8908/20897/18304 8918/20907/18313</w:t>
        <w:br/>
        <w:t>f 8919/20908/18314 8908/20897/18304 8909/20898/18305</w:t>
        <w:br/>
        <w:t>f 8920/20909/18315 8919/20908/18314 8909/20898/18305</w:t>
        <w:br/>
        <w:t>f 8911/20899/18306 8922/20910/18316 8921/20911/18315</w:t>
        <w:br/>
        <w:t>f 8910/20900/18305 8911/20899/18306 8921/20911/18315</w:t>
        <w:br/>
        <w:t>f 8924/20912/18317 8923/20913/18318 8913/20901/18307</w:t>
        <w:br/>
        <w:t>f 8912/20902/18308 8924/20912/18317 8913/20901/18307</w:t>
        <w:br/>
        <w:t>f 8912/20902/18308 8914/20903/18309 8925/20914/18319</w:t>
        <w:br/>
        <w:t>f 8924/20912/18317 8912/20902/18308 8925/20914/18319</w:t>
        <w:br/>
        <w:t>f 8914/20903/18309 8915/20904/18310 8926/20915/18320</w:t>
        <w:br/>
        <w:t>f 8925/20914/18319 8914/20903/18309 8926/20915/18320</w:t>
        <w:br/>
        <w:t>f 8926/20915/18320 8915/20904/18310 8916/20905/18311</w:t>
        <w:br/>
        <w:t>f 8927/20916/18321 8926/20915/18320 8916/20905/18311</w:t>
        <w:br/>
        <w:t>f 8929/20917/18322 8917/20906/18312 8918/20907/18313</w:t>
        <w:br/>
        <w:t>f 8928/20918/18323 8929/20917/18322 8918/20907/18313</w:t>
        <w:br/>
        <w:t>f 8928/20918/18323 8918/20907/18313 8919/20908/18314</w:t>
        <w:br/>
        <w:t>f 8930/20919/18324 8928/20918/18323 8919/20908/18314</w:t>
        <w:br/>
        <w:t>f 8930/20919/18324 8919/20908/18314 8920/20909/18315</w:t>
        <w:br/>
        <w:t>f 8931/20920/18325 8930/20919/18324 8920/20909/18315</w:t>
        <w:br/>
        <w:t>f 8932/20921/18325 8921/20911/18315 8922/20910/18316</w:t>
        <w:br/>
        <w:t>f 8933/20922/18326 8932/20921/18325 8922/20910/18316</w:t>
        <w:br/>
        <w:t>f 8936/20923/18327 8935/20924/18328 8934/20925/18329</w:t>
        <w:br/>
        <w:t>f 8937/20926/18330 8936/20923/18327 8934/20925/18329</w:t>
        <w:br/>
        <w:t>f 8924/20912/18317 8925/20914/18319 8938/20927/18331</w:t>
        <w:br/>
        <w:t>f 8936/20923/18327 8924/20912/18317 8938/20927/18331</w:t>
        <w:br/>
        <w:t>f 8939/20928/18332 8938/20927/18331 8925/20914/18319</w:t>
        <w:br/>
        <w:t>f 8926/20915/18320 8939/20928/18332 8925/20914/18319</w:t>
        <w:br/>
        <w:t>f 8926/20915/18320 8927/20916/18321 8940/20929/18333</w:t>
        <w:br/>
        <w:t>f 8939/20928/18332 8926/20915/18320 8940/20929/18333</w:t>
        <w:br/>
        <w:t>f 8940/20929/18333 8929/20917/18322 8928/20918/18323</w:t>
        <w:br/>
        <w:t>f 8941/20930/18334 8940/20929/18333 8928/20918/18323</w:t>
        <w:br/>
        <w:t>f 8941/20930/18334 8928/20918/18323 8930/20919/18324</w:t>
        <w:br/>
        <w:t>f 8942/20931/18335 8941/20930/18334 8930/20919/18324</w:t>
        <w:br/>
        <w:t>f 8942/20931/18335 8930/20919/18324 8931/20920/18325</w:t>
        <w:br/>
        <w:t>f 8943/20932/18336 8942/20931/18335 8931/20920/18325</w:t>
        <w:br/>
        <w:t>f 8933/20922/18326 8935/20924/18328 8944/20933/18336</w:t>
        <w:br/>
        <w:t>f 8932/20921/18325 8933/20922/18326 8944/20933/18336</w:t>
        <w:br/>
        <w:t>f 8946/20934/18337 8945/20935/18338 8935/20924/18328</w:t>
        <w:br/>
        <w:t>f 8936/20923/18327 8946/20934/18337 8935/20924/18328</w:t>
        <w:br/>
        <w:t>f 8947/20936/18339 8946/20934/18337 8936/20923/18327</w:t>
        <w:br/>
        <w:t>f 8938/20927/18331 8947/20936/18339 8936/20923/18327</w:t>
        <w:br/>
        <w:t>f 8948/20937/18340 8947/20936/18339 8938/20927/18331</w:t>
        <w:br/>
        <w:t>f 8939/20928/18332 8948/20937/18340 8938/20927/18331</w:t>
        <w:br/>
        <w:t>f 8949/20938/18341 8948/20937/18340 8939/20928/18332</w:t>
        <w:br/>
        <w:t>f 8940/20929/18333 8949/20938/18341 8939/20928/18332</w:t>
        <w:br/>
        <w:t>f 8949/20938/18341 8940/20929/18333 8941/20930/18334</w:t>
        <w:br/>
        <w:t>f 8950/20939/18342 8949/20938/18341 8941/20930/18334</w:t>
        <w:br/>
        <w:t>f 8942/20931/18335 8951/20940/18343 8950/20939/18342</w:t>
        <w:br/>
        <w:t>f 8941/20930/18334 8942/20931/18335 8950/20939/18342</w:t>
        <w:br/>
        <w:t>f 8951/20940/18343 8942/20931/18335 8943/20932/18336</w:t>
        <w:br/>
        <w:t>f 8952/20941/18344 8951/20940/18343 8943/20932/18336</w:t>
        <w:br/>
        <w:t>f 8953/20942/18344 8944/20933/18336 8935/20924/18328</w:t>
        <w:br/>
        <w:t>f 8945/20935/18338 8953/20942/18344 8935/20924/18328</w:t>
        <w:br/>
        <w:t>f 8946/20934/18337 8955/20943/18345 8954/20944/18346</w:t>
        <w:br/>
        <w:t>f 8945/20935/18338 8946/20934/18337 8954/20944/18346</w:t>
        <w:br/>
        <w:t>f 8956/20945/18347 8955/20943/18345 8946/20934/18337</w:t>
        <w:br/>
        <w:t>f 8947/20936/18339 8956/20945/18347 8946/20934/18337</w:t>
        <w:br/>
        <w:t>f 8957/20946/18348 8956/20945/18347 8947/20936/18339</w:t>
        <w:br/>
        <w:t>f 8948/20937/18340 8957/20946/18348 8947/20936/18339</w:t>
        <w:br/>
        <w:t>f 8958/20947/18349 8957/20946/18348 8948/20937/18340</w:t>
        <w:br/>
        <w:t>f 8949/20938/18341 8958/20947/18349 8948/20937/18340</w:t>
        <w:br/>
        <w:t>f 8959/20948/18350 8958/20947/18349 8949/20938/18341</w:t>
        <w:br/>
        <w:t>f 8950/20939/18342 8959/20948/18350 8949/20938/18341</w:t>
        <w:br/>
        <w:t>f 8951/20940/18343 8960/20949/18351 8959/20948/18350</w:t>
        <w:br/>
        <w:t>f 8950/20939/18342 8951/20940/18343 8959/20948/18350</w:t>
        <w:br/>
        <w:t>f 8960/20949/18351 8951/20940/18343 8952/20941/18344</w:t>
        <w:br/>
        <w:t>f 8961/20950/18352 8960/20949/18351 8952/20941/18344</w:t>
        <w:br/>
        <w:t>f 8962/20951/18353 8953/20942/18344 8945/20935/18338</w:t>
        <w:br/>
        <w:t>f 8954/20944/18346 8962/20951/18353 8945/20935/18338</w:t>
        <w:br/>
        <w:t>f 8965/20952/18354 8964/20953/18355 8963/20954/18356</w:t>
        <w:br/>
        <w:t>f 8966/20955/18357 8965/20952/18354 8963/20954/18356</w:t>
        <w:br/>
        <w:t>f 8968/20956/18358 8966/20955/18357 8963/20954/18356</w:t>
        <w:br/>
        <w:t>f 8967/20957/18359 8968/20956/18358 8963/20954/18356</w:t>
        <w:br/>
        <w:t>f 8967/20957/18359 8970/20958/18360 8969/20959/18361</w:t>
        <w:br/>
        <w:t>f 8968/20956/18358 8967/20957/18359 8969/20959/18361</w:t>
        <w:br/>
        <w:t>f 8970/20958/18360 8972/20960/18362 8971/20961/18363</w:t>
        <w:br/>
        <w:t>f 8969/20959/18361 8970/20958/18360 8971/20961/18363</w:t>
        <w:br/>
        <w:t>f 8971/20961/18363 8972/20960/18362 8974/20962/18364</w:t>
        <w:br/>
        <w:t>f 8973/20963/18365 8971/20961/18363 8974/20962/18364</w:t>
        <w:br/>
        <w:t>f 8976/20964/18366 8973/20963/18365 8974/20962/18364</w:t>
        <w:br/>
        <w:t>f 8975/20965/18367 8976/20964/18366 8974/20962/18364</w:t>
        <w:br/>
        <w:t>f 8978/20966/18368 8977/20967/18369 8976/20964/18366</w:t>
        <w:br/>
        <w:t>f 8975/20965/18367 8978/20966/18368 8976/20964/18366</w:t>
        <w:br/>
        <w:t>f 8980/20968/18369 8979/20969/18370 8964/20953/18355</w:t>
        <w:br/>
        <w:t>f 8965/20952/18354 8980/20968/18369 8964/20953/18355</w:t>
        <w:br/>
        <w:t>f 8983/20970/18371 8982/20971/18372 8981/20972/18373</w:t>
        <w:br/>
        <w:t>f 8984/20973/18374 8983/20970/18371 8981/20972/18373</w:t>
        <w:br/>
        <w:t>f 8986/20974/18375 8985/20975/18376 8983/20970/18371</w:t>
        <w:br/>
        <w:t>f 8984/20973/18374 8986/20974/18375 8983/20970/18371</w:t>
        <w:br/>
        <w:t>f 8988/20976/18377 8987/20977/18378 8985/20975/18376</w:t>
        <w:br/>
        <w:t>f 8986/20974/18375 8988/20976/18377 8985/20975/18376</w:t>
        <w:br/>
        <w:t>f 8990/20978/18379 8989/20979/18380 8987/20977/18378</w:t>
        <w:br/>
        <w:t>f 8988/20976/18377 8990/20978/18379 8987/20977/18378</w:t>
        <w:br/>
        <w:t>f 8992/20980/18381 8991/20981/18382 8989/20979/18380</w:t>
        <w:br/>
        <w:t>f 8990/20978/18379 8992/20980/18381 8989/20979/18380</w:t>
        <w:br/>
        <w:t>f 8992/20980/18381 8994/20982/18383 8993/20983/18384</w:t>
        <w:br/>
        <w:t>f 8991/20981/18382 8992/20980/18381 8993/20983/18384</w:t>
        <w:br/>
        <w:t>f 8994/20982/18383 8996/20984/18385 8995/20985/18386</w:t>
        <w:br/>
        <w:t>f 8993/20983/18384 8994/20982/18383 8995/20985/18386</w:t>
        <w:br/>
        <w:t>f 8997/20986/18385 8981/20972/18373 8982/20971/18372</w:t>
        <w:br/>
        <w:t>f 8998/20987/18387 8997/20986/18385 8982/20971/18372</w:t>
        <w:br/>
        <w:t>f 9001/20988/18388 9000/20989/18389 8999/20990/18390</w:t>
        <w:br/>
        <w:t>f 9002/20991/18391 9001/20988/18388 8999/20990/18390</w:t>
        <w:br/>
        <w:t>f 8999/20990/18390 9000/20989/18389 9004/20992/18392</w:t>
        <w:br/>
        <w:t>f 9003/20993/18393 8999/20990/18390 9004/20992/18392</w:t>
        <w:br/>
        <w:t>f 9006/20994/18394 9005/20995/18395 9003/20993/18393</w:t>
        <w:br/>
        <w:t>f 9004/20992/18392 9006/20994/18394 9003/20993/18393</w:t>
        <w:br/>
        <w:t>f 9005/20995/18395 9006/20994/18394 9008/20996/18396</w:t>
        <w:br/>
        <w:t>f 9007/20997/18397 9005/20995/18395 9008/20996/18396</w:t>
        <w:br/>
        <w:t>f 9007/20997/18397 9008/20996/18396 9009/20998/18398</w:t>
        <w:br/>
        <w:t>f 9010/20999/18399 9007/20997/18397 9009/20998/18398</w:t>
        <w:br/>
        <w:t>f 9009/20998/18398 9012/21000/18400 9011/21001/18401</w:t>
        <w:br/>
        <w:t>f 9010/20999/18399 9009/20998/18398 9011/21001/18401</w:t>
        <w:br/>
        <w:t>f 9012/21000/18400 9014/21002/18402 9013/21003/18403</w:t>
        <w:br/>
        <w:t>f 9011/21001/18401 9012/21000/18400 9013/21003/18403</w:t>
        <w:br/>
        <w:t>f 9002/20991/18391 9016/21004/18404 9015/21005/18402</w:t>
        <w:br/>
        <w:t>f 9001/20988/18388 9002/20991/18391 9015/21005/18402</w:t>
        <w:br/>
        <w:t>f 9019/21006/18405 9018/21007/18406 9017/21008/18407</w:t>
        <w:br/>
        <w:t>f 9020/21009/18408 9019/21006/18405 9017/21008/18407</w:t>
        <w:br/>
        <w:t>f 9020/21009/18408 9017/21008/18407 9021/21010/18409</w:t>
        <w:br/>
        <w:t>f 9022/21011/18410 9020/21009/18408 9021/21010/18409</w:t>
        <w:br/>
        <w:t>f 9022/21011/18410 9021/21010/18409 9024/21012/18411</w:t>
        <w:br/>
        <w:t>f 9023/21013/18412 9022/21011/18410 9024/21012/18411</w:t>
        <w:br/>
        <w:t>f 9023/21013/18412 9024/21012/18411 9026/21014/18413</w:t>
        <w:br/>
        <w:t>f 9025/21015/18414 9023/21013/18412 9026/21014/18413</w:t>
        <w:br/>
        <w:t>f 9026/21014/18413 9028/21016/18415 9027/21017/18416</w:t>
        <w:br/>
        <w:t>f 9025/21015/18414 9026/21014/18413 9027/21017/18416</w:t>
        <w:br/>
        <w:t>f 9028/21016/18415 9030/21018/18417 9029/21019/18418</w:t>
        <w:br/>
        <w:t>f 9027/21017/18416 9028/21016/18415 9029/21019/18418</w:t>
        <w:br/>
        <w:t>f 9030/21018/18417 9032/21020/18419 9031/21021/18420</w:t>
        <w:br/>
        <w:t>f 9029/21019/18418 9030/21018/18417 9031/21021/18420</w:t>
        <w:br/>
        <w:t>f 9019/21006/18405 9034/21022/18420 9033/21023/18419</w:t>
        <w:br/>
        <w:t>f 9018/21007/18406 9019/21006/18405 9033/21023/18419</w:t>
        <w:br/>
        <w:t>f 9036/21024/18421 9035/21025/18422 9019/21006/18405</w:t>
        <w:br/>
        <w:t>f 9020/21009/18408 9036/21024/18421 9019/21006/18405</w:t>
        <w:br/>
        <w:t>f 9037/21026/18423 9036/21024/18421 9020/21009/18408</w:t>
        <w:br/>
        <w:t>f 9022/21011/18410 9037/21026/18423 9020/21009/18408</w:t>
        <w:br/>
        <w:t>f 9038/21027/18424 9037/21026/18423 9022/21011/18410</w:t>
        <w:br/>
        <w:t>f 9023/21013/18412 9038/21027/18424 9022/21011/18410</w:t>
        <w:br/>
        <w:t>f 9039/21028/18425 9038/21027/18424 9023/21013/18412</w:t>
        <w:br/>
        <w:t>f 9025/21015/18414 9039/21028/18425 9023/21013/18412</w:t>
        <w:br/>
        <w:t>f 9039/21028/18425 9025/21015/18414 9027/21017/18416</w:t>
        <w:br/>
        <w:t>f 9040/21029/18426 9039/21028/18425 9027/21017/18416</w:t>
        <w:br/>
        <w:t>f 9029/21019/18418 9041/21030/18427 9040/21029/18426</w:t>
        <w:br/>
        <w:t>f 9027/21017/18416 9029/21019/18418 9040/21029/18426</w:t>
        <w:br/>
        <w:t>f 9031/21021/18420 9042/21031/18428 9041/21030/18427</w:t>
        <w:br/>
        <w:t>f 9029/21019/18418 9031/21021/18420 9041/21030/18427</w:t>
        <w:br/>
        <w:t>f 9034/21022/18420 9019/21006/18405 9035/21025/18422</w:t>
        <w:br/>
        <w:t>f 9043/21032/18429 9034/21022/18420 9035/21025/18422</w:t>
        <w:br/>
        <w:t>f 9035/21025/18422 9036/21024/18421 9045/21033/18430</w:t>
        <w:br/>
        <w:t>f 9044/21034/18431 9035/21025/18422 9045/21033/18430</w:t>
        <w:br/>
        <w:t>f 9036/21024/18421 9037/21026/18423 9046/21035/18432</w:t>
        <w:br/>
        <w:t>f 9045/21033/18430 9036/21024/18421 9046/21035/18432</w:t>
        <w:br/>
        <w:t>f 9047/21036/18433 9046/21035/18432 9037/21026/18423</w:t>
        <w:br/>
        <w:t>f 9038/21027/18424 9047/21036/18433 9037/21026/18423</w:t>
        <w:br/>
        <w:t>f 9048/21037/18434 9047/21036/18433 9038/21027/18424</w:t>
        <w:br/>
        <w:t>f 9039/21028/18425 9048/21037/18434 9038/21027/18424</w:t>
        <w:br/>
        <w:t>f 9040/21029/18426 9049/21038/18435 9048/21037/18434</w:t>
        <w:br/>
        <w:t>f 9039/21028/18425 9040/21029/18426 9048/21037/18434</w:t>
        <w:br/>
        <w:t>f 9041/21030/18427 9050/21039/18436 9049/21038/18435</w:t>
        <w:br/>
        <w:t>f 9040/21029/18426 9041/21030/18427 9049/21038/18435</w:t>
        <w:br/>
        <w:t>f 9050/21039/18436 9041/21030/18427 9042/21031/18428</w:t>
        <w:br/>
        <w:t>f 9051/21040/18437 9050/21039/18436 9042/21031/18428</w:t>
        <w:br/>
        <w:t>f 9035/21025/18422 9044/21034/18431 9052/21041/18437</w:t>
        <w:br/>
        <w:t>f 9043/21032/18429 9035/21025/18422 9052/21041/18437</w:t>
        <w:br/>
        <w:t>f 9054/21042/18438 9053/21043/18439 9044/21034/18431</w:t>
        <w:br/>
        <w:t>f 9045/21033/18430 9054/21042/18438 9044/21034/18431</w:t>
        <w:br/>
        <w:t>f 9055/21044/18440 9054/21042/18438 9045/21033/18430</w:t>
        <w:br/>
        <w:t>f 9046/21035/18432 9055/21044/18440 9045/21033/18430</w:t>
        <w:br/>
        <w:t>f 9055/21044/18440 9046/21035/18432 9047/21036/18433</w:t>
        <w:br/>
        <w:t>f 9056/21045/18441 9055/21044/18440 9047/21036/18433</w:t>
        <w:br/>
        <w:t>f 9048/21037/18434 9057/21046/18442 9056/21045/18441</w:t>
        <w:br/>
        <w:t>f 9047/21036/18433 9048/21037/18434 9056/21045/18441</w:t>
        <w:br/>
        <w:t>f 9057/21046/18442 9048/21037/18434 9049/21038/18435</w:t>
        <w:br/>
        <w:t>f 9058/21047/18443 9057/21046/18442 9049/21038/18435</w:t>
        <w:br/>
        <w:t>f 9058/21047/18443 9049/21038/18435 9050/21039/18436</w:t>
        <w:br/>
        <w:t>f 9059/21048/18444 9058/21047/18443 9050/21039/18436</w:t>
        <w:br/>
        <w:t>f 9060/21049/18445 9059/21048/18444 9050/21039/18436</w:t>
        <w:br/>
        <w:t>f 9051/21040/18437 9060/21049/18445 9050/21039/18436</w:t>
        <w:br/>
        <w:t>f 9044/21034/18431 9053/21043/18439 9061/21050/18446</w:t>
        <w:br/>
        <w:t>f 9052/21041/18437 9044/21034/18431 9061/21050/18446</w:t>
        <w:br/>
        <w:t>f 9053/21043/18439 9054/21042/18438 9063/21051/18447</w:t>
        <w:br/>
        <w:t>f 9062/21052/18448 9053/21043/18439 9063/21051/18447</w:t>
        <w:br/>
        <w:t>f 9054/21042/18438 9055/21044/18440 9064/21053/18449</w:t>
        <w:br/>
        <w:t>f 9063/21051/18447 9054/21042/18438 9064/21053/18449</w:t>
        <w:br/>
        <w:t>f 9065/21054/18450 9064/21053/18449 9055/21044/18440</w:t>
        <w:br/>
        <w:t>f 9056/21045/18441 9065/21054/18450 9055/21044/18440</w:t>
        <w:br/>
        <w:t>f 9066/21055/18451 9065/21054/18450 9056/21045/18441</w:t>
        <w:br/>
        <w:t>f 9057/21046/18442 9066/21055/18451 9056/21045/18441</w:t>
        <w:br/>
        <w:t>f 9066/21055/18451 9057/21046/18442 9058/21047/18443</w:t>
        <w:br/>
        <w:t>f 9067/21056/18452 9066/21055/18451 9058/21047/18443</w:t>
        <w:br/>
        <w:t>f 9067/21056/18452 9058/21047/18443 9059/21048/18444</w:t>
        <w:br/>
        <w:t>f 9068/21057/18453 9067/21056/18452 9059/21048/18444</w:t>
        <w:br/>
        <w:t>f 9060/21049/18445 9069/21058/18454 9068/21057/18453</w:t>
        <w:br/>
        <w:t>f 9059/21048/18444 9060/21049/18445 9068/21057/18453</w:t>
        <w:br/>
        <w:t>f 9070/21059/18454 9061/21050/18446 9053/21043/18439</w:t>
        <w:br/>
        <w:t>f 9062/21052/18448 9070/21059/18454 9053/21043/18439</w:t>
        <w:br/>
        <w:t>f 9072/21060/18455 9071/21061/18456 9062/21052/18448</w:t>
        <w:br/>
        <w:t>f 9063/21051/18447 9072/21060/18455 9062/21052/18448</w:t>
        <w:br/>
        <w:t>f 9073/21062/18457 9072/21060/18455 9063/21051/18447</w:t>
        <w:br/>
        <w:t>f 9064/21053/18449 9073/21062/18457 9063/21051/18447</w:t>
        <w:br/>
        <w:t>f 9064/21053/18449 9065/21054/18450 9074/21063/18458</w:t>
        <w:br/>
        <w:t>f 9073/21062/18457 9064/21053/18449 9074/21063/18458</w:t>
        <w:br/>
        <w:t>f 9075/21064/18459 9074/21063/18458 9065/21054/18450</w:t>
        <w:br/>
        <w:t>f 9066/21055/18451 9075/21064/18459 9065/21054/18450</w:t>
        <w:br/>
        <w:t>f 9075/21064/18459 9066/21055/18451 9067/21056/18452</w:t>
        <w:br/>
        <w:t>f 9076/21065/18460 9075/21064/18459 9067/21056/18452</w:t>
        <w:br/>
        <w:t>f 9076/21065/18460 9067/21056/18452 9068/21057/18453</w:t>
        <w:br/>
        <w:t>f 9077/21066/18461 9076/21065/18460 9068/21057/18453</w:t>
        <w:br/>
        <w:t>f 9069/21058/18454 9078/21067/18462 9077/21066/18461</w:t>
        <w:br/>
        <w:t>f 9068/21057/18453 9069/21058/18454 9077/21066/18461</w:t>
        <w:br/>
        <w:t>f 9062/21052/18448 9071/21061/18456 9079/21068/18462</w:t>
        <w:br/>
        <w:t>f 9070/21059/18454 9062/21052/18448 9079/21068/18462</w:t>
        <w:br/>
        <w:t>f 9083/21069/18463 9082/21070/18464 9081/21071/18465</w:t>
        <w:br/>
        <w:t>f 9080/21072/18466 9083/21069/18463 9081/21071/18465</w:t>
        <w:br/>
        <w:t>f 9080/21072/18466 9081/21071/18465 9084/21073/18467</w:t>
        <w:br/>
        <w:t>f 9085/21074/18468 9080/21072/18466 9084/21073/18467</w:t>
        <w:br/>
        <w:t>f 9084/21073/18467 9087/21075/18469 9086/21076/18470</w:t>
        <w:br/>
        <w:t>f 9085/21074/18468 9084/21073/18467 9086/21076/18470</w:t>
        <w:br/>
        <w:t>f 9087/21075/18469 9089/21077/18471 9088/21078/18472</w:t>
        <w:br/>
        <w:t>f 9086/21076/18470 9087/21075/18469 9088/21078/18472</w:t>
        <w:br/>
        <w:t>f 9089/21077/18471 9091/21079/18473 9090/21080/18474</w:t>
        <w:br/>
        <w:t>f 9088/21078/18472 9089/21077/18471 9090/21080/18474</w:t>
        <w:br/>
        <w:t>f 9091/21079/18473 9093/21081/18475 9092/21082/18476</w:t>
        <w:br/>
        <w:t>f 9090/21080/18474 9091/21079/18473 9092/21082/18476</w:t>
        <w:br/>
        <w:t>f 9092/21082/18476 9093/21081/18475 9095/21083/18477</w:t>
        <w:br/>
        <w:t>f 9094/21084/18478 9092/21082/18476 9095/21083/18477</w:t>
        <w:br/>
        <w:t>f 9097/21085/18478 9096/21086/18477 9082/21070/18464</w:t>
        <w:br/>
        <w:t>f 9083/21069/18463 9097/21085/18478 9082/21070/18464</w:t>
        <w:br/>
        <w:t>f 9098/21087/18479 9083/21069/18463 9080/21072/18466</w:t>
        <w:br/>
        <w:t>f 9099/21088/18480 9098/21087/18479 9080/21072/18466</w:t>
        <w:br/>
        <w:t>f 9099/21088/18480 9080/21072/18466 9085/21074/18468</w:t>
        <w:br/>
        <w:t>f 9100/21089/18481 9099/21088/18480 9085/21074/18468</w:t>
        <w:br/>
        <w:t>f 9086/21076/18470 9101/21090/18482 9100/21089/18481</w:t>
        <w:br/>
        <w:t>f 9085/21074/18468 9086/21076/18470 9100/21089/18481</w:t>
        <w:br/>
        <w:t>f 9102/21091/18483 9101/21090/18482 9086/21076/18470</w:t>
        <w:br/>
        <w:t>f 9088/21078/18472 9102/21091/18483 9086/21076/18470</w:t>
        <w:br/>
        <w:t>f 9103/21092/18484 9102/21091/18483 9088/21078/18472</w:t>
        <w:br/>
        <w:t>f 9090/21080/18474 9103/21092/18484 9088/21078/18472</w:t>
        <w:br/>
        <w:t>f 9104/21093/18485 9103/21092/18484 9090/21080/18474</w:t>
        <w:br/>
        <w:t>f 9092/21082/18476 9104/21093/18485 9090/21080/18474</w:t>
        <w:br/>
        <w:t>f 9105/21094/18486 9104/21093/18485 9092/21082/18476</w:t>
        <w:br/>
        <w:t>f 9094/21084/18478 9105/21094/18486 9092/21082/18476</w:t>
        <w:br/>
        <w:t>f 9097/21085/18478 9083/21069/18463 9098/21087/18479</w:t>
        <w:br/>
        <w:t>f 9106/21095/18486 9097/21085/18478 9098/21087/18479</w:t>
        <w:br/>
        <w:t>f 9108/21096/18487 9107/21097/18225 9098/21087/18479</w:t>
        <w:br/>
        <w:t>f 9099/21088/18480 9108/21096/18487 9098/21087/18479</w:t>
        <w:br/>
        <w:t>f 9109/21098/18227 9108/21096/18487 9099/21088/18480</w:t>
        <w:br/>
        <w:t>f 9100/21089/18481 9109/21098/18227 9099/21088/18480</w:t>
        <w:br/>
        <w:t>f 9100/21089/18481 9101/21090/18482 9110/21099/18229</w:t>
        <w:br/>
        <w:t>f 9109/21098/18227 9100/21089/18481 9110/21099/18229</w:t>
        <w:br/>
        <w:t>f 9101/21090/18482 9102/21091/18483 9111/21100/18488</w:t>
        <w:br/>
        <w:t>f 9110/21099/18229 9101/21090/18482 9111/21100/18488</w:t>
        <w:br/>
        <w:t>f 9102/21091/18483 9103/21092/18484 9112/21101/18489</w:t>
        <w:br/>
        <w:t>f 9111/21100/18488 9102/21091/18483 9112/21101/18489</w:t>
        <w:br/>
        <w:t>f 9113/21102/18490 9112/21101/18489 9103/21092/18484</w:t>
        <w:br/>
        <w:t>f 9104/21093/18485 9113/21102/18490 9103/21092/18484</w:t>
        <w:br/>
        <w:t>f 9114/21103/18238 9113/21102/18490 9104/21093/18485</w:t>
        <w:br/>
        <w:t>f 9105/21094/18486 9114/21103/18238 9104/21093/18485</w:t>
        <w:br/>
        <w:t>f 9106/21095/18486 9098/21087/18479 9107/21097/18225</w:t>
        <w:br/>
        <w:t>f 9115/21104/18238 9106/21095/18486 9107/21097/18225</w:t>
        <w:br/>
        <w:t>f 8955/20943/18345 8963/20954/18356 8964/20953/18355</w:t>
        <w:br/>
        <w:t>f 8954/20944/18346 8955/20943/18345 8964/20953/18355</w:t>
        <w:br/>
        <w:t>f 8955/20943/18345 8956/20945/18347 8967/20957/18359</w:t>
        <w:br/>
        <w:t>f 8963/20954/18356 8955/20943/18345 8967/20957/18359</w:t>
        <w:br/>
        <w:t>f 8970/20958/18360 8967/20957/18359 8956/20945/18347</w:t>
        <w:br/>
        <w:t>f 8957/20946/18348 8970/20958/18360 8956/20945/18347</w:t>
        <w:br/>
        <w:t>f 8957/20946/18348 8958/20947/18349 8972/20960/18362</w:t>
        <w:br/>
        <w:t>f 8970/20958/18360 8957/20946/18348 8972/20960/18362</w:t>
        <w:br/>
        <w:t>f 8974/20962/18364 8972/20960/18362 8958/20947/18349</w:t>
        <w:br/>
        <w:t>f 8959/20948/18350 8974/20962/18364 8958/20947/18349</w:t>
        <w:br/>
        <w:t>f 8974/20962/18364 8959/20948/18350 8960/20949/18351</w:t>
        <w:br/>
        <w:t>f 8975/20965/18367 8974/20962/18364 8960/20949/18351</w:t>
        <w:br/>
        <w:t>f 8961/20950/18352 8978/20966/18368 8975/20965/18367</w:t>
        <w:br/>
        <w:t>f 8960/20949/18351 8961/20950/18352 8975/20965/18367</w:t>
        <w:br/>
        <w:t>f 8979/20969/18370 8962/20951/18353 8954/20944/18346</w:t>
        <w:br/>
        <w:t>f 8964/20953/18355 8979/20969/18370 8954/20944/18346</w:t>
        <w:br/>
        <w:t>f 9072/21060/18455 9081/21071/18465 9082/21070/18464</w:t>
        <w:br/>
        <w:t>f 9071/21061/18456 9072/21060/18455 9082/21070/18464</w:t>
        <w:br/>
        <w:t>f 9084/21073/18467 9081/21071/18465 9072/21060/18455</w:t>
        <w:br/>
        <w:t>f 9073/21062/18457 9084/21073/18467 9072/21060/18455</w:t>
        <w:br/>
        <w:t>f 9073/21062/18457 9074/21063/18458 9087/21075/18469</w:t>
        <w:br/>
        <w:t>f 9084/21073/18467 9073/21062/18457 9087/21075/18469</w:t>
        <w:br/>
        <w:t>f 9074/21063/18458 9075/21064/18459 9089/21077/18471</w:t>
        <w:br/>
        <w:t>f 9087/21075/18469 9074/21063/18458 9089/21077/18471</w:t>
        <w:br/>
        <w:t>f 9075/21064/18459 9076/21065/18460 9091/21079/18473</w:t>
        <w:br/>
        <w:t>f 9089/21077/18471 9075/21064/18459 9091/21079/18473</w:t>
        <w:br/>
        <w:t>f 9077/21066/18461 9093/21081/18475 9091/21079/18473</w:t>
        <w:br/>
        <w:t>f 9076/21065/18460 9077/21066/18461 9091/21079/18473</w:t>
        <w:br/>
        <w:t>f 9078/21067/18462 9095/21083/18477 9093/21081/18475</w:t>
        <w:br/>
        <w:t>f 9077/21066/18461 9078/21067/18462 9093/21081/18475</w:t>
        <w:br/>
        <w:t>f 9096/21086/18477 9079/21068/18462 9071/21061/18456</w:t>
        <w:br/>
        <w:t>f 9082/21070/18464 9096/21086/18477 9071/21061/18456</w:t>
        <w:br/>
        <w:t>f 8999/20990/18390 9017/21008/18407 9018/21007/18406</w:t>
        <w:br/>
        <w:t>f 9002/20991/18391 8999/20990/18390 9018/21007/18406</w:t>
        <w:br/>
        <w:t>f 9003/20993/18393 9021/21010/18409 9017/21008/18407</w:t>
        <w:br/>
        <w:t>f 8999/20990/18390 9003/20993/18393 9017/21008/18407</w:t>
        <w:br/>
        <w:t>f 9005/20995/18395 9024/21012/18411 9021/21010/18409</w:t>
        <w:br/>
        <w:t>f 9003/20993/18393 9005/20995/18395 9021/21010/18409</w:t>
        <w:br/>
        <w:t>f 9024/21012/18411 9005/20995/18395 9007/20997/18397</w:t>
        <w:br/>
        <w:t>f 9026/21014/18413 9024/21012/18411 9007/20997/18397</w:t>
        <w:br/>
        <w:t>f 9028/21016/18415 9026/21014/18413 9007/20997/18397</w:t>
        <w:br/>
        <w:t>f 9010/20999/18399 9028/21016/18415 9007/20997/18397</w:t>
        <w:br/>
        <w:t>f 9010/20999/18399 9011/21001/18401 9030/21018/18417</w:t>
        <w:br/>
        <w:t>f 9028/21016/18415 9010/20999/18399 9030/21018/18417</w:t>
        <w:br/>
        <w:t>f 9011/21001/18401 9013/21003/18403 9032/21020/18419</w:t>
        <w:br/>
        <w:t>f 9030/21018/18417 9011/21001/18401 9032/21020/18419</w:t>
        <w:br/>
        <w:t>f 9016/21004/18404 9002/20991/18391 9018/21007/18406</w:t>
        <w:br/>
        <w:t>f 9033/21023/18419 9016/21004/18404 9018/21007/18406</w:t>
        <w:br/>
        <w:t>f 9000/20989/18389 9001/20988/18388 8982/20971/18372</w:t>
        <w:br/>
        <w:t>f 8983/20970/18371 9000/20989/18389 8982/20971/18372</w:t>
        <w:br/>
        <w:t>f 8985/20975/18376 9004/20992/18392 9000/20989/18389</w:t>
        <w:br/>
        <w:t>f 8983/20970/18371 8985/20975/18376 9000/20989/18389</w:t>
        <w:br/>
        <w:t>f 8987/20977/18378 9006/20994/18394 9004/20992/18392</w:t>
        <w:br/>
        <w:t>f 8985/20975/18376 8987/20977/18378 9004/20992/18392</w:t>
        <w:br/>
        <w:t>f 8989/20979/18380 9008/20996/18396 9006/20994/18394</w:t>
        <w:br/>
        <w:t>f 8987/20977/18378 8989/20979/18380 9006/20994/18394</w:t>
        <w:br/>
        <w:t>f 8991/20981/18382 9009/20998/18398 9008/20996/18396</w:t>
        <w:br/>
        <w:t>f 8989/20979/18380 8991/20981/18382 9008/20996/18396</w:t>
        <w:br/>
        <w:t>f 9012/21000/18400 9009/20998/18398 8991/20981/18382</w:t>
        <w:br/>
        <w:t>f 8993/20983/18384 9012/21000/18400 8991/20981/18382</w:t>
        <w:br/>
        <w:t>f 8993/20983/18384 8995/20985/18386 9014/21002/18402</w:t>
        <w:br/>
        <w:t>f 9012/21000/18400 8993/20983/18384 9014/21002/18402</w:t>
        <w:br/>
        <w:t>f 9001/20988/18388 9015/21005/18402 8998/20987/18387</w:t>
        <w:br/>
        <w:t>f 8982/20971/18372 9001/20988/18388 8998/20987/18387</w:t>
        <w:br/>
        <w:t>f 8966/20955/18357 8984/20973/18374 8981/20972/18373</w:t>
        <w:br/>
        <w:t>f 8965/20952/18354 8966/20955/18357 8981/20972/18373</w:t>
        <w:br/>
        <w:t>f 8986/20974/18375 8984/20973/18374 8966/20955/18357</w:t>
        <w:br/>
        <w:t>f 8968/20956/18358 8986/20974/18375 8966/20955/18357</w:t>
        <w:br/>
        <w:t>f 8986/20974/18375 8968/20956/18358 8969/20959/18361</w:t>
        <w:br/>
        <w:t>f 8988/20976/18377 8986/20974/18375 8969/20959/18361</w:t>
        <w:br/>
        <w:t>f 8988/20976/18377 8969/20959/18361 8971/20961/18363</w:t>
        <w:br/>
        <w:t>f 8990/20978/18379 8988/20976/18377 8971/20961/18363</w:t>
        <w:br/>
        <w:t>f 8990/20978/18379 8971/20961/18363 8973/20963/18365</w:t>
        <w:br/>
        <w:t>f 8992/20980/18381 8990/20978/18379 8973/20963/18365</w:t>
        <w:br/>
        <w:t>f 8973/20963/18365 8976/20964/18366 8994/20982/18383</w:t>
        <w:br/>
        <w:t>f 8992/20980/18381 8973/20963/18365 8994/20982/18383</w:t>
        <w:br/>
        <w:t>f 8976/20964/18366 8977/20967/18369 8996/20984/18385</w:t>
        <w:br/>
        <w:t>f 8994/20982/18383 8976/20964/18366 8996/20984/18385</w:t>
        <w:br/>
        <w:t>f 8981/20972/18373 8997/20986/18385 8980/20968/18369</w:t>
        <w:br/>
        <w:t>f 8965/20952/18354 8981/20972/18373 8980/20968/18369</w:t>
        <w:br/>
        <w:t>f 8870/20858/18268 8857/20847/18258 8858/20846/18257</w:t>
        <w:br/>
        <w:t>f 8869/20859/18269 8870/20858/18268 8858/20846/18257</w:t>
        <w:br/>
        <w:t>f 8859/20848/18259 8873/20861/18271 8869/20859/18269</w:t>
        <w:br/>
        <w:t>f 8858/20846/18257 8859/20848/18259 8869/20859/18269</w:t>
        <w:br/>
        <w:t>f 8873/20861/18271 8859/20848/18259 8860/20849/18260</w:t>
        <w:br/>
        <w:t>f 8875/20863/18273 8873/20861/18271 8860/20849/18260</w:t>
        <w:br/>
        <w:t>f 8861/20850/18261 8877/20865/18275 8875/20863/18273</w:t>
        <w:br/>
        <w:t>f 8860/20849/18260 8861/20850/18261 8875/20863/18273</w:t>
        <w:br/>
        <w:t>f 8879/20868/18278 8880/20867/18277 8862/20852/18263</w:t>
        <w:br/>
        <w:t>f 8863/20851/18262 8879/20868/18278 8862/20852/18263</w:t>
        <w:br/>
        <w:t>f 8883/20871/18281 8879/20868/18278 8863/20851/18262</w:t>
        <w:br/>
        <w:t>f 8864/20853/18264 8883/20871/18281 8863/20851/18262</w:t>
        <w:br/>
        <w:t>f 8885/20873/18283 8883/20871/18281 8864/20853/18264</w:t>
        <w:br/>
        <w:t>f 8865/20854/18265 8885/20873/18283 8864/20853/18264</w:t>
        <w:br/>
        <w:t>f 8886/20878/18286 8887/20877/18283 8866/20856/18265</w:t>
        <w:br/>
        <w:t>f 8867/20855/18266 8886/20878/18286 8866/20856/18265</w:t>
        <w:br/>
        <w:t>f 9118/21105/18491 9117/21106/18492 9116/21107/18493</w:t>
        <w:br/>
        <w:t>f 9119/21108/18494 9118/21105/18491 9116/21107/18493</w:t>
        <w:br/>
        <w:t>f 9122/21109/18495 9121/21110/18496 9120/21111/18497</w:t>
        <w:br/>
        <w:t>f 9123/21112/18491 9122/21109/18495 9120/21111/18497</w:t>
        <w:br/>
        <w:t>f 9126/21113/18498 9125/21114/18499 9124/21115/18500</w:t>
        <w:br/>
        <w:t>f 9127/21116/18501 9126/21113/18498 9124/21115/18500</w:t>
        <w:br/>
        <w:t>f 9129/21117/18502 9128/21118/18503 9126/21113/18498</w:t>
        <w:br/>
        <w:t>f 9127/21116/18501 9129/21117/18502 9126/21113/18498</w:t>
        <w:br/>
        <w:t>f 9128/21118/18503 9129/21117/18502 9131/21119/18504</w:t>
        <w:br/>
        <w:t>f 9130/21120/18505 9128/21118/18503 9131/21119/18504</w:t>
        <w:br/>
        <w:t>f 9130/21120/18505 9131/21119/18504 9133/21121/18506</w:t>
        <w:br/>
        <w:t>f 9132/21122/18507 9130/21120/18505 9133/21121/18506</w:t>
        <w:br/>
        <w:t>f 9117/21106/18492 9135/21123/18508 9134/21124/18509</w:t>
        <w:br/>
        <w:t>f 9116/21107/18493 9117/21106/18492 9134/21124/18509</w:t>
        <w:br/>
        <w:t>f 9118/21105/18491 9137/21125/18510 9136/21126/18511</w:t>
        <w:br/>
        <w:t>f 9117/21106/18492 9118/21105/18491 9136/21126/18511</w:t>
        <w:br/>
        <w:t>f 9120/21111/18497 9139/21127/18512 9138/21128/18512</w:t>
        <w:br/>
        <w:t>f 9123/21112/18491 9120/21111/18497 9138/21128/18512</w:t>
        <w:br/>
        <w:t>f 9126/21113/18498 9141/21129/18513 9140/21130/18514</w:t>
        <w:br/>
        <w:t>f 9125/21114/18499 9126/21113/18498 9140/21130/18514</w:t>
        <w:br/>
        <w:t>f 9126/21113/18498 9128/21118/18503 9142/21131/18515</w:t>
        <w:br/>
        <w:t>f 9141/21129/18513 9126/21113/18498 9142/21131/18515</w:t>
        <w:br/>
        <w:t>f 9143/21132/18516 9142/21131/18515 9128/21118/18503</w:t>
        <w:br/>
        <w:t>f 9130/21120/18505 9143/21132/18516 9128/21118/18503</w:t>
        <w:br/>
        <w:t>f 9144/21133/18517 9143/21132/18516 9130/21120/18505</w:t>
        <w:br/>
        <w:t>f 9132/21122/18507 9144/21133/18517 9130/21120/18505</w:t>
        <w:br/>
        <w:t>f 9145/21134/18518 9135/21123/18508 9117/21106/18492</w:t>
        <w:br/>
        <w:t>f 9136/21126/18511 9145/21134/18518 9117/21106/18492</w:t>
        <w:br/>
        <w:t>f 9146/21135/18519 9136/21126/18511 9137/21125/18510</w:t>
        <w:br/>
        <w:t>f 9147/21136/18520 9146/21135/18519 9137/21125/18510</w:t>
        <w:br/>
        <w:t>f 9149/21137/18521 9148/21138/18521 9138/21128/18512</w:t>
        <w:br/>
        <w:t>f 9139/21127/18512 9149/21137/18521 9138/21128/18512</w:t>
        <w:br/>
        <w:t>f 9151/21139/18522 9150/21140/18523 9140/21130/18514</w:t>
        <w:br/>
        <w:t>f 9141/21129/18513 9151/21139/18522 9140/21130/18514</w:t>
        <w:br/>
        <w:t>f 9152/21141/18524 9151/21139/18522 9141/21129/18513</w:t>
        <w:br/>
        <w:t>f 9142/21131/18515 9152/21141/18524 9141/21129/18513</w:t>
        <w:br/>
        <w:t>f 9142/21131/18515 9143/21132/18516 9153/21142/18525</w:t>
        <w:br/>
        <w:t>f 9152/21141/18524 9142/21131/18515 9153/21142/18525</w:t>
        <w:br/>
        <w:t>f 9154/21143/18526 9153/21142/18525 9143/21132/18516</w:t>
        <w:br/>
        <w:t>f 9144/21133/18517 9154/21143/18526 9143/21132/18516</w:t>
        <w:br/>
        <w:t>f 9136/21126/18511 9146/21135/18519 9155/21144/18527</w:t>
        <w:br/>
        <w:t>f 9145/21134/18518 9136/21126/18511 9155/21144/18527</w:t>
        <w:br/>
        <w:t>f 9157/21145/18528 9146/21135/18519 9147/21136/18520</w:t>
        <w:br/>
        <w:t>f 9156/21146/18529 9157/21145/18528 9147/21136/18520</w:t>
        <w:br/>
        <w:t>f 9159/21147/18530 9158/21148/18529 9148/21138/18521</w:t>
        <w:br/>
        <w:t>f 9149/21137/18521 9159/21147/18530 9148/21138/18521</w:t>
        <w:br/>
        <w:t>f 9150/21140/18523 9151/21139/18522 9161/21149/18531</w:t>
        <w:br/>
        <w:t>f 9160/21150/18532 9150/21140/18523 9161/21149/18531</w:t>
        <w:br/>
        <w:t>f 9151/21139/18522 9152/21141/18524 9162/21151/18533</w:t>
        <w:br/>
        <w:t>f 9161/21149/18531 9151/21139/18522 9162/21151/18533</w:t>
        <w:br/>
        <w:t>f 9152/21141/18524 9153/21142/18525 9163/21152/18534</w:t>
        <w:br/>
        <w:t>f 9162/21151/18533 9152/21141/18524 9163/21152/18534</w:t>
        <w:br/>
        <w:t>f 9164/21153/18535 9163/21152/18534 9153/21142/18525</w:t>
        <w:br/>
        <w:t>f 9154/21143/18526 9164/21153/18535 9153/21142/18525</w:t>
        <w:br/>
        <w:t>f 9146/21135/18519 9166/21154/18536 9165/21155/18537</w:t>
        <w:br/>
        <w:t>f 9155/21144/18527 9146/21135/18519 9165/21155/18537</w:t>
        <w:br/>
        <w:t>f 9156/21146/18529 9168/21156/18538 9167/21157/18539</w:t>
        <w:br/>
        <w:t>f 9157/21145/18528 9156/21146/18529 9167/21157/18539</w:t>
        <w:br/>
        <w:t>f 9170/21158/18540 9169/21159/18538 9158/21148/18529</w:t>
        <w:br/>
        <w:t>f 9159/21147/18530 9170/21158/18540 9158/21148/18529</w:t>
        <w:br/>
        <w:t>f 9172/21160/18541 9171/21161/18542 9159/21147/18530</w:t>
        <w:br/>
        <w:t>f 9161/21149/18531 9172/21160/18541 9159/21147/18530</w:t>
        <w:br/>
        <w:t>f 9173/21162/18543 9172/21160/18541 9161/21149/18531</w:t>
        <w:br/>
        <w:t>f 9162/21151/18533 9173/21162/18543 9161/21149/18531</w:t>
        <w:br/>
        <w:t>f 9162/21151/18533 9163/21152/18534 9174/21163/18544</w:t>
        <w:br/>
        <w:t>f 9173/21162/18543 9162/21151/18533 9174/21163/18544</w:t>
        <w:br/>
        <w:t>f 9175/21164/18545 9174/21163/18544 9163/21152/18534</w:t>
        <w:br/>
        <w:t>f 9164/21153/18535 9175/21164/18545 9163/21152/18534</w:t>
        <w:br/>
        <w:t>f 9166/21154/18536 9176/21165/18546 9175/21164/18545</w:t>
        <w:br/>
        <w:t>f 9164/21153/18535 9166/21154/18536 9175/21164/18545</w:t>
        <w:br/>
        <w:t>f 9179/21166/18547 9178/21167/18548 9177/21168/18549</w:t>
        <w:br/>
        <w:t>f 9180/21169/18538 9179/21166/18547 9177/21168/18549</w:t>
        <w:br/>
        <w:t>f 9184/21170/18540 9183/21171/18550 9182/21172/18547</w:t>
        <w:br/>
        <w:t>f 9181/21173/18538 9184/21170/18540 9182/21172/18547</w:t>
        <w:br/>
        <w:t>f 9187/21174/18541 9186/21175/18551 9185/21176/18552</w:t>
        <w:br/>
        <w:t>f 9184/21170/18540 9187/21174/18541 9185/21176/18552</w:t>
        <w:br/>
        <w:t>f 9189/21177/18553 9188/21178/18554 9186/21175/18551</w:t>
        <w:br/>
        <w:t>f 9187/21174/18541 9189/21177/18553 9186/21175/18551</w:t>
        <w:br/>
        <w:t>f 9188/21178/18554 9189/21177/18553 9190/21179/18544</w:t>
        <w:br/>
        <w:t>f 9191/21180/18555 9188/21178/18554 9190/21179/18544</w:t>
        <w:br/>
        <w:t>f 9191/21180/18555 9190/21179/18544 9192/21181/18545</w:t>
        <w:br/>
        <w:t>f 9193/21182/18556 9191/21180/18555 9192/21181/18545</w:t>
        <w:br/>
        <w:t>f 9192/21181/18545 9195/21183/18557 9194/21184/18558</w:t>
        <w:br/>
        <w:t>f 9193/21182/18556 9192/21181/18545 9194/21184/18558</w:t>
        <w:br/>
        <w:t>f 9197/21185/18559 9196/21186/18560 9178/21167/18548</w:t>
        <w:br/>
        <w:t>f 9179/21166/18547 9197/21185/18559 9178/21167/18548</w:t>
        <w:br/>
        <w:t>f 9198/21187/18559 9182/21172/18547 9183/21171/18550</w:t>
        <w:br/>
        <w:t>f 9199/21188/18561 9198/21187/18559 9183/21171/18550</w:t>
        <w:br/>
        <w:t>f 9186/21175/18551 9201/21189/18562 9200/21190/18563</w:t>
        <w:br/>
        <w:t>f 9185/21176/18552 9186/21175/18551 9200/21190/18563</w:t>
        <w:br/>
        <w:t>f 9201/21189/18562 9186/21175/18551 9188/21178/18554</w:t>
        <w:br/>
        <w:t>f 9202/21191/18564 9201/21189/18562 9188/21178/18554</w:t>
        <w:br/>
        <w:t>f 9191/21180/18555 9203/21192/18565 9202/21191/18564</w:t>
        <w:br/>
        <w:t>f 9188/21178/18554 9191/21180/18555 9202/21191/18564</w:t>
        <w:br/>
        <w:t>f 9203/21192/18565 9191/21180/18555 9193/21182/18556</w:t>
        <w:br/>
        <w:t>f 9204/21193/18566 9203/21192/18565 9193/21182/18556</w:t>
        <w:br/>
        <w:t>f 9193/21182/18556 9194/21184/18558 9206/21194/18567</w:t>
        <w:br/>
        <w:t>f 9205/21195/18568 9193/21182/18556 9206/21194/18567</w:t>
        <w:br/>
        <w:t>f 9196/21186/18560 9197/21185/18559 9119/21108/18494</w:t>
        <w:br/>
        <w:t>f 9116/21107/18493 9196/21186/18560 9119/21108/18494</w:t>
        <w:br/>
        <w:t>f 9121/21110/18496 9122/21109/18495 9198/21187/18559</w:t>
        <w:br/>
        <w:t>f 9199/21188/18561 9121/21110/18496 9198/21187/18559</w:t>
        <w:br/>
        <w:t>f 9201/21189/18562 9127/21116/18501 9124/21115/18500</w:t>
        <w:br/>
        <w:t>f 9200/21190/18563 9201/21189/18562 9124/21115/18500</w:t>
        <w:br/>
        <w:t>f 9202/21191/18564 9129/21117/18502 9127/21116/18501</w:t>
        <w:br/>
        <w:t>f 9201/21189/18562 9202/21191/18564 9127/21116/18501</w:t>
        <w:br/>
        <w:t>f 9203/21192/18565 9131/21119/18504 9129/21117/18502</w:t>
        <w:br/>
        <w:t>f 9202/21191/18564 9203/21192/18565 9129/21117/18502</w:t>
        <w:br/>
        <w:t>f 9204/21193/18566 9133/21121/18506 9131/21119/18504</w:t>
        <w:br/>
        <w:t>f 9203/21192/18565 9204/21193/18566 9131/21119/18504</w:t>
        <w:br/>
        <w:t>f 9205/21195/18568 9196/21186/18560 9116/21107/18493</w:t>
        <w:br/>
        <w:t>f 9134/21124/18509 9205/21195/18568 9116/21107/18493</w:t>
        <w:br/>
        <w:t>f 9209/21196/18569 9208/21197/18570 9207/21198/18571</w:t>
        <w:br/>
        <w:t>f 9210/21199/18572 9209/21196/18569 9207/21198/18571</w:t>
        <w:br/>
        <w:t>f 9214/21200/18573 9213/21201/18574 9212/21202/18575</w:t>
        <w:br/>
        <w:t>f 9211/21203/18576 9214/21200/18573 9212/21202/18575</w:t>
        <w:br/>
        <w:t>f 9218/21204/18577 9217/21205/18578 9216/21206/18579</w:t>
        <w:br/>
        <w:t>f 9215/21207/18580 9218/21204/18577 9216/21206/18579</w:t>
        <w:br/>
        <w:t>f 9222/21208/18581 9221/21209/18582 9220/21210/13799</w:t>
        <w:br/>
        <w:t>f 9219/21211/18583 9222/21208/18581 9220/21210/13799</w:t>
        <w:br/>
        <w:t>f 9226/21212/18584 9225/21213/18584 9224/21214/18585</w:t>
        <w:br/>
        <w:t>f 9223/21215/18586 9226/21212/18584 9224/21214/18585</w:t>
        <w:br/>
        <w:t>f 9230/21216/18587 9229/21217/18588 9228/21218/18589</w:t>
        <w:br/>
        <w:t>f 9227/21219/18590 9230/21216/18587 9228/21218/18589</w:t>
        <w:br/>
        <w:t>f 9232/21220/18591 9231/21221/18591 9208/21197/18570</w:t>
        <w:br/>
        <w:t>f 9209/21196/18569 9232/21220/18591 9208/21197/18570</w:t>
        <w:br/>
        <w:t>f 9234/21222/18592 9233/21223/18593 9212/21202/18575</w:t>
        <w:br/>
        <w:t>f 9213/21201/18574 9234/21222/18592 9212/21202/18575</w:t>
        <w:br/>
        <w:t>f 9216/21206/18579 9217/21205/18578 9236/21224/18594</w:t>
        <w:br/>
        <w:t>f 9235/21225/18595 9216/21206/18579 9236/21224/18594</w:t>
        <w:br/>
        <w:t>f 9221/21209/18582 9238/21226/18596 9237/21227/18597</w:t>
        <w:br/>
        <w:t>f 9220/21210/13799 9221/21209/18582 9237/21227/18597</w:t>
        <w:br/>
        <w:t>f 9239/21228/18598 9225/21213/18584 9226/21212/18584</w:t>
        <w:br/>
        <w:t>f 9240/21229/18599 9239/21228/18598 9226/21212/18584</w:t>
        <w:br/>
        <w:t>f 9228/21218/18589 9242/21230/18600 9241/21231/18601</w:t>
        <w:br/>
        <w:t>f 9227/21219/18590 9228/21218/18589 9241/21231/18601</w:t>
        <w:br/>
        <w:t>f 9244/21232/18602 9243/21233/18602 9231/21221/18591</w:t>
        <w:br/>
        <w:t>f 9232/21220/18591 9244/21232/18602 9231/21221/18591</w:t>
        <w:br/>
        <w:t>f 9246/21234/18603 9233/21223/18593 9234/21222/18592</w:t>
        <w:br/>
        <w:t>f 9245/21235/18604 9246/21234/18603 9234/21222/18592</w:t>
        <w:br/>
        <w:t>f 9247/21236/18605 9235/21225/18595 9236/21224/18594</w:t>
        <w:br/>
        <w:t>f 9248/21237/18606 9247/21236/18605 9236/21224/18594</w:t>
        <w:br/>
        <w:t>f 9238/21226/18596 9250/21238/18607 9249/21239/18608</w:t>
        <w:br/>
        <w:t>f 9237/21227/18597 9238/21226/18596 9249/21239/18608</w:t>
        <w:br/>
        <w:t>f 9252/21240/18609 9251/21241/18610 9239/21228/18598</w:t>
        <w:br/>
        <w:t>f 9240/21229/18599 9252/21240/18609 9239/21228/18598</w:t>
        <w:br/>
        <w:t>f 9254/21242/18611 9253/21243/18612 9241/21231/18601</w:t>
        <w:br/>
        <w:t>f 9242/21230/18600 9254/21242/18611 9241/21231/18601</w:t>
        <w:br/>
        <w:t>f 9244/21232/18602 9256/21244/18613 9255/21245/18613</w:t>
        <w:br/>
        <w:t>f 9243/21233/18602 9244/21232/18602 9255/21245/18613</w:t>
        <w:br/>
        <w:t>f 9258/21246/18614 9257/21247/18614 9246/21234/18603</w:t>
        <w:br/>
        <w:t>f 9245/21235/18604 9258/21246/18614 9246/21234/18603</w:t>
        <w:br/>
        <w:t>f 9260/21248/18615 9259/21249/18616 9247/21236/18605</w:t>
        <w:br/>
        <w:t>f 9248/21237/18606 9260/21248/18615 9247/21236/18605</w:t>
        <w:br/>
        <w:t>f 9262/21250/18617 9261/21251/18618 9249/21239/18608</w:t>
        <w:br/>
        <w:t>f 9250/21238/18607 9262/21250/18617 9249/21239/18608</w:t>
        <w:br/>
        <w:t>f 9252/21240/18609 9264/21252/18619 9263/21253/18620</w:t>
        <w:br/>
        <w:t>f 9251/21241/18610 9252/21240/18609 9263/21253/18620</w:t>
        <w:br/>
        <w:t>f 9266/21254/18621 9253/21243/18612 9254/21242/18611</w:t>
        <w:br/>
        <w:t>f 9265/21255/18621 9266/21254/18621 9254/21242/18611</w:t>
        <w:br/>
        <w:t>f 9256/21244/18613 9268/21256/18622 9267/21257/18623</w:t>
        <w:br/>
        <w:t>f 9255/21245/18613 9256/21244/18613 9267/21257/18623</w:t>
        <w:br/>
        <w:t>f 9257/21247/18614 9258/21246/18614 9270/21258/18624</w:t>
        <w:br/>
        <w:t>f 9269/21259/18624 9257/21247/18614 9270/21258/18624</w:t>
        <w:br/>
        <w:t>f 9272/21260/18625 9271/21261/18626 9259/21249/18616</w:t>
        <w:br/>
        <w:t>f 9260/21248/18615 9272/21260/18625 9259/21249/18616</w:t>
        <w:br/>
        <w:t>f 9261/21251/18618 9262/21250/18617 9274/21262/18627</w:t>
        <w:br/>
        <w:t>f 9273/21263/18628 9261/21251/18618 9274/21262/18627</w:t>
        <w:br/>
        <w:t>f 9275/21264/18629 9263/21253/18620 9264/21252/18619</w:t>
        <w:br/>
        <w:t>f 9276/21265/18630 9275/21264/18629 9264/21252/18619</w:t>
        <w:br/>
        <w:t>f 9265/21255/18621 9278/21266/18631 9277/21267/18632</w:t>
        <w:br/>
        <w:t>f 9266/21254/18621 9265/21255/18621 9277/21267/18632</w:t>
        <w:br/>
        <w:t>f 9280/21268/18633 9279/21269/18634 9267/21257/18623</w:t>
        <w:br/>
        <w:t>f 9268/21256/18622 9280/21268/18633 9267/21257/18623</w:t>
        <w:br/>
        <w:t>f 9282/21270/18635 9281/21271/18636 9269/21259/18624</w:t>
        <w:br/>
        <w:t>f 9270/21258/18624 9282/21270/18635 9269/21259/18624</w:t>
        <w:br/>
        <w:t>f 9271/21261/18626 9272/21260/18625 9284/21272/18637</w:t>
        <w:br/>
        <w:t>f 9283/21273/18637 9271/21261/18626 9284/21272/18637</w:t>
        <w:br/>
        <w:t>f 9285/21274/18638 9273/21263/18628 9274/21262/18627</w:t>
        <w:br/>
        <w:t>f 9286/21275/18639 9285/21274/18638 9274/21262/18627</w:t>
        <w:br/>
        <w:t>f 9288/21276/18640 9275/21264/18629 9276/21265/18630</w:t>
        <w:br/>
        <w:t>f 9287/21277/18641 9288/21276/18640 9276/21265/18630</w:t>
        <w:br/>
        <w:t>f 9278/21266/18631 9290/21278/18642 9289/21279/18643</w:t>
        <w:br/>
        <w:t>f 9277/21267/18632 9278/21266/18631 9289/21279/18643</w:t>
        <w:br/>
        <w:t>f 9292/21280/18644 9291/21281/18645 9279/21269/18634</w:t>
        <w:br/>
        <w:t>f 9280/21268/18633 9292/21280/18644 9279/21269/18634</w:t>
        <w:br/>
        <w:t>f 9294/21282/18646 9293/21283/18647 9281/21271/18636</w:t>
        <w:br/>
        <w:t>f 9282/21270/18635 9294/21282/18646 9281/21271/18636</w:t>
        <w:br/>
        <w:t>f 9296/21284/18648 9295/21285/18648 9283/21273/18637</w:t>
        <w:br/>
        <w:t>f 9284/21272/18637 9296/21284/18648 9283/21273/18637</w:t>
        <w:br/>
        <w:t>f 9286/21275/18639 9298/21286/18649 9297/21287/18650</w:t>
        <w:br/>
        <w:t>f 9285/21274/18638 9286/21275/18639 9297/21287/18650</w:t>
        <w:br/>
        <w:t>f 9287/21277/18641 9300/21288/18651 9299/21289/18651</w:t>
        <w:br/>
        <w:t>f 9288/21276/18640 9287/21277/18641 9299/21289/18651</w:t>
        <w:br/>
        <w:t>f 9290/21278/18642 9302/21290/18652 9301/21291/18653</w:t>
        <w:br/>
        <w:t>f 9289/21279/18643 9290/21278/18642 9301/21291/18653</w:t>
        <w:br/>
        <w:t>f 9291/21281/18645 9292/21280/18644 9304/21292/18654</w:t>
        <w:br/>
        <w:t>f 9303/21293/18655 9291/21281/18645 9304/21292/18654</w:t>
        <w:br/>
        <w:t>f 9306/21294/18053 9305/21295/18656 9292/21280/18644</w:t>
        <w:br/>
        <w:t>f 9294/21282/18657 9306/21294/18053 9292/21280/18644</w:t>
        <w:br/>
        <w:t>f 9296/21284/18648 9308/21296/18658 9307/21297/18658</w:t>
        <w:br/>
        <w:t>f 9295/21285/18648 9296/21284/18648 9307/21297/18658</w:t>
        <w:br/>
        <w:t>f 9298/21286/18649 9310/21298/18659 9309/21299/18660</w:t>
        <w:br/>
        <w:t>f 9297/21287/18650 9298/21286/18649 9309/21299/18660</w:t>
        <w:br/>
        <w:t>f 9312/21300/18072 9299/21289/18651 9300/21288/18651</w:t>
        <w:br/>
        <w:t>f 9311/21301/18060 9312/21300/18072 9300/21288/18651</w:t>
        <w:br/>
        <w:t>f 9301/21291/18653 9302/21290/18652 9314/21302/18661</w:t>
        <w:br/>
        <w:t>f 9313/21303/18661 9301/21291/18653 9314/21302/18661</w:t>
        <w:br/>
        <w:t>f 9316/21304/18662 9303/21293/18655 9304/21292/18654</w:t>
        <w:br/>
        <w:t>f 9315/21305/18663 9316/21304/18662 9304/21292/18654</w:t>
        <w:br/>
        <w:t>f 9318/21306/18664 9304/21292/18665 9306/21294/18053</w:t>
        <w:br/>
        <w:t>f 9317/21307/18666 9318/21306/18664 9306/21294/18053</w:t>
        <w:br/>
        <w:t>f 9320/21308/18667 9319/21309/18667 9307/21297/18658</w:t>
        <w:br/>
        <w:t>f 9308/21296/18658 9320/21308/18667 9307/21297/18658</w:t>
        <w:br/>
        <w:t>f 9309/21299/18660 9310/21298/18659 9321/21310/18668</w:t>
        <w:br/>
        <w:t>f 9322/21311/18669 9309/21299/18660 9321/21310/18668</w:t>
        <w:br/>
        <w:t>f 9324/21312/18670 9323/21313/18671 9310/21298/18672</w:t>
        <w:br/>
        <w:t>f 9311/21301/18060 9324/21312/18670 9310/21298/18672</w:t>
        <w:br/>
        <w:t>f 9314/21302/18661 9326/21314/18673 9325/21315/18674</w:t>
        <w:br/>
        <w:t>f 9313/21303/18661 9314/21302/18661 9325/21315/18674</w:t>
        <w:br/>
        <w:t>f 9315/21305/18663 9328/21316/18675 9327/21317/18675</w:t>
        <w:br/>
        <w:t>f 9316/21304/18662 9315/21305/18663 9327/21317/18675</w:t>
        <w:br/>
        <w:t>f 9317/21307/18666 9330/21318/18676 9329/21319/18677</w:t>
        <w:br/>
        <w:t>f 9315/21305/18663 9317/21307/18666 9329/21319/18677</w:t>
        <w:br/>
        <w:t>f 9332/21320/18678 9319/21309/18667 9320/21308/18667</w:t>
        <w:br/>
        <w:t>f 9331/21321/18679 9332/21320/18678 9320/21308/18667</w:t>
        <w:br/>
        <w:t>f 9334/21322/18680 9333/21323/18680 9322/21311/18669</w:t>
        <w:br/>
        <w:t>f 9321/21310/18668 9334/21322/18680 9322/21311/18669</w:t>
        <w:br/>
        <w:t>f 9336/21324/18681 9335/21325/18681 9321/21310/18668</w:t>
        <w:br/>
        <w:t>f 9324/21312/18670 9336/21324/18681 9321/21310/18668</w:t>
        <w:br/>
        <w:t>f 9325/21315/18674 9326/21314/18673 9338/21326/18682</w:t>
        <w:br/>
        <w:t>f 9337/21327/18683 9325/21315/18674 9338/21326/18682</w:t>
        <w:br/>
        <w:t>f 9340/21328/18684 9327/21317/18675 9328/21316/18675</w:t>
        <w:br/>
        <w:t>f 9339/21329/18685 9340/21328/18684 9328/21316/18675</w:t>
        <w:br/>
        <w:t>f 9342/21330/18686 9329/21319/18677 9330/21318/18676</w:t>
        <w:br/>
        <w:t>f 9341/21331/18687 9342/21330/18686 9330/21318/18676</w:t>
        <w:br/>
        <w:t>f 9331/21321/18679 9344/21332/18688 9343/21333/18688</w:t>
        <w:br/>
        <w:t>f 9330/21318/18689 9331/21321/18679 9343/21333/18688</w:t>
        <w:br/>
        <w:t>f 9333/21323/18680 9334/21322/18680 9346/21334/18690</w:t>
        <w:br/>
        <w:t>f 9345/21335/18691 9333/21323/18680 9346/21334/18690</w:t>
        <w:br/>
        <w:t>f 9335/21325/18681 9336/21324/18681 9348/21336/18692</w:t>
        <w:br/>
        <w:t>f 9347/21337/18693 9335/21325/18681 9348/21336/18692</w:t>
        <w:br/>
        <w:t>f 9350/21338/18694 9349/21339/18695 9337/21327/18683</w:t>
        <w:br/>
        <w:t>f 9338/21326/18682 9350/21338/18694 9337/21327/18683</w:t>
        <w:br/>
        <w:t>f 9352/21340/18696 9351/21341/18696 9340/21328/18684</w:t>
        <w:br/>
        <w:t>f 9339/21329/18685 9352/21340/18696 9340/21328/18684</w:t>
        <w:br/>
        <w:t>f 9354/21342/18697 9342/21330/18686 9341/21331/18687</w:t>
        <w:br/>
        <w:t>f 9353/21343/18697 9354/21342/18697 9341/21331/18687</w:t>
        <w:br/>
        <w:t>f 9356/21344/18698 9343/21333/18688 9344/21332/18688</w:t>
        <w:br/>
        <w:t>f 9355/21345/18698 9356/21344/18698 9344/21332/18688</w:t>
        <w:br/>
        <w:t>f 9357/21346/18699 9345/21335/18691 9346/21334/18690</w:t>
        <w:br/>
        <w:t>f 9358/21347/18700 9357/21346/18699 9346/21334/18690</w:t>
        <w:br/>
        <w:t>f 9360/21348/18701 9359/21349/18702 9347/21337/18693</w:t>
        <w:br/>
        <w:t>f 9348/21336/18692 9360/21348/18701 9347/21337/18693</w:t>
        <w:br/>
        <w:t>f 9362/21350/18703 9361/21351/18703 9349/21339/18695</w:t>
        <w:br/>
        <w:t>f 9350/21338/18694 9362/21350/18703 9349/21339/18695</w:t>
        <w:br/>
        <w:t>f 9364/21352/18704 9363/21353/18705 9351/21341/18696</w:t>
        <w:br/>
        <w:t>f 9352/21340/18696 9364/21352/18704 9351/21341/18696</w:t>
        <w:br/>
        <w:t>f 9354/21342/18697 9353/21343/18697 9366/21354/18706</w:t>
        <w:br/>
        <w:t>f 9365/21355/18706 9354/21342/18697 9366/21354/18706</w:t>
        <w:br/>
        <w:t>f 9355/21345/18698 9368/21356/18707 9367/21357/18707</w:t>
        <w:br/>
        <w:t>f 9356/21344/18698 9355/21345/18698 9367/21357/18707</w:t>
        <w:br/>
        <w:t>f 9370/21358/18708 9357/21346/18699 9358/21347/18700</w:t>
        <w:br/>
        <w:t>f 9369/21359/18708 9370/21358/18708 9358/21347/18700</w:t>
        <w:br/>
        <w:t>f 9371/21360/18709 9359/21349/18702 9360/21348/18701</w:t>
        <w:br/>
        <w:t>f 9372/21361/18709 9371/21360/18709 9360/21348/18701</w:t>
        <w:br/>
        <w:t>f 9361/21351/18703 9362/21350/18703 9374/21362/18710</w:t>
        <w:br/>
        <w:t>f 9373/21363/18711 9361/21351/18703 9374/21362/18710</w:t>
        <w:br/>
        <w:t>f 9376/21364/18712 9363/21353/18705 9364/21352/18704</w:t>
        <w:br/>
        <w:t>f 9375/21365/18712 9376/21364/18712 9364/21352/18704</w:t>
        <w:br/>
        <w:t>f 9378/21366/18713 9365/21355/18706 9366/21354/18706</w:t>
        <w:br/>
        <w:t>f 9377/21367/18714 9378/21366/18713 9366/21354/18706</w:t>
        <w:br/>
        <w:t>f 9379/21368/18715 9367/21357/18707 9368/21356/18707</w:t>
        <w:br/>
        <w:t>f 9380/21369/18715 9379/21368/18715 9368/21356/18707</w:t>
        <w:br/>
        <w:t>f 9382/21370/18716 9381/21371/18716 9370/21358/18708</w:t>
        <w:br/>
        <w:t>f 9369/21359/18708 9382/21370/18716 9370/21358/18708</w:t>
        <w:br/>
        <w:t>f 9384/21372/18717 9383/21373/18718 9371/21360/18709</w:t>
        <w:br/>
        <w:t>f 9372/21361/18709 9384/21372/18717 9371/21360/18709</w:t>
        <w:br/>
        <w:t>f 9373/21363/18711 9374/21362/18710 9385/21374/18719</w:t>
        <w:br/>
        <w:t>f 9386/21375/18720 9373/21363/18711 9385/21374/18719</w:t>
        <w:br/>
        <w:t>f 9388/21376/18721 9387/21377/18722 9376/21364/18712</w:t>
        <w:br/>
        <w:t>f 9375/21365/18712 9388/21376/18721 9376/21364/18712</w:t>
        <w:br/>
        <w:t>f 9390/21378/18723 9389/21379/18723 9378/21366/18713</w:t>
        <w:br/>
        <w:t>f 9377/21367/18714 9390/21378/18723 9378/21366/18713</w:t>
        <w:br/>
        <w:t>f 9380/21369/18715 9392/21380/18724 9391/21381/18725</w:t>
        <w:br/>
        <w:t>f 9379/21368/18715 9380/21369/18715 9391/21381/18725</w:t>
        <w:br/>
        <w:t>f 9394/21382/18726 9381/21371/18716 9382/21370/18716</w:t>
        <w:br/>
        <w:t>f 9393/21383/18727 9394/21382/18726 9382/21370/18716</w:t>
        <w:br/>
        <w:t>f 9395/21384/18728 9383/21373/18718 9384/21372/18717</w:t>
        <w:br/>
        <w:t>f 9396/21385/18729 9395/21384/18728 9384/21372/18717</w:t>
        <w:br/>
        <w:t>f 9398/21386/18730 9397/21387/18731 9386/21375/18720</w:t>
        <w:br/>
        <w:t>f 9385/21374/18719 9398/21386/18730 9386/21375/18720</w:t>
        <w:br/>
        <w:t>f 9399/21388/18732 9387/21377/18722 9388/21376/18721</w:t>
        <w:br/>
        <w:t>f 9400/21389/18733 9399/21388/18732 9388/21376/18721</w:t>
        <w:br/>
        <w:t>f 9402/21390/18734 9401/21391/18735 9389/21379/18723</w:t>
        <w:br/>
        <w:t>f 9390/21378/18723 9402/21390/18734 9389/21379/18723</w:t>
        <w:br/>
        <w:t>f 9404/21392/18736 9403/21393/18737 9391/21381/18725</w:t>
        <w:br/>
        <w:t>f 9392/21380/18724 9404/21392/18736 9391/21381/18725</w:t>
        <w:br/>
        <w:t>f 9406/21394/18738 9405/21395/18739 9394/21382/18726</w:t>
        <w:br/>
        <w:t>f 9393/21383/18727 9406/21394/18738 9394/21382/18726</w:t>
        <w:br/>
        <w:t>f 9396/21385/18729 9408/21396/18740 9407/21397/18741</w:t>
        <w:br/>
        <w:t>f 9395/21384/18728 9396/21385/18729 9407/21397/18741</w:t>
        <w:br/>
        <w:t>f 9398/21386/18730 9410/21398/18742 9409/21399/18743</w:t>
        <w:br/>
        <w:t>f 9397/21387/18731 9398/21386/18730 9409/21399/18743</w:t>
        <w:br/>
        <w:t>f 9413/21400/18744 9412/21401/18745 9411/21402/18745</w:t>
        <w:br/>
        <w:t>f 9414/21403/18744 9413/21400/18744 9411/21402/18745</w:t>
        <w:br/>
        <w:t>f 9415/21404/18745 9414/21403/18744 9411/21402/18745</w:t>
        <w:br/>
        <w:t>f 9416/21405/18746 9415/21404/18745 9411/21402/18745</w:t>
        <w:br/>
        <w:t>f 9417/21406/18746 9416/21405/18746 9411/21402/18745</w:t>
        <w:br/>
        <w:t>f 9412/21401/18745 9417/21406/18746 9411/21402/18745</w:t>
        <w:br/>
        <w:t>f 9420/21407/18747 9419/21408/18748 9418/21409/18749</w:t>
        <w:br/>
        <w:t>f 9419/21408/18748 9421/21410/18749 9418/21409/18749</w:t>
        <w:br/>
        <w:t>f 9421/21410/18749 9422/21411/18749 9418/21409/18749</w:t>
        <w:br/>
        <w:t>f 9422/21411/18749 9423/21412/18749 9418/21409/18749</w:t>
        <w:br/>
        <w:t>f 9423/21412/18749 9424/21413/18749 9418/21409/18749</w:t>
        <w:br/>
        <w:t>f 9424/21413/18749 9420/21407/18747 9418/21409/18749</w:t>
        <w:br/>
        <w:t>f 9427/21414/18750 9426/21415/18751 9425/21416/18752</w:t>
        <w:br/>
        <w:t>f 9428/21417/18752 9427/21414/18750 9425/21416/18752</w:t>
        <w:br/>
        <w:t>f 9432/21418/18753 9431/21419/18754 9430/21420/18755</w:t>
        <w:br/>
        <w:t>f 9429/21421/18756 9432/21418/18753 9430/21420/18755</w:t>
        <w:br/>
        <w:t>f 9425/21416/18752 9434/21422/18757 9433/21423/18757</w:t>
        <w:br/>
        <w:t>f 9428/21417/18752 9425/21416/18752 9433/21423/18757</w:t>
        <w:br/>
        <w:t>f 9437/21424/18758 9436/21425/18758 9435/21426/18759</w:t>
        <w:br/>
        <w:t>f 9438/21427/18759 9437/21424/18758 9435/21426/18759</w:t>
        <w:br/>
        <w:t>f 9433/21423/18757 9434/21422/18757 9432/21418/18753</w:t>
        <w:br/>
        <w:t>f 9429/21421/18756 9433/21423/18757 9432/21418/18753</w:t>
        <w:br/>
        <w:t>f 9431/21419/18754 9438/21427/18759 9435/21426/18759</w:t>
        <w:br/>
        <w:t>f 9430/21420/18755 9431/21419/18754 9435/21426/18759</w:t>
        <w:br/>
        <w:t>f 9441/21428/18760 9440/21429/18761 9439/21430/18762</w:t>
        <w:br/>
        <w:t>f 9442/21431/18763 9441/21428/18760 9439/21430/18762</w:t>
        <w:br/>
        <w:t>f 9445/21432/18764 9444/21433/18765 9443/21434/18766</w:t>
        <w:br/>
        <w:t>f 9446/21435/18767 9445/21432/18764 9443/21434/18766</w:t>
        <w:br/>
        <w:t>f 9442/21431/18763 9439/21430/18762 9448/21436/18768</w:t>
        <w:br/>
        <w:t>f 9447/21437/18768 9442/21431/18763 9448/21436/18768</w:t>
        <w:br/>
        <w:t>f 9451/21438/18769 9450/21439/18770 9449/21440/18770</w:t>
        <w:br/>
        <w:t>f 9452/21441/18769 9451/21438/18769 9449/21440/18770</w:t>
        <w:br/>
        <w:t>f 9448/21436/18768 9446/21435/18767 9443/21434/18766</w:t>
        <w:br/>
        <w:t>f 9447/21437/18768 9448/21436/18768 9443/21434/18766</w:t>
        <w:br/>
        <w:t>f 9449/21440/18770 9450/21439/18770 9444/21433/18765</w:t>
        <w:br/>
        <w:t>f 9445/21432/18764 9449/21440/18770 9444/21433/18765</w:t>
        <w:br/>
        <w:t>f 9441/21428/18760 9454/21442/18771 9453/21443/18772</w:t>
        <w:br/>
        <w:t>f 9440/21429/18761 9441/21428/18760 9453/21443/18772</w:t>
        <w:br/>
        <w:t>f 9457/21444/18773 9456/21445/18774 9455/21446/18775</w:t>
        <w:br/>
        <w:t>f 9458/21447/18776 9457/21444/18773 9455/21446/18775</w:t>
        <w:br/>
        <w:t>f 9462/21448/18777 9461/21449/18778 9460/21450/18779</w:t>
        <w:br/>
        <w:t>f 9459/21451/18780 9462/21448/18777 9460/21450/18779</w:t>
        <w:br/>
        <w:t>f 9464/21452/18781 9457/21444/18773 9458/21447/18776</w:t>
        <w:br/>
        <w:t>f 9463/21453/18782 9464/21452/18781 9458/21447/18776</w:t>
        <w:br/>
        <w:t>f 9468/21454/18783 9467/21455/18784 9466/21456/18784</w:t>
        <w:br/>
        <w:t>f 9465/21457/18785 9468/21454/18783 9466/21456/18784</w:t>
        <w:br/>
        <w:t>f 9471/21458/18786 9470/21459/18787 9469/21460/18788</w:t>
        <w:br/>
        <w:t>f 9472/21461/18786 9471/21458/18786 9469/21460/18788</w:t>
        <w:br/>
        <w:t>f 9476/21462/18789 9475/21463/18790 9474/21464/18791</w:t>
        <w:br/>
        <w:t>f 9473/21465/18792 9476/21462/18789 9474/21464/18791</w:t>
        <w:br/>
        <w:t>f 9471/21458/18786 9472/21461/18786 9476/21462/18789</w:t>
        <w:br/>
        <w:t>f 9473/21465/18792 9471/21458/18786 9476/21462/18789</w:t>
        <w:br/>
        <w:t>f 9480/21466/18793 9479/21467/18794 9478/21468/18795</w:t>
        <w:br/>
        <w:t>f 9477/21469/18796 9480/21466/18793 9478/21468/18795</w:t>
        <w:br/>
        <w:t>f 9483/21470/18797 9482/21471/18798 9481/21472/18799</w:t>
        <w:br/>
        <w:t>f 9484/21473/18799 9483/21470/18797 9481/21472/18799</w:t>
        <w:br/>
        <w:t>f 9483/21470/18797 9486/21474/18800 9485/21475/18800</w:t>
        <w:br/>
        <w:t>f 9482/21471/18798 9483/21470/18797 9485/21475/18800</w:t>
        <w:br/>
        <w:t>f 9464/21452/18781 9463/21453/18782 9460/21450/18779</w:t>
        <w:br/>
        <w:t>f 9461/21449/18778 9464/21452/18781 9460/21450/18779</w:t>
        <w:br/>
        <w:t>f 9474/21464/18791 9475/21463/18790 9479/21467/18794</w:t>
        <w:br/>
        <w:t>f 9480/21466/18793 9474/21464/18791 9479/21467/18794</w:t>
        <w:br/>
        <w:t>f 9459/21451/18780 9468/21454/18783 9465/21457/18785</w:t>
        <w:br/>
        <w:t>f 9462/21448/18777 9459/21451/18780 9465/21457/18785</w:t>
        <w:br/>
        <w:t>f 9477/21469/18796 9478/21468/18795 9488/21476/18801</w:t>
        <w:br/>
        <w:t>f 9487/21477/18801 9477/21469/18796 9488/21476/18801</w:t>
        <w:br/>
        <w:t>f 9437/21424/18758 9490/21478/18802 9489/21479/18802</w:t>
        <w:br/>
        <w:t>f 9436/21425/18758 9437/21424/18758 9489/21479/18802</w:t>
        <w:br/>
        <w:t>f 9492/21480/18803 9491/21481/18804 9451/21438/18769</w:t>
        <w:br/>
        <w:t>f 9452/21441/18769 9492/21480/18803 9451/21438/18769</w:t>
        <w:br/>
        <w:t>f 9496/21482/18805 9495/21483/18805 9494/21484/18805</w:t>
        <w:br/>
        <w:t>f 9493/21485/18805 9496/21482/18805 9494/21484/18805</w:t>
        <w:br/>
        <w:t>f 9498/21486/18806 9497/21487/18807 9466/21456/18784</w:t>
        <w:br/>
        <w:t>f 9467/21455/18784 9498/21486/18806 9466/21456/18784</w:t>
        <w:br/>
        <w:t>f 9455/21446/18775 9456/21445/18774 9500/21488/18808</w:t>
        <w:br/>
        <w:t>f 9499/21489/18808 9455/21446/18775 9500/21488/18808</w:t>
        <w:br/>
        <w:t>f 9502/21490/18809 9501/21491/18810 9487/21477/18801</w:t>
        <w:br/>
        <w:t>f 9488/21476/18801 9502/21490/18809 9487/21477/18801</w:t>
        <w:br/>
        <w:t>f 9504/21492/18811 9484/21473/18799 9481/21472/18799</w:t>
        <w:br/>
        <w:t>f 9503/21493/18811 9504/21492/18811 9481/21472/18799</w:t>
        <w:br/>
        <w:t>f 9485/21475/18800 9486/21474/18800 9499/21489/18808</w:t>
        <w:br/>
        <w:t>f 9500/21488/18808 9485/21475/18800 9499/21489/18808</w:t>
        <w:br/>
        <w:t>f 9470/21459/18787 9504/21492/18811 9503/21493/18811</w:t>
        <w:br/>
        <w:t>f 9469/21460/18788 9470/21459/18787 9503/21493/18811</w:t>
        <w:br/>
        <w:t>f 9427/21414/18750 9578/21494/18812 9577/21495/18812</w:t>
        <w:br/>
        <w:t>f 9426/21415/18751 9427/21414/18750 9577/21495/18812</w:t>
        <w:br/>
        <w:t>f 9580/21496/18813 9577/21495/18812 9578/21494/18812</w:t>
        <w:br/>
        <w:t>f 9579/21497/18813 9580/21496/18813 9578/21494/18812</w:t>
        <w:br/>
        <w:t>f 9582/21498/18814 9581/21499/18815 9453/21443/18772</w:t>
        <w:br/>
        <w:t>f 9454/21442/18771 9582/21498/18814 9453/21443/18772</w:t>
        <w:br/>
        <w:t>f 9580/21496/18813 9579/21497/18813 9583/21500/18816</w:t>
        <w:br/>
        <w:t>f 9581/21499/18815 9582/21498/18814 9584/21501/18817</w:t>
        <w:br/>
        <w:t>f 14391/21502/18818 14390/21503/18819 14389/21504/18819</w:t>
        <w:br/>
        <w:t>f 14392/21505/18818 14391/21502/18818 14389/21504/18819</w:t>
        <w:br/>
        <w:t>f 14395/21506/18820 14394/21507/18821 14393/21508/18821</w:t>
        <w:br/>
        <w:t>f 14396/21509/18822 14395/21506/18820 14393/21508/18821</w:t>
        <w:br/>
        <w:t>f 14392/21505/18818 14398/21510/18823 14397/21511/18823</w:t>
        <w:br/>
        <w:t>f 14391/21502/18818 14392/21505/18818 14397/21511/18823</w:t>
        <w:br/>
        <w:t>f 14396/21509/18822 14400/21512/18824 14399/21513/18824</w:t>
        <w:br/>
        <w:t>f 14395/21506/18820 14396/21509/18822 14399/21513/18824</w:t>
        <w:br/>
        <w:t>f 14402/21514/18825 14401/21515/18825 14397/21511/18823</w:t>
        <w:br/>
        <w:t>f 14398/21510/18823 14402/21514/18825 14397/21511/18823</w:t>
        <w:br/>
        <w:t>f 14403/21516/18826 14399/21513/18824 14400/21512/18824</w:t>
        <w:br/>
        <w:t>f 14404/21517/18827 14403/21516/18826 14400/21512/18824</w:t>
        <w:br/>
        <w:t>f 14401/21515/18825 14402/21514/18825 14406/21518/18828</w:t>
        <w:br/>
        <w:t>f 14405/21519/18829 14401/21515/18825 14406/21518/18828</w:t>
        <w:br/>
        <w:t>f 14407/21520/18830 14403/21516/18826 14404/21517/18827</w:t>
        <w:br/>
        <w:t>f 14408/21521/18830 14407/21520/18830 14404/21517/18827</w:t>
        <w:br/>
        <w:t>f 14405/21519/18829 14406/21518/18828 14410/21522/18831</w:t>
        <w:br/>
        <w:t>f 14409/21523/18831 14405/21519/18829 14410/21522/18831</w:t>
        <w:br/>
        <w:t>f 14411/21524/18832 14407/21520/18830 14408/21521/18830</w:t>
        <w:br/>
        <w:t>f 14412/21525/18832 14411/21524/18832 14408/21521/18830</w:t>
        <w:br/>
        <w:t>f 14414/21526/18833 14413/21527/18834 14409/21523/18831</w:t>
        <w:br/>
        <w:t>f 14410/21522/18831 14414/21526/18833 14409/21523/18831</w:t>
        <w:br/>
        <w:t>f 14416/21528/18835 14415/21529/18835 14411/21524/18832</w:t>
        <w:br/>
        <w:t>f 14412/21525/18832 14416/21528/18835 14411/21524/18832</w:t>
        <w:br/>
        <w:t>f 14419/21530/18836 14418/21531/18833 14417/21532/18837</w:t>
        <w:br/>
        <w:t>f 14420/21533/18837 14419/21530/18836 14417/21532/18837</w:t>
        <w:br/>
        <w:t>f 14424/21534/18835 14423/21535/18835 14422/21536/18838</w:t>
        <w:br/>
        <w:t>f 14421/21537/18838 14424/21534/18835 14422/21536/18838</w:t>
        <w:br/>
        <w:t>f 14420/21533/18837 14417/21532/18837 14425/21538/18839</w:t>
        <w:br/>
        <w:t>f 14426/21539/18840 14420/21533/18837 14425/21538/18839</w:t>
        <w:br/>
        <w:t>f 14421/21537/18838 14422/21536/18838 14427/21540/18841</w:t>
        <w:br/>
        <w:t>f 14428/21541/18841 14421/21537/18838 14427/21540/18841</w:t>
        <w:br/>
        <w:t>f 14426/21539/18840 14425/21538/18839 14429/21542/18842</w:t>
        <w:br/>
        <w:t>f 14430/21543/18843 14426/21539/18840 14429/21542/18842</w:t>
        <w:br/>
        <w:t>f 14430/21543/18843 14429/21542/18842 14432/21544/18844</w:t>
        <w:br/>
        <w:t>f 14431/21545/18844 14430/21543/18843 14432/21544/18844</w:t>
        <w:br/>
        <w:t>f 14436/21546/18845 14435/21547/18846 14434/21548/18846</w:t>
        <w:br/>
        <w:t>f 14433/21549/18845 14436/21546/18845 14434/21548/18846</w:t>
        <w:br/>
        <w:t>f 14431/21545/18844 14432/21544/18844 14438/21550/18847</w:t>
        <w:br/>
        <w:t>f 14437/21551/18847 14431/21545/18844 14438/21550/18847</w:t>
        <w:br/>
        <w:t>f 14440/21552/18848 14434/21548/18846 14435/21547/18846</w:t>
        <w:br/>
        <w:t>f 14439/21553/18848 14440/21552/18848 14435/21547/18846</w:t>
        <w:br/>
        <w:t>f 14442/21554/18849 14437/21551/18847 14438/21550/18847</w:t>
        <w:br/>
        <w:t>f 14441/21555/18850 14442/21554/18849 14438/21550/18847</w:t>
        <w:br/>
        <w:t>f 14441/21555/18850 14389/21504/18819 14390/21503/18819</w:t>
        <w:br/>
        <w:t>f 14442/21554/18849 14441/21555/18850 14390/21503/18819</w:t>
        <w:br/>
        <w:t>f 14444/21556/18851 14443/21557/18851 14393/21508/18821</w:t>
        <w:br/>
        <w:t>f 14394/21507/18821 14444/21556/18851 14393/21508/18821</w:t>
        <w:br/>
        <w:t>f 14430/21543/18843 14446/21558/18852 14445/21559/18853</w:t>
        <w:br/>
        <w:t>f 14426/21539/18840 14430/21543/18843 14445/21559/18853</w:t>
        <w:br/>
        <w:t>f 14450/21560/18854 14449/21561/18855 14448/21562/18855</w:t>
        <w:br/>
        <w:t>f 14447/21563/18854 14450/21560/18854 14448/21562/18855</w:t>
        <w:br/>
        <w:t>f 14453/21564/18856 14452/21565/18857 14451/21566/18857</w:t>
        <w:br/>
        <w:t>f 14454/21567/18856 14453/21564/18856 14451/21566/18857</w:t>
        <w:br/>
        <w:t>f 14455/21568/18858 14453/21564/18856 14454/21567/18856</w:t>
        <w:br/>
        <w:t>f 14456/21569/18858 14455/21568/18858 14454/21567/18856</w:t>
        <w:br/>
        <w:t>f 14456/21569/18858 14458/21570/18859 14457/21571/18860</w:t>
        <w:br/>
        <w:t>f 14455/21568/18858 14456/21569/18858 14457/21571/18860</w:t>
        <w:br/>
        <w:t>f 14460/21572/18861 14459/21573/18861 14457/21571/18860</w:t>
        <w:br/>
        <w:t>f 14458/21570/18859 14460/21572/18861 14457/21571/18860</w:t>
        <w:br/>
        <w:t>f 14462/21574/18862 14461/21575/18863 14459/21573/18861</w:t>
        <w:br/>
        <w:t>f 14460/21572/18861 14462/21574/18862 14459/21573/18861</w:t>
        <w:br/>
        <w:t>f 14464/21576/18864 14463/21577/18865 14461/21575/18863</w:t>
        <w:br/>
        <w:t>f 14462/21574/18862 14464/21576/18864 14461/21575/18863</w:t>
        <w:br/>
        <w:t>f 14467/21578/18866 14466/21579/18867 14465/21580/18868</w:t>
        <w:br/>
        <w:t>f 14468/21581/18868 14467/21578/18866 14465/21580/18868</w:t>
        <w:br/>
        <w:t>f 14468/21581/18868 14465/21580/18868 14426/21539/18840</w:t>
        <w:br/>
        <w:t>f 14445/21559/18853 14468/21581/18868 14426/21539/18840</w:t>
        <w:br/>
        <w:t>f 14470/21582/18869 14469/21583/18870 14446/21558/18852</w:t>
        <w:br/>
        <w:t>f 14430/21543/18843 14470/21582/18869 14446/21558/18852</w:t>
        <w:br/>
        <w:t>f 14470/21582/18869 14448/21562/18855 14449/21561/18855</w:t>
        <w:br/>
        <w:t>f 14469/21583/18870 14470/21582/18869 14449/21561/18855</w:t>
        <w:br/>
        <w:t>f 14447/21563/18854 14451/21566/18857 14452/21565/18857</w:t>
        <w:br/>
        <w:t>f 14450/21560/18854 14447/21563/18854 14452/21565/18857</w:t>
        <w:br/>
        <w:t>f 14440/21552/18848 14439/21553/18848 14443/21557/18851</w:t>
        <w:br/>
        <w:t>f 14444/21556/18851 14440/21552/18848 14443/21557/18851</w:t>
        <w:br/>
        <w:t>f 14428/21541/18841 14427/21540/18841 14436/21546/18845</w:t>
        <w:br/>
        <w:t>f 14433/21549/18845 14428/21541/18841 14436/21546/18845</w:t>
        <w:br/>
        <w:t>f 14474/21584/18871 14473/21585/18872 14472/21586/18873</w:t>
        <w:br/>
        <w:t>f 14471/21587/18874 14474/21584/18871 14472/21586/18873</w:t>
        <w:br/>
        <w:t>f 14473/21585/18872 14476/21588/18875 14475/21589/18876</w:t>
        <w:br/>
        <w:t>f 14472/21586/18873 14473/21585/18872 14475/21589/18876</w:t>
        <w:br/>
        <w:t>f 14478/21590/18877 14477/21591/18878 14475/21589/18876</w:t>
        <w:br/>
        <w:t>f 14476/21588/18875 14478/21590/18877 14475/21589/18876</w:t>
        <w:br/>
        <w:t>f 14477/21591/18878 14478/21590/18877 14480/21592/18879</w:t>
        <w:br/>
        <w:t>f 14479/21593/18880 14477/21591/18878 14480/21592/18879</w:t>
        <w:br/>
        <w:t>f 14482/21594/18881 14481/21595/18882 14479/21593/18880</w:t>
        <w:br/>
        <w:t>f 14480/21592/18879 14482/21594/18881 14479/21593/18880</w:t>
        <w:br/>
        <w:t>f 14481/21595/18882 14482/21594/18881 14483/21596/18883</w:t>
        <w:br/>
        <w:t>f 14484/21597/18884 14481/21595/18882 14483/21596/18883</w:t>
        <w:br/>
        <w:t>f 14488/21598/18885 14487/21599/18886 14486/21600/18884</w:t>
        <w:br/>
        <w:t>f 14485/21601/18883 14488/21598/18885 14486/21600/18884</w:t>
        <w:br/>
        <w:t>f 14487/21599/18886 14488/21598/18885 14489/21602/18887</w:t>
        <w:br/>
        <w:t>f 14490/21603/18888 14487/21599/18886 14489/21602/18887</w:t>
        <w:br/>
        <w:t>f 14490/21603/18888 14489/21602/18887 14491/21604/18889</w:t>
        <w:br/>
        <w:t>f 14492/21605/18890 14490/21603/18888 14491/21604/18889</w:t>
        <w:br/>
        <w:t>f 14492/21605/18890 14491/21604/18889 14494/21606/18891</w:t>
        <w:br/>
        <w:t>f 14493/21607/18892 14492/21605/18890 14494/21606/18891</w:t>
        <w:br/>
        <w:t>f 14494/21606/18891 14496/21608/18893 14495/21609/18894</w:t>
        <w:br/>
        <w:t>f 14493/21607/18892 14494/21606/18891 14495/21609/18894</w:t>
        <w:br/>
        <w:t>f 14471/21587/18874 14498/21610/18895 14497/21611/18895</w:t>
        <w:br/>
        <w:t>f 14474/21584/18871 14471/21587/18874 14497/21611/18895</w:t>
        <w:br/>
        <w:t>f 14501/21612/18896 14500/21613/18897 14474/21584/18871</w:t>
        <w:br/>
        <w:t>f 14499/21614/18898 14501/21612/18896 14474/21584/18871</w:t>
        <w:br/>
        <w:t>f 14505/21615/18899 14504/21616/18900 14503/21617/18900</w:t>
        <w:br/>
        <w:t>f 14502/21618/18899 14505/21615/18899 14503/21617/18900</w:t>
        <w:br/>
        <w:t>f 14501/21612/18896 14507/21619/18901 14506/21620/18902</w:t>
        <w:br/>
        <w:t>f 14473/21585/18872 14501/21612/18896 14506/21620/18902</w:t>
        <w:br/>
        <w:t>f 14504/21616/18900 14509/21621/18903 14508/21622/18903</w:t>
        <w:br/>
        <w:t>f 14503/21617/18900 14504/21616/18900 14508/21622/18903</w:t>
        <w:br/>
        <w:t>f 14478/21590/18877 14476/21588/18875 14507/21619/18901</w:t>
        <w:br/>
        <w:t>f 14510/21623/18904 14478/21590/18877 14507/21619/18901</w:t>
        <w:br/>
        <w:t>f 14511/21624/18905 14508/21622/18903 14509/21621/18903</w:t>
        <w:br/>
        <w:t>f 14512/21625/18906 14511/21624/18905 14509/21621/18903</w:t>
        <w:br/>
        <w:t>f 14510/21623/18904 14513/21626/18907 14480/21592/18879</w:t>
        <w:br/>
        <w:t>f 14478/21590/18877 14510/21623/18904 14480/21592/18879</w:t>
        <w:br/>
        <w:t>f 14511/21624/18905 14512/21625/18906 14515/21627/18908</w:t>
        <w:br/>
        <w:t>f 14514/21628/18908 14511/21624/18905 14515/21627/18908</w:t>
        <w:br/>
        <w:t>f 14482/21594/18881 14480/21592/18879 14513/21626/18907</w:t>
        <w:br/>
        <w:t>f 14516/21629/18909 14482/21594/18881 14513/21626/18907</w:t>
        <w:br/>
        <w:t>f 14518/21630/18910 14517/21631/18910 14514/21628/18908</w:t>
        <w:br/>
        <w:t>f 14515/21627/18908 14518/21630/18910 14514/21628/18908</w:t>
        <w:br/>
        <w:t>f 14482/21594/18881 14516/21629/18909 14519/21632/18911</w:t>
        <w:br/>
        <w:t>f 14483/21596/18883 14482/21594/18881 14519/21632/18911</w:t>
        <w:br/>
        <w:t>f 14517/21631/18910 14518/21630/18910 14520/21633/18912</w:t>
        <w:br/>
        <w:t>f 14521/21634/18912 14517/21631/18910 14520/21633/18912</w:t>
        <w:br/>
        <w:t>f 14522/21635/18913 14488/21598/18885 14485/21601/18883</w:t>
        <w:br/>
        <w:t>f 14523/21636/18914 14522/21635/18913 14485/21601/18883</w:t>
        <w:br/>
        <w:t>f 14527/21637/18915 14526/21638/18912 14525/21639/18916</w:t>
        <w:br/>
        <w:t>f 14524/21640/18916 14527/21637/18915 14525/21639/18916</w:t>
        <w:br/>
        <w:t>f 14528/21641/18917 14489/21602/18887 14488/21598/18885</w:t>
        <w:br/>
        <w:t>f 14522/21635/18913 14528/21641/18917 14488/21598/18885</w:t>
        <w:br/>
        <w:t>f 14530/21642/18918 14529/21643/18918 14524/21640/18916</w:t>
        <w:br/>
        <w:t>f 14525/21639/18916 14530/21642/18918 14524/21640/18916</w:t>
        <w:br/>
        <w:t>f 14489/21602/18887 14528/21641/18917 14531/21644/18919</w:t>
        <w:br/>
        <w:t>f 14491/21604/18889 14489/21602/18887 14531/21644/18919</w:t>
        <w:br/>
        <w:t>f 14533/21645/18920 14532/21646/18920 14529/21643/18918</w:t>
        <w:br/>
        <w:t>f 14530/21642/18918 14533/21645/18920 14529/21643/18918</w:t>
        <w:br/>
        <w:t>f 14534/21647/18921 14494/21606/18891 14491/21604/18889</w:t>
        <w:br/>
        <w:t>f 14531/21644/18919 14534/21647/18921 14491/21604/18889</w:t>
        <w:br/>
        <w:t>f 14536/21648/18922 14535/21649/18922 14532/21646/18920</w:t>
        <w:br/>
        <w:t>f 14533/21645/18920 14536/21648/18922 14532/21646/18920</w:t>
        <w:br/>
        <w:t>f 14537/21650/18923 14496/21608/18893 14494/21606/18891</w:t>
        <w:br/>
        <w:t>f 14534/21647/18921 14537/21650/18923 14494/21606/18891</w:t>
        <w:br/>
        <w:t>f 14535/21649/18922 14536/21648/18922 14538/21651/18924</w:t>
        <w:br/>
        <w:t>f 14539/21652/18925 14535/21649/18922 14538/21651/18924</w:t>
        <w:br/>
        <w:t>f 14537/21650/18923 14541/21653/18926 14540/21654/18926</w:t>
        <w:br/>
        <w:t>f 14496/21608/18893 14537/21650/18923 14540/21654/18926</w:t>
        <w:br/>
        <w:t>f 14499/21614/18898 14474/21584/18871 14540/21654/18926</w:t>
        <w:br/>
        <w:t>f 14541/21653/18926 14499/21614/18898 14540/21654/18926</w:t>
        <w:br/>
        <w:t>f 14542/21655/18927 14505/21615/18899 14502/21618/18899</w:t>
        <w:br/>
        <w:t>f 14543/21656/18927 14542/21655/18927 14502/21618/18899</w:t>
        <w:br/>
        <w:t>f 14498/21610/18895 14495/21609/18894 14496/21608/18893</w:t>
        <w:br/>
        <w:t>f 14497/21611/18895 14498/21610/18895 14496/21608/18893</w:t>
        <w:br/>
        <w:t>f 14542/21655/18927 14543/21656/18927 14539/21652/18925</w:t>
        <w:br/>
        <w:t>f 14538/21651/18924 14542/21655/18927 14539/21652/18925</w:t>
        <w:br/>
        <w:t>f 20759/21657/18928 20758/21658/18929 20757/21659/18929</w:t>
        <w:br/>
        <w:t>f 20760/21660/18928 20759/21657/18928 20757/21659/18929</w:t>
        <w:br/>
        <w:t>f 20763/21661/18930 20762/21662/18931 20761/21663/18932</w:t>
        <w:br/>
        <w:t>f 20764/21664/18932 20763/21661/18930 20761/21663/18932</w:t>
        <w:br/>
        <w:t>f 20768/21665/18933 20767/21666/18934 20766/21667/18935</w:t>
        <w:br/>
        <w:t>f 20765/21668/18935 20768/21665/18933 20766/21667/18935</w:t>
        <w:br/>
        <w:t>f 20772/21669/18936 20771/21670/18937 20770/21671/18938</w:t>
        <w:br/>
        <w:t>f 20769/21672/18939 20772/21669/18936 20770/21671/18938</w:t>
        <w:br/>
        <w:t>f 20776/21673/18940 20775/21674/18940 20774/21675/18941</w:t>
        <w:br/>
        <w:t>f 20773/21676/18941 20776/21673/18940 20774/21675/18941</w:t>
        <w:br/>
        <w:t>f 20780/21677/18942 20779/21678/18943 20778/21679/18943</w:t>
        <w:br/>
        <w:t>f 20777/21680/18942 20780/21677/18942 20778/21679/18943</w:t>
        <w:br/>
        <w:t>f 20783/21681/18944 20782/21682/18945 20781/21683/18946</w:t>
        <w:br/>
        <w:t>f 20786/21684/18947 20785/21685/18948 20784/21686/18949</w:t>
        <w:br/>
        <w:t>f 20787/21687/18947 20786/21684/18947 20784/21686/18949</w:t>
        <w:br/>
        <w:t>f 20789/21688/18950 20786/21684/18947 20787/21687/18947</w:t>
        <w:br/>
        <w:t>f 20788/21689/18951 20789/21688/18950 20787/21687/18947</w:t>
        <w:br/>
        <w:t>f 20772/21669/18936 20790/21690/18952 20783/21681/18944</w:t>
        <w:br/>
        <w:t>f 20771/21670/18937 20772/21669/18936 20783/21681/18944</w:t>
        <w:br/>
        <w:t>f 20788/21689/18951 20781/21683/18946 20789/21688/18950</w:t>
        <w:br/>
        <w:t>f 20794/21691/18953 20793/21692/18954 20792/21693/18955</w:t>
        <w:br/>
        <w:t>f 20791/21694/18956 20794/21691/18953 20792/21693/18955</w:t>
        <w:br/>
        <w:t>f 20797/21695/18957 20796/21696/18958 20795/21697/18959</w:t>
        <w:br/>
        <w:t>f 20798/21698/18960 20797/21695/18957 20795/21697/18959</w:t>
        <w:br/>
        <w:t>f 20794/21691/18953 20800/21699/18961 20799/21700/18961</w:t>
        <w:br/>
        <w:t>f 20793/21692/18954 20794/21691/18953 20799/21700/18961</w:t>
        <w:br/>
        <w:t>f 20803/21701/18962 20802/21702/18963 20801/21703/18964</w:t>
        <w:br/>
        <w:t>f 20804/21704/18965 20803/21701/18962 20801/21703/18964</w:t>
        <w:br/>
        <w:t>f 20808/21705/18966 20807/21706/18967 20806/21707/18968</w:t>
        <w:br/>
        <w:t>f 20805/21708/18969 20808/21705/18966 20806/21707/18968</w:t>
        <w:br/>
        <w:t>f 20781/21683/18946 20788/21689/18951 20809/21709/18970</w:t>
        <w:br/>
        <w:t>f 20798/21698/18960 20795/21697/18959 20802/21702/18963</w:t>
        <w:br/>
        <w:t>f 20803/21701/18962 20798/21698/18960 20802/21702/18963</w:t>
        <w:br/>
        <w:t>f 20812/21710/18971 20811/21711/18972 20810/21712/18973</w:t>
        <w:br/>
        <w:t>f 20813/21713/18974 20769/21672/18939 20770/21671/18938</w:t>
        <w:br/>
        <w:t>f 20796/21696/18958 20797/21695/18957 20815/21714/18975</w:t>
        <w:br/>
        <w:t>f 20814/21715/18975 20796/21696/18958 20815/21714/18975</w:t>
        <w:br/>
        <w:t>f 20792/21693/18955 20816/21716/18976 20790/21690/18952</w:t>
        <w:br/>
        <w:t>f 20791/21694/18956 20792/21693/18955 20790/21690/18952</w:t>
        <w:br/>
        <w:t>f 20763/21661/18930 20817/21717/18977 20762/21662/18931</w:t>
        <w:br/>
        <w:t>f 20810/21712/18973 20819/21718/18978 20818/21719/18979</w:t>
        <w:br/>
        <w:t>f 20820/21720/18980 20810/21712/18973 20818/21719/18979</w:t>
        <w:br/>
        <w:t>f 20820/21720/18980 20821/21721/18981 20812/21710/18971</w:t>
        <w:br/>
        <w:t>f 20810/21712/18973 20820/21720/18980 20812/21710/18971</w:t>
        <w:br/>
        <w:t>f 20769/21672/18939 20823/21722/18982 20822/21723/18983</w:t>
        <w:br/>
        <w:t>f 20824/21724/18984 20769/21672/18939 20822/21723/18983</w:t>
        <w:br/>
        <w:t>f 20825/21725/18985 20772/21669/18936 20769/21672/18939</w:t>
        <w:br/>
        <w:t>f 20824/21724/18984 20825/21725/18985 20769/21672/18939</w:t>
        <w:br/>
        <w:t>f 20826/21726/18986 20794/21691/18953 20791/21694/18956</w:t>
        <w:br/>
        <w:t>f 20827/21727/18987 20826/21726/18986 20791/21694/18956</w:t>
        <w:br/>
        <w:t>f 20794/21691/18953 20826/21726/18986 20829/21728/18988</w:t>
        <w:br/>
        <w:t>f 20828/21729/18989 20794/21691/18953 20829/21728/18988</w:t>
        <w:br/>
        <w:t>f 20831/21730/18990 20830/21731/18990 20828/21729/18989</w:t>
        <w:br/>
        <w:t>f 20829/21728/18988 20831/21730/18990 20828/21729/18989</w:t>
        <w:br/>
        <w:t>f 20833/21732/18991 20832/21733/18991 20830/21731/18990</w:t>
        <w:br/>
        <w:t>f 20831/21730/18990 20833/21732/18991 20830/21731/18990</w:t>
        <w:br/>
        <w:t>f 20765/21668/18935 20766/21667/18935 20834/21734/18992</w:t>
        <w:br/>
        <w:t>f 20835/21735/18992 20765/21668/18935 20834/21734/18992</w:t>
        <w:br/>
        <w:t>f 20835/21735/18992 20834/21734/18992 20764/21664/18932</w:t>
        <w:br/>
        <w:t>f 20761/21663/18932 20835/21735/18992 20764/21664/18932</w:t>
        <w:br/>
        <w:t>f 20808/21705/18966 20805/21708/18969 20836/21736/18993</w:t>
        <w:br/>
        <w:t>f 20838/21737/18994 20837/21738/18994 20832/21733/18991</w:t>
        <w:br/>
        <w:t>f 20833/21732/18991 20838/21737/18994 20832/21733/18991</w:t>
        <w:br/>
        <w:t>f 20804/21704/18965 20801/21703/18964 20840/21739/18995</w:t>
        <w:br/>
        <w:t>f 20839/21740/18996 20804/21704/18965 20840/21739/18995</w:t>
        <w:br/>
        <w:t>f 20811/21711/18972 20819/21718/18978 20810/21712/18973</w:t>
        <w:br/>
        <w:t>f 20844/21741/18997 20843/21742/18998 20842/21743/18998</w:t>
        <w:br/>
        <w:t>f 20841/21744/18999 20844/21741/18997 20842/21743/18998</w:t>
        <w:br/>
        <w:t>f 20847/21745/19000 20846/21746/19001 20845/21747/19001</w:t>
        <w:br/>
        <w:t>f 20848/21748/19002 20847/21745/19000 20845/21747/19001</w:t>
        <w:br/>
        <w:t>f 20851/21749/19003 20850/21750/19004 20849/21751/19004</w:t>
        <w:br/>
        <w:t>f 20852/21752/19003 20851/21749/19003 20849/21751/19004</w:t>
        <w:br/>
        <w:t>f 20855/21753/19005 20854/21754/19006 20853/21755/19007</w:t>
        <w:br/>
        <w:t>f 20856/21756/19008 20855/21753/19005 20853/21755/19007</w:t>
        <w:br/>
        <w:t>f 20859/21757/19009 20858/21758/19010 20857/21759/19011</w:t>
        <w:br/>
        <w:t>f 20863/21760/19012 20862/21761/19012 20861/21762/19013</w:t>
        <w:br/>
        <w:t>f 20860/21763/19013 20863/21760/19012 20861/21762/19013</w:t>
        <w:br/>
        <w:t>f 20865/21764/19014 20864/21765/19015 20860/21763/19013</w:t>
        <w:br/>
        <w:t>f 20861/21762/19013 20865/21764/19014 20860/21763/19013</w:t>
        <w:br/>
        <w:t>f 20858/21758/19010 20866/21766/19016 20853/21755/19007</w:t>
        <w:br/>
        <w:t>f 20854/21754/19006 20858/21758/19010 20853/21755/19007</w:t>
        <w:br/>
        <w:t>f 20865/21764/19014 20857/21759/19011 20864/21765/19015</w:t>
        <w:br/>
        <w:t>f 20869/21767/19017 20868/21768/19018 20867/21769/19019</w:t>
        <w:br/>
        <w:t>f 20870/21770/19020 20869/21767/19017 20867/21769/19019</w:t>
        <w:br/>
        <w:t>f 20867/21769/19019 20868/21768/19018 20872/21771/19021</w:t>
        <w:br/>
        <w:t>f 20871/21772/19022 20867/21769/19019 20872/21771/19021</w:t>
        <w:br/>
        <w:t>f 20875/21773/19023 20806/21707/18968 20874/21774/19024</w:t>
        <w:br/>
        <w:t>f 20873/21775/18996 20875/21773/19023 20874/21774/19024</w:t>
        <w:br/>
        <w:t>f 20876/21776/19025 20864/21765/19015 20857/21759/19011</w:t>
        <w:br/>
        <w:t>f 20880/21777/19026 20879/21778/19027 20878/21779/19028</w:t>
        <w:br/>
        <w:t>f 20877/21780/19029 20880/21777/19026 20878/21779/19028</w:t>
        <w:br/>
        <w:t>f 20879/21778/19027 20855/21753/19005 20856/21756/19008</w:t>
        <w:br/>
        <w:t>f 20878/21779/19028 20879/21778/19027 20856/21756/19008</w:t>
        <w:br/>
        <w:t>f 20848/21748/19002 20881/21781/19030 20847/21745/19000</w:t>
        <w:br/>
        <w:t>f 20883/21782/19031 20877/21780/19029 20878/21779/19028</w:t>
        <w:br/>
        <w:t>f 20882/21783/19032 20883/21782/19031 20878/21779/19028</w:t>
        <w:br/>
        <w:t>f 20856/21756/19008 20884/21784/19033 20882/21783/19032</w:t>
        <w:br/>
        <w:t>f 20878/21779/19028 20856/21756/19008 20882/21783/19032</w:t>
        <w:br/>
        <w:t>f 20885/21785/19034 20884/21784/19033 20856/21756/19008</w:t>
        <w:br/>
        <w:t>f 20853/21755/19007 20885/21785/19034 20856/21756/19008</w:t>
        <w:br/>
        <w:t>f 20887/21786/19035 20866/21766/19016 20870/21770/19020</w:t>
        <w:br/>
        <w:t>f 20886/21787/19036 20887/21786/19035 20870/21770/19020</w:t>
        <w:br/>
        <w:t>f 20886/21787/19036 20870/21770/19020 20867/21769/19019</w:t>
        <w:br/>
        <w:t>f 20888/21788/19037 20886/21787/19036 20867/21769/19019</w:t>
        <w:br/>
        <w:t>f 20867/21769/19019 20871/21772/19022 20889/21789/19038</w:t>
        <w:br/>
        <w:t>f 20888/21788/19037 20867/21769/19019 20889/21789/19038</w:t>
        <w:br/>
        <w:t>f 20871/21772/19022 20891/21790/19039 20890/21791/19040</w:t>
        <w:br/>
        <w:t>f 20889/21789/19038 20871/21772/19022 20890/21791/19040</w:t>
        <w:br/>
        <w:t>f 20893/21792/19041 20890/21791/19040 20891/21790/19039</w:t>
        <w:br/>
        <w:t>f 20892/21793/19041 20893/21792/19041 20891/21790/19039</w:t>
        <w:br/>
        <w:t>f 20894/21794/19042 20885/21785/19034 20853/21755/19007</w:t>
        <w:br/>
        <w:t>f 20866/21766/19016 20894/21794/19042 20853/21755/19007</w:t>
        <w:br/>
        <w:t>f 20852/21752/19003 20896/21795/19043 20895/21796/19043</w:t>
        <w:br/>
        <w:t>f 20851/21749/19003 20852/21752/19003 20895/21796/19043</w:t>
        <w:br/>
        <w:t>f 20896/21795/19043 20845/21747/19001 20846/21746/19001</w:t>
        <w:br/>
        <w:t>f 20895/21796/19043 20896/21795/19043 20846/21746/19001</w:t>
        <w:br/>
        <w:t>f 20874/21774/19024 20897/21797/19044 20873/21775/18996</w:t>
        <w:br/>
        <w:t>f 20838/21737/18994 20893/21792/19041 20892/21793/19041</w:t>
        <w:br/>
        <w:t>f 20837/21738/18994 20838/21737/18994 20892/21793/19041</w:t>
        <w:br/>
        <w:t>f 20898/21798/19045 20770/21671/18938 20771/21670/18937</w:t>
        <w:br/>
        <w:t>f 20809/21709/18970 20898/21798/19045 20771/21670/18937</w:t>
        <w:br/>
        <w:t>f 20771/21670/18937 20783/21681/18944 20781/21683/18946</w:t>
        <w:br/>
        <w:t>f 20809/21709/18970 20771/21670/18937 20781/21683/18946</w:t>
        <w:br/>
        <w:t>f 20901/21799/19046 20900/21800/19047 20899/21801/19048</w:t>
        <w:br/>
        <w:t>f 20811/21711/18972 20901/21799/19046 20899/21801/19048</w:t>
        <w:br/>
        <w:t>f 20813/21713/18974 20770/21671/18938 20902/21802/19049</w:t>
        <w:br/>
        <w:t>f 20906/21803/19050 20905/21804/19050 20904/21805/19051</w:t>
        <w:br/>
        <w:t>f 20903/21806/19052 20906/21803/19050 20904/21805/19051</w:t>
        <w:br/>
        <w:t>f 20854/21754/19006 20855/21753/19005 20907/21807/19053</w:t>
        <w:br/>
        <w:t>f 20876/21776/19025 20854/21754/19006 20907/21807/19053</w:t>
        <w:br/>
        <w:t>f 20857/21759/19011 20858/21758/19010 20854/21754/19006</w:t>
        <w:br/>
        <w:t>f 20876/21776/19025 20857/21759/19011 20854/21754/19006</w:t>
        <w:br/>
        <w:t>f 20879/21778/19027 20880/21777/19026 20909/21808/19054</w:t>
        <w:br/>
        <w:t>f 20908/21809/19055 20879/21778/19027 20909/21808/19054</w:t>
        <w:br/>
        <w:t>f 20879/21778/19027 20910/21810/19056 20855/21753/19005</w:t>
        <w:br/>
        <w:t>f 20914/21811/19057 20913/21812/19058 20912/21813/19058</w:t>
        <w:br/>
        <w:t>f 20911/21814/19057 20914/21811/19057 20912/21813/19058</w:t>
        <w:br/>
        <w:t>f 20758/21658/18929 20916/21815/19059 20915/21816/19060</w:t>
        <w:br/>
        <w:t>f 20757/21659/18929 20758/21658/18929 20915/21816/19060</w:t>
        <w:br/>
        <w:t>f 20917/21817/19061 20811/21711/18972 20899/21801/19048</w:t>
        <w:br/>
        <w:t>f 20903/21806/19052 20904/21805/19051 20918/21818/19062</w:t>
        <w:br/>
        <w:t>f 20919/21819/19063 20903/21806/19052 20918/21818/19062</w:t>
        <w:br/>
        <w:t>f 20922/21820/19064 20921/21821/19065 20920/21822/19066</w:t>
        <w:br/>
        <w:t>f 20923/21823/19066 20922/21820/19064 20920/21822/19066</w:t>
        <w:br/>
        <w:t>f 20927/21824/19067 20926/21825/19068 20925/21826/19069</w:t>
        <w:br/>
        <w:t>f 20924/21827/19069 20927/21824/19067 20925/21826/19069</w:t>
        <w:br/>
        <w:t>f 20930/21828/19070 20929/21829/19071 20928/21830/19072</w:t>
        <w:br/>
        <w:t>f 20933/21831/19073 20932/21832/19074 20931/21833/19075</w:t>
        <w:br/>
        <w:t>f 20935/21834/19076 20912/21813/19058 20913/21812/19058</w:t>
        <w:br/>
        <w:t>f 20934/21835/19076 20935/21834/19076 20913/21812/19058</w:t>
        <w:br/>
        <w:t>f 20814/21715/18975 20815/21714/18975 20778/21679/18943</w:t>
        <w:br/>
        <w:t>f 20779/21678/18943 20814/21715/18975 20778/21679/18943</w:t>
        <w:br/>
        <w:t>f 20840/21739/18995 20936/21836/19023 20839/21740/18996</w:t>
        <w:br/>
        <w:t>f 20775/21674/18940 20776/21673/18940 20780/21677/18942</w:t>
        <w:br/>
        <w:t>f 20777/21680/18942 20775/21674/18940 20780/21677/18942</w:t>
        <w:br/>
        <w:t>f 20783/21681/18944 20937/21837/19077 20782/21682/18945</w:t>
        <w:br/>
        <w:t>f 20859/21757/19009 20938/21838/19078 20858/21758/19010</w:t>
        <w:br/>
        <w:t>f 20772/21669/18936 20825/21725/18985 20939/21839/19079</w:t>
        <w:br/>
        <w:t>f 20790/21690/18952 20772/21669/18936 20939/21839/19079</w:t>
        <w:br/>
        <w:t>f 20791/21694/18956 20790/21690/18952 20940/21840/19080</w:t>
        <w:br/>
        <w:t>f 20827/21727/18987 20791/21694/18956 20940/21840/19080</w:t>
        <w:br/>
        <w:t>f 20866/21766/19016 20941/21841/19081 20869/21767/19017</w:t>
        <w:br/>
        <w:t>f 20870/21770/19020 20866/21766/19016 20869/21767/19017</w:t>
        <w:br/>
        <w:t>f 20920/21822/19066 20818/21719/18979 20819/21718/18978</w:t>
        <w:br/>
        <w:t>f 20923/21823/19066 20920/21822/19066 20819/21718/18978</w:t>
        <w:br/>
        <w:t>f 20921/21821/19065 20922/21820/19064 20942/21842/19082</w:t>
        <w:br/>
        <w:t>f 20943/21843/19083 20921/21821/19065 20942/21842/19082</w:t>
        <w:br/>
        <w:t>f 20933/21831/19073 20929/21829/19071 20932/21832/19074</w:t>
        <w:br/>
        <w:t>f 20933/21831/19073 20931/21833/19075 20819/21718/18978</w:t>
        <w:br/>
        <w:t>f 20805/21708/18969 20806/21707/18968 20875/21773/19023</w:t>
        <w:br/>
        <w:t>f 20944/21844/18995 20805/21708/18969 20875/21773/19023</w:t>
        <w:br/>
        <w:t>f 20805/21708/18969 20945/21845/19084 20836/21736/18993</w:t>
        <w:br/>
        <w:t>f 20806/21707/18968 20807/21706/18967 20946/21846/19085</w:t>
        <w:br/>
        <w:t>f 20874/21774/19024 20806/21707/18968 20946/21846/19085</w:t>
        <w:br/>
        <w:t>f 20874/21774/19024 20946/21846/19085 20947/21847/19086</w:t>
        <w:br/>
        <w:t>f 20783/21681/18944 20790/21690/18952 20937/21837/19077</w:t>
        <w:br/>
        <w:t>f 20938/21838/19078 20866/21766/19016 20858/21758/19010</w:t>
        <w:br/>
        <w:t>f 20938/21838/19078 20941/21841/19081 20866/21766/19016</w:t>
        <w:br/>
        <w:t>f 20816/21716/18976 20937/21837/19077 20790/21690/18952</w:t>
        <w:br/>
        <w:t>f 20800/21699/18961 20836/21736/18993 20945/21845/19084</w:t>
        <w:br/>
        <w:t>f 20799/21700/18961 20800/21699/18961 20945/21845/19084</w:t>
        <w:br/>
        <w:t>f 20897/21797/19044 20947/21847/19086 20871/21772/19022</w:t>
        <w:br/>
        <w:t>f 20872/21771/19021 20897/21797/19044 20871/21772/19022</w:t>
        <w:br/>
        <w:t>f 20951/21848/19087 20950/21849/19088 20949/21850/19089</w:t>
        <w:br/>
        <w:t>f 20948/21851/19090 20951/21848/19087 20949/21850/19089</w:t>
        <w:br/>
        <w:t>f 20955/21852/19091 20954/21853/19092 20953/21854/19093</w:t>
        <w:br/>
        <w:t>f 20952/21855/19094 20955/21852/19091 20953/21854/19093</w:t>
        <w:br/>
        <w:t>f 20824/21724/18984 20948/21851/19090 20956/21856/19095</w:t>
        <w:br/>
        <w:t>f 20825/21725/18985 20824/21724/18984 20956/21856/19095</w:t>
        <w:br/>
        <w:t>f 20959/21857/19096 20958/21858/19097 20957/21859/19098</w:t>
        <w:br/>
        <w:t>f 20960/21860/19099 20959/21857/19096 20957/21859/19098</w:t>
        <w:br/>
        <w:t>f 20962/21861/19100 20954/21853/19092 20955/21852/19091</w:t>
        <w:br/>
        <w:t>f 20961/21862/19101 20962/21861/19100 20955/21852/19091</w:t>
        <w:br/>
        <w:t>f 20966/21863/19102 20965/21864/19103 20964/21865/19104</w:t>
        <w:br/>
        <w:t>f 20963/21866/19105 20966/21863/19102 20964/21865/19104</w:t>
        <w:br/>
        <w:t>f 20952/21855/19094 20967/21867/19106 20955/21852/19091</w:t>
        <w:br/>
        <w:t>f 20970/21868/19107 20969/21869/19108 20968/21870/19109</w:t>
        <w:br/>
        <w:t>f 20955/21852/19091 20971/21871/19110 20961/21862/19101</w:t>
        <w:br/>
        <w:t>f 20956/21856/19095 20972/21872/19111 20826/21726/18986</w:t>
        <w:br/>
        <w:t>f 20827/21727/18987 20956/21856/19095 20826/21726/18986</w:t>
        <w:br/>
        <w:t>f 20829/21728/18988 20826/21726/18986 20972/21872/19111</w:t>
        <w:br/>
        <w:t>f 20973/21873/19112 20829/21728/18988 20972/21872/19111</w:t>
        <w:br/>
        <w:t>f 20966/21863/19102 20963/21866/19105 20974/21874/19113</w:t>
        <w:br/>
        <w:t>f 20975/21875/19114 20966/21863/19102 20974/21874/19113</w:t>
        <w:br/>
        <w:t>f 20975/21875/19114 20977/21876/19115 20976/21877/19116</w:t>
        <w:br/>
        <w:t>f 20966/21863/19102 20975/21875/19114 20976/21877/19116</w:t>
        <w:br/>
        <w:t>f 20978/21878/19117 20965/21864/19103 20976/21877/19116</w:t>
        <w:br/>
        <w:t>f 20962/21861/19100 20979/21879/19118 20954/21853/19092</w:t>
        <w:br/>
        <w:t>f 20981/21880/19119 20980/21881/19120 20959/21857/19096</w:t>
        <w:br/>
        <w:t>f 20982/21882/19121 20981/21880/19119 20959/21857/19096</w:t>
        <w:br/>
        <w:t>f 20983/21883/19122 20949/21850/19089 20950/21849/19088</w:t>
        <w:br/>
        <w:t>f 20953/21854/19093 20983/21883/19122 20950/21849/19088</w:t>
        <w:br/>
        <w:t>f 20951/21848/19087 20952/21855/19094 20950/21849/19088</w:t>
        <w:br/>
        <w:t>f 20961/21862/19101 20958/21858/19097 20962/21861/19100</w:t>
        <w:br/>
        <w:t>f 20888/21788/19037 20982/21882/19121 20984/21884/19123</w:t>
        <w:br/>
        <w:t>f 20886/21787/19036 20888/21788/19037 20984/21884/19123</w:t>
        <w:br/>
        <w:t>f 20889/21789/19038 20981/21880/19119 20982/21882/19121</w:t>
        <w:br/>
        <w:t>f 20888/21788/19037 20889/21789/19038 20982/21882/19121</w:t>
        <w:br/>
        <w:t>f 20970/21868/19107 20985/21885/19124 20974/21874/19113</w:t>
        <w:br/>
        <w:t>f 20963/21866/19105 20970/21868/19107 20974/21874/19113</w:t>
        <w:br/>
        <w:t>f 20985/21885/19124 20970/21868/19107 20968/21870/19109</w:t>
        <w:br/>
        <w:t>f 20986/21886/19125 20985/21885/19124 20968/21870/19109</w:t>
        <w:br/>
        <w:t>f 20972/21872/19111 20956/21856/19095 20948/21851/19090</w:t>
        <w:br/>
        <w:t>f 20949/21850/19089 20972/21872/19111 20948/21851/19090</w:t>
        <w:br/>
        <w:t>f 20948/21851/19090 20824/21724/18984 20822/21723/18983</w:t>
        <w:br/>
        <w:t>f 20951/21848/19087 20948/21851/19090 20822/21723/18983</w:t>
        <w:br/>
        <w:t>f 20982/21882/19121 20959/21857/19096 20960/21860/19099</w:t>
        <w:br/>
        <w:t>f 20984/21884/19123 20982/21882/19121 20960/21860/19099</w:t>
        <w:br/>
        <w:t>f 20984/21884/19123 20960/21860/19099 20884/21784/19033</w:t>
        <w:br/>
        <w:t>f 20885/21785/19034 20984/21884/19123 20884/21784/19033</w:t>
        <w:br/>
        <w:t>f 20978/21878/19117 20954/21853/19092 20987/21887/19126</w:t>
        <w:br/>
        <w:t>f 20958/21858/19097 20959/21857/19096 20980/21881/19120</w:t>
        <w:br/>
        <w:t>f 20962/21861/19100 20958/21858/19097 20980/21881/19120</w:t>
        <w:br/>
        <w:t>f 20972/21872/19111 20949/21850/19089 20983/21883/19122</w:t>
        <w:br/>
        <w:t>f 20973/21873/19112 20972/21872/19111 20983/21883/19122</w:t>
        <w:br/>
        <w:t>f 20967/21867/19106 20952/21855/19094 20988/21888/19127</w:t>
        <w:br/>
        <w:t>f 20990/21889/19128 20961/21862/19101 20989/21890/19129</w:t>
        <w:br/>
        <w:t>f 20971/21871/19110 20955/21852/19091 20991/21891/19130</w:t>
        <w:br/>
        <w:t>f 20992/21892/19131 20884/21784/19033 20960/21860/19099</w:t>
        <w:br/>
        <w:t>f 20957/21859/19098 20992/21892/19131 20960/21860/19099</w:t>
        <w:br/>
        <w:t>f 20821/21721/18981 20951/21848/19087 20822/21723/18983</w:t>
        <w:br/>
        <w:t>f 20825/21725/18985 20956/21856/19095 20827/21727/18987</w:t>
        <w:br/>
        <w:t>f 20939/21839/19079 20825/21725/18985 20827/21727/18987</w:t>
        <w:br/>
        <w:t>f 20886/21787/19036 20984/21884/19123 20885/21785/19034</w:t>
        <w:br/>
        <w:t>f 20887/21786/19035 20886/21787/19036 20885/21785/19034</w:t>
        <w:br/>
        <w:t>f 20983/21883/19122 20953/21854/19093 20978/21878/19117</w:t>
        <w:br/>
        <w:t>f 20979/21879/19118 20962/21861/19100 20980/21881/19120</w:t>
        <w:br/>
        <w:t>f 20981/21880/19119 20979/21879/19118 20980/21881/19120</w:t>
        <w:br/>
        <w:t>f 20977/21876/19115 20829/21728/18988 20973/21873/19112</w:t>
        <w:br/>
        <w:t>f 20976/21877/19116 20977/21876/19115 20973/21873/19112</w:t>
        <w:br/>
        <w:t>f 20973/21873/19112 20978/21878/19117 20976/21877/19116</w:t>
        <w:br/>
        <w:t>f 20890/21791/19040 20968/21870/19109 20981/21880/19119</w:t>
        <w:br/>
        <w:t>f 20889/21789/19038 20890/21791/19040 20981/21880/19119</w:t>
        <w:br/>
        <w:t>f 20994/21893/19132 20993/21894/19132 20759/21657/18928</w:t>
        <w:br/>
        <w:t>f 20760/21660/18928 20994/21893/19132 20759/21657/18928</w:t>
        <w:br/>
        <w:t>f 20823/21722/18982 20901/21799/19046 20812/21710/18971</w:t>
        <w:br/>
        <w:t>f 20823/21722/18982 20812/21710/18971 20821/21721/18981</w:t>
        <w:br/>
        <w:t>f 20822/21723/18983 20823/21722/18982 20821/21721/18981</w:t>
        <w:br/>
        <w:t>f 20843/21742/18998 20924/21827/19069 20925/21826/19069</w:t>
        <w:br/>
        <w:t>f 20842/21743/18998 20843/21742/18998 20925/21826/19069</w:t>
        <w:br/>
        <w:t>f 20929/21829/19071 20880/21777/19026 20877/21780/19029</w:t>
        <w:br/>
        <w:t>f 20942/21842/19082 20929/21829/19071 20877/21780/19029</w:t>
        <w:br/>
        <w:t>f 20877/21780/19029 20883/21782/19031 20943/21843/19083</w:t>
        <w:br/>
        <w:t>f 20942/21842/19082 20877/21780/19029 20943/21843/19083</w:t>
        <w:br/>
        <w:t>f 20901/21799/19046 20813/21713/18974 20900/21800/19047</w:t>
        <w:br/>
        <w:t>f 20930/21828/19070 20909/21808/19054 20880/21777/19026</w:t>
        <w:br/>
        <w:t>f 20929/21829/19071 20930/21828/19070 20880/21777/19026</w:t>
        <w:br/>
        <w:t>f 20990/21889/19128 20957/21859/19098 20961/21862/19101</w:t>
        <w:br/>
        <w:t>f 20821/21721/18981 20952/21855/19094 20951/21848/19087</w:t>
        <w:br/>
        <w:t>f 20997/21895/19133 20996/21896/19134 20995/21897/19135</w:t>
        <w:br/>
        <w:t>f 20998/21898/19136 20997/21895/19133 20995/21897/19135</w:t>
        <w:br/>
        <w:t>f 21001/21899/19137 21000/21900/19138 20999/21901/19139</w:t>
        <w:br/>
        <w:t>f 21002/21902/19140 21001/21899/19137 20999/21901/19139</w:t>
        <w:br/>
        <w:t>f 20998/21898/19136 21002/21902/19140 20999/21901/19139</w:t>
        <w:br/>
        <w:t>f 20997/21895/19133 20998/21898/19136 20999/21901/19139</w:t>
        <w:br/>
        <w:t>f 20996/21896/19134 20997/21895/19133 21003/21903/19141</w:t>
        <w:br/>
        <w:t>f 21004/21904/19142 20996/21896/19134 21003/21903/19141</w:t>
        <w:br/>
        <w:t>f 21000/21900/19138 21006/21905/19143 21005/21906/19144</w:t>
        <w:br/>
        <w:t>f 20999/21901/19139 21000/21900/19138 21005/21906/19144</w:t>
        <w:br/>
        <w:t>f 20997/21895/19133 20999/21901/19139 21005/21906/19144</w:t>
        <w:br/>
        <w:t>f 21003/21903/19141 20997/21895/19133 21005/21906/19144</w:t>
        <w:br/>
        <w:t>f 21008/21907/19145 20995/21897/19135 20996/21896/19134</w:t>
        <w:br/>
        <w:t>f 21007/21908/19146 21008/21907/19145 20996/21896/19134</w:t>
        <w:br/>
        <w:t>f 21007/21908/19146 20996/21896/19134 21004/21904/19142</w:t>
        <w:br/>
        <w:t>f 21009/21909/19147 21007/21908/19146 21004/21904/19142</w:t>
        <w:br/>
        <w:t>f 21012/21910/19148 21011/21911/19149 21010/21912/19150</w:t>
        <w:br/>
        <w:t>f 21013/21913/19151 21012/21910/19148 21010/21912/19150</w:t>
        <w:br/>
        <w:t>f 21016/21914/19152 21015/21915/19153 21014/21916/19154</w:t>
        <w:br/>
        <w:t>f 21020/21917/19155 21019/21918/19156 21018/21919/19157</w:t>
        <w:br/>
        <w:t>f 21017/21920/19158 21020/21917/19155 21018/21919/19157</w:t>
        <w:br/>
        <w:t>f 21021/21921/19159 21000/21900/19138 21001/21899/19137</w:t>
        <w:br/>
        <w:t>f 21022/21922/19160 21021/21921/19159 21001/21899/19137</w:t>
        <w:br/>
        <w:t>f 21026/21923/19161 21025/21924/19162 21024/21925/19163</w:t>
        <w:br/>
        <w:t>f 21023/21926/19164 21026/21923/19161 21024/21925/19163</w:t>
        <w:br/>
        <w:t>f 21011/21911/19149 21012/21910/19148 21021/21921/19159</w:t>
        <w:br/>
        <w:t>f 21022/21922/19160 21011/21911/19149 21021/21921/19159</w:t>
        <w:br/>
        <w:t>f 21018/21919/19157 21012/21910/19148 21013/21913/19151</w:t>
        <w:br/>
        <w:t>f 21027/21927/19165 21018/21919/19157 21013/21913/19151</w:t>
        <w:br/>
        <w:t>f 21000/21900/19138 21021/21921/19159 21019/21918/19156</w:t>
        <w:br/>
        <w:t>f 21006/21905/19143 21000/21900/19138 21019/21918/19156</w:t>
        <w:br/>
        <w:t>f 21019/21918/19156 21021/21921/19159 21012/21910/19148</w:t>
        <w:br/>
        <w:t>f 21018/21919/19157 21019/21918/19156 21012/21910/19148</w:t>
        <w:br/>
        <w:t>f 21018/21919/19157 21027/21927/19165 21028/21928/19166</w:t>
        <w:br/>
        <w:t>f 21017/21920/19158 21018/21919/19157 21028/21928/19166</w:t>
        <w:br/>
        <w:t>f 21030/21929/19167 21029/21930/19168 21013/21913/19151</w:t>
        <w:br/>
        <w:t>f 21010/21912/19150 21030/21929/19167 21013/21913/19151</w:t>
        <w:br/>
        <w:t>f 21029/21930/19168 21031/21931/19169 21027/21927/19165</w:t>
        <w:br/>
        <w:t>f 21013/21913/19151 21029/21930/19168 21027/21927/19165</w:t>
        <w:br/>
        <w:t>f 21032/21932/19170 21028/21928/19166 21027/21927/19165</w:t>
        <w:br/>
        <w:t>f 21031/21931/19169 21032/21932/19170 21027/21927/19165</w:t>
        <w:br/>
        <w:t>f 21033/21933/19171 21014/21916/19154 21015/21915/19153</w:t>
        <w:br/>
        <w:t>f 21006/21905/19143 21034/21934/19172 21005/21906/19144</w:t>
        <w:br/>
        <w:t>f 21036/21935/19173 21003/21903/19141 21005/21906/19144</w:t>
        <w:br/>
        <w:t>f 21035/21936/19174 21036/21935/19173 21005/21906/19144</w:t>
        <w:br/>
        <w:t>f 21003/21903/19141 21036/21935/19173 21037/21937/19175</w:t>
        <w:br/>
        <w:t>f 21004/21904/19142 21003/21903/19141 21037/21937/19175</w:t>
        <w:br/>
        <w:t>f 21004/21904/19142 21037/21937/19175 21038/21938/19176</w:t>
        <w:br/>
        <w:t>f 21009/21909/19147 21004/21904/19142 21038/21938/19176</w:t>
        <w:br/>
        <w:t>f 21042/21939/19177 21041/21940/19178 21040/21941/19178</w:t>
        <w:br/>
        <w:t>f 21039/21942/19179 21042/21939/19177 21040/21941/19178</w:t>
        <w:br/>
        <w:t>f 21043/21943/19180 21019/21918/19156 21020/21917/19155</w:t>
        <w:br/>
        <w:t>f 21033/21933/19171 21034/21934/19172 21014/21916/19154</w:t>
        <w:br/>
        <w:t>f 21016/21914/19152 21014/21916/19154 21043/21943/19180</w:t>
        <w:br/>
        <w:t>f 21045/21944/19181 21042/21939/19177 21039/21942/19179</w:t>
        <w:br/>
        <w:t>f 21044/21945/19182 21045/21944/19181 21039/21942/19179</w:t>
        <w:br/>
        <w:t>f 21047/21946/19183 21045/21944/19181 21044/21945/19182</w:t>
        <w:br/>
        <w:t>f 21046/21947/19184 21047/21946/19183 21044/21945/19182</w:t>
        <w:br/>
        <w:t>f 21023/21926/19164 21024/21925/19163 21048/21948/19185</w:t>
        <w:br/>
        <w:t>f 21049/21949/19186 21023/21926/19164 21048/21948/19185</w:t>
        <w:br/>
        <w:t>f 21053/21950/19187 21052/21951/19188 21051/21952/19189</w:t>
        <w:br/>
        <w:t>f 21050/21953/19190 21053/21950/19187 21051/21952/19189</w:t>
        <w:br/>
        <w:t>f 21052/21951/19188 21053/21950/19187 21054/21954/19191</w:t>
        <w:br/>
        <w:t>f 21055/21955/19192 21052/21951/19188 21054/21954/19191</w:t>
        <w:br/>
        <w:t>f 21044/21945/19182 21055/21955/19192 21054/21954/19191</w:t>
        <w:br/>
        <w:t>f 21046/21947/19184 21044/21945/19182 21054/21954/19191</w:t>
        <w:br/>
        <w:t>f 21058/21956/19193 21057/21957/19194 21056/21958/19195</w:t>
        <w:br/>
        <w:t>f 21057/21957/19196 21060/21959/19197 21059/21960/19197</w:t>
        <w:br/>
        <w:t>f 21039/21942/19179 21058/21956/19193 21055/21955/19192</w:t>
        <w:br/>
        <w:t>f 21044/21945/19182 21039/21942/19179 21055/21955/19192</w:t>
        <w:br/>
        <w:t>f 21055/21955/19192 21058/21956/19193 21052/21951/19188</w:t>
        <w:br/>
        <w:t>f 21052/21951/19188 21061/21961/19198 21051/21952/19189</w:t>
        <w:br/>
        <w:t>f 21061/21961/19198 21058/21956/19193 21056/21958/19195</w:t>
        <w:br/>
        <w:t>f 21065/21962/19199 21064/21963/19200 21063/21964/19201</w:t>
        <w:br/>
        <w:t>f 21062/21965/19202 21065/21962/19199 21063/21964/19201</w:t>
        <w:br/>
        <w:t>f 21024/21925/19163 21025/21924/19162 21067/21966/19203</w:t>
        <w:br/>
        <w:t>f 21066/21967/19204 21024/21925/19163 21067/21966/19203</w:t>
        <w:br/>
        <w:t>f 21063/21964/19201 21064/21963/19200 21066/21967/19204</w:t>
        <w:br/>
        <w:t>f 21067/21966/19203 21063/21964/19201 21066/21967/19204</w:t>
        <w:br/>
        <w:t>f 21070/21968/19205 21069/21969/19206 21068/21970/19206</w:t>
        <w:br/>
        <w:t>f 21071/21971/19207 21070/21968/19205 21068/21970/19206</w:t>
        <w:br/>
        <w:t>f 21070/21968/19205 21071/21971/19207 21072/21972/19208</w:t>
        <w:br/>
        <w:t>f 21048/21948/19185 21024/21925/19163 21066/21967/19204</w:t>
        <w:br/>
        <w:t>f 21071/21971/19207 21048/21948/19185 21066/21967/19204</w:t>
        <w:br/>
        <w:t>f 21066/21967/19204 21064/21963/19200 21071/21971/19207</w:t>
        <w:br/>
        <w:t>f 21071/21971/19207 21073/21973/19209 21072/21972/19208</w:t>
        <w:br/>
        <w:t>f 21064/21963/19200 21065/21962/19199 21073/21973/19209</w:t>
        <w:br/>
        <w:t>f 20841/21744/18999 20881/21781/19030 21074/21974/19210</w:t>
        <w:br/>
        <w:t>f 20844/21741/18997 20841/21744/18999 21074/21974/19210</w:t>
        <w:br/>
        <w:t>f 21075/21975/19211 20817/21717/18977 20993/21894/19132</w:t>
        <w:br/>
        <w:t>f 20994/21893/19132 21075/21975/19211 20993/21894/19132</w:t>
        <w:br/>
        <w:t>f 21079/21976/19212 21078/21977/19212 21077/21978/19213</w:t>
        <w:br/>
        <w:t>f 21076/21979/19213 21079/21976/19212 21077/21978/19213</w:t>
        <w:br/>
        <w:t>f 21081/21980/19214 21080/21981/19215 21078/21977/19212</w:t>
        <w:br/>
        <w:t>f 21079/21976/19212 21081/21980/19214 21078/21977/19212</w:t>
        <w:br/>
        <w:t>f 21084/21982/19216 21083/21983/19217 21082/21984/19218</w:t>
        <w:br/>
        <w:t>f 21087/21985/19219 21086/21986/19220 21085/21987/19221</w:t>
        <w:br/>
        <w:t>f 21088/21988/19222 21087/21985/19219 21085/21987/19221</w:t>
        <w:br/>
        <w:t>f 21090/21989/19223 21083/21983/19217 21089/21990/19224</w:t>
        <w:br/>
        <w:t>f 21091/21991/19224 21090/21989/19223 21089/21990/19224</w:t>
        <w:br/>
        <w:t>f 21084/21982/19216 21082/21984/19218 21092/21992/19225</w:t>
        <w:br/>
        <w:t>f 21093/21993/19226 21084/21982/19216 21092/21992/19225</w:t>
        <w:br/>
        <w:t>f 21095/21994/19227 21085/21987/19221 21094/21995/19228</w:t>
        <w:br/>
        <w:t>f 21096/21996/19229 21095/21994/19227 21094/21995/19228</w:t>
        <w:br/>
        <w:t>f 21098/21997/19230 21088/21988/19222 21097/21998/19231</w:t>
        <w:br/>
        <w:t>f 21099/21999/19232 21098/21997/19230 21097/21998/19231</w:t>
        <w:br/>
        <w:t>f 21090/21989/19223 21101/22000/19233 21100/22001/19234</w:t>
        <w:br/>
        <w:t>f 21082/21984/19218 21090/21989/19223 21100/22001/19234</w:t>
        <w:br/>
        <w:t>f 21105/22002/19235 21104/22003/19236 21103/22004/19237</w:t>
        <w:br/>
        <w:t>f 21102/22005/19238 21105/22002/19235 21103/22004/19237</w:t>
        <w:br/>
        <w:t>f 21109/22006/19239 21108/22007/19240 21107/22008/19241</w:t>
        <w:br/>
        <w:t>f 21106/22009/19242 21109/22006/19239 21107/22008/19241</w:t>
        <w:br/>
        <w:t>f 21111/22010/19243 21105/22002/19235 21102/22005/19238</w:t>
        <w:br/>
        <w:t>f 21110/22011/19244 21111/22010/19243 21102/22005/19238</w:t>
        <w:br/>
        <w:t>f 21113/22012/19245 21109/22006/19239 21112/22013/19246</w:t>
        <w:br/>
        <w:t>f 21106/22009/19242 21114/22014/19247 21112/22013/19246</w:t>
        <w:br/>
        <w:t>f 21109/22006/19239 21106/22009/19242 21112/22013/19246</w:t>
        <w:br/>
        <w:t>f 21115/22015/19248 21095/21994/19227 21096/21996/19229</w:t>
        <w:br/>
        <w:t>f 21116/22016/19249 21115/22015/19248 21096/21996/19229</w:t>
        <w:br/>
        <w:t>f 21117/22017/19250 21092/21992/19225 21082/21984/19218</w:t>
        <w:br/>
        <w:t>f 21100/22001/19234 21117/22017/19250 21082/21984/19218</w:t>
        <w:br/>
        <w:t>f 21111/22010/19243 21098/21997/19230 21099/21999/19232</w:t>
        <w:br/>
        <w:t>f 21114/22014/19247 21111/22010/19243 21099/21999/19232</w:t>
        <w:br/>
        <w:t>f 21117/22017/19250 21100/22001/19234 21112/22013/19246</w:t>
        <w:br/>
        <w:t>f 21118/22018/19251 21113/22012/19245 21112/22013/19246</w:t>
        <w:br/>
        <w:t>f 21108/22007/19240 21109/22006/19239 21120/22019/19252</w:t>
        <w:br/>
        <w:t>f 21119/22020/19253 21108/22007/19240 21120/22019/19252</w:t>
        <w:br/>
        <w:t>f 21101/22000/19233 21118/22018/19251 21100/22001/19234</w:t>
        <w:br/>
        <w:t>f 21076/21979/19213 21077/21978/19213 20767/21666/18934</w:t>
        <w:br/>
        <w:t>f 20768/21665/18933 21076/21979/19213 20767/21666/18934</w:t>
        <w:br/>
        <w:t>f 20784/21686/18949 20785/21685/18948 21091/21991/19224</w:t>
        <w:br/>
        <w:t>f 21089/21990/19224 20784/21686/18949 21091/21991/19224</w:t>
        <w:br/>
        <w:t>f 21088/21988/19222 21085/21987/19221 21121/22021/19254</w:t>
        <w:br/>
        <w:t>f 21097/21998/19231 21088/21988/19222 21121/22021/19254</w:t>
        <w:br/>
        <w:t>f 21085/21987/19221 21123/22022/19255 21122/22023/19256</w:t>
        <w:br/>
        <w:t>f 21094/21995/19228 21085/21987/19221 21122/22023/19256</w:t>
        <w:br/>
        <w:t>f 21124/22024/19257 21087/21985/19219 21088/21988/19222</w:t>
        <w:br/>
        <w:t>f 21098/21997/19230 21124/22024/19257 21088/21988/19222</w:t>
        <w:br/>
        <w:t>f 21104/22003/19236 21105/22002/19235 21106/22009/19242</w:t>
        <w:br/>
        <w:t>f 21107/22008/19241 21104/22003/19236 21106/22009/19242</w:t>
        <w:br/>
        <w:t>f 21105/22002/19235 21111/22010/19243 21114/22014/19247</w:t>
        <w:br/>
        <w:t>f 21106/22009/19242 21105/22002/19235 21114/22014/19247</w:t>
        <w:br/>
        <w:t>f 21110/22011/19244 21124/22024/19257 21098/21997/19230</w:t>
        <w:br/>
        <w:t>f 21111/22010/19243 21110/22011/19244 21098/21997/19230</w:t>
        <w:br/>
        <w:t>f 21093/21993/19226 21092/21992/19225 21097/21998/19231</w:t>
        <w:br/>
        <w:t>f 21121/22021/19254 21093/21993/19226 21097/21998/19231</w:t>
        <w:br/>
        <w:t>f 21116/22016/19249 21081/21980/19214 21115/22015/19248</w:t>
        <w:br/>
        <w:t>f 21092/21992/19225 21117/22017/19250 21099/21999/19232</w:t>
        <w:br/>
        <w:t>f 21097/21998/19231 21092/21992/19225 21099/21999/19232</w:t>
        <w:br/>
        <w:t>f 21112/22013/19246 21114/22014/19247 21117/22017/19250</w:t>
        <w:br/>
        <w:t>f 21083/21983/19217 21090/21989/19223 21082/21984/19218</w:t>
        <w:br/>
        <w:t>f 21128/22025/19258 21127/22026/19259 21126/22027/19259</w:t>
        <w:br/>
        <w:t>f 21125/22028/19260 21128/22025/19258 21126/22027/19259</w:t>
        <w:br/>
        <w:t>f 21131/22029/19261 21130/22030/19262 21129/22031/19263</w:t>
        <w:br/>
        <w:t>f 21129/22031/19263 21130/22030/19262 21132/22032/19264</w:t>
        <w:br/>
        <w:t>f 21133/22033/19265 21129/22031/19263 21132/22032/19264</w:t>
        <w:br/>
        <w:t>f 21137/22034/19266 21136/22035/19267 21135/22036/19268</w:t>
        <w:br/>
        <w:t>f 21134/22037/19269 21137/22034/19266 21135/22036/19268</w:t>
        <w:br/>
        <w:t>f 21139/22038/19270 21138/22039/19271 21001/21899/19137</w:t>
        <w:br/>
        <w:t>f 21002/21902/19140 21139/22038/19270 21001/21899/19137</w:t>
        <w:br/>
        <w:t>f 21135/22036/19268 21141/22040/19272 21140/22041/19273</w:t>
        <w:br/>
        <w:t>f 21142/22042/19274 21135/22036/19268 21140/22041/19273</w:t>
        <w:br/>
        <w:t>f 21141/22040/19272 21135/22036/19268 21136/22035/19267</w:t>
        <w:br/>
        <w:t>f 21143/22043/19275 21141/22040/19272 21136/22035/19267</w:t>
        <w:br/>
        <w:t>f 21132/22032/19264 21145/22044/19276 21144/22045/19277</w:t>
        <w:br/>
        <w:t>f 21146/22046/19278 21132/22032/19264 21144/22045/19277</w:t>
        <w:br/>
        <w:t>f 21148/22047/19279 21147/22048/19280 21136/22035/19267</w:t>
        <w:br/>
        <w:t>f 21137/22034/19266 21148/22047/19279 21136/22035/19267</w:t>
        <w:br/>
        <w:t>f 21149/22049/19281 21139/22038/19270 21002/21902/19140</w:t>
        <w:br/>
        <w:t>f 20998/21898/19136 21149/22049/19281 21002/21902/19140</w:t>
        <w:br/>
        <w:t>f 21149/22049/19281 21152/22050/19282 21151/22051/19283</w:t>
        <w:br/>
        <w:t>f 21150/22052/19284 21149/22049/19281 21151/22051/19283</w:t>
        <w:br/>
        <w:t>f 21142/22042/19274 21140/22041/19273 21138/22039/19271</w:t>
        <w:br/>
        <w:t>f 21139/22038/19270 21142/22042/19274 21138/22039/19271</w:t>
        <w:br/>
        <w:t>f 21129/22031/19263 21134/22037/19269 21150/22052/19284</w:t>
        <w:br/>
        <w:t>f 21151/22051/19283 21129/22031/19263 21150/22052/19284</w:t>
        <w:br/>
        <w:t>f 21134/22037/19269 21129/22031/19263 21133/22033/19265</w:t>
        <w:br/>
        <w:t>f 21137/22034/19266 21134/22037/19269 21133/22033/19265</w:t>
        <w:br/>
        <w:t>f 20998/21898/19136 20995/21897/19135 21152/22050/19282</w:t>
        <w:br/>
        <w:t>f 21149/22049/19281 20998/21898/19136 21152/22050/19282</w:t>
        <w:br/>
        <w:t>f 21150/22052/19284 21142/22042/19274 21139/22038/19270</w:t>
        <w:br/>
        <w:t>f 21149/22049/19281 21150/22052/19284 21139/22038/19270</w:t>
        <w:br/>
        <w:t>f 21134/22037/19269 21135/22036/19268 21142/22042/19274</w:t>
        <w:br/>
        <w:t>f 21150/22052/19284 21134/22037/19269 21142/22042/19274</w:t>
        <w:br/>
        <w:t>f 21155/22053/19285 21154/22054/19286 21153/22055/19287</w:t>
        <w:br/>
        <w:t>f 21156/22056/19288 21155/22053/19285 21153/22055/19287</w:t>
        <w:br/>
        <w:t>f 21158/22057/19289 21153/22055/19287 21157/22058/19290</w:t>
        <w:br/>
        <w:t>f 21161/22059/19291 21160/22060/19292 21159/22061/19293</w:t>
        <w:br/>
        <w:t>f 21145/22044/19276 21161/22059/19291 21159/22061/19293</w:t>
        <w:br/>
        <w:t>f 21164/22062/19294 21163/22063/19295 21162/22064/19296</w:t>
        <w:br/>
        <w:t>f 21165/22065/19297 21164/22062/19294 21162/22064/19296</w:t>
        <w:br/>
        <w:t>f 21166/22066/19298 21164/22062/19294 21152/22050/19282</w:t>
        <w:br/>
        <w:t>f 21166/22066/19298 21152/22050/19282 20995/21897/19135</w:t>
        <w:br/>
        <w:t>f 21008/21907/19145 21166/22066/19298 20995/21897/19135</w:t>
        <w:br/>
        <w:t>f 21145/22044/19276 21159/22061/19293 21157/22058/19290</w:t>
        <w:br/>
        <w:t>f 21168/22067/19299 21167/22068/19300 21125/22028/19260</w:t>
        <w:br/>
        <w:t>f 21160/22060/19292 21170/22069/19301 21167/22068/19300</w:t>
        <w:br/>
        <w:t>f 21169/22070/19302 21160/22060/19292 21167/22068/19300</w:t>
        <w:br/>
        <w:t>f 21172/22071/19303 21156/22056/19288 21158/22057/19289</w:t>
        <w:br/>
        <w:t>f 21171/22072/19304 21172/22071/19303 21158/22057/19289</w:t>
        <w:br/>
        <w:t>f 21046/21947/19184 21126/22027/19259 21127/22026/19259</w:t>
        <w:br/>
        <w:t>f 21047/21946/19183 21046/21947/19184 21127/22026/19259</w:t>
        <w:br/>
        <w:t>f 21156/22056/19288 21172/22071/19303 21173/22073/19305</w:t>
        <w:br/>
        <w:t>f 21155/22053/19285 21156/22056/19288 21173/22073/19305</w:t>
        <w:br/>
        <w:t>f 21175/22074/19306 21174/22075/19307 21171/22072/19304</w:t>
        <w:br/>
        <w:t>f 21158/22057/19289 21175/22074/19306 21171/22072/19304</w:t>
        <w:br/>
        <w:t>f 21179/22076/19308 21178/22077/19309 21177/22078/19310</w:t>
        <w:br/>
        <w:t>f 21176/22079/19311 21179/22076/19308 21177/22078/19310</w:t>
        <w:br/>
        <w:t>f 21178/22077/19309 21181/22080/19312 21180/22081/19313</w:t>
        <w:br/>
        <w:t>f 21177/22078/19310 21178/22077/19309 21180/22081/19313</w:t>
        <w:br/>
        <w:t>f 21183/22082/19314 21182/22083/19315 21178/22077/19309</w:t>
        <w:br/>
        <w:t>f 21179/22076/19308 21183/22082/19314 21178/22077/19309</w:t>
        <w:br/>
        <w:t>f 21184/22084/19316 21178/22077/19309 21182/22083/19315</w:t>
        <w:br/>
        <w:t>f 21186/22085/19317 21053/21950/19187 21050/21953/19190</w:t>
        <w:br/>
        <w:t>f 21185/22086/19318 21186/22085/19317 21050/21953/19190</w:t>
        <w:br/>
        <w:t>f 21186/22085/19317 21185/22086/19318 21187/22087/19319</w:t>
        <w:br/>
        <w:t>f 21176/22079/19311 21186/22085/19317 21187/22087/19319</w:t>
        <w:br/>
        <w:t>f 21176/22079/19311 21187/22087/19319 21188/22088/19320</w:t>
        <w:br/>
        <w:t>f 21179/22076/19308 21176/22079/19311 21188/22088/19320</w:t>
        <w:br/>
        <w:t>f 21189/22089/19321 21168/22067/19299 21125/22028/19260</w:t>
        <w:br/>
        <w:t>f 21181/22080/19312 21189/22089/19321 21125/22028/19260</w:t>
        <w:br/>
        <w:t>f 21180/22081/19313 21181/22080/19312 21125/22028/19260</w:t>
        <w:br/>
        <w:t>f 21177/22078/19310 21180/22081/19313 21191/22090/19322</w:t>
        <w:br/>
        <w:t>f 21190/22091/19323 21177/22078/19310 21191/22090/19322</w:t>
        <w:br/>
        <w:t>f 21190/22091/19323 21186/22085/19317 21176/22079/19311</w:t>
        <w:br/>
        <w:t>f 21177/22078/19310 21190/22091/19323 21176/22079/19311</w:t>
        <w:br/>
        <w:t>f 21186/22085/19317 21190/22091/19323 21054/21954/19191</w:t>
        <w:br/>
        <w:t>f 21053/21950/19187 21186/22085/19317 21054/21954/19191</w:t>
        <w:br/>
        <w:t>f 21046/21947/19184 21054/21954/19191 21190/22091/19323</w:t>
        <w:br/>
        <w:t>f 21191/22090/19322 21046/21947/19184 21190/22091/19323</w:t>
        <w:br/>
        <w:t>f 21184/22084/19316 21181/22080/19312 21178/22077/19309</w:t>
        <w:br/>
        <w:t>f 21125/22028/19260 21191/22090/19322 21180/22081/19313</w:t>
        <w:br/>
        <w:t>f 21179/22076/19308 21188/22088/19320 21192/22092/19324</w:t>
        <w:br/>
        <w:t>f 21183/22082/19314 21179/22076/19308 21192/22092/19324</w:t>
        <w:br/>
        <w:t>f 21196/22093/19325 21195/22094/19326 21194/22095/19327</w:t>
        <w:br/>
        <w:t>f 21193/22096/19328 21196/22093/19325 21194/22095/19327</w:t>
        <w:br/>
        <w:t>f 21199/22097/19329 21198/22098/19330 21197/22099/19331</w:t>
        <w:br/>
        <w:t>f 21194/22095/19327 21199/22097/19329 21197/22099/19331</w:t>
        <w:br/>
        <w:t>f 21203/22100/19332 21202/22101/19333 21201/22102/19334</w:t>
        <w:br/>
        <w:t>f 21200/22103/19335 21203/22100/19332 21201/22102/19334</w:t>
        <w:br/>
        <w:t>f 21096/21996/19229 21201/22102/19334 21202/22101/19333</w:t>
        <w:br/>
        <w:t>f 21204/22104/19336 21096/21996/19229 21202/22101/19333</w:t>
        <w:br/>
        <w:t>f 21189/22089/19321 21181/22080/19312 21206/22105/19337</w:t>
        <w:br/>
        <w:t>f 21205/22106/19338 21189/22089/19321 21206/22105/19337</w:t>
        <w:br/>
        <w:t>f 21206/22105/19337 21181/22080/19312 21207/22107/19339</w:t>
        <w:br/>
        <w:t>f 21208/22108/19339 21206/22105/19337 21207/22107/19339</w:t>
        <w:br/>
        <w:t>f 21212/22109/19340 21211/22110/19341 21210/22111/19341</w:t>
        <w:br/>
        <w:t>f 21209/22112/19340 21212/22109/19340 21210/22111/19341</w:t>
        <w:br/>
        <w:t>f 21214/22113/19342 21213/22114/19342 21212/22109/19340</w:t>
        <w:br/>
        <w:t>f 21209/22112/19340 21214/22113/19342 21212/22109/19340</w:t>
        <w:br/>
        <w:t>f 21211/22110/19341 21208/22108/19339 21207/22107/19339</w:t>
        <w:br/>
        <w:t>f 21210/22111/19341 21211/22110/19341 21207/22107/19339</w:t>
        <w:br/>
        <w:t>f 21203/22100/19332 21200/22103/19335 21195/22094/19326</w:t>
        <w:br/>
        <w:t>f 21196/22093/19325 21203/22100/19332 21195/22094/19326</w:t>
        <w:br/>
        <w:t>f 21218/22115/19343 21217/22116/19344 21216/22117/19345</w:t>
        <w:br/>
        <w:t>f 21215/22118/19346 21218/22115/19343 21216/22117/19345</w:t>
        <w:br/>
        <w:t>f 21198/22098/19330 21199/22097/19329 21219/22119/19347</w:t>
        <w:br/>
        <w:t>f 21220/22120/19348 21198/22098/19330 21219/22119/19347</w:t>
        <w:br/>
        <w:t>f 21222/22121/19349 21221/22122/19350 21219/22119/19347</w:t>
        <w:br/>
        <w:t>f 21199/22097/19329 21222/22121/19349 21219/22119/19347</w:t>
        <w:br/>
        <w:t>f 21224/22123/19351 21223/22124/19352 21221/22122/19350</w:t>
        <w:br/>
        <w:t>f 21222/22121/19349 21224/22123/19351 21221/22122/19350</w:t>
        <w:br/>
        <w:t>f 21226/22125/19353 21225/22126/19354 21223/22124/19352</w:t>
        <w:br/>
        <w:t>f 21224/22123/19351 21226/22125/19353 21223/22124/19352</w:t>
        <w:br/>
        <w:t>f 21122/22023/19256 21225/22126/19354 21226/22125/19353</w:t>
        <w:br/>
        <w:t>f 21094/21995/19228 21122/22023/19256 21226/22125/19353</w:t>
        <w:br/>
        <w:t>f 21229/22127/19355 21228/22128/19356 21227/22129/19357</w:t>
        <w:br/>
        <w:t>f 21195/22094/19326 21222/22121/19349 21199/22097/19329</w:t>
        <w:br/>
        <w:t>f 21194/22095/19327 21195/22094/19326 21199/22097/19329</w:t>
        <w:br/>
        <w:t>f 21200/22103/19335 21224/22123/19351 21222/22121/19349</w:t>
        <w:br/>
        <w:t>f 21195/22094/19326 21200/22103/19335 21222/22121/19349</w:t>
        <w:br/>
        <w:t>f 21201/22102/19334 21226/22125/19353 21224/22123/19351</w:t>
        <w:br/>
        <w:t>f 21200/22103/19335 21201/22102/19334 21224/22123/19351</w:t>
        <w:br/>
        <w:t>f 21201/22102/19334 21096/21996/19229 21094/21995/19228</w:t>
        <w:br/>
        <w:t>f 21226/22125/19353 21201/22102/19334 21094/21995/19228</w:t>
        <w:br/>
        <w:t>f 21197/22099/19331 21228/22128/19356 21167/22068/19300</w:t>
        <w:br/>
        <w:t>f 21230/22130/19358 21197/22099/19331 21167/22068/19300</w:t>
        <w:br/>
        <w:t>f 21232/22131/19359 21189/22089/19321 21205/22106/19338</w:t>
        <w:br/>
        <w:t>f 21231/22132/19360 21232/22131/19359 21205/22106/19338</w:t>
        <w:br/>
        <w:t>f 21234/22133/19361 21233/22134/19362 21198/22098/19330</w:t>
        <w:br/>
        <w:t>f 21220/22120/19348 21234/22133/19361 21198/22098/19330</w:t>
        <w:br/>
        <w:t>f 21227/22129/19357 21198/22098/19330 21233/22134/19362</w:t>
        <w:br/>
        <w:t>f 21216/22117/19345 21173/22073/19305 21172/22071/19303</w:t>
        <w:br/>
        <w:t>f 21215/22118/19346 21216/22117/19345 21172/22071/19303</w:t>
        <w:br/>
        <w:t>f 21171/22072/19304 21215/22118/19346 21172/22071/19303</w:t>
        <w:br/>
        <w:t>f 21169/22070/19302 21228/22128/19356 21229/22127/19355</w:t>
        <w:br/>
        <w:t>f 21230/22130/19358 21193/22096/19328 21194/22095/19327</w:t>
        <w:br/>
        <w:t>f 21197/22099/19331 21230/22130/19358 21194/22095/19327</w:t>
        <w:br/>
        <w:t>f 21215/22118/19346 21171/22072/19304 21174/22075/19307</w:t>
        <w:br/>
        <w:t>f 21116/22016/19249 21235/22135/19363 21080/21981/19215</w:t>
        <w:br/>
        <w:t>f 21116/22016/19249 21080/21981/19215 21081/21980/19214</w:t>
        <w:br/>
        <w:t>f 21239/22136/19364 21238/22137/19365 21237/22138/19365</w:t>
        <w:br/>
        <w:t>f 21236/22139/19364 21239/22136/19364 21237/22138/19365</w:t>
        <w:br/>
        <w:t>f 21242/22140/19364 21241/22141/19366 21240/22142/19367</w:t>
        <w:br/>
        <w:t>f 21243/22143/19364 21242/22140/19364 21240/22142/19367</w:t>
        <w:br/>
        <w:t>f 21246/22144/19368 21245/22145/19369 21244/22146/19370</w:t>
        <w:br/>
        <w:t>f 21087/21985/19219 21248/22147/19371 21247/22148/19372</w:t>
        <w:br/>
        <w:t>f 21086/21986/19220 21087/21985/19219 21247/22148/19372</w:t>
        <w:br/>
        <w:t>f 21251/22149/19373 21250/22150/19368 21249/22151/19374</w:t>
        <w:br/>
        <w:t>f 21252/22152/19373 21251/22149/19373 21249/22151/19374</w:t>
        <w:br/>
        <w:t>f 21245/22145/19369 21254/22153/19375 21253/22154/19376</w:t>
        <w:br/>
        <w:t>f 21244/22146/19370 21245/22145/19369 21253/22154/19376</w:t>
        <w:br/>
        <w:t>f 21258/22155/19377 21257/22156/19378 21256/22157/19378</w:t>
        <w:br/>
        <w:t>f 21255/22158/19377 21258/22155/19377 21256/22157/19378</w:t>
        <w:br/>
        <w:t>f 21261/22159/19379 21260/22160/19379 21259/22161/19380</w:t>
        <w:br/>
        <w:t>f 21262/22162/19380 21261/22159/19379 21259/22161/19380</w:t>
        <w:br/>
        <w:t>f 21265/22163/19381 21248/22147/19371 21264/22164/19382</w:t>
        <w:br/>
        <w:t>f 21263/22165/19383 21265/22163/19381 21264/22164/19382</w:t>
        <w:br/>
        <w:t>f 21267/22166/19384 21244/22146/19370 21266/22167/19385</w:t>
        <w:br/>
        <w:t>f 21268/22168/19386 21267/22166/19384 21266/22167/19385</w:t>
        <w:br/>
        <w:t>f 21103/22004/19237 21270/22169/19387 21269/22170/19388</w:t>
        <w:br/>
        <w:t>f 21102/22005/19238 21103/22004/19237 21269/22170/19388</w:t>
        <w:br/>
        <w:t>f 21273/22171/19389 21272/22172/19390 21271/22173/19391</w:t>
        <w:br/>
        <w:t>f 21274/22174/19392 21273/22171/19389 21271/22173/19391</w:t>
        <w:br/>
        <w:t>f 21275/22175/19393 21110/22011/19244 21102/22005/19238</w:t>
        <w:br/>
        <w:t>f 21269/22170/19388 21275/22175/19393 21102/22005/19238</w:t>
        <w:br/>
        <w:t>f 21273/22171/19389 21277/22176/19394 21276/22177/19395</w:t>
        <w:br/>
        <w:t>f 21276/22177/19395 21278/22178/19396 21272/22172/19390</w:t>
        <w:br/>
        <w:t>f 21273/22171/19389 21276/22177/19395 21272/22172/19390</w:t>
        <w:br/>
        <w:t>f 21280/22179/19397 21279/22180/19398 21260/22160/19379</w:t>
        <w:br/>
        <w:t>f 21261/22159/19379 21280/22179/19397 21260/22160/19379</w:t>
        <w:br/>
        <w:t>f 21281/22181/19399 21266/22167/19385 21244/22146/19370</w:t>
        <w:br/>
        <w:t>f 21253/22154/19376 21281/22181/19399 21244/22146/19370</w:t>
        <w:br/>
        <w:t>f 21275/22175/19393 21278/22178/19396 21263/22165/19383</w:t>
        <w:br/>
        <w:t>f 21264/22164/19382 21275/22175/19393 21263/22165/19383</w:t>
        <w:br/>
        <w:t>f 21266/22167/19385 21281/22181/19399 21276/22177/19395</w:t>
        <w:br/>
        <w:t>f 21277/22176/19394 21282/22182/19400 21276/22177/19395</w:t>
        <w:br/>
        <w:t>f 21286/22183/19401 21285/22184/19401 21284/22185/19402</w:t>
        <w:br/>
        <w:t>f 21283/22186/19402 21286/22183/19401 21284/22185/19402</w:t>
        <w:br/>
        <w:t>f 21288/22187/19403 21273/22171/19389 21274/22174/19392</w:t>
        <w:br/>
        <w:t>f 21287/22188/19404 21288/22187/19403 21274/22174/19392</w:t>
        <w:br/>
        <w:t>f 21291/22189/19405 21290/22190/19406 21289/22191/19406</w:t>
        <w:br/>
        <w:t>f 21292/22192/19405 21291/22189/19405 21289/22191/19406</w:t>
        <w:br/>
        <w:t>f 21276/22177/19395 21282/22182/19400 21266/22167/19385</w:t>
        <w:br/>
        <w:t>f 21238/22137/19365 20849/21751/19004 20850/21750/19004</w:t>
        <w:br/>
        <w:t>f 21237/22138/19365 21238/22137/19365 20850/21750/19004</w:t>
        <w:br/>
        <w:t>f 21252/22152/19373 20862/21761/19012 20863/21760/19012</w:t>
        <w:br/>
        <w:t>f 21251/22149/19373 21252/22152/19373 20863/21760/19012</w:t>
        <w:br/>
        <w:t>f 21248/22147/19371 21265/22163/19381 21293/22193/19407</w:t>
        <w:br/>
        <w:t>f 21247/22148/19372 21248/22147/19371 21293/22193/19407</w:t>
        <w:br/>
        <w:t>f 21262/22162/19380 21259/22161/19380 21122/22023/19256</w:t>
        <w:br/>
        <w:t>f 21123/22022/19255 21262/22162/19380 21122/22023/19256</w:t>
        <w:br/>
        <w:t>f 21248/22147/19371 21087/21985/19219 21124/22024/19257</w:t>
        <w:br/>
        <w:t>f 21264/22164/19382 21248/22147/19371 21124/22024/19257</w:t>
        <w:br/>
        <w:t>f 21270/22169/19387 21271/22173/19391 21272/22172/19390</w:t>
        <w:br/>
        <w:t>f 21269/22170/19388 21270/22169/19387 21272/22172/19390</w:t>
        <w:br/>
        <w:t>f 21278/22178/19396 21275/22175/19393 21269/22170/19388</w:t>
        <w:br/>
        <w:t>f 21272/22172/19390 21278/22178/19396 21269/22170/19388</w:t>
        <w:br/>
        <w:t>f 21110/22011/19244 21275/22175/19393 21264/22164/19382</w:t>
        <w:br/>
        <w:t>f 21124/22024/19257 21110/22011/19244 21264/22164/19382</w:t>
        <w:br/>
        <w:t>f 21297/22194/19408 21296/22195/19409 21295/22196/19409</w:t>
        <w:br/>
        <w:t>f 21294/22197/19410 21297/22194/19408 21295/22196/19409</w:t>
        <w:br/>
        <w:t>f 21297/22194/19408 21294/22197/19410 21291/22189/19405</w:t>
        <w:br/>
        <w:t>f 21292/22192/19405 21297/22194/19408 21291/22189/19405</w:t>
        <w:br/>
        <w:t>f 21299/22198/19411 21298/22199/19411 21289/22191/19406</w:t>
        <w:br/>
        <w:t>f 21290/22190/19406 21299/22198/19411 21289/22191/19406</w:t>
        <w:br/>
        <w:t>f 21296/22195/19409 21301/22200/19412 21300/22201/19412</w:t>
        <w:br/>
        <w:t>f 21295/22196/19409 21296/22195/19409 21300/22201/19412</w:t>
        <w:br/>
        <w:t>f 21305/22202/19413 21304/22203/19414 21303/22204/19414</w:t>
        <w:br/>
        <w:t>f 21302/22205/19413 21305/22202/19413 21303/22204/19414</w:t>
        <w:br/>
        <w:t>f 21286/22183/19401 21256/22157/19378 21257/22156/19378</w:t>
        <w:br/>
        <w:t>f 21285/22184/19401 21286/22183/19401 21257/22156/19378</w:t>
        <w:br/>
        <w:t>f 21265/22163/19381 21253/22154/19376 21254/22153/19375</w:t>
        <w:br/>
        <w:t>f 21293/22193/19407 21265/22163/19381 21254/22153/19375</w:t>
        <w:br/>
        <w:t>f 21240/22142/19367 21279/22180/19398 21280/22179/19397</w:t>
        <w:br/>
        <w:t>f 21253/22154/19376 21265/22163/19381 21263/22165/19383</w:t>
        <w:br/>
        <w:t>f 21281/22181/19399 21253/22154/19376 21263/22165/19383</w:t>
        <w:br/>
        <w:t>f 21263/22165/19383 21278/22178/19396 21281/22181/19399</w:t>
        <w:br/>
        <w:t>f 21267/22166/19384 21246/22144/19368 21244/22146/19370</w:t>
        <w:br/>
        <w:t>f 21309/22206/19415 21308/22207/19416 21307/22208/19416</w:t>
        <w:br/>
        <w:t>f 21306/22209/19415 21309/22206/19415 21307/22208/19416</w:t>
        <w:br/>
        <w:t>f 21312/22210/19417 21311/22211/19418 21310/22212/19419</w:t>
        <w:br/>
        <w:t>f 21315/22213/19420 21314/22214/19421 21313/22215/19422</w:t>
        <w:br/>
        <w:t>f 21319/22216/19423 21318/22217/19424 21317/22218/19425</w:t>
        <w:br/>
        <w:t>f 21316/22219/19426 21319/22216/19423 21317/22218/19425</w:t>
        <w:br/>
        <w:t>f 21320/22220/19427 21022/21922/19160 21001/21899/19137</w:t>
        <w:br/>
        <w:t>f 21138/22039/19271 21320/22220/19427 21001/21899/19137</w:t>
        <w:br/>
        <w:t>f 21140/22041/19273 21141/22040/19272 21319/22216/19423</w:t>
        <w:br/>
        <w:t>f 21321/22221/19428 21140/22041/19273 21319/22216/19423</w:t>
        <w:br/>
        <w:t>f 21141/22040/19272 21143/22043/19275 21318/22217/19424</w:t>
        <w:br/>
        <w:t>f 21319/22216/19423 21141/22040/19272 21318/22217/19424</w:t>
        <w:br/>
        <w:t>f 21324/22222/19429 21323/22223/19430 21315/22213/19420</w:t>
        <w:br/>
        <w:t>f 21322/22224/19431 21324/22222/19429 21315/22213/19420</w:t>
        <w:br/>
        <w:t>f 21326/22225/19432 21317/22218/19425 21318/22217/19424</w:t>
        <w:br/>
        <w:t>f 21325/22226/19433 21326/22225/19432 21318/22217/19424</w:t>
        <w:br/>
        <w:t>f 21328/22227/19434 21010/21912/19150 21327/22228/19435</w:t>
        <w:br/>
        <w:t>f 21329/22229/19436 21011/21911/19149 21022/21922/19160</w:t>
        <w:br/>
        <w:t>f 21320/22220/19427 21329/22229/19436 21022/21922/19160</w:t>
        <w:br/>
        <w:t>f 21329/22229/19436 21330/22230/19437 21312/22210/19417</w:t>
        <w:br/>
        <w:t>f 21327/22228/19435 21329/22229/19436 21312/22210/19417</w:t>
        <w:br/>
        <w:t>f 21138/22039/19271 21140/22041/19273 21321/22221/19428</w:t>
        <w:br/>
        <w:t>f 21320/22220/19427 21138/22039/19271 21321/22221/19428</w:t>
        <w:br/>
        <w:t>f 21330/22230/19437 21331/22231/19438 21312/22210/19417</w:t>
        <w:br/>
        <w:t>f 21315/22213/19420 21313/22215/19422 21316/22219/19426</w:t>
        <w:br/>
        <w:t>f 21317/22218/19425 21315/22213/19420 21316/22219/19426</w:t>
        <w:br/>
        <w:t>f 21327/22228/19435 21010/21912/19150 21011/21911/19149</w:t>
        <w:br/>
        <w:t>f 21329/22229/19436 21327/22228/19435 21011/21911/19149</w:t>
        <w:br/>
        <w:t>f 21320/22220/19427 21321/22221/19428 21330/22230/19437</w:t>
        <w:br/>
        <w:t>f 21329/22229/19436 21320/22220/19427 21330/22230/19437</w:t>
        <w:br/>
        <w:t>f 21321/22221/19428 21319/22216/19423 21316/22219/19426</w:t>
        <w:br/>
        <w:t>f 21330/22230/19437 21321/22221/19428 21316/22219/19426</w:t>
        <w:br/>
        <w:t>f 21335/22232/19439 21334/22233/19440 21333/22234/19285</w:t>
        <w:br/>
        <w:t>f 21332/22235/19441 21335/22232/19439 21333/22234/19285</w:t>
        <w:br/>
        <w:t>f 21332/22235/19441 21336/22236/19442 21335/22232/19439</w:t>
        <w:br/>
        <w:t>f 21338/22237/19443 21323/22223/19430 21337/22238/19444</w:t>
        <w:br/>
        <w:t>f 21339/22239/19445 21338/22237/19443 21337/22238/19444</w:t>
        <w:br/>
        <w:t>f 21343/22240/19446 21342/22241/19447 21341/22242/19448</w:t>
        <w:br/>
        <w:t>f 21340/22243/19449 21343/22240/19446 21341/22242/19448</w:t>
        <w:br/>
        <w:t>f 21327/22228/19435 21344/22244/19450 21328/22227/19434</w:t>
        <w:br/>
        <w:t>f 21030/21929/19167 21010/21912/19150 21328/22227/19434</w:t>
        <w:br/>
        <w:t>f 21345/22245/19451 21337/22238/19444 21323/22223/19430</w:t>
        <w:br/>
        <w:t>f 21349/22246/19452 21348/22247/19453 21347/22248/19454</w:t>
        <w:br/>
        <w:t>f 21346/22249/19455 21349/22246/19452 21347/22248/19454</w:t>
        <w:br/>
        <w:t>f 21339/22239/19445 21351/22250/19456 21350/22251/19457</w:t>
        <w:br/>
        <w:t>f 21352/22252/19458 21339/22239/19445 21350/22251/19457</w:t>
        <w:br/>
        <w:t>f 21336/22236/19442 21332/22235/19441 21354/22253/19459</w:t>
        <w:br/>
        <w:t>f 21353/22254/19460 21336/22236/19442 21354/22253/19459</w:t>
        <w:br/>
        <w:t>f 21025/21924/19162 21026/21923/19161 21307/22208/19416</w:t>
        <w:br/>
        <w:t>f 21308/22207/19416 21025/21924/19162 21307/22208/19416</w:t>
        <w:br/>
        <w:t>f 21355/22255/19461 21354/22253/19459 21332/22235/19441</w:t>
        <w:br/>
        <w:t>f 21333/22234/19285 21355/22255/19461 21332/22235/19441</w:t>
        <w:br/>
        <w:t>f 21336/22236/19442 21353/22254/19460 21357/22256/19462</w:t>
        <w:br/>
        <w:t>f 21356/22257/19463 21336/22236/19442 21357/22256/19462</w:t>
        <w:br/>
        <w:t>f 21360/22258/19464 21359/22259/19465 21358/22260/19466</w:t>
        <w:br/>
        <w:t>f 21361/22261/19467 21360/22258/19464 21358/22260/19466</w:t>
        <w:br/>
        <w:t>f 21359/22259/19465 21360/22258/19464 21362/22262/19468</w:t>
        <w:br/>
        <w:t>f 21363/22263/19469 21359/22259/19465 21362/22262/19468</w:t>
        <w:br/>
        <w:t>f 21365/22264/19470 21358/22260/19466 21359/22259/19465</w:t>
        <w:br/>
        <w:t>f 21364/22265/19471 21365/22264/19470 21359/22259/19465</w:t>
        <w:br/>
        <w:t>f 21359/22259/19465 21366/22266/19472 21364/22265/19471</w:t>
        <w:br/>
        <w:t>f 21062/21965/19202 21063/21964/19201 21367/22267/19473</w:t>
        <w:br/>
        <w:t>f 21368/22268/19474 21062/21965/19202 21367/22267/19473</w:t>
        <w:br/>
        <w:t>f 21367/22267/19473 21361/22261/19467 21369/22269/19475</w:t>
        <w:br/>
        <w:t>f 21368/22268/19474 21367/22267/19473 21369/22269/19475</w:t>
        <w:br/>
        <w:t>f 21370/22270/19476 21369/22269/19475 21361/22261/19467</w:t>
        <w:br/>
        <w:t>f 21358/22260/19466 21370/22270/19476 21361/22261/19467</w:t>
        <w:br/>
        <w:t>f 21349/22246/19452 21371/22271/19477 21348/22247/19453</w:t>
        <w:br/>
        <w:t>f 21348/22247/19453 21371/22271/19477 21363/22263/19469</w:t>
        <w:br/>
        <w:t>f 21362/22262/19468 21348/22247/19453 21363/22263/19469</w:t>
        <w:br/>
        <w:t>f 21372/22272/19478 21362/22262/19468 21360/22258/19464</w:t>
        <w:br/>
        <w:t>f 21373/22273/19479 21372/22272/19478 21360/22258/19464</w:t>
        <w:br/>
        <w:t>f 21373/22273/19479 21360/22258/19464 21361/22261/19467</w:t>
        <w:br/>
        <w:t>f 21367/22267/19473 21373/22273/19479 21361/22261/19467</w:t>
        <w:br/>
        <w:t>f 21367/22267/19473 21063/21964/19201 21067/21966/19203</w:t>
        <w:br/>
        <w:t>f 21373/22273/19479 21367/22267/19473 21067/21966/19203</w:t>
        <w:br/>
        <w:t>f 21025/21924/19162 21372/22272/19478 21373/22273/19479</w:t>
        <w:br/>
        <w:t>f 21067/21966/19203 21025/21924/19162 21373/22273/19479</w:t>
        <w:br/>
        <w:t>f 21363/22263/19469 21366/22266/19472 21359/22259/19465</w:t>
        <w:br/>
        <w:t>f 21372/22272/19478 21374/22274/19480 21362/22262/19468</w:t>
        <w:br/>
        <w:t>f 21375/22275/19481 21370/22270/19476 21358/22260/19466</w:t>
        <w:br/>
        <w:t>f 21365/22264/19470 21375/22275/19481 21358/22260/19466</w:t>
        <w:br/>
        <w:t>f 21378/22276/19482 21377/22277/19483 21376/22278/19484</w:t>
        <w:br/>
        <w:t>f 21379/22279/19485 21378/22276/19482 21376/22278/19484</w:t>
        <w:br/>
        <w:t>f 21383/22280/19486 21382/22281/19487 21381/22282/19488</w:t>
        <w:br/>
        <w:t>f 21380/22283/19489 21383/22280/19486 21381/22282/19488</w:t>
        <w:br/>
        <w:t>f 21385/22284/19490 21384/22285/19491 21380/22283/19489</w:t>
        <w:br/>
        <w:t>f 21381/22282/19488 21385/22284/19490 21380/22283/19489</w:t>
        <w:br/>
        <w:t>f 21388/22286/19492 21387/22287/19493 21386/22288/19494</w:t>
        <w:br/>
        <w:t>f 21389/22289/19495 21388/22286/19492 21386/22288/19494</w:t>
        <w:br/>
        <w:t>f 21391/22290/19472 21390/22291/19469 21388/22286/19496</w:t>
        <w:br/>
        <w:t>f 21392/22292/19497 21391/22290/19472 21388/22286/19496</w:t>
        <w:br/>
        <w:t>f 21380/22283/19489 21394/22293/19498 21393/22294/19471</w:t>
        <w:br/>
        <w:t>f 21383/22280/19486 21380/22283/19489 21393/22294/19471</w:t>
        <w:br/>
        <w:t>f 21396/22295/19481 21394/22293/19498 21380/22283/19489</w:t>
        <w:br/>
        <w:t>f 21395/22296/19499 21396/22295/19481 21380/22283/19489</w:t>
        <w:br/>
        <w:t>f 21391/22290/19472 21392/22292/19497 21383/22280/19486</w:t>
        <w:br/>
        <w:t>f 21393/22294/19471 21391/22290/19472 21383/22280/19486</w:t>
        <w:br/>
        <w:t>f 21377/22277/19483 21382/22281/19487 21383/22280/19486</w:t>
        <w:br/>
        <w:t>f 21376/22278/19484 21377/22277/19483 21383/22280/19486</w:t>
        <w:br/>
        <w:t>f 21397/22297/19500 21216/22117/19345 21217/22116/19344</w:t>
        <w:br/>
        <w:t>f 21398/22298/19501 21397/22297/19500 21217/22116/19344</w:t>
        <w:br/>
        <w:t>f 21219/22119/19347 21400/22299/19502 21399/22300/19503</w:t>
        <w:br/>
        <w:t>f 21220/22120/19348 21219/22119/19347 21399/22300/19503</w:t>
        <w:br/>
        <w:t>f 21219/22119/19347 21221/22122/19350 21401/22301/19504</w:t>
        <w:br/>
        <w:t>f 21400/22299/19502 21219/22119/19347 21401/22301/19504</w:t>
        <w:br/>
        <w:t>f 21221/22122/19350 21223/22124/19352 21402/22302/19505</w:t>
        <w:br/>
        <w:t>f 21401/22301/19504 21221/22122/19350 21402/22302/19505</w:t>
        <w:br/>
        <w:t>f 21403/22303/19506 21402/22302/19505 21223/22124/19352</w:t>
        <w:br/>
        <w:t>f 21225/22126/19354 21403/22303/19506 21223/22124/19352</w:t>
        <w:br/>
        <w:t>f 21122/22023/19256 21404/22304/19507 21403/22303/19506</w:t>
        <w:br/>
        <w:t>f 21225/22126/19354 21122/22023/19256 21403/22303/19506</w:t>
        <w:br/>
        <w:t>f 21398/22298/19501 21406/22305/19508 21405/22306/19462</w:t>
        <w:br/>
        <w:t>f 21397/22297/19500 21398/22298/19501 21405/22306/19462</w:t>
        <w:br/>
        <w:t>f 21377/22277/19483 21378/22276/19482 21400/22299/19502</w:t>
        <w:br/>
        <w:t>f 21401/22301/19504 21377/22277/19483 21400/22299/19502</w:t>
        <w:br/>
        <w:t>f 21401/22301/19504 21402/22302/19505 21382/22281/19487</w:t>
        <w:br/>
        <w:t>f 21377/22277/19483 21401/22301/19504 21382/22281/19487</w:t>
        <w:br/>
        <w:t>f 21402/22302/19505 21403/22303/19506 21381/22282/19488</w:t>
        <w:br/>
        <w:t>f 21382/22281/19487 21402/22302/19505 21381/22282/19488</w:t>
        <w:br/>
        <w:t>f 21404/22304/19507 21385/22284/19490 21381/22282/19488</w:t>
        <w:br/>
        <w:t>f 21403/22303/19506 21404/22304/19507 21381/22282/19488</w:t>
        <w:br/>
        <w:t>f 21408/22307/19509 21407/22308/19457 21406/22305/19508</w:t>
        <w:br/>
        <w:t>f 21409/22309/19510 21234/22133/19361 21220/22120/19348</w:t>
        <w:br/>
        <w:t>f 21399/22300/19503 21409/22309/19510 21220/22120/19348</w:t>
        <w:br/>
        <w:t>f 21409/22309/19510 21399/22300/19503 21410/22310/19511</w:t>
        <w:br/>
        <w:t>f 21411/22311/19459 21173/22073/19305 21216/22117/19345</w:t>
        <w:br/>
        <w:t>f 21397/22297/19500 21411/22311/19459 21216/22117/19345</w:t>
        <w:br/>
        <w:t>f 21397/22297/19500 21412/22312/19460 21411/22311/19459</w:t>
        <w:br/>
        <w:t>f 21406/22305/19508 21413/22313/19456 21405/22306/19462</w:t>
        <w:br/>
        <w:t>f 21415/22314/19512 21414/22315/19513 21378/22276/19482</w:t>
        <w:br/>
        <w:t>f 21379/22279/19485 21415/22314/19512 21378/22276/19482</w:t>
        <w:br/>
        <w:t>f 21412/22312/19460 21397/22297/19500 21405/22306/19462</w:t>
        <w:br/>
        <w:t>f 21416/22316/19514 21279/22180/19398 21241/22141/19366</w:t>
        <w:br/>
        <w:t>f 21241/22141/19366 21279/22180/19398 21240/22142/19367</w:t>
        <w:br/>
        <w:t>f 21305/22202/19413 21302/22205/19413 21298/22199/19411</w:t>
        <w:br/>
        <w:t>f 21299/22198/19411 21305/22202/19413 21298/22199/19411</w:t>
        <w:br/>
        <w:t>f 20773/21676/18941 20774/21675/18941 21303/22204/19414</w:t>
        <w:br/>
        <w:t>f 21304/22203/19414 20773/21676/18941 21303/22204/19414</w:t>
        <w:br/>
        <w:t>f 21418/22317/19515 21417/22318/19515 21049/21949/19186</w:t>
        <w:br/>
        <w:t>f 21048/21948/19185 21418/22317/19515 21049/21949/19186</w:t>
        <w:br/>
        <w:t>f 21143/22043/19275 21136/22035/19267 21147/22048/19280</w:t>
        <w:br/>
        <w:t>f 21419/22319/19516 21143/22043/19275 21147/22048/19280</w:t>
        <w:br/>
        <w:t>f 21144/22045/19277 21145/22044/19276 21157/22058/19290</w:t>
        <w:br/>
        <w:t>f 21420/22320/19517 21148/22047/19279 21137/22034/19266</w:t>
        <w:br/>
        <w:t>f 21133/22033/19265 21420/22320/19517 21137/22034/19266</w:t>
        <w:br/>
        <w:t>f 21143/22043/19275 21419/22319/19516 21325/22226/19433</w:t>
        <w:br/>
        <w:t>f 21318/22217/19424 21143/22043/19275 21325/22226/19433</w:t>
        <w:br/>
        <w:t>f 21345/22245/19451 21323/22223/19430 21324/22222/19429</w:t>
        <w:br/>
        <w:t>f 21322/22224/19431 21315/22213/19420 21317/22218/19425</w:t>
        <w:br/>
        <w:t>f 21326/22225/19432 21322/22224/19431 21317/22218/19425</w:t>
        <w:br/>
        <w:t>f 21424/22321/19518 21423/22322/19518 21422/22323/19519</w:t>
        <w:br/>
        <w:t>f 21421/22324/19519 21424/22321/19518 21422/22323/19519</w:t>
        <w:br/>
        <w:t>f 21427/22325/19520 21426/22326/19521 21425/22327/19521</w:t>
        <w:br/>
        <w:t>f 21428/22328/19520 21427/22325/19520 21425/22327/19521</w:t>
        <w:br/>
        <w:t>f 21423/22322/19518 21424/22321/19518 21429/22329/19522</w:t>
        <w:br/>
        <w:t>f 21430/22330/19523 21423/22322/19518 21429/22329/19522</w:t>
        <w:br/>
        <w:t>f 21434/22331/19524 21433/22332/19524 21432/22333/19525</w:t>
        <w:br/>
        <w:t>f 21431/22334/19525 21434/22331/19524 21432/22333/19525</w:t>
        <w:br/>
        <w:t>f 21436/22335/19526 21425/22327/19521 21426/22326/19521</w:t>
        <w:br/>
        <w:t>f 21435/22336/19526 21436/22335/19526 21426/22326/19521</w:t>
        <w:br/>
        <w:t>f 21438/22337/19527 21437/22338/19527 21421/22324/19519</w:t>
        <w:br/>
        <w:t>f 21422/22323/19519 21438/22337/19527 21421/22324/19519</w:t>
        <w:br/>
        <w:t>f 21440/22339/19528 21436/22335/19526 21435/22336/19526</w:t>
        <w:br/>
        <w:t>f 21439/22340/19528 21440/22339/19528 21435/22336/19526</w:t>
        <w:br/>
        <w:t>f 21444/22341/19529 21443/22342/19530 21442/22343/19530</w:t>
        <w:br/>
        <w:t>f 21441/22344/19531 21444/22341/19529 21442/22343/19530</w:t>
        <w:br/>
        <w:t>f 21448/22345/19532 21447/22346/19533 21446/22347/19520</w:t>
        <w:br/>
        <w:t>f 21445/22348/19520 21448/22345/19532 21446/22347/19520</w:t>
        <w:br/>
        <w:t>f 21443/22342/19530 21430/22330/19523 21429/22329/19522</w:t>
        <w:br/>
        <w:t>f 21442/22343/19530 21443/22342/19530 21429/22329/19522</w:t>
        <w:br/>
        <w:t>f 21452/22349/19534 21451/22350/19534 21450/22351/19535</w:t>
        <w:br/>
        <w:t>f 21449/22352/19535 21452/22349/19534 21450/22351/19535</w:t>
        <w:br/>
        <w:t>f 21447/22346/19533 21448/22345/19532 21454/22353/19536</w:t>
        <w:br/>
        <w:t>f 21453/22354/19536 21447/22346/19533 21454/22353/19536</w:t>
        <w:br/>
        <w:t>f 21452/22349/19534 21444/22341/19529 21441/22344/19531</w:t>
        <w:br/>
        <w:t>f 21451/22350/19534 21452/22349/19534 21441/22344/19531</w:t>
        <w:br/>
        <w:t>f 21449/22352/19535 21450/22351/19535 21453/22354/19536</w:t>
        <w:br/>
        <w:t>f 21454/22353/19536 21449/22352/19535 21453/22354/19536</w:t>
        <w:br/>
        <w:t>f 21439/22340/19528 21456/22355/19537 21455/22356/19537</w:t>
        <w:br/>
        <w:t>f 21440/22339/19528 21439/22340/19528 21455/22356/19537</w:t>
        <w:br/>
        <w:t>f 21456/22355/19537 21431/22334/19525 21432/22333/19525</w:t>
        <w:br/>
        <w:t>f 21455/22356/19537 21456/22355/19537 21432/22333/19525</w:t>
        <w:br/>
        <w:t>f 21433/22332/19524 21434/22331/19524 21437/22338/19527</w:t>
        <w:br/>
        <w:t>f 21438/22337/19527 21433/22332/19524 21437/22338/19527</w:t>
        <w:br/>
        <w:t>f 21460/22357/19538 21459/22358/19539 21458/22359/19540</w:t>
        <w:br/>
        <w:t>f 21457/22360/19541 21460/22357/19538 21458/22359/19540</w:t>
        <w:br/>
        <w:t>f 21464/22361/19542 21463/22362/19543 21462/22363/19544</w:t>
        <w:br/>
        <w:t>f 21461/22364/19542 21464/22361/19542 21462/22363/19544</w:t>
        <w:br/>
        <w:t>f 21468/22365/19545 21467/22366/19546 21466/22367/19547</w:t>
        <w:br/>
        <w:t>f 21465/22368/19548 21468/22365/19545 21466/22367/19547</w:t>
        <w:br/>
        <w:t>f 21472/22369/19549 21471/22370/19550 21470/22371/19550</w:t>
        <w:br/>
        <w:t>f 21469/22372/19549 21472/22369/19549 21470/22371/19550</w:t>
        <w:br/>
        <w:t>f 21474/22373/19551 21464/22361/19542 21461/22364/19542</w:t>
        <w:br/>
        <w:t>f 21473/22374/19552 21474/22373/19551 21461/22364/19542</w:t>
        <w:br/>
        <w:t>f 21459/22358/19539 21476/22375/19553 21475/22376/19554</w:t>
        <w:br/>
        <w:t>f 21458/22359/19540 21459/22358/19539 21475/22376/19554</w:t>
        <w:br/>
        <w:t>f 21479/22377/19555 21478/22378/19556 21477/22379/19557</w:t>
        <w:br/>
        <w:t>f 21482/22380/19558 21481/22381/19559 21480/22382/19560</w:t>
        <w:br/>
        <w:t>f 21484/22383/19561 21483/22384/19562 21470/22371/19550</w:t>
        <w:br/>
        <w:t>f 21471/22370/19550 21484/22383/19561 21470/22371/19550</w:t>
        <w:br/>
        <w:t>f 21485/22385/19563 21465/22368/19548 21466/22367/19547</w:t>
        <w:br/>
        <w:t>f 21486/22386/19564 21485/22385/19563 21466/22367/19547</w:t>
        <w:br/>
        <w:t>f 21457/22360/19541 21487/22387/19565 21460/22357/19538</w:t>
        <w:br/>
        <w:t>f 21462/22363/19544 21463/22362/19543 21489/22388/19566</w:t>
        <w:br/>
        <w:t>f 21488/22389/19566 21462/22363/19544 21489/22388/19566</w:t>
        <w:br/>
        <w:t>f 21486/22386/19564 21491/22390/19567 21490/22391/19568</w:t>
        <w:br/>
        <w:t>f 21485/22385/19563 21486/22386/19564 21490/22391/19568</w:t>
        <w:br/>
        <w:t>f 21492/22392/19569 21483/22384/19562 21484/22383/19561</w:t>
        <w:br/>
        <w:t>f 21496/22393/19570 21495/22394/19571 21494/22395/19572</w:t>
        <w:br/>
        <w:t>f 21493/22396/19572 21496/22393/19570 21494/22395/19572</w:t>
        <w:br/>
        <w:t>f 21500/22397/19573 21499/22398/19574 21498/22399/19575</w:t>
        <w:br/>
        <w:t>f 21497/22400/19576 21500/22397/19573 21498/22399/19575</w:t>
        <w:br/>
        <w:t>f 21504/22401/19549 21503/22402/19549 21502/22403/19577</w:t>
        <w:br/>
        <w:t>f 21501/22404/19578 21504/22401/19549 21502/22403/19577</w:t>
        <w:br/>
        <w:t>f 21508/22405/19579 21507/22406/19546 21506/22407/19545</w:t>
        <w:br/>
        <w:t>f 21505/22408/19580 21508/22405/19579 21506/22407/19545</w:t>
        <w:br/>
        <w:t>f 21499/22398/19574 21475/22376/19554 21476/22375/19553</w:t>
        <w:br/>
        <w:t>f 21498/22399/19575 21499/22398/19574 21476/22375/19553</w:t>
        <w:br/>
        <w:t>f 21493/22396/19572 21494/22395/19572 21474/22373/19551</w:t>
        <w:br/>
        <w:t>f 21473/22374/19552 21493/22396/19572 21474/22373/19551</w:t>
        <w:br/>
        <w:t>f 21511/22409/19581 21510/22410/19582 21509/22411/19583</w:t>
        <w:br/>
        <w:t>f 21512/22412/19584 21511/22409/19581 21509/22411/19583</w:t>
        <w:br/>
        <w:t>f 21516/22413/19585 21515/22414/19586 21514/22415/19587</w:t>
        <w:br/>
        <w:t>f 21513/22416/19587 21516/22413/19585 21514/22415/19587</w:t>
        <w:br/>
        <w:t>f 21517/22417/19588 21508/22405/19579 21505/22408/19580</w:t>
        <w:br/>
        <w:t>f 21518/22418/19589 21517/22417/19588 21505/22408/19580</w:t>
        <w:br/>
        <w:t>f 21520/22419/19590 21519/22420/19590 21501/22404/19578</w:t>
        <w:br/>
        <w:t>f 21502/22403/19577 21520/22419/19590 21501/22404/19578</w:t>
        <w:br/>
        <w:t>f 21495/22394/19571 21496/22393/19570 21513/22416/19587</w:t>
        <w:br/>
        <w:t>f 21514/22415/19587 21495/22394/19571 21513/22416/19587</w:t>
        <w:br/>
        <w:t>f 21509/22411/19583 21500/22397/19573 21497/22400/19576</w:t>
        <w:br/>
        <w:t>f 21512/22412/19584 21509/22411/19583 21497/22400/19576</w:t>
        <w:br/>
        <w:t>f 21515/22414/19586 21516/22413/19585 21519/22420/19590</w:t>
        <w:br/>
        <w:t>f 21520/22419/19590 21515/22414/19586 21519/22420/19590</w:t>
        <w:br/>
        <w:t>f 21511/22409/19581 21517/22417/19588 21518/22418/19589</w:t>
        <w:br/>
        <w:t>f 21510/22410/19582 21511/22409/19581 21518/22418/19589</w:t>
        <w:br/>
        <w:t>f 21480/22382/19560 21487/22387/19565 21521/22421/19591</w:t>
        <w:br/>
        <w:t>f 21522/22422/19592 21490/22391/19568 21491/22390/19567</w:t>
        <w:br/>
        <w:t>f 21480/22382/19560 21522/22422/19592 21491/22390/19567</w:t>
        <w:br/>
        <w:t>f 21523/22423/19593 21479/22377/19555 21492/22392/19569</w:t>
        <w:br/>
        <w:t>f 21480/22382/19560 21481/22381/19559 21522/22422/19592</w:t>
        <w:br/>
        <w:t>f 21479/22377/19555 21523/22423/19593 21478/22378/19556</w:t>
        <w:br/>
        <w:t>f 21521/22421/19591 21482/22380/19558 21480/22382/19560</w:t>
        <w:br/>
        <w:t>f 21459/22358/19539 21460/22357/19538 21525/22424/19594</w:t>
        <w:br/>
        <w:t>f 21524/22425/19595 21459/22358/19539 21525/22424/19594</w:t>
        <w:br/>
        <w:t>f 21527/22426/19596 21466/22367/19547 21467/22366/19546</w:t>
        <w:br/>
        <w:t>f 21526/22427/19597 21527/22426/19596 21467/22366/19546</w:t>
        <w:br/>
        <w:t>f 21524/22425/19595 21528/22428/19598 21476/22375/19553</w:t>
        <w:br/>
        <w:t>f 21459/22358/19539 21524/22425/19595 21476/22375/19553</w:t>
        <w:br/>
        <w:t>f 21529/22429/19599 21486/22386/19564 21466/22367/19547</w:t>
        <w:br/>
        <w:t>f 21527/22426/19596 21529/22429/19599 21466/22367/19547</w:t>
        <w:br/>
        <w:t>f 21530/22430/19600 21525/22424/19594 21460/22357/19538</w:t>
        <w:br/>
        <w:t>f 21487/22387/19565 21530/22430/19600 21460/22357/19538</w:t>
        <w:br/>
        <w:t>f 21491/22390/19567 21529/22429/19599 21531/22431/19601</w:t>
        <w:br/>
        <w:t>f 21533/22432/19602 21497/22400/19576 21498/22399/19575</w:t>
        <w:br/>
        <w:t>f 21532/22433/19603 21533/22432/19602 21498/22399/19575</w:t>
        <w:br/>
        <w:t>f 21535/22434/19604 21507/22406/19546 21508/22405/19579</w:t>
        <w:br/>
        <w:t>f 21534/22435/19605 21535/22434/19604 21508/22405/19579</w:t>
        <w:br/>
        <w:t>f 21532/22433/19603 21498/22399/19575 21476/22375/19553</w:t>
        <w:br/>
        <w:t>f 21528/22428/19598 21532/22433/19603 21476/22375/19553</w:t>
        <w:br/>
        <w:t>f 21537/22436/19606 21511/22409/19581 21512/22412/19584</w:t>
        <w:br/>
        <w:t>f 21536/22437/19607 21537/22436/19606 21512/22412/19584</w:t>
        <w:br/>
        <w:t>f 21538/22438/19608 21534/22435/19605 21508/22405/19579</w:t>
        <w:br/>
        <w:t>f 21517/22417/19588 21538/22438/19608 21508/22405/19579</w:t>
        <w:br/>
        <w:t>f 21497/22400/19576 21533/22432/19602 21536/22437/19607</w:t>
        <w:br/>
        <w:t>f 21512/22412/19584 21497/22400/19576 21536/22437/19607</w:t>
        <w:br/>
        <w:t>f 21511/22409/19581 21537/22436/19606 21538/22438/19608</w:t>
        <w:br/>
        <w:t>f 21517/22417/19588 21511/22409/19581 21538/22438/19608</w:t>
        <w:br/>
        <w:t>f 21487/22387/19565 21480/22382/19560 21530/22430/19600</w:t>
        <w:br/>
        <w:t>f 21477/22379/19557 21539/22439/19609 21479/22377/19555</w:t>
        <w:br/>
        <w:t>f 21480/22382/19560 21491/22390/19567 21531/22431/19601</w:t>
        <w:br/>
        <w:t>f 21543/22440/19610 21542/22441/19611 21541/22442/19612</w:t>
        <w:br/>
        <w:t>f 21540/22443/19613 21543/22440/19610 21541/22442/19612</w:t>
        <w:br/>
        <w:t>f 21546/22444/19614 21545/22445/19615 21544/22446/19616</w:t>
        <w:br/>
        <w:t>f 21547/22447/19617 21546/22444/19614 21544/22446/19616</w:t>
        <w:br/>
        <w:t>f 21545/22445/19615 21549/22448/19618 21548/22449/19619</w:t>
        <w:br/>
        <w:t>f 21544/22446/19616 21545/22445/19615 21548/22449/19619</w:t>
        <w:br/>
        <w:t>f 21548/22449/19619 21549/22448/19618 21550/22450/19620</w:t>
        <w:br/>
        <w:t>f 21551/22451/19621 21548/22449/19619 21550/22450/19620</w:t>
        <w:br/>
        <w:t>f 21551/22451/19621 21550/22450/19620 21552/22452/19622</w:t>
        <w:br/>
        <w:t>f 21553/22453/19623 21551/22451/19621 21552/22452/19622</w:t>
        <w:br/>
        <w:t>f 21553/22453/19623 21552/22452/19622 21554/22454/19624</w:t>
        <w:br/>
        <w:t>f 21555/22455/19625 21553/22453/19623 21554/22454/19624</w:t>
        <w:br/>
        <w:t>f 21557/22456/19626 21556/22457/19627 21555/22455/19625</w:t>
        <w:br/>
        <w:t>f 21554/22454/19624 21557/22456/19626 21555/22455/19625</w:t>
        <w:br/>
        <w:t>f 21559/22458/19628 21556/22457/19627 21557/22456/19626</w:t>
        <w:br/>
        <w:t>f 21558/22459/19629 21559/22458/19628 21557/22456/19626</w:t>
        <w:br/>
        <w:t>f 21558/22459/19629 21561/22460/19630 21560/22461/19631</w:t>
        <w:br/>
        <w:t>f 21559/22458/19628 21558/22459/19629 21560/22461/19631</w:t>
        <w:br/>
        <w:t>f 21563/22462/19632 21562/22463/19633 21560/22461/19631</w:t>
        <w:br/>
        <w:t>f 21561/22460/19630 21563/22462/19632 21560/22461/19631</w:t>
        <w:br/>
        <w:t>f 21541/22442/19612 21542/22441/19611 21564/22464/19634</w:t>
        <w:br/>
        <w:t>f 21565/22465/19635 21541/22442/19612 21564/22464/19634</w:t>
        <w:br/>
        <w:t>f 21548/22449/19619 21567/22466/19636 21566/22467/19637</w:t>
        <w:br/>
        <w:t>f 21544/22446/19616 21548/22449/19619 21566/22467/19637</w:t>
        <w:br/>
        <w:t>f 21551/22451/19621 21568/22468/19638 21567/22466/19636</w:t>
        <w:br/>
        <w:t>f 21548/22449/19619 21551/22451/19621 21567/22466/19636</w:t>
        <w:br/>
        <w:t>f 21553/22453/19623 21569/22469/19639 21568/22468/19638</w:t>
        <w:br/>
        <w:t>f 21551/22451/19621 21553/22453/19623 21568/22468/19638</w:t>
        <w:br/>
        <w:t>f 21569/22469/19639 21553/22453/19623 21555/22455/19625</w:t>
        <w:br/>
        <w:t>f 21570/22470/19640 21569/22469/19639 21555/22455/19625</w:t>
        <w:br/>
        <w:t>f 21571/22471/19641 21570/22470/19640 21555/22455/19625</w:t>
        <w:br/>
        <w:t>f 21556/22457/19627 21571/22471/19641 21555/22455/19625</w:t>
        <w:br/>
        <w:t>f 21547/22447/19617 21542/22441/19611 21543/22440/19610</w:t>
        <w:br/>
        <w:t>f 21546/22444/19614 21547/22447/19617 21543/22440/19610</w:t>
        <w:br/>
        <w:t>f 21574/22472/19612 21573/22473/19642 21572/22474/19643</w:t>
        <w:br/>
        <w:t>f 21575/22475/19613 21574/22472/19612 21572/22474/19643</w:t>
        <w:br/>
        <w:t>f 21576/22476/19644 21564/22464/19634 21542/22441/19611</w:t>
        <w:br/>
        <w:t>f 21547/22447/19617 21576/22476/19644 21542/22441/19611</w:t>
        <w:br/>
        <w:t>f 21574/22472/19612 21578/22477/19645 21577/22478/19646</w:t>
        <w:br/>
        <w:t>f 21573/22473/19642 21574/22472/19612 21577/22478/19646</w:t>
        <w:br/>
        <w:t>f 21492/22392/19569 21479/22377/19555 21483/22384/19562</w:t>
        <w:br/>
        <w:t>f 21480/22382/19560 21531/22431/19601 21530/22430/19600</w:t>
        <w:br/>
        <w:t>f 20811/21711/18972 20933/21831/19073 20819/21718/18978</w:t>
        <w:br/>
        <w:t>f 20929/21829/19071 20942/21842/19082 20922/21820/19064</w:t>
        <w:br/>
        <w:t>f 20965/21864/19103 20987/21887/19126 20964/21865/19104</w:t>
        <w:br/>
        <w:t>f 20970/21868/19107 20963/21866/19105 20964/21865/19104</w:t>
        <w:br/>
        <w:t>f 20969/21869/19108 20970/21868/19107 20964/21865/19104</w:t>
        <w:br/>
        <w:t>f 20969/21869/19108 20979/21879/19118 20968/21870/19109</w:t>
        <w:br/>
        <w:t>f 20965/21864/19103 20966/21863/19102 20976/21877/19116</w:t>
        <w:br/>
        <w:t>f 20969/21869/19108 20987/21887/19126 20979/21879/19118</w:t>
        <w:br/>
        <w:t>f 21327/22228/19435 21312/22210/19417 21310/22212/19419</w:t>
        <w:br/>
        <w:t>f 21164/22062/19294 21151/22051/19283 21152/22050/19282</w:t>
        <w:br/>
        <w:t>f 21166/22066/19298 21163/22063/19295 21164/22062/19294</w:t>
        <w:br/>
        <w:t>f 21061/21961/19198 21052/21951/19188 21058/21956/19193</w:t>
        <w:br/>
        <w:t>f 21071/21971/19207 21064/21963/19200 21073/21973/19209</w:t>
        <w:br/>
        <w:t>f 21075/21975/19211 20762/21662/18931 20817/21717/18977</w:t>
        <w:br/>
        <w:t>f 20770/21671/18938 20898/21798/19045 21579/22479/19647</w:t>
        <w:br/>
        <w:t>f 21131/22029/19261 21164/22062/19294 21165/22065/19297</w:t>
        <w:br/>
        <w:t>f 21131/22029/19261 21151/22051/19283 21164/22062/19294</w:t>
        <w:br/>
        <w:t>f 21129/22031/19263 21151/22051/19283 21131/22029/19261</w:t>
        <w:br/>
        <w:t>f 21130/22030/19262 21161/22059/19291 21132/22032/19264</w:t>
        <w:br/>
        <w:t>f 21146/22046/19278 21420/22320/19517 21133/22033/19265</w:t>
        <w:br/>
        <w:t>f 21132/22032/19264 21146/22046/19278 21133/22033/19265</w:t>
        <w:br/>
        <w:t>f 21539/22439/19609 21477/22379/19557 21488/22389/19566</w:t>
        <w:br/>
        <w:t>f 21489/22388/19566 21539/22439/19609 21488/22389/19566</w:t>
        <w:br/>
        <w:t>f 21131/22029/19261 21165/22065/19297 21130/22030/19262</w:t>
        <w:br/>
        <w:t>f 21165/22065/19297 21162/22064/19296 21160/22060/19292</w:t>
        <w:br/>
        <w:t>f 21161/22059/19291 21165/22065/19297 21160/22060/19292</w:t>
        <w:br/>
        <w:t>f 21174/22075/19307 21159/22061/19293 21160/22060/19292</w:t>
        <w:br/>
        <w:t>f 21169/22070/19302 21174/22075/19307 21160/22060/19292</w:t>
        <w:br/>
        <w:t>f 21169/22070/19302 21167/22068/19300 21228/22128/19356</w:t>
        <w:br/>
        <w:t>f 21161/22059/19291 21145/22044/19276 21132/22032/19264</w:t>
        <w:br/>
        <w:t>f 21130/22030/19262 21165/22065/19297 21161/22059/19291</w:t>
        <w:br/>
        <w:t>f 21339/22239/19445 21341/22242/19448 21342/22241/19447</w:t>
        <w:br/>
        <w:t>f 21338/22237/19443 21339/22239/19445 21342/22241/19447</w:t>
        <w:br/>
        <w:t>f 21337/22238/19444 21357/22256/19648 21351/22250/19456</w:t>
        <w:br/>
        <w:t>f 21339/22239/19445 21337/22238/19444 21351/22250/19456</w:t>
        <w:br/>
        <w:t>f 21406/22305/19508 21407/22308/19457 21413/22313/19456</w:t>
        <w:br/>
        <w:t>f 21314/22214/19421 21580/22480/19649 21313/22215/19422</w:t>
        <w:br/>
        <w:t>f 21581/22481/19650 21174/22075/19307 21169/22070/19302</w:t>
        <w:br/>
        <w:t>f 21218/22115/19343 21215/22118/19346 21174/22075/19307</w:t>
        <w:br/>
        <w:t>f 21581/22481/19650 21218/22115/19343 21174/22075/19307</w:t>
        <w:br/>
        <w:t>f 21583/22482/19651 21217/22116/19344 21582/22483/19652</w:t>
        <w:br/>
        <w:t>f 21398/22298/19501 21217/22116/19344 21583/22482/19651</w:t>
        <w:br/>
        <w:t>f 21584/22484/19653 21398/22298/19501 21583/22482/19651</w:t>
        <w:br/>
        <w:t>f 21584/22484/19653 21408/22307/19509 21406/22305/19508</w:t>
        <w:br/>
        <w:t>f 21398/22298/19501 21584/22484/19653 21406/22305/19508</w:t>
        <w:br/>
        <w:t>f 21583/22482/19651 21582/22483/19652 21233/22134/19362</w:t>
        <w:br/>
        <w:t>f 21234/22133/19361 21583/22482/19651 21233/22134/19362</w:t>
        <w:br/>
        <w:t>f 21234/22133/19361 21409/22309/19510 21584/22484/19653</w:t>
        <w:br/>
        <w:t>f 21583/22482/19651 21234/22133/19361 21584/22484/19653</w:t>
        <w:br/>
        <w:t>f 21409/22309/19510 21410/22310/19511 21408/22307/19509</w:t>
        <w:br/>
        <w:t>f 21584/22484/19653 21409/22309/19510 21408/22307/19509</w:t>
        <w:br/>
        <w:t>f 21407/22308/19457 21408/22307/19509 21410/22310/19511</w:t>
        <w:br/>
        <w:t>f 21410/22310/19511 21415/22314/19512 21407/22308/19457</w:t>
        <w:br/>
        <w:t>f 21399/22300/19503 21414/22315/19513 21410/22310/19511</w:t>
        <w:br/>
        <w:t>f 21400/22299/19502 21378/22276/19482 21414/22315/19513</w:t>
        <w:br/>
        <w:t>f 21399/22300/19503 21400/22299/19502 21414/22315/19513</w:t>
        <w:br/>
        <w:t>f 21218/22115/19343 21582/22483/19652 21217/22116/19344</w:t>
        <w:br/>
        <w:t>f 21582/22483/19652 21218/22115/19343 21581/22481/19650</w:t>
        <w:br/>
        <w:t>f 21229/22127/19355 21582/22483/19652 21581/22481/19650</w:t>
        <w:br/>
        <w:t>f 21169/22070/19302 21229/22127/19355 21581/22481/19650</w:t>
        <w:br/>
        <w:t>f 21227/22129/19357 21582/22483/19652 21229/22127/19355</w:t>
        <w:br/>
        <w:t>f 21227/22129/19357 21197/22099/19331 21198/22098/19330</w:t>
        <w:br/>
        <w:t>f 21227/22129/19357 21228/22128/19356 21197/22099/19331</w:t>
        <w:br/>
        <w:t>f 21227/22129/19357 21233/22134/19362 21582/22483/19652</w:t>
        <w:br/>
        <w:t>f 21457/22360/19541 21521/22421/19591 21487/22387/19565</w:t>
        <w:br/>
        <w:t>f 21586/22485/19654 21585/22486/19655 21559/22458/19628</w:t>
        <w:br/>
        <w:t>f 21560/22461/19631 21586/22485/19654 21559/22458/19628</w:t>
        <w:br/>
        <w:t>f 21587/22487/19656 21586/22485/19654 21560/22461/19631</w:t>
        <w:br/>
        <w:t>f 21562/22463/19633 21587/22487/19656 21560/22461/19631</w:t>
        <w:br/>
        <w:t>f 21589/22488/19657 21588/22489/19658 21587/22487/19656</w:t>
        <w:br/>
        <w:t>f 21562/22463/19633 21589/22488/19657 21587/22487/19656</w:t>
        <w:br/>
        <w:t>f 21585/22486/19655 21571/22471/19641 21556/22457/19627</w:t>
        <w:br/>
        <w:t>f 21559/22458/19628 21585/22486/19655 21556/22457/19627</w:t>
        <w:br/>
        <w:t>f 21589/22488/19657 21590/22490/19659 21572/22474/19643</w:t>
        <w:br/>
        <w:t>f 21573/22473/19642 21589/22488/19657 21572/22474/19643</w:t>
        <w:br/>
        <w:t>f 21562/22463/19633 21563/22462/19632 21590/22490/19659</w:t>
        <w:br/>
        <w:t>f 21589/22488/19657 21562/22463/19633 21590/22490/19659</w:t>
        <w:br/>
        <w:t>f 21573/22473/19642 21577/22478/19646 21588/22489/19658</w:t>
        <w:br/>
        <w:t>f 21589/22488/19657 21573/22473/19642 21588/22489/19658</w:t>
        <w:br/>
        <w:t>f 21547/22447/19617 21544/22446/19616 21566/22467/19637</w:t>
        <w:br/>
        <w:t>f 21576/22476/19644 21547/22447/19617 21566/22467/19637</w:t>
        <w:br/>
        <w:t>f 21594/22491/19660 21593/22492/19661 21592/22493/19662</w:t>
        <w:br/>
        <w:t>f 21591/22494/19663 21594/22491/19660 21592/22493/19662</w:t>
        <w:br/>
        <w:t>f 21591/22494/19663 21592/22493/19662 21596/22495/19664</w:t>
        <w:br/>
        <w:t>f 21595/22496/19665 21591/22494/19663 21596/22495/19664</w:t>
        <w:br/>
        <w:t>f 21597/22497/19666 21595/22496/19665 21596/22495/19664</w:t>
        <w:br/>
        <w:t>f 21598/22498/19666 21597/22497/19666 21596/22495/19664</w:t>
        <w:br/>
        <w:t>f 21600/22499/19667 21597/22497/19666 21598/22498/19666</w:t>
        <w:br/>
        <w:t>f 21599/22500/19667 21600/22499/19667 21598/22498/19666</w:t>
        <w:br/>
        <w:t>f 21599/22500/19667 21602/22501/19668 21601/22502/19668</w:t>
        <w:br/>
        <w:t>f 21600/22499/19667 21599/22500/19667 21601/22502/19668</w:t>
        <w:br/>
        <w:t>f 21602/22501/19668 21604/22503/19669 21603/22504/19670</w:t>
        <w:br/>
        <w:t>f 21601/22502/19668 21602/22501/19668 21603/22504/19670</w:t>
        <w:br/>
        <w:t>f 21606/22505/19671 21605/22506/19672 21603/22504/19670</w:t>
        <w:br/>
        <w:t>f 21604/22503/19669 21606/22505/19671 21603/22504/19670</w:t>
        <w:br/>
        <w:t>f 21608/22507/19673 21607/22508/19674 21605/22506/19672</w:t>
        <w:br/>
        <w:t>f 21606/22505/19671 21608/22507/19673 21605/22506/19672</w:t>
        <w:br/>
        <w:t>f 21607/22508/19674 21608/22507/19673 21610/22509/19675</w:t>
        <w:br/>
        <w:t>f 21609/22510/19675 21607/22508/19674 21610/22509/19675</w:t>
        <w:br/>
        <w:t>f 21612/22511/19676 21611/22512/19677 21609/22510/19675</w:t>
        <w:br/>
        <w:t>f 21610/22509/19675 21612/22511/19676 21609/22510/19675</w:t>
        <w:br/>
        <w:t>f 21612/22511/19676 21614/22513/19678 21613/22514/19678</w:t>
        <w:br/>
        <w:t>f 21611/22512/19677 21612/22511/19676 21613/22514/19678</w:t>
        <w:br/>
        <w:t>f 21617/22515/19679 21616/22516/19679 21615/22517/19680</w:t>
        <w:br/>
        <w:t>f 21618/22518/19680 21617/22515/19679 21615/22517/19680</w:t>
        <w:br/>
        <w:t>f 21619/22519/19680 21593/22492/19661 21594/22491/19660</w:t>
        <w:br/>
        <w:t>f 21620/22520/19680 21619/22519/19680 21594/22491/19660</w:t>
        <w:br/>
        <w:t>f 21614/22513/19678 21616/22516/19679 21617/22515/19679</w:t>
        <w:br/>
        <w:t>f 21613/22514/19678 21614/22513/19678 21617/22515/19679</w:t>
        <w:br/>
        <w:t>f 21624/22521/19681 21623/22522/19682 21622/22523/19683</w:t>
        <w:br/>
        <w:t>f 21621/22524/19684 21624/22521/19681 21622/22523/19683</w:t>
        <w:br/>
        <w:t>f 21626/22525/19685 21625/22526/19685 21621/22524/19684</w:t>
        <w:br/>
        <w:t>f 21622/22523/19683 21626/22525/19685 21621/22524/19684</w:t>
        <w:br/>
        <w:t>f 21626/22525/19685 21628/22527/19686 21627/22528/19687</w:t>
        <w:br/>
        <w:t>f 21625/22526/19685 21626/22525/19685 21627/22528/19687</w:t>
        <w:br/>
        <w:t>f 21628/22527/19686 21630/22529/19688 21629/22530/19689</w:t>
        <w:br/>
        <w:t>f 21627/22528/19687 21628/22527/19686 21629/22530/19689</w:t>
        <w:br/>
        <w:t>f 21632/22531/19690 21629/22530/19689 21630/22529/19688</w:t>
        <w:br/>
        <w:t>f 21631/22532/19690 21632/22531/19690 21630/22529/19688</w:t>
        <w:br/>
        <w:t>f 21633/22533/19691 21632/22531/19690 21631/22532/19690</w:t>
        <w:br/>
        <w:t>f 21634/22534/19691 21633/22533/19691 21631/22532/19690</w:t>
        <w:br/>
        <w:t>f 21633/22533/19691 21634/22534/19691 21636/22535/19692</w:t>
        <w:br/>
        <w:t>f 21635/22536/19692 21633/22533/19691 21636/22535/19692</w:t>
        <w:br/>
        <w:t>f 21638/22537/19693 21637/22538/19693 21635/22536/19692</w:t>
        <w:br/>
        <w:t>f 21636/22535/19692 21638/22537/19693 21635/22536/19692</w:t>
        <w:br/>
        <w:t>f 21637/22538/19693 21638/22537/19693 21640/22539/19694</w:t>
        <w:br/>
        <w:t>f 21639/22540/19694 21637/22538/19693 21640/22539/19694</w:t>
        <w:br/>
        <w:t>f 21642/22541/19695 21641/22542/19696 21639/22540/19694</w:t>
        <w:br/>
        <w:t>f 21640/22539/19694 21642/22541/19695 21639/22540/19694</w:t>
        <w:br/>
        <w:t>f 21643/22543/19697 21641/22542/19696 21642/22541/19695</w:t>
        <w:br/>
        <w:t>f 21644/22544/19698 21643/22543/19697 21642/22541/19695</w:t>
        <w:br/>
        <w:t>f 21648/22545/19699 21647/22546/19700 21646/22547/19700</w:t>
        <w:br/>
        <w:t>f 21645/22548/19701 21648/22545/19699 21646/22547/19700</w:t>
        <w:br/>
        <w:t>f 21650/22549/19701 21649/22550/19699 21623/22522/19682</w:t>
        <w:br/>
        <w:t>f 21624/22521/19681 21650/22549/19701 21623/22522/19682</w:t>
        <w:br/>
        <w:t>f 21644/22544/19698 21646/22547/19700 21647/22546/19700</w:t>
        <w:br/>
        <w:t>f 21643/22543/19697 21644/22544/19698 21647/22546/19700</w:t>
        <w:br/>
        <w:t>f 20933/21831/19073 21651/22551/19702 20929/21829/19071</w:t>
        <w:br/>
        <w:t>f 20811/21711/18972 21652/22552/19703 20933/21831/19073</w:t>
        <w:br/>
        <w:t>f 20990/21889/19128 20992/21892/19131 20957/21859/19098</w:t>
        <w:br/>
        <w:t>f 20821/21721/18981 20988/21888/19127 20952/21855/19094</w:t>
        <w:br/>
        <w:t>f 20952/21855/19094 20953/21854/19093 20950/21849/19088</w:t>
        <w:br/>
        <w:t>f 20961/21862/19101 20957/21859/19098 20958/21858/19097</w:t>
        <w:br/>
        <w:t>f 21654/22553/19704 21386/22288/19494 21653/22554/19705</w:t>
        <w:br/>
        <w:t>f 21654/22553/19704 21389/22289/19495 21386/22288/19494</w:t>
        <w:br/>
        <w:t>f 21410/22310/19511 21414/22315/19513 21415/22314/19512</w:t>
        <w:br/>
        <w:t>f 21313/22215/19422 21580/22480/19649 21311/22211/19418</w:t>
        <w:br/>
        <w:t>f 21331/22231/19438 21313/22215/19422 21311/22211/19418</w:t>
        <w:br/>
        <w:t>f 21315/22213/19420 21323/22223/19430 21314/22214/19421</w:t>
        <w:br/>
        <w:t>f 21580/22480/19649 21314/22214/19421 21338/22237/19443</w:t>
        <w:br/>
        <w:t>f 21342/22241/19447 21580/22480/19649 21338/22237/19443</w:t>
        <w:br/>
        <w:t>f 21323/22223/19430 21338/22237/19443 21314/22214/19421</w:t>
        <w:br/>
        <w:t>f 21311/22211/19418 21580/22480/19649 21342/22241/19447</w:t>
        <w:br/>
        <w:t>f 21343/22240/19446 21311/22211/19418 21342/22241/19447</w:t>
        <w:br/>
        <w:t>f 21343/22240/19446 21340/22243/19449 21655/22555/19706</w:t>
        <w:br/>
        <w:t>f 21310/22212/19419 21343/22240/19446 21655/22555/19706</w:t>
        <w:br/>
        <w:t>f 21346/22249/19455 21350/22251/19457 21349/22246/19452</w:t>
        <w:br/>
        <w:t>f 21311/22211/19418 21312/22210/19417 21331/22231/19438</w:t>
        <w:br/>
        <w:t>f 21330/22230/19437 21316/22219/19426 21331/22231/19438</w:t>
        <w:br/>
        <w:t>f 21316/22219/19426 21313/22215/19422 21331/22231/19438</w:t>
        <w:br/>
        <w:t>f 21311/22211/19418 21343/22240/19446 21310/22212/19419</w:t>
        <w:br/>
        <w:t>f 21349/22246/19452 21656/22556/19707 21371/22271/19477</w:t>
        <w:br/>
        <w:t>f 21306/22209/19415 21347/22248/19454 21348/22247/19453</w:t>
        <w:br/>
        <w:t>f 21309/22206/19415 21306/22209/19415 21348/22247/19453</w:t>
        <w:br/>
        <w:t>f 21327/22228/19435 21310/22212/19419 21344/22244/19450</w:t>
        <w:br/>
        <w:t>f 21374/22274/19480 21348/22247/19453 21362/22262/19468</w:t>
        <w:br/>
        <w:t>f 21310/22212/19419 21655/22555/19706 21344/22244/19450</w:t>
        <w:br/>
        <w:t>f 21491/22390/19567 21486/22386/19564 21529/22429/19599</w:t>
        <w:br/>
        <w:t>f 20967/21867/19106 20991/21891/19130 20955/21852/19091</w:t>
        <w:br/>
        <w:t>f 20971/21871/19110 20989/21890/19129 20961/21862/19101</w:t>
        <w:br/>
        <w:t>f 20965/21864/19103 20978/21878/19117 20987/21887/19126</w:t>
        <w:br/>
        <w:t>f 20969/21869/19108 20964/21865/19104 20987/21887/19126</w:t>
        <w:br/>
        <w:t>f 20979/21879/19118 20987/21887/19126 20954/21853/19092</w:t>
        <w:br/>
        <w:t>f 20978/21878/19117 20953/21854/19093 20954/21853/19092</w:t>
        <w:br/>
        <w:t>f 21273/22171/19389 21288/22187/19403 21277/22176/19394</w:t>
        <w:br/>
        <w:t>f 21282/22182/19400 21268/22168/19386 21266/22167/19385</w:t>
        <w:br/>
        <w:t>f 21113/22012/19245 21120/22019/19252 21109/22006/19239</w:t>
        <w:br/>
        <w:t>f 21118/22018/19251 21112/22013/19246 21100/22001/19234</w:t>
        <w:br/>
        <w:t>f 21114/22014/19247 21099/21999/19232 21117/22017/19250</w:t>
        <w:br/>
        <w:t>f 21278/22178/19396 21276/22177/19395 21281/22181/19399</w:t>
        <w:br/>
        <w:t>f 20805/21708/18969 20944/21844/18995 20945/21845/19084</w:t>
        <w:br/>
        <w:t>f 20874/21774/19024 20947/21847/19086 20897/21797/19044</w:t>
        <w:br/>
        <w:t>f 20781/21683/18946 20782/21682/18945 20789/21688/18950</w:t>
        <w:br/>
        <w:t>f 20865/21764/19014 20859/21757/19009 20857/21759/19011</w:t>
        <w:br/>
        <w:t>f 20910/21810/19056 20907/21807/19053 20855/21753/19005</w:t>
        <w:br/>
        <w:t>f 20879/21778/19027 20908/21809/19055 20910/21810/19056</w:t>
        <w:br/>
        <w:t>f 20881/21781/19030 21657/22557/19708 20847/21745/19000</w:t>
        <w:br/>
        <w:t>f 20848/21748/19002 21074/21974/19210 20881/21781/19030</w:t>
        <w:br/>
        <w:t>f 20763/21661/18930 21658/22558/19709 20817/21717/18977</w:t>
        <w:br/>
        <w:t>f 21350/22251/19457 21659/22559/19710 21349/22246/19452</w:t>
        <w:br/>
        <w:t>f 21346/22249/19455 21341/22242/19448 21350/22251/19457</w:t>
        <w:br/>
        <w:t>f 21167/22068/19300 21128/22025/19258 21125/22028/19260</w:t>
        <w:br/>
        <w:t>f 21167/22068/19300 21170/22069/19301 21128/22025/19258</w:t>
        <w:br/>
        <w:t>f 21255/22158/19377 21660/22560/19711 21258/22155/19377</w:t>
        <w:br/>
        <w:t>f 20917/21817/19061 21652/22552/19703 20811/21711/18972</w:t>
        <w:br/>
        <w:t>f 20929/21829/19071 21651/22551/19702 20928/21830/19072</w:t>
        <w:br/>
        <w:t>f 21034/21934/19172 21006/21905/19143 21014/21916/19154</w:t>
        <w:br/>
        <w:t>f 21014/21916/19154 21006/21905/19143 21043/21943/19180</w:t>
        <w:br/>
        <w:t>f 20813/21713/18974 20902/21802/19049 20900/21800/19047</w:t>
        <w:br/>
        <w:t>f 20770/21671/18938 21579/22479/19647 20902/21802/19049</w:t>
        <w:br/>
        <w:t>f 20813/21713/18974 20823/21722/18982 20769/21672/18939</w:t>
        <w:br/>
        <w:t>f 20823/21722/18982 20813/21713/18974 20901/21799/19046</w:t>
        <w:br/>
        <w:t>f 20812/21710/18971 20901/21799/19046 20811/21711/18972</w:t>
        <w:br/>
        <w:t>f 21158/22057/19289 21156/22056/19288 21153/22055/19287</w:t>
        <w:br/>
        <w:t>f 21336/22236/19442 21345/22245/19451 21335/22232/19439</w:t>
        <w:br/>
        <w:t>f 21159/22061/19293 21158/22057/19289 21157/22058/19290</w:t>
        <w:br/>
        <w:t>f 21345/22245/19451 21336/22236/19442 21337/22238/19444</w:t>
        <w:br/>
        <w:t>f 20973/21873/19112 20983/21883/19122 20978/21878/19117</w:t>
        <w:br/>
        <w:t>f 21057/21957/19194 21058/21956/19193 21039/21942/19179</w:t>
        <w:br/>
        <w:t>f 21043/21943/19180 21006/21905/19143 21019/21918/19156</w:t>
        <w:br/>
        <w:t>f 21034/21934/19172 21035/21936/19174 21005/21906/19144</w:t>
        <w:br/>
        <w:t>f 20981/21880/19119 20968/21870/19109 20979/21879/19118</w:t>
        <w:br/>
        <w:t>f 21663/22561/19712 21662/22562/19712 21661/22563/19713</w:t>
        <w:br/>
        <w:t>f 21664/22564/19713 21663/22561/19712 21661/22563/19713</w:t>
        <w:br/>
        <w:t>f 21667/22565/19714 21666/22566/19715 21665/22567/19716</w:t>
        <w:br/>
        <w:t>f 21668/22568/19714 21667/22565/19714 21665/22567/19716</w:t>
        <w:br/>
        <w:t>f 21672/22569/19717 21671/22570/19718 21670/22571/19718</w:t>
        <w:br/>
        <w:t>f 21669/22572/19717 21672/22569/19717 21670/22571/19718</w:t>
        <w:br/>
        <w:t>f 21676/22573/19719 21675/22574/19720 21674/22575/19721</w:t>
        <w:br/>
        <w:t>f 21673/22576/19722 21676/22573/19719 21674/22575/19721</w:t>
        <w:br/>
        <w:t>f 21680/22577/19723 21679/22578/19724 21678/22579/19724</w:t>
        <w:br/>
        <w:t>f 21677/22580/19725 21680/22577/19723 21678/22579/19724</w:t>
        <w:br/>
        <w:t>f 21684/22581/19726 21683/22582/19726 21682/22583/19727</w:t>
        <w:br/>
        <w:t>f 21681/22584/19727 21684/22581/19726 21682/22583/19727</w:t>
        <w:br/>
        <w:t>f 21687/22585/19728 21686/22586/19729 21685/22587/19730</w:t>
        <w:br/>
        <w:t>f 21690/22588/19731 21689/22589/19732 21688/22590/19733</w:t>
        <w:br/>
        <w:t>f 21691/22591/19733 21690/22588/19731 21688/22590/19733</w:t>
        <w:br/>
        <w:t>f 21693/22592/19734 21692/22593/19735 21691/22591/19733</w:t>
        <w:br/>
        <w:t>f 21688/22590/19733 21693/22592/19734 21691/22591/19733</w:t>
        <w:br/>
        <w:t>f 21676/22573/19719 21673/22576/19722 21687/22585/19728</w:t>
        <w:br/>
        <w:t>f 21694/22594/19736 21676/22573/19719 21687/22585/19728</w:t>
        <w:br/>
        <w:t>f 21692/22593/19735 21693/22592/19734 21686/22586/19729</w:t>
        <w:br/>
        <w:t>f 21698/22595/19737 21697/22596/19738 21696/22597/19739</w:t>
        <w:br/>
        <w:t>f 21695/22598/19740 21698/22595/19737 21696/22597/19739</w:t>
        <w:br/>
        <w:t>f 21701/22599/19741 21700/22600/19742 21699/22601/18957</w:t>
        <w:br/>
        <w:t>f 21702/22602/19743 21701/22599/19741 21699/22601/18957</w:t>
        <w:br/>
        <w:t>f 21698/22595/19737 21695/22598/19740 21704/22603/19744</w:t>
        <w:br/>
        <w:t>f 21703/22604/19744 21698/22595/19737 21704/22603/19744</w:t>
        <w:br/>
        <w:t>f 21707/22605/18964 21706/22606/19745 21705/22607/19746</w:t>
        <w:br/>
        <w:t>f 21708/22608/19747 21707/22605/18964 21705/22607/19746</w:t>
        <w:br/>
        <w:t>f 21712/22609/19748 21711/22610/19749 21710/22611/19750</w:t>
        <w:br/>
        <w:t>f 21709/22612/19751 21712/22609/19748 21710/22611/19750</w:t>
        <w:br/>
        <w:t>f 21686/22586/19729 21713/22613/19752 21692/22593/19735</w:t>
        <w:br/>
        <w:t>f 21702/22602/19743 21705/22607/19746 21706/22606/19745</w:t>
        <w:br/>
        <w:t>f 21701/22599/19741 21702/22602/19743 21706/22606/19745</w:t>
        <w:br/>
        <w:t>f 21716/22614/19753 21715/22615/19754 21714/22616/19755</w:t>
        <w:br/>
        <w:t>f 21717/22617/19756 21674/22575/19721 21675/22574/19720</w:t>
        <w:br/>
        <w:t>f 21700/22600/19742 21719/22618/19757 21718/22619/19757</w:t>
        <w:br/>
        <w:t>f 21699/22601/18957 21700/22600/19742 21718/22619/19757</w:t>
        <w:br/>
        <w:t>f 21696/22597/19739 21697/22596/19738 21694/22594/19736</w:t>
        <w:br/>
        <w:t>f 21720/22620/19758 21696/22597/19739 21694/22594/19736</w:t>
        <w:br/>
        <w:t>f 21665/22567/19716 21666/22566/19715 21721/22621/19759</w:t>
        <w:br/>
        <w:t>f 21723/22622/19760 21722/22623/19761 21715/22615/19754</w:t>
        <w:br/>
        <w:t>f 21724/22624/19762 21723/22622/19760 21715/22615/19754</w:t>
        <w:br/>
        <w:t>f 21716/22614/19753 21725/22625/19763 21724/22624/19762</w:t>
        <w:br/>
        <w:t>f 21715/22615/19754 21716/22614/19753 21724/22624/19762</w:t>
        <w:br/>
        <w:t>f 21727/22626/19764 21726/22627/19765 21675/22574/19720</w:t>
        <w:br/>
        <w:t>f 21728/22628/19766 21727/22626/19764 21675/22574/19720</w:t>
        <w:br/>
        <w:t>f 21729/22629/19767 21728/22628/19766 21675/22574/19720</w:t>
        <w:br/>
        <w:t>f 21676/22573/19719 21729/22629/19767 21675/22574/19720</w:t>
        <w:br/>
        <w:t>f 21697/22596/19738 21698/22595/19737 21730/22630/19768</w:t>
        <w:br/>
        <w:t>f 21731/22631/19769 21697/22596/19738 21730/22630/19768</w:t>
        <w:br/>
        <w:t>f 21698/22595/19737 21733/22632/19770 21732/22633/19771</w:t>
        <w:br/>
        <w:t>f 21730/22630/19768 21698/22595/19737 21732/22633/19771</w:t>
        <w:br/>
        <w:t>f 21735/22634/19772 21732/22633/19771 21733/22632/19770</w:t>
        <w:br/>
        <w:t>f 21734/22635/19772 21735/22634/19772 21733/22632/19770</w:t>
        <w:br/>
        <w:t>f 21737/22636/19773 21735/22634/19772 21734/22635/19772</w:t>
        <w:br/>
        <w:t>f 21736/22637/19773 21737/22636/19773 21734/22635/19772</w:t>
        <w:br/>
        <w:t>f 21738/22638/19774 21670/22571/19718 21671/22570/19718</w:t>
        <w:br/>
        <w:t>f 21739/22639/19774 21738/22638/19774 21671/22570/19718</w:t>
        <w:br/>
        <w:t>f 21739/22639/19774 21667/22565/19714 21668/22568/19714</w:t>
        <w:br/>
        <w:t>f 21738/22638/19774 21739/22639/19774 21668/22568/19714</w:t>
        <w:br/>
        <w:t>f 21712/22609/19748 21740/22640/19775 21711/22610/19749</w:t>
        <w:br/>
        <w:t>f 21736/22637/19773 21742/22641/19776 21741/22642/19776</w:t>
        <w:br/>
        <w:t>f 21737/22636/19773 21736/22637/19773 21741/22642/19776</w:t>
        <w:br/>
        <w:t>f 21708/22608/19747 21744/22643/19777 21743/22644/19778</w:t>
        <w:br/>
        <w:t>f 21707/22605/18964 21708/22608/19747 21743/22644/19778</w:t>
        <w:br/>
        <w:t>f 21714/22616/19755 21715/22615/19754 21722/22623/19761</w:t>
        <w:br/>
        <w:t>f 21748/22645/19779 21747/22646/19780 21746/22647/19781</w:t>
        <w:br/>
        <w:t>f 21745/22648/19781 21748/22645/19779 21746/22647/19781</w:t>
        <w:br/>
        <w:t>f 21751/22649/19782 21750/22650/19782 21749/22651/19783</w:t>
        <w:br/>
        <w:t>f 21752/22652/19784 21751/22649/19782 21749/22651/19783</w:t>
        <w:br/>
        <w:t>f 21755/22653/19785 21754/22654/19785 21753/22655/19786</w:t>
        <w:br/>
        <w:t>f 21756/22656/19786 21755/22653/19785 21753/22655/19786</w:t>
        <w:br/>
        <w:t>f 21759/22657/19787 21758/22658/19788 21757/22659/19789</w:t>
        <w:br/>
        <w:t>f 21760/22660/19790 21759/22657/19787 21757/22659/19789</w:t>
        <w:br/>
        <w:t>f 21763/22661/19791 21762/22662/19792 21761/22663/19793</w:t>
        <w:br/>
        <w:t>f 21767/22664/19794 21766/22665/19795 21765/22666/19795</w:t>
        <w:br/>
        <w:t>f 21764/22667/19796 21767/22664/19794 21765/22666/19795</w:t>
        <w:br/>
        <w:t>f 21766/22665/19795 21769/22668/19797 21768/22669/19798</w:t>
        <w:br/>
        <w:t>f 21765/22666/19795 21766/22665/19795 21768/22669/19798</w:t>
        <w:br/>
        <w:t>f 21761/22663/19793 21758/22658/19788 21759/22657/19787</w:t>
        <w:br/>
        <w:t>f 21770/22670/19799 21761/22663/19793 21759/22657/19787</w:t>
        <w:br/>
        <w:t>f 21768/22669/19798 21769/22668/19797 21762/22662/19792</w:t>
        <w:br/>
        <w:t>f 21773/22671/19800 21772/22672/19801 21771/22673/19802</w:t>
        <w:br/>
        <w:t>f 21774/22674/19803 21773/22671/19800 21771/22673/19802</w:t>
        <w:br/>
        <w:t>f 21773/22671/19800 21776/22675/19804 21775/22676/19805</w:t>
        <w:br/>
        <w:t>f 21772/22672/19801 21773/22671/19800 21775/22676/19805</w:t>
        <w:br/>
        <w:t>f 21779/22677/19806 21778/22678/19777 21777/22679/19807</w:t>
        <w:br/>
        <w:t>f 21710/22611/19750 21779/22677/19806 21777/22679/19807</w:t>
        <w:br/>
        <w:t>f 21780/22680/19808 21762/22662/19792 21769/22668/19797</w:t>
        <w:br/>
        <w:t>f 21784/22681/19809 21783/22682/19810 21782/22683/19811</w:t>
        <w:br/>
        <w:t>f 21781/22684/19812 21784/22681/19809 21782/22683/19811</w:t>
        <w:br/>
        <w:t>f 21781/22684/19812 21782/22683/19811 21760/22660/19790</w:t>
        <w:br/>
        <w:t>f 21757/22659/19789 21781/22684/19812 21760/22660/19790</w:t>
        <w:br/>
        <w:t>f 21752/22652/19784 21749/22651/19783 21785/22685/19813</w:t>
        <w:br/>
        <w:t>f 21787/22686/19814 21786/22687/19815 21782/22683/19811</w:t>
        <w:br/>
        <w:t>f 21783/22682/19810 21787/22686/19814 21782/22683/19811</w:t>
        <w:br/>
        <w:t>f 21786/22687/19815 21788/22688/19816 21760/22660/19790</w:t>
        <w:br/>
        <w:t>f 21782/22683/19811 21786/22687/19815 21760/22660/19790</w:t>
        <w:br/>
        <w:t>f 21789/22689/19817 21759/22657/19787 21760/22660/19790</w:t>
        <w:br/>
        <w:t>f 21788/22688/19816 21789/22689/19817 21760/22660/19790</w:t>
        <w:br/>
        <w:t>f 21791/22690/19818 21790/22691/19819 21774/22674/19803</w:t>
        <w:br/>
        <w:t>f 21770/22670/19799 21791/22690/19818 21774/22674/19803</w:t>
        <w:br/>
        <w:t>f 21790/22691/19819 21792/22692/19820 21773/22671/19800</w:t>
        <w:br/>
        <w:t>f 21774/22674/19803 21790/22691/19819 21773/22671/19800</w:t>
        <w:br/>
        <w:t>f 21773/22671/19800 21792/22692/19820 21793/22693/19821</w:t>
        <w:br/>
        <w:t>f 21776/22675/19804 21773/22671/19800 21793/22693/19821</w:t>
        <w:br/>
        <w:t>f 21795/22694/19822 21794/22695/19823 21776/22675/19804</w:t>
        <w:br/>
        <w:t>f 21793/22693/19821 21795/22694/19822 21776/22675/19804</w:t>
        <w:br/>
        <w:t>f 21797/22696/19824 21796/22697/19824 21794/22695/19823</w:t>
        <w:br/>
        <w:t>f 21795/22694/19822 21797/22696/19824 21794/22695/19823</w:t>
        <w:br/>
        <w:t>f 21798/22698/19825 21770/22670/19799 21759/22657/19787</w:t>
        <w:br/>
        <w:t>f 21789/22689/19817 21798/22698/19825 21759/22657/19787</w:t>
        <w:br/>
        <w:t>f 21800/22699/19826 21799/22700/19826 21756/22656/19786</w:t>
        <w:br/>
        <w:t>f 21753/22655/19786 21800/22699/19826 21756/22656/19786</w:t>
        <w:br/>
        <w:t>f 21750/22650/19782 21751/22649/19782 21799/22700/19826</w:t>
        <w:br/>
        <w:t>f 21800/22699/19826 21750/22650/19782 21799/22700/19826</w:t>
        <w:br/>
        <w:t>f 21777/22679/19807 21778/22678/19777 21801/22701/19827</w:t>
        <w:br/>
        <w:t>f 21741/22642/19776 21742/22641/19776 21796/22697/19824</w:t>
        <w:br/>
        <w:t>f 21797/22696/19824 21741/22642/19776 21796/22697/19824</w:t>
        <w:br/>
        <w:t>f 21673/22576/19722 21674/22575/19721 21802/22702/19828</w:t>
        <w:br/>
        <w:t>f 21713/22613/19752 21673/22576/19722 21802/22702/19828</w:t>
        <w:br/>
        <w:t>f 21673/22576/19722 21713/22613/19752 21686/22586/19729</w:t>
        <w:br/>
        <w:t>f 21687/22585/19728 21673/22576/19722 21686/22586/19729</w:t>
        <w:br/>
        <w:t>f 21805/22703/19829 21714/22616/19755 21804/22704/19830</w:t>
        <w:br/>
        <w:t>f 21803/22705/19831 21805/22703/19829 21804/22704/19830</w:t>
        <w:br/>
        <w:t>f 21717/22617/19756 21806/22706/19832 21674/22575/19721</w:t>
        <w:br/>
        <w:t>f 21810/22707/19833 21809/22708/19834 21808/22709/19834</w:t>
        <w:br/>
        <w:t>f 21807/22710/19833 21810/22707/19833 21808/22709/19834</w:t>
        <w:br/>
        <w:t>f 21758/22658/19788 21780/22680/19808 21811/22711/19835</w:t>
        <w:br/>
        <w:t>f 21757/22659/19789 21758/22658/19788 21811/22711/19835</w:t>
        <w:br/>
        <w:t>f 21762/22662/19792 21780/22680/19808 21758/22658/19788</w:t>
        <w:br/>
        <w:t>f 21761/22663/19793 21762/22662/19792 21758/22658/19788</w:t>
        <w:br/>
        <w:t>f 21781/22684/19812 21813/22712/19836 21812/22713/19837</w:t>
        <w:br/>
        <w:t>f 21784/22681/19809 21781/22684/19812 21812/22713/19837</w:t>
        <w:br/>
        <w:t>f 21781/22684/19812 21757/22659/19789 21814/22714/19838</w:t>
        <w:br/>
        <w:t>f 21818/22715/19839 21817/22716/19839 21816/22717/19840</w:t>
        <w:br/>
        <w:t>f 21815/22718/19840 21818/22715/19839 21816/22717/19840</w:t>
        <w:br/>
        <w:t>f 21662/22562/19712 21663/22561/19712 21820/22719/19841</w:t>
        <w:br/>
        <w:t>f 21819/22720/19842 21662/22562/19712 21820/22719/19841</w:t>
        <w:br/>
        <w:t>f 21821/22721/19843 21804/22704/19830 21714/22616/19755</w:t>
        <w:br/>
        <w:t>f 21822/22722/19844 21808/22709/19834 21809/22708/19834</w:t>
        <w:br/>
        <w:t>f 21823/22723/19845 21822/22722/19844 21809/22708/19834</w:t>
        <w:br/>
        <w:t>f 21826/22724/19846 21825/22725/19847 21824/22726/19848</w:t>
        <w:br/>
        <w:t>f 21827/22727/19846 21826/22724/19846 21824/22726/19848</w:t>
        <w:br/>
        <w:t>f 21831/22728/19849 21830/22729/19850 21829/22730/19850</w:t>
        <w:br/>
        <w:t>f 21828/22731/19851 21831/22728/19849 21829/22730/19850</w:t>
        <w:br/>
        <w:t>f 21834/22732/19852 21833/22733/19853 21832/22734/19854</w:t>
        <w:br/>
        <w:t>f 21837/22735/19855 21836/22736/19856 21835/22737/19857</w:t>
        <w:br/>
        <w:t>f 21839/22738/19858 21838/22739/19858 21815/22718/19840</w:t>
        <w:br/>
        <w:t>f 21816/22717/19840 21839/22738/19858 21815/22718/19840</w:t>
        <w:br/>
        <w:t>f 21682/22583/19727 21718/22619/19757 21719/22618/19757</w:t>
        <w:br/>
        <w:t>f 21681/22584/19727 21682/22583/19727 21719/22618/19757</w:t>
        <w:br/>
        <w:t>f 21743/22644/19778 21744/22643/19777 21840/22740/19806</w:t>
        <w:br/>
        <w:t>f 21677/22580/19725 21683/22582/19726 21684/22581/19726</w:t>
        <w:br/>
        <w:t>f 21680/22577/19723 21677/22580/19725 21684/22581/19726</w:t>
        <w:br/>
        <w:t>f 21687/22585/19728 21685/22587/19730 21841/22741/19859</w:t>
        <w:br/>
        <w:t>f 21763/22661/19791 21761/22663/19793 21842/22742/19860</w:t>
        <w:br/>
        <w:t>f 21843/22743/19861 21729/22629/19767 21676/22573/19719</w:t>
        <w:br/>
        <w:t>f 21694/22594/19736 21843/22743/19861 21676/22573/19719</w:t>
        <w:br/>
        <w:t>f 21844/22744/19862 21694/22594/19736 21697/22596/19738</w:t>
        <w:br/>
        <w:t>f 21731/22631/19769 21844/22744/19862 21697/22596/19738</w:t>
        <w:br/>
        <w:t>f 21770/22670/19799 21774/22674/19803 21771/22673/19802</w:t>
        <w:br/>
        <w:t>f 21845/22745/19863 21770/22670/19799 21771/22673/19802</w:t>
        <w:br/>
        <w:t>f 21722/22623/19761 21723/22622/19760 21826/22724/19846</w:t>
        <w:br/>
        <w:t>f 21827/22727/19846 21722/22623/19761 21826/22724/19846</w:t>
        <w:br/>
        <w:t>f 21846/22746/19864 21824/22726/19848 21825/22725/19847</w:t>
        <w:br/>
        <w:t>f 21847/22747/19865 21846/22746/19864 21825/22725/19847</w:t>
        <w:br/>
        <w:t>f 21837/22735/19855 21835/22737/19857 21832/22734/19854</w:t>
        <w:br/>
        <w:t>f 21837/22735/19855 21722/22623/19761 21836/22736/19856</w:t>
        <w:br/>
        <w:t>f 21779/22677/19806 21710/22611/19750 21711/22610/19749</w:t>
        <w:br/>
        <w:t>f 21848/22748/19778 21779/22677/19806 21711/22610/19749</w:t>
        <w:br/>
        <w:t>f 21711/22610/19749 21740/22640/19775 21849/22749/19866</w:t>
        <w:br/>
        <w:t>f 21710/22611/19750 21777/22679/19807 21850/22750/19867</w:t>
        <w:br/>
        <w:t>f 21709/22612/19751 21710/22611/19750 21850/22750/19867</w:t>
        <w:br/>
        <w:t>f 21777/22679/19807 21851/22751/19868 21850/22750/19867</w:t>
        <w:br/>
        <w:t>f 21687/22585/19728 21841/22741/19859 21694/22594/19736</w:t>
        <w:br/>
        <w:t>f 21842/22742/19860 21761/22663/19793 21770/22670/19799</w:t>
        <w:br/>
        <w:t>f 21842/22742/19860 21770/22670/19799 21845/22745/19863</w:t>
        <w:br/>
        <w:t>f 21720/22620/19758 21694/22594/19736 21841/22741/19859</w:t>
        <w:br/>
        <w:t>f 21703/22604/19744 21704/22603/19744 21849/22749/19866</w:t>
        <w:br/>
        <w:t>f 21740/22640/19775 21703/22604/19744 21849/22749/19866</w:t>
        <w:br/>
        <w:t>f 21801/22701/19827 21775/22676/19805 21776/22675/19804</w:t>
        <w:br/>
        <w:t>f 21851/22751/19868 21801/22701/19827 21776/22675/19804</w:t>
        <w:br/>
        <w:t>f 21855/22752/19869 21854/22753/19870 21853/22754/19871</w:t>
        <w:br/>
        <w:t>f 21852/22755/19872 21855/22752/19869 21853/22754/19871</w:t>
        <w:br/>
        <w:t>f 21859/22756/19873 21858/22757/19874 21857/22758/19875</w:t>
        <w:br/>
        <w:t>f 21856/22759/19876 21859/22756/19873 21857/22758/19875</w:t>
        <w:br/>
        <w:t>f 21728/22628/19766 21729/22629/19767 21860/22760/19877</w:t>
        <w:br/>
        <w:t>f 21854/22753/19870 21728/22628/19766 21860/22760/19877</w:t>
        <w:br/>
        <w:t>f 21863/22761/19878 21862/22762/19879 21861/22763/19880</w:t>
        <w:br/>
        <w:t>f 21864/22764/19881 21863/22761/19878 21861/22763/19880</w:t>
        <w:br/>
        <w:t>f 21866/22765/19882 21865/22766/19883 21859/22756/19873</w:t>
        <w:br/>
        <w:t>f 21856/22759/19876 21866/22765/19882 21859/22756/19873</w:t>
        <w:br/>
        <w:t>f 21870/22767/19884 21869/22768/19885 21868/22769/19886</w:t>
        <w:br/>
        <w:t>f 21867/22770/19887 21870/22767/19884 21868/22769/19886</w:t>
        <w:br/>
        <w:t>f 21858/22757/19874 21859/22756/19873 21871/22771/19888</w:t>
        <w:br/>
        <w:t>f 21874/22772/19889 21873/22773/19890 21872/22774/19891</w:t>
        <w:br/>
        <w:t>f 21859/22756/19873 21865/22766/19883 21875/22775/19892</w:t>
        <w:br/>
        <w:t>f 21730/22630/19768 21876/22776/19893 21860/22760/19877</w:t>
        <w:br/>
        <w:t>f 21731/22631/19769 21730/22630/19768 21860/22760/19877</w:t>
        <w:br/>
        <w:t>f 21876/22776/19893 21730/22630/19768 21732/22633/19771</w:t>
        <w:br/>
        <w:t>f 21877/22777/19894 21876/22776/19893 21732/22633/19771</w:t>
        <w:br/>
        <w:t>f 21878/22778/19895 21869/22768/19885 21870/22767/19884</w:t>
        <w:br/>
        <w:t>f 21879/22779/19896 21878/22778/19895 21870/22767/19884</w:t>
        <w:br/>
        <w:t>f 21879/22779/19896 21870/22767/19884 21881/22780/19897</w:t>
        <w:br/>
        <w:t>f 21880/22781/19898 21879/22779/19896 21881/22780/19897</w:t>
        <w:br/>
        <w:t>f 21882/22782/19899 21881/22780/19897 21867/22770/19887</w:t>
        <w:br/>
        <w:t>f 21866/22765/19882 21856/22759/19876 21883/22783/19900</w:t>
        <w:br/>
        <w:t>f 21861/22763/19880 21885/22784/19901 21884/22785/19902</w:t>
        <w:br/>
        <w:t>f 21886/22786/19903 21861/22763/19880 21884/22785/19902</w:t>
        <w:br/>
        <w:t>f 21887/22787/19904 21857/22758/19875 21852/22755/19872</w:t>
        <w:br/>
        <w:t>f 21853/22754/19871 21887/22787/19904 21852/22755/19872</w:t>
        <w:br/>
        <w:t>f 21855/22752/19869 21852/22755/19872 21858/22757/19874</w:t>
        <w:br/>
        <w:t>f 21865/22766/19883 21866/22765/19882 21862/22762/19879</w:t>
        <w:br/>
        <w:t>f 21792/22692/19820 21790/22691/19819 21888/22788/19905</w:t>
        <w:br/>
        <w:t>f 21886/22786/19903 21792/22692/19820 21888/22788/19905</w:t>
        <w:br/>
        <w:t>f 21793/22693/19821 21792/22692/19820 21886/22786/19903</w:t>
        <w:br/>
        <w:t>f 21884/22785/19902 21793/22693/19821 21886/22786/19903</w:t>
        <w:br/>
        <w:t>f 21874/22772/19889 21869/22768/19885 21878/22778/19895</w:t>
        <w:br/>
        <w:t>f 21889/22789/19906 21874/22772/19889 21878/22778/19895</w:t>
        <w:br/>
        <w:t>f 21889/22789/19906 21890/22790/19907 21873/22773/19890</w:t>
        <w:br/>
        <w:t>f 21874/22772/19889 21889/22789/19906 21873/22773/19890</w:t>
        <w:br/>
        <w:t>f 21854/22753/19870 21860/22760/19877 21876/22776/19893</w:t>
        <w:br/>
        <w:t>f 21853/22754/19871 21854/22753/19870 21876/22776/19893</w:t>
        <w:br/>
        <w:t>f 21854/22753/19870 21855/22752/19869 21727/22626/19764</w:t>
        <w:br/>
        <w:t>f 21728/22628/19766 21854/22753/19870 21727/22626/19764</w:t>
        <w:br/>
        <w:t>f 21864/22764/19881 21861/22763/19880 21886/22786/19903</w:t>
        <w:br/>
        <w:t>f 21888/22788/19905 21864/22764/19881 21886/22786/19903</w:t>
        <w:br/>
        <w:t>f 21888/22788/19905 21789/22689/19817 21788/22688/19816</w:t>
        <w:br/>
        <w:t>f 21864/22764/19881 21888/22788/19905 21788/22688/19816</w:t>
        <w:br/>
        <w:t>f 21882/22782/19899 21891/22791/19908 21856/22759/19876</w:t>
        <w:br/>
        <w:t>f 21885/22784/19901 21861/22763/19880 21862/22762/19879</w:t>
        <w:br/>
        <w:t>f 21866/22765/19882 21885/22784/19901 21862/22762/19879</w:t>
        <w:br/>
        <w:t>f 21876/22776/19893 21877/22777/19894 21887/22787/19904</w:t>
        <w:br/>
        <w:t>f 21853/22754/19871 21876/22776/19893 21887/22787/19904</w:t>
        <w:br/>
        <w:t>f 21871/22771/19888 21892/22792/19909 21858/22757/19874</w:t>
        <w:br/>
        <w:t>f 21894/22793/19910 21893/22794/19911 21865/22766/19883</w:t>
        <w:br/>
        <w:t>f 21875/22775/19892 21895/22795/19912 21859/22756/19873</w:t>
        <w:br/>
        <w:t>f 21864/22764/19881 21788/22688/19816 21896/22796/19913</w:t>
        <w:br/>
        <w:t>f 21863/22761/19878 21864/22764/19881 21896/22796/19913</w:t>
        <w:br/>
        <w:t>f 21725/22625/19763 21727/22626/19764 21855/22752/19869</w:t>
        <w:br/>
        <w:t>f 21731/22631/19769 21860/22760/19877 21729/22629/19767</w:t>
        <w:br/>
        <w:t>f 21843/22743/19861 21731/22631/19769 21729/22629/19767</w:t>
        <w:br/>
        <w:t>f 21789/22689/19817 21888/22788/19905 21790/22691/19819</w:t>
        <w:br/>
        <w:t>f 21791/22690/19818 21789/22689/19817 21790/22691/19819</w:t>
        <w:br/>
        <w:t>f 21887/22787/19904 21882/22782/19899 21857/22758/19875</w:t>
        <w:br/>
        <w:t>f 21883/22783/19900 21885/22784/19901 21866/22765/19882</w:t>
        <w:br/>
        <w:t>f 21884/22785/19902 21885/22784/19901 21883/22783/19900</w:t>
        <w:br/>
        <w:t>f 21880/22781/19898 21881/22780/19897 21877/22777/19894</w:t>
        <w:br/>
        <w:t>f 21732/22633/19771 21880/22781/19898 21877/22777/19894</w:t>
        <w:br/>
        <w:t>f 21877/22777/19894 21881/22780/19897 21882/22782/19899</w:t>
        <w:br/>
        <w:t>f 21795/22694/19822 21793/22693/19821 21884/22785/19902</w:t>
        <w:br/>
        <w:t>f 21873/22773/19890 21795/22694/19822 21884/22785/19902</w:t>
        <w:br/>
        <w:t>f 21661/22563/19713 21898/22797/19914 21897/22798/19914</w:t>
        <w:br/>
        <w:t>f 21664/22564/19713 21661/22563/19713 21897/22798/19914</w:t>
        <w:br/>
        <w:t>f 21726/22627/19765 21716/22614/19753 21805/22703/19829</w:t>
        <w:br/>
        <w:t>f 21725/22625/19763 21716/22614/19753 21726/22627/19765</w:t>
        <w:br/>
        <w:t>f 21727/22626/19764 21725/22625/19763 21726/22627/19765</w:t>
        <w:br/>
        <w:t>f 21745/22648/19781 21746/22647/19781 21829/22730/19850</w:t>
        <w:br/>
        <w:t>f 21830/22729/19850 21745/22648/19781 21829/22730/19850</w:t>
        <w:br/>
        <w:t>f 21832/22734/19854 21846/22746/19864 21783/22682/19810</w:t>
        <w:br/>
        <w:t>f 21784/22681/19809 21832/22734/19854 21783/22682/19810</w:t>
        <w:br/>
        <w:t>f 21783/22682/19810 21846/22746/19864 21847/22747/19865</w:t>
        <w:br/>
        <w:t>f 21787/22686/19814 21783/22682/19810 21847/22747/19865</w:t>
        <w:br/>
        <w:t>f 21805/22703/19829 21803/22705/19831 21717/22617/19756</w:t>
        <w:br/>
        <w:t>f 21784/22681/19809 21812/22713/19837 21834/22732/19852</w:t>
        <w:br/>
        <w:t>f 21832/22734/19854 21784/22681/19809 21834/22732/19852</w:t>
        <w:br/>
        <w:t>f 21894/22793/19910 21865/22766/19883 21863/22761/19878</w:t>
        <w:br/>
        <w:t>f 21725/22625/19763 21855/22752/19869 21858/22757/19874</w:t>
        <w:br/>
        <w:t>f 21901/22799/19915 21900/22800/19916 21899/22801/19917</w:t>
        <w:br/>
        <w:t>f 21902/22802/19918 21901/22799/19915 21899/22801/19917</w:t>
        <w:br/>
        <w:t>f 21905/22803/19919 21904/22804/19920 21903/22805/19921</w:t>
        <w:br/>
        <w:t>f 21906/22806/19922 21905/22803/19919 21903/22805/19921</w:t>
        <w:br/>
        <w:t>f 21905/22803/19919 21906/22806/19922 21902/22802/19918</w:t>
        <w:br/>
        <w:t>f 21899/22801/19917 21905/22803/19919 21902/22802/19918</w:t>
        <w:br/>
        <w:t>f 21907/22807/19923 21899/22801/19917 21900/22800/19916</w:t>
        <w:br/>
        <w:t>f 21908/22808/19924 21907/22807/19923 21900/22800/19916</w:t>
        <w:br/>
        <w:t>f 21904/22804/19920 21905/22803/19919 21910/22809/19925</w:t>
        <w:br/>
        <w:t>f 21909/22810/19926 21904/22804/19920 21910/22809/19925</w:t>
        <w:br/>
        <w:t>f 21899/22801/19917 21907/22807/19923 21910/22809/19925</w:t>
        <w:br/>
        <w:t>f 21905/22803/19919 21899/22801/19917 21910/22809/19925</w:t>
        <w:br/>
        <w:t>f 21912/22811/19927 21911/22812/19928 21900/22800/19916</w:t>
        <w:br/>
        <w:t>f 21901/22799/19915 21912/22811/19927 21900/22800/19916</w:t>
        <w:br/>
        <w:t>f 21908/22808/19924 21900/22800/19916 21911/22812/19928</w:t>
        <w:br/>
        <w:t>f 21913/22813/19929 21908/22808/19924 21911/22812/19928</w:t>
        <w:br/>
        <w:t>f 21916/22814/19930 21915/22815/19931 21914/22816/19932</w:t>
        <w:br/>
        <w:t>f 21917/22817/19933 21916/22814/19930 21914/22816/19932</w:t>
        <w:br/>
        <w:t>f 21920/22818/19934 21919/22819/19935 21918/22820/19936</w:t>
        <w:br/>
        <w:t>f 21924/22821/19937 21923/22822/19938 21922/22823/19939</w:t>
        <w:br/>
        <w:t>f 21921/22824/19940 21924/22821/19937 21922/22823/19939</w:t>
        <w:br/>
        <w:t>f 21903/22805/19921 21904/22804/19920 21925/22825/19941</w:t>
        <w:br/>
        <w:t>f 21926/22826/19942 21903/22805/19921 21925/22825/19941</w:t>
        <w:br/>
        <w:t>f 21930/22827/19943 21929/22828/19944 21928/22829/19945</w:t>
        <w:br/>
        <w:t>f 21927/22830/19946 21930/22827/19943 21928/22829/19945</w:t>
        <w:br/>
        <w:t>f 21915/22815/19931 21926/22826/19942 21925/22825/19941</w:t>
        <w:br/>
        <w:t>f 21914/22816/19932 21915/22815/19931 21925/22825/19941</w:t>
        <w:br/>
        <w:t>f 21922/22823/19939 21931/22831/19947 21917/22817/19933</w:t>
        <w:br/>
        <w:t>f 21914/22816/19932 21922/22823/19939 21917/22817/19933</w:t>
        <w:br/>
        <w:t>f 21921/22824/19940 21925/22825/19941 21904/22804/19920</w:t>
        <w:br/>
        <w:t>f 21909/22810/19926 21921/22824/19940 21904/22804/19920</w:t>
        <w:br/>
        <w:t>f 21921/22824/19940 21922/22823/19939 21914/22816/19932</w:t>
        <w:br/>
        <w:t>f 21925/22825/19941 21921/22824/19940 21914/22816/19932</w:t>
        <w:br/>
        <w:t>f 21932/22832/19948 21931/22831/19947 21922/22823/19939</w:t>
        <w:br/>
        <w:t>f 21923/22822/19938 21932/22832/19948 21922/22823/19939</w:t>
        <w:br/>
        <w:t>f 21917/22817/19933 21934/22833/19949 21933/22834/19950</w:t>
        <w:br/>
        <w:t>f 21916/22814/19930 21917/22817/19933 21933/22834/19950</w:t>
        <w:br/>
        <w:t>f 21934/22833/19949 21917/22817/19933 21931/22831/19947</w:t>
        <w:br/>
        <w:t>f 21935/22835/19951 21934/22833/19949 21931/22831/19947</w:t>
        <w:br/>
        <w:t>f 21936/22836/19952 21935/22835/19951 21931/22831/19947</w:t>
        <w:br/>
        <w:t>f 21932/22832/19948 21936/22836/19952 21931/22831/19947</w:t>
        <w:br/>
        <w:t>f 21937/22837/19953 21918/22820/19936 21919/22819/19935</w:t>
        <w:br/>
        <w:t>f 21909/22810/19926 21910/22809/19925 21938/22838/19954</w:t>
        <w:br/>
        <w:t>f 21940/22839/19955 21939/22840/19956 21910/22809/19925</w:t>
        <w:br/>
        <w:t>f 21907/22807/19923 21940/22839/19955 21910/22809/19925</w:t>
        <w:br/>
        <w:t>f 21907/22807/19923 21908/22808/19924 21941/22841/19957</w:t>
        <w:br/>
        <w:t>f 21940/22839/19955 21907/22807/19923 21941/22841/19957</w:t>
        <w:br/>
        <w:t>f 21908/22808/19924 21913/22813/19929 21942/22842/19958</w:t>
        <w:br/>
        <w:t>f 21941/22841/19957 21908/22808/19924 21942/22842/19958</w:t>
        <w:br/>
        <w:t>f 21946/22843/19959 21945/22844/19960 21944/22845/19961</w:t>
        <w:br/>
        <w:t>f 21943/22846/19961 21946/22843/19959 21944/22845/19961</w:t>
        <w:br/>
        <w:t>f 21947/22847/19962 21924/22821/19937 21921/22824/19940</w:t>
        <w:br/>
        <w:t>f 21937/22837/19953 21919/22819/19935 21938/22838/19954</w:t>
        <w:br/>
        <w:t>f 21920/22818/19934 21947/22847/19962 21919/22819/19935</w:t>
        <w:br/>
        <w:t>f 21949/22848/19963 21948/22849/19964 21945/22844/19960</w:t>
        <w:br/>
        <w:t>f 21946/22843/19959 21949/22848/19963 21945/22844/19960</w:t>
        <w:br/>
        <w:t>f 21951/22850/19965 21950/22851/19966 21948/22849/19964</w:t>
        <w:br/>
        <w:t>f 21949/22848/19963 21951/22850/19965 21948/22849/19964</w:t>
        <w:br/>
        <w:t>f 21952/22852/19967 21928/22829/19945 21929/22828/19944</w:t>
        <w:br/>
        <w:t>f 21953/22853/19968 21952/22852/19967 21929/22828/19944</w:t>
        <w:br/>
        <w:t>f 21957/22854/19969 21956/22855/19970 21955/22856/19971</w:t>
        <w:br/>
        <w:t>f 21954/22857/19972 21957/22854/19969 21955/22856/19971</w:t>
        <w:br/>
        <w:t>f 21958/22858/19973 21957/22854/19969 21954/22857/19972</w:t>
        <w:br/>
        <w:t>f 21959/22859/19974 21958/22858/19973 21954/22857/19972</w:t>
        <w:br/>
        <w:t>f 21958/22858/19973 21959/22859/19974 21948/22849/19964</w:t>
        <w:br/>
        <w:t>f 21950/22851/19966 21958/22858/19973 21948/22849/19964</w:t>
        <w:br/>
        <w:t>f 21962/22860/19975 21961/22861/19976 21960/22862/19977</w:t>
        <w:br/>
        <w:t>f 21960/22862/19978 21964/22863/19979 21963/22864/19979</w:t>
        <w:br/>
        <w:t>f 21945/22844/19960 21948/22849/19964 21959/22859/19974</w:t>
        <w:br/>
        <w:t>f 21962/22860/19975 21945/22844/19960 21959/22859/19974</w:t>
        <w:br/>
        <w:t>f 21959/22859/19974 21954/22857/19972 21962/22860/19975</w:t>
        <w:br/>
        <w:t>f 21954/22857/19972 21955/22856/19971 21965/22865/19980</w:t>
        <w:br/>
        <w:t>f 21965/22865/19980 21961/22861/19976 21962/22860/19975</w:t>
        <w:br/>
        <w:t>f 21969/22866/19981 21968/22867/19982 21967/22868/19983</w:t>
        <w:br/>
        <w:t>f 21966/22869/19984 21969/22866/19981 21967/22868/19983</w:t>
        <w:br/>
        <w:t>f 21928/22829/19945 21971/22870/19985 21970/22871/19986</w:t>
        <w:br/>
        <w:t>f 21927/22830/19946 21928/22829/19945 21970/22871/19986</w:t>
        <w:br/>
        <w:t>f 21971/22870/19985 21966/22869/19984 21967/22868/19983</w:t>
        <w:br/>
        <w:t>f 21970/22871/19986 21971/22870/19985 21967/22868/19983</w:t>
        <w:br/>
        <w:t>f 21974/22872/19987 21973/22873/19987 21972/22874/19988</w:t>
        <w:br/>
        <w:t>f 21975/22875/19989 21974/22872/19987 21972/22874/19988</w:t>
        <w:br/>
        <w:t>f 21972/22874/19988 21976/22876/19990 21975/22875/19989</w:t>
        <w:br/>
        <w:t>f 21952/22852/19967 21975/22875/19989 21971/22870/19985</w:t>
        <w:br/>
        <w:t>f 21928/22829/19945 21952/22852/19967 21971/22870/19985</w:t>
        <w:br/>
        <w:t>f 21971/22870/19985 21975/22875/19989 21966/22869/19984</w:t>
        <w:br/>
        <w:t>f 21975/22875/19989 21976/22876/19990 21977/22877/19991</w:t>
        <w:br/>
        <w:t>f 21966/22869/19984 21977/22877/19991 21969/22866/19981</w:t>
        <w:br/>
        <w:t>f 21978/22878/19992 21785/22685/19813 21747/22646/19780</w:t>
        <w:br/>
        <w:t>f 21748/22645/19779 21978/22878/19992 21747/22646/19780</w:t>
        <w:br/>
        <w:t>f 21898/22797/19914 21721/22621/19759 21979/22879/19993</w:t>
        <w:br/>
        <w:t>f 21897/22798/19914 21898/22797/19914 21979/22879/19993</w:t>
        <w:br/>
        <w:t>f 21983/22880/19994 21982/22881/19995 21981/22882/19995</w:t>
        <w:br/>
        <w:t>f 21980/22883/19994 21983/22880/19994 21981/22882/19995</w:t>
        <w:br/>
        <w:t>f 21980/22883/19994 21985/22884/19996 21984/22885/19997</w:t>
        <w:br/>
        <w:t>f 21983/22880/19994 21980/22883/19994 21984/22885/19997</w:t>
        <w:br/>
        <w:t>f 21988/22886/19998 21987/22887/19999 21986/22888/20000</w:t>
        <w:br/>
        <w:t>f 21991/22889/20001 21990/22890/20002 21989/22891/20003</w:t>
        <w:br/>
        <w:t>f 21992/22892/20004 21991/22889/20001 21989/22891/20003</w:t>
        <w:br/>
        <w:t>f 21994/22893/20005 21986/22888/20000 21993/22894/20006</w:t>
        <w:br/>
        <w:t>f 21995/22895/20005 21994/22893/20005 21993/22894/20006</w:t>
        <w:br/>
        <w:t>f 21996/22896/20007 21987/22887/19999 21988/22886/19998</w:t>
        <w:br/>
        <w:t>f 21997/22897/20008 21996/22896/20007 21988/22886/19998</w:t>
        <w:br/>
        <w:t>f 21999/22898/20009 21991/22889/20001 21998/22899/20010</w:t>
        <w:br/>
        <w:t>f 22000/22900/20011 21999/22898/20009 21998/22899/20010</w:t>
        <w:br/>
        <w:t>f 22002/22901/20012 21992/22892/20004 22001/22902/20013</w:t>
        <w:br/>
        <w:t>f 22003/22903/20014 22002/22901/20012 22001/22902/20013</w:t>
        <w:br/>
        <w:t>f 22005/22904/20015 22004/22905/20016 21993/22894/20006</w:t>
        <w:br/>
        <w:t>f 21987/22887/19999 22005/22904/20015 21993/22894/20006</w:t>
        <w:br/>
        <w:t>f 22009/22906/20017 22008/22907/20018 22007/22908/20019</w:t>
        <w:br/>
        <w:t>f 22006/22909/20020 22009/22906/20017 22007/22908/20019</w:t>
        <w:br/>
        <w:t>f 22013/22910/20021 22012/22911/20022 22011/22912/20023</w:t>
        <w:br/>
        <w:t>f 22010/22913/20024 22013/22910/20021 22011/22912/20023</w:t>
        <w:br/>
        <w:t>f 22015/22914/20025 22014/22915/20026 22008/22907/20018</w:t>
        <w:br/>
        <w:t>f 22009/22906/20017 22015/22914/20025 22008/22907/20018</w:t>
        <w:br/>
        <w:t>f 22017/22916/20027 22016/22917/20028 22013/22910/20021</w:t>
        <w:br/>
        <w:t>f 22012/22911/20022 22013/22910/20021 22016/22917/20028</w:t>
        <w:br/>
        <w:t>f 22018/22918/20029 22012/22911/20022 22016/22917/20028</w:t>
        <w:br/>
        <w:t>f 22000/22900/20011 21998/22899/20010 22019/22919/20030</w:t>
        <w:br/>
        <w:t>f 22020/22920/20031 22000/22900/20011 22019/22919/20030</w:t>
        <w:br/>
        <w:t>f 22021/22921/20032 22005/22904/20015 21987/22887/19999</w:t>
        <w:br/>
        <w:t>f 21996/22896/20007 22021/22921/20032 21987/22887/19999</w:t>
        <w:br/>
        <w:t>f 22003/22903/20014 22001/22902/20013 22015/22914/20025</w:t>
        <w:br/>
        <w:t>f 22018/22918/20029 22003/22903/20014 22015/22914/20025</w:t>
        <w:br/>
        <w:t>f 22021/22921/20032 22016/22917/20028 22005/22904/20015</w:t>
        <w:br/>
        <w:t>f 22022/22922/20033 22016/22917/20028 22017/22916/20027</w:t>
        <w:br/>
        <w:t>f 22010/22913/20024 22024/22923/20034 22023/22924/20035</w:t>
        <w:br/>
        <w:t>f 22013/22910/20021 22010/22913/20024 22023/22924/20035</w:t>
        <w:br/>
        <w:t>f 22004/22905/20016 22005/22904/20015 22022/22922/20033</w:t>
        <w:br/>
        <w:t>f 21669/22572/19717 21981/22882/19995 21982/22881/19995</w:t>
        <w:br/>
        <w:t>f 21672/22569/19717 21669/22572/19717 21982/22881/19995</w:t>
        <w:br/>
        <w:t>f 21995/22895/20005 21689/22589/19732 21690/22588/19731</w:t>
        <w:br/>
        <w:t>f 21994/22893/20005 21995/22895/20005 21690/22588/19731</w:t>
        <w:br/>
        <w:t>f 21992/22892/20004 22002/22901/20012 22025/22925/20036</w:t>
        <w:br/>
        <w:t>f 21991/22889/20001 21992/22892/20004 22025/22925/20036</w:t>
        <w:br/>
        <w:t>f 22027/22926/20037 22026/22927/20038 21991/22889/20001</w:t>
        <w:br/>
        <w:t>f 21999/22898/20009 22027/22926/20037 21991/22889/20001</w:t>
        <w:br/>
        <w:t>f 22028/22928/20039 22001/22902/20013 21992/22892/20004</w:t>
        <w:br/>
        <w:t>f 21989/22891/20003 22028/22928/20039 21992/22892/20004</w:t>
        <w:br/>
        <w:t>f 22006/22909/20020 22011/22912/20023 22012/22911/20022</w:t>
        <w:br/>
        <w:t>f 22009/22906/20017 22006/22909/20020 22012/22911/20022</w:t>
        <w:br/>
        <w:t>f 22009/22906/20017 22012/22911/20022 22018/22918/20029</w:t>
        <w:br/>
        <w:t>f 22015/22914/20025 22009/22906/20017 22018/22918/20029</w:t>
        <w:br/>
        <w:t>f 22014/22915/20026 22015/22914/20025 22001/22902/20013</w:t>
        <w:br/>
        <w:t>f 22028/22928/20039 22014/22915/20026 22001/22902/20013</w:t>
        <w:br/>
        <w:t>f 22002/22901/20012 21996/22896/20007 21997/22897/20008</w:t>
        <w:br/>
        <w:t>f 22025/22925/20036 22002/22901/20012 21997/22897/20008</w:t>
        <w:br/>
        <w:t>f 22020/22920/20031 22019/22919/20030 21984/22885/19997</w:t>
        <w:br/>
        <w:t>f 21996/22896/20007 22002/22901/20012 22003/22903/20014</w:t>
        <w:br/>
        <w:t>f 22021/22921/20032 21996/22896/20007 22003/22903/20014</w:t>
        <w:br/>
        <w:t>f 22016/22917/20028 22021/22921/20032 22018/22918/20029</w:t>
        <w:br/>
        <w:t>f 21986/22888/20000 21987/22887/19999 21993/22894/20006</w:t>
        <w:br/>
        <w:t>f 22032/22929/20040 22031/22930/20041 22030/22931/20042</w:t>
        <w:br/>
        <w:t>f 22029/22932/20042 22032/22929/20040 22030/22931/20042</w:t>
        <w:br/>
        <w:t>f 22035/22933/20043 22034/22934/20044 22033/22935/20045</w:t>
        <w:br/>
        <w:t>f 22036/22936/20046 22033/22935/20045 22034/22934/20044</w:t>
        <w:br/>
        <w:t>f 22037/22937/20047 22036/22936/20046 22034/22934/20044</w:t>
        <w:br/>
        <w:t>f 22041/22938/20048 22040/22939/20049 22039/22940/20050</w:t>
        <w:br/>
        <w:t>f 22038/22941/20051 22041/22938/20048 22039/22940/20050</w:t>
        <w:br/>
        <w:t>f 22043/22942/20052 21906/22806/19922 21903/22805/19921</w:t>
        <w:br/>
        <w:t>f 22042/22943/20053 22043/22942/20052 21903/22805/19921</w:t>
        <w:br/>
        <w:t>f 22045/22944/20054 22044/22945/20055 22039/22940/20050</w:t>
        <w:br/>
        <w:t>f 22046/22946/20056 22045/22944/20054 22039/22940/20050</w:t>
        <w:br/>
        <w:t>f 22044/22945/20055 22047/22947/20057 22038/22941/20051</w:t>
        <w:br/>
        <w:t>f 22039/22940/20050 22044/22945/20055 22038/22941/20051</w:t>
        <w:br/>
        <w:t>f 22049/22948/20058 22048/22949/20059 22036/22936/20046</w:t>
        <w:br/>
        <w:t>f 22050/22950/20060 22049/22948/20058 22036/22936/20046</w:t>
        <w:br/>
        <w:t>f 22052/22951/20061 22041/22938/20048 22038/22941/20051</w:t>
        <w:br/>
        <w:t>f 22051/22952/20062 22052/22951/20061 22038/22941/20051</w:t>
        <w:br/>
        <w:t>f 21906/22806/19922 22043/22942/20052 22053/22953/20063</w:t>
        <w:br/>
        <w:t>f 21902/22802/19918 21906/22806/19922 22053/22953/20063</w:t>
        <w:br/>
        <w:t>f 22053/22953/20063 22056/22954/20064 22055/22955/20065</w:t>
        <w:br/>
        <w:t>f 22054/22956/20066 22053/22953/20063 22055/22955/20065</w:t>
        <w:br/>
        <w:t>f 22046/22946/20056 22043/22942/20052 22042/22943/20053</w:t>
        <w:br/>
        <w:t>f 22045/22944/20054 22046/22946/20056 22042/22943/20053</w:t>
        <w:br/>
        <w:t>f 22056/22954/20064 22040/22939/20049 22034/22934/20044</w:t>
        <w:br/>
        <w:t>f 22055/22955/20065 22056/22954/20064 22034/22934/20044</w:t>
        <w:br/>
        <w:t>f 22037/22937/20047 22034/22934/20044 22040/22939/20049</w:t>
        <w:br/>
        <w:t>f 22041/22938/20048 22037/22937/20047 22040/22939/20049</w:t>
        <w:br/>
        <w:t>f 21902/22802/19918 22053/22953/20063 22054/22956/20066</w:t>
        <w:br/>
        <w:t>f 21901/22799/19915 21902/22802/19918 22054/22956/20066</w:t>
        <w:br/>
        <w:t>f 22056/22954/20064 22053/22953/20063 22043/22942/20052</w:t>
        <w:br/>
        <w:t>f 22046/22946/20056 22056/22954/20064 22043/22942/20052</w:t>
        <w:br/>
        <w:t>f 22040/22939/20049 22056/22954/20064 22046/22946/20056</w:t>
        <w:br/>
        <w:t>f 22039/22940/20050 22040/22939/20049 22046/22946/20056</w:t>
        <w:br/>
        <w:t>f 22059/22957/20067 22058/22958/20068 22057/22959/20069</w:t>
        <w:br/>
        <w:t>f 22060/22960/20070 22059/22957/20067 22057/22959/20069</w:t>
        <w:br/>
        <w:t>f 22062/22961/20071 22061/22962/20072 22059/22957/20067</w:t>
        <w:br/>
        <w:t>f 22065/22963/20073 22064/22964/20074 22063/22965/20075</w:t>
        <w:br/>
        <w:t>f 22048/22949/20059 22065/22963/20073 22063/22965/20075</w:t>
        <w:br/>
        <w:t>f 22068/22966/20076 22067/22967/20077 22066/22968/20078</w:t>
        <w:br/>
        <w:t>f 22069/22969/20079 22068/22966/20076 22066/22968/20078</w:t>
        <w:br/>
        <w:t>f 22070/22970/20080 22054/22956/20066 22066/22968/20078</w:t>
        <w:br/>
        <w:t>f 21901/22799/19915 22054/22956/20066 22070/22970/20080</w:t>
        <w:br/>
        <w:t>f 21912/22811/19927 21901/22799/19915 22070/22970/20080</w:t>
        <w:br/>
        <w:t>f 22048/22949/20059 22061/22962/20072 22065/22963/20073</w:t>
        <w:br/>
        <w:t>f 22072/22971/20081 22031/22930/20041 22071/22972/20082</w:t>
        <w:br/>
        <w:t>f 22064/22964/20074 22074/22973/20083 22071/22972/20082</w:t>
        <w:br/>
        <w:t>f 22073/22974/20084 22064/22964/20074 22071/22972/20082</w:t>
        <w:br/>
        <w:t>f 22076/22975/20085 22075/22976/20086 22062/22961/20071</w:t>
        <w:br/>
        <w:t>f 22060/22960/20070 22076/22975/20085 22062/22961/20071</w:t>
        <w:br/>
        <w:t>f 21950/22851/19966 21951/22850/19965 22029/22932/20042</w:t>
        <w:br/>
        <w:t>f 22030/22931/20042 21950/22851/19966 22029/22932/20042</w:t>
        <w:br/>
        <w:t>f 22077/22977/20087 22076/22975/20085 22060/22960/20070</w:t>
        <w:br/>
        <w:t>f 22057/22959/20069 22077/22977/20087 22060/22960/20070</w:t>
        <w:br/>
        <w:t>f 22075/22976/20086 22079/22978/20088 22078/22979/20089</w:t>
        <w:br/>
        <w:t>f 22062/22961/20071 22075/22976/20086 22078/22979/20089</w:t>
        <w:br/>
        <w:t>f 22083/22980/20090 22082/22981/20091 22081/22982/20092</w:t>
        <w:br/>
        <w:t>f 22080/22983/20093 22083/22980/20090 22081/22982/20092</w:t>
        <w:br/>
        <w:t>f 22080/22983/20093 22081/22982/20092 22085/22984/20094</w:t>
        <w:br/>
        <w:t>f 22084/22985/20095 22080/22983/20093 22085/22984/20094</w:t>
        <w:br/>
        <w:t>f 22087/22986/20096 22083/22980/20090 22080/22983/20093</w:t>
        <w:br/>
        <w:t>f 22086/22987/20097 22087/22986/20096 22080/22983/20093</w:t>
        <w:br/>
        <w:t>f 22088/22988/20098 22086/22987/20097 22080/22983/20093</w:t>
        <w:br/>
        <w:t>f 22090/22989/20099 22089/22990/20100 21956/22855/19970</w:t>
        <w:br/>
        <w:t>f 21957/22854/19969 22090/22989/20099 21956/22855/19970</w:t>
        <w:br/>
        <w:t>f 22090/22989/20099 22082/22981/20091 22091/22991/20101</w:t>
        <w:br/>
        <w:t>f 22089/22990/20100 22090/22989/20099 22091/22991/20101</w:t>
        <w:br/>
        <w:t>f 22082/22981/20091 22083/22980/20090 22092/22992/20102</w:t>
        <w:br/>
        <w:t>f 22091/22991/20101 22082/22981/20091 22092/22992/20102</w:t>
        <w:br/>
        <w:t>f 22093/22993/20103 22031/22930/20041 22072/22971/20081</w:t>
        <w:br/>
        <w:t>f 22084/22985/20095 22085/22984/20094 22031/22930/20041</w:t>
        <w:br/>
        <w:t>f 22093/22993/20103 22084/22985/20095 22031/22930/20041</w:t>
        <w:br/>
        <w:t>f 22081/22982/20092 22095/22994/20104 22094/22995/20105</w:t>
        <w:br/>
        <w:t>f 22085/22984/20094 22081/22982/20092 22094/22995/20105</w:t>
        <w:br/>
        <w:t>f 22082/22981/20091 22090/22989/20099 22095/22994/20104</w:t>
        <w:br/>
        <w:t>f 22081/22982/20092 22082/22981/20091 22095/22994/20104</w:t>
        <w:br/>
        <w:t>f 22090/22989/20099 21957/22854/19969 21958/22858/19973</w:t>
        <w:br/>
        <w:t>f 22095/22994/20104 22090/22989/20099 21958/22858/19973</w:t>
        <w:br/>
        <w:t>f 22095/22994/20104 21958/22858/19973 21950/22851/19966</w:t>
        <w:br/>
        <w:t>f 22094/22995/20105 22095/22994/20104 21950/22851/19966</w:t>
        <w:br/>
        <w:t>f 22088/22988/20098 22080/22983/20093 22084/22985/20095</w:t>
        <w:br/>
        <w:t>f 22031/22930/20041 22085/22984/20094 22094/22995/20105</w:t>
        <w:br/>
        <w:t>f 22096/22996/20106 22092/22992/20102 22083/22980/20090</w:t>
        <w:br/>
        <w:t>f 22087/22986/20096 22096/22996/20106 22083/22980/20090</w:t>
        <w:br/>
        <w:t>f 22100/22997/20107 22099/22998/20108 22098/22999/20109</w:t>
        <w:br/>
        <w:t>f 22097/23000/20110 22100/22997/20107 22098/22999/20109</w:t>
        <w:br/>
        <w:t>f 22103/23001/20111 22098/22999/20109 22102/23002/20112</w:t>
        <w:br/>
        <w:t>f 22101/23003/20113 22103/23001/20111 22102/23002/20112</w:t>
        <w:br/>
        <w:t>f 22107/23004/20114 22106/23005/20115 22105/23006/20116</w:t>
        <w:br/>
        <w:t>f 22104/23007/20117 22107/23004/20114 22105/23006/20116</w:t>
        <w:br/>
        <w:t>f 22000/22900/20011 22108/23008/20118 22104/23007/20117</w:t>
        <w:br/>
        <w:t>f 22105/23006/20116 22000/22900/20011 22104/23007/20117</w:t>
        <w:br/>
        <w:t>f 22093/22993/20103 22110/23009/20119 22109/23010/20120</w:t>
        <w:br/>
        <w:t>f 22084/22985/20095 22093/22993/20103 22109/23010/20120</w:t>
        <w:br/>
        <w:t>f 22111/23011/20121 22084/22985/20095 22109/23010/20120</w:t>
        <w:br/>
        <w:t>f 22112/23012/20122 22111/23011/20121 22109/23010/20120</w:t>
        <w:br/>
        <w:t>f 22116/23013/20123 22115/23014/20123 22114/23015/20124</w:t>
        <w:br/>
        <w:t>f 22113/23016/20124 22116/23013/20123 22114/23015/20124</w:t>
        <w:br/>
        <w:t>f 22118/23017/20125 22115/23014/20123 22116/23013/20123</w:t>
        <w:br/>
        <w:t>f 22117/23018/20126 22118/23017/20125 22116/23013/20123</w:t>
        <w:br/>
        <w:t>f 22111/23011/20121 22112/23012/20122 22113/23016/20124</w:t>
        <w:br/>
        <w:t>f 22114/23015/20124 22111/23011/20121 22113/23016/20124</w:t>
        <w:br/>
        <w:t>f 22097/23000/20110 22106/23005/20115 22107/23004/20114</w:t>
        <w:br/>
        <w:t>f 22100/22997/20107 22097/23000/20110 22107/23004/20114</w:t>
        <w:br/>
        <w:t>f 22122/23019/20127 22121/23020/20128 22120/23021/20129</w:t>
        <w:br/>
        <w:t>f 22119/23022/20130 22122/23019/20127 22120/23021/20129</w:t>
        <w:br/>
        <w:t>f 22123/23023/20131 22103/23001/20111 22101/23003/20113</w:t>
        <w:br/>
        <w:t>f 22124/23024/20132 22123/23023/20131 22101/23003/20113</w:t>
        <w:br/>
        <w:t>f 22126/23025/20133 22103/23001/20111 22123/23023/20131</w:t>
        <w:br/>
        <w:t>f 22125/23026/20134 22126/23025/20133 22123/23023/20131</w:t>
        <w:br/>
        <w:t>f 22128/23027/20135 22126/23025/20133 22125/23026/20134</w:t>
        <w:br/>
        <w:t>f 22127/23028/20136 22128/23027/20135 22125/23026/20134</w:t>
        <w:br/>
        <w:t>f 22127/23028/20136 22130/23029/19354 22129/23030/20137</w:t>
        <w:br/>
        <w:t>f 22128/23027/20135 22127/23028/20136 22129/23030/20137</w:t>
        <w:br/>
        <w:t>f 22129/23030/20137 22130/23029/19354 22027/22926/20037</w:t>
        <w:br/>
        <w:t>f 21999/22898/20009 22129/23030/20137 22027/22926/20037</w:t>
        <w:br/>
        <w:t>f 22133/23031/20138 22132/23032/20139 22131/23033/20140</w:t>
        <w:br/>
        <w:t>f 22097/23000/20110 22098/22999/20109 22103/23001/20111</w:t>
        <w:br/>
        <w:t>f 22126/23025/20133 22097/23000/20110 22103/23001/20111</w:t>
        <w:br/>
        <w:t>f 22106/23005/20115 22097/23000/20110 22126/23025/20133</w:t>
        <w:br/>
        <w:t>f 22128/23027/20135 22106/23005/20115 22126/23025/20133</w:t>
        <w:br/>
        <w:t>f 22105/23006/20116 22106/23005/20115 22128/23027/20135</w:t>
        <w:br/>
        <w:t>f 22129/23030/20137 22105/23006/20116 22128/23027/20135</w:t>
        <w:br/>
        <w:t>f 21999/22898/20009 22000/22900/20011 22105/23006/20116</w:t>
        <w:br/>
        <w:t>f 22129/23030/20137 21999/22898/20009 22105/23006/20116</w:t>
        <w:br/>
        <w:t>f 22071/22972/20082 22131/23033/20140 22102/23002/20112</w:t>
        <w:br/>
        <w:t>f 22134/23034/20141 22071/22972/20082 22102/23002/20112</w:t>
        <w:br/>
        <w:t>f 22136/23035/20142 22135/23036/20142 22110/23009/20119</w:t>
        <w:br/>
        <w:t>f 22093/22993/20103 22136/23035/20142 22110/23009/20119</w:t>
        <w:br/>
        <w:t>f 22101/23003/20113 22138/23037/20143 22137/23038/20144</w:t>
        <w:br/>
        <w:t>f 22124/23024/20132 22101/23003/20113 22137/23038/20144</w:t>
        <w:br/>
        <w:t>f 22132/23032/20139 22138/23037/20143 22101/23003/20113</w:t>
        <w:br/>
        <w:t>f 22120/23021/20129 22121/23020/20128 22076/22975/20085</w:t>
        <w:br/>
        <w:t>f 22077/22977/20087 22120/23021/20129 22076/22975/20085</w:t>
        <w:br/>
        <w:t>f 22075/22976/20086 22076/22975/20085 22121/23020/20128</w:t>
        <w:br/>
        <w:t>f 22074/22973/20083 22133/23031/20138 22131/23033/20140</w:t>
        <w:br/>
        <w:t>f 22098/22999/20109 22099/22998/20108 22134/23034/20141</w:t>
        <w:br/>
        <w:t>f 22102/23002/20112 22098/22999/20109 22134/23034/20141</w:t>
        <w:br/>
        <w:t>f 22121/23020/20128 22079/22978/20088 22075/22976/20086</w:t>
        <w:br/>
        <w:t>f 22020/22920/20031 21985/22884/19996 22139/23039/20145</w:t>
        <w:br/>
        <w:t>f 22020/22920/20031 21984/22885/19997 21985/22884/19996</w:t>
        <w:br/>
        <w:t>f 22143/23040/20146 22142/23041/20146 22141/23042/20147</w:t>
        <w:br/>
        <w:t>f 22140/23043/20148 22143/23040/20146 22141/23042/20147</w:t>
        <w:br/>
        <w:t>f 22146/23044/20149 22145/23045/20150 22144/23046/20146</w:t>
        <w:br/>
        <w:t>f 22147/23047/20146 22146/23044/20149 22144/23046/20146</w:t>
        <w:br/>
        <w:t>f 22150/23048/20151 22149/23049/20152 22148/23050/20153</w:t>
        <w:br/>
        <w:t>f 21989/22891/20003 21990/22890/20002 22152/23051/20154</w:t>
        <w:br/>
        <w:t>f 22151/23052/20155 21989/22891/20003 22152/23051/20154</w:t>
        <w:br/>
        <w:t>f 22155/23053/20156 22154/23054/20151 22153/23055/20157</w:t>
        <w:br/>
        <w:t>f 22156/23056/20157 22155/23053/20156 22153/23055/20157</w:t>
        <w:br/>
        <w:t>f 22148/23050/20153 22149/23049/20152 22158/23057/20158</w:t>
        <w:br/>
        <w:t>f 22157/23058/20159 22148/23050/20153 22158/23057/20158</w:t>
        <w:br/>
        <w:t>f 22162/23059/19377 22161/23060/19377 22160/23061/19378</w:t>
        <w:br/>
        <w:t>f 22159/23062/19378 22162/23059/19377 22160/23061/19378</w:t>
        <w:br/>
        <w:t>f 22165/23063/20160 22164/23064/20161 22163/23065/20161</w:t>
        <w:br/>
        <w:t>f 22166/23066/20160 22165/23063/20160 22163/23065/20161</w:t>
        <w:br/>
        <w:t>f 22169/23067/20162 22168/23068/20163 22167/23069/20164</w:t>
        <w:br/>
        <w:t>f 22151/23052/20155 22169/23067/20162 22167/23069/20164</w:t>
        <w:br/>
        <w:t>f 22171/23070/20165 22149/23049/20152 22170/23071/20166</w:t>
        <w:br/>
        <w:t>f 22172/23072/20167 22171/23070/20165 22170/23071/20166</w:t>
        <w:br/>
        <w:t>f 22007/22908/20019 22008/22907/20018 22174/23073/20168</w:t>
        <w:br/>
        <w:t>f 22173/23074/20169 22007/22908/20019 22174/23073/20168</w:t>
        <w:br/>
        <w:t>f 22177/23075/20170 22176/23076/20171 22175/23077/20172</w:t>
        <w:br/>
        <w:t>f 22178/23078/20173 22177/23075/20170 22175/23077/20172</w:t>
        <w:br/>
        <w:t>f 22008/22907/20018 22014/22915/20026 22179/23079/20174</w:t>
        <w:br/>
        <w:t>f 22174/23073/20168 22008/22907/20018 22179/23079/20174</w:t>
        <w:br/>
        <w:t>f 22175/23077/20172 22181/23080/20175 22180/23081/20176</w:t>
        <w:br/>
        <w:t>f 22181/23080/20175 22175/23077/20172 22176/23076/20171</w:t>
        <w:br/>
        <w:t>f 22182/23082/20177 22181/23080/20175 22176/23076/20171</w:t>
        <w:br/>
        <w:t>f 22184/23083/20178 22163/23065/20161 22164/23064/20161</w:t>
        <w:br/>
        <w:t>f 22183/23084/20179 22184/23083/20178 22164/23064/20161</w:t>
        <w:br/>
        <w:t>f 22149/23049/20152 22171/23070/20165 22185/23085/20180</w:t>
        <w:br/>
        <w:t>f 22158/23057/20158 22149/23049/20152 22185/23085/20180</w:t>
        <w:br/>
        <w:t>f 22168/23068/20163 22182/23082/20177 22179/23079/20174</w:t>
        <w:br/>
        <w:t>f 22167/23069/20164 22168/23068/20163 22179/23079/20174</w:t>
        <w:br/>
        <w:t>f 22171/23070/20165 22181/23080/20175 22185/23085/20180</w:t>
        <w:br/>
        <w:t>f 22180/23081/20176 22181/23080/20175 22186/23086/20181</w:t>
        <w:br/>
        <w:t>f 22190/23087/19401 22189/23088/19402 22188/23089/19402</w:t>
        <w:br/>
        <w:t>f 22187/23090/19401 22190/23087/19401 22188/23089/19402</w:t>
        <w:br/>
        <w:t>f 22192/23091/20182 22191/23092/20183 22178/23078/20173</w:t>
        <w:br/>
        <w:t>f 22175/23077/20172 22192/23091/20182 22178/23078/20173</w:t>
        <w:br/>
        <w:t>f 22195/23093/20184 22194/23094/20184 22193/23095/20185</w:t>
        <w:br/>
        <w:t>f 22196/23096/20185 22195/23093/20184 22193/23095/20185</w:t>
        <w:br/>
        <w:t>f 22181/23080/20175 22171/23070/20165 22186/23086/20181</w:t>
        <w:br/>
        <w:t>f 21754/22654/19785 21755/22653/19785 22140/23043/20148</w:t>
        <w:br/>
        <w:t>f 22141/23042/20147 21754/22654/19785 22140/23043/20148</w:t>
        <w:br/>
        <w:t>f 22156/23056/20157 22153/23055/20157 21767/22664/19794</w:t>
        <w:br/>
        <w:t>f 21764/22667/19796 22156/23056/20157 21767/22664/19794</w:t>
        <w:br/>
        <w:t>f 22197/23097/20186 22169/23067/20162 22151/23052/20155</w:t>
        <w:br/>
        <w:t>f 22152/23051/20154 22197/23097/20186 22151/23052/20155</w:t>
        <w:br/>
        <w:t>f 22027/22926/20037 22165/23063/20160 22166/23066/20160</w:t>
        <w:br/>
        <w:t>f 22026/22927/20038 22027/22926/20037 22166/23066/20160</w:t>
        <w:br/>
        <w:t>f 22028/22928/20039 21989/22891/20003 22151/23052/20155</w:t>
        <w:br/>
        <w:t>f 22167/23069/20164 22028/22928/20039 22151/23052/20155</w:t>
        <w:br/>
        <w:t>f 22176/23076/20171 22177/23075/20170 22173/23074/20169</w:t>
        <w:br/>
        <w:t>f 22174/23073/20168 22176/23076/20171 22173/23074/20169</w:t>
        <w:br/>
        <w:t>f 22174/23073/20168 22179/23079/20174 22182/23082/20177</w:t>
        <w:br/>
        <w:t>f 22176/23076/20171 22174/23073/20168 22182/23082/20177</w:t>
        <w:br/>
        <w:t>f 22014/22915/20026 22028/22928/20039 22167/23069/20164</w:t>
        <w:br/>
        <w:t>f 22179/23079/20174 22014/22915/20026 22167/23069/20164</w:t>
        <w:br/>
        <w:t>f 22201/23098/20187 22200/23099/20187 22199/23100/20188</w:t>
        <w:br/>
        <w:t>f 22198/23101/20188 22201/23098/20187 22199/23100/20188</w:t>
        <w:br/>
        <w:t>f 22201/23098/20187 22196/23096/20185 22193/23095/20185</w:t>
        <w:br/>
        <w:t>f 22200/23099/20187 22201/23098/20187 22193/23095/20185</w:t>
        <w:br/>
        <w:t>f 22203/23102/20189 22194/23094/20184 22195/23093/20184</w:t>
        <w:br/>
        <w:t>f 22202/23103/20189 22203/23102/20189 22195/23093/20184</w:t>
        <w:br/>
        <w:t>f 22205/23104/19412 22204/23105/19412 22198/23101/20188</w:t>
        <w:br/>
        <w:t>f 22199/23100/20188 22205/23104/19412 22198/23101/20188</w:t>
        <w:br/>
        <w:t>f 22209/23106/20190 22208/23107/20190 22207/23108/20191</w:t>
        <w:br/>
        <w:t>f 22206/23109/20192 22209/23106/20190 22207/23108/20191</w:t>
        <w:br/>
        <w:t>f 22190/23087/19401 22187/23090/19401 22159/23062/19378</w:t>
        <w:br/>
        <w:t>f 22160/23061/19378 22190/23087/19401 22159/23062/19378</w:t>
        <w:br/>
        <w:t>f 22169/23067/20162 22197/23097/20186 22157/23058/20159</w:t>
        <w:br/>
        <w:t>f 22158/23057/20158 22169/23067/20162 22157/23058/20159</w:t>
        <w:br/>
        <w:t>f 22146/23044/20149 22184/23083/20178 22183/23084/20179</w:t>
        <w:br/>
        <w:t>f 22168/23068/20163 22169/23067/20162 22158/23057/20158</w:t>
        <w:br/>
        <w:t>f 22185/23085/20180 22168/23068/20163 22158/23057/20158</w:t>
        <w:br/>
        <w:t>f 22168/23068/20163 22185/23085/20180 22182/23082/20177</w:t>
        <w:br/>
        <w:t>f 22170/23071/20166 22149/23049/20152 22150/23048/20151</w:t>
        <w:br/>
        <w:t>f 22213/23110/20193 22212/23111/20194 22211/23112/20195</w:t>
        <w:br/>
        <w:t>f 22210/23113/20195 22213/23110/20193 22211/23112/20195</w:t>
        <w:br/>
        <w:t>f 22216/23114/20196 22215/23115/20197 22214/23116/20198</w:t>
        <w:br/>
        <w:t>f 22219/23117/20199 22218/23118/20200 22217/23119/20201</w:t>
        <w:br/>
        <w:t>f 22223/23120/20202 22222/23121/20203 22221/23122/20204</w:t>
        <w:br/>
        <w:t>f 22220/23123/20205 22223/23120/20202 22221/23122/20204</w:t>
        <w:br/>
        <w:t>f 21903/22805/19921 21926/22826/19942 22224/23124/20206</w:t>
        <w:br/>
        <w:t>f 22042/22943/20053 21903/22805/19921 22224/23124/20206</w:t>
        <w:br/>
        <w:t>f 22045/22944/20054 22225/23125/20207 22223/23120/20202</w:t>
        <w:br/>
        <w:t>f 22044/22945/20055 22045/22944/20054 22223/23120/20202</w:t>
        <w:br/>
        <w:t>f 22220/23123/20205 22047/22947/20057 22044/22945/20055</w:t>
        <w:br/>
        <w:t>f 22223/23120/20202 22220/23123/20205 22044/22945/20055</w:t>
        <w:br/>
        <w:t>f 22228/23126/20208 22227/23127/20209 22219/23117/20199</w:t>
        <w:br/>
        <w:t>f 22226/23128/20210 22228/23126/20208 22219/23117/20199</w:t>
        <w:br/>
        <w:t>f 22230/23129/20211 22229/23130/20212 22220/23123/20205</w:t>
        <w:br/>
        <w:t>f 22221/23122/20204 22230/23129/20211 22220/23123/20205</w:t>
        <w:br/>
        <w:t>f 22232/23131/20213 22231/23132/20214 21916/22814/19930</w:t>
        <w:br/>
        <w:t>f 22233/23133/20215 22224/23124/20206 21926/22826/19942</w:t>
        <w:br/>
        <w:t>f 21915/22815/19931 22233/23133/20215 21926/22826/19942</w:t>
        <w:br/>
        <w:t>f 22216/23114/20196 22234/23134/20216 22233/23133/20215</w:t>
        <w:br/>
        <w:t>f 22231/23132/20214 22216/23114/20196 22233/23133/20215</w:t>
        <w:br/>
        <w:t>f 22225/23125/20207 22045/22944/20054 22042/22943/20053</w:t>
        <w:br/>
        <w:t>f 22224/23124/20206 22225/23125/20207 22042/22943/20053</w:t>
        <w:br/>
        <w:t>f 22234/23134/20216 22216/23114/20196 22235/23135/20217</w:t>
        <w:br/>
        <w:t>f 22222/23121/20203 22218/23118/20200 22219/23117/20199</w:t>
        <w:br/>
        <w:t>f 22221/23122/20204 22222/23121/20203 22219/23117/20199</w:t>
        <w:br/>
        <w:t>f 22231/23132/20214 22233/23133/20215 21915/22815/19931</w:t>
        <w:br/>
        <w:t>f 21916/22814/19930 22231/23132/20214 21915/22815/19931</w:t>
        <w:br/>
        <w:t>f 22234/23134/20216 22225/23125/20207 22224/23124/20206</w:t>
        <w:br/>
        <w:t>f 22233/23133/20215 22234/23134/20216 22224/23124/20206</w:t>
        <w:br/>
        <w:t>f 22225/23125/20207 22234/23134/20216 22222/23121/20203</w:t>
        <w:br/>
        <w:t>f 22223/23120/20202 22225/23125/20207 22222/23121/20203</w:t>
        <w:br/>
        <w:t>f 22239/23136/20218 22238/23137/20219 22237/23138/20069</w:t>
        <w:br/>
        <w:t>f 22236/23139/20220 22239/23136/20218 22237/23138/20069</w:t>
        <w:br/>
        <w:t>f 22238/23137/20219 22239/23136/20218 22240/23140/20221</w:t>
        <w:br/>
        <w:t>f 22242/23141/20222 22226/23128/20210 22241/23142/20223</w:t>
        <w:br/>
        <w:t>f 22243/23143/20224 22242/23141/20222 22241/23142/20223</w:t>
        <w:br/>
        <w:t>f 22247/23144/20225 22246/23145/20226 22245/23146/20227</w:t>
        <w:br/>
        <w:t>f 22244/23147/20228 22247/23144/20225 22245/23146/20227</w:t>
        <w:br/>
        <w:t>f 22231/23132/20214 22232/23131/20213 22248/23148/20229</w:t>
        <w:br/>
        <w:t>f 21933/22834/19950 22232/23131/20213 21916/22814/19930</w:t>
        <w:br/>
        <w:t>f 22249/23149/20230 22226/23128/20210 22242/23141/20222</w:t>
        <w:br/>
        <w:t>f 22253/23150/20231 22252/23151/20232 22251/23152/20233</w:t>
        <w:br/>
        <w:t>f 22250/23153/20234 22253/23150/20231 22251/23152/20233</w:t>
        <w:br/>
        <w:t>f 22255/23154/20235 22254/23155/20236 22243/23143/20224</w:t>
        <w:br/>
        <w:t>f 22256/23156/20237 22255/23154/20235 22243/23143/20224</w:t>
        <w:br/>
        <w:t>f 22240/23140/20221 22258/23157/20238 22257/23158/20239</w:t>
        <w:br/>
        <w:t>f 22238/23137/20219 22240/23140/20221 22257/23158/20239</w:t>
        <w:br/>
        <w:t>f 22211/23112/20195 21930/22827/19943 21927/22830/19946</w:t>
        <w:br/>
        <w:t>f 22210/23113/20195 22211/23112/20195 21927/22830/19946</w:t>
        <w:br/>
        <w:t>f 22238/23137/20219 22257/23158/20239 22259/23159/20240</w:t>
        <w:br/>
        <w:t>f 22237/23138/20069 22238/23137/20219 22259/23159/20240</w:t>
        <w:br/>
        <w:t>f 22240/23140/20221 22261/23160/20241 22260/23161/20242</w:t>
        <w:br/>
        <w:t>f 22258/23157/20238 22240/23140/20221 22260/23161/20242</w:t>
        <w:br/>
        <w:t>f 22264/23162/20243 22263/23163/20244 22262/23164/20245</w:t>
        <w:br/>
        <w:t>f 22265/23165/20246 22264/23162/20243 22262/23164/20245</w:t>
        <w:br/>
        <w:t>f 22266/23166/20247 22262/23164/20245 22263/23163/20244</w:t>
        <w:br/>
        <w:t>f 22267/23167/20248 22266/23166/20247 22263/23163/20244</w:t>
        <w:br/>
        <w:t>f 22269/23168/20249 22268/23169/20250 22263/23163/20244</w:t>
        <w:br/>
        <w:t>f 22264/23162/20243 22269/23168/20249 22263/23163/20244</w:t>
        <w:br/>
        <w:t>f 22263/23163/20244 22268/23169/20250 22270/23170/20251</w:t>
        <w:br/>
        <w:t>f 22271/23171/20252 21967/22868/19983 21968/22867/19982</w:t>
        <w:br/>
        <w:t>f 22272/23172/20253 22271/23171/20252 21968/22867/19982</w:t>
        <w:br/>
        <w:t>f 22273/23173/20254 22265/23165/20246 22271/23171/20252</w:t>
        <w:br/>
        <w:t>f 22272/23172/20253 22273/23173/20254 22271/23171/20252</w:t>
        <w:br/>
        <w:t>f 22274/23174/20255 22264/23162/20243 22265/23165/20246</w:t>
        <w:br/>
        <w:t>f 22273/23173/20254 22274/23174/20255 22265/23165/20246</w:t>
        <w:br/>
        <w:t>f 22253/23150/20231 22250/23153/20234 22275/23175/20256</w:t>
        <w:br/>
        <w:t>f 22250/23153/20234 22266/23166/20247 22267/23167/20248</w:t>
        <w:br/>
        <w:t>f 22275/23175/20256 22250/23153/20234 22267/23167/20248</w:t>
        <w:br/>
        <w:t>f 22262/23164/20245 22266/23166/20247 22276/23176/20257</w:t>
        <w:br/>
        <w:t>f 22277/23177/20258 22262/23164/20245 22276/23176/20257</w:t>
        <w:br/>
        <w:t>f 22277/23177/20258 22271/23171/20252 22265/23165/20246</w:t>
        <w:br/>
        <w:t>f 22262/23164/20245 22277/23177/20258 22265/23165/20246</w:t>
        <w:br/>
        <w:t>f 21970/22871/19986 21967/22868/19983 22271/23171/20252</w:t>
        <w:br/>
        <w:t>f 22277/23177/20258 21970/22871/19986 22271/23171/20252</w:t>
        <w:br/>
        <w:t>f 22277/23177/20258 22276/23176/20257 21927/22830/19946</w:t>
        <w:br/>
        <w:t>f 21970/22871/19986 22277/23177/20258 21927/22830/19946</w:t>
        <w:br/>
        <w:t>f 22267/23167/20248 22263/23163/20244 22270/23170/20251</w:t>
        <w:br/>
        <w:t>f 22276/23176/20257 22266/23166/20247 22278/23178/20259</w:t>
        <w:br/>
        <w:t>f 22279/23179/20260 22269/23168/20249 22264/23162/20243</w:t>
        <w:br/>
        <w:t>f 22274/23174/20255 22279/23179/20260 22264/23162/20243</w:t>
        <w:br/>
        <w:t>f 22282/23180/20261 22281/23181/20262 22280/23182/20263</w:t>
        <w:br/>
        <w:t>f 22283/23183/20264 22282/23180/20261 22280/23182/20263</w:t>
        <w:br/>
        <w:t>f 22287/23184/20265 22286/23185/20266 22285/23186/20267</w:t>
        <w:br/>
        <w:t>f 22284/23187/20268 22287/23184/20265 22285/23186/20267</w:t>
        <w:br/>
        <w:t>f 22289/23188/20269 22285/23186/20267 22286/23185/20266</w:t>
        <w:br/>
        <w:t>f 22288/23189/20270 22289/23188/20269 22286/23185/20266</w:t>
        <w:br/>
        <w:t>f 22292/23190/20271 22291/23191/20272 22290/23192/20273</w:t>
        <w:br/>
        <w:t>f 22293/23193/20274 22292/23190/20271 22290/23192/20273</w:t>
        <w:br/>
        <w:t>f 22290/23192/20275 22295/23194/20248 22294/23195/20251</w:t>
        <w:br/>
        <w:t>f 22296/23196/20276 22290/23192/20275 22294/23195/20251</w:t>
        <w:br/>
        <w:t>f 22286/23185/20266 22287/23184/20265 22298/23197/20277</w:t>
        <w:br/>
        <w:t>f 22297/23198/20278 22286/23185/20266 22298/23197/20277</w:t>
        <w:br/>
        <w:t>f 22300/23199/20260 22299/23200/20279 22286/23185/20266</w:t>
        <w:br/>
        <w:t>f 22297/23198/20278 22300/23199/20260 22286/23185/20266</w:t>
        <w:br/>
        <w:t>f 22294/23195/20251 22298/23197/20277 22287/23184/20265</w:t>
        <w:br/>
        <w:t>f 22296/23196/20276 22294/23195/20251 22287/23184/20265</w:t>
        <w:br/>
        <w:t>f 22287/23184/20265 22284/23187/20268 22281/23181/20262</w:t>
        <w:br/>
        <w:t>f 22282/23180/20261 22287/23184/20265 22281/23181/20262</w:t>
        <w:br/>
        <w:t>f 22119/23022/20130 22120/23021/20129 22301/23201/20280</w:t>
        <w:br/>
        <w:t>f 22302/23202/20281 22119/23022/20130 22301/23201/20280</w:t>
        <w:br/>
        <w:t>f 22123/23023/20131 22124/23024/20132 22304/23203/20282</w:t>
        <w:br/>
        <w:t>f 22303/23204/20283 22123/23023/20131 22304/23203/20282</w:t>
        <w:br/>
        <w:t>f 22305/23205/20284 22125/23026/20134 22123/23023/20131</w:t>
        <w:br/>
        <w:t>f 22303/23204/20283 22305/23205/20284 22123/23023/20131</w:t>
        <w:br/>
        <w:t>f 22306/23206/20285 22127/23028/20136 22125/23026/20134</w:t>
        <w:br/>
        <w:t>f 22305/23205/20284 22306/23206/20285 22125/23026/20134</w:t>
        <w:br/>
        <w:t>f 22307/23207/20286 22130/23029/19354 22127/23028/20136</w:t>
        <w:br/>
        <w:t>f 22306/23206/20285 22307/23207/20286 22127/23028/20136</w:t>
        <w:br/>
        <w:t>f 22307/23207/20286 22308/23208/20287 22027/22926/20037</w:t>
        <w:br/>
        <w:t>f 22130/23029/19354 22307/23207/20286 22027/22926/20037</w:t>
        <w:br/>
        <w:t>f 22310/23209/20242 22309/23210/20288 22302/23202/20281</w:t>
        <w:br/>
        <w:t>f 22301/23201/20280 22310/23209/20242 22302/23202/20281</w:t>
        <w:br/>
        <w:t>f 22303/23204/20283 22280/23182/20263 22281/23181/20262</w:t>
        <w:br/>
        <w:t>f 22305/23205/20284 22303/23204/20283 22281/23181/20262</w:t>
        <w:br/>
        <w:t>f 22305/23205/20284 22281/23181/20262 22284/23187/20268</w:t>
        <w:br/>
        <w:t>f 22306/23206/20285 22305/23205/20284 22284/23187/20268</w:t>
        <w:br/>
        <w:t>f 22285/23186/20267 22307/23207/20286 22306/23206/20285</w:t>
        <w:br/>
        <w:t>f 22284/23187/20268 22285/23186/20267 22306/23206/20285</w:t>
        <w:br/>
        <w:t>f 22308/23208/20287 22307/23207/20286 22285/23186/20267</w:t>
        <w:br/>
        <w:t>f 22289/23188/20269 22308/23208/20287 22285/23186/20267</w:t>
        <w:br/>
        <w:t>f 22312/23211/20289 22309/23210/20288 22311/23212/20235</w:t>
        <w:br/>
        <w:t>f 22313/23213/20290 22304/23203/20282 22124/23024/20132</w:t>
        <w:br/>
        <w:t>f 22137/23038/20144 22313/23213/20290 22124/23024/20132</w:t>
        <w:br/>
        <w:t>f 22313/23213/20290 22314/23214/20291 22304/23203/20282</w:t>
        <w:br/>
        <w:t>f 22315/23215/20239 22301/23201/20280 22120/23021/20129</w:t>
        <w:br/>
        <w:t>f 22077/22977/20087 22315/23215/20239 22120/23021/20129</w:t>
        <w:br/>
        <w:t>f 22301/23201/20280 22315/23215/20239 22316/23216/20238</w:t>
        <w:br/>
        <w:t>f 22309/23210/20288 22310/23209/20242 22317/23217/20236</w:t>
        <w:br/>
        <w:t>f 22319/23218/20292 22283/23183/20264 22280/23182/20263</w:t>
        <w:br/>
        <w:t>f 22318/23219/20293 22319/23218/20292 22280/23182/20263</w:t>
        <w:br/>
        <w:t>f 22316/23216/20238 22310/23209/20242 22301/23201/20280</w:t>
        <w:br/>
        <w:t>f 22320/23220/20294 22145/23045/20150 22183/23084/20179</w:t>
        <w:br/>
        <w:t>f 22145/23045/20150 22146/23044/20149 22183/23084/20179</w:t>
        <w:br/>
        <w:t>f 22209/23106/20190 22203/23102/20189 22202/23103/20189</w:t>
        <w:br/>
        <w:t>f 22208/23107/20190 22209/23106/20190 22202/23103/20189</w:t>
        <w:br/>
        <w:t>f 22207/23108/20191 21678/22579/19724 21679/22578/19724</w:t>
        <w:br/>
        <w:t>f 22206/23109/20192 22207/23108/20191 21679/22578/19724</w:t>
        <w:br/>
        <w:t>f 21953/22853/19968 22322/23221/20295 22321/23222/20295</w:t>
        <w:br/>
        <w:t>f 21952/22852/19967 21953/22853/19968 22321/23222/20295</w:t>
        <w:br/>
        <w:t>f 22047/22947/20057 22323/23223/20296 22051/22952/20062</w:t>
        <w:br/>
        <w:t>f 22038/22941/20051 22047/22947/20057 22051/22952/20062</w:t>
        <w:br/>
        <w:t>f 22049/22948/20058 22061/22962/20072 22048/22949/20059</w:t>
        <w:br/>
        <w:t>f 22041/22938/20048 22052/22951/20061 22324/23224/20297</w:t>
        <w:br/>
        <w:t>f 22037/22937/20047 22041/22938/20048 22324/23224/20297</w:t>
        <w:br/>
        <w:t>f 22229/23130/20212 22323/23223/20296 22047/22947/20057</w:t>
        <w:br/>
        <w:t>f 22220/23123/20205 22229/23130/20212 22047/22947/20057</w:t>
        <w:br/>
        <w:t>f 22249/23149/20230 22228/23126/20208 22226/23128/20210</w:t>
        <w:br/>
        <w:t>f 22227/23127/20209 22230/23129/20211 22221/23122/20204</w:t>
        <w:br/>
        <w:t>f 22219/23117/20199 22227/23127/20209 22221/23122/20204</w:t>
        <w:br/>
        <w:t>f 22328/23225/20298 22327/23226/20299 22326/23227/20299</w:t>
        <w:br/>
        <w:t>f 22325/23228/20298 22328/23225/20298 22326/23227/20299</w:t>
        <w:br/>
        <w:t>f 22331/23229/20300 22330/23230/20300 22329/23231/20301</w:t>
        <w:br/>
        <w:t>f 22332/23232/20301 22331/23229/20300 22329/23231/20301</w:t>
        <w:br/>
        <w:t>f 22333/23233/20302 22328/23225/20298 22325/23228/20298</w:t>
        <w:br/>
        <w:t>f 22334/23234/20303 22333/23233/20302 22325/23228/20298</w:t>
        <w:br/>
        <w:t>f 22338/23235/20304 22337/23236/20305 22336/23237/20305</w:t>
        <w:br/>
        <w:t>f 22335/23238/20306 22338/23235/20304 22336/23237/20305</w:t>
        <w:br/>
        <w:t>f 22340/23239/20307 22339/23240/20307 22330/23230/20300</w:t>
        <w:br/>
        <w:t>f 22331/23229/20300 22340/23239/20307 22330/23230/20300</w:t>
        <w:br/>
        <w:t>f 22342/23241/20308 22326/23227/20299 22327/23226/20299</w:t>
        <w:br/>
        <w:t>f 22341/23242/20308 22342/23241/20308 22327/23226/20299</w:t>
        <w:br/>
        <w:t>f 22344/23243/20309 22343/23244/20309 22339/23240/20307</w:t>
        <w:br/>
        <w:t>f 22340/23239/20307 22344/23243/20309 22339/23240/20307</w:t>
        <w:br/>
        <w:t>f 22348/23245/20310 22347/23246/20311 22346/23247/20312</w:t>
        <w:br/>
        <w:t>f 22345/23248/20313 22348/23245/20310 22346/23247/20312</w:t>
        <w:br/>
        <w:t>f 22352/23249/20314 22351/23250/20301 22350/23251/20301</w:t>
        <w:br/>
        <w:t>f 22349/23252/20315 22352/23249/20314 22350/23251/20301</w:t>
        <w:br/>
        <w:t>f 22345/23248/20313 22346/23247/20312 22333/23233/20302</w:t>
        <w:br/>
        <w:t>f 22334/23234/20303 22345/23248/20313 22333/23233/20302</w:t>
        <w:br/>
        <w:t>f 22356/23253/20316 22355/23254/20317 22354/23255/20317</w:t>
        <w:br/>
        <w:t>f 22353/23256/20316 22356/23253/20316 22354/23255/20317</w:t>
        <w:br/>
        <w:t>f 22349/23252/20315 22358/23257/20318 22357/23258/20318</w:t>
        <w:br/>
        <w:t>f 22352/23249/20314 22349/23252/20315 22357/23258/20318</w:t>
        <w:br/>
        <w:t>f 22356/23253/20316 22353/23256/20316 22347/23246/20311</w:t>
        <w:br/>
        <w:t>f 22348/23245/20310 22356/23253/20316 22347/23246/20311</w:t>
        <w:br/>
        <w:t>f 22358/23257/20318 22354/23255/20317 22355/23254/20317</w:t>
        <w:br/>
        <w:t>f 22357/23258/20318 22358/23257/20318 22355/23254/20317</w:t>
        <w:br/>
        <w:t>f 22343/23244/20309 22344/23243/20309 22360/23259/20319</w:t>
        <w:br/>
        <w:t>f 22359/23260/20319 22343/23244/20309 22360/23259/20319</w:t>
        <w:br/>
        <w:t>f 22336/23237/20305 22337/23236/20305 22359/23260/20319</w:t>
        <w:br/>
        <w:t>f 22360/23259/20319 22336/23237/20305 22359/23260/20319</w:t>
        <w:br/>
        <w:t>f 22341/23242/20308 22338/23235/20304 22335/23238/20306</w:t>
        <w:br/>
        <w:t>f 22342/23241/20308 22341/23242/20308 22335/23238/20306</w:t>
        <w:br/>
        <w:t>f 22364/23261/20320 22363/23262/20321 22362/23263/20322</w:t>
        <w:br/>
        <w:t>f 22361/23264/20323 22364/23261/20320 22362/23263/20322</w:t>
        <w:br/>
        <w:t>f 22368/23265/20324 22367/23266/20324 22366/23267/20325</w:t>
        <w:br/>
        <w:t>f 22365/23268/20326 22368/23265/20324 22366/23267/20325</w:t>
        <w:br/>
        <w:t>f 22372/23269/20327 22371/23270/20328 22370/23271/20329</w:t>
        <w:br/>
        <w:t>f 22369/23272/20330 22372/23269/20327 22370/23271/20329</w:t>
        <w:br/>
        <w:t>f 22376/23273/20331 22375/23274/20331 22374/23275/20332</w:t>
        <w:br/>
        <w:t>f 22373/23276/20332 22376/23273/20331 22374/23275/20332</w:t>
        <w:br/>
        <w:t>f 22378/23277/20333 22377/23278/20334 22367/23266/20324</w:t>
        <w:br/>
        <w:t>f 22368/23265/20324 22378/23277/20333 22367/23266/20324</w:t>
        <w:br/>
        <w:t>f 22380/23279/20335 22379/23280/20336 22361/23264/20323</w:t>
        <w:br/>
        <w:t>f 22362/23263/20322 22380/23279/20335 22361/23264/20323</w:t>
        <w:br/>
        <w:t>f 22383/23281/20337 22382/23282/20338 22381/23283/20339</w:t>
        <w:br/>
        <w:t>f 22386/23284/20340 22385/23285/20341 22384/23286/20342</w:t>
        <w:br/>
        <w:t>f 22374/23275/20332 22388/23287/20343 22387/23288/20344</w:t>
        <w:br/>
        <w:t>f 22373/23276/20332 22374/23275/20332 22387/23288/20344</w:t>
        <w:br/>
        <w:t>f 22370/23271/20329 22371/23270/20328 22389/23289/20345</w:t>
        <w:br/>
        <w:t>f 22390/23290/20346 22370/23271/20329 22389/23289/20345</w:t>
        <w:br/>
        <w:t>f 22363/23262/20321 22364/23261/20320 22391/23291/20347</w:t>
        <w:br/>
        <w:t>f 22366/23267/20325 22393/23292/20348 22392/23293/20348</w:t>
        <w:br/>
        <w:t>f 22365/23268/20326 22366/23267/20325 22392/23293/20348</w:t>
        <w:br/>
        <w:t>f 22390/23290/20346 22389/23289/20345 22395/23294/20349</w:t>
        <w:br/>
        <w:t>f 22394/23295/20350 22390/23290/20346 22395/23294/20349</w:t>
        <w:br/>
        <w:t>f 22396/23296/20351 22387/23288/20344 22388/23287/20343</w:t>
        <w:br/>
        <w:t>f 22400/23297/20352 22399/23298/20353 22398/23299/20353</w:t>
        <w:br/>
        <w:t>f 22397/23300/20354 22400/23297/20352 22398/23299/20353</w:t>
        <w:br/>
        <w:t>f 22404/23301/20355 22403/23302/20356 22402/23303/20357</w:t>
        <w:br/>
        <w:t>f 22401/23304/20358 22404/23301/20355 22402/23303/20357</w:t>
        <w:br/>
        <w:t>f 22408/23305/20331 22407/23306/20359 22406/23307/20360</w:t>
        <w:br/>
        <w:t>f 22405/23308/20331 22408/23305/20331 22406/23307/20360</w:t>
        <w:br/>
        <w:t>f 22412/23309/20361 22411/23310/20362 22410/23311/20327</w:t>
        <w:br/>
        <w:t>f 22409/23312/20330 22412/23309/20361 22410/23311/20327</w:t>
        <w:br/>
        <w:t>f 22379/23280/20336 22380/23279/20335 22401/23304/20358</w:t>
        <w:br/>
        <w:t>f 22402/23303/20357 22379/23280/20336 22401/23304/20358</w:t>
        <w:br/>
        <w:t>f 22399/23298/20353 22377/23278/20334 22378/23277/20333</w:t>
        <w:br/>
        <w:t>f 22398/23299/20353 22399/23298/20353 22378/23277/20333</w:t>
        <w:br/>
        <w:t>f 22415/23313/20363 22414/23314/20364 22413/23315/20365</w:t>
        <w:br/>
        <w:t>f 22416/23316/20366 22415/23313/20363 22413/23315/20365</w:t>
        <w:br/>
        <w:t>f 22420/23317/20367 22419/23318/20368 22418/23319/20368</w:t>
        <w:br/>
        <w:t>f 22417/23320/20367 22420/23317/20367 22418/23319/20368</w:t>
        <w:br/>
        <w:t>f 22411/23310/20362 22412/23309/20361 22421/23321/20369</w:t>
        <w:br/>
        <w:t>f 22422/23322/20370 22411/23310/20362 22421/23321/20369</w:t>
        <w:br/>
        <w:t>f 22424/23323/20371 22406/23307/20360 22407/23306/20359</w:t>
        <w:br/>
        <w:t>f 22423/23324/20371 22424/23323/20371 22407/23306/20359</w:t>
        <w:br/>
        <w:t>f 22397/23300/20354 22418/23319/20368 22419/23318/20368</w:t>
        <w:br/>
        <w:t>f 22400/23297/20352 22397/23300/20354 22419/23318/20368</w:t>
        <w:br/>
        <w:t>f 22415/23313/20363 22416/23316/20366 22403/23302/20356</w:t>
        <w:br/>
        <w:t>f 22404/23301/20355 22415/23313/20363 22403/23302/20356</w:t>
        <w:br/>
        <w:t>f 22417/23320/20367 22424/23323/20371 22423/23324/20371</w:t>
        <w:br/>
        <w:t>f 22420/23317/20367 22417/23320/20367 22423/23324/20371</w:t>
        <w:br/>
        <w:t>f 22422/23322/20370 22421/23321/20369 22413/23315/20365</w:t>
        <w:br/>
        <w:t>f 22414/23314/20364 22422/23322/20370 22413/23315/20365</w:t>
        <w:br/>
        <w:t>f 22385/23285/20341 22425/23325/20372 22391/23291/20347</w:t>
        <w:br/>
        <w:t>f 22394/23295/20350 22395/23294/20349 22426/23326/20373</w:t>
        <w:br/>
        <w:t>f 22385/23285/20341 22394/23295/20350 22426/23326/20373</w:t>
        <w:br/>
        <w:t>f 22427/23327/20374 22396/23296/20351 22383/23281/20337</w:t>
        <w:br/>
        <w:t>f 22385/23285/20341 22426/23326/20373 22384/23286/20342</w:t>
        <w:br/>
        <w:t>f 22383/23281/20337 22381/23283/20339 22427/23327/20374</w:t>
        <w:br/>
        <w:t>f 22425/23325/20372 22385/23285/20341 22386/23284/20340</w:t>
        <w:br/>
        <w:t>f 22361/23264/20323 22429/23328/20375 22428/23329/20376</w:t>
        <w:br/>
        <w:t>f 22364/23261/20320 22361/23264/20323 22428/23329/20376</w:t>
        <w:br/>
        <w:t>f 22431/23330/20377 22430/23331/20378 22369/23272/20330</w:t>
        <w:br/>
        <w:t>f 22370/23271/20329 22431/23330/20377 22369/23272/20330</w:t>
        <w:br/>
        <w:t>f 22429/23328/20375 22361/23264/20323 22379/23280/20336</w:t>
        <w:br/>
        <w:t>f 22432/23332/20379 22429/23328/20375 22379/23280/20336</w:t>
        <w:br/>
        <w:t>f 22370/23271/20329 22390/23290/20346 22433/23333/20380</w:t>
        <w:br/>
        <w:t>f 22431/23330/20377 22370/23271/20329 22433/23333/20380</w:t>
        <w:br/>
        <w:t>f 22434/23334/20381 22391/23291/20347 22364/23261/20320</w:t>
        <w:br/>
        <w:t>f 22428/23329/20376 22434/23334/20381 22364/23261/20320</w:t>
        <w:br/>
        <w:t>f 22394/23295/20350 22435/23335/20382 22433/23333/20380</w:t>
        <w:br/>
        <w:t>f 22437/23336/20383 22436/23337/20384 22402/23303/20357</w:t>
        <w:br/>
        <w:t>f 22403/23302/20356 22437/23336/20383 22402/23303/20357</w:t>
        <w:br/>
        <w:t>f 22439/23338/20385 22438/23339/20386 22412/23309/20361</w:t>
        <w:br/>
        <w:t>f 22409/23312/20330 22439/23338/20385 22412/23309/20361</w:t>
        <w:br/>
        <w:t>f 22436/23337/20384 22432/23332/20379 22379/23280/20336</w:t>
        <w:br/>
        <w:t>f 22402/23303/20357 22436/23337/20384 22379/23280/20336</w:t>
        <w:br/>
        <w:t>f 22441/23340/20387 22440/23341/20388 22416/23316/20366</w:t>
        <w:br/>
        <w:t>f 22413/23315/20365 22441/23340/20387 22416/23316/20366</w:t>
        <w:br/>
        <w:t>f 22412/23309/20361 22438/23339/20386 22442/23342/20389</w:t>
        <w:br/>
        <w:t>f 22421/23321/20369 22412/23309/20361 22442/23342/20389</w:t>
        <w:br/>
        <w:t>f 22403/23302/20356 22416/23316/20366 22440/23341/20388</w:t>
        <w:br/>
        <w:t>f 22437/23336/20383 22403/23302/20356 22440/23341/20388</w:t>
        <w:br/>
        <w:t>f 22442/23342/20389 22441/23340/20387 22413/23315/20365</w:t>
        <w:br/>
        <w:t>f 22421/23321/20369 22442/23342/20389 22413/23315/20365</w:t>
        <w:br/>
        <w:t>f 22391/23291/20347 22434/23334/20381 22385/23285/20341</w:t>
        <w:br/>
        <w:t>f 22382/23282/20338 22383/23281/20337 22443/23343/20390</w:t>
        <w:br/>
        <w:t>f 22385/23285/20341 22435/23335/20382 22394/23295/20350</w:t>
        <w:br/>
        <w:t>f 22447/23344/20391 22446/23345/20392 22445/23346/20393</w:t>
        <w:br/>
        <w:t>f 22444/23347/20394 22447/23344/20391 22445/23346/20393</w:t>
        <w:br/>
        <w:t>f 22450/23348/20395 22449/23349/20396 22448/23350/20397</w:t>
        <w:br/>
        <w:t>f 22451/23351/20398 22450/23348/20395 22448/23350/20397</w:t>
        <w:br/>
        <w:t>f 22453/23352/20399 22452/23353/20400 22449/23349/20396</w:t>
        <w:br/>
        <w:t>f 22450/23348/20395 22453/23352/20399 22449/23349/20396</w:t>
        <w:br/>
        <w:t>f 22454/23354/20401 22452/23353/20400 22453/23352/20399</w:t>
        <w:br/>
        <w:t>f 22455/23355/20402 22454/23354/20401 22453/23352/20399</w:t>
        <w:br/>
        <w:t>f 22456/23356/20403 22454/23354/20401 22455/23355/20402</w:t>
        <w:br/>
        <w:t>f 22457/23357/20404 22456/23356/20403 22455/23355/20402</w:t>
        <w:br/>
        <w:t>f 22458/23358/20405 22456/23356/20403 22457/23357/20404</w:t>
        <w:br/>
        <w:t>f 22459/23359/20406 22458/23358/20405 22457/23357/20404</w:t>
        <w:br/>
        <w:t>f 22461/23360/20407 22458/23358/20405 22459/23359/20406</w:t>
        <w:br/>
        <w:t>f 22460/23361/20408 22461/23360/20407 22459/23359/20406</w:t>
        <w:br/>
        <w:t>f 22463/23362/20409 22462/23363/20410 22461/23360/20407</w:t>
        <w:br/>
        <w:t>f 22460/23361/20408 22463/23362/20409 22461/23360/20407</w:t>
        <w:br/>
        <w:t>f 22462/23363/20410 22463/23362/20409 22465/23364/20411</w:t>
        <w:br/>
        <w:t>f 22464/23365/20412 22462/23363/20410 22465/23364/20411</w:t>
        <w:br/>
        <w:t>f 22467/23366/20413 22464/23365/20412 22465/23364/20411</w:t>
        <w:br/>
        <w:t>f 22466/23367/20414 22467/23366/20413 22465/23364/20411</w:t>
        <w:br/>
        <w:t>f 22468/23368/20415 22444/23347/20394 22445/23346/20393</w:t>
        <w:br/>
        <w:t>f 22469/23369/20416 22468/23368/20415 22445/23346/20393</w:t>
        <w:br/>
        <w:t>f 22453/23352/20399 22450/23348/20395 22471/23370/20417</w:t>
        <w:br/>
        <w:t>f 22470/23371/20418 22453/23352/20399 22471/23370/20417</w:t>
        <w:br/>
        <w:t>f 22470/23371/20418 22472/23372/20419 22455/23355/20402</w:t>
        <w:br/>
        <w:t>f 22453/23352/20399 22470/23371/20418 22455/23355/20402</w:t>
        <w:br/>
        <w:t>f 22457/23357/20404 22455/23355/20402 22472/23372/20419</w:t>
        <w:br/>
        <w:t>f 22473/23373/20420 22457/23357/20404 22472/23372/20419</w:t>
        <w:br/>
        <w:t>f 22459/23359/20406 22457/23357/20404 22473/23373/20420</w:t>
        <w:br/>
        <w:t>f 22474/23374/20421 22459/23359/20406 22473/23373/20420</w:t>
        <w:br/>
        <w:t>f 22475/23375/20422 22460/23361/20408 22459/23359/20406</w:t>
        <w:br/>
        <w:t>f 22474/23374/20421 22475/23375/20422 22459/23359/20406</w:t>
        <w:br/>
        <w:t>f 22447/23344/20391 22444/23347/20394 22451/23351/20398</w:t>
        <w:br/>
        <w:t>f 22448/23350/20397 22447/23344/20391 22451/23351/20398</w:t>
        <w:br/>
        <w:t>f 22478/23376/20423 22477/23377/20424 22476/23378/20393</w:t>
        <w:br/>
        <w:t>f 22479/23379/20392 22478/23376/20423 22476/23378/20393</w:t>
        <w:br/>
        <w:t>f 22480/23380/20425 22451/23351/20398 22444/23347/20394</w:t>
        <w:br/>
        <w:t>f 22468/23368/20415 22480/23380/20425 22444/23347/20394</w:t>
        <w:br/>
        <w:t>f 22482/23381/20426 22481/23382/20427 22476/23378/20393</w:t>
        <w:br/>
        <w:t>f 22477/23377/20424 22482/23381/20426 22476/23378/20393</w:t>
        <w:br/>
        <w:t>f 22396/23296/20351 22388/23287/20343 22383/23281/20337</w:t>
        <w:br/>
        <w:t>f 22385/23285/20341 22434/23334/20381 22435/23335/20382</w:t>
        <w:br/>
        <w:t>f 21714/22616/19755 21722/22623/19761 21837/22735/19855</w:t>
        <w:br/>
        <w:t>f 21832/22734/19854 21824/22726/19848 21846/22746/19864</w:t>
        <w:br/>
        <w:t>f 21867/22770/19887 21868/22769/19886 21891/22791/19908</w:t>
        <w:br/>
        <w:t>f 21874/22772/19889 21872/22774/19891 21868/22769/19886</w:t>
        <w:br/>
        <w:t>f 21869/22768/19885 21874/22772/19889 21868/22769/19886</w:t>
        <w:br/>
        <w:t>f 21872/22774/19891 21873/22773/19890 21883/22783/19900</w:t>
        <w:br/>
        <w:t>f 21867/22770/19887 21881/22780/19897 21870/22767/19884</w:t>
        <w:br/>
        <w:t>f 21872/22774/19891 21883/22783/19900 21891/22791/19908</w:t>
        <w:br/>
        <w:t>f 22231/23132/20214 22215/23115/20197 22216/23114/20196</w:t>
        <w:br/>
        <w:t>f 22066/22968/20078 22054/22956/20066 22055/22955/20065</w:t>
        <w:br/>
        <w:t>f 22070/22970/20080 22066/22968/20078 22067/22967/20077</w:t>
        <w:br/>
        <w:t>f 21965/22865/19980 21962/22860/19975 21954/22857/19972</w:t>
        <w:br/>
        <w:t>f 21975/22875/19989 21977/22877/19991 21966/22869/19984</w:t>
        <w:br/>
        <w:t>f 21979/22879/19993 21721/22621/19759 21666/22566/19715</w:t>
        <w:br/>
        <w:t>f 21674/22575/19721 22483/23383/20428 21802/22702/19828</w:t>
        <w:br/>
        <w:t>f 22035/22933/20043 22069/22969/20079 22066/22968/20078</w:t>
        <w:br/>
        <w:t>f 22035/22933/20043 22066/22968/20078 22055/22955/20065</w:t>
        <w:br/>
        <w:t>f 22034/22934/20044 22035/22933/20043 22055/22955/20065</w:t>
        <w:br/>
        <w:t>f 22033/22935/20045 22036/22936/20046 22063/22965/20075</w:t>
        <w:br/>
        <w:t>f 22050/22950/20060 22036/22936/20046 22037/22937/20047</w:t>
        <w:br/>
        <w:t>f 22324/23224/20297 22050/22950/20060 22037/22937/20047</w:t>
        <w:br/>
        <w:t>f 22393/23292/20348 22382/23282/20338 22443/23343/20390</w:t>
        <w:br/>
        <w:t>f 22392/23293/20348 22393/23292/20348 22443/23343/20390</w:t>
        <w:br/>
        <w:t>f 22035/22933/20043 22033/22935/20045 22069/22969/20079</w:t>
        <w:br/>
        <w:t>f 22069/22969/20079 22063/22965/20075 22064/22964/20074</w:t>
        <w:br/>
        <w:t>f 22068/22966/20076 22069/22969/20079 22064/22964/20074</w:t>
        <w:br/>
        <w:t>f 22064/22964/20074 22065/22963/20073 22079/22978/20088</w:t>
        <w:br/>
        <w:t>f 22074/22973/20083 22064/22964/20074 22079/22978/20088</w:t>
        <w:br/>
        <w:t>f 22074/22973/20083 22131/23033/20140 22071/22972/20082</w:t>
        <w:br/>
        <w:t>f 22063/22965/20075 22036/22936/20046 22048/22949/20059</w:t>
        <w:br/>
        <w:t>f 22033/22935/20045 22063/22965/20075 22069/22969/20079</w:t>
        <w:br/>
        <w:t>f 22243/23143/20224 22241/23142/20223 22244/23147/20228</w:t>
        <w:br/>
        <w:t>f 22245/23146/20227 22243/23143/20224 22244/23147/20228</w:t>
        <w:br/>
        <w:t>f 22242/23141/20222 22243/23143/20224 22254/23155/20236</w:t>
        <w:br/>
        <w:t>f 22260/23161/20429 22242/23141/20222 22254/23155/20236</w:t>
        <w:br/>
        <w:t>f 22309/23210/20288 22317/23217/20236 22311/23212/20235</w:t>
        <w:br/>
        <w:t>f 22217/23119/20201 22218/23118/20200 22484/23384/20430</w:t>
        <w:br/>
        <w:t>f 22485/23385/20431 22074/22973/20083 22079/22978/20088</w:t>
        <w:br/>
        <w:t>f 22079/22978/20088 22121/23020/20128 22122/23019/20127</w:t>
        <w:br/>
        <w:t>f 22485/23385/20431 22079/22978/20088 22122/23019/20127</w:t>
        <w:br/>
        <w:t>f 22487/23386/20432 22486/23387/20433 22119/23022/20130</w:t>
        <w:br/>
        <w:t>f 22302/23202/20281 22488/23388/20434 22487/23386/20432</w:t>
        <w:br/>
        <w:t>f 22119/23022/20130 22302/23202/20281 22487/23386/20432</w:t>
        <w:br/>
        <w:t>f 22309/23210/20288 22312/23211/20289 22488/23388/20434</w:t>
        <w:br/>
        <w:t>f 22302/23202/20281 22309/23210/20288 22488/23388/20434</w:t>
        <w:br/>
        <w:t>f 22138/23037/20143 22486/23387/20433 22487/23386/20432</w:t>
        <w:br/>
        <w:t>f 22137/23038/20144 22138/23037/20143 22487/23386/20432</w:t>
        <w:br/>
        <w:t>f 22488/23388/20434 22313/23213/20290 22137/23038/20144</w:t>
        <w:br/>
        <w:t>f 22487/23386/20432 22488/23388/20434 22137/23038/20144</w:t>
        <w:br/>
        <w:t>f 22313/23213/20290 22488/23388/20434 22312/23211/20289</w:t>
        <w:br/>
        <w:t>f 22314/23214/20291 22313/23213/20290 22312/23211/20289</w:t>
        <w:br/>
        <w:t>f 22311/23212/20235 22314/23214/20291 22312/23211/20289</w:t>
        <w:br/>
        <w:t>f 22314/23214/20291 22311/23212/20235 22319/23218/20292</w:t>
        <w:br/>
        <w:t>f 22304/23203/20282 22314/23214/20291 22318/23219/20293</w:t>
        <w:br/>
        <w:t>f 22318/23219/20293 22280/23182/20263 22303/23204/20283</w:t>
        <w:br/>
        <w:t>f 22304/23203/20282 22318/23219/20293 22303/23204/20283</w:t>
        <w:br/>
        <w:t>f 22122/23019/20127 22119/23022/20130 22486/23387/20433</w:t>
        <w:br/>
        <w:t>f 22486/23387/20433 22133/23031/20138 22485/23385/20431</w:t>
        <w:br/>
        <w:t>f 22122/23019/20127 22486/23387/20433 22485/23385/20431</w:t>
        <w:br/>
        <w:t>f 22074/22973/20083 22485/23385/20431 22133/23031/20138</w:t>
        <w:br/>
        <w:t>f 22132/23032/20139 22133/23031/20138 22486/23387/20433</w:t>
        <w:br/>
        <w:t>f 22132/23032/20139 22101/23003/20113 22102/23002/20112</w:t>
        <w:br/>
        <w:t>f 22132/23032/20139 22102/23002/20112 22131/23033/20140</w:t>
        <w:br/>
        <w:t>f 22132/23032/20139 22486/23387/20433 22138/23037/20143</w:t>
        <w:br/>
        <w:t>f 22363/23262/20321 22391/23291/20347 22425/23325/20372</w:t>
        <w:br/>
        <w:t>f 22490/23389/20435 22465/23364/20411 22463/23362/20409</w:t>
        <w:br/>
        <w:t>f 22489/23390/20436 22490/23389/20435 22463/23362/20409</w:t>
        <w:br/>
        <w:t>f 22465/23364/20411 22490/23389/20435 22491/23391/20437</w:t>
        <w:br/>
        <w:t>f 22466/23367/20414 22465/23364/20411 22491/23391/20437</w:t>
        <w:br/>
        <w:t>f 22493/23392/20438 22466/23367/20414 22491/23391/20437</w:t>
        <w:br/>
        <w:t>f 22492/23393/20439 22493/23392/20438 22491/23391/20437</w:t>
        <w:br/>
        <w:t>f 22460/23361/20408 22475/23375/20422 22489/23390/20436</w:t>
        <w:br/>
        <w:t>f 22463/23362/20409 22460/23361/20408 22489/23390/20436</w:t>
        <w:br/>
        <w:t>f 22478/23376/20423 22494/23394/20440 22493/23392/20438</w:t>
        <w:br/>
        <w:t>f 22477/23377/20424 22478/23376/20423 22493/23392/20438</w:t>
        <w:br/>
        <w:t>f 22494/23394/20440 22467/23366/20413 22466/23367/20414</w:t>
        <w:br/>
        <w:t>f 22493/23392/20438 22494/23394/20440 22466/23367/20414</w:t>
        <w:br/>
        <w:t>f 22492/23393/20439 22482/23381/20426 22477/23377/20424</w:t>
        <w:br/>
        <w:t>f 22493/23392/20438 22492/23393/20439 22477/23377/20424</w:t>
        <w:br/>
        <w:t>f 22451/23351/20398 22480/23380/20425 22471/23370/20417</w:t>
        <w:br/>
        <w:t>f 22450/23348/20395 22451/23351/20398 22471/23370/20417</w:t>
        <w:br/>
        <w:t>f 22498/23395/20441 22497/23396/20442 22496/23397/20443</w:t>
        <w:br/>
        <w:t>f 22495/23398/20444 22498/23395/20441 22496/23397/20443</w:t>
        <w:br/>
        <w:t>f 22497/23396/20442 22500/23399/20445 22499/23400/20446</w:t>
        <w:br/>
        <w:t>f 22496/23397/20443 22497/23396/20442 22499/23400/20446</w:t>
        <w:br/>
        <w:t>f 22499/23400/20446 22500/23399/20445 22501/23401/20447</w:t>
        <w:br/>
        <w:t>f 22502/23402/20447 22499/23400/20446 22501/23401/20447</w:t>
        <w:br/>
        <w:t>f 22504/23403/20448 22503/23404/20448 22502/23402/20447</w:t>
        <w:br/>
        <w:t>f 22501/23401/20447 22504/23403/20448 22502/23402/20447</w:t>
        <w:br/>
        <w:t>f 22503/23404/20448 22504/23403/20448 22506/23405/20449</w:t>
        <w:br/>
        <w:t>f 22505/23406/20449 22503/23404/20448 22506/23405/20449</w:t>
        <w:br/>
        <w:t>f 22508/23407/20450 22507/23408/20450 22505/23406/20449</w:t>
        <w:br/>
        <w:t>f 22506/23405/20449 22508/23407/20450 22505/23406/20449</w:t>
        <w:br/>
        <w:t>f 22510/23409/20451 22507/23408/20450 22508/23407/20450</w:t>
        <w:br/>
        <w:t>f 22509/23410/20452 22510/23409/20451 22508/23407/20450</w:t>
        <w:br/>
        <w:t>f 22512/23411/20453 22510/23409/20451 22509/23410/20452</w:t>
        <w:br/>
        <w:t>f 22511/23412/20453 22512/23411/20453 22509/23410/20452</w:t>
        <w:br/>
        <w:t>f 22511/23412/20453 22514/23413/20454 22513/23414/20454</w:t>
        <w:br/>
        <w:t>f 22512/23411/20453 22511/23412/20453 22513/23414/20454</w:t>
        <w:br/>
        <w:t>f 22516/23415/20455 22513/23414/20454 22514/23413/20454</w:t>
        <w:br/>
        <w:t>f 22515/23416/20456 22516/23415/20455 22514/23413/20454</w:t>
        <w:br/>
        <w:t>f 22516/23415/20455 22515/23416/20456 22518/23417/20457</w:t>
        <w:br/>
        <w:t>f 22517/23418/20457 22516/23415/20455 22518/23417/20457</w:t>
        <w:br/>
        <w:t>f 22521/23419/20458 22520/23420/20459 22519/23421/20460</w:t>
        <w:br/>
        <w:t>f 22522/23422/20458 22521/23419/20458 22519/23421/20460</w:t>
        <w:br/>
        <w:t>f 22498/23395/20441 22495/23398/20444 22523/23423/20458</w:t>
        <w:br/>
        <w:t>f 22524/23424/20458 22498/23395/20441 22523/23423/20458</w:t>
        <w:br/>
        <w:t>f 22519/23421/20460 22520/23420/20459 22517/23418/20457</w:t>
        <w:br/>
        <w:t>f 22518/23417/20457 22519/23421/20460 22517/23418/20457</w:t>
        <w:br/>
        <w:t>f 22528/23425/20461 22527/23426/20462 22526/23427/20463</w:t>
        <w:br/>
        <w:t>f 22525/23428/20461 22528/23425/20461 22526/23427/20463</w:t>
        <w:br/>
        <w:t>f 22527/23426/20462 22530/23429/20464 22529/23430/20464</w:t>
        <w:br/>
        <w:t>f 22526/23427/20463 22527/23426/20462 22529/23430/20464</w:t>
        <w:br/>
        <w:t>f 22532/23431/20465 22531/23432/20465 22529/23430/20464</w:t>
        <w:br/>
        <w:t>f 22530/23429/20464 22532/23431/20465 22529/23430/20464</w:t>
        <w:br/>
        <w:t>f 22531/23432/20465 22532/23431/20465 22534/23433/20466</w:t>
        <w:br/>
        <w:t>f 22533/23434/20467 22531/23432/20465 22534/23433/20466</w:t>
        <w:br/>
        <w:t>f 22536/23435/20468 22535/23436/20468 22533/23434/20467</w:t>
        <w:br/>
        <w:t>f 22534/23433/20466 22536/23435/20468 22533/23434/20467</w:t>
        <w:br/>
        <w:t>f 22535/23436/20468 22536/23435/20468 22537/23437/20469</w:t>
        <w:br/>
        <w:t>f 22538/23438/20469 22535/23436/20468 22537/23437/20469</w:t>
        <w:br/>
        <w:t>f 22537/23437/20469 22540/23439/20470 22539/23440/20470</w:t>
        <w:br/>
        <w:t>f 22538/23438/20469 22537/23437/20469 22539/23440/20470</w:t>
        <w:br/>
        <w:t>f 22542/23441/20471 22539/23440/20470 22540/23439/20470</w:t>
        <w:br/>
        <w:t>f 22541/23442/20472 22542/23441/20471 22540/23439/20470</w:t>
        <w:br/>
        <w:t>f 22541/23442/20472 22544/23443/20473 22543/23444/20473</w:t>
        <w:br/>
        <w:t>f 22542/23441/20471 22541/23442/20472 22543/23444/20473</w:t>
        <w:br/>
        <w:t>f 22544/23443/20473 22546/23445/20474 22545/23446/20475</w:t>
        <w:br/>
        <w:t>f 22543/23444/20473 22544/23443/20473 22545/23446/20475</w:t>
        <w:br/>
        <w:t>f 22545/23446/20475 22546/23445/20474 22547/23447/20476</w:t>
        <w:br/>
        <w:t>f 22548/23448/20477 22545/23446/20475 22547/23447/20476</w:t>
        <w:br/>
        <w:t>f 22552/23449/20478 22551/23450/20479 22550/23451/20480</w:t>
        <w:br/>
        <w:t>f 22549/23452/20480 22552/23449/20478 22550/23451/20480</w:t>
        <w:br/>
        <w:t>f 22554/23453/20479 22528/23425/20461 22525/23428/20461</w:t>
        <w:br/>
        <w:t>f 22553/23454/20478 22554/23453/20479 22525/23428/20461</w:t>
        <w:br/>
        <w:t>f 22549/23452/20480 22550/23451/20480 22548/23448/20477</w:t>
        <w:br/>
        <w:t>f 22547/23447/20476 22549/23452/20480 22548/23448/20477</w:t>
        <w:br/>
        <w:t>f 21837/22735/19855 21832/22734/19854 22555/23455/20481</w:t>
        <w:br/>
        <w:t>f 21714/22616/19755 21837/22735/19855 22556/23456/20482</w:t>
        <w:br/>
        <w:t>f 21894/22793/19910 21863/22761/19878 21896/22796/19913</w:t>
        <w:br/>
        <w:t>f 21725/22625/19763 21858/22757/19874 21892/22792/19909</w:t>
        <w:br/>
        <w:t>f 21858/22757/19874 21852/22755/19872 21857/22758/19875</w:t>
        <w:br/>
        <w:t>f 21865/22766/19883 21862/22762/19879 21863/22761/19878</w:t>
        <w:br/>
        <w:t>f 22558/23457/20483 22557/23458/20484 22292/23190/20271</w:t>
        <w:br/>
        <w:t>f 22558/23457/20483 22292/23190/20271 22293/23193/20274</w:t>
        <w:br/>
        <w:t>f 22314/23214/20291 22319/23218/20292 22318/23219/20293</w:t>
        <w:br/>
        <w:t>f 22218/23118/20200 22235/23135/20217 22214/23116/20198</w:t>
        <w:br/>
        <w:t>f 22484/23384/20430 22218/23118/20200 22214/23116/20198</w:t>
        <w:br/>
        <w:t>f 22219/23117/20199 22217/23119/20201 22226/23128/20210</w:t>
        <w:br/>
        <w:t>f 22241/23142/20223 22217/23119/20201 22484/23384/20430</w:t>
        <w:br/>
        <w:t>f 22244/23147/20228 22241/23142/20223 22484/23384/20430</w:t>
        <w:br/>
        <w:t>f 22226/23128/20210 22217/23119/20201 22241/23142/20223</w:t>
        <w:br/>
        <w:t>f 22244/23147/20228 22484/23384/20430 22214/23116/20198</w:t>
        <w:br/>
        <w:t>f 22247/23144/20225 22244/23147/20228 22214/23116/20198</w:t>
        <w:br/>
        <w:t>f 22559/23459/20485 22246/23145/20226 22247/23144/20225</w:t>
        <w:br/>
        <w:t>f 22215/23115/20197 22559/23459/20485 22247/23144/20225</w:t>
        <w:br/>
        <w:t>f 22252/23151/20232 22253/23150/20231 22255/23154/20235</w:t>
        <w:br/>
        <w:t>f 22214/23116/20198 22235/23135/20217 22216/23114/20196</w:t>
        <w:br/>
        <w:t>f 22234/23134/20216 22235/23135/20217 22222/23121/20203</w:t>
        <w:br/>
        <w:t>f 22222/23121/20203 22235/23135/20217 22218/23118/20200</w:t>
        <w:br/>
        <w:t>f 22214/23116/20198 22215/23115/20197 22247/23144/20225</w:t>
        <w:br/>
        <w:t>f 22253/23150/20231 22275/23175/20256 22560/23460/20486</w:t>
        <w:br/>
        <w:t>f 22212/23111/20194 22213/23110/20193 22250/23153/20234</w:t>
        <w:br/>
        <w:t>f 22251/23152/20233 22212/23111/20194 22250/23153/20234</w:t>
        <w:br/>
        <w:t>f 22231/23132/20214 22248/23148/20229 22215/23115/20197</w:t>
        <w:br/>
        <w:t>f 22278/23178/20259 22266/23166/20247 22250/23153/20234</w:t>
        <w:br/>
        <w:t>f 22215/23115/20197 22248/23148/20229 22559/23459/20485</w:t>
        <w:br/>
        <w:t>f 22394/23295/20350 22433/23333/20380 22390/23290/20346</w:t>
        <w:br/>
        <w:t>f 21871/22771/19888 21859/22756/19873 21895/22795/19912</w:t>
        <w:br/>
        <w:t>f 21875/22775/19892 21865/22766/19883 21893/22794/19911</w:t>
        <w:br/>
        <w:t>f 21867/22770/19887 21891/22791/19908 21882/22782/19899</w:t>
        <w:br/>
        <w:t>f 21872/22774/19891 21891/22791/19908 21868/22769/19886</w:t>
        <w:br/>
        <w:t>f 21883/22783/19900 21856/22759/19876 21891/22791/19908</w:t>
        <w:br/>
        <w:t>f 21882/22782/19899 21856/22759/19876 21857/22758/19875</w:t>
        <w:br/>
        <w:t>f 22175/23077/20172 22180/23081/20176 22192/23091/20182</w:t>
        <w:br/>
        <w:t>f 22186/23086/20181 22171/23070/20165 22172/23072/20167</w:t>
        <w:br/>
        <w:t>f 22017/22916/20027 22013/22910/20021 22023/22924/20035</w:t>
        <w:br/>
        <w:t>f 22022/22922/20033 22005/22904/20015 22016/22917/20028</w:t>
        <w:br/>
        <w:t>f 22018/22918/20029 22021/22921/20032 22003/22903/20014</w:t>
        <w:br/>
        <w:t>f 22182/23082/20177 22185/23085/20180 22181/23080/20175</w:t>
        <w:br/>
        <w:t>f 21711/22610/19749 21849/22749/19866 21848/22748/19778</w:t>
        <w:br/>
        <w:t>f 21777/22679/19807 21801/22701/19827 21851/22751/19868</w:t>
        <w:br/>
        <w:t>f 21686/22586/19729 21693/22592/19734 21685/22587/19730</w:t>
        <w:br/>
        <w:t>f 21768/22669/19798 21762/22662/19792 21763/22661/19791</w:t>
        <w:br/>
        <w:t>f 21814/22714/19838 21757/22659/19789 21811/22711/19835</w:t>
        <w:br/>
        <w:t>f 21781/22684/19812 21814/22714/19838 21813/22712/19836</w:t>
        <w:br/>
        <w:t>f 21785/22685/19813 21749/22651/19783 22561/23461/20487</w:t>
        <w:br/>
        <w:t>f 21752/22652/19784 21785/22685/19813 21978/22878/19992</w:t>
        <w:br/>
        <w:t>f 21665/22567/19716 21721/22621/19759 22562/23462/20488</w:t>
        <w:br/>
        <w:t>f 22255/23154/20235 22253/23150/20231 22563/23463/20489</w:t>
        <w:br/>
        <w:t>f 22252/23151/20232 22255/23154/20235 22245/23146/20227</w:t>
        <w:br/>
        <w:t>f 22071/22972/20082 22031/22930/20041 22032/22929/20040</w:t>
        <w:br/>
        <w:t>f 22071/22972/20082 22032/22929/20040 22073/22974/20084</w:t>
        <w:br/>
        <w:t>f 22161/23060/19377 22162/23059/19377 22564/23464/19711</w:t>
        <w:br/>
        <w:t>f 21821/22721/19843 21714/22616/19755 22556/23456/20482</w:t>
        <w:br/>
        <w:t>f 21832/22734/19854 21833/22733/19853 22555/23455/20481</w:t>
        <w:br/>
        <w:t>f 21938/22838/19954 21919/22819/19935 21909/22810/19926</w:t>
        <w:br/>
        <w:t>f 21919/22819/19935 21947/22847/19962 21909/22810/19926</w:t>
        <w:br/>
        <w:t>f 21717/22617/19756 21803/22705/19831 21806/22706/19832</w:t>
        <w:br/>
        <w:t>f 21674/22575/19721 21806/22706/19832 22483/23383/20428</w:t>
        <w:br/>
        <w:t>f 21717/22617/19756 21675/22574/19720 21726/22627/19765</w:t>
        <w:br/>
        <w:t>f 21726/22627/19765 21805/22703/19829 21717/22617/19756</w:t>
        <w:br/>
        <w:t>f 21716/22614/19753 21714/22616/19755 21805/22703/19829</w:t>
        <w:br/>
        <w:t>f 22062/22961/20071 22059/22957/20067 22060/22960/20070</w:t>
        <w:br/>
        <w:t>f 22240/23140/20221 22239/23136/20218 22249/23149/20230</w:t>
        <w:br/>
        <w:t>f 22065/22963/20073 22061/22962/20072 22062/22961/20071</w:t>
        <w:br/>
        <w:t>f 22249/23149/20230 22242/23141/20222 22240/23140/20221</w:t>
        <w:br/>
        <w:t>f 21877/22777/19894 21882/22782/19899 21887/22787/19904</w:t>
        <w:br/>
        <w:t>f 21960/22862/19977 21945/22844/19960 21962/22860/19975</w:t>
        <w:br/>
        <w:t>f 21947/22847/19962 21921/22824/19940 21909/22810/19926</w:t>
        <w:br/>
        <w:t>f 21938/22838/19954 21910/22809/19925 21939/22840/19956</w:t>
        <w:br/>
        <w:t>f 21884/22785/19902 21883/22783/19900 21873/22773/19890</w:t>
        <w:br/>
        <w:t>f 7829/23465/20490 7828/23466/20491 7827/23467/20492</w:t>
        <w:br/>
        <w:t>f 7833/23468/20493 7832/23469/20494 7831/23470/20495</w:t>
        <w:br/>
        <w:t>f 7830/23471/20496 7833/23468/20493 7831/23470/20495</w:t>
        <w:br/>
        <w:t>f 7835/23472/20497 7834/23473/20498 7833/23468/20493</w:t>
        <w:br/>
        <w:t>f 7828/23466/20491 7829/23465/20490 7836/23474/20499</w:t>
        <w:br/>
        <w:t>f 7837/23475/20500 7828/23466/20491 7836/23474/20499</w:t>
        <w:br/>
        <w:t>f 7835/23472/20497 7839/23476/20501 7838/23477/20502</w:t>
        <w:br/>
        <w:t>f 7841/23478/20503 7840/23479/20504 7835/23472/20497</w:t>
        <w:br/>
        <w:t>f 7838/23477/20502 7841/23478/20503 7835/23472/20497</w:t>
        <w:br/>
        <w:t>f 7832/23469/20494 7833/23468/20493 7834/23473/20498</w:t>
        <w:br/>
        <w:t>f 7845/23480/20505 7844/23481/20506 7843/23482/20507</w:t>
        <w:br/>
        <w:t>f 7842/23483/20508 7845/23480/20505 7843/23482/20507</w:t>
        <w:br/>
        <w:t>f 7845/23480/20505 7846/23484/20509 7844/23481/20506</w:t>
        <w:br/>
        <w:t>f 7849/23485/20510 7848/23486/20511 7847/23487/20512</w:t>
        <w:br/>
        <w:t>f 7853/23488/20513 7852/23489/20514 7851/23490/20515</w:t>
        <w:br/>
        <w:t>f 7850/23491/20516 7853/23488/20513 7851/23490/20515</w:t>
        <w:br/>
        <w:t>f 7855/23492/20517 7848/23486/20511 7854/23493/20518</w:t>
        <w:br/>
        <w:t>f 7858/23494/20519 7857/23495/20520 7856/23496/20521</w:t>
        <w:br/>
        <w:t>f 7859/23497/20522 7849/23485/20510 7847/23487/20512</w:t>
        <w:br/>
        <w:t>f 7860/23498/20523 7859/23497/20522 7847/23487/20512</w:t>
        <w:br/>
        <w:t>f 7860/23498/20523 7847/23487/20512 7861/23499/20524</w:t>
        <w:br/>
        <w:t>f 7863/23500/20525 7862/23501/20526 7858/23494/20519</w:t>
        <w:br/>
        <w:t>f 7856/23496/20521 7863/23500/20525 7858/23494/20519</w:t>
        <w:br/>
        <w:t>f 7850/23491/20516 7857/23495/20520 7853/23488/20513</w:t>
        <w:br/>
        <w:t>f 7865/23502/20527 7864/23503/20528 7855/23492/20517</w:t>
        <w:br/>
        <w:t>f 7854/23493/20518 7865/23502/20527 7855/23492/20517</w:t>
        <w:br/>
        <w:t>f 7852/23489/20514 7853/23488/20513 7866/23504/20529</w:t>
        <w:br/>
        <w:t>f 7868/23505/20530 7867/23506/20531 7829/23465/20490</w:t>
        <w:br/>
        <w:t>f 7827/23467/20492 7868/23505/20530 7829/23465/20490</w:t>
        <w:br/>
        <w:t>f 7871/23507/20532 7870/23508/20533 7869/23509/20534</w:t>
        <w:br/>
        <w:t>f 7872/23510/20532 7871/23507/20532 7869/23509/20534</w:t>
        <w:br/>
        <w:t>f 7831/23470/20495 7874/23511/20535 7873/23512/20536</w:t>
        <w:br/>
        <w:t>f 7870/23508/20533 7831/23470/20495 7873/23512/20536</w:t>
        <w:br/>
        <w:t>f 7868/23505/20530 7827/23467/20492 7842/23483/20508</w:t>
        <w:br/>
        <w:t>f 7875/23513/20537 7868/23505/20530 7842/23483/20508</w:t>
        <w:br/>
        <w:t>f 7879/23514/20538 7878/23515/20539 7877/23516/20539</w:t>
        <w:br/>
        <w:t>f 7876/23517/20540 7879/23514/20538 7877/23516/20539</w:t>
        <w:br/>
        <w:t>f 7840/23479/20504 7881/23518/20541 7880/23519/20542</w:t>
        <w:br/>
        <w:t>f 7882/23520/20543 7840/23479/20504 7880/23519/20542</w:t>
        <w:br/>
        <w:t>f 7885/23521/20544 7884/23522/20544 7883/23523/20544</w:t>
        <w:br/>
        <w:t>f 7886/23524/20544 7885/23521/20544 7883/23523/20544</w:t>
        <w:br/>
        <w:t>f 7836/23474/20499 7888/23525/20545 7887/23526/20546</w:t>
        <w:br/>
        <w:t>f 7837/23475/20500 7836/23474/20499 7887/23526/20546</w:t>
        <w:br/>
        <w:t>f 7836/23474/20499 7829/23465/20490 7867/23506/20531</w:t>
        <w:br/>
        <w:t>f 7888/23525/20545 7836/23474/20499 7867/23506/20531</w:t>
        <w:br/>
        <w:t>f 7889/23527/20547 7839/23476/20501 7837/23475/20500</w:t>
        <w:br/>
        <w:t>f 7887/23526/20546 7889/23527/20547 7837/23475/20500</w:t>
        <w:br/>
        <w:t>f 7892/23528/20548 7891/23529/20549 7890/23530/20549</w:t>
        <w:br/>
        <w:t>f 7893/23531/20549 7892/23528/20548 7890/23530/20549</w:t>
        <w:br/>
        <w:t>f 7895/23532/20550 7894/23533/20551 7841/23478/20503</w:t>
        <w:br/>
        <w:t>f 7896/23534/20552 7895/23532/20550 7841/23478/20503</w:t>
        <w:br/>
        <w:t>f 7841/23478/20503 7894/23533/20551 7881/23518/20541</w:t>
        <w:br/>
        <w:t>f 7840/23479/20504 7841/23478/20503 7881/23518/20541</w:t>
        <w:br/>
        <w:t>f 7832/23469/20494 7882/23520/20543 7880/23519/20542</w:t>
        <w:br/>
        <w:t>f 7873/23512/20553 7832/23469/20494 7880/23519/20542</w:t>
        <w:br/>
        <w:t>f 7900/23535/20554 7899/23536/20555 7898/23537/20556</w:t>
        <w:br/>
        <w:t>f 7897/23538/20556 7900/23535/20554 7898/23537/20556</w:t>
        <w:br/>
        <w:t>f 7843/23482/20507 7899/23536/20555 7875/23513/20537</w:t>
        <w:br/>
        <w:t>f 7842/23483/20508 7843/23482/20507 7875/23513/20537</w:t>
        <w:br/>
        <w:t>f 7902/23539/20557 7901/23540/20557 7830/23471/20496</w:t>
        <w:br/>
        <w:t>f 7869/23509/20534 7902/23539/20557 7830/23471/20496</w:t>
        <w:br/>
        <w:t>f 7905/23541/20558 7904/23542/20558 7903/23543/20558</w:t>
        <w:br/>
        <w:t>f 7906/23544/20558 7905/23541/20558 7903/23543/20558</w:t>
        <w:br/>
        <w:t>f 7839/23476/20501 7828/23466/20491 7837/23475/20500</w:t>
        <w:br/>
        <w:t>f 7846/23484/20509 7833/23468/20493 7830/23471/20496</w:t>
        <w:br/>
        <w:t>f 7861/23499/20524 7858/23494/20519 7862/23501/20526</w:t>
        <w:br/>
        <w:t>f 7866/23504/20529 7855/23492/20517 7864/23503/20528</w:t>
        <w:br/>
        <w:t>f 7889/23527/20547 7895/23532/20550 7838/23477/20502</w:t>
        <w:br/>
        <w:t>f 7839/23476/20501 7889/23527/20547 7838/23477/20502</w:t>
        <w:br/>
        <w:t>f 7844/23481/20559 7901/23540/20557 7902/23539/20557</w:t>
        <w:br/>
        <w:t>f 7900/23535/20560 7844/23481/20559 7902/23539/20557</w:t>
        <w:br/>
        <w:t>f 7910/23545/20561 7909/23546/20511 7908/23547/20562</w:t>
        <w:br/>
        <w:t>f 7907/23548/20562 7910/23545/20561 7908/23547/20562</w:t>
        <w:br/>
        <w:t>f 7913/23549/20563 7912/23550/20564 7911/23551/20564</w:t>
        <w:br/>
        <w:t>f 7914/23552/20565 7913/23549/20563 7911/23551/20564</w:t>
        <w:br/>
        <w:t>f 7916/23553/20566 7915/23554/20567 7911/23551/20564</w:t>
        <w:br/>
        <w:t>f 7912/23550/20564 7916/23553/20566 7911/23551/20564</w:t>
        <w:br/>
        <w:t>f 7918/23555/20568 7909/23546/20511 7910/23545/20561</w:t>
        <w:br/>
        <w:t>f 7917/23556/20569 7918/23555/20568 7910/23545/20561</w:t>
        <w:br/>
        <w:t>f 7921/23557/20570 7920/23558/20571 7919/23559/20572</w:t>
        <w:br/>
        <w:t>f 7922/23560/20570 7921/23557/20570 7919/23559/20572</w:t>
        <w:br/>
        <w:t>f 7925/23561/20573 7924/23562/20574 7923/23563/20574</w:t>
        <w:br/>
        <w:t>f 7926/23564/20573 7925/23561/20573 7923/23563/20574</w:t>
        <w:br/>
        <w:t>f 7923/23563/20574 7924/23562/20574 7907/23548/20562</w:t>
        <w:br/>
        <w:t>f 7908/23547/20562 7923/23563/20574 7907/23548/20562</w:t>
        <w:br/>
        <w:t>f 7926/23564/20573 7928/23565/20524 7927/23566/20575</w:t>
        <w:br/>
        <w:t>f 7925/23561/20573 7926/23564/20573 7927/23566/20575</w:t>
        <w:br/>
        <w:t>f 7932/23567/20576 7931/23568/20576 7930/23569/20577</w:t>
        <w:br/>
        <w:t>f 7929/23570/20577 7932/23567/20576 7930/23569/20577</w:t>
        <w:br/>
        <w:t>f 7932/23567/20576 7921/23557/20570 7922/23560/20570</w:t>
        <w:br/>
        <w:t>f 7931/23568/20576 7932/23567/20576 7922/23560/20570</w:t>
        <w:br/>
        <w:t>f 7933/23571/20516 7916/23553/20566 7919/23559/20572</w:t>
        <w:br/>
        <w:t>f 7920/23558/20571 7933/23571/20516 7919/23559/20572</w:t>
        <w:br/>
        <w:t>f 7937/23572/20578 7936/23573/20579 7935/23574/20580</w:t>
        <w:br/>
        <w:t>f 7934/23575/20581 7937/23572/20578 7935/23574/20580</w:t>
        <w:br/>
        <w:t>f 7917/23556/20569 7936/23573/20579 7937/23572/20578</w:t>
        <w:br/>
        <w:t>f 7918/23555/20568 7917/23556/20569 7937/23572/20578</w:t>
        <w:br/>
        <w:t>f 7940/23576/20582 7913/23549/20563 7939/23577/20514</w:t>
        <w:br/>
        <w:t>f 7938/23578/20529 7940/23576/20582 7939/23577/20514</w:t>
        <w:br/>
        <w:t>f 7929/23570/20577 7930/23569/20577 7927/23566/20575</w:t>
        <w:br/>
        <w:t>f 7928/23565/20524 7929/23570/20577 7927/23566/20575</w:t>
        <w:br/>
        <w:t>f 7941/23579/20583 7935/23574/20580 7940/23576/20582</w:t>
        <w:br/>
        <w:t>f 7938/23578/20529 7941/23579/20583 7940/23576/20582</w:t>
        <w:br/>
        <w:t>f 7828/23466/20491 7845/23480/20505 7827/23467/20492</w:t>
        <w:br/>
        <w:t>f 7845/23480/20505 7842/23483/20508 7827/23467/20492</w:t>
        <w:br/>
        <w:t>f 7855/23492/20517 7847/23487/20512 7848/23486/20511</w:t>
        <w:br/>
        <w:t>f 7835/23472/20497 7840/23479/20504 7834/23473/20498</w:t>
        <w:br/>
        <w:t>f 7857/23495/20520 7858/23494/20519 7853/23488/20513</w:t>
        <w:br/>
        <w:t>f 7845/23480/20505 7833/23468/20493 7846/23484/20509</w:t>
        <w:br/>
        <w:t>f 7853/23488/20513 7855/23492/20517 7866/23504/20529</w:t>
        <w:br/>
        <w:t>f 7835/23472/20497 7828/23466/20491 7839/23476/20501</w:t>
        <w:br/>
        <w:t>f 7847/23487/20512 7858/23494/20519 7861/23499/20524</w:t>
        <w:br/>
        <w:t>f 8628/23580/20584 8627/23581/20585 8626/23582/20586</w:t>
        <w:br/>
        <w:t>f 8629/23583/20587 8628/23580/20584 8626/23582/20586</w:t>
        <w:br/>
        <w:t>f 8632/23584/20588 8631/23585/20589 8629/23583/20587</w:t>
        <w:br/>
        <w:t>f 8630/23586/20590 8632/23584/20588 8629/23583/20587</w:t>
        <w:br/>
        <w:t>f 8636/23587/20591 8635/23588/20592 8634/23589/20593</w:t>
        <w:br/>
        <w:t>f 8633/23590/20593 8636/23587/20591 8634/23589/20593</w:t>
        <w:br/>
        <w:t>f 8640/23591/20594 8639/23592/20595 8638/23593/20596</w:t>
        <w:br/>
        <w:t>f 8637/23594/20594 8640/23591/20594 8638/23593/20596</w:t>
        <w:br/>
        <w:t>f 8643/23595/20597 8642/23596/20598 8641/23597/20598</w:t>
        <w:br/>
        <w:t>f 8644/23598/20599 8643/23595/20597 8641/23597/20598</w:t>
        <w:br/>
        <w:t>f 8648/23599/20600 8647/23600/20601 8646/23601/20602</w:t>
        <w:br/>
        <w:t>f 8645/23602/20600 8648/23599/20600 8646/23601/20602</w:t>
        <w:br/>
        <w:t>f 8651/23603/20603 8650/23604/20604 8649/23605/20605</w:t>
        <w:br/>
        <w:t>f 8626/23582/20586 8652/23606/20606 8629/23583/20587</w:t>
        <w:br/>
        <w:t>f 8655/23607/20607 8654/23608/20608 8653/23609/20609</w:t>
        <w:br/>
        <w:t>f 8658/23610/20610 8657/23611/20611 8656/23612/20612</w:t>
        <w:br/>
        <w:t>f 8661/23613/20613 8660/23614/20614 8659/23615/20615</w:t>
        <w:br/>
        <w:t>f 8647/23600/20601 8663/23616/20616 8662/23617/20616</w:t>
        <w:br/>
        <w:t>f 8646/23601/20602 8647/23600/20601 8662/23617/20616</w:t>
        <w:br/>
        <w:t>f 8635/23588/20592 8636/23587/20591 8662/23617/20616</w:t>
        <w:br/>
        <w:t>f 8663/23616/20616 8635/23588/20592 8662/23617/20616</w:t>
        <w:br/>
        <w:t>f 8666/23618/20617 8665/23619/20617 8664/23620/20617</w:t>
        <w:br/>
        <w:t>f 8667/23621/20617 8666/23618/20617 8664/23620/20617</w:t>
        <w:br/>
        <w:t>f 8670/23622/20618 8669/23623/20618 8668/23624/20619</w:t>
        <w:br/>
        <w:t>f 8671/23625/20619 8670/23622/20618 8668/23624/20619</w:t>
        <w:br/>
        <w:t>f 8673/23626/20620 8672/23627/20621 8640/23591/20594</w:t>
        <w:br/>
        <w:t>f 8637/23594/20594 8673/23626/20620 8640/23591/20594</w:t>
        <w:br/>
        <w:t>f 8673/23626/20620 8643/23595/20597 8644/23598/20599</w:t>
        <w:br/>
        <w:t>f 8672/23627/20621 8673/23626/20620 8644/23598/20599</w:t>
        <w:br/>
        <w:t>f 8676/23628/20622 8675/23629/20622 8674/23630/20623</w:t>
        <w:br/>
        <w:t>f 8677/23631/20622 8676/23628/20622 8674/23630/20623</w:t>
        <w:br/>
        <w:t>f 8645/23602/20600 8679/23632/20624 8678/23633/20624</w:t>
        <w:br/>
        <w:t>f 8648/23599/20600 8645/23602/20600 8678/23633/20624</w:t>
        <w:br/>
        <w:t>f 8679/23632/20624 8638/23593/20596 8639/23592/20595</w:t>
        <w:br/>
        <w:t>f 8678/23633/20624 8679/23632/20624 8639/23592/20595</w:t>
        <w:br/>
        <w:t>f 8682/23634/20625 8681/23635/20626 8680/23636/20625</w:t>
        <w:br/>
        <w:t>f 8683/23637/20627 8682/23634/20625 8680/23636/20625</w:t>
        <w:br/>
        <w:t>f 8685/23638/20628 8684/23639/20629 8641/23597/20598</w:t>
        <w:br/>
        <w:t>f 8642/23596/20598 8685/23638/20628 8641/23597/20598</w:t>
        <w:br/>
        <w:t>f 8684/23639/20629 8685/23638/20628 8633/23590/20593</w:t>
        <w:br/>
        <w:t>f 8634/23589/20593 8684/23639/20629 8633/23590/20593</w:t>
        <w:br/>
        <w:t>f 8631/23585/20589 8687/23640/20630 8686/23641/20631</w:t>
        <w:br/>
        <w:t>f 8649/23605/20605 8650/23604/20604 8688/23642/20632</w:t>
        <w:br/>
        <w:t>f 8629/23583/20587 8652/23606/20606 8630/23586/20590</w:t>
        <w:br/>
        <w:t>f 8691/23643/20633 8690/23644/20634 8689/23645/20635</w:t>
        <w:br/>
        <w:t>f 8692/23646/20636 8654/23608/20608 8655/23607/20607</w:t>
        <w:br/>
        <w:t>f 8693/23647/20637 8657/23611/20611 8658/23610/20610</w:t>
        <w:br/>
        <w:t>f 8694/23648/20638 8660/23614/20614 8661/23613/20613</w:t>
        <w:br/>
        <w:t>f 8690/23644/20634 8695/23649/20639 8689/23645/20635</w:t>
        <w:br/>
        <w:t>f 8661/23613/20613 8659/23615/20615 8691/23643/20633</w:t>
        <w:br/>
        <w:t>f 8689/23645/20635 8661/23613/20613 8691/23643/20633</w:t>
        <w:br/>
        <w:t>f 8694/23648/20638 8661/23613/20613 8655/23607/20607</w:t>
        <w:br/>
        <w:t>f 8653/23609/20609 8694/23648/20638 8655/23607/20607</w:t>
        <w:br/>
        <w:t>f 8687/23640/20630 8631/23585/20589 8632/23584/20588</w:t>
        <w:br/>
        <w:t>f 8651/23603/20603 8649/23605/20605 8631/23585/20589</w:t>
        <w:br/>
        <w:t>f 8686/23641/20631 8651/23603/20603 8631/23585/20589</w:t>
        <w:br/>
        <w:t>f 8696/23650/20640 8628/23580/20584 8649/23605/20605</w:t>
        <w:br/>
        <w:t>f 8688/23642/20632 8696/23650/20640 8649/23605/20605</w:t>
        <w:br/>
        <w:t>f 8692/23646/20636 8655/23607/20607 8658/23610/20610</w:t>
        <w:br/>
        <w:t>f 8656/23612/20612 8692/23646/20636 8658/23610/20610</w:t>
        <w:br/>
        <w:t>f 8689/23645/20635 8695/23649/20639 8693/23647/20637</w:t>
        <w:br/>
        <w:t>f 8658/23610/20610 8689/23645/20635 8693/23647/20637</w:t>
        <w:br/>
        <w:t>f 8697/23651/20641 8627/23581/20585 8628/23580/20584</w:t>
        <w:br/>
        <w:t>f 8697/23651/20641 8628/23580/20584 8696/23650/20640</w:t>
        <w:br/>
        <w:t>f 8708/23652/20642 8707/23653/20643 8706/23654/20644</w:t>
        <w:br/>
        <w:t>f 8712/23655/20645 8711/23656/20646 8710/23657/20647</w:t>
        <w:br/>
        <w:t>f 8709/23658/20648 8712/23655/20645 8710/23657/20647</w:t>
        <w:br/>
        <w:t>f 8714/23659/20649 8712/23655/20645 8713/23660/20650</w:t>
        <w:br/>
        <w:t>f 8715/23661/20651 8708/23652/20642 8706/23654/20644</w:t>
        <w:br/>
        <w:t>f 8716/23662/20652 8715/23661/20651 8706/23654/20644</w:t>
        <w:br/>
        <w:t>f 8714/23659/20649 8718/23663/20653 8717/23664/20654</w:t>
        <w:br/>
        <w:t>f 8720/23665/20655 8718/23663/20653 8714/23659/20649</w:t>
        <w:br/>
        <w:t>f 8719/23666/20656 8720/23665/20655 8714/23659/20649</w:t>
        <w:br/>
        <w:t>f 8709/23658/20648 8713/23660/20650 8712/23655/20645</w:t>
        <w:br/>
        <w:t>f 8724/23667/20657 8723/23668/20658 8722/23669/20659</w:t>
        <w:br/>
        <w:t>f 8721/23670/20660 8724/23667/20657 8722/23669/20659</w:t>
        <w:br/>
        <w:t>f 8724/23667/20657 8721/23670/20660 8725/23671/20661</w:t>
        <w:br/>
        <w:t>f 8728/23672/20662 8727/23673/20663 8726/23674/20664</w:t>
        <w:br/>
        <w:t>f 8732/23675/20665 8731/23676/20666 8730/23677/20667</w:t>
        <w:br/>
        <w:t>f 8729/23678/20668 8732/23675/20665 8730/23677/20667</w:t>
        <w:br/>
        <w:t>f 8734/23679/20669 8733/23680/20670 8726/23674/20664</w:t>
        <w:br/>
        <w:t>f 8737/23681/20671 8736/23682/20672 8735/23683/20673</w:t>
        <w:br/>
        <w:t>f 8727/23673/20663 8728/23672/20662 8738/23684/20674</w:t>
        <w:br/>
        <w:t>f 8739/23685/20675 8727/23673/20663 8738/23684/20674</w:t>
        <w:br/>
        <w:t>f 8739/23685/20675 8740/23686/20676 8727/23673/20663</w:t>
        <w:br/>
        <w:t>f 8737/23681/20671 8742/23687/20677 8741/23688/20678</w:t>
        <w:br/>
        <w:t>f 8736/23682/20672 8737/23681/20671 8741/23688/20678</w:t>
        <w:br/>
        <w:t>f 8731/23676/20666 8732/23675/20665 8735/23683/20673</w:t>
        <w:br/>
        <w:t>f 8744/23689/20679 8733/23680/20670 8734/23679/20669</w:t>
        <w:br/>
        <w:t>f 8743/23690/20680 8744/23689/20679 8734/23679/20669</w:t>
        <w:br/>
        <w:t>f 8729/23678/20668 8745/23691/20681 8732/23675/20665</w:t>
        <w:br/>
        <w:t>f 8747/23692/20682 8707/23653/20643 8708/23652/20642</w:t>
        <w:br/>
        <w:t>f 8746/23693/20683 8747/23692/20682 8708/23652/20642</w:t>
        <w:br/>
        <w:t>f 8750/23694/20684 8749/23695/20685 8748/23696/20686</w:t>
        <w:br/>
        <w:t>f 8751/23697/20686 8750/23694/20684 8748/23696/20686</w:t>
        <w:br/>
        <w:t>f 8753/23698/20687 8752/23699/20688 8710/23657/20647</w:t>
        <w:br/>
        <w:t>f 8749/23695/20685 8753/23698/20687 8710/23657/20647</w:t>
        <w:br/>
        <w:t>f 8747/23692/20682 8754/23700/20689 8723/23668/20658</w:t>
        <w:br/>
        <w:t>f 8707/23653/20643 8747/23692/20682 8723/23668/20658</w:t>
        <w:br/>
        <w:t>f 8758/23701/20690 8757/23702/20691 8756/23703/20692</w:t>
        <w:br/>
        <w:t>f 8755/23704/20692 8758/23701/20690 8756/23703/20692</w:t>
        <w:br/>
        <w:t>f 8760/23705/20693 8759/23706/20694 8719/23666/20656</w:t>
        <w:br/>
        <w:t>f 8761/23707/20695 8760/23705/20693 8719/23666/20656</w:t>
        <w:br/>
        <w:t>f 8764/23708/20696 8763/23709/20696 8762/23710/20696</w:t>
        <w:br/>
        <w:t>f 8765/23711/20696 8764/23708/20696 8762/23710/20696</w:t>
        <w:br/>
        <w:t>f 8767/23712/20697 8766/23713/20698 8715/23661/20651</w:t>
        <w:br/>
        <w:t>f 8716/23662/20652 8767/23712/20697 8715/23661/20651</w:t>
        <w:br/>
        <w:t>f 8715/23661/20651 8766/23713/20698 8746/23693/20683</w:t>
        <w:br/>
        <w:t>f 8708/23652/20642 8715/23661/20651 8746/23693/20683</w:t>
        <w:br/>
        <w:t>f 8716/23662/20652 8717/23664/20654 8768/23714/20699</w:t>
        <w:br/>
        <w:t>f 8767/23712/20697 8716/23662/20652 8768/23714/20699</w:t>
        <w:br/>
        <w:t>f 8771/23715/20700 8770/23716/20701 8769/23717/20700</w:t>
        <w:br/>
        <w:t>f 8772/23718/20700 8771/23715/20700 8769/23717/20700</w:t>
        <w:br/>
        <w:t>f 8720/23665/20655 8774/23719/20702 8773/23720/20703</w:t>
        <w:br/>
        <w:t>f 8775/23721/20704 8720/23665/20655 8773/23720/20703</w:t>
        <w:br/>
        <w:t>f 8720/23665/20655 8719/23666/20656 8759/23706/20694</w:t>
        <w:br/>
        <w:t>f 8774/23719/20702 8720/23665/20655 8759/23706/20694</w:t>
        <w:br/>
        <w:t>f 8709/23658/20648 8753/23698/20705 8760/23705/20693</w:t>
        <w:br/>
        <w:t>f 8761/23707/20695 8709/23658/20648 8760/23705/20693</w:t>
        <w:br/>
        <w:t>f 8779/23722/20706 8778/23723/20707 8777/23724/20707</w:t>
        <w:br/>
        <w:t>f 8776/23725/20708 8779/23722/20706 8777/23724/20707</w:t>
        <w:br/>
        <w:t>f 8722/23669/20659 8723/23668/20658 8754/23700/20689</w:t>
        <w:br/>
        <w:t>f 8776/23725/20708 8722/23669/20659 8754/23700/20689</w:t>
        <w:br/>
        <w:t>f 8711/23656/20709 8781/23726/20710 8780/23727/20710</w:t>
        <w:br/>
        <w:t>f 8750/23694/20684 8711/23656/20709 8780/23727/20710</w:t>
        <w:br/>
        <w:t>f 8784/23728/20711 8783/23729/20711 8782/23730/20711</w:t>
        <w:br/>
        <w:t>f 8785/23731/20711 8784/23728/20711 8782/23730/20711</w:t>
        <w:br/>
        <w:t>f 8717/23664/20654 8716/23662/20652 8706/23654/20644</w:t>
        <w:br/>
        <w:t>f 8725/23671/20661 8711/23656/20646 8712/23655/20645</w:t>
        <w:br/>
        <w:t>f 8740/23686/20676 8742/23687/20677 8737/23681/20671</w:t>
        <w:br/>
        <w:t>f 8745/23691/20681 8743/23690/20680 8734/23679/20669</w:t>
        <w:br/>
        <w:t>f 8718/23663/20653 8773/23720/20703 8768/23714/20699</w:t>
        <w:br/>
        <w:t>f 8717/23664/20654 8718/23663/20653 8768/23714/20699</w:t>
        <w:br/>
        <w:t>f 8721/23670/20660 8779/23722/20712 8780/23727/20710</w:t>
        <w:br/>
        <w:t>f 8781/23726/20710 8721/23670/20660 8780/23727/20710</w:t>
        <w:br/>
        <w:t>f 8789/23732/20713 8788/23733/20714 8787/23734/20714</w:t>
        <w:br/>
        <w:t>f 8786/23735/20664 8789/23732/20713 8787/23734/20714</w:t>
        <w:br/>
        <w:t>f 8792/23736/20715 8791/23737/20715 8790/23738/20716</w:t>
        <w:br/>
        <w:t>f 8793/23739/20717 8792/23736/20715 8790/23738/20716</w:t>
        <w:br/>
        <w:t>f 8795/23740/20718 8791/23737/20715 8792/23736/20715</w:t>
        <w:br/>
        <w:t>f 8794/23741/20719 8795/23740/20718 8792/23736/20715</w:t>
        <w:br/>
        <w:t>f 8797/23742/20720 8796/23743/20720 8789/23732/20713</w:t>
        <w:br/>
        <w:t>f 8786/23735/20664 8797/23742/20720 8789/23732/20713</w:t>
        <w:br/>
        <w:t>f 8800/23744/20721 8799/23745/20722 8798/23746/20723</w:t>
        <w:br/>
        <w:t>f 8801/23747/20723 8800/23744/20721 8798/23746/20723</w:t>
        <w:br/>
        <w:t>f 8804/23748/20724 8803/23749/20724 8802/23750/20725</w:t>
        <w:br/>
        <w:t>f 8805/23751/20725 8804/23748/20724 8802/23750/20725</w:t>
        <w:br/>
        <w:t>f 8804/23748/20724 8787/23734/20714 8788/23733/20714</w:t>
        <w:br/>
        <w:t>f 8803/23749/20724 8804/23748/20724 8788/23733/20714</w:t>
        <w:br/>
        <w:t>f 8807/23752/20726 8806/23753/20676 8805/23751/20725</w:t>
        <w:br/>
        <w:t>f 8802/23750/20725 8807/23752/20726 8805/23751/20725</w:t>
        <w:br/>
        <w:t>f 8811/23754/20727 8810/23755/20728 8809/23756/20728</w:t>
        <w:br/>
        <w:t>f 8808/23757/20727 8811/23754/20727 8809/23756/20728</w:t>
        <w:br/>
        <w:t>f 8811/23754/20727 8808/23757/20727 8801/23747/20723</w:t>
        <w:br/>
        <w:t>f 8798/23746/20723 8811/23754/20727 8801/23747/20723</w:t>
        <w:br/>
        <w:t>f 8800/23744/20721 8795/23740/20718 8812/23758/20666</w:t>
        <w:br/>
        <w:t>f 8799/23745/20722 8800/23744/20721 8812/23758/20666</w:t>
        <w:br/>
        <w:t>f 8816/23759/20729 8815/23760/20730 8814/23761/20731</w:t>
        <w:br/>
        <w:t>f 8813/23762/20729 8816/23759/20729 8814/23761/20731</w:t>
        <w:br/>
        <w:t>f 8816/23759/20729 8813/23762/20729 8796/23743/20720</w:t>
        <w:br/>
        <w:t>f 8797/23742/20720 8816/23759/20729 8796/23743/20720</w:t>
        <w:br/>
        <w:t>f 8819/23763/20732 8818/23764/20681 8817/23765/20668</w:t>
        <w:br/>
        <w:t>f 8790/23738/20716 8819/23763/20732 8817/23765/20668</w:t>
        <w:br/>
        <w:t>f 8807/23752/20726 8809/23756/20728 8810/23755/20728</w:t>
        <w:br/>
        <w:t>f 8806/23753/20676 8807/23752/20726 8810/23755/20728</w:t>
        <w:br/>
        <w:t>f 8819/23763/20732 8814/23761/20731 8820/23766/20733</w:t>
        <w:br/>
        <w:t>f 8818/23764/20681 8819/23763/20732 8820/23766/20733</w:t>
        <w:br/>
        <w:t>f 8706/23654/20644 8707/23653/20643 8724/23667/20657</w:t>
        <w:br/>
        <w:t>f 8724/23667/20657 8707/23653/20643 8723/23668/20658</w:t>
        <w:br/>
        <w:t>f 8734/23679/20669 8726/23674/20664 8727/23673/20663</w:t>
        <w:br/>
        <w:t>f 8714/23659/20649 8713/23660/20650 8719/23666/20656</w:t>
        <w:br/>
        <w:t>f 8735/23683/20673 8732/23675/20665 8737/23681/20671</w:t>
        <w:br/>
        <w:t>f 8724/23667/20657 8725/23671/20661 8712/23655/20645</w:t>
        <w:br/>
        <w:t>f 8732/23675/20665 8745/23691/20681 8734/23679/20669</w:t>
        <w:br/>
        <w:t>f 8714/23659/20649 8717/23664/20654 8706/23654/20644</w:t>
        <w:br/>
        <w:t>f 8727/23673/20663 8740/23686/20676 8737/23681/20671</w:t>
        <w:br/>
        <w:t>f 9507/23767/20734 9506/23768/20735 9505/23769/20736</w:t>
        <w:br/>
        <w:t>f 9508/23770/20737 9507/23767/20734 9505/23769/20736</w:t>
        <w:br/>
        <w:t>f 9511/23771/20738 9510/23772/20739 9508/23770/20737</w:t>
        <w:br/>
        <w:t>f 9509/23773/20740 9511/23771/20738 9508/23770/20737</w:t>
        <w:br/>
        <w:t>f 9515/23774/20741 9514/23775/20742 9513/23776/20742</w:t>
        <w:br/>
        <w:t>f 9512/23777/20743 9515/23774/20741 9513/23776/20742</w:t>
        <w:br/>
        <w:t>f 9519/23778/20744 9518/23779/20744 9517/23780/20745</w:t>
        <w:br/>
        <w:t>f 9516/23781/20746 9519/23778/20744 9517/23780/20745</w:t>
        <w:br/>
        <w:t>f 9522/23782/20747 9521/23783/20748 9520/23784/20749</w:t>
        <w:br/>
        <w:t>f 9523/23785/20749 9522/23782/20747 9520/23784/20749</w:t>
        <w:br/>
        <w:t>f 9527/23786/20750 9526/23787/20750 9525/23788/20751</w:t>
        <w:br/>
        <w:t>f 9524/23789/20752 9527/23786/20750 9525/23788/20751</w:t>
        <w:br/>
        <w:t>f 9530/23790/20753 9529/23791/20754 9528/23792/20755</w:t>
        <w:br/>
        <w:t>f 9507/23767/20734 9508/23770/20737 9531/23793/20756</w:t>
        <w:br/>
        <w:t>f 9534/23794/20757 9533/23795/20758 9532/23796/20759</w:t>
        <w:br/>
        <w:t>f 9537/23797/20760 9536/23798/20761 9535/23799/20762</w:t>
        <w:br/>
        <w:t>f 9540/23800/20763 9539/23801/20764 9538/23802/20765</w:t>
        <w:br/>
        <w:t>f 9524/23789/20752 9525/23788/20751 9542/23803/20766</w:t>
        <w:br/>
        <w:t>f 9541/23804/20766 9524/23789/20752 9542/23803/20766</w:t>
        <w:br/>
        <w:t>f 9542/23803/20766 9515/23774/20741 9512/23777/20743</w:t>
        <w:br/>
        <w:t>f 9541/23804/20766 9542/23803/20766 9512/23777/20743</w:t>
        <w:br/>
        <w:t>f 9545/23805/20767 9544/23806/20767 9543/23807/20767</w:t>
        <w:br/>
        <w:t>f 9546/23808/20767 9545/23805/20767 9543/23807/20767</w:t>
        <w:br/>
        <w:t>f 9549/23809/20768 9548/23810/20769 9547/23811/20769</w:t>
        <w:br/>
        <w:t>f 9550/23812/20768 9549/23809/20768 9547/23811/20769</w:t>
        <w:br/>
        <w:t>f 9519/23778/20744 9552/23813/20770 9551/23814/20771</w:t>
        <w:br/>
        <w:t>f 9518/23779/20744 9519/23778/20744 9551/23814/20771</w:t>
        <w:br/>
        <w:t>f 9551/23814/20771 9552/23813/20770 9523/23785/20749</w:t>
        <w:br/>
        <w:t>f 9520/23784/20749 9551/23814/20771 9523/23785/20749</w:t>
        <w:br/>
        <w:t>f 9555/23815/20772 9554/23816/20773 9553/23817/20773</w:t>
        <w:br/>
        <w:t>f 9556/23818/20773 9555/23815/20772 9553/23817/20773</w:t>
        <w:br/>
        <w:t>f 9558/23819/20774 9557/23820/20774 9526/23787/20750</w:t>
        <w:br/>
        <w:t>f 9527/23786/20750 9558/23819/20774 9526/23787/20750</w:t>
        <w:br/>
        <w:t>f 9516/23781/20746 9517/23780/20745 9557/23820/20774</w:t>
        <w:br/>
        <w:t>f 9558/23819/20774 9516/23781/20746 9557/23820/20774</w:t>
        <w:br/>
        <w:t>f 9561/23821/20775 9560/23822/20775 9559/23823/20775</w:t>
        <w:br/>
        <w:t>f 9562/23824/20775 9561/23821/20775 9559/23823/20775</w:t>
        <w:br/>
        <w:t>f 9564/23825/20776 9521/23783/20748 9522/23782/20747</w:t>
        <w:br/>
        <w:t>f 9563/23826/20776 9564/23825/20776 9522/23782/20747</w:t>
        <w:br/>
        <w:t>f 9563/23826/20776 9513/23776/20742 9514/23775/20742</w:t>
        <w:br/>
        <w:t>f 9564/23825/20776 9563/23826/20776 9514/23775/20742</w:t>
        <w:br/>
        <w:t>f 9509/23773/20740 9566/23827/20777 9565/23828/20778</w:t>
        <w:br/>
        <w:t>f 9529/23791/20754 9567/23829/20779 9528/23792/20755</w:t>
        <w:br/>
        <w:t>f 9508/23770/20737 9510/23772/20739 9531/23793/20756</w:t>
        <w:br/>
        <w:t>f 9570/23830/20780 9569/23831/20781 9568/23832/20782</w:t>
        <w:br/>
        <w:t>f 9571/23833/20783 9534/23794/20757 9532/23796/20759</w:t>
        <w:br/>
        <w:t>f 9572/23834/20784 9537/23797/20760 9535/23799/20762</w:t>
        <w:br/>
        <w:t>f 9573/23835/20785 9540/23800/20763 9538/23802/20765</w:t>
        <w:br/>
        <w:t>f 9568/23832/20782 9569/23831/20781 9574/23836/20786</w:t>
        <w:br/>
        <w:t>f 9570/23830/20780 9539/23801/20764 9540/23800/20763</w:t>
        <w:br/>
        <w:t>f 9569/23831/20781 9570/23830/20780 9540/23800/20763</w:t>
        <w:br/>
        <w:t>f 9534/23794/20757 9540/23800/20763 9573/23835/20785</w:t>
        <w:br/>
        <w:t>f 9533/23795/20758 9534/23794/20757 9573/23835/20785</w:t>
        <w:br/>
        <w:t>f 9565/23828/20778 9511/23771/20738 9509/23773/20740</w:t>
        <w:br/>
        <w:t>f 9509/23773/20740 9529/23791/20754 9530/23790/20753</w:t>
        <w:br/>
        <w:t>f 9566/23827/20777 9509/23773/20740 9530/23790/20753</w:t>
        <w:br/>
        <w:t>f 9529/23791/20754 9505/23769/20736 9575/23837/20787</w:t>
        <w:br/>
        <w:t>f 9567/23829/20779 9529/23791/20754 9575/23837/20787</w:t>
        <w:br/>
        <w:t>f 9571/23833/20783 9536/23798/20761 9537/23797/20760</w:t>
        <w:br/>
        <w:t>f 9534/23794/20757 9571/23833/20783 9537/23797/20760</w:t>
        <w:br/>
        <w:t>f 9572/23834/20784 9574/23836/20786 9569/23831/20781</w:t>
        <w:br/>
        <w:t>f 9537/23797/20760 9572/23834/20784 9569/23831/20781</w:t>
        <w:br/>
        <w:t>f 9576/23838/20788 9505/23769/20736 9506/23768/20735</w:t>
        <w:br/>
        <w:t>f 9576/23838/20788 9575/23837/20787 9505/23769/20736</w:t>
        <w:br/>
        <w:t>usemtl MI_HuiXing_Hair</w:t>
        <w:br/>
        <w:t>f 22687/23839/20789 22686/23840/20790 22685/23841/20791</w:t>
        <w:br/>
        <w:t>f 22684/23842/20792 22687/23839/20789 22685/23841/20791</w:t>
        <w:br/>
        <w:t>f 22690/23843/20793 22689/23844/20794 22688/23845/20795</w:t>
        <w:br/>
        <w:t>f 22693/23846/20796 22692/23847/20797 22691/23848/20798</w:t>
        <w:br/>
        <w:t>f 22694/23849/20799 22693/23846/20796 22691/23848/20798</w:t>
        <w:br/>
        <w:t>f 22697/23850/20800 22696/23851/20801 22695/23852/20802</w:t>
        <w:br/>
        <w:t>f 22700/23853/20803 22699/23854/20804 22698/23855/20805</w:t>
        <w:br/>
        <w:t>f 22701/23856/20806 22700/23853/20803 22698/23855/20805</w:t>
        <w:br/>
        <w:t>f 22704/23857/20807 22703/23858/20808 22702/23859/20809</w:t>
        <w:br/>
        <w:t>f 22699/23854/20810 22707/23860/20811 22706/23861/20812</w:t>
        <w:br/>
        <w:t>f 22705/23862/20813 22699/23854/20810 22706/23861/20812</w:t>
        <w:br/>
        <w:t>f 22710/23863/20814 22709/23864/20815 22708/23865/20816</w:t>
        <w:br/>
        <w:t>f 22711/23866/20817 22703/23858/20808 22704/23857/20807</w:t>
        <w:br/>
        <w:t>f 22712/23867/20818 22711/23866/20817 22704/23857/20807</w:t>
        <w:br/>
        <w:t>f 22716/23868/20819 22715/23869/20820 22714/23870/20821</w:t>
        <w:br/>
        <w:t>f 22713/23871/20822 22716/23868/20819 22714/23870/20821</w:t>
        <w:br/>
        <w:t>f 22717/23872/20823 22713/23871/20822 22714/23870/20821</w:t>
        <w:br/>
        <w:t>f 22713/23871/20822 22717/23872/20823 22718/23873/20824</w:t>
        <w:br/>
        <w:t>f 22718/23873/20824 22717/23872/20823 22719/23874/20825</w:t>
        <w:br/>
        <w:t>f 22720/23875/20826 22718/23873/20824 22719/23874/20825</w:t>
        <w:br/>
        <w:t>f 22724/23876/20827 22723/23877/20828 22722/23878/20829</w:t>
        <w:br/>
        <w:t>f 22721/23879/20830 22724/23876/20827 22722/23878/20829</w:t>
        <w:br/>
        <w:t>f 22727/23880/20831 22726/23881/20832 22725/23882/20833</w:t>
        <w:br/>
        <w:t>f 22729/23883/20834 22728/23884/20835 22713/23871/20822</w:t>
        <w:br/>
        <w:t>f 22718/23873/20824 22729/23883/20834 22713/23871/20822</w:t>
        <w:br/>
        <w:t>f 22729/23883/20834 22730/23885/20836 22728/23884/20835</w:t>
        <w:br/>
        <w:t>f 22726/23881/20832 22732/23886/20837 22731/23887/20838</w:t>
        <w:br/>
        <w:t>f 22688/23845/20795 22689/23844/20794 22733/23888/20839</w:t>
        <w:br/>
        <w:t>f 22737/23889/20840 22736/23890/20841 22735/23891/20842</w:t>
        <w:br/>
        <w:t>f 22734/23892/20840 22737/23889/20840 22735/23891/20842</w:t>
        <w:br/>
        <w:t>f 22738/23893/20843 22689/23844/20794 22736/23890/20841</w:t>
        <w:br/>
        <w:t>f 22739/23894/20844 22689/23844/20794 22738/23893/20843</w:t>
        <w:br/>
        <w:t>f 22740/23895/20845 22739/23894/20844 22738/23893/20843</w:t>
        <w:br/>
        <w:t>f 22741/23896/20845 22740/23895/20845 22738/23893/20843</w:t>
        <w:br/>
        <w:t>f 22744/23897/20846 22743/23898/20847 22742/23899/20848</w:t>
        <w:br/>
        <w:t>f 22739/23894/20844 22746/23900/20849 22745/23901/20850</w:t>
        <w:br/>
        <w:t>f 22747/23902/20851 22739/23894/20844 22745/23901/20850</w:t>
        <w:br/>
        <w:t>f 22750/23903/20852 22749/23904/20853 22748/23905/20854</w:t>
        <w:br/>
        <w:t>f 22752/23906/20855 22751/23907/20856 22749/23904/20853</w:t>
        <w:br/>
        <w:t>f 22750/23903/20852 22752/23906/20855 22749/23904/20853</w:t>
        <w:br/>
        <w:t>f 22755/23908/20857 22754/23909/20858 22753/23910/20859</w:t>
        <w:br/>
        <w:t>f 22756/23911/20860 22755/23908/20857 22753/23910/20859</w:t>
        <w:br/>
        <w:t>f 22756/23911/20860 22758/23912/20861 22757/23913/20862</w:t>
        <w:br/>
        <w:t>f 22761/23914/20863 22760/23915/20863 22759/23916/20864</w:t>
        <w:br/>
        <w:t>f 22763/23917/20865 22758/23912/20861 22762/23918/20866</w:t>
        <w:br/>
        <w:t>f 22764/23919/20867 22763/23917/20865 22762/23918/20866</w:t>
        <w:br/>
        <w:t>f 22754/23909/20858 22755/23908/20857 22766/23920/20868</w:t>
        <w:br/>
        <w:t>f 22765/23921/20869 22754/23909/20858 22766/23920/20868</w:t>
        <w:br/>
        <w:t>f 22755/23908/20857 22746/23900/20870 22767/23922/20871</w:t>
        <w:br/>
        <w:t>f 22766/23920/20868 22755/23908/20857 22767/23922/20871</w:t>
        <w:br/>
        <w:t>f 22770/23923/20872 22769/23924/20873 22768/23925/20874</w:t>
        <w:br/>
        <w:t>f 22769/23924/20873 22770/23923/20872 22771/23926/20875</w:t>
        <w:br/>
        <w:t>f 22774/23927/20876 22773/23928/20877 22772/23929/20878</w:t>
        <w:br/>
        <w:t>f 22775/23930/20879 22774/23927/20876 22772/23929/20878</w:t>
        <w:br/>
        <w:t>f 22778/23931/20880 22777/23932/20881 22776/23933/20882</w:t>
        <w:br/>
        <w:t>f 22782/23934/20883 22781/23935/20884 22780/23936/20885</w:t>
        <w:br/>
        <w:t>f 22779/23937/20886 22782/23934/20883 22780/23936/20885</w:t>
        <w:br/>
        <w:t>f 22779/23937/20886 22780/23936/20885 22783/23938/20887</w:t>
        <w:br/>
        <w:t>f 22784/23939/20887 22779/23937/20886 22783/23938/20887</w:t>
        <w:br/>
        <w:t>f 22780/23936/20885 22781/23935/20884 22785/23940/20888</w:t>
        <w:br/>
        <w:t>f 22786/23941/20889 22766/23920/20868 22767/23922/20871</w:t>
        <w:br/>
        <w:t>f 22785/23940/20888 22765/23921/20869 22766/23920/20868</w:t>
        <w:br/>
        <w:t>f 22785/23940/20888 22788/23942/20890 22787/23943/20891</w:t>
        <w:br/>
        <w:t>f 22773/23928/20877 22789/23944/20892 22776/23933/20893</w:t>
        <w:br/>
        <w:t>f 22788/23942/20890 22785/23940/20888 22786/23941/20889</w:t>
        <w:br/>
        <w:t>f 22773/23928/20877 22774/23927/20876 22790/23945/20894</w:t>
        <w:br/>
        <w:t>f 22788/23942/20890 22773/23928/20877 22790/23945/20894</w:t>
        <w:br/>
        <w:t>f 22794/23946/20895 22793/23947/20896 22792/23948/20896</w:t>
        <w:br/>
        <w:t>f 22791/23949/20895 22794/23946/20895 22792/23948/20896</w:t>
        <w:br/>
        <w:t>f 22797/23950/20897 22796/23951/20898 22795/23952/20898</w:t>
        <w:br/>
        <w:t>f 22798/23953/20899 22797/23950/20897 22795/23952/20898</w:t>
        <w:br/>
        <w:t>f 22802/23954/20900 22801/23955/20901 22800/23956/20902</w:t>
        <w:br/>
        <w:t>f 22799/23957/20900 22802/23954/20900 22800/23956/20902</w:t>
        <w:br/>
        <w:t>f 22805/23958/20903 22804/23959/20904 22803/23960/20905</w:t>
        <w:br/>
        <w:t>f 22807/23961/20906 22806/23962/20907 22800/23956/20902</w:t>
        <w:br/>
        <w:t>f 22801/23955/20901 22807/23961/20906 22800/23956/20902</w:t>
        <w:br/>
        <w:t>f 22692/23847/20797 22808/23963/20908 22738/23893/20909</w:t>
        <w:br/>
        <w:t>f 22691/23848/20798 22692/23847/20797 22738/23893/20909</w:t>
        <w:br/>
        <w:t>f 22809/23964/20910 22800/23956/20902 22806/23962/20907</w:t>
        <w:br/>
        <w:t>f 22738/23893/20909 22808/23963/20908 22810/23965/20911</w:t>
        <w:br/>
        <w:t>f 22811/23966/20912 22809/23964/20910 22805/23958/20903</w:t>
        <w:br/>
        <w:t>f 22813/23967/20913 22812/23968/20914 22797/23950/20897</w:t>
        <w:br/>
        <w:t>f 22798/23953/20899 22813/23967/20913 22797/23950/20897</w:t>
        <w:br/>
        <w:t>f 22812/23968/20914 22813/23967/20913 22814/23969/20915</w:t>
        <w:br/>
        <w:t>f 22816/23970/20916 22815/23971/20917 22812/23968/20914</w:t>
        <w:br/>
        <w:t>f 22809/23964/20910 22816/23970/20916 22812/23968/20914</w:t>
        <w:br/>
        <w:t>f 22811/23966/20912 22721/23879/20830 22722/23878/20829</w:t>
        <w:br/>
        <w:t>f 22816/23970/20916 22811/23966/20912 22722/23878/20829</w:t>
        <w:br/>
        <w:t>f 22817/23972/20918 22726/23881/20832 22731/23887/20838</w:t>
        <w:br/>
        <w:t>f 22816/23970/20916 22809/23964/20910 22811/23966/20912</w:t>
        <w:br/>
        <w:t>f 22820/23973/20919 22819/23974/20920 22818/23975/20921</w:t>
        <w:br/>
        <w:t>f 22822/23976/20922 22821/23977/20923 22742/23899/20848</w:t>
        <w:br/>
        <w:t>f 22823/23978/20924 22687/23839/20789 22684/23842/20792</w:t>
        <w:br/>
        <w:t>f 22824/23979/20925 22823/23978/20924 22684/23842/20792</w:t>
        <w:br/>
        <w:t>f 22826/23980/20926 22714/23870/20927 22825/23981/20928</w:t>
        <w:br/>
        <w:t>f 22827/23982/20929 22826/23980/20926 22825/23981/20928</w:t>
        <w:br/>
        <w:t>f 22830/23983/20930 22829/23984/20930 22828/23985/20931</w:t>
        <w:br/>
        <w:t>f 22827/23982/20929 22831/23986/20932 22826/23980/20926</w:t>
        <w:br/>
        <w:t>f 22831/23986/20932 22832/23987/20933 22696/23851/20801</w:t>
        <w:br/>
        <w:t>f 22697/23850/20800 22831/23986/20932 22696/23851/20801</w:t>
        <w:br/>
        <w:t>f 22709/23864/20815 22710/23863/20814 22833/23988/20934</w:t>
        <w:br/>
        <w:t>f 22836/23989/20935 22835/23990/20936 22834/23991/20937</w:t>
        <w:br/>
        <w:t>f 22839/23992/20938 22838/23993/20939 22837/23994/20938</w:t>
        <w:br/>
        <w:t>f 22696/23851/20801 22836/23989/20935 22840/23995/20940</w:t>
        <w:br/>
        <w:t>f 22687/23839/20789 22842/23996/20941 22841/23997/20942</w:t>
        <w:br/>
        <w:t>f 22843/23998/20942 22687/23839/20789 22841/23997/20942</w:t>
        <w:br/>
        <w:t>f 22842/23996/20941 22687/23839/20789 22844/23999/20943</w:t>
        <w:br/>
        <w:t>f 22847/24000/20944 22836/23989/20935 22846/24001/20945</w:t>
        <w:br/>
        <w:t>f 22845/24002/20946 22847/24000/20944 22846/24001/20945</w:t>
        <w:br/>
        <w:t>f 22850/24003/20947 22849/24004/20948 22848/24005/20949</w:t>
        <w:br/>
        <w:t>f 22850/24003/20947 22851/24006/20950 22849/24004/20948</w:t>
        <w:br/>
        <w:t>f 22853/24007/20951 22852/24008/20952 22850/24003/20947</w:t>
        <w:br/>
        <w:t>f 22847/24000/20944 22854/24009/20953 22840/23995/20940</w:t>
        <w:br/>
        <w:t>f 22836/23989/20935 22847/24000/20944 22840/23995/20940</w:t>
        <w:br/>
        <w:t>f 22855/24010/20954 22854/24009/20953 22847/24000/20944</w:t>
        <w:br/>
        <w:t>f 22857/24011/20955 22856/24012/20956 22850/24003/20947</w:t>
        <w:br/>
        <w:t>f 22852/24008/20952 22857/24011/20955 22850/24003/20947</w:t>
        <w:br/>
        <w:t>f 22859/24013/20957 22857/24011/20955 22858/24014/20958</w:t>
        <w:br/>
        <w:t>f 22862/24015/20959 22861/24016/20960 22860/24017/20959</w:t>
        <w:br/>
        <w:t>f 22865/24018/20961 22864/24019/20962 22863/24020/20963</w:t>
        <w:br/>
        <w:t>f 22868/24021/20964 22867/24022/20965 22866/24023/20966</w:t>
        <w:br/>
        <w:t>f 22871/24024/20967 22870/24025/20967 22869/24026/20968</w:t>
        <w:br/>
        <w:t>f 22872/24027/20969 22871/24024/20967 22869/24026/20968</w:t>
        <w:br/>
        <w:t>f 22875/24028/20970 22874/24029/20971 22873/24030/20972</w:t>
        <w:br/>
        <w:t>f 22867/24022/20965 22875/24028/20970 22873/24030/20972</w:t>
        <w:br/>
        <w:t>f 22867/24022/20965 22876/24031/20973 22866/24023/20966</w:t>
        <w:br/>
        <w:t>f 22879/24032/20974 22878/24033/20975 22877/24034/20974</w:t>
        <w:br/>
        <w:t>f 22881/24035/20976 22880/24036/20977 22862/24015/20959</w:t>
        <w:br/>
        <w:t>f 22860/24017/20959 22881/24035/20976 22862/24015/20959</w:t>
        <w:br/>
        <w:t>f 22865/24018/20961 22883/24037/20978 22882/24038/20978</w:t>
        <w:br/>
        <w:t>f 22864/24019/20962 22865/24018/20961 22882/24038/20978</w:t>
        <w:br/>
        <w:t>f 22884/24039/20979 22876/24031/20973 22867/24022/20965</w:t>
        <w:br/>
        <w:t>f 22887/24040/20980 22886/24041/20981 22885/24042/20982</w:t>
        <w:br/>
        <w:t>f 22888/24043/20983 22887/24040/20980 22885/24042/20982</w:t>
        <w:br/>
        <w:t>f 22861/24016/20960 22888/24043/20983 22885/24042/20982</w:t>
        <w:br/>
        <w:t>f 22891/24044/20984 22890/24045/20985 22889/24046/20986</w:t>
        <w:br/>
        <w:t>f 22892/24047/20987 22891/24044/20984 22889/24046/20986</w:t>
        <w:br/>
        <w:t>f 22893/24048/20988 22892/24047/20987 22889/24046/20986</w:t>
        <w:br/>
        <w:t>f 22892/24047/20987 22895/24049/20989 22894/24050/20990</w:t>
        <w:br/>
        <w:t>f 22891/24044/20984 22892/24047/20987 22894/24050/20990</w:t>
        <w:br/>
        <w:t>f 22897/24051/20991 22885/24042/20982 22886/24041/20981</w:t>
        <w:br/>
        <w:t>f 22896/24052/20992 22897/24051/20991 22886/24041/20981</w:t>
        <w:br/>
        <w:t>f 22900/24053/20993 22899/24054/20994 22898/24055/20995</w:t>
        <w:br/>
        <w:t>f 22901/24056/20996 22857/24011/20955 22859/24013/20957</w:t>
        <w:br/>
        <w:t>f 22706/23861/20812 22904/24057/20997 22903/24058/20998</w:t>
        <w:br/>
        <w:t>f 22902/24059/20999 22706/23861/20812 22903/24058/20998</w:t>
        <w:br/>
        <w:t>f 22907/24060/21000 22906/24061/21001 22905/24062/21002</w:t>
        <w:br/>
        <w:t>f 22909/24063/21003 22906/24061/21001 22907/24060/21000</w:t>
        <w:br/>
        <w:t>f 22908/24064/21004 22909/24063/21003 22907/24060/21000</w:t>
        <w:br/>
        <w:t>f 22910/24065/21005 22902/24059/20999 22903/24058/20998</w:t>
        <w:br/>
        <w:t>f 22912/24066/21006 22910/24065/21005 22911/24067/21007</w:t>
        <w:br/>
        <w:t>f 22913/24068/21008 22912/24066/21006 22911/24067/21007</w:t>
        <w:br/>
        <w:t>f 22909/24063/21003 22913/24068/21008 22911/24067/21007</w:t>
        <w:br/>
        <w:t>f 22916/24069/21009 22915/24070/21010 22914/24071/21011</w:t>
        <w:br/>
        <w:t>f 22917/24072/21012 22916/24069/21009 22914/24071/21011</w:t>
        <w:br/>
        <w:t>f 22907/24060/21000 22919/24073/21013 22918/24074/21014</w:t>
        <w:br/>
        <w:t>f 22908/24064/21004 22907/24060/21000 22918/24074/21014</w:t>
        <w:br/>
        <w:t>f 22915/24070/21010 22916/24069/21009 22921/24075/21015</w:t>
        <w:br/>
        <w:t>f 22920/24076/21016 22915/24070/21010 22921/24075/21015</w:t>
        <w:br/>
        <w:t>f 22923/24077/21017 22900/24053/20993 22898/24055/20995</w:t>
        <w:br/>
        <w:t>f 22922/24078/21018 22923/24077/21017 22898/24055/20995</w:t>
        <w:br/>
        <w:t>f 22926/24079/21019 22925/24080/21020 22924/24081/21021</w:t>
        <w:br/>
        <w:t>f 22927/24082/21022 22915/24070/21010 22920/24076/21016</w:t>
        <w:br/>
        <w:t>f 22914/24071/21011 22915/24070/21010 22929/24083/21023</w:t>
        <w:br/>
        <w:t>f 22928/24084/21024 22914/24071/21011 22929/24083/21023</w:t>
        <w:br/>
        <w:t>f 22933/24085/21025 22932/24086/21025 22931/24087/21026</w:t>
        <w:br/>
        <w:t>f 22930/24088/21026 22933/24085/21025 22931/24087/21026</w:t>
        <w:br/>
        <w:t>f 22936/24089/21027 22901/24056/20996 22935/24090/21028</w:t>
        <w:br/>
        <w:t>f 22934/24091/21029 22936/24089/21027 22935/24090/21028</w:t>
        <w:br/>
        <w:t>f 22857/24011/20955 22901/24056/20996 22936/24089/21027</w:t>
        <w:br/>
        <w:t>f 22939/24092/21030 22938/24093/21031 22937/24094/21032</w:t>
        <w:br/>
        <w:t>f 22699/23854/20804 22700/23853/20803 22940/24095/21033</w:t>
        <w:br/>
        <w:t>f 22941/24096/21034 22699/23854/20804 22940/24095/21033</w:t>
        <w:br/>
        <w:t>f 22901/24056/20996 22942/24097/21035 22935/24090/21028</w:t>
        <w:br/>
        <w:t>f 22943/24098/21036 22937/24094/21032 22938/24093/21031</w:t>
        <w:br/>
        <w:t>f 22946/24099/21037 22945/24100/21038 22944/24101/21039</w:t>
        <w:br/>
        <w:t>f 22927/24082/21022 22947/24102/21040 22929/24083/21023</w:t>
        <w:br/>
        <w:t>f 22915/24070/21010 22927/24082/21022 22929/24083/21023</w:t>
        <w:br/>
        <w:t>f 22950/24103/21041 22949/24104/21042 22948/24105/21042</w:t>
        <w:br/>
        <w:t>f 22953/24106/21043 22952/24107/21044 22951/24108/21045</w:t>
        <w:br/>
        <w:t>f 22952/24107/21044 22955/24109/21046 22954/24110/21047</w:t>
        <w:br/>
        <w:t>f 22957/24111/21048 22956/24112/21049 22932/24086/21025</w:t>
        <w:br/>
        <w:t>f 22933/24085/21025 22957/24111/21048 22932/24086/21025</w:t>
        <w:br/>
        <w:t>f 22952/24107/21044 22954/24110/21047 22958/24113/21050</w:t>
        <w:br/>
        <w:t>f 22959/24114/21050 22952/24107/21044 22958/24113/21050</w:t>
        <w:br/>
        <w:t>f 22960/24115/21051 22928/24084/21024 22929/24083/21023</w:t>
        <w:br/>
        <w:t>f 22961/24116/21052 22960/24115/21051 22929/24083/21023</w:t>
        <w:br/>
        <w:t>f 22964/24117/21053 22963/24118/21054 22962/24119/21055</w:t>
        <w:br/>
        <w:t>f 22966/24120/21056 22946/24099/21057 22965/24121/21058</w:t>
        <w:br/>
        <w:t>f 22967/24122/21059 22966/24120/21056 22965/24121/21058</w:t>
        <w:br/>
        <w:t>f 22953/24106/21043 22945/24100/21038 22969/24123/21060</w:t>
        <w:br/>
        <w:t>f 22968/24124/21061 22953/24106/21043 22969/24123/21060</w:t>
        <w:br/>
        <w:t>f 22907/24060/21000 22905/24062/21002 22969/24123/21060</w:t>
        <w:br/>
        <w:t>f 22964/24117/21062 22907/24060/21000 22969/24123/21060</w:t>
        <w:br/>
        <w:t>f 22907/24060/21000 22964/24117/21062 22970/24125/21063</w:t>
        <w:br/>
        <w:t>f 22947/24102/21040 22971/24126/21064 22961/24116/21052</w:t>
        <w:br/>
        <w:t>f 22929/24083/21023 22947/24102/21040 22961/24116/21052</w:t>
        <w:br/>
        <w:t>f 22972/24127/21065 22961/24116/21052 22971/24126/21064</w:t>
        <w:br/>
        <w:t>f 22975/24128/21066 22974/24129/21067 22973/24130/21068</w:t>
        <w:br/>
        <w:t>f 22979/24131/21069 22978/24132/21070 22977/24133/21071</w:t>
        <w:br/>
        <w:t>f 22976/24134/21072 22979/24131/21069 22977/24133/21071</w:t>
        <w:br/>
        <w:t>f 22960/24115/21051 22982/24135/21073 22981/24136/21074</w:t>
        <w:br/>
        <w:t>f 22980/24137/21075 22960/24115/21051 22981/24136/21074</w:t>
        <w:br/>
        <w:t>f 22975/24128/21076 22983/24138/21077 22961/24116/21052</w:t>
        <w:br/>
        <w:t>f 22978/24132/21070 22985/24139/21078 22984/24140/21079</w:t>
        <w:br/>
        <w:t>f 22977/24133/21071 22978/24132/21070 22984/24140/21079</w:t>
        <w:br/>
        <w:t>f 22988/24141/21080 22987/24142/21081 22986/24143/21082</w:t>
        <w:br/>
        <w:t>f 22988/24141/21080 22989/24144/21083 22987/24142/21081</w:t>
        <w:br/>
        <w:t>f 22993/24145/21084 22992/24146/21085 22991/24147/21086</w:t>
        <w:br/>
        <w:t>f 22990/24148/21087 22993/24145/21084 22991/24147/21086</w:t>
        <w:br/>
        <w:t>f 22975/24128/21066 22992/24146/21085 22994/24149/21088</w:t>
        <w:br/>
        <w:t>f 22988/24141/21089 22975/24128/21066 22994/24149/21088</w:t>
        <w:br/>
        <w:t>f 22988/24141/21080 22995/24150/21090 22989/24144/21083</w:t>
        <w:br/>
        <w:t>f 22901/24056/20996 22859/24013/20957 22997/24151/21091</w:t>
        <w:br/>
        <w:t>f 22996/24152/21092 22901/24056/20996 22997/24151/21091</w:t>
        <w:br/>
        <w:t>f 22998/24153/21093 22997/24151/21091 22859/24013/20957</w:t>
        <w:br/>
        <w:t>f 22990/24148/21087 22996/24152/21092 22997/24151/21091</w:t>
        <w:br/>
        <w:t>f 22993/24145/21084 22990/24148/21087 22997/24151/21091</w:t>
        <w:br/>
        <w:t>f 23001/24154/21094 23000/24155/21095 22999/24156/21096</w:t>
        <w:br/>
        <w:t>f 22995/24150/21090 22988/24141/21080 23002/24157/21097</w:t>
        <w:br/>
        <w:t>f 23003/24158/21098 22984/24140/21079 22985/24139/21078</w:t>
        <w:br/>
        <w:t>f 22995/24150/21090 23004/24159/21099 22989/24144/21083</w:t>
        <w:br/>
        <w:t>f 23005/24160/21100 23004/24159/21099 22995/24150/21090</w:t>
        <w:br/>
        <w:t>f 23000/24155/21095 23005/24160/21100 22995/24150/21090</w:t>
        <w:br/>
        <w:t>f 22788/23942/20890 23006/24161/21101 22787/23943/20891</w:t>
        <w:br/>
        <w:t>f 23008/24162/21102 23007/24163/21103 22788/23942/20890</w:t>
        <w:br/>
        <w:t>f 22815/23971/20917 22797/23950/20897 22812/23968/20914</w:t>
        <w:br/>
        <w:t>f 22711/23866/20817 22712/23867/20818 23009/24164/21104</w:t>
        <w:br/>
        <w:t>f 23010/24165/21105 22711/23866/20817 23009/24164/21104</w:t>
        <w:br/>
        <w:t>f 23010/24165/21105 22718/23873/20824 22720/23875/20826</w:t>
        <w:br/>
        <w:t>f 22899/24054/20994 23012/24166/21106 23011/24167/21107</w:t>
        <w:br/>
        <w:t>f 23013/24168/21108 22908/24064/21004 22918/24074/21014</w:t>
        <w:br/>
        <w:t>f 22817/23972/20918 22722/23878/20829 22723/23877/20828</w:t>
        <w:br/>
        <w:t>f 22846/24001/20945 23015/24169/21109 23014/24170/21109</w:t>
        <w:br/>
        <w:t>f 22845/24002/20946 22846/24001/20945 23014/24170/21109</w:t>
        <w:br/>
        <w:t>f 23018/24171/21110 22827/23982/20929 23017/24172/21111</w:t>
        <w:br/>
        <w:t>f 23016/24173/21111 23018/24171/21110 23017/24172/21111</w:t>
        <w:br/>
        <w:t>f 22853/24007/20951 22850/24003/20947 23019/24174/21112</w:t>
        <w:br/>
        <w:t>f 22699/23854/20804 22941/24096/21034 23020/24175/21113</w:t>
        <w:br/>
        <w:t>f 23006/24161/21101 23022/24176/21114 23021/24177/21115</w:t>
        <w:br/>
        <w:t>f 23022/24176/21114 23006/24161/21101 23007/24163/21103</w:t>
        <w:br/>
        <w:t>f 23023/24178/21116 23022/24176/21114 23007/24163/21103</w:t>
        <w:br/>
        <w:t>f 23026/24179/21117 23025/24180/21117 23024/24181/21118</w:t>
        <w:br/>
        <w:t>f 23027/24182/21119 23026/24179/21117 23024/24181/21118</w:t>
        <w:br/>
        <w:t>f 23029/24183/21120 23028/24184/21121 22792/23948/20896</w:t>
        <w:br/>
        <w:t>f 22793/23947/20896 23029/24183/21120 22792/23948/20896</w:t>
        <w:br/>
        <w:t>f 23031/24185/21122 23030/24186/21123 23021/24177/21115</w:t>
        <w:br/>
        <w:t>f 23031/24185/21122 23033/24187/21124 23032/24188/21125</w:t>
        <w:br/>
        <w:t>f 23024/24181/21118 23031/24185/21122 23032/24188/21125</w:t>
        <w:br/>
        <w:t>f 23037/24189/21126 23036/24190/21127 23035/24191/21127</w:t>
        <w:br/>
        <w:t>f 23034/24192/21128 23037/24189/21126 23035/24191/21127</w:t>
        <w:br/>
        <w:t>f 23024/24181/21118 23039/24193/21129 23038/24194/21129</w:t>
        <w:br/>
        <w:t>f 23027/24182/21119 23024/24181/21118 23038/24194/21129</w:t>
        <w:br/>
        <w:t>f 23041/24195/21130 23024/24181/21118 23032/24188/21125</w:t>
        <w:br/>
        <w:t>f 23040/24196/21130 23041/24195/21130 23032/24188/21125</w:t>
        <w:br/>
        <w:t>f 23042/24197/21131 23035/24191/21127 23036/24190/21127</w:t>
        <w:br/>
        <w:t>f 23043/24198/21131 23042/24197/21131 23036/24190/21127</w:t>
        <w:br/>
        <w:t>f 23007/24163/21103 23006/24161/21101 22788/23942/20890</w:t>
        <w:br/>
        <w:t>f 23006/24161/21101 23044/24199/21132 22787/23943/20891</w:t>
        <w:br/>
        <w:t>f 22786/23941/20889 22785/23940/20888 22766/23920/20868</w:t>
        <w:br/>
        <w:t>f 23048/24200/21133 23047/24201/21134 23046/24202/21135</w:t>
        <w:br/>
        <w:t>f 23045/24203/21136 23048/24200/21133 23046/24202/21135</w:t>
        <w:br/>
        <w:t>f 23048/24200/21133 23045/24203/21136 23049/24204/21137</w:t>
        <w:br/>
        <w:t>f 23052/24205/21138 23051/24206/21138 23050/24207/21139</w:t>
        <w:br/>
        <w:t>f 23053/24208/21140 23052/24205/21138 23050/24207/21139</w:t>
        <w:br/>
        <w:t>f 23056/24209/21141 23055/24210/21142 23054/24211/21143</w:t>
        <w:br/>
        <w:t>f 23060/24212/21144 23059/24213/21145 23058/24214/21146</w:t>
        <w:br/>
        <w:t>f 23057/24215/21147 23060/24212/21144 23058/24214/21146</w:t>
        <w:br/>
        <w:t>f 23055/24210/21142 23056/24209/21141 23061/24216/21148</w:t>
        <w:br/>
        <w:t>f 23063/24217/21149 23062/24218/21150 23059/24213/21145</w:t>
        <w:br/>
        <w:t>f 23064/24219/21151 23063/24217/21149 23059/24213/21145</w:t>
        <w:br/>
        <w:t>f 23067/24220/21152 23066/24221/21153 23065/24222/21154</w:t>
        <w:br/>
        <w:t>f 23061/24216/21148 23056/24209/21141 23068/24223/21155</w:t>
        <w:br/>
        <w:t>f 23069/24224/21156 23061/24216/21148 23068/24223/21155</w:t>
        <w:br/>
        <w:t>f 23050/24207/21139 23071/24225/21157 23070/24226/21158</w:t>
        <w:br/>
        <w:t>f 23053/24208/21140 23050/24207/21139 23070/24226/21158</w:t>
        <w:br/>
        <w:t>f 23072/24227/21159 23070/24226/21158 23071/24225/21157</w:t>
        <w:br/>
        <w:t>f 23071/24225/21157 23073/24228/21160 23072/24227/21159</w:t>
        <w:br/>
        <w:t>f 23075/24229/21161 23072/24227/21159 23073/24228/21160</w:t>
        <w:br/>
        <w:t>f 23074/24230/21161 23075/24229/21161 23073/24228/21160</w:t>
        <w:br/>
        <w:t>f 23079/24231/21162 23078/24232/21163 23077/24233/21164</w:t>
        <w:br/>
        <w:t>f 23076/24234/21165 23079/24231/21162 23077/24233/21164</w:t>
        <w:br/>
        <w:t>f 23082/24235/21166 23081/24236/21167 23080/24237/21168</w:t>
        <w:br/>
        <w:t>f 23084/24238/21169 23071/24225/21157 23083/24239/21170</w:t>
        <w:br/>
        <w:t>f 23073/24228/21160 23071/24225/21157 23084/24238/21169</w:t>
        <w:br/>
        <w:t>f 23084/24238/21169 23083/24239/21170 23085/24240/21171</w:t>
        <w:br/>
        <w:t>f 23080/24237/21168 23087/24241/21172 23086/24242/21173</w:t>
        <w:br/>
        <w:t>f 23045/24203/21136 23089/24243/21174 23088/24244/21175</w:t>
        <w:br/>
        <w:t>f 23092/24245/21176 23048/24200/21133 23091/24246/21177</w:t>
        <w:br/>
        <w:t>f 23090/24247/21178 23092/24245/21176 23091/24246/21177</w:t>
        <w:br/>
        <w:t>f 23094/24248/21179 23093/24249/21180 23088/24244/21175</w:t>
        <w:br/>
        <w:t>f 23089/24243/21174 23094/24248/21179 23088/24244/21175</w:t>
        <w:br/>
        <w:t>f 23094/24248/21179 23089/24243/21174 23096/24250/21181</w:t>
        <w:br/>
        <w:t>f 23095/24251/21182 23094/24248/21179 23096/24250/21181</w:t>
        <w:br/>
        <w:t>f 23099/24252/21183 23098/24253/21184 23097/24254/21185</w:t>
        <w:br/>
        <w:t>f 23102/24255/21186 23101/24256/21187 23100/24257/21188</w:t>
        <w:br/>
        <w:t>f 23106/24258/21189 23105/24259/21190 23104/24260/21191</w:t>
        <w:br/>
        <w:t>f 23103/24261/21192 23106/24258/21189 23104/24260/21191</w:t>
        <w:br/>
        <w:t>f 23109/24262/21193 23105/24259/21190 23108/24263/21194</w:t>
        <w:br/>
        <w:t>f 23107/24264/21195 23109/24262/21193 23108/24263/21194</w:t>
        <w:br/>
        <w:t>f 23110/24265/21196 23103/24261/21192 23104/24260/21191</w:t>
        <w:br/>
        <w:t>f 23104/24260/21191 23112/24266/21197 23111/24267/21198</w:t>
        <w:br/>
        <w:t>f 23115/24268/21199 23114/24269/21200 23113/24270/21201</w:t>
        <w:br/>
        <w:t>f 23116/24271/21202 23115/24268/21199 23113/24270/21201</w:t>
        <w:br/>
        <w:t>f 23117/24272/21203 23115/24268/21199 23116/24271/21202</w:t>
        <w:br/>
        <w:t>f 23118/24273/21204 23103/24261/21192 23110/24265/21196</w:t>
        <w:br/>
        <w:t>f 23119/24274/21205 23118/24273/21204 23110/24265/21196</w:t>
        <w:br/>
        <w:t>f 23103/24261/21192 23118/24273/21204 23121/24275/21206</w:t>
        <w:br/>
        <w:t>f 23120/24276/21207 23103/24261/21192 23121/24275/21206</w:t>
        <w:br/>
        <w:t>f 23124/24277/21208 23123/24278/21209 23122/24279/21210</w:t>
        <w:br/>
        <w:t>f 23122/24279/21210 23125/24280/21211 23124/24277/21208</w:t>
        <w:br/>
        <w:t>f 23128/24281/21212 23127/24282/21213 23126/24283/21214</w:t>
        <w:br/>
        <w:t>f 23129/24284/21215 23128/24281/21212 23126/24283/21214</w:t>
        <w:br/>
        <w:t>f 23125/24280/21211 23122/24279/21210 23130/24285/21216</w:t>
        <w:br/>
        <w:t>f 23131/24286/21216 23125/24280/21211 23130/24285/21216</w:t>
        <w:br/>
        <w:t>f 23132/24287/21217 23119/24274/21205 23110/24265/21196</w:t>
        <w:br/>
        <w:t>f 23133/24288/21218 23132/24287/21217 23110/24265/21196</w:t>
        <w:br/>
        <w:t>f 23133/24288/21218 23135/24289/21219 23134/24290/21219</w:t>
        <w:br/>
        <w:t>f 23132/24287/21217 23133/24288/21218 23134/24290/21219</w:t>
        <w:br/>
        <w:t>f 23132/24287/21217 23136/24291/21220 23119/24274/21205</w:t>
        <w:br/>
        <w:t>f 23139/24292/21221 23138/24293/21222 23137/24294/21223</w:t>
        <w:br/>
        <w:t>f 23136/24291/21220 23118/24273/21204 23119/24274/21205</w:t>
        <w:br/>
        <w:t>f 23136/24291/21220 23141/24295/21224 23140/24296/21225</w:t>
        <w:br/>
        <w:t>f 23142/24297/21226 23136/24291/21220 23140/24296/21225</w:t>
        <w:br/>
        <w:t>f 23129/24284/21215 23144/24298/21227 23143/24299/21228</w:t>
        <w:br/>
        <w:t>f 23139/24292/21229 23136/24291/21220 23142/24297/21226</w:t>
        <w:br/>
        <w:t>f 23129/24284/21215 23143/24299/21228 23145/24300/21230</w:t>
        <w:br/>
        <w:t>f 23128/24281/21212 23129/24284/21215 23145/24300/21230</w:t>
        <w:br/>
        <w:t>f 23149/24301/21231 23148/24302/21232 23147/24303/21233</w:t>
        <w:br/>
        <w:t>f 23146/24304/21233 23149/24301/21231 23147/24303/21233</w:t>
        <w:br/>
        <w:t>f 23153/24305/21234 23152/24306/21234 23151/24307/21235</w:t>
        <w:br/>
        <w:t>f 23150/24308/21236 23153/24305/21234 23151/24307/21235</w:t>
        <w:br/>
        <w:t>f 23155/24309/21237 23154/24310/21238 23146/24304/21233</w:t>
        <w:br/>
        <w:t>f 23147/24303/21233 23155/24309/21237 23146/24304/21233</w:t>
        <w:br/>
        <w:t>f 23158/24311/21239 23157/24312/21240 23156/24313/21241</w:t>
        <w:br/>
        <w:t>f 23158/24311/21239 23156/24313/21241 23160/24314/21242</w:t>
        <w:br/>
        <w:t>f 23159/24315/21243 23158/24311/21239 23160/24314/21242</w:t>
        <w:br/>
        <w:t>f 23162/24316/21244 23161/24317/21244 23094/24248/21245</w:t>
        <w:br/>
        <w:t>f 23163/24318/21246 23162/24316/21244 23094/24248/21245</w:t>
        <w:br/>
        <w:t>f 23158/24311/21239 23159/24315/21243 23164/24319/21247</w:t>
        <w:br/>
        <w:t>f 23165/24320/21248 23158/24311/21239 23164/24319/21247</w:t>
        <w:br/>
        <w:t>f 23094/24248/21245 23166/24321/21249 23163/24318/21246</w:t>
        <w:br/>
        <w:t>f 23169/24322/21250 23168/24323/21251 23167/24324/21252</w:t>
        <w:br/>
        <w:t>f 23151/24307/21235 23171/24325/21253 23170/24326/21254</w:t>
        <w:br/>
        <w:t>f 23150/24308/21236 23151/24307/21235 23170/24326/21254</w:t>
        <w:br/>
        <w:t>f 23171/24325/21253 23167/24324/21252 23172/24327/21255</w:t>
        <w:br/>
        <w:t>f 23174/24328/21256 23167/24324/21252 23171/24325/21253</w:t>
        <w:br/>
        <w:t>f 23173/24329/21257 23174/24328/21256 23171/24325/21253</w:t>
        <w:br/>
        <w:t>f 23169/24322/21250 23174/24328/21256 23076/24234/21165</w:t>
        <w:br/>
        <w:t>f 23077/24233/21164 23169/24322/21250 23076/24234/21165</w:t>
        <w:br/>
        <w:t>f 23175/24330/21258 23087/24241/21172 23080/24237/21168</w:t>
        <w:br/>
        <w:t>f 23174/24328/21256 23169/24322/21250 23167/24324/21252</w:t>
        <w:br/>
        <w:t>f 23178/24331/21259 23177/24332/21260 23176/24333/21261</w:t>
        <w:br/>
        <w:t>f 23180/24334/21262 23098/24253/21184 23179/24335/21263</w:t>
        <w:br/>
        <w:t>f 23107/24264/21195 23108/24263/21194 23181/24336/21264</w:t>
        <w:br/>
        <w:t>f 23182/24337/21264 23107/24264/21195 23181/24336/21264</w:t>
        <w:br/>
        <w:t>f 23183/24338/21265 23053/24208/21266 23066/24221/21267</w:t>
        <w:br/>
        <w:t>f 23183/24338/21265 23047/24201/21134 23048/24200/21133</w:t>
        <w:br/>
        <w:t>f 23092/24245/21176 23183/24338/21265 23048/24200/21133</w:t>
        <w:br/>
        <w:t>f 23186/24339/21268 23185/24340/21269 23184/24341/21270</w:t>
        <w:br/>
        <w:t>f 23189/24342/21271 23188/24343/21272 23187/24344/21273</w:t>
        <w:br/>
        <w:t>f 23056/24209/21141 23054/24211/21143 23190/24345/21274</w:t>
        <w:br/>
        <w:t>f 23191/24346/21275 23067/24220/21152 23065/24222/21154</w:t>
        <w:br/>
        <w:t>f 23192/24347/21276 23191/24346/21275 23065/24222/21154</w:t>
        <w:br/>
        <w:t>f 23194/24348/21277 23054/24211/21143 23193/24349/21278</w:t>
        <w:br/>
        <w:t>f 23047/24201/21134 23195/24350/21279 23046/24202/21135</w:t>
        <w:br/>
        <w:t>f 23054/24211/21143 23196/24351/21280 23193/24349/21278</w:t>
        <w:br/>
        <w:t>f 23200/24352/21281 23199/24353/21282 23198/24354/21282</w:t>
        <w:br/>
        <w:t>f 23197/24355/21283 23200/24352/21281 23198/24354/21282</w:t>
        <w:br/>
        <w:t>f 23199/24353/21282 23201/24356/21284 23198/24354/21282</w:t>
        <w:br/>
        <w:t>f 23204/24357/21285 23203/24358/21286 23202/24359/21287</w:t>
        <w:br/>
        <w:t>f 23193/24349/21278 23204/24357/21285 23202/24359/21287</w:t>
        <w:br/>
        <w:t>f 23207/24360/21288 23206/24361/21289 23205/24362/21290</w:t>
        <w:br/>
        <w:t>f 23207/24360/21288 23205/24362/21290 23208/24363/21291</w:t>
        <w:br/>
        <w:t>f 23210/24364/21292 23207/24360/21288 23209/24365/21293</w:t>
        <w:br/>
        <w:t>f 23204/24357/21285 23196/24351/21280 23211/24366/21294</w:t>
        <w:br/>
        <w:t>f 23212/24367/21295 23204/24357/21285 23211/24366/21294</w:t>
        <w:br/>
        <w:t>f 23207/24360/21288 23214/24368/21296 23213/24369/21297</w:t>
        <w:br/>
        <w:t>f 23209/24365/21293 23207/24360/21288 23213/24369/21297</w:t>
        <w:br/>
        <w:t>f 23216/24370/21298 23215/24371/21299 23213/24369/21297</w:t>
        <w:br/>
        <w:t>f 23219/24372/21300 23218/24373/21301 23217/24374/21302</w:t>
        <w:br/>
        <w:t>f 23222/24375/21303 23221/24376/21304 23220/24377/21303</w:t>
        <w:br/>
        <w:t>f 23225/24378/21305 23224/24379/21306 23223/24380/21307</w:t>
        <w:br/>
        <w:t>f 23226/24381/21308 23225/24378/21305 23223/24380/21307</w:t>
        <w:br/>
        <w:t>f 23230/24382/21309 23229/24383/21310 23228/24384/21311</w:t>
        <w:br/>
        <w:t>f 23227/24385/21312 23230/24382/21309 23228/24384/21311</w:t>
        <w:br/>
        <w:t>f 23233/24386/21313 23232/24387/21314 23231/24388/21315</w:t>
        <w:br/>
        <w:t>f 23224/24379/21306 23225/24378/21305 23234/24389/21316</w:t>
        <w:br/>
        <w:t>f 23236/24390/21317 23228/24384/21311 23235/24391/21318</w:t>
        <w:br/>
        <w:t>f 23237/24392/21317 23236/24390/21317 23235/24391/21318</w:t>
        <w:br/>
        <w:t>f 23218/24373/21301 23219/24372/21300 23238/24393/21319</w:t>
        <w:br/>
        <w:t>f 23220/24377/21303 23239/24394/21320 23222/24375/21303</w:t>
        <w:br/>
        <w:t>f 22884/24039/20979 22867/24022/20965 23234/24389/21316</w:t>
        <w:br/>
        <w:t>f 23241/24395/21321 22884/24039/20979 23240/24396/21322</w:t>
        <w:br/>
        <w:t>f 23217/24374/21323 23240/24396/21322 22884/24039/20979</w:t>
        <w:br/>
        <w:t>f 23244/24397/21324 23243/24398/21325 23242/24399/21326</w:t>
        <w:br/>
        <w:t>f 23244/24397/21324 23246/24400/21327 23245/24401/21328</w:t>
        <w:br/>
        <w:t>f 23243/24398/21325 23244/24397/21324 23245/24401/21328</w:t>
        <w:br/>
        <w:t>f 23249/24402/21329 23248/24403/21330 23247/24404/21331</w:t>
        <w:br/>
        <w:t>f 23250/24405/21332 23249/24402/21329 23247/24404/21331</w:t>
        <w:br/>
        <w:t>f 23252/24406/21333 23238/24393/21334 23251/24407/21335</w:t>
        <w:br/>
        <w:t>f 23253/24408/21336 23252/24406/21333 23251/24407/21335</w:t>
        <w:br/>
        <w:t>f 23247/24404/21331 23254/24409/21337 23250/24405/21332</w:t>
        <w:br/>
        <w:t>f 23255/24410/21338 23216/24370/21298 23213/24369/21297</w:t>
        <w:br/>
        <w:t>f 23258/24411/21339 23257/24412/21340 23063/24217/21149</w:t>
        <w:br/>
        <w:t>f 23256/24413/21341 23258/24411/21339 23063/24217/21149</w:t>
        <w:br/>
        <w:t>f 23261/24414/21342 23260/24415/21343 23259/24416/21344</w:t>
        <w:br/>
        <w:t>f 23261/24414/21342 23259/24416/21344 23262/24417/21345</w:t>
        <w:br/>
        <w:t>f 23263/24418/21346 23261/24414/21342 23262/24417/21345</w:t>
        <w:br/>
        <w:t>f 23258/24411/21339 23256/24413/21341 23264/24419/21347</w:t>
        <w:br/>
        <w:t>f 23266/24420/21348 23265/24421/21349 23264/24419/21347</w:t>
        <w:br/>
        <w:t>f 23267/24422/21350 23263/24418/21346 23262/24417/21345</w:t>
        <w:br/>
        <w:t>f 23269/24423/21351 23239/24394/21320 23268/24424/21352</w:t>
        <w:br/>
        <w:t>f 23272/24425/21353 23271/24426/21354 23270/24427/21355</w:t>
        <w:br/>
        <w:t>f 23273/24428/21356 23272/24425/21353 23270/24427/21355</w:t>
        <w:br/>
        <w:t>f 23274/24429/21357 23239/24394/21320 23269/24423/21351</w:t>
        <w:br/>
        <w:t>f 23238/24393/21334 23275/24430/21358 23254/24409/21337</w:t>
        <w:br/>
        <w:t>f 23247/24404/21331 23238/24393/21334 23254/24409/21337</w:t>
        <w:br/>
        <w:t>f 23278/24431/21359 23277/24432/21360 23276/24433/21360</w:t>
        <w:br/>
        <w:t>f 23279/24434/21361 23278/24431/21359 23276/24433/21360</w:t>
        <w:br/>
        <w:t>f 23279/24434/21361 23280/24435/21362 23278/24431/21359</w:t>
        <w:br/>
        <w:t>f 23268/24424/21352 23282/24436/21363 23281/24437/21364</w:t>
        <w:br/>
        <w:t>f 23269/24423/21351 23268/24424/21352 23281/24437/21364</w:t>
        <w:br/>
        <w:t>f 23285/24438/21365 23284/24439/21366 23283/24440/21366</w:t>
        <w:br/>
        <w:t>f 23286/24441/21365 23285/24438/21365 23283/24440/21366</w:t>
        <w:br/>
        <w:t>f 23214/24368/21296 23287/24442/21367 23255/24410/21338</w:t>
        <w:br/>
        <w:t>f 23213/24369/21297 23214/24368/21296 23255/24410/21338</w:t>
        <w:br/>
        <w:t>f 23290/24443/21368 23289/24444/21369 23288/24445/21370</w:t>
        <w:br/>
        <w:t>f 23058/24214/21146 23059/24213/21145 23291/24446/21371</w:t>
        <w:br/>
        <w:t>f 23255/24410/21338 23293/24447/21372 23292/24448/21373</w:t>
        <w:br/>
        <w:t>f 23288/24445/21370 23289/24444/21369 23294/24449/21374</w:t>
        <w:br/>
        <w:t>f 23297/24450/21375 23296/24451/21376 23295/24452/21377</w:t>
        <w:br/>
        <w:t>f 23301/24453/21378 23300/24454/21379 23299/24455/21380</w:t>
        <w:br/>
        <w:t>f 23298/24456/21381 23301/24453/21378 23299/24455/21380</w:t>
        <w:br/>
        <w:t>f 23304/24457/21382 23303/24458/21383 23302/24459/21383</w:t>
        <w:br/>
        <w:t>f 23291/24446/21384 23296/24451/21376 23305/24460/21385</w:t>
        <w:br/>
        <w:t>f 23305/24460/21385 23307/24461/21386 23306/24462/21387</w:t>
        <w:br/>
        <w:t>f 23305/24460/21385 23283/24440/21366 23284/24439/21366</w:t>
        <w:br/>
        <w:t>f 23291/24446/21384 23305/24460/21385 23284/24439/21366</w:t>
        <w:br/>
        <w:t>f 23308/24463/21388 23307/24461/21386 23305/24460/21385</w:t>
        <w:br/>
        <w:t>f 23309/24464/21388 23308/24463/21388 23305/24460/21385</w:t>
        <w:br/>
        <w:t>f 23311/24465/21389 23310/24466/21390 23281/24437/21364</w:t>
        <w:br/>
        <w:t>f 23282/24436/21363 23311/24465/21389 23281/24437/21364</w:t>
        <w:br/>
        <w:t>f 23298/24456/21391 23302/24459/21383 23303/24458/21383</w:t>
        <w:br/>
        <w:t>f 23312/24467/21392 23308/24463/21388 23309/24464/21388</w:t>
        <w:br/>
        <w:t>f 23297/24450/21375 23312/24467/21392 23309/24464/21388</w:t>
        <w:br/>
        <w:t>f 23313/24468/21393 23297/24450/21375 23295/24452/21377</w:t>
        <w:br/>
        <w:t>f 23261/24414/21342 23298/24456/21381 23313/24468/21393</w:t>
        <w:br/>
        <w:t>f 23260/24415/21343 23261/24414/21342 23313/24468/21393</w:t>
        <w:br/>
        <w:t>f 23314/24469/21394 23301/24453/21378 23298/24456/21381</w:t>
        <w:br/>
        <w:t>f 23310/24466/21395 23297/24450/21375 23315/24470/21396</w:t>
        <w:br/>
        <w:t>f 23297/24450/21375 23310/24466/21395 23312/24467/21392</w:t>
        <w:br/>
        <w:t>f 23318/24471/21397 23317/24472/21398 23316/24473/21399</w:t>
        <w:br/>
        <w:t>f 23321/24474/21400 23320/24475/21401 23319/24476/21402</w:t>
        <w:br/>
        <w:t>f 23323/24477/21403 23322/24478/21404 23310/24466/21390</w:t>
        <w:br/>
        <w:t>f 23311/24465/21389 23323/24477/21403 23310/24466/21390</w:t>
        <w:br/>
        <w:t>f 23318/24471/21397 23310/24466/21390 23322/24478/21404</w:t>
        <w:br/>
        <w:t>f 23325/24479/21405 23324/24480/21406 23321/24474/21400</w:t>
        <w:br/>
        <w:t>f 23319/24476/21402 23325/24479/21405 23321/24474/21400</w:t>
        <w:br/>
        <w:t>f 23327/24481/21407 23326/24482/21408 23321/24474/21400</w:t>
        <w:br/>
        <w:t>f 23327/24481/21407 23321/24474/21400 23324/24480/21406</w:t>
        <w:br/>
        <w:t>f 23317/24472/21398 23318/24471/21397 23328/24483/21409</w:t>
        <w:br/>
        <w:t>f 23329/24484/21410 23317/24472/21398 23328/24483/21409</w:t>
        <w:br/>
        <w:t>f 23328/24483/21409 23318/24471/21397 23327/24481/21407</w:t>
        <w:br/>
        <w:t>f 23327/24481/21407 23324/24480/21406 23330/24485/21411</w:t>
        <w:br/>
        <w:t>f 23255/24410/21338 23332/24486/21412 23331/24487/21413</w:t>
        <w:br/>
        <w:t>f 23216/24370/21298 23255/24410/21338 23331/24487/21413</w:t>
        <w:br/>
        <w:t>f 23333/24488/21414 23216/24370/21298 23331/24487/21413</w:t>
        <w:br/>
        <w:t>f 23329/24484/21410 23328/24483/21409 23331/24487/21413</w:t>
        <w:br/>
        <w:t>f 23332/24486/21412 23329/24484/21410 23331/24487/21413</w:t>
        <w:br/>
        <w:t>f 23336/24489/21415 23335/24490/21416 23334/24491/21417</w:t>
        <w:br/>
        <w:t>f 23330/24485/21411 23334/24491/21417 23335/24490/21416</w:t>
        <w:br/>
        <w:t>f 23327/24481/21407 23330/24485/21411 23335/24490/21416</w:t>
        <w:br/>
        <w:t>f 23337/24492/21418 23324/24480/21406 23325/24479/21405</w:t>
        <w:br/>
        <w:t>f 23330/24485/21411 23324/24480/21406 23337/24492/21418</w:t>
        <w:br/>
        <w:t>f 23338/24493/21419 23330/24485/21411 23337/24492/21418</w:t>
        <w:br/>
        <w:t>f 23334/24491/21417 23330/24485/21411 23338/24493/21419</w:t>
        <w:br/>
        <w:t>f 23140/24296/21225 23141/24295/21224 23339/24494/21420</w:t>
        <w:br/>
        <w:t>f 23145/24300/21230 23143/24299/21228 23340/24495/21421</w:t>
        <w:br/>
        <w:t>f 23173/24329/21257 23171/24325/21253 23151/24307/21235</w:t>
        <w:br/>
        <w:t>f 23343/24496/21422 23342/24497/21423 23341/24498/21423</w:t>
        <w:br/>
        <w:t>f 23346/24499/21424 23345/24500/21424 23344/24501/21425</w:t>
        <w:br/>
        <w:t>f 23347/24502/21425 23346/24499/21424 23344/24501/21425</w:t>
        <w:br/>
        <w:t>f 23250/24405/21332 23272/24425/21353 23348/24503/21426</w:t>
        <w:br/>
        <w:t>f 23273/24428/21356 23349/24504/21427 23348/24503/21426</w:t>
        <w:br/>
        <w:t>f 23272/24425/21353 23273/24428/21356 23348/24503/21426</w:t>
        <w:br/>
        <w:t>f 23175/24330/21258 23079/24231/21162 23076/24234/21165</w:t>
        <w:br/>
        <w:t>f 23351/24505/21428 23200/24352/21281 23197/24355/21283</w:t>
        <w:br/>
        <w:t>f 23350/24506/21429 23351/24505/21428 23197/24355/21283</w:t>
        <w:br/>
        <w:t>f 23354/24507/21430 23353/24508/21431 23352/24509/21432</w:t>
        <w:br/>
        <w:t>f 23186/24339/21268 23354/24507/21430 23352/24509/21432</w:t>
        <w:br/>
        <w:t>f 23210/24364/21292 23355/24510/21433 23207/24360/21288</w:t>
        <w:br/>
        <w:t>f 23059/24213/21145 23062/24218/21150 23356/24511/21434</w:t>
        <w:br/>
        <w:t>f 23339/24494/21420 23358/24512/21435 23357/24513/21436</w:t>
        <w:br/>
        <w:t>f 23360/24514/21437 23339/24494/21420 23357/24513/21436</w:t>
        <w:br/>
        <w:t>f 23359/24515/21438 23360/24514/21437 23357/24513/21436</w:t>
        <w:br/>
        <w:t>f 23364/24516/21439 23363/24517/21440 23362/24518/21440</w:t>
        <w:br/>
        <w:t>f 23361/24519/21439 23364/24516/21439 23362/24518/21440</w:t>
        <w:br/>
        <w:t>f 23368/24520/21441 23367/24521/21442 23366/24522/21442</w:t>
        <w:br/>
        <w:t>f 23365/24523/21443 23368/24520/21441 23366/24522/21442</w:t>
        <w:br/>
        <w:t>f 23371/24524/21444 23370/24525/21445 23369/24526/21446</w:t>
        <w:br/>
        <w:t>f 23372/24527/21447 23371/24524/21444 23369/24526/21446</w:t>
        <w:br/>
        <w:t>f 23374/24528/21448 23373/24529/21449 23370/24525/21445</w:t>
        <w:br/>
        <w:t>f 23371/24524/21444 23374/24528/21448 23370/24525/21445</w:t>
        <w:br/>
        <w:t>f 23378/24530/21450 23377/24531/21451 23376/24532/21452</w:t>
        <w:br/>
        <w:t>f 23375/24533/21452 23378/24530/21450 23376/24532/21452</w:t>
        <w:br/>
        <w:t>f 23382/24534/21453 23381/24535/21453 23380/24536/21454</w:t>
        <w:br/>
        <w:t>f 23379/24537/21454 23382/24534/21453 23380/24536/21454</w:t>
        <w:br/>
        <w:t>f 23385/24538/21455 23384/24539/21455 23383/24540/21456</w:t>
        <w:br/>
        <w:t>f 23386/24541/21457 23385/24538/21455 23383/24540/21456</w:t>
        <w:br/>
        <w:t>f 23388/24542/21458 23387/24543/21458 23375/24533/21452</w:t>
        <w:br/>
        <w:t>f 23376/24532/21452 23388/24542/21458 23375/24533/21452</w:t>
        <w:br/>
        <w:t>f 23360/24514/21437 23143/24299/21228 23339/24494/21420</w:t>
        <w:br/>
        <w:t>f 23339/24494/21420 23141/24295/21224 23389/24544/21459</w:t>
        <w:br/>
        <w:t>f 23358/24512/21435 23339/24494/21420 23389/24544/21459</w:t>
        <w:br/>
        <w:t>f 23139/24292/21229 23118/24273/21204 23136/24291/21220</w:t>
        <w:br/>
        <w:t>f 23393/24545/21460 23392/24546/21461 23391/24547/21462</w:t>
        <w:br/>
        <w:t>f 23390/24548/21463 23393/24545/21460 23391/24547/21462</w:t>
        <w:br/>
        <w:t>f 23396/24549/21464 23395/24550/21465 23394/24551/21466</w:t>
        <w:br/>
        <w:t>f 23397/24552/21467 23396/24549/21464 23394/24551/21466</w:t>
        <w:br/>
        <w:t>f 23399/24553/21468 23398/24554/21469 23397/24552/21467</w:t>
        <w:br/>
        <w:t>f 23394/24551/21466 23399/24553/21468 23397/24552/21467</w:t>
        <w:br/>
        <w:t>f 23402/24555/21470 23401/24556/21471 23400/24557/21472</w:t>
        <w:br/>
        <w:t>f 23403/24558/21473 23402/24555/21470 23400/24557/21472</w:t>
        <w:br/>
        <w:t>f 23406/24559/21474 23405/24560/21475 23404/24561/21476</w:t>
        <w:br/>
        <w:t>f 23407/24562/21476 23406/24559/21474 23404/24561/21476</w:t>
        <w:br/>
        <w:t>f 23411/24563/21477 23410/24564/21478 23409/24565/21479</w:t>
        <w:br/>
        <w:t>f 23408/24566/21480 23411/24563/21477 23409/24565/21479</w:t>
        <w:br/>
        <w:t>f 23414/24567/21481 23413/24568/21482 23412/24569/21483</w:t>
        <w:br/>
        <w:t>f 23390/24548/21463 23391/24547/21462 23415/24570/21484</w:t>
        <w:br/>
        <w:t>f 23416/24571/21485 23390/24548/21463 23415/24570/21484</w:t>
        <w:br/>
        <w:t>f 23419/24572/21486 23418/24573/21487 23417/24574/21488</w:t>
        <w:br/>
        <w:t>f 23420/24575/21489 23419/24572/21486 23417/24574/21488</w:t>
        <w:br/>
        <w:t>f 23423/24576/21490 23422/24577/21491 23421/24578/21492</w:t>
        <w:br/>
        <w:t>f 23426/24579/21493 23425/24580/21494 23424/24581/21495</w:t>
        <w:br/>
        <w:t>f 23427/24582/21496 23426/24579/21493 23424/24581/21495</w:t>
        <w:br/>
        <w:t>f 23415/24570/21484 23391/24547/21462 23429/24583/21497</w:t>
        <w:br/>
        <w:t>f 23428/24584/21498 23415/24570/21484 23429/24583/21497</w:t>
        <w:br/>
        <w:t>f 23433/24585/21499 23432/24586/21500 23431/24587/21501</w:t>
        <w:br/>
        <w:t>f 23430/24588/21502 23433/24585/21499 23431/24587/21501</w:t>
        <w:br/>
        <w:t>f 23437/24589/21503 23436/24590/21504 23435/24591/21505</w:t>
        <w:br/>
        <w:t>f 23434/24592/21506 23437/24589/21503 23435/24591/21505</w:t>
        <w:br/>
        <w:t>f 23440/24593/21507 23439/24594/21508 23438/24595/21509</w:t>
        <w:br/>
        <w:t>f 23436/24590/21504 23440/24593/21507 23438/24595/21509</w:t>
        <w:br/>
        <w:t>f 23442/24596/21510 23441/24597/21511 23430/24588/21502</w:t>
        <w:br/>
        <w:t>f 23431/24587/21501 23442/24596/21510 23430/24588/21502</w:t>
        <w:br/>
        <w:t>f 23446/24598/21512 23445/24599/21513 23444/24600/21514</w:t>
        <w:br/>
        <w:t>f 23443/24601/21515 23446/24598/21512 23444/24600/21514</w:t>
        <w:br/>
        <w:t>f 23437/24589/21503 23444/24600/21514 23447/24602/21516</w:t>
        <w:br/>
        <w:t>f 23448/24603/21517 23437/24589/21503 23447/24602/21516</w:t>
        <w:br/>
        <w:t>f 23451/24604/21518 23450/24605/21519 23449/24606/21520</w:t>
        <w:br/>
        <w:t>f 23426/24579/21521 23451/24604/21518 23449/24606/21520</w:t>
        <w:br/>
        <w:t>f 23452/24607/21522 23396/24549/21464 23397/24552/21467</w:t>
        <w:br/>
        <w:t>f 23453/24608/21523 23452/24607/21522 23397/24552/21467</w:t>
        <w:br/>
        <w:t>f 23457/24609/21524 23456/24610/21525 23455/24611/21526</w:t>
        <w:br/>
        <w:t>f 23454/24612/21527 23457/24609/21524 23455/24611/21526</w:t>
        <w:br/>
        <w:t>f 23461/24613/21528 23460/24614/21529 23459/24615/21530</w:t>
        <w:br/>
        <w:t>f 23458/24616/21531 23461/24613/21528 23459/24615/21530</w:t>
        <w:br/>
        <w:t>f 23463/24617/21532 23462/24618/21533 23455/24611/21526</w:t>
        <w:br/>
        <w:t>f 23453/24608/21523 23463/24617/21532 23455/24611/21526</w:t>
        <w:br/>
        <w:t>f 23466/24619/21534 23465/24620/21535 23462/24618/21533</w:t>
        <w:br/>
        <w:t>f 23464/24621/21536 23466/24619/21534 23462/24618/21533</w:t>
        <w:br/>
        <w:t>f 23469/24622/21537 23468/24623/21538 23467/24624/21539</w:t>
        <w:br/>
        <w:t>f 23470/24625/21540 23469/24622/21537 23467/24624/21539</w:t>
        <w:br/>
        <w:t>f 23419/24572/21486 23471/24626/21541 23467/24624/21539</w:t>
        <w:br/>
        <w:t>f 23410/24564/21478 23419/24572/21486 23467/24624/21539</w:t>
        <w:br/>
        <w:t>f 23471/24626/21541 23458/24616/21531 23470/24625/21540</w:t>
        <w:br/>
        <w:t>f 23467/24624/21539 23471/24626/21541 23470/24625/21540</w:t>
        <w:br/>
        <w:t>f 23459/24615/21530 23454/24612/21527 23465/24620/21535</w:t>
        <w:br/>
        <w:t>f 23472/24627/21542 23459/24615/21530 23465/24620/21535</w:t>
        <w:br/>
        <w:t>f 23398/24554/21469 23406/24559/21474 23473/24628/21543</w:t>
        <w:br/>
        <w:t>f 23463/24617/21532 23398/24554/21469 23473/24628/21543</w:t>
        <w:br/>
        <w:t>f 23423/24576/21490 23421/24578/21492 23474/24629/21544</w:t>
        <w:br/>
        <w:t>f 23477/24630/21545 23476/24631/21546 23475/24632/21547</w:t>
        <w:br/>
        <w:t>f 23479/24633/21548 23478/24634/21549 23475/24632/21547</w:t>
        <w:br/>
        <w:t>f 23476/24631/21546 23479/24633/21548 23475/24632/21547</w:t>
        <w:br/>
        <w:t>f 23478/24634/21549 23479/24633/21548 23480/24635/21550</w:t>
        <w:br/>
        <w:t>f 23481/24636/21551 23478/24634/21549 23480/24635/21550</w:t>
        <w:br/>
        <w:t>f 23484/24637/21552 23483/24638/21552 23482/24639/21553</w:t>
        <w:br/>
        <w:t>f 23485/24640/21553 23484/24637/21552 23482/24639/21553</w:t>
        <w:br/>
        <w:t>f 23488/24641/21554 23487/24642/21555 23486/24643/21556</w:t>
        <w:br/>
        <w:t>f 23491/24644/21557 23490/24645/21558 23489/24646/21559</w:t>
        <w:br/>
        <w:t>f 23492/24647/21560 23491/24644/21557 23489/24646/21559</w:t>
        <w:br/>
        <w:t>f 23496/24648/21561 23495/24649/21562 23494/24650/21563</w:t>
        <w:br/>
        <w:t>f 23493/24651/21564 23496/24648/21561 23494/24650/21563</w:t>
        <w:br/>
        <w:t>f 23500/24652/21565 23499/24653/21566 23498/24654/21567</w:t>
        <w:br/>
        <w:t>f 23497/24655/21567 23500/24652/21565 23498/24654/21567</w:t>
        <w:br/>
        <w:t>f 23502/24656/21568 23483/24638/21552 23484/24637/21552</w:t>
        <w:br/>
        <w:t>f 23501/24657/21568 23502/24656/21568 23484/24637/21552</w:t>
        <w:br/>
        <w:t>f 23504/24658/21569 23477/24630/21545 23475/24632/21547</w:t>
        <w:br/>
        <w:t>f 23503/24659/21570 23504/24658/21569 23475/24632/21547</w:t>
        <w:br/>
        <w:t>f 23507/24660/21571 23506/24661/21572 23505/24662/21572</w:t>
        <w:br/>
        <w:t>f 23508/24663/21571 23507/24660/21571 23505/24662/21572</w:t>
        <w:br/>
        <w:t>f 23511/24664/21573 23510/24665/21574 23509/24666/21575</w:t>
        <w:br/>
        <w:t>f 23512/24667/21573 23511/24664/21573 23509/24666/21575</w:t>
        <w:br/>
        <w:t>f 23515/24668/21576 23514/24669/21577 23513/24670/21577</w:t>
        <w:br/>
        <w:t>f 23519/24671/21578 23518/24672/21579 23517/24673/21580</w:t>
        <w:br/>
        <w:t>f 23516/24674/21578 23519/24671/21578 23517/24673/21580</w:t>
        <w:br/>
        <w:t>f 23521/24675/21581 23519/24671/21578 23516/24674/21578</w:t>
        <w:br/>
        <w:t>f 23520/24676/21581 23521/24675/21581 23516/24674/21578</w:t>
        <w:br/>
        <w:t>f 23524/24677/21582 23523/24678/21583 23522/24679/21584</w:t>
        <w:br/>
        <w:t>f 23528/24680/21585 23527/24681/21586 23526/24682/21587</w:t>
        <w:br/>
        <w:t>f 23525/24683/21588 23528/24680/21585 23526/24682/21587</w:t>
        <w:br/>
        <w:t>f 23525/24683/21588 23531/24684/21589 23530/24685/21590</w:t>
        <w:br/>
        <w:t>f 23529/24686/21591 23525/24683/21588 23530/24685/21590</w:t>
        <w:br/>
        <w:t>f 23533/24687/21592 23532/24688/21593 23529/24686/21591</w:t>
        <w:br/>
        <w:t>f 23530/24685/21590 23533/24687/21592 23529/24686/21591</w:t>
        <w:br/>
        <w:t>f 23503/24659/21570 23475/24632/21547 23478/24634/21549</w:t>
        <w:br/>
        <w:t>f 23534/24689/21594 23503/24659/21570 23478/24634/21549</w:t>
        <w:br/>
        <w:t>f 23535/24690/21595 23533/24687/21592 23530/24685/21590</w:t>
        <w:br/>
        <w:t>f 23534/24689/21594 23535/24690/21595 23530/24685/21590</w:t>
        <w:br/>
        <w:t>f 23538/24691/21596 23537/24692/21597 23536/24693/21598</w:t>
        <w:br/>
        <w:t>f 23539/24694/21599 23538/24691/21596 23536/24693/21598</w:t>
        <w:br/>
        <w:t>f 23543/24695/21600 23542/24696/21601 23541/24697/21602</w:t>
        <w:br/>
        <w:t>f 23540/24698/21603 23543/24695/21600 23541/24697/21602</w:t>
        <w:br/>
        <w:t>f 23547/24699/21604 23546/24700/21605 23545/24701/21606</w:t>
        <w:br/>
        <w:t>f 23544/24702/21607 23547/24699/21604 23545/24701/21606</w:t>
        <w:br/>
        <w:t>f 23551/24703/21608 23550/24704/21609 23549/24705/21610</w:t>
        <w:br/>
        <w:t>f 23548/24706/21611 23551/24703/21608 23549/24705/21610</w:t>
        <w:br/>
        <w:t>f 23554/24707/21612 23553/24708/21613 23552/24709/21614</w:t>
        <w:br/>
        <w:t>f 23555/24710/21615 23554/24707/21612 23552/24709/21614</w:t>
        <w:br/>
        <w:t>f 23559/24711/21616 23558/24712/21617 23557/24713/21618</w:t>
        <w:br/>
        <w:t>f 23556/24714/21619 23559/24711/21616 23557/24713/21618</w:t>
        <w:br/>
        <w:t>f 23563/24715/21620 23562/24716/21621 23561/24717/21622</w:t>
        <w:br/>
        <w:t>f 23560/24718/21623 23563/24715/21620 23561/24717/21622</w:t>
        <w:br/>
        <w:t>f 23566/24719/21624 23565/24720/21625 23543/24695/21600</w:t>
        <w:br/>
        <w:t>f 23564/24721/21626 23566/24719/21624 23543/24695/21600</w:t>
        <w:br/>
        <w:t>f 23563/24715/21620 23568/24722/21627 23567/24723/21628</w:t>
        <w:br/>
        <w:t>f 23565/24720/21625 23563/24715/21620 23567/24723/21628</w:t>
        <w:br/>
        <w:t>f 23572/24724/21629 23571/24725/21630 23570/24726/21630</w:t>
        <w:br/>
        <w:t>f 23569/24727/21631 23572/24724/21629 23570/24726/21630</w:t>
        <w:br/>
        <w:t>f 23574/24728/21632 23549/24705/21610 23550/24704/21609</w:t>
        <w:br/>
        <w:t>f 23573/24729/21633 23574/24728/21632 23550/24704/21609</w:t>
        <w:br/>
        <w:t>f 23554/24707/21612 23577/24730/21634 23576/24731/21635</w:t>
        <w:br/>
        <w:t>f 23575/24732/21636 23554/24707/21612 23576/24731/21635</w:t>
        <w:br/>
        <w:t>f 23560/24718/21623 23578/24733/21637 23568/24722/21627</w:t>
        <w:br/>
        <w:t>f 23563/24715/21620 23560/24718/21623 23568/24722/21627</w:t>
        <w:br/>
        <w:t>f 23559/24711/21616 23580/24734/21638 23579/24735/21639</w:t>
        <w:br/>
        <w:t>f 23555/24710/21615 23559/24711/21616 23579/24735/21639</w:t>
        <w:br/>
        <w:t>f 23583/24736/21640 23582/24737/21641 23581/24738/21642</w:t>
        <w:br/>
        <w:t>f 23564/24721/21626 23583/24736/21640 23581/24738/21642</w:t>
        <w:br/>
        <w:t>f 23547/24699/21604 23576/24731/21635 23577/24730/21634</w:t>
        <w:br/>
        <w:t>f 23584/24739/21643 23547/24699/21604 23577/24730/21634</w:t>
        <w:br/>
        <w:t>f 23585/24740/21644 23574/24728/21632 23573/24729/21633</w:t>
        <w:br/>
        <w:t>f 23544/24702/21607 23585/24740/21644 23573/24729/21633</w:t>
        <w:br/>
        <w:t>f 23587/24741/21645 23586/24742/21646 23556/24714/21619</w:t>
        <w:br/>
        <w:t>f 23557/24713/21618 23587/24741/21645 23556/24714/21619</w:t>
        <w:br/>
        <w:t>f 23589/24743/21647 23556/24714/21619 23586/24742/21646</w:t>
        <w:br/>
        <w:t>f 23588/24744/21648 23589/24743/21647 23586/24742/21646</w:t>
        <w:br/>
        <w:t>f 23591/24745/21649 23590/24746/21650 23486/24643/21556</w:t>
        <w:br/>
        <w:t>f 23592/24747/21651 23591/24745/21649 23486/24643/21556</w:t>
        <w:br/>
        <w:t>f 23489/24646/21559 23592/24747/21651 23593/24748/21652</w:t>
        <w:br/>
        <w:t>f 23594/24749/21653 23489/24646/21559 23593/24748/21652</w:t>
        <w:br/>
        <w:t>f 23496/24648/21561 23492/24647/21560 23595/24750/21654</w:t>
        <w:br/>
        <w:t>f 23596/24751/21655 23496/24648/21561 23595/24750/21654</w:t>
        <w:br/>
        <w:t>f 23539/24694/21599 23584/24739/21643 23597/24752/21656</w:t>
        <w:br/>
        <w:t>f 23538/24691/21596 23539/24694/21599 23597/24752/21656</w:t>
        <w:br/>
        <w:t>f 23540/24698/21603 23583/24736/21640 23564/24721/21626</w:t>
        <w:br/>
        <w:t>f 23543/24695/21600 23540/24698/21603 23564/24721/21626</w:t>
        <w:br/>
        <w:t>f 23599/24753/21657 23570/24726/21630 23571/24725/21630</w:t>
        <w:br/>
        <w:t>f 23598/24754/21657 23599/24753/21657 23571/24725/21630</w:t>
        <w:br/>
        <w:t>f 23602/24755/21658 23601/24756/21659 23600/24757/21660</w:t>
        <w:br/>
        <w:t>f 23602/24755/21658 23600/24757/21660 23603/24758/21661</w:t>
        <w:br/>
        <w:t>f 23605/24759/21662 23476/24631/21546 23604/24760/21663</w:t>
        <w:br/>
        <w:t>f 23606/24761/21663 23605/24759/21662 23604/24760/21663</w:t>
        <w:br/>
        <w:t>f 23607/24762/21664 23527/24681/21586 23528/24680/21585</w:t>
        <w:br/>
        <w:t>f 23596/24751/21655 23607/24762/21664 23528/24680/21585</w:t>
        <w:br/>
        <w:t>f 23609/24763/21665 23608/24764/21666 23548/24706/21611</w:t>
        <w:br/>
        <w:t>f 23549/24705/21610 23609/24763/21665 23548/24706/21611</w:t>
        <w:br/>
        <w:t>f 23611/24765/21667 23610/24766/21668 23574/24728/21632</w:t>
        <w:br/>
        <w:t>f 23585/24740/21644 23611/24765/21667 23574/24728/21632</w:t>
        <w:br/>
        <w:t>f 23549/24705/21610 23574/24728/21632 23610/24766/21668</w:t>
        <w:br/>
        <w:t>f 23609/24763/21665 23549/24705/21610 23610/24766/21668</w:t>
        <w:br/>
        <w:t>f 23615/24767/21669 23614/24768/21670 23613/24769/21671</w:t>
        <w:br/>
        <w:t>f 23612/24770/21672 23615/24767/21669 23613/24769/21671</w:t>
        <w:br/>
        <w:t>f 23545/24701/21606 23616/24771/21673 23612/24770/21672</w:t>
        <w:br/>
        <w:t>f 23613/24769/21671 23545/24701/21606 23612/24770/21672</w:t>
        <w:br/>
        <w:t>f 23614/24768/21670 23611/24765/21667 23585/24740/21644</w:t>
        <w:br/>
        <w:t>f 23613/24769/21671 23614/24768/21670 23585/24740/21644</w:t>
        <w:br/>
        <w:t>f 23610/24766/21668 23611/24765/21667 23618/24772/21674</w:t>
        <w:br/>
        <w:t>f 23617/24773/21675 23610/24766/21668 23618/24772/21674</w:t>
        <w:br/>
        <w:t>f 23476/24631/21546 23620/24774/21676 23619/24775/21677</w:t>
        <w:br/>
        <w:t>f 23479/24633/21548 23476/24631/21546 23619/24775/21677</w:t>
        <w:br/>
        <w:t>f 23621/24776/21678 23480/24635/21550 23479/24633/21548</w:t>
        <w:br/>
        <w:t>f 23619/24775/21677 23621/24776/21678 23479/24633/21548</w:t>
        <w:br/>
        <w:t>f 23622/24777/21679 23620/24774/21676 23476/24631/21546</w:t>
        <w:br/>
        <w:t>f 23605/24759/21662 23622/24777/21679 23476/24631/21546</w:t>
        <w:br/>
        <w:t>f 23624/24778/21680 23623/24779/21681 23608/24764/21666</w:t>
        <w:br/>
        <w:t>f 23609/24763/21665 23624/24778/21680 23608/24764/21666</w:t>
        <w:br/>
        <w:t>f 23609/24763/21665 23610/24766/21668 23617/24773/21675</w:t>
        <w:br/>
        <w:t>f 23624/24778/21680 23609/24763/21665 23617/24773/21675</w:t>
        <w:br/>
        <w:t>f 23625/24780/21682 23618/24772/21674 23611/24765/21667</w:t>
        <w:br/>
        <w:t>f 23614/24768/21670 23625/24780/21682 23611/24765/21667</w:t>
        <w:br/>
        <w:t>f 23615/24767/21669 23626/24781/21683 23625/24780/21682</w:t>
        <w:br/>
        <w:t>f 23614/24768/21670 23615/24767/21669 23625/24780/21682</w:t>
        <w:br/>
        <w:t>f 23628/24782/21684 23627/24783/21685 23617/24773/21675</w:t>
        <w:br/>
        <w:t>f 23618/24772/21674 23628/24782/21684 23617/24773/21675</w:t>
        <w:br/>
        <w:t>f 23620/24774/21676 23630/24784/21686 23629/24785/21687</w:t>
        <w:br/>
        <w:t>f 23619/24775/21677 23620/24774/21676 23629/24785/21687</w:t>
        <w:br/>
        <w:t>f 23631/24786/21688 23621/24776/21678 23619/24775/21677</w:t>
        <w:br/>
        <w:t>f 23629/24785/21687 23631/24786/21688 23619/24775/21677</w:t>
        <w:br/>
        <w:t>f 23622/24777/21679 23632/24787/21689 23630/24784/21686</w:t>
        <w:br/>
        <w:t>f 23620/24774/21676 23622/24777/21679 23630/24784/21686</w:t>
        <w:br/>
        <w:t>f 23623/24779/21681 23624/24778/21680 23634/24788/21690</w:t>
        <w:br/>
        <w:t>f 23633/24789/21691 23623/24779/21681 23634/24788/21690</w:t>
        <w:br/>
        <w:t>f 23627/24783/21685 23634/24788/21690 23624/24778/21680</w:t>
        <w:br/>
        <w:t>f 23617/24773/21675 23627/24783/21685 23624/24778/21680</w:t>
        <w:br/>
        <w:t>f 23628/24782/21684 23618/24772/21674 23625/24780/21682</w:t>
        <w:br/>
        <w:t>f 23635/24790/21692 23628/24782/21684 23625/24780/21682</w:t>
        <w:br/>
        <w:t>f 23635/24790/21692 23625/24780/21682 23626/24781/21683</w:t>
        <w:br/>
        <w:t>f 23636/24791/21693 23635/24790/21692 23626/24781/21683</w:t>
        <w:br/>
        <w:t>f 23628/24782/21684 23638/24792/21694 23637/24793/21695</w:t>
        <w:br/>
        <w:t>f 23627/24783/21685 23628/24782/21684 23637/24793/21695</w:t>
        <w:br/>
        <w:t>f 23630/24784/21686 23640/24794/21696 23639/24795/21697</w:t>
        <w:br/>
        <w:t>f 23629/24785/21687 23630/24784/21686 23639/24795/21697</w:t>
        <w:br/>
        <w:t>f 23629/24785/21687 23639/24795/21697 23641/24796/21698</w:t>
        <w:br/>
        <w:t>f 23631/24786/21688 23629/24785/21687 23641/24796/21698</w:t>
        <w:br/>
        <w:t>f 23640/24794/21696 23630/24784/21686 23632/24787/21689</w:t>
        <w:br/>
        <w:t>f 23642/24797/21699 23640/24794/21696 23632/24787/21689</w:t>
        <w:br/>
        <w:t>f 23633/24789/21691 23634/24788/21690 23644/24798/21700</w:t>
        <w:br/>
        <w:t>f 23643/24799/21701 23633/24789/21691 23644/24798/21700</w:t>
        <w:br/>
        <w:t>f 23637/24793/21695 23644/24798/21700 23634/24788/21690</w:t>
        <w:br/>
        <w:t>f 23627/24783/21685 23637/24793/21695 23634/24788/21690</w:t>
        <w:br/>
        <w:t>f 23645/24800/21702 23638/24792/21694 23628/24782/21684</w:t>
        <w:br/>
        <w:t>f 23635/24790/21692 23645/24800/21702 23628/24782/21684</w:t>
        <w:br/>
        <w:t>f 23636/24791/21693 23646/24801/21703 23645/24800/21702</w:t>
        <w:br/>
        <w:t>f 23635/24790/21692 23636/24791/21693 23645/24800/21702</w:t>
        <w:br/>
        <w:t>f 23649/24802/21704 23648/24803/21705 23647/24804/21706</w:t>
        <w:br/>
        <w:t>f 23650/24805/21707 23649/24802/21704 23647/24804/21706</w:t>
        <w:br/>
        <w:t>f 23654/24806/21708 23653/24807/21709 23652/24808/21710</w:t>
        <w:br/>
        <w:t>f 23651/24809/21711 23654/24806/21708 23652/24808/21710</w:t>
        <w:br/>
        <w:t>f 23653/24807/21709 23654/24806/21708 23656/24810/21712</w:t>
        <w:br/>
        <w:t>f 23655/24811/21713 23653/24807/21709 23656/24810/21712</w:t>
        <w:br/>
        <w:t>f 23657/24812/21714 23656/24810/21712 23654/24806/21708</w:t>
        <w:br/>
        <w:t>f 23659/24813/21715 23658/24814/21716 23650/24805/21707</w:t>
        <w:br/>
        <w:t>f 23647/24804/21706 23659/24813/21715 23650/24805/21707</w:t>
        <w:br/>
        <w:t>f 23661/24815/21717 23660/24816/21718 23655/24811/21713</w:t>
        <w:br/>
        <w:t>f 23656/24810/21712 23661/24815/21717 23655/24811/21713</w:t>
        <w:br/>
        <w:t>f 23662/24817/21719 23657/24812/21714 23654/24806/21708</w:t>
        <w:br/>
        <w:t>f 23651/24809/21711 23662/24817/21719 23654/24806/21708</w:t>
        <w:br/>
        <w:t>f 23663/24818/21720 23661/24815/21717 23656/24810/21712</w:t>
        <w:br/>
        <w:t>f 23657/24812/21714 23663/24818/21720 23656/24810/21712</w:t>
        <w:br/>
        <w:t>f 23666/24819/21705 23665/24820/21721 23664/24821/21722</w:t>
        <w:br/>
        <w:t>f 23667/24822/21723 23666/24819/21705 23664/24821/21722</w:t>
        <w:br/>
        <w:t>f 23669/24823/21724 23664/24821/21722 23665/24820/21721</w:t>
        <w:br/>
        <w:t>f 23668/24824/21725 23669/24823/21724 23665/24820/21721</w:t>
        <w:br/>
        <w:t>f 23672/24825/21726 23671/24826/21726 23670/24827/21727</w:t>
        <w:br/>
        <w:t>f 23673/24828/21727 23672/24825/21726 23670/24827/21727</w:t>
        <w:br/>
        <w:t>f 23676/24829/21728 23675/24830/21729 23674/24831/21730</w:t>
        <w:br/>
        <w:t>f 23677/24832/21731 23676/24829/21728 23674/24831/21730</w:t>
        <w:br/>
        <w:t>f 23681/24833/21732 23680/24834/21733 23679/24835/21734</w:t>
        <w:br/>
        <w:t>f 23678/24836/21735 23681/24833/21732 23679/24835/21734</w:t>
        <w:br/>
        <w:t>f 23685/24837/21736 23684/24838/21737 23683/24839/21738</w:t>
        <w:br/>
        <w:t>f 23682/24840/21739 23685/24837/21736 23683/24839/21738</w:t>
        <w:br/>
        <w:t>f 23688/24841/21740 23687/24842/21741 23686/24843/21741</w:t>
        <w:br/>
        <w:t>f 23689/24844/21740 23688/24841/21740 23686/24843/21741</w:t>
        <w:br/>
        <w:t>f 23671/24826/21726 23672/24825/21726 23690/24845/21742</w:t>
        <w:br/>
        <w:t>f 23691/24846/21742 23671/24826/21726 23690/24845/21742</w:t>
        <w:br/>
        <w:t>f 23695/24847/21743 23694/24848/21743 23693/24849/21744</w:t>
        <w:br/>
        <w:t>f 23692/24850/21744 23695/24847/21743 23693/24849/21744</w:t>
        <w:br/>
        <w:t>f 23698/24851/21745 23697/24852/21745 23696/24853/21746</w:t>
        <w:br/>
        <w:t>f 23699/24854/21746 23698/24851/21745 23696/24853/21746</w:t>
        <w:br/>
        <w:t>f 23702/24855/21747 23701/24856/21748 23700/24857/21749</w:t>
        <w:br/>
        <w:t>f 23703/24858/21750 23702/24855/21747 23700/24857/21749</w:t>
        <w:br/>
        <w:t>f 23706/24859/21751 23705/24860/21752 23704/24861/21753</w:t>
        <w:br/>
        <w:t>f 23707/24862/21754 23706/24859/21751 23704/24861/21753</w:t>
        <w:br/>
        <w:t>f 23711/24863/21755 23710/24864/21756 23709/24865/21757</w:t>
        <w:br/>
        <w:t>f 23708/24866/21758 23711/24863/21755 23709/24865/21757</w:t>
        <w:br/>
        <w:t>f 23713/24867/21759 23712/24868/21759 23708/24866/21758</w:t>
        <w:br/>
        <w:t>f 23709/24865/21757 23713/24867/21759 23708/24866/21758</w:t>
        <w:br/>
        <w:t>f 23716/24869/21760 23715/24870/21761 23714/24871/21761</w:t>
        <w:br/>
        <w:t>f 23720/24872/21762 23719/24873/21763 23718/24874/21764</w:t>
        <w:br/>
        <w:t>f 23717/24875/21765 23720/24872/21762 23718/24874/21764</w:t>
        <w:br/>
        <w:t>f 23722/24876/21766 23721/24877/21767 23717/24875/21765</w:t>
        <w:br/>
        <w:t>f 23723/24878/21768 23722/24876/21766 23717/24875/21765</w:t>
        <w:br/>
        <w:t>f 23723/24878/21768 23725/24879/21769 23724/24880/21770</w:t>
        <w:br/>
        <w:t>f 23722/24876/21766 23723/24878/21768 23724/24880/21770</w:t>
        <w:br/>
        <w:t>f 23727/24881/21771 23726/24882/21772 23665/24820/21721</w:t>
        <w:br/>
        <w:t>f 23666/24819/21705 23727/24881/21771 23665/24820/21721</w:t>
        <w:br/>
        <w:t>f 23726/24882/21772 23728/24883/21773 23668/24824/21725</w:t>
        <w:br/>
        <w:t>f 23665/24820/21721 23726/24882/21772 23668/24824/21725</w:t>
        <w:br/>
        <w:t>f 23731/24884/21774 23730/24885/21775 23729/24886/21776</w:t>
        <w:br/>
        <w:t>f 23732/24887/21777 23731/24884/21774 23729/24886/21776</w:t>
        <w:br/>
        <w:t>f 23735/24888/21778 23734/24889/21779 23733/24890/21780</w:t>
        <w:br/>
        <w:t>f 23736/24891/21781 23735/24888/21778 23733/24890/21780</w:t>
        <w:br/>
        <w:t>f 23739/24892/21782 23732/24887/21777 23738/24893/21783</w:t>
        <w:br/>
        <w:t>f 23737/24894/21784 23739/24892/21782 23738/24893/21783</w:t>
        <w:br/>
        <w:t>f 23742/24895/21785 23741/24896/21786 23740/24897/21787</w:t>
        <w:br/>
        <w:t>f 23743/24898/21788 23742/24895/21785 23740/24897/21787</w:t>
        <w:br/>
        <w:t>f 23744/24899/21789 23742/24895/21785 23743/24898/21788</w:t>
        <w:br/>
        <w:t>f 23745/24900/21790 23744/24899/21789 23743/24898/21788</w:t>
        <w:br/>
        <w:t>f 23749/24901/21791 23748/24902/21792 23747/24903/21792</w:t>
        <w:br/>
        <w:t>f 23746/24904/21793 23749/24901/21791 23747/24903/21792</w:t>
        <w:br/>
        <w:t>f 23753/24905/21794 23752/24906/21795 23751/24907/21796</w:t>
        <w:br/>
        <w:t>f 23750/24908/21797 23753/24905/21794 23751/24907/21796</w:t>
        <w:br/>
        <w:t>f 23757/24909/21798 23756/24910/21799 23755/24911/21800</w:t>
        <w:br/>
        <w:t>f 23754/24912/21801 23757/24909/21798 23755/24911/21800</w:t>
        <w:br/>
        <w:t>f 23760/24913/21802 23759/24914/21803 23758/24915/21804</w:t>
        <w:br/>
        <w:t>f 23761/24916/21805 23760/24913/21802 23758/24915/21804</w:t>
        <w:br/>
        <w:t>f 23762/24917/21806 23731/24884/21774 23732/24887/21777</w:t>
        <w:br/>
        <w:t>f 23739/24892/21782 23762/24917/21806 23732/24887/21777</w:t>
        <w:br/>
        <w:t>f 23765/24918/21807 23764/24919/21808 23763/24920/21809</w:t>
        <w:br/>
        <w:t>f 23766/24921/21810 23765/24918/21807 23763/24920/21809</w:t>
        <w:br/>
        <w:t>f 23743/24898/21788 23740/24897/21787 23768/24922/21811</w:t>
        <w:br/>
        <w:t>f 23767/24923/21812 23743/24898/21788 23768/24922/21811</w:t>
        <w:br/>
        <w:t>f 23767/24923/21812 23769/24924/21813 23745/24900/21790</w:t>
        <w:br/>
        <w:t>f 23743/24898/21788 23767/24923/21812 23745/24900/21790</w:t>
        <w:br/>
        <w:t>f 23752/24906/21795 23753/24905/21794 23770/24925/21814</w:t>
        <w:br/>
        <w:t>f 23771/24926/21815 23752/24906/21795 23770/24925/21814</w:t>
        <w:br/>
        <w:t>f 23775/24927/21816 23774/24928/21817 23773/24929/21818</w:t>
        <w:br/>
        <w:t>f 23772/24930/21819 23775/24927/21816 23773/24929/21818</w:t>
        <w:br/>
        <w:t>f 23778/24931/21820 23777/24932/21821 23776/24933/21822</w:t>
        <w:br/>
        <w:t>f 23775/24927/21816 23778/24931/21820 23776/24933/21822</w:t>
        <w:br/>
        <w:t>f 23775/24927/21816 23769/24924/21813 23779/24934/21823</w:t>
        <w:br/>
        <w:t>f 23778/24931/21820 23775/24927/21816 23779/24934/21823</w:t>
        <w:br/>
        <w:t>f 23782/24935/21824 23781/24936/21825 23780/24937/21825</w:t>
        <w:br/>
        <w:t>f 23783/24938/21824 23782/24935/21824 23780/24937/21825</w:t>
        <w:br/>
        <w:t>f 23786/24939/21826 23785/24940/21827 23784/24941/21827</w:t>
        <w:br/>
        <w:t>f 23787/24942/21826 23786/24939/21826 23784/24941/21827</w:t>
        <w:br/>
        <w:t>f 23674/24831/21730 23675/24830/21729 23788/24943/21828</w:t>
        <w:br/>
        <w:t>f 23789/24944/21829 23674/24831/21730 23788/24943/21828</w:t>
        <w:br/>
        <w:t>f 23793/24945/21830 23792/24946/21831 23791/24947/21832</w:t>
        <w:br/>
        <w:t>f 23790/24948/21833 23793/24945/21830 23791/24947/21832</w:t>
        <w:br/>
        <w:t>f 23684/24838/21737 23718/24874/21764 23794/24949/21834</w:t>
        <w:br/>
        <w:t>f 23683/24839/21738 23684/24838/21737 23794/24949/21834</w:t>
        <w:br/>
        <w:t>f 23778/24931/21820 23779/24934/21823 23729/24886/21776</w:t>
        <w:br/>
        <w:t>f 23734/24889/21779 23778/24931/21820 23729/24886/21776</w:t>
        <w:br/>
        <w:t>f 23763/24920/21809 23777/24932/21821 23735/24888/21778</w:t>
        <w:br/>
        <w:t>f 23761/24916/21805 23763/24920/21809 23735/24888/21778</w:t>
        <w:br/>
        <w:t>f 23797/24950/21835 23796/24951/21836 23795/24952/21836</w:t>
        <w:br/>
        <w:t>f 23798/24953/21837 23797/24950/21835 23795/24952/21836</w:t>
        <w:br/>
        <w:t>f 23781/24936/21825 23800/24954/21838 23799/24955/21838</w:t>
        <w:br/>
        <w:t>f 23780/24937/21825 23781/24936/21825 23799/24955/21838</w:t>
        <w:br/>
        <w:t>f 23803/24956/21839 23802/24957/21840 23801/24958/21841</w:t>
        <w:br/>
        <w:t>f 23718/24874/21764 23719/24873/21763 23804/24959/21842</w:t>
        <w:br/>
        <w:t>f 23794/24949/21834 23718/24874/21764 23804/24959/21842</w:t>
        <w:br/>
        <w:t>f 23675/24830/21729 23676/24829/21728 23805/24960/21843</w:t>
        <w:br/>
        <w:t>f 23806/24961/21844 23675/24830/21729 23805/24960/21843</w:t>
        <w:br/>
        <w:t>f 23807/24962/21845 23751/24907/21796 23752/24906/21795</w:t>
        <w:br/>
        <w:t>f 23808/24963/21846 23807/24962/21845 23752/24906/21795</w:t>
        <w:br/>
        <w:t>f 23771/24926/21815 23809/24964/21847 23808/24963/21846</w:t>
        <w:br/>
        <w:t>f 23752/24906/21795 23771/24926/21815 23808/24963/21846</w:t>
        <w:br/>
        <w:t>f 23810/24965/21848 23788/24943/21828 23675/24830/21729</w:t>
        <w:br/>
        <w:t>f 23806/24961/21844 23810/24965/21848 23675/24830/21729</w:t>
        <w:br/>
        <w:t>f 23798/24953/21837 23812/24966/21849 23811/24967/21850</w:t>
        <w:br/>
        <w:t>f 23797/24950/21835 23798/24953/21837 23811/24967/21850</w:t>
        <w:br/>
        <w:t>f 23816/24968/21851 23815/24969/21852 23814/24970/21853</w:t>
        <w:br/>
        <w:t>f 23813/24971/21854 23816/24968/21851 23814/24970/21853</w:t>
        <w:br/>
        <w:t>f 23689/24844/21740 23818/24972/21855 23817/24973/21856</w:t>
        <w:br/>
        <w:t>f 23688/24841/21740 23689/24844/21740 23817/24973/21856</w:t>
        <w:br/>
        <w:t>f 23822/24974/21857 23821/24975/21857 23820/24976/21858</w:t>
        <w:br/>
        <w:t>f 23819/24977/21858 23822/24974/21857 23820/24976/21858</w:t>
        <w:br/>
        <w:t>f 23758/24915/21804 23757/24909/21798 23754/24912/21801</w:t>
        <w:br/>
        <w:t>f 23766/24921/21810 23758/24915/21804 23754/24912/21801</w:t>
        <w:br/>
        <w:t>f 23824/24978/21859 23823/24979/21860 23756/24910/21799</w:t>
        <w:br/>
        <w:t>f 23757/24909/21798 23824/24978/21859 23756/24910/21799</w:t>
        <w:br/>
        <w:t>f 23827/24980/21861 23826/24981/21862 23825/24982/21863</w:t>
        <w:br/>
        <w:t>f 23828/24983/21861 23827/24980/21861 23825/24982/21863</w:t>
        <w:br/>
        <w:t>f 23831/24984/21864 23830/24985/21865 23829/24986/21866</w:t>
        <w:br/>
        <w:t>f 23832/24987/21867 23831/24984/21864 23829/24986/21866</w:t>
        <w:br/>
        <w:t>f 23834/24988/21868 23786/24939/21826 23787/24942/21826</w:t>
        <w:br/>
        <w:t>f 23833/24989/21868 23834/24988/21868 23787/24942/21826</w:t>
        <w:br/>
        <w:t>f 23815/24969/21852 23836/24990/21869 23835/24991/21870</w:t>
        <w:br/>
        <w:t>f 23814/24970/21853 23815/24969/21852 23835/24991/21870</w:t>
        <w:br/>
        <w:t>f 23768/24922/21811 23655/24811/21713 23660/24816/21718</w:t>
        <w:br/>
        <w:t>f 23737/24894/21784 23768/24922/21811 23660/24816/21718</w:t>
        <w:br/>
        <w:t>f 23838/24992/21871 23837/24993/21872 23660/24816/21718</w:t>
        <w:br/>
        <w:t>f 23661/24815/21717 23838/24992/21871 23660/24816/21718</w:t>
        <w:br/>
        <w:t>f 23840/24994/21873 23837/24993/21872 23838/24992/21871</w:t>
        <w:br/>
        <w:t>f 23839/24995/21874 23840/24994/21873 23838/24992/21871</w:t>
        <w:br/>
        <w:t>f 23667/24822/21723 23664/24821/21722 23842/24996/21875</w:t>
        <w:br/>
        <w:t>f 23841/24997/21715 23667/24822/21723 23842/24996/21875</w:t>
        <w:br/>
        <w:t>f 23664/24821/21722 23669/24823/21724 23843/24998/21876</w:t>
        <w:br/>
        <w:t>f 23842/24996/21875 23664/24821/21722 23843/24998/21876</w:t>
        <w:br/>
        <w:t>f 23838/24992/21871 23661/24815/21717 23663/24818/21720</w:t>
        <w:br/>
        <w:t>f 23844/24999/21877 23838/24992/21871 23663/24818/21720</w:t>
        <w:br/>
        <w:t>f 23839/24995/21874 23838/24992/21871 23844/24999/21877</w:t>
        <w:br/>
        <w:t>f 23845/25000/21878 23839/24995/21874 23844/24999/21877</w:t>
        <w:br/>
        <w:t>f 23846/25001/21879 23658/24814/21716 23659/24813/21715</w:t>
        <w:br/>
        <w:t>f 23847/25002/21880 23846/25001/21879 23659/24813/21715</w:t>
        <w:br/>
        <w:t>f 23849/25003/21881 23657/24812/21714 23662/24817/21719</w:t>
        <w:br/>
        <w:t>f 23848/25004/21882 23849/25003/21881 23662/24817/21719</w:t>
        <w:br/>
        <w:t>f 23850/25005/21883 23663/24818/21720 23657/24812/21714</w:t>
        <w:br/>
        <w:t>f 23849/25003/21881 23850/25005/21883 23657/24812/21714</w:t>
        <w:br/>
        <w:t>f 23852/25006/21880 23841/24997/21715 23842/24996/21875</w:t>
        <w:br/>
        <w:t>f 23851/25007/21884 23852/25006/21880 23842/24996/21875</w:t>
        <w:br/>
        <w:t>f 23851/25007/21884 23842/24996/21875 23843/24998/21876</w:t>
        <w:br/>
        <w:t>f 23853/25008/21885 23851/25007/21884 23843/24998/21876</w:t>
        <w:br/>
        <w:t>f 23844/24999/21877 23663/24818/21720 23850/25005/21883</w:t>
        <w:br/>
        <w:t>f 23854/25009/21886 23844/24999/21877 23850/25005/21883</w:t>
        <w:br/>
        <w:t>f 23845/25000/21878 23844/24999/21877 23855/25010/21887</w:t>
        <w:br/>
        <w:t>f 23856/25011/21888 23845/25000/21878 23855/25010/21887</w:t>
        <w:br/>
        <w:t>f 23860/25012/21889 23859/25013/21890 23858/25014/21891</w:t>
        <w:br/>
        <w:t>f 23857/25015/21892 23860/25012/21889 23858/25014/21891</w:t>
        <w:br/>
        <w:t>f 23862/25016/21893 23861/25017/21894 23858/25014/21891</w:t>
        <w:br/>
        <w:t>f 23859/25013/21890 23862/25016/21893 23858/25014/21891</w:t>
        <w:br/>
        <w:t>f 23865/25018/21895 23864/25019/21896 23863/25020/21897</w:t>
        <w:br/>
        <w:t>f 23869/25021/21898 23868/25022/21899 23867/25023/21900</w:t>
        <w:br/>
        <w:t>f 23866/25024/21901 23869/25021/21898 23867/25023/21900</w:t>
        <w:br/>
        <w:t>f 23866/25024/21901 23867/25023/21900 23870/25025/21902</w:t>
        <w:br/>
        <w:t>f 23871/25026/21903 23866/25024/21901 23870/25025/21902</w:t>
        <w:br/>
        <w:t>f 23874/25027/21904 23868/25022/21899 23873/25028/21905</w:t>
        <w:br/>
        <w:t>f 23872/25029/21906 23874/25027/21904 23873/25028/21905</w:t>
        <w:br/>
        <w:t>f 23875/25030/21907 23870/25025/21902 23867/25023/21900</w:t>
        <w:br/>
        <w:t>f 23876/25031/21908 23875/25030/21907 23867/25023/21900</w:t>
        <w:br/>
        <w:t>f 23879/25032/21909 23878/25033/21910 23877/25034/21911</w:t>
        <w:br/>
        <w:t>f 23880/25035/21912 23879/25032/21909 23877/25034/21911</w:t>
        <w:br/>
        <w:t>f 23883/25036/21907 23882/25037/21913 23881/25038/21914</w:t>
        <w:br/>
        <w:t>f 23884/25039/21915 23883/25036/21907 23881/25038/21914</w:t>
        <w:br/>
        <w:t>f 23887/25040/21916 23886/25041/21917 23885/25042/21904</w:t>
        <w:br/>
        <w:t>f 23888/25043/21918 23887/25040/21916 23885/25042/21904</w:t>
        <w:br/>
        <w:t>f 23892/25044/21919 23891/25045/21920 23890/25046/21921</w:t>
        <w:br/>
        <w:t>f 23889/25047/21922 23892/25044/21919 23890/25046/21921</w:t>
        <w:br/>
        <w:t>f 23894/25048/21923 23892/25044/21919 23889/25047/21922</w:t>
        <w:br/>
        <w:t>f 23893/25049/21924 23894/25048/21923 23889/25047/21922</w:t>
        <w:br/>
        <w:t>f 23897/25050/21925 23896/25051/21926 23895/25052/21927</w:t>
        <w:br/>
        <w:t>f 23898/25053/21928 23897/25050/21925 23895/25052/21927</w:t>
        <w:br/>
        <w:t>f 23900/25054/21929 23899/25055/21930 23889/25047/21922</w:t>
        <w:br/>
        <w:t>f 23890/25046/21921 23900/25054/21929 23889/25047/21922</w:t>
        <w:br/>
        <w:t>f 23903/25056/21931 23893/25049/21924 23902/25057/21932</w:t>
        <w:br/>
        <w:t>f 23901/25058/21933 23903/25056/21931 23902/25057/21932</w:t>
        <w:br/>
        <w:t>f 23906/25059/21934 23905/25060/21935 23904/25061/21936</w:t>
        <w:br/>
        <w:t>f 23864/25019/21896 23907/25062/21937 23863/25020/21897</w:t>
        <w:br/>
        <w:t>f 23910/25063/21938 23909/25064/21939 23908/25065/21912</w:t>
        <w:br/>
        <w:t>f 23911/25066/21940 23910/25063/21938 23908/25065/21912</w:t>
        <w:br/>
        <w:t>f 23914/25067/21941 23911/25066/21940 23913/25068/21942</w:t>
        <w:br/>
        <w:t>f 23912/25069/21943 23914/25067/21941 23913/25068/21942</w:t>
        <w:br/>
        <w:t>f 23913/25068/21942 23916/25070/21944 23915/25071/21945</w:t>
        <w:br/>
        <w:t>f 23917/25072/21946 23913/25068/21942 23915/25071/21945</w:t>
        <w:br/>
        <w:t>f 23919/25073/21947 23904/25061/21936 23905/25060/21935</w:t>
        <w:br/>
        <w:t>f 23918/25074/21948 23919/25073/21947 23905/25060/21935</w:t>
        <w:br/>
        <w:t>f 23897/25050/21925 23903/25056/21931 23901/25058/21933</w:t>
        <w:br/>
        <w:t>f 23920/25075/21949 23897/25050/21925 23901/25058/21933</w:t>
        <w:br/>
        <w:t>f 23923/25076/21950 23922/25077/21951 23921/25078/21952</w:t>
        <w:br/>
        <w:t>f 23871/25026/21903 23923/25076/21950 23921/25078/21952</w:t>
        <w:br/>
        <w:t>f 23925/25079/21953 23914/25067/21941 23912/25069/21943</w:t>
        <w:br/>
        <w:t>f 23924/25080/21954 23925/25079/21953 23912/25069/21943</w:t>
        <w:br/>
        <w:t>f 23929/25081/21955 23928/25082/21956 23927/25083/21957</w:t>
        <w:br/>
        <w:t>f 23926/25084/21958 23929/25081/21955 23927/25083/21957</w:t>
        <w:br/>
        <w:t>f 23932/25085/21959 23931/25086/21960 23930/25087/21961</w:t>
        <w:br/>
        <w:t>f 23933/25088/21962 23932/25085/21959 23930/25087/21961</w:t>
        <w:br/>
        <w:t>f 23933/25088/21962 23930/25087/21961 23935/25089/21963</w:t>
        <w:br/>
        <w:t>f 23934/25090/21964 23933/25088/21962 23935/25089/21963</w:t>
        <w:br/>
        <w:t>f 23939/25091/21965 23938/25092/21966 23937/25093/21967</w:t>
        <w:br/>
        <w:t>f 23936/25094/21968 23939/25091/21965 23937/25093/21967</w:t>
        <w:br/>
        <w:t>f 23942/25095/21969 23941/25096/21970 23940/25097/21971</w:t>
        <w:br/>
        <w:t>f 23943/25098/21972 23942/25095/21969 23940/25097/21971</w:t>
        <w:br/>
        <w:t>f 23945/25099/21963 23942/25095/21969 23943/25098/21972</w:t>
        <w:br/>
        <w:t>f 23944/25100/21973 23945/25099/21963 23943/25098/21972</w:t>
        <w:br/>
        <w:t>f 23949/25101/21974 23948/25102/21975 23947/25103/21976</w:t>
        <w:br/>
        <w:t>f 23946/25104/21977 23949/25101/21974 23947/25103/21976</w:t>
        <w:br/>
        <w:t>f 23952/25105/21978 23951/25106/21979 23950/25107/21980</w:t>
        <w:br/>
        <w:t>f 23953/25108/21981 23952/25105/21978 23950/25107/21980</w:t>
        <w:br/>
        <w:t>f 23953/25108/21981 23950/25107/21980 23955/25109/21982</w:t>
        <w:br/>
        <w:t>f 23954/25110/21983 23953/25108/21981 23955/25109/21982</w:t>
        <w:br/>
        <w:t>f 23957/25111/21984 23956/25112/21985 23949/25101/21974</w:t>
        <w:br/>
        <w:t>f 23958/25113/21986 23957/25111/21984 23949/25101/21974</w:t>
        <w:br/>
        <w:t>f 23952/25105/21978 23960/25114/21987 23959/25115/21988</w:t>
        <w:br/>
        <w:t>f 23946/25104/21977 23952/25105/21978 23959/25115/21988</w:t>
        <w:br/>
        <w:t>f 23962/25116/21989 23953/25108/21981 23954/25110/21983</w:t>
        <w:br/>
        <w:t>f 23961/25117/21990 23962/25116/21989 23954/25110/21983</w:t>
        <w:br/>
        <w:t>f 23934/25090/21964 23963/25118/21991 23927/25083/21957</w:t>
        <w:br/>
        <w:t>f 23933/25088/21962 23934/25090/21964 23927/25083/21957</w:t>
        <w:br/>
        <w:t>f 23966/25119/21992 23965/25120/21993 23964/25121/21994</w:t>
        <w:br/>
        <w:t>f 23969/25122/21995 23968/25123/21996 23967/25124/21997</w:t>
        <w:br/>
        <w:t>f 23970/25125/21998 23969/25122/21995 23967/25124/21997</w:t>
        <w:br/>
        <w:t>f 23974/25126/21999 23973/25127/22000 23972/25128/22001</w:t>
        <w:br/>
        <w:t>f 23971/25129/22002 23974/25126/21999 23972/25128/22001</w:t>
        <w:br/>
        <w:t>f 23938/25092/21966 23976/25130/22003 23975/25131/22004</w:t>
        <w:br/>
        <w:t>f 23937/25093/21967 23938/25092/21966 23975/25131/22004</w:t>
        <w:br/>
        <w:t>f 23939/25091/21965 23977/25132/22005 23971/25129/22002</w:t>
        <w:br/>
        <w:t>f 23972/25128/22001 23939/25091/21965 23971/25129/22002</w:t>
        <w:br/>
        <w:t>f 23912/25069/21943 23913/25068/21942 23917/25072/21946</w:t>
        <w:br/>
        <w:t>f 23864/25019/21896 23912/25069/21943 23917/25072/21946</w:t>
        <w:br/>
        <w:t>f 23979/25133/22006 23970/25125/21998 23978/25134/22007</w:t>
        <w:br/>
        <w:t>f 23980/25135/22008 23979/25133/22006 23978/25134/22007</w:t>
        <w:br/>
        <w:t>f 23976/25130/22003 23938/25092/21966 23978/25134/22007</w:t>
        <w:br/>
        <w:t>f 23967/25124/21997 23976/25130/22003 23978/25134/22007</w:t>
        <w:br/>
        <w:t>f 23983/25136/22009 23982/25137/22010 23981/25138/22011</w:t>
        <w:br/>
        <w:t>f 23984/25139/22012 23983/25136/22009 23981/25138/22011</w:t>
        <w:br/>
        <w:t>f 23864/25019/21896 23865/25018/21895 23912/25069/21943</w:t>
        <w:br/>
        <w:t>f 23987/25140/22013 23986/25141/22014 23985/25142/22015</w:t>
        <w:br/>
        <w:t>f 23878/25033/21910 23989/25143/22016 23988/25144/22017</w:t>
        <w:br/>
        <w:t>f 23877/25034/21911 23878/25033/21910 23988/25144/22017</w:t>
        <w:br/>
        <w:t>f 23993/25145/22018 23992/25146/22018 23991/25147/22019</w:t>
        <w:br/>
        <w:t>f 23990/25148/22020 23993/25145/22018 23991/25147/22019</w:t>
        <w:br/>
        <w:t>f 23904/25061/21936 23919/25073/21947 23994/25149/22021</w:t>
        <w:br/>
        <w:t>f 23995/25150/22022 23904/25061/21936 23994/25149/22021</w:t>
        <w:br/>
        <w:t>f 23906/25059/21934 23904/25061/21936 23995/25150/22022</w:t>
        <w:br/>
        <w:t>f 23998/25151/22023 23997/25152/22024 23996/25153/22025</w:t>
        <w:br/>
        <w:t>f 23869/25021/21898 23998/25151/22023 23996/25153/22025</w:t>
        <w:br/>
        <w:t>f 24000/25154/22026 23981/25138/22011 23982/25137/22010</w:t>
        <w:br/>
        <w:t>f 23999/25155/22027 24000/25154/22026 23982/25137/22010</w:t>
        <w:br/>
        <w:t>f 23966/25119/21992 23964/25121/21994 24001/25156/22028</w:t>
        <w:br/>
        <w:t>f 24004/25157/22004 24003/25158/22029 24002/25159/22029</w:t>
        <w:br/>
        <w:t>f 24005/25160/22030 24004/25157/22004 24002/25159/22029</w:t>
        <w:br/>
        <w:t>f 24006/25161/22031 24002/25159/22029 24003/25158/22029</w:t>
        <w:br/>
        <w:t>f 24008/25162/22032 23928/25082/21956 23929/25081/21955</w:t>
        <w:br/>
        <w:t>f 24007/25163/22033 24008/25162/22032 23929/25081/21955</w:t>
        <w:br/>
        <w:t>f 23971/25129/22002 23931/25086/21960 24009/25164/22034</w:t>
        <w:br/>
        <w:t>f 23974/25126/21999 23971/25129/22002 24009/25164/22034</w:t>
        <w:br/>
        <w:t>f 24013/25165/22035 24012/25166/22036 24011/25167/22037</w:t>
        <w:br/>
        <w:t>f 24010/25168/22038 24013/25165/22035 24011/25167/22037</w:t>
        <w:br/>
        <w:t>f 24017/25169/22039 24016/25170/22040 24015/25171/22041</w:t>
        <w:br/>
        <w:t>f 24014/25172/22042 24017/25169/22039 24015/25171/22041</w:t>
        <w:br/>
        <w:t>f 24019/25173/22043 24018/25174/22044 24017/25169/22039</w:t>
        <w:br/>
        <w:t>f 24014/25172/22042 24019/25173/22043 24017/25169/22039</w:t>
        <w:br/>
        <w:t>f 24021/25175/22045 24020/25176/22046 24018/25174/22044</w:t>
        <w:br/>
        <w:t>f 24019/25173/22043 24021/25175/22045 24018/25174/22044</w:t>
        <w:br/>
        <w:t>f 24020/25176/22046 24021/25175/22045 24023/25177/22047</w:t>
        <w:br/>
        <w:t>f 24022/25178/22048 24020/25176/22046 24023/25177/22047</w:t>
        <w:br/>
        <w:t>f 24026/25179/22049 24025/25180/22050 24024/25181/22025</w:t>
        <w:br/>
        <w:t>f 24027/25182/22051 24026/25179/22049 24024/25181/22025</w:t>
        <w:br/>
        <w:t>f 24030/25183/22052 24029/25184/22053 24028/25185/22054</w:t>
        <w:br/>
        <w:t>f 24031/25186/22055 24030/25183/22052 24028/25185/22054</w:t>
        <w:br/>
        <w:t>f 24028/25185/22054 24033/25187/22056 24032/25188/22057</w:t>
        <w:br/>
        <w:t>f 24031/25186/22055 24028/25185/22054 24032/25188/22057</w:t>
        <w:br/>
        <w:t>f 24036/25189/22058 24035/25190/22059 24034/25191/22060</w:t>
        <w:br/>
        <w:t>f 24039/25192/22061 24038/25193/22062 24037/25194/22063</w:t>
        <w:br/>
        <w:t>f 24035/25190/22059 24039/25192/22061 24037/25194/22063</w:t>
        <w:br/>
        <w:t>f 24025/25180/22050 24026/25179/22049 24038/25193/22062</w:t>
        <w:br/>
        <w:t>f 24039/25192/22061 24025/25180/22050 24038/25193/22062</w:t>
        <w:br/>
        <w:t>f 24041/25195/22064 24040/25196/22065 24012/25166/22036</w:t>
        <w:br/>
        <w:t>f 24013/25165/22035 24041/25195/22064 24012/25166/22036</w:t>
        <w:br/>
        <w:t>f 24030/25183/22052 24031/25186/22055 24014/25172/22042</w:t>
        <w:br/>
        <w:t>f 24015/25171/22041 24030/25183/22052 24014/25172/22042</w:t>
        <w:br/>
        <w:t>f 24014/25172/22042 24031/25186/22055 24032/25188/22057</w:t>
        <w:br/>
        <w:t>f 24019/25173/22043 24014/25172/22042 24032/25188/22057</w:t>
        <w:br/>
        <w:t>f 24019/25173/22043 24032/25188/22057 24042/25197/22066</w:t>
        <w:br/>
        <w:t>f 24021/25175/22045 24019/25173/22043 24042/25197/22066</w:t>
        <w:br/>
        <w:t>f 24042/25197/22066 24045/25198/22067 24044/25199/22068</w:t>
        <w:br/>
        <w:t>f 24043/25200/22069 24042/25197/22066 24044/25199/22068</w:t>
        <w:br/>
        <w:t>f 24043/25200/22069 24044/25199/22068 24040/25196/22065</w:t>
        <w:br/>
        <w:t>f 24041/25195/22064 24043/25200/22069 24040/25196/22065</w:t>
        <w:br/>
        <w:t>f 24048/25201/22070 24047/25202/22071 24046/25203/22072</w:t>
        <w:br/>
        <w:t>f 24049/25204/22073 24048/25201/22070 24046/25203/22072</w:t>
        <w:br/>
        <w:t>f 24052/25205/22074 24051/25206/22075 24050/25207/22076</w:t>
        <w:br/>
        <w:t>f 24055/25208/22077 24054/25209/22078 24053/25210/22079</w:t>
        <w:br/>
        <w:t>f 24056/25211/22080 24055/25208/22077 24053/25210/22079</w:t>
        <w:br/>
        <w:t>f 24057/25212/22081 24045/25198/22067 24032/25188/22057</w:t>
        <w:br/>
        <w:t>f 24033/25187/22056 24057/25212/22081 24032/25188/22057</w:t>
        <w:br/>
        <w:t>f 24059/25213/22082 24028/25185/22054 24029/25184/22053</w:t>
        <w:br/>
        <w:t>f 24058/25214/22083 24059/25213/22082 24029/25184/22053</w:t>
        <w:br/>
        <w:t>f 24059/25213/22082 24060/25215/22084 24033/25187/22056</w:t>
        <w:br/>
        <w:t>f 24028/25185/22054 24059/25213/22082 24033/25187/22056</w:t>
        <w:br/>
        <w:t>f 24063/25216/22085 24062/25217/22086 24061/25218/22086</w:t>
        <w:br/>
        <w:t>f 24064/25219/22087 24063/25216/22085 24061/25218/22086</w:t>
        <w:br/>
        <w:t>f 24066/25220/22088 24065/25221/22089 24063/25216/22085</w:t>
        <w:br/>
        <w:t>f 24017/25169/22039 24066/25220/22088 24063/25216/22085</w:t>
        <w:br/>
        <w:t>f 24068/25222/22090 24067/25223/22091 24065/25221/22092</w:t>
        <w:br/>
        <w:t>f 24018/25174/22093 24068/25222/22090 24065/25221/22092</w:t>
        <w:br/>
        <w:t>f 24070/25224/22094 24069/25225/22095 24067/25223/22091</w:t>
        <w:br/>
        <w:t>f 24068/25222/22090 24070/25224/22094 24067/25223/22091</w:t>
        <w:br/>
        <w:t>f 24073/25226/22096 24072/25227/22097 24071/25228/22098</w:t>
        <w:br/>
        <w:t>f 24074/25229/22099 24036/25189/22058 24034/25191/22060</w:t>
        <w:br/>
        <w:t>f 24075/25230/22100 24074/25229/22099 24034/25191/22060</w:t>
        <w:br/>
        <w:t>f 24079/25231/22101 24078/25232/22050 24077/25233/22102</w:t>
        <w:br/>
        <w:t>f 24076/25234/22103 24079/25231/22101 24077/25233/22102</w:t>
        <w:br/>
        <w:t>f 24082/25235/22104 24081/25236/22105 24080/25237/22106</w:t>
        <w:br/>
        <w:t>f 23872/25029/21906 23873/25028/21905 24079/25231/22101</w:t>
        <w:br/>
        <w:t>f 24083/25238/22107 23872/25029/21906 24079/25231/22101</w:t>
        <w:br/>
        <w:t>f 24076/25234/22103 24084/25239/22108 24083/25238/22107</w:t>
        <w:br/>
        <w:t>f 24079/25231/22101 24076/25234/22103 24083/25238/22107</w:t>
        <w:br/>
        <w:t>f 24086/25240/22109 24085/25241/22110 24082/25235/22104</w:t>
        <w:br/>
        <w:t>f 24078/25232/22050 24079/25231/22101 23873/25028/21905</w:t>
        <w:br/>
        <w:t>f 23996/25153/22025 24078/25232/22050 23873/25028/21905</w:t>
        <w:br/>
        <w:t>f 24090/25242/22111 24089/25243/22112 24088/25244/22113</w:t>
        <w:br/>
        <w:t>f 24087/25245/22114 24090/25242/22111 24088/25244/22113</w:t>
        <w:br/>
        <w:t>f 24092/25246/22115 24081/25236/22105 24091/25247/22116</w:t>
        <w:br/>
        <w:t>f 24089/25243/22112 24092/25246/22115 24091/25247/22116</w:t>
        <w:br/>
        <w:t>f 24082/25235/22104 24085/25241/22110 24093/25248/22117</w:t>
        <w:br/>
        <w:t>f 24096/25249/22118 24095/25250/22119 24094/25251/22120</w:t>
        <w:br/>
        <w:t>f 24097/25252/22121 24096/25249/22118 24094/25251/22120</w:t>
        <w:br/>
        <w:t>f 24022/25178/22048 24023/25177/22047 24097/25252/22121</w:t>
        <w:br/>
        <w:t>f 24094/25251/22120 24022/25178/22048 24097/25252/22121</w:t>
        <w:br/>
        <w:t>f 24099/25253/22122 24094/25251/22120 24095/25250/22119</w:t>
        <w:br/>
        <w:t>f 24098/25254/22123 24099/25253/22122 24095/25250/22119</w:t>
        <w:br/>
        <w:t>f 24094/25251/22120 24099/25253/22122 24069/25225/22095</w:t>
        <w:br/>
        <w:t>f 24022/25178/22048 24094/25251/22120 24069/25225/22095</w:t>
        <w:br/>
        <w:t>f 24011/25167/22037 24102/25255/22124 24101/25256/22125</w:t>
        <w:br/>
        <w:t>f 24100/25257/22126 24011/25167/22037 24101/25256/22125</w:t>
        <w:br/>
        <w:t>f 24104/25258/22127 24103/25259/22128 24095/25250/22119</w:t>
        <w:br/>
        <w:t>f 24096/25249/22118 24104/25258/22127 24095/25250/22119</w:t>
        <w:br/>
        <w:t>f 24102/25255/22124 24106/25260/22076 24105/25261/22129</w:t>
        <w:br/>
        <w:t>f 24101/25256/22125 24102/25255/22124 24105/25261/22129</w:t>
        <w:br/>
        <w:t>f 24108/25262/22074 24107/25263/22130 24054/25209/22078</w:t>
        <w:br/>
        <w:t>f 24055/25208/22077 24108/25262/22074 24054/25209/22078</w:t>
        <w:br/>
        <w:t>f 24053/25210/22079 24044/25199/22068 24045/25198/22067</w:t>
        <w:br/>
        <w:t>f 24057/25212/22081 24053/25210/22079 24045/25198/22067</w:t>
        <w:br/>
        <w:t>f 24033/25187/22056 24060/25215/22084 24109/25264/22131</w:t>
        <w:br/>
        <w:t>f 24057/25212/22081 24033/25187/22056 24109/25264/22131</w:t>
        <w:br/>
        <w:t>f 24057/25212/22081 24109/25264/22131 24056/25211/22080</w:t>
        <w:br/>
        <w:t>f 24053/25210/22079 24057/25212/22081 24056/25211/22080</w:t>
        <w:br/>
        <w:t>f 24110/25265/22080 24038/25193/22062 24026/25179/22049</w:t>
        <w:br/>
        <w:t>f 24111/25266/22077 24110/25265/22080 24026/25179/22049</w:t>
        <w:br/>
        <w:t>f 24027/25182/22051 24052/25205/22074 24111/25266/22077</w:t>
        <w:br/>
        <w:t>f 24026/25179/22049 24027/25182/22051 24111/25266/22077</w:t>
        <w:br/>
        <w:t>f 24038/25193/22062 24110/25265/22080 24112/25267/22131</w:t>
        <w:br/>
        <w:t>f 24037/25194/22063 24038/25193/22062 24112/25267/22131</w:t>
        <w:br/>
        <w:t>f 24077/25233/22102 24087/25245/22114 24088/25244/22113</w:t>
        <w:br/>
        <w:t>f 24076/25234/22103 24077/25233/22102 24088/25244/22113</w:t>
        <w:br/>
        <w:t>f 24040/25196/22065 24054/25209/22078 24107/25263/22130</w:t>
        <w:br/>
        <w:t>f 24012/25166/22036 24040/25196/22065 24107/25263/22130</w:t>
        <w:br/>
        <w:t>f 24044/25199/22068 24053/25210/22079 24054/25209/22078</w:t>
        <w:br/>
        <w:t>f 24040/25196/22065 24044/25199/22068 24054/25209/22078</w:t>
        <w:br/>
        <w:t>f 24116/25268/22132 24115/25269/22133 24114/25270/22134</w:t>
        <w:br/>
        <w:t>f 24113/25271/22135 24116/25268/22132 24114/25270/22134</w:t>
        <w:br/>
        <w:t>f 24119/25272/22136 24118/25273/22137 24117/25274/22138</w:t>
        <w:br/>
        <w:t>f 24120/25275/22139 24119/25272/22136 24117/25274/22138</w:t>
        <w:br/>
        <w:t>f 24119/25272/22136 24123/25276/22140 24122/25277/22141</w:t>
        <w:br/>
        <w:t>f 24121/25278/22142 24119/25272/22136 24122/25277/22141</w:t>
        <w:br/>
        <w:t>f 24123/25276/22140 24114/25270/22134 24115/25269/22133</w:t>
        <w:br/>
        <w:t>f 24122/25277/22141 24123/25276/22140 24115/25269/22133</w:t>
        <w:br/>
        <w:t>f 24125/25279/22143 24082/25235/22104 24124/25280/22096</w:t>
        <w:br/>
        <w:t>f 24118/25273/22137 24127/25281/22143 24126/25282/22144</w:t>
        <w:br/>
        <w:t>f 24117/25274/22138 24118/25273/22137 24126/25282/22144</w:t>
        <w:br/>
        <w:t>f 24130/25283/22141 24129/25284/22133 24128/25285/22145</w:t>
        <w:br/>
        <w:t>f 24131/25286/22146 24130/25283/22141 24128/25285/22145</w:t>
        <w:br/>
        <w:t>f 24132/25287/22147 24082/25235/22104 24125/25279/22143</w:t>
        <w:br/>
        <w:t>f 24134/25288/22148 24133/25289/22149 24128/25285/22145</w:t>
        <w:br/>
        <w:t>f 23926/25084/21958 24134/25288/22148 24128/25285/22145</w:t>
        <w:br/>
        <w:t>f 24136/25290/22150 24131/25286/22146 24135/25291/22151</w:t>
        <w:br/>
        <w:t>f 24133/25289/22149 24135/25291/22151 24131/25286/22146</w:t>
        <w:br/>
        <w:t>f 24128/25285/22145 24133/25289/22149 24131/25286/22146</w:t>
        <w:br/>
        <w:t>f 24137/25292/22152 24086/25240/22109 24082/25235/22104</w:t>
        <w:br/>
        <w:t>f 24129/25284/22133 23929/25081/21955 23926/25084/21958</w:t>
        <w:br/>
        <w:t>f 24128/25285/22145 24129/25284/22133 23926/25084/21958</w:t>
        <w:br/>
        <w:t>f 24138/25293/22153 24132/25287/22147 24125/25279/22143</w:t>
        <w:br/>
        <w:t>f 24140/25294/22142 24136/25290/22150 24139/25295/22154</w:t>
        <w:br/>
        <w:t>f 24139/25295/22154 24138/25293/22153 24125/25279/22143</w:t>
        <w:br/>
        <w:t>f 24137/25292/22152 24082/25235/22104 24132/25287/22147</w:t>
        <w:br/>
        <w:t>f 24141/25296/22154 24127/25281/22143 24118/25273/22137</w:t>
        <w:br/>
        <w:t>f 24114/25270/22134 24123/25276/22140 24142/25297/22155</w:t>
        <w:br/>
        <w:t>f 24143/25298/22156 24114/25270/22134 24142/25297/22155</w:t>
        <w:br/>
        <w:t>f 24113/25271/22135 24114/25270/22134 24143/25298/22156</w:t>
        <w:br/>
        <w:t>f 24144/25299/22157 24113/25271/22135 24143/25298/22156</w:t>
        <w:br/>
        <w:t>f 24123/25276/22140 24119/25272/22136 24120/25275/22139</w:t>
        <w:br/>
        <w:t>f 24142/25297/22155 24123/25276/22140 24120/25275/22139</w:t>
        <w:br/>
        <w:t>f 24131/25286/22146 24140/25294/22142 24130/25283/22141</w:t>
        <w:br/>
        <w:t>f 24121/25278/22142 24118/25273/22137 24119/25272/22136</w:t>
        <w:br/>
        <w:t>f 24141/25296/22154 24118/25273/22137 24121/25278/22142</w:t>
        <w:br/>
        <w:t>f 24148/25300/22158 24147/25301/22159 24146/25302/22160</w:t>
        <w:br/>
        <w:t>f 24145/25303/22161 24148/25300/22158 24146/25302/22160</w:t>
        <w:br/>
        <w:t>f 24015/25171/22041 24016/25170/22040 24150/25304/22162</w:t>
        <w:br/>
        <w:t>f 24149/25305/22163 24015/25171/22041 24150/25304/22162</w:t>
        <w:br/>
        <w:t>f 24151/25306/22164 24149/25305/22163 24150/25304/22162</w:t>
        <w:br/>
        <w:t>f 24152/25307/22165 24151/25306/22164 24150/25304/22162</w:t>
        <w:br/>
        <w:t>f 24153/25308/22166 24151/25306/22164 24152/25307/22165</w:t>
        <w:br/>
        <w:t>f 24154/25309/22167 24153/25308/22166 24152/25307/22165</w:t>
        <w:br/>
        <w:t>f 24154/25309/22167 24156/25310/22168 24155/25311/22169</w:t>
        <w:br/>
        <w:t>f 24153/25308/22166 24154/25309/22167 24155/25311/22169</w:t>
        <w:br/>
        <w:t>f 24158/25312/22170 24157/25313/22171 24029/25184/22053</w:t>
        <w:br/>
        <w:t>f 24030/25183/22052 24158/25312/22170 24029/25184/22053</w:t>
        <w:br/>
        <w:t>f 24157/25313/22171 24158/25312/22170 24159/25314/22172</w:t>
        <w:br/>
        <w:t>f 24160/25315/22173 24157/25313/22171 24159/25314/22172</w:t>
        <w:br/>
        <w:t>f 24162/25316/22174 24146/25302/22160 24147/25301/22159</w:t>
        <w:br/>
        <w:t>f 24161/25317/22175 24162/25316/22174 24147/25301/22159</w:t>
        <w:br/>
        <w:t>f 24149/25305/22163 24158/25312/22170 24030/25183/22052</w:t>
        <w:br/>
        <w:t>f 24015/25171/22041 24149/25305/22163 24030/25183/22052</w:t>
        <w:br/>
        <w:t>f 24149/25305/22163 24151/25306/22164 24159/25314/22172</w:t>
        <w:br/>
        <w:t>f 24158/25312/22170 24149/25305/22163 24159/25314/22172</w:t>
        <w:br/>
        <w:t>f 24159/25314/22172 24164/25318/22176 24163/25319/22177</w:t>
        <w:br/>
        <w:t>f 24153/25308/22166 24155/25311/22169 24165/25320/22178</w:t>
        <w:br/>
        <w:t>f 24164/25318/22176 24153/25308/22166 24165/25320/22178</w:t>
        <w:br/>
        <w:t>f 24155/25311/22169 24162/25316/22174 24161/25317/22175</w:t>
        <w:br/>
        <w:t>f 24165/25320/22178 24155/25311/22169 24161/25317/22175</w:t>
        <w:br/>
        <w:t>f 24169/25321/22179 24168/25322/22180 24167/25323/22156</w:t>
        <w:br/>
        <w:t>f 24166/25324/22181 24169/25321/22179 24167/25323/22156</w:t>
        <w:br/>
        <w:t>f 24160/25315/22173 24159/25314/22172 24163/25319/22177</w:t>
        <w:br/>
        <w:t>f 24170/25325/22182 24160/25315/22173 24163/25319/22177</w:t>
        <w:br/>
        <w:t>f 24171/25326/22144 24058/25214/22083 24029/25184/22053</w:t>
        <w:br/>
        <w:t>f 24157/25313/22171 24171/25326/22144 24029/25184/22053</w:t>
        <w:br/>
        <w:t>f 24171/25326/22144 24157/25313/22171 24160/25315/22173</w:t>
        <w:br/>
        <w:t>f 24172/25327/22138 24171/25326/22144 24160/25315/22173</w:t>
        <w:br/>
        <w:t>f 24061/25218/22086 24062/25217/22086 24174/25328/22183</w:t>
        <w:br/>
        <w:t>f 24173/25329/22184 24061/25218/22086 24174/25328/22183</w:t>
        <w:br/>
        <w:t>f 24152/25307/22165 24150/25304/22162 24174/25328/22183</w:t>
        <w:br/>
        <w:t>f 24175/25330/22185 24152/25307/22165 24174/25328/22183</w:t>
        <w:br/>
        <w:t>f 24175/25330/22185 24176/25331/22186 24154/25309/22167</w:t>
        <w:br/>
        <w:t>f 24152/25307/22165 24175/25330/22185 24154/25309/22167</w:t>
        <w:br/>
        <w:t>f 24156/25310/22168 24154/25309/22167 24176/25331/22186</w:t>
        <w:br/>
        <w:t>f 24177/25332/22187 24156/25310/22168 24176/25331/22186</w:t>
        <w:br/>
        <w:t>f 24181/25333/22188 24180/25334/22189 24179/25335/22190</w:t>
        <w:br/>
        <w:t>f 24178/25336/22191 24181/25333/22188 24179/25335/22190</w:t>
        <w:br/>
        <w:t>f 24146/25302/22160 24162/25316/22174 24182/25337/22192</w:t>
        <w:br/>
        <w:t>f 24178/25336/22191 24146/25302/22160 24182/25337/22192</w:t>
        <w:br/>
        <w:t>f 24162/25316/22174 24155/25311/22169 24156/25310/22168</w:t>
        <w:br/>
        <w:t>f 24182/25337/22192 24162/25316/22174 24156/25310/22168</w:t>
        <w:br/>
        <w:t>f 24184/25338/22193 24180/25334/22189 24181/25333/22188</w:t>
        <w:br/>
        <w:t>f 24183/25339/22194 24184/25338/22193 24181/25333/22188</w:t>
        <w:br/>
        <w:t>f 24181/25333/22188 24182/25337/22192 24185/25340/22195</w:t>
        <w:br/>
        <w:t>f 24177/25332/22187 24185/25340/22195 24182/25337/22192</w:t>
        <w:br/>
        <w:t>f 24156/25310/22168 24177/25332/22187 24182/25337/22192</w:t>
        <w:br/>
        <w:t>f 24183/25339/22194 24181/25333/22188 24185/25340/22195</w:t>
        <w:br/>
        <w:t>f 24178/25336/22191 24182/25337/22192 24181/25333/22188</w:t>
        <w:br/>
        <w:t>f 24186/25341/22196 24167/25323/22156 24168/25322/22180</w:t>
        <w:br/>
        <w:t>f 24187/25342/22197 24186/25341/22196 24168/25322/22180</w:t>
        <w:br/>
        <w:t>f 24169/25321/22179 24170/25325/22182 24163/25319/22177</w:t>
        <w:br/>
        <w:t>f 24188/25343/22198 24169/25321/22179 24163/25319/22177</w:t>
        <w:br/>
        <w:t>f 24160/25315/22173 24170/25325/22182 24189/25344/22139</w:t>
        <w:br/>
        <w:t>f 24172/25327/22138 24160/25315/22173 24189/25344/22139</w:t>
        <w:br/>
        <w:t>f 24170/25325/22182 24169/25321/22179 24166/25324/22181</w:t>
        <w:br/>
        <w:t>f 24189/25344/22139 24170/25325/22182 24166/25324/22181</w:t>
        <w:br/>
        <w:t>f 24187/25342/22197 24168/25322/22180 24191/25345/22199</w:t>
        <w:br/>
        <w:t>f 24190/25346/22200 24187/25342/22197 24191/25345/22199</w:t>
        <w:br/>
        <w:t>f 24188/25343/22198 24191/25345/22199 24168/25322/22180</w:t>
        <w:br/>
        <w:t>f 24169/25321/22179 24188/25343/22198 24168/25322/22180</w:t>
        <w:br/>
        <w:t>f 24140/25294/22142 24131/25286/22146 24136/25290/22150</w:t>
        <w:br/>
        <w:t>f 24194/25347/22201 24193/25348/22202 24192/25349/22202</w:t>
        <w:br/>
        <w:t>f 24198/25350/22203 24197/25351/22203 24196/25352/22204</w:t>
        <w:br/>
        <w:t>f 24195/25353/22205 24198/25350/22203 24196/25352/22204</w:t>
        <w:br/>
        <w:t>f 24201/25354/22206 24200/25355/22207 24199/25356/22208</w:t>
        <w:br/>
        <w:t>f 24202/25357/22208 24201/25354/22206 24199/25356/22208</w:t>
        <w:br/>
        <w:t>f 24205/25358/22209 24204/25359/22210 24203/25360/22211</w:t>
        <w:br/>
        <w:t>f 24206/25361/22212 24205/25358/22209 24203/25360/22211</w:t>
        <w:br/>
        <w:t>f 24209/25362/22213 24208/25363/22213 24207/25364/22214</w:t>
        <w:br/>
        <w:t>f 24210/25365/22215 24209/25362/22213 24207/25364/22214</w:t>
        <w:br/>
        <w:t>f 24213/25366/22216 24212/25367/22217 24211/25368/22218</w:t>
        <w:br/>
        <w:t>f 24214/25369/22216 24213/25366/22216 24211/25368/22218</w:t>
        <w:br/>
        <w:t>f 24204/25359/22210 24216/25370/22219 24215/25371/22219</w:t>
        <w:br/>
        <w:t>f 24203/25360/22211 24204/25359/22210 24215/25371/22219</w:t>
        <w:br/>
        <w:t>f 24219/25372/22220 24218/25373/22220 24217/25374/22221</w:t>
        <w:br/>
        <w:t>f 24220/25375/22222 24219/25372/22220 24217/25374/22221</w:t>
        <w:br/>
        <w:t>f 24222/25376/22223 24133/25289/22149 24134/25288/22148</w:t>
        <w:br/>
        <w:t>f 24221/25377/22224 24222/25376/22223 24134/25288/22148</w:t>
        <w:br/>
        <w:t>f 24226/25378/22225 24225/25379/22226 24224/25380/22227</w:t>
        <w:br/>
        <w:t>f 24223/25381/22228 24226/25378/22225 24224/25380/22227</w:t>
        <w:br/>
        <w:t>f 24229/25382/22229 24228/25383/22230 24227/25384/22231</w:t>
        <w:br/>
        <w:t>f 24230/25385/22232 24229/25382/22229 24227/25384/22231</w:t>
        <w:br/>
        <w:t>f 24232/25386/22233 24228/25383/22230 24229/25382/22229</w:t>
        <w:br/>
        <w:t>f 24231/25387/22234 24232/25386/22233 24229/25382/22229</w:t>
        <w:br/>
        <w:t>f 24234/25388/22235 23872/25029/21906 24083/25238/22107</w:t>
        <w:br/>
        <w:t>f 24233/25389/22236 24234/25388/22235 24083/25238/22107</w:t>
        <w:br/>
        <w:t>f 24231/25387/22234 24236/25390/22237 24235/25391/22238</w:t>
        <w:br/>
        <w:t>f 24232/25386/22233 24231/25387/22234 24235/25391/22238</w:t>
        <w:br/>
        <w:t>f 24238/25392/22239 24224/25380/22227 24225/25379/22226</w:t>
        <w:br/>
        <w:t>f 24237/25393/22240 24238/25392/22239 24225/25379/22226</w:t>
        <w:br/>
        <w:t>f 24241/25394/22241 24240/25395/22242 24223/25381/22228</w:t>
        <w:br/>
        <w:t>f 24239/25396/22243 24241/25394/22241 24223/25381/22228</w:t>
        <w:br/>
        <w:t>f 24239/25396/22243 24223/25381/22228 24224/25380/22227</w:t>
        <w:br/>
        <w:t>f 24242/25397/22244 24239/25396/22243 24224/25380/22227</w:t>
        <w:br/>
        <w:t>f 24134/25288/22148 24244/25398/22245 24243/25399/22245</w:t>
        <w:br/>
        <w:t>f 24221/25377/22224 24134/25288/22148 24243/25399/22245</w:t>
        <w:br/>
        <w:t>f 24240/25395/22242 24245/25400/22246 24226/25378/22225</w:t>
        <w:br/>
        <w:t>f 24223/25381/22228 24240/25395/22242 24226/25378/22225</w:t>
        <w:br/>
        <w:t>f 24245/25400/22246 24240/25395/22242 24246/25401/22247</w:t>
        <w:br/>
        <w:t>f 24247/25402/22248 24245/25400/22246 24246/25401/22247</w:t>
        <w:br/>
        <w:t>f 24230/25385/22232 24227/25384/22231 24238/25392/22239</w:t>
        <w:br/>
        <w:t>f 24249/25403/22249 24248/25404/22250 24237/25393/22240</w:t>
        <w:br/>
        <w:t>f 24250/25405/22251 24249/25403/22249 24237/25393/22240</w:t>
        <w:br/>
        <w:t>f 24233/25389/22236 24252/25406/22252 24251/25407/22253</w:t>
        <w:br/>
        <w:t>f 24234/25388/22235 24233/25389/22236 24251/25407/22253</w:t>
        <w:br/>
        <w:t>f 24236/25390/22237 24251/25407/22253 24252/25406/22252</w:t>
        <w:br/>
        <w:t>f 24235/25391/22238 24236/25390/22237 24252/25406/22252</w:t>
        <w:br/>
        <w:t>f 24255/25408/22254 24254/25409/22255 24253/25410/22256</w:t>
        <w:br/>
        <w:t>f 24256/25411/22257 24255/25408/22254 24253/25410/22256</w:t>
        <w:br/>
        <w:t>f 24259/25412/22258 24258/25413/22259 24257/25414/22260</w:t>
        <w:br/>
        <w:t>f 24260/25415/22261 24259/25412/22258 24257/25414/22260</w:t>
        <w:br/>
        <w:t>f 24263/25416/22262 24262/25417/22263 24261/25418/22264</w:t>
        <w:br/>
        <w:t>f 24264/25419/22265 24263/25416/22262 24261/25418/22264</w:t>
        <w:br/>
        <w:t>f 24268/25420/22266 24267/25421/22267 24266/25422/22268</w:t>
        <w:br/>
        <w:t>f 24265/25423/22269 24268/25420/22266 24266/25422/22268</w:t>
        <w:br/>
        <w:t>f 24271/25424/22270 24270/25425/22271 24269/25426/22272</w:t>
        <w:br/>
        <w:t>f 24272/25427/22273 24271/25424/22270 24269/25426/22272</w:t>
        <w:br/>
        <w:t>f 24270/25425/22271 24274/25428/22274 24273/25429/22275</w:t>
        <w:br/>
        <w:t>f 24269/25426/22272 24270/25425/22271 24273/25429/22275</w:t>
        <w:br/>
        <w:t>f 24260/25415/22261 24257/25414/22260 24272/25427/22273</w:t>
        <w:br/>
        <w:t>f 24269/25426/22272 24260/25415/22261 24272/25427/22273</w:t>
        <w:br/>
        <w:t>f 24273/25429/22275 24275/25430/22276 24262/25417/22263</w:t>
        <w:br/>
        <w:t>f 24263/25416/22262 24273/25429/22275 24262/25417/22263</w:t>
        <w:br/>
        <w:t>f 24265/25423/22269 24266/25422/22268 24254/25409/22255</w:t>
        <w:br/>
        <w:t>f 24255/25408/22254 24265/25423/22269 24254/25409/22255</w:t>
        <w:br/>
        <w:t>f 24278/25431/22277 24277/25432/22278 24276/25433/22279</w:t>
        <w:br/>
        <w:t>f 24279/25434/22280 24278/25431/22277 24276/25433/22279</w:t>
        <w:br/>
        <w:t>f 24281/25435/22281 24280/25436/22282 24279/25434/22280</w:t>
        <w:br/>
        <w:t>f 24276/25433/22279 24281/25435/22281 24279/25434/22280</w:t>
        <w:br/>
        <w:t>f 24280/25436/22282 24281/25435/22281 24282/25437/22283</w:t>
        <w:br/>
        <w:t>f 24283/25438/22284 24280/25436/22282 24282/25437/22283</w:t>
        <w:br/>
        <w:t>f 24279/25434/22280 24285/25439/22285 24284/25440/22286</w:t>
        <w:br/>
        <w:t>f 24278/25431/22277 24279/25434/22280 24284/25440/22286</w:t>
        <w:br/>
        <w:t>f 24283/25438/22284 24287/25441/22287 24286/25442/22288</w:t>
        <w:br/>
        <w:t>f 24280/25436/22282 24283/25438/22284 24286/25442/22288</w:t>
        <w:br/>
        <w:t>f 24285/25439/22285 24279/25434/22280 24280/25436/22282</w:t>
        <w:br/>
        <w:t>f 24286/25442/22288 24285/25439/22285 24280/25436/22282</w:t>
        <w:br/>
        <w:t>f 24291/25443/22289 24290/25444/22290 24289/25445/22291</w:t>
        <w:br/>
        <w:t>f 24288/25446/22292 24291/25443/22289 24289/25445/22291</w:t>
        <w:br/>
        <w:t>f 24275/25430/22276 24292/25447/22293 24291/25443/22289</w:t>
        <w:br/>
        <w:t>f 24262/25417/22263 24275/25430/22276 24291/25443/22289</w:t>
        <w:br/>
        <w:t>f 24295/25448/22294 24294/25449/22295 24293/25450/22296</w:t>
        <w:br/>
        <w:t>f 24292/25447/22293 24295/25448/22294 24293/25450/22296</w:t>
        <w:br/>
        <w:t>f 24297/25451/22297 24296/25452/22298 24258/25413/22259</w:t>
        <w:br/>
        <w:t>f 24259/25412/22258 24297/25451/22297 24258/25413/22259</w:t>
        <w:br/>
        <w:t>f 24264/25419/22265 24261/25418/22264 24299/25453/22299</w:t>
        <w:br/>
        <w:t>f 24298/25454/22300 24264/25419/22265 24299/25453/22299</w:t>
        <w:br/>
        <w:t>f 24302/25455/22301 24301/25456/22302 24256/25411/22257</w:t>
        <w:br/>
        <w:t>f 24300/25457/22303 24302/25455/22301 24256/25411/22257</w:t>
        <w:br/>
        <w:t>f 24301/25456/22302 24304/25458/22304 24303/25459/22305</w:t>
        <w:br/>
        <w:t>f 24305/25460/22306 24301/25456/22302 24303/25459/22305</w:t>
        <w:br/>
        <w:t>f 24308/25461/22307 24307/25462/22308 24306/25463/22309</w:t>
        <w:br/>
        <w:t>f 24309/25464/22310 24308/25461/22307 24306/25463/22309</w:t>
        <w:br/>
        <w:t>f 24303/25459/22305 24231/25387/22234 24229/25382/22229</w:t>
        <w:br/>
        <w:t>f 24307/25462/22308 24303/25459/22305 24229/25382/22229</w:t>
        <w:br/>
        <w:t>f 24310/25465/22311 24251/25407/22253 24236/25390/22237</w:t>
        <w:br/>
        <w:t>f 24304/25458/22304 24310/25465/22311 24236/25390/22237</w:t>
        <w:br/>
        <w:t>f 24313/25466/22312 24312/25467/22313 24311/25468/22314</w:t>
        <w:br/>
        <w:t>f 24314/25469/22315 24313/25466/22312 24311/25468/22314</w:t>
        <w:br/>
        <w:t>f 24318/25470/22316 24317/25471/22317 24316/25472/22318</w:t>
        <w:br/>
        <w:t>f 24315/25473/22319 24318/25470/22316 24316/25472/22318</w:t>
        <w:br/>
        <w:t>f 24315/25473/22319 24311/25468/22314 24320/25474/22320</w:t>
        <w:br/>
        <w:t>f 24319/25475/22321 24315/25473/22319 24320/25474/22320</w:t>
        <w:br/>
        <w:t>f 24318/25470/22316 24315/25473/22319 24319/25475/22321</w:t>
        <w:br/>
        <w:t>f 24321/25476/22322 24318/25470/22316 24319/25475/22321</w:t>
        <w:br/>
        <w:t>f 24325/25477/22323 24324/25478/22324 24323/25479/22325</w:t>
        <w:br/>
        <w:t>f 24322/25480/22326 24325/25477/22323 24323/25479/22325</w:t>
        <w:br/>
        <w:t>f 24324/25478/22324 24325/25477/22323 24327/25481/22327</w:t>
        <w:br/>
        <w:t>f 24326/25482/22328 24324/25478/22324 24327/25481/22327</w:t>
        <w:br/>
        <w:t>f 24330/25483/22329 24329/25484/22330 24328/25485/22331</w:t>
        <w:br/>
        <w:t>f 24331/25486/22332 24328/25485/22331 24329/25484/22330</w:t>
        <w:br/>
        <w:t>f 24333/25487/22333 24332/25488/22334 24312/25467/22313</w:t>
        <w:br/>
        <w:t>f 24313/25466/22312 24333/25487/22333 24312/25467/22313</w:t>
        <w:br/>
        <w:t>f 24310/25465/22311 24332/25488/22334 24234/25388/22235</w:t>
        <w:br/>
        <w:t>f 24251/25407/22253 24310/25465/22311 24234/25388/22235</w:t>
        <w:br/>
        <w:t>f 24334/25489/22335 24246/25401/22247 24240/25395/22242</w:t>
        <w:br/>
        <w:t>f 24241/25394/22241 24334/25489/22335 24240/25395/22242</w:t>
        <w:br/>
        <w:t>f 24338/25490/22336 24337/25491/22337 24336/25492/22338</w:t>
        <w:br/>
        <w:t>f 24335/25493/22339 24338/25490/22336 24336/25492/22338</w:t>
        <w:br/>
        <w:t>f 24342/25494/22340 24341/25495/22341 24340/25496/22342</w:t>
        <w:br/>
        <w:t>f 24339/25497/22343 24342/25494/22340 24340/25496/22342</w:t>
        <w:br/>
        <w:t>f 24345/25498/22344 24344/25499/22345 24343/25500/22346</w:t>
        <w:br/>
        <w:t>f 24346/25501/22346 24345/25498/22344 24343/25500/22346</w:t>
        <w:br/>
        <w:t>f 24350/25502/22347 24349/25503/22348 24348/25504/22349</w:t>
        <w:br/>
        <w:t>f 24347/25505/22350 24350/25502/22347 24348/25504/22349</w:t>
        <w:br/>
        <w:t>f 24353/25506/22351 24352/25507/22351 24351/25508/22352</w:t>
        <w:br/>
        <w:t>f 24354/25509/22353 24353/25506/22351 24351/25508/22352</w:t>
        <w:br/>
        <w:t>f 24357/25510/22354 24356/25511/22355 24351/25508/22356</w:t>
        <w:br/>
        <w:t>f 24355/25512/22357 24357/25510/22354 24351/25508/22356</w:t>
        <w:br/>
        <w:t>f 24361/25513/22358 24360/25514/22358 24359/25515/22359</w:t>
        <w:br/>
        <w:t>f 24358/25516/22359 24361/25513/22358 24359/25515/22359</w:t>
        <w:br/>
        <w:t>f 24352/25507/22351 24353/25506/22351 24363/25517/22360</w:t>
        <w:br/>
        <w:t>f 24362/25518/22360 24352/25507/22351 24363/25517/22360</w:t>
        <w:br/>
        <w:t>f 24366/25519/22361 24365/25520/22361 24364/25521/22362</w:t>
        <w:br/>
        <w:t>f 24356/25511/22355 24357/25510/22354 24367/25522/22363</w:t>
        <w:br/>
        <w:t>f 24369/25523/22364 24336/25492/22338 24337/25491/22337</w:t>
        <w:br/>
        <w:t>f 24368/25524/22365 24369/25523/22364 24337/25491/22337</w:t>
        <w:br/>
        <w:t>f 24372/25525/22366 24349/25503/22348 24371/25526/22367</w:t>
        <w:br/>
        <w:t>f 24370/25527/22368 24372/25525/22366 24371/25526/22367</w:t>
        <w:br/>
        <w:t>f 24375/25528/22369 24374/25529/22370 24373/25530/22371</w:t>
        <w:br/>
        <w:t>f 24370/25527/22368 24375/25528/22369 24373/25530/22371</w:t>
        <w:br/>
        <w:t>f 24374/25529/22370 24375/25528/22369 24376/25531/22372</w:t>
        <w:br/>
        <w:t>f 24377/25532/22373 24374/25529/22370 24376/25531/22372</w:t>
        <w:br/>
        <w:t>f 24381/25533/22374 24380/25534/22375 24379/25535/22376</w:t>
        <w:br/>
        <w:t>f 24378/25536/22377 24381/25533/22374 24379/25535/22376</w:t>
        <w:br/>
        <w:t>f 24384/25537/22378 24383/25538/22379 24382/25539/22380</w:t>
        <w:br/>
        <w:t>f 24368/25524/22365 24384/25537/22378 24382/25539/22380</w:t>
        <w:br/>
        <w:t>f 24375/25528/22369 24386/25540/22381 24385/25541/22382</w:t>
        <w:br/>
        <w:t>f 24376/25531/22372 24375/25528/22369 24385/25541/22382</w:t>
        <w:br/>
        <w:t>f 24384/25537/22378 24342/25494/22340 24339/25497/22343</w:t>
        <w:br/>
        <w:t>f 24378/25536/22377 24384/25537/22378 24339/25497/22343</w:t>
        <w:br/>
        <w:t>f 24349/25503/22348 24372/25525/22366 24387/25542/22383</w:t>
        <w:br/>
        <w:t>f 24348/25504/22349 24349/25503/22348 24387/25542/22383</w:t>
        <w:br/>
        <w:t>f 24388/25543/22384 24387/25542/22383 24372/25525/22366</w:t>
        <w:br/>
        <w:t>f 24389/25544/22385 24388/25543/22384 24372/25525/22366</w:t>
        <w:br/>
        <w:t>f 24242/25397/22244 24224/25380/22227 24238/25392/22239</w:t>
        <w:br/>
        <w:t>f 24227/25384/22231 24242/25397/22244 24238/25392/22239</w:t>
        <w:br/>
        <w:t>f 24250/25405/22251 24382/25539/22380 24390/25545/22386</w:t>
        <w:br/>
        <w:t>f 24249/25403/22249 24250/25405/22251 24390/25545/22386</w:t>
        <w:br/>
        <w:t>f 24392/25546/22387 24391/25547/22388 24277/25432/22278</w:t>
        <w:br/>
        <w:t>f 24278/25431/22277 24392/25546/22387 24277/25432/22278</w:t>
        <w:br/>
        <w:t>f 24393/25548/22389 24299/25453/22299 24261/25418/22264</w:t>
        <w:br/>
        <w:t>f 24288/25446/22292 24393/25548/22389 24261/25418/22264</w:t>
        <w:br/>
        <w:t>f 24395/25549/22390 24394/25550/22391 24284/25440/22286</w:t>
        <w:br/>
        <w:t>f 24133/25289/22149 24222/25376/22223 24396/25551/22392</w:t>
        <w:br/>
        <w:t>f 24135/25291/22151 24133/25289/22149 24396/25551/22392</w:t>
        <w:br/>
        <w:t>f 24398/25552/22393 24397/25553/22394 24227/25384/22231</w:t>
        <w:br/>
        <w:t>f 24228/25383/22230 24398/25552/22393 24227/25384/22231</w:t>
        <w:br/>
        <w:t>f 24399/25554/22395 24398/25552/22393 24228/25383/22230</w:t>
        <w:br/>
        <w:t>f 24232/25386/22233 24399/25554/22395 24228/25383/22230</w:t>
        <w:br/>
        <w:t>f 24400/25555/22396 24233/25389/22236 24083/25238/22107</w:t>
        <w:br/>
        <w:t>f 24084/25239/22108 24400/25555/22396 24083/25238/22107</w:t>
        <w:br/>
        <w:t>f 24232/25386/22233 24235/25391/22238 24401/25556/22397</w:t>
        <w:br/>
        <w:t>f 24399/25554/22395 24232/25386/22233 24401/25556/22397</w:t>
        <w:br/>
        <w:t>f 24239/25396/22243 24403/25557/22398 24402/25558/22399</w:t>
        <w:br/>
        <w:t>f 24241/25394/22241 24239/25396/22243 24402/25558/22399</w:t>
        <w:br/>
        <w:t>f 24403/25557/22398 24239/25396/22243 24242/25397/22244</w:t>
        <w:br/>
        <w:t>f 24404/25559/22400 24403/25557/22398 24242/25397/22244</w:t>
        <w:br/>
        <w:t>f 24252/25406/22252 24233/25389/22236 24400/25555/22396</w:t>
        <w:br/>
        <w:t>f 24405/25560/22401 24252/25406/22252 24400/25555/22396</w:t>
        <w:br/>
        <w:t>f 24235/25391/22238 24252/25406/22252 24405/25560/22401</w:t>
        <w:br/>
        <w:t>f 24401/25556/22397 24235/25391/22238 24405/25560/22401</w:t>
        <w:br/>
        <w:t>f 24396/25551/22392 24222/25376/22223 24241/25394/22241</w:t>
        <w:br/>
        <w:t>f 24402/25558/22399 24396/25551/22392 24241/25394/22241</w:t>
        <w:br/>
        <w:t>f 24227/25384/22231 24397/25553/22394 24404/25559/22400</w:t>
        <w:br/>
        <w:t>f 24242/25397/22244 24227/25384/22231 24404/25559/22400</w:t>
        <w:br/>
        <w:t>f 24406/25561/22402 24136/25290/22150 24135/25291/22151</w:t>
        <w:br/>
        <w:t>f 24396/25551/22392 24406/25561/22402 24135/25291/22151</w:t>
        <w:br/>
        <w:t>f 24397/25553/22394 24398/25552/22393 24408/25562/22403</w:t>
        <w:br/>
        <w:t>f 24407/25563/22404 24397/25553/22394 24408/25562/22403</w:t>
        <w:br/>
        <w:t>f 24398/25552/22393 24399/25554/22395 24409/25564/22405</w:t>
        <w:br/>
        <w:t>f 24408/25562/22403 24398/25552/22393 24409/25564/22405</w:t>
        <w:br/>
        <w:t>f 24411/25565/22406 24400/25555/22396 24084/25239/22108</w:t>
        <w:br/>
        <w:t>f 24410/25566/22407 24411/25565/22406 24084/25239/22108</w:t>
        <w:br/>
        <w:t>f 24399/25554/22395 24401/25556/22397 24412/25567/22408</w:t>
        <w:br/>
        <w:t>f 24409/25564/22405 24399/25554/22395 24412/25567/22408</w:t>
        <w:br/>
        <w:t>f 24403/25557/22398 24414/25568/22409 24413/25569/22410</w:t>
        <w:br/>
        <w:t>f 24402/25558/22399 24403/25557/22398 24413/25569/22410</w:t>
        <w:br/>
        <w:t>f 24414/25568/22409 24403/25557/22398 24404/25559/22400</w:t>
        <w:br/>
        <w:t>f 24415/25570/22411 24414/25568/22409 24404/25559/22400</w:t>
        <w:br/>
        <w:t>f 24411/25565/22406 24416/25571/22412 24405/25560/22401</w:t>
        <w:br/>
        <w:t>f 24400/25555/22396 24411/25565/22406 24405/25560/22401</w:t>
        <w:br/>
        <w:t>f 24416/25571/22412 24412/25567/22408 24401/25556/22397</w:t>
        <w:br/>
        <w:t>f 24405/25560/22401 24416/25571/22412 24401/25556/22397</w:t>
        <w:br/>
        <w:t>f 24402/25558/22399 24413/25569/22410 24406/25561/22402</w:t>
        <w:br/>
        <w:t>f 24396/25551/22392 24402/25558/22399 24406/25561/22402</w:t>
        <w:br/>
        <w:t>f 24397/25553/22394 24407/25563/22404 24415/25570/22411</w:t>
        <w:br/>
        <w:t>f 24404/25559/22400 24397/25553/22394 24415/25570/22411</w:t>
        <w:br/>
        <w:t>f 24406/25561/22402 24139/25295/22154 24136/25290/22150</w:t>
        <w:br/>
        <w:t>f 24086/25240/22109 24137/25292/22152 24407/25563/22404</w:t>
        <w:br/>
        <w:t>f 24408/25562/22403 24086/25240/22109 24407/25563/22404</w:t>
        <w:br/>
        <w:t>f 24408/25562/22403 24409/25564/22405 24085/25241/22110</w:t>
        <w:br/>
        <w:t>f 24086/25240/22109 24408/25562/22403 24085/25241/22110</w:t>
        <w:br/>
        <w:t>f 24410/25566/22407 24417/25572/22413 24411/25565/22406</w:t>
        <w:br/>
        <w:t>f 24409/25564/22405 24412/25567/22408 24093/25248/22117</w:t>
        <w:br/>
        <w:t>f 24085/25241/22110 24409/25564/22405 24093/25248/22117</w:t>
        <w:br/>
        <w:t>f 24138/25293/22153 24413/25569/22410 24414/25568/22409</w:t>
        <w:br/>
        <w:t>f 24132/25287/22147 24138/25293/22153 24414/25568/22409</w:t>
        <w:br/>
        <w:t>f 24415/25570/22411 24137/25292/22152 24132/25287/22147</w:t>
        <w:br/>
        <w:t>f 24416/25571/22412 24411/25565/22406 24091/25247/22116</w:t>
        <w:br/>
        <w:t>f 24093/25248/22117 24416/25571/22412 24091/25247/22116</w:t>
        <w:br/>
        <w:t>f 24416/25571/22412 24093/25248/22117 24412/25567/22408</w:t>
        <w:br/>
        <w:t>f 24139/25295/22154 24406/25561/22402 24413/25569/22410</w:t>
        <w:br/>
        <w:t>f 24138/25293/22153 24139/25295/22154 24413/25569/22410</w:t>
        <w:br/>
        <w:t>f 24407/25563/22404 24137/25292/22152 24415/25570/22411</w:t>
        <w:br/>
        <w:t>f 24421/25573/22414 24420/25574/22415 24419/25575/22416</w:t>
        <w:br/>
        <w:t>f 24418/25576/22416 24421/25573/22414 24419/25575/22416</w:t>
        <w:br/>
        <w:t>f 24424/25577/22417 24423/25578/22418 24422/25579/22419</w:t>
        <w:br/>
        <w:t>f 24425/25580/22420 24424/25577/22417 24422/25579/22419</w:t>
        <w:br/>
        <w:t>f 24429/25581/22421 24428/25582/22422 24427/25583/22423</w:t>
        <w:br/>
        <w:t>f 24426/25584/22424 24429/25581/22421 24427/25583/22423</w:t>
        <w:br/>
        <w:t>f 24432/25585/22425 24431/25586/22426 24430/25587/22427</w:t>
        <w:br/>
        <w:t>f 24433/25588/22428 24432/25585/22425 24430/25587/22427</w:t>
        <w:br/>
        <w:t>f 24436/25589/22429 24435/25590/22430 24434/25591/22431</w:t>
        <w:br/>
        <w:t>f 24437/25592/22432 24436/25589/22429 24434/25591/22431</w:t>
        <w:br/>
        <w:t>f 24441/25593/22433 24440/25594/22434 24439/25595/22435</w:t>
        <w:br/>
        <w:t>f 24438/25596/22436 24441/25593/22433 24439/25595/22435</w:t>
        <w:br/>
        <w:t>f 24444/25597/22437 24443/25598/22438 24442/25599/22439</w:t>
        <w:br/>
        <w:t>f 24445/25600/22440 24444/25597/22437 24442/25599/22439</w:t>
        <w:br/>
        <w:t>f 24448/25601/22441 24447/25602/22442 24446/25603/22443</w:t>
        <w:br/>
        <w:t>f 24449/25604/22444 24448/25601/22441 24446/25603/22443</w:t>
        <w:br/>
        <w:t>f 24453/25605/22445 24452/25606/22446 24451/25607/22447</w:t>
        <w:br/>
        <w:t>f 24450/25608/22448 24453/25605/22445 24451/25607/22447</w:t>
        <w:br/>
        <w:t>f 24456/25609/22449 24455/25610/22450 24454/25611/22451</w:t>
        <w:br/>
        <w:t>f 24457/25612/22452 24456/25609/22449 24454/25611/22451</w:t>
        <w:br/>
        <w:t>f 24461/25613/22453 24460/25614/22454 24459/25615/22454</w:t>
        <w:br/>
        <w:t>f 24458/25616/22453 24461/25613/22453 24459/25615/22454</w:t>
        <w:br/>
        <w:t>f 24464/25617/22455 24463/25618/22456 24462/25619/22456</w:t>
        <w:br/>
        <w:t>f 24465/25620/22457 24464/25617/22455 24462/25619/22456</w:t>
        <w:br/>
        <w:t>f 24451/25607/22447 24467/25621/22458 24466/25622/22459</w:t>
        <w:br/>
        <w:t>f 24468/25623/22460 24451/25607/22447 24466/25622/22459</w:t>
        <w:br/>
        <w:t>f 24469/25624/22461 24462/25619/22456 24463/25618/22456</w:t>
        <w:br/>
        <w:t>f 24472/25625/22462 24471/25626/22463 24470/25627/22464</w:t>
        <w:br/>
        <w:t>f 24476/25628/22465 24475/25629/22466 24474/25630/22467</w:t>
        <w:br/>
        <w:t>f 24473/25631/22468 24476/25628/22465 24474/25630/22467</w:t>
        <w:br/>
        <w:t>f 24480/25632/22469 24479/25633/22470 24478/25634/22471</w:t>
        <w:br/>
        <w:t>f 24477/25635/22472 24480/25632/22469 24478/25634/22471</w:t>
        <w:br/>
        <w:t>f 24484/25636/22473 24483/25637/22474 24482/25638/22475</w:t>
        <w:br/>
        <w:t>f 24481/25639/22476 24484/25636/22473 24482/25638/22475</w:t>
        <w:br/>
        <w:t>f 24487/25640/22477 24486/25641/22478 24485/25642/22478</w:t>
        <w:br/>
        <w:t>f 24491/25643/22479 24490/25644/22479 24489/25645/22480</w:t>
        <w:br/>
        <w:t>f 24488/25646/22480 24491/25643/22479 24489/25645/22480</w:t>
        <w:br/>
        <w:t>f 24493/25647/22481 24492/25648/22481 24490/25644/22479</w:t>
        <w:br/>
        <w:t>f 24491/25643/22479 24493/25647/22481 24490/25644/22479</w:t>
        <w:br/>
        <w:t>f 24496/25649/22482 24495/25650/22483 24494/25651/22483</w:t>
        <w:br/>
        <w:t>f 24420/25574/22415 24496/25649/22482 24494/25651/22483</w:t>
        <w:br/>
        <w:t>f 24499/25652/22484 24498/25653/22484 24497/25654/22485</w:t>
        <w:br/>
        <w:t>f 24424/25577/22417 24502/25655/22486 24501/25656/22487</w:t>
        <w:br/>
        <w:t>f 24500/25657/22487 24424/25577/22417 24501/25656/22487</w:t>
        <w:br/>
        <w:t>f 24425/25580/22420 24429/25581/22421 24503/25658/22488</w:t>
        <w:br/>
        <w:t>f 24504/25659/22489 24425/25580/22420 24503/25658/22488</w:t>
        <w:br/>
        <w:t>f 24506/25660/22490 24505/25661/22491 24426/25584/22424</w:t>
        <w:br/>
        <w:t>f 24432/25585/22425 24506/25660/22490 24426/25584/22424</w:t>
        <w:br/>
        <w:t>f 24436/25589/22429 24508/25662/22492 24507/25663/22493</w:t>
        <w:br/>
        <w:t>f 24433/25588/22428 24436/25589/22429 24507/25663/22493</w:t>
        <w:br/>
        <w:t>f 24510/25664/22494 24509/25665/22495 24438/25596/22436</w:t>
        <w:br/>
        <w:t>f 24439/25595/22435 24510/25664/22494 24438/25596/22436</w:t>
        <w:br/>
        <w:t>f 24438/25596/22436 24512/25666/22496 24511/25667/22497</w:t>
        <w:br/>
        <w:t>f 24441/25593/22433 24438/25596/22436 24511/25667/22497</w:t>
        <w:br/>
        <w:t>f 24514/25668/22498 24513/25669/22499 24445/25600/22440</w:t>
        <w:br/>
        <w:t>f 24442/25599/22439 24514/25668/22498 24445/25600/22440</w:t>
        <w:br/>
        <w:t>f 24467/25621/22458 24451/25607/22447 24452/25606/22446</w:t>
        <w:br/>
        <w:t>f 24515/25670/22500 24467/25621/22458 24452/25606/22446</w:t>
        <w:br/>
        <w:t>f 24457/25612/22452 24454/25611/22451 24517/25671/22501</w:t>
        <w:br/>
        <w:t>f 24516/25672/22502 24457/25612/22452 24517/25671/22501</w:t>
        <w:br/>
        <w:t>f 24472/25625/22462 24518/25673/22503 24471/25626/22463</w:t>
        <w:br/>
        <w:t>f 24447/25602/22442 24448/25601/22441 24519/25674/22504</w:t>
        <w:br/>
        <w:t>f 24450/25608/22448 24447/25602/22442 24519/25674/22504</w:t>
        <w:br/>
        <w:t>f 24421/25573/22414 24521/25675/22505 24520/25676/22506</w:t>
        <w:br/>
        <w:t>f 24420/25574/22415 24421/25573/22414 24520/25676/22506</w:t>
        <w:br/>
        <w:t>f 24525/25677/22507 24524/25678/22508 24523/25679/22509</w:t>
        <w:br/>
        <w:t>f 24522/25680/22510 24525/25677/22507 24523/25679/22509</w:t>
        <w:br/>
        <w:t>f 24528/25681/22511 24527/25682/22512 24526/25683/22512</w:t>
        <w:br/>
        <w:t>f 24525/25677/22507 24521/25675/22505 24421/25573/22414</w:t>
        <w:br/>
        <w:t>f 24524/25678/22508 24525/25677/22507 24421/25573/22414</w:t>
        <w:br/>
        <w:t>f 24523/25679/22509 24483/25637/22513 24529/25684/22514</w:t>
        <w:br/>
        <w:t>f 24522/25680/22510 24523/25679/22509 24529/25684/22514</w:t>
        <w:br/>
        <w:t>f 24533/25685/22515 24532/25686/22515 24531/25687/22515</w:t>
        <w:br/>
        <w:t>f 24530/25688/22516 24533/25685/22515 24531/25687/22515</w:t>
        <w:br/>
        <w:t>f 24534/25689/22517 24483/25637/22474 24484/25636/22473</w:t>
        <w:br/>
        <w:t>f 24538/25690/22518 24537/25691/22519 24536/25692/22520</w:t>
        <w:br/>
        <w:t>f 24535/25693/22521 24538/25690/22518 24536/25692/22520</w:t>
        <w:br/>
        <w:t>f 24541/25694/22522 24540/25695/22523 24539/25696/22524</w:t>
        <w:br/>
        <w:t>f 24542/25697/22522 24541/25694/22522 24539/25696/22524</w:t>
        <w:br/>
        <w:t>f 24538/25690/22518 24541/25694/22522 24542/25697/22522</w:t>
        <w:br/>
        <w:t>f 24537/25691/22519 24538/25690/22518 24542/25697/22522</w:t>
        <w:br/>
        <w:t>f 24544/25698/22517 24540/25695/22523 24543/25699/22525</w:t>
        <w:br/>
        <w:t>f 24546/25700/22526 24545/25701/22527 24544/25698/22517</w:t>
        <w:br/>
        <w:t>f 24547/25702/22528 24545/25701/22527 24546/25700/22526</w:t>
        <w:br/>
        <w:t>f 24549/25703/22529 24548/25704/22530 24536/25692/22520</w:t>
        <w:br/>
        <w:t>f 24536/25692/22520 24548/25704/22530 24535/25693/22521</w:t>
        <w:br/>
        <w:t>f 24550/25705/22531 24145/25303/22161 24179/25335/22190</w:t>
        <w:br/>
        <w:t>f 24180/25334/22189 24550/25705/22531 24179/25335/22190</w:t>
        <w:br/>
        <w:t>f 24554/25706/22532 24553/25707/22533 24552/25708/22534</w:t>
        <w:br/>
        <w:t>f 24551/25709/22535 24554/25706/22532 24552/25708/22534</w:t>
        <w:br/>
        <w:t>f 24552/25708/22534 24553/25707/22533 24555/25710/22536</w:t>
        <w:br/>
        <w:t>f 23400/24557/21472 24552/25708/22534 24555/25710/22536</w:t>
        <w:br/>
        <w:t>f 24556/25711/22537 24098/25254/22123 24095/25250/22119</w:t>
        <w:br/>
        <w:t>f 24557/25712/22537 24556/25711/22537 24095/25250/22119</w:t>
        <w:br/>
        <w:t>f 24415/25570/22411 24132/25287/22147 24414/25568/22409</w:t>
        <w:br/>
        <w:t>f 24560/25713/22538 24559/25714/22538 24558/25715/22538</w:t>
        <w:br/>
        <w:t>f 24561/25716/22538 24560/25713/22538 24558/25715/22538</w:t>
        <w:br/>
        <w:t>f 24049/25204/22073 24562/25717/22539 24051/25206/22075</w:t>
        <w:br/>
        <w:t>f 24048/25201/22070 24049/25204/22073 24051/25206/22075</w:t>
        <w:br/>
        <w:t>f 24528/25681/22540 24496/25649/22482 24420/25574/22415</w:t>
        <w:br/>
        <w:t>f 24564/25718/22541 24483/25637/22513 24563/25719/22542</w:t>
        <w:br/>
        <w:t>f 24544/25698/22517 24545/25701/22527 24539/25696/22524</w:t>
        <w:br/>
        <w:t>f 24540/25695/22523 24544/25698/22517 24539/25696/22524</w:t>
        <w:br/>
        <w:t>f 24565/25720/22543 24538/25690/22518 24535/25693/22521</w:t>
        <w:br/>
        <w:t>f 24568/25721/22544 24567/25722/22545 24566/25723/22546</w:t>
        <w:br/>
        <w:t>f 24569/25724/22547 24568/25721/22544 24566/25723/22546</w:t>
        <w:br/>
        <w:t>f 24573/25725/22548 24572/25726/22549 24571/25727/22550</w:t>
        <w:br/>
        <w:t>f 24570/25728/22551 24573/25725/22548 24571/25727/22550</w:t>
        <w:br/>
        <w:t>f 24575/25729/22552 24574/25730/22553 24567/25722/22545</w:t>
        <w:br/>
        <w:t>f 24568/25721/22544 24575/25729/22552 24567/25722/22545</w:t>
        <w:br/>
        <w:t>f 24578/25731/22554 24577/25732/22555 24576/25733/22556</w:t>
        <w:br/>
        <w:t>f 24579/25734/22557 24578/25731/22554 24576/25733/22556</w:t>
        <w:br/>
        <w:t>f 24577/25732/22555 24578/25731/22554 23859/25013/21890</w:t>
        <w:br/>
        <w:t>f 23860/25012/21889 24577/25732/22555 23859/25013/21890</w:t>
        <w:br/>
        <w:t>f 24582/25735/22558 24581/25736/22559 24580/25737/22560</w:t>
        <w:br/>
        <w:t>f 24583/25738/22561 24582/25735/22558 24580/25737/22560</w:t>
        <w:br/>
        <w:t>f 24587/25739/22562 24586/25740/22563 24585/25741/22564</w:t>
        <w:br/>
        <w:t>f 24584/25742/22565 24587/25739/22562 24585/25741/22564</w:t>
        <w:br/>
        <w:t>f 24584/25742/22565 24589/25743/22566 24588/25744/22567</w:t>
        <w:br/>
        <w:t>f 24590/25745/22568 24584/25742/22565 24588/25744/22567</w:t>
        <w:br/>
        <w:t>f 24594/25746/22569 24593/25747/22570 24592/25748/22571</w:t>
        <w:br/>
        <w:t>f 24591/25749/22572 24594/25746/22569 24592/25748/22571</w:t>
        <w:br/>
        <w:t>f 24596/25750/22573 24595/25751/22574 24049/25204/22073</w:t>
        <w:br/>
        <w:t>f 24046/25203/22072 24596/25750/22573 24049/25204/22073</w:t>
        <w:br/>
        <w:t>f 24569/25724/22547 24598/25752/22575 24597/25753/22576</w:t>
        <w:br/>
        <w:t>f 24599/25754/22577 24569/25724/22547 24597/25753/22576</w:t>
        <w:br/>
        <w:t>f 24603/25755/22578 24602/25756/22579 24601/25757/22580</w:t>
        <w:br/>
        <w:t>f 24600/25758/22581 24603/25755/22578 24601/25757/22580</w:t>
        <w:br/>
        <w:t>f 24607/25759/22582 24606/25760/22583 24605/25761/22584</w:t>
        <w:br/>
        <w:t>f 24604/25762/22585 24607/25759/22582 24605/25761/22584</w:t>
        <w:br/>
        <w:t>f 24610/25763/22586 24609/25764/22586 24608/25765/22587</w:t>
        <w:br/>
        <w:t>f 24590/25745/22568 24612/25766/22588 24611/25767/22589</w:t>
        <w:br/>
        <w:t>f 24613/25768/22590 24590/25745/22568 24611/25767/22589</w:t>
        <w:br/>
        <w:t>f 24616/25769/22591 24615/25770/22592 24614/25771/22593</w:t>
        <w:br/>
        <w:t>f 24617/25772/22593 24616/25769/22591 24614/25771/22593</w:t>
        <w:br/>
        <w:t>f 24620/25773/22594 24619/25774/22595 24618/25775/22596</w:t>
        <w:br/>
        <w:t>f 24621/25776/22597 24620/25773/22594 24618/25775/22596</w:t>
        <w:br/>
        <w:t>f 24625/25777/22598 24624/25778/22599 24623/25779/22600</w:t>
        <w:br/>
        <w:t>f 24622/25780/22601 24625/25777/22598 24623/25779/22600</w:t>
        <w:br/>
        <w:t>f 24629/25781/22602 24628/25782/22603 24627/25783/22604</w:t>
        <w:br/>
        <w:t>f 24626/25784/22605 24629/25781/22602 24627/25783/22604</w:t>
        <w:br/>
        <w:t>f 24621/25776/22597 24618/25775/22596 24631/25785/22606</w:t>
        <w:br/>
        <w:t>f 24630/25786/22607 24621/25776/22597 24631/25785/22606</w:t>
        <w:br/>
        <w:t>f 24626/25784/22605 24627/25783/22604 24632/25787/22608</w:t>
        <w:br/>
        <w:t>f 24633/25788/22609 24626/25784/22605 24632/25787/22608</w:t>
        <w:br/>
        <w:t>f 24598/25752/22575 24635/25789/22610 24634/25790/22611</w:t>
        <w:br/>
        <w:t>f 24597/25753/22576 24598/25752/22575 24634/25790/22611</w:t>
        <w:br/>
        <w:t>f 24637/25791/22612 24604/25762/22585 24605/25761/22584</w:t>
        <w:br/>
        <w:t>f 24636/25792/22613 24637/25791/22612 24605/25761/22584</w:t>
        <w:br/>
        <w:t>f 24640/25793/22614 24639/25794/22615 24638/25795/22616</w:t>
        <w:br/>
        <w:t>f 24622/25780/22601 24640/25793/22614 24638/25795/22616</w:t>
        <w:br/>
        <w:t>f 24643/25796/22617 24642/25797/22618 24641/25798/22619</w:t>
        <w:br/>
        <w:t>f 24644/25799/22620 24643/25796/22617 24641/25798/22619</w:t>
        <w:br/>
        <w:t>f 24647/25800/22621 24646/25801/22622 24645/25802/22623</w:t>
        <w:br/>
        <w:t>f 24648/25803/22624 24603/25755/22578 24600/25758/22581</w:t>
        <w:br/>
        <w:t>f 24649/25804/22625 24648/25803/22624 24600/25758/22581</w:t>
        <w:br/>
        <w:t>f 24638/25795/22616 24651/25805/22626 24650/25806/22627</w:t>
        <w:br/>
        <w:t>f 24639/25794/22615 24651/25805/22626 24638/25795/22616</w:t>
        <w:br/>
        <w:t>f 24650/25806/22627 24653/25807/22628 24652/25808/22629</w:t>
        <w:br/>
        <w:t>f 24581/25736/22559 24585/25741/22564 24654/25809/22630</w:t>
        <w:br/>
        <w:t>f 24580/25737/22560 24581/25736/22559 24654/25809/22630</w:t>
        <w:br/>
        <w:t>f 24658/25810/22631 24657/25811/22632 24656/25812/22632</w:t>
        <w:br/>
        <w:t>f 24655/25813/22631 24658/25810/22631 24656/25812/22632</w:t>
        <w:br/>
        <w:t>f 24661/25814/22633 24660/25815/22634 24659/25816/22635</w:t>
        <w:br/>
        <w:t>f 24662/25817/22636 24661/25814/22633 24659/25816/22635</w:t>
        <w:br/>
        <w:t>f 24666/25818/22637 24665/25819/22637 24664/25820/22638</w:t>
        <w:br/>
        <w:t>f 24663/25821/22638 24666/25818/22637 24664/25820/22638</w:t>
        <w:br/>
        <w:t>f 24657/25811/22632 24667/25822/22639 24656/25812/22632</w:t>
        <w:br/>
        <w:t>f 24662/25817/22636 24668/25823/22640 24661/25814/22633</w:t>
        <w:br/>
        <w:t>f 24664/25820/22638 24669/25824/22641 24663/25821/22638</w:t>
        <w:br/>
        <w:t>f 24672/25825/22642 24671/25826/22643 24670/25827/22643</w:t>
        <w:br/>
        <w:t>f 24673/25828/22642 24672/25825/22642 24670/25827/22643</w:t>
        <w:br/>
        <w:t>f 24676/25829/22644 24675/25830/22645 24674/25831/22646</w:t>
        <w:br/>
        <w:t>f 24677/25832/22647 24676/25829/22644 24674/25831/22646</w:t>
        <w:br/>
        <w:t>f 24679/25833/22648 24678/25834/22649 24665/25819/22637</w:t>
        <w:br/>
        <w:t>f 24666/25818/22637 24679/25833/22648 24665/25819/22637</w:t>
        <w:br/>
        <w:t>f 24599/25754/22577 24619/25774/22595 24680/25835/22650</w:t>
        <w:br/>
        <w:t>f 24681/25836/22651 24599/25754/22577 24680/25835/22650</w:t>
        <w:br/>
        <w:t>f 24680/25835/22650 24683/25837/22652 24682/25838/22653</w:t>
        <w:br/>
        <w:t>f 24684/25839/22654 24680/25835/22650 24682/25838/22653</w:t>
        <w:br/>
        <w:t>f 24683/25837/22652 24680/25835/22650 24619/25774/22595</w:t>
        <w:br/>
        <w:t>f 24620/25773/22594 24683/25837/22652 24619/25774/22595</w:t>
        <w:br/>
        <w:t>f 24677/25832/22647 24674/25831/22646 24628/25782/22603</w:t>
        <w:br/>
        <w:t>f 24685/25840/22655 24677/25832/22647 24628/25782/22603</w:t>
        <w:br/>
        <w:t>f 24687/25841/22656 24686/25842/22657 24604/25762/22585</w:t>
        <w:br/>
        <w:t>f 24612/25766/22588 24687/25841/22656 24604/25762/22585</w:t>
        <w:br/>
        <w:t>f 24690/25843/22658 24689/25844/22659 24688/25845/22660</w:t>
        <w:br/>
        <w:t>f 24687/25841/22656 24690/25843/22658 24688/25845/22660</w:t>
        <w:br/>
        <w:t>f 24684/25839/22654 24691/25846/22661 24681/25836/22651</w:t>
        <w:br/>
        <w:t>f 24680/25835/22650 24684/25839/22654 24681/25836/22651</w:t>
        <w:br/>
        <w:t>f 24654/25809/22630 24585/25741/22564 24586/25740/22563</w:t>
        <w:br/>
        <w:t>f 24692/25847/22662 24654/25809/22630 24586/25740/22563</w:t>
        <w:br/>
        <w:t>f 24562/25717/22539 24049/25204/22073 24595/25751/22574</w:t>
        <w:br/>
        <w:t>f 24693/25848/22663 24562/25717/22539 24595/25751/22574</w:t>
        <w:br/>
        <w:t>f 24598/25752/22575 24569/25724/22547 24566/25723/22546</w:t>
        <w:br/>
        <w:t>f 24593/25747/22570 24598/25752/22575 24566/25723/22546</w:t>
        <w:br/>
        <w:t>f 24694/25849/22664 24689/25844/22659 24690/25843/22658</w:t>
        <w:br/>
        <w:t>f 24694/25849/22664 24696/25850/22665 24695/25851/22666</w:t>
        <w:br/>
        <w:t>f 24689/25844/22659 24694/25849/22664 24695/25851/22666</w:t>
        <w:br/>
        <w:t>f 24699/25852/22667 24693/25848/22663 24698/25853/22668</w:t>
        <w:br/>
        <w:t>f 24697/25854/22669 24699/25852/22667 24698/25853/22668</w:t>
        <w:br/>
        <w:t>f 24572/25726/22549 24700/25855/22129 24699/25852/22667</w:t>
        <w:br/>
        <w:t>f 24571/25727/22550 24572/25726/22549 24699/25852/22667</w:t>
        <w:br/>
        <w:t>f 24579/25734/22557 24702/25856/22670 24701/25857/22671</w:t>
        <w:br/>
        <w:t>f 24578/25731/22554 24579/25734/22557 24701/25857/22671</w:t>
        <w:br/>
        <w:t>f 24578/25731/22554 24701/25857/22671 23862/25016/21893</w:t>
        <w:br/>
        <w:t>f 23859/25013/21890 24578/25731/22554 23862/25016/21893</w:t>
        <w:br/>
        <w:t>f 24686/25842/22657 24703/25858/22672 24607/25759/22582</w:t>
        <w:br/>
        <w:t>f 24607/25759/22582 24604/25762/22585 24686/25842/22657</w:t>
        <w:br/>
        <w:t>f 24696/25850/22665 24694/25849/22664 24704/25859/22673</w:t>
        <w:br/>
        <w:t>f 24705/25860/22674 24696/25850/22665 24704/25859/22673</w:t>
        <w:br/>
        <w:t>f 24582/25735/22558 24583/25738/22561 24706/25861/22675</w:t>
        <w:br/>
        <w:t>f 24704/25859/22673 24582/25735/22558 24706/25861/22675</w:t>
        <w:br/>
        <w:t>f 24589/25743/22566 24581/25736/22559 24694/25849/22664</w:t>
        <w:br/>
        <w:t>f 24588/25744/22567 24589/25743/22566 24694/25849/22664</w:t>
        <w:br/>
        <w:t>f 24710/25862/22676 24709/25863/22677 24708/25864/22678</w:t>
        <w:br/>
        <w:t>f 24707/25865/22678 24710/25862/22676 24708/25864/22678</w:t>
        <w:br/>
        <w:t>f 24714/25866/22679 24713/25867/22680 24712/25868/22681</w:t>
        <w:br/>
        <w:t>f 24711/25869/22682 24714/25866/22679 24712/25868/22681</w:t>
        <w:br/>
        <w:t>f 24716/25870/22683 24715/25871/22684 24713/25867/22680</w:t>
        <w:br/>
        <w:t>f 24714/25866/22679 24716/25870/22683 24713/25867/22680</w:t>
        <w:br/>
        <w:t>f 24720/25872/22685 24719/25873/22686 24718/25874/22687</w:t>
        <w:br/>
        <w:t>f 24717/25875/22688 24720/25872/22685 24718/25874/22687</w:t>
        <w:br/>
        <w:t>f 24719/25873/22686 24723/25876/22689 24722/25877/22690</w:t>
        <w:br/>
        <w:t>f 24721/25878/22691 24719/25873/22686 24722/25877/22690</w:t>
        <w:br/>
        <w:t>f 24722/25877/22690 24723/25876/22689 24724/25879/22692</w:t>
        <w:br/>
        <w:t>f 24725/25880/22693 24722/25877/22690 24724/25879/22692</w:t>
        <w:br/>
        <w:t>f 24723/25876/22689 24727/25881/22694 24726/25882/22695</w:t>
        <w:br/>
        <w:t>f 24724/25879/22692 24723/25876/22689 24726/25882/22695</w:t>
        <w:br/>
        <w:t>f 24731/25883/22696 24730/25884/22697 24729/25885/22698</w:t>
        <w:br/>
        <w:t>f 24728/25886/22699 24731/25883/22696 24729/25885/22698</w:t>
        <w:br/>
        <w:t>f 24734/25887/22700 24733/25888/22701 24732/25889/22702</w:t>
        <w:br/>
        <w:t>f 24735/25890/22703 24734/25887/22700 24732/25889/22702</w:t>
        <w:br/>
        <w:t>f 24738/25891/22704 24737/25892/22705 24736/25893/22706</w:t>
        <w:br/>
        <w:t>f 24739/25894/22707 24738/25891/22704 24736/25893/22706</w:t>
        <w:br/>
        <w:t>f 24740/25895/22708 24733/25888/22701 24734/25887/22700</w:t>
        <w:br/>
        <w:t>f 24741/25896/22709 24740/25895/22708 24734/25887/22700</w:t>
        <w:br/>
        <w:t>f 24743/25897/22710 24742/25898/22711 24737/25892/22705</w:t>
        <w:br/>
        <w:t>f 24738/25891/22704 24743/25897/22710 24737/25892/22705</w:t>
        <w:br/>
        <w:t>f 24734/25887/22700 24735/25890/22703 24745/25899/22712</w:t>
        <w:br/>
        <w:t>f 24744/25900/22713 24734/25887/22700 24745/25899/22712</w:t>
        <w:br/>
        <w:t>f 24748/25901/22714 24747/25902/22715 24746/25903/22716</w:t>
        <w:br/>
        <w:t>f 24749/25904/22717 24748/25901/22714 24746/25903/22716</w:t>
        <w:br/>
        <w:t>f 24752/25905/22718 24751/25906/22719 24750/25907/22720</w:t>
        <w:br/>
        <w:t>f 24753/25908/22721 24752/25905/22718 24750/25907/22720</w:t>
        <w:br/>
        <w:t>f 24755/25909/22722 24746/25903/22716 24754/25910/22723</w:t>
        <w:br/>
        <w:t>f 24759/25911/22724 24758/25912/22725 24757/25913/22726</w:t>
        <w:br/>
        <w:t>f 24756/25914/22727 24759/25911/22724 24757/25913/22726</w:t>
        <w:br/>
        <w:t>f 24761/25915/22728 24758/25912/22725 24759/25911/22724</w:t>
        <w:br/>
        <w:t>f 24760/25916/22729 24761/25915/22728 24759/25911/22724</w:t>
        <w:br/>
        <w:t>f 24765/25917/22730 24764/25918/22731 24763/25919/22732</w:t>
        <w:br/>
        <w:t>f 24762/25920/22730 24765/25917/22730 24763/25919/22732</w:t>
        <w:br/>
        <w:t>f 24768/25921/22733 24767/25922/22734 24766/25923/22735</w:t>
        <w:br/>
        <w:t>f 24769/25924/22736 24768/25921/22733 24766/25923/22735</w:t>
        <w:br/>
        <w:t>f 24772/25925/22737 24771/25926/22738 24770/25927/22739</w:t>
        <w:br/>
        <w:t>f 24773/25928/22740 24772/25925/22737 24770/25927/22739</w:t>
        <w:br/>
        <w:t>f 24776/25929/22741 24775/25930/22742 24774/25931/22743</w:t>
        <w:br/>
        <w:t>f 24777/25932/22744 24776/25929/22741 24774/25931/22743</w:t>
        <w:br/>
        <w:t>f 24769/25924/22736 24779/25933/22745 24778/25934/22746</w:t>
        <w:br/>
        <w:t>f 24768/25921/22733 24769/25924/22736 24778/25934/22746</w:t>
        <w:br/>
        <w:t>f 24775/25930/22742 24781/25935/22747 24780/25936/22748</w:t>
        <w:br/>
        <w:t>f 24774/25931/22743 24775/25930/22742 24780/25936/22748</w:t>
        <w:br/>
        <w:t>f 24744/25900/22713 24782/25937/22749 24741/25896/22709</w:t>
        <w:br/>
        <w:t>f 24734/25887/22700 24744/25900/22713 24741/25896/22709</w:t>
        <w:br/>
        <w:t>f 24750/25907/22720 24785/25938/22750 24784/25939/22751</w:t>
        <w:br/>
        <w:t>f 24783/25940/22752 24750/25907/22720 24784/25939/22751</w:t>
        <w:br/>
        <w:t>f 24788/25941/22753 24787/25942/22754 24786/25943/22755</w:t>
        <w:br/>
        <w:t>f 24771/25926/22738 24788/25941/22753 24786/25943/22755</w:t>
        <w:br/>
        <w:t>f 24772/25925/22737 24791/25944/22756 24790/25945/22757</w:t>
        <w:br/>
        <w:t>f 24789/25946/22758 24772/25925/22737 24790/25945/22757</w:t>
        <w:br/>
        <w:t>f 24754/25910/22723 24746/25903/22716 24747/25902/22715</w:t>
        <w:br/>
        <w:t>f 24753/25908/22721 24749/25904/22717 24792/25947/22759</w:t>
        <w:br/>
        <w:t>f 24752/25905/22718 24753/25908/22721 24792/25947/22759</w:t>
        <w:br/>
        <w:t>f 24788/25941/22753 24789/25946/22758 24793/25948/22760</w:t>
        <w:br/>
        <w:t>f 24793/25948/22760 24787/25942/22754 24788/25941/22753</w:t>
        <w:br/>
        <w:t>f 24793/25948/22760 24789/25946/22758 24790/25945/22757</w:t>
        <w:br/>
        <w:t>f 24796/25949/22761 24795/25950/22761 24794/25951/22762</w:t>
        <w:br/>
        <w:t>f 24797/25952/22763 24796/25949/22761 24794/25951/22762</w:t>
        <w:br/>
        <w:t>f 24801/25953/22764 24800/25954/22764 24799/25955/22765</w:t>
        <w:br/>
        <w:t>f 24798/25956/22765 24801/25953/22764 24799/25955/22765</w:t>
        <w:br/>
        <w:t>f 24805/25957/22766 24804/25958/22767 24803/25959/22768</w:t>
        <w:br/>
        <w:t>f 24802/25960/22766 24805/25957/22766 24803/25959/22768</w:t>
        <w:br/>
        <w:t>f 24806/25961/22769 24797/25952/22763 24794/25951/22762</w:t>
        <w:br/>
        <w:t>f 24807/25962/22770 24800/25954/22764 24801/25953/22764</w:t>
        <w:br/>
        <w:t>f 24810/25963/22771 24809/25964/22772 24808/25965/22772</w:t>
        <w:br/>
        <w:t>f 24814/25966/22773 24813/25967/22773 24812/25968/22774</w:t>
        <w:br/>
        <w:t>f 24811/25969/22774 24814/25966/22773 24812/25968/22774</w:t>
        <w:br/>
        <w:t>f 24804/25958/22767 24816/25970/22775 24815/25971/22775</w:t>
        <w:br/>
        <w:t>f 24803/25959/22768 24804/25958/22767 24815/25971/22775</w:t>
        <w:br/>
        <w:t>f 24735/25890/22703 24818/25972/22776 24817/25973/22777</w:t>
        <w:br/>
        <w:t>f 24745/25899/22712 24735/25890/22703 24817/25973/22777</w:t>
        <w:br/>
        <w:t>f 24822/25974/22778 24821/25975/22778 24820/25976/22779</w:t>
        <w:br/>
        <w:t>f 24819/25977/22780 24822/25974/22778 24820/25976/22779</w:t>
        <w:br/>
        <w:t>f 24767/25922/22734 24824/25978/22781 24823/25979/22782</w:t>
        <w:br/>
        <w:t>f 24766/25923/22735 24767/25922/22734 24823/25979/22782</w:t>
        <w:br/>
        <w:t>f 24828/25980/22783 24827/25981/22784 24826/25982/22785</w:t>
        <w:br/>
        <w:t>f 24825/25983/22786 24828/25980/22783 24826/25982/22785</w:t>
        <w:br/>
        <w:t>f 24830/25984/22787 24829/25985/22788 24739/25894/22707</w:t>
        <w:br/>
        <w:t>f 24736/25893/22706 24830/25984/22787 24739/25894/22707</w:t>
        <w:br/>
        <w:t>f 24829/25985/22788 24831/25986/22789 24732/25889/22702</w:t>
        <w:br/>
        <w:t>f 24739/25894/22707 24829/25985/22788 24732/25889/22702</w:t>
        <w:br/>
        <w:t>f 24730/25884/22697 24758/25912/22725 24761/25915/22728</w:t>
        <w:br/>
        <w:t>f 24832/25987/22790 24730/25884/22697 24761/25915/22728</w:t>
        <w:br/>
        <w:t>f 24835/25988/22791 24834/25989/22792 24833/25990/22793</w:t>
        <w:br/>
        <w:t>f 24832/25987/22790 24835/25988/22791 24833/25990/22793</w:t>
        <w:br/>
        <w:t>f 24836/25991/22794 24721/25878/22691 24722/25877/22690</w:t>
        <w:br/>
        <w:t>f 24837/25992/22795 24836/25991/22794 24722/25877/22690</w:t>
        <w:br/>
        <w:t>f 24839/25993/22796 24836/25991/22794 24837/25992/22795</w:t>
        <w:br/>
        <w:t>f 24838/25994/22797 24839/25993/22796 24837/25992/22795</w:t>
        <w:br/>
        <w:t>f 24725/25880/22693 24833/25990/22793 24834/25989/22792</w:t>
        <w:br/>
        <w:t>f 24840/25995/22798 24725/25880/22693 24834/25989/22792</w:t>
        <w:br/>
        <w:t>f 24835/25988/22791 24826/25982/22785 24827/25981/22784</w:t>
        <w:br/>
        <w:t>f 24841/25996/22799 24835/25988/22791 24827/25981/22784</w:t>
        <w:br/>
        <w:t>f 24840/25995/22798 24842/25997/22800 24838/25994/22797</w:t>
        <w:br/>
        <w:t>f 24837/25992/22795 24840/25995/22798 24838/25994/22797</w:t>
        <w:br/>
        <w:t>f 24844/25998/22801 24843/25999/22802 24717/25875/22688</w:t>
        <w:br/>
        <w:t>f 24718/25874/22687 24844/25998/22801 24717/25875/22688</w:t>
        <w:br/>
        <w:t>f 24718/25874/22687 24846/26000/22803 24845/26001/22804</w:t>
        <w:br/>
        <w:t>f 24844/25998/22801 24718/25874/22687 24845/26001/22804</w:t>
        <w:br/>
        <w:t>f 24846/26000/22803 24848/26002/22805 24847/26003/22806</w:t>
        <w:br/>
        <w:t>f 24845/26001/22804 24846/26000/22803 24847/26003/22806</w:t>
        <w:br/>
        <w:t>f 24848/26002/22805 24850/26004/22807 24849/26005/22808</w:t>
        <w:br/>
        <w:t>f 24847/26003/22806 24848/26002/22805 24849/26005/22808</w:t>
        <w:br/>
        <w:t>f 24716/25870/22683 24144/25299/22157 24851/26006/22809</w:t>
        <w:br/>
        <w:t>f 24852/26007/22810 24716/25870/22683 24851/26006/22809</w:t>
        <w:br/>
        <w:t>f 24761/25915/22728 24760/25916/22729 24825/25983/22786</w:t>
        <w:br/>
        <w:t>f 24826/25982/22785 24761/25915/22728 24825/25983/22786</w:t>
        <w:br/>
        <w:t>f 24097/25252/22121 24041/25195/22064 24013/25165/22035</w:t>
        <w:br/>
        <w:t>f 24096/25249/22118 24097/25252/22121 24013/25165/22035</w:t>
        <w:br/>
        <w:t>f 24041/25195/22064 24097/25252/22121 24023/25177/22047</w:t>
        <w:br/>
        <w:t>f 24043/25200/22069 24041/25195/22064 24023/25177/22047</w:t>
        <w:br/>
        <w:t>f 24021/25175/22045 24042/25197/22066 24043/25200/22069</w:t>
        <w:br/>
        <w:t>f 24023/25177/22047 24021/25175/22045 24043/25200/22069</w:t>
        <w:br/>
        <w:t>f 24161/25317/22175 24147/25301/22159 24190/25346/22200</w:t>
        <w:br/>
        <w:t>f 24191/25345/22199 24161/25317/22175 24190/25346/22200</w:t>
        <w:br/>
        <w:t>f 24165/25320/22178 24161/25317/22175 24191/25345/22199</w:t>
        <w:br/>
        <w:t>f 24188/25343/22198 24165/25320/22178 24191/25345/22199</w:t>
        <w:br/>
        <w:t>f 24188/25343/22198 24163/25319/22177 24164/25318/22176</w:t>
        <w:br/>
        <w:t>f 24165/25320/22178 24188/25343/22198 24164/25318/22176</w:t>
        <w:br/>
        <w:t>f 24010/25168/22038 24104/25258/22127 24096/25249/22118</w:t>
        <w:br/>
        <w:t>f 24013/25165/22035 24010/25168/22038 24096/25249/22118</w:t>
        <w:br/>
        <w:t>f 24164/25318/22176 24159/25314/22172 24151/25306/22164</w:t>
        <w:br/>
        <w:t>f 24153/25308/22166 24164/25318/22176 24151/25306/22164</w:t>
        <w:br/>
        <w:t>f 24042/25197/22066 24032/25188/22057 24045/25198/22067</w:t>
        <w:br/>
        <w:t>f 24093/25248/22117 24091/25247/22116 24853/26008/22811</w:t>
        <w:br/>
        <w:t>f 24082/25235/22104 24093/25248/22117 24081/25236/22105</w:t>
        <w:br/>
        <w:t>f 24854/26009/22812 24088/25244/22113 24089/25243/22112</w:t>
        <w:br/>
        <w:t>f 24091/25247/22116 24854/26009/22812 24089/25243/22112</w:t>
        <w:br/>
        <w:t>f 24088/25244/22113 24854/26009/22812 24084/25239/22108</w:t>
        <w:br/>
        <w:t>f 24076/25234/22103 24088/25244/22113 24084/25239/22108</w:t>
        <w:br/>
        <w:t>f 24855/26010/22097 24124/25280/22096 24082/25235/22104</w:t>
        <w:br/>
        <w:t>f 24856/26011/22813 24855/26010/22097 24082/25235/22104</w:t>
        <w:br/>
        <w:t>f 24089/25243/22112 24090/25242/22111 24858/26012/22099</w:t>
        <w:br/>
        <w:t>f 24857/26013/22814 24089/25243/22112 24858/26012/22099</w:t>
        <w:br/>
        <w:t>f 24126/25282/22144 24860/26014/22815 24859/26015/22083</w:t>
        <w:br/>
        <w:t>f 24861/26016/22816 23442/24596/21510 23431/24587/21501</w:t>
        <w:br/>
        <w:t>f 24862/26017/22817 24861/26016/22816 23431/24587/21501</w:t>
        <w:br/>
        <w:t>f 23445/24599/21513 24864/26018/22818 24863/26019/22819</w:t>
        <w:br/>
        <w:t>f 23444/24600/21514 23445/24599/21513 24863/26019/22819</w:t>
        <w:br/>
        <w:t>f 23444/24600/21514 24863/26019/22819 24865/26020/22820</w:t>
        <w:br/>
        <w:t>f 23447/24602/21516 23444/24600/21514 24865/26020/22820</w:t>
        <w:br/>
        <w:t>f 24866/26021/22821 23390/24548/21463 23416/24571/21485</w:t>
        <w:br/>
        <w:t>f 24867/26022/22822 24866/26021/22821 23416/24571/21485</w:t>
        <w:br/>
        <w:t>f 23390/24548/21463 24866/26021/22821 24868/26023/22823</w:t>
        <w:br/>
        <w:t>f 23393/24545/21460 23390/24548/21463 24868/26023/22823</w:t>
        <w:br/>
        <w:t>f 24869/26024/22824 24554/25706/22532 24551/25709/22535</w:t>
        <w:br/>
        <w:t>f 24870/26025/22825 24869/26024/22824 24551/25709/22535</w:t>
        <w:br/>
        <w:t>f 23432/24586/21500 24871/26026/22826 24862/26017/22817</w:t>
        <w:br/>
        <w:t>f 23431/24587/21501 23432/24586/21500 24862/26017/22817</w:t>
        <w:br/>
        <w:t>f 24874/26027/22827 24873/26028/22828 24872/26029/22829</w:t>
        <w:br/>
        <w:t>f 24875/26030/22830 24874/26027/22827 24872/26029/22829</w:t>
        <w:br/>
        <w:t>f 24877/26031/22831 24876/26032/22832 24873/26028/22828</w:t>
        <w:br/>
        <w:t>f 24874/26027/22827 24877/26031/22831 24873/26028/22828</w:t>
        <w:br/>
        <w:t>f 24875/26030/22830 24872/26029/22829 24879/26033/22833</w:t>
        <w:br/>
        <w:t>f 24878/26034/22834 24875/26030/22830 24879/26033/22833</w:t>
        <w:br/>
        <w:t>f 24882/26035/22835 24881/26036/22836 24880/26037/22837</w:t>
        <w:br/>
        <w:t>f 24883/26038/22838 24882/26035/22835 24880/26037/22837</w:t>
        <w:br/>
        <w:t>f 24886/26039/22839 24885/26040/22840 24884/26041/22841</w:t>
        <w:br/>
        <w:t>f 24887/26042/22842 24886/26039/22839 24884/26041/22841</w:t>
        <w:br/>
        <w:t>f 24891/26043/22843 24890/26044/22844 24889/26045/22845</w:t>
        <w:br/>
        <w:t>f 24888/26046/22846 24891/26043/22843 24889/26045/22845</w:t>
        <w:br/>
        <w:t>f 24894/26047/22847 24893/26048/22848 24892/26049/22849</w:t>
        <w:br/>
        <w:t>f 24882/26035/22835 24896/26050/22850 24895/26051/22851</w:t>
        <w:br/>
        <w:t>f 24897/26052/22852 24882/26035/22835 24895/26051/22851</w:t>
        <w:br/>
        <w:t>f 24901/26053/22853 24900/26054/22854 24899/26055/22855</w:t>
        <w:br/>
        <w:t>f 24898/26056/22856 24901/26053/22853 24899/26055/22855</w:t>
        <w:br/>
        <w:t>f 24905/26057/22857 24904/26058/22858 24903/26059/22859</w:t>
        <w:br/>
        <w:t>f 24902/26060/22860 24905/26057/22857 24903/26059/22859</w:t>
        <w:br/>
        <w:t>f 24908/26061/22861 24907/26062/22862 24906/26063/22863</w:t>
        <w:br/>
        <w:t>f 24909/26064/22864 24908/26061/22861 24906/26063/22863</w:t>
        <w:br/>
        <w:t>f 24912/26065/22865 24881/26036/22836 24911/26066/22866</w:t>
        <w:br/>
        <w:t>f 24910/26067/22867 24912/26065/22865 24911/26066/22866</w:t>
        <w:br/>
        <w:t>f 24914/26068/22868 24913/26069/22869 24908/26061/22861</w:t>
        <w:br/>
        <w:t>f 24915/26070/22870 24914/26068/22868 24908/26061/22861</w:t>
        <w:br/>
        <w:t>f 24914/26068/22868 24918/26071/22871 24917/26072/22872</w:t>
        <w:br/>
        <w:t>f 24916/26073/22873 24914/26068/22868 24917/26072/22872</w:t>
        <w:br/>
        <w:t>f 24921/26074/22874 24920/26075/22875 24919/26076/22876</w:t>
        <w:br/>
        <w:t>f 24922/26077/22877 24921/26074/22874 24919/26076/22876</w:t>
        <w:br/>
        <w:t>f 24924/26078/22878 24923/26079/22879 24884/26041/22841</w:t>
        <w:br/>
        <w:t>f 24885/26040/22840 24924/26078/22878 24884/26041/22841</w:t>
        <w:br/>
        <w:t>f 24920/26075/22875 24921/26074/22874 24889/26045/22845</w:t>
        <w:br/>
        <w:t>f 24925/26080/22880 24920/26075/22875 24889/26045/22845</w:t>
        <w:br/>
        <w:t>f 24927/26081/22881 24890/26044/22844 24893/26048/22848</w:t>
        <w:br/>
        <w:t>f 24926/26082/22882 24927/26081/22881 24893/26048/22848</w:t>
        <w:br/>
        <w:t>f 24930/26083/22883 24913/26069/22869 24929/26084/22884</w:t>
        <w:br/>
        <w:t>f 24928/26085/22885 24930/26083/22883 24929/26084/22884</w:t>
        <w:br/>
        <w:t>f 24900/26054/22854 24901/26053/22853 24904/26058/22858</w:t>
        <w:br/>
        <w:t>f 24905/26057/22857 24900/26054/22854 24904/26058/22858</w:t>
        <w:br/>
        <w:t>f 24909/26064/22864 24931/26086/22886 24915/26070/22870</w:t>
        <w:br/>
        <w:t>f 24908/26061/22861 24909/26064/22864 24915/26070/22870</w:t>
        <w:br/>
        <w:t>f 24907/26062/22862 24908/26061/22861 24913/26069/22869</w:t>
        <w:br/>
        <w:t>f 24930/26083/22883 24907/26062/22862 24913/26069/22869</w:t>
        <w:br/>
        <w:t>f 24901/26053/22853 24932/26087/22887 24912/26065/22865</w:t>
        <w:br/>
        <w:t>f 24904/26058/22858 24901/26053/22853 24912/26065/22865</w:t>
        <w:br/>
        <w:t>f 24934/26088/22888 24933/26089/22889 24883/26038/22838</w:t>
        <w:br/>
        <w:t>f 24880/26037/22837 24934/26088/22888 24883/26038/22838</w:t>
        <w:br/>
        <w:t>f 24932/26087/22887 24901/26053/22853 24898/26056/22856</w:t>
        <w:br/>
        <w:t>f 24935/26090/22890 24932/26087/22887 24898/26056/22856</w:t>
        <w:br/>
        <w:t>f 24939/26091/22891 24938/26092/22891 24937/26093/22892</w:t>
        <w:br/>
        <w:t>f 24936/26094/22893 24939/26091/22891 24937/26093/22892</w:t>
        <w:br/>
        <w:t>f 24940/26095/22894 24922/26077/22877 24885/26040/22840</w:t>
        <w:br/>
        <w:t>f 24886/26039/22839 24940/26095/22894 24885/26040/22840</w:t>
        <w:br/>
        <w:t>f 24944/26096/22895 24943/26097/22896 24942/26098/22897</w:t>
        <w:br/>
        <w:t>f 24941/26099/22898 24944/26096/22895 24942/26098/22897</w:t>
        <w:br/>
        <w:t>f 24936/26094/22893 24937/26093/22892 24945/26100/22899</w:t>
        <w:br/>
        <w:t>f 24943/26097/22896 24936/26094/22893 24945/26100/22899</w:t>
        <w:br/>
        <w:t>f 24949/26101/22900 24948/26102/22901 24947/26103/22902</w:t>
        <w:br/>
        <w:t>f 24946/26104/22903 24949/26101/22900 24947/26103/22902</w:t>
        <w:br/>
        <w:t>f 24951/26105/22904 24950/26106/22905 24941/26099/22898</w:t>
        <w:br/>
        <w:t>f 24942/26098/22897 24951/26105/22904 24941/26099/22898</w:t>
        <w:br/>
        <w:t>f 24953/26107/22906 24949/26101/22900 24946/26104/22903</w:t>
        <w:br/>
        <w:t>f 24952/26108/22907 24953/26107/22906 24946/26104/22903</w:t>
        <w:br/>
        <w:t>f 24953/26107/22906 24956/26109/22908 24955/26110/22909</w:t>
        <w:br/>
        <w:t>f 24954/26111/22910 24953/26107/22906 24955/26110/22909</w:t>
        <w:br/>
        <w:t>f 24959/26112/22911 24958/26113/22912 24957/26114/22913</w:t>
        <w:br/>
        <w:t>f 24952/26108/22907 24959/26112/22911 24957/26114/22913</w:t>
        <w:br/>
        <w:t>f 24959/26112/22911 24951/26105/22904 24942/26098/22897</w:t>
        <w:br/>
        <w:t>f 24960/26115/22914 24959/26112/22911 24942/26098/22897</w:t>
        <w:br/>
        <w:t>f 24964/26116/22915 24963/26117/22915 24962/26118/22916</w:t>
        <w:br/>
        <w:t>f 24961/26119/22917 24964/26116/22915 24962/26118/22916</w:t>
        <w:br/>
        <w:t>f 24967/26120/22918 24966/26121/22919 24965/26122/22919</w:t>
        <w:br/>
        <w:t>f 24970/26123/22920 24969/26124/22921 24968/26125/22922</w:t>
        <w:br/>
        <w:t>f 24971/26126/22923 24970/26123/22920 24968/26125/22922</w:t>
        <w:br/>
        <w:t>f 24974/26127/22924 24973/26128/22925 24972/26129/22926</w:t>
        <w:br/>
        <w:t>f 24955/26110/22909 24974/26127/22924 24972/26129/22926</w:t>
        <w:br/>
        <w:t>f 24970/26123/22920 24971/26126/22923 24976/26130/22927</w:t>
        <w:br/>
        <w:t>f 24975/26131/22928 24970/26123/22920 24976/26130/22927</w:t>
        <w:br/>
        <w:t>f 24955/26110/22909 24972/26129/22926 24976/26130/22927</w:t>
        <w:br/>
        <w:t>f 24954/26111/22910 24955/26110/22909 24976/26130/22927</w:t>
        <w:br/>
        <w:t>f 24978/26132/22929 24187/25342/22197 24190/25346/22200</w:t>
        <w:br/>
        <w:t>f 24977/26133/22930 24978/26132/22929 24190/25346/22200</w:t>
        <w:br/>
        <w:t>f 24979/26134/22931 24186/25341/22196 24187/25342/22197</w:t>
        <w:br/>
        <w:t>f 24978/26132/22929 24979/26134/22931 24187/25342/22197</w:t>
        <w:br/>
        <w:t>f 24977/26133/22930 24190/25346/22200 24147/25301/22159</w:t>
        <w:br/>
        <w:t>f 24148/25300/22158 24977/26133/22930 24147/25301/22159</w:t>
        <w:br/>
        <w:t>f 24956/26109/22908 24980/26135/22932 24974/26127/22924</w:t>
        <w:br/>
        <w:t>f 24955/26110/22909 24956/26109/22908 24974/26127/22924</w:t>
        <w:br/>
        <w:t>f 24958/26113/22912 24982/26136/22933 24981/26137/22934</w:t>
        <w:br/>
        <w:t>f 24957/26114/22913 24958/26113/22912 24981/26137/22934</w:t>
        <w:br/>
        <w:t>f 24986/26138/22935 24985/26139/22936 24984/26140/22937</w:t>
        <w:br/>
        <w:t>f 24983/26141/22938 24986/26138/22935 24984/26140/22937</w:t>
        <w:br/>
        <w:t>f 24990/26142/22939 24989/26143/22940 24988/26144/22941</w:t>
        <w:br/>
        <w:t>f 24987/26145/22942 24990/26142/22939 24988/26144/22941</w:t>
        <w:br/>
        <w:t>f 24994/26146/22943 24993/26147/22944 24992/26148/22944</w:t>
        <w:br/>
        <w:t>f 24991/26149/22943 24994/26146/22943 24992/26148/22944</w:t>
        <w:br/>
        <w:t>f 24998/26150/22945 24997/26151/22946 24996/26152/22947</w:t>
        <w:br/>
        <w:t>f 24995/26153/22948 24998/26150/22945 24996/26152/22947</w:t>
        <w:br/>
        <w:t>f 24989/26143/22940 25000/26154/22949 24999/26155/22950</w:t>
        <w:br/>
        <w:t>f 24988/26144/22941 24989/26143/22940 24999/26155/22950</w:t>
        <w:br/>
        <w:t>f 25004/26156/22951 25003/26157/22952 25002/26158/22953</w:t>
        <w:br/>
        <w:t>f 25001/26159/22954 25004/26156/22951 25002/26158/22953</w:t>
        <w:br/>
        <w:t>f 25007/26160/22955 25006/26161/22956 25005/26162/22957</w:t>
        <w:br/>
        <w:t>f 25010/26163/22958 25009/26164/22959 25008/26165/22960</w:t>
        <w:br/>
        <w:t>f 25011/26166/22961 25010/26163/22958 25008/26165/22960</w:t>
        <w:br/>
        <w:t>f 25015/26167/22962 25014/26168/22963 25013/26169/22964</w:t>
        <w:br/>
        <w:t>f 25012/26170/22965 25015/26167/22962 25013/26169/22964</w:t>
        <w:br/>
        <w:t>f 25018/26171/22966 25017/26172/22967 25016/26173/22968</w:t>
        <w:br/>
        <w:t>f 25022/26174/22969 25021/26175/22970 25020/26176/22971</w:t>
        <w:br/>
        <w:t>f 25019/26177/22972 25022/26174/22969 25020/26176/22971</w:t>
        <w:br/>
        <w:t>f 25025/26178/22973 25024/26179/22974 25023/26180/22975</w:t>
        <w:br/>
        <w:t>f 25028/26181/22976 25027/26182/22977 25026/26183/22978</w:t>
        <w:br/>
        <w:t>f 25029/26184/22979 25028/26181/22976 25026/26183/22978</w:t>
        <w:br/>
        <w:t>f 25033/26185/22980 25032/26186/22981 25031/26187/22982</w:t>
        <w:br/>
        <w:t>f 25030/26188/22983 25033/26185/22980 25031/26187/22982</w:t>
        <w:br/>
        <w:t>f 25037/26189/22984 25036/26190/22985 25035/26191/22986</w:t>
        <w:br/>
        <w:t>f 25034/26192/22987 25037/26189/22984 25035/26191/22986</w:t>
        <w:br/>
        <w:t>f 25039/26193/22988 25037/26189/22984 25034/26192/22987</w:t>
        <w:br/>
        <w:t>f 25038/26194/22989 25039/26193/22988 25034/26192/22987</w:t>
        <w:br/>
        <w:t>f 25041/26195/22990 25008/26165/22960 25009/26164/22959</w:t>
        <w:br/>
        <w:t>f 25040/26196/22991 25041/26195/22990 25009/26164/22959</w:t>
        <w:br/>
        <w:t>f 25021/26175/22970 25022/26174/22969 25042/26197/22992</w:t>
        <w:br/>
        <w:t>f 25046/26198/22993 25045/26199/22994 25044/26200/22995</w:t>
        <w:br/>
        <w:t>f 25043/26201/22996 25046/26198/22993 25044/26200/22995</w:t>
        <w:br/>
        <w:t>f 25050/26202/22997 25049/26203/22998 25048/26204/22999</w:t>
        <w:br/>
        <w:t>f 25047/26205/23000 25050/26202/22997 25048/26204/22999</w:t>
        <w:br/>
        <w:t>f 25012/26170/22965 25013/26169/22964 25051/26206/23001</w:t>
        <w:br/>
        <w:t>f 25052/26207/23002 25012/26170/22965 25051/26206/23001</w:t>
        <w:br/>
        <w:t>f 25054/26208/23003 25053/26209/23004 25000/26154/22949</w:t>
        <w:br/>
        <w:t>f 25055/26210/23005 25054/26208/23003 25000/26154/22949</w:t>
        <w:br/>
        <w:t>f 25059/26211/23006 25058/26212/23007 25057/26213/23008</w:t>
        <w:br/>
        <w:t>f 25056/26214/23009 25059/26211/23006 25057/26213/23008</w:t>
        <w:br/>
        <w:t>f 25061/26215/23010 25060/26216/23011 25001/26159/22954</w:t>
        <w:br/>
        <w:t>f 25002/26158/22953 25061/26215/23010 25001/26159/22954</w:t>
        <w:br/>
        <w:t>f 25055/26210/23005 25046/26198/22993 25043/26201/22996</w:t>
        <w:br/>
        <w:t>f 25062/26217/23012 25055/26210/23005 25043/26201/22996</w:t>
        <w:br/>
        <w:t>f 25049/26203/22998 25057/26213/23008 25058/26212/23007</w:t>
        <w:br/>
        <w:t>f 25048/26204/22999 25049/26203/22998 25058/26212/23007</w:t>
        <w:br/>
        <w:t>f 25013/26169/22964 25001/26159/22954 25060/26216/23011</w:t>
        <w:br/>
        <w:t>f 25051/26206/23001 25013/26169/22964 25060/26216/23011</w:t>
        <w:br/>
        <w:t>f 25001/26159/22954 25013/26169/22964 25014/26168/22963</w:t>
        <w:br/>
        <w:t>f 25004/26156/22951 25001/26159/22954 25014/26168/22963</w:t>
        <w:br/>
        <w:t>f 25007/26160/22955 25005/26162/22957 25017/26172/22967</w:t>
        <w:br/>
        <w:t>f 25009/26164/22959 25010/26163/22958 25064/26218/23013</w:t>
        <w:br/>
        <w:t>f 25063/26219/23014 25009/26164/22959 25064/26218/23013</w:t>
        <w:br/>
        <w:t>f 25040/26196/22991 25009/26164/22959 25063/26219/23014</w:t>
        <w:br/>
        <w:t>f 25065/26220/23015 25040/26196/22991 25063/26219/23014</w:t>
        <w:br/>
        <w:t>f 25037/26189/22984 25039/26193/22988 25067/26221/23016</w:t>
        <w:br/>
        <w:t>f 25066/26222/23017 25037/26189/22984 25067/26221/23016</w:t>
        <w:br/>
        <w:t>f 25066/26222/23017 25068/26223/23018 25036/26190/22985</w:t>
        <w:br/>
        <w:t>f 25037/26189/22984 25066/26222/23017 25036/26190/22985</w:t>
        <w:br/>
        <w:t>f 25070/26224/23019 24985/26139/22936 24986/26138/22935</w:t>
        <w:br/>
        <w:t>f 25069/26225/23020 25070/26224/23019 24986/26138/22935</w:t>
        <w:br/>
        <w:t>f 24985/26139/22936 25070/26224/23019 25072/26226/23021</w:t>
        <w:br/>
        <w:t>f 25071/26227/23022 24985/26139/22936 25072/26226/23021</w:t>
        <w:br/>
        <w:t>f 25073/26228/23023 25024/26179/22974 25025/26178/22973</w:t>
        <w:br/>
        <w:t>f 24997/26151/22946 25070/26224/23019 25011/26166/22961</w:t>
        <w:br/>
        <w:t>f 25074/26229/23024 24997/26151/22946 25011/26166/22961</w:t>
        <w:br/>
        <w:t>f 25076/26230/23025 25075/26231/23026 24101/25256/22125</w:t>
        <w:br/>
        <w:t>f 24105/25261/22129 25076/26230/23025 24101/25256/22125</w:t>
        <w:br/>
        <w:t>f 25079/26232/23027 25078/26233/23028 25077/26234/23029</w:t>
        <w:br/>
        <w:t>f 25080/26235/23030 25079/26232/23027 25077/26234/23029</w:t>
        <w:br/>
        <w:t>f 25083/26236/23031 25082/26237/23032 25081/26238/23033</w:t>
        <w:br/>
        <w:t>f 25084/26239/23034 25083/26236/23031 25081/26238/23033</w:t>
        <w:br/>
        <w:t>f 25087/26240/23035 25086/26241/23036 25085/26242/23037</w:t>
        <w:br/>
        <w:t>f 25090/26243/23038 25089/26244/23039 25088/26245/23040</w:t>
        <w:br/>
        <w:t>f 25091/26246/23041 25090/26243/23038 25088/26245/23040</w:t>
        <w:br/>
        <w:t>f 25094/26247/23042 25093/26248/23043 25092/26249/23044</w:t>
        <w:br/>
        <w:t>f 25095/26250/23045 25094/26247/23042 25092/26249/23044</w:t>
        <w:br/>
        <w:t>f 25099/26251/23046 25098/26252/23047 25097/26253/23048</w:t>
        <w:br/>
        <w:t>f 25096/26254/23049 25099/26251/23046 25097/26253/23048</w:t>
        <w:br/>
        <w:t>f 25103/26255/23050 25102/26256/23051 25101/26257/23052</w:t>
        <w:br/>
        <w:t>f 25100/26258/23053 25103/26255/23050 25101/26257/23052</w:t>
        <w:br/>
        <w:t>f 25107/26259/23054 25106/26260/23055 25105/26261/23056</w:t>
        <w:br/>
        <w:t>f 25104/26262/23057 25107/26259/23054 25105/26261/23056</w:t>
        <w:br/>
        <w:t>f 25110/26263/23058 25109/26264/23059 25103/26255/23050</w:t>
        <w:br/>
        <w:t>f 25108/26265/23060 25110/26263/23058 25103/26255/23050</w:t>
        <w:br/>
        <w:t>f 25113/26266/23061 25112/26267/23062 25111/26268/23063</w:t>
        <w:br/>
        <w:t>f 25114/26269/23064 25113/26266/23061 25111/26268/23063</w:t>
        <w:br/>
        <w:t>f 25117/26270/23065 25116/26271/23065 25115/26272/23066</w:t>
        <w:br/>
        <w:t>f 25118/26273/23067 25117/26270/23065 25115/26272/23066</w:t>
        <w:br/>
        <w:t>f 25122/26274/23068 25121/26275/23069 25120/26276/23070</w:t>
        <w:br/>
        <w:t>f 25119/26277/23071 25122/26274/23068 25120/26276/23070</w:t>
        <w:br/>
        <w:t>f 25083/26236/23031 25124/26278/23072 25123/26279/23073</w:t>
        <w:br/>
        <w:t>f 25082/26237/23032 25083/26236/23031 25123/26279/23073</w:t>
        <w:br/>
        <w:t>f 25126/26280/23074 25125/26281/23075 25082/26237/23032</w:t>
        <w:br/>
        <w:t>f 25123/26279/23073 25126/26280/23074 25082/26237/23032</w:t>
        <w:br/>
        <w:t>f 25129/26282/23076 25108/26265/23060 25128/26283/23077</w:t>
        <w:br/>
        <w:t>f 25127/26284/23078 25129/26282/23076 25128/26283/23077</w:t>
        <w:br/>
        <w:t>f 25093/26248/23043 25099/26251/23046 25096/26254/23049</w:t>
        <w:br/>
        <w:t>f 25092/26249/23044 25093/26248/23043 25096/26254/23049</w:t>
        <w:br/>
        <w:t>f 25102/26256/23051 25103/26255/23050 25109/26264/23059</w:t>
        <w:br/>
        <w:t>f 25130/26285/23079 25102/26256/23051 25109/26264/23059</w:t>
        <w:br/>
        <w:t>f 25100/26258/23053 25128/26283/23077 25108/26265/23060</w:t>
        <w:br/>
        <w:t>f 25103/26255/23050 25100/26258/23053 25108/26265/23060</w:t>
        <w:br/>
        <w:t>f 25092/26249/23044 25096/26254/23049 25132/26286/23080</w:t>
        <w:br/>
        <w:t>f 25131/26287/23081 25092/26249/23044 25132/26286/23080</w:t>
        <w:br/>
        <w:t>f 25136/26288/23082 25135/26289/23083 25134/26290/23084</w:t>
        <w:br/>
        <w:t>f 25133/26291/23085 25136/26288/23082 25134/26290/23084</w:t>
        <w:br/>
        <w:t>f 25131/26287/23081 25137/26292/23086 25095/26250/23045</w:t>
        <w:br/>
        <w:t>f 25092/26249/23044 25131/26287/23081 25095/26250/23045</w:t>
        <w:br/>
        <w:t>f 25079/26232/23027 25139/26293/23087 25138/26294/23088</w:t>
        <w:br/>
        <w:t>f 25140/26295/23089 25079/26232/23027 25138/26294/23088</w:t>
        <w:br/>
        <w:t>f 25144/26296/23090 25143/26297/23091 25142/26298/23092</w:t>
        <w:br/>
        <w:t>f 25141/26299/23093 25144/26296/23090 25142/26298/23092</w:t>
        <w:br/>
        <w:t>f 25148/26300/23094 25147/26301/23095 25146/26302/23096</w:t>
        <w:br/>
        <w:t>f 25145/26303/23097 25148/26300/23094 25146/26302/23096</w:t>
        <w:br/>
        <w:t>f 25152/26304/23098 25151/26305/23099 25150/26306/23099</w:t>
        <w:br/>
        <w:t>f 25149/26307/23100 25152/26304/23098 25150/26306/23099</w:t>
        <w:br/>
        <w:t>f 25087/26240/23035 25153/26308/23101 25086/26241/23036</w:t>
        <w:br/>
        <w:t>f 25075/26231/23026 25154/26309/23102 24100/25257/22126</w:t>
        <w:br/>
        <w:t>f 24101/25256/22125 25075/26231/23026 24100/25257/22126</w:t>
        <w:br/>
        <w:t>f 25154/26309/23102 25156/26310/23103 25155/26311/23104</w:t>
        <w:br/>
        <w:t>f 24100/25257/22126 25154/26309/23102 25155/26311/23104</w:t>
        <w:br/>
        <w:t>f 25135/26289/23083 25104/26262/23057 25088/26245/23040</w:t>
        <w:br/>
        <w:t>f 25134/26290/23084 25135/26289/23083 25088/26245/23040</w:t>
        <w:br/>
        <w:t>f 25140/26295/23089 25157/26312/23105 25078/26233/23028</w:t>
        <w:br/>
        <w:t>f 25079/26232/23027 25140/26295/23089 25078/26233/23028</w:t>
        <w:br/>
        <w:t>f 25159/26313/23106 25147/26301/23095 25148/26300/23094</w:t>
        <w:br/>
        <w:t>f 25158/26314/23107 25159/26313/23106 25148/26300/23094</w:t>
        <w:br/>
        <w:t>f 25162/26315/23108 25161/26316/23109 25160/26317/23110</w:t>
        <w:br/>
        <w:t>f 25164/26318/23111 25163/26319/23112 25158/26314/23107</w:t>
        <w:br/>
        <w:t>f 25148/26300/23094 25164/26318/23111 25158/26314/23107</w:t>
        <w:br/>
        <w:t>f 25145/26303/23097 25122/26274/23068 25165/26320/23113</w:t>
        <w:br/>
        <w:t>f 25166/26321/23114 25145/26303/23097 25165/26320/23113</w:t>
        <w:br/>
        <w:t>f 25170/26322/23115 25169/26323/23116 25168/26324/23117</w:t>
        <w:br/>
        <w:t>f 25167/26325/23118 25170/26322/23115 25168/26324/23117</w:t>
        <w:br/>
        <w:t>f 25160/26317/23110 25167/26325/23118 25164/26318/23111</w:t>
        <w:br/>
        <w:t>f 25166/26321/23114 25160/26317/23110 25164/26318/23111</w:t>
        <w:br/>
        <w:t>f 25168/26324/23117 25172/26326/23119 25171/26327/23120</w:t>
        <w:br/>
        <w:t>f 25163/26319/23112 25168/26324/23117 25171/26327/23120</w:t>
        <w:br/>
        <w:t>f 24127/25281/22143 24860/26014/22815 24126/25282/22144</w:t>
        <w:br/>
        <w:t>f 25175/26328/23121 25174/26329/23122 25173/26330/23123</w:t>
        <w:br/>
        <w:t>f 25176/26331/23124 25175/26328/23121 25173/26330/23123</w:t>
        <w:br/>
        <w:t>f 25180/26332/23125 25179/26333/23126 25178/26334/23126</w:t>
        <w:br/>
        <w:t>f 25177/26335/23125 25180/26332/23125 25178/26334/23126</w:t>
        <w:br/>
        <w:t>f 25184/26336/23127 25183/26337/23128 25182/26338/23128</w:t>
        <w:br/>
        <w:t>f 25181/26339/23127 25184/26336/23127 25182/26338/23128</w:t>
        <w:br/>
        <w:t>f 25186/26340/23129 25173/26330/23123 25185/26341/23130</w:t>
        <w:br/>
        <w:t>f 25187/26342/23130 25186/26340/23129 25185/26341/23130</w:t>
        <w:br/>
        <w:t>f 25173/26330/23123 25174/26329/23122 25189/26343/23131</w:t>
        <w:br/>
        <w:t>f 25188/26344/23132 25173/26330/23123 25189/26343/23131</w:t>
        <w:br/>
        <w:t>f 25180/26332/23125 25177/26335/23125 25190/26345/23133</w:t>
        <w:br/>
        <w:t>f 25191/26346/23133 25180/26332/23125 25190/26345/23133</w:t>
        <w:br/>
        <w:t>f 25192/26347/23134 25184/26336/23127 25181/26339/23127</w:t>
        <w:br/>
        <w:t>f 25193/26348/23134 25192/26347/23134 25181/26339/23127</w:t>
        <w:br/>
        <w:t>f 25197/26349/23135 25196/26350/23136 25195/26351/23137</w:t>
        <w:br/>
        <w:t>f 25194/26352/23135 25197/26349/23135 25195/26351/23137</w:t>
        <w:br/>
        <w:t>f 25201/26353/23138 25200/26354/23138 25199/26355/23139</w:t>
        <w:br/>
        <w:t>f 25198/26356/23140 25201/26353/23138 25199/26355/23139</w:t>
        <w:br/>
        <w:t>f 25204/26357/23141 25203/26358/23142 25202/26359/23142</w:t>
        <w:br/>
        <w:t>f 25205/26360/23141 25204/26357/23141 25202/26359/23142</w:t>
        <w:br/>
        <w:t>f 25207/26361/23143 25206/26362/23144 25192/26347/23134</w:t>
        <w:br/>
        <w:t>f 25193/26348/23134 25207/26361/23143 25192/26347/23134</w:t>
        <w:br/>
        <w:t>f 25211/26363/23145 25210/26364/23146 25209/26365/23147</w:t>
        <w:br/>
        <w:t>f 25208/26366/23147 25211/26363/23145 25209/26365/23147</w:t>
        <w:br/>
        <w:t>f 25215/26367/23148 25214/26368/23149 25213/26369/23149</w:t>
        <w:br/>
        <w:t>f 25212/26370/23148 25215/26367/23148 25213/26369/23149</w:t>
        <w:br/>
        <w:t>f 25203/26358/23142 25217/26371/23150 25216/26372/23151</w:t>
        <w:br/>
        <w:t>f 25202/26359/23142 25203/26358/23142 25216/26372/23151</w:t>
        <w:br/>
        <w:t>f 25220/26373/23152 25219/26374/23153 25218/26375/23153</w:t>
        <w:br/>
        <w:t>f 25221/26376/23154 25220/26373/23152 25218/26375/23153</w:t>
        <w:br/>
        <w:t>f 25225/26377/23155 25224/26378/23155 25223/26379/23156</w:t>
        <w:br/>
        <w:t>f 25222/26380/23156 25225/26377/23155 25223/26379/23156</w:t>
        <w:br/>
        <w:t>f 25212/26370/23148 25227/26381/23157 25226/26382/23158</w:t>
        <w:br/>
        <w:t>f 25215/26367/23148 25212/26370/23148 25226/26382/23158</w:t>
        <w:br/>
        <w:t>f 25231/26383/23159 25230/26384/23160 25229/26385/23160</w:t>
        <w:br/>
        <w:t>f 25228/26386/23161 25231/26383/23159 25229/26385/23160</w:t>
        <w:br/>
        <w:t>f 25235/26387/23162 25234/26388/23163 25233/26389/23164</w:t>
        <w:br/>
        <w:t>f 25232/26390/23165 25235/26387/23162 25233/26389/23164</w:t>
        <w:br/>
        <w:t>f 25239/26391/23166 25238/26392/23166 25237/26393/23167</w:t>
        <w:br/>
        <w:t>f 25236/26394/23168 25239/26391/23166 25237/26393/23167</w:t>
        <w:br/>
        <w:t>f 25243/26395/23169 25242/26396/23170 25241/26397/23171</w:t>
        <w:br/>
        <w:t>f 25240/26398/23172 25243/26395/23169 25241/26397/23171</w:t>
        <w:br/>
        <w:t>f 25246/26399/23173 25245/26400/23174 25244/26401/23175</w:t>
        <w:br/>
        <w:t>f 25247/26402/23173 25246/26399/23173 25244/26401/23175</w:t>
        <w:br/>
        <w:t>f 25250/26403/23176 25249/26404/23177 25248/26405/23178</w:t>
        <w:br/>
        <w:t>f 25251/26406/23178 25250/26403/23176 25248/26405/23178</w:t>
        <w:br/>
        <w:t>f 25255/26407/23179 25254/26408/23180 25253/26409/23181</w:t>
        <w:br/>
        <w:t>f 25252/26410/23181 25255/26407/23179 25253/26409/23181</w:t>
        <w:br/>
        <w:t>f 25258/26411/23182 25257/26412/23183 25256/26413/23184</w:t>
        <w:br/>
        <w:t>f 25259/26414/23185 25258/26411/23182 25256/26413/23184</w:t>
        <w:br/>
        <w:t>f 25261/26415/23186 25244/26401/23175 25245/26400/23174</w:t>
        <w:br/>
        <w:t>f 25260/26416/23186 25261/26415/23186 25245/26400/23174</w:t>
        <w:br/>
        <w:t>f 25265/26417/23187 25264/26418/23187 25263/26419/23188</w:t>
        <w:br/>
        <w:t>f 25262/26420/23189 25265/26417/23187 25263/26419/23188</w:t>
        <w:br/>
        <w:t>f 25269/26421/23190 25268/26422/23190 25267/26423/23191</w:t>
        <w:br/>
        <w:t>f 25266/26424/23192 25269/26421/23190 25267/26423/23191</w:t>
        <w:br/>
        <w:t>f 25272/26425/23193 25271/26426/23194 25270/26427/23195</w:t>
        <w:br/>
        <w:t>f 25273/26428/23196 25272/26425/23193 25270/26427/23195</w:t>
        <w:br/>
        <w:t>f 25277/26429/23197 25276/26430/23198 25275/26431/23199</w:t>
        <w:br/>
        <w:t>f 25274/26432/23200 25277/26429/23197 25275/26431/23199</w:t>
        <w:br/>
        <w:t>f 25264/26418/23187 25265/26417/23187 25279/26433/23201</w:t>
        <w:br/>
        <w:t>f 25278/26434/23201 25264/26418/23187 25279/26433/23201</w:t>
        <w:br/>
        <w:t>f 25282/26435/23202 25281/26436/23203 25280/26437/23204</w:t>
        <w:br/>
        <w:t>f 25283/26438/23205 25282/26435/23202 25280/26437/23204</w:t>
        <w:br/>
        <w:t>f 25287/26439/23206 25286/26440/23207 25285/26441/23207</w:t>
        <w:br/>
        <w:t>f 25284/26442/23208 25287/26439/23206 25285/26441/23207</w:t>
        <w:br/>
        <w:t>f 25290/26443/23209 25289/26444/23210 25288/26445/23211</w:t>
        <w:br/>
        <w:t>f 25291/26446/23212 25290/26443/23209 25288/26445/23211</w:t>
        <w:br/>
        <w:t>f 25295/26447/23213 25294/26448/23214 25293/26449/23215</w:t>
        <w:br/>
        <w:t>f 25292/26450/23216 25295/26447/23213 25293/26449/23215</w:t>
        <w:br/>
        <w:t>f 25297/26451/23217 25296/26452/23218 25281/26436/23203</w:t>
        <w:br/>
        <w:t>f 25282/26435/23202 25297/26451/23217 25281/26436/23203</w:t>
        <w:br/>
        <w:t>f 25300/26453/23219 25299/26454/23220 25298/26455/23221</w:t>
        <w:br/>
        <w:t>f 25301/26456/23219 25300/26453/23219 25298/26455/23221</w:t>
        <w:br/>
        <w:t>f 25302/26457/23222 25290/26443/23209 25291/26446/23212</w:t>
        <w:br/>
        <w:t>f 25303/26458/23223 25302/26457/23222 25291/26446/23212</w:t>
        <w:br/>
        <w:t>f 25306/26459/23224 25305/26460/23225 25304/26461/23226</w:t>
        <w:br/>
        <w:t>f 25307/26462/23227 25306/26459/23224 25304/26461/23226</w:t>
        <w:br/>
        <w:t>f 25310/26463/23228 25309/26464/23229 25308/26465/23229</w:t>
        <w:br/>
        <w:t>f 25311/26466/23230 25310/26463/23228 25308/26465/23229</w:t>
        <w:br/>
        <w:t>f 25314/26467/23231 25313/26468/23232 25312/26469/23233</w:t>
        <w:br/>
        <w:t>f 25315/26470/23231 25314/26467/23231 25312/26469/23233</w:t>
        <w:br/>
        <w:t>f 25318/26471/23234 25317/26472/23234 25316/26473/23235</w:t>
        <w:br/>
        <w:t>f 25319/26474/23235 25318/26471/23234 25316/26473/23235</w:t>
        <w:br/>
        <w:t>f 25323/26475/23236 25322/26476/23237 25321/26477/23238</w:t>
        <w:br/>
        <w:t>f 25320/26478/23239 25323/26475/23236 25321/26477/23238</w:t>
        <w:br/>
        <w:t>f 25327/26479/23240 25326/26480/23241 25325/26481/23242</w:t>
        <w:br/>
        <w:t>f 25324/26482/23240 25327/26479/23240 25325/26481/23242</w:t>
        <w:br/>
        <w:t>f 25312/26469/23233 25313/26468/23232 25329/26483/23243</w:t>
        <w:br/>
        <w:t>f 25328/26484/23244 25312/26469/23233 25329/26483/23243</w:t>
        <w:br/>
        <w:t>f 25332/26485/23245 25331/26486/23246 25330/26487/23247</w:t>
        <w:br/>
        <w:t>f 25333/26488/23248 25332/26485/23245 25330/26487/23247</w:t>
        <w:br/>
        <w:t>f 25321/26477/23238 25335/26489/23249 25334/26490/23250</w:t>
        <w:br/>
        <w:t>f 25320/26478/23239 25321/26477/23238 25334/26490/23250</w:t>
        <w:br/>
        <w:t>f 25337/26491/23251 25336/26492/23251 25325/26481/23242</w:t>
        <w:br/>
        <w:t>f 25326/26480/23241 25337/26491/23251 25325/26481/23242</w:t>
        <w:br/>
        <w:t>f 25340/26493/23252 25339/26494/23252 25338/26495/23253</w:t>
        <w:br/>
        <w:t>f 25341/26496/23254 25340/26493/23252 25338/26495/23253</w:t>
        <w:br/>
        <w:t>f 25332/26485/23245 25343/26497/23255 25342/26498/23255</w:t>
        <w:br/>
        <w:t>f 25331/26486/23246 25332/26485/23245 25342/26498/23255</w:t>
        <w:br/>
        <w:t>f 25346/26499/23256 25345/26500/23257 25344/26501/23258</w:t>
        <w:br/>
        <w:t>f 25347/26502/23256 25346/26499/23256 25344/26501/23258</w:t>
        <w:br/>
        <w:t>f 25186/26340/23129 25176/26331/23124 25173/26330/23123</w:t>
        <w:br/>
        <w:t>f 25350/26503/23259 25349/26504/23260 25348/26505/23261</w:t>
        <w:br/>
        <w:t>f 25351/26506/23262 25350/26503/23259 25348/26505/23261</w:t>
        <w:br/>
        <w:t>f 25348/26505/23261 25353/26507/23263 25352/26508/23264</w:t>
        <w:br/>
        <w:t>f 25351/26506/23262 25348/26505/23261 25352/26508/23264</w:t>
        <w:br/>
        <w:t>f 25355/26509/23265 25354/26510/23266 25350/26503/23259</w:t>
        <w:br/>
        <w:t>f 25351/26506/23262 25355/26509/23265 25350/26503/23259</w:t>
        <w:br/>
        <w:t>f 25359/26511/23267 25358/26512/23268 25357/26513/23269</w:t>
        <w:br/>
        <w:t>f 25356/26514/23269 25359/26511/23267 25357/26513/23269</w:t>
        <w:br/>
        <w:t>f 25363/26515/23270 25362/26516/23271 25361/26517/23272</w:t>
        <w:br/>
        <w:t>f 25360/26518/23270 25363/26515/23270 25361/26517/23272</w:t>
        <w:br/>
        <w:t>f 25367/26519/23273 25366/26520/23273 25365/26521/23274</w:t>
        <w:br/>
        <w:t>f 25364/26522/23275 25367/26519/23273 25365/26521/23274</w:t>
        <w:br/>
        <w:t>f 25369/26523/23276 25364/26522/23277 25368/26524/23278</w:t>
        <w:br/>
        <w:t>f 25370/26525/23278 25369/26523/23276 25368/26524/23278</w:t>
        <w:br/>
        <w:t>f 25372/26526/23279 25371/26527/23279 25364/26522/23275</w:t>
        <w:br/>
        <w:t>f 25365/26521/23274 25372/26526/23279 25364/26522/23275</w:t>
        <w:br/>
        <w:t>f 25376/26528/23280 25375/26529/23281 25374/26530/23282</w:t>
        <w:br/>
        <w:t>f 25373/26531/23283 25376/26528/23280 25374/26530/23282</w:t>
        <w:br/>
        <w:t>f 25374/26530/23282 25375/26529/23281 25377/26532/23284</w:t>
        <w:br/>
        <w:t>f 25378/26533/23285 25374/26530/23282 25377/26532/23284</w:t>
        <w:br/>
        <w:t>f 25381/26534/23286 25380/26535/23287 25379/26536/23288</w:t>
        <w:br/>
        <w:t>f 25382/26537/23289 25381/26534/23286 25379/26536/23288</w:t>
        <w:br/>
        <w:t>f 25381/26534/23286 25382/26537/23289 25384/26538/23290</w:t>
        <w:br/>
        <w:t>f 25383/26539/23291 25381/26534/23286 25384/26538/23290</w:t>
        <w:br/>
        <w:t>f 25388/26540/23292 25387/26541/23293 25386/26542/23294</w:t>
        <w:br/>
        <w:t>f 25385/26543/23295 25388/26540/23292 25386/26542/23294</w:t>
        <w:br/>
        <w:t>f 25387/26541/23293 25388/26540/23292 25389/26544/23296</w:t>
        <w:br/>
        <w:t>f 25390/26545/23297 25387/26541/23293 25389/26544/23296</w:t>
        <w:br/>
        <w:t>f 25394/26546/23298 25393/26547/23299 25392/26548/23300</w:t>
        <w:br/>
        <w:t>f 25391/26549/23301 25394/26546/23298 25392/26548/23300</w:t>
        <w:br/>
        <w:t>f 25393/26547/23299 25394/26546/23298 25396/26550/23302</w:t>
        <w:br/>
        <w:t>f 25395/26551/23303 25393/26547/23299 25396/26550/23302</w:t>
        <w:br/>
        <w:t>f 25399/26552/23304 25398/26553/23305 25397/26554/23306</w:t>
        <w:br/>
        <w:t>f 25400/26555/23307 25399/26552/23304 25397/26554/23306</w:t>
        <w:br/>
        <w:t>f 25397/26554/23306 25402/26556/23308 25401/26557/23309</w:t>
        <w:br/>
        <w:t>f 25400/26555/23307 25397/26554/23306 25401/26557/23309</w:t>
        <w:br/>
        <w:t>f 25405/26558/23310 25404/26559/23311 25403/26560/23312</w:t>
        <w:br/>
        <w:t>f 25406/26561/23313 25405/26558/23310 25403/26560/23312</w:t>
        <w:br/>
        <w:t>f 25408/26562/23314 25406/26561/23313 25403/26560/23312</w:t>
        <w:br/>
        <w:t>f 25407/26563/23315 25408/26562/23314 25403/26560/23312</w:t>
        <w:br/>
        <w:t>f 25412/26564/23316 25411/26565/23317 25410/26566/23318</w:t>
        <w:br/>
        <w:t>f 25409/26567/23319 25412/26564/23316 25410/26566/23318</w:t>
        <w:br/>
        <w:t>f 25414/26568/23320 25411/26565/23317 25412/26564/23316</w:t>
        <w:br/>
        <w:t>f 25413/26569/23321 25414/26568/23320 25412/26564/23316</w:t>
        <w:br/>
        <w:t>f 25418/26570/23322 25417/26571/23323 25416/26572/23324</w:t>
        <w:br/>
        <w:t>f 25415/26573/23325 25418/26570/23322 25416/26572/23324</w:t>
        <w:br/>
        <w:t>f 25419/26574/23326 25417/26571/23323 25418/26570/23322</w:t>
        <w:br/>
        <w:t>f 25420/26575/23327 25419/26574/23326 25418/26570/23322</w:t>
        <w:br/>
        <w:t>f 25422/26576/23328 25416/26572/23324 25417/26571/23323</w:t>
        <w:br/>
        <w:t>f 25421/26577/23329 25422/26576/23328 25417/26571/23323</w:t>
        <w:br/>
        <w:t>f 25417/26571/23323 25419/26574/23326 25423/26578/23330</w:t>
        <w:br/>
        <w:t>f 25421/26577/23329 25417/26571/23323 25423/26578/23330</w:t>
        <w:br/>
        <w:t>f 25427/26579/23331 25426/26580/23332 25425/26581/23333</w:t>
        <w:br/>
        <w:t>f 25424/26582/23334 25427/26579/23331 25425/26581/23333</w:t>
        <w:br/>
        <w:t>f 25425/26581/23333 25429/26583/23335 25428/26584/23336</w:t>
        <w:br/>
        <w:t>f 25424/26582/23334 25425/26581/23333 25428/26584/23336</w:t>
        <w:br/>
        <w:t>f 25430/26585/23337 25427/26579/23331 25424/26582/23334</w:t>
        <w:br/>
        <w:t>f 25431/26586/23338 25430/26585/23337 25424/26582/23334</w:t>
        <w:br/>
        <w:t>f 25432/26587/23339 25431/26586/23338 25424/26582/23334</w:t>
        <w:br/>
        <w:t>f 25428/26584/23336 25432/26587/23339 25424/26582/23334</w:t>
        <w:br/>
        <w:t>f 25433/26588/23340 25430/26585/23337 25431/26586/23338</w:t>
        <w:br/>
        <w:t>f 25434/26589/23341 25433/26588/23340 25431/26586/23338</w:t>
        <w:br/>
        <w:t>f 25431/26586/23338 25432/26587/23339 25435/26590/23342</w:t>
        <w:br/>
        <w:t>f 25434/26589/23341 25431/26586/23338 25435/26590/23342</w:t>
        <w:br/>
        <w:t>f 25439/26591/23343 25438/26592/23344 25437/26593/23345</w:t>
        <w:br/>
        <w:t>f 25436/26594/23346 25439/26591/23343 25437/26593/23345</w:t>
        <w:br/>
        <w:t>f 25439/26591/23343 25441/26595/23347 25440/26596/23348</w:t>
        <w:br/>
        <w:t>f 25438/26592/23344 25439/26591/23343 25440/26596/23348</w:t>
        <w:br/>
        <w:t>f 25445/26597/23349 25444/26598/23350 25443/26599/23351</w:t>
        <w:br/>
        <w:t>f 25442/26600/23352 25445/26597/23349 25443/26599/23351</w:t>
        <w:br/>
        <w:t>f 25448/26601/23353 25447/26602/23354 25446/26603/23355</w:t>
        <w:br/>
        <w:t>f 25444/26598/23350 25448/26601/23353 25446/26603/23355</w:t>
        <w:br/>
        <w:t>f 25450/26604/23356 25449/26605/23357 25446/26603/23355</w:t>
        <w:br/>
        <w:t>f 25451/26606/23358 25450/26604/23356 25446/26603/23355</w:t>
        <w:br/>
        <w:t>f 25454/26607/23359 25451/26606/23358 25453/26608/23360</w:t>
        <w:br/>
        <w:t>f 25452/26609/23361 25454/26607/23359 25453/26608/23360</w:t>
        <w:br/>
        <w:t>f 25457/26610/23362 25456/26611/23363 25455/26612/23364</w:t>
        <w:br/>
        <w:t>f 25458/26613/23365 25457/26610/23362 25455/26612/23364</w:t>
        <w:br/>
        <w:t>f 25458/26613/23365 25455/26612/23364 25459/26614/23366</w:t>
        <w:br/>
        <w:t>f 25460/26615/23367 25458/26613/23365 25459/26614/23366</w:t>
        <w:br/>
        <w:t>f 25457/26610/23362 25458/26613/23365 25461/26616/23368</w:t>
        <w:br/>
        <w:t>f 25462/26617/23369 25457/26610/23362 25461/26616/23368</w:t>
        <w:br/>
        <w:t>f 25462/26617/23369 25461/26616/23368 25464/26618/23370</w:t>
        <w:br/>
        <w:t>f 25463/26619/23371 25462/26617/23369 25464/26618/23370</w:t>
        <w:br/>
        <w:t>f 25467/26620/23372 25466/26621/23373 25465/26622/23374</w:t>
        <w:br/>
        <w:t>f 25468/26623/23375 25467/26620/23372 25465/26622/23374</w:t>
        <w:br/>
        <w:t>f 25467/26620/23372 25468/26623/23375 25470/26624/23376</w:t>
        <w:br/>
        <w:t>f 25469/26625/23377 25467/26620/23372 25470/26624/23376</w:t>
        <w:br/>
        <w:t>f 25473/26626/23378 25472/26627/23378 25471/26628/23379</w:t>
        <w:br/>
        <w:t>f 25474/26629/23380 25473/26626/23378 25471/26628/23379</w:t>
        <w:br/>
        <w:t>f 25477/26630/23381 25476/26631/23382 25475/26632/23382</w:t>
        <w:br/>
        <w:t>f 25478/26633/23383 25477/26630/23381 25475/26632/23382</w:t>
        <w:br/>
        <w:t>f 25482/26634/23384 25481/26635/23385 25480/26636/23386</w:t>
        <w:br/>
        <w:t>f 25479/26637/23387 25482/26634/23384 25480/26636/23386</w:t>
        <w:br/>
        <w:t>f 25486/26638/23388 25485/26639/23389 25484/26640/23389</w:t>
        <w:br/>
        <w:t>f 25483/26641/23388 25486/26638/23388 25484/26640/23389</w:t>
        <w:br/>
        <w:t>f 25489/26642/23390 25488/26643/23390 25487/26644/23391</w:t>
        <w:br/>
        <w:t>f 25490/26645/23391 25489/26642/23390 25487/26644/23391</w:t>
        <w:br/>
        <w:t>f 25494/26646/23392 25493/26647/23393 25492/26648/23394</w:t>
        <w:br/>
        <w:t>f 25491/26649/23395 25494/26646/23392 25492/26648/23394</w:t>
        <w:br/>
        <w:t>f 25497/26650/23396 25496/26651/23397 25495/26652/23398</w:t>
        <w:br/>
        <w:t>f 25498/26653/23399 25497/26650/23396 25495/26652/23398</w:t>
        <w:br/>
        <w:t>f 25501/26654/23400 25500/26655/23400 25499/26656/23401</w:t>
        <w:br/>
        <w:t>f 25502/26657/23401 25501/26654/23400 25499/26656/23401</w:t>
        <w:br/>
        <w:t>f 25498/26653/23399 25504/26658/23402 25503/26659/23330</w:t>
        <w:br/>
        <w:t>f 25497/26650/23396 25498/26653/23399 25503/26659/23330</w:t>
        <w:br/>
        <w:t>f 25500/26655/23400 25501/26654/23400 25506/26660/23403</w:t>
        <w:br/>
        <w:t>f 25505/26661/23403 25500/26655/23400 25506/26660/23403</w:t>
        <w:br/>
        <w:t>f 25426/26580/23332 25508/26662/23404 25507/26663/23405</w:t>
        <w:br/>
        <w:t>f 25509/26664/23406 25426/26580/23332 25507/26663/23405</w:t>
        <w:br/>
        <w:t>f 25427/26579/23331 25430/26585/23337 25510/26665/23407</w:t>
        <w:br/>
        <w:t>f 25507/26663/23405 25427/26579/23331 25510/26665/23407</w:t>
        <w:br/>
        <w:t>f 25433/26588/23340 25436/26594/23346 25511/26666/23408</w:t>
        <w:br/>
        <w:t>f 25512/26667/23409 25433/26588/23340 25511/26666/23408</w:t>
        <w:br/>
        <w:t>f 25437/26593/23345 25442/26600/23352 25514/26668/23410</w:t>
        <w:br/>
        <w:t>f 25513/26669/23411 25437/26593/23345 25514/26668/23410</w:t>
        <w:br/>
        <w:t>f 25443/26599/23351 25449/26605/23357 25515/26670/23412</w:t>
        <w:br/>
        <w:t>f 25516/26671/23413 25443/26599/23351 25515/26670/23412</w:t>
        <w:br/>
        <w:t>f 25517/26672/23414 25515/26670/23412 25449/26605/23357</w:t>
        <w:br/>
        <w:t>f 25450/26604/23356 25517/26672/23414 25449/26605/23357</w:t>
        <w:br/>
        <w:t>f 25519/26673/23415 25456/26611/23363 25518/26674/23416</w:t>
        <w:br/>
        <w:t>f 25520/26675/23417 25519/26673/23415 25518/26674/23416</w:t>
        <w:br/>
        <w:t>f 25521/26676/23418 25457/26610/23362 25462/26617/23369</w:t>
        <w:br/>
        <w:t>f 25457/26610/23362 25521/26676/23418 25523/26677/23419</w:t>
        <w:br/>
        <w:t>f 25522/26678/23420 25457/26610/23362 25523/26677/23419</w:t>
        <w:br/>
        <w:t>f 25526/26679/23421 25525/26680/23421 25524/26681/23421</w:t>
        <w:br/>
        <w:t>f 25529/26682/23422 25528/26683/23422 25527/26684/23422</w:t>
        <w:br/>
        <w:t>f 25349/26504/23260 25531/26685/23423 25530/26686/23423</w:t>
        <w:br/>
        <w:t>f 24037/25194/22063 24112/25267/22131 25532/26687/22084</w:t>
        <w:br/>
        <w:t>f 24034/25191/22060 24037/25194/22063 25532/26687/22084</w:t>
        <w:br/>
        <w:t>f 24034/25191/22060 25532/26687/22084 25533/26688/23424</w:t>
        <w:br/>
        <w:t>f 24035/25190/22059 24037/25194/22063 24034/25191/22060</w:t>
        <w:br/>
        <w:t>f 24856/26011/22813 24857/26013/22814 24858/26012/22099</w:t>
        <w:br/>
        <w:t>f 24855/26010/22097 24856/26011/22813 24858/26012/22099</w:t>
        <w:br/>
        <w:t>f 24081/25236/22105 24092/25246/22115 24080/25237/22106</w:t>
        <w:br/>
        <w:t>f 24072/25227/22097 24074/25229/22099 25533/26688/22082</w:t>
        <w:br/>
        <w:t>f 24072/25227/22097 25533/26688/22082 24071/25228/22098</w:t>
        <w:br/>
        <w:t>f 23970/25125/21998 23967/25124/21997 23978/25134/22007</w:t>
        <w:br/>
        <w:t>f 25534/26689/23425 23924/25080/21954 23912/25069/21943</w:t>
        <w:br/>
        <w:t>f 23865/25018/21895 25534/26689/23425 23912/25069/21943</w:t>
        <w:br/>
        <w:t>f 25537/26690/23426 25536/26691/23427 25535/26692/23428</w:t>
        <w:br/>
        <w:t>f 25537/26690/23426 25539/26693/23429 25538/26694/23430</w:t>
        <w:br/>
        <w:t>f 25536/26691/23427 25537/26690/23426 25538/26694/23430</w:t>
        <w:br/>
        <w:t>f 25539/26693/23429 25537/26690/23426 25540/26695/23431</w:t>
        <w:br/>
        <w:t>f 25541/26696/23432 25539/26693/23429 25540/26695/23431</w:t>
        <w:br/>
        <w:t>f 25542/26697/23433 25541/26696/23432 25540/26695/23431</w:t>
        <w:br/>
        <w:t>f 25539/26693/23429 25541/26696/23432 25544/26698/23434</w:t>
        <w:br/>
        <w:t>f 25543/26699/23435 25539/26693/23429 25544/26698/23434</w:t>
        <w:br/>
        <w:t>f 25546/26700/23436 25545/26701/23436 25538/26694/23430</w:t>
        <w:br/>
        <w:t>f 25539/26693/23429 25546/26700/23436 25538/26694/23430</w:t>
        <w:br/>
        <w:t>f 25547/26702/23437 25543/26699/23435 25544/26698/23434</w:t>
        <w:br/>
        <w:t>f 25546/26700/23436 25548/26703/23438 25545/26701/23436</w:t>
        <w:br/>
        <w:t>f 25550/26704/23439 25541/26696/23432 25542/26697/23433</w:t>
        <w:br/>
        <w:t>f 25549/26705/23440 25550/26704/23439 25542/26697/23433</w:t>
        <w:br/>
        <w:t>f 25551/26706/23441 25544/26698/23434 25541/26696/23432</w:t>
        <w:br/>
        <w:t>f 25550/26704/23439 25551/26706/23441 25541/26696/23432</w:t>
        <w:br/>
        <w:t>f 25547/26702/23437 25544/26698/23434 25551/26706/23441</w:t>
        <w:br/>
        <w:t>f 25536/26691/23427 25552/26707/23442 25535/26692/23428</w:t>
        <w:br/>
        <w:t>f 25554/26708/23443 25553/26709/23444 25535/26692/23428</w:t>
        <w:br/>
        <w:t>f 25555/26710/23445 25554/26708/23443 25535/26692/23428</w:t>
        <w:br/>
        <w:t>f 25553/26709/23444 25537/26690/23426 25535/26692/23428</w:t>
        <w:br/>
        <w:t>f 25558/26711/23446 25557/26712/23447 25556/26713/23448</w:t>
        <w:br/>
        <w:t>f 25559/26714/23449 25558/26711/23446 25556/26713/23448</w:t>
        <w:br/>
        <w:t>f 25562/26715/23450 25557/26712/23447 25561/26716/23451</w:t>
        <w:br/>
        <w:t>f 25560/26717/23452 25562/26715/23450 25561/26716/23451</w:t>
        <w:br/>
        <w:t>f 25553/26709/23444 25540/26695/23431 25537/26690/23426</w:t>
        <w:br/>
        <w:t>f 25565/26718/23453 25564/26719/23454 25563/26720/23455</w:t>
        <w:br/>
        <w:t>f 25568/26721/23456 25567/26722/23457 25566/26723/23458</w:t>
        <w:br/>
        <w:t>f 25569/26724/23459 25568/26721/23456 25566/26723/23458</w:t>
        <w:br/>
        <w:t>f 25571/26725/23460 25570/26726/23461 25563/26720/23455</w:t>
        <w:br/>
        <w:t>f 25572/26727/23456 25571/26725/23460 25563/26720/23455</w:t>
        <w:br/>
        <w:t>f 25576/26728/23462 25575/26729/23463 25574/26730/23464</w:t>
        <w:br/>
        <w:t>f 25573/26731/23465 25576/26728/23462 25574/26730/23464</w:t>
        <w:br/>
        <w:t>f 25560/26717/23452 25578/26732/23466 25577/26733/23467</w:t>
        <w:br/>
        <w:t>f 25579/26734/23444 25560/26717/23452 25577/26733/23467</w:t>
        <w:br/>
        <w:t>f 25580/26735/23468 25578/26732/23466 25560/26717/23452</w:t>
        <w:br/>
        <w:t>f 25561/26716/23451 25580/26735/23468 25560/26717/23452</w:t>
        <w:br/>
        <w:t>f 25583/26736/23469 25582/26737/23470 25581/26738/23467</w:t>
        <w:br/>
        <w:t>f 25584/26739/23471 25583/26736/23469 25581/26738/23467</w:t>
        <w:br/>
        <w:t>f 25585/26740/23472 25555/26710/23445 25535/26692/23428</w:t>
        <w:br/>
        <w:t>f 25586/26741/23473 25576/26728/23462 25573/26731/23465</w:t>
        <w:br/>
        <w:t>f 25555/26710/23445 25585/26740/23472 25567/26722/23457</w:t>
        <w:br/>
        <w:t>f 25588/26742/23474 25583/26736/23469 25584/26739/23471</w:t>
        <w:br/>
        <w:t>f 25587/26743/23475 25588/26742/23474 25584/26739/23471</w:t>
        <w:br/>
        <w:t>f 25588/26742/23474 25587/26743/23475 25589/26744/23440</w:t>
        <w:br/>
        <w:t>f 25579/26734/23444 25590/26745/23443 25562/26715/23450</w:t>
        <w:br/>
        <w:t>f 25560/26717/23452 25579/26734/23444 25562/26715/23450</w:t>
        <w:br/>
        <w:t>f 25554/26708/23443 25555/26710/23445 25567/26722/23457</w:t>
        <w:br/>
        <w:t>f 25568/26721/23456 25554/26708/23443 25567/26722/23457</w:t>
        <w:br/>
        <w:t>f 25556/26713/23448 25590/26745/23443 25572/26727/23456</w:t>
        <w:br/>
        <w:t>f 25563/26720/23455 25556/26713/23448 25572/26727/23456</w:t>
        <w:br/>
        <w:t>f 25559/26714/23449 25556/26713/23448 25563/26720/23455</w:t>
        <w:br/>
        <w:t>f 25565/26718/23453 25563/26720/23455 25570/26726/23461</w:t>
        <w:br/>
        <w:t>f 25593/26746/23476 25592/26747/23477 25591/26748/23478</w:t>
        <w:br/>
        <w:t>f 25594/26749/23479 25593/26746/23476 25591/26748/23478</w:t>
        <w:br/>
        <w:t>f 25597/26750/23480 25596/26751/23481 25591/26748/23478</w:t>
        <w:br/>
        <w:t>f 25595/26752/23482 25597/26750/23480 25591/26748/23478</w:t>
        <w:br/>
        <w:t>f 25600/26753/23483 25599/26754/23484 25598/26755/23485</w:t>
        <w:br/>
        <w:t>f 25595/26752/23482 25600/26753/23483 25598/26755/23485</w:t>
        <w:br/>
        <w:t>f 25559/26714/23449 25601/26756/23486 25598/26755/23485</w:t>
        <w:br/>
        <w:t>f 25558/26711/23446 25559/26714/23449 25598/26755/23485</w:t>
        <w:br/>
        <w:t>f 25604/26757/23487 25596/26751/23481 25603/26758/23488</w:t>
        <w:br/>
        <w:t>f 25602/26759/23489 25604/26757/23487 25603/26758/23488</w:t>
        <w:br/>
        <w:t>f 25596/26751/23481 25597/26750/23480 25605/26760/23490</w:t>
        <w:br/>
        <w:t>f 25603/26758/23488 25596/26751/23481 25605/26760/23490</w:t>
        <w:br/>
        <w:t>f 25608/26761/23491 25607/26762/23492 25606/26763/23493</w:t>
        <w:br/>
        <w:t>f 25609/26764/23494 25608/26761/23491 25606/26763/23493</w:t>
        <w:br/>
        <w:t>f 25610/26765/23495 25605/26760/23490 25597/26750/23480</w:t>
        <w:br/>
        <w:t>f 25601/26756/23486 25610/26765/23495 25597/26750/23480</w:t>
        <w:br/>
        <w:t>f 25614/26766/23463 25613/26767/23462 25612/26768/23492</w:t>
        <w:br/>
        <w:t>f 25611/26769/23491 25614/26766/23463 25612/26768/23492</w:t>
        <w:br/>
        <w:t>f 25565/26718/23453 25615/26770/23496 25610/26765/23495</w:t>
        <w:br/>
        <w:t>f 25564/26719/23454 25565/26718/23453 25610/26765/23495</w:t>
        <w:br/>
        <w:t>f 25619/26771/23497 25618/26772/23498 25617/26773/23499</w:t>
        <w:br/>
        <w:t>f 25616/26774/23500 25619/26771/23497 25617/26773/23499</w:t>
        <w:br/>
        <w:t>f 25622/26775/23501 25621/26776/23502 25620/26777/23503</w:t>
        <w:br/>
        <w:t>f 25623/26778/23504 25622/26775/23501 25620/26777/23503</w:t>
        <w:br/>
        <w:t>f 25626/26779/23505 25625/26780/23506 25624/26781/23507</w:t>
        <w:br/>
        <w:t>f 25627/26782/23508 25626/26779/23505 25624/26781/23507</w:t>
        <w:br/>
        <w:t>f 25631/26783/23509 25630/26784/23510 25629/26785/23511</w:t>
        <w:br/>
        <w:t>f 25628/26786/23512 25631/26783/23509 25629/26785/23511</w:t>
        <w:br/>
        <w:t>f 25634/26787/23513 25633/26788/23514 25632/26789/23515</w:t>
        <w:br/>
        <w:t>f 25635/26790/23516 25634/26787/23513 25632/26789/23515</w:t>
        <w:br/>
        <w:t>f 25637/26791/23517 25636/26792/23518 25635/26790/23516</w:t>
        <w:br/>
        <w:t>f 25632/26789/23515 25637/26791/23517 25635/26790/23516</w:t>
        <w:br/>
        <w:t>f 25639/26793/23519 25638/26794/23520 25636/26792/23518</w:t>
        <w:br/>
        <w:t>f 25637/26791/23517 25639/26793/23519 25636/26792/23518</w:t>
        <w:br/>
        <w:t>f 25643/26795/23521 25642/26796/23522 25641/26797/23523</w:t>
        <w:br/>
        <w:t>f 25640/26798/23524 25643/26795/23521 25641/26797/23523</w:t>
        <w:br/>
        <w:t>f 25647/26799/23525 25646/26800/23526 25645/26801/23527</w:t>
        <w:br/>
        <w:t>f 25644/26802/23528 25647/26799/23525 25645/26801/23527</w:t>
        <w:br/>
        <w:t>f 25650/26803/23529 25649/26804/23530 25648/26805/23531</w:t>
        <w:br/>
        <w:t>f 25651/26806/23532 25650/26803/23529 25648/26805/23531</w:t>
        <w:br/>
        <w:t>f 25653/26807/23533 25651/26806/23532 25648/26805/23531</w:t>
        <w:br/>
        <w:t>f 25652/26808/23534 25653/26807/23533 25648/26805/23531</w:t>
        <w:br/>
        <w:t>f 25656/26809/23535 25652/26808/23534 25655/26810/23536</w:t>
        <w:br/>
        <w:t>f 25654/26811/23537 25656/26809/23535 25655/26810/23536</w:t>
        <w:br/>
        <w:t>f 25658/26812/23538 25657/26813/23539 25656/26809/23535</w:t>
        <w:br/>
        <w:t>f 25654/26811/23537 25658/26812/23538 25656/26809/23535</w:t>
        <w:br/>
        <w:t>f 25659/26814/23540 25657/26813/23539 25658/26812/23538</w:t>
        <w:br/>
        <w:t>f 25660/26815/23541 25659/26814/23540 25658/26812/23538</w:t>
        <w:br/>
        <w:t>f 25663/26816/23542 25662/26817/23543 25661/26818/23544</w:t>
        <w:br/>
        <w:t>f 25664/26819/23545 25663/26816/23542 25661/26818/23544</w:t>
        <w:br/>
        <w:t>f 25561/26716/23451 25666/26820/23546 25665/26821/23547</w:t>
        <w:br/>
        <w:t>f 25580/26735/23468 25561/26716/23451 25665/26821/23547</w:t>
        <w:br/>
        <w:t>f 25661/26818/23544 25665/26821/23547 25666/26820/23546</w:t>
        <w:br/>
        <w:t>f 25599/26754/23484 25661/26818/23544 25666/26820/23546</w:t>
        <w:br/>
        <w:t>f 25660/26815/23541 25668/26822/23548 25667/26823/23549</w:t>
        <w:br/>
        <w:t>f 25659/26814/23540 25660/26815/23541 25667/26823/23549</w:t>
        <w:br/>
        <w:t>f 25617/26773/23499 25621/26776/23502 25669/26824/23550</w:t>
        <w:br/>
        <w:t>f 25649/26804/23530 25617/26773/23499 25669/26824/23550</w:t>
        <w:br/>
        <w:t>f 25672/26825/23551 25671/26826/23552 25670/26827/23553</w:t>
        <w:br/>
        <w:t>f 25673/26828/23554 25672/26825/23551 25670/26827/23553</w:t>
        <w:br/>
        <w:t>f 25672/26825/23551 25676/26829/23555 25675/26830/23556</w:t>
        <w:br/>
        <w:t>f 25674/26831/23557 25672/26825/23551 25675/26830/23556</w:t>
        <w:br/>
        <w:t>f 25677/26832/23558 25675/26830/23556 25676/26829/23555</w:t>
        <w:br/>
        <w:t>f 25678/26833/23559 25677/26832/23558 25676/26829/23555</w:t>
        <w:br/>
        <w:t>f 25680/26834/23560 25679/26835/23561 25636/26792/23518</w:t>
        <w:br/>
        <w:t>f 25638/26794/23520 25680/26834/23560 25636/26792/23518</w:t>
        <w:br/>
        <w:t>f 25634/26787/23513 25635/26790/23516 25682/26836/23562</w:t>
        <w:br/>
        <w:t>f 25681/26837/23563 25634/26787/23513 25682/26836/23562</w:t>
        <w:br/>
        <w:t>f 25670/26827/23553 25683/26838/23564 25673/26828/23554</w:t>
        <w:br/>
        <w:t>f 25675/26830/23556 25682/26836/23562 25679/26835/23561</w:t>
        <w:br/>
        <w:t>f 25674/26831/23557 25675/26830/23556 25679/26835/23561</w:t>
        <w:br/>
        <w:t>f 25686/26839/23565 25685/26840/23566 25684/26841/23567</w:t>
        <w:br/>
        <w:t>f 25687/26842/23568 25686/26839/23565 25684/26841/23567</w:t>
        <w:br/>
        <w:t>f 25634/26787/23513 25681/26837/23563 25631/26783/23509</w:t>
        <w:br/>
        <w:t>f 25689/26843/23569 25688/26844/23570 25654/26811/23537</w:t>
        <w:br/>
        <w:t>f 25655/26810/23536 25689/26843/23569 25654/26811/23537</w:t>
        <w:br/>
        <w:t>f 25684/26841/23567 25691/26845/23571 25689/26843/23569</w:t>
        <w:br/>
        <w:t>f 25690/26846/23572 25684/26841/23567 25689/26843/23569</w:t>
        <w:br/>
        <w:t>f 25654/26811/23537 25688/26844/23570 25683/26838/23564</w:t>
        <w:br/>
        <w:t>f 25658/26812/23538 25654/26811/23537 25683/26838/23564</w:t>
        <w:br/>
        <w:t>f 25693/26847/23573 25669/26824/23550 25692/26848/23574</w:t>
        <w:br/>
        <w:t>f 25690/26846/23572 25693/26847/23573 25692/26848/23574</w:t>
        <w:br/>
        <w:t>f 25692/26848/23574 25669/26824/23550 25621/26776/23502</w:t>
        <w:br/>
        <w:t>f 25622/26775/23501 25692/26848/23574 25621/26776/23502</w:t>
        <w:br/>
        <w:t>f 25697/26849/23575 25696/26850/23576 25695/26851/23577</w:t>
        <w:br/>
        <w:t>f 25694/26852/23578 25697/26849/23575 25695/26851/23577</w:t>
        <w:br/>
        <w:t>f 25700/26853/23579 25699/26854/23580 25698/26855/23581</w:t>
        <w:br/>
        <w:t>f 25701/26856/23582 25700/26853/23579 25698/26855/23581</w:t>
        <w:br/>
        <w:t>f 25600/26753/23483 25592/26747/23477 25645/26801/23527</w:t>
        <w:br/>
        <w:t>f 25664/26819/23545 25600/26753/23483 25645/26801/23527</w:t>
        <w:br/>
        <w:t>f 25705/26857/23583 25704/26858/23584 25703/26859/23585</w:t>
        <w:br/>
        <w:t>f 25702/26860/23586 25705/26857/23583 25703/26859/23585</w:t>
        <w:br/>
        <w:t>f 25703/26859/23585 25704/26858/23584 25706/26861/23587</w:t>
        <w:br/>
        <w:t>f 25707/26862/23588 25703/26859/23585 25706/26861/23587</w:t>
        <w:br/>
        <w:t>f 25709/26863/23589 25707/26862/23588 25706/26861/23587</w:t>
        <w:br/>
        <w:t>f 25708/26864/23590 25709/26863/23589 25706/26861/23587</w:t>
        <w:br/>
        <w:t>f 25708/26864/23590 25711/26865/23591 25710/26866/23592</w:t>
        <w:br/>
        <w:t>f 25709/26863/23589 25708/26864/23590 25710/26866/23592</w:t>
        <w:br/>
        <w:t>f 25712/26867/23593 25710/26866/23592 25711/26865/23591</w:t>
        <w:br/>
        <w:t>f 25662/26817/23543 25712/26867/23593 25711/26865/23591</w:t>
        <w:br/>
        <w:t>f 25662/26817/23543 25663/26816/23542 25713/26868/23594</w:t>
        <w:br/>
        <w:t>f 25712/26867/23593 25662/26817/23543 25713/26868/23594</w:t>
        <w:br/>
        <w:t>f 25715/26869/23595 25619/26771/23497 25616/26774/23500</w:t>
        <w:br/>
        <w:t>f 25714/26870/23596 25715/26869/23595 25616/26774/23500</w:t>
        <w:br/>
        <w:t>f 25668/26822/23548 25660/26815/23541 25717/26871/23597</w:t>
        <w:br/>
        <w:t>f 25716/26872/23598 25668/26822/23548 25717/26871/23597</w:t>
        <w:br/>
        <w:t>f 25714/26870/23596 25616/26774/23500 25650/26803/23529</w:t>
        <w:br/>
        <w:t>f 25713/26868/23594 25714/26870/23596 25650/26803/23529</w:t>
        <w:br/>
        <w:t>f 25639/26793/23519 25718/26873/23599 25700/26853/23579</w:t>
        <w:br/>
        <w:t>f 25638/26794/23520 25639/26793/23519 25700/26853/23579</w:t>
        <w:br/>
        <w:t>f 25701/26856/23582 25680/26834/23560 25638/26794/23520</w:t>
        <w:br/>
        <w:t>f 25700/26853/23579 25701/26856/23582 25638/26794/23520</w:t>
        <w:br/>
        <w:t>f 25719/26874/23600 25670/26827/23553 25671/26826/23552</w:t>
        <w:br/>
        <w:t>f 25694/26852/23578 25719/26874/23600 25671/26826/23552</w:t>
        <w:br/>
        <w:t>f 25642/26796/23522 25721/26875/23576 25720/26876/23601</w:t>
        <w:br/>
        <w:t>f 25641/26797/23523 25642/26796/23522 25720/26876/23601</w:t>
        <w:br/>
        <w:t>f 25721/26875/23576 25642/26796/23522 25723/26877/23602</w:t>
        <w:br/>
        <w:t>f 25722/26878/23577 25721/26875/23576 25723/26877/23602</w:t>
        <w:br/>
        <w:t>f 25727/26879/23603 25726/26880/23598 25725/26881/23604</w:t>
        <w:br/>
        <w:t>f 25724/26882/23605 25727/26879/23603 25725/26881/23604</w:t>
        <w:br/>
        <w:t>f 25731/26883/23606 25730/26884/23548 25729/26885/23607</w:t>
        <w:br/>
        <w:t>f 25728/26886/23583 25731/26883/23606 25729/26885/23607</w:t>
        <w:br/>
        <w:t>f 25587/26743/23475 25732/26887/23584 25728/26886/23583</w:t>
        <w:br/>
        <w:t>f 25729/26885/23607 25587/26743/23475 25728/26886/23583</w:t>
        <w:br/>
        <w:t>f 25718/26873/23599 25733/26888/23524 25699/26854/23580</w:t>
        <w:br/>
        <w:t>f 25700/26853/23579 25718/26873/23599 25699/26854/23580</w:t>
        <w:br/>
        <w:t>f 25735/26889/23608 25734/26890/23609 25570/26726/23461</w:t>
        <w:br/>
        <w:t>f 25571/26725/23460 25735/26889/23608 25570/26726/23461</w:t>
        <w:br/>
        <w:t>f 25738/26891/23610 25737/26892/23611 25736/26893/23612</w:t>
        <w:br/>
        <w:t>f 25739/26894/23613 25738/26891/23610 25736/26893/23612</w:t>
        <w:br/>
        <w:t>f 25742/26895/23614 25741/26896/23615 25740/26897/23463</w:t>
        <w:br/>
        <w:t>f 25743/26898/23616 25742/26895/23614 25740/26897/23463</w:t>
        <w:br/>
        <w:t>f 25746/26899/23617 25745/26900/23618 25744/26901/23619</w:t>
        <w:br/>
        <w:t>f 25747/26902/23620 25746/26899/23617 25744/26901/23619</w:t>
        <w:br/>
        <w:t>f 25750/26903/23621 25749/26904/23622 25748/26905/23623</w:t>
        <w:br/>
        <w:t>f 25751/26906/23624 25750/26903/23621 25748/26905/23623</w:t>
        <w:br/>
        <w:t>f 25754/26907/23625 25753/26908/23626 25752/26909/23627</w:t>
        <w:br/>
        <w:t>f 25755/26910/23628 25754/26907/23625 25752/26909/23627</w:t>
        <w:br/>
        <w:t>f 25759/26911/23629 25758/26912/23630 25757/26913/23631</w:t>
        <w:br/>
        <w:t>f 25756/26914/23632 25759/26911/23629 25757/26913/23631</w:t>
        <w:br/>
        <w:t>f 25762/26915/23633 25761/26916/23634 25760/26917/23635</w:t>
        <w:br/>
        <w:t>f 25763/26918/23636 25762/26915/23633 25760/26917/23635</w:t>
        <w:br/>
        <w:t>f 25767/26919/23637 25766/26920/23637 25765/26921/23638</w:t>
        <w:br/>
        <w:t>f 25764/26922/23639 25767/26919/23637 25765/26921/23638</w:t>
        <w:br/>
        <w:t>f 25771/26923/23640 25770/26924/23641 25769/26925/23642</w:t>
        <w:br/>
        <w:t>f 25768/26926/23642 25771/26923/23640 25769/26925/23642</w:t>
        <w:br/>
        <w:t>f 25768/26926/23642 25769/26925/23642 25773/26927/23643</w:t>
        <w:br/>
        <w:t>f 25772/26928/23644 25768/26926/23642 25773/26927/23643</w:t>
        <w:br/>
        <w:t>f 25777/26929/23645 25776/26930/23646 25775/26931/23647</w:t>
        <w:br/>
        <w:t>f 25774/26932/23648 25777/26929/23645 25775/26931/23647</w:t>
        <w:br/>
        <w:t>f 25780/26933/23649 25779/26934/23650 25778/26935/23651</w:t>
        <w:br/>
        <w:t>f 25781/26936/23652 25780/26933/23649 25778/26935/23651</w:t>
        <w:br/>
        <w:t>f 25734/26890/23609 25782/26937/23653 25565/26718/23453</w:t>
        <w:br/>
        <w:t>f 25570/26726/23461 25734/26890/23609 25565/26718/23453</w:t>
        <w:br/>
        <w:t>f 25784/26938/23654 25759/26911/23629 25756/26914/23632</w:t>
        <w:br/>
        <w:t>f 25783/26939/23655 25784/26938/23654 25756/26914/23632</w:t>
        <w:br/>
        <w:t>f 25786/26940/23656 25752/26909/23627 25785/26941/23657</w:t>
        <w:br/>
        <w:t>f 25787/26942/23658 25786/26940/23656 25785/26941/23657</w:t>
        <w:br/>
        <w:t>f 25752/26909/23627 25753/26908/23626 25785/26941/23657</w:t>
        <w:br/>
        <w:t>f 25791/26943/23659 25790/26944/23660 25789/26945/23661</w:t>
        <w:br/>
        <w:t>f 25788/26946/23662 25791/26943/23659 25789/26945/23661</w:t>
        <w:br/>
        <w:t>f 25794/26947/23663 25793/26948/23664 25792/26949/23665</w:t>
        <w:br/>
        <w:t>f 25795/26950/23666 25794/26947/23663 25792/26949/23665</w:t>
        <w:br/>
        <w:t>f 25799/26951/23667 25798/26952/23668 25797/26953/23669</w:t>
        <w:br/>
        <w:t>f 25796/26954/23670 25799/26951/23667 25797/26953/23669</w:t>
        <w:br/>
        <w:t>f 25800/26955/23671 25797/26953/23669 25798/26952/23668</w:t>
        <w:br/>
        <w:t>f 25801/26956/23672 25800/26955/23671 25798/26952/23668</w:t>
        <w:br/>
        <w:t>f 25804/26957/23673 25803/26958/23674 25802/26959/23675</w:t>
        <w:br/>
        <w:t>f 25805/26960/23676 25804/26957/23673 25802/26959/23675</w:t>
        <w:br/>
        <w:t>f 25808/26961/23677 25807/26962/23678 25806/26963/23679</w:t>
        <w:br/>
        <w:t>f 25809/26964/23680 25808/26961/23677 25806/26963/23679</w:t>
        <w:br/>
        <w:t>f 25812/26965/23681 25811/26966/23682 25810/26967/23683</w:t>
        <w:br/>
        <w:t>f 25816/26968/23684 25815/26969/23685 25814/26970/23686</w:t>
        <w:br/>
        <w:t>f 25813/26971/23687 25816/26968/23684 25814/26970/23686</w:t>
        <w:br/>
        <w:t>f 25820/26972/23688 25819/26973/23688 25818/26974/23689</w:t>
        <w:br/>
        <w:t>f 25817/26975/23689 25820/26972/23688 25818/26974/23689</w:t>
        <w:br/>
        <w:t>f 25823/26976/23690 25822/26977/23691 25821/26978/23692</w:t>
        <w:br/>
        <w:t>f 25824/26979/23692 25823/26976/23690 25821/26978/23692</w:t>
        <w:br/>
        <w:t>f 25827/26980/23693 25826/26981/23694 25825/26982/23695</w:t>
        <w:br/>
        <w:t>f 25828/26983/23693 25827/26980/23693 25825/26982/23695</w:t>
        <w:br/>
        <w:t>f 25829/26984/23696 25825/26982/23695 25826/26981/23694</w:t>
        <w:br/>
        <w:t>f 25830/26985/23697 25829/26984/23696 25826/26981/23694</w:t>
        <w:br/>
        <w:t>f 25798/26952/23668 25799/26951/23667 25831/26986/23698</w:t>
        <w:br/>
        <w:t>f 25829/26984/23696 25798/26952/23668 25831/26986/23698</w:t>
        <w:br/>
        <w:t>f 25834/26987/23699 25833/26988/23699 25825/26982/23695</w:t>
        <w:br/>
        <w:t>f 25832/26989/23700 25834/26987/23699 25825/26982/23695</w:t>
        <w:br/>
        <w:t>f 25838/26990/23701 25837/26991/23701 25836/26992/23702</w:t>
        <w:br/>
        <w:t>f 25835/26993/23702 25838/26990/23701 25836/26992/23702</w:t>
        <w:br/>
        <w:t>f 25841/26994/23703 25840/26995/23704 25839/26996/23703</w:t>
        <w:br/>
        <w:t>f 25845/26997/23705 25844/26998/23706 25843/26999/23707</w:t>
        <w:br/>
        <w:t>f 25842/27000/23708 25845/26997/23705 25843/26999/23707</w:t>
        <w:br/>
        <w:t>f 25842/27000/23708 25843/26999/23707 25847/27001/23709</w:t>
        <w:br/>
        <w:t>f 25846/27002/23710 25842/27000/23708 25847/27001/23709</w:t>
        <w:br/>
        <w:t>f 25850/27003/23711 25849/27004/23712 25848/27005/23713</w:t>
        <w:br/>
        <w:t>f 25851/27006/23714 25850/27003/23711 25848/27005/23713</w:t>
        <w:br/>
        <w:t>f 25853/27007/23715 25852/27008/23716 25849/27004/23712</w:t>
        <w:br/>
        <w:t>f 25850/27003/23711 25853/27007/23715 25849/27004/23712</w:t>
        <w:br/>
        <w:t>f 25856/27009/23717 25855/27010/23718 25854/27011/23719</w:t>
        <w:br/>
        <w:t>f 25857/27012/23720 25856/27009/23717 25854/27011/23719</w:t>
        <w:br/>
        <w:t>f 25860/27013/23721 25859/27014/23722 25858/27015/23723</w:t>
        <w:br/>
        <w:t>f 25861/27016/23724 25860/27013/23721 25858/27015/23723</w:t>
        <w:br/>
        <w:t>f 25865/27017/23725 25864/27018/23726 25863/27019/23727</w:t>
        <w:br/>
        <w:t>f 25862/27020/23728 25865/27017/23725 25863/27019/23727</w:t>
        <w:br/>
        <w:t>f 25869/27021/23729 25868/27022/23730 25867/27023/23731</w:t>
        <w:br/>
        <w:t>f 25866/27024/23732 25869/27021/23729 25867/27023/23731</w:t>
        <w:br/>
        <w:t>f 25870/27025/23733 25867/27023/23731 25868/27022/23730</w:t>
        <w:br/>
        <w:t>f 25871/27026/23734 25870/27025/23733 25868/27022/23730</w:t>
        <w:br/>
        <w:t>f 25874/27027/23735 25873/27028/23736 25872/27029/23737</w:t>
        <w:br/>
        <w:t>f 25875/27030/23738 25874/27027/23735 25872/27029/23737</w:t>
        <w:br/>
        <w:t>f 25878/27031/23739 25877/27032/23740 25876/27033/23741</w:t>
        <w:br/>
        <w:t>f 25881/27034/23742 25880/27035/23743 25879/27036/23744</w:t>
        <w:br/>
        <w:t>f 25882/27037/23745 25881/27034/23742 25879/27036/23744</w:t>
        <w:br/>
        <w:t>f 25873/27028/23736 25884/27038/23746 25861/27016/23724</w:t>
        <w:br/>
        <w:t>f 25883/27039/23747 25873/27028/23736 25861/27016/23724</w:t>
        <w:br/>
        <w:t>f 25868/27022/23730 25886/27040/23748 25885/27041/23749</w:t>
        <w:br/>
        <w:t>f 25871/27026/23734 25868/27022/23730 25885/27041/23749</w:t>
        <w:br/>
        <w:t>f 25878/27031/23739 25887/27042/23750 25877/27032/23740</w:t>
        <w:br/>
        <w:t>f 25891/27043/23751 25890/27044/23752 25889/27045/23753</w:t>
        <w:br/>
        <w:t>f 25888/27046/23754 25891/27043/23751 25889/27045/23753</w:t>
        <w:br/>
        <w:t>f 25895/27047/23755 25894/27048/23756 25893/27049/23757</w:t>
        <w:br/>
        <w:t>f 25892/27050/23758 25895/27047/23755 25893/27049/23757</w:t>
        <w:br/>
        <w:t>f 25898/27051/23759 25897/27052/23760 25896/27053/23761</w:t>
        <w:br/>
        <w:t>f 25902/27054/23762 25901/27055/23763 25900/27056/23764</w:t>
        <w:br/>
        <w:t>f 25899/27057/23765 25902/27054/23762 25900/27056/23764</w:t>
        <w:br/>
        <w:t>f 25905/27058/23766 25904/27059/23683 25903/27060/23767</w:t>
        <w:br/>
        <w:t>f 25908/27061/23768 25907/27062/23769 25906/27063/23770</w:t>
        <w:br/>
        <w:t>f 25909/27064/23768 25908/27061/23768 25906/27063/23770</w:t>
        <w:br/>
        <w:t>f 25912/27065/23771 25911/27066/23772 25910/27067/23773</w:t>
        <w:br/>
        <w:t>f 25913/27068/23771 25912/27065/23771 25910/27067/23773</w:t>
        <w:br/>
        <w:t>f 25917/27069/23774 25916/27070/23775 25915/27071/23775</w:t>
        <w:br/>
        <w:t>f 25914/27072/23774 25917/27069/23774 25915/27071/23775</w:t>
        <w:br/>
        <w:t>f 25914/27072/23774 25919/27073/23776 25918/27074/23777</w:t>
        <w:br/>
        <w:t>f 25917/27069/23774 25914/27072/23774 25918/27074/23777</w:t>
        <w:br/>
        <w:t>f 25922/27075/23778 25921/27076/23779 25920/27077/23780</w:t>
        <w:br/>
        <w:t>f 25923/27078/23781 25922/27075/23778 25920/27077/23780</w:t>
        <w:br/>
        <w:t>f 25926/27079/23782 25925/27080/23783 25924/27081/23784</w:t>
        <w:br/>
        <w:t>f 25927/27082/23785 25926/27079/23782 25924/27081/23784</w:t>
        <w:br/>
        <w:t>f 25794/26947/23663 25795/26950/23666 25928/27083/23786</w:t>
        <w:br/>
        <w:t>f 25929/27084/23787 25794/26947/23663 25928/27083/23786</w:t>
        <w:br/>
        <w:t>f 25925/27080/23783 25926/27079/23782 25931/27085/23788</w:t>
        <w:br/>
        <w:t>f 25930/27086/23789 25925/27080/23783 25931/27085/23788</w:t>
        <w:br/>
        <w:t>f 25935/27087/23790 25934/27088/23791 25933/27089/23792</w:t>
        <w:br/>
        <w:t>f 25932/27090/23793 25935/27087/23790 25933/27089/23792</w:t>
        <w:br/>
        <w:t>f 25938/27091/23794 25937/27092/23795 25936/27093/23796</w:t>
        <w:br/>
        <w:t>f 25939/27094/23797 25938/27091/23794 25936/27093/23796</w:t>
        <w:br/>
        <w:t>f 25943/27095/23798 25942/27096/23799 25941/27097/23800</w:t>
        <w:br/>
        <w:t>f 25940/27098/23801 25943/27095/23798 25941/27097/23800</w:t>
        <w:br/>
        <w:t>f 25946/27099/23802 25945/27100/23803 25940/27098/23801</w:t>
        <w:br/>
        <w:t>f 25944/27101/23804 25946/27099/23802 25940/27098/23801</w:t>
        <w:br/>
        <w:t>f 25948/27102/23805 25947/27103/23806 25946/27099/23802</w:t>
        <w:br/>
        <w:t>f 25944/27101/23804 25948/27102/23805 25946/27099/23802</w:t>
        <w:br/>
        <w:t>f 25949/27104/23807 25948/27102/23805 25944/27101/23804</w:t>
        <w:br/>
        <w:t>f 25950/27105/23808 25949/27104/23807 25944/27101/23804</w:t>
        <w:br/>
        <w:t>f 25954/27106/23809 25953/27107/23810 25952/27108/23811</w:t>
        <w:br/>
        <w:t>f 25951/27109/23812 25954/27106/23809 25952/27108/23811</w:t>
        <w:br/>
        <w:t>f 25958/27110/23813 25957/27111/23814 25956/27112/23815</w:t>
        <w:br/>
        <w:t>f 25955/27113/23816 25958/27110/23813 25956/27112/23815</w:t>
        <w:br/>
        <w:t>f 25961/27114/23817 25960/27115/23818 25959/27116/23819</w:t>
        <w:br/>
        <w:t>f 25962/27117/23820 25961/27114/23817 25959/27116/23819</w:t>
        <w:br/>
        <w:t>f 25960/27115/23818 25961/27114/23817 25964/27118/23821</w:t>
        <w:br/>
        <w:t>f 25963/27119/23822 25960/27115/23818 25964/27118/23821</w:t>
        <w:br/>
        <w:t>f 25968/27120/23823 25967/27121/23824 25966/27122/23825</w:t>
        <w:br/>
        <w:t>f 25965/27123/23826 25968/27120/23823 25966/27122/23825</w:t>
        <w:br/>
        <w:t>f 25970/27124/23827 25967/27121/23824 25969/27125/23828</w:t>
        <w:br/>
        <w:t>f 25971/27126/23829 25970/27124/23827 25969/27125/23828</w:t>
        <w:br/>
        <w:t>f 25974/27127/23830 25973/27128/23831 25972/27129/23832</w:t>
        <w:br/>
        <w:t>f 25975/27130/23833 25974/27127/23830 25972/27129/23832</w:t>
        <w:br/>
        <w:t>f 25977/27131/23834 25976/27132/23835 25974/27127/23830</w:t>
        <w:br/>
        <w:t>f 25975/27130/23833 25977/27131/23834 25974/27127/23830</w:t>
        <w:br/>
        <w:t>f 25980/27133/23836 25970/27124/23827 25979/27134/23837</w:t>
        <w:br/>
        <w:t>f 25978/27135/23837 25980/27133/23836 25979/27134/23837</w:t>
        <w:br/>
        <w:t>f 25984/27136/23838 25983/27137/23838 25982/27138/23839</w:t>
        <w:br/>
        <w:t>f 25981/27139/23839 25984/27136/23838 25982/27138/23839</w:t>
        <w:br/>
        <w:t>f 25985/27140/23840 25975/27130/23833 25972/27129/23832</w:t>
        <w:br/>
        <w:t>f 25986/27141/23841 25985/27140/23840 25972/27129/23832</w:t>
        <w:br/>
        <w:t>f 25990/27142/23842 25989/27143/23843 25988/27144/23844</w:t>
        <w:br/>
        <w:t>f 25987/27145/23845 25990/27142/23842 25988/27144/23844</w:t>
        <w:br/>
        <w:t>f 25975/27130/23833 25990/27142/23842 25977/27131/23834</w:t>
        <w:br/>
        <w:t>f 25991/27146/23846 25987/27145/23845 25988/27144/23844</w:t>
        <w:br/>
        <w:t>f 25995/27147/23847 25994/27148/23847 25993/27149/23848</w:t>
        <w:br/>
        <w:t>f 25992/27150/23848 25995/27147/23847 25993/27149/23848</w:t>
        <w:br/>
        <w:t>f 25999/27151/23849 25998/27152/23850 25997/27153/23850</w:t>
        <w:br/>
        <w:t>f 25996/27154/23851 25999/27151/23849 25997/27153/23850</w:t>
        <w:br/>
        <w:t>f 26002/27155/23852 26001/27156/23853 26000/27157/23853</w:t>
        <w:br/>
        <w:t>f 26006/27158/23854 26005/27159/23854 26004/27160/23855</w:t>
        <w:br/>
        <w:t>f 26003/27161/23856 26006/27158/23854 26004/27160/23855</w:t>
        <w:br/>
        <w:t>f 26009/27162/23857 26008/27163/23858 26007/27164/23859</w:t>
        <w:br/>
        <w:t>f 26010/27165/23857 26009/27162/23857 26007/27164/23859</w:t>
        <w:br/>
        <w:t>f 26007/27164/23859 26008/27163/23858 26011/27166/23860</w:t>
        <w:br/>
        <w:t>f 26012/27167/23861 26007/27164/23859 26011/27166/23860</w:t>
        <w:br/>
        <w:t>f 26014/27168/23862 26007/27164/23859 26012/27167/23861</w:t>
        <w:br/>
        <w:t>f 26013/27169/23863 26014/27168/23862 26012/27167/23861</w:t>
        <w:br/>
        <w:t>f 26013/27169/23863 26012/27167/23861 26015/27170/23864</w:t>
        <w:br/>
        <w:t>f 26015/27170/23864 26012/27167/23861 26011/27166/23860</w:t>
        <w:br/>
        <w:t>f 26016/27171/23865 25957/27111/23814 25958/27110/23813</w:t>
        <w:br/>
        <w:t>f 26017/27172/23866 26016/27171/23865 25958/27110/23813</w:t>
        <w:br/>
        <w:t>f 25952/27108/23811 26019/27173/23867 26018/27174/23868</w:t>
        <w:br/>
        <w:t>f 25951/27109/23812 25952/27108/23811 26018/27174/23868</w:t>
        <w:br/>
        <w:t>f 26022/27175/23869 26021/27176/23708 26020/27177/23870</w:t>
        <w:br/>
        <w:t>f 26023/27178/23871 26022/27175/23869 26020/27177/23870</w:t>
        <w:br/>
        <w:t>f 26021/27176/23708 26025/27179/23710 26024/27180/23872</w:t>
        <w:br/>
        <w:t>f 26020/27177/23870 26021/27176/23708 26024/27180/23872</w:t>
        <w:br/>
        <w:t>f 26029/27181/23873 26028/27182/23874 26027/27183/23713</w:t>
        <w:br/>
        <w:t>f 26026/27184/23712 26029/27181/23873 26027/27183/23713</w:t>
        <w:br/>
        <w:t>f 26033/27185/23716 26032/27186/23875 26031/27187/23876</w:t>
        <w:br/>
        <w:t>f 26030/27188/23877 26033/27185/23716 26031/27187/23876</w:t>
        <w:br/>
        <w:t>f 26036/27189/23717 26035/27190/23878 26034/27191/23879</w:t>
        <w:br/>
        <w:t>f 26037/27192/23880 26036/27189/23717 26034/27191/23879</w:t>
        <w:br/>
        <w:t>f 26041/27193/23881 26040/27194/23882 26039/27195/23883</w:t>
        <w:br/>
        <w:t>f 26038/27196/23884 26041/27193/23881 26039/27195/23883</w:t>
        <w:br/>
        <w:t>f 26044/27197/23885 26043/27198/23886 26042/27199/23886</w:t>
        <w:br/>
        <w:t>f 26045/27200/23887 26044/27197/23885 26042/27199/23886</w:t>
        <w:br/>
        <w:t>f 26043/27198/23886 26047/27201/23888 26046/27202/23888</w:t>
        <w:br/>
        <w:t>f 26042/27199/23886 26043/27198/23886 26046/27202/23888</w:t>
        <w:br/>
        <w:t>f 26051/27203/23889 26050/27204/23889 26049/27205/23890</w:t>
        <w:br/>
        <w:t>f 26048/27206/23891 26051/27203/23889 26049/27205/23890</w:t>
        <w:br/>
        <w:t>f 26055/27207/23892 26054/27208/23893 26053/27209/23894</w:t>
        <w:br/>
        <w:t>f 26052/27210/23894 26055/27207/23892 26053/27209/23894</w:t>
        <w:br/>
        <w:t>f 26058/27211/23895 26057/27212/23896 26056/27213/23896</w:t>
        <w:br/>
        <w:t>f 26062/27214/23897 26061/27215/23897 26060/27216/23898</w:t>
        <w:br/>
        <w:t>f 26059/27217/23898 26062/27214/23897 26060/27216/23898</w:t>
        <w:br/>
        <w:t>f 26066/27218/23899 26065/27219/23900 26064/27220/23900</w:t>
        <w:br/>
        <w:t>f 26063/27221/23901 26066/27218/23899 26064/27220/23900</w:t>
        <w:br/>
        <w:t>f 26069/27222/23902 26068/27223/23903 26067/27224/23903</w:t>
        <w:br/>
        <w:t>f 26070/27225/23902 26069/27222/23902 26067/27224/23903</w:t>
        <w:br/>
        <w:t>f 26068/27223/23903 26072/27226/23904 26071/27227/23904</w:t>
        <w:br/>
        <w:t>f 26067/27224/23903 26068/27223/23903 26071/27227/23904</w:t>
        <w:br/>
        <w:t>f 26075/27228/23905 26074/27229/23906 26073/27230/23906</w:t>
        <w:br/>
        <w:t>f 26079/27231/23907 26078/27232/23907 26077/27233/23908</w:t>
        <w:br/>
        <w:t>f 26076/27234/23908 26079/27231/23907 26077/27233/23908</w:t>
        <w:br/>
        <w:t>f 26082/27235/23909 26081/27236/23910 26080/27237/23910</w:t>
        <w:br/>
        <w:t>f 26083/27238/23909 26082/27235/23909 26080/27237/23910</w:t>
        <w:br/>
        <w:t>f 26087/27239/23911 26086/27240/23912 26085/27241/23913</w:t>
        <w:br/>
        <w:t>f 26084/27242/23914 26087/27239/23911 26085/27241/23913</w:t>
        <w:br/>
        <w:t>f 26090/27243/23915 26089/27244/23916 26088/27245/23916</w:t>
        <w:br/>
        <w:t>f 26091/27246/23917 26090/27243/23915 26088/27245/23916</w:t>
        <w:br/>
        <w:t>f 26088/27245/23916 26089/27244/23916 26093/27247/23918</w:t>
        <w:br/>
        <w:t>f 26092/27248/23919 26088/27245/23916 26093/27247/23918</w:t>
        <w:br/>
        <w:t>f 26092/27248/23919 26093/27247/23918 26094/27249/23920</w:t>
        <w:br/>
        <w:t>f 26097/27250/23921 26096/27251/23922 26095/27252/23922</w:t>
        <w:br/>
        <w:t>f 26098/27253/23921 26097/27250/23921 26095/27252/23922</w:t>
        <w:br/>
        <w:t>f 26095/27252/23922 26096/27251/23922 26099/27254/23923</w:t>
        <w:br/>
        <w:t>f 26101/27255/23924 26097/27250/23921 26098/27253/23921</w:t>
        <w:br/>
        <w:t>f 26100/27256/23925 26101/27255/23924 26098/27253/23921</w:t>
        <w:br/>
        <w:t>f 26105/27257/23926 26104/27258/23927 26103/27259/23928</w:t>
        <w:br/>
        <w:t>f 26102/27260/23926 26105/27257/23926 26103/27259/23928</w:t>
        <w:br/>
        <w:t>f 26108/27261/23929 26107/27262/23930 26106/27263/23931</w:t>
        <w:br/>
        <w:t>f 26109/27264/23931 26108/27261/23929 26106/27263/23931</w:t>
        <w:br/>
        <w:t>f 26112/27265/23932 26111/27266/23933 26110/27267/23934</w:t>
        <w:br/>
        <w:t>f 26113/27268/23935 26112/27265/23932 26110/27267/23934</w:t>
        <w:br/>
        <w:t>f 26116/27269/23936 26115/27270/23937 26114/27271/23938</w:t>
        <w:br/>
        <w:t>f 26117/27272/23938 26116/27269/23936 26114/27271/23938</w:t>
        <w:br/>
        <w:t>f 26121/27273/23939 26120/27274/23940 26119/27275/23941</w:t>
        <w:br/>
        <w:t>f 26118/27276/23941 26121/27273/23939 26119/27275/23941</w:t>
        <w:br/>
        <w:t>f 26123/27277/23942 26122/27278/23943 26120/27274/23940</w:t>
        <w:br/>
        <w:t>f 26121/27273/23939 26123/27277/23942 26120/27274/23940</w:t>
        <w:br/>
        <w:t>f 26122/27278/23943 26123/27277/23942 26124/27279/23944</w:t>
        <w:br/>
        <w:t>f 26125/27280/23944 26122/27278/23943 26124/27279/23944</w:t>
        <w:br/>
        <w:t>f 26127/27281/23945 26107/27262/23930 26108/27261/23929</w:t>
        <w:br/>
        <w:t>f 26126/27282/23945 26127/27281/23945 26108/27261/23929</w:t>
        <w:br/>
        <w:t>f 26130/27283/23946 26129/27284/23947 26128/27285/23948</w:t>
        <w:br/>
        <w:t>f 26131/27286/23949 26130/27283/23946 26128/27285/23948</w:t>
        <w:br/>
        <w:t>f 26132/27287/23950 26128/27285/23948 26129/27284/23947</w:t>
        <w:br/>
        <w:t>f 26135/27288/23951 26134/27289/23951 26133/27290/23952</w:t>
        <w:br/>
        <w:t>f 26137/27291/23953 26136/27292/23954 26134/27289/23951</w:t>
        <w:br/>
        <w:t>f 26135/27288/23951 26137/27291/23953 26134/27289/23951</w:t>
        <w:br/>
        <w:t>f 26140/27293/23955 26139/27294/23956 26138/27295/23957</w:t>
        <w:br/>
        <w:t>f 26141/27296/23958 26140/27293/23955 26138/27295/23957</w:t>
        <w:br/>
        <w:t>f 26144/27297/23959 26143/27298/23960 26142/27299/23961</w:t>
        <w:br/>
        <w:t>f 26138/27295/23957 26144/27297/23959 26142/27299/23961</w:t>
        <w:br/>
        <w:t>f 26148/27300/23962 26147/27301/23963 26146/27302/23964</w:t>
        <w:br/>
        <w:t>f 26145/27303/23965 26148/27300/23962 26146/27302/23964</w:t>
        <w:br/>
        <w:t>f 26151/27304/23966 26150/27305/23967 26149/27306/23968</w:t>
        <w:br/>
        <w:t>f 26152/27307/23969 26151/27304/23966 26149/27306/23968</w:t>
        <w:br/>
        <w:t>f 25942/27096/23799 26153/27308/23970 25941/27097/23800</w:t>
        <w:br/>
        <w:t>f 26155/27309/23971 25961/27114/23817 25962/27117/23820</w:t>
        <w:br/>
        <w:t>f 26154/27310/23972 26155/27309/23971 25962/27117/23820</w:t>
        <w:br/>
        <w:t>f 26156/27311/23973 25964/27118/23821 25961/27114/23817</w:t>
        <w:br/>
        <w:t>f 26155/27309/23971 26156/27311/23973 25961/27114/23817</w:t>
        <w:br/>
        <w:t>f 26150/27305/23967 26034/27191/23879 26035/27190/23878</w:t>
        <w:br/>
        <w:t>f 26157/27312/23974 26150/27305/23967 26035/27190/23878</w:t>
        <w:br/>
        <w:t>f 26161/27313/23975 26160/27314/23976 26159/27315/23977</w:t>
        <w:br/>
        <w:t>f 26158/27316/23977 26161/27313/23975 26159/27315/23977</w:t>
        <w:br/>
        <w:t>f 26163/27317/23978 26162/27318/23979 26111/27266/23933</w:t>
        <w:br/>
        <w:t>f 26112/27265/23932 26163/27317/23978 26111/27266/23933</w:t>
        <w:br/>
        <w:t>f 26165/27319/23980 26139/27294/23956 26140/27293/23955</w:t>
        <w:br/>
        <w:t>f 26164/27320/23981 26165/27319/23980 26140/27293/23955</w:t>
        <w:br/>
        <w:t>f 26167/27321/23982 26166/27322/23983 25968/27120/23823</w:t>
        <w:br/>
        <w:t>f 25965/27123/23826 26167/27321/23982 25968/27120/23823</w:t>
        <w:br/>
        <w:t>f 26147/27301/23963 26169/27323/23984 26168/27324/23985</w:t>
        <w:br/>
        <w:t>f 26146/27302/23964 26147/27301/23963 26168/27324/23985</w:t>
        <w:br/>
        <w:t>f 26172/27325/23986 26171/27326/23987 26170/27327/23988</w:t>
        <w:br/>
        <w:t>f 26173/27328/23989 26172/27325/23986 26170/27327/23988</w:t>
        <w:br/>
        <w:t>f 26177/27329/23990 26176/27330/23991 26175/27331/23992</w:t>
        <w:br/>
        <w:t>f 26174/27332/23993 26177/27329/23990 26175/27331/23992</w:t>
        <w:br/>
        <w:t>f 26179/27333/23994 26172/27325/23986 26175/27331/23992</w:t>
        <w:br/>
        <w:t>f 26178/27334/23995 26179/27333/23994 26175/27331/23992</w:t>
        <w:br/>
        <w:t>f 26181/27335/23996 26171/27326/23987 26180/27336/23997</w:t>
        <w:br/>
        <w:t>f 26176/27330/23991 26177/27329/23990 26182/27337/23998</w:t>
        <w:br/>
        <w:t>f 26183/27338/23999 26176/27330/23991 26182/27337/23998</w:t>
        <w:br/>
        <w:t>f 26185/27339/24000 26184/27340/24001 26183/27338/23999</w:t>
        <w:br/>
        <w:t>f 26182/27337/23998 26185/27339/24000 26183/27338/23999</w:t>
        <w:br/>
        <w:t>f 26188/27341/24002 26187/27342/24003 26186/27343/24004</w:t>
        <w:br/>
        <w:t>f 26189/27344/24005 26188/27341/24002 26186/27343/24004</w:t>
        <w:br/>
        <w:t>f 26183/27338/23999 26191/27345/24006 26190/27346/24007</w:t>
        <w:br/>
        <w:t>f 26176/27330/23991 26183/27338/23999 26190/27346/24007</w:t>
        <w:br/>
        <w:t>f 26184/27340/24001 26192/27347/24008 26191/27345/24006</w:t>
        <w:br/>
        <w:t>f 26183/27338/23999 26184/27340/24001 26191/27345/24006</w:t>
        <w:br/>
        <w:t>f 26195/27348/24009 26194/27349/24010 26193/27350/24011</w:t>
        <w:br/>
        <w:t>f 26196/27351/24012 26195/27348/24009 26193/27350/24011</w:t>
        <w:br/>
        <w:t>f 26192/27347/24008 26184/27340/24001 26189/27344/24005</w:t>
        <w:br/>
        <w:t>f 26197/27352/24013 26192/27347/24008 26189/27344/24005</w:t>
        <w:br/>
        <w:t>f 25748/26905/23623 25749/26904/23622 26198/27353/24014</w:t>
        <w:br/>
        <w:t>f 26199/27354/24015 25748/26905/23623 26198/27353/24014</w:t>
        <w:br/>
        <w:t>f 25745/26900/23618 26201/27355/24016 26200/27356/24017</w:t>
        <w:br/>
        <w:t>f 25744/26901/23619 25745/26900/23618 26200/27356/24017</w:t>
        <w:br/>
        <w:t>f 26202/27357/24018 25787/26942/23658 25744/26901/23619</w:t>
        <w:br/>
        <w:t>f 26200/27356/24017 26202/27357/24018 25744/26901/23619</w:t>
        <w:br/>
        <w:t>f 25783/26939/23655 25786/26940/23656 26204/27358/24019</w:t>
        <w:br/>
        <w:t>f 26203/27359/23970 25783/26939/23655 26204/27358/24019</w:t>
        <w:br/>
        <w:t>f 26197/27352/24013 26206/27360/24020 26205/27361/24021</w:t>
        <w:br/>
        <w:t>f 26192/27347/24008 26208/27362/24022 26207/27363/24023</w:t>
        <w:br/>
        <w:t>f 26191/27345/24006 26192/27347/24008 26207/27363/24023</w:t>
        <w:br/>
        <w:t>f 26191/27345/24006 26207/27363/24023 26209/27364/24024</w:t>
        <w:br/>
        <w:t>f 26210/27365/24025 26191/27345/24006 26209/27364/24024</w:t>
        <w:br/>
        <w:t>f 26209/27364/24024 26211/27366/24026 26210/27365/24025</w:t>
        <w:br/>
        <w:t>f 26214/27367/24027 26213/27368/24028 26212/27369/24029</w:t>
        <w:br/>
        <w:t>f 26215/27370/24030 26214/27367/24027 26212/27369/24029</w:t>
        <w:br/>
        <w:t>f 26213/27368/24028 26217/27371/24031 26216/27372/24032</w:t>
        <w:br/>
        <w:t>f 26212/27369/24029 26213/27368/24028 26216/27372/24032</w:t>
        <w:br/>
        <w:t>f 26217/27371/24031 26219/27373/24033 26218/27374/24034</w:t>
        <w:br/>
        <w:t>f 26216/27372/24032 26217/27371/24031 26218/27374/24034</w:t>
        <w:br/>
        <w:t>f 26223/27375/24035 26222/27376/24036 26221/27377/24037</w:t>
        <w:br/>
        <w:t>f 26220/27378/24038 26223/27375/24035 26221/27377/24037</w:t>
        <w:br/>
        <w:t>f 26225/27379/24039 26224/27380/24040 26220/27378/24038</w:t>
        <w:br/>
        <w:t>f 26221/27377/24037 26225/27379/24039 26220/27378/24038</w:t>
        <w:br/>
        <w:t>f 26229/27381/24041 26228/27382/24042 26227/27383/24043</w:t>
        <w:br/>
        <w:t>f 26226/27384/24044 26229/27381/24041 26227/27383/24043</w:t>
        <w:br/>
        <w:t>f 25762/26915/23633 25763/26918/23636 26231/27385/24045</w:t>
        <w:br/>
        <w:t>f 26230/27386/24046 25762/26915/23633 26231/27385/24045</w:t>
        <w:br/>
        <w:t>f 26235/27387/24047 26234/27388/24048 26233/27389/24049</w:t>
        <w:br/>
        <w:t>f 26232/27390/24050 26235/27387/24047 26233/27389/24049</w:t>
        <w:br/>
        <w:t>f 26232/27390/24050 26237/27391/24051 26236/27392/24052</w:t>
        <w:br/>
        <w:t>f 26235/27387/24047 26232/27390/24050 26236/27392/24052</w:t>
        <w:br/>
        <w:t>f 26240/27393/24053 26239/27394/24054 26238/27395/24055</w:t>
        <w:br/>
        <w:t>f 26241/27396/24056 26240/27393/24053 26238/27395/24055</w:t>
        <w:br/>
        <w:t>f 26215/27370/24030 26243/27397/24057 26242/27398/24058</w:t>
        <w:br/>
        <w:t>f 26227/27383/24043 26215/27370/24030 26242/27398/24058</w:t>
        <w:br/>
        <w:t>f 26245/27399/24059 26212/27369/24029 26244/27400/24060</w:t>
        <w:br/>
        <w:t>f 26216/27372/24032 26244/27400/24060 26212/27369/24029</w:t>
        <w:br/>
        <w:t>f 26216/27372/24032 26218/27374/24034 26246/27401/24061</w:t>
        <w:br/>
        <w:t>f 26244/27400/24060 26216/27372/24032 26246/27401/24061</w:t>
        <w:br/>
        <w:t>f 26218/27374/24034 26223/27375/24035 26247/27402/24062</w:t>
        <w:br/>
        <w:t>f 26246/27401/24061 26218/27374/24034 26247/27402/24062</w:t>
        <w:br/>
        <w:t>f 26220/27378/24038 26250/27403/24063 26249/27404/24064</w:t>
        <w:br/>
        <w:t>f 26248/27405/24065 26220/27378/24038 26249/27404/24064</w:t>
        <w:br/>
        <w:t>f 26245/27399/24059 26252/27406/24066 26251/27407/24066</w:t>
        <w:br/>
        <w:t>f 26253/27408/24067 26245/27399/24059 26251/27407/24066</w:t>
        <w:br/>
        <w:t>f 26252/27406/24066 26255/27409/24068 26254/27410/24069</w:t>
        <w:br/>
        <w:t>f 26251/27407/24066 26252/27406/24066 26254/27410/24069</w:t>
        <w:br/>
        <w:t>f 26255/27409/24068 26256/27411/24070 26254/27410/24069</w:t>
        <w:br/>
        <w:t>f 26259/27412/24071 26258/27413/24071 26257/27414/24072</w:t>
        <w:br/>
        <w:t>f 26261/27415/24073 26260/27416/24073 26258/27413/24071</w:t>
        <w:br/>
        <w:t>f 26259/27412/24071 26261/27415/24073 26258/27413/24071</w:t>
        <w:br/>
        <w:t>f 26260/27416/24073 26261/27415/24073 26262/27417/24074</w:t>
        <w:br/>
        <w:t>f 26264/27418/24075 26263/27419/24076 25775/26931/23647</w:t>
        <w:br/>
        <w:t>f 25776/26930/23646 26264/27418/24075 25775/26931/23647</w:t>
        <w:br/>
        <w:t>f 26266/27420/24077 26265/27421/24078 25776/26930/23646</w:t>
        <w:br/>
        <w:t>f 25777/26929/23645 26266/27420/24077 25776/26930/23646</w:t>
        <w:br/>
        <w:t>f 25778/26935/23651 25779/26934/23650 26268/27422/24079</w:t>
        <w:br/>
        <w:t>f 26267/27423/24080 25778/26935/23651 26268/27422/24079</w:t>
        <w:br/>
        <w:t>f 25781/26936/23652 25778/26935/23651 26269/27424/24081</w:t>
        <w:br/>
        <w:t>f 26270/27425/24082 25781/26936/23652 26269/27424/24081</w:t>
        <w:br/>
        <w:t>f 26271/27426/24083 26264/27418/24075 25776/26930/23646</w:t>
        <w:br/>
        <w:t>f 26265/27421/24078 26271/27426/24083 25776/26930/23646</w:t>
        <w:br/>
        <w:t>f 26273/27427/24084 26269/27424/24081 26272/27428/24085</w:t>
        <w:br/>
        <w:t>f 26274/27429/24086 26273/27427/24084 26272/27428/24085</w:t>
        <w:br/>
        <w:t>f 26194/27349/24010 26275/27430/24087 26206/27360/24020</w:t>
        <w:br/>
        <w:t>f 26186/27343/24004 26194/27349/24010 26206/27360/24020</w:t>
        <w:br/>
        <w:t>f 26278/27431/24088 26277/27432/24089 26242/27398/24058</w:t>
        <w:br/>
        <w:t>f 26276/27433/24090 26278/27431/24088 26242/27398/24058</w:t>
        <w:br/>
        <w:t>f 26281/27434/24091 25969/27125/23828 26280/27435/24092</w:t>
        <w:br/>
        <w:t>f 26279/27436/24093 26281/27434/24091 26280/27435/24092</w:t>
        <w:br/>
        <w:t>f 26165/27319/23980 26280/27435/24092 25968/27120/23823</w:t>
        <w:br/>
        <w:t>f 26166/27322/23983 26165/27319/23980 25968/27120/23823</w:t>
        <w:br/>
        <w:t>f 26140/27293/23955 26282/27437/24094 26164/27320/23981</w:t>
        <w:br/>
        <w:t>f 25943/27095/23798 26284/27438/24095 26283/27439/24096</w:t>
        <w:br/>
        <w:t>f 26285/27440/24097 25943/27095/23798 26283/27439/24096</w:t>
        <w:br/>
        <w:t>f 26287/27441/24098 26286/27442/23491 25844/26998/23706</w:t>
        <w:br/>
        <w:t>f 25845/26997/23705 26287/27441/24098 25844/26998/23706</w:t>
        <w:br/>
        <w:t>f 26289/27443/24099 25615/26770/23496 26288/27444/24100</w:t>
        <w:br/>
        <w:t>f 26285/27440/24097 26289/27443/24099 26288/27444/24100</w:t>
        <w:br/>
        <w:t>f 26293/27445/23491 26292/27446/24101 26291/27447/23616</w:t>
        <w:br/>
        <w:t>f 26290/27448/23463 26293/27445/23491 26291/27447/23616</w:t>
        <w:br/>
        <w:t>f 25782/26937/23653 26288/27444/24100 25615/26770/23496</w:t>
        <w:br/>
        <w:t>f 25565/26718/23453 25782/26937/23653 25615/26770/23496</w:t>
        <w:br/>
        <w:t>f 25890/27044/23752 26295/27449/24102 26294/27450/24103</w:t>
        <w:br/>
        <w:t>f 25893/27049/23757 25890/27044/23752 26294/27450/24103</w:t>
        <w:br/>
        <w:t>f 25891/27043/23751 26296/27451/24104 26295/27449/24102</w:t>
        <w:br/>
        <w:t>f 25890/27044/23752 25891/27043/23751 26295/27449/24102</w:t>
        <w:br/>
        <w:t>f 26299/27452/24105 26298/27453/24106 26297/27454/24107</w:t>
        <w:br/>
        <w:t>f 25902/27054/23762 26299/27452/24105 26297/27454/24107</w:t>
        <w:br/>
        <w:t>f 26298/27453/24106 26299/27452/24105 25864/27018/23726</w:t>
        <w:br/>
        <w:t>f 26300/27455/24108 26298/27453/24106 25864/27018/23726</w:t>
        <w:br/>
        <w:t>f 25865/27017/23725 26302/27456/24109 26301/27457/24110</w:t>
        <w:br/>
        <w:t>f 26303/27458/24111 25865/27017/23725 26301/27457/24110</w:t>
        <w:br/>
        <w:t>f 26306/27459/24112 26305/27460/24113 25859/27014/23722</w:t>
        <w:br/>
        <w:t>f 26304/27461/24114 26306/27459/24112 25859/27014/23722</w:t>
        <w:br/>
        <w:t>f 25936/27093/23796 25937/27092/23795 26308/27462/24115</w:t>
        <w:br/>
        <w:t>f 26307/27463/24116 25936/27093/23796 26308/27462/24115</w:t>
        <w:br/>
        <w:t>f 26309/27464/24117 26308/27462/24115 25937/27092/23795</w:t>
        <w:br/>
        <w:t>f 25924/27081/23784 26309/27464/24117 25937/27092/23795</w:t>
        <w:br/>
        <w:t>f 25930/27086/23789 25854/27011/23719 26310/27465/24118</w:t>
        <w:br/>
        <w:t>f 26311/27466/24119 25930/27086/23789 26310/27465/24118</w:t>
        <w:br/>
        <w:t>f 25855/27010/23718 26313/27467/24120 26312/27468/24121</w:t>
        <w:br/>
        <w:t>f 26314/27469/24122 25855/27010/23718 26312/27468/24121</w:t>
        <w:br/>
        <w:t>f 26313/27467/24120 25853/27007/23715 26315/27470/24123</w:t>
        <w:br/>
        <w:t>f 26312/27468/24121 26313/27467/24120 26315/27470/24123</w:t>
        <w:br/>
        <w:t>f 26317/27471/24124 26316/27472/24125 25851/27006/23714</w:t>
        <w:br/>
        <w:t>f 25847/27001/23709 26317/27471/24124 25851/27006/23714</w:t>
        <w:br/>
        <w:t>f 25843/26999/23707 26317/27471/24124 25847/27001/23709</w:t>
        <w:br/>
        <w:t>f 25843/26999/23707 26318/27473/24126 26317/27471/24124</w:t>
        <w:br/>
        <w:t>f 25843/26999/23707 26319/27474/24127 26318/27473/24126</w:t>
        <w:br/>
        <w:t>f 26320/27475/24128 26319/27474/24127 25843/26999/23707</w:t>
        <w:br/>
        <w:t>f 25844/26998/23706 26320/27475/24128 25843/26999/23707</w:t>
        <w:br/>
        <w:t>f 26323/27476/24129 25935/27087/23790 26322/27477/24130</w:t>
        <w:br/>
        <w:t>f 26321/27478/24131 26323/27476/24129 26322/27477/24130</w:t>
        <w:br/>
        <w:t>f 26324/27479/24132 25922/27075/23778 25923/27078/23781</w:t>
        <w:br/>
        <w:t>f 26143/27298/23960 26324/27479/24132 25923/27078/23781</w:t>
        <w:br/>
        <w:t>f 26156/27311/23973 25928/27083/23786 25795/26950/23666</w:t>
        <w:br/>
        <w:t>f 25964/27118/23821 26156/27311/23973 25795/26950/23666</w:t>
        <w:br/>
        <w:t>f 25963/27119/23822 25792/26949/23665 26325/27480/24133</w:t>
        <w:br/>
        <w:t>f 26326/27481/24134 25963/27119/23822 26325/27480/24133</w:t>
        <w:br/>
        <w:t>f 25791/26943/23659 26016/27171/23865 26017/27172/23866</w:t>
        <w:br/>
        <w:t>f 25790/26944/23660 25791/26943/23659 26017/27172/23866</w:t>
        <w:br/>
        <w:t>f 25803/26958/23674 26019/27173/23867 26016/27171/23865</w:t>
        <w:br/>
        <w:t>f 25791/26943/23659 25803/26958/23674 26016/27171/23865</w:t>
        <w:br/>
        <w:t>f 25807/26962/23678 25947/27103/23806 26018/27174/23868</w:t>
        <w:br/>
        <w:t>f 25804/26957/23673 25807/26962/23678 26018/27174/23868</w:t>
        <w:br/>
        <w:t>f 25946/27099/23802 25808/26961/23677 26327/27482/24135</w:t>
        <w:br/>
        <w:t>f 25945/27100/23803 25946/27099/23802 26327/27482/24135</w:t>
        <w:br/>
        <w:t>f 25898/27051/23759 25896/27053/23761 26328/27483/24136</w:t>
        <w:br/>
        <w:t>f 26331/27484/24137 26330/27485/23939 26329/27486/24138</w:t>
        <w:br/>
        <w:t>f 26332/27487/24019 26331/27484/24137 26329/27486/24138</w:t>
        <w:br/>
        <w:t>f 26335/27488/24052 26334/27489/24139 26333/27490/24140</w:t>
        <w:br/>
        <w:t>f 26336/27491/24141 26335/27488/24052 26333/27490/24140</w:t>
        <w:br/>
        <w:t>f 26338/27492/24142 26284/27438/24095 26327/27482/24135</w:t>
        <w:br/>
        <w:t>f 26337/27493/24143 26338/27492/24142 26327/27482/24135</w:t>
        <w:br/>
        <w:t>f 26339/27494/24144 26283/27439/24096 26284/27438/24095</w:t>
        <w:br/>
        <w:t>f 26338/27492/24142 26339/27494/24144 26284/27438/24095</w:t>
        <w:br/>
        <w:t>f 26286/27442/23491 26340/27495/24145 25844/26998/23706</w:t>
        <w:br/>
        <w:t>f 26340/27495/24145 26320/27475/24128 25844/26998/23706</w:t>
        <w:br/>
        <w:t>f 26343/27496/24146 26342/27497/24146 26341/27498/24147</w:t>
        <w:br/>
        <w:t>f 26344/27499/24148 26343/27496/24146 26341/27498/24147</w:t>
        <w:br/>
        <w:t>f 26348/27500/24149 26347/27501/24149 26346/27502/24150</w:t>
        <w:br/>
        <w:t>f 26345/27503/24151 26348/27500/24149 26346/27502/24150</w:t>
        <w:br/>
        <w:t>f 25862/27020/23728 26349/27504/24152 26302/27456/24109</w:t>
        <w:br/>
        <w:t>f 25865/27017/23725 25862/27020/23728 26302/27456/24109</w:t>
        <w:br/>
        <w:t>f 25860/27013/23721 25861/27016/23724 26350/27505/24153</w:t>
        <w:br/>
        <w:t>f 26350/27505/24153 25861/27016/23724 25884/27038/23746</w:t>
        <w:br/>
        <w:t>f 26344/27499/24148 26350/27505/24153 25884/27038/23746</w:t>
        <w:br/>
        <w:t>f 26086/27240/23912 26110/27267/23934 26351/27506/24154</w:t>
        <w:br/>
        <w:t>f 26085/27241/23913 26086/27240/23912 26351/27506/24154</w:t>
        <w:br/>
        <w:t>f 26162/27318/23979 26149/27306/23968 26352/27507/24155</w:t>
        <w:br/>
        <w:t>f 26111/27266/23933 26162/27318/23979 26352/27507/24155</w:t>
        <w:br/>
        <w:t>f 26145/27303/23965 26146/27302/23964 26352/27507/24155</w:t>
        <w:br/>
        <w:t>f 26149/27306/23968 26145/27303/23965 26352/27507/24155</w:t>
        <w:br/>
        <w:t>f 26146/27302/23964 26168/27324/23985 26351/27506/24154</w:t>
        <w:br/>
        <w:t>f 26352/27507/24155 26146/27302/23964 26351/27506/24154</w:t>
        <w:br/>
        <w:t>f 26061/27215/23897 26062/27214/23897 26354/27508/24156</w:t>
        <w:br/>
        <w:t>f 26353/27509/24157 26061/27215/23897 26354/27508/24156</w:t>
        <w:br/>
        <w:t>f 25804/26957/23673 25805/26960/23676 26355/27510/24158</w:t>
        <w:br/>
        <w:t>f 26358/27511/24159 26357/27512/24160 26356/27513/24161</w:t>
        <w:br/>
        <w:t>f 26358/27511/24159 26356/27513/24161 26360/27514/24162</w:t>
        <w:br/>
        <w:t>f 26359/27515/24163 26358/27511/24159 26360/27514/24162</w:t>
        <w:br/>
        <w:t>f 26359/27515/24163 26361/27516/24164 26358/27511/24159</w:t>
        <w:br/>
        <w:t>f 26363/27517/24165 26362/27518/24166 26361/27516/24164</w:t>
        <w:br/>
        <w:t>f 26359/27515/24163 26363/27517/24165 26361/27516/24164</w:t>
        <w:br/>
        <w:t>f 26359/27515/24163 26365/27519/24167 26364/27520/24168</w:t>
        <w:br/>
        <w:t>f 26363/27517/24165 26359/27515/24163 26364/27520/24168</w:t>
        <w:br/>
        <w:t>f 26366/27521/24169 26359/27515/24163 26360/27514/24162</w:t>
        <w:br/>
        <w:t>f 26367/27522/24169 26366/27521/24169 26360/27514/24162</w:t>
        <w:br/>
        <w:t>f 26368/27523/24170 26364/27520/24168 26365/27519/24167</w:t>
        <w:br/>
        <w:t>f 26366/27521/24169 26367/27522/24169 26369/27524/24171</w:t>
        <w:br/>
        <w:t>f 26362/27518/24166 26363/27517/24165 26371/27525/24172</w:t>
        <w:br/>
        <w:t>f 26370/27526/24173 26362/27518/24166 26371/27525/24172</w:t>
        <w:br/>
        <w:t>f 26363/27517/24165 26364/27520/24168 26372/27527/24174</w:t>
        <w:br/>
        <w:t>f 26371/27525/24172 26363/27517/24165 26372/27527/24174</w:t>
        <w:br/>
        <w:t>f 26368/27523/24170 26372/27527/24174 26364/27520/24168</w:t>
        <w:br/>
        <w:t>f 26356/27513/24161 26357/27512/24160 26373/27528/24175</w:t>
        <w:br/>
        <w:t>f 26375/27529/24176 26374/27530/24177 26357/27512/24160</w:t>
        <w:br/>
        <w:t>f 26376/27531/24178 26375/27529/24176 26357/27512/24160</w:t>
        <w:br/>
        <w:t>f 26376/27531/24178 26357/27512/24160 26358/27511/24159</w:t>
        <w:br/>
        <w:t>f 26380/27532/24179 26379/27533/24180 26378/27534/24181</w:t>
        <w:br/>
        <w:t>f 26377/27535/24182 26380/27532/24179 26378/27534/24181</w:t>
        <w:br/>
        <w:t>f 26383/27536/24183 26377/27535/24182 26382/27537/24184</w:t>
        <w:br/>
        <w:t>f 26381/27538/24185 26383/27536/24183 26382/27537/24184</w:t>
        <w:br/>
        <w:t>f 26376/27531/24178 26358/27511/24159 26361/27516/24164</w:t>
        <w:br/>
        <w:t>f 26386/27539/24186 26385/27540/24187 26384/27541/24188</w:t>
        <w:br/>
        <w:t>f 26390/27542/24189 26389/27543/24190 26388/27544/24191</w:t>
        <w:br/>
        <w:t>f 26387/27545/24192 26390/27542/24189 26388/27544/24191</w:t>
        <w:br/>
        <w:t>f 26385/27540/24187 26392/27546/24193 26391/27547/24192</w:t>
        <w:br/>
        <w:t>f 26393/27548/24191 26385/27540/24187 26391/27547/24192</w:t>
        <w:br/>
        <w:t>f 26397/27549/24194 26396/27550/24195 26395/27551/24196</w:t>
        <w:br/>
        <w:t>f 26394/27552/24197 26397/27549/24194 26395/27551/24196</w:t>
        <w:br/>
        <w:t>f 26381/27538/24185 26399/27553/24198 26398/27554/24199</w:t>
        <w:br/>
        <w:t>f 26400/27555/24200 26381/27538/24185 26398/27554/24199</w:t>
        <w:br/>
        <w:t>f 26401/27556/24201 26383/27536/24183 26381/27538/24185</w:t>
        <w:br/>
        <w:t>f 26400/27555/24200 26401/27556/24201 26381/27538/24185</w:t>
        <w:br/>
        <w:t>f 26404/27557/24199 26403/27558/24198 26402/27559/24202</w:t>
        <w:br/>
        <w:t>f 26405/27560/24203 26404/27557/24199 26402/27559/24202</w:t>
        <w:br/>
        <w:t>f 26406/27561/24204 26357/27512/24160 26374/27530/24177</w:t>
        <w:br/>
        <w:t>f 26407/27562/24205 26394/27552/24197 26395/27551/24196</w:t>
        <w:br/>
        <w:t>f 26374/27530/24177 26389/27543/24190 26406/27561/24204</w:t>
        <w:br/>
        <w:t>f 26409/27563/24166 26408/27564/24206 26405/27560/24203</w:t>
        <w:br/>
        <w:t>f 26402/27559/24202 26409/27563/24166 26405/27560/24203</w:t>
        <w:br/>
        <w:t>f 26409/27563/24166 26410/27565/24173 26408/27564/24206</w:t>
        <w:br/>
        <w:t>f 26399/27553/24198 26381/27538/24185 26382/27537/24184</w:t>
        <w:br/>
        <w:t>f 26411/27566/24176 26399/27553/24198 26382/27537/24184</w:t>
        <w:br/>
        <w:t>f 26375/27529/24176 26388/27544/24191 26389/27543/24190</w:t>
        <w:br/>
        <w:t>f 26374/27530/24177 26375/27529/24176 26389/27543/24190</w:t>
        <w:br/>
        <w:t>f 26378/27534/24181 26385/27540/24187 26393/27548/24191</w:t>
        <w:br/>
        <w:t>f 26411/27566/24176 26378/27534/24181 26393/27548/24191</w:t>
        <w:br/>
        <w:t>f 26379/27533/24180 26385/27540/24187 26378/27534/24181</w:t>
        <w:br/>
        <w:t>f 26386/27539/24186 26392/27546/24193 26385/27540/24187</w:t>
        <w:br/>
        <w:t>f 26413/27567/24207 26412/27568/24208 25593/26746/23476</w:t>
        <w:br/>
        <w:t>f 25594/26749/23479 26413/27567/24207 25593/26746/23476</w:t>
        <w:br/>
        <w:t>f 26413/27567/24207 26416/27569/24209 26415/27570/24210</w:t>
        <w:br/>
        <w:t>f 26414/27571/24211 26413/27567/24207 26415/27570/24210</w:t>
        <w:br/>
        <w:t>f 26418/27572/24212 26414/27571/24211 26417/27573/24213</w:t>
        <w:br/>
        <w:t>f 26419/27574/24214 26418/27572/24212 26417/27573/24213</w:t>
        <w:br/>
        <w:t>f 26417/27573/24213 26420/27575/24215 26379/27533/24180</w:t>
        <w:br/>
        <w:t>f 26380/27532/24179 26417/27573/24213 26379/27533/24180</w:t>
        <w:br/>
        <w:t>f 25604/26757/23487 25602/26759/23489 26421/27576/24216</w:t>
        <w:br/>
        <w:t>f 26416/27569/24209 25604/26757/23487 26421/27576/24216</w:t>
        <w:br/>
        <w:t>f 26416/27569/24209 26421/27576/24216 26422/27577/24217</w:t>
        <w:br/>
        <w:t>f 26415/27570/24210 26416/27569/24209 26422/27577/24217</w:t>
        <w:br/>
        <w:t>f 25606/26763/23493 26424/27578/24218 26423/27579/24219</w:t>
        <w:br/>
        <w:t>f 25609/26764/23494 25606/26763/23493 26423/27579/24219</w:t>
        <w:br/>
        <w:t>f 26415/27570/24210 26422/27577/24217 26425/27580/24220</w:t>
        <w:br/>
        <w:t>f 26420/27575/24215 26415/27570/24210 26425/27580/24220</w:t>
        <w:br/>
        <w:t>f 26428/27581/24221 26427/27582/24196 26426/27583/24195</w:t>
        <w:br/>
        <w:t>f 26429/27584/24219 26428/27581/24221 26426/27583/24195</w:t>
        <w:br/>
        <w:t>f 26425/27580/24220 26430/27585/24222 26386/27539/24186</w:t>
        <w:br/>
        <w:t>f 26384/27541/24188 26425/27580/24220 26386/27539/24186</w:t>
        <w:br/>
        <w:t>f 25619/26771/23497 26432/27586/24223 26431/27587/24224</w:t>
        <w:br/>
        <w:t>f 25618/26772/23498 25619/26771/23497 26431/27587/24224</w:t>
        <w:br/>
        <w:t>f 26433/27588/24225 25623/26778/23504 25620/26777/23503</w:t>
        <w:br/>
        <w:t>f 26434/27589/24226 26433/27588/24225 25620/26777/23503</w:t>
        <w:br/>
        <w:t>f 26436/27590/24227 25625/26780/23506 25626/26779/23505</w:t>
        <w:br/>
        <w:t>f 26435/27591/24228 26436/27590/24227 25626/26779/23505</w:t>
        <w:br/>
        <w:t>f 25629/26785/23511 26438/27592/24229 26437/27593/24230</w:t>
        <w:br/>
        <w:t>f 25628/26786/23512 25629/26785/23511 26437/27593/24230</w:t>
        <w:br/>
        <w:t>f 25632/26789/23515 25633/26788/23514 26439/27594/24231</w:t>
        <w:br/>
        <w:t>f 26440/27595/24232 25632/26789/23515 26439/27594/24231</w:t>
        <w:br/>
        <w:t>f 25637/26791/23517 25632/26789/23515 26440/27595/24232</w:t>
        <w:br/>
        <w:t>f 26441/27596/24233 25637/26791/23517 26440/27595/24232</w:t>
        <w:br/>
        <w:t>f 25639/26793/23519 25637/26791/23517 26441/27596/24233</w:t>
        <w:br/>
        <w:t>f 26442/27597/24234 25639/26793/23519 26441/27596/24233</w:t>
        <w:br/>
        <w:t>f 26444/27598/24235 26443/27599/24236 25643/26795/23521</w:t>
        <w:br/>
        <w:t>f 25640/26798/23524 26444/27598/24235 25643/26795/23521</w:t>
        <w:br/>
        <w:t>f 26446/27600/24237 26445/27601/24238 25647/26799/23525</w:t>
        <w:br/>
        <w:t>f 25644/26802/23528 26446/27600/24237 25647/26799/23525</w:t>
        <w:br/>
        <w:t>f 26450/27602/24239 26449/27603/24240 26448/27604/24241</w:t>
        <w:br/>
        <w:t>f 26447/27605/24242 26450/27602/24239 26448/27604/24241</w:t>
        <w:br/>
        <w:t>f 26452/27606/24243 26451/27607/24244 26448/27604/24241</w:t>
        <w:br/>
        <w:t>f 26449/27603/24240 26452/27606/24243 26448/27604/24241</w:t>
        <w:br/>
        <w:t>f 26455/27608/24245 26454/27609/24246 26453/27610/24247</w:t>
        <w:br/>
        <w:t>f 26451/27607/24244 26455/27608/24245 26453/27610/24247</w:t>
        <w:br/>
        <w:t>f 26457/27611/24248 26454/27609/24246 26455/27608/24245</w:t>
        <w:br/>
        <w:t>f 26456/27612/24249 26457/27611/24248 26455/27608/24245</w:t>
        <w:br/>
        <w:t>f 26457/27611/24248 26456/27612/24249 26458/27613/24250</w:t>
        <w:br/>
        <w:t>f 26459/27614/24251 26457/27611/24248 26458/27613/24250</w:t>
        <w:br/>
        <w:t>f 26462/27615/24252 26461/27616/24253 26460/27617/24254</w:t>
        <w:br/>
        <w:t>f 26463/27618/24255 26462/27615/24252 26460/27617/24254</w:t>
        <w:br/>
        <w:t>f 26465/27619/24256 26464/27620/24257 26383/27536/24183</w:t>
        <w:br/>
        <w:t>f 26401/27556/24201 26465/27619/24256 26383/27536/24183</w:t>
        <w:br/>
        <w:t>f 26464/27620/24257 26465/27619/24256 26462/27615/24252</w:t>
        <w:br/>
        <w:t>f 26419/27574/24214 26464/27620/24257 26462/27615/24252</w:t>
        <w:br/>
        <w:t>f 26467/27621/24258 26466/27622/24259 26459/27614/24251</w:t>
        <w:br/>
        <w:t>f 26458/27613/24250 26467/27621/24258 26459/27614/24251</w:t>
        <w:br/>
        <w:t>f 26431/27587/24224 26447/27605/24242 26468/27623/24260</w:t>
        <w:br/>
        <w:t>f 26434/27589/24226 26431/27587/24224 26468/27623/24260</w:t>
        <w:br/>
        <w:t>f 26472/27624/24261 26471/27625/24262 26470/27626/24263</w:t>
        <w:br/>
        <w:t>f 26469/27627/24264 26472/27624/24261 26470/27626/24263</w:t>
        <w:br/>
        <w:t>f 26475/27628/24265 26474/27629/24266 26470/27626/24263</w:t>
        <w:br/>
        <w:t>f 26473/27630/24267 26475/27628/24265 26470/27626/24263</w:t>
        <w:br/>
        <w:t>f 26474/27629/24266 26475/27628/24265 26476/27631/24268</w:t>
        <w:br/>
        <w:t>f 26477/27632/24269 26474/27629/24266 26476/27631/24268</w:t>
        <w:br/>
        <w:t>f 26441/27596/24233 26479/27633/24270 26478/27634/24271</w:t>
        <w:br/>
        <w:t>f 26442/27597/24234 26441/27596/24233 26478/27634/24271</w:t>
        <w:br/>
        <w:t>f 26481/27635/24272 26440/27595/24232 26439/27594/24231</w:t>
        <w:br/>
        <w:t>f 26480/27636/24273 26481/27635/24272 26439/27594/24231</w:t>
        <w:br/>
        <w:t>f 26472/27624/24261 26483/27637/24274 26482/27638/24275</w:t>
        <w:br/>
        <w:t>f 26484/27639/24276 26472/27624/24261 26482/27638/24275</w:t>
        <w:br/>
        <w:t>f 26479/27633/24270 26481/27635/24272 26475/27628/24265</w:t>
        <w:br/>
        <w:t>f 26473/27630/24267 26479/27633/24270 26475/27628/24265</w:t>
        <w:br/>
        <w:t>f 26488/27640/24277 26487/27641/24278 26486/27642/24279</w:t>
        <w:br/>
        <w:t>f 26485/27643/24280 26488/27640/24277 26486/27642/24279</w:t>
        <w:br/>
        <w:t>f 26439/27594/24231 26437/27593/24230 26480/27636/24273</w:t>
        <w:br/>
        <w:t>f 26489/27644/24281 26453/27610/24247 26454/27609/24246</w:t>
        <w:br/>
        <w:t>f 26490/27645/24282 26489/27644/24281 26454/27609/24246</w:t>
        <w:br/>
        <w:t>f 26489/27644/24281 26493/27646/24283 26492/27647/24284</w:t>
        <w:br/>
        <w:t>f 26491/27648/24285 26489/27644/24281 26492/27647/24284</w:t>
        <w:br/>
        <w:t>f 26454/27609/24246 26457/27611/24248 26483/27637/24274</w:t>
        <w:br/>
        <w:t>f 26490/27645/24282 26454/27609/24246 26483/27637/24274</w:t>
        <w:br/>
        <w:t>f 26495/27649/24286 26491/27648/24285 26494/27650/24287</w:t>
        <w:br/>
        <w:t>f 26468/27623/24260 26495/27649/24286 26494/27650/24287</w:t>
        <w:br/>
        <w:t>f 26434/27589/24226 26468/27623/24260 26494/27650/24287</w:t>
        <w:br/>
        <w:t>f 26433/27588/24225 26434/27589/24226 26494/27650/24287</w:t>
        <w:br/>
        <w:t>f 26498/27651/24288 26497/27652/24289 26496/27653/24290</w:t>
        <w:br/>
        <w:t>f 26499/27654/24291 26498/27651/24288 26496/27653/24290</w:t>
        <w:br/>
        <w:t>f 26503/27655/24292 26502/27656/24293 26501/27657/24294</w:t>
        <w:br/>
        <w:t>f 26500/27658/24295 26503/27655/24292 26501/27657/24294</w:t>
        <w:br/>
        <w:t>f 26418/27572/24212 26463/27618/24255 26446/27600/24237</w:t>
        <w:br/>
        <w:t>f 26412/27568/24208 26418/27572/24212 26446/27600/24237</w:t>
        <w:br/>
        <w:t>f 26506/27659/24296 26505/27660/24297 26504/27661/24298</w:t>
        <w:br/>
        <w:t>f 26507/27662/24299 26506/27659/24296 26504/27661/24298</w:t>
        <w:br/>
        <w:t>f 26508/27663/24300 26505/27660/24297 26506/27659/24296</w:t>
        <w:br/>
        <w:t>f 26509/27664/24301 26508/27663/24300 26506/27659/24296</w:t>
        <w:br/>
        <w:t>f 26511/27665/24302 26510/27666/24303 26508/27663/24300</w:t>
        <w:br/>
        <w:t>f 26509/27664/24301 26511/27665/24302 26508/27663/24300</w:t>
        <w:br/>
        <w:t>f 26510/27666/24303 26511/27665/24302 26513/27667/24304</w:t>
        <w:br/>
        <w:t>f 26512/27668/24305 26510/27666/24303 26513/27667/24304</w:t>
        <w:br/>
        <w:t>f 26514/27669/24306 26461/27616/24253 26512/27668/24305</w:t>
        <w:br/>
        <w:t>f 26513/27667/24304 26514/27669/24306 26512/27668/24305</w:t>
        <w:br/>
        <w:t>f 26515/27670/24307 26460/27617/24254 26461/27616/24253</w:t>
        <w:br/>
        <w:t>f 26514/27669/24306 26515/27670/24307 26461/27616/24253</w:t>
        <w:br/>
        <w:t>f 26432/27586/24223 25619/26771/23497 25715/26869/23595</w:t>
        <w:br/>
        <w:t>f 26516/27671/24308 26432/27586/24223 25715/26869/23595</w:t>
        <w:br/>
        <w:t>f 26466/27622/24259 26517/27672/24309 26482/27638/24275</w:t>
        <w:br/>
        <w:t>f 26459/27614/24251 26466/27622/24259 26482/27638/24275</w:t>
        <w:br/>
        <w:t>f 26450/27602/24239 26432/27586/24223 26516/27671/24308</w:t>
        <w:br/>
        <w:t>f 26515/27670/24307 26450/27602/24239 26516/27671/24308</w:t>
        <w:br/>
        <w:t>f 25639/26793/23519 26442/27597/24234 26503/27655/24292</w:t>
        <w:br/>
        <w:t>f 25718/26873/23599 25639/26793/23519 26503/27655/24292</w:t>
        <w:br/>
        <w:t>f 26502/27656/24293 26503/27655/24292 26442/27597/24234</w:t>
        <w:br/>
        <w:t>f 26478/27634/24271 26502/27656/24293 26442/27597/24234</w:t>
        <w:br/>
        <w:t>f 26484/27639/24276 26499/27654/24291 26471/27625/24262</w:t>
        <w:br/>
        <w:t>f 26472/27624/24261 26484/27639/24276 26471/27625/24262</w:t>
        <w:br/>
        <w:t>f 26519/27673/24310 26518/27674/24311 26443/27599/24236</w:t>
        <w:br/>
        <w:t>f 26444/27598/24235 26519/27673/24310 26443/27599/24236</w:t>
        <w:br/>
        <w:t>f 26521/27675/24312 26443/27599/24236 26518/27674/24311</w:t>
        <w:br/>
        <w:t>f 26520/27676/24288 26521/27675/24312 26518/27674/24311</w:t>
        <w:br/>
        <w:t>f 26524/27677/24313 26523/27678/24309 26522/27679/24314</w:t>
        <w:br/>
        <w:t>f 26525/27680/24315 26524/27677/24313 26522/27679/24314</w:t>
        <w:br/>
        <w:t>f 26529/27681/24316 26528/27682/24298 26527/27683/24317</w:t>
        <w:br/>
        <w:t>f 26526/27684/24259 26529/27681/24316 26527/27683/24317</w:t>
        <w:br/>
        <w:t>f 26408/27564/24206 26527/27683/24317 26528/27682/24298</w:t>
        <w:br/>
        <w:t>f 26530/27685/24297 26408/27564/24206 26528/27682/24298</w:t>
        <w:br/>
        <w:t>f 25718/26873/23599 26503/27655/24292 26500/27658/24295</w:t>
        <w:br/>
        <w:t>f 25733/26888/23524 25718/26873/23599 26500/27658/24295</w:t>
        <w:br/>
        <w:t>f 26392/27546/24193 26532/27686/24318 26531/27687/24319</w:t>
        <w:br/>
        <w:t>f 26391/27547/24192 26392/27546/24193 26531/27687/24319</w:t>
        <w:br/>
        <w:t>f 26535/27688/24320 26534/27689/24321 26533/27690/24319</w:t>
        <w:br/>
        <w:t>f 26536/27691/24322 26535/27688/24320 26533/27690/24319</w:t>
        <w:br/>
        <w:t>f 26540/27692/24323 26539/27693/24324 26538/27694/24195</w:t>
        <w:br/>
        <w:t>f 26537/27695/24325 26540/27692/24323 26538/27694/24195</w:t>
        <w:br/>
        <w:t>f 26543/27696/24326 26542/27697/24327 26541/27698/24328</w:t>
        <w:br/>
        <w:t>f 26544/27699/24329 26543/27696/24326 26541/27698/24328</w:t>
        <w:br/>
        <w:t>f 26547/27700/24330 26546/27701/24331 26545/27702/24332</w:t>
        <w:br/>
        <w:t>f 26548/27703/24333 26547/27700/24330 26545/27702/24332</w:t>
        <w:br/>
        <w:t>f 26551/27704/24334 26550/27705/24335 26549/27706/24336</w:t>
        <w:br/>
        <w:t>f 26552/27707/24337 26551/27704/24334 26549/27706/24336</w:t>
        <w:br/>
        <w:t>f 26556/27708/24338 26555/27709/24322 26554/27710/24339</w:t>
        <w:br/>
        <w:t>f 26553/27711/24340 26556/27708/24338 26554/27710/24339</w:t>
        <w:br/>
        <w:t>f 26560/27712/24341 26559/27713/24342 26558/27714/24343</w:t>
        <w:br/>
        <w:t>f 26557/27715/24344 26560/27712/24341 26558/27714/24343</w:t>
        <w:br/>
        <w:t>f 26563/27716/24345 26562/27717/24346 26561/27718/24346</w:t>
        <w:br/>
        <w:t>f 26564/27719/24345 26563/27716/24345 26561/27718/24346</w:t>
        <w:br/>
        <w:t>f 26568/27720/24347 26567/27721/24348 26566/27722/24349</w:t>
        <w:br/>
        <w:t>f 26565/27723/24347 26568/27720/24347 26566/27722/24349</w:t>
        <w:br/>
        <w:t>f 26570/27724/24350 26568/27720/24347 26565/27723/24347</w:t>
        <w:br/>
        <w:t>f 26569/27725/24351 26570/27724/24350 26565/27723/24347</w:t>
        <w:br/>
        <w:t>f 26574/27726/24352 26573/27727/24353 26572/27728/24354</w:t>
        <w:br/>
        <w:t>f 26571/27729/24355 26574/27726/24352 26572/27728/24354</w:t>
        <w:br/>
        <w:t>f 26578/27730/24356 26577/27731/24357 26576/27732/24358</w:t>
        <w:br/>
        <w:t>f 26575/27733/24359 26578/27730/24356 26576/27732/24358</w:t>
        <w:br/>
        <w:t>f 26532/27686/24318 26392/27546/24193 26386/27539/24186</w:t>
        <w:br/>
        <w:t>f 26579/27734/24360 26532/27686/24318 26386/27539/24186</w:t>
        <w:br/>
        <w:t>f 26553/27711/24340 26554/27710/24339 26580/27735/24361</w:t>
        <w:br/>
        <w:t>f 26581/27736/24362 26553/27711/24340 26580/27735/24361</w:t>
        <w:br/>
        <w:t>f 26583/27737/24363 26549/27706/24336 26582/27738/24364</w:t>
        <w:br/>
        <w:t>f 26584/27739/24365 26583/27737/24363 26582/27738/24364</w:t>
        <w:br/>
        <w:t>f 26549/27706/24336 26583/27737/24363 26552/27707/24337</w:t>
        <w:br/>
        <w:t>f 26587/27740/24366 26586/27741/24367 26585/27742/24368</w:t>
        <w:br/>
        <w:t>f 26588/27743/24369 26587/27740/24366 26585/27742/24368</w:t>
        <w:br/>
        <w:t>f 26591/27744/24370 26590/27745/24371 26589/27746/24372</w:t>
        <w:br/>
        <w:t>f 26592/27747/24373 26591/27744/24370 26589/27746/24372</w:t>
        <w:br/>
        <w:t>f 26596/27748/24374 26595/27749/24375 26594/27750/24376</w:t>
        <w:br/>
        <w:t>f 26593/27751/24377 26596/27748/24374 26594/27750/24376</w:t>
        <w:br/>
        <w:t>f 26598/27752/24378 26597/27753/24379 26593/27751/24377</w:t>
        <w:br/>
        <w:t>f 26594/27750/24376 26598/27752/24378 26593/27751/24377</w:t>
        <w:br/>
        <w:t>f 26601/27754/24380 26600/27755/24381 26599/27756/24382</w:t>
        <w:br/>
        <w:t>f 26602/27757/24383 26601/27754/24380 26599/27756/24382</w:t>
        <w:br/>
        <w:t>f 25806/26963/23679 26604/27758/24384 26603/27759/24385</w:t>
        <w:br/>
        <w:t>f 25809/26964/23680 25806/26963/23679 26603/27759/24385</w:t>
        <w:br/>
        <w:t>f 26607/27760/24386 26606/27761/24387 26605/27762/24388</w:t>
        <w:br/>
        <w:t>f 26611/27763/24389 26610/27764/24390 26609/27765/24391</w:t>
        <w:br/>
        <w:t>f 26608/27766/24392 26611/27763/24389 26609/27765/24391</w:t>
        <w:br/>
        <w:t>f 26615/27767/24393 26614/27768/24394 26613/27769/24395</w:t>
        <w:br/>
        <w:t>f 26612/27770/24393 26615/27767/24393 26613/27769/24395</w:t>
        <w:br/>
        <w:t>f 26618/27771/24396 26617/27772/24397 26616/27773/24397</w:t>
        <w:br/>
        <w:t>f 26619/27774/24398 26618/27771/24396 26616/27773/24397</w:t>
        <w:br/>
        <w:t>f 26622/27775/24399 26621/27776/24400 26620/27777/24401</w:t>
        <w:br/>
        <w:t>f 26623/27778/24402 26622/27775/24399 26620/27777/24401</w:t>
        <w:br/>
        <w:t>f 26625/27779/24403 26624/27780/24404 26621/27776/24400</w:t>
        <w:br/>
        <w:t>f 26622/27775/24399 26625/27779/24403 26621/27776/24400</w:t>
        <w:br/>
        <w:t>f 26593/27751/24377 26625/27779/24403 26626/27781/24405</w:t>
        <w:br/>
        <w:t>f 26596/27748/24374 26593/27751/24377 26626/27781/24405</w:t>
        <w:br/>
        <w:t>f 26629/27782/24406 26628/27783/24407 26622/27775/24399</w:t>
        <w:br/>
        <w:t>f 26627/27784/24406 26629/27782/24406 26622/27775/24399</w:t>
        <w:br/>
        <w:t>f 26633/27785/24408 26632/27786/24409 26631/27787/24409</w:t>
        <w:br/>
        <w:t>f 26630/27788/24408 26633/27785/24408 26631/27787/24409</w:t>
        <w:br/>
        <w:t>f 26636/27789/24410 26635/27790/24410 26634/27791/24411</w:t>
        <w:br/>
        <w:t>f 26639/27792/24412 26638/27793/24413 26637/27794/24414</w:t>
        <w:br/>
        <w:t>f 26640/27795/24415 26639/27792/24412 26637/27794/24414</w:t>
        <w:br/>
        <w:t>f 26640/27795/24415 26642/27796/24416 26641/27797/24417</w:t>
        <w:br/>
        <w:t>f 26639/27792/24412 26640/27795/24415 26641/27797/24417</w:t>
        <w:br/>
        <w:t>f 26645/27798/24418 26644/27799/24419 26643/27800/24420</w:t>
        <w:br/>
        <w:t>f 26646/27801/24421 26645/27798/24418 26643/27800/24420</w:t>
        <w:br/>
        <w:t>f 26648/27802/24422 26643/27800/24420 26644/27799/24419</w:t>
        <w:br/>
        <w:t>f 26647/27803/24423 26648/27802/24422 26644/27799/24419</w:t>
        <w:br/>
        <w:t>f 26652/27804/24424 26651/27805/24425 26650/27806/24426</w:t>
        <w:br/>
        <w:t>f 26649/27807/24427 26652/27804/24424 26650/27806/24426</w:t>
        <w:br/>
        <w:t>f 26655/27808/24428 26654/27809/24429 26653/27810/24430</w:t>
        <w:br/>
        <w:t>f 26658/27811/24431 26657/27812/24432 26656/27813/24433</w:t>
        <w:br/>
        <w:t>f 26659/27814/24434 26658/27811/24431 26656/27813/24433</w:t>
        <w:br/>
        <w:t>f 26663/27815/24435 26662/27816/24436 26661/27817/24437</w:t>
        <w:br/>
        <w:t>f 26660/27818/24438 26663/27815/24435 26661/27817/24437</w:t>
        <w:br/>
        <w:t>f 26660/27818/24438 26661/27817/24437 26664/27819/24439</w:t>
        <w:br/>
        <w:t>f 26665/27820/24440 26660/27818/24438 26664/27819/24439</w:t>
        <w:br/>
        <w:t>f 26669/27821/24441 26668/27822/24442 26667/27823/24443</w:t>
        <w:br/>
        <w:t>f 26666/27824/24441 26669/27821/24441 26667/27823/24443</w:t>
        <w:br/>
        <w:t>f 26672/27825/24444 26671/27826/24445 26670/27827/24446</w:t>
        <w:br/>
        <w:t>f 26675/27828/24447 26674/27829/24448 26673/27830/24449</w:t>
        <w:br/>
        <w:t>f 26676/27831/24450 26675/27828/24447 26673/27830/24449</w:t>
        <w:br/>
        <w:t>f 26668/27822/24442 26679/27832/24451 26678/27833/24452</w:t>
        <w:br/>
        <w:t>f 26677/27834/24453 26668/27822/24442 26678/27833/24452</w:t>
        <w:br/>
        <w:t>f 26660/27818/24438 26665/27820/24440 26681/27835/24454</w:t>
        <w:br/>
        <w:t>f 26680/27836/24455 26660/27818/24438 26681/27835/24454</w:t>
        <w:br/>
        <w:t>f 26672/27825/24444 26670/27827/24446 26682/27837/24456</w:t>
        <w:br/>
        <w:t>f 26686/27838/24457 26685/27839/24458 26684/27840/24459</w:t>
        <w:br/>
        <w:t>f 26683/27841/24460 26686/27838/24457 26684/27840/24459</w:t>
        <w:br/>
        <w:t>f 26689/27842/24461 26688/27843/24462 26687/27844/24463</w:t>
        <w:br/>
        <w:t>f 26690/27845/24464 26689/27842/24461 26687/27844/24463</w:t>
        <w:br/>
        <w:t>f 26693/27846/24465 26692/27847/24466 26691/27848/24467</w:t>
        <w:br/>
        <w:t>f 26697/27849/24468 26696/27850/24469 26695/27851/24470</w:t>
        <w:br/>
        <w:t>f 26694/27852/24471 26697/27849/24468 26695/27851/24470</w:t>
        <w:br/>
        <w:t>f 26700/27853/24472 26699/27854/24473 26698/27855/24387</w:t>
        <w:br/>
        <w:t>f 26703/27856/24474 26702/27857/24475 26701/27858/24476</w:t>
        <w:br/>
        <w:t>f 26704/27859/24477 26703/27856/24474 26701/27858/24476</w:t>
        <w:br/>
        <w:t>f 26707/27860/24478 26706/27861/24478 26705/27862/24479</w:t>
        <w:br/>
        <w:t>f 26708/27863/24480 26707/27860/24478 26705/27862/24479</w:t>
        <w:br/>
        <w:t>f 26712/27864/24481 26711/27865/24482 26710/27866/24483</w:t>
        <w:br/>
        <w:t>f 26709/27867/24483 26712/27864/24481 26710/27866/24483</w:t>
        <w:br/>
        <w:t>f 26711/27865/24482 26712/27864/24481 26714/27868/24484</w:t>
        <w:br/>
        <w:t>f 26713/27869/24485 26711/27865/24482 26714/27868/24484</w:t>
        <w:br/>
        <w:t>f 26718/27870/24486 26717/27871/24487 26716/27872/24488</w:t>
        <w:br/>
        <w:t>f 26715/27873/24489 26718/27870/24486 26716/27872/24488</w:t>
        <w:br/>
        <w:t>f 26722/27874/24490 26721/27875/24491 26720/27876/24492</w:t>
        <w:br/>
        <w:t>f 26719/27877/24493 26722/27874/24490 26720/27876/24492</w:t>
        <w:br/>
        <w:t>f 26723/27878/24494 26590/27745/24371 26591/27744/24370</w:t>
        <w:br/>
        <w:t>f 26724/27879/24495 26723/27878/24494 26591/27744/24370</w:t>
        <w:br/>
        <w:t>f 26721/27875/24491 26726/27880/24496 26725/27881/24497</w:t>
        <w:br/>
        <w:t>f 26720/27876/24492 26721/27875/24491 26725/27881/24497</w:t>
        <w:br/>
        <w:t>f 26729/27882/24498 26728/27883/24499 26727/27884/24500</w:t>
        <w:br/>
        <w:t>f 26730/27885/24501 26729/27882/24498 26727/27884/24500</w:t>
        <w:br/>
        <w:t>f 26733/27886/24502 26732/27887/24503 26731/27888/24504</w:t>
        <w:br/>
        <w:t>f 26734/27889/24505 26733/27886/24502 26731/27888/24504</w:t>
        <w:br/>
        <w:t>f 26737/27890/24506 26736/27891/24507 26735/27892/24508</w:t>
        <w:br/>
        <w:t>f 26738/27893/24509 26737/27890/24506 26735/27892/24508</w:t>
        <w:br/>
        <w:t>f 26740/27894/24510 26739/27895/24511 26738/27893/24509</w:t>
        <w:br/>
        <w:t>f 26741/27896/24512 26740/27894/24510 26738/27893/24509</w:t>
        <w:br/>
        <w:t>f 26740/27894/24510 26743/27897/24513 26742/27898/24514</w:t>
        <w:br/>
        <w:t>f 26739/27895/24511 26740/27894/24510 26742/27898/24514</w:t>
        <w:br/>
        <w:t>f 26739/27895/24511 26742/27898/24514 26744/27899/24515</w:t>
        <w:br/>
        <w:t>f 26745/27900/24516 26739/27895/24511 26744/27899/24515</w:t>
        <w:br/>
        <w:t>f 26748/27901/24517 26747/27902/24518 26746/27903/24519</w:t>
        <w:br/>
        <w:t>f 26749/27904/24520 26748/27901/24517 26746/27903/24519</w:t>
        <w:br/>
        <w:t>f 26753/27905/24521 26752/27906/24522 26751/27907/24523</w:t>
        <w:br/>
        <w:t>f 26750/27908/24524 26753/27905/24521 26751/27907/24523</w:t>
        <w:br/>
        <w:t>f 26757/27909/24525 26756/27910/24526 26755/27911/24527</w:t>
        <w:br/>
        <w:t>f 26754/27912/24528 26757/27909/24525 26755/27911/24527</w:t>
        <w:br/>
        <w:t>f 26758/27913/24529 26755/27911/24527 26756/27910/24526</w:t>
        <w:br/>
        <w:t>f 26759/27914/24530 26758/27913/24529 26756/27910/24526</w:t>
        <w:br/>
        <w:t>f 26763/27915/24531 26762/27916/24532 26761/27917/24533</w:t>
        <w:br/>
        <w:t>f 26760/27918/24534 26763/27915/24531 26761/27917/24533</w:t>
        <w:br/>
        <w:t>f 26763/27915/24531 26766/27919/24535 26765/27920/24536</w:t>
        <w:br/>
        <w:t>f 26764/27921/24537 26763/27915/24531 26765/27920/24536</w:t>
        <w:br/>
        <w:t>f 26770/27922/24538 26769/27923/24539 26768/27924/24540</w:t>
        <w:br/>
        <w:t>f 26767/27925/24541 26770/27922/24538 26768/27924/24540</w:t>
        <w:br/>
        <w:t>f 26769/27923/24539 26772/27926/24542 26771/27927/24543</w:t>
        <w:br/>
        <w:t>f 26768/27924/24540 26769/27923/24539 26771/27927/24543</w:t>
        <w:br/>
        <w:t>f 26775/27928/24544 26766/27919/24535 26774/27929/24545</w:t>
        <w:br/>
        <w:t>f 26773/27930/24544 26775/27928/24544 26774/27929/24545</w:t>
        <w:br/>
        <w:t>f 26779/27931/24546 26778/27932/24547 26777/27933/24547</w:t>
        <w:br/>
        <w:t>f 26776/27934/24546 26779/27931/24546 26777/27933/24547</w:t>
        <w:br/>
        <w:t>f 26781/27935/24548 26780/27936/24549 26767/27925/24541</w:t>
        <w:br/>
        <w:t>f 26768/27924/24540 26781/27935/24548 26767/27925/24541</w:t>
        <w:br/>
        <w:t>f 26784/27937/24550 26783/27938/24551 26782/27939/24552</w:t>
        <w:br/>
        <w:t>f 26785/27940/24553 26784/27937/24550 26782/27939/24552</w:t>
        <w:br/>
        <w:t>f 26768/27924/24540 26771/27927/24543 26782/27939/24552</w:t>
        <w:br/>
        <w:t>f 26786/27941/24554 26784/27937/24550 26785/27940/24553</w:t>
        <w:br/>
        <w:t>f 26789/27942/24555 26788/27943/24556 26787/27944/24557</w:t>
        <w:br/>
        <w:t>f 26790/27945/24555 26789/27942/24555 26787/27944/24557</w:t>
        <w:br/>
        <w:t>f 26794/27946/24558 26793/27947/24558 26792/27948/24559</w:t>
        <w:br/>
        <w:t>f 26791/27949/24560 26794/27946/24558 26792/27948/24559</w:t>
        <w:br/>
        <w:t>f 26797/27950/24561 26796/27951/24562 26795/27952/24562</w:t>
        <w:br/>
        <w:t>f 26801/27953/24563 26800/27954/24564 26799/27955/24565</w:t>
        <w:br/>
        <w:t>f 26798/27956/24566 26801/27953/24563 26799/27955/24565</w:t>
        <w:br/>
        <w:t>f 26804/27957/24567 26803/27958/24568 26802/27959/24569</w:t>
        <w:br/>
        <w:t>f 26799/27955/24565 26804/27957/24567 26802/27959/24569</w:t>
        <w:br/>
        <w:t>f 26804/27957/24567 26806/27960/24570 26805/27961/24571</w:t>
        <w:br/>
        <w:t>f 26803/27958/24568 26804/27957/24567 26805/27961/24571</w:t>
        <w:br/>
        <w:t>f 26808/27962/24572 26807/27963/24573 26806/27960/24570</w:t>
        <w:br/>
        <w:t>f 26804/27957/24567 26808/27962/24572 26806/27960/24570</w:t>
        <w:br/>
        <w:t>f 26807/27963/24573 26809/27964/24574 26806/27960/24570</w:t>
        <w:br/>
        <w:t>f 26809/27964/24574 26805/27961/24571 26806/27960/24570</w:t>
        <w:br/>
        <w:t>f 26811/27965/24575 26810/27966/24576 26751/27907/24523</w:t>
        <w:br/>
        <w:t>f 26752/27906/24522 26811/27965/24575 26751/27907/24523</w:t>
        <w:br/>
        <w:t>f 26748/27901/24517 26749/27904/24520 26812/27967/24577</w:t>
        <w:br/>
        <w:t>f 26813/27968/24578 26748/27901/24517 26812/27967/24577</w:t>
        <w:br/>
        <w:t>f 26816/27969/24579 26815/27970/24415 26814/27971/24580</w:t>
        <w:br/>
        <w:t>f 26817/27972/24581 26816/27969/24579 26814/27971/24580</w:t>
        <w:br/>
        <w:t>f 26815/27970/24415 26816/27969/24579 26818/27973/24582</w:t>
        <w:br/>
        <w:t>f 26819/27974/24583 26815/27970/24415 26818/27973/24582</w:t>
        <w:br/>
        <w:t>f 26822/27975/24584 26821/27976/24419 26820/27977/24418</w:t>
        <w:br/>
        <w:t>f 26823/27978/24585 26822/27975/24584 26820/27977/24418</w:t>
        <w:br/>
        <w:t>f 26826/27979/24586 26825/27980/24587 26824/27981/24588</w:t>
        <w:br/>
        <w:t>f 26827/27982/24589 26826/27979/24586 26824/27981/24588</w:t>
        <w:br/>
        <w:t>f 26831/27983/24426 26830/27984/24590 26829/27985/24591</w:t>
        <w:br/>
        <w:t>f 26828/27986/24592 26831/27983/24426 26829/27985/24591</w:t>
        <w:br/>
        <w:t>f 26834/27987/24593 26833/27988/24594 26832/27989/24595</w:t>
        <w:br/>
        <w:t>f 26835/27990/24595 26834/27987/24593 26832/27989/24595</w:t>
        <w:br/>
        <w:t>f 26838/27991/24596 26837/27992/24596 26836/27993/24597</w:t>
        <w:br/>
        <w:t>f 26839/27994/24597 26838/27991/24596 26836/27993/24597</w:t>
        <w:br/>
        <w:t>f 26841/27995/24598 26840/27996/24598 26837/27992/24596</w:t>
        <w:br/>
        <w:t>f 26838/27991/24596 26841/27995/24598 26837/27992/24596</w:t>
        <w:br/>
        <w:t>f 26845/27997/24599 26844/27998/24600 26843/27999/24600</w:t>
        <w:br/>
        <w:t>f 26842/28000/24601 26845/27997/24599 26843/27999/24600</w:t>
        <w:br/>
        <w:t>f 26848/28001/24602 26847/28002/24603 26846/28003/24604</w:t>
        <w:br/>
        <w:t>f 26849/28004/24602 26848/28001/24602 26846/28003/24604</w:t>
        <w:br/>
        <w:t>f 26852/28005/24605 26851/28006/24606 26850/28007/24607</w:t>
        <w:br/>
        <w:t>f 26855/28008/24608 26854/28009/24609 26853/28010/24610</w:t>
        <w:br/>
        <w:t>f 26856/28011/24611 26855/28008/24608 26853/28010/24610</w:t>
        <w:br/>
        <w:t>f 26859/28012/24612 26858/28013/24612 26857/28014/24613</w:t>
        <w:br/>
        <w:t>f 26860/28015/24614 26859/28012/24612 26857/28014/24613</w:t>
        <w:br/>
        <w:t>f 26864/28016/24615 26863/28017/24615 26862/28018/24616</w:t>
        <w:br/>
        <w:t>f 26861/28019/24616 26864/28016/24615 26862/28018/24616</w:t>
        <w:br/>
        <w:t>f 26866/28020/24617 26865/28021/24617 26863/28017/24615</w:t>
        <w:br/>
        <w:t>f 26864/28016/24615 26866/28020/24617 26863/28017/24615</w:t>
        <w:br/>
        <w:t>f 26869/28022/24618 26868/28023/24619 26867/28024/24620</w:t>
        <w:br/>
        <w:t>f 26873/28025/24621 26872/28026/24622 26871/28027/24623</w:t>
        <w:br/>
        <w:t>f 26870/28028/24624 26873/28025/24621 26871/28027/24623</w:t>
        <w:br/>
        <w:t>f 26876/28029/24625 26875/28030/24625 26874/28031/24626</w:t>
        <w:br/>
        <w:t>f 26877/28032/24626 26876/28029/24625 26874/28031/24626</w:t>
        <w:br/>
        <w:t>f 26881/28033/24627 26880/28034/24628 26879/28035/24629</w:t>
        <w:br/>
        <w:t>f 26878/28036/24630 26881/28033/24627 26879/28035/24629</w:t>
        <w:br/>
        <w:t>f 26885/28037/24631 26884/28038/24631 26883/28039/24632</w:t>
        <w:br/>
        <w:t>f 26882/28040/24632 26885/28037/24631 26883/28039/24632</w:t>
        <w:br/>
        <w:t>f 26887/28041/24633 26882/28040/24632 26883/28039/24632</w:t>
        <w:br/>
        <w:t>f 26886/28042/24634 26887/28041/24633 26883/28039/24632</w:t>
        <w:br/>
        <w:t>f 26886/28042/24634 26888/28043/24635 26887/28041/24633</w:t>
        <w:br/>
        <w:t>f 26892/28044/24636 26891/28045/24636 26890/28046/24637</w:t>
        <w:br/>
        <w:t>f 26889/28047/24637 26892/28044/24636 26890/28046/24637</w:t>
        <w:br/>
        <w:t>f 26892/28044/24636 26893/28048/24638 26891/28045/24636</w:t>
        <w:br/>
        <w:t>f 26895/28049/24639 26894/28050/24639 26889/28047/24637</w:t>
        <w:br/>
        <w:t>f 26890/28046/24637 26895/28049/24639 26889/28047/24637</w:t>
        <w:br/>
        <w:t>f 26899/28051/24640 26898/28052/24640 26897/28053/24641</w:t>
        <w:br/>
        <w:t>f 26896/28054/24642 26899/28051/24640 26897/28053/24641</w:t>
        <w:br/>
        <w:t>f 26902/28055/24643 26901/28056/24643 26879/28035/24629</w:t>
        <w:br/>
        <w:t>f 26900/28057/24644 26902/28055/24643 26879/28035/24629</w:t>
        <w:br/>
        <w:t>f 26905/28058/24645 26904/28059/24646 26903/28060/24647</w:t>
        <w:br/>
        <w:t>f 26906/28061/24648 26905/28058/24645 26903/28060/24647</w:t>
        <w:br/>
        <w:t>f 26909/28062/24649 26908/28063/24650 26907/28064/24650</w:t>
        <w:br/>
        <w:t>f 26910/28065/24649 26909/28062/24649 26907/28064/24650</w:t>
        <w:br/>
        <w:t>f 26914/28066/24651 26913/28067/24652 26912/28068/24653</w:t>
        <w:br/>
        <w:t>f 26911/28069/24654 26914/28066/24651 26912/28068/24653</w:t>
        <w:br/>
        <w:t>f 26911/28069/24654 26916/28070/24655 26915/28071/24656</w:t>
        <w:br/>
        <w:t>f 26914/28066/24651 26911/28069/24654 26915/28071/24656</w:t>
        <w:br/>
        <w:t>f 26917/28072/24657 26915/28071/24656 26916/28070/24655</w:t>
        <w:br/>
        <w:t>f 26918/28073/24657 26917/28072/24657 26916/28070/24655</w:t>
        <w:br/>
        <w:t>f 26920/28074/24658 26919/28075/24658 26901/28056/24643</w:t>
        <w:br/>
        <w:t>f 26902/28055/24643 26920/28074/24658 26901/28056/24643</w:t>
        <w:br/>
        <w:t>f 26923/28076/24659 26922/28077/24659 26921/28078/24660</w:t>
        <w:br/>
        <w:t>f 26924/28079/24660 26923/28076/24659 26921/28078/24660</w:t>
        <w:br/>
        <w:t>f 26925/28080/24661 26924/28079/24660 26921/28078/24660</w:t>
        <w:br/>
        <w:t>f 26928/28081/24662 26927/28082/24663 26926/28083/24662</w:t>
        <w:br/>
        <w:t>f 26930/28084/24664 26928/28081/24662 26926/28083/24662</w:t>
        <w:br/>
        <w:t>f 26929/28085/24665 26930/28084/24664 26926/28083/24662</w:t>
        <w:br/>
        <w:t>f 26934/28086/24666 26933/28087/24667 26932/28088/24668</w:t>
        <w:br/>
        <w:t>f 26931/28089/24669 26934/28086/24666 26932/28088/24668</w:t>
        <w:br/>
        <w:t>f 26937/28090/24670 26936/28091/24671 26935/28092/24672</w:t>
        <w:br/>
        <w:t>f 26932/28088/24668 26937/28090/24670 26935/28092/24672</w:t>
        <w:br/>
        <w:t>f 26941/28093/24673 26940/28094/24674 26939/28095/24675</w:t>
        <w:br/>
        <w:t>f 26938/28096/24676 26941/28093/24673 26939/28095/24675</w:t>
        <w:br/>
        <w:t>f 26944/28097/24677 26943/28098/24678 26942/28099/24679</w:t>
        <w:br/>
        <w:t>f 26945/28100/24680 26944/28097/24677 26942/28099/24679</w:t>
        <w:br/>
        <w:t>f 26736/27891/24507 26737/27890/24506 26946/28101/24681</w:t>
        <w:br/>
        <w:t>f 26754/27912/24528 26755/27911/24527 26948/28102/24682</w:t>
        <w:br/>
        <w:t>f 26947/28103/24683 26754/27912/24528 26948/28102/24682</w:t>
        <w:br/>
        <w:t>f 26949/28104/24684 26948/28102/24682 26755/27911/24527</w:t>
        <w:br/>
        <w:t>f 26758/27913/24529 26949/28104/24684 26755/27911/24527</w:t>
        <w:br/>
        <w:t>f 26945/28100/24680 26950/28105/24497 26828/27986/24592</w:t>
        <w:br/>
        <w:t>f 26829/27985/24591 26945/28100/24680 26828/27986/24592</w:t>
        <w:br/>
        <w:t>f 26954/28106/24685 26953/28107/24686 26952/28108/24687</w:t>
        <w:br/>
        <w:t>f 26951/28109/24685 26954/28106/24685 26952/28108/24687</w:t>
        <w:br/>
        <w:t>f 26904/28059/24646 26956/28110/24688 26955/28111/24689</w:t>
        <w:br/>
        <w:t>f 26903/28060/24647 26904/28059/24646 26955/28111/24689</w:t>
        <w:br/>
        <w:t>f 26931/28089/24669 26958/28112/24690 26957/28113/24691</w:t>
        <w:br/>
        <w:t>f 26934/28086/24666 26931/28089/24669 26957/28113/24691</w:t>
        <w:br/>
        <w:t>f 26959/28114/24692 26761/27917/24533 26762/27916/24532</w:t>
        <w:br/>
        <w:t>f 26960/28115/24693 26959/28114/24692 26762/27916/24532</w:t>
        <w:br/>
        <w:t>f 26962/28116/24694 26961/28117/24695 26938/28096/24676</w:t>
        <w:br/>
        <w:t>f 26939/28095/24675 26962/28116/24694 26938/28096/24676</w:t>
        <w:br/>
        <w:t>f 26966/28118/24696 26965/28119/24697 26964/28120/24698</w:t>
        <w:br/>
        <w:t>f 26963/28121/24699 26966/28118/24696 26964/28120/24698</w:t>
        <w:br/>
        <w:t>f 26969/28122/24700 26968/28123/24701 26967/28124/24702</w:t>
        <w:br/>
        <w:t>f 26970/28125/24703 26969/28122/24700 26967/28124/24702</w:t>
        <w:br/>
        <w:t>f 26967/28124/24702 26964/28120/24698 26971/28126/24704</w:t>
        <w:br/>
        <w:t>f 26972/28127/24705 26967/28124/24702 26971/28126/24704</w:t>
        <w:br/>
        <w:t>f 26974/28128/24706 26973/28129/24707 26965/28119/24697</w:t>
        <w:br/>
        <w:t>f 26975/28130/24708 26969/28122/24700 26970/28125/24703</w:t>
        <w:br/>
        <w:t>f 26976/28131/24709 26975/28130/24708 26970/28125/24703</w:t>
        <w:br/>
        <w:t>f 26977/28132/24710 26975/28130/24708 26976/28131/24709</w:t>
        <w:br/>
        <w:t>f 26978/28133/24711 26977/28132/24710 26976/28131/24709</w:t>
        <w:br/>
        <w:t>f 26982/28134/24712 26981/28135/24713 26980/28136/24714</w:t>
        <w:br/>
        <w:t>f 26979/28137/24715 26982/28134/24712 26980/28136/24714</w:t>
        <w:br/>
        <w:t>f 26984/28138/24716 26983/28139/24717 26976/28131/24709</w:t>
        <w:br/>
        <w:t>f 26970/28125/24703 26984/28138/24716 26976/28131/24709</w:t>
        <w:br/>
        <w:t>f 26983/28139/24717 26985/28140/24718 26978/28133/24711</w:t>
        <w:br/>
        <w:t>f 26976/28131/24709 26983/28139/24717 26978/28133/24711</w:t>
        <w:br/>
        <w:t>f 26989/28141/24719 26988/28142/24720 26987/28143/24721</w:t>
        <w:br/>
        <w:t>f 26986/28144/24722 26989/28141/24719 26987/28143/24721</w:t>
        <w:br/>
        <w:t>f 26985/28140/24718 26990/28145/24723 26981/28135/24713</w:t>
        <w:br/>
        <w:t>f 26978/28133/24711 26985/28140/24718 26981/28135/24713</w:t>
        <w:br/>
        <w:t>f 26992/28146/24724 26548/27703/24333 26545/27702/24332</w:t>
        <w:br/>
        <w:t>f 26991/28147/24725 26992/28146/24724 26545/27702/24332</w:t>
        <w:br/>
        <w:t>f 26544/27699/24329 26541/27698/24328 26993/28148/24726</w:t>
        <w:br/>
        <w:t>f 26994/28149/24727 26544/27699/24329 26993/28148/24726</w:t>
        <w:br/>
        <w:t>f 26541/27698/24328 26584/27739/24365 26995/28150/24728</w:t>
        <w:br/>
        <w:t>f 26993/28148/24726 26541/27698/24328 26995/28150/24728</w:t>
        <w:br/>
        <w:t>f 26996/28151/24729 26582/27738/24364 26581/27736/24362</w:t>
        <w:br/>
        <w:t>f 26997/28152/24681 26996/28151/24729 26581/27736/24362</w:t>
        <w:br/>
        <w:t>f 26990/28145/24723 26985/28140/24718 26999/28153/24730</w:t>
        <w:br/>
        <w:t>f 26998/28154/24731 26990/28145/24723 26999/28153/24730</w:t>
        <w:br/>
        <w:t>f 27000/28155/24732 26999/28153/24730 26985/28140/24718</w:t>
        <w:br/>
        <w:t>f 26983/28139/24717 27000/28155/24732 26985/28140/24718</w:t>
        <w:br/>
        <w:t>f 27002/28156/24733 27000/28155/24732 26983/28139/24717</w:t>
        <w:br/>
        <w:t>f 27001/28157/24733 27002/28156/24733 26983/28139/24717</w:t>
        <w:br/>
        <w:t>f 27002/28156/24733 27001/28157/24733 27003/28158/24734</w:t>
        <w:br/>
        <w:t>f 27007/28159/24735 27006/28160/24736 27005/28161/24737</w:t>
        <w:br/>
        <w:t>f 27004/28162/24738 27007/28159/24735 27005/28161/24737</w:t>
        <w:br/>
        <w:t>f 27009/28163/24739 27008/28164/24740 27004/28162/24738</w:t>
        <w:br/>
        <w:t>f 27005/28161/24737 27009/28163/24739 27004/28162/24738</w:t>
        <w:br/>
        <w:t>f 27011/28165/24741 27010/28166/24742 27008/28164/24740</w:t>
        <w:br/>
        <w:t>f 27009/28163/24739 27011/28165/24741 27008/28164/24740</w:t>
        <w:br/>
        <w:t>f 27014/28167/24743 27013/28168/24744 27012/28169/24745</w:t>
        <w:br/>
        <w:t>f 27015/28170/24746 27014/28167/24743 27012/28169/24745</w:t>
        <w:br/>
        <w:t>f 27017/28171/24747 27012/28169/24745 27013/28168/24744</w:t>
        <w:br/>
        <w:t>f 27016/28172/24748 27017/28171/24747 27013/28168/24744</w:t>
        <w:br/>
        <w:t>f 27021/28173/24749 27020/28174/24750 27019/28175/24751</w:t>
        <w:br/>
        <w:t>f 27018/28176/24752 27021/28173/24749 27019/28175/24751</w:t>
        <w:br/>
        <w:t>f 26558/27714/24343 27023/28177/24753 27022/28178/24754</w:t>
        <w:br/>
        <w:t>f 26557/27715/24344 26558/27714/24343 27022/28178/24754</w:t>
        <w:br/>
        <w:t>f 27027/28179/24755 27026/28180/24756 27025/28181/24757</w:t>
        <w:br/>
        <w:t>f 27024/28182/24758 27027/28179/24755 27025/28181/24757</w:t>
        <w:br/>
        <w:t>f 27029/28183/24759 27028/28184/24760 27026/28180/24756</w:t>
        <w:br/>
        <w:t>f 27027/28179/24755 27029/28183/24759 27026/28180/24756</w:t>
        <w:br/>
        <w:t>f 27033/28185/24761 27032/28186/24762 27031/28187/24763</w:t>
        <w:br/>
        <w:t>f 27030/28188/24764 27033/28185/24761 27031/28187/24763</w:t>
        <w:br/>
        <w:t>f 27035/28189/24765 27034/28190/24766 27005/28161/24737</w:t>
        <w:br/>
        <w:t>f 27006/28160/24736 27035/28189/24765 27005/28161/24737</w:t>
        <w:br/>
        <w:t>f 27034/28190/24766 27036/28191/24767 27005/28161/24737</w:t>
        <w:br/>
        <w:t>f 27009/28163/24739 27005/28161/24737 27036/28191/24767</w:t>
        <w:br/>
        <w:t>f 27009/28163/24739 27036/28191/24767 27037/28192/24768</w:t>
        <w:br/>
        <w:t>f 27011/28165/24741 27009/28163/24739 27037/28192/24768</w:t>
        <w:br/>
        <w:t>f 27011/28165/24741 27037/28192/24768 27038/28193/24769</w:t>
        <w:br/>
        <w:t>f 27014/28167/24743 27011/28165/24741 27038/28193/24769</w:t>
        <w:br/>
        <w:t>f 27013/28168/24744 27041/28194/24770 27040/28195/24771</w:t>
        <w:br/>
        <w:t>f 27039/28196/24772 27013/28168/24744 27040/28195/24771</w:t>
        <w:br/>
        <w:t>f 27035/28189/24765 27043/28197/24773 27042/28198/24774</w:t>
        <w:br/>
        <w:t>f 27034/28190/24766 27035/28189/24765 27042/28198/24774</w:t>
        <w:br/>
        <w:t>f 27034/28190/24766 27042/28198/24774 27044/28199/24775</w:t>
        <w:br/>
        <w:t>f 27045/28200/24776 27034/28190/24766 27044/28199/24775</w:t>
        <w:br/>
        <w:t>f 27047/28201/24777 27046/28202/24777 27045/28200/24776</w:t>
        <w:br/>
        <w:t>f 27044/28199/24775 27047/28201/24777 27045/28200/24776</w:t>
        <w:br/>
        <w:t>f 27046/28202/24777 27047/28201/24777 27048/28203/24778</w:t>
        <w:br/>
        <w:t>f 27051/28204/24779 27050/28205/24780 27049/28206/24781</w:t>
        <w:br/>
        <w:t>f 27053/28207/24782 27051/28204/24779 27049/28206/24781</w:t>
        <w:br/>
        <w:t>f 27052/28208/24782 27053/28207/24782 27049/28206/24781</w:t>
        <w:br/>
        <w:t>f 27052/28208/24782 27054/28209/24783 27053/28207/24782</w:t>
        <w:br/>
        <w:t>f 27055/28210/24784 26573/27727/24353 26574/27726/24352</w:t>
        <w:br/>
        <w:t>f 27056/28211/24785 27055/28210/24784 26574/27726/24352</w:t>
        <w:br/>
        <w:t>f 27058/28212/24786 26572/27728/24354 26573/27727/24353</w:t>
        <w:br/>
        <w:t>f 27057/28213/24787 27058/28212/24786 26573/27727/24353</w:t>
        <w:br/>
        <w:t>f 27059/28214/24788 26577/27731/24357 26578/27730/24356</w:t>
        <w:br/>
        <w:t>f 27060/28215/24789 27059/28214/24788 26578/27730/24356</w:t>
        <w:br/>
        <w:t>f 27061/28216/24790 26578/27730/24356 26575/27733/24359</w:t>
        <w:br/>
        <w:t>f 27062/28217/24791 27061/28216/24790 26575/27733/24359</w:t>
        <w:br/>
        <w:t>f 27063/28218/24792 27057/28213/24787 26573/27727/24353</w:t>
        <w:br/>
        <w:t>f 27055/28210/24784 27063/28218/24792 26573/27727/24353</w:t>
        <w:br/>
        <w:t>f 27066/28219/24793 27061/28216/24790 27065/28220/24794</w:t>
        <w:br/>
        <w:t>f 27064/28221/24795 27066/28219/24793 27065/28220/24794</w:t>
        <w:br/>
        <w:t>f 27068/28222/24796 27067/28223/24797 26988/28142/24720</w:t>
        <w:br/>
        <w:t>f 26980/28136/24714 27068/28222/24796 26988/28142/24720</w:t>
        <w:br/>
        <w:t>f 27072/28224/24798 27071/28225/24799 27070/28226/24800</w:t>
        <w:br/>
        <w:t>f 27069/28227/24801 27072/28224/24798 27070/28226/24800</w:t>
        <w:br/>
        <w:t>f 27075/28228/24802 27074/28229/24803 27073/28230/24804</w:t>
        <w:br/>
        <w:t>f 26764/27921/24537 27075/28228/24802 27073/28230/24804</w:t>
        <w:br/>
        <w:t>f 26958/28112/24690 26960/28115/24693 26762/27916/24532</w:t>
        <w:br/>
        <w:t>f 27073/28230/24804 26958/28112/24690 26762/27916/24532</w:t>
        <w:br/>
        <w:t>f 26934/28086/24666 26957/28113/24691 27076/28231/24805</w:t>
        <w:br/>
        <w:t>f 27079/28232/24806 27078/28233/24807 26735/27892/24508</w:t>
        <w:br/>
        <w:t>f 27077/28234/24808 27079/28232/24806 26735/27892/24508</w:t>
        <w:br/>
        <w:t>f 27081/28235/24809 26637/27794/24414 26638/27793/24413</w:t>
        <w:br/>
        <w:t>f 27080/28236/24219 27081/28235/24809 26638/27793/24413</w:t>
        <w:br/>
        <w:t>f 27083/28237/24810 26430/27585/24222 27082/28238/24811</w:t>
        <w:br/>
        <w:t>f 27077/28234/24808 27083/28237/24810 27082/28238/24811</w:t>
        <w:br/>
        <w:t>f 27086/28239/24219 27085/28240/24195 27084/28241/24324</w:t>
        <w:br/>
        <w:t>f 27087/28242/24812 27086/28239/24219 27084/28241/24324</w:t>
        <w:br/>
        <w:t>f 26579/27734/24360 26386/27539/24186 26430/27585/24222</w:t>
        <w:br/>
        <w:t>f 27083/28237/24810 26579/27734/24360 26430/27585/24222</w:t>
        <w:br/>
        <w:t>f 27089/28243/24813 27088/28244/24814 26683/27841/24460</w:t>
        <w:br/>
        <w:t>f 26687/27844/24463 27089/28243/24813 26683/27841/24460</w:t>
        <w:br/>
        <w:t>f 26686/27838/24457 26683/27841/24460 27088/28244/24814</w:t>
        <w:br/>
        <w:t>f 27090/28245/24815 26686/27838/24457 27088/28244/24814</w:t>
        <w:br/>
        <w:t>f 27093/28246/24816 27092/28247/24817 27091/28248/24818</w:t>
        <w:br/>
        <w:t>f 26695/27851/24470 27093/28246/24816 27091/28248/24818</w:t>
        <w:br/>
        <w:t>f 26659/27814/24434 27091/28248/24818 27092/28247/24817</w:t>
        <w:br/>
        <w:t>f 27094/28249/24819 26659/27814/24434 27092/28247/24817</w:t>
        <w:br/>
        <w:t>f 27097/28250/24820 27096/28251/24821 26658/27811/24431</w:t>
        <w:br/>
        <w:t>f 27095/28252/24822 27097/28250/24820 26658/27811/24431</w:t>
        <w:br/>
        <w:t>f 26653/27810/24430 27099/28253/24823 27098/28254/24824</w:t>
        <w:br/>
        <w:t>f 26655/27808/24428 26653/27810/24430 27098/28254/24824</w:t>
        <w:br/>
        <w:t>f 26733/27886/24502 27101/28255/24825 27100/28256/24826</w:t>
        <w:br/>
        <w:t>f 26732/27887/24503 26733/27886/24502 27100/28256/24826</w:t>
        <w:br/>
        <w:t>f 26732/27887/24503 27100/28256/24826 27102/28257/24827</w:t>
        <w:br/>
        <w:t>f 26722/27874/24490 26732/27887/24503 27102/28257/24827</w:t>
        <w:br/>
        <w:t>f 27104/28258/24828 26652/27804/24424 26726/27880/24496</w:t>
        <w:br/>
        <w:t>f 27103/28259/24829 27104/28258/24828 26726/27880/24496</w:t>
        <w:br/>
        <w:t>f 27107/28260/24830 27106/28261/24831 26651/27805/24425</w:t>
        <w:br/>
        <w:t>f 27105/28262/24832 27107/28260/24830 26651/27805/24425</w:t>
        <w:br/>
        <w:t>f 27106/28261/24831 27107/28260/24830 27108/28263/24833</w:t>
        <w:br/>
        <w:t>f 26648/27802/24422 27106/28261/24831 27108/28263/24833</w:t>
        <w:br/>
        <w:t>f 26646/27801/24421 27110/28264/24834 27109/28265/24835</w:t>
        <w:br/>
        <w:t>f 26641/27797/24417 26646/27801/24421 27109/28265/24835</w:t>
        <w:br/>
        <w:t>f 27109/28265/24835 26639/27792/24412 26641/27797/24417</w:t>
        <w:br/>
        <w:t>f 27112/28266/24836 26639/27792/24412 27109/28265/24835</w:t>
        <w:br/>
        <w:t>f 27112/28266/24836 27111/28267/24837 26639/27792/24412</w:t>
        <w:br/>
        <w:t>f 26320/27475/24128 26638/27793/24413 26639/27792/24412</w:t>
        <w:br/>
        <w:t>f 27111/28267/24837 26320/27475/24128 26639/27792/24412</w:t>
        <w:br/>
        <w:t>f 27114/28268/24838 26729/27882/24498 27113/28269/24839</w:t>
        <w:br/>
        <w:t>f 27115/28270/24840 27114/28268/24838 27113/28269/24839</w:t>
        <w:br/>
        <w:t>f 27116/28271/24841 26936/28091/24671 26715/27873/24489</w:t>
        <w:br/>
        <w:t>f 26716/27872/24488 27116/28271/24841 26715/27873/24489</w:t>
        <w:br/>
        <w:t>f 26949/28104/24684 26758/27913/24529 26590/27745/24371</w:t>
        <w:br/>
        <w:t>f 26723/27878/24494 26949/28104/24684 26590/27745/24371</w:t>
        <w:br/>
        <w:t>f 26759/27914/24530 27118/28272/24842 27117/28273/24843</w:t>
        <w:br/>
        <w:t>f 26589/27746/24372 26759/27914/24530 27117/28273/24843</w:t>
        <w:br/>
        <w:t>f 26587/27740/24366 26588/27743/24369 26810/27966/24576</w:t>
        <w:br/>
        <w:t>f 26811/27965/24575 26587/27740/24366 26810/27966/24576</w:t>
        <w:br/>
        <w:t>f 26600/27755/24381 26587/27740/24366 26811/27965/24575</w:t>
        <w:br/>
        <w:t>f 26813/27968/24578 26600/27755/24381 26811/27965/24575</w:t>
        <w:br/>
        <w:t>f 26604/27758/24384 26599/27756/24382 26812/27967/24577</w:t>
        <w:br/>
        <w:t>f 26743/27897/24513 26604/27758/24384 26812/27967/24577</w:t>
        <w:br/>
        <w:t>f 27119/28274/24844 26603/27759/24385 26740/27894/24510</w:t>
        <w:br/>
        <w:t>f 26741/27896/24512 27119/28274/24844 26740/27894/24510</w:t>
        <w:br/>
        <w:t>f 26693/27846/24465 27120/28275/24845 26692/27847/24466</w:t>
        <w:br/>
        <w:t>f 27123/28276/24656 27122/28277/24516 27121/28278/24846</w:t>
        <w:br/>
        <w:t>f 27124/28279/24847 27123/28276/24656 27121/28278/24846</w:t>
        <w:br/>
        <w:t>f 27128/28280/24759 27127/28281/24848 27126/28282/24849</w:t>
        <w:br/>
        <w:t>f 27125/28283/24762 27128/28280/24759 27126/28282/24849</w:t>
        <w:br/>
        <w:t>f 27119/28274/24844 27078/28233/24807 26338/27492/24142</w:t>
        <w:br/>
        <w:t>f 26337/27493/24143 27119/28274/24844 26338/27492/24142</w:t>
        <w:br/>
        <w:t>f 26339/27494/24144 26338/27492/24142 27078/28233/24807</w:t>
        <w:br/>
        <w:t>f 27079/28232/24806 26339/27494/24144 27078/28233/24807</w:t>
        <w:br/>
        <w:t>f 27080/28236/24219 26638/27793/24413 26340/27495/24145</w:t>
        <w:br/>
        <w:t>f 26340/27495/24145 26638/27793/24413 26320/27475/24128</w:t>
        <w:br/>
        <w:t>f 27131/28284/24850 27130/28285/24851 27129/28286/24852</w:t>
        <w:br/>
        <w:t>f 27134/28287/24853 27133/28288/24854 27132/28289/24854</w:t>
        <w:br/>
        <w:t>f 27135/28290/24855 27134/28287/24853 27132/28289/24854</w:t>
        <w:br/>
        <w:t>f 27096/28251/24821 27136/28291/24856 26657/27812/24432</w:t>
        <w:br/>
        <w:t>f 26658/27811/24431 27096/28251/24821 26657/27812/24432</w:t>
        <w:br/>
        <w:t>f 27130/28285/24851 27137/28292/24857 26654/27809/24429</w:t>
        <w:br/>
        <w:t>f 26655/27808/24428 27130/28285/24851 26654/27809/24429</w:t>
        <w:br/>
        <w:t>f 27130/28285/24851 27131/28284/24850 27137/28292/24857</w:t>
        <w:br/>
        <w:t>f 27138/28293/24858 26905/28058/24645 26880/28034/24628</w:t>
        <w:br/>
        <w:t>f 26881/28033/24627 27138/28293/24858 26880/28034/24628</w:t>
        <w:br/>
        <w:t>f 26956/28110/24688 26904/28059/24646 27139/28294/24859</w:t>
        <w:br/>
        <w:t>f 26942/28099/24679 26956/28110/24688 27139/28294/24859</w:t>
        <w:br/>
        <w:t>f 27139/28294/24859 26939/28095/24675 26940/28094/24674</w:t>
        <w:br/>
        <w:t>f 26942/28099/24679 27139/28294/24859 26940/28094/24674</w:t>
        <w:br/>
        <w:t>f 27138/28293/24858 26962/28116/24694 26939/28095/24675</w:t>
        <w:br/>
        <w:t>f 27139/28294/24859 27138/28293/24858 26939/28095/24675</w:t>
        <w:br/>
        <w:t>f 27141/28295/24860 26854/28009/24609 26855/28008/24608</w:t>
        <w:br/>
        <w:t>f 27140/28296/24860 27141/28295/24860 26855/28008/24608</w:t>
        <w:br/>
        <w:t>f 26599/27756/24382 26355/27510/24158 26602/27757/24383</w:t>
        <w:br/>
        <w:t>f 27145/28297/24861 27144/28298/24862 27143/28299/24863</w:t>
        <w:br/>
        <w:t>f 27142/28300/24864 27145/28297/24861 27143/28299/24863</w:t>
        <w:br/>
        <w:t>f 27149/28301/24865 27148/28302/24866 27147/28303/24867</w:t>
        <w:br/>
        <w:t>f 27146/28304/24868 27149/28301/24865 27147/28303/24867</w:t>
        <w:br/>
        <w:t>f 27151/28305/24869 27148/28302/24866 27150/28306/24870</w:t>
        <w:br/>
        <w:t>f 27152/28307/24871 27151/28305/24869 27150/28306/24870</w:t>
        <w:br/>
        <w:t>f 27155/28308/24872 27154/28309/24872 27153/28310/24873</w:t>
        <w:br/>
        <w:t>f 27156/28311/24873 27155/28308/24872 27153/28310/24873</w:t>
        <w:br/>
        <w:t>f 27157/28312/24874 27143/28299/24863 27144/28298/24862</w:t>
        <w:br/>
        <w:t>f 27158/28313/24875 27157/28312/24874 27144/28298/24862</w:t>
        <w:br/>
        <w:t>f 27161/28314/24876 27160/28315/24876 27159/28316/24877</w:t>
        <w:br/>
        <w:t>f 27162/28317/24877 27161/28314/24876 27159/28316/24877</w:t>
        <w:br/>
        <w:t>f 27164/28318/24878 27163/28319/24878 27160/28315/24876</w:t>
        <w:br/>
        <w:t>f 27161/28314/24876 27164/28318/24878 27160/28315/24876</w:t>
        <w:br/>
        <w:t>f 27167/28320/24879 27166/28321/24879 27165/28322/24880</w:t>
        <w:br/>
        <w:t>f 27168/28323/24881 27167/28320/24879 27165/28322/24880</w:t>
        <w:br/>
        <w:t>f 27172/28324/24882 27171/28325/24883 27170/28326/24884</w:t>
        <w:br/>
        <w:t>f 27169/28327/24885 27172/28324/24882 27170/28326/24884</w:t>
        <w:br/>
        <w:t>f 27176/28328/24886 27175/28329/24887 27174/28330/24887</w:t>
        <w:br/>
        <w:t>f 27173/28331/24888 27176/28328/24886 27174/28330/24887</w:t>
        <w:br/>
        <w:t>f 27147/28303/24867 27179/28332/24889 27178/28333/24890</w:t>
        <w:br/>
        <w:t>f 27177/28334/24891 27147/28303/24867 27178/28333/24890</w:t>
        <w:br/>
        <w:t>f 27171/28325/24883 27181/28335/24892 27180/28336/24892</w:t>
        <w:br/>
        <w:t>f 27170/28326/24884 27171/28325/24883 27180/28336/24892</w:t>
        <w:br/>
        <w:t>f 27184/28337/24893 27183/28338/24894 27182/28339/24894</w:t>
        <w:br/>
        <w:t>f 27185/28340/24895 27184/28337/24893 27182/28339/24894</w:t>
        <w:br/>
        <w:t>f 27189/28341/24896 27188/28342/24897 27187/28343/24898</w:t>
        <w:br/>
        <w:t>f 27186/28344/24899 27189/28341/24896 27187/28343/24898</w:t>
        <w:br/>
        <w:t>f 27186/28344/24899 27187/28343/24898 27191/28345/24900</w:t>
        <w:br/>
        <w:t>f 27190/28346/24901 27186/28344/24899 27191/28345/24900</w:t>
        <w:br/>
        <w:t>f 27195/28347/24902 27194/28348/24903 27193/28349/24904</w:t>
        <w:br/>
        <w:t>f 27192/28350/24905 27195/28347/24902 27193/28349/24904</w:t>
        <w:br/>
        <w:t>f 27196/28351/24906 27192/28350/24905 27193/28349/24904</w:t>
        <w:br/>
        <w:t>f 27197/28352/24907 27196/28351/24906 27193/28349/24904</w:t>
        <w:br/>
        <w:t>f 27200/28353/24908 27199/28354/24908 27198/28355/24909</w:t>
        <w:br/>
        <w:t>f 27201/28356/24910 27200/28353/24908 27198/28355/24909</w:t>
        <w:br/>
        <w:t>f 27205/28357/24911 27204/28358/24912 27203/28359/24913</w:t>
        <w:br/>
        <w:t>f 27202/28360/24914 27205/28357/24911 27203/28359/24913</w:t>
        <w:br/>
        <w:t>f 27209/28361/24915 27208/28362/24916 27207/28363/24916</w:t>
        <w:br/>
        <w:t>f 27206/28364/24915 27209/28361/24915 27207/28363/24916</w:t>
        <w:br/>
        <w:t>f 27210/28365/24917 27207/28363/24916 27208/28362/24916</w:t>
        <w:br/>
        <w:t>f 27211/28366/24917 27210/28365/24917 27208/28362/24916</w:t>
        <w:br/>
        <w:t>f 27215/28367/24918 27214/28368/24919 27213/28369/24920</w:t>
        <w:br/>
        <w:t>f 27212/28370/24921 27215/28367/24918 27213/28369/24920</w:t>
        <w:br/>
        <w:t>f 27216/28371/24922 27215/28367/24918 27212/28370/24921</w:t>
        <w:br/>
        <w:t>f 27219/28372/24923 27218/28373/24924 27217/28374/24924</w:t>
        <w:br/>
        <w:t>f 27220/28375/24923 27219/28372/24923 27217/28374/24924</w:t>
        <w:br/>
        <w:t>f 27223/28376/24925 27222/28377/24926 27221/28378/24927</w:t>
        <w:br/>
        <w:t>f 27224/28379/24928 27223/28376/24925 27221/28378/24927</w:t>
        <w:br/>
        <w:t>f 27220/28375/24923 27226/28380/24929 27225/28381/24929</w:t>
        <w:br/>
        <w:t>f 27219/28372/24923 27220/28375/24923 27225/28381/24929</w:t>
        <w:br/>
        <w:t>f 27230/28382/24930 27229/28383/24930 27228/28384/24931</w:t>
        <w:br/>
        <w:t>f 27227/28385/24931 27230/28382/24930 27228/28384/24931</w:t>
        <w:br/>
        <w:t>f 27234/28386/24932 27233/28387/24932 27232/28388/24933</w:t>
        <w:br/>
        <w:t>f 27231/28389/24933 27234/28386/24932 27232/28388/24933</w:t>
        <w:br/>
        <w:t>f 27237/28390/24934 27236/28391/24935 27235/28392/24935</w:t>
        <w:br/>
        <w:t>f 27238/28393/24934 27237/28390/24934 27235/28392/24935</w:t>
        <w:br/>
        <w:t>f 27226/28380/24929 27240/28394/24936 27239/28395/24936</w:t>
        <w:br/>
        <w:t>f 27225/28381/24929 27226/28380/24929 27239/28395/24936</w:t>
        <w:br/>
        <w:t>f 27243/28396/24937 27242/28397/24938 27241/28398/24939</w:t>
        <w:br/>
        <w:t>f 27244/28399/24940 27243/28396/24937 27241/28398/24939</w:t>
        <w:br/>
        <w:t>f 27248/28400/24941 27247/28401/24942 27246/28402/24943</w:t>
        <w:br/>
        <w:t>f 27245/28403/24943 27248/28400/24941 27246/28402/24943</w:t>
        <w:br/>
        <w:t>f 27247/28401/24942 27248/28400/24941 27250/28404/24944</w:t>
        <w:br/>
        <w:t>f 27249/28405/24944 27247/28401/24942 27250/28404/24944</w:t>
        <w:br/>
        <w:t>f 27250/28404/24944 27251/28406/24945 27249/28405/24944</w:t>
        <w:br/>
        <w:t>f 27254/28407/24946 27253/28408/24947 27252/28409/24947</w:t>
        <w:br/>
        <w:t>f 27258/28410/24948 27257/28411/24949 27256/28412/24950</w:t>
        <w:br/>
        <w:t>f 27255/28413/24951 27258/28410/24948 27256/28412/24950</w:t>
        <w:br/>
        <w:t>f 27261/28414/24952 27260/28415/24952 27259/28416/24953</w:t>
        <w:br/>
        <w:t>f 27262/28417/24954 27261/28414/24952 27259/28416/24953</w:t>
        <w:br/>
        <w:t>f 27265/28418/24955 27264/28419/24956 27263/28420/24957</w:t>
        <w:br/>
        <w:t>f 27266/28421/24958 27265/28418/24955 27263/28420/24957</w:t>
        <w:br/>
        <w:t>f 27269/28422/24959 27268/28423/24960 27267/28424/24961</w:t>
        <w:br/>
        <w:t>f 27270/28425/24956 27269/28422/24959 27267/28424/24961</w:t>
        <w:br/>
        <w:t>f 27201/28356/24910 27198/28355/24909 27271/28426/24962</w:t>
        <w:br/>
        <w:t>f 27272/28427/24963 27201/28356/24910 27271/28426/24962</w:t>
        <w:br/>
        <w:t>f 27273/28428/24964 27269/28422/24959 27270/28425/24956</w:t>
        <w:br/>
        <w:t>f 27274/28429/24962 27273/28428/24964 27270/28425/24956</w:t>
        <w:br/>
        <w:t>f 27277/28430/24965 27276/28431/24965 27275/28432/24966</w:t>
        <w:br/>
        <w:t>f 27278/28433/24966 27277/28430/24965 27275/28432/24966</w:t>
        <w:br/>
        <w:t>f 27282/28434/24967 27281/28435/24967 27280/28436/24968</w:t>
        <w:br/>
        <w:t>f 27279/28437/24968 27282/28434/24967 27280/28436/24968</w:t>
        <w:br/>
        <w:t>f 27233/28387/24932 27234/28386/24932 27283/28438/24969</w:t>
        <w:br/>
        <w:t>f 27284/28439/24969 27233/28387/24932 27283/28438/24969</w:t>
        <w:br/>
        <w:t>f 27175/28329/24887 27286/28440/24970 27285/28441/24970</w:t>
        <w:br/>
        <w:t>f 27174/28330/24887 27175/28329/24887 27285/28441/24970</w:t>
        <w:br/>
        <w:t>f 27290/28442/24971 27289/28443/24971 27288/28444/24972</w:t>
        <w:br/>
        <w:t>f 27287/28445/24972 27290/28442/24971 27288/28444/24972</w:t>
        <w:br/>
        <w:t>f 27293/28446/24973 27292/28447/24974 27291/28448/24974</w:t>
        <w:br/>
        <w:t>f 27294/28449/24973 27293/28446/24973 27291/28448/24974</w:t>
        <w:br/>
        <w:t>f 27296/28450/24975 27295/28451/24975 27287/28445/24972</w:t>
        <w:br/>
        <w:t>f 27288/28444/24972 27296/28450/24975 27287/28445/24972</w:t>
        <w:br/>
        <w:t>f 27236/28391/24935 27298/28452/24976 27297/28453/24976</w:t>
        <w:br/>
        <w:t>f 27235/28392/24935 27236/28391/24935 27297/28453/24976</w:t>
        <w:br/>
        <w:t>f 27302/28454/24977 27301/28455/24978 27300/28456/24979</w:t>
        <w:br/>
        <w:t>f 27299/28457/24979 27302/28454/24977 27300/28456/24979</w:t>
        <w:br/>
        <w:t>f 27304/28458/24980 27303/28459/24981 27244/28399/24940</w:t>
        <w:br/>
        <w:t>f 27241/28398/24939 27304/28458/24980 27244/28399/24940</w:t>
        <w:br/>
        <w:t>f 27218/28373/24924 27213/28369/24920 27214/28368/24919</w:t>
        <w:br/>
        <w:t>f 27217/28374/24924 27218/28373/24924 27214/28368/24919</w:t>
        <w:br/>
        <w:t>f 27308/28460/24982 27307/28461/24983 27306/28462/24983</w:t>
        <w:br/>
        <w:t>f 27305/28463/24984 27308/28460/24982 27306/28462/24983</w:t>
        <w:br/>
        <w:t>f 27311/28464/24985 27310/28465/24986 27309/28466/24987</w:t>
        <w:br/>
        <w:t>f 27312/28467/24988 27311/28464/24985 27309/28466/24987</w:t>
        <w:br/>
        <w:t>f 27303/28459/24981 27304/28458/24980 27245/28403/24943</w:t>
        <w:br/>
        <w:t>f 27246/28402/24943 27303/28459/24981 27245/28403/24943</w:t>
        <w:br/>
        <w:t>f 27316/28468/24989 27315/28469/24990 27314/28470/24991</w:t>
        <w:br/>
        <w:t>f 27313/28471/24992 27316/28468/24989 27314/28470/24991</w:t>
        <w:br/>
        <w:t>f 27320/28472/24993 27319/28473/24994 27318/28474/24995</w:t>
        <w:br/>
        <w:t>f 27317/28475/24996 27320/28472/24993 27318/28474/24995</w:t>
        <w:br/>
        <w:t>f 27323/28476/24997 27322/28477/24998 27321/28478/24999</w:t>
        <w:br/>
        <w:t>f 27324/28479/25000 27323/28476/24997 27321/28478/24999</w:t>
        <w:br/>
        <w:t>f 27328/28480/25001 27327/28481/25002 27326/28482/25002</w:t>
        <w:br/>
        <w:t>f 27325/28483/25001 27328/28480/25001 27326/28482/25002</w:t>
        <w:br/>
        <w:t>f 27331/28484/25003 27330/28485/25004 27329/28486/25005</w:t>
        <w:br/>
        <w:t>f 27332/28487/25006 27331/28484/25003 27329/28486/25005</w:t>
        <w:br/>
        <w:t>f 27336/28488/25007 27335/28489/25008 27334/28490/25009</w:t>
        <w:br/>
        <w:t>f 27333/28491/25010 27336/28488/25007 27334/28490/25009</w:t>
        <w:br/>
        <w:t>f 27339/28492/25011 27338/28493/25012 27337/28494/25013</w:t>
        <w:br/>
        <w:t>f 27340/28495/25014 27339/28492/25011 27337/28494/25013</w:t>
        <w:br/>
        <w:t>f 27343/28496/25015 27342/28497/24865 27341/28498/25016</w:t>
        <w:br/>
        <w:t>f 27344/28499/25017 27343/28496/25015 27341/28498/25016</w:t>
        <w:br/>
        <w:t>f 27348/28500/25018 27347/28501/25019 27346/28502/25020</w:t>
        <w:br/>
        <w:t>f 27345/28503/25021 27348/28500/25018 27346/28502/25020</w:t>
        <w:br/>
        <w:t>f 27352/28504/25022 27351/28505/25023 27350/28506/25023</w:t>
        <w:br/>
        <w:t>f 27349/28507/25022 27352/28504/25022 27350/28506/25023</w:t>
        <w:br/>
        <w:t>f 27355/28508/25024 27354/28509/25025 27353/28510/25026</w:t>
        <w:br/>
        <w:t>f 27356/28511/25027 27355/28508/25024 27353/28510/25026</w:t>
        <w:br/>
        <w:t>f 27350/28506/25023 27351/28505/25023 27357/28512/25028</w:t>
        <w:br/>
        <w:t>f 27358/28513/25028 27350/28506/25023 27357/28512/25028</w:t>
        <w:br/>
        <w:t>f 27361/28514/25029 27360/28515/25030 27359/28516/25030</w:t>
        <w:br/>
        <w:t>f 27362/28517/25029 27361/28514/25029 27359/28516/25030</w:t>
        <w:br/>
        <w:t>f 27366/28518/25031 27365/28519/25032 27364/28520/25033</w:t>
        <w:br/>
        <w:t>f 27363/28521/25031 27366/28518/25031 27364/28520/25033</w:t>
        <w:br/>
        <w:t>f 27370/28522/25034 27369/28523/25035 27368/28524/25036</w:t>
        <w:br/>
        <w:t>f 27367/28525/25034 27370/28522/25034 27368/28524/25036</w:t>
        <w:br/>
        <w:t>f 27374/28526/25037 27373/28527/25038 27372/28528/25039</w:t>
        <w:br/>
        <w:t>f 27371/28529/25040 27374/28526/25037 27372/28528/25039</w:t>
        <w:br/>
        <w:t>f 27378/28530/25041 27377/28531/25042 27376/28532/25042</w:t>
        <w:br/>
        <w:t>f 27375/28533/25041 27378/28530/25041 27376/28532/25042</w:t>
        <w:br/>
        <w:t>f 27381/28534/25043 27380/28535/25044 27379/28536/25045</w:t>
        <w:br/>
        <w:t>f 27382/28537/25043 27381/28534/25043 27379/28536/25045</w:t>
        <w:br/>
        <w:t>f 27380/28535/25044 27383/28538/25046 27184/28337/24893</w:t>
        <w:br/>
        <w:t>f 27379/28536/25045 27380/28535/25044 27184/28337/24893</w:t>
        <w:br/>
        <w:t>f 27386/28539/25047 27385/28540/25048 27384/28541/25048</w:t>
        <w:br/>
        <w:t>f 27387/28542/25049 27386/28539/25047 27384/28541/25048</w:t>
        <w:br/>
        <w:t>f 27389/28543/25050 27361/28514/25029 27362/28517/25029</w:t>
        <w:br/>
        <w:t>f 27388/28544/25051 27389/28543/25050 27362/28517/25029</w:t>
        <w:br/>
        <w:t>f 27392/28545/25052 27391/28546/25053 27390/28547/25054</w:t>
        <w:br/>
        <w:t>f 27395/28548/25055 27394/28549/25056 27393/28550/25056</w:t>
        <w:br/>
        <w:t>f 27396/28551/25055 27395/28548/25055 27393/28550/25056</w:t>
        <w:br/>
        <w:t>f 27394/28549/25056 27398/28552/25057 27397/28553/25058</w:t>
        <w:br/>
        <w:t>f 27393/28550/25056 27394/28549/25056 27397/28553/25058</w:t>
        <w:br/>
        <w:t>f 27402/28554/25059 27401/28555/25060 27400/28556/25061</w:t>
        <w:br/>
        <w:t>f 27399/28557/25062 27402/28554/25059 27400/28556/25061</w:t>
        <w:br/>
        <w:t>f 27405/28558/25063 27404/28559/25064 27403/28560/25064</w:t>
        <w:br/>
        <w:t>f 27406/28561/25063 27405/28558/25063 27403/28560/25064</w:t>
        <w:br/>
        <w:t>f 27410/28562/25065 27409/28563/25066 27408/28564/25066</w:t>
        <w:br/>
        <w:t>f 27407/28565/25065 27410/28562/25065 27408/28564/25066</w:t>
        <w:br/>
        <w:t>f 27412/28566/25067 27408/28564/25066 27409/28563/25066</w:t>
        <w:br/>
        <w:t>f 27411/28567/25067 27412/28566/25067 27409/28563/25066</w:t>
        <w:br/>
        <w:t>f 27415/28568/25068 27414/28569/25069 27413/28570/25070</w:t>
        <w:br/>
        <w:t>f 27416/28571/25068 27415/28568/25068 27413/28570/25070</w:t>
        <w:br/>
        <w:t>f 27418/28572/25071 27417/28573/25071 27413/28570/25070</w:t>
        <w:br/>
        <w:t>f 27414/28569/25069 27418/28572/25071 27413/28570/25070</w:t>
        <w:br/>
        <w:t>f 27422/28574/25072 27421/28575/25072 27420/28576/25073</w:t>
        <w:br/>
        <w:t>f 27419/28577/25074 27422/28574/25072 27420/28576/25073</w:t>
        <w:br/>
        <w:t>f 27421/28575/25072 27422/28574/25072 27423/28578/25075</w:t>
        <w:br/>
        <w:t>f 27424/28579/25075 27421/28575/25072 27423/28578/25075</w:t>
        <w:br/>
        <w:t>f 27424/28579/25075 27423/28578/25075 27426/28580/25076</w:t>
        <w:br/>
        <w:t>f 27425/28581/25076 27424/28579/25075 27426/28580/25076</w:t>
        <w:br/>
        <w:t>f 27428/28582/25077 27427/28583/25078 27425/28581/25076</w:t>
        <w:br/>
        <w:t>f 27426/28580/25076 27428/28582/25077 27425/28581/25076</w:t>
        <w:br/>
        <w:t>f 27430/28584/25079 27429/28585/25080 27354/28509/25025</w:t>
        <w:br/>
        <w:t>f 27355/28508/25024 27430/28584/25079 27354/28509/25025</w:t>
        <w:br/>
        <w:t>f 27255/28413/24951 27309/28466/24987 27431/28586/25081</w:t>
        <w:br/>
        <w:t>f 27432/28587/25082 27255/28413/24951 27431/28586/25081</w:t>
        <w:br/>
        <w:t>f 27433/28588/25083 27345/28503/25021 27258/28410/24948</w:t>
        <w:br/>
        <w:t>f 27434/28589/25084 27433/28588/25083 27258/28410/24948</w:t>
        <w:br/>
        <w:t>f 27348/28500/25018 27436/28590/25085 27435/28591/25086</w:t>
        <w:br/>
        <w:t>f 27313/28471/24992 27348/28500/25018 27435/28591/25086</w:t>
        <w:br/>
        <w:t>f 27438/28592/25087 27317/28475/24996 27316/28468/24989</w:t>
        <w:br/>
        <w:t>f 27437/28593/25088 27438/28592/25087 27316/28468/24989</w:t>
        <w:br/>
        <w:t>f 27440/28594/25089 27322/28477/24998 27320/28472/24993</w:t>
        <w:br/>
        <w:t>f 27439/28595/25090 27440/28594/25089 27320/28472/24993</w:t>
        <w:br/>
        <w:t>f 27441/28596/25091 27371/28529/25040 27321/28478/24999</w:t>
        <w:br/>
        <w:t>f 27442/28597/25092 27441/28596/25091 27321/28478/24999</w:t>
        <w:br/>
        <w:t>f 27443/28598/25093 27331/28484/25003 27374/28526/25037</w:t>
        <w:br/>
        <w:t>f 27444/28599/25094 27443/28598/25093 27374/28526/25037</w:t>
        <w:br/>
        <w:t>f 27445/28600/25095 27330/28485/25004 27331/28484/25003</w:t>
        <w:br/>
        <w:t>f 27443/28598/25093 27445/28600/25095 27331/28484/25003</w:t>
        <w:br/>
        <w:t>f 27447/28601/25096 27335/28489/25008 27336/28488/25007</w:t>
        <w:br/>
        <w:t>f 27446/28602/25097 27447/28601/25096 27336/28488/25007</w:t>
        <w:br/>
        <w:t>f 27451/28603/25098 27450/28604/25099 27449/28605/25100</w:t>
        <w:br/>
        <w:t>f 27448/28606/25101 27451/28603/25098 27449/28605/25100</w:t>
        <w:br/>
        <w:t>f 27453/28607/25102 27452/28608/25103 27450/28604/25099</w:t>
        <w:br/>
        <w:t>f 27451/28603/25098 27453/28607/25102 27450/28604/25099</w:t>
        <w:br/>
        <w:t>f 27355/28508/25024 27391/28546/25053 27454/28609/25104</w:t>
        <w:br/>
        <w:t>f 27430/28584/25079 27355/28508/25024 27454/28609/25104</w:t>
        <w:br/>
        <w:t>f 27450/28604/25099 27452/28608/25103 27455/28610/25105</w:t>
        <w:br/>
        <w:t>f 27458/28611/25106 27457/28612/25107 27456/28613/24874</w:t>
        <w:br/>
        <w:t>f 27459/28614/25108 27458/28611/25106 27456/28613/24874</w:t>
        <w:br/>
        <w:t>f 27148/28302/24866 27151/28305/24869 27179/28332/24889</w:t>
        <w:br/>
        <w:t>f 27147/28303/24867 27148/28302/24866 27179/28332/24889</w:t>
        <w:br/>
        <w:t>f 27460/28615/25015 27150/28306/24870 27148/28302/24866</w:t>
        <w:br/>
        <w:t>f 27149/28301/24865 27460/28615/25015 27148/28302/24866</w:t>
        <w:br/>
        <w:t>f 27177/28334/24891 27461/28616/25109 27146/28304/24868</w:t>
        <w:br/>
        <w:t>f 27147/28303/24867 27177/28334/24891 27146/28304/24868</w:t>
        <w:br/>
        <w:t>f 27464/28617/25110 27463/28618/25111 27462/28619/25112</w:t>
        <w:br/>
        <w:t>f 27465/28620/25113 27464/28617/25110 27462/28619/25112</w:t>
        <w:br/>
        <w:t>f 27463/28618/25111 27466/28621/25114 27462/28619/25112</w:t>
        <w:br/>
        <w:t>f 27467/28622/25115 27427/28583/25078 27428/28582/25077</w:t>
        <w:br/>
        <w:t>f 27469/28623/25116 27458/28611/25106 27468/28624/25117</w:t>
        <w:br/>
        <w:t>f 27470/28625/25118 27468/28624/25117 27458/28611/25106</w:t>
        <w:br/>
        <w:t>f 27459/28614/25108 27470/28625/25118 27458/28611/25106</w:t>
        <w:br/>
        <w:t>f 27471/28626/25119 27341/28498/25016 27342/28497/24865</w:t>
        <w:br/>
        <w:t>f 27472/28627/24868 27471/28626/25119 27342/28497/24865</w:t>
        <w:br/>
        <w:t>f 27471/28626/25119 27472/28627/24868 27473/28628/25109</w:t>
        <w:br/>
        <w:t>f 27474/28629/25120 27471/28626/25119 27473/28628/25109</w:t>
        <w:br/>
        <w:t>f 27477/28630/25121 27476/28631/25122 27475/28632/25123</w:t>
        <w:br/>
        <w:t>f 27269/28422/24959 27273/28428/24964 27479/28633/25124</w:t>
        <w:br/>
        <w:t>f 27478/28634/25125 27269/28422/24959 27479/28633/25124</w:t>
        <w:br/>
        <w:t>f 27480/28635/25126 27386/28539/25047 27196/28351/24906</w:t>
        <w:br/>
        <w:t>f 27268/28423/24960 27480/28635/25126 27196/28351/24906</w:t>
        <w:br/>
        <w:t>f 27481/28636/25127 27384/28541/25048 27385/28540/25048</w:t>
        <w:br/>
        <w:t>f 27482/28637/25127 27481/28636/25127 27385/28540/25048</w:t>
        <w:br/>
        <w:t>f 27485/28638/25128 27484/28639/25129 27483/28640/25130</w:t>
        <w:br/>
        <w:t>f 27486/28641/25131 27485/28638/25128 27483/28640/25130</w:t>
        <w:br/>
        <w:t>f 27489/28642/25132 27488/28643/25133 27487/28644/25134</w:t>
        <w:br/>
        <w:t>f 27490/28645/25135 27489/28642/25132 27487/28644/25134</w:t>
        <w:br/>
        <w:t>f 27493/28646/25136 27488/28643/25133 27492/28647/25137</w:t>
        <w:br/>
        <w:t>f 27491/28648/25138 27493/28646/25136 27492/28647/25137</w:t>
        <w:br/>
        <w:t>f 27496/28649/25139 27495/28650/25140 27494/28651/25140</w:t>
        <w:br/>
        <w:t>f 27497/28652/25141 27496/28649/25139 27494/28651/25140</w:t>
        <w:br/>
        <w:t>f 27486/28641/25131 27483/28640/25130 27499/28653/25142</w:t>
        <w:br/>
        <w:t>f 27498/28654/25143 27486/28641/25131 27499/28653/25142</w:t>
        <w:br/>
        <w:t>f 27503/28655/25144 27502/28656/25145 27501/28657/25146</w:t>
        <w:br/>
        <w:t>f 27500/28658/25144 27503/28655/25144 27501/28657/25146</w:t>
        <w:br/>
        <w:t>f 27505/28659/25147 27503/28655/25144 27500/28658/25144</w:t>
        <w:br/>
        <w:t>f 27504/28660/25147 27505/28659/25147 27500/28658/25144</w:t>
        <w:br/>
        <w:t>f 27508/28661/25148 27507/28662/25149 27506/28663/25149</w:t>
        <w:br/>
        <w:t>f 27509/28664/25148 27508/28661/25148 27506/28663/25149</w:t>
        <w:br/>
        <w:t>f 27513/28665/25150 27512/28666/25150 27511/28667/25151</w:t>
        <w:br/>
        <w:t>f 27510/28668/25152 27513/28665/25150 27511/28667/25151</w:t>
        <w:br/>
        <w:t>f 27517/28669/25153 27516/28670/25154 27515/28671/25155</w:t>
        <w:br/>
        <w:t>f 27514/28672/25156 27517/28669/25153 27515/28671/25155</w:t>
        <w:br/>
        <w:t>f 27489/28642/25132 27520/28673/25157 27519/28674/25158</w:t>
        <w:br/>
        <w:t>f 27518/28675/25159 27489/28642/25132 27519/28674/25158</w:t>
        <w:br/>
        <w:t>f 27522/28676/25160 27521/28677/25161 27512/28666/25150</w:t>
        <w:br/>
        <w:t>f 27513/28665/25150 27522/28676/25160 27512/28666/25150</w:t>
        <w:br/>
        <w:t>f 27526/28678/25162 27525/28679/25163 27524/28680/25164</w:t>
        <w:br/>
        <w:t>f 27523/28681/25164 27526/28678/25162 27524/28680/25164</w:t>
        <w:br/>
        <w:t>f 27529/28682/25165 27528/28683/25166 27527/28684/25167</w:t>
        <w:br/>
        <w:t>f 27530/28685/25168 27529/28682/25165 27527/28684/25167</w:t>
        <w:br/>
        <w:t>f 27532/28686/25169 27527/28684/25167 27528/28683/25166</w:t>
        <w:br/>
        <w:t>f 27531/28687/25170 27532/28686/25169 27528/28683/25166</w:t>
        <w:br/>
        <w:t>f 27536/28688/25171 27535/28689/25172 27534/28690/25167</w:t>
        <w:br/>
        <w:t>f 27533/28691/25173 27536/28688/25171 27534/28690/25167</w:t>
        <w:br/>
        <w:t>f 27538/28692/25174 27537/28693/25175 27534/28690/25167</w:t>
        <w:br/>
        <w:t>f 27535/28689/25172 27538/28692/25174 27534/28690/25167</w:t>
        <w:br/>
        <w:t>f 27542/28694/25176 27541/28695/25177 27540/28696/25178</w:t>
        <w:br/>
        <w:t>f 27539/28697/25176 27542/28694/25176 27540/28696/25178</w:t>
        <w:br/>
        <w:t>f 27545/28698/25179 27544/28699/25180 27543/28700/25181</w:t>
        <w:br/>
        <w:t>f 27546/28701/25182 27545/28698/25179 27543/28700/25181</w:t>
        <w:br/>
        <w:t>f 27550/28702/25183 27549/28703/25183 27548/28704/25184</w:t>
        <w:br/>
        <w:t>f 27547/28705/25184 27550/28702/25183 27548/28704/25184</w:t>
        <w:br/>
        <w:t>f 27549/28703/25183 27550/28702/25183 27552/28706/25185</w:t>
        <w:br/>
        <w:t>f 27551/28707/25185 27549/28703/25183 27552/28706/25185</w:t>
        <w:br/>
        <w:t>f 27555/28708/25186 27554/28709/25186 27553/28710/25187</w:t>
        <w:br/>
        <w:t>f 27556/28711/25187 27555/28708/25186 27553/28710/25187</w:t>
        <w:br/>
        <w:t>f 27557/28712/25188 27556/28711/25187 27553/28710/25187</w:t>
        <w:br/>
        <w:t>f 27561/28713/25189 27560/28714/25189 27559/28715/25190</w:t>
        <w:br/>
        <w:t>f 27558/28716/25190 27561/28713/25189 27559/28715/25190</w:t>
        <w:br/>
        <w:t>f 27565/28717/25191 27564/28718/25191 27563/28719/25192</w:t>
        <w:br/>
        <w:t>f 27562/28720/25193 27565/28717/25191 27563/28719/25192</w:t>
        <w:br/>
        <w:t>f 27567/28721/25194 27566/28722/25195 27558/28716/25190</w:t>
        <w:br/>
        <w:t>f 27559/28715/25190 27567/28721/25194 27558/28716/25190</w:t>
        <w:br/>
        <w:t>f 27570/28723/25196 27569/28724/25197 27568/28725/25197</w:t>
        <w:br/>
        <w:t>f 27571/28726/25196 27570/28723/25196 27568/28725/25197</w:t>
        <w:br/>
        <w:t>f 27575/28727/25198 27574/28728/25199 27573/28729/25199</w:t>
        <w:br/>
        <w:t>f 27572/28730/25198 27575/28727/25198 27573/28729/25199</w:t>
        <w:br/>
        <w:t>f 27579/28731/25200 27578/28732/25201 27577/28733/25202</w:t>
        <w:br/>
        <w:t>f 27576/28734/25202 27579/28731/25200 27577/28733/25202</w:t>
        <w:br/>
        <w:t>f 27566/28722/25195 27567/28721/25194 27581/28735/25203</w:t>
        <w:br/>
        <w:t>f 27580/28736/25204 27566/28722/25195 27581/28735/25203</w:t>
        <w:br/>
        <w:t>f 27584/28737/25205 27583/28738/25206 27582/28739/25206</w:t>
        <w:br/>
        <w:t>f 27585/28740/25205 27584/28737/25205 27582/28739/25206</w:t>
        <w:br/>
        <w:t>f 27589/28741/25207 27588/28742/25208 27587/28743/25208</w:t>
        <w:br/>
        <w:t>f 27586/28744/25207 27589/28741/25207 27587/28743/25208</w:t>
        <w:br/>
        <w:t>f 27588/28742/25208 27591/28745/25209 27590/28746/25210</w:t>
        <w:br/>
        <w:t>f 27587/28743/25208 27588/28742/25208 27590/28746/25210</w:t>
        <w:br/>
        <w:t>f 27590/28746/25210 27591/28745/25209 27592/28747/25211</w:t>
        <w:br/>
        <w:t>f 27595/28748/25212 27594/28749/25213 27593/28750/25214</w:t>
        <w:br/>
        <w:t>f 27599/28751/25215 27598/28752/25216 27597/28753/25217</w:t>
        <w:br/>
        <w:t>f 27596/28754/25218 27599/28751/25215 27597/28753/25217</w:t>
        <w:br/>
        <w:t>f 27602/28755/25219 27601/28756/25220 27600/28757/25221</w:t>
        <w:br/>
        <w:t>f 27603/28758/25219 27602/28755/25219 27600/28757/25221</w:t>
        <w:br/>
        <w:t>f 27606/28759/25222 27605/28760/25223 27604/28761/25224</w:t>
        <w:br/>
        <w:t>f 27607/28762/25225 27606/28759/25222 27604/28761/25224</w:t>
        <w:br/>
        <w:t>f 27611/28763/25226 27610/28764/25227 27609/28765/25228</w:t>
        <w:br/>
        <w:t>f 27608/28766/25229 27611/28763/25226 27609/28765/25228</w:t>
        <w:br/>
        <w:t>f 27613/28767/25230 27540/28696/25178 27541/28695/25177</w:t>
        <w:br/>
        <w:t>f 27612/28768/25231 27613/28767/25230 27541/28695/25177</w:t>
        <w:br/>
        <w:t>f 27610/28764/25227 27611/28763/25226 27615/28769/25232</w:t>
        <w:br/>
        <w:t>f 27614/28770/25233 27610/28764/25227 27615/28769/25232</w:t>
        <w:br/>
        <w:t>f 27618/28771/25234 27617/28772/25235 27616/28773/25236</w:t>
        <w:br/>
        <w:t>f 27619/28774/25234 27618/28771/25234 27616/28773/25236</w:t>
        <w:br/>
        <w:t>f 27623/28775/25237 27622/28776/25238 27621/28777/25239</w:t>
        <w:br/>
        <w:t>f 27620/28778/25237 27623/28775/25237 27621/28777/25239</w:t>
        <w:br/>
        <w:t>f 27574/28728/25199 27625/28779/25240 27624/28780/25241</w:t>
        <w:br/>
        <w:t>f 27573/28729/25199 27574/28728/25199 27624/28780/25241</w:t>
        <w:br/>
        <w:t>f 27627/28781/25242 27626/28782/25242 27516/28670/25154</w:t>
        <w:br/>
        <w:t>f 27517/28669/25153 27627/28781/25242 27516/28670/25154</w:t>
        <w:br/>
        <w:t>f 27630/28783/25243 27629/28784/25244 27628/28785/25244</w:t>
        <w:br/>
        <w:t>f 27631/28786/25243 27630/28783/25243 27628/28785/25244</w:t>
        <w:br/>
        <w:t>f 27635/28787/25245 27634/28788/25246 27633/28789/25247</w:t>
        <w:br/>
        <w:t>f 27632/28790/25247 27635/28787/25245 27633/28789/25247</w:t>
        <w:br/>
        <w:t>f 27636/28791/25248 27628/28785/25244 27629/28784/25244</w:t>
        <w:br/>
        <w:t>f 27637/28792/25248 27636/28791/25248 27629/28784/25244</w:t>
        <w:br/>
        <w:t>f 27639/28793/25249 27638/28794/25249 27576/28734/25202</w:t>
        <w:br/>
        <w:t>f 27577/28733/25202 27639/28793/25249 27576/28734/25202</w:t>
        <w:br/>
        <w:t>f 27642/28795/25250 27641/28796/25251 27640/28797/25251</w:t>
        <w:br/>
        <w:t>f 27643/28798/25250 27642/28795/25250 27640/28797/25251</w:t>
        <w:br/>
        <w:t>f 27645/28799/25252 27584/28737/25205 27585/28740/25205</w:t>
        <w:br/>
        <w:t>f 27644/28800/25252 27645/28799/25252 27585/28740/25205</w:t>
        <w:br/>
        <w:t>f 27560/28714/25189 27561/28713/25189 27554/28709/25186</w:t>
        <w:br/>
        <w:t>f 27555/28708/25186 27560/28714/25189 27554/28709/25186</w:t>
        <w:br/>
        <w:t>f 27649/28801/25253 27648/28802/25253 27647/28803/25254</w:t>
        <w:br/>
        <w:t>f 27646/28804/25254 27649/28801/25253 27647/28803/25254</w:t>
        <w:br/>
        <w:t>f 27652/28805/25255 27651/28806/25256 27650/28807/25257</w:t>
        <w:br/>
        <w:t>f 27653/28808/25258 27652/28805/25255 27650/28807/25257</w:t>
        <w:br/>
        <w:t>f 27586/28744/25207 27645/28799/25252 27644/28800/25252</w:t>
        <w:br/>
        <w:t>f 27589/28741/25207 27586/28744/25207 27644/28800/25252</w:t>
        <w:br/>
        <w:t>f 27656/28809/25259 27655/28810/25260 27654/28811/25261</w:t>
        <w:br/>
        <w:t>f 27657/28812/25262 27656/28809/25259 27654/28811/25261</w:t>
        <w:br/>
        <w:t>f 27660/28813/25263 27659/28814/25264 27658/28815/25265</w:t>
        <w:br/>
        <w:t>f 27661/28816/25266 27660/28813/25263 27658/28815/25265</w:t>
        <w:br/>
        <w:t>f 27665/28817/25267 27664/28818/25268 27663/28819/25269</w:t>
        <w:br/>
        <w:t>f 27662/28820/25270 27665/28817/25267 27663/28819/25269</w:t>
        <w:br/>
        <w:t>f 27668/28821/25271 27667/28822/25271 27666/28823/25272</w:t>
        <w:br/>
        <w:t>f 27669/28824/25272 27668/28821/25271 27666/28823/25272</w:t>
        <w:br/>
        <w:t>f 27672/28825/25273 27671/28826/25274 27670/28827/25275</w:t>
        <w:br/>
        <w:t>f 27673/28828/25276 27672/28825/25273 27670/28827/25275</w:t>
        <w:br/>
        <w:t>f 27676/28829/25277 27675/28830/25278 27674/28831/25279</w:t>
        <w:br/>
        <w:t>f 27677/28832/25280 27676/28829/25277 27674/28831/25279</w:t>
        <w:br/>
        <w:t>f 27681/28833/25281 27680/28834/25282 27679/28835/25283</w:t>
        <w:br/>
        <w:t>f 27678/28836/25284 27681/28833/25281 27679/28835/25283</w:t>
        <w:br/>
        <w:t>f 27683/28837/25143 27682/28838/25285 27344/28499/25017</w:t>
        <w:br/>
        <w:t>f 27684/28839/25286 27683/28837/25143 27344/28499/25017</w:t>
        <w:br/>
        <w:t>f 27688/28840/25287 27687/28841/25288 27686/28842/25289</w:t>
        <w:br/>
        <w:t>f 27685/28843/25290 27688/28840/25287 27686/28842/25289</w:t>
        <w:br/>
        <w:t>f 27692/28844/25291 27691/28845/25291 27690/28846/25292</w:t>
        <w:br/>
        <w:t>f 27689/28847/25292 27692/28844/25291 27690/28846/25292</w:t>
        <w:br/>
        <w:t>f 27696/28848/25293 27695/28849/25294 27694/28850/25295</w:t>
        <w:br/>
        <w:t>f 27693/28851/25296 27696/28848/25293 27694/28850/25295</w:t>
        <w:br/>
        <w:t>f 27697/28852/25297 27689/28847/25292 27690/28846/25292</w:t>
        <w:br/>
        <w:t>f 27698/28853/25297 27697/28852/25297 27690/28846/25292</w:t>
        <w:br/>
        <w:t>f 27702/28854/25298 27701/28855/25299 27700/28856/25300</w:t>
        <w:br/>
        <w:t>f 27699/28857/25300 27702/28854/25298 27700/28856/25300</w:t>
        <w:br/>
        <w:t>f 27706/28858/25301 27705/28859/25302 27704/28860/25303</w:t>
        <w:br/>
        <w:t>f 27703/28861/25303 27706/28858/25301 27704/28860/25303</w:t>
        <w:br/>
        <w:t>f 27709/28862/25304 27708/28863/25305 27707/28864/25306</w:t>
        <w:br/>
        <w:t>f 27710/28865/25306 27709/28862/25304 27707/28864/25306</w:t>
        <w:br/>
        <w:t>f 27713/28866/25307 27712/28867/25308 27711/28868/25309</w:t>
        <w:br/>
        <w:t>f 27714/28869/25310 27713/28866/25307 27711/28868/25309</w:t>
        <w:br/>
        <w:t>f 27718/28870/25311 27717/28871/25311 27716/28872/25312</w:t>
        <w:br/>
        <w:t>f 27715/28873/25312 27718/28870/25311 27716/28872/25312</w:t>
        <w:br/>
        <w:t>f 27722/28874/25313 27721/28875/25314 27720/28876/25315</w:t>
        <w:br/>
        <w:t>f 27719/28877/25316 27722/28874/25313 27720/28876/25315</w:t>
        <w:br/>
        <w:t>f 27719/28877/25316 27720/28876/25315 27526/28678/25317</w:t>
        <w:br/>
        <w:t>f 27723/28878/25318 27719/28877/25316 27526/28678/25317</w:t>
        <w:br/>
        <w:t>f 27727/28879/25319 27726/28880/25319 27725/28881/25320</w:t>
        <w:br/>
        <w:t>f 27724/28882/25321 27727/28879/25319 27725/28881/25320</w:t>
        <w:br/>
        <w:t>f 27729/28883/25322 27728/28884/25322 27699/28857/25300</w:t>
        <w:br/>
        <w:t>f 27700/28856/25300 27729/28883/25322 27699/28857/25300</w:t>
        <w:br/>
        <w:t>f 27732/28885/25323 27731/28886/25324 27730/28887/25325</w:t>
        <w:br/>
        <w:t>f 27735/28888/25326 27734/28889/25326 27733/28890/25327</w:t>
        <w:br/>
        <w:t>f 27736/28891/25327 27735/28888/25326 27733/28890/25327</w:t>
        <w:br/>
        <w:t>f 27738/28892/25328 27737/28893/25328 27736/28891/25327</w:t>
        <w:br/>
        <w:t>f 27733/28890/25327 27738/28892/25328 27736/28891/25327</w:t>
        <w:br/>
        <w:t>f 27742/28894/25329 27741/28895/25329 27740/28896/25330</w:t>
        <w:br/>
        <w:t>f 27739/28897/25331 27742/28894/25329 27740/28896/25330</w:t>
        <w:br/>
        <w:t>f 27745/28898/25332 27744/28899/25332 27743/28900/25333</w:t>
        <w:br/>
        <w:t>f 27746/28901/25333 27745/28898/25332 27743/28900/25333</w:t>
        <w:br/>
        <w:t>f 27750/28902/25334 27749/28903/25334 27748/28904/25335</w:t>
        <w:br/>
        <w:t>f 27747/28905/25335 27750/28902/25334 27748/28904/25335</w:t>
        <w:br/>
        <w:t>f 27752/28906/25336 27751/28907/25336 27749/28903/25334</w:t>
        <w:br/>
        <w:t>f 27750/28902/25334 27752/28906/25336 27749/28903/25334</w:t>
        <w:br/>
        <w:t>f 27755/28908/25337 27754/28909/25338 27753/28910/25339</w:t>
        <w:br/>
        <w:t>f 27756/28911/25340 27755/28908/25337 27753/28910/25339</w:t>
        <w:br/>
        <w:t>f 27756/28911/25340 27753/28910/25339 27758/28912/25341</w:t>
        <w:br/>
        <w:t>f 27757/28913/25342 27756/28911/25340 27758/28912/25341</w:t>
        <w:br/>
        <w:t>f 27761/28914/25343 27760/28915/25344 27759/28916/25345</w:t>
        <w:br/>
        <w:t>f 27762/28917/25345 27761/28914/25343 27759/28916/25345</w:t>
        <w:br/>
        <w:t>f 27761/28914/25343 27764/28918/25346 27763/28919/25347</w:t>
        <w:br/>
        <w:t>f 27760/28915/25344 27761/28914/25343 27763/28919/25347</w:t>
        <w:br/>
        <w:t>f 27765/28920/25348 27763/28919/25347 27764/28918/25346</w:t>
        <w:br/>
        <w:t>f 27766/28921/25348 27765/28920/25348 27764/28918/25346</w:t>
        <w:br/>
        <w:t>f 27767/28922/25349 27765/28920/25348 27766/28921/25348</w:t>
        <w:br/>
        <w:t>f 27768/28923/25349 27767/28922/25349 27766/28921/25348</w:t>
        <w:br/>
        <w:t>f 27769/28924/25350 27694/28850/25295 27695/28849/25294</w:t>
        <w:br/>
        <w:t>f 27770/28925/25351 27769/28924/25350 27695/28849/25294</w:t>
        <w:br/>
        <w:t>f 27771/28926/25352 27650/28807/25257 27596/28754/25218</w:t>
        <w:br/>
        <w:t>f 27772/28927/25353 27771/28926/25352 27596/28754/25218</w:t>
        <w:br/>
        <w:t>f 27597/28753/25217 27685/28843/25290 27773/28928/25354</w:t>
        <w:br/>
        <w:t>f 27774/28929/25355 27597/28753/25217 27773/28928/25354</w:t>
        <w:br/>
        <w:t>f 27776/28930/25356 27775/28931/25357 27686/28842/25289</w:t>
        <w:br/>
        <w:t>f 27657/28812/25262 27776/28930/25356 27686/28842/25289</w:t>
        <w:br/>
        <w:t>f 27654/28811/25261 27659/28814/25264 27778/28932/25358</w:t>
        <w:br/>
        <w:t>f 27777/28933/25359 27654/28811/25261 27778/28932/25358</w:t>
        <w:br/>
        <w:t>f 27780/28934/25360 27779/28935/25361 27660/28813/25263</w:t>
        <w:br/>
        <w:t>f 27664/28818/25268 27780/28934/25360 27660/28813/25263</w:t>
        <w:br/>
        <w:t>f 27782/28936/25362 27781/28937/25363 27665/28817/25267</w:t>
        <w:br/>
        <w:t>f 27714/28869/25310 27782/28936/25362 27665/28817/25267</w:t>
        <w:br/>
        <w:t>f 27784/28938/25364 27783/28939/25365 27711/28868/25309</w:t>
        <w:br/>
        <w:t>f 27671/28826/25274 27784/28938/25364 27711/28868/25309</w:t>
        <w:br/>
        <w:t>f 27671/28826/25274 27672/28825/25273 27785/28940/25366</w:t>
        <w:br/>
        <w:t>f 27784/28938/25364 27671/28826/25274 27785/28940/25366</w:t>
        <w:br/>
        <w:t>f 27675/28830/25278 27676/28829/25277 27786/28941/25367</w:t>
        <w:br/>
        <w:t>f 27787/28942/25368 27675/28830/25278 27786/28941/25367</w:t>
        <w:br/>
        <w:t>f 27791/28943/25369 27790/28944/25370 27789/28945/25371</w:t>
        <w:br/>
        <w:t>f 27788/28946/25372 27791/28943/25369 27789/28945/25371</w:t>
        <w:br/>
        <w:t>f 27790/28944/25370 27793/28947/25373 27792/28948/25374</w:t>
        <w:br/>
        <w:t>f 27789/28945/25371 27790/28944/25370 27792/28948/25374</w:t>
        <w:br/>
        <w:t>f 27794/28949/25375 27730/28887/25325 27694/28850/25295</w:t>
        <w:br/>
        <w:t>f 27769/28924/25350 27794/28949/25375 27694/28850/25295</w:t>
        <w:br/>
        <w:t>f 27790/28944/25370 27795/28950/25376 27793/28947/25373</w:t>
        <w:br/>
        <w:t>f 27799/28951/25142 27798/28952/25377 27797/28953/25378</w:t>
        <w:br/>
        <w:t>f 27796/28954/25379 27799/28951/25142 27797/28953/25378</w:t>
        <w:br/>
        <w:t>f 27802/28955/25380 27801/28956/25381 27800/28957/25382</w:t>
        <w:br/>
        <w:t>f 27465/28620/25113 27802/28955/25380 27800/28957/25382</w:t>
        <w:br/>
        <w:t>f 27488/28643/25133 27489/28642/25132 27518/28675/25159</w:t>
        <w:br/>
        <w:t>f 27492/28647/25137 27488/28643/25133 27518/28675/25159</w:t>
        <w:br/>
        <w:t>f 27803/28958/25383 27487/28644/25134 27488/28643/25133</w:t>
        <w:br/>
        <w:t>f 27493/28646/25136 27803/28958/25383 27488/28643/25133</w:t>
        <w:br/>
        <w:t>f 27490/28645/25135 27804/28959/25384 27520/28673/25157</w:t>
        <w:br/>
        <w:t>f 27489/28642/25132 27490/28645/25135 27520/28673/25157</w:t>
        <w:br/>
        <w:t>f 27807/28960/25385 27806/28961/25386 27805/28962/25387</w:t>
        <w:br/>
        <w:t>f 27808/28963/25388 27807/28960/25385 27805/28962/25387</w:t>
        <w:br/>
        <w:t>f 27808/28963/25388 27805/28962/25387 27809/28964/25389</w:t>
        <w:br/>
        <w:t>f 27810/28965/25390 27767/28922/25349 27768/28923/25349</w:t>
        <w:br/>
        <w:t>f 27813/28966/25391 27812/28967/25391 27469/28623/25116</w:t>
        <w:br/>
        <w:t>f 27811/28968/25392 27813/28966/25391 27469/28623/25116</w:t>
        <w:br/>
        <w:t>f 27796/28954/25379 27470/28625/25118 27682/28838/25285</w:t>
        <w:br/>
        <w:t>f 27683/28837/25143 27796/28954/25379 27682/28838/25285</w:t>
        <w:br/>
        <w:t>f 27815/28969/25393 27341/28498/25016 27471/28626/25119</w:t>
        <w:br/>
        <w:t>f 27814/28970/25135 27815/28969/25393 27471/28626/25119</w:t>
        <w:br/>
        <w:t>f 27816/28971/25384 27814/28970/25135 27471/28626/25119</w:t>
        <w:br/>
        <w:t>f 27474/28629/25120 27816/28971/25384 27471/28626/25119</w:t>
        <w:br/>
        <w:t>f 27819/28972/25394 27818/28973/25395 27817/28974/25396</w:t>
        <w:br/>
        <w:t>f 27615/28769/25232 27820/28975/25397 27819/28972/25394</w:t>
        <w:br/>
        <w:t>f 27817/28974/25396 27615/28769/25232 27819/28972/25394</w:t>
        <w:br/>
        <w:t>f 27822/28976/25398 27611/28763/25226 27608/28766/25229</w:t>
        <w:br/>
        <w:t>f 27821/28977/25399 27822/28976/25398 27608/28766/25229</w:t>
        <w:br/>
        <w:t>f 27824/28978/25400 27823/28979/25401 27726/28880/25319</w:t>
        <w:br/>
        <w:t>f 27727/28879/25319 27824/28978/25400 27726/28880/25319</w:t>
        <w:br/>
        <w:t>f 27205/28357/24911 27826/28980/25402 27825/28981/25402</w:t>
        <w:br/>
        <w:t>f 27475/28632/25123 27205/28357/24911 27825/28981/25402</w:t>
        <w:br/>
        <w:t>f 27818/28973/25395 27827/28982/25403 27817/28974/25396</w:t>
        <w:br/>
        <w:t>f 27469/28623/25116 27828/28983/25404 27458/28611/25106</w:t>
        <w:br/>
        <w:t>f 27469/28623/25116 27468/28624/25117 27797/28953/25378</w:t>
        <w:br/>
        <w:t>f 27832/28984/25405 27831/28985/25406 27830/28986/25406</w:t>
        <w:br/>
        <w:t>f 27829/28987/25407 27832/28984/25405 27830/28986/25406</w:t>
        <w:br/>
        <w:t>f 27835/28988/25408 27834/28989/25409 27833/28990/25410</w:t>
        <w:br/>
        <w:t>f 27836/28991/25411 27835/28988/25408 27833/28990/25410</w:t>
        <w:br/>
        <w:t>f 27837/28992/25412 27830/28986/25406 27831/28985/25406</w:t>
        <w:br/>
        <w:t>f 27838/28993/25412 27837/28992/25412 27831/28985/25406</w:t>
        <w:br/>
        <w:t>f 27841/28994/25413 27840/28995/25414 27839/28996/25414</w:t>
        <w:br/>
        <w:t>f 27842/28997/25413 27841/28994/25413 27839/28996/25414</w:t>
        <w:br/>
        <w:t>f 27845/28998/25415 27844/28999/25416 27843/29000/25417</w:t>
        <w:br/>
        <w:t>f 27846/29001/25415 27845/28998/25415 27843/29000/25417</w:t>
        <w:br/>
        <w:t>f 27847/29002/25418 27843/29000/25417 27844/28999/25416</w:t>
        <w:br/>
        <w:t>f 27848/29003/25418 27847/29002/25418 27844/28999/25416</w:t>
        <w:br/>
        <w:t>f 27852/29004/25419 27851/29005/25419 27850/29006/25420</w:t>
        <w:br/>
        <w:t>f 27849/29007/25420 27852/29004/25419 27850/29006/25420</w:t>
        <w:br/>
        <w:t>f 27856/29008/25421 27855/29009/25422 27854/29010/25423</w:t>
        <w:br/>
        <w:t>f 27853/29011/25423 27856/29008/25421 27854/29010/25423</w:t>
        <w:br/>
        <w:t>f 27859/29012/25424 27858/29013/25425 27857/29014/25426</w:t>
        <w:br/>
        <w:t>f 27860/29015/25427 27859/29012/25424 27857/29014/25426</w:t>
        <w:br/>
        <w:t>f 27863/29016/25428 27862/29017/25428 27861/29018/25429</w:t>
        <w:br/>
        <w:t>f 27864/29019/25429 27863/29016/25428 27861/29018/25429</w:t>
        <w:br/>
        <w:t>f 27866/29020/25430 27847/29002/25418 27848/29003/25418</w:t>
        <w:br/>
        <w:t>f 27865/29021/25430 27866/29020/25430 27848/29003/25418</w:t>
        <w:br/>
        <w:t>f 27869/29022/25431 27868/29023/25432 27867/29024/25433</w:t>
        <w:br/>
        <w:t>f 27870/29025/25434 27869/29022/25431 27867/29024/25433</w:t>
        <w:br/>
        <w:t>f 27874/29026/25435 27873/29027/25436 27872/29028/25437</w:t>
        <w:br/>
        <w:t>f 27871/29029/25438 27874/29026/25435 27872/29028/25437</w:t>
        <w:br/>
        <w:t>f 27878/29030/25439 27877/29031/25440 27876/29032/25441</w:t>
        <w:br/>
        <w:t>f 27875/29033/25442 27878/29030/25439 27876/29032/25441</w:t>
        <w:br/>
        <w:t>f 27882/29034/25443 27881/29035/25444 27880/29036/25445</w:t>
        <w:br/>
        <w:t>f 27879/29037/25446 27882/29034/25443 27880/29036/25445</w:t>
        <w:br/>
        <w:t>f 27884/29038/25447 27883/29039/25448 27881/29035/25444</w:t>
        <w:br/>
        <w:t>f 27882/29034/25443 27884/29038/25447 27881/29035/25444</w:t>
        <w:br/>
        <w:t>f 27870/29025/25434 27886/29040/25449 27885/29041/25450</w:t>
        <w:br/>
        <w:t>f 27887/29042/25451 27870/29025/25434 27885/29041/25450</w:t>
        <w:br/>
        <w:t>f 27889/29043/25452 27888/29044/25453 27867/29024/25433</w:t>
        <w:br/>
        <w:t>f 27873/29027/25436 27889/29043/25452 27867/29024/25433</w:t>
        <w:br/>
        <w:t>f 27893/29045/25454 27892/29046/25454 27891/29047/25455</w:t>
        <w:br/>
        <w:t>f 27890/29048/25456 27893/29045/25454 27891/29047/25455</w:t>
        <w:br/>
        <w:t>f 27895/29049/25457 27894/29050/25457 27890/29048/25456</w:t>
        <w:br/>
        <w:t>f 27891/29047/25455 27895/29049/25457 27890/29048/25456</w:t>
        <w:br/>
        <w:t>f 27899/29051/25458 27898/29052/25458 27897/29053/25459</w:t>
        <w:br/>
        <w:t>f 27896/29054/25459 27899/29051/25458 27897/29053/25459</w:t>
        <w:br/>
        <w:t>f 27896/29054/25459 27897/29053/25459 27900/29055/25460</w:t>
        <w:br/>
        <w:t>f 27901/29056/25460 27896/29054/25459 27900/29055/25460</w:t>
        <w:br/>
        <w:t>f 27903/29057/25461 27902/29058/25461 27901/29056/25460</w:t>
        <w:br/>
        <w:t>f 27900/29055/25460 27903/29057/25461 27901/29056/25460</w:t>
        <w:br/>
        <w:t>f 27905/29059/25462 27904/29060/25462 27902/29058/25461</w:t>
        <w:br/>
        <w:t>f 27903/29057/25461 27905/29059/25462 27902/29058/25461</w:t>
        <w:br/>
        <w:t>f 27907/29061/25463 27906/29062/25464 27875/29033/25442</w:t>
        <w:br/>
        <w:t>f 27908/29063/25465 27907/29061/25463 27875/29033/25442</w:t>
        <w:br/>
        <w:t>f 27881/29035/25444 27883/29039/25448 27909/29064/25466</w:t>
        <w:br/>
        <w:t>f 27910/29065/25467 27881/29035/25444 27909/29064/25466</w:t>
        <w:br/>
        <w:t>f 27878/29030/25439 27875/29033/25442 27906/29062/25464</w:t>
        <w:br/>
        <w:t>f 27911/29066/25468 27878/29030/25439 27906/29062/25464</w:t>
        <w:br/>
        <w:t>f 27914/29067/25469 27913/29068/25470 27912/29069/25471</w:t>
        <w:br/>
        <w:t>f 27915/29070/25469 27914/29067/25469 27912/29069/25471</w:t>
        <w:br/>
        <w:t>f 27918/29071/25472 27917/29072/25473 27916/29073/25474</w:t>
        <w:br/>
        <w:t>f 27919/29074/25474 27918/29071/25472 27916/29073/25474</w:t>
        <w:br/>
        <w:t>f 27846/29001/25415 27921/29075/25475 27920/29076/25475</w:t>
        <w:br/>
        <w:t>f 27845/28998/25415 27846/29001/25415 27920/29076/25475</w:t>
        <w:br/>
        <w:t>f 27923/29077/25476 27922/29078/25477 27898/29052/25458</w:t>
        <w:br/>
        <w:t>f 27899/29051/25458 27923/29077/25476 27898/29052/25458</w:t>
        <w:br/>
        <w:t>f 27926/29079/25478 27925/29080/25479 27924/29081/25480</w:t>
        <w:br/>
        <w:t>f 27927/29082/25481 27926/29079/25478 27924/29081/25480</w:t>
        <w:br/>
        <w:t>f 27931/29083/25482 27930/29084/25483 27929/29085/25484</w:t>
        <w:br/>
        <w:t>f 27928/29086/25485 27931/29083/25482 27929/29085/25484</w:t>
        <w:br/>
        <w:t>f 27935/29087/25486 27934/29088/25487 27933/29089/25487</w:t>
        <w:br/>
        <w:t>f 27932/29090/25488 27935/29087/25486 27933/29089/25487</w:t>
        <w:br/>
        <w:t>f 27934/29088/25487 27937/29091/25489 27936/29092/25489</w:t>
        <w:br/>
        <w:t>f 27933/29089/25487 27934/29088/25487 27936/29092/25489</w:t>
        <w:br/>
        <w:t>f 27939/29093/25490 27936/29092/25489 27937/29091/25489</w:t>
        <w:br/>
        <w:t>f 27938/29094/25490 27939/29093/25490 27937/29091/25489</w:t>
        <w:br/>
        <w:t>f 27941/29095/25491 27939/29093/25490 27938/29094/25490</w:t>
        <w:br/>
        <w:t>f 27940/29096/25492 27941/29095/25491 27938/29094/25490</w:t>
        <w:br/>
        <w:t>f 27942/29097/25493 27941/29095/25491 27940/29096/25492</w:t>
        <w:br/>
        <w:t>f 27943/29098/25494 27942/29097/25493 27940/29096/25492</w:t>
        <w:br/>
        <w:t>f 27946/29099/25495 27945/29100/25496 27944/29101/25496</w:t>
        <w:br/>
        <w:t>f 27947/29102/25495 27946/29099/25495 27944/29101/25496</w:t>
        <w:br/>
        <w:t>f 27951/29103/25497 27950/29104/25498 27949/29105/25498</w:t>
        <w:br/>
        <w:t>f 27948/29106/25499 27951/29103/25497 27949/29105/25498</w:t>
        <w:br/>
        <w:t>f 27955/29107/25500 27954/29108/25501 27953/29109/25502</w:t>
        <w:br/>
        <w:t>f 27952/29110/25503 27955/29107/25500 27953/29109/25502</w:t>
        <w:br/>
        <w:t>f 27957/29111/25504 27956/29112/25505 27887/29042/25451</w:t>
        <w:br/>
        <w:t>f 27958/29113/25504 27957/29111/25504 27887/29042/25451</w:t>
        <w:br/>
        <w:t>f 27962/29114/25506 27961/29115/25507 27960/29116/25508</w:t>
        <w:br/>
        <w:t>f 27959/29117/25508 27962/29114/25506 27960/29116/25508</w:t>
        <w:br/>
        <w:t>f 27964/29118/25509 27963/29119/25510 27961/29115/25507</w:t>
        <w:br/>
        <w:t>f 27962/29114/25506 27964/29118/25509 27961/29115/25507</w:t>
        <w:br/>
        <w:t>f 27968/29120/25511 27967/29121/25512 27966/29122/25513</w:t>
        <w:br/>
        <w:t>f 27965/29123/25514 27968/29120/25511 27966/29122/25513</w:t>
        <w:br/>
        <w:t>f 27972/29124/25515 27971/29125/25515 27970/29126/25516</w:t>
        <w:br/>
        <w:t>f 27969/29127/25517 27972/29124/25515 27970/29126/25516</w:t>
        <w:br/>
        <w:t>f 27976/29128/25518 27975/29129/25519 27974/29130/25520</w:t>
        <w:br/>
        <w:t>f 27973/29131/25520 27976/29128/25518 27974/29130/25520</w:t>
        <w:br/>
        <w:t>f 27978/29132/25521 27977/29133/25521 27973/29131/25520</w:t>
        <w:br/>
        <w:t>f 27974/29130/25520 27978/29132/25521 27973/29131/25520</w:t>
        <w:br/>
        <w:t>f 27865/29021/25430 27980/29134/25522 27979/29135/25522</w:t>
        <w:br/>
        <w:t>f 27866/29020/25430 27865/29021/25430 27979/29135/25522</w:t>
        <w:br/>
        <w:t>f 27984/29136/25523 27983/29137/25523 27982/29138/25524</w:t>
        <w:br/>
        <w:t>f 27981/29139/25524 27984/29136/25523 27982/29138/25524</w:t>
        <w:br/>
        <w:t>f 27988/29140/25525 27987/29141/25525 27986/29142/25526</w:t>
        <w:br/>
        <w:t>f 27985/29143/25527 27988/29140/25525 27986/29142/25526</w:t>
        <w:br/>
        <w:t>f 27851/29005/25419 27852/29004/25419 27977/29133/25521</w:t>
        <w:br/>
        <w:t>f 27978/29132/25521 27851/29005/25419 27977/29133/25521</w:t>
        <w:br/>
        <w:t>f 27991/29144/25528 27990/29145/25528 27989/29146/25529</w:t>
        <w:br/>
        <w:t>f 27992/29147/25529 27991/29144/25528 27989/29146/25529</w:t>
        <w:br/>
        <w:t>f 27996/29148/25530 27995/29149/25530 27994/29150/25531</w:t>
        <w:br/>
        <w:t>f 27993/29151/25532 27996/29148/25530 27994/29150/25531</w:t>
        <w:br/>
        <w:t>f 28000/29152/25533 27999/29153/25533 27998/29154/25534</w:t>
        <w:br/>
        <w:t>f 27997/29155/25535 28000/29152/25533 27998/29154/25534</w:t>
        <w:br/>
        <w:t>f 28004/29156/25536 28003/29157/25536 28002/29158/25537</w:t>
        <w:br/>
        <w:t>f 28001/29159/25537 28004/29156/25536 28002/29158/25537</w:t>
        <w:br/>
        <w:t>f 28008/29160/25538 28007/29161/25538 28006/29162/25539</w:t>
        <w:br/>
        <w:t>f 28005/29163/25540 28008/29160/25538 28006/29162/25539</w:t>
        <w:br/>
        <w:t>f 28011/29164/25541 28010/29165/25542 28009/29166/25543</w:t>
        <w:br/>
        <w:t>f 28012/29167/25544 28011/29164/25541 28009/29166/25543</w:t>
        <w:br/>
        <w:t>f 28014/29168/25545 28013/29169/25545 28007/29161/25538</w:t>
        <w:br/>
        <w:t>f 28008/29160/25538 28014/29168/25545 28007/29161/25538</w:t>
        <w:br/>
        <w:t>f 28017/29170/25546 28016/29171/25546 28015/29172/25547</w:t>
        <w:br/>
        <w:t>f 28018/29173/25547 28017/29170/25546 28015/29172/25547</w:t>
        <w:br/>
        <w:t>f 28021/29174/25548 28020/29175/25549 28019/29176/25550</w:t>
        <w:br/>
        <w:t>f 28022/29177/25550 28021/29174/25548 28019/29176/25550</w:t>
        <w:br/>
        <w:t>f 28020/29175/25549 28021/29174/25548 28023/29178/25551</w:t>
        <w:br/>
        <w:t>f 28024/29179/25551 28020/29175/25549 28023/29178/25551</w:t>
        <w:br/>
        <w:t>f 28028/29180/25552 28027/29181/25553 28026/29182/25553</w:t>
        <w:br/>
        <w:t>f 28025/29183/25552 28028/29180/25552 28026/29182/25553</w:t>
        <w:br/>
        <w:t>f 28032/29184/25554 28031/29185/25555 28030/29186/25555</w:t>
        <w:br/>
        <w:t>f 28029/29187/25554 28032/29184/25554 28030/29186/25555</w:t>
        <w:br/>
        <w:t>f 28036/29188/25556 28035/29189/25557 28034/29190/25557</w:t>
        <w:br/>
        <w:t>f 28033/29191/25558 28036/29188/25556 28034/29190/25557</w:t>
        <w:br/>
        <w:t>f 28040/29192/25559 28039/29193/25560 28038/29194/25560</w:t>
        <w:br/>
        <w:t>f 28037/29195/25561 28040/29192/25559 28038/29194/25560</w:t>
        <w:br/>
        <w:t>f 28042/29196/25562 28041/29197/25562 28024/29179/25551</w:t>
        <w:br/>
        <w:t>f 28023/29178/25551 28042/29196/25562 28024/29179/25551</w:t>
        <w:br/>
        <w:t>f 28046/29198/25563 28045/29199/25564 28044/29200/25565</w:t>
        <w:br/>
        <w:t>f 28043/29201/25566 28046/29198/25563 28044/29200/25565</w:t>
        <w:br/>
        <w:t>f 28050/29202/25567 28049/29203/25568 28048/29204/25569</w:t>
        <w:br/>
        <w:t>f 28047/29205/25570 28050/29202/25567 28048/29204/25569</w:t>
        <w:br/>
        <w:t>f 28053/29206/25571 28052/29207/25572 28051/29208/25573</w:t>
        <w:br/>
        <w:t>f 28054/29209/25574 28053/29206/25571 28051/29208/25573</w:t>
        <w:br/>
        <w:t>f 28058/29210/25575 28057/29211/25576 28056/29212/25577</w:t>
        <w:br/>
        <w:t>f 28055/29213/25578 28058/29210/25575 28056/29212/25577</w:t>
        <w:br/>
        <w:t>f 28059/29214/25579 28058/29210/25575 28055/29213/25578</w:t>
        <w:br/>
        <w:t>f 28060/29215/25580 28059/29214/25579 28055/29213/25578</w:t>
        <w:br/>
        <w:t>f 28043/29201/25566 28063/29216/25581 28062/29217/25582</w:t>
        <w:br/>
        <w:t>f 28061/29218/25583 28043/29201/25566 28062/29217/25582</w:t>
        <w:br/>
        <w:t>f 28065/29219/25584 28047/29205/25570 28046/29198/25563</w:t>
        <w:br/>
        <w:t>f 28064/29220/25585 28065/29219/25584 28046/29198/25563</w:t>
        <w:br/>
        <w:t>f 28069/29221/25586 28068/29222/25587 28067/29223/25588</w:t>
        <w:br/>
        <w:t>f 28066/29224/25586 28069/29221/25586 28067/29223/25588</w:t>
        <w:br/>
        <w:t>f 28068/29222/25587 28071/29225/25589 28070/29226/25590</w:t>
        <w:br/>
        <w:t>f 28067/29223/25588 28068/29222/25587 28070/29226/25590</w:t>
        <w:br/>
        <w:t>f 28074/29227/25591 28073/29228/25592 28072/29229/25592</w:t>
        <w:br/>
        <w:t>f 28075/29230/25591 28074/29227/25591 28072/29229/25592</w:t>
        <w:br/>
        <w:t>f 28076/29231/25593 28072/29229/25592 28073/29228/25592</w:t>
        <w:br/>
        <w:t>f 28077/29232/25593 28076/29231/25593 28073/29228/25592</w:t>
        <w:br/>
        <w:t>f 28077/29232/25593 28079/29233/25594 28078/29234/25594</w:t>
        <w:br/>
        <w:t>f 28076/29231/25593 28077/29232/25593 28078/29234/25594</w:t>
        <w:br/>
        <w:t>f 28080/29235/25595 28078/29234/25594 28079/29233/25594</w:t>
        <w:br/>
        <w:t>f 28081/29236/25595 28080/29235/25595 28079/29233/25594</w:t>
        <w:br/>
        <w:t>f 28084/29237/25596 28083/29238/25597 28052/29207/25572</w:t>
        <w:br/>
        <w:t>f 28082/29239/25598 28084/29237/25596 28052/29207/25572</w:t>
        <w:br/>
        <w:t>f 28055/29213/25578 28086/29240/25599 28085/29241/25600</w:t>
        <w:br/>
        <w:t>f 28060/29215/25580 28055/29213/25578 28085/29241/25600</w:t>
        <w:br/>
        <w:t>f 28053/29206/25571 28087/29242/25601 28082/29239/25598</w:t>
        <w:br/>
        <w:t>f 28052/29207/25572 28053/29206/25571 28082/29239/25598</w:t>
        <w:br/>
        <w:t>f 28090/29243/25602 28089/29244/25603 28088/29245/25604</w:t>
        <w:br/>
        <w:t>f 28091/29246/25604 28090/29243/25602 28088/29245/25604</w:t>
        <w:br/>
        <w:t>f 28094/29247/25605 28093/29248/25606 28092/29249/25607</w:t>
        <w:br/>
        <w:t>f 28095/29250/25605 28094/29247/25605 28092/29249/25607</w:t>
        <w:br/>
        <w:t>f 28097/29251/25608 28096/29252/25608 28022/29177/25550</w:t>
        <w:br/>
        <w:t>f 28019/29176/25550 28097/29251/25608 28022/29177/25550</w:t>
        <w:br/>
        <w:t>f 28099/29253/25609 28074/29227/25591 28075/29230/25591</w:t>
        <w:br/>
        <w:t>f 28098/29254/25610 28099/29253/25609 28075/29230/25591</w:t>
        <w:br/>
        <w:t>f 28103/29255/25611 28102/29256/25612 28101/29257/25613</w:t>
        <w:br/>
        <w:t>f 28100/29258/25613 28103/29255/25611 28101/29257/25613</w:t>
        <w:br/>
        <w:t>f 28107/29259/25614 28106/29260/25615 28105/29261/25616</w:t>
        <w:br/>
        <w:t>f 28104/29262/25614 28107/29259/25614 28105/29261/25616</w:t>
        <w:br/>
        <w:t>f 28111/29263/25617 28110/29264/25618 28109/29265/25619</w:t>
        <w:br/>
        <w:t>f 28108/29266/25620 28111/29263/25617 28109/29265/25619</w:t>
        <w:br/>
        <w:t>f 28113/29267/25621 28112/29268/25621 28110/29264/25618</w:t>
        <w:br/>
        <w:t>f 28111/29263/25617 28113/29267/25621 28110/29264/25618</w:t>
        <w:br/>
        <w:t>f 28112/29268/25621 28113/29267/25621 28115/29269/25622</w:t>
        <w:br/>
        <w:t>f 28114/29270/25622 28112/29268/25621 28115/29269/25622</w:t>
        <w:br/>
        <w:t>f 28117/29271/25623 28116/29272/25623 28114/29270/25622</w:t>
        <w:br/>
        <w:t>f 28115/29269/25622 28117/29271/25623 28114/29270/25622</w:t>
        <w:br/>
        <w:t>f 28116/29272/25623 28117/29271/25623 28118/29273/25624</w:t>
        <w:br/>
        <w:t>f 28119/29274/25625 28116/29272/25623 28118/29273/25624</w:t>
        <w:br/>
        <w:t>f 28122/29275/25626 28121/29276/25626 28120/29277/25627</w:t>
        <w:br/>
        <w:t>f 28123/29278/25628 28122/29275/25626 28120/29277/25627</w:t>
        <w:br/>
        <w:t>f 28126/29279/25629 28125/29280/25630 28124/29281/25631</w:t>
        <w:br/>
        <w:t>f 28127/29282/25631 28126/29279/25629 28124/29281/25631</w:t>
        <w:br/>
        <w:t>f 28131/29283/25632 28130/29284/25633 28129/29285/25634</w:t>
        <w:br/>
        <w:t>f 28128/29286/25635 28131/29283/25632 28129/29285/25634</w:t>
        <w:br/>
        <w:t>f 28063/29216/25581 28133/29287/25636 28132/29288/25637</w:t>
        <w:br/>
        <w:t>f 28134/29289/25637 28063/29216/25581 28132/29288/25637</w:t>
        <w:br/>
        <w:t>f 28138/29290/25638 28137/29291/25639 28136/29292/25639</w:t>
        <w:br/>
        <w:t>f 28135/29293/25638 28138/29290/25638 28136/29292/25639</w:t>
        <w:br/>
        <w:t>f 28140/29294/25640 28136/29292/25639 28137/29291/25639</w:t>
        <w:br/>
        <w:t>f 28139/29295/25641 28140/29294/25640 28137/29291/25639</w:t>
        <w:br/>
        <w:t>f 28143/29296/25642 28142/29297/25643 28141/29298/25644</w:t>
        <w:br/>
        <w:t>f 28144/29299/25642 28143/29296/25642 28141/29298/25644</w:t>
        <w:br/>
        <w:t>f 28147/29300/25645 28146/29301/25646 28145/29302/25646</w:t>
        <w:br/>
        <w:t>f 28148/29303/25647 28147/29300/25645 28145/29302/25646</w:t>
        <w:br/>
        <w:t>f 28151/29304/25648 28150/29305/25649 28149/29306/25650</w:t>
        <w:br/>
        <w:t>f 28152/29307/25648 28151/29304/25648 28149/29306/25650</w:t>
        <w:br/>
        <w:t>f 28152/29307/25648 28154/29308/25651 28153/29309/25651</w:t>
        <w:br/>
        <w:t>f 28151/29304/25648 28152/29307/25648 28153/29309/25651</w:t>
        <w:br/>
        <w:t>f 28156/29310/25652 28155/29311/25652 28041/29197/25562</w:t>
        <w:br/>
        <w:t>f 28042/29196/25562 28156/29310/25652 28041/29197/25562</w:t>
        <w:br/>
        <w:t>f 28159/29312/25653 28158/29313/25654 28157/29314/25654</w:t>
        <w:br/>
        <w:t>f 28160/29315/25653 28159/29312/25653 28157/29314/25654</w:t>
        <w:br/>
        <w:t>f 28163/29316/25655 28162/29317/25656 28161/29318/25656</w:t>
        <w:br/>
        <w:t>f 28164/29319/25655 28163/29316/25655 28161/29318/25656</w:t>
        <w:br/>
        <w:t>f 28027/29181/25553 28153/29309/25651 28154/29308/25651</w:t>
        <w:br/>
        <w:t>f 28026/29182/25553 28027/29181/25553 28154/29308/25651</w:t>
        <w:br/>
        <w:t>f 28168/29320/25657 28167/29321/25658 28166/29322/25658</w:t>
        <w:br/>
        <w:t>f 28165/29323/25657 28168/29320/25657 28166/29322/25658</w:t>
        <w:br/>
        <w:t>f 28172/29324/25659 28171/29325/25660 28170/29326/25661</w:t>
        <w:br/>
        <w:t>f 28169/29327/25659 28172/29324/25659 28170/29326/25661</w:t>
        <w:br/>
        <w:t>f 28176/29328/25662 28175/29329/25663 28174/29330/25663</w:t>
        <w:br/>
        <w:t>f 28173/29331/25664 28176/29328/25662 28174/29330/25663</w:t>
        <w:br/>
        <w:t>f 28179/29332/25665 28178/29333/25666 28177/29334/25666</w:t>
        <w:br/>
        <w:t>f 28180/29335/25667 28179/29332/25665 28177/29334/25666</w:t>
        <w:br/>
        <w:t>f 27807/28960/25385 28181/29336/25668 27806/28961/25386</w:t>
        <w:br/>
        <w:t>f 24346/25501/22346 24343/25500/22346 24360/25514/22358</w:t>
        <w:br/>
        <w:t>f 24361/25513/22358 24346/25501/22346 24360/25514/22358</w:t>
        <w:br/>
        <w:t>f 24349/25503/22348 24350/25502/22347 24362/25518/22360</w:t>
        <w:br/>
        <w:t>f 24363/25517/22360 24349/25503/22348 24362/25518/22360</w:t>
        <w:br/>
        <w:t>f 24458/25616/22453 28182/29337/25669 24519/25674/22504</w:t>
        <w:br/>
        <w:t>f 24461/25613/22453 24458/25616/22453 24519/25674/22504</w:t>
        <w:br/>
        <w:t>f 24344/25499/22345 24345/25498/22344 28183/29338/25670</w:t>
        <w:br/>
        <w:t>f 28184/29339/25671 24344/25499/22345 28183/29338/25670</w:t>
        <w:br/>
        <w:t>f 24348/25504/22349 28185/29340/25672 24347/25505/22350</w:t>
        <w:br/>
        <w:t>f 24381/25533/22374 28183/29338/25670 24348/25504/22349</w:t>
        <w:br/>
        <w:t>f 24387/25542/22383 24381/25533/22374 24348/25504/22349</w:t>
        <w:br/>
        <w:t>f 24387/25542/22383 24388/25543/22384 24380/25534/22375</w:t>
        <w:br/>
        <w:t>f 24381/25533/22374 24387/25542/22383 24380/25534/22375</w:t>
        <w:br/>
        <w:t>f 24447/25602/22442 24451/25607/22447 24468/25623/22460</w:t>
        <w:br/>
        <w:t>f 24446/25603/22443 24447/25602/22442 24468/25623/22460</w:t>
        <w:br/>
        <w:t>f 24450/25608/22448 24519/25674/22504 28182/29337/25669</w:t>
        <w:br/>
        <w:t>f 24453/25605/22445 24450/25608/22448 28182/29337/25669</w:t>
        <w:br/>
        <w:t>f 24450/25608/22448 24451/25607/22447 24447/25602/22442</w:t>
        <w:br/>
        <w:t>f 24386/25540/22381 24375/25528/22369 24370/25527/22368</w:t>
        <w:br/>
        <w:t>f 24371/25526/22367 24386/25540/22381 24370/25527/22368</w:t>
        <w:br/>
        <w:t>f 24389/25544/22385 24372/25525/22366 24370/25527/22368</w:t>
        <w:br/>
        <w:t>f 24373/25530/22371 24389/25544/22385 24370/25527/22368</w:t>
        <w:br/>
        <w:t>f 24449/25604/22444 24456/25609/22449 24457/25612/22452</w:t>
        <w:br/>
        <w:t>f 24448/25601/22441 24449/25604/22444 24457/25612/22452</w:t>
        <w:br/>
        <w:t>f 24516/25672/22502 24519/25674/22504 24448/25601/22441</w:t>
        <w:br/>
        <w:t>f 24457/25612/22452 24516/25672/22502 24448/25601/22441</w:t>
        <w:br/>
        <w:t>f 24376/25531/22372 28186/29341/25673 24377/25532/22373</w:t>
        <w:br/>
        <w:t>f 24385/25541/22382 28186/29341/25673 24376/25531/22372</w:t>
        <w:br/>
        <w:t>f 24455/25610/22450 24470/25627/22464 24471/25626/22463</w:t>
        <w:br/>
        <w:t>f 24454/25611/22451 24455/25610/22450 24471/25626/22463</w:t>
        <w:br/>
        <w:t>f 24454/25611/22451 24471/25626/22463 24518/25673/22503</w:t>
        <w:br/>
        <w:t>f 24517/25671/22501 24454/25611/22451 24518/25673/22503</w:t>
        <w:br/>
        <w:t>f 24258/25413/22259 24253/25410/22256 24254/25409/22255</w:t>
        <w:br/>
        <w:t>f 24257/25414/22260 24258/25413/22259 24254/25409/22255</w:t>
        <w:br/>
        <w:t>f 24267/25421/22267 24271/25424/22270 24272/25427/22273</w:t>
        <w:br/>
        <w:t>f 24266/25422/22268 24267/25421/22267 24272/25427/22273</w:t>
        <w:br/>
        <w:t>f 24266/25422/22268 24272/25427/22273 24257/25414/22260</w:t>
        <w:br/>
        <w:t>f 24254/25409/22255 24266/25422/22268 24257/25414/22260</w:t>
        <w:br/>
        <w:t>f 24253/25410/22256 24258/25413/22259 24296/25452/22298</w:t>
        <w:br/>
        <w:t>f 28187/29342/25674 24253/25410/22256 24296/25452/22298</w:t>
        <w:br/>
        <w:t>f 28184/29339/25671 28183/29338/25670 24339/25497/22343</w:t>
        <w:br/>
        <w:t>f 24340/25496/22342 28184/29339/25671 24339/25497/22343</w:t>
        <w:br/>
        <w:t>f 24383/25538/22379 24384/25537/22378 24378/25536/22377</w:t>
        <w:br/>
        <w:t>f 24379/25535/22376 24383/25538/22379 24378/25536/22377</w:t>
        <w:br/>
        <w:t>f 24378/25536/22377 24339/25497/22343 28183/29338/25670</w:t>
        <w:br/>
        <w:t>f 24381/25533/22374 24378/25536/22377 28183/29338/25670</w:t>
        <w:br/>
        <w:t>f 24428/25582/22422 24429/25581/22421 24425/25580/22420</w:t>
        <w:br/>
        <w:t>f 24422/25579/22419 24428/25582/22422 24425/25580/22420</w:t>
        <w:br/>
        <w:t>f 24467/25621/22458 24442/25599/22439 24443/25598/22438</w:t>
        <w:br/>
        <w:t>f 24466/25622/22459 24467/25621/22458 24443/25598/22438</w:t>
        <w:br/>
        <w:t>f 24504/25659/22489 24502/25655/22486 24424/25577/22417</w:t>
        <w:br/>
        <w:t>f 24425/25580/22420 24504/25659/22489 24424/25577/22417</w:t>
        <w:br/>
        <w:t>f 24515/25670/22500 24514/25668/22498 24442/25599/22439</w:t>
        <w:br/>
        <w:t>f 24467/25621/22458 24515/25670/22500 24442/25599/22439</w:t>
        <w:br/>
        <w:t>f 24197/25351/22203 24198/25350/22203 24335/25493/22339</w:t>
        <w:br/>
        <w:t>f 28188/29343/25675 24197/25351/22203 24335/25493/22339</w:t>
        <w:br/>
        <w:t>f 28190/29344/25676 28189/29345/25677 24202/25357/22208</w:t>
        <w:br/>
        <w:t>f 24199/25356/22208 28190/29344/25676 24202/25357/22208</w:t>
        <w:br/>
        <w:t>f 24256/25411/22257 24301/25456/22302 24305/25460/22306</w:t>
        <w:br/>
        <w:t>f 24255/25408/22254 24256/25411/22257 24305/25460/22306</w:t>
        <w:br/>
        <w:t>f 24265/25423/22269 24308/25461/22307 24309/25464/22310</w:t>
        <w:br/>
        <w:t>f 24268/25420/22266 24265/25423/22269 24309/25464/22310</w:t>
        <w:br/>
        <w:t>f 24308/25461/22307 24265/25423/22269 24255/25408/22254</w:t>
        <w:br/>
        <w:t>f 24305/25460/22306 24308/25461/22307 24255/25408/22254</w:t>
        <w:br/>
        <w:t>f 24253/25410/22256 28187/29342/25674 24300/25457/22303</w:t>
        <w:br/>
        <w:t>f 24256/25411/22257 24253/25410/22256 24300/25457/22303</w:t>
        <w:br/>
        <w:t>f 24315/25473/22319 24316/25472/22318 24314/25469/22315</w:t>
        <w:br/>
        <w:t>f 24311/25468/22314 24315/25473/22319 24314/25469/22315</w:t>
        <w:br/>
        <w:t>f 24311/25468/22314 24312/25467/22313 24302/25455/22301</w:t>
        <w:br/>
        <w:t>f 24320/25474/22320 24311/25468/22314 24302/25455/22301</w:t>
        <w:br/>
        <w:t>f 24337/25491/22337 24338/25490/22336 24341/25495/22341</w:t>
        <w:br/>
        <w:t>f 24342/25494/22340 24337/25491/22337 24341/25495/22341</w:t>
        <w:br/>
        <w:t>f 24342/25494/22340 24384/25537/22378 24368/25524/22365</w:t>
        <w:br/>
        <w:t>f 24337/25491/22337 24342/25494/22340 24368/25524/22365</w:t>
        <w:br/>
        <w:t>f 24368/25524/22365 24382/25539/22380 24250/25405/22251</w:t>
        <w:br/>
        <w:t>f 24369/25523/22364 24368/25524/22365 24250/25405/22251</w:t>
        <w:br/>
        <w:t>f 24382/25539/22380 24383/25538/22379 24390/25545/22386</w:t>
        <w:br/>
        <w:t>f 24418/25576/22416 24419/25575/22416 24423/25578/22418</w:t>
        <w:br/>
        <w:t>f 24424/25577/22417 24418/25576/22416 24423/25578/22418</w:t>
        <w:br/>
        <w:t>f 24524/25678/22508 24444/25597/22437 24445/25600/22440</w:t>
        <w:br/>
        <w:t>f 24523/25679/22509 24524/25678/22508 24445/25600/22440</w:t>
        <w:br/>
        <w:t>f 24482/25638/22475 24480/25632/22469 24477/25635/22472</w:t>
        <w:br/>
        <w:t>f 24481/25639/22476 24482/25638/22475 24477/25635/22472</w:t>
        <w:br/>
        <w:t>f 24495/25650/22483 28192/29346/25678 28191/29347/25678</w:t>
        <w:br/>
        <w:t>f 24494/25651/22483 24495/25650/22483 28191/29347/25678</w:t>
        <w:br/>
        <w:t>f 24500/25657/22487 24501/25656/22487 24524/25678/22508</w:t>
        <w:br/>
        <w:t>f 24421/25573/22414 24500/25657/22487 24524/25678/22508</w:t>
        <w:br/>
        <w:t>f 24513/25669/22499 24483/25637/22513 24523/25679/22509</w:t>
        <w:br/>
        <w:t>f 24445/25600/22440 24513/25669/22499 24523/25679/22509</w:t>
        <w:br/>
        <w:t>f 24324/25478/22324 24326/25482/22328 24317/25471/22317</w:t>
        <w:br/>
        <w:t>f 24318/25470/22316 24324/25478/22324 24317/25471/22317</w:t>
        <w:br/>
        <w:t>f 24321/25476/22322 24323/25479/22325 24324/25478/22324</w:t>
        <w:br/>
        <w:t>f 24318/25470/22316 24321/25476/22322 24324/25478/22324</w:t>
        <w:br/>
        <w:t>f 24492/25648/22481 24493/25647/22481 28191/29347/25678</w:t>
        <w:br/>
        <w:t>f 28192/29346/25678 24492/25648/22481 28191/29347/25678</w:t>
        <w:br/>
        <w:t>f 24330/25483/22329 24328/25485/22331 24325/25477/22323</w:t>
        <w:br/>
        <w:t>f 24322/25480/22326 24330/25483/22329 24325/25477/22323</w:t>
        <w:br/>
        <w:t>f 24331/25486/22332 24327/25481/22327 24325/25477/22323</w:t>
        <w:br/>
        <w:t>f 24328/25485/22331 24331/25486/22332 24325/25477/22323</w:t>
        <w:br/>
        <w:t>f 24489/25645/22480 24498/25653/22484 24499/25652/22484</w:t>
        <w:br/>
        <w:t>f 24488/25646/22480 24489/25645/22480 24499/25652/22484</w:t>
        <w:br/>
        <w:t>f 24214/25369/22216 24215/25371/22219 24216/25370/22219</w:t>
        <w:br/>
        <w:t>f 24213/25366/22216 24214/25369/22216 24216/25370/22219</w:t>
        <w:br/>
        <w:t>f 24210/25365/22215 24207/25364/22214 24218/25373/22220</w:t>
        <w:br/>
        <w:t>f 24219/25372/22220 24210/25365/22215 24218/25373/22220</w:t>
        <w:br/>
        <w:t>f 28193/29348/25679 24476/25628/22465 24473/25631/22468</w:t>
        <w:br/>
        <w:t>f 28194/29349/25679 28193/29348/25679 24473/25631/22468</w:t>
        <w:br/>
        <w:t>f 23492/24647/21560 23496/24648/21561 23493/24651/21564</w:t>
        <w:br/>
        <w:t>f 23491/24644/21557 23492/24647/21560 23493/24651/21564</w:t>
        <w:br/>
        <w:t>f 23540/24698/21603 23541/24697/21602 23537/24692/21597</w:t>
        <w:br/>
        <w:t>f 23538/24691/21596 23540/24698/21603 23537/24692/21597</w:t>
        <w:br/>
        <w:t>f 23582/24737/21641 23583/24736/21640 23597/24752/21656</w:t>
        <w:br/>
        <w:t>f 23579/24735/21639 23582/24737/21641 23597/24752/21656</w:t>
        <w:br/>
        <w:t>f 23596/24751/21655 23528/24680/21585 23495/24649/21562</w:t>
        <w:br/>
        <w:t>f 23496/24648/21561 23596/24751/21655 23495/24649/21562</w:t>
        <w:br/>
        <w:t>f 23583/24736/21640 23540/24698/21603 23538/24691/21596</w:t>
        <w:br/>
        <w:t>f 23597/24752/21656 23583/24736/21640 23538/24691/21596</w:t>
        <w:br/>
        <w:t>f 23596/24751/21655 23595/24750/21654 23607/24762/21664</w:t>
        <w:br/>
        <w:t>f 23490/24645/21558 23591/24745/21649 23592/24747/21651</w:t>
        <w:br/>
        <w:t>f 23489/24646/21559 23490/24645/21558 23592/24747/21651</w:t>
        <w:br/>
        <w:t>f 23562/24716/21621 23563/24715/21620 23565/24720/21625</w:t>
        <w:br/>
        <w:t>f 23566/24719/21624 23562/24716/21621 23565/24720/21625</w:t>
        <w:br/>
        <w:t>f 23565/24720/21625 23567/24723/21628 23542/24696/21601</w:t>
        <w:br/>
        <w:t>f 23543/24695/21600 23565/24720/21625 23542/24696/21601</w:t>
        <w:br/>
        <w:t>f 23572/24724/21629 23566/24719/21624 23564/24721/21626</w:t>
        <w:br/>
        <w:t>f 23581/24738/21642 23572/24724/21629 23564/24721/21626</w:t>
        <w:br/>
        <w:t>f 23594/24749/21653 23595/24750/21654 23492/24647/21560</w:t>
        <w:br/>
        <w:t>f 23489/24646/21559 23594/24749/21653 23492/24647/21560</w:t>
        <w:br/>
        <w:t>f 23487/24642/21555 23593/24748/21652 23592/24747/21651</w:t>
        <w:br/>
        <w:t>f 23486/24643/21556 23487/24642/21555 23592/24747/21651</w:t>
        <w:br/>
        <w:t>f 23561/24717/21622 28195/29350/25680 23560/24718/21623</w:t>
        <w:br/>
        <w:t>f 23560/24718/21623 28195/29350/25680 23578/24733/21637</w:t>
        <w:br/>
        <w:t>f 23590/24746/21650 23488/24641/21554 23486/24643/21556</w:t>
        <w:br/>
        <w:t>f 23598/24754/21657 28196/29351/25681 23599/24753/21657</w:t>
        <w:br/>
        <w:t>f 23485/24640/21553 23482/24639/21553 23499/24653/21566</w:t>
        <w:br/>
        <w:t>f 23500/24652/21565 23485/24640/21553 23499/24653/21566</w:t>
        <w:br/>
        <w:t>f 23508/24663/21571 23509/24666/21575 23510/24665/21574</w:t>
        <w:br/>
        <w:t>f 23507/24660/21571 23508/24663/21571 23510/24665/21574</w:t>
        <w:br/>
        <w:t>f 23555/24710/21615 23552/24709/21614 23558/24712/21617</w:t>
        <w:br/>
        <w:t>f 23559/24711/21616 23555/24710/21615 23558/24712/21617</w:t>
        <w:br/>
        <w:t>f 23580/24734/21638 23559/24711/21616 23556/24714/21619</w:t>
        <w:br/>
        <w:t>f 23589/24743/21647 23580/24734/21638 23556/24714/21619</w:t>
        <w:br/>
        <w:t>f 23524/24677/21582 23522/24679/21584 23497/24655/21567</w:t>
        <w:br/>
        <w:t>f 23498/24654/21567 23524/24677/21582 23497/24655/21567</w:t>
        <w:br/>
        <w:t>f 23514/24669/21577 23511/24664/21573 23512/24667/21573</w:t>
        <w:br/>
        <w:t>f 23513/24670/21577 23514/24669/21577 23512/24667/21573</w:t>
        <w:br/>
        <w:t>f 23601/24756/21659 23602/24755/21658 23586/24742/21646</w:t>
        <w:br/>
        <w:t>f 23587/24741/21645 23601/24756/21659 23586/24742/21646</w:t>
        <w:br/>
        <w:t>f 23602/24755/21658 23603/24758/21661 23588/24744/21648</w:t>
        <w:br/>
        <w:t>f 23586/24742/21646 23602/24755/21658 23588/24744/21648</w:t>
        <w:br/>
        <w:t>f 24756/25914/22727 24784/25939/22751 24785/25938/22750</w:t>
        <w:br/>
        <w:t>f 24759/25911/22724 24756/25914/22727 24785/25938/22750</w:t>
        <w:br/>
        <w:t>f 24760/25916/22729 24759/25911/22724 24785/25938/22750</w:t>
        <w:br/>
        <w:t>f 28197/29352/25682 24760/25916/22729 24785/25938/22750</w:t>
        <w:br/>
        <w:t>f 24769/25924/22736 24766/25923/22735 24777/25932/22744</w:t>
        <w:br/>
        <w:t>f 24774/25931/22743 24769/25924/22736 24777/25932/22744</w:t>
        <w:br/>
        <w:t>f 24779/25933/22745 24769/25924/22736 24774/25931/22743</w:t>
        <w:br/>
        <w:t>f 24780/25936/22748 24779/25933/22745 24774/25931/22743</w:t>
        <w:br/>
        <w:t>f 24766/25923/22735 24823/25979/22782 28198/29353/25683</w:t>
        <w:br/>
        <w:t>f 24764/25918/22731 24766/25923/22735 28198/29353/25683</w:t>
        <w:br/>
        <w:t>f 24825/25983/22786 28199/29354/25684 24828/25980/22783</w:t>
        <w:br/>
        <w:t>f 28199/29354/25684 24825/25983/22786 24760/25916/22729</w:t>
        <w:br/>
        <w:t>f 28197/29352/25682 28199/29354/25684 24760/25916/22729</w:t>
        <w:br/>
        <w:t>f 24730/25884/22697 24731/25883/22696 24757/25913/22726</w:t>
        <w:br/>
        <w:t>f 24758/25912/22725 24730/25884/22697 24757/25913/22726</w:t>
        <w:br/>
        <w:t>f 24767/25922/22734 24768/25921/22733 24744/25900/22713</w:t>
        <w:br/>
        <w:t>f 24745/25899/22712 24767/25922/22734 24744/25900/22713</w:t>
        <w:br/>
        <w:t>f 24768/25921/22733 24778/25934/22746 24782/25937/22749</w:t>
        <w:br/>
        <w:t>f 24744/25900/22713 24768/25921/22733 24782/25937/22749</w:t>
        <w:br/>
        <w:t>f 24824/25978/22781 24767/25922/22734 24745/25899/22712</w:t>
        <w:br/>
        <w:t>f 24817/25973/22777 24824/25978/22781 24745/25899/22712</w:t>
        <w:br/>
        <w:t>f 24729/25885/22698 24730/25884/22697 24832/25987/22790</w:t>
        <w:br/>
        <w:t>f 24833/25990/22793 24729/25885/22698 24832/25987/22790</w:t>
        <w:br/>
        <w:t>f 24832/25987/22790 24761/25915/22728 24826/25982/22785</w:t>
        <w:br/>
        <w:t>f 24835/25988/22791 24832/25987/22790 24826/25982/22785</w:t>
        <w:br/>
        <w:t>f 24841/25996/22799 28200/29355/25685 24834/25989/22792</w:t>
        <w:br/>
        <w:t>f 24835/25988/22791 24841/25996/22799 24834/25989/22792</w:t>
        <w:br/>
        <w:t>f 24785/25938/22750 24750/25907/22720 24751/25906/22719</w:t>
        <w:br/>
        <w:t>f 28197/29352/25682 24785/25938/22750 24751/25906/22719</w:t>
        <w:br/>
        <w:t>f 24762/25920/22730 28202/29356/25686 28201/29357/25687</w:t>
        <w:br/>
        <w:t>f 24765/25917/22730 24762/25920/22730 28201/29357/25687</w:t>
        <w:br/>
        <w:t>f 24773/25928/22740 24770/25927/22739 24775/25930/22742</w:t>
        <w:br/>
        <w:t>f 24776/25929/22741 24773/25928/22740 24775/25930/22742</w:t>
        <w:br/>
        <w:t>f 24770/25927/22739 28203/29358/25688 24781/25935/22747</w:t>
        <w:br/>
        <w:t>f 24775/25930/22742 24770/25927/22739 24781/25935/22747</w:t>
        <w:br/>
        <w:t>f 24783/25940/22752 28204/29359/25689 24753/25908/22721</w:t>
        <w:br/>
        <w:t>f 24750/25907/22720 24783/25940/22752 24753/25908/22721</w:t>
        <w:br/>
        <w:t>f 24749/25904/22717 24753/25908/22721 28204/29359/25689</w:t>
        <w:br/>
        <w:t>f 24748/25901/22714 24749/25904/22717 28204/29359/25689</w:t>
        <w:br/>
        <w:t>f 24789/25946/22758 24788/25941/22753 24771/25926/22738</w:t>
        <w:br/>
        <w:t>f 24772/25925/22737 24789/25946/22758 24771/25926/22738</w:t>
        <w:br/>
        <w:t>f 24771/25926/22738 24786/25943/22755 28203/29358/25688</w:t>
        <w:br/>
        <w:t>f 24770/25927/22739 24771/25926/22738 28203/29358/25688</w:t>
        <w:br/>
        <w:t>f 24773/25928/22740 28202/29356/25686 24791/25944/22756</w:t>
        <w:br/>
        <w:t>f 24772/25925/22737 24773/25928/22740 24791/25944/22756</w:t>
        <w:br/>
        <w:t>f 24746/25903/22716 24755/25909/22722 24792/25947/22759</w:t>
        <w:br/>
        <w:t>f 24749/25904/22717 24746/25903/22716 24792/25947/22759</w:t>
        <w:br/>
        <w:t>f 24795/25950/22761 24796/25949/22761 24813/25967/22773</w:t>
        <w:br/>
        <w:t>f 24814/25966/22773 24795/25950/22761 24813/25967/22773</w:t>
        <w:br/>
        <w:t>f 24821/25975/22778 24822/25974/22778 24798/25956/22765</w:t>
        <w:br/>
        <w:t>f 24799/25955/22765 24821/25975/22778 24798/25956/22765</w:t>
        <w:br/>
        <w:t>f 24802/25960/22766 24808/25965/22772 24809/25964/22772</w:t>
        <w:br/>
        <w:t>f 24805/25957/22766 24802/25960/22766 24809/25964/22772</w:t>
        <w:br/>
        <w:t>f 28205/29360/25690 23502/24656/21568 23501/24657/21568</w:t>
        <w:br/>
        <w:t>f 28206/29361/25690 28205/29360/25690 23501/24657/21568</w:t>
        <w:br/>
        <w:t>f 23518/24672/21579 23505/24662/21572 23506/24661/21572</w:t>
        <w:br/>
        <w:t>f 23517/24673/21580 23518/24672/21579 23506/24661/21572</w:t>
        <w:br/>
        <w:t>f 23526/24682/21587 23531/24684/21589 23525/24683/21588</w:t>
        <w:br/>
        <w:t>f 23529/24686/21591 23495/24649/21562 23528/24680/21585</w:t>
        <w:br/>
        <w:t>f 23525/24683/21588 23529/24686/21591 23528/24680/21585</w:t>
        <w:br/>
        <w:t>f 23495/24649/21562 23529/24686/21591 23532/24688/21593</w:t>
        <w:br/>
        <w:t>f 23494/24650/21563 23495/24649/21562 23532/24688/21593</w:t>
        <w:br/>
        <w:t>f 23539/24694/21599 23536/24693/21598 28207/29362/25691</w:t>
        <w:br/>
        <w:t>f 23546/24700/21605 23539/24694/21599 28207/29362/25691</w:t>
        <w:br/>
        <w:t>f 23575/24732/21636 28208/29363/25692 23553/24708/21613</w:t>
        <w:br/>
        <w:t>f 23554/24707/21612 23575/24732/21636 23553/24708/21613</w:t>
        <w:br/>
        <w:t>f 23577/24730/21634 23554/24707/21612 23555/24710/21615</w:t>
        <w:br/>
        <w:t>f 23579/24735/21639 23577/24730/21634 23555/24710/21615</w:t>
        <w:br/>
        <w:t>f 23579/24735/21639 23597/24752/21656 23584/24739/21643</w:t>
        <w:br/>
        <w:t>f 23577/24730/21634 23579/24735/21639 23584/24739/21643</w:t>
        <w:br/>
        <w:t>f 23584/24739/21643 23539/24694/21599 23546/24700/21605</w:t>
        <w:br/>
        <w:t>f 23547/24699/21604 23584/24739/21643 23546/24700/21605</w:t>
        <w:br/>
        <w:t>f 23503/24659/21570 28205/29360/25690 28206/29361/25690</w:t>
        <w:br/>
        <w:t>f 23504/24658/21569 23503/24659/21570 28206/29361/25690</w:t>
        <w:br/>
        <w:t>f 23520/24676/21581 23606/24761/21663 23604/24760/21663</w:t>
        <w:br/>
        <w:t>f 23521/24675/21581 23520/24676/21581 23604/24760/21663</w:t>
        <w:br/>
        <w:t>f 23531/24684/21589 23503/24659/21570 23534/24689/21594</w:t>
        <w:br/>
        <w:t>f 23530/24685/21590 23531/24684/21589 23534/24689/21594</w:t>
        <w:br/>
        <w:t>f 23481/24636/21551 23535/24690/21595 23534/24689/21594</w:t>
        <w:br/>
        <w:t>f 23478/24634/21549 23481/24636/21551 23534/24689/21594</w:t>
        <w:br/>
        <w:t>f 23544/24702/21607 23545/24701/21606 23613/24769/21671</w:t>
        <w:br/>
        <w:t>f 23585/24740/21644 23544/24702/21607 23613/24769/21671</w:t>
        <w:br/>
        <w:t>f 28208/29363/25692 23575/24732/21636 23550/24704/21609</w:t>
        <w:br/>
        <w:t>f 23551/24703/21608 28208/29363/25692 23550/24704/21609</w:t>
        <w:br/>
        <w:t>f 23573/24729/21633 23550/24704/21609 23575/24732/21636</w:t>
        <w:br/>
        <w:t>f 23576/24731/21635 23573/24729/21633 23575/24732/21636</w:t>
        <w:br/>
        <w:t>f 23576/24731/21635 23547/24699/21604 23544/24702/21607</w:t>
        <w:br/>
        <w:t>f 23573/24729/21633 23576/24731/21635 23544/24702/21607</w:t>
        <w:br/>
        <w:t>f 23546/24700/21605 28207/29362/25691 23616/24771/21673</w:t>
        <w:br/>
        <w:t>f 23545/24701/21606 23546/24700/21605 23616/24771/21673</w:t>
        <w:br/>
        <w:t>f 24833/25990/22793 24725/25880/22693 24724/25879/22692</w:t>
        <w:br/>
        <w:t>f 24729/25885/22698 24833/25990/22793 24724/25879/22692</w:t>
        <w:br/>
        <w:t>f 24728/25886/22699 24729/25885/22698 24724/25879/22692</w:t>
        <w:br/>
        <w:t>f 24726/25882/22695 24728/25886/22699 24724/25879/22692</w:t>
        <w:br/>
        <w:t>f 24739/25894/22707 24732/25889/22702 24733/25888/22701</w:t>
        <w:br/>
        <w:t>f 24738/25891/22704 24739/25894/22707 24733/25888/22701</w:t>
        <w:br/>
        <w:t>f 24740/25895/22708 24743/25897/22710 24738/25891/22704</w:t>
        <w:br/>
        <w:t>f 24733/25888/22701 24740/25895/22708 24738/25891/22704</w:t>
        <w:br/>
        <w:t>f 24818/25972/22776 24735/25890/22703 24732/25889/22702</w:t>
        <w:br/>
        <w:t>f 24831/25986/22789 24818/25972/22776 24732/25889/22702</w:t>
        <w:br/>
        <w:t>f 24725/25880/22693 24840/25995/22798 24837/25992/22795</w:t>
        <w:br/>
        <w:t>f 24722/25877/22690 24725/25880/22693 24837/25992/22795</w:t>
        <w:br/>
        <w:t>f 24840/25995/22798 24834/25989/22792 28200/29355/25685</w:t>
        <w:br/>
        <w:t>f 24842/25997/22800 24840/25995/22798 28200/29355/25685</w:t>
        <w:br/>
        <w:t>f 24887/26042/22842 24884/26041/22841 28209/29364/25693</w:t>
        <w:br/>
        <w:t>f 24960/26115/22914 24887/26042/22842 28209/29364/25693</w:t>
        <w:br/>
        <w:t>f 24910/26067/22867 24903/26059/22859 24904/26058/22858</w:t>
        <w:br/>
        <w:t>f 24912/26065/22865 24910/26067/22867 24904/26058/22858</w:t>
        <w:br/>
        <w:t>f 24923/26079/22879 28210/29365/25694 28209/29364/25693</w:t>
        <w:br/>
        <w:t>f 24884/26041/22841 24923/26079/22879 28209/29364/25693</w:t>
        <w:br/>
        <w:t>f 24881/26036/22836 24912/26065/22865 24932/26087/22887</w:t>
        <w:br/>
        <w:t>f 24880/26037/22837 24881/26036/22836 24932/26087/22887</w:t>
        <w:br/>
        <w:t>f 24935/26090/22890 24934/26088/22888 24880/26037/22837</w:t>
        <w:br/>
        <w:t>f 24932/26087/22887 24935/26090/22890 24880/26037/22837</w:t>
        <w:br/>
        <w:t>f 24944/26096/22895 24936/26094/22893 24943/26097/22896</w:t>
        <w:br/>
        <w:t>f 24943/26097/22896 24887/26042/22842 24960/26115/22914</w:t>
        <w:br/>
        <w:t>f 24942/26098/22897 24943/26097/22896 24960/26115/22914</w:t>
        <w:br/>
        <w:t>f 28211/29366/25695 24899/26055/22855 24900/26054/22854</w:t>
        <w:br/>
        <w:t>f 28212/29367/25696 28211/29366/25695 24900/26054/22854</w:t>
        <w:br/>
        <w:t>f 24902/26060/22860 24917/26072/22872 24918/26071/22871</w:t>
        <w:br/>
        <w:t>f 24905/26057/22857 24902/26060/22860 24918/26071/22871</w:t>
        <w:br/>
        <w:t>f 24885/26040/22840 24922/26077/22877 24919/26076/22876</w:t>
        <w:br/>
        <w:t>f 24924/26078/22878 24885/26040/22840 24919/26076/22876</w:t>
        <w:br/>
        <w:t>f 24905/26057/22857 24918/26071/22871 28212/29367/25696</w:t>
        <w:br/>
        <w:t>f 24900/26054/22854 24905/26057/22857 28212/29367/25696</w:t>
        <w:br/>
        <w:t>f 28214/29368/25697 28213/29369/25698 24938/26092/22891</w:t>
        <w:br/>
        <w:t>f 24939/26091/22891 28214/29368/25697 24938/26092/22891</w:t>
        <w:br/>
        <w:t>f 24922/26077/22877 24940/26095/22894 28215/29370/25699</w:t>
        <w:br/>
        <w:t>f 24921/26074/22874 24922/26077/22877 28215/29370/25699</w:t>
        <w:br/>
        <w:t>f 24921/26074/22874 28215/29370/25699 24888/26046/22846</w:t>
        <w:br/>
        <w:t>f 24889/26045/22845 24921/26074/22874 24888/26046/22846</w:t>
        <w:br/>
        <w:t>f 24915/26070/22870 28212/29367/25696 24918/26071/22871</w:t>
        <w:br/>
        <w:t>f 24914/26068/22868 24915/26070/22870 24918/26071/22871</w:t>
        <w:br/>
        <w:t>f 24916/26073/22873 24929/26084/22884 24913/26069/22869</w:t>
        <w:br/>
        <w:t>f 24914/26068/22868 24916/26073/22873 24913/26069/22869</w:t>
        <w:br/>
        <w:t>f 24890/26044/22844 24927/26081/22881 24925/26080/22880</w:t>
        <w:br/>
        <w:t>f 24889/26045/22845 24890/26044/22844 24925/26080/22880</w:t>
        <w:br/>
        <w:t>f 24931/26086/22886 28211/29366/25695 28212/29367/25696</w:t>
        <w:br/>
        <w:t>f 24915/26070/22870 24931/26086/22886 28212/29367/25696</w:t>
        <w:br/>
        <w:t>f 24961/26119/22917 24962/26118/22916 28213/29369/25698</w:t>
        <w:br/>
        <w:t>f 28214/29368/25697 24961/26119/22917 28213/29369/25698</w:t>
        <w:br/>
        <w:t>f 24890/26044/22844 24891/26043/22843 24892/26049/22849</w:t>
        <w:br/>
        <w:t>f 24893/26048/22848 24890/26044/22844 24892/26049/22849</w:t>
        <w:br/>
        <w:t>f 24907/26062/22862 28216/29371/25700 24906/26063/22863</w:t>
        <w:br/>
        <w:t>f 24893/26048/22848 24894/26047/22847 24926/26082/22882</w:t>
        <w:br/>
        <w:t>f 24928/26085/22885 28217/29372/25701 24930/26083/22883</w:t>
        <w:br/>
        <w:t>f 24930/26083/22883 28216/29371/25700 24907/26062/22862</w:t>
        <w:br/>
        <w:t>f 24965/26122/22919 24966/26121/22919 24963/26117/22915</w:t>
        <w:br/>
        <w:t>f 24964/26116/22915 24965/26122/22919 24963/26117/22915</w:t>
        <w:br/>
        <w:t>f 24264/25419/22265 24259/25412/22258 24260/25415/22261</w:t>
        <w:br/>
        <w:t>f 24263/25416/22262 24264/25419/22265 24260/25415/22261</w:t>
        <w:br/>
        <w:t>f 24274/25428/22274 28218/29373/25702 24275/25430/22276</w:t>
        <w:br/>
        <w:t>f 24273/25429/22275 24274/25428/22274 24275/25430/22276</w:t>
        <w:br/>
        <w:t>f 24263/25416/22262 24260/25415/22261 24269/25426/22272</w:t>
        <w:br/>
        <w:t>f 24273/25429/22275 24263/25416/22262 24269/25426/22272</w:t>
        <w:br/>
        <w:t>f 24259/25412/22258 24264/25419/22265 24298/25454/22300</w:t>
        <w:br/>
        <w:t>f 24297/25451/22297 24259/25412/22258 24298/25454/22300</w:t>
        <w:br/>
        <w:t>f 24431/25586/22426 24432/25585/22425 24426/25584/22424</w:t>
        <w:br/>
        <w:t>f 24427/25583/22423 24431/25586/22426 24426/25584/22424</w:t>
        <w:br/>
        <w:t>f 24505/25661/22491 24503/25658/22488 24429/25581/22421</w:t>
        <w:br/>
        <w:t>f 24426/25584/22424 24505/25661/22491 24429/25581/22421</w:t>
        <w:br/>
        <w:t>f 24288/25446/22292 24261/25418/22264 24262/25417/22263</w:t>
        <w:br/>
        <w:t>f 24291/25443/22289 24288/25446/22292 24262/25417/22263</w:t>
        <w:br/>
        <w:t>f 24292/25447/22293 24293/25450/22296 24290/25444/22290</w:t>
        <w:br/>
        <w:t>f 24291/25443/22289 24292/25447/22293 24290/25444/22290</w:t>
        <w:br/>
        <w:t>f 28218/29373/25702 24295/25448/22294 24292/25447/22293</w:t>
        <w:br/>
        <w:t>f 24275/25430/22276 28218/29373/25702 24292/25447/22293</w:t>
        <w:br/>
        <w:t>f 24288/25446/22292 24289/25445/22291 28219/29374/25703</w:t>
        <w:br/>
        <w:t>f 24393/25548/22389 24288/25446/22292 28219/29374/25703</w:t>
        <w:br/>
        <w:t>f 24433/25588/22428 24430/25587/22427 24435/25590/22430</w:t>
        <w:br/>
        <w:t>f 24436/25589/22429 24433/25588/22428 24435/25590/22430</w:t>
        <w:br/>
        <w:t>f 24506/25660/22490 24432/25585/22425 24433/25588/22428</w:t>
        <w:br/>
        <w:t>f 24507/25663/22493 24506/25660/22490 24433/25588/22428</w:t>
        <w:br/>
        <w:t>f 28220/29375/25704 24289/25445/22291 24290/25444/22290</w:t>
        <w:br/>
        <w:t>f 28221/29376/25705 28220/29375/25704 24290/25444/22290</w:t>
        <w:br/>
        <w:t>f 24293/25450/22296 28222/29377/25706 28221/29376/25705</w:t>
        <w:br/>
        <w:t>f 24290/25444/22290 24293/25450/22296 28221/29376/25705</w:t>
        <w:br/>
        <w:t>f 24294/25449/22295 28223/29378/25707 28222/29377/25706</w:t>
        <w:br/>
        <w:t>f 24293/25450/22296 24294/25449/22295 28222/29377/25706</w:t>
        <w:br/>
        <w:t>f 28224/29379/25708 28219/29374/25703 24289/25445/22291</w:t>
        <w:br/>
        <w:t>f 28220/29375/25704 28224/29379/25708 24289/25445/22291</w:t>
        <w:br/>
        <w:t>f 28225/29380/25709 24509/25665/22495 24437/25592/22432</w:t>
        <w:br/>
        <w:t>f 24434/25591/22431 28225/29380/25709 24437/25592/22432</w:t>
        <w:br/>
        <w:t>f 24437/25592/22432 28226/29381/25710 24508/25662/22492</w:t>
        <w:br/>
        <w:t>f 24436/25589/22429 24437/25592/22432 24508/25662/22492</w:t>
        <w:br/>
        <w:t>f 24277/25432/22278 28220/29375/25704 28221/29376/25705</w:t>
        <w:br/>
        <w:t>f 24276/25433/22279 24277/25432/22278 28221/29376/25705</w:t>
        <w:br/>
        <w:t>f 24276/25433/22279 28221/29376/25705 28222/29377/25706</w:t>
        <w:br/>
        <w:t>f 24281/25435/22281 24276/25433/22279 28222/29377/25706</w:t>
        <w:br/>
        <w:t>f 28223/29378/25707 24282/25437/22283 24281/25435/22281</w:t>
        <w:br/>
        <w:t>f 28222/29377/25706 28223/29378/25707 24281/25435/22281</w:t>
        <w:br/>
        <w:t>f 28220/29375/25704 24277/25432/22278 24391/25547/22388</w:t>
        <w:br/>
        <w:t>f 28224/29379/25708 28220/29375/25704 24391/25547/22388</w:t>
        <w:br/>
        <w:t>f 24509/25665/22495 24510/25664/22494 28226/29381/25710</w:t>
        <w:br/>
        <w:t>f 24437/25592/22432 24509/25665/22495 28226/29381/25710</w:t>
        <w:br/>
        <w:t>f 24512/25666/22496 24438/25596/22436 24509/25665/22495</w:t>
        <w:br/>
        <w:t>f 28225/29380/25709 24512/25666/22496 24509/25665/22495</w:t>
        <w:br/>
        <w:t>f 24285/25439/22285 24395/25549/22390 24284/25440/22286</w:t>
        <w:br/>
        <w:t>f 24287/25441/22287 28227/29382/25711 24286/25442/22288</w:t>
        <w:br/>
        <w:t>f 24286/25442/22288 24395/25549/22390 24285/25439/22285</w:t>
        <w:br/>
        <w:t>f 24278/25431/22277 24284/25440/22286 24394/25550/22391</w:t>
        <w:br/>
        <w:t>f 24392/25546/22387 24278/25431/22277 24394/25550/22391</w:t>
        <w:br/>
        <w:t>f 24441/25593/22433 28228/29383/25712 24440/25594/22434</w:t>
        <w:br/>
        <w:t>f 24511/25667/22497 28228/29383/25712 24441/25593/22433</w:t>
        <w:br/>
        <w:t>f 23435/24591/21505 28231/29384/25713 28230/29385/25714</w:t>
        <w:br/>
        <w:t>f 28229/29386/25715 23435/24591/21505 28230/29385/25714</w:t>
        <w:br/>
        <w:t>f 23445/24599/21513 23446/24598/21512 28232/29387/25716</w:t>
        <w:br/>
        <w:t>f 28233/29388/25717 23445/24599/21513 28232/29387/25716</w:t>
        <w:br/>
        <w:t>f 28234/29389/25718 23461/24613/21528 23458/24616/21531</w:t>
        <w:br/>
        <w:t>f 23471/24626/21541 28234/29389/25718 23458/24616/21531</w:t>
        <w:br/>
        <w:t>f 23470/24625/21540 23472/24627/21542 28235/29390/25719</w:t>
        <w:br/>
        <w:t>f 23469/24622/21537 23470/24625/21540 28235/29390/25719</w:t>
        <w:br/>
        <w:t>f 23458/24616/21531 23459/24615/21530 23472/24627/21542</w:t>
        <w:br/>
        <w:t>f 23470/24625/21540 23458/24616/21531 23472/24627/21542</w:t>
        <w:br/>
        <w:t>f 24864/26018/22818 23445/24599/21513 28233/29388/25717</w:t>
        <w:br/>
        <w:t>f 28236/29391/25720 24864/26018/22818 28233/29388/25717</w:t>
        <w:br/>
        <w:t>f 23409/24565/21479 23410/24564/21478 23467/24624/21539</w:t>
        <w:br/>
        <w:t>f 23468/24623/21538 23409/24565/21479 23467/24624/21539</w:t>
        <w:br/>
        <w:t>f 23420/24575/21489 28234/29389/25718 23471/24626/21541</w:t>
        <w:br/>
        <w:t>f 23419/24572/21486 23420/24575/21489 23471/24626/21541</w:t>
        <w:br/>
        <w:t>f 28232/29387/25716 28229/29386/25715 28237/29392/25721</w:t>
        <w:br/>
        <w:t>f 23441/24597/21511 28232/29387/25716 28237/29392/25721</w:t>
        <w:br/>
        <w:t>f 28233/29388/25717 28232/29387/25716 23441/24597/21511</w:t>
        <w:br/>
        <w:t>f 23442/24596/21510 28233/29388/25717 23441/24597/21511</w:t>
        <w:br/>
        <w:t>f 23418/24573/21487 23419/24572/21486 23410/24564/21478</w:t>
        <w:br/>
        <w:t>f 23411/24563/21477 23418/24573/21487 23410/24564/21478</w:t>
        <w:br/>
        <w:t>f 28236/29391/25720 28233/29388/25717 23442/24596/21510</w:t>
        <w:br/>
        <w:t>f 24861/26016/22816 28236/29391/25720 23442/24596/21510</w:t>
        <w:br/>
        <w:t>f 23440/24593/21507 28239/29393/25722 28238/29394/25723</w:t>
        <w:br/>
        <w:t>f 28240/29395/25724 23440/24593/21507 28238/29394/25723</w:t>
        <w:br/>
        <w:t>f 28241/29396/25725 28238/29394/25723 23448/24603/21517</w:t>
        <w:br/>
        <w:t>f 23447/24602/21516 28241/29396/25725 23448/24603/21517</w:t>
        <w:br/>
        <w:t>f 23460/24614/21529 23457/24609/21524 23454/24612/21527</w:t>
        <w:br/>
        <w:t>f 23459/24615/21530 23460/24614/21529 23454/24612/21527</w:t>
        <w:br/>
        <w:t>f 23466/24619/21534 28235/29390/25719 23472/24627/21542</w:t>
        <w:br/>
        <w:t>f 23465/24620/21535 23466/24619/21534 23472/24627/21542</w:t>
        <w:br/>
        <w:t>f 23454/24612/21527 23455/24611/21526 23462/24618/21533</w:t>
        <w:br/>
        <w:t>f 23465/24620/21535 23454/24612/21527 23462/24618/21533</w:t>
        <w:br/>
        <w:t>f 28242/29397/25726 28241/29396/25725 23447/24602/21516</w:t>
        <w:br/>
        <w:t>f 24865/26020/22820 28242/29397/25726 23447/24602/21516</w:t>
        <w:br/>
        <w:t>f 23408/24566/21480 23412/24569/21483 23413/24568/21482</w:t>
        <w:br/>
        <w:t>f 23411/24563/21477 23408/24566/21480 23413/24568/21482</w:t>
        <w:br/>
        <w:t>f 23422/24577/21491 23417/24574/21488 23418/24573/21487</w:t>
        <w:br/>
        <w:t>f 23421/24578/21492 23422/24577/21491 23418/24573/21487</w:t>
        <w:br/>
        <w:t>f 23433/24585/21499 28243/29398/25727 23432/24586/21500</w:t>
        <w:br/>
        <w:t>f 28245/29399/25728 28244/29400/25729 23449/24606/25730</w:t>
        <w:br/>
        <w:t>f 23421/24578/21492 23418/24573/21487 23411/24563/21477</w:t>
        <w:br/>
        <w:t>f 23413/24568/21482 23421/24578/21492 23411/24563/21477</w:t>
        <w:br/>
        <w:t>f 23432/24586/21500 28246/29401/25731 24871/26026/22826</w:t>
        <w:br/>
        <w:t>f 24600/25758/22581 24605/25761/22584 24606/25760/22583</w:t>
        <w:br/>
        <w:t>f 24649/25804/22625 24600/25758/22581 24606/25760/22583</w:t>
        <w:br/>
        <w:t>f 24641/25798/22619 24642/25797/22618 24617/25772/22593</w:t>
        <w:br/>
        <w:t>f 24614/25771/22593 24641/25798/22619 24617/25772/22593</w:t>
        <w:br/>
        <w:t>f 24624/25778/22599 24629/25781/22602 24626/25784/22605</w:t>
        <w:br/>
        <w:t>f 24623/25779/22600 24624/25778/22599 24626/25784/22605</w:t>
        <w:br/>
        <w:t>f 24633/25788/22609 28247/29402/25732 24623/25779/22600</w:t>
        <w:br/>
        <w:t>f 24626/25784/22605 24633/25788/22609 24623/25779/22600</w:t>
        <w:br/>
        <w:t>f 24600/25758/22581 24601/25757/22580 24636/25792/22613</w:t>
        <w:br/>
        <w:t>f 24605/25761/22584 24600/25758/22581 24636/25792/22613</w:t>
        <w:br/>
        <w:t>f 24603/25755/22578 24647/25800/22621 24645/25802/22623</w:t>
        <w:br/>
        <w:t>f 24602/25756/22579 24603/25755/22578 24645/25802/22623</w:t>
        <w:br/>
        <w:t>f 24622/25780/22601 24638/25795/22616 24650/25806/22627</w:t>
        <w:br/>
        <w:t>f 24625/25777/22598 24622/25780/22601 24650/25806/22627</w:t>
        <w:br/>
        <w:t>f 28247/29402/25732 24640/25793/22614 24622/25780/22601</w:t>
        <w:br/>
        <w:t>f 24623/25779/22600 28247/29402/25732 24622/25780/22601</w:t>
        <w:br/>
        <w:t>f 24643/25796/22617 24625/25777/22598 24650/25806/22627</w:t>
        <w:br/>
        <w:t>f 24652/25808/22629 24643/25796/22617 24650/25806/22627</w:t>
        <w:br/>
        <w:t>f 24609/25764/22586 24610/25763/22586 24603/25755/22578</w:t>
        <w:br/>
        <w:t>f 24648/25803/22624 24609/25764/22586 24603/25755/22578</w:t>
        <w:br/>
        <w:t>f 24604/25762/22585 24637/25791/22612 24611/25767/22589</w:t>
        <w:br/>
        <w:t>f 24612/25766/22588 24604/25762/22585 24611/25767/22589</w:t>
        <w:br/>
        <w:t>f 24627/25783/22604 24628/25782/22603 24620/25773/22594</w:t>
        <w:br/>
        <w:t>f 24621/25776/22597 24627/25783/22604 24620/25773/22594</w:t>
        <w:br/>
        <w:t>f 24632/25787/22608 24627/25783/22604 24621/25776/22597</w:t>
        <w:br/>
        <w:t>f 24630/25786/22607 24632/25787/22608 24621/25776/22597</w:t>
        <w:br/>
        <w:t>f 24675/25830/22645 24682/25838/22653 24683/25837/22652</w:t>
        <w:br/>
        <w:t>f 24674/25831/22646 24675/25830/22645 24683/25837/22652</w:t>
        <w:br/>
        <w:t>f 24620/25773/22594 24615/25770/25733 24674/25831/22646</w:t>
        <w:br/>
        <w:t>f 24683/25837/22652 24620/25773/22594 24674/25831/22646</w:t>
        <w:br/>
        <w:t>f 24687/25841/22656 24612/25766/22588 24590/25745/22568</w:t>
        <w:br/>
        <w:t>f 24588/25744/22567 24687/25841/22656 24590/25745/22568</w:t>
        <w:br/>
        <w:t>f 24703/25858/22672 24686/25842/22657 24687/25841/22656</w:t>
        <w:br/>
        <w:t>f 24688/25845/22660 24703/25858/22672 24687/25841/22656</w:t>
        <w:br/>
        <w:t>f 24655/25813/22631 24672/25825/22642 24673/25828/22642</w:t>
        <w:br/>
        <w:t>f 24658/25810/22631 24655/25813/22631 24673/25828/22642</w:t>
        <w:br/>
        <w:t>f 24660/25815/22634 24676/25829/22644 24677/25832/22647</w:t>
        <w:br/>
        <w:t>f 24659/25816/22635 24660/25815/22634 24677/25832/22647</w:t>
        <w:br/>
        <w:t>f 24678/25834/22649 24679/25833/22648 24607/25759/22582</w:t>
        <w:br/>
        <w:t>f 24703/25858/22672 24678/25834/22649 24607/25759/22582</w:t>
        <w:br/>
        <w:t>f 24685/25840/22655 24659/25816/22635 24677/25832/22647</w:t>
        <w:br/>
        <w:t>f 24613/25768/22590 24587/25739/22562 24584/25742/22565</w:t>
        <w:br/>
        <w:t>f 24590/25745/22568 24613/25768/22590 24584/25742/22565</w:t>
        <w:br/>
        <w:t>f 24581/25736/22559 24589/25743/22566 24584/25742/22565</w:t>
        <w:br/>
        <w:t>f 24585/25741/22564 24581/25736/22559 24584/25742/22565</w:t>
        <w:br/>
        <w:t>f 24597/25753/22576 24618/25775/22596 24619/25774/22595</w:t>
        <w:br/>
        <w:t>f 24599/25754/22577 24597/25753/22576 24619/25774/22595</w:t>
        <w:br/>
        <w:t>f 24597/25753/22576 24634/25790/22611 24631/25785/22606</w:t>
        <w:br/>
        <w:t>f 24618/25775/22596 24597/25753/22576 24631/25785/22606</w:t>
        <w:br/>
        <w:t>f 24681/25836/22651 24568/25721/22544 24569/25724/22547</w:t>
        <w:br/>
        <w:t>f 24599/25754/22577 24681/25836/22651 24569/25724/22547</w:t>
        <w:br/>
        <w:t>f 24691/25846/22661 24575/25729/22552 24568/25721/22544</w:t>
        <w:br/>
        <w:t>f 24681/25836/22651 24691/25846/22661 24568/25721/22544</w:t>
        <w:br/>
        <w:t>f 24566/25723/22546 24567/25722/22545 24697/25854/22669</w:t>
        <w:br/>
        <w:t>f 24698/25853/22668 24566/25723/22546 24697/25854/22669</w:t>
        <w:br/>
        <w:t>f 24697/25854/22669 24567/25722/22545 24574/25730/22553</w:t>
        <w:br/>
        <w:t>f 28248/29403/25734 24697/25854/22669 24574/25730/22553</w:t>
        <w:br/>
        <w:t>f 24635/25789/22610 24598/25752/22575 24593/25747/22570</w:t>
        <w:br/>
        <w:t>f 24594/25746/22569 24635/25789/22610 24593/25747/22570</w:t>
        <w:br/>
        <w:t>f 24692/25847/22662 28249/29404/25735 24580/25737/22560</w:t>
        <w:br/>
        <w:t>f 24654/25809/22630 24692/25847/22662 24580/25737/22560</w:t>
        <w:br/>
        <w:t>f 24593/25747/22570 24566/25723/22546 24698/25853/22668</w:t>
        <w:br/>
        <w:t>f 24592/25748/22571 24593/25747/22570 24698/25853/22668</w:t>
        <w:br/>
        <w:t>f 28250/29405/25736 24705/25860/22674 24704/25859/22673</w:t>
        <w:br/>
        <w:t>f 24706/25861/22675 28250/29405/25736 24704/25859/22673</w:t>
        <w:br/>
        <w:t>f 24582/25735/22558 24704/25859/22673 24694/25849/22664</w:t>
        <w:br/>
        <w:t>f 24581/25736/22559 24582/25735/22558 24694/25849/22664</w:t>
        <w:br/>
        <w:t>f 28253/29406/25737 28252/29407/25738 28251/29408/25739</w:t>
        <w:br/>
        <w:t>f 28254/29409/25740 28253/29406/25737 28251/29408/25739</w:t>
        <w:br/>
        <w:t>f 28257/29410/25741 28256/29411/25742 25132/26286/23080</w:t>
        <w:br/>
        <w:t>f 28255/29412/25743 28257/29410/25741 25132/26286/23080</w:t>
        <w:br/>
        <w:t>f 28261/29413/25744 28260/29414/25744 28259/29415/25745</w:t>
        <w:br/>
        <w:t>f 28258/29416/25745 28261/29413/25744 28259/29415/25745</w:t>
        <w:br/>
        <w:t>f 28262/29417/25746 28256/29411/25742 25107/26259/23054</w:t>
        <w:br/>
        <w:t>f 28263/29418/25747 28262/29417/25746 25107/26259/23054</w:t>
        <w:br/>
        <w:t>f 28263/29418/25747 28265/29419/25748 28264/29420/25749</w:t>
        <w:br/>
        <w:t>f 28262/29417/25746 28263/29418/25747 28264/29420/25749</w:t>
        <w:br/>
        <w:t>f 28267/29421/25750 28266/29422/25751 28254/29409/25740</w:t>
        <w:br/>
        <w:t>f 28251/29408/25739 28267/29421/25750 28254/29409/25740</w:t>
        <w:br/>
        <w:t>f 28271/29423/25752 28270/29424/25753 28269/29425/25754</w:t>
        <w:br/>
        <w:t>f 28268/29426/25755 28271/29423/25752 28269/29425/25754</w:t>
        <w:br/>
        <w:t>f 28274/29427/25756 28273/29428/25757 28272/29429/25758</w:t>
        <w:br/>
        <w:t>f 28275/29430/25759 28274/29427/25756 28272/29429/25758</w:t>
        <w:br/>
        <w:t>f 28278/29431/25760 28277/29432/25761 28276/29433/25762</w:t>
        <w:br/>
        <w:t>f 28279/29434/25763 28278/29431/25760 28276/29433/25762</w:t>
        <w:br/>
        <w:t>f 28275/29430/25759 28269/29425/25754 28270/29424/25753</w:t>
        <w:br/>
        <w:t>f 28274/29427/25756 28275/29430/25759 28270/29424/25753</w:t>
        <w:br/>
        <w:t>f 28281/29435/25764 25143/26297/23091 28280/29436/25765</w:t>
        <w:br/>
        <w:t>f 28282/29437/25766 28281/29435/25764 28280/29436/25765</w:t>
        <w:br/>
        <w:t>f 28281/29435/25764 25139/26293/23087 28284/29438/25767</w:t>
        <w:br/>
        <w:t>f 28283/29439/25768 28281/29435/25764 28284/29438/25767</w:t>
        <w:br/>
        <w:t>f 25091/26246/23041 25088/26245/23040 25104/26262/23057</w:t>
        <w:br/>
        <w:t>f 25105/26261/23056 25091/26246/23041 25104/26262/23057</w:t>
        <w:br/>
        <w:t>f 25133/26291/23085 25134/26290/23084 28286/29440/25769</w:t>
        <w:br/>
        <w:t>f 28285/29441/25770 25133/26291/23085 28286/29440/25769</w:t>
        <w:br/>
        <w:t>f 25145/26303/23097 25146/26302/23096 25121/26275/23069</w:t>
        <w:br/>
        <w:t>f 25122/26274/23068 25145/26303/23097 25121/26275/23069</w:t>
        <w:br/>
        <w:t>f 25089/26244/23039 28286/29440/25769 25134/26290/23084</w:t>
        <w:br/>
        <w:t>f 25088/26245/23040 25089/26244/23039 25134/26290/23084</w:t>
        <w:br/>
        <w:t>f 25161/26316/23109 25170/26322/23115 25167/26325/23118</w:t>
        <w:br/>
        <w:t>f 25160/26317/23110 25161/26316/23109 25167/26325/23118</w:t>
        <w:br/>
        <w:t>f 25148/26300/23094 25145/26303/23097 25166/26321/23114</w:t>
        <w:br/>
        <w:t>f 25164/26318/23111 25148/26300/23094 25166/26321/23114</w:t>
        <w:br/>
        <w:t>f 25162/26315/23108 25160/26317/23110 25166/26321/23114</w:t>
        <w:br/>
        <w:t>f 25165/26320/23113 25162/26315/23108 25166/26321/23114</w:t>
        <w:br/>
        <w:t>f 25078/26233/23028 28251/29408/25739 28252/29407/25738</w:t>
        <w:br/>
        <w:t>f 25077/26234/23029 25078/26233/23028 28252/29407/25738</w:t>
        <w:br/>
        <w:t>f 25131/26287/23081 25132/26286/23080 28256/29411/25742</w:t>
        <w:br/>
        <w:t>f 28262/29417/25746 25131/26287/23081 28256/29411/25742</w:t>
        <w:br/>
        <w:t>f 28262/29417/25746 28264/29420/25749 25137/26292/23086</w:t>
        <w:br/>
        <w:t>f 25131/26287/23081 28262/29417/25746 25137/26292/23086</w:t>
        <w:br/>
        <w:t>f 28251/29408/25739 25078/26233/23028 25157/26312/23105</w:t>
        <w:br/>
        <w:t>f 28267/29421/25750 28251/29408/25739 25157/26312/23105</w:t>
        <w:br/>
        <w:t>f 28255/29412/25743 25132/26286/23080 25096/26254/23049</w:t>
        <w:br/>
        <w:t>f 25097/26253/23048 28255/29412/25743 25096/26254/23049</w:t>
        <w:br/>
        <w:t>f 25116/26271/23065 25117/26270/23065 28260/29414/25744</w:t>
        <w:br/>
        <w:t>f 28261/29413/25744 25116/26271/23065 28260/29414/25744</w:t>
        <w:br/>
        <w:t>f 28290/29442/25771 28289/29443/25772 28288/29444/25773</w:t>
        <w:br/>
        <w:t>f 28287/29445/25774 28290/29442/25771 28288/29444/25773</w:t>
        <w:br/>
        <w:t>f 28292/29446/25775 28291/29447/25776 25113/26266/23061</w:t>
        <w:br/>
        <w:t>f 28293/29448/25777 28292/29446/25775 25113/26266/23061</w:t>
        <w:br/>
        <w:t>f 25110/26263/23058 28295/29449/25778 28294/29450/25779</w:t>
        <w:br/>
        <w:t>f 28291/29447/25776 25110/26263/23058 28294/29450/25779</w:t>
        <w:br/>
        <w:t>f 28299/29451/25780 28298/29452/25780 28297/29453/25781</w:t>
        <w:br/>
        <w:t>f 28296/29454/25781 28299/29451/25780 28297/29453/25781</w:t>
        <w:br/>
        <w:t>f 28293/29448/25777 28301/29455/25782 28300/29456/25783</w:t>
        <w:br/>
        <w:t>f 28292/29446/25775 28293/29448/25777 28300/29456/25783</w:t>
        <w:br/>
        <w:t>f 28290/29442/25771 28287/29445/25774 28302/29457/25784</w:t>
        <w:br/>
        <w:t>f 28303/29458/25785 28290/29442/25771 28302/29457/25784</w:t>
        <w:br/>
        <w:t>f 25086/26241/23036 28305/29459/25786 28304/29460/25787</w:t>
        <w:br/>
        <w:t>f 25085/26242/23037 25086/26241/23036 28304/29460/25787</w:t>
        <w:br/>
        <w:t>f 28308/29461/25788 28307/29462/25789 28306/29463/25790</w:t>
        <w:br/>
        <w:t>f 28311/29464/25791 28310/29465/25792 28309/29466/25793</w:t>
        <w:br/>
        <w:t>f 28314/29467/25794 28313/29468/25795 28312/29469/25796</w:t>
        <w:br/>
        <w:t>f 28306/29463/25790 28307/29462/25789 28314/29467/25794</w:t>
        <w:br/>
        <w:t>f 25153/26308/23101 28315/29470/25797 28305/29459/25786</w:t>
        <w:br/>
        <w:t>f 25086/26241/23036 25153/26308/23101 28305/29459/25786</w:t>
        <w:br/>
        <w:t>f 28256/29411/25742 28257/29410/25741 25106/26260/23055</w:t>
        <w:br/>
        <w:t>f 25107/26259/23054 28256/29411/25742 25106/26260/23055</w:t>
        <w:br/>
        <w:t>f 25119/26277/23071 25120/26276/23070 28258/29416/25745</w:t>
        <w:br/>
        <w:t>f 28259/29415/25745 25119/26277/23071 28258/29416/25745</w:t>
        <w:br/>
        <w:t>f 28254/29409/25740 25165/26320/23113 25122/26274/23068</w:t>
        <w:br/>
        <w:t>f 25119/26277/23071 28254/29409/25740 25122/26274/23068</w:t>
        <w:br/>
        <w:t>f 25104/26262/23057 25135/26289/23083 28263/29418/25747</w:t>
        <w:br/>
        <w:t>f 25107/26259/23054 25104/26262/23057 28263/29418/25747</w:t>
        <w:br/>
        <w:t>f 28265/29419/25748 28263/29418/25747 25135/26289/23083</w:t>
        <w:br/>
        <w:t>f 25136/26288/23082 28265/29419/25748 25135/26289/23083</w:t>
        <w:br/>
        <w:t>f 25165/26320/23113 28254/29409/25740 28266/29422/25751</w:t>
        <w:br/>
        <w:t>f 25162/26315/23108 25165/26320/23113 28266/29422/25751</w:t>
        <w:br/>
        <w:t>f 28283/29439/25768 25142/26298/23092 25143/26297/23091</w:t>
        <w:br/>
        <w:t>f 28281/29435/25764 28283/29439/25768 25143/26297/23091</w:t>
        <w:br/>
        <w:t>f 28270/29424/25753 28271/29423/25752 28317/29471/25798</w:t>
        <w:br/>
        <w:t>f 28316/29472/25799 28270/29424/25753 28317/29471/25798</w:t>
        <w:br/>
        <w:t>f 25114/26269/23064 25111/26268/23063 28273/29428/25757</w:t>
        <w:br/>
        <w:t>f 28274/29427/25756 25114/26269/23064 28273/29428/25757</w:t>
        <w:br/>
        <w:t>f 28319/29473/25800 28318/29474/25800 28277/29432/25761</w:t>
        <w:br/>
        <w:t>f 28278/29431/25760 28319/29473/25800 28277/29432/25761</w:t>
        <w:br/>
        <w:t>f 28316/29472/25799 25114/26269/23064 28274/29427/25756</w:t>
        <w:br/>
        <w:t>f 28270/29424/25753 28316/29472/25799 28274/29427/25756</w:t>
        <w:br/>
        <w:t>f 25143/26297/23091 25144/26296/23090 28320/29475/25801</w:t>
        <w:br/>
        <w:t>f 28280/29436/25765 25143/26297/23091 28320/29475/25801</w:t>
        <w:br/>
        <w:t>f 28288/29444/25773 25083/26236/23031 25084/26239/23034</w:t>
        <w:br/>
        <w:t>f 28287/29445/25774 28288/29444/25773 25084/26239/23034</w:t>
        <w:br/>
        <w:t>f 28291/29447/25776 28292/29446/25775 25109/26264/23059</w:t>
        <w:br/>
        <w:t>f 25110/26263/23058 28291/29447/25776 25109/26264/23059</w:t>
        <w:br/>
        <w:t>f 25124/26278/23072 25083/26236/23031 28298/29452/25780</w:t>
        <w:br/>
        <w:t>f 28299/29451/25780 25124/26278/23072 28298/29452/25780</w:t>
        <w:br/>
        <w:t>f 25130/26285/23079 25109/26264/23059 28292/29446/25775</w:t>
        <w:br/>
        <w:t>f 28300/29456/25783 25130/26285/23079 28292/29446/25775</w:t>
        <w:br/>
        <w:t>f 25149/26307/25802 28302/29457/25784 28287/29445/25774</w:t>
        <w:br/>
        <w:t>f 25084/26239/23034 25149/26307/25802 28287/29445/25774</w:t>
        <w:br/>
        <w:t>f 28295/29449/25778 25110/26263/23058 25108/26265/23060</w:t>
        <w:br/>
        <w:t>f 25129/26282/23076 28295/29449/25778 25108/26265/23060</w:t>
        <w:br/>
        <w:t>f 28308/29461/25788 28306/29463/25790 25100/26258/23053</w:t>
        <w:br/>
        <w:t>f 25101/26257/23052 28308/29461/25788 25100/26258/23053</w:t>
        <w:br/>
        <w:t>f 25125/26281/23075 25126/26280/23074 28311/29464/25791</w:t>
        <w:br/>
        <w:t>f 28309/29466/25793 25125/26281/23075 28311/29464/25791</w:t>
        <w:br/>
        <w:t>f 28314/29467/25794 28312/29469/25796 25127/26284/23078</w:t>
        <w:br/>
        <w:t>f 25128/26283/23077 28314/29467/25794 25127/26284/23078</w:t>
        <w:br/>
        <w:t>f 25128/26283/23077 25100/26258/23053 28306/29463/25790</w:t>
        <w:br/>
        <w:t>f 28314/29467/25794 25128/26283/23077 28306/29463/25790</w:t>
        <w:br/>
        <w:t>f 25082/26237/23032 25125/26281/23075 28305/29459/25803</w:t>
        <w:br/>
        <w:t>f 25081/26238/23033 25082/26237/23032 28305/29459/25803</w:t>
        <w:br/>
        <w:t>f 25151/26305/23099 28305/29459/25786 28315/29470/25797</w:t>
        <w:br/>
        <w:t>f 25150/26306/23099 25151/26305/23099 28315/29470/25797</w:t>
        <w:br/>
        <w:t>f 28291/29447/25776 28294/29450/25779 25112/26267/23062</w:t>
        <w:br/>
        <w:t>f 25113/26266/23061 28291/29447/25776 25112/26267/23062</w:t>
        <w:br/>
        <w:t>f 28289/29443/25772 28290/29442/25771 25144/26296/23090</w:t>
        <w:br/>
        <w:t>f 25141/26299/23093 28289/29443/25772 25144/26296/23090</w:t>
        <w:br/>
        <w:t>f 28293/29448/25777 25113/26266/23061 25114/26269/23064</w:t>
        <w:br/>
        <w:t>f 28316/29472/25799 28293/29448/25777 25114/26269/23064</w:t>
        <w:br/>
        <w:t>f 28296/29454/25781 28297/29453/25781 28318/29474/25800</w:t>
        <w:br/>
        <w:t>f 28319/29473/25800 28296/29454/25781 28318/29474/25800</w:t>
        <w:br/>
        <w:t>f 28316/29472/25799 28317/29471/25798 28301/29455/25782</w:t>
        <w:br/>
        <w:t>f 28293/29448/25777 28316/29472/25799 28301/29455/25782</w:t>
        <w:br/>
        <w:t>f 25144/26296/23090 28290/29442/25771 28303/29458/25785</w:t>
        <w:br/>
        <w:t>f 28320/29475/25801 25144/26296/23090 28303/29458/25785</w:t>
        <w:br/>
        <w:t>f 23680/24834/21733 28321/29476/25804 23677/24832/21731</w:t>
        <w:br/>
        <w:t>f 23674/24831/21730 23680/24834/21733 23677/24832/21731</w:t>
        <w:br/>
        <w:t>f 23750/24908/21797 28323/29477/25805 28322/29478/25806</w:t>
        <w:br/>
        <w:t>f 23753/24905/21794 23750/24908/21797 28322/29478/25806</w:t>
        <w:br/>
        <w:t>f 28324/29479/25807 23770/24925/21814 23753/24905/21794</w:t>
        <w:br/>
        <w:t>f 28322/29478/25806 28324/29479/25807 23753/24905/21794</w:t>
        <w:br/>
        <w:t>f 23789/24944/21829 23679/24835/21734 23680/24834/21733</w:t>
        <w:br/>
        <w:t>f 23674/24831/21730 23789/24944/21829 23680/24834/21733</w:t>
        <w:br/>
        <w:t>f 28326/29480/25808 23795/24952/21836 23796/24951/21836</w:t>
        <w:br/>
        <w:t>f 28325/29481/25809 28326/29480/25808 23796/24951/21836</w:t>
        <w:br/>
        <w:t>f 23790/24948/21833 28328/29482/25810 28327/29483/25811</w:t>
        <w:br/>
        <w:t>f 28329/29484/25812 23790/24948/21833 28327/29483/25811</w:t>
        <w:br/>
        <w:t>f 28333/29485/25813 28332/29486/25814 28331/29487/25815</w:t>
        <w:br/>
        <w:t>f 28330/29488/25816 28333/29485/25813 28331/29487/25815</w:t>
        <w:br/>
        <w:t>f 28328/29482/25810 28335/29489/25817 28334/29490/25818</w:t>
        <w:br/>
        <w:t>f 23681/24833/21732 28328/29482/25810 28334/29490/25818</w:t>
        <w:br/>
        <w:t>f 28337/29491/25819 28336/29492/25820 28332/29486/25814</w:t>
        <w:br/>
        <w:t>f 28333/29485/25813 28337/29491/25819 28332/29486/25814</w:t>
        <w:br/>
        <w:t>f 28341/29493/25821 28340/29494/25822 28339/29495/25822</w:t>
        <w:br/>
        <w:t>f 28338/29496/25821 28341/29493/25821 28339/29495/25822</w:t>
        <w:br/>
        <w:t>f 23759/24914/21803 23824/24978/21859 23757/24909/21798</w:t>
        <w:br/>
        <w:t>f 23758/24915/21804 23759/24914/21803 23757/24909/21798</w:t>
        <w:br/>
        <w:t>f 23766/24921/21810 23827/24980/21861 23828/24983/21861</w:t>
        <w:br/>
        <w:t>f 23765/24918/21807 23766/24921/21810 23828/24983/21861</w:t>
        <w:br/>
        <w:t>f 23814/24970/21853 23793/24945/21830 28342/29497/25823</w:t>
        <w:br/>
        <w:t>f 23813/24971/21854 23814/24970/21853 28342/29497/25823</w:t>
        <w:br/>
        <w:t>f 23766/24921/21810 23763/24920/21809 23761/24916/21805</w:t>
        <w:br/>
        <w:t>f 23758/24915/21804 23766/24921/21810 23761/24916/21805</w:t>
        <w:br/>
        <w:t>f 23814/24970/21853 23835/24991/21870 23792/24946/21831</w:t>
        <w:br/>
        <w:t>f 23793/24945/21830 23814/24970/21853 23792/24946/21831</w:t>
        <w:br/>
        <w:t>f 23805/24960/21843 28343/29498/25824 23806/24961/21844</w:t>
        <w:br/>
        <w:t>f 23808/24963/21846 28344/29499/25825 23807/24962/21845</w:t>
        <w:br/>
        <w:t>f 23809/24964/21847 28344/29499/25825 23808/24963/21846</w:t>
        <w:br/>
        <w:t>f 23806/24961/21844 28343/29498/25824 23810/24965/21848</w:t>
        <w:br/>
        <w:t>f 23812/24966/21849 28345/29500/25826 23811/24967/21850</w:t>
        <w:br/>
        <w:t>f 23815/24969/21852 23816/24968/21851 23682/24840/21739</w:t>
        <w:br/>
        <w:t>f 23683/24839/21738 23815/24969/21852 23682/24840/21739</w:t>
        <w:br/>
        <w:t>f 23736/24891/21781 23760/24913/21802 23761/24916/21805</w:t>
        <w:br/>
        <w:t>f 23735/24888/21778 23736/24891/21781 23761/24916/21805</w:t>
        <w:br/>
        <w:t>f 23777/24932/21821 23763/24920/21809 23764/24919/21808</w:t>
        <w:br/>
        <w:t>f 23776/24933/21822 23777/24932/21821 23764/24919/21808</w:t>
        <w:br/>
        <w:t>f 23836/24990/21869 23815/24969/21852 23683/24839/21738</w:t>
        <w:br/>
        <w:t>f 23794/24949/21834 23836/24990/21869 23683/24839/21738</w:t>
        <w:br/>
        <w:t>f 23777/24932/21821 23778/24931/21820 23734/24889/21779</w:t>
        <w:br/>
        <w:t>f 23735/24888/21778 23777/24932/21821 23734/24889/21779</w:t>
        <w:br/>
        <w:t>f 23804/24959/21842 23836/24990/21869 23794/24949/21834</w:t>
        <w:br/>
        <w:t>f 28328/29482/25810 23681/24833/21732 23678/24836/21735</w:t>
        <w:br/>
        <w:t>f 28327/29483/25811 28328/29482/25810 23678/24836/21735</w:t>
        <w:br/>
        <w:t>f 28323/29477/25805 28331/29487/25815 28332/29486/25814</w:t>
        <w:br/>
        <w:t>f 28322/29478/25806 28323/29477/25805 28332/29486/25814</w:t>
        <w:br/>
        <w:t>f 23681/24833/21732 28334/29490/25818 28321/29476/25804</w:t>
        <w:br/>
        <w:t>f 23680/24834/21733 23681/24833/21732 28321/29476/25804</w:t>
        <w:br/>
        <w:t>f 28336/29492/25820 28324/29479/25807 28322/29478/25806</w:t>
        <w:br/>
        <w:t>f 28332/29486/25814 28336/29492/25820 28322/29478/25806</w:t>
        <w:br/>
        <w:t>f 28338/29496/25821 28326/29480/25808 28325/29481/25809</w:t>
        <w:br/>
        <w:t>f 28341/29493/25821 28338/29496/25821 28325/29481/25809</w:t>
        <w:br/>
        <w:t>f 23691/24846/21742 23690/24845/21742 23692/24850/21744</w:t>
        <w:br/>
        <w:t>f 23693/24849/21744 23691/24846/21742 23692/24850/21744</w:t>
        <w:br/>
        <w:t>f 23699/24854/21746 23696/24853/21746 23710/24864/21756</w:t>
        <w:br/>
        <w:t>f 23711/24863/21755 23699/24854/21746 23710/24864/21756</w:t>
        <w:br/>
        <w:t>f 23717/24875/21765 23721/24877/21767 23720/24872/21762</w:t>
        <w:br/>
        <w:t>f 23718/24874/21764 23684/24838/21737 23723/24878/21768</w:t>
        <w:br/>
        <w:t>f 23717/24875/21765 23718/24874/21764 23723/24878/21768</w:t>
        <w:br/>
        <w:t>f 23684/24838/21737 23685/24837/21736 23725/24879/21769</w:t>
        <w:br/>
        <w:t>f 23723/24878/21768 23684/24838/21737 23725/24879/21769</w:t>
        <w:br/>
        <w:t>f 23730/24885/21775 23733/24890/21780 23734/24889/21779</w:t>
        <w:br/>
        <w:t>f 23729/24886/21776 23730/24885/21775 23734/24889/21779</w:t>
        <w:br/>
        <w:t>f 23746/24904/21793 23744/24899/21789 23745/24900/21790</w:t>
        <w:br/>
        <w:t>f 23749/24901/21791 23746/24904/21793 23745/24900/21790</w:t>
        <w:br/>
        <w:t>f 23769/24924/21813 23775/24927/21816 23749/24901/21791</w:t>
        <w:br/>
        <w:t>f 23745/24900/21790 23769/24924/21813 23749/24901/21791</w:t>
        <w:br/>
        <w:t>f 23769/24924/21813 23767/24923/21812 23738/24893/21783</w:t>
        <w:br/>
        <w:t>f 23779/24934/21823 23769/24924/21813 23738/24893/21783</w:t>
        <w:br/>
        <w:t>f 23779/24934/21823 23738/24893/21783 23732/24887/21777</w:t>
        <w:br/>
        <w:t>f 23729/24886/21776 23779/24934/21823 23732/24887/21777</w:t>
        <w:br/>
        <w:t>f 23756/24910/21799 28333/29485/25813 28330/29488/25816</w:t>
        <w:br/>
        <w:t>f 23755/24911/21800 23756/24910/21799 28330/29488/25816</w:t>
        <w:br/>
        <w:t>f 28335/29489/25817 28328/29482/25810 23790/24948/21833</w:t>
        <w:br/>
        <w:t>f 23791/24947/21832 28335/29489/25817 23790/24948/21833</w:t>
        <w:br/>
        <w:t>f 23823/24979/21860 28337/29491/25819 28333/29485/25813</w:t>
        <w:br/>
        <w:t>f 23756/24910/21799 23823/24979/21860 28333/29485/25813</w:t>
        <w:br/>
        <w:t>f 28340/29494/25822 23825/24982/21863 23826/24981/21862</w:t>
        <w:br/>
        <w:t>f 28339/29495/25822 28340/29494/25822 23826/24981/21862</w:t>
        <w:br/>
        <w:t>f 23793/24945/21830 23790/24948/21833 28329/29484/25812</w:t>
        <w:br/>
        <w:t>f 28342/29497/25823 23793/24945/21830 28329/29484/25812</w:t>
        <w:br/>
        <w:t>f 23695/24847/21743 28346/29501/25827 23694/24848/21743</w:t>
        <w:br/>
        <w:t>f 23712/24868/21759 23713/24867/21759 23648/24803/21705</w:t>
        <w:br/>
        <w:t>f 23649/24802/21704 23712/24868/21759 23648/24803/21705</w:t>
        <w:br/>
        <w:t>f 23721/24877/21767 23722/24876/21766 23726/24882/21772</w:t>
        <w:br/>
        <w:t>f 23727/24881/21771 23721/24877/21767 23726/24882/21772</w:t>
        <w:br/>
        <w:t>f 23722/24876/21766 23724/24880/21770 23728/24883/21773</w:t>
        <w:br/>
        <w:t>f 23726/24882/21772 23722/24876/21766 23728/24883/21773</w:t>
        <w:br/>
        <w:t>f 23737/24894/21784 23660/24816/21718 23837/24993/21872</w:t>
        <w:br/>
        <w:t>f 23739/24892/21782 23737/24894/21784 23837/24993/21872</w:t>
        <w:br/>
        <w:t>f 23741/24896/21786 23652/24808/21710 23653/24807/21709</w:t>
        <w:br/>
        <w:t>f 23740/24897/21787 23741/24896/21786 23653/24807/21709</w:t>
        <w:br/>
        <w:t>f 23840/24994/21873 23762/24917/21806 23739/24892/21782</w:t>
        <w:br/>
        <w:t>f 23837/24993/21872 23840/24994/21873 23739/24892/21782</w:t>
        <w:br/>
        <w:t>f 23655/24811/21713 23768/24922/21811 23740/24897/21787</w:t>
        <w:br/>
        <w:t>f 23653/24807/21709 23655/24811/21713 23740/24897/21787</w:t>
        <w:br/>
        <w:t>f 23767/24923/21812 23768/24922/21811 23737/24894/21784</w:t>
        <w:br/>
        <w:t>f 23738/24893/21783 23767/24923/21812 23737/24894/21784</w:t>
        <w:br/>
        <w:t>f 23670/24827/21727 28348/29502/25828 28347/29503/25829</w:t>
        <w:br/>
        <w:t>f 23673/24828/21727 23670/24827/21727 28347/29503/25829</w:t>
        <w:br/>
        <w:t>f 23819/24977/21858 23820/24976/21858 23697/24852/21745</w:t>
        <w:br/>
        <w:t>f 23698/24851/21745 23819/24977/21858 23697/24852/21745</w:t>
        <w:br/>
        <w:t>f 23748/24902/21792 28350/29504/25830 28349/29505/25830</w:t>
        <w:br/>
        <w:t>f 23747/24903/21792 23748/24902/21792 28349/29505/25830</w:t>
        <w:br/>
        <w:t>f 28352/29506/25831 23773/24929/21818 23774/24928/21817</w:t>
        <w:br/>
        <w:t>f 28351/29507/25831 28352/29506/25831 23774/24928/21817</w:t>
        <w:br/>
        <w:t>f 23818/24972/21855 28347/29503/25829 28348/29502/25828</w:t>
        <w:br/>
        <w:t>f 23817/24973/21856 23818/24972/21855 28348/29502/25828</w:t>
        <w:br/>
        <w:t>f 23701/24856/21748 23702/24855/21747 23821/24975/21857</w:t>
        <w:br/>
        <w:t>f 23822/24974/21857 23701/24856/21748 23821/24975/21857</w:t>
        <w:br/>
        <w:t>f 23832/24987/21867 28349/29505/25830 28350/29504/25830</w:t>
        <w:br/>
        <w:t>f 23831/24984/21864 23832/24987/21867 28350/29504/25830</w:t>
        <w:br/>
        <w:t>f 28351/29507/25831 23834/24988/21868 23833/24989/21868</w:t>
        <w:br/>
        <w:t>f 28352/29506/25831 28351/29507/25831 23833/24989/21868</w:t>
        <w:br/>
        <w:t>f 23687/24842/21741 28354/29508/25832 28353/29509/25832</w:t>
        <w:br/>
        <w:t>f 23686/24843/21741 23687/24842/21741 28353/29509/25832</w:t>
        <w:br/>
        <w:t>f 23703/24858/21750 23700/24857/21749 23707/24862/21754</w:t>
        <w:br/>
        <w:t>f 23704/24861/21753 23703/24858/21750 23707/24862/21754</w:t>
        <w:br/>
        <w:t>f 23783/24938/21824 23829/24986/21866 23830/24985/21865</w:t>
        <w:br/>
        <w:t>f 23782/24935/21824 23783/24938/21824 23830/24985/21865</w:t>
        <w:br/>
        <w:t>f 23785/24940/21827 28356/29510/25833 28355/29511/25833</w:t>
        <w:br/>
        <w:t>f 23784/24941/21827 23785/24940/21827 28355/29511/25833</w:t>
        <w:br/>
        <w:t>f 23706/24859/21751 28357/29512/25834 23705/24860/21752</w:t>
        <w:br/>
        <w:t>f 23715/24870/21761 28353/29509/25832 28354/29508/25832</w:t>
        <w:br/>
        <w:t>f 23714/24871/21761 23715/24870/21761 28354/29508/25832</w:t>
        <w:br/>
        <w:t>f 23800/24954/21838 28358/29513/25835 23799/24955/21838</w:t>
        <w:br/>
        <w:t>f 23802/24957/21840 28355/29511/25833 28356/29510/25833</w:t>
        <w:br/>
        <w:t>f 23801/24958/21841 23802/24957/21840 28356/29510/25833</w:t>
        <w:br/>
        <w:t>f 28268/29426/25755 28269/29425/25754 25093/26248/23043</w:t>
        <w:br/>
        <w:t>f 25094/26247/23042 28268/29426/25755 25093/26248/23043</w:t>
        <w:br/>
        <w:t>f 25098/26252/23047 25099/26251/23046 28275/29430/25759</w:t>
        <w:br/>
        <w:t>f 28272/29429/25758 25098/26252/23047 28275/29430/25759</w:t>
        <w:br/>
        <w:t>f 25118/26273/23067 25115/26272/23066 28279/29434/25763</w:t>
        <w:br/>
        <w:t>f 28276/29433/25762 25118/26273/23067 28279/29434/25763</w:t>
        <w:br/>
        <w:t>f 25099/26251/23046 25093/26248/23043 28269/29425/25754</w:t>
        <w:br/>
        <w:t>f 28275/29430/25759 25099/26251/23046 28269/29425/25754</w:t>
        <w:br/>
        <w:t>f 28282/29437/25766 25138/26294/23088 25139/26293/23087</w:t>
        <w:br/>
        <w:t>f 28281/29435/25764 28282/29437/25766 25139/26293/23087</w:t>
        <w:br/>
        <w:t>f 25080/26235/23030 28284/29438/25767 25139/26293/23087</w:t>
        <w:br/>
        <w:t>f 25079/26232/23027 25080/26235/23030 25139/26293/23087</w:t>
        <w:br/>
        <w:t>f 25069/26225/23020 25010/26163/22958 25011/26166/22961</w:t>
        <w:br/>
        <w:t>f 25070/26224/23019 25069/26225/23020 25011/26166/22961</w:t>
        <w:br/>
        <w:t>f 24989/26143/22940 24990/26142/22939 25045/26199/22994</w:t>
        <w:br/>
        <w:t>f 25046/26198/22993 24989/26143/22940 25045/26199/22994</w:t>
        <w:br/>
        <w:t>f 28359/29514/25836 25054/26208/23003 25055/26210/23005</w:t>
        <w:br/>
        <w:t>f 25062/26217/23012 28359/29514/25836 25055/26210/23005</w:t>
        <w:br/>
        <w:t>f 25000/26154/22949 24989/26143/22940 25046/26198/22993</w:t>
        <w:br/>
        <w:t>f 25055/26210/23005 25000/26154/22949 25046/26198/22993</w:t>
        <w:br/>
        <w:t>f 25010/26163/22958 25069/26225/23020 28360/29515/25837</w:t>
        <w:br/>
        <w:t>f 25064/26218/23013 25010/26163/22958 28360/29515/25837</w:t>
        <w:br/>
        <w:t>f 25011/26166/22961 25008/26165/22960 28361/29516/25838</w:t>
        <w:br/>
        <w:t>f 25074/26229/23024 25011/26166/22961 28361/29516/25838</w:t>
        <w:br/>
        <w:t>f 25030/26188/22983 28362/29517/25839 28361/29516/25838</w:t>
        <w:br/>
        <w:t>f 25033/26185/22980 25030/26188/22983 28361/29516/25838</w:t>
        <w:br/>
        <w:t>f 25040/26196/22991 28364/29518/25840 28363/29519/25841</w:t>
        <w:br/>
        <w:t>f 25041/26195/22990 25040/26196/22991 28363/29519/25841</w:t>
        <w:br/>
        <w:t>f 25047/26205/23000 25048/26204/22999 25043/26201/22996</w:t>
        <w:br/>
        <w:t>f 25044/26200/22995 25047/26205/23000 25043/26201/22996</w:t>
        <w:br/>
        <w:t>f 25058/26212/23007 25059/26211/23006 28359/29514/25836</w:t>
        <w:br/>
        <w:t>f 25062/26217/23012 25058/26212/23007 28359/29514/25836</w:t>
        <w:br/>
        <w:t>f 25048/26204/22999 25058/26212/23007 25062/26217/23012</w:t>
        <w:br/>
        <w:t>f 25043/26201/22996 25048/26204/22999 25062/26217/23012</w:t>
        <w:br/>
        <w:t>f 28364/29518/25840 25040/26196/22991 25065/26220/23015</w:t>
        <w:br/>
        <w:t>f 28365/29520/25842 28364/29518/25840 25065/26220/23015</w:t>
        <w:br/>
        <w:t>f 25032/26186/22981 25026/26183/22978 25027/26182/22977</w:t>
        <w:br/>
        <w:t>f 25031/26187/22982 25032/26186/22981 25027/26182/22977</w:t>
        <w:br/>
        <w:t>f 25038/26194/22989 28363/29519/25841 28364/29518/25840</w:t>
        <w:br/>
        <w:t>f 25039/26193/22988 25038/26194/22989 28364/29518/25840</w:t>
        <w:br/>
        <w:t>f 25049/26203/22998 25050/26202/22997 25052/26207/23002</w:t>
        <w:br/>
        <w:t>f 25051/26206/23001 25049/26203/22998 25052/26207/23002</w:t>
        <w:br/>
        <w:t>f 25056/26214/23009 25057/26213/23008 25060/26216/23011</w:t>
        <w:br/>
        <w:t>f 25061/26215/23010 25056/26214/23009 25060/26216/23011</w:t>
        <w:br/>
        <w:t>f 25057/26213/23008 25049/26203/22998 25051/26206/23001</w:t>
        <w:br/>
        <w:t>f 25060/26216/23011 25057/26213/23008 25051/26206/23001</w:t>
        <w:br/>
        <w:t>f 28365/29520/25842 25067/26221/23016 25039/26193/22988</w:t>
        <w:br/>
        <w:t>f 28364/29518/25840 28365/29520/25842 25039/26193/22988</w:t>
        <w:br/>
        <w:t>f 25003/26157/22952 25004/26156/22951 25005/26162/22957</w:t>
        <w:br/>
        <w:t>f 25006/26161/22956 25003/26157/22952 25005/26162/22957</w:t>
        <w:br/>
        <w:t>f 25016/26173/22968 25017/26172/22967 25014/26168/22963</w:t>
        <w:br/>
        <w:t>f 25015/26167/22962 25016/26173/22968 25014/26168/22963</w:t>
        <w:br/>
        <w:t>f 25019/26177/22972 25020/26176/22971 25028/26181/22976</w:t>
        <w:br/>
        <w:t>f 25029/26184/22979 25019/26177/22972 25028/26181/22976</w:t>
        <w:br/>
        <w:t>f 25036/26190/22985 25024/26179/22974 25073/26228/23023</w:t>
        <w:br/>
        <w:t>f 25035/26191/22986 25036/26190/22985 25073/26228/23023</w:t>
        <w:br/>
        <w:t>f 25004/26156/22951 25014/26168/22963 25017/26172/22967</w:t>
        <w:br/>
        <w:t>f 25005/26162/22957 25004/26156/22951 25017/26172/22967</w:t>
        <w:br/>
        <w:t>f 25068/26223/23018 25023/26180/22975 25024/26179/22974</w:t>
        <w:br/>
        <w:t>f 25036/26190/22985 25068/26223/23018 25024/26179/22974</w:t>
        <w:br/>
        <w:t>f 25187/26342/23130 25185/26341/23130 25197/26349/23135</w:t>
        <w:br/>
        <w:t>f 25194/26352/23135 25187/26342/23130 25197/26349/23135</w:t>
        <w:br/>
        <w:t>f 25188/26344/23132 25189/26343/23131 25198/26356/23140</w:t>
        <w:br/>
        <w:t>f 25199/26355/23139 25188/26344/23132 25198/26356/23140</w:t>
        <w:br/>
        <w:t>f 25190/26345/23133 25204/26357/23141 25205/26360/23141</w:t>
        <w:br/>
        <w:t>f 25191/26346/23133 25190/26345/23133 25205/26360/23141</w:t>
        <w:br/>
        <w:t>f 25206/26362/23144 25207/26361/23143 25218/26375/23153</w:t>
        <w:br/>
        <w:t>f 25219/26374/23153 25206/26362/23144 25218/26375/23153</w:t>
        <w:br/>
        <w:t>f 25354/26510/23266 25355/26509/23265 25363/26515/23270</w:t>
        <w:br/>
        <w:t>f 25360/26518/23270 25354/26510/23266 25363/26515/23270</w:t>
        <w:br/>
        <w:t>f 25358/26512/23268 25355/26509/23265 25351/26506/23262</w:t>
        <w:br/>
        <w:t>f 25352/26508/23264 25358/26512/23268 25351/26506/23262</w:t>
        <w:br/>
        <w:t>f 25434/26589/23341 25439/26591/23343 25436/26594/23346</w:t>
        <w:br/>
        <w:t>f 25433/26588/23340 25434/26589/23341 25436/26594/23346</w:t>
        <w:br/>
        <w:t>f 25434/26589/23341 25435/26590/23342 25441/26595/23347</w:t>
        <w:br/>
        <w:t>f 25439/26591/23343 25434/26589/23341 25441/26595/23347</w:t>
        <w:br/>
        <w:t>f 25512/26667/23409 25510/26665/23407 25430/26585/23337</w:t>
        <w:br/>
        <w:t>f 25433/26588/23340 25512/26667/23409 25430/26585/23337</w:t>
        <w:br/>
        <w:t>f 25195/26351/23137 25196/26350/23136 25210/26364/23146</w:t>
        <w:br/>
        <w:t>f 25211/26363/23145 25195/26351/23137 25210/26364/23146</w:t>
        <w:br/>
        <w:t>f 25200/26354/23138 25201/26353/23138 25213/26369/23149</w:t>
        <w:br/>
        <w:t>f 25214/26368/23149 25200/26354/23138 25213/26369/23149</w:t>
        <w:br/>
        <w:t>f 25230/26384/23160 25216/26372/23151 25217/26371/23150</w:t>
        <w:br/>
        <w:t>f 25229/26385/23160 25230/26384/23160 25217/26371/23150</w:t>
        <w:br/>
        <w:t>f 25221/26376/23154 28367/29521/25843 28366/29522/25843</w:t>
        <w:br/>
        <w:t>f 25220/26373/23152 25221/26376/23154 28366/29522/25843</w:t>
        <w:br/>
        <w:t>f 25369/26523/23276 25361/26517/23272 25362/26516/23271</w:t>
        <w:br/>
        <w:t>f 25364/26522/23277 25369/26523/23276 25362/26516/23271</w:t>
        <w:br/>
        <w:t>f 25366/26520/23273 25367/26519/23273 25356/26514/23269</w:t>
        <w:br/>
        <w:t>f 25357/26513/23269 25366/26520/23273 25356/26514/23269</w:t>
        <w:br/>
        <w:t>f 25438/26592/23344 25445/26597/23349 25442/26600/23352</w:t>
        <w:br/>
        <w:t>f 25437/26593/23345 25438/26592/23344 25442/26600/23352</w:t>
        <w:br/>
        <w:t>f 25440/26596/23348 28368/29523/25844 25445/26597/23349</w:t>
        <w:br/>
        <w:t>f 25438/26592/23344 25440/26596/23348 25445/26597/23349</w:t>
        <w:br/>
        <w:t>f 25513/26669/23411 25511/26666/23408 25436/26594/23346</w:t>
        <w:br/>
        <w:t>f 25437/26593/23345 25513/26669/23411 25436/26594/23346</w:t>
        <w:br/>
        <w:t>f 25224/26378/23155 25225/26377/23155 25208/26366/23147</w:t>
        <w:br/>
        <w:t>f 25209/26365/23147 25224/26378/23155 25208/26366/23147</w:t>
        <w:br/>
        <w:t>f 25227/26381/23157 25241/26397/23171 25242/26396/23170</w:t>
        <w:br/>
        <w:t>f 25226/26382/23158 25227/26381/23157 25242/26396/23170</w:t>
        <w:br/>
        <w:t>f 28370/29524/25845 25231/26383/23159 25228/26386/23161</w:t>
        <w:br/>
        <w:t>f 28369/29525/25845 28370/29524/25845 25228/26386/23161</w:t>
        <w:br/>
        <w:t>f 25235/26387/23162 28366/29522/25843 28367/29521/25843</w:t>
        <w:br/>
        <w:t>f 25234/26388/23163 25235/26387/23162 28367/29521/25843</w:t>
        <w:br/>
        <w:t>f 25370/26525/23278 25368/26524/23278 25375/26529/23281</w:t>
        <w:br/>
        <w:t>f 25376/26528/23280 25370/26525/23278 25375/26529/23281</w:t>
        <w:br/>
        <w:t>f 25371/26527/23279 25372/26526/23279 25377/26532/23284</w:t>
        <w:br/>
        <w:t>f 25375/26529/23281 25371/26527/23279 25377/26532/23284</w:t>
        <w:br/>
        <w:t>f 25449/26605/23357 25443/26599/23351 25444/26598/23350</w:t>
        <w:br/>
        <w:t>f 25446/26603/23355 25449/26605/23357 25444/26598/23350</w:t>
        <w:br/>
        <w:t>f 28368/29523/25844 25448/26601/23353 25444/26598/23350</w:t>
        <w:br/>
        <w:t>f 25445/26597/23349 28368/29523/25844 25444/26598/23350</w:t>
        <w:br/>
        <w:t>f 25442/26600/23352 25443/26599/23351 25516/26671/23413</w:t>
        <w:br/>
        <w:t>f 25514/26668/23410 25442/26600/23352 25516/26671/23413</w:t>
        <w:br/>
        <w:t>f 25222/26380/23156 25223/26379/23156 25238/26392/23166</w:t>
        <w:br/>
        <w:t>f 25239/26391/23166 25222/26380/23156 25238/26392/23166</w:t>
        <w:br/>
        <w:t>f 25257/26412/23183 25243/26395/23169 25240/26398/23172</w:t>
        <w:br/>
        <w:t>f 25256/26413/23184 25257/26412/23183 25240/26398/23172</w:t>
        <w:br/>
        <w:t>f 25247/26402/23173 28370/29524/25845 28369/29525/25845</w:t>
        <w:br/>
        <w:t>f 25246/26399/23173 25247/26402/23173 28369/29525/25845</w:t>
        <w:br/>
        <w:t>f 25251/26406/23178 25248/26405/23178 25232/26390/23165</w:t>
        <w:br/>
        <w:t>f 25233/26389/23164 25251/26406/23178 25232/26390/23165</w:t>
        <w:br/>
        <w:t>f 25382/26537/23289 25379/26536/23288 25373/26531/23283</w:t>
        <w:br/>
        <w:t>f 25374/26530/23282 25382/26537/23289 25373/26531/23283</w:t>
        <w:br/>
        <w:t>f 25382/26537/23289 25374/26530/23282 25378/26533/23285</w:t>
        <w:br/>
        <w:t>f 25384/26538/23290 25382/26537/23289 25378/26533/23285</w:t>
        <w:br/>
        <w:t>f 25451/26606/23358 25454/26607/23359 25519/26673/23415</w:t>
        <w:br/>
        <w:t>f 25450/26604/23356 25451/26606/23358 25519/26673/23415</w:t>
        <w:br/>
        <w:t>f 25451/26606/23358 25446/26603/23355 25447/26602/23354</w:t>
        <w:br/>
        <w:t>f 25453/26608/23360 25451/26606/23358 25447/26602/23354</w:t>
        <w:br/>
        <w:t>f 25450/26604/23356 25519/26673/23415 25520/26675/23417</w:t>
        <w:br/>
        <w:t>f 25517/26672/23414 25450/26604/23356 25520/26675/23417</w:t>
        <w:br/>
        <w:t>f 25236/26394/23168 25237/26393/23167 25254/26408/23180</w:t>
        <w:br/>
        <w:t>f 25255/26407/23179 25236/26394/23168 25254/26408/23180</w:t>
        <w:br/>
        <w:t>f 25259/26414/23185 25272/26425/23193 25273/26428/23196</w:t>
        <w:br/>
        <w:t>f 25258/26411/23182 25259/26414/23185 25273/26428/23196</w:t>
        <w:br/>
        <w:t>f 28371/29526/25846 25261/26415/23186 25260/26416/23186</w:t>
        <w:br/>
        <w:t>f 28372/29527/25846 28371/29526/25846 25260/26416/23186</w:t>
        <w:br/>
        <w:t>f 25249/26404/23177 25250/26403/23176 25262/26420/23189</w:t>
        <w:br/>
        <w:t>f 25263/26419/23188 25249/26404/23177 25262/26420/23189</w:t>
        <w:br/>
        <w:t>f 25388/26540/23292 25385/26543/23295 25380/26535/23287</w:t>
        <w:br/>
        <w:t>f 25381/26534/23286 25388/26540/23292 25380/26535/23287</w:t>
        <w:br/>
        <w:t>f 25383/26539/23291 25389/26544/23296 25388/26540/23292</w:t>
        <w:br/>
        <w:t>f 25381/26534/23286 25383/26539/23291 25388/26540/23292</w:t>
        <w:br/>
        <w:t>f 25454/26607/23359 25455/26612/23364 25456/26611/23363</w:t>
        <w:br/>
        <w:t>f 25519/26673/23415 25454/26607/23359 25456/26611/23363</w:t>
        <w:br/>
        <w:t>f 25452/26609/23361 25459/26614/23366 25455/26612/23364</w:t>
        <w:br/>
        <w:t>f 25454/26607/23359 25452/26609/23361 25455/26612/23364</w:t>
        <w:br/>
        <w:t>f 25457/26610/23362 25522/26678/23420 25518/26674/23416</w:t>
        <w:br/>
        <w:t>f 25456/26611/23363 25457/26610/23362 25518/26674/23416</w:t>
        <w:br/>
        <w:t>f 25266/26424/23192 25267/26423/23191 25252/26410/23181</w:t>
        <w:br/>
        <w:t>f 25253/26409/23181 25266/26424/23192 25252/26410/23181</w:t>
        <w:br/>
        <w:t>f 25271/26426/23194 25285/26441/23207 25286/26440/23207</w:t>
        <w:br/>
        <w:t>f 25270/26427/23195 25271/26426/23194 25286/26440/23207</w:t>
        <w:br/>
        <w:t>f 28372/29527/25846 25277/26429/23197 25274/26432/23200</w:t>
        <w:br/>
        <w:t>f 28371/29526/25846 28372/29527/25846 25274/26432/23200</w:t>
        <w:br/>
        <w:t>f 28374/29528/25847 28373/29529/25847 25278/26434/23201</w:t>
        <w:br/>
        <w:t>f 25279/26433/23201 28374/29528/25847 25278/26434/23201</w:t>
        <w:br/>
        <w:t>f 25391/26549/23301 25386/26542/23294 25387/26541/23293</w:t>
        <w:br/>
        <w:t>f 25394/26546/23298 25391/26549/23301 25387/26541/23293</w:t>
        <w:br/>
        <w:t>f 25394/26546/23298 25387/26541/23293 25390/26545/23297</w:t>
        <w:br/>
        <w:t>f 25396/26550/23302 25394/26546/23298 25390/26545/23297</w:t>
        <w:br/>
        <w:t>f 25461/26616/23368 25458/26613/23365 25460/26615/23367</w:t>
        <w:br/>
        <w:t>f 25464/26618/23370 25461/26616/23368 25460/26615/23367</w:t>
        <w:br/>
        <w:t>f 25283/26438/23205 25280/26437/23204 25268/26422/23190</w:t>
        <w:br/>
        <w:t>f 25269/26421/23190 25283/26438/23205 25268/26422/23190</w:t>
        <w:br/>
        <w:t>f 25284/26442/23208 28376/29530/25848 28375/29531/25849</w:t>
        <w:br/>
        <w:t>f 25287/26439/23206 25284/26442/23208 28375/29531/25849</w:t>
        <w:br/>
        <w:t>f 25289/26444/23210 25275/26431/23199 25276/26430/23198</w:t>
        <w:br/>
        <w:t>f 25288/26445/23211 25289/26444/23210 25276/26430/23198</w:t>
        <w:br/>
        <w:t>f 28373/29529/25847 28374/29528/25847 25292/26450/23216</w:t>
        <w:br/>
        <w:t>f 25293/26449/23215 28373/29529/25847 25292/26450/23216</w:t>
        <w:br/>
        <w:t>f 25398/26553/23305 25392/26548/23300 25393/26547/23299</w:t>
        <w:br/>
        <w:t>f 25397/26554/23306 25398/26553/23305 25393/26547/23299</w:t>
        <w:br/>
        <w:t>f 25395/26551/23303 25402/26556/23308 25397/26554/23306</w:t>
        <w:br/>
        <w:t>f 25393/26547/23299 25395/26551/23303 25397/26554/23306</w:t>
        <w:br/>
        <w:t>f 25521/26676/23418 25462/26617/23369 25468/26623/23375</w:t>
        <w:br/>
        <w:t>f 25465/26622/23374 25521/26676/23418 25468/26623/23375</w:t>
        <w:br/>
        <w:t>f 25463/26619/23371 25470/26624/23376 25468/26623/23375</w:t>
        <w:br/>
        <w:t>f 25462/26617/23369 25463/26619/23371 25468/26623/23375</w:t>
        <w:br/>
        <w:t>f 25296/26452/23218 25297/26451/23217 28377/29532/25850</w:t>
        <w:br/>
        <w:t>f 28378/29533/25851 25296/26452/23218 28377/29532/25850</w:t>
        <w:br/>
        <w:t>f 25299/26454/23220 28375/29531/25849 28376/29530/25848</w:t>
        <w:br/>
        <w:t>f 25298/26455/23221 25299/26454/23220 28376/29530/25848</w:t>
        <w:br/>
        <w:t>f 25303/26458/23223 28380/29534/25852 28379/29535/25852</w:t>
        <w:br/>
        <w:t>f 25302/26457/23222 25303/26458/23223 28379/29535/25852</w:t>
        <w:br/>
        <w:t>f 25306/26459/23224 25307/26462/23227 25294/26448/23214</w:t>
        <w:br/>
        <w:t>f 25295/26447/23213 25306/26459/23224 25294/26448/23214</w:t>
        <w:br/>
        <w:t>f 25400/26555/23307 25403/26560/23312 25404/26559/23311</w:t>
        <w:br/>
        <w:t>f 25399/26552/23304 25400/26555/23307 25404/26559/23311</w:t>
        <w:br/>
        <w:t>f 25407/26563/23315 25403/26560/23312 25400/26555/23307</w:t>
        <w:br/>
        <w:t>f 25401/26557/23309 25407/26563/23315 25400/26555/23307</w:t>
        <w:br/>
        <w:t>f 25474/26629/23380 25471/26628/23379 25466/26621/23373</w:t>
        <w:br/>
        <w:t>f 25467/26620/23372 25474/26629/23380 25466/26621/23373</w:t>
        <w:br/>
        <w:t>f 25474/26629/23380 25467/26620/23372 25469/26625/23377</w:t>
        <w:br/>
        <w:t>f 25477/26630/23381 25474/26629/23380 25469/26625/23377</w:t>
        <w:br/>
        <w:t>f 25308/26465/23229 25309/26464/23229 28378/29533/25851</w:t>
        <w:br/>
        <w:t>f 28377/29532/25850 25308/26465/23229 28378/29533/25851</w:t>
        <w:br/>
        <w:t>f 25300/26453/23219 25301/26456/23219 25314/26467/23231</w:t>
        <w:br/>
        <w:t>f 25315/26470/23231 25300/26453/23219 25314/26467/23231</w:t>
        <w:br/>
        <w:t>f 28380/29534/25852 25319/26474/23235 25316/26473/23235</w:t>
        <w:br/>
        <w:t>f 28379/29535/25852 28380/29534/25852 25316/26473/23235</w:t>
        <w:br/>
        <w:t>f 25305/26460/23225 25322/26476/23237 25323/26475/23236</w:t>
        <w:br/>
        <w:t>f 25304/26461/23226 25305/26460/23225 25323/26475/23236</w:t>
        <w:br/>
        <w:t>f 25406/26561/23313 25412/26564/23316 25409/26567/23319</w:t>
        <w:br/>
        <w:t>f 25405/26558/23310 25406/26561/23313 25409/26567/23319</w:t>
        <w:br/>
        <w:t>f 25413/26569/23321 25412/26564/23316 25406/26561/23313</w:t>
        <w:br/>
        <w:t>f 25408/26562/23314 25413/26569/23321 25406/26561/23313</w:t>
        <w:br/>
        <w:t>f 25481/26635/23385 25482/26634/23384 25472/26627/23378</w:t>
        <w:br/>
        <w:t>f 25473/26626/23378 25481/26635/23385 25472/26627/23378</w:t>
        <w:br/>
        <w:t>f 25485/26639/23389 25475/26632/23382 25476/26631/23382</w:t>
        <w:br/>
        <w:t>f 25484/26640/23389 25485/26639/23389 25476/26631/23382</w:t>
        <w:br/>
        <w:t>f 25310/26463/23228 25311/26466/23230 25327/26479/23240</w:t>
        <w:br/>
        <w:t>f 25324/26482/23240 25310/26463/23228 25327/26479/23240</w:t>
        <w:br/>
        <w:t>f 25328/26484/23244 25329/26483/23243 25339/26494/23252</w:t>
        <w:br/>
        <w:t>f 25340/26493/23252 25328/26484/23244 25339/26494/23252</w:t>
        <w:br/>
        <w:t>f 25318/26471/23234 25333/26488/23248 25330/26487/23247</w:t>
        <w:br/>
        <w:t>f 25317/26472/23234 25318/26471/23234 25330/26487/23247</w:t>
        <w:br/>
        <w:t>f 25335/26489/23249 25346/26499/23256 25347/26502/23256</w:t>
        <w:br/>
        <w:t>f 25334/26490/23250 25335/26489/23249 25347/26502/23256</w:t>
        <w:br/>
        <w:t>f 25411/26565/23317 28382/29536/25853 28381/29537/25854</w:t>
        <w:br/>
        <w:t>f 25410/26566/23318 25411/26565/23317 28381/29537/25854</w:t>
        <w:br/>
        <w:t>f 25411/26565/23317 25414/26568/23320 28383/29538/25855</w:t>
        <w:br/>
        <w:t>f 28382/29536/25853 25411/26565/23317 28383/29538/25855</w:t>
        <w:br/>
        <w:t>f 25490/26645/23391 25487/26644/23391 25479/26637/23387</w:t>
        <w:br/>
        <w:t>f 25480/26636/23386 25490/26645/23391 25479/26637/23387</w:t>
        <w:br/>
        <w:t>f 25491/26649/23395 25486/26638/23388 25483/26641/23388</w:t>
        <w:br/>
        <w:t>f 25494/26646/23392 25491/26649/23395 25483/26641/23388</w:t>
        <w:br/>
        <w:t>f 25337/26491/23251 28384/29539/25856 25336/26492/23251</w:t>
        <w:br/>
        <w:t>f 25338/26495/23253 28385/29540/25857 25341/26496/23254</w:t>
        <w:br/>
        <w:t>f 25343/26497/23255 28386/29541/25858 25342/26498/23255</w:t>
        <w:br/>
        <w:t>f 25345/26500/23257 28387/29542/25859 25344/26501/23258</w:t>
        <w:br/>
        <w:t>f 28382/29536/25853 28389/29543/25860 28388/29544/25861</w:t>
        <w:br/>
        <w:t>f 28381/29537/25854 28382/29536/25853 28388/29544/25861</w:t>
        <w:br/>
        <w:t>f 28382/29536/25853 28383/29538/25855 28390/29545/25862</w:t>
        <w:br/>
        <w:t>f 28389/29543/25860 28382/29536/25853 28390/29545/25862</w:t>
        <w:br/>
        <w:t>f 25488/26643/23390 25489/26642/23390 28392/29546/25863</w:t>
        <w:br/>
        <w:t>f 28391/29547/25863 25488/26643/23390 28392/29546/25863</w:t>
        <w:br/>
        <w:t>f 25493/26647/23393 28394/29548/25864 28393/29549/25864</w:t>
        <w:br/>
        <w:t>f 25492/26648/23394 25493/26647/23393 28393/29549/25864</w:t>
        <w:br/>
        <w:t>f 28397/29550/25865 28396/29551/25866 28395/29552/25867</w:t>
        <w:br/>
        <w:t>f 28398/29553/25868 28396/29551/25866 28397/29550/25865</w:t>
        <w:br/>
        <w:t>f 28401/29554/25869 28400/29555/25870 28399/29556/25871</w:t>
        <w:br/>
        <w:t>f 28404/29557/25872 28403/29558/25873 28402/29559/25874</w:t>
        <w:br/>
        <w:t>f 28388/29544/25861 28389/29543/25860 25418/26570/23322</w:t>
        <w:br/>
        <w:t>f 25415/26573/23325 28388/29544/25861 25418/26570/23322</w:t>
        <w:br/>
        <w:t>f 28389/29543/25860 28390/29545/25862 25420/26575/23327</w:t>
        <w:br/>
        <w:t>f 25418/26570/23322 28389/29543/25860 25420/26575/23327</w:t>
        <w:br/>
        <w:t>f 28391/29547/25863 28392/29546/25863 25495/26652/23398</w:t>
        <w:br/>
        <w:t>f 25496/26651/23397 28391/29547/25863 25495/26652/23398</w:t>
        <w:br/>
        <w:t>f 28394/29548/25864 25502/26657/23401 25499/26656/23401</w:t>
        <w:br/>
        <w:t>f 28393/29549/25864 28394/29548/25864 25499/26656/23401</w:t>
        <w:br/>
        <w:t>f 25421/26577/23329 28397/29550/25865 28395/29552/25867</w:t>
        <w:br/>
        <w:t>f 25422/26576/23328 25421/26577/23329 28395/29552/25867</w:t>
        <w:br/>
        <w:t>f 25423/26578/23330 28398/29553/25868 28397/29550/25865</w:t>
        <w:br/>
        <w:t>f 25421/26577/23329 25423/26578/23330 28397/29550/25865</w:t>
        <w:br/>
        <w:t>f 25504/26658/23402 28401/29554/25869 28399/29556/25871</w:t>
        <w:br/>
        <w:t>f 25503/26659/23330 25504/26658/23402 28399/29556/25871</w:t>
        <w:br/>
        <w:t>f 28404/29557/25872 28402/29559/25874 25505/26661/23403</w:t>
        <w:br/>
        <w:t>f 25506/26660/23403 28404/29557/25872 25505/26661/23403</w:t>
        <w:br/>
        <w:t>f 25749/26904/23622 25750/26903/23621 25774/26932/23648</w:t>
        <w:br/>
        <w:t>f 25775/26931/23647 25749/26904/23622 25774/26932/23648</w:t>
        <w:br/>
        <w:t>f 28407/29560/25875 28406/29561/25876 28405/29562/25877</w:t>
        <w:br/>
        <w:t>f 28408/29563/25878 28407/29560/25875 28405/29562/25877</w:t>
        <w:br/>
        <w:t>f 26325/27480/24133 25792/26949/23665 25793/26948/23664</w:t>
        <w:br/>
        <w:t>f 28409/29564/25879 26325/27480/24133 25793/26948/23664</w:t>
        <w:br/>
        <w:t>f 25855/27010/23718 25856/27009/23717 28410/29565/23875</w:t>
        <w:br/>
        <w:t>f 26313/27467/24120 25855/27010/23718 28410/29565/23875</w:t>
        <w:br/>
        <w:t>f 25960/27115/23818 28412/29566/25880 28411/29567/25881</w:t>
        <w:br/>
        <w:t>f 25959/27116/23819 25960/27115/23818 28411/29567/25881</w:t>
        <w:br/>
        <w:t>f 28412/29566/25880 25960/27115/23818 25963/27119/23822</w:t>
        <w:br/>
        <w:t>f 26326/27481/24134 28412/29566/25880 25963/27119/23822</w:t>
        <w:br/>
        <w:t>f 26032/27186/23875 26036/27189/23717 26037/27192/23880</w:t>
        <w:br/>
        <w:t>f 26031/27187/23876 26032/27186/23875 26037/27192/23880</w:t>
        <w:br/>
        <w:t>f 28414/29568/25882 28413/29569/25883 26160/27314/23976</w:t>
        <w:br/>
        <w:t>f 26037/27192/23880 28414/29568/25882 26160/27314/23976</w:t>
        <w:br/>
        <w:t>f 26263/27419/24076 26198/27353/24014 25749/26904/23622</w:t>
        <w:br/>
        <w:t>f 25775/26931/23647 26263/27419/24076 25749/26904/23622</w:t>
        <w:br/>
        <w:t>f 26230/27386/24046 26268/27422/24079 25779/26934/23650</w:t>
        <w:br/>
        <w:t>f 25762/26915/23633 26230/27386/24046 25779/26934/23650</w:t>
        <w:br/>
        <w:t>f 25854/27011/23719 25855/27010/23718 26314/27469/24122</w:t>
        <w:br/>
        <w:t>f 26310/27465/24118 25854/27011/23719 26314/27469/24122</w:t>
        <w:br/>
        <w:t>f 25792/26949/23665 25963/27119/23822 25964/27118/23821</w:t>
        <w:br/>
        <w:t>f 25795/26950/23666 25792/26949/23665 25964/27118/23821</w:t>
        <w:br/>
        <w:t>f 26548/27703/24333 26574/27726/24352 26571/27729/24355</w:t>
        <w:br/>
        <w:t>f 26547/27700/24330 26548/27703/24333 26571/27729/24355</w:t>
        <w:br/>
        <w:t>f 26559/27713/24342 26576/27732/24358 26577/27731/24357</w:t>
        <w:br/>
        <w:t>f 26558/27714/24343 26559/27713/24342 26577/27731/24357</w:t>
        <w:br/>
        <w:t>f 27117/28273/24843 28415/29570/25884 26592/27747/24373</w:t>
        <w:br/>
        <w:t>f 26589/27746/24372 27117/28273/24843 26592/27747/24373</w:t>
        <w:br/>
        <w:t>f 26651/27805/24425 27106/28261/24831 28416/29571/24589</w:t>
        <w:br/>
        <w:t>f 26650/27806/24426 26651/27805/24425 28416/29571/24589</w:t>
        <w:br/>
        <w:t>f 28417/29572/25885 26756/27910/24526 26757/27909/24525</w:t>
        <w:br/>
        <w:t>f 28418/29573/25886 28417/29572/25885 26757/27909/24525</w:t>
        <w:br/>
        <w:t>f 26759/27914/24530 26756/27910/24526 28417/29572/25885</w:t>
        <w:br/>
        <w:t>f 27118/28272/24842 26759/27914/24530 28417/29572/25885</w:t>
        <w:br/>
        <w:t>f 26830/27984/24590 26831/27983/24426 26827/27982/24589</w:t>
        <w:br/>
        <w:t>f 26824/27981/24588 26830/27984/24590 26827/27982/24589</w:t>
        <w:br/>
        <w:t>f 28419/29574/25887 26952/28108/24687 26953/28107/24686</w:t>
        <w:br/>
        <w:t>f 28420/29575/25888 28419/29574/25887 26953/28107/24686</w:t>
        <w:br/>
        <w:t>f 27056/28211/24785 26574/27726/24352 26548/27703/24333</w:t>
        <w:br/>
        <w:t>f 26992/28146/24724 27056/28211/24785 26548/27703/24333</w:t>
        <w:br/>
        <w:t>f 27023/28177/24753 26558/27714/24343 26577/27731/24357</w:t>
        <w:br/>
        <w:t>f 27059/28214/24788 27023/28177/24753 26577/27731/24357</w:t>
        <w:br/>
        <w:t>f 26652/27804/24424 27104/28258/24828 27105/28262/24832</w:t>
        <w:br/>
        <w:t>f 26651/27805/24425 26652/27804/24424 27105/28262/24832</w:t>
        <w:br/>
        <w:t>f 26758/27913/24529 26759/27914/24530 26589/27746/24372</w:t>
        <w:br/>
        <w:t>f 26590/27745/24371 26758/27913/24529 26589/27746/24372</w:t>
        <w:br/>
        <w:t>f 25929/27084/23787 25928/27083/23786 25923/27078/23781</w:t>
        <w:br/>
        <w:t>f 25920/27077/23780 25929/27084/23787 25923/27078/23781</w:t>
        <w:br/>
        <w:t>f 25857/27012/23720 25854/27011/23719 25930/27086/23789</w:t>
        <w:br/>
        <w:t>f 25931/27085/23788 25857/27012/23720 25930/27086/23789</w:t>
        <w:br/>
        <w:t>f 26150/27305/23967 26151/27304/23966 28413/29569/25883</w:t>
        <w:br/>
        <w:t>f 26034/27191/23879 26150/27305/23967 28413/29569/25883</w:t>
        <w:br/>
        <w:t>f 26155/27309/23971 26154/27310/23972 28421/29576/25889</w:t>
        <w:br/>
        <w:t>f 26142/27299/23961 26155/27309/23971 28421/29576/25889</w:t>
        <w:br/>
        <w:t>f 26155/27309/23971 26142/27299/23961 26143/27298/23960</w:t>
        <w:br/>
        <w:t>f 26156/27311/23973 26155/27309/23971 26143/27298/23960</w:t>
        <w:br/>
        <w:t>f 26157/27312/23974 28422/29577/25890 26149/27306/23968</w:t>
        <w:br/>
        <w:t>f 26150/27305/23967 26157/27312/23974 26149/27306/23968</w:t>
        <w:br/>
        <w:t>f 28423/29578/25891 26195/27348/24009 26265/27421/24078</w:t>
        <w:br/>
        <w:t>f 26266/27420/24077 28423/29578/25891 26265/27421/24078</w:t>
        <w:br/>
        <w:t>f 26273/27427/24084 28424/29579/25892 26270/27425/24082</w:t>
        <w:br/>
        <w:t>f 26269/27424/24081 26273/27427/24084 26270/27425/24082</w:t>
        <w:br/>
        <w:t>f 26271/27426/24083 26265/27421/24078 26195/27348/24009</w:t>
        <w:br/>
        <w:t>f 26196/27351/24012 26271/27426/24083 26195/27348/24009</w:t>
        <w:br/>
        <w:t>f 26267/27423/24080 26272/27428/24085 26269/27424/24081</w:t>
        <w:br/>
        <w:t>f 25778/26935/23651 26267/27423/24080 26269/27424/24081</w:t>
        <w:br/>
        <w:t>f 25925/27080/23783 25930/27086/23789 26311/27466/24119</w:t>
        <w:br/>
        <w:t>f 28425/29580/25893 25925/27080/23783 26311/27466/24119</w:t>
        <w:br/>
        <w:t>f 25928/27083/23786 26156/27311/23973 26143/27298/23960</w:t>
        <w:br/>
        <w:t>f 25923/27078/23781 25928/27083/23786 26143/27298/23960</w:t>
        <w:br/>
        <w:t>f 26715/27873/24489 26723/27878/24494 26724/27879/24495</w:t>
        <w:br/>
        <w:t>f 26718/27870/24486 26715/27873/24489 26724/27879/24495</w:t>
        <w:br/>
        <w:t>f 26649/27807/24427 26725/27881/24497 26726/27880/24496</w:t>
        <w:br/>
        <w:t>f 26652/27804/24424 26649/27807/24427 26726/27880/24496</w:t>
        <w:br/>
        <w:t>f 28420/29575/25894 26944/28097/24677 26945/28100/24680</w:t>
        <w:br/>
        <w:t>f 26829/27985/24591 28420/29575/25894 26945/28100/24680</w:t>
        <w:br/>
        <w:t>f 26948/28102/24682 26937/28090/24670 28426/29581/25895</w:t>
        <w:br/>
        <w:t>f 26947/28103/24683 26948/28102/24682 28426/29581/25895</w:t>
        <w:br/>
        <w:t>f 26948/28102/24682 26949/28104/24684 26936/28091/24671</w:t>
        <w:br/>
        <w:t>f 26937/28090/24670 26948/28102/24682 26936/28091/24671</w:t>
        <w:br/>
        <w:t>f 26942/28099/24679 28427/29582/25896 26950/28105/24497</w:t>
        <w:br/>
        <w:t>f 26945/28100/24680 26942/28099/24679 26950/28105/24497</w:t>
        <w:br/>
        <w:t>f 28428/29583/25897 27058/28212/24786 27057/28213/24787</w:t>
        <w:br/>
        <w:t>f 26987/28143/24721 28428/29583/25897 27057/28213/24787</w:t>
        <w:br/>
        <w:t>f 28431/29584/25898 28430/29585/25899 28429/29586/25900</w:t>
        <w:br/>
        <w:t>f 27062/28217/24791 28431/29584/25898 28429/29586/25900</w:t>
        <w:br/>
        <w:t>f 27063/28218/24792 26986/28144/24722 26987/28143/24721</w:t>
        <w:br/>
        <w:t>f 27057/28213/24787 27063/28218/24792 26987/28143/24721</w:t>
        <w:br/>
        <w:t>f 27060/28215/24789 26578/27730/24356 27061/28216/24790</w:t>
        <w:br/>
        <w:t>f 27066/28219/24793 27060/28215/24789 27061/28216/24790</w:t>
        <w:br/>
        <w:t>f 26721/27875/24491 28432/29587/25901 27103/28259/24829</w:t>
        <w:br/>
        <w:t>f 26726/27880/24496 26721/27875/24491 27103/28259/24829</w:t>
        <w:br/>
        <w:t>f 26936/28091/24671 26949/28104/24684 26723/27878/24494</w:t>
        <w:br/>
        <w:t>f 26715/27873/24489 26936/28091/24671 26723/27878/24494</w:t>
        <w:br/>
        <w:t>f 26322/27477/24130 28433/29588/25902 25921/27076/23779</w:t>
        <w:br/>
        <w:t>f 25922/27075/23778 26322/27477/24130 25921/27076/23779</w:t>
        <w:br/>
        <w:t>f 25937/27092/23795 25938/27091/23794 25927/27082/23785</w:t>
        <w:br/>
        <w:t>f 25924/27081/23784 25937/27092/23795 25927/27082/23785</w:t>
        <w:br/>
        <w:t>f 26141/27296/23958 26138/27295/23957 26142/27299/23961</w:t>
        <w:br/>
        <w:t>f 28421/29576/25889 26141/27296/23958 26142/27299/23961</w:t>
        <w:br/>
        <w:t>f 26139/27294/23956 28434/29589/25903 26144/27297/23959</w:t>
        <w:br/>
        <w:t>f 26138/27295/23957 26139/27294/23956 26144/27297/23959</w:t>
        <w:br/>
        <w:t>f 28422/29577/25890 26148/27300/23962 26145/27303/23965</w:t>
        <w:br/>
        <w:t>f 26149/27306/23968 28422/29577/25890 26145/27303/23965</w:t>
        <w:br/>
        <w:t>f 26162/27318/23979 26163/27317/23978 26152/27307/23969</w:t>
        <w:br/>
        <w:t>f 26149/27306/23968 26162/27318/23979 26152/27307/23969</w:t>
        <w:br/>
        <w:t>f 26194/27349/24010 26186/27343/24004 26187/27342/24003</w:t>
        <w:br/>
        <w:t>f 26193/27350/24011 26194/27349/24010 26187/27342/24003</w:t>
        <w:br/>
        <w:t>f 26274/27429/24086 26229/27381/24041 26226/27384/24044</w:t>
        <w:br/>
        <w:t>f 26273/27427/24084 26274/27429/24086 26226/27384/24044</w:t>
        <w:br/>
        <w:t>f 26195/27348/24009 28423/29578/25891 26275/27430/24087</w:t>
        <w:br/>
        <w:t>f 26194/27349/24010 26195/27348/24009 26275/27430/24087</w:t>
        <w:br/>
        <w:t>f 28435/29590/25904 28424/29579/25892 26277/27432/24089</w:t>
        <w:br/>
        <w:t>f 26278/27431/24088 28435/29590/25904 26277/27432/24089</w:t>
        <w:br/>
        <w:t>f 28425/29580/25893 26309/27464/24117 25924/27081/23784</w:t>
        <w:br/>
        <w:t>f 25925/27080/23783 28425/29580/25893 25924/27081/23784</w:t>
        <w:br/>
        <w:t>f 26321/27478/24131 26322/27477/24130 25922/27075/23778</w:t>
        <w:br/>
        <w:t>f 26324/27479/24132 26321/27478/24131 25922/27075/23778</w:t>
        <w:br/>
        <w:t>f 26717/27871/24487 28436/29591/25905 27114/28268/24838</w:t>
        <w:br/>
        <w:t>f 26716/27872/24488 26717/27871/24487 27114/28268/24838</w:t>
        <w:br/>
        <w:t>f 26732/27887/24503 26722/27874/24490 26719/27877/24493</w:t>
        <w:br/>
        <w:t>f 26731/27888/24504 26732/27887/24503 26719/27877/24493</w:t>
        <w:br/>
        <w:t>f 26933/28087/24667 28426/29581/25895 26937/28090/24670</w:t>
        <w:br/>
        <w:t>f 26932/28088/24668 26933/28087/24667 26937/28090/24670</w:t>
        <w:br/>
        <w:t>f 26931/28089/24669 26932/28088/24668 26935/28092/24672</w:t>
        <w:br/>
        <w:t>f 28437/29592/25906 26931/28089/24669 26935/28092/24672</w:t>
        <w:br/>
        <w:t>f 28427/29582/25896 26942/28099/24679 26940/28094/24674</w:t>
        <w:br/>
        <w:t>f 26941/28093/24673 28427/29582/25896 26940/28094/24674</w:t>
        <w:br/>
        <w:t>f 26943/28098/24678 26955/28111/24689 26956/28110/24688</w:t>
        <w:br/>
        <w:t>f 26942/28099/24679 26943/28098/24678 26956/28110/24688</w:t>
        <w:br/>
        <w:t>f 26979/28137/24715 26980/28136/24714 26988/28142/24720</w:t>
        <w:br/>
        <w:t>f 26989/28141/24719 26979/28137/24715 26988/28142/24720</w:t>
        <w:br/>
        <w:t>f 27018/28176/24752 27019/28175/24751 27064/28221/24795</w:t>
        <w:br/>
        <w:t>f 27065/28220/24794 27018/28176/24752 27064/28221/24795</w:t>
        <w:br/>
        <w:t>f 27067/28223/24797 28428/29583/25897 26987/28143/24721</w:t>
        <w:br/>
        <w:t>f 26988/28142/24720 27067/28223/24797 26987/28143/24721</w:t>
        <w:br/>
        <w:t>f 27018/28176/24752 27065/28220/24794 28429/29586/25900</w:t>
        <w:br/>
        <w:t>f 27069/28227/24801 27018/28176/24752 28429/29586/25900</w:t>
        <w:br/>
        <w:t>f 28432/29587/25901 26721/27875/24491 26722/27874/24490</w:t>
        <w:br/>
        <w:t>f 27102/28257/24827 28432/29587/25901 26722/27874/24490</w:t>
        <w:br/>
        <w:t>f 26716/27872/24488 27114/28268/24838 27115/28270/24840</w:t>
        <w:br/>
        <w:t>f 27116/28271/24841 26716/27872/24488 27115/28270/24840</w:t>
        <w:br/>
        <w:t>f 25935/27087/23790 25932/27090/23793 28433/29588/25902</w:t>
        <w:br/>
        <w:t>f 26322/27477/24130 25935/27087/23790 28433/29588/25902</w:t>
        <w:br/>
        <w:t>f 26304/27461/24114 28438/29593/25907 25939/27094/23797</w:t>
        <w:br/>
        <w:t>f 25936/27093/23796 26304/27461/24114 25939/27094/23797</w:t>
        <w:br/>
        <w:t>f 26086/27240/23912 28439/29594/25908 26113/27268/23935</w:t>
        <w:br/>
        <w:t>f 26110/27267/23934 26086/27240/23912 26113/27268/23935</w:t>
        <w:br/>
        <w:t>f 26164/27320/23981 26280/27435/24092 26165/27319/23980</w:t>
        <w:br/>
        <w:t>f 28434/29589/25903 26139/27294/23956 26166/27322/23983</w:t>
        <w:br/>
        <w:t>f 26167/27321/23982 28434/29589/25903 26166/27322/23983</w:t>
        <w:br/>
        <w:t>f 26038/27196/23884 26168/27324/23985 26169/27323/23984</w:t>
        <w:br/>
        <w:t>f 26041/27193/23881 26038/27196/23884 26169/27323/23984</w:t>
        <w:br/>
        <w:t>f 26185/27339/24000 26188/27341/24002 26189/27344/24005</w:t>
        <w:br/>
        <w:t>f 26184/27340/24001 26185/27339/24000 26189/27344/24005</w:t>
        <w:br/>
        <w:t>f 26197/27352/24013 26189/27344/24005 26186/27343/24004</w:t>
        <w:br/>
        <w:t>f 26206/27360/24020 26197/27352/24013 26186/27343/24004</w:t>
        <w:br/>
        <w:t>f 26215/27370/24030 26227/27383/24043 26228/27382/24042</w:t>
        <w:br/>
        <w:t>f 26214/27367/24027 26215/27370/24030 26228/27382/24042</w:t>
        <w:br/>
        <w:t>f 26166/27322/23983 26139/27294/23956 26165/27319/23980</w:t>
        <w:br/>
        <w:t>f 26279/27436/24093 26280/27435/24092 26164/27320/23981</w:t>
        <w:br/>
        <w:t>f 26282/27437/24094 26279/27436/24093 26164/27320/23981</w:t>
        <w:br/>
        <w:t>f 26304/27461/24114 25936/27093/23796 26307/27463/24116</w:t>
        <w:br/>
        <w:t>f 26306/27459/24112 26304/27461/24114 26307/27463/24116</w:t>
        <w:br/>
        <w:t>f 28440/29595/25909 25934/27088/23791 25935/27087/23790</w:t>
        <w:br/>
        <w:t>f 26323/27476/24129 28440/29595/25909 25935/27087/23790</w:t>
        <w:br/>
        <w:t>f 26110/27267/23934 26111/27266/23933 26352/27507/24155</w:t>
        <w:br/>
        <w:t>f 26351/27506/24154 26110/27267/23934 26352/27507/24155</w:t>
        <w:br/>
        <w:t>f 26085/27241/23913 26351/27506/24154 26168/27324/23985</w:t>
        <w:br/>
        <w:t>f 26038/27196/23884 26085/27241/23913 26168/27324/23985</w:t>
        <w:br/>
        <w:t>f 28436/29591/25905 26728/27883/24499 26729/27882/24498</w:t>
        <w:br/>
        <w:t>f 27114/28268/24838 28436/29591/25905 26729/27882/24498</w:t>
        <w:br/>
        <w:t>f 26734/27889/24505 27130/28285/24851 26655/27808/24428</w:t>
        <w:br/>
        <w:t>f 26733/27886/24502 26734/27889/24505 26655/27808/24428</w:t>
        <w:br/>
        <w:t>f 26906/28061/24648 28441/29596/25910 26880/28034/24628</w:t>
        <w:br/>
        <w:t>f 26905/28058/24645 26906/28061/24648 26880/28034/24628</w:t>
        <w:br/>
        <w:t>f 26958/28112/24690 27073/28230/24804 26957/28113/24691</w:t>
        <w:br/>
        <w:t>f 28437/29592/25906 26959/28114/24692 26960/28115/24693</w:t>
        <w:br/>
        <w:t>f 26931/28089/24669 28437/29592/25906 26960/28115/24693</w:t>
        <w:br/>
        <w:t>f 26961/28117/24695 26962/28116/24694 26833/27988/24594</w:t>
        <w:br/>
        <w:t>f 26834/27987/24593 26961/28117/24695 26833/27988/24594</w:t>
        <w:br/>
        <w:t>f 26981/28135/24713 26982/28134/24712 26977/28132/24710</w:t>
        <w:br/>
        <w:t>f 26978/28133/24711 26981/28135/24713 26977/28132/24710</w:t>
        <w:br/>
        <w:t>f 26990/28145/24723 27068/28222/24796 26980/28136/24714</w:t>
        <w:br/>
        <w:t>f 26981/28135/24713 26990/28145/24723 26980/28136/24714</w:t>
        <w:br/>
        <w:t>f 27006/28160/24736 27007/28159/24735 27020/28174/24750</w:t>
        <w:br/>
        <w:t>f 27021/28173/24749 27006/28160/24736 27020/28174/24750</w:t>
        <w:br/>
        <w:t>f 26958/28112/24690 26931/28089/24669 26960/28115/24693</w:t>
        <w:br/>
        <w:t>f 27074/28229/24803 27076/28231/24805 26957/28113/24691</w:t>
        <w:br/>
        <w:t>f 27073/28230/24804 27074/28229/24803 26957/28113/24691</w:t>
        <w:br/>
        <w:t>f 27101/28255/24825 26733/27886/24502 26655/27808/24428</w:t>
        <w:br/>
        <w:t>f 27098/28254/24824 27101/28255/24825 26655/27808/24428</w:t>
        <w:br/>
        <w:t>f 26729/27882/24498 26730/27885/24501 28442/29597/25911</w:t>
        <w:br/>
        <w:t>f 27113/28269/24839 26729/27882/24498 28442/29597/25911</w:t>
        <w:br/>
        <w:t>f 27139/28294/24859 26904/28059/24646 26905/28058/24645</w:t>
        <w:br/>
        <w:t>f 27138/28293/24858 27139/28294/24859 26905/28058/24645</w:t>
        <w:br/>
        <w:t>f 26962/28116/24694 27138/28293/24858 26881/28033/24627</w:t>
        <w:br/>
        <w:t>f 26833/27988/24594 26962/28116/24694 26881/28033/24627</w:t>
        <w:br/>
        <w:t>f 25934/27088/23791 28440/29595/25909 25796/26954/23670</w:t>
        <w:br/>
        <w:t>f 25797/26953/23669 25934/27088/23791 25796/26954/23670</w:t>
        <w:br/>
        <w:t>f 25797/26953/23669 25800/26955/23671 25933/27089/23792</w:t>
        <w:br/>
        <w:t>f 25934/27088/23791 25797/26953/23669 25933/27089/23792</w:t>
        <w:br/>
        <w:t>f 25967/27121/23824 25970/27124/23827 25980/27133/23836</w:t>
        <w:br/>
        <w:t>f 25966/27122/23825 25967/27121/23824 25980/27133/23836</w:t>
        <w:br/>
        <w:t>f 25967/27121/23824 25968/27120/23823 26280/27435/24092</w:t>
        <w:br/>
        <w:t>f 25969/27125/23828 25967/27121/23824 26280/27435/24092</w:t>
        <w:br/>
        <w:t>f 25969/27125/23828 26281/27434/24091 28443/29598/25912</w:t>
        <w:br/>
        <w:t>f 25971/27126/23829 25969/27125/23828 28443/29598/25912</w:t>
        <w:br/>
        <w:t>f 25858/27015/23723 25859/27014/23722 26305/27460/24113</w:t>
        <w:br/>
        <w:t>f 28444/29599/25913 25858/27015/23723 26305/27460/24113</w:t>
        <w:br/>
        <w:t>f 26595/27749/24375 28442/29597/25911 26730/27885/24501</w:t>
        <w:br/>
        <w:t>f 26594/27750/24376 26595/27749/24375 26730/27885/24501</w:t>
        <w:br/>
        <w:t>f 26594/27750/24376 26730/27885/24501 26727/27884/24500</w:t>
        <w:br/>
        <w:t>f 26598/27752/24378 26594/27750/24376 26727/27884/24500</w:t>
        <w:br/>
        <w:t>f 26766/27919/24535 26763/27915/24531 26760/27918/24534</w:t>
        <w:br/>
        <w:t>f 26774/27929/24545 26766/27919/24535 26760/27918/24534</w:t>
        <w:br/>
        <w:t>f 26762/27916/24532 26763/27915/24531 26764/27921/24537</w:t>
        <w:br/>
        <w:t>f 27073/28230/24804 26762/27916/24532 26764/27921/24537</w:t>
        <w:br/>
        <w:t>f 26764/27921/24537 26765/27920/24536 28445/29600/25914</w:t>
        <w:br/>
        <w:t>f 27075/28228/24802 26764/27921/24537 28445/29600/25914</w:t>
        <w:br/>
        <w:t>f 28447/29601/25915 28446/29602/25916 27099/28253/24823</w:t>
        <w:br/>
        <w:t>f 26653/27810/24430 28447/29601/25915 27099/28253/24823</w:t>
        <w:br/>
        <w:t>f 25830/26985/23697 25801/26956/23672 25798/26952/23668</w:t>
        <w:br/>
        <w:t>f 25829/26984/23696 25830/26985/23697 25798/26952/23668</w:t>
        <w:br/>
        <w:t>f 25832/26989/23700 25825/26982/23695 25829/26984/23696</w:t>
        <w:br/>
        <w:t>f 25831/26986/23698 25832/26989/23700 25829/26984/23696</w:t>
        <w:br/>
        <w:t>f 25873/27028/23736 25874/27027/23735 26342/27497/24146</w:t>
        <w:br/>
        <w:t>f 26343/27496/24146 25873/27028/23736 26342/27497/24146</w:t>
        <w:br/>
        <w:t>f 25883/27039/23747 25881/27034/23742 25882/27037/23745</w:t>
        <w:br/>
        <w:t>f 25873/27028/23736 25883/27039/23747 25882/27037/23745</w:t>
        <w:br/>
        <w:t>f 25971/27126/23829 25972/27129/23832 25973/27128/23831</w:t>
        <w:br/>
        <w:t>f 25970/27124/23827 25971/27126/23829 25973/27128/23831</w:t>
        <w:br/>
        <w:t>f 25978/27135/23837 25979/27134/23837 25981/27139/23839</w:t>
        <w:br/>
        <w:t>f 25982/27138/23839 25978/27135/23837 25981/27139/23839</w:t>
        <w:br/>
        <w:t>f 25971/27126/23829 28443/29598/25912 25986/27141/23841</w:t>
        <w:br/>
        <w:t>f 25972/27129/23832 25971/27126/23829 25986/27141/23841</w:t>
        <w:br/>
        <w:t>f 26045/27200/23887 28449/29603/25917 28448/29604/25918</w:t>
        <w:br/>
        <w:t>f 26044/27197/23885 26045/27200/23887 28448/29604/25918</w:t>
        <w:br/>
        <w:t>f 26064/27220/23900 26065/27219/23900 26059/27217/23898</w:t>
        <w:br/>
        <w:t>f 26060/27216/23898 26064/27220/23900 26059/27217/23898</w:t>
        <w:br/>
        <w:t>f 28450/29605/25919 26136/27292/23954 26076/27234/23908</w:t>
        <w:br/>
        <w:t>f 26077/27233/23908 28450/29605/25919 26076/27234/23908</w:t>
        <w:br/>
        <w:t>f 26126/27282/23945 26104/27258/23927 28451/29606/25920</w:t>
        <w:br/>
        <w:t>f 26127/27281/23945 26126/27282/23945 28451/29606/25920</w:t>
        <w:br/>
        <w:t>f 26302/27456/24109 25858/27015/23723 28444/29599/25913</w:t>
        <w:br/>
        <w:t>f 26301/27457/24110 26302/27456/24109 28444/29599/25913</w:t>
        <w:br/>
        <w:t>f 26346/27502/24150 28452/29607/25921 26345/27503/24151</w:t>
        <w:br/>
        <w:t>f 26349/27504/24152 25861/27016/23724 25858/27015/23723</w:t>
        <w:br/>
        <w:t>f 26302/27456/24109 26349/27504/24152 25858/27015/23723</w:t>
        <w:br/>
        <w:t>f 26624/27780/24404 26625/27779/24403 26593/27751/24377</w:t>
        <w:br/>
        <w:t>f 26597/27753/24379 26624/27780/24404 26593/27751/24377</w:t>
        <w:br/>
        <w:t>f 26628/27783/24407 26626/27781/24405 26625/27779/24403</w:t>
        <w:br/>
        <w:t>f 26622/27775/24399 26628/27783/24407 26625/27779/24403</w:t>
        <w:br/>
        <w:t>f 28454/29608/25922 26667/27823/24443 26668/27822/24442</w:t>
        <w:br/>
        <w:t>f 28453/29609/25922 28454/29608/25922 26668/27822/24442</w:t>
        <w:br/>
        <w:t>f 26674/27829/24448 26675/27828/24447 26679/27832/24451</w:t>
        <w:br/>
        <w:t>f 26668/27822/24442 26674/27829/24448 26679/27832/24451</w:t>
        <w:br/>
        <w:t>f 26767/27925/24541 26765/27920/24536 26766/27919/24535</w:t>
        <w:br/>
        <w:t>f 26770/27922/24538 26767/27925/24541 26766/27919/24535</w:t>
        <w:br/>
        <w:t>f 26778/27932/24547 26775/27928/24544 26773/27930/24544</w:t>
        <w:br/>
        <w:t>f 26777/27933/24547 26778/27932/24547 26773/27930/24544</w:t>
        <w:br/>
        <w:t>f 26765/27920/24536 26767/27925/24541 26780/27936/24549</w:t>
        <w:br/>
        <w:t>f 28445/29600/25914 26765/27920/24536 26780/27936/24549</w:t>
        <w:br/>
        <w:t>f 28456/29610/25923 28455/29611/25923 26839/27994/24597</w:t>
        <w:br/>
        <w:t>f 26836/27993/24597 28456/29610/25923 26839/27994/24597</w:t>
        <w:br/>
        <w:t>f 26860/28015/24614 26857/28014/24613 26856/28011/24611</w:t>
        <w:br/>
        <w:t>f 26853/28010/24610 26860/28015/24614 26856/28011/24611</w:t>
        <w:br/>
        <w:t>f 28457/29612/25924 26872/28026/24622 26873/28025/24621</w:t>
        <w:br/>
        <w:t>f 26929/28085/24665 28457/29612/25924 26873/28025/24621</w:t>
        <w:br/>
        <w:t>f 28458/29613/25925 26896/28054/24642 26919/28075/24658</w:t>
        <w:br/>
        <w:t>f 26920/28074/24658 28458/29613/25925 26919/28075/24658</w:t>
        <w:br/>
        <w:t>f 28446/29602/25916 28447/29601/25915 27096/28251/24821</w:t>
        <w:br/>
        <w:t>f 27097/28250/24820 28446/29602/25916 27096/28251/24821</w:t>
        <w:br/>
        <w:t>f 27135/28290/24855 28459/29614/25926 27134/28287/24853</w:t>
        <w:br/>
        <w:t>f 28447/29601/25915 26678/27833/24452 27136/28291/24856</w:t>
        <w:br/>
        <w:t>f 27096/28251/24821 28447/29601/25915 27136/28291/24856</w:t>
        <w:br/>
        <w:t>f 25828/26983/23693 28461/29615/25927 28460/29616/25927</w:t>
        <w:br/>
        <w:t>f 25827/26980/23693 25828/26983/23693 28460/29616/25927</w:t>
        <w:br/>
        <w:t>f 25833/26988/23699 25834/26987/23699 25835/26993/23702</w:t>
        <w:br/>
        <w:t>f 25836/26992/23702 25833/26988/23699 25835/26993/23702</w:t>
        <w:br/>
        <w:t>f 25864/27018/23726 26299/27452/24105 28462/29617/25928</w:t>
        <w:br/>
        <w:t>f 25863/27019/23727 25864/27018/23726 28462/29617/25928</w:t>
        <w:br/>
        <w:t>f 25866/27024/23732 25875/27030/23738 25872/27029/23737</w:t>
        <w:br/>
        <w:t>f 25869/27021/23729 25866/27024/23732 25872/27029/23737</w:t>
        <w:br/>
        <w:t>f 25868/27022/23730 25879/27036/23744 25880/27035/23743</w:t>
        <w:br/>
        <w:t>f 25886/27040/23748 25868/27022/23730 25880/27035/23743</w:t>
        <w:br/>
        <w:t>f 25918/27074/23777 25919/27073/23776 26347/27501/24149</w:t>
        <w:br/>
        <w:t>f 26348/27500/24149 25918/27074/23777 26347/27501/24149</w:t>
        <w:br/>
        <w:t>f 26003/27161/23856 26004/27160/23855 25976/27132/23835</w:t>
        <w:br/>
        <w:t>f 25977/27131/23834 26003/27161/23856 25976/27132/23835</w:t>
        <w:br/>
        <w:t>f 25992/27150/23848 25993/27149/23848 25983/27137/23838</w:t>
        <w:br/>
        <w:t>f 25984/27136/23838 25992/27150/23848 25983/27137/23838</w:t>
        <w:br/>
        <w:t>f 25985/27140/23840 25989/27143/23843 25990/27142/23842</w:t>
        <w:br/>
        <w:t>f 25975/27130/23833 25985/27140/23840 25990/27142/23842</w:t>
        <w:br/>
        <w:t>f 26003/27161/23856 25977/27131/23834 25990/27142/23842</w:t>
        <w:br/>
        <w:t>f 25987/27145/23845 26003/27161/23856 25990/27142/23842</w:t>
        <w:br/>
        <w:t>f 26046/27202/23888 26047/27201/23888 26048/27206/23891</w:t>
        <w:br/>
        <w:t>f 26049/27205/23890 26046/27202/23888 26048/27206/23891</w:t>
        <w:br/>
        <w:t>f 28464/29618/25929 26066/27218/23899 26063/27221/23901</w:t>
        <w:br/>
        <w:t>f 28463/29619/25929 28464/29618/25929 26063/27221/23901</w:t>
        <w:br/>
        <w:t>f 26080/27237/23910 26081/27236/23910 26136/27292/23954</w:t>
        <w:br/>
        <w:t>f 28450/29605/25919 26080/27237/23910 26136/27292/23954</w:t>
        <w:br/>
        <w:t>f 28451/29606/25920 26104/27258/23927 26130/27283/23946</w:t>
        <w:br/>
        <w:t>f 26131/27286/23949 28451/29606/25920 26130/27283/23946</w:t>
        <w:br/>
        <w:t>f 26300/27455/24108 25864/27018/23726 25865/27017/23725</w:t>
        <w:br/>
        <w:t>f 26303/27458/24111 26300/27455/24108 25865/27017/23725</w:t>
        <w:br/>
        <w:t>f 28466/29620/25930 28465/29621/25931 26623/27778/24402</w:t>
        <w:br/>
        <w:t>f 26620/27777/24401 28466/29620/25930 26623/27778/24402</w:t>
        <w:br/>
        <w:t>f 26627/27784/24406 26633/27785/24408 26630/27788/24408</w:t>
        <w:br/>
        <w:t>f 26629/27782/24406 26627/27784/24406 26630/27788/24408</w:t>
        <w:br/>
        <w:t>f 28467/29622/25932 27091/28248/24818 26659/27814/24434</w:t>
        <w:br/>
        <w:t>f 26656/27813/24433 28467/29622/25932 26659/27814/24434</w:t>
        <w:br/>
        <w:t>f 26662/27816/24436 26663/27815/24435 26669/27821/24441</w:t>
        <w:br/>
        <w:t>f 26666/27824/24441 26662/27816/24436 26669/27821/24441</w:t>
        <w:br/>
        <w:t>f 26660/27818/24438 26680/27836/24455 26676/27831/24450</w:t>
        <w:br/>
        <w:t>f 26673/27830/24449 26660/27818/24438 26676/27831/24450</w:t>
        <w:br/>
        <w:t>f 26714/27868/24484 27132/28289/24854 27133/28288/24854</w:t>
        <w:br/>
        <w:t>f 26713/27869/24485 26714/27868/24484 27133/28288/24854</w:t>
        <w:br/>
        <w:t>f 26772/27926/24542 26801/27953/24563 26798/27956/24566</w:t>
        <w:br/>
        <w:t>f 26771/27927/24543 26772/27926/24542 26798/27956/24566</w:t>
        <w:br/>
        <w:t>f 26776/27934/24546 26787/27944/24557 26788/27943/24556</w:t>
        <w:br/>
        <w:t>f 26779/27931/24546 26776/27934/24546 26788/27943/24556</w:t>
        <w:br/>
        <w:t>f 26782/27939/24552 26783/27938/24551 26781/27935/24548</w:t>
        <w:br/>
        <w:t>f 26768/27924/24540 26782/27939/24552 26781/27935/24548</w:t>
        <w:br/>
        <w:t>f 26798/27956/24566 26785/27940/24553 26782/27939/24552</w:t>
        <w:br/>
        <w:t>f 26771/27927/24543 26798/27956/24566 26782/27939/24552</w:t>
        <w:br/>
        <w:t>f 26844/27998/24600 26840/27996/24598 26841/27995/24598</w:t>
        <w:br/>
        <w:t>f 26843/27999/24600 26844/27998/24600 26841/27995/24598</w:t>
        <w:br/>
        <w:t>f 26858/28013/24612 26859/28012/24612 28469/29623/25933</w:t>
        <w:br/>
        <w:t>f 28468/29624/25933 26858/28013/24612 28469/29623/25933</w:t>
        <w:br/>
        <w:t>f 28457/29612/25924 26929/28085/24665 26877/28032/24626</w:t>
        <w:br/>
        <w:t>f 26874/28031/24626 28457/29612/25924 26877/28032/24626</w:t>
        <w:br/>
        <w:t>f 28458/29613/25925 26922/28077/24659 26923/28076/24659</w:t>
        <w:br/>
        <w:t>f 26896/28054/24642 28458/29613/25925 26923/28076/24659</w:t>
        <w:br/>
        <w:t>f 27094/28249/24819 27095/28252/24822 26658/27811/24431</w:t>
        <w:br/>
        <w:t>f 26659/27814/24434 27094/28249/24819 26658/27811/24431</w:t>
        <w:br/>
        <w:t>f 25824/26979/23692 25821/26978/23692 28460/29616/25927</w:t>
        <w:br/>
        <w:t>f 28461/29615/25927 25824/26979/23692 28460/29616/25927</w:t>
        <w:br/>
        <w:t>f 25837/26991/23701 25838/26990/23701 25841/26994/23703</w:t>
        <w:br/>
        <w:t>f 25839/26996/23703 25837/26991/23701 25841/26994/23703</w:t>
        <w:br/>
        <w:t>f 25871/27026/23734 25878/27031/23739 25876/27033/23741</w:t>
        <w:br/>
        <w:t>f 25870/27025/23733 25871/27026/23734 25876/27033/23741</w:t>
        <w:br/>
        <w:t>f 25885/27041/23749 25887/27042/23750 25878/27031/23739</w:t>
        <w:br/>
        <w:t>f 25871/27026/23734 25885/27041/23749 25878/27031/23739</w:t>
        <w:br/>
        <w:t>f 25899/27057/23765 28462/29617/25928 26299/27452/24105</w:t>
        <w:br/>
        <w:t>f 25902/27054/23762 25899/27057/23765 26299/27452/24105</w:t>
        <w:br/>
        <w:t>f 25913/27068/23771 25915/27071/23775 25916/27070/23775</w:t>
        <w:br/>
        <w:t>f 25912/27065/23771 25913/27068/23771 25916/27070/23775</w:t>
        <w:br/>
        <w:t>f 25995/27147/23847 25997/27153/23850 25998/27152/23850</w:t>
        <w:br/>
        <w:t>f 25994/27148/23847 25995/27147/23847 25998/27152/23850</w:t>
        <w:br/>
        <w:t>f 26005/27159/23854 26006/27158/23854 26007/27164/23859</w:t>
        <w:br/>
        <w:t>f 26014/27168/23862 26005/27159/23854 26007/27164/23859</w:t>
        <w:br/>
        <w:t>f 26010/27165/23857 26003/27161/23856 25987/27145/23845</w:t>
        <w:br/>
        <w:t>f 26009/27162/23857 26010/27165/23857 25987/27145/23845</w:t>
        <w:br/>
        <w:t>f 26050/27204/23889 26051/27203/23889 26054/27208/23893</w:t>
        <w:br/>
        <w:t>f 26055/27207/23892 26050/27204/23889 26054/27208/23893</w:t>
        <w:br/>
        <w:t>f 28463/29619/25929 26069/27222/23902 26070/27225/23902</w:t>
        <w:br/>
        <w:t>f 28464/29618/25929 28463/29619/25929 26070/27225/23902</w:t>
        <w:br/>
        <w:t>f 26082/27235/23909 26083/27238/23909 26090/27243/23915</w:t>
        <w:br/>
        <w:t>f 26091/27246/23917 26082/27235/23909 26090/27243/23915</w:t>
        <w:br/>
        <w:t>f 26100/27256/23925 26105/27257/23926 26102/27260/23926</w:t>
        <w:br/>
        <w:t>f 26101/27255/23924 26100/27256/23925 26102/27260/23926</w:t>
        <w:br/>
        <w:t>f 25902/27054/23762 26297/27454/24107 28470/29625/25934</w:t>
        <w:br/>
        <w:t>f 25901/27055/23763 25902/27054/23762 28470/29625/25934</w:t>
        <w:br/>
        <w:t>f 26617/27772/24397 28465/29621/25931 28466/29620/25930</w:t>
        <w:br/>
        <w:t>f 26616/27773/24397 26617/27772/24397 28466/29620/25930</w:t>
        <w:br/>
        <w:t>f 26636/27789/24410 26631/27787/24409 26632/27786/24409</w:t>
        <w:br/>
        <w:t>f 26635/27790/24410 26636/27789/24410 26632/27786/24409</w:t>
        <w:br/>
        <w:t>f 26665/27820/24440 26664/27819/24439 26671/27826/24445</w:t>
        <w:br/>
        <w:t>f 26672/27825/24444 26665/27820/24440 26671/27826/24445</w:t>
        <w:br/>
        <w:t>f 26681/27835/24454 26665/27820/24440 26672/27825/24444</w:t>
        <w:br/>
        <w:t>f 26682/27837/24456 26681/27835/24454 26672/27825/24444</w:t>
        <w:br/>
        <w:t>f 27091/28248/24818 28467/29622/25932 26694/27852/24471</w:t>
        <w:br/>
        <w:t>f 26695/27851/24470 27091/28248/24818 26694/27852/24471</w:t>
        <w:br/>
        <w:t>f 26706/27861/24478 26707/27860/24478 26709/27867/24483</w:t>
        <w:br/>
        <w:t>f 26710/27866/24483 26706/27861/24478 26709/27867/24483</w:t>
        <w:br/>
        <w:t>f 26791/27949/24560 26792/27948/24559 26789/27942/24555</w:t>
        <w:br/>
        <w:t>f 26790/27945/24555 26791/27949/24560 26789/27942/24555</w:t>
        <w:br/>
        <w:t>f 26800/27954/24564 26808/27962/24572 26804/27957/24567</w:t>
        <w:br/>
        <w:t>f 26799/27955/24565 26800/27954/24564 26804/27957/24567</w:t>
        <w:br/>
        <w:t>f 26799/27955/24565 26802/27959/24569 26785/27940/24553</w:t>
        <w:br/>
        <w:t>f 26798/27956/24566 26799/27955/24565 26785/27940/24553</w:t>
        <w:br/>
        <w:t>f 26849/28004/24602 26845/27997/24599 26842/28000/24601</w:t>
        <w:br/>
        <w:t>f 26848/28001/24602 26849/28004/24602 26842/28000/24601</w:t>
        <w:br/>
        <w:t>f 26861/28019/24616 26862/28018/24616 28468/29624/25933</w:t>
        <w:br/>
        <w:t>f 28469/29623/25933 26861/28019/24616 28468/29624/25933</w:t>
        <w:br/>
        <w:t>f 26885/28037/24631 26875/28030/24625 26876/28029/24625</w:t>
        <w:br/>
        <w:t>f 26884/28038/24631 26885/28037/24631 26876/28029/24625</w:t>
        <w:br/>
        <w:t>f 26898/28052/24640 26899/28051/24640 26894/28050/24639</w:t>
        <w:br/>
        <w:t>f 26895/28049/24639 26898/28052/24640 26894/28050/24639</w:t>
        <w:br/>
        <w:t>f 26695/27851/24470 26696/27850/24469 28471/29626/25935</w:t>
        <w:br/>
        <w:t>f 27093/28246/24816 26695/27851/24470 28471/29626/25935</w:t>
        <w:br/>
        <w:t>f 25819/26973/23688 25820/26972/23688 25822/26977/23691</w:t>
        <w:br/>
        <w:t>f 25823/26976/23690 25819/26973/23688 25822/26977/23691</w:t>
        <w:br/>
        <w:t>f 25888/27046/23754 25900/27056/23764 25901/27055/23763</w:t>
        <w:br/>
        <w:t>f 25891/27043/23751 25888/27046/23754 25901/27055/23763</w:t>
        <w:br/>
        <w:t>f 25911/27066/23772 28473/29627/25936 28472/29628/25936</w:t>
        <w:br/>
        <w:t>f 25910/27067/23773 25911/27066/23772 28472/29628/25936</w:t>
        <w:br/>
        <w:t>f 28475/29629/25937 25999/27151/23849 25996/27154/23851</w:t>
        <w:br/>
        <w:t>f 28474/29630/25937 28475/29629/25937 25996/27154/23851</w:t>
        <w:br/>
        <w:t>f 28477/29631/25938 28476/29632/25938 26052/27210/23894</w:t>
        <w:br/>
        <w:t>f 26053/27209/23894 28477/29631/25938 26052/27210/23894</w:t>
        <w:br/>
        <w:t>f 28479/29633/25939 26071/27227/23904 26072/27226/23904</w:t>
        <w:br/>
        <w:t>f 28478/29634/25940 28479/29633/25939 26072/27226/23904</w:t>
        <w:br/>
        <w:t>f 25901/27055/23763 28470/29625/25934 26296/27451/24104</w:t>
        <w:br/>
        <w:t>f 25891/27043/23751 25901/27055/23763 26296/27451/24104</w:t>
        <w:br/>
        <w:t>f 26619/27774/24398 26613/27769/24395 26614/27768/24394</w:t>
        <w:br/>
        <w:t>f 26618/27771/24396 26619/27774/24398 26614/27768/24394</w:t>
        <w:br/>
        <w:t>f 26696/27850/24469 26697/27849/24468 26685/27839/24458</w:t>
        <w:br/>
        <w:t>f 26686/27838/24457 26696/27850/24469 26685/27839/24458</w:t>
        <w:br/>
        <w:t>f 28481/29635/25941 28480/29636/25942 26708/27863/24480</w:t>
        <w:br/>
        <w:t>f 26705/27862/24479 28481/29635/25941 26708/27863/24480</w:t>
        <w:br/>
        <w:t>f 26793/27947/24558 26794/27946/24558 28482/29637/25943</w:t>
        <w:br/>
        <w:t>f 28483/29638/25943 26793/27947/24558 28482/29637/25943</w:t>
        <w:br/>
        <w:t>f 28484/29639/25944 26846/28003/24604 26847/28002/24603</w:t>
        <w:br/>
        <w:t>f 28485/29640/25944 28484/29639/25944 26847/28002/24603</w:t>
        <w:br/>
        <w:t>f 26865/28021/24617 26866/28020/24617 28487/29641/25945</w:t>
        <w:br/>
        <w:t>f 28486/29642/25945 26865/28021/24617 28487/29641/25945</w:t>
        <w:br/>
        <w:t>f 26696/27850/24469 26686/27838/24457 27090/28245/24815</w:t>
        <w:br/>
        <w:t>f 28471/29626/25935 26696/27850/24469 27090/28245/24815</w:t>
        <w:br/>
        <w:t>f 25815/26969/23685 25816/26968/23684 25817/26975/23689</w:t>
        <w:br/>
        <w:t>f 25818/26974/23689 25815/26969/23685 25817/26975/23689</w:t>
        <w:br/>
        <w:t>f 25894/27048/23756 25889/27045/23753 25890/27044/23752</w:t>
        <w:br/>
        <w:t>f 25893/27049/23757 25894/27048/23756 25890/27044/23752</w:t>
        <w:br/>
        <w:t>f 25909/27064/23768 28472/29628/25936 28473/29627/25936</w:t>
        <w:br/>
        <w:t>f 25908/27061/23768 25909/27064/23768 28473/29627/25936</w:t>
        <w:br/>
        <w:t>f 25893/27049/23757 26294/27450/24103 28488/29643/25946</w:t>
        <w:br/>
        <w:t>f 25892/27050/23758 25893/27049/23757 28488/29643/25946</w:t>
        <w:br/>
        <w:t>f 26612/27770/24393 26611/27763/24389 26608/27766/24392</w:t>
        <w:br/>
        <w:t>f 26615/27767/24393 26612/27770/24393 26608/27766/24392</w:t>
        <w:br/>
        <w:t>f 26690/27845/24464 26687/27844/24463 26683/27841/24460</w:t>
        <w:br/>
        <w:t>f 26684/27840/24459 26690/27845/24464 26683/27841/24460</w:t>
        <w:br/>
        <w:t>f 26702/27857/24475 26703/27856/24474 28480/29636/25942</w:t>
        <w:br/>
        <w:t>f 28481/29635/25941 26702/27857/24475 28480/29636/25942</w:t>
        <w:br/>
        <w:t>f 26687/27844/24463 26688/27843/24462 28489/29644/25947</w:t>
        <w:br/>
        <w:t>f 27089/28243/24813 26687/27844/24463 28489/29644/25947</w:t>
        <w:br/>
        <w:t>f 28474/29630/25937 26000/27157/23853 26001/27156/23853</w:t>
        <w:br/>
        <w:t>f 28475/29629/25937 28474/29630/25937 26001/27156/23853</w:t>
        <w:br/>
        <w:t>f 26056/27213/23896 26057/27212/23896 28476/29632/25938</w:t>
        <w:br/>
        <w:t>f 28477/29631/25938 26056/27213/23896 28476/29632/25938</w:t>
        <w:br/>
        <w:t>f 28478/29634/25940 26073/27230/23906 26074/27229/23906</w:t>
        <w:br/>
        <w:t>f 28479/29633/25939 28478/29634/25940 26074/27229/23906</w:t>
        <w:br/>
        <w:t>f 28483/29638/25943 28482/29637/25943 26795/27952/24562</w:t>
        <w:br/>
        <w:t>f 26796/27951/24562 28483/29638/25943 26795/27952/24562</w:t>
        <w:br/>
        <w:t>f 28485/29640/25944 26850/28007/24607 26851/28006/24606</w:t>
        <w:br/>
        <w:t>f 28484/29639/25944 28485/29640/25944 26851/28006/24606</w:t>
        <w:br/>
        <w:t>f 26867/28024/24620 26868/28023/24619 28486/29642/25945</w:t>
        <w:br/>
        <w:t>f 28487/29641/25945 26867/28024/24620 28486/29642/25945</w:t>
        <w:br/>
        <w:t>f 25813/26971/23687 25814/26970/23686 25810/26967/23683</w:t>
        <w:br/>
        <w:t>f 25811/26966/23682 25813/26971/23687 25810/26967/23683</w:t>
        <w:br/>
        <w:t>f 25892/27050/23758 25896/27053/23761 25897/27052/23760</w:t>
        <w:br/>
        <w:t>f 25895/27047/23755 25892/27050/23758 25897/27052/23760</w:t>
        <w:br/>
        <w:t>f 25907/27062/23769 25903/27060/23767 25904/27059/23683</w:t>
        <w:br/>
        <w:t>f 28490/29645/23686 25907/27062/23769 25904/27059/23683</w:t>
        <w:br/>
        <w:t>f 26328/27483/24136 25896/27053/23761 25892/27050/23758</w:t>
        <w:br/>
        <w:t>f 28488/29643/25946 26328/27483/24136 25892/27050/23758</w:t>
        <w:br/>
        <w:t>f 26606/27761/24387 26609/27765/24391 26610/27764/24390</w:t>
        <w:br/>
        <w:t>f 26605/27762/24388 26606/27761/24387 26610/27764/24390</w:t>
        <w:br/>
        <w:t>f 26691/27848/24467 26692/27847/24466 26688/27843/24462</w:t>
        <w:br/>
        <w:t>f 26689/27842/24461 26691/27848/24467 26688/27843/24462</w:t>
        <w:br/>
        <w:t>f 26704/27859/24477 28491/29646/25948 26698/27855/24387</w:t>
        <w:br/>
        <w:t>f 26699/27854/24473 26704/27859/24477 26698/27855/24387</w:t>
        <w:br/>
        <w:t>f 26688/27843/24462 26692/27847/24466 27120/28275/24845</w:t>
        <w:br/>
        <w:t>f 28489/29644/25947 26688/27843/24462 27120/28275/24845</w:t>
        <w:br/>
        <w:t>f 27864/29019/25429 27861/29018/25429 27858/29013/25425</w:t>
        <w:br/>
        <w:t>f 27859/29012/25424 27864/29019/25429 27858/29013/25425</w:t>
        <w:br/>
        <w:t>f 27874/29026/25435 27871/29029/25438 27877/29031/25440</w:t>
        <w:br/>
        <w:t>f 27878/29030/25439 27874/29026/25435 27877/29031/25440</w:t>
        <w:br/>
        <w:t>f 27911/29066/25468 28492/29647/25949 27874/29026/25435</w:t>
        <w:br/>
        <w:t>f 27878/29030/25439 27911/29066/25468 27874/29026/25435</w:t>
        <w:br/>
        <w:t>f 27983/29137/25523 27984/29136/25523 27985/29143/25527</w:t>
        <w:br/>
        <w:t>f 27986/29142/25526 27983/29137/25523 27985/29143/25527</w:t>
        <w:br/>
        <w:t>f 28035/29189/25557 28040/29192/25559 28037/29195/25561</w:t>
        <w:br/>
        <w:t>f 28034/29190/25557 28035/29189/25557 28037/29195/25561</w:t>
        <w:br/>
        <w:t>f 28054/29209/25574 28049/29203/25568 28050/29202/25567</w:t>
        <w:br/>
        <w:t>f 28053/29206/25571 28054/29209/25574 28050/29202/25567</w:t>
        <w:br/>
        <w:t>f 28050/29202/25567 28493/29648/25950 28087/29242/25601</w:t>
        <w:br/>
        <w:t>f 28053/29206/25571 28050/29202/25567 28087/29242/25601</w:t>
        <w:br/>
        <w:t>f 28160/29315/25653 28163/29316/25655 28164/29319/25655</w:t>
        <w:br/>
        <w:t>f 28159/29312/25653 28160/29315/25653 28164/29319/25655</w:t>
        <w:br/>
        <w:t>f 27833/28990/25410 27834/28989/25409 27862/29017/25428</w:t>
        <w:br/>
        <w:t>f 27863/29016/25428 27833/28990/25410 27862/29017/25428</w:t>
        <w:br/>
        <w:t>f 27867/29024/25433 27868/29023/25432 27872/29028/25437</w:t>
        <w:br/>
        <w:t>f 27873/29027/25436 27867/29024/25433 27872/29028/25437</w:t>
        <w:br/>
        <w:t>f 28492/29647/25949 27889/29043/25452 27873/29027/25436</w:t>
        <w:br/>
        <w:t>f 27874/29026/25435 28492/29647/25949 27873/29027/25436</w:t>
        <w:br/>
        <w:t>f 27963/29119/25510 27964/29118/25509 27987/29141/25525</w:t>
        <w:br/>
        <w:t>f 27988/29140/25525 27963/29119/25510 27987/29141/25525</w:t>
        <w:br/>
        <w:t>f 28039/29193/25560 28010/29165/25542 28011/29164/25541</w:t>
        <w:br/>
        <w:t>f 28038/29194/25560 28039/29193/25560 28011/29164/25541</w:t>
        <w:br/>
        <w:t>f 28046/29198/25563 28047/29205/25570 28048/29204/25569</w:t>
        <w:br/>
        <w:t>f 28045/29199/25564 28046/29198/25563 28048/29204/25569</w:t>
        <w:br/>
        <w:t>f 28493/29648/25950 28050/29202/25567 28047/29205/25570</w:t>
        <w:br/>
        <w:t>f 28065/29219/25584 28493/29648/25950 28047/29205/25570</w:t>
        <w:br/>
        <w:t>f 28139/29295/25641 28161/29318/25656 28162/29317/25656</w:t>
        <w:br/>
        <w:t>f 28140/29294/25640 28139/29295/25641 28162/29317/25656</w:t>
        <w:br/>
        <w:t>f 27829/28987/25407 27835/28988/25408 27836/28991/25411</w:t>
        <w:br/>
        <w:t>f 27832/28984/25405 27829/28987/25407 27836/28991/25411</w:t>
        <w:br/>
        <w:t>f 27870/29025/25434 27887/29042/25451 27956/29112/25505</w:t>
        <w:br/>
        <w:t>f 27869/29022/25431 27870/29025/25434 27956/29112/25505</w:t>
        <w:br/>
        <w:t>f 27870/29025/25434 27867/29024/25433 27888/29044/25453</w:t>
        <w:br/>
        <w:t>f 27886/29040/25449 27870/29025/25434 27888/29044/25453</w:t>
        <w:br/>
        <w:t>f 27959/29117/25508 27960/29116/25508 27967/29121/25512</w:t>
        <w:br/>
        <w:t>f 27968/29120/25511 27959/29117/25508 27967/29121/25512</w:t>
        <w:br/>
        <w:t>f 28012/29167/25544 28009/29166/25543 28005/29163/25540</w:t>
        <w:br/>
        <w:t>f 28006/29162/25539 28012/29167/25544 28005/29163/25540</w:t>
        <w:br/>
        <w:t>f 28133/29287/25636 28063/29216/25581 28043/29201/25566</w:t>
        <w:br/>
        <w:t>f 28044/29200/25565 28133/29287/25636 28043/29201/25566</w:t>
        <w:br/>
        <w:t>f 28043/29201/25566 28061/29218/25583 28064/29220/25585</w:t>
        <w:br/>
        <w:t>f 28046/29198/25563 28043/29201/25566 28064/29220/25585</w:t>
        <w:br/>
        <w:t>f 28135/29293/25638 28143/29296/25642 28144/29299/25642</w:t>
        <w:br/>
        <w:t>f 28138/29290/25638 28135/29293/25638 28144/29299/25642</w:t>
        <w:br/>
        <w:t>f 27838/28993/25412 28495/29649/25951 28494/29650/25952</w:t>
        <w:br/>
        <w:t>f 27837/28992/25412 27838/28993/25412 28494/29650/25952</w:t>
        <w:br/>
        <w:t>f 27892/29046/25454 27893/29045/25454 27887/29042/25451</w:t>
        <w:br/>
        <w:t>f 27885/29041/25450 27892/29046/25454 27887/29042/25451</w:t>
        <w:br/>
        <w:t>f 28497/29651/25953 27957/29111/25504 27958/29113/25504</w:t>
        <w:br/>
        <w:t>f 28496/29652/25954 28497/29651/25953 27958/29113/25504</w:t>
        <w:br/>
        <w:t>f 27966/29122/25513 27969/29127/25517 27970/29126/25516</w:t>
        <w:br/>
        <w:t>f 27965/29123/25514 27966/29122/25513 27970/29126/25516</w:t>
        <w:br/>
        <w:t>f 28499/29653/25955 28498/29654/25956 28013/29169/25545</w:t>
        <w:br/>
        <w:t>f 28014/29168/25545 28499/29653/25955 28013/29169/25545</w:t>
        <w:br/>
        <w:t>f 28063/29216/25581 28069/29221/25586 28066/29224/25586</w:t>
        <w:br/>
        <w:t>f 28062/29217/25582 28063/29216/25581 28066/29224/25586</w:t>
        <w:br/>
        <w:t>f 28501/29655/25957 28500/29656/25958 28134/29289/25637</w:t>
        <w:br/>
        <w:t>f 28132/29288/25637 28501/29655/25957 28134/29289/25637</w:t>
        <w:br/>
        <w:t>f 28147/29300/25645 28148/29303/25647 28141/29298/25644</w:t>
        <w:br/>
        <w:t>f 28142/29297/25643 28147/29300/25645 28141/29298/25644</w:t>
        <w:br/>
        <w:t>f 28495/29649/25951 27841/28994/25413 27842/28997/25413</w:t>
        <w:br/>
        <w:t>f 28494/29650/25952 28495/29649/25951 27842/28997/25413</w:t>
        <w:br/>
        <w:t>f 28503/29657/25959 28502/29658/25960 27894/29050/25457</w:t>
        <w:br/>
        <w:t>f 27895/29049/25457 28503/29657/25959 27894/29050/25457</w:t>
        <w:br/>
        <w:t>f 28496/29652/25954 27955/29107/25500 27952/29110/25503</w:t>
        <w:br/>
        <w:t>f 28497/29651/25953 28496/29652/25954 27952/29110/25503</w:t>
        <w:br/>
        <w:t>f 27971/29125/25515 27972/29124/25515 27997/29155/25535</w:t>
        <w:br/>
        <w:t>f 27998/29154/25534 27971/29125/25515 27997/29155/25535</w:t>
        <w:br/>
        <w:t>f 28016/29171/25546 28017/29170/25546 28498/29654/25956</w:t>
        <w:br/>
        <w:t>f 28499/29653/25955 28016/29171/25546 28498/29654/25956</w:t>
        <w:br/>
        <w:t>f 28504/29659/25961 28070/29226/25590 28071/29225/25589</w:t>
        <w:br/>
        <w:t>f 28505/29660/25962 28504/29659/25961 28071/29225/25589</w:t>
        <w:br/>
        <w:t>f 28128/29286/25635 28129/29285/25634 28500/29656/25958</w:t>
        <w:br/>
        <w:t>f 28501/29655/25957 28128/29286/25635 28500/29656/25958</w:t>
        <w:br/>
        <w:t>f 28146/29301/25646 28174/29330/25663 28175/29329/25663</w:t>
        <w:br/>
        <w:t>f 28145/29302/25646 28146/29301/25646 28175/29329/25663</w:t>
        <w:br/>
        <w:t>f 27925/29080/25479 27914/29067/25469 27915/29070/25469</w:t>
        <w:br/>
        <w:t>f 27924/29081/25480 27925/29080/25479 27915/29070/25469</w:t>
        <w:br/>
        <w:t>f 27919/29074/25474 27916/29073/25474 27930/29084/25483</w:t>
        <w:br/>
        <w:t>f 27931/29083/25482 27919/29074/25474 27930/29084/25483</w:t>
        <w:br/>
        <w:t>f 27913/29068/25470 27920/29076/25475 27921/29075/25475</w:t>
        <w:br/>
        <w:t>f 27912/29069/25471 27913/29068/25470 27921/29075/25475</w:t>
        <w:br/>
        <w:t>f 27922/29078/25477 27923/29077/25476 27917/29072/25473</w:t>
        <w:br/>
        <w:t>f 27918/29071/25472 27922/29078/25477 27917/29072/25473</w:t>
        <w:br/>
        <w:t>f 27927/29082/25481 27839/28996/25414 27840/28995/25414</w:t>
        <w:br/>
        <w:t>f 27926/29079/25478 27927/29082/25481 27840/28995/25414</w:t>
        <w:br/>
        <w:t>f 27928/29086/25485 27929/29085/25484 28502/29658/25960</w:t>
        <w:br/>
        <w:t>f 28503/29657/25959 27928/29086/25485 28502/29658/25960</w:t>
        <w:br/>
        <w:t>f 27943/29098/25494 27944/29101/25496 27945/29100/25496</w:t>
        <w:br/>
        <w:t>f 27942/29097/25493 27943/29098/25494 27945/29100/25496</w:t>
        <w:br/>
        <w:t>f 27950/29104/25498 27946/29099/25495 27947/29102/25495</w:t>
        <w:br/>
        <w:t>f 27949/29105/25498 27950/29104/25498 27947/29102/25495</w:t>
        <w:br/>
        <w:t>f 27948/29106/25499 27953/29109/25502 27954/29108/25501</w:t>
        <w:br/>
        <w:t>f 27951/29103/25497 27948/29106/25499 27954/29108/25501</w:t>
        <w:br/>
        <w:t>f 27990/29145/25528 27991/29144/25528 27993/29151/25532</w:t>
        <w:br/>
        <w:t>f 27994/29150/25531 27990/29145/25528 27993/29151/25532</w:t>
        <w:br/>
        <w:t>f 27975/29129/25519 27976/29128/25518 27995/29149/25530</w:t>
        <w:br/>
        <w:t>f 27996/29148/25530 27975/29129/25519 27995/29149/25530</w:t>
        <w:br/>
        <w:t>f 27999/29153/25533 28000/29152/25533 27992/29147/25529</w:t>
        <w:br/>
        <w:t>f 27989/29146/25529 27999/29153/25533 27992/29147/25529</w:t>
        <w:br/>
        <w:t>f 28091/29246/25604 28088/29245/25604 28100/29258/25613</w:t>
        <w:br/>
        <w:t>f 28101/29257/25613 28091/29246/25604 28100/29258/25613</w:t>
        <w:br/>
        <w:t>f 28104/29262/25614 28092/29249/25607 28093/29248/25606</w:t>
        <w:br/>
        <w:t>f 28107/29259/25614 28104/29262/25614 28093/29248/25606</w:t>
        <w:br/>
        <w:t>f 28096/29252/25608 28097/29251/25608 28089/29244/25603</w:t>
        <w:br/>
        <w:t>f 28090/29243/25602 28096/29252/25608 28089/29244/25603</w:t>
        <w:br/>
        <w:t>f 28095/29250/25605 28099/29253/25609 28098/29254/25610</w:t>
        <w:br/>
        <w:t>f 28094/29247/25605 28095/29250/25605 28098/29254/25610</w:t>
        <w:br/>
        <w:t>f 28102/29256/25612 28103/29255/25611 28018/29173/25547</w:t>
        <w:br/>
        <w:t>f 28015/29172/25547 28102/29256/25612 28018/29173/25547</w:t>
        <w:br/>
        <w:t>f 28505/29660/25962 28105/29261/25616 28106/29260/25615</w:t>
        <w:br/>
        <w:t>f 28504/29659/25961 28505/29660/25962 28106/29260/25615</w:t>
        <w:br/>
        <w:t>f 28119/29274/25625 28118/29273/25624 28123/29278/25628</w:t>
        <w:br/>
        <w:t>f 28120/29277/25627 28119/29274/25625 28123/29278/25628</w:t>
        <w:br/>
        <w:t>f 28121/29276/25626 28122/29275/25626 28127/29282/25631</w:t>
        <w:br/>
        <w:t>f 28124/29281/25631 28121/29276/25626 28127/29282/25631</w:t>
        <w:br/>
        <w:t>f 28125/29280/25630 28126/29279/25629 28130/29284/25633</w:t>
        <w:br/>
        <w:t>f 28131/29283/25632 28125/29280/25630 28130/29284/25633</w:t>
        <w:br/>
        <w:t>f 28171/29325/25660 28168/29320/25657 28165/29323/25657</w:t>
        <w:br/>
        <w:t>f 28170/29326/25661 28171/29325/25660 28165/29323/25657</w:t>
        <w:br/>
        <w:t>f 28169/29327/25659 28149/29306/25650 28150/29305/25649</w:t>
        <w:br/>
        <w:t>f 28172/29324/25659 28169/29327/25659 28150/29305/25649</w:t>
        <w:br/>
        <w:t>f 28173/29331/25664 28166/29322/25658 28167/29321/25658</w:t>
        <w:br/>
        <w:t>f 28176/29328/25662 28173/29331/25664 28167/29321/25658</w:t>
        <w:br/>
        <w:t>f 27853/29011/25423 27854/29010/25423 27860/29015/25427</w:t>
        <w:br/>
        <w:t>f 27857/29014/25426 27853/29011/25423 27860/29015/25427</w:t>
        <w:br/>
        <w:t>f 27875/29033/25442 27876/29032/25441 27879/29037/25446</w:t>
        <w:br/>
        <w:t>f 27880/29036/25445 27875/29033/25442 27879/29037/25446</w:t>
        <w:br/>
        <w:t>f 27910/29065/25467 27907/29061/25463 27880/29036/25445</w:t>
        <w:br/>
        <w:t>f 27881/29035/25444 27910/29065/25467 27880/29036/25445</w:t>
        <w:br/>
        <w:t>f 27981/29139/25524 27982/29138/25524 28001/29159/25537</w:t>
        <w:br/>
        <w:t>f 28002/29158/25537 27981/29139/25524 28001/29159/25537</w:t>
        <w:br/>
        <w:t>f 28033/29191/25558 28032/29184/25554 28029/29187/25554</w:t>
        <w:br/>
        <w:t>f 28036/29188/25556 28033/29191/25558 28029/29187/25554</w:t>
        <w:br/>
        <w:t>f 28052/29207/25572 28056/29212/25577 28057/29211/25576</w:t>
        <w:br/>
        <w:t>f 28051/29208/25573 28052/29207/25572 28057/29211/25576</w:t>
        <w:br/>
        <w:t>f 28056/29212/25577 28084/29237/25596 28086/29240/25599</w:t>
        <w:br/>
        <w:t>f 28055/29213/25578 28056/29212/25577 28086/29240/25599</w:t>
        <w:br/>
        <w:t>f 28178/29333/25666 28157/29314/25654 28158/29313/25654</w:t>
        <w:br/>
        <w:t>f 28177/29334/25666 28178/29333/25666 28158/29313/25654</w:t>
        <w:br/>
        <w:t>f 27856/29008/25421 28506/29661/25963 27855/29009/25422</w:t>
        <w:br/>
        <w:t>f 27884/29038/25447 28507/29662/25964 27883/29039/25448</w:t>
        <w:br/>
        <w:t>f 27883/29039/25448 28507/29662/25964 27909/29064/25466</w:t>
        <w:br/>
        <w:t>f 28004/29156/25536 28508/29663/25965 28003/29157/25536</w:t>
        <w:br/>
        <w:t>f 28031/29185/25555 28509/29664/25966 28030/29186/25555</w:t>
        <w:br/>
        <w:t>f 28060/29215/25580 28510/29665/25967 28059/29214/25579</w:t>
        <w:br/>
        <w:t>f 28085/29241/25600 28510/29665/25967 28060/29215/25580</w:t>
        <w:br/>
        <w:t>f 28180/29335/25667 28511/29666/25968 28179/29332/25665</w:t>
        <w:br/>
        <w:t>f 27206/28364/24915 28512/29667/25969 27209/28361/24915</w:t>
        <w:br/>
        <w:t>f 27252/28409/24947 27253/28408/24947 27260/28415/24952</w:t>
        <w:br/>
        <w:t>f 27261/28414/24952 27252/28409/24947 27260/28415/24952</w:t>
        <w:br/>
        <w:t>f 27355/28508/25024 27356/28511/25027 27390/28547/25054</w:t>
        <w:br/>
        <w:t>f 27391/28546/25053 27355/28508/25024 27390/28547/25054</w:t>
        <w:br/>
        <w:t>f 27391/28546/25053 27392/28545/25052 27454/28609/25104</w:t>
        <w:br/>
        <w:t>f 27548/28704/25184 28513/29668/25970 27547/28705/25184</w:t>
        <w:br/>
        <w:t>f 27603/28758/25219 27593/28750/25214 27594/28749/25213</w:t>
        <w:br/>
        <w:t>f 27602/28755/25219 27603/28758/25219 27594/28749/25213</w:t>
        <w:br/>
        <w:t>f 27731/28886/25324 27693/28851/25296 27694/28850/25295</w:t>
        <w:br/>
        <w:t>f 27730/28887/25325 27731/28886/25324 27694/28850/25295</w:t>
        <w:br/>
        <w:t>f 27794/28949/25375 27732/28885/25323 27730/28887/25325</w:t>
        <w:br/>
        <w:t>f 28514/29669/25971 27210/28365/24917 27211/28366/24917</w:t>
        <w:br/>
        <w:t>f 28515/29670/25971 28514/29669/25971 27211/28366/24917</w:t>
        <w:br/>
        <w:t>f 28517/29671/25972 28516/29672/25972 27262/28417/24954</w:t>
        <w:br/>
        <w:t>f 27259/28416/24953 28517/29671/25972 27262/28417/24954</w:t>
        <w:br/>
        <w:t>f 27353/28510/25026 27354/28509/25025 27310/28465/24986</w:t>
        <w:br/>
        <w:t>f 27311/28464/24985 27353/28510/25026 27310/28465/24986</w:t>
        <w:br/>
        <w:t>f 27429/28585/25080 28518/29673/25973 27310/28465/24986</w:t>
        <w:br/>
        <w:t>f 27354/28509/25025 27429/28585/25080 27310/28465/24986</w:t>
        <w:br/>
        <w:t>f 27551/28707/25185 27552/28706/25185 28519/29674/25974</w:t>
        <w:br/>
        <w:t>f 28520/29675/25975 27551/28707/25185 28519/29674/25974</w:t>
        <w:br/>
        <w:t>f 27601/28756/25220 28522/29676/25976 28521/29677/25976</w:t>
        <w:br/>
        <w:t>f 27600/28757/25221 27601/28756/25220 28521/29677/25976</w:t>
        <w:br/>
        <w:t>f 27696/28848/25293 27652/28805/25255 27653/28808/25258</w:t>
        <w:br/>
        <w:t>f 27695/28849/25294 27696/28848/25293 27653/28808/25258</w:t>
        <w:br/>
        <w:t>f 27653/28808/25258 28523/29678/25977 27770/28925/25351</w:t>
        <w:br/>
        <w:t>f 27695/28849/25294 27653/28808/25258 27770/28925/25351</w:t>
        <w:br/>
        <w:t>f 28515/29670/25971 27308/28460/24982 27305/28463/24984</w:t>
        <w:br/>
        <w:t>f 28514/29669/25971 28515/29670/25971 27305/28463/24984</w:t>
        <w:br/>
        <w:t>f 27312/28467/24988 27309/28466/24987 27255/28413/24951</w:t>
        <w:br/>
        <w:t>f 27256/28412/24950 27312/28467/24988 27255/28413/24951</w:t>
        <w:br/>
        <w:t>f 28516/29672/25972 28517/29671/25972 27358/28513/25028</w:t>
        <w:br/>
        <w:t>f 27357/28512/25028 28516/29672/25972 27358/28513/25028</w:t>
        <w:br/>
        <w:t>f 27309/28466/24987 27310/28465/24986 28518/29673/25973</w:t>
        <w:br/>
        <w:t>f 27431/28586/25081 27309/28466/24987 28518/29673/25973</w:t>
        <w:br/>
        <w:t>f 27646/28804/25254 27647/28803/25254 28520/29675/25975</w:t>
        <w:br/>
        <w:t>f 28519/29674/25974 27646/28804/25254 28520/29675/25975</w:t>
        <w:br/>
        <w:t>f 27651/28806/25256 27599/28751/25215 27596/28754/25218</w:t>
        <w:br/>
        <w:t>f 27650/28807/25257 27651/28806/25256 27596/28754/25218</w:t>
        <w:br/>
        <w:t>f 28522/29676/25976 27697/28852/25297 27698/28853/25297</w:t>
        <w:br/>
        <w:t>f 28521/29677/25976 28522/29676/25976 27698/28853/25297</w:t>
        <w:br/>
        <w:t>f 27650/28807/25257 27771/28926/25352 28523/29678/25977</w:t>
        <w:br/>
        <w:t>f 27653/28808/25258 27650/28807/25257 28523/29678/25977</w:t>
        <w:br/>
        <w:t>f 27307/28461/24983 27223/28376/24925 27224/28379/24928</w:t>
        <w:br/>
        <w:t>f 27306/28462/24983 27307/28461/24983 27224/28379/24928</w:t>
        <w:br/>
        <w:t>f 27257/28411/24949 27258/28410/24948 27345/28503/25021</w:t>
        <w:br/>
        <w:t>f 27346/28502/25020 27257/28411/24949 27345/28503/25021</w:t>
        <w:br/>
        <w:t>f 27349/28507/25022 28525/29679/25978 28524/29680/25978</w:t>
        <w:br/>
        <w:t>f 27352/28504/25022 27349/28507/25022 28524/29680/25978</w:t>
        <w:br/>
        <w:t>f 27255/28413/24951 27432/28587/25082 27434/28589/25084</w:t>
        <w:br/>
        <w:t>f 27258/28410/24948 27255/28413/24951 27434/28589/25084</w:t>
        <w:br/>
        <w:t>f 27562/28720/25193 27563/28719/25192 27648/28802/25253</w:t>
        <w:br/>
        <w:t>f 27649/28801/25253 27562/28720/25193 27648/28802/25253</w:t>
        <w:br/>
        <w:t>f 27598/28752/25216 27688/28840/25287 27685/28843/25290</w:t>
        <w:br/>
        <w:t>f 27597/28753/25217 27598/28752/25216 27685/28843/25290</w:t>
        <w:br/>
        <w:t>f 27691/28845/25291 27692/28844/25291 28526/29681/25979</w:t>
        <w:br/>
        <w:t>f 28527/29682/25979 27691/28845/25291 28526/29681/25979</w:t>
        <w:br/>
        <w:t>f 27774/28929/25355 27772/28927/25353 27596/28754/25218</w:t>
        <w:br/>
        <w:t>f 27597/28753/25217 27774/28929/25355 27596/28754/25218</w:t>
        <w:br/>
        <w:t>f 27221/28378/24927 27222/28377/24926 27301/28455/24978</w:t>
        <w:br/>
        <w:t>f 27302/28454/24977 27221/28378/24927 27301/28455/24978</w:t>
        <w:br/>
        <w:t>f 27313/28471/24992 27314/28470/24991 27347/28501/25019</w:t>
        <w:br/>
        <w:t>f 27348/28500/25018 27313/28471/24992 27347/28501/25019</w:t>
        <w:br/>
        <w:t>f 27388/28544/25051 28524/29680/25978 28525/29679/25978</w:t>
        <w:br/>
        <w:t>f 27389/28543/25050 27388/28544/25051 28525/29679/25978</w:t>
        <w:br/>
        <w:t>f 27345/28503/25021 27433/28588/25083 27436/28590/25085</w:t>
        <w:br/>
        <w:t>f 27348/28500/25018 27345/28503/25021 27436/28590/25085</w:t>
        <w:br/>
        <w:t>f 27643/28798/25250 27564/28718/25191 27565/28717/25191</w:t>
        <w:br/>
        <w:t>f 27642/28795/25250 27643/28798/25250 27565/28717/25191</w:t>
        <w:br/>
        <w:t>f 27687/28841/25288 27656/28809/25259 27657/28812/25262</w:t>
        <w:br/>
        <w:t>f 27686/28842/25289 27687/28841/25288 27657/28812/25262</w:t>
        <w:br/>
        <w:t>f 27728/28884/25322 27729/28883/25322 28527/29682/25979</w:t>
        <w:br/>
        <w:t>f 28526/29681/25979 27728/28884/25322 28527/29682/25979</w:t>
        <w:br/>
        <w:t>f 27775/28931/25357 27773/28928/25354 27685/28843/25290</w:t>
        <w:br/>
        <w:t>f 27686/28842/25289 27775/28931/25357 27685/28843/25290</w:t>
        <w:br/>
        <w:t>f 27291/28448/24974 27292/28447/24974 27299/28457/24979</w:t>
        <w:br/>
        <w:t>f 27300/28456/24979 27291/28448/24974 27299/28457/24979</w:t>
        <w:br/>
        <w:t>f 27315/28469/24990 27316/28468/24989 27317/28475/24996</w:t>
        <w:br/>
        <w:t>f 27318/28474/24995 27315/28469/24990 27317/28475/24996</w:t>
        <w:br/>
        <w:t>f 27360/28515/25030 27366/28518/25031 27363/28521/25031</w:t>
        <w:br/>
        <w:t>f 27359/28516/25030 27360/28515/25030 27363/28521/25031</w:t>
        <w:br/>
        <w:t>f 27437/28593/25088 27316/28468/24989 27313/28471/24992</w:t>
        <w:br/>
        <w:t>f 27435/28591/25086 27437/28593/25088 27313/28471/24992</w:t>
        <w:br/>
        <w:t>f 27641/28796/25251 27632/28790/25247 27633/28789/25247</w:t>
        <w:br/>
        <w:t>f 27640/28797/25251 27641/28796/25251 27633/28789/25247</w:t>
        <w:br/>
        <w:t>f 27659/28814/25264 27654/28811/25261 27655/28810/25260</w:t>
        <w:br/>
        <w:t>f 27658/28815/25265 27659/28814/25264 27655/28810/25260</w:t>
        <w:br/>
        <w:t>f 27701/28855/25299 27702/28854/25298 27705/28859/25302</w:t>
        <w:br/>
        <w:t>f 27706/28858/25301 27701/28855/25299 27705/28859/25302</w:t>
        <w:br/>
        <w:t>f 27777/28933/25359 27776/28930/25356 27657/28812/25262</w:t>
        <w:br/>
        <w:t>f 27654/28811/25261 27777/28933/25359 27657/28812/25262</w:t>
        <w:br/>
        <w:t>f 27230/28382/24930 27293/28446/24973 27294/28449/24973</w:t>
        <w:br/>
        <w:t>f 27229/28383/24930 27230/28382/24930 27294/28449/24973</w:t>
        <w:br/>
        <w:t>f 27322/28477/24998 27323/28476/24997 27319/28473/24994</w:t>
        <w:br/>
        <w:t>f 27320/28472/24993 27322/28477/24998 27319/28473/24994</w:t>
        <w:br/>
        <w:t>f 27365/28519/25032 28529/29683/25980 28528/29684/25980</w:t>
        <w:br/>
        <w:t>f 27364/28520/25033 27365/28519/25032 28528/29684/25980</w:t>
        <w:br/>
        <w:t>f 27439/28595/25090 27320/28472/24993 27317/28475/24996</w:t>
        <w:br/>
        <w:t>f 27438/28592/25087 27439/28595/25090 27317/28475/24996</w:t>
        <w:br/>
        <w:t>f 27634/28788/25246 27635/28787/25245 27570/28723/25196</w:t>
        <w:br/>
        <w:t>f 27571/28726/25196 27634/28788/25246 27570/28723/25196</w:t>
        <w:br/>
        <w:t>f 27664/28818/25268 27660/28813/25263 27661/28816/25266</w:t>
        <w:br/>
        <w:t>f 27663/28819/25269 27664/28818/25268 27661/28816/25266</w:t>
        <w:br/>
        <w:t>f 28531/29685/25981 28530/29686/25981 27703/28861/25303</w:t>
        <w:br/>
        <w:t>f 27704/28860/25303 28531/29685/25981 27703/28861/25303</w:t>
        <w:br/>
        <w:t>f 27779/28935/25361 27778/28932/25358 27659/28814/25264</w:t>
        <w:br/>
        <w:t>f 27660/28813/25263 27779/28935/25361 27659/28814/25264</w:t>
        <w:br/>
        <w:t>f 27166/28321/24879 27167/28320/24879 27278/28433/24966</w:t>
        <w:br/>
        <w:t>f 27275/28432/24966 27166/28321/24879 27278/28433/24966</w:t>
        <w:br/>
        <w:t>f 27168/28323/24881 27165/28322/24880 27231/28389/24933</w:t>
        <w:br/>
        <w:t>f 27232/28388/24933 27168/28323/24881 27231/28389/24933</w:t>
        <w:br/>
        <w:t>f 27227/28385/24931 27228/28384/24931 27284/28439/24969</w:t>
        <w:br/>
        <w:t>f 27283/28438/24969 27227/28385/24931 27284/28439/24969</w:t>
        <w:br/>
        <w:t>f 27371/28529/25040 27372/28528/25039 27324/28479/25000</w:t>
        <w:br/>
        <w:t>f 27321/28478/24999 27371/28529/25040 27324/28479/25000</w:t>
        <w:br/>
        <w:t>f 27367/28525/25034 27328/28480/25001 27325/28483/25001</w:t>
        <w:br/>
        <w:t>f 27370/28522/25034 27367/28525/25034 27325/28483/25001</w:t>
        <w:br/>
        <w:t>f 27336/28488/25007 27333/28491/25010 27329/28486/25005</w:t>
        <w:br/>
        <w:t>f 27330/28485/25004 27336/28488/25007 27329/28486/25005</w:t>
        <w:br/>
        <w:t>f 28529/29683/25980 27368/28524/25036 27369/28523/25035</w:t>
        <w:br/>
        <w:t>f 28528/29684/25980 28529/29683/25980 27369/28523/25035</w:t>
        <w:br/>
        <w:t>f 27331/28484/25003 27332/28487/25006 27373/28527/25038</w:t>
        <w:br/>
        <w:t>f 27374/28526/25037 27331/28484/25003 27373/28527/25038</w:t>
        <w:br/>
        <w:t>f 27375/28533/25041 27326/28482/25002 27327/28481/25002</w:t>
        <w:br/>
        <w:t>f 27378/28530/25041 27375/28533/25041 27327/28481/25002</w:t>
        <w:br/>
        <w:t>f 27442/28597/25092 27321/28478/24999 27322/28477/24998</w:t>
        <w:br/>
        <w:t>f 27440/28594/25089 27442/28597/25092 27322/28477/24998</w:t>
        <w:br/>
        <w:t>f 27371/28529/25040 27441/28596/25091 27444/28599/25094</w:t>
        <w:br/>
        <w:t>f 27374/28526/25037 27371/28529/25040 27444/28599/25094</w:t>
        <w:br/>
        <w:t>f 27330/28485/25004 27445/28600/25095 27446/28602/25097</w:t>
        <w:br/>
        <w:t>f 27336/28488/25007 27330/28485/25004 27446/28602/25097</w:t>
        <w:br/>
        <w:t>f 27507/28662/25149 27616/28773/25236 27617/28772/25235</w:t>
        <w:br/>
        <w:t>f 27506/28663/25149 27507/28662/25149 27617/28772/25235</w:t>
        <w:br/>
        <w:t>f 27572/28730/25198 27508/28661/25148 27509/28664/25148</w:t>
        <w:br/>
        <w:t>f 27575/28727/25198 27572/28730/25198 27509/28664/25148</w:t>
        <w:br/>
        <w:t>f 27625/28779/25240 27568/28725/25197 27569/28724/25197</w:t>
        <w:br/>
        <w:t>f 27624/28780/25241 27625/28779/25240 27569/28724/25197</w:t>
        <w:br/>
        <w:t>f 27714/28869/25310 27665/28817/25267 27662/28820/25270</w:t>
        <w:br/>
        <w:t>f 27713/28866/25307 27714/28869/25310 27662/28820/25270</w:t>
        <w:br/>
        <w:t>f 27710/28865/25306 27707/28864/25306 27667/28822/25271</w:t>
        <w:br/>
        <w:t>f 27668/28821/25271 27710/28865/25306 27667/28822/25271</w:t>
        <w:br/>
        <w:t>f 27675/28830/25278 27672/28825/25273 27673/28828/25276</w:t>
        <w:br/>
        <w:t>f 27674/28831/25279 27675/28830/25278 27673/28828/25276</w:t>
        <w:br/>
        <w:t>f 28530/29686/25981 28531/29685/25981 27708/28863/25305</w:t>
        <w:br/>
        <w:t>f 27709/28862/25304 28530/29686/25981 27708/28863/25305</w:t>
        <w:br/>
        <w:t>f 27671/28826/25274 27711/28868/25309 27712/28867/25308</w:t>
        <w:br/>
        <w:t>f 27670/28827/25275 27671/28826/25274 27712/28867/25308</w:t>
        <w:br/>
        <w:t>f 27669/28824/25272 27666/28823/25272 27715/28873/25312</w:t>
        <w:br/>
        <w:t>f 27716/28872/25312 27669/28824/25272 27715/28873/25312</w:t>
        <w:br/>
        <w:t>f 27781/28937/25363 27780/28934/25360 27664/28818/25268</w:t>
        <w:br/>
        <w:t>f 27665/28817/25267 27781/28937/25363 27664/28818/25268</w:t>
        <w:br/>
        <w:t>f 27783/28939/25365 27782/28936/25362 27714/28869/25310</w:t>
        <w:br/>
        <w:t>f 27711/28868/25309 27783/28939/25365 27714/28869/25310</w:t>
        <w:br/>
        <w:t>f 27672/28825/25273 27675/28830/25278 27787/28942/25368</w:t>
        <w:br/>
        <w:t>f 27785/28940/25366 27672/28825/25273 27787/28942/25368</w:t>
        <w:br/>
        <w:t>f 28533/29687/25982 27239/28395/24936 27240/28394/24936</w:t>
        <w:br/>
        <w:t>f 28532/29688/25982 28533/29687/25982 27240/28394/24936</w:t>
        <w:br/>
        <w:t>f 27242/28397/24938 27243/28396/24937 28535/29689/25983</w:t>
        <w:br/>
        <w:t>f 28534/29690/25983 27242/28397/24938 28535/29689/25983</w:t>
        <w:br/>
        <w:t>f 27418/28572/25071 27419/28577/25074 27420/28576/25073</w:t>
        <w:br/>
        <w:t>f 27417/28573/25071 27418/28572/25071 27420/28576/25073</w:t>
        <w:br/>
        <w:t>f 27580/28736/25204 27581/28735/25203 28537/29691/25984</w:t>
        <w:br/>
        <w:t>f 28536/29692/25985 27580/28736/25204 28537/29691/25984</w:t>
        <w:br/>
        <w:t>f 28539/29693/25986 27582/28739/25206 27583/28738/25206</w:t>
        <w:br/>
        <w:t>f 28538/29694/25986 28539/29693/25986 27583/28738/25206</w:t>
        <w:br/>
        <w:t>f 27762/28917/25345 27759/28916/25345 27757/28913/25342</w:t>
        <w:br/>
        <w:t>f 27758/28912/25341 27762/28917/25345 27757/28913/25342</w:t>
        <w:br/>
        <w:t>f 26870/28028/24624 26871/28027/24623 26878/28036/24630</w:t>
        <w:br/>
        <w:t>f 26879/28035/24629 26870/28028/24624 26878/28036/24630</w:t>
        <w:br/>
        <w:t>f 27140/28296/24860 26833/27988/24594 26881/28033/24627</w:t>
        <w:br/>
        <w:t>f 27141/28295/24860 27140/28296/24860 26881/28033/24627</w:t>
        <w:br/>
        <w:t>f 28441/29596/25910 26900/28057/24644 26879/28035/24629</w:t>
        <w:br/>
        <w:t>f 26880/28034/24628 28441/29596/25910 26879/28035/24629</w:t>
        <w:br/>
        <w:t>f 26835/27990/24595 26832/27989/24595 28455/29611/25923</w:t>
        <w:br/>
        <w:t>f 28456/29610/25923 26835/27990/24595 28455/29611/25923</w:t>
        <w:br/>
        <w:t>f 27131/28284/24850 27129/28286/24852 28454/29608/25922</w:t>
        <w:br/>
        <w:t>f 28453/29609/25922 27131/28284/24850 28454/29608/25922</w:t>
        <w:br/>
        <w:t>f 27137/28292/24857 27131/28284/24850 26677/27834/24453</w:t>
        <w:br/>
        <w:t>f 26678/27833/24452 27137/28292/24857 26677/27834/24453</w:t>
        <w:br/>
        <w:t>f 27137/28292/24857 26678/27833/24452 26654/27809/24429</w:t>
        <w:br/>
        <w:t>f 26654/27809/24429 26678/27833/24452 28447/29601/25915</w:t>
        <w:br/>
        <w:t>f 26653/27810/24430 26654/27809/24429 28447/29601/25915</w:t>
        <w:br/>
        <w:t>f 26341/27498/24147 28438/29593/25907 26344/27499/24148</w:t>
        <w:br/>
        <w:t>f 26344/27499/24148 28438/29593/25907 26350/27505/24153</w:t>
        <w:br/>
        <w:t>f 25860/27013/23721 26350/27505/24153 28438/29593/25907</w:t>
        <w:br/>
        <w:t>f 26304/27461/24114 25860/27013/23721 28438/29593/25907</w:t>
        <w:br/>
        <w:t>f 25860/27013/23721 26304/27461/24114 25859/27014/23722</w:t>
        <w:br/>
        <w:t>f 26084/27242/23914 26078/27232/23907 26079/27231/23907</w:t>
        <w:br/>
        <w:t>f 26087/27239/23911 26084/27242/23914 26079/27231/23907</w:t>
        <w:br/>
        <w:t>f 26085/27241/23913 26038/27196/23884 26039/27195/23883</w:t>
        <w:br/>
        <w:t>f 26084/27242/23914 26085/27241/23913 26039/27195/23883</w:t>
        <w:br/>
        <w:t>f 26109/27264/23931 26106/27263/23931 28439/29594/25908</w:t>
        <w:br/>
        <w:t>f 26086/27240/23912 26109/27264/23931 28439/29594/25908</w:t>
        <w:br/>
        <w:t>f 28449/29603/25917 26039/27195/23883 26040/27194/23882</w:t>
        <w:br/>
        <w:t>f 28448/29604/25918 28449/29603/25917 26040/27194/23882</w:t>
        <w:br/>
        <w:t>f 28534/29690/25983 28535/29689/25983 27295/28451/24975</w:t>
        <w:br/>
        <w:t>f 27296/28450/24975 28534/29690/25983 27295/28451/24975</w:t>
        <w:br/>
        <w:t>f 27298/28452/24976 28533/29687/25982 28532/29688/25982</w:t>
        <w:br/>
        <w:t>f 27297/28453/24976 27298/28452/24976 28532/29688/25982</w:t>
        <w:br/>
        <w:t>f 27416/28571/25068 28541/29695/25987 28540/29696/25988</w:t>
        <w:br/>
        <w:t>f 27415/28568/25068 27416/28571/25068 28540/29696/25988</w:t>
        <w:br/>
        <w:t>f 27637/28792/25248 28539/29693/25986 28538/29694/25986</w:t>
        <w:br/>
        <w:t>f 27636/28791/25248 27637/28792/25248 28538/29694/25986</w:t>
        <w:br/>
        <w:t>f 28536/29692/25985 28537/29691/25984 27638/28794/25249</w:t>
        <w:br/>
        <w:t>f 27639/28793/25249 28536/29692/25985 27638/28794/25249</w:t>
        <w:br/>
        <w:t>f 28543/29697/25989 28542/29698/25989 27754/28909/25338</w:t>
        <w:br/>
        <w:t>f 27755/28908/25337 28543/29697/25989 27754/28909/25338</w:t>
        <w:br/>
        <w:t>f 28545/29699/25990 27237/28390/24934 27238/28393/24934</w:t>
        <w:br/>
        <w:t>f 28544/29700/25990 28545/29699/25990 27238/28393/24934</w:t>
        <w:br/>
        <w:t>f 27279/28437/24968 27280/28436/24968 27289/28443/24971</w:t>
        <w:br/>
        <w:t>f 27290/28442/24971 27279/28437/24968 27289/28443/24971</w:t>
        <w:br/>
        <w:t>f 28541/29695/25987 27412/28566/25067 27411/28567/25067</w:t>
        <w:br/>
        <w:t>f 28540/29696/25988 28541/29695/25987 27411/28567/25067</w:t>
        <w:br/>
        <w:t>f 27578/28732/25201 27579/28731/25200 28546/29701/25991</w:t>
        <w:br/>
        <w:t>f 28547/29702/25991 27578/28732/25201 28546/29701/25991</w:t>
        <w:br/>
        <w:t>f 27620/28778/25237 27630/28783/25243 27631/28786/25243</w:t>
        <w:br/>
        <w:t>f 27623/28775/25237 27620/28778/25237 27631/28786/25243</w:t>
        <w:br/>
        <w:t>f 27751/28907/25336 27752/28906/25336 28542/29698/25989</w:t>
        <w:br/>
        <w:t>f 28543/29697/25989 27751/28907/25336 28542/29698/25989</w:t>
        <w:br/>
        <w:t>f 28549/29703/25992 28548/29704/25993 27281/28435/24967</w:t>
        <w:br/>
        <w:t>f 27282/28434/24967 28549/29703/25992 27281/28435/24967</w:t>
        <w:br/>
        <w:t>f 28544/29700/25990 27285/28441/24970 27286/28440/24970</w:t>
        <w:br/>
        <w:t>f 28545/29699/25990 28544/29700/25990 27286/28440/24970</w:t>
        <w:br/>
        <w:t>f 27406/28561/25063 27410/28562/25065 27407/28565/25065</w:t>
        <w:br/>
        <w:t>f 27405/28558/25063 27406/28561/25063 27407/28565/25065</w:t>
        <w:br/>
        <w:t>f 27622/28776/25238 28551/29705/25994 28550/29706/25994</w:t>
        <w:br/>
        <w:t>f 27621/28777/25239 27622/28776/25238 28550/29706/25994</w:t>
        <w:br/>
        <w:t>f 27626/28782/25242 27627/28781/25242 28547/29702/25991</w:t>
        <w:br/>
        <w:t>f 28546/29701/25991 27626/28782/25242 28547/29702/25991</w:t>
        <w:br/>
        <w:t>f 27747/28905/25335 27748/28904/25335 27744/28899/25332</w:t>
        <w:br/>
        <w:t>f 27745/28898/25332 27747/28905/25335 27744/28899/25332</w:t>
        <w:br/>
        <w:t>f 27156/28311/24873 27153/28310/24873 28548/29704/25993</w:t>
        <w:br/>
        <w:t>f 28549/29703/25992 27156/28311/24873 28548/29704/25993</w:t>
        <w:br/>
        <w:t>f 27173/28331/24888 28553/29707/25995 28552/29708/25995</w:t>
        <w:br/>
        <w:t>f 27176/28328/24886 27173/28331/24888 28552/29708/25995</w:t>
        <w:br/>
        <w:t>f 27401/28555/25060 27403/28560/25064 27404/28559/25064</w:t>
        <w:br/>
        <w:t>f 27400/28556/25061 27401/28555/25060 27404/28559/25064</w:t>
        <w:br/>
        <w:t>f 27495/28650/25140 28550/29706/25994 28551/29705/25994</w:t>
        <w:br/>
        <w:t>f 27494/28651/25140 27495/28650/25140 28551/29705/25994</w:t>
        <w:br/>
        <w:t>f 28555/29709/25996 28554/29710/25996 27514/28672/25156</w:t>
        <w:br/>
        <w:t>f 27515/28671/25155 28555/29709/25996 27514/28672/25156</w:t>
        <w:br/>
        <w:t>f 27746/28901/25333 27743/28900/25333 27741/28895/25329</w:t>
        <w:br/>
        <w:t>f 27742/28894/25329 27746/28901/25333 27741/28895/25329</w:t>
        <w:br/>
        <w:t>f 28557/29711/25997 28556/29712/25998 25751/26906/23624</w:t>
        <w:br/>
        <w:t>f 25748/26905/23623 28557/29711/25997 25751/26906/23624</w:t>
        <w:br/>
        <w:t>f 25766/26920/23637 25767/26919/23637 28558/29713/25999</w:t>
        <w:br/>
        <w:t>f 28559/29714/25999 25766/26920/23637 28558/29713/25999</w:t>
        <w:br/>
        <w:t>f 28409/29564/25879 25789/26945/23661 25790/26944/23660</w:t>
        <w:br/>
        <w:t>f 26325/27480/24133 28409/29564/25879 25790/26944/23660</w:t>
        <w:br/>
        <w:t>f 25852/27008/23716 25853/27007/23715 26313/27467/24120</w:t>
        <w:br/>
        <w:t>f 28410/29565/23875 25852/27008/23716 26313/27467/24120</w:t>
        <w:br/>
        <w:t>f 25958/27110/23813 25955/27113/23816 28411/29567/25881</w:t>
        <w:br/>
        <w:t>f 28412/29566/25880 25958/27110/23813 28411/29567/25881</w:t>
        <w:br/>
        <w:t>f 28412/29566/25880 26326/27481/24134 26017/27172/23866</w:t>
        <w:br/>
        <w:t>f 25958/27110/23813 28412/29566/25880 26017/27172/23866</w:t>
        <w:br/>
        <w:t>f 26026/27184/23712 26033/27185/23716 26030/27188/23877</w:t>
        <w:br/>
        <w:t>f 26029/27181/23873 26026/27184/23712 26030/27188/23877</w:t>
        <w:br/>
        <w:t>f 26158/27316/23977 26159/27315/23977 26117/27272/23938</w:t>
        <w:br/>
        <w:t>f 26114/27271/23938 26158/27316/23977 26117/27272/23938</w:t>
        <w:br/>
        <w:t>f 28557/29711/25997 25748/26905/23623 26199/27354/24015</w:t>
        <w:br/>
        <w:t>f 28560/29715/26000 28557/29711/25997 26199/27354/24015</w:t>
        <w:br/>
        <w:t>f 28561/29716/26001 26231/27385/24045 25763/26918/23636</w:t>
        <w:br/>
        <w:t>f 28562/29717/26002 28561/29716/26001 25763/26918/23636</w:t>
        <w:br/>
        <w:t>f 25853/27007/23715 25850/27003/23711 28563/29718/26003</w:t>
        <w:br/>
        <w:t>f 26315/27470/24123 25853/27007/23715 28563/29718/26003</w:t>
        <w:br/>
        <w:t>f 26326/27481/24134 26325/27480/24133 25790/26944/23660</w:t>
        <w:br/>
        <w:t>f 26017/27172/23866 26326/27481/24134 25790/26944/23660</w:t>
        <w:br/>
        <w:t>f 28565/29719/26004 26545/27702/24332 26546/27701/24331</w:t>
        <w:br/>
        <w:t>f 28564/29720/26005 28565/29719/26004 26546/27701/24331</w:t>
        <w:br/>
        <w:t>f 26557/27715/24344 28567/29721/26006 28566/29722/26007</w:t>
        <w:br/>
        <w:t>f 26560/27712/24341 26557/27715/24344 28566/29722/26007</w:t>
        <w:br/>
        <w:t>f 26588/27743/24369 26585/27742/24368 28415/29570/25884</w:t>
        <w:br/>
        <w:t>f 27117/28273/24843 26588/27743/24369 28415/29570/25884</w:t>
        <w:br/>
        <w:t>f 26647/27803/24423 28416/29571/24589 27106/28261/24831</w:t>
        <w:br/>
        <w:t>f 26648/27802/24422 26647/27803/24423 27106/28261/24831</w:t>
        <w:br/>
        <w:t>f 28418/29573/25886 26750/27908/24524 26751/27907/24523</w:t>
        <w:br/>
        <w:t>f 28417/29572/25885 28418/29573/25886 26751/27907/24523</w:t>
        <w:br/>
        <w:t>f 26810/27966/24576 27118/28272/24842 28417/29572/25885</w:t>
        <w:br/>
        <w:t>f 26751/27907/24523 26810/27966/24576 28417/29572/25885</w:t>
        <w:br/>
        <w:t>f 26825/27980/24587 26826/27979/24586 26821/27976/24419</w:t>
        <w:br/>
        <w:t>f 26822/27975/24584 26825/27980/24587 26821/27976/24419</w:t>
        <w:br/>
        <w:t>f 26951/28109/24685 26909/28062/24649 26910/28065/24649</w:t>
        <w:br/>
        <w:t>f 26954/28106/24685 26951/28109/24685 26910/28065/24649</w:t>
        <w:br/>
        <w:t>f 26991/28147/24725 26545/27702/24332 28565/29719/26004</w:t>
        <w:br/>
        <w:t>f 28568/29723/26008 26991/28147/24725 28565/29719/26004</w:t>
        <w:br/>
        <w:t>f 26557/27715/24344 27022/28178/24754 28569/29724/26009</w:t>
        <w:br/>
        <w:t>f 28567/29721/26006 26557/27715/24344 28569/29724/26009</w:t>
        <w:br/>
        <w:t>f 26648/27802/24422 27108/28263/24833 28570/29725/26010</w:t>
        <w:br/>
        <w:t>f 26643/27800/24420 26648/27802/24422 28570/29725/26010</w:t>
        <w:br/>
        <w:t>f 27118/28272/24842 26810/27966/24576 26588/27743/24369</w:t>
        <w:br/>
        <w:t>f 27117/28273/24843 27118/28272/24842 26588/27743/24369</w:t>
        <w:br/>
        <w:t>f 27163/28319/24878 27164/28318/24878 27154/28309/24872</w:t>
        <w:br/>
        <w:t>f 27155/28308/24872 27163/28319/24878 27154/28309/24872</w:t>
        <w:br/>
        <w:t>f 28553/29707/25995 27172/28324/24882 27169/28327/24885</w:t>
        <w:br/>
        <w:t>f 28552/29708/25995 28553/29707/25995 27169/28327/24885</w:t>
        <w:br/>
        <w:t>f 27277/28430/24965 28572/29726/26011 28571/29727/26011</w:t>
        <w:br/>
        <w:t>f 27276/28431/24965 27277/28430/24965 28571/29727/26011</w:t>
        <w:br/>
        <w:t>f 27334/28490/25009 27335/28489/25008 27339/28492/25011</w:t>
        <w:br/>
        <w:t>f 27340/28495/25014 27334/28490/25009 27339/28492/25011</w:t>
        <w:br/>
        <w:t>f 27382/28537/25043 27376/28532/25042 27377/28531/25042</w:t>
        <w:br/>
        <w:t>f 27381/28534/25043 27382/28537/25043 27377/28531/25042</w:t>
        <w:br/>
        <w:t>f 27399/28557/25062 28574/29728/26012 28573/29729/26012</w:t>
        <w:br/>
        <w:t>f 27402/28554/25059 27399/28557/25062 28573/29729/26012</w:t>
        <w:br/>
        <w:t>f 27335/28489/25008 27447/28601/25096 28575/29730/26013</w:t>
        <w:br/>
        <w:t>f 27339/28492/25011 27335/28489/25008 28575/29730/26013</w:t>
        <w:br/>
        <w:t>f 27504/28660/25147 27496/28649/25139 27497/28652/25141</w:t>
        <w:br/>
        <w:t>f 27505/28659/25147 27504/28660/25147 27497/28652/25141</w:t>
        <w:br/>
        <w:t>f 28554/29710/25996 28555/29709/25996 27510/28668/25152</w:t>
        <w:br/>
        <w:t>f 27511/28667/25151 28554/29710/25996 27510/28668/25152</w:t>
        <w:br/>
        <w:t>f 28577/29731/26014 28576/29732/26014 27618/28771/25234</w:t>
        <w:br/>
        <w:t>f 27619/28774/25234 28577/29731/26014 27618/28771/25234</w:t>
        <w:br/>
        <w:t>f 27679/28835/25283 27676/28829/25277 27677/28832/25280</w:t>
        <w:br/>
        <w:t>f 27678/28836/25284 27679/28835/25283 27677/28832/25280</w:t>
        <w:br/>
        <w:t>f 27717/28871/25311 27718/28870/25311 27721/28875/25314</w:t>
        <w:br/>
        <w:t>f 27722/28874/25313 27717/28871/25311 27721/28875/25314</w:t>
        <w:br/>
        <w:t>f 28579/29733/26015 28578/29734/26015 27739/28897/25331</w:t>
        <w:br/>
        <w:t>f 27740/28896/25330 28579/29733/26015 27739/28897/25331</w:t>
        <w:br/>
        <w:t>f 28580/29735/26016 27786/28941/25367 27676/28829/25277</w:t>
        <w:br/>
        <w:t>f 27679/28835/25283 28580/29735/26016 27676/28829/25277</w:t>
        <w:br/>
        <w:t>f 28556/29712/25998 28557/29711/25997 25745/26900/23618</w:t>
        <w:br/>
        <w:t>f 25746/26899/23617 28556/29712/25998 25745/26900/23618</w:t>
        <w:br/>
        <w:t>f 25764/26922/23639 25765/26921/23638 28582/29736/26017</w:t>
        <w:br/>
        <w:t>f 28581/29737/26017 25764/26922/23639 28582/29736/26017</w:t>
        <w:br/>
        <w:t>f 25803/26958/23674 25791/26943/23659 25788/26946/23662</w:t>
        <w:br/>
        <w:t>f 25802/26959/23675 25803/26958/23674 25788/26946/23662</w:t>
        <w:br/>
        <w:t>f 25847/27001/23709 25851/27006/23714 25848/27005/23713</w:t>
        <w:br/>
        <w:t>f 25846/27002/23710 25847/27001/23709 25848/27005/23713</w:t>
        <w:br/>
        <w:t>f 25953/27107/23810 25956/27112/23815 25957/27111/23814</w:t>
        <w:br/>
        <w:t>f 25952/27108/23811 25953/27107/23810 25957/27111/23814</w:t>
        <w:br/>
        <w:t>f 25957/27111/23814 26016/27171/23865 26019/27173/23867</w:t>
        <w:br/>
        <w:t>f 25952/27108/23811 25957/27111/23814 26019/27173/23867</w:t>
        <w:br/>
        <w:t>f 26028/27182/23874 26024/27180/23872 26025/27179/23710</w:t>
        <w:br/>
        <w:t>f 26027/27183/23713 26028/27182/23874 26025/27179/23710</w:t>
        <w:br/>
        <w:t>f 26115/27270/23937 26116/27269/23936 26118/27276/23941</w:t>
        <w:br/>
        <w:t>f 26119/27275/23941 26115/27270/23937 26118/27276/23941</w:t>
        <w:br/>
        <w:t>f 26201/27355/24016 25745/26900/23618 28557/29711/25997</w:t>
        <w:br/>
        <w:t>f 28560/29715/26000 26201/27355/24016 28557/29711/25997</w:t>
        <w:br/>
        <w:t>f 26234/27388/24048 28561/29716/26001 28562/29717/26002</w:t>
        <w:br/>
        <w:t>f 26233/27389/24049 26234/27388/24048 28562/29717/26002</w:t>
        <w:br/>
        <w:t>f 25850/27003/23711 25851/27006/23714 26316/27472/24125</w:t>
        <w:br/>
        <w:t>f 28563/29718/26003 25850/27003/23711 26316/27472/24125</w:t>
        <w:br/>
        <w:t>f 26019/27173/23867 25803/26958/23674 25804/26957/23673</w:t>
        <w:br/>
        <w:t>f 26018/27174/23868 26019/27173/23867 25804/26957/23673</w:t>
        <w:br/>
        <w:t>f 26544/27699/24329 28565/29719/26004 28564/29720/26005</w:t>
        <w:br/>
        <w:t>f 26543/27696/24326 26544/27699/24329 28564/29720/26005</w:t>
        <w:br/>
        <w:t>f 26562/27717/24346 28584/29738/26018 28583/29739/26019</w:t>
        <w:br/>
        <w:t>f 26561/27718/24346 26562/27717/24346 28583/29739/26019</w:t>
        <w:br/>
        <w:t>f 26600/27755/24381 26601/27754/24380 26586/27741/24367</w:t>
        <w:br/>
        <w:t>f 26587/27740/24366 26600/27755/24381 26586/27741/24367</w:t>
        <w:br/>
        <w:t>f 26641/27797/24417 26642/27796/24416 26645/27798/24418</w:t>
        <w:br/>
        <w:t>f 26646/27801/24421 26641/27797/24417 26645/27798/24418</w:t>
        <w:br/>
        <w:t>f 26752/27906/24522 26753/27905/24521 26747/27902/24518</w:t>
        <w:br/>
        <w:t>f 26748/27901/24517 26752/27906/24522 26747/27902/24518</w:t>
        <w:br/>
        <w:t>f 26752/27906/24522 26748/27901/24517 26813/27968/24578</w:t>
        <w:br/>
        <w:t>f 26811/27965/24575 26752/27906/24522 26813/27968/24578</w:t>
        <w:br/>
        <w:t>f 26819/27974/24583 26818/27973/24582 26823/27978/24585</w:t>
        <w:br/>
        <w:t>f 26820/27977/24418 26819/27974/24583 26823/27978/24585</w:t>
        <w:br/>
        <w:t>f 26908/28063/24650 26912/28068/24653 26913/28067/24652</w:t>
        <w:br/>
        <w:t>f 26907/28064/24650 26908/28063/24650 26913/28067/24652</w:t>
        <w:br/>
        <w:t>f 26994/28149/24727 28568/29723/26008 28565/29719/26004</w:t>
        <w:br/>
        <w:t>f 26544/27699/24329 26994/28149/24727 28565/29719/26004</w:t>
        <w:br/>
        <w:t>f 28567/29721/26006 28569/29724/26009 27024/28182/24758</w:t>
        <w:br/>
        <w:t>f 27025/28181/24757 28567/29721/26006 27024/28182/24758</w:t>
        <w:br/>
        <w:t>f 26643/27800/24420 28570/29725/26010 27110/28264/24834</w:t>
        <w:br/>
        <w:t>f 26646/27801/24421 26643/27800/24420 27110/28264/24834</w:t>
        <w:br/>
        <w:t>f 26813/27968/24578 26812/27967/24577 26599/27756/24382</w:t>
        <w:br/>
        <w:t>f 26600/27755/24381 26813/27968/24578 26599/27756/24382</w:t>
        <w:br/>
        <w:t>f 27162/28317/24877 27159/28316/24877 27463/28618/25111</w:t>
        <w:br/>
        <w:t>f 27464/28617/25110 27162/28317/24877 27463/28618/25111</w:t>
        <w:br/>
        <w:t>f 28586/29740/26020 27180/28336/24892 27181/28335/24892</w:t>
        <w:br/>
        <w:t>f 28585/29741/26020 28586/29740/26020 27181/28335/24892</w:t>
        <w:br/>
        <w:t>f 28571/29727/26011 28572/29726/26011 27184/28337/24893</w:t>
        <w:br/>
        <w:t>f 27185/28340/24895 28571/29727/26011 27184/28337/24893</w:t>
        <w:br/>
        <w:t>f 27338/28493/25012 28588/29742/26021 28587/29743/26021</w:t>
        <w:br/>
        <w:t>f 27337/28494/25013 27338/28493/25012 28587/29743/26021</w:t>
        <w:br/>
        <w:t>f 27383/28538/25046 27825/28981/25402 27826/28980/25402</w:t>
        <w:br/>
        <w:t>f 27184/28337/24893 27383/28538/25046 27826/28980/25402</w:t>
        <w:br/>
        <w:t>f 28574/29728/26012 27397/28553/25058 27398/28552/25057</w:t>
        <w:br/>
        <w:t>f 28573/29729/26012 28574/29728/26012 27398/28552/25057</w:t>
        <w:br/>
        <w:t>f 27339/28492/25011 28575/29730/26013 27448/28606/26022</w:t>
        <w:br/>
        <w:t>f 27338/28493/25012 27339/28492/25011 27448/28606/26022</w:t>
        <w:br/>
        <w:t>f 27502/28656/25145 27807/28960/25385 27808/28963/25388</w:t>
        <w:br/>
        <w:t>f 27501/28657/25146 27502/28656/25145 27808/28963/25388</w:t>
        <w:br/>
        <w:t>f 27521/28677/25161 27522/28676/25160 28589/29744/26023</w:t>
        <w:br/>
        <w:t>f 28590/29745/26023 27521/28677/25161 28589/29744/26023</w:t>
        <w:br/>
        <w:t>f 28577/29731/26014 27525/28679/25163 27526/28678/25162</w:t>
        <w:br/>
        <w:t>f 28576/29732/26014 28577/29731/26014 27526/28678/25162</w:t>
        <w:br/>
        <w:t>f 27812/28967/25391 27813/28966/25391 27680/28834/25282</w:t>
        <w:br/>
        <w:t>f 27681/28833/25281 27812/28967/25391 27680/28834/25282</w:t>
        <w:br/>
        <w:t>f 28592/29746/26024 28591/29747/26024 27723/28878/25318</w:t>
        <w:br/>
        <w:t>f 27526/28678/25317 28592/29746/26024 27723/28878/25318</w:t>
        <w:br/>
        <w:t>f 27737/28893/25328 27738/28892/25328 28578/29734/26015</w:t>
        <w:br/>
        <w:t>f 28579/29733/26015 27737/28893/25328 28578/29734/26015</w:t>
        <w:br/>
        <w:t>f 27788/28946/25372 28580/29735/26016 27679/28835/25283</w:t>
        <w:br/>
        <w:t>f 27680/28834/25282 27788/28946/25372 27679/28835/25283</w:t>
        <w:br/>
        <w:t>f 26175/27331/23992 26172/27325/23986 26173/27328/23989</w:t>
        <w:br/>
        <w:t>f 26174/27332/23993 26175/27331/23992 26173/27328/23989</w:t>
        <w:br/>
        <w:t>f 26176/27330/23991 26190/27346/24007 26178/27334/23995</w:t>
        <w:br/>
        <w:t>f 26175/27331/23992 26176/27330/23991 26178/27334/23995</w:t>
        <w:br/>
        <w:t>f 26222/27376/24036 26223/27375/24035 26218/27374/24034</w:t>
        <w:br/>
        <w:t>f 26219/27373/24033 26222/27376/24036 26218/27374/24034</w:t>
        <w:br/>
        <w:t>f 26248/27405/24065 26247/27402/24062 26223/27375/24035</w:t>
        <w:br/>
        <w:t>f 26220/27378/24038 26248/27405/24065 26223/27375/24035</w:t>
        <w:br/>
        <w:t>f 26967/28124/24702 26968/28123/24701 26963/28121/24699</w:t>
        <w:br/>
        <w:t>f 26964/28120/24698 26967/28124/24702 26963/28121/24699</w:t>
        <w:br/>
        <w:t>f 26972/28127/24705 26984/28138/24716 26970/28125/24703</w:t>
        <w:br/>
        <w:t>f 26967/28124/24702 26972/28127/24705 26970/28125/24703</w:t>
        <w:br/>
        <w:t>f 27011/28165/24741 27014/28167/24743 27015/28170/24746</w:t>
        <w:br/>
        <w:t>f 27010/28166/24742 27011/28165/24741 27015/28170/24746</w:t>
        <w:br/>
        <w:t>f 27014/28167/24743 27038/28193/24769 27041/28194/24770</w:t>
        <w:br/>
        <w:t>f 27013/28168/24744 27014/28167/24743 27041/28194/24770</w:t>
        <w:br/>
        <w:t>f 26171/27326/23987 26181/27335/23996 26170/27327/23988</w:t>
        <w:br/>
        <w:t>f 26172/27325/23986 26179/27333/23994 26180/27336/23997</w:t>
        <w:br/>
        <w:t>f 26171/27326/23987 26172/27325/23986 26180/27336/23997</w:t>
        <w:br/>
        <w:t>f 26225/27379/24039 28593/29748/26025 26224/27380/24040</w:t>
        <w:br/>
        <w:t>f 26224/27380/24040 28593/29748/26025 26249/27404/26026</w:t>
        <w:br/>
        <w:t>f 26966/28118/24696 26974/28128/24706 26965/28119/24697</w:t>
        <w:br/>
        <w:t>f 26964/28120/24698 26965/28119/24697 26973/28129/24707</w:t>
        <w:br/>
        <w:t>f 26971/28126/24704 26964/28120/24698 26973/28129/24707</w:t>
        <w:br/>
        <w:t>f 27016/28172/24748 28594/29749/26027 27017/28171/24747</w:t>
        <w:br/>
        <w:t>f 27040/28195/24771 28594/29749/26027 27016/28172/24748</w:t>
        <w:br/>
        <w:t>f 24354/25509/22353 24351/25508/22352 24365/25520/22361</w:t>
        <w:br/>
        <w:t>f 24366/25519/22361 24354/25509/22353 24365/25520/22361</w:t>
        <w:br/>
        <w:t>f 24351/25508/22356 24358/25516/22359 24359/25515/22359</w:t>
        <w:br/>
        <w:t>f 24355/25512/22357 24351/25508/22356 24359/25515/22359</w:t>
        <w:br/>
        <w:t>f 24460/25614/22454 24464/25617/22455 24465/25620/22457</w:t>
        <w:br/>
        <w:t>f 24459/25615/22454 24460/25614/22454 24465/25620/22457</w:t>
        <w:br/>
        <w:t>f 24220/25375/22222 24217/25374/22221 24192/25349/22202</w:t>
        <w:br/>
        <w:t>f 24193/25348/22202 24220/25375/22222 24192/25349/22202</w:t>
        <w:br/>
        <w:t>f 24206/25361/22212 28595/29750/26028 24205/25358/22209</w:t>
        <w:br/>
        <w:t>f 28194/29349/25679 24485/25642/22478 24486/25641/22478</w:t>
        <w:br/>
        <w:t>f 28193/29348/25679 28194/29349/25679 24486/25641/22478</w:t>
        <w:br/>
        <w:t>f 24195/25353/22205 24196/25352/22204 24208/25363/22213</w:t>
        <w:br/>
        <w:t>f 24209/25362/22213 24195/25353/22205 24208/25363/22213</w:t>
        <w:br/>
        <w:t>f 28189/29345/25677 28190/29344/25676 24211/25368/22218</w:t>
        <w:br/>
        <w:t>f 24212/25367/22217 28189/29345/25677 24211/25368/22218</w:t>
        <w:br/>
        <w:t>f 24479/25633/22470 24474/25630/22467 24475/25629/22466</w:t>
        <w:br/>
        <w:t>f 24478/25634/22471 24479/25633/22470 24475/25629/22466</w:t>
        <w:br/>
        <w:t>f 23936/25094/21968 28596/29751/21969 23977/25132/22005</w:t>
        <w:br/>
        <w:t>f 23939/25091/21965 23936/25094/21968 23977/25132/22005</w:t>
        <w:br/>
        <w:t>f 28597/29752/26029 23940/25097/21971 23941/25096/21970</w:t>
        <w:br/>
        <w:t>f 28598/29753/26030 28597/29752/26029 23941/25096/21970</w:t>
        <w:br/>
        <w:t>f 23954/25110/21983 23955/25109/21982 23999/25155/22027</w:t>
        <w:br/>
        <w:t>f 23982/25137/22010 23954/25110/21983 23999/25155/22027</w:t>
        <w:br/>
        <w:t>f 23982/25137/22010 23983/25136/22009 23961/25117/21990</w:t>
        <w:br/>
        <w:t>f 23954/25110/21983 23982/25137/22010 23961/25117/21990</w:t>
        <w:br/>
        <w:t>f 23978/25134/22007 23972/25128/22001 23973/25127/22000</w:t>
        <w:br/>
        <w:t>f 23980/25135/22008 23978/25134/22007 23973/25127/22000</w:t>
        <w:br/>
        <w:t>f 23972/25128/22001 23978/25134/22007 23938/25092/21966</w:t>
        <w:br/>
        <w:t>f 23939/25091/21965 23972/25128/22001 23938/25092/21966</w:t>
        <w:br/>
        <w:t>f 23968/25123/21996 23975/25131/22004 23976/25130/22003</w:t>
        <w:br/>
        <w:t>f 23967/25124/21997 23968/25123/21996 23976/25130/22003</w:t>
        <w:br/>
        <w:t>f 23984/25139/22012 23981/25138/22011 23964/25121/21994</w:t>
        <w:br/>
        <w:t>f 23965/25120/21993 23984/25139/22012 23964/25121/21994</w:t>
        <w:br/>
        <w:t>f 23981/25138/22011 24000/25154/22026 24001/25156/22028</w:t>
        <w:br/>
        <w:t>f 23964/25121/21994 23981/25138/22011 24001/25156/22028</w:t>
        <w:br/>
        <w:t>f 24005/25160/22030 28597/29752/26029 28598/29753/26030</w:t>
        <w:br/>
        <w:t>f 24004/25157/22004 24005/25160/22030 28598/29753/26030</w:t>
        <w:br/>
        <w:t>f 23931/25086/21960 23971/25129/22002 23977/25132/22005</w:t>
        <w:br/>
        <w:t>f 23930/25087/21961 23931/25086/21960 23977/25132/22005</w:t>
        <w:br/>
        <w:t>f 28596/29751/21969 23935/25089/21963 23930/25087/21961</w:t>
        <w:br/>
        <w:t>f 23977/25132/22005 28596/29751/21969 23930/25087/21961</w:t>
        <w:br/>
        <w:t>f 23944/25100/21973 28600/29754/26031 28599/29755/21964</w:t>
        <w:br/>
        <w:t>f 23945/25099/21963 23944/25100/21973 28599/29755/21964</w:t>
        <w:br/>
        <w:t>f 23946/25104/21977 23947/25103/21976 23951/25106/21979</w:t>
        <w:br/>
        <w:t>f 23952/25105/21978 23946/25104/21977 23951/25106/21979</w:t>
        <w:br/>
        <w:t>f 23953/25108/21981 23962/25116/21989 23960/25114/21987</w:t>
        <w:br/>
        <w:t>f 23952/25105/21978 23953/25108/21981 23960/25114/21987</w:t>
        <w:br/>
        <w:t>f 28601/29756/26032 24009/25164/22034 23931/25086/21960</w:t>
        <w:br/>
        <w:t>f 23932/25085/21959 28601/29756/26032 23931/25086/21960</w:t>
        <w:br/>
        <w:t>f 24225/25379/22226 24226/25378/22225 24336/25492/22338</w:t>
        <w:br/>
        <w:t>f 24369/25523/22364 24225/25379/22226 24336/25492/22338</w:t>
        <w:br/>
        <w:t>f 24369/25523/22364 24250/25405/22251 24237/25393/22240</w:t>
        <w:br/>
        <w:t>f 24225/25379/22226 24369/25523/22364 24237/25393/22240</w:t>
        <w:br/>
        <w:t>f 24201/25354/22206 24243/25399/22245 24244/25398/22245</w:t>
        <w:br/>
        <w:t>f 24200/25355/22207 24201/25354/22206 24244/25398/22245</w:t>
        <w:br/>
        <w:t>f 24226/25378/22225 24245/25400/22246 24335/25493/22339</w:t>
        <w:br/>
        <w:t>f 24336/25492/22338 24226/25378/22225 24335/25493/22339</w:t>
        <w:br/>
        <w:t>f 24335/25493/22339 24245/25400/22246 24247/25402/22248</w:t>
        <w:br/>
        <w:t>f 28188/29343/25675 24335/25493/22339 24247/25402/22248</w:t>
        <w:br/>
        <w:t>f 24237/25393/22240 24248/25404/22250 24230/25385/22232</w:t>
        <w:br/>
        <w:t>f 24238/25392/22239 24237/25393/22240 24230/25385/22232</w:t>
        <w:br/>
        <w:t>f 24231/25387/22234 24303/25459/22305 24304/25458/22304</w:t>
        <w:br/>
        <w:t>f 24236/25390/22237 24231/25387/22234 24304/25458/22304</w:t>
        <w:br/>
        <w:t>f 24230/25385/22232 24248/25404/22250 24307/25462/22308</w:t>
        <w:br/>
        <w:t>f 24229/25382/22229 24230/25385/22232 24307/25462/22308</w:t>
        <w:br/>
        <w:t>f 24307/25462/22308 24308/25461/22307 24305/25460/22306</w:t>
        <w:br/>
        <w:t>f 24303/25459/22305 24307/25462/22308 24305/25460/22306</w:t>
        <w:br/>
        <w:t>f 24301/25456/22302 24302/25455/22301 24310/25465/22311</w:t>
        <w:br/>
        <w:t>f 24304/25458/22304 24301/25456/22302 24310/25465/22311</w:t>
        <w:br/>
        <w:t>f 24332/25488/22334 24333/25487/22333 23872/25029/21906</w:t>
        <w:br/>
        <w:t>f 24234/25388/22235 24332/25488/22334 23872/25029/21906</w:t>
        <w:br/>
        <w:t>f 24312/25467/22313 24332/25488/22334 24310/25465/22311</w:t>
        <w:br/>
        <w:t>f 24302/25455/22301 24312/25467/22313 24310/25465/22311</w:t>
        <w:br/>
        <w:t>f 24883/26038/22838 28602/29757/26033 24896/26050/22850</w:t>
        <w:br/>
        <w:t>f 24882/26035/22835 24883/26038/22838 24896/26050/22850</w:t>
        <w:br/>
        <w:t>f 24881/26036/22836 24882/26035/22835 24897/26052/22852</w:t>
        <w:br/>
        <w:t>f 24911/26066/22866 24881/26036/22836 24897/26052/22852</w:t>
        <w:br/>
        <w:t>f 28602/29757/26033 24883/26038/22838 24933/26089/22889</w:t>
        <w:br/>
        <w:t>f 28603/29758/26034 28602/29757/26033 24933/26089/22889</w:t>
        <w:br/>
        <w:t>f 24950/26106/22905 24951/26105/22904 24946/26104/22903</w:t>
        <w:br/>
        <w:t>f 24947/26103/22902 24950/26106/22905 24946/26104/22903</w:t>
        <w:br/>
        <w:t>f 24960/26115/22914 28209/29364/25693 24958/26113/22912</w:t>
        <w:br/>
        <w:t>f 24959/26112/22911 24960/26115/22914 24958/26113/22912</w:t>
        <w:br/>
        <w:t>f 24951/26105/22904 24959/26112/22911 24952/26108/22907</w:t>
        <w:br/>
        <w:t>f 24946/26104/22903 24951/26105/22904 24952/26108/22907</w:t>
        <w:br/>
        <w:t>f 24958/26113/22912 28209/29364/25693 28210/29365/25694</w:t>
        <w:br/>
        <w:t>f 24982/26136/22933 24958/26113/22912 28210/29365/25694</w:t>
        <w:br/>
        <w:t>f 28238/29394/25723 28241/29396/25725 23416/24571/21485</w:t>
        <w:br/>
        <w:t>f 23415/24570/21484 28238/29394/25723 23416/24571/21485</w:t>
        <w:br/>
        <w:t>f 28605/29759/26035 28240/29395/25724 23428/24584/21498</w:t>
        <w:br/>
        <w:t>f 28604/29760/26036 28605/29759/26035 23428/24584/21498</w:t>
        <w:br/>
        <w:t>f 23453/24608/21523 23455/24611/21526 23456/24610/21525</w:t>
        <w:br/>
        <w:t>f 23452/24607/21522 23453/24608/21523 23456/24610/21525</w:t>
        <w:br/>
        <w:t>f 23398/24554/21469 23463/24617/21532 23453/24608/21523</w:t>
        <w:br/>
        <w:t>f 23397/24552/21467 23398/24554/21469 23453/24608/21523</w:t>
        <w:br/>
        <w:t>f 23463/24617/21532 23473/24628/21543 23464/24621/21536</w:t>
        <w:br/>
        <w:t>f 23462/24618/21533 23463/24617/21532 23464/24621/21536</w:t>
        <w:br/>
        <w:t>f 24867/26022/22822 23416/24571/21485 28241/29396/25725</w:t>
        <w:br/>
        <w:t>f 28242/29397/25726 24867/26022/22822 28241/29396/25725</w:t>
        <w:br/>
        <w:t>f 24727/25881/22694 24723/25876/22689 24719/25873/22686</w:t>
        <w:br/>
        <w:t>f 24720/25872/22685 24727/25881/22694 24719/25873/22686</w:t>
        <w:br/>
        <w:t>f 24718/25874/22687 24719/25873/22686 24721/25878/22691</w:t>
        <w:br/>
        <w:t>f 24846/26000/22803 24718/25874/22687 24721/25878/22691</w:t>
        <w:br/>
        <w:t>f 24737/25892/22705 24713/25867/22680 24715/25871/22684</w:t>
        <w:br/>
        <w:t>f 24736/25893/22706 24737/25892/22705 24715/25871/22684</w:t>
        <w:br/>
        <w:t>f 24742/25898/22711 24712/25868/22681 24713/25867/22680</w:t>
        <w:br/>
        <w:t>f 24737/25892/22705 24742/25898/22711 24713/25867/22680</w:t>
        <w:br/>
        <w:t>f 24736/25893/22706 24715/25871/22684 28606/29761/26037</w:t>
        <w:br/>
        <w:t>f 24830/25984/22787 24736/25893/22706 28606/29761/26037</w:t>
        <w:br/>
        <w:t>f 24848/26002/22805 24846/26000/22803 24721/25878/22691</w:t>
        <w:br/>
        <w:t>f 24836/25991/22794 24848/26002/22805 24721/25878/22691</w:t>
        <w:br/>
        <w:t>f 24836/25991/22794 24839/25993/22796 24850/26004/22807</w:t>
        <w:br/>
        <w:t>f 24848/26002/22805 24836/25991/22794 24850/26004/22807</w:t>
        <w:br/>
        <w:t>f 28602/29757/26033 24874/26027/22827 24875/26030/22830</w:t>
        <w:br/>
        <w:t>f 24896/26050/22850 28602/29757/26033 24875/26030/22830</w:t>
        <w:br/>
        <w:t>f 28603/29758/26034 24877/26031/22831 24874/26027/22827</w:t>
        <w:br/>
        <w:t>f 28602/29757/26033 28603/29758/26034 24874/26027/22827</w:t>
        <w:br/>
        <w:t>f 24896/26050/22850 24875/26030/22830 24878/26034/22834</w:t>
        <w:br/>
        <w:t>f 24895/26051/22851 24896/26050/22850 24878/26034/22834</w:t>
        <w:br/>
        <w:t>f 28608/29762/26038 28607/29763/26039 24948/26102/22901</w:t>
        <w:br/>
        <w:t>f 24949/26101/22900 28608/29762/26038 24948/26102/22901</w:t>
        <w:br/>
        <w:t>f 24949/26101/22900 24953/26107/22906 24954/26111/22910</w:t>
        <w:br/>
        <w:t>f 28608/29762/26038 24949/26101/22900 24954/26111/22910</w:t>
        <w:br/>
        <w:t>f 24956/26109/22908 24953/26107/22906 24952/26108/22907</w:t>
        <w:br/>
        <w:t>f 24957/26114/22913 24956/26109/22908 24952/26108/22907</w:t>
        <w:br/>
        <w:t>f 24980/26135/22932 24956/26109/22908 24957/26114/22913</w:t>
        <w:br/>
        <w:t>f 24981/26137/22934 24980/26135/22932 24957/26114/22913</w:t>
        <w:br/>
        <w:t>f 24551/25709/22535 24552/25708/22534 23392/24546/21461</w:t>
        <w:br/>
        <w:t>f 23393/24545/21460 24551/25709/22535 23392/24546/21461</w:t>
        <w:br/>
        <w:t>f 23395/24550/21465 24879/26033/22833 24550/25705/22531</w:t>
        <w:br/>
        <w:t>f 23394/24551/21466 23395/24550/21465 24550/25705/22531</w:t>
        <w:br/>
        <w:t>f 24180/25334/22189 23399/24553/21468 23394/24551/21466</w:t>
        <w:br/>
        <w:t>f 24550/25705/22531 24180/25334/22189 23394/24551/21466</w:t>
        <w:br/>
        <w:t>f 28609/29764/26040 23429/24583/21497 23401/24556/21471</w:t>
        <w:br/>
        <w:t>f 23402/24555/21470 28609/29764/26040 23401/24556/21471</w:t>
        <w:br/>
        <w:t>f 23407/24562/21476 23404/24561/21476 24180/25334/22189</w:t>
        <w:br/>
        <w:t>f 24184/25338/22193 23407/24562/21476 24180/25334/22189</w:t>
        <w:br/>
        <w:t>f 23393/24545/21460 24868/26023/22823 28610/29765/22193</w:t>
        <w:br/>
        <w:t>f 24551/25709/22535 23393/24545/21460 28610/29765/22193</w:t>
        <w:br/>
        <w:t>f 24583/25738/22561 23860/25012/21889 23857/25015/21892</w:t>
        <w:br/>
        <w:t>f 24706/25861/22675 24583/25738/22561 23857/25015/21892</w:t>
        <w:br/>
        <w:t>f 24570/25728/22551 24571/25727/22550 24697/25854/22669</w:t>
        <w:br/>
        <w:t>f 28248/29403/25734 24570/25728/22551 24697/25854/22669</w:t>
        <w:br/>
        <w:t>f 28249/29404/25735 24576/25733/22556 24577/25732/22555</w:t>
        <w:br/>
        <w:t>f 24580/25737/22560 28249/29404/25735 24577/25732/22555</w:t>
        <w:br/>
        <w:t>f 23860/25012/21889 24583/25738/22561 24580/25737/22560</w:t>
        <w:br/>
        <w:t>f 24577/25732/22555 23860/25012/21889 24580/25737/22560</w:t>
        <w:br/>
        <w:t>f 24591/25749/22572 24592/25748/22571 24595/25751/22574</w:t>
        <w:br/>
        <w:t>f 24596/25750/22573 24591/25749/22572 24595/25751/22574</w:t>
        <w:br/>
        <w:t>f 24693/25848/22663 24595/25751/22574 24592/25748/22571</w:t>
        <w:br/>
        <w:t>f 24698/25853/22668 24693/25848/22663 24592/25748/22571</w:t>
        <w:br/>
        <w:t>f 24693/25848/22663 24699/25852/22667 24700/25855/22129</w:t>
        <w:br/>
        <w:t>f 24562/25717/22539 24693/25848/22663 24700/25855/22129</w:t>
        <w:br/>
        <w:t>f 24699/25852/22667 24697/25854/22669 24571/25727/22550</w:t>
        <w:br/>
        <w:t>f 24706/25861/22675 24707/25865/22678 24708/25864/22678</w:t>
        <w:br/>
        <w:t>f 28250/29405/25736 24706/25861/22675 24708/25864/22678</w:t>
        <w:br/>
        <w:t>f 28285/29441/25770 28286/29440/25769 25075/26231/23026</w:t>
        <w:br/>
        <w:t>f 25076/26230/23025 28285/29441/25770 25075/26231/23026</w:t>
        <w:br/>
        <w:t>f 28286/29440/25769 25089/26244/23039 25154/26309/23102</w:t>
        <w:br/>
        <w:t>f 25075/26231/23026 28286/29440/25769 25154/26309/23102</w:t>
        <w:br/>
        <w:t>f 25089/26244/23039 25090/26243/23038 25156/26310/23103</w:t>
        <w:br/>
        <w:t>f 25154/26309/23102 25089/26244/23039 25156/26310/23103</w:t>
        <w:br/>
        <w:t>f 25158/26314/23107 28612/29766/26041 28611/29767/26041</w:t>
        <w:br/>
        <w:t>f 25159/26313/23106 25158/26314/23107 28611/29767/26041</w:t>
        <w:br/>
        <w:t>f 28613/29768/23022 25158/26314/23107 25163/26319/23112</w:t>
        <w:br/>
        <w:t>f 25171/26327/23120 28613/29768/23022 25163/26319/23112</w:t>
        <w:br/>
        <w:t>f 25168/26324/23117 25169/26323/23116 28614/29769/26042</w:t>
        <w:br/>
        <w:t>f 28615/29770/26043 25168/26324/23117 28614/29769/26042</w:t>
        <w:br/>
        <w:t>f 25163/26319/23112 25164/26318/23111 25167/26325/23118</w:t>
        <w:br/>
        <w:t>f 25168/26324/23117 25163/26319/23112 25167/26325/23118</w:t>
        <w:br/>
        <w:t>f 23910/25063/21938 23923/25076/21950 23871/25026/21903</w:t>
        <w:br/>
        <w:t>f 23870/25025/21902 23910/25063/21938 23871/25026/21903</w:t>
        <w:br/>
        <w:t>f 28616/29771/21915 23910/25063/21938 23870/25025/21902</w:t>
        <w:br/>
        <w:t>f 23875/25030/21907 28616/29771/21915 23870/25025/21902</w:t>
        <w:br/>
        <w:t>f 28617/29772/21908 23887/25040/21916 23882/25037/21913</w:t>
        <w:br/>
        <w:t>f 23883/25036/21907 28617/29772/21908 23882/25037/21913</w:t>
        <w:br/>
        <w:t>f 23893/25049/21924 23903/25056/21931 28618/29773/26044</w:t>
        <w:br/>
        <w:t>f 23894/25048/21923 23893/25049/21924 28618/29773/26044</w:t>
        <w:br/>
        <w:t>f 23893/25049/21924 23889/25047/21922 23899/25055/21930</w:t>
        <w:br/>
        <w:t>f 23902/25057/21932 23893/25049/21924 23899/25055/21930</w:t>
        <w:br/>
        <w:t>f 23871/25026/21903 23921/25078/21952 28619/29774/26045</w:t>
        <w:br/>
        <w:t>f 23866/25024/21901 23871/25026/21903 28619/29774/26045</w:t>
        <w:br/>
        <w:t>f 23881/25038/21914 23879/25032/21909 23880/25035/21912</w:t>
        <w:br/>
        <w:t>f 23884/25039/21915 23881/25038/21914 23880/25035/21912</w:t>
        <w:br/>
        <w:t>f 23903/25056/21931 23897/25050/21925 23898/25053/21928</w:t>
        <w:br/>
        <w:t>f 28618/29773/26044 23903/25056/21931 23898/25053/21928</w:t>
        <w:br/>
        <w:t>f 28620/29775/21911 23913/25068/21942 23911/25066/21940</w:t>
        <w:br/>
        <w:t>f 23908/25065/21912 28620/29775/21911 23911/25066/21940</w:t>
        <w:br/>
        <w:t>f 23911/25066/21940 23914/25067/21941 23923/25076/21950</w:t>
        <w:br/>
        <w:t>f 23910/25063/21938 23911/25066/21940 23923/25076/21950</w:t>
        <w:br/>
        <w:t>f 23920/25075/21949 28621/29776/26046 23896/25051/21926</w:t>
        <w:br/>
        <w:t>f 23897/25050/21925 23920/25075/21949 23896/25051/21926</w:t>
        <w:br/>
        <w:t>f 23914/25067/21941 23925/25079/21953 23922/25077/21951</w:t>
        <w:br/>
        <w:t>f 23923/25076/21950 23914/25067/21941 23922/25077/21951</w:t>
        <w:br/>
        <w:t>f 23907/25062/21937 23864/25019/21896 23917/25072/21946</w:t>
        <w:br/>
        <w:t>f 23915/25071/21945 23907/25062/21937 23917/25072/21946</w:t>
        <w:br/>
        <w:t>f 23918/25074/21948 23895/25052/21927 23896/25051/21926</w:t>
        <w:br/>
        <w:t>f 23919/25073/21947 23918/25074/21948 23896/25051/21926</w:t>
        <w:br/>
        <w:t>f 23989/25143/22016 23986/25141/22014 23987/25140/22013</w:t>
        <w:br/>
        <w:t>f 23988/25144/22017 23989/25143/22016 23987/25140/22013</w:t>
        <w:br/>
        <w:t>f 28621/29776/26046 23994/25149/22021 23919/25073/21947</w:t>
        <w:br/>
        <w:t>f 23896/25051/21926 28621/29776/26046 23919/25073/21947</w:t>
        <w:br/>
        <w:t>f 24983/26141/22938 28360/29515/25837 25069/26225/23020</w:t>
        <w:br/>
        <w:t>f 24986/26138/22935 24983/26141/22938 25069/26225/23020</w:t>
        <w:br/>
        <w:t>f 28622/29777/26047 25155/26311/23104 24987/26145/22942</w:t>
        <w:br/>
        <w:t>f 24988/26144/22941 28622/29777/26047 24987/26145/22942</w:t>
        <w:br/>
        <w:t>f 25053/26209/23004 24994/26146/22943 24991/26149/22943</w:t>
        <w:br/>
        <w:t>f 25000/26154/22949 25053/26209/23004 24991/26149/22943</w:t>
        <w:br/>
        <w:t>f 24995/26153/22948 28623/29778/26048 24998/26150/22945</w:t>
        <w:br/>
        <w:t>f 28624/29779/26049 28622/29777/26047 24988/26144/22941</w:t>
        <w:br/>
        <w:t>f 24999/26155/22950 28624/29779/26049 24988/26144/22941</w:t>
        <w:br/>
        <w:t>f 23996/25153/22025 23873/25028/21905 23868/25022/21899</w:t>
        <w:br/>
        <w:t>f 23869/25021/21898 23996/25153/22025 23868/25022/21899</w:t>
        <w:br/>
        <w:t>f 23868/25022/21899 23874/25027/21904 23876/25031/21908</w:t>
        <w:br/>
        <w:t>f 23867/25023/21900 23868/25022/21899 23876/25031/21908</w:t>
        <w:br/>
        <w:t>f 23888/25043/21918 23885/25042/21904 28626/29780/26050</w:t>
        <w:br/>
        <w:t>f 28625/29781/26050 23888/25043/21918 28626/29780/26050</w:t>
        <w:br/>
        <w:t>f 23891/25045/21920 28628/29782/22511 28627/29783/26051</w:t>
        <w:br/>
        <w:t>f 23890/25046/21921 23891/25045/21920 28627/29783/26051</w:t>
        <w:br/>
        <w:t>f 23890/25046/21921 28627/29783/26051 28629/29784/26052</w:t>
        <w:br/>
        <w:t>f 23900/25054/21929 23890/25046/21921 28629/29784/26052</w:t>
        <w:br/>
        <w:t>f 23866/25024/21901 28619/29774/26045 23998/25151/22023</w:t>
        <w:br/>
        <w:t>f 23869/25021/21898 23866/25024/21901 23998/25151/22023</w:t>
        <w:br/>
        <w:t>f 24010/25168/22038 24011/25167/22037 24100/25257/22126</w:t>
        <w:br/>
        <w:t>f 25155/26311/23104 24010/25168/22038 24100/25257/22126</w:t>
        <w:br/>
        <w:t>f 24047/25202/22071 24048/25201/22070 24027/25182/22051</w:t>
        <w:br/>
        <w:t>f 24024/25181/22025 24047/25202/22071 24027/25182/22051</w:t>
        <w:br/>
        <w:t>f 24562/25717/22539 24700/25855/22129 24050/25207/22076</w:t>
        <w:br/>
        <w:t>f 24051/25206/22075 24562/25717/22539 24050/25207/22076</w:t>
        <w:br/>
        <w:t>f 24012/25166/22036 24107/25263/22130 24102/25255/22124</w:t>
        <w:br/>
        <w:t>f 24011/25167/22037 24012/25166/22036 24102/25255/22124</w:t>
        <w:br/>
        <w:t>f 28622/29777/26047 28624/29779/26049 24103/25259/22128</w:t>
        <w:br/>
        <w:t>f 24104/25258/22127 28622/29777/26047 24103/25259/22128</w:t>
        <w:br/>
        <w:t>f 24106/25260/22076 24102/25255/22124 24107/25263/22130</w:t>
        <w:br/>
        <w:t>f 24108/25262/22074 24106/25260/22076 24107/25263/22130</w:t>
        <w:br/>
        <w:t>f 24557/25712/22537 24992/26148/22944 24993/26147/22944</w:t>
        <w:br/>
        <w:t>f 24556/25711/22537 24557/25712/22537 24993/26147/22944</w:t>
        <w:br/>
        <w:t>f 24052/25205/22074 24027/25182/22051 24048/25201/22070</w:t>
        <w:br/>
        <w:t>f 24051/25206/22075 24052/25205/22074 24048/25201/22070</w:t>
        <w:br/>
        <w:t>f 24702/25856/22670 28631/29785/26053 28630/29786/26054</w:t>
        <w:br/>
        <w:t>f 24701/25857/22671 24702/25856/22670 28630/29786/26054</w:t>
        <w:br/>
        <w:t>f 23861/25017/21894 23862/25016/21893 24701/25857/22671</w:t>
        <w:br/>
        <w:t>f 28630/29786/26054 23861/25017/21894 24701/25857/22671</w:t>
        <w:br/>
        <w:t>f 25155/26311/23104 28622/29777/26047 24104/25258/22127</w:t>
        <w:br/>
        <w:t>f 24010/25168/22038 25155/26311/23104 24104/25258/22127</w:t>
        <w:br/>
        <w:t>f 23928/25082/21956 23932/25085/21959 23933/25088/21962</w:t>
        <w:br/>
        <w:t>f 23927/25083/21957 23928/25082/21956 23933/25088/21962</w:t>
        <w:br/>
        <w:t>f 23949/25101/21974 23956/25112/21985 28632/29787/22542</w:t>
        <w:br/>
        <w:t>f 23948/25102/21975 23949/25101/21974 28632/29787/22542</w:t>
        <w:br/>
        <w:t>f 23958/25113/21986 23949/25101/21974 23946/25104/21977</w:t>
        <w:br/>
        <w:t>f 23959/25115/21988 23958/25113/21986 23946/25104/21977</w:t>
        <w:br/>
        <w:t>f 23927/25083/21957 23963/25118/21991 24134/25288/22148</w:t>
        <w:br/>
        <w:t>f 23926/25084/21958 23927/25083/21957 24134/25288/22148</w:t>
        <w:br/>
        <w:t>f 28633/29788/21991 28599/29755/21964 28600/29754/26031</w:t>
        <w:br/>
        <w:t>f 23991/25147/26055 28633/29788/21991 28600/29754/26031</w:t>
        <w:br/>
        <w:t>f 28601/29756/26032 23932/25085/21959 23928/25082/21956</w:t>
        <w:br/>
        <w:t>f 24008/25162/22032 28601/29756/26032 23928/25082/21956</w:t>
        <w:br/>
        <w:t>f 24145/25303/22161 24550/25705/22531 24879/26033/22833</w:t>
        <w:br/>
        <w:t>f 24148/25300/22158 24145/25303/22161 24879/26033/22833</w:t>
        <w:br/>
        <w:t>f 24178/25336/22191 24179/25335/22190 24145/25303/22161</w:t>
        <w:br/>
        <w:t>f 24146/25302/22160 24178/25336/22191 24145/25303/22161</w:t>
        <w:br/>
        <w:t>f 24113/25271/22135 24714/25866/22679 24711/25869/22682</w:t>
        <w:br/>
        <w:t>f 24116/25268/22132 24113/25271/22135 24711/25869/22682</w:t>
        <w:br/>
        <w:t>f 24714/25866/22679 24113/25271/22135 24144/25299/22157</w:t>
        <w:br/>
        <w:t>f 24716/25870/22683 24714/25866/22679 24144/25299/22157</w:t>
        <w:br/>
        <w:t>f 24843/25999/22802 24844/25998/22801 28634/29789/26056</w:t>
        <w:br/>
        <w:t>f 28635/29790/26056 24843/25999/22802 28634/29789/26056</w:t>
        <w:br/>
        <w:t>f 28637/29791/26057 28636/29792/26058 24844/25998/22801</w:t>
        <w:br/>
        <w:t>f 24845/26001/22804 28637/29791/26057 24844/25998/22801</w:t>
        <w:br/>
        <w:t>f 28638/29793/22920 28637/29791/26057 24845/26001/22804</w:t>
        <w:br/>
        <w:t>f 24847/26003/22806 28638/29793/22920 24845/26001/22804</w:t>
        <w:br/>
        <w:t>f 24849/26005/22808 28639/29794/26059 24847/26003/22806</w:t>
        <w:br/>
        <w:t>f 24715/25871/22684 24716/25870/22683 24852/26007/22810</w:t>
        <w:br/>
        <w:t>f 28606/29761/26037 24715/25871/22684 24852/26007/22810</w:t>
        <w:br/>
        <w:t>f 28607/29763/26039 28608/29762/26038 24971/26126/22923</w:t>
        <w:br/>
        <w:t>f 24968/26125/22922 28607/29763/26039 24971/26126/22923</w:t>
        <w:br/>
        <w:t>f 24976/26130/22927 24971/26126/22923 28608/29762/26038</w:t>
        <w:br/>
        <w:t>f 24954/26111/22910 24976/26130/22927 28608/29762/26038</w:t>
        <w:br/>
        <w:t>f 24975/26131/22928 24976/26130/22927 24972/26129/22926</w:t>
        <w:br/>
        <w:t>f 24973/26128/22925 24975/26131/22928 24972/26129/22926</w:t>
        <w:br/>
        <w:t>f 24873/26028/22828 24978/26132/22929 24977/26133/22930</w:t>
        <w:br/>
        <w:t>f 24872/26029/22829 24873/26028/22828 24977/26133/22930</w:t>
        <w:br/>
        <w:t>f 24876/26032/22832 24979/26134/22931 24978/26132/22929</w:t>
        <w:br/>
        <w:t>f 24873/26028/22828 24876/26032/22832 24978/26132/22929</w:t>
        <w:br/>
        <w:t>f 24872/26029/22829 24977/26133/22930 24148/25300/22158</w:t>
        <w:br/>
        <w:t>f 24879/26033/22833 24872/26029/22829 24148/25300/22158</w:t>
        <w:br/>
        <w:t>f 25754/26907/23625 25747/26902/23620 25753/26908/23626</w:t>
        <w:br/>
        <w:t>f 25770/26924/23641 25771/26923/23640 28581/29737/26017</w:t>
        <w:br/>
        <w:t>f 28582/29736/26017 25770/26924/23641 28581/29737/26017</w:t>
        <w:br/>
        <w:t>f 25785/26941/23657 25744/26901/23619 25787/26942/23658</w:t>
        <w:br/>
        <w:t>f 25785/26941/23657 25753/26908/23626 25747/26902/23620</w:t>
        <w:br/>
        <w:t>f 25744/26901/23619 25785/26941/23657 25747/26902/23620</w:t>
        <w:br/>
        <w:t>f 26355/27510/24158 25806/26963/23679 25807/26962/23678</w:t>
        <w:br/>
        <w:t>f 25804/26957/23673 26355/27510/24158 25807/26962/23678</w:t>
        <w:br/>
        <w:t>f 25951/27109/23812 26018/27174/23868 25947/27103/23806</w:t>
        <w:br/>
        <w:t>f 25948/27102/23805 25951/27109/23812 25947/27103/23806</w:t>
        <w:br/>
        <w:t>f 25954/27106/23809 25951/27109/23812 25948/27102/23805</w:t>
        <w:br/>
        <w:t>f 25949/27104/23807 25954/27106/23809 25948/27102/23805</w:t>
        <w:br/>
        <w:t>f 26204/27358/24019 25786/26940/23656 25787/26942/23658</w:t>
        <w:br/>
        <w:t>f 26202/27357/24018 26204/27358/24019 25787/26942/23658</w:t>
        <w:br/>
        <w:t>f 26239/27394/24054 26236/27392/24052 26237/27391/24051</w:t>
        <w:br/>
        <w:t>f 26238/27395/24055 26239/27394/24054 26237/27391/24051</w:t>
        <w:br/>
        <w:t>f 25808/26961/23677 25946/27099/23802 25947/27103/23806</w:t>
        <w:br/>
        <w:t>f 25807/26962/23678 25808/26961/23677 25947/27103/23806</w:t>
        <w:br/>
        <w:t>f 26336/27491/24141 28640/29795/24047 26335/27488/24052</w:t>
        <w:br/>
        <w:t>f 26552/27707/24337 26542/27697/24327 26551/27704/24334</w:t>
        <w:br/>
        <w:t>f 28584/29738/26018 26566/27722/24349 26567/27721/24348</w:t>
        <w:br/>
        <w:t>f 28583/29739/26019 28584/29738/26018 26567/27721/24348</w:t>
        <w:br/>
        <w:t>f 26584/27739/24365 26541/27698/24328 26583/27737/24363</w:t>
        <w:br/>
        <w:t>f 26583/27737/24363 26541/27698/24328 26542/27697/24327</w:t>
        <w:br/>
        <w:t>f 26552/27707/24337 26583/27737/24363 26542/27697/24327</w:t>
        <w:br/>
        <w:t>f 26355/27510/24158 26599/27756/24382 26604/27758/24384</w:t>
        <w:br/>
        <w:t>f 25806/26963/23679 26355/27510/24158 26604/27758/24384</w:t>
        <w:br/>
        <w:t>f 26749/27904/24520 26742/27898/24514 26743/27897/24513</w:t>
        <w:br/>
        <w:t>f 26812/27967/24577 26749/27904/24520 26743/27897/24513</w:t>
        <w:br/>
        <w:t>f 26742/27898/24514 26749/27904/24520 26746/27903/24519</w:t>
        <w:br/>
        <w:t>f 26744/27899/24515 26742/27898/24514 26746/27903/24519</w:t>
        <w:br/>
        <w:t>f 26996/28151/24729 26995/28150/24728 26584/27739/24365</w:t>
        <w:br/>
        <w:t>f 26582/27738/24364 26996/28151/24729 26584/27739/24365</w:t>
        <w:br/>
        <w:t>f 27028/28184/24760 27029/28183/24759 27032/28186/24762</w:t>
        <w:br/>
        <w:t>f 27033/28185/24761 27028/28184/24760 27032/28186/24762</w:t>
        <w:br/>
        <w:t>f 26743/27897/24513 26740/27894/24510 26603/27759/24385</w:t>
        <w:br/>
        <w:t>f 26604/27758/24384 26743/27897/24513 26603/27759/24385</w:t>
        <w:br/>
        <w:t>f 27128/28280/24759 28641/29796/24755 27127/28281/24848</w:t>
        <w:br/>
        <w:t>f 27200/28353/24908 28586/29740/26020 28585/29741/26020</w:t>
        <w:br/>
        <w:t>f 27199/28354/24908 27200/28353/24908 28585/29741/26020</w:t>
        <w:br/>
        <w:t>f 27202/28360/24914 27182/28339/24894 27183/28338/24894</w:t>
        <w:br/>
        <w:t>f 27205/28357/24911 27202/28360/24914 27183/28338/24894</w:t>
        <w:br/>
        <w:t>f 27396/28551/25055 28643/29797/26060 28642/29798/26060</w:t>
        <w:br/>
        <w:t>f 27395/28548/25055 27396/28551/25055 28642/29798/26060</w:t>
        <w:br/>
        <w:t>f 28644/29799/26061 27457/28612/25107 27452/28608/25103</w:t>
        <w:br/>
        <w:t>f 27453/28607/25102 28644/29799/26061 27452/28608/25103</w:t>
        <w:br/>
        <w:t>f 27455/28610/25105 27452/28608/25103 27457/28612/25107</w:t>
        <w:br/>
        <w:t>f 27458/28611/25106 27455/28610/25105 27457/28612/25107</w:t>
        <w:br/>
        <w:t>f 27462/28619/25112 27802/28955/25380 27465/28620/25113</w:t>
        <w:br/>
        <w:t>f 28645/29800/26062 27802/28955/25380 27462/28619/25112</w:t>
        <w:br/>
        <w:t>f 27466/28621/25114 28645/29800/26062 27462/28619/25112</w:t>
        <w:br/>
        <w:t>f 27542/28694/25176 27539/28697/25176 28590/29745/26023</w:t>
        <w:br/>
        <w:t>f 28589/29744/26023 27542/28694/25176 28590/29745/26023</w:t>
        <w:br/>
        <w:t>f 27523/28681/25164 27524/28680/25164 27544/28699/25180</w:t>
        <w:br/>
        <w:t>f 27545/28698/25179 27523/28681/25164 27544/28699/25180</w:t>
        <w:br/>
        <w:t>f 28647/29801/26063 28646/29802/26064 27734/28889/25326</w:t>
        <w:br/>
        <w:t>f 27735/28888/25326 28647/29801/26063 27734/28889/25326</w:t>
        <w:br/>
        <w:t>f 28648/29803/26065 27792/28948/25374 27793/28947/25373</w:t>
        <w:br/>
        <w:t>f 27798/28952/25377 28648/29803/26065 27793/28947/25373</w:t>
        <w:br/>
        <w:t>f 27798/28952/25377 27793/28947/25373 27795/28950/25376</w:t>
        <w:br/>
        <w:t>f 27797/28953/25378 27798/28952/25377 27795/28950/25376</w:t>
        <w:br/>
        <w:t>f 27800/28957/25382 27464/28617/25110 27465/28620/25113</w:t>
        <w:br/>
        <w:t>f 27806/28961/25386 28649/29804/26066 27805/28962/25387</w:t>
        <w:br/>
        <w:t>f 27805/28962/25387 28649/29804/26066 28650/29805/26067</w:t>
        <w:br/>
        <w:t>f 27809/28964/25389 27805/28962/25387 28650/29805/26067</w:t>
        <w:br/>
        <w:t>f 28649/29804/26066 27806/28961/25386 28181/29336/25668</w:t>
        <w:br/>
        <w:t>f 28651/29806/26068 28649/29804/26066 28181/29336/25668</w:t>
        <w:br/>
        <w:t>f 27469/28623/25116 27797/28953/25378 27795/28950/25376</w:t>
        <w:br/>
        <w:t>f 27469/28623/25116 28587/29743/26021 28588/29742/26021</w:t>
        <w:br/>
        <w:t>f 27455/28610/26069 27469/28623/25116 28588/29742/26021</w:t>
        <w:br/>
        <w:t>f 27475/28632/25123 27476/28631/25122 27205/28357/24911</w:t>
        <w:br/>
        <w:t>f 27827/28982/25403 27818/28973/25395 28591/29747/26024</w:t>
        <w:br/>
        <w:t>f 28592/29746/26024 27827/28982/25403 28591/29747/26024</w:t>
        <w:br/>
        <w:t>f 25755/26910/23628 25752/26909/23627 25756/26914/23632</w:t>
        <w:br/>
        <w:t>f 25757/26913/23631 25755/26910/23628 25756/26914/23632</w:t>
        <w:br/>
        <w:t>f 25739/26894/23613 25736/26893/23612 25772/26928/23644</w:t>
        <w:br/>
        <w:t>f 25773/26927/23643 25739/26894/23613 25772/26928/23644</w:t>
        <w:br/>
        <w:t>f 25783/26939/23655 25756/26914/23632 25752/26909/23627</w:t>
        <w:br/>
        <w:t>f 25786/26940/23656 25783/26939/23655 25752/26909/23627</w:t>
        <w:br/>
        <w:t>f 25941/27097/23800 25944/27101/23804 25940/27098/23801</w:t>
        <w:br/>
        <w:t>f 25945/27100/23803 25943/27095/23798 25940/27098/23801</w:t>
        <w:br/>
        <w:t>f 25950/27105/23808 25944/27101/23804 25941/27097/23800</w:t>
        <w:br/>
        <w:t>f 26153/27308/23970 25950/27105/23808 25941/27097/23800</w:t>
        <w:br/>
        <w:t>f 26203/27359/23970 25942/27096/23799 25784/26938/23654</w:t>
        <w:br/>
        <w:t>f 25783/26939/23655 26203/27359/23970 25784/26938/23654</w:t>
        <w:br/>
        <w:t>f 26241/27396/24056 28653/29807/26070 28652/29808/23871</w:t>
        <w:br/>
        <w:t>f 26240/27393/24053 26241/27396/24056 28652/29808/23871</w:t>
        <w:br/>
        <w:t>f 25945/27100/23803 26327/27482/24135 26284/27438/24095</w:t>
        <w:br/>
        <w:t>f 25943/27095/23798 25945/27100/23803 26284/27438/24095</w:t>
        <w:br/>
        <w:t>f 26337/27493/24143 26327/27482/24135 25808/26961/23677</w:t>
        <w:br/>
        <w:t>f 25809/26964/23680 26337/27493/24143 25808/26961/23677</w:t>
        <w:br/>
        <w:t>f 26550/27705/24335 26556/27708/24338 26553/27711/24340</w:t>
        <w:br/>
        <w:t>f 26549/27706/24336 26550/27705/24335 26553/27711/24340</w:t>
        <w:br/>
        <w:t>f 26569/27725/24351 26535/27688/24320 26536/27691/24322</w:t>
        <w:br/>
        <w:t>f 26570/27724/24350 26569/27725/24351 26536/27691/24322</w:t>
        <w:br/>
        <w:t>f 26581/27736/24362 26582/27738/24364 26549/27706/24336</w:t>
        <w:br/>
        <w:t>f 26553/27711/24340 26581/27736/24362 26549/27706/24336</w:t>
        <w:br/>
        <w:t>f 26738/27893/24509 26739/27895/24511 26737/27890/24506</w:t>
        <w:br/>
        <w:t>f 26738/27893/24509 26735/27892/24508 26741/27896/24512</w:t>
        <w:br/>
        <w:t>f 26745/27900/24516 26946/28101/24681 26737/27890/24506</w:t>
        <w:br/>
        <w:t>f 26739/27895/24511 26745/27900/24516 26737/27890/24506</w:t>
        <w:br/>
        <w:t>f 26997/28152/24681 26581/27736/24362 26580/27735/24361</w:t>
        <w:br/>
        <w:t>f 26736/27891/24507 26997/28152/24681 26580/27735/24361</w:t>
        <w:br/>
        <w:t>f 27030/28188/24764 27031/28187/24763 28655/29809/26071</w:t>
        <w:br/>
        <w:t>f 28654/29810/26072 27030/28188/24764 28655/29809/26071</w:t>
        <w:br/>
        <w:t>f 26741/27896/24512 26735/27892/24508 27078/28233/24807</w:t>
        <w:br/>
        <w:t>f 27119/28274/24844 26741/27896/24512 27078/28233/24807</w:t>
        <w:br/>
        <w:t>f 26603/27759/24385 27119/28274/24844 26337/27493/24143</w:t>
        <w:br/>
        <w:t>f 25809/26964/23680 26603/27759/24385 26337/27493/24143</w:t>
        <w:br/>
        <w:t>f 27142/28300/24864 27143/28299/24863 27802/28955/25380</w:t>
        <w:br/>
        <w:t>f 28645/29800/26062 27142/28300/24864 27802/28955/25380</w:t>
        <w:br/>
        <w:t>f 27801/28956/25381 27802/28955/25380 27143/28299/24863</w:t>
        <w:br/>
        <w:t>f 27157/28312/24874 27801/28956/25381 27143/28299/24863</w:t>
        <w:br/>
        <w:t>f 27272/28427/24963 27271/28426/24962 27264/28419/24956</w:t>
        <w:br/>
        <w:t>f 27265/28418/24955 27272/28427/24963 27264/28419/24956</w:t>
        <w:br/>
        <w:t>f 27274/28429/24962 27203/28359/24913 27204/28358/24912</w:t>
        <w:br/>
        <w:t>f 27273/28428/24964 27274/28429/24962 27204/28358/24912</w:t>
        <w:br/>
        <w:t>f 27456/28613/24874 28656/29811/24875 27459/28614/25108</w:t>
        <w:br/>
        <w:t>f 27682/28838/25285 27470/28625/25118 27459/28614/25108</w:t>
        <w:br/>
        <w:t>f 28656/29811/24875 27682/28838/25285 27459/28614/25108</w:t>
        <w:br/>
        <w:t>f 27273/28428/24964 27476/28631/25122 27477/28630/25121</w:t>
        <w:br/>
        <w:t>f 27479/28633/25124 27273/28428/24964 27477/28630/25121</w:t>
        <w:br/>
        <w:t>f 28649/29804/26066 27483/28640/25130 27484/28639/25129</w:t>
        <w:br/>
        <w:t>f 28650/29805/26067 28649/29804/26066 27484/28639/25129</w:t>
        <w:br/>
        <w:t>f 27483/28640/25130 28649/29804/26066 28651/29806/26068</w:t>
        <w:br/>
        <w:t>f 27499/28653/25142 27483/28640/25130 28651/29806/26068</w:t>
        <w:br/>
        <w:t>f 27612/28768/25231 27604/28761/25224 27605/28760/25223</w:t>
        <w:br/>
        <w:t>f 27613/28767/25230 27612/28768/25231 27605/28760/25223</w:t>
        <w:br/>
        <w:t>f 27614/28770/25233 27615/28769/25232 27546/28701/25182</w:t>
        <w:br/>
        <w:t>f 27543/28700/25181 27614/28770/25233 27546/28701/25182</w:t>
        <w:br/>
        <w:t>f 27796/28954/25379 27683/28837/25143 27799/28951/25142</w:t>
        <w:br/>
        <w:t>f 27797/28953/25378 27468/28624/25117 27470/28625/25118</w:t>
        <w:br/>
        <w:t>f 27796/28954/25379 27797/28953/25378 27470/28625/25118</w:t>
        <w:br/>
        <w:t>f 27611/28763/25226 27822/28976/25398 27820/28975/25397</w:t>
        <w:br/>
        <w:t>f 27615/28769/25232 27611/28763/25226 27820/28975/25397</w:t>
        <w:br/>
        <w:t>f 25734/26890/23609 25735/26889/23608 25758/26912/23630</w:t>
        <w:br/>
        <w:t>f 25759/26911/23629 25734/26890/23609 25758/26912/23630</w:t>
        <w:br/>
        <w:t>f 25737/26892/23611 25738/26891/23610 28658/29812/23459</w:t>
        <w:br/>
        <w:t>f 28657/29813/23458 25737/26892/23611 28658/29812/23459</w:t>
        <w:br/>
        <w:t>f 25743/26898/23616 28652/29808/23871 28653/29807/26070</w:t>
        <w:br/>
        <w:t>f 25742/26895/23614 25743/26898/23616 28653/29807/26070</w:t>
        <w:br/>
        <w:t>f 25782/26937/23653 25734/26890/23609 25759/26911/23629</w:t>
        <w:br/>
        <w:t>f 25784/26938/23654 25782/26937/23653 25759/26911/23629</w:t>
        <w:br/>
        <w:t>f 28659/29814/26073 26289/27443/24099 26285/27440/24097</w:t>
        <w:br/>
        <w:t>f 26283/27439/24096 28659/29814/26073 26285/27440/24097</w:t>
        <w:br/>
        <w:t>f 25943/27095/23798 26285/27440/24097 26288/27444/24100</w:t>
        <w:br/>
        <w:t>f 25942/27096/23799 25943/27095/23798 26288/27444/24100</w:t>
        <w:br/>
        <w:t>f 26023/27178/23871 26291/27447/23616 26292/27446/24101</w:t>
        <w:br/>
        <w:t>f 26022/27175/23869 26023/27178/23871 26292/27446/24101</w:t>
        <w:br/>
        <w:t>f 25784/26938/23654 25942/27096/23799 26288/27444/24100</w:t>
        <w:br/>
        <w:t>f 25782/26937/23653 25784/26938/23654 26288/27444/24100</w:t>
        <w:br/>
        <w:t>f 26283/27439/24096 26339/27494/24144 28660/29815/26074</w:t>
        <w:br/>
        <w:t>f 28659/29814/26073 26283/27439/24096 28660/29815/26074</w:t>
        <w:br/>
        <w:t>f 26555/27709/24322 26531/27687/24319 26532/27686/24318</w:t>
        <w:br/>
        <w:t>f 26554/27710/24339 26555/27709/24322 26532/27686/24318</w:t>
        <w:br/>
        <w:t>f 26534/27689/24321 28662/29816/24189 28661/29817/24192</w:t>
        <w:br/>
        <w:t>f 26533/27690/24319 26534/27689/24321 28661/29817/24192</w:t>
        <w:br/>
        <w:t>f 28654/29810/26072 28655/29809/26071 26539/27693/24324</w:t>
        <w:br/>
        <w:t>f 26540/27692/24323 28654/29810/26072 26539/27693/24324</w:t>
        <w:br/>
        <w:t>f 26554/27710/24339 26532/27686/24318 26579/27734/24360</w:t>
        <w:br/>
        <w:t>f 26580/27735/24361 26554/27710/24339 26579/27734/24360</w:t>
        <w:br/>
        <w:t>f 28663/29818/26075 27079/28232/24806 27077/28234/24808</w:t>
        <w:br/>
        <w:t>f 27082/28238/24811 28663/29818/26075 27077/28234/24808</w:t>
        <w:br/>
        <w:t>f 26735/27892/24508 26736/27891/24507 27083/28237/24810</w:t>
        <w:br/>
        <w:t>f 27077/28234/24808 26735/27892/24508 27083/28237/24810</w:t>
        <w:br/>
        <w:t>f 26817/27972/24581 26814/27971/24580 27087/28242/24812</w:t>
        <w:br/>
        <w:t>f 27084/28241/24324 26817/27972/24581 27087/28242/24812</w:t>
        <w:br/>
        <w:t>f 27083/28237/24810 26736/27891/24507 26580/27735/24361</w:t>
        <w:br/>
        <w:t>f 26579/27734/24360 27083/28237/24810 26580/27735/24361</w:t>
        <w:br/>
        <w:t>f 27079/28232/24806 28663/29818/26075 28660/29815/26074</w:t>
        <w:br/>
        <w:t>f 26339/27494/24144 27079/28232/24806 28660/29815/26074</w:t>
        <w:br/>
        <w:t>f 27144/28298/24862 27145/28297/24861 27152/28307/24871</w:t>
        <w:br/>
        <w:t>f 27150/28306/24870 27144/28298/24862 27152/28307/24871</w:t>
        <w:br/>
        <w:t>f 27188/28342/24897 27189/28341/24896 27266/28421/24958</w:t>
        <w:br/>
        <w:t>f 27263/28420/24957 27188/28342/24897 27266/28421/24958</w:t>
        <w:br/>
        <w:t>f 27268/28423/24960 27196/28351/24906 27197/28352/24907</w:t>
        <w:br/>
        <w:t>f 27267/28424/24961 27268/28423/24960 27197/28352/24907</w:t>
        <w:br/>
        <w:t>f 28656/29811/24875 27343/28496/25015 27344/28499/25017</w:t>
        <w:br/>
        <w:t>f 27682/28838/25285 28656/29811/24875 27344/28499/25017</w:t>
        <w:br/>
        <w:t>f 27150/28306/24870 27460/28615/25015 27158/28313/24875</w:t>
        <w:br/>
        <w:t>f 27144/28298/24862 27150/28306/24870 27158/28313/24875</w:t>
        <w:br/>
        <w:t>f 27478/28634/25125 27480/28635/25126 27268/28423/24960</w:t>
        <w:br/>
        <w:t>f 27269/28422/24959 27478/28634/25125 27268/28423/24960</w:t>
        <w:br/>
        <w:t>f 27491/28648/25138 27485/28638/25128 27486/28641/25131</w:t>
        <w:br/>
        <w:t>f 27493/28646/25136 27491/28648/25138 27486/28641/25131</w:t>
        <w:br/>
        <w:t>f 27607/28762/25225 27529/28682/25165 27530/28685/25168</w:t>
        <w:br/>
        <w:t>f 27606/28759/25222 27607/28762/25225 27530/28685/25168</w:t>
        <w:br/>
        <w:t>f 27537/28693/25175 27538/28692/25174 27608/28766/25229</w:t>
        <w:br/>
        <w:t>f 27609/28765/25228 27537/28693/25175 27608/28766/25229</w:t>
        <w:br/>
        <w:t>f 27341/28498/25016 27815/28969/25393 27684/28839/25286</w:t>
        <w:br/>
        <w:t>f 27344/28499/25017 27341/28498/25016 27684/28839/25286</w:t>
        <w:br/>
        <w:t>f 27493/28646/25136 27486/28641/25131 27498/28654/25143</w:t>
        <w:br/>
        <w:t>f 27803/28958/25383 27493/28646/25136 27498/28654/25143</w:t>
        <w:br/>
        <w:t>f 27821/28977/25399 27608/28766/25229 27538/28692/25174</w:t>
        <w:br/>
        <w:t>f 27725/28881/25320 27821/28977/25399 27538/28692/25174</w:t>
        <w:br/>
        <w:t>f 25602/26759/23489 25603/26758/23488 28659/29814/26073</w:t>
        <w:br/>
        <w:t>f 28660/29815/26074 25602/26759/23489 28659/29814/26073</w:t>
        <w:br/>
        <w:t>f 26289/27443/24099 28659/29814/26073 25603/26758/23488</w:t>
        <w:br/>
        <w:t>f 25605/26760/23490 26289/27443/24099 25603/26758/23488</w:t>
        <w:br/>
        <w:t>f 25615/26770/23496 26289/27443/24099 25605/26760/23490</w:t>
        <w:br/>
        <w:t>f 25610/26765/23495 25615/26770/23496 25605/26760/23490</w:t>
        <w:br/>
        <w:t>f 25601/26756/23486 25559/26714/23449 25564/26719/23454</w:t>
        <w:br/>
        <w:t>f 25610/26765/23495 25601/26756/23486 25564/26719/23454</w:t>
        <w:br/>
        <w:t>f 25602/26759/23489 28660/29815/26074 28663/29818/26075</w:t>
        <w:br/>
        <w:t>f 26421/27576/24216 25602/26759/23489 28663/29818/26075</w:t>
        <w:br/>
        <w:t>f 26421/27576/24216 28663/29818/26075 27082/28238/24811</w:t>
        <w:br/>
        <w:t>f 26422/27577/24217 26421/27576/24216 27082/28238/24811</w:t>
        <w:br/>
        <w:t>f 26422/27577/24217 27082/28238/24811 26430/27585/24222</w:t>
        <w:br/>
        <w:t>f 26425/27580/24220 26422/27577/24217 26430/27585/24222</w:t>
        <w:br/>
        <w:t>f 26420/27575/24215 26425/27580/24220 26384/27541/24188</w:t>
        <w:br/>
        <w:t>f 26379/27533/24180 26420/27575/24215 26384/27541/24188</w:t>
        <w:br/>
        <w:t>f 25564/26719/23454 25559/26714/23449 25563/26720/23455</w:t>
        <w:br/>
        <w:t>f 26385/27540/24187 26379/27533/24180 26384/27541/24188</w:t>
        <w:br/>
        <w:t>f 25557/26712/23447 25558/26711/23446 25666/26820/23546</w:t>
        <w:br/>
        <w:t>f 25561/26716/23451 25557/26712/23447 25666/26820/23546</w:t>
        <w:br/>
        <w:t>f 25590/26745/23443 25556/26713/23448 25557/26712/23447</w:t>
        <w:br/>
        <w:t>f 25562/26715/23450 25590/26745/23443 25557/26712/23447</w:t>
        <w:br/>
        <w:t>f 25594/26749/23479 25591/26748/23478 25596/26751/23481</w:t>
        <w:br/>
        <w:t>f 25604/26757/23487 25594/26749/23479 25596/26751/23481</w:t>
        <w:br/>
        <w:t>f 25592/26747/23477 25600/26753/23483 25595/26752/23482</w:t>
        <w:br/>
        <w:t>f 25591/26748/23478 25592/26747/23477 25595/26752/23482</w:t>
        <w:br/>
        <w:t>f 25601/26756/23486 25597/26750/23480 25595/26752/23482</w:t>
        <w:br/>
        <w:t>f 25598/26755/23485 25601/26756/23486 25595/26752/23482</w:t>
        <w:br/>
        <w:t>f 25599/26754/23484 25666/26820/23546 25558/26711/23446</w:t>
        <w:br/>
        <w:t>f 25598/26755/23485 25599/26754/23484 25558/26711/23446</w:t>
        <w:br/>
        <w:t>f 26377/27535/24182 26383/27536/24183 26464/27620/24257</w:t>
        <w:br/>
        <w:t>f 26380/27532/24179 26377/27535/24182 26464/27620/24257</w:t>
        <w:br/>
        <w:t>f 26377/27535/24182 26378/27534/24181 26411/27566/24176</w:t>
        <w:br/>
        <w:t>f 26382/27537/24184 26377/27535/24182 26411/27566/24176</w:t>
        <w:br/>
        <w:t>f 25594/26749/23479 25604/26757/23487 26416/27569/24209</w:t>
        <w:br/>
        <w:t>f 26413/27567/24207 25594/26749/23479 26416/27569/24209</w:t>
        <w:br/>
        <w:t>f 26414/27571/24211 26418/27572/24212 26412/27568/24208</w:t>
        <w:br/>
        <w:t>f 26413/27567/24207 26414/27571/24211 26412/27568/24208</w:t>
        <w:br/>
        <w:t>f 26420/27575/24215 26417/27573/24213 26414/27571/24211</w:t>
        <w:br/>
        <w:t>f 26415/27570/24210 26420/27575/24215 26414/27571/24211</w:t>
        <w:br/>
        <w:t>f 26380/27532/24179 26464/27620/24257 26419/27574/24214</w:t>
        <w:br/>
        <w:t>f 26417/27573/24213 26380/27532/24179 26419/27574/24214</w:t>
        <w:br/>
        <w:t>f 25706/26861/23587 25704/26858/23584 25577/26733/23467</w:t>
        <w:br/>
        <w:t>f 25578/26732/23466 25706/26861/23587 25577/26733/23467</w:t>
        <w:br/>
        <w:t>f 25708/26864/23590 25706/26861/23587 25578/26732/23466</w:t>
        <w:br/>
        <w:t>f 25580/26735/23468 25708/26864/23590 25578/26732/23466</w:t>
        <w:br/>
        <w:t>f 25584/26739/23471 25581/26738/23467 25732/26887/23584</w:t>
        <w:br/>
        <w:t>f 25587/26743/23475 25584/26739/23471 25732/26887/23584</w:t>
        <w:br/>
        <w:t>f 25592/26747/23477 25593/26746/23476 25644/26802/23528</w:t>
        <w:br/>
        <w:t>f 25645/26801/23527 25592/26747/23477 25644/26802/23528</w:t>
        <w:br/>
        <w:t>f 25664/26819/23545 25661/26818/23544 25599/26754/23484</w:t>
        <w:br/>
        <w:t>f 25600/26753/23483 25664/26819/23545 25599/26754/23484</w:t>
        <w:br/>
        <w:t>f 25711/26865/23591 25708/26864/23590 25580/26735/23468</w:t>
        <w:br/>
        <w:t>f 25665/26821/23547 25711/26865/23591 25580/26735/23468</w:t>
        <w:br/>
        <w:t>f 25665/26821/23547 25661/26818/23544 25662/26817/23543</w:t>
        <w:br/>
        <w:t>f 25711/26865/23591 25665/26821/23547 25662/26817/23543</w:t>
        <w:br/>
        <w:t>f 25664/26819/23545 25645/26801/23527 25646/26800/23526</w:t>
        <w:br/>
        <w:t>f 25663/26816/23542 25664/26819/23545 25646/26800/23526</w:t>
        <w:br/>
        <w:t>f 26508/27663/24300 26400/27555/24200 26398/27554/24199</w:t>
        <w:br/>
        <w:t>f 26505/27660/24297 26508/27663/24300 26398/27554/24199</w:t>
        <w:br/>
        <w:t>f 26400/27555/24200 26508/27663/24300 26510/27666/24303</w:t>
        <w:br/>
        <w:t>f 26401/27556/24201 26400/27555/24200 26510/27666/24303</w:t>
        <w:br/>
        <w:t>f 26530/27685/24297 26404/27557/24199 26405/27560/24203</w:t>
        <w:br/>
        <w:t>f 26408/27564/24206 26530/27685/24297 26405/27560/24203</w:t>
        <w:br/>
        <w:t>f 26412/27568/24208 26446/27600/24237 25644/26802/23528</w:t>
        <w:br/>
        <w:t>f 25593/26746/23476 26412/27568/24208 25644/26802/23528</w:t>
        <w:br/>
        <w:t>f 26463/27618/24255 26418/27572/24212 26419/27574/24214</w:t>
        <w:br/>
        <w:t>f 26462/27615/24252 26463/27618/24255 26419/27574/24214</w:t>
        <w:br/>
        <w:t>f 26512/27668/24305 26465/27619/24256 26401/27556/24201</w:t>
        <w:br/>
        <w:t>f 26510/27666/24303 26512/27668/24305 26401/27556/24201</w:t>
        <w:br/>
        <w:t>f 26461/27616/24253 26462/27615/24252 26465/27619/24256</w:t>
        <w:br/>
        <w:t>f 26512/27668/24305 26461/27616/24253 26465/27619/24256</w:t>
        <w:br/>
        <w:t>f 26445/27601/24238 26446/27600/24237 26463/27618/24255</w:t>
        <w:br/>
        <w:t>f 26460/27617/24254 26445/27601/24238 26463/27618/24255</w:t>
        <w:br/>
        <w:t>f 28664/29819/26076 25702/26860/23586 25703/26859/23585</w:t>
        <w:br/>
        <w:t>f 25707/26862/23588 28664/29819/26076 25703/26859/23585</w:t>
        <w:br/>
        <w:t>f 28665/29820/26077 28664/29819/26076 25707/26862/23588</w:t>
        <w:br/>
        <w:t>f 25709/26863/23589 28665/29820/26077 25707/26862/23588</w:t>
        <w:br/>
        <w:t>f 25653/26807/23533 28665/29820/26077 25709/26863/23589</w:t>
        <w:br/>
        <w:t>f 25710/26866/23592 25653/26807/23533 25709/26863/23589</w:t>
        <w:br/>
        <w:t>f 25651/26806/23532 25653/26807/23533 25710/26866/23592</w:t>
        <w:br/>
        <w:t>f 25712/26867/23593 25651/26806/23532 25710/26866/23592</w:t>
        <w:br/>
        <w:t>f 25712/26867/23593 25713/26868/23594 25650/26803/23529</w:t>
        <w:br/>
        <w:t>f 25651/26806/23532 25712/26867/23593 25650/26803/23529</w:t>
        <w:br/>
        <w:t>f 25714/26870/23596 25646/26800/23526 25647/26799/23525</w:t>
        <w:br/>
        <w:t>f 25715/26869/23595 25714/26870/23596 25647/26799/23525</w:t>
        <w:br/>
        <w:t>f 25646/26800/23526 25714/26870/23596 25713/26868/23594</w:t>
        <w:br/>
        <w:t>f 25663/26816/23542 25646/26800/23526 25713/26868/23594</w:t>
        <w:br/>
        <w:t>f 26506/27659/24296 26507/27662/24299 28666/29821/26078</w:t>
        <w:br/>
        <w:t>f 26509/27664/24301 26506/27659/24296 28666/29821/26078</w:t>
        <w:br/>
        <w:t>f 26509/27664/24301 28666/29821/26078 28667/29822/26079</w:t>
        <w:br/>
        <w:t>f 26511/27665/24302 26509/27664/24301 28667/29822/26079</w:t>
        <w:br/>
        <w:t>f 26452/27606/24243 26513/27667/24304 26511/27665/24302</w:t>
        <w:br/>
        <w:t>f 28667/29822/26079 26452/27606/24243 26511/27665/24302</w:t>
        <w:br/>
        <w:t>f 26513/27667/24304 26452/27606/24243 26449/27603/24240</w:t>
        <w:br/>
        <w:t>f 26514/27669/24306 26513/27667/24304 26449/27603/24240</w:t>
        <w:br/>
        <w:t>f 26450/27602/24239 26515/27670/24307 26514/27669/24306</w:t>
        <w:br/>
        <w:t>f 26449/27603/24240 26450/27602/24239 26514/27669/24306</w:t>
        <w:br/>
        <w:t>f 26516/27671/24308 25715/26869/23595 25647/26799/23525</w:t>
        <w:br/>
        <w:t>f 26445/27601/24238 26516/27671/24308 25647/26799/23525</w:t>
        <w:br/>
        <w:t>f 26445/27601/24238 26460/27617/24254 26515/27670/24307</w:t>
        <w:br/>
        <w:t>f 26516/27671/24308 26445/27601/24238 26515/27670/24307</w:t>
        <w:br/>
        <w:t>f 25621/26776/23502 25617/26773/23499 25618/26772/23498</w:t>
        <w:br/>
        <w:t>f 25620/26777/23503 25621/26776/23502 25618/26772/23498</w:t>
        <w:br/>
        <w:t>f 25648/26805/23531 25649/26804/23530 25669/26824/23550</w:t>
        <w:br/>
        <w:t>f 25693/26847/23573 25648/26805/23531 25669/26824/23550</w:t>
        <w:br/>
        <w:t>f 25652/26808/23534 25648/26805/23531 25693/26847/23573</w:t>
        <w:br/>
        <w:t>f 25655/26810/23536 25652/26808/23534 25693/26847/23573</w:t>
        <w:br/>
        <w:t>f 25652/26808/23534 25656/26809/23535 28665/29820/26077</w:t>
        <w:br/>
        <w:t>f 25653/26807/23533 25652/26808/23534 28665/29820/26077</w:t>
        <w:br/>
        <w:t>f 25656/26809/23535 25657/26813/23539 28664/29819/26076</w:t>
        <w:br/>
        <w:t>f 28665/29820/26077 25656/26809/23535 28664/29819/26076</w:t>
        <w:br/>
        <w:t>f 25702/26860/23586 28664/29819/26076 25657/26813/23539</w:t>
        <w:br/>
        <w:t>f 25659/26814/23540 25702/26860/23586 25657/26813/23539</w:t>
        <w:br/>
        <w:t>f 25705/26857/23583 25702/26860/23586 25659/26814/23540</w:t>
        <w:br/>
        <w:t>f 25667/26823/23549 25705/26857/23583 25659/26814/23540</w:t>
        <w:br/>
        <w:t>f 25649/26804/23530 25650/26803/23529 25616/26774/23500</w:t>
        <w:br/>
        <w:t>f 25617/26773/23499 25649/26804/23530 25616/26774/23500</w:t>
        <w:br/>
        <w:t>f 26434/27589/24226 25620/26777/23503 25618/26772/23498</w:t>
        <w:br/>
        <w:t>f 26431/27587/24224 26434/27589/24226 25618/26772/23498</w:t>
        <w:br/>
        <w:t>f 26448/27604/24241 26495/27649/24286 26468/27623/24260</w:t>
        <w:br/>
        <w:t>f 26447/27605/24242 26448/27604/24241 26468/27623/24260</w:t>
        <w:br/>
        <w:t>f 26495/27649/24286 26448/27604/24241 26451/27607/24244</w:t>
        <w:br/>
        <w:t>f 26453/27610/24247 26495/27649/24286 26451/27607/24244</w:t>
        <w:br/>
        <w:t>f 26451/27607/24244 26452/27606/24243 28667/29822/26079</w:t>
        <w:br/>
        <w:t>f 26455/27608/24245 26451/27607/24244 28667/29822/26079</w:t>
        <w:br/>
        <w:t>f 28666/29821/26078 26456/27612/24249 26455/27608/24245</w:t>
        <w:br/>
        <w:t>f 28667/29822/26079 28666/29821/26078 26455/27608/24245</w:t>
        <w:br/>
        <w:t>f 26456/27612/24249 28666/29821/26078 26507/27662/24299</w:t>
        <w:br/>
        <w:t>f 26458/27613/24250 26456/27612/24249 26507/27662/24299</w:t>
        <w:br/>
        <w:t>f 26504/27661/24298 26467/27621/24258 26458/27613/24250</w:t>
        <w:br/>
        <w:t>f 26507/27662/24299 26504/27661/24298 26458/27613/24250</w:t>
        <w:br/>
        <w:t>f 26447/27605/24242 26431/27587/24224 26432/27586/24223</w:t>
        <w:br/>
        <w:t>f 26450/27602/24239 26447/27605/24242 26432/27586/24223</w:t>
        <w:br/>
        <w:t>f 25623/26778/23504 25626/26779/23505 25627/26782/23508</w:t>
        <w:br/>
        <w:t>f 25622/26775/23501 25623/26778/23504 25627/26782/23508</w:t>
        <w:br/>
        <w:t>f 25683/26838/23564 25717/26871/23597 25660/26815/23541</w:t>
        <w:br/>
        <w:t>f 25658/26812/23538 25683/26838/23564 25660/26815/23541</w:t>
        <w:br/>
        <w:t>f 25691/26845/23571 28668/29823/26080 25688/26844/23570</w:t>
        <w:br/>
        <w:t>f 25689/26843/23569 25691/26845/23571 25688/26844/23570</w:t>
        <w:br/>
        <w:t>f 25655/26810/23536 25693/26847/23573 25690/26846/23572</w:t>
        <w:br/>
        <w:t>f 25689/26843/23569 25655/26810/23536 25690/26846/23572</w:t>
        <w:br/>
        <w:t>f 25683/26838/23564 25688/26844/23570 28668/29823/26080</w:t>
        <w:br/>
        <w:t>f 25673/26828/23554 25683/26838/23564 28668/29823/26080</w:t>
        <w:br/>
        <w:t>f 25690/26846/23572 25692/26848/23574 25687/26842/23568</w:t>
        <w:br/>
        <w:t>f 25684/26841/23567 25690/26846/23572 25687/26842/23568</w:t>
        <w:br/>
        <w:t>f 25687/26842/23568 25692/26848/23574 25622/26775/23501</w:t>
        <w:br/>
        <w:t>f 25627/26782/23508 25687/26842/23568 25622/26775/23501</w:t>
        <w:br/>
        <w:t>f 25719/26874/23600 28669/29824/26081 25716/26872/23598</w:t>
        <w:br/>
        <w:t>f 25717/26871/23597 25719/26874/23600 25716/26872/23598</w:t>
        <w:br/>
        <w:t>f 25727/26879/23603 25729/26885/23607 25730/26884/23548</w:t>
        <w:br/>
        <w:t>f 25726/26880/23598 25727/26879/23603 25730/26884/23548</w:t>
        <w:br/>
        <w:t>f 26435/27591/24228 25626/26779/23505 25623/26778/23504</w:t>
        <w:br/>
        <w:t>f 26433/27588/24225 26435/27591/24228 25623/26778/23504</w:t>
        <w:br/>
        <w:t>f 26483/27637/24274 26457/27611/24248 26459/27614/24251</w:t>
        <w:br/>
        <w:t>f 26482/27638/24275 26483/27637/24274 26459/27614/24251</w:t>
        <w:br/>
        <w:t>f 26490/27645/24282 28670/29825/26082 26493/27646/24283</w:t>
        <w:br/>
        <w:t>f 26489/27644/24281 26490/27645/24282 26493/27646/24283</w:t>
        <w:br/>
        <w:t>f 26453/27610/24247 26489/27644/24281 26491/27648/24285</w:t>
        <w:br/>
        <w:t>f 26495/27649/24286 26453/27610/24247 26491/27648/24285</w:t>
        <w:br/>
        <w:t>f 26483/27637/24274 26469/27627/24264 28670/29825/26082</w:t>
        <w:br/>
        <w:t>f 26490/27645/24282 26483/27637/24274 28670/29825/26082</w:t>
        <w:br/>
        <w:t>f 26491/27648/24285 26492/27647/24284 28671/29826/26083</w:t>
        <w:br/>
        <w:t>f 26494/27650/24287 26491/27648/24285 28671/29826/26083</w:t>
        <w:br/>
        <w:t>f 26433/27588/24225 26494/27650/24287 28671/29826/26083</w:t>
        <w:br/>
        <w:t>f 26435/27591/24228 26433/27588/24225 28671/29826/26083</w:t>
        <w:br/>
        <w:t>f 26484/27639/24276 26482/27638/24275 26517/27672/24309</w:t>
        <w:br/>
        <w:t>f 28672/29827/26084 26484/27639/24276 26517/27672/24309</w:t>
        <w:br/>
        <w:t>f 26526/27684/24259 26527/27683/24317 26522/27679/24314</w:t>
        <w:br/>
        <w:t>f 26523/27678/24309 26526/27684/24259 26522/27679/24314</w:t>
        <w:br/>
        <w:t>f 26472/27624/24261 26469/27627/24264 26483/27637/24274</w:t>
        <w:br/>
        <w:t>f 25717/26871/23597 25683/26838/23564 25670/26827/23553</w:t>
        <w:br/>
        <w:t>f 25719/26874/23600 25717/26871/23597 25670/26827/23553</w:t>
        <w:br/>
        <w:t>f 25674/26831/23557 28673/29828/26085 25671/26826/23552</w:t>
        <w:br/>
        <w:t>f 25672/26825/23551 25674/26831/23557 25671/26826/23552</w:t>
        <w:br/>
        <w:t>f 25673/26828/23554 28668/29823/26080 25676/26829/23555</w:t>
        <w:br/>
        <w:t>f 25672/26825/23551 25673/26828/23554 25676/26829/23555</w:t>
        <w:br/>
        <w:t>f 25678/26833/23559 25676/26829/23555 28668/29823/26080</w:t>
        <w:br/>
        <w:t>f 25691/26845/23571 25678/26833/23559 28668/29823/26080</w:t>
        <w:br/>
        <w:t>f 25694/26852/23578 25695/26851/23577 28669/29824/26081</w:t>
        <w:br/>
        <w:t>f 25719/26874/23600 25694/26852/23578 28669/29824/26081</w:t>
        <w:br/>
        <w:t>f 25694/26852/23578 25671/26826/23552 28673/29828/26085</w:t>
        <w:br/>
        <w:t>f 25697/26849/23575 25694/26852/23578 28673/29828/26085</w:t>
        <w:br/>
        <w:t>f 25724/26882/23605 25725/26881/23604 25722/26878/23577</w:t>
        <w:br/>
        <w:t>f 25723/26877/23602 25724/26882/23605 25722/26878/23577</w:t>
        <w:br/>
        <w:t>f 26471/27625/24262 28674/29829/26086 26473/27630/24267</w:t>
        <w:br/>
        <w:t>f 26470/27626/24263 26471/27625/24262 26473/27630/24267</w:t>
        <w:br/>
        <w:t>f 26469/27627/24264 26470/27626/24263 26474/27629/24266</w:t>
        <w:br/>
        <w:t>f 28670/29825/26082 26469/27627/24264 26474/27629/24266</w:t>
        <w:br/>
        <w:t>f 26477/27632/24269 26493/27646/24283 28670/29825/26082</w:t>
        <w:br/>
        <w:t>f 26474/27629/24266 26477/27632/24269 28670/29825/26082</w:t>
        <w:br/>
        <w:t>f 26499/27654/24291 26484/27639/24276 28672/29827/26084</w:t>
        <w:br/>
        <w:t>f 26498/27651/24288 26499/27654/24291 28672/29827/26084</w:t>
        <w:br/>
        <w:t>f 28674/29829/26086 26471/27625/24262 26499/27654/24291</w:t>
        <w:br/>
        <w:t>f 26496/27653/24290 28674/29829/26086 26499/27654/24291</w:t>
        <w:br/>
        <w:t>f 26525/27680/24315 26521/27675/24312 26520/27676/24288</w:t>
        <w:br/>
        <w:t>f 26524/27677/24313 26525/27680/24315 26520/27676/24288</w:t>
        <w:br/>
        <w:t>f 25685/26840/23566 25686/26839/23565 28675/29830/26087</w:t>
        <w:br/>
        <w:t>f 28676/29831/26088 25685/26840/23566 28675/29830/26087</w:t>
        <w:br/>
        <w:t>f 26492/27647/24284 26486/27642/24279 26487/27641/24278</w:t>
        <w:br/>
        <w:t>f 28671/29826/26083 26492/27647/24284 26487/27641/24278</w:t>
        <w:br/>
        <w:t>f 25630/26784/23510 25624/26781/23507 25625/26780/23506</w:t>
        <w:br/>
        <w:t>f 25629/26785/23511 25630/26784/23510 25625/26780/23506</w:t>
        <w:br/>
        <w:t>f 26438/27592/24229 25629/26785/23511 25625/26780/23506</w:t>
        <w:br/>
        <w:t>f 26436/27590/24227 26438/27592/24229 25625/26780/23506</w:t>
        <w:br/>
        <w:t>f 25631/26783/23509 25628/26786/23512 25633/26788/23514</w:t>
        <w:br/>
        <w:t>f 25634/26787/23513 25631/26783/23509 25633/26788/23514</w:t>
        <w:br/>
        <w:t>f 28673/29828/26085 25674/26831/23557 25679/26835/23561</w:t>
        <w:br/>
        <w:t>f 25680/26834/23560 28673/29828/26085 25679/26835/23561</w:t>
        <w:br/>
        <w:t>f 25675/26830/23556 25677/26832/23558 25681/26837/23563</w:t>
        <w:br/>
        <w:t>f 25682/26836/23562 25675/26830/23556 25681/26837/23563</w:t>
        <w:br/>
        <w:t>f 25682/26836/23562 25635/26790/23516 25636/26792/23518</w:t>
        <w:br/>
        <w:t>f 25679/26835/23561 25682/26836/23562 25636/26792/23518</w:t>
        <w:br/>
        <w:t>f 25631/26783/23509 25681/26837/23563 28676/29831/26088</w:t>
        <w:br/>
        <w:t>f 28675/29830/26087 25631/26783/23509 28676/29831/26088</w:t>
        <w:br/>
        <w:t>f 25696/26850/23576 25697/26849/23575 25701/26856/23582</w:t>
        <w:br/>
        <w:t>f 25698/26855/23581 25696/26850/23576 25701/26856/23582</w:t>
        <w:br/>
        <w:t>f 25697/26849/23575 28673/29828/26085 25680/26834/23560</w:t>
        <w:br/>
        <w:t>f 25701/26856/23582 25697/26849/23575 25680/26834/23560</w:t>
        <w:br/>
        <w:t>f 26437/27593/24230 26439/27594/24231 25633/26788/23514</w:t>
        <w:br/>
        <w:t>f 25628/26786/23512 26437/27593/24230 25633/26788/23514</w:t>
        <w:br/>
        <w:t>f 26479/27633/24270 26473/27630/24267 28674/29829/26086</w:t>
        <w:br/>
        <w:t>f 26478/27634/24271 26479/27633/24270 28674/29829/26086</w:t>
        <w:br/>
        <w:t>f 26480/27636/24273 26476/27631/24268 26475/27628/24265</w:t>
        <w:br/>
        <w:t>f 26481/27635/24272 26480/27636/24273 26475/27628/24265</w:t>
        <w:br/>
        <w:t>f 26481/27635/24272 26479/27633/24270 26441/27596/24233</w:t>
        <w:br/>
        <w:t>f 26440/27595/24232 26481/27635/24272 26441/27596/24233</w:t>
        <w:br/>
        <w:t>f 26485/27643/24280 26480/27636/24273 26437/27593/24230</w:t>
        <w:br/>
        <w:t>f 26488/27640/24277 26485/27643/24280 26437/27593/24230</w:t>
        <w:br/>
        <w:t>f 26497/27652/24289 26501/27657/24294 26502/27656/24293</w:t>
        <w:br/>
        <w:t>f 26496/27653/24290 26497/27652/24289 26502/27656/24293</w:t>
        <w:br/>
        <w:t>f 26478/27634/24271 28674/29829/26086 26496/27653/24290</w:t>
        <w:br/>
        <w:t>f 26502/27656/24293 26478/27634/24271 26496/27653/24290</w:t>
        <w:br/>
        <w:t>f 25681/26837/23563 25677/26832/23558 28676/29831/26088</w:t>
        <w:br/>
        <w:t>f 25678/26833/23559 25685/26840/23566 28676/29831/26088</w:t>
        <w:br/>
        <w:t>f 25677/26832/23558 25678/26833/23559 28676/29831/26088</w:t>
        <w:br/>
        <w:t>f 25691/26845/23571 25684/26841/23567 25685/26840/23566</w:t>
        <w:br/>
        <w:t>f 25678/26833/23559 25691/26845/23571 25685/26840/23566</w:t>
        <w:br/>
        <w:t>f 25627/26782/23508 25624/26781/23507 25686/26839/23565</w:t>
        <w:br/>
        <w:t>f 25687/26842/23568 25627/26782/23508 25686/26839/23565</w:t>
        <w:br/>
        <w:t>f 28675/29830/26087 25686/26839/23565 25624/26781/23507</w:t>
        <w:br/>
        <w:t>f 25630/26784/23510 28675/29830/26087 25624/26781/23507</w:t>
        <w:br/>
        <w:t>f 28675/29830/26087 25630/26784/23510 25631/26783/23509</w:t>
        <w:br/>
        <w:t>f 26437/27593/24230 26438/27592/24229 26488/27640/24277</w:t>
        <w:br/>
        <w:t>f 26436/27590/24227 26487/27641/24278 26488/27640/24277</w:t>
        <w:br/>
        <w:t>f 26438/27592/24229 26436/27590/24227 26488/27640/24277</w:t>
        <w:br/>
        <w:t>f 26435/27591/24228 28671/29826/26083 26487/27641/24278</w:t>
        <w:br/>
        <w:t>f 26436/27590/24227 26435/27591/24228 26487/27641/24278</w:t>
        <w:br/>
        <w:t>f 26486/27642/24279 26492/27647/24284 26493/27646/24283</w:t>
        <w:br/>
        <w:t>f 26477/27632/24269 26486/27642/24279 26493/27646/24283</w:t>
        <w:br/>
        <w:t>f 26477/27632/24269 26476/27631/24268 26485/27643/24280</w:t>
        <w:br/>
        <w:t>f 26486/27642/24279 26477/27632/24269 26485/27643/24280</w:t>
        <w:br/>
        <w:t>f 26485/27643/24280 26476/27631/24268 26480/27636/24273</w:t>
        <w:br/>
        <w:t>f 28680/29832/26089 28679/29833/26090 28678/29834/26091</w:t>
        <w:br/>
        <w:t>f 28677/29835/26092 28680/29832/26089 28678/29834/26091</w:t>
        <w:br/>
        <w:t>f 28681/29836/26093 28199/29354/25684 28197/29352/25682</w:t>
        <w:br/>
        <w:t>f 28682/29837/26093 28681/29836/26093 28197/29352/25682</w:t>
        <w:br/>
        <w:t>f 24764/25918/22731 28198/29353/25683 28683/29838/26094</w:t>
        <w:br/>
        <w:t>f 28684/29839/26095 24764/25918/22731 28683/29838/26094</w:t>
        <w:br/>
        <w:t>f 24811/25969/22774 24812/25968/22774 28677/29835/26092</w:t>
        <w:br/>
        <w:t>f 28678/29834/26091 24811/25969/22774 28677/29835/26092</w:t>
        <w:br/>
        <w:t>f 24816/25970/22775 28681/29836/26093 28682/29837/26093</w:t>
        <w:br/>
        <w:t>f 24815/25971/22775 24816/25970/22775 28682/29837/26093</w:t>
        <w:br/>
        <w:t>f 28684/29839/26095 28683/29838/26094 24819/25977/22780</w:t>
        <w:br/>
        <w:t>f 24820/25976/22779 28684/29839/26095 24819/25977/22780</w:t>
        <w:br/>
        <w:t>f 23392/24546/21461 24552/25708/22534 23400/24557/21472</w:t>
        <w:br/>
        <w:t>f 23401/24556/21471 23392/24546/21461 23400/24557/21472</w:t>
        <w:br/>
        <w:t>f 23441/24597/21511 28237/29392/25721 28685/29840/26096</w:t>
        <w:br/>
        <w:t>f 23430/24588/21502 23441/24597/21511 28685/29840/26096</w:t>
        <w:br/>
        <w:t>f 28604/29760/26036 23428/24584/21498 23429/24583/21497</w:t>
        <w:br/>
        <w:t>f 28609/29764/26040 28604/29760/26036 23429/24583/21497</w:t>
        <w:br/>
        <w:t>f 23436/24590/21504 23438/24595/21509 28231/29384/25713</w:t>
        <w:br/>
        <w:t>f 23435/24591/21505 23436/24590/21504 28231/29384/25713</w:t>
        <w:br/>
        <w:t>f 23448/24603/21517 23440/24593/21507 23436/24590/21504</w:t>
        <w:br/>
        <w:t>f 23437/24589/21503 23448/24603/21517 23436/24590/21504</w:t>
        <w:br/>
        <w:t>f 28686/29841/26097 23433/24585/21499 23430/24588/21502</w:t>
        <w:br/>
        <w:t>f 28685/29840/26096 28686/29841/26097 23430/24588/21502</w:t>
        <w:br/>
        <w:t>f 23400/24557/21472 24555/25710/22536 28687/29842/26098</w:t>
        <w:br/>
        <w:t>f 23403/24558/21473 23400/24557/21472 28687/29842/26098</w:t>
        <w:br/>
        <w:t>f 28229/29386/25715 28232/29387/25716 23434/24592/21506</w:t>
        <w:br/>
        <w:t>f 23435/24591/21505 28229/29386/25715 23434/24592/21506</w:t>
        <w:br/>
        <w:t>f 23425/24580/21494 28229/29386/25715 28230/29385/25714</w:t>
        <w:br/>
        <w:t>f 23424/24581/21495 23425/24580/21494 28230/29385/25714</w:t>
        <w:br/>
        <w:t>f 23439/24594/21508 23440/24593/21507 28240/29395/25724</w:t>
        <w:br/>
        <w:t>f 28605/29759/26035 23439/24594/21508 28240/29395/25724</w:t>
        <w:br/>
        <w:t>f 28238/29394/25723 23415/24570/21484 23428/24584/21498</w:t>
        <w:br/>
        <w:t>f 28240/29395/25724 28238/29394/25723 23428/24584/21498</w:t>
        <w:br/>
        <w:t>f 23391/24547/21462 23392/24546/21461 23401/24556/21471</w:t>
        <w:br/>
        <w:t>f 23429/24583/21497 23391/24547/21462 23401/24556/21471</w:t>
        <w:br/>
        <w:t>f 28243/29398/25727 23433/24585/21499 28686/29841/26097</w:t>
        <w:br/>
        <w:t>f 24997/26151/22946 24998/26150/22945 25072/26226/23021</w:t>
        <w:br/>
        <w:t>f 25070/26224/23019 24997/26151/22946 25072/26226/23021</w:t>
        <w:br/>
        <w:t>f 25035/26191/22986 25073/26228/23023 25022/26174/22969</w:t>
        <w:br/>
        <w:t>f 25019/26177/22972 25035/26191/22986 25022/26174/22969</w:t>
        <w:br/>
        <w:t>f 25029/26184/22979 25026/26183/22978 25038/26194/22989</w:t>
        <w:br/>
        <w:t>f 25034/26192/22987 25029/26184/22979 25038/26194/22989</w:t>
        <w:br/>
        <w:t>f 25041/26195/22990 28363/29519/25841 25032/26186/22981</w:t>
        <w:br/>
        <w:t>f 25033/26185/22980 25041/26195/22990 25032/26186/22981</w:t>
        <w:br/>
        <w:t>f 28688/29843/26099 24996/26152/22947 24997/26151/22946</w:t>
        <w:br/>
        <w:t>f 25074/26229/23024 28688/29843/26099 24997/26151/22946</w:t>
        <w:br/>
        <w:t>f 28362/29517/25839 28688/29843/26099 25074/26229/23024</w:t>
        <w:br/>
        <w:t>f 28361/29516/25838 28362/29517/25839 25074/26229/23024</w:t>
        <w:br/>
        <w:t>f 25033/26185/22980 28361/29516/25838 25008/26165/22960</w:t>
        <w:br/>
        <w:t>f 25041/26195/22990 25033/26185/22980 25008/26165/22960</w:t>
        <w:br/>
        <w:t>f 28363/29519/25841 25038/26194/22989 25026/26183/22978</w:t>
        <w:br/>
        <w:t>f 25032/26186/22981 28363/29519/25841 25026/26183/22978</w:t>
        <w:br/>
        <w:t>f 25019/26177/22972 25029/26184/22979 25034/26192/22987</w:t>
        <w:br/>
        <w:t>f 25035/26191/22986 25019/26177/22972 25034/26192/22987</w:t>
        <w:br/>
        <w:t>f 25071/26227/23022 25072/26226/23021 24998/26150/22945</w:t>
        <w:br/>
        <w:t>f 28623/29778/26048 28689/29844/26100 24998/26150/22945</w:t>
        <w:br/>
        <w:t>f 25022/26174/22969 25073/26228/23023 25025/26178/22973</w:t>
        <w:br/>
        <w:t>f 23363/24517/21440 23381/24535/21453 23382/24534/21453</w:t>
        <w:br/>
        <w:t>f 23362/24518/21440 23363/24517/21440 23382/24534/21453</w:t>
        <w:br/>
        <w:t>f 23372/24527/21447 23386/24541/21457 23371/24524/21444</w:t>
        <w:br/>
        <w:t>f 23371/24524/21444 23386/24541/21457 23383/24540/21456</w:t>
        <w:br/>
        <w:t>f 23374/24528/21448 23371/24524/21444 23383/24540/21456</w:t>
        <w:br/>
        <w:t>f 28691/29845/26101 23377/24531/21451 23378/24530/21450</w:t>
        <w:br/>
        <w:t>f 28690/29846/26102 28691/29845/26101 23378/24530/21450</w:t>
        <w:br/>
        <w:t>f 23361/24519/21439 23134/24290/21219 23135/24289/21219</w:t>
        <w:br/>
        <w:t>f 23364/24516/21439 23361/24519/21439 23135/24289/21219</w:t>
        <w:br/>
        <w:t>f 23370/24525/21445 23357/24513/21436 23358/24512/21435</w:t>
        <w:br/>
        <w:t>f 23369/24526/21446 23370/24525/21445 23358/24512/21435</w:t>
        <w:br/>
        <w:t>f 23370/24525/21445 23373/24529/21449 23359/24515/21438</w:t>
        <w:br/>
        <w:t>f 23357/24513/21436 23370/24525/21445 23359/24515/21438</w:t>
        <w:br/>
        <w:t>f 23365/24523/21443 28691/29845/26101 28690/29846/26102</w:t>
        <w:br/>
        <w:t>f 23368/24520/21441 23365/24523/21443 28690/29846/26102</w:t>
        <w:br/>
        <w:t>f 23389/24544/21459 23369/24526/21446 23358/24512/21435</w:t>
        <w:br/>
        <w:t>f 23339/24494/21420 23143/24299/21228 23140/24296/21225</w:t>
        <w:br/>
        <w:t>f 23140/24296/21225 23143/24299/21228 23142/24297/21226</w:t>
        <w:br/>
        <w:t>f 23142/24297/21226 23143/24299/21228 23139/24292/21229</w:t>
        <w:br/>
        <w:t>f 23143/24299/21228 23360/24514/21437 23340/24495/21421</w:t>
        <w:br/>
        <w:t>f 23366/24522/21442 23367/24521/21442 23148/24302/21232</w:t>
        <w:br/>
        <w:t>f 23149/24301/21231 23366/24522/21442 23148/24302/21232</w:t>
        <w:br/>
        <w:t>f 23153/24305/21234 28692/29847/26103 23152/24306/21234</w:t>
        <w:br/>
        <w:t>f 23095/24251/21182 23096/24250/21181 23126/24283/21214</w:t>
        <w:br/>
        <w:t>f 23127/24282/21213 23095/24251/21182 23126/24283/21214</w:t>
        <w:br/>
        <w:t>f 23144/24298/21227 23129/24284/21215 23131/24286/21216</w:t>
        <w:br/>
        <w:t>f 23130/24285/21216 23144/24298/21227 23131/24286/21216</w:t>
        <w:br/>
        <w:t>f 23154/24310/21238 23155/24309/21237 23159/24315/21243</w:t>
        <w:br/>
        <w:t>f 23160/24314/21242 23154/24310/21238 23159/24315/21243</w:t>
        <w:br/>
        <w:t>f 23159/24315/21243 23155/24309/21237 23164/24319/21247</w:t>
        <w:br/>
        <w:t>f 23172/24327/21255 23170/24326/21254 23171/24325/21253</w:t>
        <w:br/>
        <w:t>f 23138/24293/21222 23121/24275/21206 23118/24273/21204</w:t>
        <w:br/>
        <w:t>f 23106/24258/21189 23108/24263/21194 23105/24259/21190</w:t>
        <w:br/>
        <w:t>f 23105/24259/21190 23109/24262/21193 23112/24266/21197</w:t>
        <w:br/>
        <w:t>f 23104/24260/21191 23105/24259/21190 23112/24266/21197</w:t>
        <w:br/>
        <w:t>f 23101/24256/21187 23102/24255/21186 23089/24243/21174</w:t>
        <w:br/>
        <w:t>f 28693/29848/26104 23101/24256/21187 23089/24243/21174</w:t>
        <w:br/>
        <w:t>f 23098/24253/21184 28694/29849/26105 23097/24254/21185</w:t>
        <w:br/>
        <w:t>f 23045/24203/21136 28695/29850/26106 23089/24243/21174</w:t>
        <w:br/>
        <w:t>f 23182/24337/21264 23181/24336/21264 23045/24203/21136</w:t>
        <w:br/>
        <w:t>f 23046/24202/21135 23182/24337/21264 23045/24203/21136</w:t>
        <w:br/>
        <w:t>f 23098/24253/21184 23099/24252/21183 23179/24335/21263</w:t>
        <w:br/>
        <w:t>f 28695/29850/26106 28693/29848/26104 23089/24243/21174</w:t>
        <w:br/>
        <w:t>f 23161/24317/21244 23162/24316/21244 23051/24206/21138</w:t>
        <w:br/>
        <w:t>f 23052/24205/21138 23161/24317/21244 23051/24206/21138</w:t>
        <w:br/>
        <w:t>f 23080/24237/21168 23081/24236/21167 23078/24232/21163</w:t>
        <w:br/>
        <w:t>f 23079/24231/21162 23080/24237/21168 23078/24232/21163</w:t>
        <w:br/>
        <w:t>f 23090/24247/21178 23049/24204/21137 23088/24244/21175</w:t>
        <w:br/>
        <w:t>f 23093/24249/21180 23090/24247/21178 23088/24244/21175</w:t>
        <w:br/>
        <w:t>f 23045/24203/21136 23088/24244/21175 23049/24204/21137</w:t>
        <w:br/>
        <w:t>f 23175/24330/21258 23080/24237/21168 23079/24231/21162</w:t>
        <w:br/>
        <w:t>f 23183/24338/21265 23066/24221/21267 23185/24340/21269</w:t>
        <w:br/>
        <w:t>f 23186/24339/21268 23183/24338/21265 23185/24340/21269</w:t>
        <w:br/>
        <w:t>f 23183/24338/21265 28696/29851/26107 23047/24201/21134</w:t>
        <w:br/>
        <w:t>f 23204/24357/21285 23193/24349/21278 23196/24351/21280</w:t>
        <w:br/>
        <w:t>f 23350/24506/21429 23202/24359/21287 23203/24358/21286</w:t>
        <w:br/>
        <w:t>f 23351/24505/21428 23350/24506/21429 23203/24358/21286</w:t>
        <w:br/>
        <w:t>f 23352/24509/21432 23353/24508/21431 23195/24350/21279</w:t>
        <w:br/>
        <w:t>f 23047/24201/21134 23352/24509/21432 23195/24350/21279</w:t>
        <w:br/>
        <w:t>f 23183/24338/21265 28697/29852/26108 28696/29851/26107</w:t>
        <w:br/>
        <w:t>f 23207/24360/21288 23355/24510/21433 23206/24361/21289</w:t>
        <w:br/>
        <w:t>f 23056/24209/21141 23075/24229/21161 23074/24230/21161</w:t>
        <w:br/>
        <w:t>f 23068/24223/21155 23056/24209/21141 23074/24230/21161</w:t>
        <w:br/>
        <w:t>f 23192/24347/21276 23056/24209/21141 23190/24345/21274</w:t>
        <w:br/>
        <w:t>f 23191/24346/21275 23192/24347/21276 23190/24345/21274</w:t>
        <w:br/>
        <w:t>f 23184/24341/21270 23189/24342/21271 23186/24339/21268</w:t>
        <w:br/>
        <w:t>f 23344/24501/21425 28698/29853/26109 23347/24502/21425</w:t>
        <w:br/>
        <w:t>f 23196/24351/21280 23285/24438/21365 23286/24441/21365</w:t>
        <w:br/>
        <w:t>f 23211/24366/21294 23196/24351/21280 23286/24441/21365</w:t>
        <w:br/>
        <w:t>f 23287/24442/21367 23293/24447/21372 23255/24410/21338</w:t>
        <w:br/>
        <w:t>f 23057/24215/21147 28699/29854/26110 23060/24212/21144</w:t>
        <w:br/>
        <w:t>f 23176/24333/21261 23196/24351/21280 23054/24211/21143</w:t>
        <w:br/>
        <w:t>f 23178/24331/21259 23176/24333/21261 23054/24211/21143</w:t>
        <w:br/>
        <w:t>f 23069/24224/21156 23256/24413/21341 23063/24217/21149</w:t>
        <w:br/>
        <w:t>f 23061/24216/21148 23069/24224/21156 23063/24217/21149</w:t>
        <w:br/>
        <w:t>f 23064/24219/21151 23055/24210/21142 23061/24216/21148</w:t>
        <w:br/>
        <w:t>f 23063/24217/21149 23064/24219/21151 23061/24216/21148</w:t>
        <w:br/>
        <w:t>f 23055/24210/21142 23178/24331/21259 23054/24211/21143</w:t>
        <w:br/>
        <w:t>f 23345/24500/21424 23346/24499/21424 23341/24498/21423</w:t>
        <w:br/>
        <w:t>f 23342/24497/21423 23345/24500/21424 23341/24498/21423</w:t>
        <w:br/>
        <w:t>f 23264/24419/21347 23265/24421/21349 23258/24411/21339</w:t>
        <w:br/>
        <w:t>f 23257/24412/21340 23258/24411/21339 23265/24421/21349</w:t>
        <w:br/>
        <w:t>f 28700/29855/26111 23257/24412/21340 23265/24421/21349</w:t>
        <w:br/>
        <w:t>f 23288/24445/21370 23294/24449/21374 28701/29856/26112</w:t>
        <w:br/>
        <w:t>f 23291/24446/21384 23288/24445/21370 28701/29856/26112</w:t>
        <w:br/>
        <w:t>f 23288/24445/21370 23291/24446/21384 23290/24443/21368</w:t>
        <w:br/>
        <w:t>f 23296/24451/21376 23291/24446/21384 23295/24452/21377</w:t>
        <w:br/>
        <w:t>f 23291/24446/21384 28701/29856/26112 23313/24468/21393</w:t>
        <w:br/>
        <w:t>f 23295/24452/21377 23291/24446/21384 23313/24468/21393</w:t>
        <w:br/>
        <w:t>f 23313/24468/21393 28700/29855/26111 23260/24415/21343</w:t>
        <w:br/>
        <w:t>f 23260/24415/21343 28700/29855/26111 23265/24421/21349</w:t>
        <w:br/>
        <w:t>f 23259/24416/21344 23260/24415/21343 23265/24421/21349</w:t>
        <w:br/>
        <w:t>f 23259/24416/21344 23265/24421/21349 23262/24417/21345</w:t>
        <w:br/>
        <w:t>f 23267/24422/21350 23262/24417/21345 23265/24421/21349</w:t>
        <w:br/>
        <w:t>f 23266/24420/21348 23267/24422/21350 23265/24421/21349</w:t>
        <w:br/>
        <w:t>f 23298/24456/21381 23261/24414/21342 23314/24469/21394</w:t>
        <w:br/>
        <w:t>f 23277/24432/21360 28702/29857/26113 23276/24433/21360</w:t>
        <w:br/>
        <w:t>f 23273/24428/21356 23270/24427/21355 23261/24414/21342</w:t>
        <w:br/>
        <w:t>f 23263/24418/21346 23273/24428/21356 23261/24414/21342</w:t>
        <w:br/>
        <w:t>f 23273/24428/21356 23263/24418/21346 23349/24504/21427</w:t>
        <w:br/>
        <w:t>f 23279/24434/21361 23269/24423/21351 23280/24435/21362</w:t>
        <w:br/>
        <w:t>f 23269/24423/21351 23281/24437/21364 23299/24455/26114</w:t>
        <w:br/>
        <w:t>f 23280/24435/21362 23269/24423/21351 23299/24455/26114</w:t>
        <w:br/>
        <w:t>f 23299/24455/26114 23281/24437/21364 23310/24466/21390</w:t>
        <w:br/>
        <w:t>f 23269/24423/21351 23279/24434/21361 23274/24429/21357</w:t>
        <w:br/>
        <w:t>f 23275/24430/21358 23271/24426/21354 23272/24425/21353</w:t>
        <w:br/>
        <w:t>f 23254/24409/21337 23275/24430/21358 23272/24425/21353</w:t>
        <w:br/>
        <w:t>f 23254/24409/21337 23272/24425/21353 23250/24405/21332</w:t>
        <w:br/>
        <w:t>f 23239/24394/21320 23225/24378/21305 23268/24424/21352</w:t>
        <w:br/>
        <w:t>f 23268/24424/21352 23225/24378/21305 23282/24436/21363</w:t>
        <w:br/>
        <w:t>f 23282/24436/21363 23225/24378/21305 23311/24465/21389</w:t>
        <w:br/>
        <w:t>f 23226/24381/21308 23323/24477/21403 23311/24465/21389</w:t>
        <w:br/>
        <w:t>f 23225/24378/21305 23226/24381/21308 23311/24465/21389</w:t>
        <w:br/>
        <w:t>f 23228/24384/21311 23319/24476/21402 23320/24475/21401</w:t>
        <w:br/>
        <w:t>f 23235/24391/21318 23228/24384/21311 23320/24475/21401</w:t>
        <w:br/>
        <w:t>f 23319/24476/21402 23228/24384/21311 23229/24383/21310</w:t>
        <w:br/>
        <w:t>f 23325/24479/21405 23319/24476/21402 23229/24383/21310</w:t>
        <w:br/>
        <w:t>f 23325/24479/21405 23229/24383/21310 23337/24492/21418</w:t>
        <w:br/>
        <w:t>f 23217/24374/21302 22867/24022/26115 23224/24379/21306</w:t>
        <w:br/>
        <w:t>f 23224/24379/21306 22867/24022/26115 23223/24380/21307</w:t>
        <w:br/>
        <w:t>f 23237/24392/21317 22878/24033/26116 23236/24390/21317</w:t>
        <w:br/>
        <w:t>f 22873/24030/20972 23233/24386/21313 23231/24388/21315</w:t>
        <w:br/>
        <w:t>f 22867/24022/20965 22873/24030/20972 23231/24388/21315</w:t>
        <w:br/>
        <w:t>f 23227/24385/21312 22870/24025/20967 22871/24024/20967</w:t>
        <w:br/>
        <w:t>f 23230/24382/21309 23227/24385/21312 22871/24024/20967</w:t>
        <w:br/>
        <w:t>f 23217/24374/21323 23252/24406/21333 23240/24396/21322</w:t>
        <w:br/>
        <w:t>f 23241/24395/21321 23240/24396/21322 23252/24406/21333</w:t>
        <w:br/>
        <w:t>f 23253/24408/21336 23241/24395/21321 23252/24406/21333</w:t>
        <w:br/>
        <w:t>f 23248/24403/21330 23249/24402/21329 23244/24397/21324</w:t>
        <w:br/>
        <w:t>f 23242/24399/21326 23248/24403/21330 23244/24397/21324</w:t>
        <w:br/>
        <w:t>f 23244/24397/21324 23249/24402/21329 23246/24400/21327</w:t>
        <w:br/>
        <w:t>f 22876/24031/20973 22980/24137/21075 22866/24023/20966</w:t>
        <w:br/>
        <w:t>f 22980/24137/21075 22981/24136/21074 22868/24021/20964</w:t>
        <w:br/>
        <w:t>f 22866/24023/20966 22980/24137/21075 22868/24021/20964</w:t>
        <w:br/>
        <w:t>f 22879/24032/20974 22877/24034/20974 22976/24134/21072</w:t>
        <w:br/>
        <w:t>f 22977/24133/21071 22879/24032/20974 22976/24134/21072</w:t>
        <w:br/>
        <w:t>f 22875/24028/20970 28703/29858/26117 22874/24029/20971</w:t>
        <w:br/>
        <w:t>f 22872/24027/20969 22869/24026/20968 22977/24133/21071</w:t>
        <w:br/>
        <w:t>f 22984/24140/21079 22872/24027/20969 22977/24133/21071</w:t>
        <w:br/>
        <w:t>f 22861/24016/20960 22884/24039/26118 22888/24043/20983</w:t>
        <w:br/>
        <w:t>f 22888/24043/20983 22884/24039/26118 22887/24040/20980</w:t>
        <w:br/>
        <w:t>f 22890/24045/20985 23243/24398/21325 22889/24046/20986</w:t>
        <w:br/>
        <w:t>f 22889/24046/20986 23243/24398/21325 23245/24401/21328</w:t>
        <w:br/>
        <w:t>f 22893/24048/20988 22889/24046/20986 23245/24401/21328</w:t>
        <w:br/>
        <w:t>f 22881/24035/20976 22923/24077/21017 22880/24036/20977</w:t>
        <w:br/>
        <w:t>f 22883/24037/20978 28704/29859/26119 22882/24038/20978</w:t>
        <w:br/>
        <w:t>f 22900/24053/20993 22894/24050/20990 22895/24049/20989</w:t>
        <w:br/>
        <w:t>f 22899/24054/20994 22900/24053/20993 22895/24049/20989</w:t>
        <w:br/>
        <w:t>f 22897/24051/20991 22894/24050/20990 22900/24053/20993</w:t>
        <w:br/>
        <w:t>f 22923/24077/21017 22897/24051/20991 22900/24053/20993</w:t>
        <w:br/>
        <w:t>f 22914/24071/21011 22980/24137/21075 22917/24072/21012</w:t>
        <w:br/>
        <w:t>f 22928/24084/21024 22980/24137/21075 22914/24071/21011</w:t>
        <w:br/>
        <w:t>f 22960/24115/21051 22980/24137/21075 22928/24084/21024</w:t>
        <w:br/>
        <w:t>f 22982/24135/21073 22960/24115/21051 22961/24116/21052</w:t>
        <w:br/>
        <w:t>f 22983/24138/21077 22982/24135/21073 22961/24116/21052</w:t>
        <w:br/>
        <w:t>f 22979/24131/21069 22987/24142/21081 22978/24132/21070</w:t>
        <w:br/>
        <w:t>f 22985/24139/21078 22978/24132/21070 22987/24142/21081</w:t>
        <w:br/>
        <w:t>f 22989/24144/21083 22985/24139/21078 22987/24142/21081</w:t>
        <w:br/>
        <w:t>f 23003/24158/21098 22985/24139/21078 22989/24144/21083</w:t>
        <w:br/>
        <w:t>f 23004/24159/21099 23003/24158/21098 22989/24144/21083</w:t>
        <w:br/>
        <w:t>f 22899/24054/20994 23011/24167/21107 22898/24055/20995</w:t>
        <w:br/>
        <w:t>f 23011/24167/21107 28705/29860/26120 22922/24078/21018</w:t>
        <w:br/>
        <w:t>f 22898/24055/20995 23011/24167/21107 22922/24078/21018</w:t>
        <w:br/>
        <w:t>f 22921/24075/21015 28706/29861/26121 22920/24076/21016</w:t>
        <w:br/>
        <w:t>f 22927/24082/21022 22920/24076/21016 28706/29861/26121</w:t>
        <w:br/>
        <w:t>f 22926/24079/21019 22927/24082/21022 28706/29861/26121</w:t>
        <w:br/>
        <w:t>f 22947/24102/21040 22927/24082/21022 22970/24125/21063</w:t>
        <w:br/>
        <w:t>f 22964/24117/21062 22947/24102/21040 22970/24125/21063</w:t>
        <w:br/>
        <w:t>f 22947/24102/21040 22946/24099/21057 22971/24126/21064</w:t>
        <w:br/>
        <w:t>f 22972/24127/21065 22971/24126/21064 22946/24099/21057</w:t>
        <w:br/>
        <w:t>f 22966/24120/21056 22972/24127/21065 22946/24099/21057</w:t>
        <w:br/>
        <w:t>f 22973/24130/21068 28707/29862/26122 22975/24128/21066</w:t>
        <w:br/>
        <w:t>f 22926/24079/21019 28706/29861/26121 22925/24080/21020</w:t>
        <w:br/>
        <w:t>f 22919/24073/21013 28705/29860/26120 23011/24167/21107</w:t>
        <w:br/>
        <w:t>f 22918/24074/21014 22919/24073/21013 23011/24167/21107</w:t>
        <w:br/>
        <w:t>f 22918/24074/21014 23011/24167/21107 23012/24166/21106</w:t>
        <w:br/>
        <w:t>f 23013/24168/21108 22918/24074/21014 23012/24166/21106</w:t>
        <w:br/>
        <w:t>f 22911/24067/21007 28708/29863/26123 22905/24062/21002</w:t>
        <w:br/>
        <w:t>f 22906/24061/21001 22911/24067/21007 22905/24062/21002</w:t>
        <w:br/>
        <w:t>f 22909/24063/21003 22911/24067/21007 22906/24061/21001</w:t>
        <w:br/>
        <w:t>f 22951/24108/21045 22944/24101/21039 22945/24100/21038</w:t>
        <w:br/>
        <w:t>f 22953/24106/21043 22951/24108/21045 22945/24100/21038</w:t>
        <w:br/>
        <w:t>f 22949/24104/21042 22962/24119/21055 22963/24118/21054</w:t>
        <w:br/>
        <w:t>f 22948/24105/21042 22949/24104/21042 22963/24118/21054</w:t>
        <w:br/>
        <w:t>f 22967/24122/21059 22965/24121/21058 22959/24114/21050</w:t>
        <w:br/>
        <w:t>f 22958/24113/21050 22967/24122/21059 22959/24114/21050</w:t>
        <w:br/>
        <w:t>f 22945/24100/21038 22946/24099/21037 22969/24123/21060</w:t>
        <w:br/>
        <w:t>f 22905/24062/21002 22968/24124/21061 22969/24123/21060</w:t>
        <w:br/>
        <w:t>f 22991/24147/21086 22992/24146/21085 22975/24128/21066</w:t>
        <w:br/>
        <w:t>f 28707/29862/26122 22991/24147/21086 22975/24128/21066</w:t>
        <w:br/>
        <w:t>f 22992/24146/21085 22993/24145/21084 22994/24149/21088</w:t>
        <w:br/>
        <w:t>f 22999/24156/21096 23000/24155/21095 22995/24150/21090</w:t>
        <w:br/>
        <w:t>f 23002/24157/21097 22999/24156/21096 22995/24150/21090</w:t>
        <w:br/>
        <w:t>f 22909/24063/21003 22908/24064/21004 22913/24068/21008</w:t>
        <w:br/>
        <w:t>f 22939/24092/21030 22953/24106/21043 22938/24093/21031</w:t>
        <w:br/>
        <w:t>f 22968/24124/21061 22943/24098/21036 22938/24093/21031</w:t>
        <w:br/>
        <w:t>f 22953/24106/21043 22968/24124/21061 22938/24093/21031</w:t>
        <w:br/>
        <w:t>f 28708/29863/26123 22911/24067/21007 22903/24058/20998</w:t>
        <w:br/>
        <w:t>f 22904/24057/20997 28708/29863/26123 22903/24058/20998</w:t>
        <w:br/>
        <w:t>f 22903/24058/20998 22911/24067/21007 22910/24065/21005</w:t>
        <w:br/>
        <w:t>f 22901/24056/20996 28709/29864/26124 22942/24097/21035</w:t>
        <w:br/>
        <w:t>f 22956/24112/21049 22957/24111/21048 22952/24107/21044</w:t>
        <w:br/>
        <w:t>f 22953/24106/21043 22956/24112/21049 22952/24107/21044</w:t>
        <w:br/>
        <w:t>f 22940/24095/21033 28710/29865/26125 22941/24096/21034</w:t>
        <w:br/>
        <w:t>f 22941/24096/21034 28710/29865/26125 23020/24175/21113</w:t>
        <w:br/>
        <w:t>f 22696/23851/20801 22840/23995/20940 22819/23974/20920</w:t>
        <w:br/>
        <w:t>f 22820/23973/20919 22696/23851/20801 22819/23974/20920</w:t>
        <w:br/>
        <w:t>f 22698/23855/20805 28711/29866/26126 22701/23856/20806</w:t>
        <w:br/>
        <w:t>f 22930/24088/21026 22931/24087/21026 22840/23995/20940</w:t>
        <w:br/>
        <w:t>f 22854/24009/20953 22930/24088/21026 22840/23995/20940</w:t>
        <w:br/>
        <w:t>f 22934/24091/21029 22856/24012/20956 22936/24089/21027</w:t>
        <w:br/>
        <w:t>f 22936/24089/21027 22856/24012/20956 22857/24011/20955</w:t>
        <w:br/>
        <w:t>f 22696/23851/20801 22820/23973/20919 22695/23852/20802</w:t>
        <w:br/>
        <w:t>f 22704/23857/20807 22702/23859/20809 22705/23862/20813</w:t>
        <w:br/>
        <w:t>f 22706/23861/20812 22704/23857/20807 22705/23862/20813</w:t>
        <w:br/>
        <w:t>f 22706/23861/20812 22902/24059/20999 22712/23867/20818</w:t>
        <w:br/>
        <w:t>f 22704/23857/20807 22706/23861/20812 22712/23867/20818</w:t>
        <w:br/>
        <w:t>f 22712/23867/20818 22902/24059/20999 23009/24164/21104</w:t>
        <w:br/>
        <w:t>f 22827/23982/20929 23018/24171/21110 22832/23987/20933</w:t>
        <w:br/>
        <w:t>f 22831/23986/20932 22827/23982/20929 22832/23987/20933</w:t>
        <w:br/>
        <w:t>f 22834/23991/20937 22846/24001/20945 22836/23989/20935</w:t>
        <w:br/>
        <w:t>f 22833/23988/20934 22710/23863/20814 22831/23986/20932</w:t>
        <w:br/>
        <w:t>f 22697/23850/20800 22833/23988/20934 22831/23986/20932</w:t>
        <w:br/>
        <w:t>f 22703/23858/20808 22711/23866/20817 22720/23875/20826</w:t>
        <w:br/>
        <w:t>f 22719/23874/20825 22703/23858/20808 22720/23875/20826</w:t>
        <w:br/>
        <w:t>f 22720/23875/20826 22711/23866/20817 23010/24165/21105</w:t>
        <w:br/>
        <w:t>f 22708/23865/20816 22715/23869/20820 22825/23981/26127</w:t>
        <w:br/>
        <w:t>f 22828/23985/20931 22685/23841/20791 22686/23840/20790</w:t>
        <w:br/>
        <w:t>f 22828/23985/20931 28712/29867/26128 22685/23841/20791</w:t>
        <w:br/>
        <w:t>f 22684/23842/26129 28713/29868/26130 22690/23843/20793</w:t>
        <w:br/>
        <w:t>f 28712/29867/26128 22737/23889/20840 22734/23892/20840</w:t>
        <w:br/>
        <w:t>f 22685/23841/20791 28712/29867/26128 22734/23892/20840</w:t>
        <w:br/>
        <w:t>f 22716/23868/20819 22693/23846/20796 22694/23849/20799</w:t>
        <w:br/>
        <w:t>f 22715/23869/20820 22716/23868/20819 22694/23849/20799</w:t>
        <w:br/>
        <w:t>f 22724/23876/20827 22725/23882/20833 22726/23881/20832</w:t>
        <w:br/>
        <w:t>f 22723/23877/20828 22724/23876/20827 22726/23881/20832</w:t>
        <w:br/>
        <w:t>f 22723/23877/20828 22726/23881/20832 22817/23972/20918</w:t>
        <w:br/>
        <w:t>f 22686/23840/20790 22830/23983/20930 22828/23985/20931</w:t>
        <w:br/>
        <w:t>f 22837/23994/20938 23016/24173/21111 23017/24172/21111</w:t>
        <w:br/>
        <w:t>f 22839/23992/20938 22837/23994/20938 23017/24172/21111</w:t>
        <w:br/>
        <w:t>f 22843/23998/20942 22841/23997/20942 23014/24170/21109</w:t>
        <w:br/>
        <w:t>f 23015/24169/21109 22843/23998/20942 23014/24170/21109</w:t>
        <w:br/>
        <w:t>f 22848/24005/20949 23019/24174/21112 22850/24003/20947</w:t>
        <w:br/>
        <w:t>f 22739/23894/20844 22747/23902/20851 22733/23888/20839</w:t>
        <w:br/>
        <w:t>f 22689/23844/20794 22739/23894/20844 22733/23888/20839</w:t>
        <w:br/>
        <w:t>f 22824/23979/20925 22749/23904/20853 22751/23907/20856</w:t>
        <w:br/>
        <w:t>f 22823/23978/20924 22824/23979/20925 22751/23907/20856</w:t>
        <w:br/>
        <w:t>f 22821/23977/20923 22744/23897/20846 22742/23899/20848</w:t>
        <w:br/>
        <w:t>f 22746/23900/20849 28714/29869/26131 22745/23901/20850</w:t>
        <w:br/>
        <w:t>f 22756/23911/20860 22750/23903/20852 22748/23905/20854</w:t>
        <w:br/>
        <w:t>f 22755/23908/20857 22756/23911/20860 22748/23905/20854</w:t>
        <w:br/>
        <w:t>f 22757/23913/20862 22752/23906/20855 22750/23903/20852</w:t>
        <w:br/>
        <w:t>f 22756/23911/20860 22757/23913/20862 22750/23903/20852</w:t>
        <w:br/>
        <w:t>f 22743/23898/20847 28715/29870/26132 22742/23899/20848</w:t>
        <w:br/>
        <w:t>f 22788/23942/20890 22790/23945/20894 23008/24162/21102</w:t>
        <w:br/>
        <w:t>f 22791/23949/20895 22802/23954/20900 22799/23957/20900</w:t>
        <w:br/>
        <w:t>f 22794/23946/20895 22791/23949/20895 22799/23957/20900</w:t>
        <w:br/>
        <w:t>f 22769/23924/20873 22771/23926/20875 22778/23931/20880</w:t>
        <w:br/>
        <w:t>f 22776/23933/20882 22769/23924/20873 22778/23931/20880</w:t>
        <w:br/>
        <w:t>f 22772/23929/20878 22740/23895/20845 22741/23896/20845</w:t>
        <w:br/>
        <w:t>f 22775/23930/20879 22772/23929/20878 22741/23896/20845</w:t>
        <w:br/>
        <w:t>f 22805/23958/20903 22806/23962/20907 22807/23961/20906</w:t>
        <w:br/>
        <w:t>f 22804/23959/20904 22805/23958/20903 22807/23961/20906</w:t>
        <w:br/>
        <w:t>f 22806/23962/20907 22805/23958/20903 22809/23964/20910</w:t>
        <w:br/>
        <w:t>f 22785/23940/20888 22781/23935/20884 22765/23921/20869</w:t>
        <w:br/>
        <w:t>f 22782/23934/20883 22754/23909/20858 22765/23921/20869</w:t>
        <w:br/>
        <w:t>f 22781/23935/20884 22782/23934/20883 22765/23921/20869</w:t>
        <w:br/>
        <w:t>f 22754/23909/20858 22782/23934/20883 22753/23910/20859</w:t>
        <w:br/>
        <w:t>f 22759/23916/20864 22762/23918/20866 22758/23912/20861</w:t>
        <w:br/>
        <w:t>f 23006/24161/21101 23021/24177/21115 23044/24199/21132</w:t>
        <w:br/>
        <w:t>f 23025/24180/21117 23026/24179/21117 22784/23939/20887</w:t>
        <w:br/>
        <w:t>f 22783/23938/20887 23025/24180/21117 22784/23939/20887</w:t>
        <w:br/>
        <w:t>f 23021/24177/21115 23022/24176/21114 23031/24185/21122</w:t>
        <w:br/>
        <w:t>f 23031/24185/21122 23022/24176/21114 23023/24178/21116</w:t>
        <w:br/>
        <w:t>f 23033/24187/21124 23031/24185/21122 23023/24178/21116</w:t>
        <w:br/>
        <w:t>f 23034/24192/21128 23028/24184/21121 23029/24183/21120</w:t>
        <w:br/>
        <w:t>f 23037/24189/21126 23034/24192/21128 23029/24183/21120</w:t>
        <w:br/>
        <w:t>f 23193/24349/21278 23202/24359/21287 23194/24348/21277</w:t>
        <w:br/>
        <w:t>f 23186/24339/21268 23189/24342/21271 23187/24344/21273</w:t>
        <w:br/>
        <w:t>f 23354/24507/21430 23186/24339/21268 23187/24344/21273</w:t>
        <w:br/>
        <w:t>f 28719/29871/26133 28718/29872/26134 28717/29873/26135</w:t>
        <w:br/>
        <w:t>f 28716/29874/26133 28719/29871/26133 28717/29873/26135</w:t>
        <w:br/>
        <w:t>f 26575/27733/24359 28722/29875/26136 28721/29876/26137</w:t>
        <w:br/>
        <w:t>f 28720/29877/26138 26575/27733/24359 28721/29876/26137</w:t>
        <w:br/>
        <w:t>f 27062/28217/24791 26575/27733/24359 28720/29877/26138</w:t>
        <w:br/>
        <w:t>f 28431/29584/25898 27062/28217/24791 28720/29877/26138</w:t>
        <w:br/>
        <w:t>f 27069/28227/24801 27070/28226/24800 27021/28173/24749</w:t>
        <w:br/>
        <w:t>f 27018/28176/24752 27069/28227/24801 27021/28173/24749</w:t>
        <w:br/>
        <w:t>f 28716/29874/26133 28721/29876/26137 28722/29875/26136</w:t>
        <w:br/>
        <w:t>f 28719/29871/26133 28716/29874/26133 28722/29875/26136</w:t>
        <w:br/>
        <w:t>f 27062/28217/24791 28429/29586/25900 27065/28220/24794</w:t>
        <w:br/>
        <w:t>f 27061/28216/24790 27062/28217/24791 27065/28220/24794</w:t>
        <w:br/>
        <w:t>f 27069/28227/24801 28429/29586/25900 28430/29585/25899</w:t>
        <w:br/>
        <w:t>f 27072/28224/24798 27069/28227/24801 28430/29585/25899</w:t>
        <w:br/>
        <w:t>f 26564/27719/24345 28717/29873/26135 28718/29872/26134</w:t>
        <w:br/>
        <w:t>f 26563/27716/24345 26564/27719/24345 28718/29872/26134</w:t>
        <w:br/>
        <w:t>f 28566/29722/26007 28567/29721/26006 27025/28181/24757</w:t>
        <w:br/>
        <w:t>f 28408/29563/25878 28405/29562/25877 28559/29714/25999</w:t>
        <w:br/>
        <w:t>f 28558/29713/25999 28408/29563/25878 28559/29714/25999</w:t>
        <w:br/>
        <w:t>f 25781/26936/23652 28723/29878/26139 28406/29561/25876</w:t>
        <w:br/>
        <w:t>f 28407/29560/25875 25781/26936/23652 28406/29561/25876</w:t>
        <w:br/>
        <w:t>f 28723/29878/26139 25781/26936/23652 26270/27425/24082</w:t>
        <w:br/>
        <w:t>f 28724/29879/26140 28723/29878/26139 26270/27425/24082</w:t>
        <w:br/>
        <w:t>f 26227/27383/24043 26242/27398/24058 26277/27432/24089</w:t>
        <w:br/>
        <w:t>f 26226/27384/24044 26227/27383/24043 26277/27432/24089</w:t>
        <w:br/>
        <w:t>f 25779/26934/23650 25780/26933/23649 25761/26916/23634</w:t>
        <w:br/>
        <w:t>f 25762/26915/23633 25779/26934/23650 25761/26916/23634</w:t>
        <w:br/>
        <w:t>f 28724/29879/26140 26270/27425/24082 28424/29579/25892</w:t>
        <w:br/>
        <w:t>f 28435/29590/25904 28724/29879/26140 28424/29579/25892</w:t>
        <w:br/>
        <w:t>f 28424/29579/25892 26273/27427/24084 26226/27384/24044</w:t>
        <w:br/>
        <w:t>f 26277/27432/24089 28424/29579/25892 26226/27384/24044</w:t>
        <w:br/>
        <w:t>f 28562/29717/26002 25763/26918/23636 25760/26917/23635</w:t>
        <w:br/>
        <w:t>f 28725/29880/26141 28562/29717/26002 25760/26917/23635</w:t>
        <w:br/>
        <w:t>f 28726/29881/26142 26276/27433/24090 26242/27398/24058</w:t>
        <w:br/>
        <w:t>f 26243/27397/24057 28726/29881/26142 26242/27398/24058</w:t>
        <w:br/>
        <w:t>f 26233/27389/24049 28562/29717/26002 28725/29880/26141</w:t>
        <w:br/>
        <w:t>f 27070/28226/24800 27035/28189/24765 27006/28160/24736</w:t>
        <w:br/>
        <w:t>f 27021/28173/24749 27070/28226/24800 27006/28160/24736</w:t>
        <w:br/>
        <w:t>f 27035/28189/24765 27070/28226/24800 27071/28225/24799</w:t>
        <w:br/>
        <w:t>f 27043/28197/24773 27035/28189/24765 27071/28225/24799</w:t>
        <w:br/>
        <w:t>f 26998/28154/24731 27068/28222/24796 26990/28145/24723</w:t>
        <w:br/>
        <w:t>f 26243/27397/24057 26215/27370/24030 26212/27369/24029</w:t>
        <w:br/>
        <w:t>f 26245/27399/24059 26243/27397/24057 26212/27369/24029</w:t>
        <w:br/>
        <w:t>f 26243/27397/24057 26245/27399/24059 26253/27408/24067</w:t>
        <w:br/>
        <w:t>f 28726/29881/26142 26243/27397/24057 26253/27408/24067</w:t>
        <w:br/>
        <w:t>f 26197/27352/24013 26205/27361/24021 26208/27362/24022</w:t>
        <w:br/>
        <w:t>f 26192/27347/24008 26197/27352/24013 26208/27362/24022</w:t>
        <w:br/>
        <w:t>usemtl Huixing_face_shy_exp</w:t>
        <w:br/>
        <w:t>f 22611/29882/26143 22610/29883/26144 22609/29884/26145</w:t>
        <w:br/>
        <w:t>f 22608/29885/26146 22611/29882/26143 22609/29884/26145</w:t>
        <w:br/>
        <w:t>f 22608/29885/26146 22609/29884/26145 22613/29886/26147</w:t>
        <w:br/>
        <w:t>f 22612/29887/26148 22608/29885/26146 22613/29886/26147</w:t>
        <w:br/>
        <w:t>f 22612/29887/26148 22613/29886/26147 22615/29888/26149</w:t>
        <w:br/>
        <w:t>f 22614/29889/26150 22612/29887/26148 22615/29888/26149</w:t>
        <w:br/>
        <w:t>f 22617/29890/26151 22616/29891/26152 22614/29889/26150</w:t>
        <w:br/>
        <w:t>f 22615/29888/26149 22617/29890/26151 22614/29889/26150</w:t>
        <w:br/>
        <w:t>f 22620/29892/26153 22619/29893/26154 22618/29894/26155</w:t>
        <w:br/>
        <w:t>f 22621/29895/26156 22620/29892/26153 22618/29894/26155</w:t>
        <w:br/>
        <w:t>f 22615/29888/26149 22623/29896/26157 22622/29897/26158</w:t>
        <w:br/>
        <w:t>f 22617/29890/26151 22615/29888/26149 22622/29897/26158</w:t>
        <w:br/>
        <w:t>f 22613/29886/26147 22624/29898/26159 22623/29896/26157</w:t>
        <w:br/>
        <w:t>f 22615/29888/26149 22613/29886/26147 22623/29896/26157</w:t>
        <w:br/>
        <w:t>f 22617/29890/26151 22622/29897/26158 22625/29899/26160</w:t>
        <w:br/>
        <w:t>f 22621/29895/26156 22617/29890/26151 22625/29899/26160</w:t>
        <w:br/>
        <w:t>f 22611/29882/26143 22627/29900/26161 22626/29901/26162</w:t>
        <w:br/>
        <w:t>f 22610/29883/26144 22611/29882/26143 22626/29901/26162</w:t>
        <w:br/>
        <w:t>f 22625/29899/26160 22628/29902/26163 22620/29892/26153</w:t>
        <w:br/>
        <w:t>f 22621/29895/26156 22625/29899/26160 22620/29892/26153</w:t>
        <w:br/>
        <w:t>f 22629/29903/26164 22625/29899/26160 22622/29897/26158</w:t>
        <w:br/>
        <w:t>f 22630/29904/26165 22629/29903/26164 22622/29897/26158</w:t>
        <w:br/>
        <w:t>f 22630/29904/26165 22622/29897/26158 22623/29896/26157</w:t>
        <w:br/>
        <w:t>f 22631/29905/26166 22630/29904/26165 22623/29896/26157</w:t>
        <w:br/>
        <w:t>f 22625/29899/26160 22629/29903/26164 22632/29906/26167</w:t>
        <w:br/>
        <w:t>f 22628/29902/26163 22625/29899/26160 22632/29906/26167</w:t>
        <w:br/>
        <w:t>f 22624/29898/26159 22633/29907/26168 22631/29905/26166</w:t>
        <w:br/>
        <w:t>f 22623/29896/26157 22624/29898/26159 22631/29905/26166</w:t>
        <w:br/>
        <w:t>f 22624/29898/26159 22613/29886/26147 22609/29884/26145</w:t>
        <w:br/>
        <w:t>f 22634/29908/26169 22624/29898/26159 22609/29884/26145</w:t>
        <w:br/>
        <w:t>f 22634/29908/26169 22609/29884/26145 22610/29883/26144</w:t>
        <w:br/>
        <w:t>f 22635/29909/26170 22634/29908/26169 22610/29883/26144</w:t>
        <w:br/>
        <w:t>f 22634/29908/26169 22636/29910/26171 22633/29907/26168</w:t>
        <w:br/>
        <w:t>f 22624/29898/26159 22634/29908/26169 22633/29907/26168</w:t>
        <w:br/>
        <w:t>f 22635/29909/26170 22637/29911/26172 22636/29910/26171</w:t>
        <w:br/>
        <w:t>f 22634/29908/26169 22635/29909/26170 22636/29910/26171</w:t>
        <w:br/>
        <w:t>f 22626/29901/26162 22638/29912/26173 22635/29909/26170</w:t>
        <w:br/>
        <w:t>f 22610/29883/26144 22626/29901/26162 22635/29909/26170</w:t>
        <w:br/>
        <w:t>f 22640/29913/26174 22639/29914/26175 22638/29912/26173</w:t>
        <w:br/>
        <w:t>f 22626/29901/26162 22640/29913/26174 22638/29912/26173</w:t>
        <w:br/>
        <w:t>f 22640/29913/26174 22626/29901/26162 22627/29900/26161</w:t>
        <w:br/>
        <w:t>f 22641/29915/26176 22640/29913/26174 22627/29900/26161</w:t>
        <w:br/>
        <w:t>f 22643/29916/26177 22642/29917/26178 22640/29913/26174</w:t>
        <w:br/>
        <w:t>f 22641/29915/26176 22643/29916/26177 22640/29913/26174</w:t>
        <w:br/>
        <w:t>f 22639/29914/26175 22640/29913/26174 22642/29917/26178</w:t>
        <w:br/>
        <w:t>f 22644/29918/26179 22639/29914/26175 22642/29917/26178</w:t>
        <w:br/>
        <w:t>f 22639/29914/26175 22644/29918/26179 22646/29919/26180</w:t>
        <w:br/>
        <w:t>f 22645/29920/26181 22639/29914/26175 22646/29919/26180</w:t>
        <w:br/>
        <w:t>f 22639/29914/26175 22645/29920/26181 22647/29921/26182</w:t>
        <w:br/>
        <w:t>f 22638/29912/26173 22639/29914/26175 22647/29921/26182</w:t>
        <w:br/>
        <w:t>f 22637/29911/26172 22635/29909/26170 22638/29912/26173</w:t>
        <w:br/>
        <w:t>f 22647/29921/26182 22637/29911/26172 22638/29912/26173</w:t>
        <w:br/>
        <w:t>f 22618/29894/26155 22616/29891/26152 22617/29890/26151</w:t>
        <w:br/>
        <w:t>f 22621/29895/26156 22618/29894/26155 22617/29890/26151</w:t>
        <w:br/>
        <w:t>f 22651/29922/26183 22650/29923/26184 22649/29924/26185</w:t>
        <w:br/>
        <w:t>f 22648/29925/26186 22651/29922/26183 22649/29924/26185</w:t>
        <w:br/>
        <w:t>f 22653/29926/26187 22651/29922/26183 22648/29925/26186</w:t>
        <w:br/>
        <w:t>f 22652/29927/26188 22653/29926/26187 22648/29925/26186</w:t>
        <w:br/>
        <w:t>f 22655/29928/26189 22653/29926/26187 22652/29927/26188</w:t>
        <w:br/>
        <w:t>f 22654/29929/26190 22655/29928/26189 22652/29927/26188</w:t>
        <w:br/>
        <w:t>f 22654/29929/26190 22657/29930/26191 22656/29931/26192</w:t>
        <w:br/>
        <w:t>f 22655/29928/26189 22654/29929/26190 22656/29931/26192</w:t>
        <w:br/>
        <w:t>f 22660/29932/26193 22659/29933/26194 22658/29934/26195</w:t>
        <w:br/>
        <w:t>f 22661/29935/26196 22660/29932/26193 22658/29934/26195</w:t>
        <w:br/>
        <w:t>f 22655/29928/26189 22656/29931/26192 22663/29936/26197</w:t>
        <w:br/>
        <w:t>f 22662/29937/26198 22655/29928/26189 22663/29936/26197</w:t>
        <w:br/>
        <w:t>f 22653/29926/26187 22655/29928/26189 22662/29937/26198</w:t>
        <w:br/>
        <w:t>f 22664/29938/26199 22653/29926/26187 22662/29937/26198</w:t>
        <w:br/>
        <w:t>f 22656/29931/26192 22661/29935/26196 22665/29939/26200</w:t>
        <w:br/>
        <w:t>f 22663/29936/26197 22656/29931/26192 22665/29939/26200</w:t>
        <w:br/>
        <w:t>f 22649/29924/26185 22650/29923/26184 22667/29940/26201</w:t>
        <w:br/>
        <w:t>f 22666/29941/26202 22649/29924/26185 22667/29940/26201</w:t>
        <w:br/>
        <w:t>f 22665/29939/26200 22661/29935/26196 22658/29934/26195</w:t>
        <w:br/>
        <w:t>f 22668/29942/26203 22665/29939/26200 22658/29934/26195</w:t>
        <w:br/>
        <w:t>f 22663/29936/26197 22665/29939/26200 22669/29943/26204</w:t>
        <w:br/>
        <w:t>f 22670/29944/26205 22663/29936/26197 22669/29943/26204</w:t>
        <w:br/>
        <w:t>f 22670/29944/26205 22671/29945/26206 22662/29937/26198</w:t>
        <w:br/>
        <w:t>f 22663/29936/26197 22670/29944/26205 22662/29937/26198</w:t>
        <w:br/>
        <w:t>f 22665/29939/26200 22668/29942/26203 22672/29946/26207</w:t>
        <w:br/>
        <w:t>f 22669/29943/26204 22665/29939/26200 22672/29946/26207</w:t>
        <w:br/>
        <w:t>f 22664/29938/26199 22662/29937/26198 22671/29945/26206</w:t>
        <w:br/>
        <w:t>f 22673/29947/26208 22664/29938/26199 22671/29945/26206</w:t>
        <w:br/>
        <w:t>f 22651/29922/26183 22653/29926/26187 22664/29938/26199</w:t>
        <w:br/>
        <w:t>f 22674/29948/26209 22651/29922/26183 22664/29938/26199</w:t>
        <w:br/>
        <w:t>f 22674/29948/26209 22675/29949/26210 22650/29923/26184</w:t>
        <w:br/>
        <w:t>f 22651/29922/26183 22674/29948/26209 22650/29923/26184</w:t>
        <w:br/>
        <w:t>f 22673/29947/26208 22676/29950/26211 22674/29948/26209</w:t>
        <w:br/>
        <w:t>f 22664/29938/26199 22673/29947/26208 22674/29948/26209</w:t>
        <w:br/>
        <w:t>f 22675/29949/26210 22674/29948/26209 22676/29950/26211</w:t>
        <w:br/>
        <w:t>f 22677/29951/26212 22675/29949/26210 22676/29950/26211</w:t>
        <w:br/>
        <w:t>f 22667/29940/26201 22650/29923/26184 22675/29949/26210</w:t>
        <w:br/>
        <w:t>f 22678/29952/26213 22667/29940/26201 22675/29949/26210</w:t>
        <w:br/>
        <w:t>f 22680/29953/26214 22667/29940/26201 22678/29952/26213</w:t>
        <w:br/>
        <w:t>f 22679/29954/26215 22680/29953/26214 22678/29952/26213</w:t>
        <w:br/>
        <w:t>f 22680/29953/26214 22681/29955/26216 22666/29941/26202</w:t>
        <w:br/>
        <w:t>f 22667/29940/26201 22680/29953/26214 22666/29941/26202</w:t>
        <w:br/>
        <w:t>f 22680/29953/26214 22642/29917/26178 22643/29916/26177</w:t>
        <w:br/>
        <w:t>f 22681/29955/26216 22680/29953/26214 22643/29916/26177</w:t>
        <w:br/>
        <w:t>f 22642/29917/26178 22680/29953/26214 22679/29954/26215</w:t>
        <w:br/>
        <w:t>f 22644/29918/26179 22642/29917/26178 22679/29954/26215</w:t>
        <w:br/>
        <w:t>f 22679/29954/26215 22682/29956/26217 22646/29919/26180</w:t>
        <w:br/>
        <w:t>f 22644/29918/26179 22679/29954/26215 22646/29919/26180</w:t>
        <w:br/>
        <w:t>f 22679/29954/26215 22678/29952/26213 22683/29957/26218</w:t>
        <w:br/>
        <w:t>f 22682/29956/26217 22679/29954/26215 22683/29957/26218</w:t>
        <w:br/>
        <w:t>f 22678/29952/26213 22675/29949/26210 22677/29951/26212</w:t>
        <w:br/>
        <w:t>f 22683/29957/26218 22678/29952/26213 22677/29951/26212</w:t>
        <w:br/>
        <w:t>f 22656/29931/26192 22657/29930/26191 22660/29932/26193</w:t>
        <w:br/>
        <w:t>f 22661/29935/26196 22656/29931/26192 22660/29932/26193</w:t>
        <w:br/>
        <w:t>usemtl MI_HuiXing_Eyein</w:t>
        <w:br/>
        <w:t>f 29192/29958/26219 29191/29959/26220 29190/29960/26221</w:t>
        <w:br/>
        <w:t>f 29193/29961/26222 29192/29958/26219 29190/29960/26221</w:t>
        <w:br/>
        <w:t>f 29200/29962/26223 29199/29963/26224 29198/29964/26225</w:t>
        <w:br/>
        <w:t>f 29201/29965/26226 29200/29962/26223 29198/29964/26225</w:t>
        <w:br/>
        <w:t>f 29223/29966/26227 29222/29967/26228 29221/29968/26229</w:t>
        <w:br/>
        <w:t>f 29224/29969/26230 29223/29966/26227 29221/29968/26229</w:t>
        <w:br/>
        <w:t>f 29224/29969/26230 29221/29968/26229 29226/29970/26231</w:t>
        <w:br/>
        <w:t>f 29225/29971/26232 29224/29969/26230 29226/29970/26231</w:t>
        <w:br/>
        <w:t>f 29228/29972/26233 29227/29973/26234 29225/29971/26232</w:t>
        <w:br/>
        <w:t>f 29226/29970/26231 29228/29972/26233 29225/29971/26232</w:t>
        <w:br/>
        <w:t>f 29227/29973/26234 29228/29972/26233 29229/29974/26235</w:t>
        <w:br/>
        <w:t>f 29230/29975/26236 29227/29973/26234 29229/29974/26235</w:t>
        <w:br/>
        <w:t>f 29232/29976/26237 29228/29972/26233 29226/29970/26231</w:t>
        <w:br/>
        <w:t>f 29231/29977/26238 29232/29976/26237 29226/29970/26231</w:t>
        <w:br/>
        <w:t>f 29228/29972/26233 29232/29976/26237 29233/29978/26239</w:t>
        <w:br/>
        <w:t>f 29229/29974/26235 29228/29972/26233 29233/29978/26239</w:t>
        <w:br/>
        <w:t>f 29235/29979/26240 29234/29980/26241 29230/29975/26236</w:t>
        <w:br/>
        <w:t>f 29229/29974/26235 29235/29979/26240 29230/29975/26236</w:t>
        <w:br/>
        <w:t>f 29221/29968/26229 29236/29981/26242 29231/29977/26238</w:t>
        <w:br/>
        <w:t>f 29226/29970/26231 29221/29968/26229 29231/29977/26238</w:t>
        <w:br/>
        <w:t>f 29234/29980/26241 29235/29979/26240 29238/29982/26243</w:t>
        <w:br/>
        <w:t>f 29237/29983/26244 29234/29980/26241 29238/29982/26243</w:t>
        <w:br/>
        <w:t>f 29240/29984/26245 29239/29985/26246 29237/29983/26244</w:t>
        <w:br/>
        <w:t>f 29238/29982/26243 29240/29984/26245 29237/29983/26244</w:t>
        <w:br/>
        <w:t>f 29239/29985/26246 29240/29984/26245 29241/29986/26247</w:t>
        <w:br/>
        <w:t>f 29242/29987/26248 29239/29985/26246 29241/29986/26247</w:t>
        <w:br/>
        <w:t>f 29240/29984/26245 29238/29982/26243 29244/29988/26249</w:t>
        <w:br/>
        <w:t>f 29243/29989/26250 29240/29984/26245 29244/29988/26249</w:t>
        <w:br/>
        <w:t>f 29245/29990/26251 29244/29988/26249 29238/29982/26243</w:t>
        <w:br/>
        <w:t>f 29235/29979/26240 29245/29990/26251 29238/29982/26243</w:t>
        <w:br/>
        <w:t>f 29229/29974/26235 29233/29978/26239 29245/29990/26251</w:t>
        <w:br/>
        <w:t>f 29235/29979/26240 29229/29974/26235 29245/29990/26251</w:t>
        <w:br/>
        <w:t>f 29243/29989/26250 29246/29991/26252 29241/29986/26247</w:t>
        <w:br/>
        <w:t>f 29240/29984/26245 29243/29989/26250 29241/29986/26247</w:t>
        <w:br/>
        <w:t>f 29244/29988/26249 29245/29990/26251 29248/29992/26253</w:t>
        <w:br/>
        <w:t>f 29247/29993/26254 29244/29988/26249 29248/29992/26253</w:t>
        <w:br/>
        <w:t>f 29243/29989/26250 29244/29988/26249 29247/29993/26254</w:t>
        <w:br/>
        <w:t>f 29249/29994/26255 29243/29989/26250 29247/29993/26254</w:t>
        <w:br/>
        <w:t>f 29248/29992/26253 29245/29990/26251 29233/29978/26239</w:t>
        <w:br/>
        <w:t>f 29250/29995/26256 29248/29992/26253 29233/29978/26239</w:t>
        <w:br/>
        <w:t>f 29249/29994/26255 29251/29996/26257 29246/29991/26252</w:t>
        <w:br/>
        <w:t>f 29243/29989/26250 29249/29994/26255 29246/29991/26252</w:t>
        <w:br/>
        <w:t>f 29253/29997/26258 29252/29998/26259 29247/29993/26254</w:t>
        <w:br/>
        <w:t>f 29248/29992/26253 29253/29997/26258 29247/29993/26254</w:t>
        <w:br/>
        <w:t>f 29252/29998/26259 29249/29994/26255 29247/29993/26254</w:t>
        <w:br/>
        <w:t>f 29232/29976/26237 29254/29999/26260 29250/29995/26256</w:t>
        <w:br/>
        <w:t>f 29233/29978/26239 29232/29976/26237 29250/29995/26256</w:t>
        <w:br/>
        <w:t>f 29248/29992/26253 29250/29995/26256 29255/30000/26261</w:t>
        <w:br/>
        <w:t>f 29253/29997/26258 29248/29992/26253 29255/30000/26261</w:t>
        <w:br/>
        <w:t>f 29257/30001/26262 29256/30002/26263 29251/29996/26257</w:t>
        <w:br/>
        <w:t>f 29231/29977/26238 29258/30003/26264 29254/29999/26260</w:t>
        <w:br/>
        <w:t>f 29232/29976/26237 29231/29977/26238 29254/29999/26260</w:t>
        <w:br/>
        <w:t>f 29260/30004/26265 29259/30005/26266 29252/29998/26259</w:t>
        <w:br/>
        <w:t>f 29253/29997/26258 29260/30004/26265 29252/29998/26259</w:t>
        <w:br/>
        <w:t>f 29236/29981/26242 29261/30006/26267 29258/30003/26264</w:t>
        <w:br/>
        <w:t>f 29231/29977/26238 29236/29981/26242 29258/30003/26264</w:t>
        <w:br/>
        <w:t>f 29253/29997/26258 29255/30000/26261 29262/30007/26268</w:t>
        <w:br/>
        <w:t>f 29260/30004/26265 29253/29997/26258 29262/30007/26268</w:t>
        <w:br/>
        <w:t>f 29222/29967/26228 29263/30008/26269 29236/29981/26242</w:t>
        <w:br/>
        <w:t>f 29221/29968/26229 29222/29967/26228 29236/29981/26242</w:t>
        <w:br/>
        <w:t>f 29222/29967/26228 29223/29966/26227 29265/30009/26270</w:t>
        <w:br/>
        <w:t>f 29264/30010/26271 29222/29967/26228 29265/30009/26270</w:t>
        <w:br/>
        <w:t>f 29264/30010/26271 29265/30009/26270 29267/30011/26272</w:t>
        <w:br/>
        <w:t>f 29266/30012/26273 29264/30010/26271 29267/30011/26272</w:t>
        <w:br/>
        <w:t>f 29266/30012/26273 29269/30013/26274 29268/30014/26275</w:t>
        <w:br/>
        <w:t>f 29264/30010/26271 29266/30012/26273 29268/30014/26275</w:t>
        <w:br/>
        <w:t>f 29263/30008/26269 29222/29967/26228 29264/30010/26271</w:t>
        <w:br/>
        <w:t>f 29268/30014/26275 29263/30008/26269 29264/30010/26271</w:t>
        <w:br/>
        <w:t>f 29269/30013/26274 29271/30015/26276 29270/30016/26277</w:t>
        <w:br/>
        <w:t>f 29268/30014/26275 29269/30013/26274 29270/30016/26277</w:t>
        <w:br/>
        <w:t>f 29261/30006/26267 29236/29981/26242 29263/30008/26269</w:t>
        <w:br/>
        <w:t>f 29272/30017/26278 29261/30006/26267 29263/30008/26269</w:t>
        <w:br/>
        <w:t>f 29273/30018/26279 29270/30016/26277 29271/30015/26276</w:t>
        <w:br/>
        <w:t>f 29274/30019/26280 29273/30018/26279 29271/30015/26276</w:t>
        <w:br/>
        <w:t>f 29276/30020/26281 29261/30006/26267 29272/30017/26278</w:t>
        <w:br/>
        <w:t>f 29275/30021/26282 29276/30020/26281 29272/30017/26278</w:t>
        <w:br/>
        <w:t>f 29277/30022/26283 29275/30021/26282 29270/30016/26277</w:t>
        <w:br/>
        <w:t>f 29273/30018/26279 29277/30022/26283 29270/30016/26277</w:t>
        <w:br/>
        <w:t>f 29274/30019/26280 29279/30023/26284 29278/30024/26285</w:t>
        <w:br/>
        <w:t>f 29273/30018/26279 29274/30019/26280 29278/30024/26285</w:t>
        <w:br/>
        <w:t>f 29280/30025/26286 29277/30022/26283 29273/30018/26279</w:t>
        <w:br/>
        <w:t>f 29278/30024/26285 29280/30025/26286 29273/30018/26279</w:t>
        <w:br/>
        <w:t>f 29281/30026/26287 29276/30020/26281 29275/30021/26282</w:t>
        <w:br/>
        <w:t>f 29277/30022/26283 29281/30026/26287 29275/30021/26282</w:t>
        <w:br/>
        <w:t>f 29277/30022/26283 29280/30025/26286 29282/30027/26288</w:t>
        <w:br/>
        <w:t>f 29281/30026/26287 29277/30022/26283 29282/30027/26288</w:t>
        <w:br/>
        <w:t>f 29283/30028/26289 29278/30024/26285 29279/30023/26284</w:t>
        <w:br/>
        <w:t>f 29284/30029/26290 29283/30028/26289 29279/30023/26284</w:t>
        <w:br/>
        <w:t>f 29278/30024/26285 29283/30028/26289 29285/30030/26291</w:t>
        <w:br/>
        <w:t>f 29280/30025/26286 29278/30024/26285 29285/30030/26291</w:t>
        <w:br/>
        <w:t>f 29284/30029/26290 29287/30031/26292 29286/30032/26293</w:t>
        <w:br/>
        <w:t>f 29283/30028/26289 29284/30029/26290 29286/30032/26293</w:t>
        <w:br/>
        <w:t>f 29288/30033/26294 29285/30030/26291 29283/30028/26289</w:t>
        <w:br/>
        <w:t>f 29286/30032/26293 29288/30033/26294 29283/30028/26289</w:t>
        <w:br/>
        <w:t>f 29289/30034/26295 29286/30032/26293 29287/30031/26292</w:t>
        <w:br/>
        <w:t>f 29290/30035/26296 29289/30034/26295 29287/30031/26292</w:t>
        <w:br/>
        <w:t>f 29286/30032/26293 29289/30034/26295 29291/30036/26297</w:t>
        <w:br/>
        <w:t>f 29288/30033/26294 29286/30032/26293 29291/30036/26297</w:t>
        <w:br/>
        <w:t>f 29290/30035/26296 29293/30037/26298 29292/30038/26299</w:t>
        <w:br/>
        <w:t>f 29289/30034/26295 29290/30035/26296 29292/30038/26299</w:t>
        <w:br/>
        <w:t>f 29289/30034/26295 29292/30038/26299 29294/30039/26300</w:t>
        <w:br/>
        <w:t>f 29291/30036/26297 29289/30034/26295 29294/30039/26300</w:t>
        <w:br/>
        <w:t>f 29296/30040/26301 29292/30038/26299 29293/30037/26298</w:t>
        <w:br/>
        <w:t>f 29295/30041/26302 29296/30040/26301 29293/30037/26298</w:t>
        <w:br/>
        <w:t>f 29292/30038/26299 29296/30040/26301 29297/30042/26303</w:t>
        <w:br/>
        <w:t>f 29294/30039/26300 29292/30038/26299 29297/30042/26303</w:t>
        <w:br/>
        <w:t>f 29298/30043/26304 29296/30040/26301 29295/30041/26302</w:t>
        <w:br/>
        <w:t>f 29299/30044/26305 29298/30043/26304 29295/30041/26302</w:t>
        <w:br/>
        <w:t>f 29298/30043/26304 29300/30045/26306 29297/30042/26303</w:t>
        <w:br/>
        <w:t>f 29296/30040/26301 29298/30043/26304 29297/30042/26303</w:t>
        <w:br/>
        <w:t>f 29299/30044/26305 29302/30046/26307 29301/30047/26308</w:t>
        <w:br/>
        <w:t>f 29298/30043/26304 29299/30044/26305 29301/30047/26308</w:t>
        <w:br/>
        <w:t>f 29303/30048/26309 29298/30043/26304 29301/30047/26308</w:t>
        <w:br/>
        <w:t>f 29304/30049/26310 29294/30039/26300 29297/30042/26303</w:t>
        <w:br/>
        <w:t>f 29291/30036/26297 29294/30039/26300 29304/30049/26310</w:t>
        <w:br/>
        <w:t>f 29305/30050/26311 29291/30036/26297 29304/30049/26310</w:t>
        <w:br/>
        <w:t>f 29303/30048/26309 29306/30051/26312 29300/30045/26306</w:t>
        <w:br/>
        <w:t>f 29298/30043/26304 29303/30048/26309 29300/30045/26306</w:t>
        <w:br/>
        <w:t>f 29304/30049/26310 29297/30042/26303 29307/30052/26313</w:t>
        <w:br/>
        <w:t>f 29288/30033/26294 29291/30036/26297 29305/30050/26311</w:t>
        <w:br/>
        <w:t>f 29308/30053/26314 29288/30033/26294 29305/30050/26311</w:t>
        <w:br/>
        <w:t>f 29309/30054/26315 29304/30049/26310 29307/30052/26313</w:t>
        <w:br/>
        <w:t>f 29309/30054/26315 29310/30055/26316 29305/30050/26311</w:t>
        <w:br/>
        <w:t>f 29304/30049/26310 29309/30054/26315 29305/30050/26311</w:t>
        <w:br/>
        <w:t>f 29308/30053/26314 29311/30056/26317 29285/30030/26291</w:t>
        <w:br/>
        <w:t>f 29288/30033/26294 29308/30053/26314 29285/30030/26291</w:t>
        <w:br/>
        <w:t>f 29310/30055/26316 29312/30057/26318 29308/30053/26314</w:t>
        <w:br/>
        <w:t>f 29305/30050/26311 29310/30055/26316 29308/30053/26314</w:t>
        <w:br/>
        <w:t>f 29311/30056/26317 29282/30027/26288 29280/30025/26286</w:t>
        <w:br/>
        <w:t>f 29285/30030/26291 29311/30056/26317 29280/30025/26286</w:t>
        <w:br/>
        <w:t>f 29312/30057/26318 29313/30058/26319 29311/30056/26317</w:t>
        <w:br/>
        <w:t>f 29308/30053/26314 29312/30057/26318 29311/30056/26317</w:t>
        <w:br/>
        <w:t>f 29282/30027/26288 29311/30056/26317 29313/30058/26319</w:t>
        <w:br/>
        <w:t>f 29314/30059/26320 29282/30027/26288 29313/30058/26319</w:t>
        <w:br/>
        <w:t>f 29314/30059/26320 29315/30060/26321 29281/30026/26287</w:t>
        <w:br/>
        <w:t>f 29282/30027/26288 29314/30059/26320 29281/30026/26287</w:t>
        <w:br/>
        <w:t>f 29276/30020/26281 29281/30026/26287 29315/30060/26321</w:t>
        <w:br/>
        <w:t>f 29316/30061/26322 29276/30020/26281 29315/30060/26321</w:t>
        <w:br/>
        <w:t>f 29313/30058/26319 29318/30062/26323 29317/30063/26324</w:t>
        <w:br/>
        <w:t>f 29314/30059/26320 29313/30058/26319 29317/30063/26324</w:t>
        <w:br/>
        <w:t>f 29317/30063/26324 29319/30064/26325 29315/30060/26321</w:t>
        <w:br/>
        <w:t>f 29314/30059/26320 29317/30063/26324 29315/30060/26321</w:t>
        <w:br/>
        <w:t>f 29318/30062/26323 29313/30058/26319 29312/30057/26318</w:t>
        <w:br/>
        <w:t>f 29320/30065/26326 29318/30062/26323 29312/30057/26318</w:t>
        <w:br/>
        <w:t>f 29312/30057/26318 29310/30055/26316 29321/30066/26327</w:t>
        <w:br/>
        <w:t>f 29320/30065/26326 29312/30057/26318 29321/30066/26327</w:t>
        <w:br/>
        <w:t>f 29316/30061/26322 29258/30003/26264 29261/30006/26267</w:t>
        <w:br/>
        <w:t>f 29276/30020/26281 29316/30061/26322 29261/30006/26267</w:t>
        <w:br/>
        <w:t>f 29319/30064/26325 29322/30067/26328 29316/30061/26322</w:t>
        <w:br/>
        <w:t>f 29315/30060/26321 29319/30064/26325 29316/30061/26322</w:t>
        <w:br/>
        <w:t>f 29322/30067/26328 29254/29999/26260 29258/30003/26264</w:t>
        <w:br/>
        <w:t>f 29316/30061/26322 29322/30067/26328 29258/30003/26264</w:t>
        <w:br/>
        <w:t>f 29319/30064/26325 29317/30063/26324 29324/30068/26329</w:t>
        <w:br/>
        <w:t>f 29323/30069/26330 29319/30064/26325 29324/30068/26329</w:t>
        <w:br/>
        <w:t>f 29254/29999/26260 29322/30067/26328 29325/30070/26331</w:t>
        <w:br/>
        <w:t>f 29250/29995/26256 29254/29999/26260 29325/30070/26331</w:t>
        <w:br/>
        <w:t>f 29322/30067/26328 29319/30064/26325 29323/30069/26330</w:t>
        <w:br/>
        <w:t>f 29325/30070/26331 29322/30067/26328 29323/30069/26330</w:t>
        <w:br/>
        <w:t>f 29326/30071/26332 29255/30000/26261 29250/29995/26256</w:t>
        <w:br/>
        <w:t>f 29325/30070/26331 29326/30071/26332 29250/29995/26256</w:t>
        <w:br/>
        <w:t>f 29325/30070/26331 29323/30069/26330 29327/30072/26333</w:t>
        <w:br/>
        <w:t>f 29326/30071/26332 29325/30070/26331 29327/30072/26333</w:t>
        <w:br/>
        <w:t>f 29323/30069/26330 29324/30068/26329 29328/30073/26334</w:t>
        <w:br/>
        <w:t>f 29327/30072/26333 29323/30069/26330 29328/30073/26334</w:t>
        <w:br/>
        <w:t>f 29329/30074/26335 29324/30068/26329 29317/30063/26324</w:t>
        <w:br/>
        <w:t>f 29318/30062/26323 29329/30074/26335 29317/30063/26324</w:t>
        <w:br/>
        <w:t>f 29324/30068/26329 29329/30074/26335 29330/30075/26336</w:t>
        <w:br/>
        <w:t>f 29328/30073/26334 29324/30068/26329 29330/30075/26336</w:t>
        <w:br/>
        <w:t>f 29329/30074/26335 29318/30062/26323 29320/30065/26326</w:t>
        <w:br/>
        <w:t>f 29331/30076/26337 29329/30074/26335 29320/30065/26326</w:t>
        <w:br/>
        <w:t>f 29332/30077/26338 29330/30075/26336 29329/30074/26335</w:t>
        <w:br/>
        <w:t>f 29331/30076/26337 29332/30077/26338 29329/30074/26335</w:t>
        <w:br/>
        <w:t>f 29334/30078/26339 29333/30079/26340 29328/30073/26334</w:t>
        <w:br/>
        <w:t>f 29330/30075/26336 29334/30078/26339 29328/30073/26334</w:t>
        <w:br/>
        <w:t>f 29321/30066/26327 29335/30080/26341 29331/30076/26337</w:t>
        <w:br/>
        <w:t>f 29320/30065/26326 29321/30066/26327 29331/30076/26337</w:t>
        <w:br/>
        <w:t>f 29336/30081/26342 29334/30078/26339 29330/30075/26336</w:t>
        <w:br/>
        <w:t>f 29332/30077/26338 29336/30081/26342 29330/30075/26336</w:t>
        <w:br/>
        <w:t>f 29327/30072/26333 29328/30073/26334 29333/30079/26340</w:t>
        <w:br/>
        <w:t>f 29337/30082/26343 29327/30072/26333 29333/30079/26340</w:t>
        <w:br/>
        <w:t>f 29337/30082/26343 29338/30083/26344 29326/30071/26332</w:t>
        <w:br/>
        <w:t>f 29327/30072/26333 29337/30082/26343 29326/30071/26332</w:t>
        <w:br/>
        <w:t>f 29338/30083/26344 29262/30007/26268 29255/30000/26261</w:t>
        <w:br/>
        <w:t>f 29326/30071/26332 29338/30083/26344 29255/30000/26261</w:t>
        <w:br/>
        <w:t>f 29340/30084/26345 29339/30085/26346 29260/30004/26265</w:t>
        <w:br/>
        <w:t>f 29259/30005/26266 29260/30004/26265 29339/30085/26346</w:t>
        <w:br/>
        <w:t>f 29341/30086/26347 29259/30005/26266 29339/30085/26346</w:t>
        <w:br/>
        <w:t>f 29344/30087/26348 29343/30088/26349 29342/30089/26350</w:t>
        <w:br/>
        <w:t>f 29345/30090/26351 29344/30087/26348 29342/30089/26350</w:t>
        <w:br/>
        <w:t>f 29352/30091/26352 29342/30089/26350 29343/30088/26349</w:t>
        <w:br/>
        <w:t>f 29351/30092/26353 29352/30091/26352 29343/30088/26349</w:t>
        <w:br/>
        <w:t>f 29353/30093/26354 29256/30002/26263 29342/30089/26350</w:t>
        <w:br/>
        <w:t>f 29352/30091/26352 29353/30093/26354 29342/30089/26350</w:t>
        <w:br/>
        <w:t>f 29351/30092/26353 29355/30094/26355 29354/30095/26356</w:t>
        <w:br/>
        <w:t>f 29352/30091/26352 29351/30092/26353 29354/30095/26356</w:t>
        <w:br/>
        <w:t>f 29355/30094/26355 29360/30096/26357 29359/30097/26358</w:t>
        <w:br/>
        <w:t>f 29354/30095/26356 29355/30094/26355 29359/30097/26358</w:t>
        <w:br/>
        <w:t>f 29360/30096/26357 29362/30098/26359 29361/30099/26360</w:t>
        <w:br/>
        <w:t>f 29359/30097/26358 29360/30096/26357 29361/30099/26360</w:t>
        <w:br/>
        <w:t>f 29364/30100/26361 29363/30101/26362 29354/30095/26356</w:t>
        <w:br/>
        <w:t>f 29359/30097/26358 29364/30100/26361 29354/30095/26356</w:t>
        <w:br/>
        <w:t>f 29359/30097/26358 29361/30099/26360 29365/30102/26363</w:t>
        <w:br/>
        <w:t>f 29364/30100/26361 29359/30097/26358 29365/30102/26363</w:t>
        <w:br/>
        <w:t>f 29362/30098/26359 29367/30103/26364 29366/30104/26365</w:t>
        <w:br/>
        <w:t>f 29361/30099/26360 29362/30098/26359 29366/30104/26365</w:t>
        <w:br/>
        <w:t>f 29367/30103/26364 29369/30105/26366 29368/30106/26367</w:t>
        <w:br/>
        <w:t>f 29366/30104/26365 29367/30103/26364 29368/30106/26367</w:t>
        <w:br/>
        <w:t>f 29370/30107/26368 29365/30102/26363 29361/30099/26360</w:t>
        <w:br/>
        <w:t>f 29366/30104/26365 29370/30107/26368 29361/30099/26360</w:t>
        <w:br/>
        <w:t>f 29368/30106/26367 29369/30105/26366 29371/30108/26369</w:t>
        <w:br/>
        <w:t>f 29372/30109/26370 29368/30106/26367 29371/30108/26369</w:t>
        <w:br/>
        <w:t>f 29373/30110/26371 29370/30107/26368 29366/30104/26365</w:t>
        <w:br/>
        <w:t>f 29368/30106/26367 29373/30110/26371 29366/30104/26365</w:t>
        <w:br/>
        <w:t>f 29373/30110/26371 29368/30106/26367 29375/30111/26372</w:t>
        <w:br/>
        <w:t>f 29374/30112/26373 29373/30110/26371 29375/30111/26372</w:t>
        <w:br/>
        <w:t>f 29374/30112/26373 29375/30111/26372 29377/30113/26374</w:t>
        <w:br/>
        <w:t>f 29376/30114/26375 29374/30112/26373 29377/30113/26374</w:t>
        <w:br/>
        <w:t>f 29376/30114/26375 29377/30113/26374 29379/30115/26376</w:t>
        <w:br/>
        <w:t>f 29378/30116/26377 29376/30114/26375 29379/30115/26376</w:t>
        <w:br/>
        <w:t>f 29378/30116/26377 29379/30115/26376 29381/30117/26378</w:t>
        <w:br/>
        <w:t>f 29380/30118/26379 29378/30116/26377 29381/30117/26378</w:t>
        <w:br/>
        <w:t>f 29384/30119/26380 29383/30120/26381 29382/30121/26382</w:t>
        <w:br/>
        <w:t>f 29386/30122/26383 29385/30123/26384 29380/30118/26379</w:t>
        <w:br/>
        <w:t>f 29381/30117/26378 29386/30122/26383 29380/30118/26379</w:t>
        <w:br/>
        <w:t>f 29387/30124/26385 29383/30120/26381 29384/30119/26380</w:t>
        <w:br/>
        <w:t>f 29388/30125/26386 29387/30124/26385 29384/30119/26380</w:t>
        <w:br/>
        <w:t>f 29389/30126/26387 29385/30123/26384 29382/30121/26382</w:t>
        <w:br/>
        <w:t>f 29390/30127/26388 29389/30126/26387 29382/30121/26382</w:t>
        <w:br/>
        <w:t>f 29385/30123/26384 29389/30126/26387 29391/30128/26389</w:t>
        <w:br/>
        <w:t>f 29380/30118/26379 29385/30123/26384 29391/30128/26389</w:t>
        <w:br/>
        <w:t>f 29380/30118/26379 29391/30128/26389 29392/30129/26390</w:t>
        <w:br/>
        <w:t>f 29378/30116/26377 29380/30118/26379 29392/30129/26390</w:t>
        <w:br/>
        <w:t>f 29394/30130/26391 29336/30081/26342 29332/30077/26338</w:t>
        <w:br/>
        <w:t>f 29393/30131/26392 29394/30130/26391 29332/30077/26338</w:t>
        <w:br/>
        <w:t>f 29335/30080/26341 29395/30132/26393 29387/30124/26385</w:t>
        <w:br/>
        <w:t>f 29393/30131/26392 29335/30080/26341 29387/30124/26385</w:t>
        <w:br/>
        <w:t>f 29331/30076/26337 29335/30080/26341 29393/30131/26392</w:t>
        <w:br/>
        <w:t>f 29332/30077/26338 29331/30076/26337 29393/30131/26392</w:t>
        <w:br/>
        <w:t>f 29383/30120/26381 29395/30132/26393 29396/30133/26394</w:t>
        <w:br/>
        <w:t>f 29387/30124/26385 29395/30132/26393 29383/30120/26381</w:t>
        <w:br/>
        <w:t>f 29395/30132/26393 29335/30080/26341 29321/30066/26327</w:t>
        <w:br/>
        <w:t>f 29397/30134/26395 29395/30132/26393 29321/30066/26327</w:t>
        <w:br/>
        <w:t>f 29383/30120/26381 29396/30133/26394 29390/30127/26388</w:t>
        <w:br/>
        <w:t>f 29382/30121/26382 29383/30120/26381 29390/30127/26388</w:t>
        <w:br/>
        <w:t>f 29395/30132/26393 29397/30134/26395 29396/30133/26394</w:t>
        <w:br/>
        <w:t>f 29397/30134/26395 29321/30066/26327 29310/30055/26316</w:t>
        <w:br/>
        <w:t>f 29309/30054/26315 29397/30134/26395 29310/30055/26316</w:t>
        <w:br/>
        <w:t>f 29397/30134/26395 29309/30054/26315 29398/30135/26396</w:t>
        <w:br/>
        <w:t>f 29396/30133/26394 29397/30134/26395 29398/30135/26396</w:t>
        <w:br/>
        <w:t>f 29398/30135/26396 29307/30052/26313 29400/30136/26397</w:t>
        <w:br/>
        <w:t>f 29399/30137/26398 29398/30135/26396 29400/30136/26397</w:t>
        <w:br/>
        <w:t>f 29399/30137/26398 29390/30127/26388 29396/30133/26394</w:t>
        <w:br/>
        <w:t>f 29398/30135/26396 29399/30137/26398 29396/30133/26394</w:t>
        <w:br/>
        <w:t>f 29390/30127/26388 29399/30137/26398 29401/30138/26399</w:t>
        <w:br/>
        <w:t>f 29389/30126/26387 29390/30127/26388 29401/30138/26399</w:t>
        <w:br/>
        <w:t>f 29389/30126/26387 29401/30138/26399 29402/30139/26400</w:t>
        <w:br/>
        <w:t>f 29391/30128/26389 29389/30126/26387 29402/30139/26400</w:t>
        <w:br/>
        <w:t>f 29399/30137/26398 29400/30136/26397 29403/30140/26401</w:t>
        <w:br/>
        <w:t>f 29401/30138/26399 29399/30137/26398 29403/30140/26401</w:t>
        <w:br/>
        <w:t>f 29306/30051/26312 29403/30140/26401 29400/30136/26397</w:t>
        <w:br/>
        <w:t>f 29300/30045/26306 29306/30051/26312 29400/30136/26397</w:t>
        <w:br/>
        <w:t>f 29405/30141/26402 29404/30142/26403 29306/30051/26312</w:t>
        <w:br/>
        <w:t>f 29303/30048/26309 29405/30141/26402 29306/30051/26312</w:t>
        <w:br/>
        <w:t>f 29401/30138/26399 29403/30140/26401 29406/30143/26404</w:t>
        <w:br/>
        <w:t>f 29402/30139/26400 29401/30138/26399 29406/30143/26404</w:t>
        <w:br/>
        <w:t>f 29404/30142/26403 29406/30143/26404 29403/30140/26401</w:t>
        <w:br/>
        <w:t>f 29306/30051/26312 29404/30142/26403 29403/30140/26401</w:t>
        <w:br/>
        <w:t>f 29391/30128/26389 29402/30139/26400 29407/30144/26405</w:t>
        <w:br/>
        <w:t>f 29392/30129/26390 29391/30128/26389 29407/30144/26405</w:t>
        <w:br/>
        <w:t>f 29392/30129/26390 29408/30145/26406 29376/30114/26375</w:t>
        <w:br/>
        <w:t>f 29378/30116/26377 29392/30129/26390 29376/30114/26375</w:t>
        <w:br/>
        <w:t>f 29402/30139/26400 29406/30143/26404 29409/30146/26407</w:t>
        <w:br/>
        <w:t>f 29407/30144/26405 29402/30139/26400 29409/30146/26407</w:t>
        <w:br/>
        <w:t>f 29410/30147/26408 29408/30145/26406 29392/30129/26390</w:t>
        <w:br/>
        <w:t>f 29407/30144/26405 29410/30147/26408 29392/30129/26390</w:t>
        <w:br/>
        <w:t>f 29374/30112/26373 29376/30114/26375 29408/30145/26406</w:t>
        <w:br/>
        <w:t>f 29411/30148/26409 29374/30112/26373 29408/30145/26406</w:t>
        <w:br/>
        <w:t>f 29406/30143/26404 29404/30142/26403 29412/30149/26410</w:t>
        <w:br/>
        <w:t>f 29409/30146/26407 29406/30143/26404 29412/30149/26410</w:t>
        <w:br/>
        <w:t>f 29407/30144/26405 29409/30146/26407 29413/30150/26411</w:t>
        <w:br/>
        <w:t>f 29410/30147/26408 29407/30144/26405 29413/30150/26411</w:t>
        <w:br/>
        <w:t>f 29411/30148/26409 29414/30151/26412 29373/30110/26371</w:t>
        <w:br/>
        <w:t>f 29374/30112/26373 29411/30148/26409 29373/30110/26371</w:t>
        <w:br/>
        <w:t>f 29412/30149/26410 29404/30142/26403 29405/30141/26402</w:t>
        <w:br/>
        <w:t>f 29415/30152/26413 29412/30149/26410 29405/30141/26402</w:t>
        <w:br/>
        <w:t>f 29370/30107/26368 29373/30110/26371 29414/30151/26412</w:t>
        <w:br/>
        <w:t>f 29416/30153/26414 29370/30107/26368 29414/30151/26412</w:t>
        <w:br/>
        <w:t>f 29408/30145/26406 29417/30154/26415 29411/30148/26409</w:t>
        <w:br/>
        <w:t>f 29408/30145/26406 29410/30147/26408 29418/30155/26416</w:t>
        <w:br/>
        <w:t>f 29417/30154/26415 29408/30145/26406 29418/30155/26416</w:t>
        <w:br/>
        <w:t>f 29365/30102/26363 29370/30107/26368 29416/30153/26414</w:t>
        <w:br/>
        <w:t>f 29419/30156/26417 29365/30102/26363 29416/30153/26414</w:t>
        <w:br/>
        <w:t>f 29421/30157/26418 29417/30154/26415 29420/30158/26419</w:t>
        <w:br/>
        <w:t>f 29416/30153/26414 29414/30151/26412 29421/30157/26418</w:t>
        <w:br/>
        <w:t>f 29422/30159/26420 29416/30153/26414 29421/30157/26418</w:t>
        <w:br/>
        <w:t>f 29364/30100/26361 29365/30102/26363 29419/30156/26417</w:t>
        <w:br/>
        <w:t>f 29423/30160/26421 29364/30100/26361 29419/30156/26417</w:t>
        <w:br/>
        <w:t>f 29422/30159/26420 29424/30161/26422 29419/30156/26417</w:t>
        <w:br/>
        <w:t>f 29416/30153/26414 29422/30159/26420 29419/30156/26417</w:t>
        <w:br/>
        <w:t>f 29423/30160/26421 29425/30162/26423 29363/30101/26362</w:t>
        <w:br/>
        <w:t>f 29364/30100/26361 29423/30160/26421 29363/30101/26362</w:t>
        <w:br/>
        <w:t>f 29423/30160/26421 29419/30156/26417 29424/30161/26422</w:t>
        <w:br/>
        <w:t>f 29426/30163/26424 29423/30160/26421 29424/30161/26422</w:t>
        <w:br/>
        <w:t>f 29422/30159/26420 29421/30157/26418 29428/30164/26425</w:t>
        <w:br/>
        <w:t>f 29427/30165/26426 29422/30159/26420 29428/30164/26425</w:t>
        <w:br/>
        <w:t>f 29424/30161/26422 29422/30159/26420 29427/30165/26426</w:t>
        <w:br/>
        <w:t>f 29429/30166/26427 29424/30161/26422 29427/30165/26426</w:t>
        <w:br/>
        <w:t>f 29430/30167/26428 29428/30164/26425 29421/30157/26418</w:t>
        <w:br/>
        <w:t>f 29420/30158/26419 29430/30167/26428 29421/30157/26418</w:t>
        <w:br/>
        <w:t>f 29425/30162/26423 29423/30160/26421 29426/30163/26424</w:t>
        <w:br/>
        <w:t>f 29431/30168/26429 29425/30162/26423 29426/30163/26424</w:t>
        <w:br/>
        <w:t>f 29418/30155/26416 29432/30169/26430 29420/30158/26419</w:t>
        <w:br/>
        <w:t>f 29417/30154/26415 29418/30155/26416 29420/30158/26419</w:t>
        <w:br/>
        <w:t>f 29425/30162/26423 29433/30170/26431 29353/30093/26354</w:t>
        <w:br/>
        <w:t>f 29363/30101/26362 29425/30162/26423 29353/30093/26354</w:t>
        <w:br/>
        <w:t>f 29434/30171/26432 29418/30155/26416 29410/30147/26408</w:t>
        <w:br/>
        <w:t>f 29413/30150/26411 29434/30171/26432 29410/30147/26408</w:t>
        <w:br/>
        <w:t>f 29412/30149/26410 29435/30172/26433 29413/30150/26411</w:t>
        <w:br/>
        <w:t>f 29409/30146/26407 29412/30149/26410 29413/30150/26411</w:t>
        <w:br/>
        <w:t>f 29353/30093/26354 29433/30170/26431 29436/30173/26434</w:t>
        <w:br/>
        <w:t>f 29256/30002/26263 29353/30093/26354 29436/30173/26434</w:t>
        <w:br/>
        <w:t>f 29435/30172/26433 29412/30149/26410 29415/30152/26413</w:t>
        <w:br/>
        <w:t>f 29437/30174/26435 29435/30172/26433 29415/30152/26413</w:t>
        <w:br/>
        <w:t>f 29256/30002/26263 29436/30173/26434 29438/30175/26436</w:t>
        <w:br/>
        <w:t>f 29251/29996/26257 29256/30002/26263 29438/30175/26436</w:t>
        <w:br/>
        <w:t>f 29413/30150/26411 29435/30172/26433 29439/30176/26437</w:t>
        <w:br/>
        <w:t>f 29434/30171/26432 29413/30150/26411 29439/30176/26437</w:t>
        <w:br/>
        <w:t>f 29435/30172/26433 29437/30174/26435 29439/30176/26437</w:t>
        <w:br/>
        <w:t>f 29432/30169/26430 29434/30171/26432 29440/30177/26438</w:t>
        <w:br/>
        <w:t>f 29441/30178/26439 29440/30177/26438 29434/30171/26432</w:t>
        <w:br/>
        <w:t>f 29439/30176/26437 29441/30178/26439 29434/30171/26432</w:t>
        <w:br/>
        <w:t>f 29442/30179/26440 29441/30178/26439 29439/30176/26437</w:t>
        <w:br/>
        <w:t>f 29432/30169/26430 29430/30167/26428 29420/30158/26419</w:t>
        <w:br/>
        <w:t>f 29444/30180/26441 29443/30181/26442 29430/30167/26428</w:t>
        <w:br/>
        <w:t>f 29432/30169/26430 29444/30180/26441 29430/30167/26428</w:t>
        <w:br/>
        <w:t>f 29432/30169/26430 29440/30177/26438 29444/30180/26441</w:t>
        <w:br/>
        <w:t>f 29443/30181/26442 29445/30182/26443 29428/30164/26425</w:t>
        <w:br/>
        <w:t>f 29430/30167/26428 29443/30181/26442 29428/30164/26425</w:t>
        <w:br/>
        <w:t>f 29445/30182/26443 29446/30183/26444 29427/30165/26426</w:t>
        <w:br/>
        <w:t>f 29428/30164/26425 29445/30182/26443 29427/30165/26426</w:t>
        <w:br/>
        <w:t>f 29443/30181/26442 29444/30180/26441 29447/30184/26445</w:t>
        <w:br/>
        <w:t>f 29448/30185/26446 29443/30181/26442 29447/30184/26445</w:t>
        <w:br/>
        <w:t>f 29448/30185/26446 29449/30186/26447 29445/30182/26443</w:t>
        <w:br/>
        <w:t>f 29443/30181/26442 29448/30185/26446 29445/30182/26443</w:t>
        <w:br/>
        <w:t>f 29444/30180/26441 29440/30177/26438 29450/30187/26448</w:t>
        <w:br/>
        <w:t>f 29447/30184/26445 29444/30180/26441 29450/30187/26448</w:t>
        <w:br/>
        <w:t>f 29451/30188/26449 29450/30187/26448 29440/30177/26438</w:t>
        <w:br/>
        <w:t>f 29441/30178/26439 29451/30188/26449 29440/30177/26438</w:t>
        <w:br/>
        <w:t>f 29453/30189/26450 29452/30190/26451 29447/30184/26445</w:t>
        <w:br/>
        <w:t>f 29450/30187/26448 29453/30189/26450 29447/30184/26445</w:t>
        <w:br/>
        <w:t>f 29454/30191/26452 29451/30188/26449 29441/30178/26439</w:t>
        <w:br/>
        <w:t>f 29442/30179/26440 29454/30191/26452 29441/30178/26439</w:t>
        <w:br/>
        <w:t>f 29450/30187/26448 29451/30188/26449 29455/30192/26453</w:t>
        <w:br/>
        <w:t>f 29453/30189/26450 29450/30187/26448 29455/30192/26453</w:t>
        <w:br/>
        <w:t>f 29458/30193/26454 29457/30194/26455 29456/30195/26456</w:t>
        <w:br/>
        <w:t>f 29437/30174/26435 29456/30195/26456 29442/30179/26440</w:t>
        <w:br/>
        <w:t>f 29460/30196/26457 29458/30193/26454 29459/30197/26458</w:t>
        <w:br/>
        <w:t>f 29463/30198/26459 29462/30199/26460 29461/30200/26461</w:t>
        <w:br/>
        <w:t>f 29458/30193/26454 29463/30198/26459 29461/30200/26461</w:t>
        <w:br/>
        <w:t>f 29458/30193/26454 29461/30200/26461 29457/30194/26455</w:t>
        <w:br/>
        <w:t>f 29454/30191/26452 29457/30194/26455 29464/30201/26462</w:t>
        <w:br/>
        <w:t>f 29462/30199/26460 29466/30202/26463 29465/30203/26464</w:t>
        <w:br/>
        <w:t>f 29461/30200/26461 29462/30199/26460 29465/30203/26464</w:t>
        <w:br/>
        <w:t>f 29457/30194/26455 29467/30204/26465 29464/30201/26462</w:t>
        <w:br/>
        <w:t>f 29466/30202/26463 29469/30205/26466 29468/30206/26467</w:t>
        <w:br/>
        <w:t>f 29465/30203/26464 29466/30202/26463 29468/30206/26467</w:t>
        <w:br/>
        <w:t>f 29468/30206/26467 29470/30207/26468 29467/30204/26465</w:t>
        <w:br/>
        <w:t>f 29465/30203/26464 29468/30206/26467 29467/30204/26465</w:t>
        <w:br/>
        <w:t>f 29469/30205/26466 29472/30208/26469 29471/30209/26470</w:t>
        <w:br/>
        <w:t>f 29468/30206/26467 29469/30205/26466 29471/30209/26470</w:t>
        <w:br/>
        <w:t>f 29470/30207/26468 29468/30206/26467 29471/30209/26470</w:t>
        <w:br/>
        <w:t>f 29473/30210/26471 29470/30207/26468 29471/30209/26470</w:t>
        <w:br/>
        <w:t>f 29464/30201/26462 29467/30204/26465 29474/30211/26472</w:t>
        <w:br/>
        <w:t>f 29472/30208/26469 29476/30212/26473 29475/30213/26474</w:t>
        <w:br/>
        <w:t>f 29471/30209/26470 29472/30208/26469 29475/30213/26474</w:t>
        <w:br/>
        <w:t>f 29453/30189/26450 29455/30192/26453 29478/30214/26475</w:t>
        <w:br/>
        <w:t>f 29477/30215/26476 29453/30189/26450 29478/30214/26475</w:t>
        <w:br/>
        <w:t>f 29479/30216/26477 29467/30204/26465 29470/30207/26468</w:t>
        <w:br/>
        <w:t>f 29478/30214/26475 29474/30211/26472 29479/30216/26477</w:t>
        <w:br/>
        <w:t>f 29480/30217/26478 29478/30214/26475 29479/30216/26477</w:t>
        <w:br/>
        <w:t>f 29473/30210/26471 29481/30218/26479 29479/30216/26477</w:t>
        <w:br/>
        <w:t>f 29470/30207/26468 29473/30210/26471 29479/30216/26477</w:t>
        <w:br/>
        <w:t>f 29481/30218/26479 29482/30219/26480 29480/30217/26478</w:t>
        <w:br/>
        <w:t>f 29479/30216/26477 29481/30218/26479 29480/30217/26478</w:t>
        <w:br/>
        <w:t>f 29471/30209/26470 29475/30213/26474 29473/30210/26471</w:t>
        <w:br/>
        <w:t>f 29473/30210/26471 29483/30220/26481 29481/30218/26479</w:t>
        <w:br/>
        <w:t>f 29483/30220/26481 29484/30221/26482 29482/30219/26480</w:t>
        <w:br/>
        <w:t>f 29481/30218/26479 29483/30220/26481 29482/30219/26480</w:t>
        <w:br/>
        <w:t>f 29485/30222/26483 29473/30210/26471 29475/30213/26474</w:t>
        <w:br/>
        <w:t>f 29487/30223/26484 29476/30212/26473 29486/30224/26485</w:t>
        <w:br/>
        <w:t>f 29485/30222/26483 29475/30213/26474 29487/30223/26484</w:t>
        <w:br/>
        <w:t>f 29488/30225/26486 29485/30222/26483 29487/30223/26484</w:t>
        <w:br/>
        <w:t>f 29485/30222/26483 29489/30226/26487 29483/30220/26481</w:t>
        <w:br/>
        <w:t>f 29488/30225/26486 29487/30223/26484 29491/30227/26488</w:t>
        <w:br/>
        <w:t>f 29490/30228/26489 29488/30225/26486 29491/30227/26488</w:t>
        <w:br/>
        <w:t>f 29485/30222/26483 29492/30229/26490 29489/30226/26487</w:t>
        <w:br/>
        <w:t>f 29494/30230/26491 29489/30226/26487 29492/30229/26490</w:t>
        <w:br/>
        <w:t>f 29493/30231/26492 29494/30230/26491 29492/30229/26490</w:t>
        <w:br/>
        <w:t>f 29495/30232/26493 29488/30225/26486 29490/30228/26489</w:t>
        <w:br/>
        <w:t>f 29493/30231/26492 29492/30229/26490 29495/30232/26493</w:t>
        <w:br/>
        <w:t>f 29496/30233/26494 29493/30231/26492 29495/30232/26493</w:t>
        <w:br/>
        <w:t>f 29493/30231/26492 29498/30234/26495 29497/30235/26496</w:t>
        <w:br/>
        <w:t>f 29494/30230/26491 29493/30231/26492 29497/30235/26496</w:t>
        <w:br/>
        <w:t>f 29484/30221/26482 29500/30236/26497 29499/30237/26498</w:t>
        <w:br/>
        <w:t>f 29482/30219/26480 29484/30221/26482 29499/30237/26498</w:t>
        <w:br/>
        <w:t>f 29482/30219/26480 29499/30237/26498 29501/30238/26499</w:t>
        <w:br/>
        <w:t>f 29480/30217/26478 29482/30219/26480 29501/30238/26499</w:t>
        <w:br/>
        <w:t>f 29477/30215/26476 29478/30214/26475 29480/30217/26478</w:t>
        <w:br/>
        <w:t>f 29501/30238/26499 29477/30215/26476 29480/30217/26478</w:t>
        <w:br/>
        <w:t>f 29503/30239/26500 29499/30237/26498 29500/30236/26497</w:t>
        <w:br/>
        <w:t>f 29502/30240/26501 29503/30239/26500 29500/30236/26497</w:t>
        <w:br/>
        <w:t>f 29504/30241/26502 29501/30238/26499 29499/30237/26498</w:t>
        <w:br/>
        <w:t>f 29503/30239/26500 29504/30241/26502 29499/30237/26498</w:t>
        <w:br/>
        <w:t>f 29501/30238/26499 29504/30241/26502 29505/30242/26503</w:t>
        <w:br/>
        <w:t>f 29477/30215/26476 29501/30238/26499 29505/30242/26503</w:t>
        <w:br/>
        <w:t>f 29452/30190/26451 29453/30189/26450 29477/30215/26476</w:t>
        <w:br/>
        <w:t>f 29505/30242/26503 29452/30190/26451 29477/30215/26476</w:t>
        <w:br/>
        <w:t>f 29452/30190/26451 29506/30243/26504 29448/30185/26446</w:t>
        <w:br/>
        <w:t>f 29447/30184/26445 29452/30190/26451 29448/30185/26446</w:t>
        <w:br/>
        <w:t>f 29504/30241/26502 29508/30244/26505 29507/30245/26506</w:t>
        <w:br/>
        <w:t>f 29505/30242/26503 29504/30241/26502 29507/30245/26506</w:t>
        <w:br/>
        <w:t>f 29449/30186/26447 29448/30185/26446 29506/30243/26504</w:t>
        <w:br/>
        <w:t>f 29509/30246/26507 29449/30186/26447 29506/30243/26504</w:t>
        <w:br/>
        <w:t>f 29508/30244/26505 29504/30241/26502 29503/30239/26500</w:t>
        <w:br/>
        <w:t>f 29510/30247/26508 29508/30244/26505 29503/30239/26500</w:t>
        <w:br/>
        <w:t>f 29449/30186/26447 29511/30248/26509 29446/30183/26444</w:t>
        <w:br/>
        <w:t>f 29445/30182/26443 29449/30186/26447 29446/30183/26444</w:t>
        <w:br/>
        <w:t>f 29512/30249/26510 29507/30245/26506 29508/30244/26505</w:t>
        <w:br/>
        <w:t>f 29513/30250/26511 29512/30249/26510 29508/30244/26505</w:t>
        <w:br/>
        <w:t>f 29509/30246/26507 29512/30249/26510 29514/30251/26512</w:t>
        <w:br/>
        <w:t>f 29429/30166/26427 29427/30165/26426 29446/30183/26444</w:t>
        <w:br/>
        <w:t>f 29515/30252/26513 29429/30166/26427 29446/30183/26444</w:t>
        <w:br/>
        <w:t>f 29429/30166/26427 29516/30253/26514 29426/30163/26424</w:t>
        <w:br/>
        <w:t>f 29424/30161/26422 29429/30166/26427 29426/30163/26424</w:t>
        <w:br/>
        <w:t>f 29449/30186/26447 29509/30246/26507 29511/30248/26509</w:t>
        <w:br/>
        <w:t>f 29515/30252/26513 29446/30183/26444 29511/30248/26509</w:t>
        <w:br/>
        <w:t>f 29517/30254/26515 29515/30252/26513 29511/30248/26509</w:t>
        <w:br/>
        <w:t>f 29516/30253/26514 29429/30166/26427 29515/30252/26513</w:t>
        <w:br/>
        <w:t>f 29518/30255/26516 29516/30253/26514 29515/30252/26513</w:t>
        <w:br/>
        <w:t>f 29431/30168/26429 29426/30163/26424 29516/30253/26514</w:t>
        <w:br/>
        <w:t>f 29519/30256/26517 29431/30168/26429 29516/30253/26514</w:t>
        <w:br/>
        <w:t>f 29433/30170/26431 29425/30162/26423 29431/30168/26429</w:t>
        <w:br/>
        <w:t>f 29520/30257/26518 29433/30170/26431 29431/30168/26429</w:t>
        <w:br/>
        <w:t>f 29518/30255/26516 29521/30258/26519 29519/30256/26517</w:t>
        <w:br/>
        <w:t>f 29516/30253/26514 29518/30255/26516 29519/30256/26517</w:t>
        <w:br/>
        <w:t>f 29520/30257/26518 29431/30168/26429 29519/30256/26517</w:t>
        <w:br/>
        <w:t>f 29522/30259/26520 29520/30257/26518 29519/30256/26517</w:t>
        <w:br/>
        <w:t>f 29433/30170/26431 29520/30257/26518 29523/30260/26521</w:t>
        <w:br/>
        <w:t>f 29436/30173/26434 29433/30170/26431 29523/30260/26521</w:t>
        <w:br/>
        <w:t>f 29522/30259/26520 29524/30261/26522 29523/30260/26521</w:t>
        <w:br/>
        <w:t>f 29520/30257/26518 29522/30259/26520 29523/30260/26521</w:t>
        <w:br/>
        <w:t>f 29522/30259/26520 29519/30256/26517 29521/30258/26519</w:t>
        <w:br/>
        <w:t>f 29525/30262/26523 29522/30259/26520 29521/30258/26519</w:t>
        <w:br/>
        <w:t>f 29518/30255/26516 29515/30252/26513 29517/30254/26515</w:t>
        <w:br/>
        <w:t>f 29526/30263/26524 29518/30255/26516 29517/30254/26515</w:t>
        <w:br/>
        <w:t>f 29526/30263/26524 29527/30264/26525 29521/30258/26519</w:t>
        <w:br/>
        <w:t>f 29518/30255/26516 29526/30263/26524 29521/30258/26519</w:t>
        <w:br/>
        <w:t>f 29529/30265/26526 29528/30266/26527 29517/30254/26515</w:t>
        <w:br/>
        <w:t>f 29511/30248/26509 29529/30265/26526 29517/30254/26515</w:t>
        <w:br/>
        <w:t>f 29526/30263/26524 29517/30254/26515 29528/30266/26527</w:t>
        <w:br/>
        <w:t>f 29530/30267/26528 29526/30263/26524 29528/30266/26527</w:t>
        <w:br/>
        <w:t>f 29529/30265/26526 29511/30248/26509 29514/30251/26512</w:t>
        <w:br/>
        <w:t>f 29532/30268/26529 29531/30269/26530 29528/30266/26527</w:t>
        <w:br/>
        <w:t>f 29529/30265/26526 29532/30268/26529 29528/30266/26527</w:t>
        <w:br/>
        <w:t>f 29533/30270/26531 29532/30268/26529 29529/30265/26526</w:t>
        <w:br/>
        <w:t>f 29514/30251/26512 29533/30270/26531 29529/30265/26526</w:t>
        <w:br/>
        <w:t>f 29514/30251/26512 29512/30249/26510 29534/30271/26532</w:t>
        <w:br/>
        <w:t>f 29531/30269/26530 29535/30272/26533 29530/30267/26528</w:t>
        <w:br/>
        <w:t>f 29528/30266/26527 29531/30269/26530 29530/30267/26528</w:t>
        <w:br/>
        <w:t>f 29527/30264/26525 29526/30263/26524 29530/30267/26528</w:t>
        <w:br/>
        <w:t>f 29536/30273/26534 29527/30264/26525 29530/30267/26528</w:t>
        <w:br/>
        <w:t>f 29534/30271/26532 29537/30274/26535 29533/30270/26531</w:t>
        <w:br/>
        <w:t>f 29514/30251/26512 29534/30271/26532 29533/30270/26531</w:t>
        <w:br/>
        <w:t>f 29527/30264/26525 29538/30275/26536 29525/30262/26523</w:t>
        <w:br/>
        <w:t>f 29521/30258/26519 29527/30264/26525 29525/30262/26523</w:t>
        <w:br/>
        <w:t>f 29524/30261/26522 29522/30259/26520 29525/30262/26523</w:t>
        <w:br/>
        <w:t>f 29539/30276/26537 29524/30261/26522 29525/30262/26523</w:t>
        <w:br/>
        <w:t>f 29539/30276/26537 29525/30262/26523 29538/30275/26536</w:t>
        <w:br/>
        <w:t>f 29540/30277/26538 29539/30276/26537 29538/30275/26536</w:t>
        <w:br/>
        <w:t>f 29536/30273/26534 29541/30278/26539 29538/30275/26536</w:t>
        <w:br/>
        <w:t>f 29527/30264/26525 29536/30273/26534 29538/30275/26536</w:t>
        <w:br/>
        <w:t>f 29543/30279/26540 29523/30260/26521 29524/30261/26522</w:t>
        <w:br/>
        <w:t>f 29542/30280/26541 29543/30279/26540 29524/30261/26522</w:t>
        <w:br/>
        <w:t>f 29536/30273/26534 29530/30267/26528 29535/30272/26533</w:t>
        <w:br/>
        <w:t>f 29544/30281/26542 29536/30273/26534 29535/30272/26533</w:t>
        <w:br/>
        <w:t>f 29543/30279/26540 29438/30175/26436 29436/30173/26434</w:t>
        <w:br/>
        <w:t>f 29523/30260/26521 29543/30279/26540 29436/30173/26434</w:t>
        <w:br/>
        <w:t>f 29542/30280/26541 29524/30261/26522 29539/30276/26537</w:t>
        <w:br/>
        <w:t>f 29545/30282/26543 29542/30280/26541 29539/30276/26537</w:t>
        <w:br/>
        <w:t>f 29547/30283/26544 29543/30279/26540 29542/30280/26541</w:t>
        <w:br/>
        <w:t>f 29546/30284/26545 29547/30283/26544 29542/30280/26541</w:t>
        <w:br/>
        <w:t>f 29545/30282/26543 29548/30285/26546 29546/30284/26545</w:t>
        <w:br/>
        <w:t>f 29542/30280/26541 29545/30282/26543 29546/30284/26545</w:t>
        <w:br/>
        <w:t>f 29547/30283/26544 29549/30286/26547 29438/30175/26436</w:t>
        <w:br/>
        <w:t>f 29543/30279/26540 29547/30283/26544 29438/30175/26436</w:t>
        <w:br/>
        <w:t>f 29549/30286/26547 29246/29991/26252 29251/29996/26257</w:t>
        <w:br/>
        <w:t>f 29438/30175/26436 29549/30286/26547 29251/29996/26257</w:t>
        <w:br/>
        <w:t>f 29551/30287/26548 29547/30283/26544 29546/30284/26545</w:t>
        <w:br/>
        <w:t>f 29550/30288/26549 29551/30287/26548 29546/30284/26545</w:t>
        <w:br/>
        <w:t>f 29552/30289/26550 29241/29986/26247 29246/29991/26252</w:t>
        <w:br/>
        <w:t>f 29549/30286/26547 29552/30289/26550 29246/29991/26252</w:t>
        <w:br/>
        <w:t>f 29551/30287/26548 29552/30289/26550 29549/30286/26547</w:t>
        <w:br/>
        <w:t>f 29547/30283/26544 29551/30287/26548 29549/30286/26547</w:t>
        <w:br/>
        <w:t>f 29552/30289/26550 29553/30290/26551 29242/29987/26248</w:t>
        <w:br/>
        <w:t>f 29241/29986/26247 29552/30289/26550 29242/29987/26248</w:t>
        <w:br/>
        <w:t>f 29548/30285/26546 29554/30291/26552 29550/30288/26549</w:t>
        <w:br/>
        <w:t>f 29546/30284/26545 29548/30285/26546 29550/30288/26549</w:t>
        <w:br/>
        <w:t>f 29551/30287/26548 29555/30292/26553 29553/30290/26551</w:t>
        <w:br/>
        <w:t>f 29552/30289/26550 29551/30287/26548 29553/30290/26551</w:t>
        <w:br/>
        <w:t>f 29555/30292/26553 29551/30287/26548 29550/30288/26549</w:t>
        <w:br/>
        <w:t>f 29556/30293/26554 29555/30292/26553 29550/30288/26549</w:t>
        <w:br/>
        <w:t>f 29554/30291/26552 29557/30294/26555 29556/30293/26554</w:t>
        <w:br/>
        <w:t>f 29550/30288/26549 29554/30291/26552 29556/30293/26554</w:t>
        <w:br/>
        <w:t>f 29554/30291/26552 29559/30295/26556 29558/30296/26557</w:t>
        <w:br/>
        <w:t>f 29557/30294/26555 29554/30291/26552 29558/30296/26557</w:t>
        <w:br/>
        <w:t>f 29554/30291/26552 29548/30285/26546 29560/30297/26558</w:t>
        <w:br/>
        <w:t>f 29559/30295/26556 29554/30291/26552 29560/30297/26558</w:t>
        <w:br/>
        <w:t>f 29561/30298/26559 29560/30297/26558 29548/30285/26546</w:t>
        <w:br/>
        <w:t>f 29545/30282/26543 29561/30298/26559 29548/30285/26546</w:t>
        <w:br/>
        <w:t>f 29559/30295/26556 29560/30297/26558 29562/30299/26560</w:t>
        <w:br/>
        <w:t>f 29563/30300/26561 29559/30295/26556 29562/30299/26560</w:t>
        <w:br/>
        <w:t>f 29545/30282/26543 29539/30276/26537 29540/30277/26538</w:t>
        <w:br/>
        <w:t>f 29561/30298/26559 29545/30282/26543 29540/30277/26538</w:t>
        <w:br/>
        <w:t>f 29564/30301/26562 29562/30299/26560 29560/30297/26558</w:t>
        <w:br/>
        <w:t>f 29561/30298/26559 29564/30301/26562 29560/30297/26558</w:t>
        <w:br/>
        <w:t>f 29565/30302/26563 29564/30301/26562 29561/30298/26559</w:t>
        <w:br/>
        <w:t>f 29540/30277/26538 29565/30302/26563 29561/30298/26559</w:t>
        <w:br/>
        <w:t>f 29541/30278/26539 29565/30302/26563 29540/30277/26538</w:t>
        <w:br/>
        <w:t>f 29538/30275/26536 29541/30278/26539 29540/30277/26538</w:t>
        <w:br/>
        <w:t>f 29541/30278/26539 29536/30273/26534 29544/30281/26542</w:t>
        <w:br/>
        <w:t>f 29566/30303/26564 29541/30278/26539 29544/30281/26542</w:t>
        <w:br/>
        <w:t>f 29568/30304/26565 29567/30305/26566 29564/30301/26562</w:t>
        <w:br/>
        <w:t>f 29565/30302/26563 29568/30304/26565 29564/30301/26562</w:t>
        <w:br/>
        <w:t>f 29544/30281/26542 29570/30306/26567 29569/30307/26568</w:t>
        <w:br/>
        <w:t>f 29566/30303/26564 29544/30281/26542 29569/30307/26568</w:t>
        <w:br/>
        <w:t>f 29568/30304/26565 29566/30303/26564 29572/30308/26569</w:t>
        <w:br/>
        <w:t>f 29571/30309/26570 29568/30304/26565 29572/30308/26569</w:t>
        <w:br/>
        <w:t>f 29572/30308/26569 29566/30303/26564 29569/30307/26568</w:t>
        <w:br/>
        <w:t>f 29573/30310/26571 29572/30308/26569 29569/30307/26568</w:t>
        <w:br/>
        <w:t>f 29544/30281/26542 29535/30272/26533 29574/30311/26572</w:t>
        <w:br/>
        <w:t>f 29570/30306/26567 29544/30281/26542 29574/30311/26572</w:t>
        <w:br/>
        <w:t>f 29571/30309/26570 29575/30312/26573 29567/30305/26566</w:t>
        <w:br/>
        <w:t>f 29568/30304/26565 29571/30309/26570 29567/30305/26566</w:t>
        <w:br/>
        <w:t>f 29567/30305/26566 29576/30313/26574 29562/30299/26560</w:t>
        <w:br/>
        <w:t>f 29564/30301/26562 29567/30305/26566 29562/30299/26560</w:t>
        <w:br/>
        <w:t>f 29576/30313/26574 29567/30305/26566 29575/30312/26573</w:t>
        <w:br/>
        <w:t>f 29577/30314/26575 29576/30313/26574 29575/30312/26573</w:t>
        <w:br/>
        <w:t>f 29563/30300/26561 29562/30299/26560 29576/30313/26574</w:t>
        <w:br/>
        <w:t>f 29578/30315/26576 29563/30300/26561 29576/30313/26574</w:t>
        <w:br/>
        <w:t>f 29580/30316/26577 29579/30317/26578 29575/30312/26573</w:t>
        <w:br/>
        <w:t>f 29571/30309/26570 29580/30316/26577 29575/30312/26573</w:t>
        <w:br/>
        <w:t>f 29571/30309/26570 29572/30308/26569 29581/30318/26579</w:t>
        <w:br/>
        <w:t>f 29580/30316/26577 29571/30309/26570 29581/30318/26579</w:t>
        <w:br/>
        <w:t>f 29582/30319/26580 29578/30315/26576 29576/30313/26574</w:t>
        <w:br/>
        <w:t>f 29577/30314/26575 29582/30319/26580 29576/30313/26574</w:t>
        <w:br/>
        <w:t>f 29563/30300/26561 29583/30320/26581 29558/30296/26557</w:t>
        <w:br/>
        <w:t>f 29559/30295/26556 29563/30300/26561 29558/30296/26557</w:t>
        <w:br/>
        <w:t>f 29578/30315/26576 29584/30321/26581 29583/30320/26581</w:t>
        <w:br/>
        <w:t>f 29563/30300/26561 29578/30315/26576 29583/30320/26581</w:t>
        <w:br/>
        <w:t>f 29586/30322/26582 29585/30323/26583 29578/30315/26576</w:t>
        <w:br/>
        <w:t>f 29582/30319/26580 29586/30322/26582 29578/30315/26576</w:t>
        <w:br/>
        <w:t>f 29587/30324/26584 29586/30322/26582 29582/30319/26580</w:t>
        <w:br/>
        <w:t>f 29577/30314/26575 29587/30324/26584 29582/30319/26580</w:t>
        <w:br/>
        <w:t>f 29577/30314/26575 29575/30312/26573 29579/30317/26578</w:t>
        <w:br/>
        <w:t>f 29587/30324/26584 29577/30314/26575 29579/30317/26578</w:t>
        <w:br/>
        <w:t>f 29573/30310/26571 29588/30325/26585 29581/30318/26579</w:t>
        <w:br/>
        <w:t>f 29572/30308/26569 29573/30310/26571 29581/30318/26579</w:t>
        <w:br/>
        <w:t>f 29573/30310/26571 29569/30307/26568 29589/30326/26586</w:t>
        <w:br/>
        <w:t>f 29590/30327/26587 29573/30310/26571 29589/30326/26586</w:t>
        <w:br/>
        <w:t>f 29591/30328/26588 29589/30326/26586 29569/30307/26568</w:t>
        <w:br/>
        <w:t>f 29570/30306/26567 29591/30328/26588 29569/30307/26568</w:t>
        <w:br/>
        <w:t>f 29573/30310/26571 29590/30327/26587 29592/30329/26589</w:t>
        <w:br/>
        <w:t>f 29588/30325/26585 29573/30310/26571 29592/30329/26589</w:t>
        <w:br/>
        <w:t>f 29594/30330/26590 29592/30329/26589 29590/30327/26587</w:t>
        <w:br/>
        <w:t>f 29593/30331/26591 29594/30330/26590 29590/30327/26587</w:t>
        <w:br/>
        <w:t>f 29589/30326/26586 29595/30332/26592 29593/30331/26591</w:t>
        <w:br/>
        <w:t>f 29590/30327/26587 29589/30326/26586 29593/30331/26591</w:t>
        <w:br/>
        <w:t>f 29593/30331/26591 29597/30333/26593 29596/30334/26594</w:t>
        <w:br/>
        <w:t>f 29594/30330/26590 29593/30331/26591 29596/30334/26594</w:t>
        <w:br/>
        <w:t>f 29597/30333/26593 29593/30331/26591 29595/30332/26592</w:t>
        <w:br/>
        <w:t>f 29598/30335/26595 29597/30333/26593 29595/30332/26592</w:t>
        <w:br/>
        <w:t>f 29600/30336/26596 29596/30334/26594 29597/30333/26593</w:t>
        <w:br/>
        <w:t>f 29599/30337/26597 29600/30336/26596 29597/30333/26593</w:t>
        <w:br/>
        <w:t>f 29598/30335/26595 29601/30338/26598 29599/30337/26597</w:t>
        <w:br/>
        <w:t>f 29597/30333/26593 29598/30335/26595 29599/30337/26597</w:t>
        <w:br/>
        <w:t>f 29603/30339/26599 29602/30340/26600 29598/30335/26595</w:t>
        <w:br/>
        <w:t>f 29595/30332/26592 29603/30339/26599 29598/30335/26595</w:t>
        <w:br/>
        <w:t>f 29606/30341/26601 29605/30342/26602 29604/30343/26603</w:t>
        <w:br/>
        <w:t>f 29602/30340/26600 29606/30341/26601 29604/30343/26603</w:t>
        <w:br/>
        <w:t>f 29608/30344/26604 29607/30345/26605 29605/30342/26602</w:t>
        <w:br/>
        <w:t>f 29606/30341/26601 29608/30344/26604 29605/30342/26602</w:t>
        <w:br/>
        <w:t>f 29610/30346/26606 29609/30347/26607 29607/30345/26605</w:t>
        <w:br/>
        <w:t>f 29608/30344/26604 29610/30346/26606 29607/30345/26605</w:t>
        <w:br/>
        <w:t>f 29606/30341/26601 29612/30348/26608 29611/30349/26609</w:t>
        <w:br/>
        <w:t>f 29608/30344/26604 29606/30341/26601 29611/30349/26609</w:t>
        <w:br/>
        <w:t>f 29612/30348/26608 29606/30341/26601 29602/30340/26600</w:t>
        <w:br/>
        <w:t>f 29603/30339/26599 29612/30348/26608 29602/30340/26600</w:t>
        <w:br/>
        <w:t>f 29608/30344/26604 29611/30349/26609 29191/29959/26220</w:t>
        <w:br/>
        <w:t>f 29610/30346/26606 29608/30344/26604 29191/29959/26220</w:t>
        <w:br/>
        <w:t>f 29591/30328/26588 29603/30339/26599 29595/30332/26592</w:t>
        <w:br/>
        <w:t>f 29589/30326/26586 29591/30328/26588 29595/30332/26592</w:t>
        <w:br/>
        <w:t>f 29613/30350/26610 29612/30348/26608 29603/30339/26599</w:t>
        <w:br/>
        <w:t>f 29591/30328/26588 29613/30350/26610 29603/30339/26599</w:t>
        <w:br/>
        <w:t>f 29614/30351/26611 29611/30349/26609 29612/30348/26608</w:t>
        <w:br/>
        <w:t>f 29613/30350/26610 29614/30351/26611 29612/30348/26608</w:t>
        <w:br/>
        <w:t>f 29570/30306/26567 29574/30311/26572 29613/30350/26610</w:t>
        <w:br/>
        <w:t>f 29591/30328/26588 29570/30306/26567 29613/30350/26610</w:t>
        <w:br/>
        <w:t>f 29574/30311/26572 29615/30352/26612 29614/30351/26611</w:t>
        <w:br/>
        <w:t>f 29613/30350/26610 29574/30311/26572 29614/30351/26611</w:t>
        <w:br/>
        <w:t>f 29535/30272/26533 29531/30269/26530 29615/30352/26612</w:t>
        <w:br/>
        <w:t>f 29574/30311/26572 29535/30272/26533 29615/30352/26612</w:t>
        <w:br/>
        <w:t>f 29531/30269/26530 29532/30268/26529 29616/30353/26613</w:t>
        <w:br/>
        <w:t>f 29615/30352/26612 29531/30269/26530 29616/30353/26613</w:t>
        <w:br/>
        <w:t>f 29191/29959/26220 29611/30349/26609 29614/30351/26611</w:t>
        <w:br/>
        <w:t>f 29190/29960/26221 29191/29959/26220 29614/30351/26611</w:t>
        <w:br/>
        <w:t>f 29617/30354/26614 29616/30353/26613 29532/30268/26529</w:t>
        <w:br/>
        <w:t>f 29533/30270/26531 29617/30354/26614 29532/30268/26529</w:t>
        <w:br/>
        <w:t>f 29615/30352/26612 29616/30353/26613 29190/29960/26221</w:t>
        <w:br/>
        <w:t>f 29614/30351/26611 29615/30352/26612 29190/29960/26221</w:t>
        <w:br/>
        <w:t>f 29193/29961/26222 29190/29960/26221 29616/30353/26613</w:t>
        <w:br/>
        <w:t>f 29617/30354/26614 29193/29961/26222 29616/30353/26613</w:t>
        <w:br/>
        <w:t>f 29191/29959/26220 29192/29958/26219 29618/30355/26615</w:t>
        <w:br/>
        <w:t>f 29610/30346/26606 29191/29959/26220 29618/30355/26615</w:t>
        <w:br/>
        <w:t>f 29193/29961/26222 29620/30356/26616 29619/30357/26617</w:t>
        <w:br/>
        <w:t>f 29192/29958/26219 29193/29961/26222 29619/30357/26617</w:t>
        <w:br/>
        <w:t>f 29619/30357/26617 29620/30356/26616 29622/30358/26618</w:t>
        <w:br/>
        <w:t>f 29621/30359/26619 29619/30357/26617 29622/30358/26618</w:t>
        <w:br/>
        <w:t>f 29193/29961/26222 29617/30354/26614 29623/30360/26620</w:t>
        <w:br/>
        <w:t>f 29620/30356/26616 29193/29961/26222 29623/30360/26620</w:t>
        <w:br/>
        <w:t>f 29624/30361/26621 29618/30355/26615 29192/29958/26219</w:t>
        <w:br/>
        <w:t>f 29619/30357/26617 29624/30361/26621 29192/29958/26219</w:t>
        <w:br/>
        <w:t>f 29625/30362/26622 29622/30358/26618 29620/30356/26616</w:t>
        <w:br/>
        <w:t>f 29623/30360/26620 29625/30362/26622 29620/30356/26616</w:t>
        <w:br/>
        <w:t>f 29626/30363/26623 29625/30362/26622 29623/30360/26620</w:t>
        <w:br/>
        <w:t>f 29537/30274/26535 29626/30363/26623 29623/30360/26620</w:t>
        <w:br/>
        <w:t>f 29627/30364/26624 29626/30363/26623 29537/30274/26535</w:t>
        <w:br/>
        <w:t>f 29534/30271/26532 29627/30364/26624 29537/30274/26535</w:t>
        <w:br/>
        <w:t>f 29629/30365/26625 29628/30366/26626 29627/30364/26624</w:t>
        <w:br/>
        <w:t>f 29513/30250/26511 29629/30365/26625 29627/30364/26624</w:t>
        <w:br/>
        <w:t>f 29510/30247/26508 29629/30365/26625 29513/30250/26511</w:t>
        <w:br/>
        <w:t>f 29508/30244/26505 29510/30247/26508 29513/30250/26511</w:t>
        <w:br/>
        <w:t>f 29631/30367/26627 29630/30368/26628 29628/30366/26626</w:t>
        <w:br/>
        <w:t>f 29629/30365/26625 29631/30367/26627 29628/30366/26626</w:t>
        <w:br/>
        <w:t>f 29510/30247/26508 29503/30239/26500 29502/30240/26501</w:t>
        <w:br/>
        <w:t>f 29632/30369/26629 29510/30247/26508 29502/30240/26501</w:t>
        <w:br/>
        <w:t>f 29497/30235/26496 29633/30370/26630 29502/30240/26501</w:t>
        <w:br/>
        <w:t>f 29500/30236/26497 29497/30235/26496 29502/30240/26501</w:t>
        <w:br/>
        <w:t>f 29632/30369/26629 29631/30367/26627 29629/30365/26625</w:t>
        <w:br/>
        <w:t>f 29510/30247/26508 29632/30369/26629 29629/30365/26625</w:t>
        <w:br/>
        <w:t>f 29633/30370/26630 29634/30371/26631 29632/30369/26629</w:t>
        <w:br/>
        <w:t>f 29502/30240/26501 29633/30370/26630 29632/30369/26629</w:t>
        <w:br/>
        <w:t>f 29633/30370/26630 29497/30235/26496 29498/30234/26495</w:t>
        <w:br/>
        <w:t>f 29635/30372/26632 29633/30370/26630 29498/30234/26495</w:t>
        <w:br/>
        <w:t>f 29498/30234/26495 29493/30231/26492 29496/30233/26494</w:t>
        <w:br/>
        <w:t>f 29636/30373/26633 29498/30234/26495 29496/30233/26494</w:t>
        <w:br/>
        <w:t>f 29633/30370/26630 29635/30372/26632 29637/30374/26634</w:t>
        <w:br/>
        <w:t>f 29634/30371/26631 29633/30370/26630 29637/30374/26634</w:t>
        <w:br/>
        <w:t>f 29636/30373/26633 29638/30375/26635 29635/30372/26632</w:t>
        <w:br/>
        <w:t>f 29498/30234/26495 29636/30373/26633 29635/30372/26632</w:t>
        <w:br/>
        <w:t>f 29631/30367/26627 29632/30369/26629 29634/30371/26631</w:t>
        <w:br/>
        <w:t>f 29639/30376/26636 29631/30367/26627 29634/30371/26631</w:t>
        <w:br/>
        <w:t>f 29634/30371/26631 29637/30374/26634 29640/30377/26637</w:t>
        <w:br/>
        <w:t>f 29639/30376/26636 29634/30371/26631 29640/30377/26637</w:t>
        <w:br/>
        <w:t>f 29630/30368/26628 29631/30367/26627 29639/30376/26636</w:t>
        <w:br/>
        <w:t>f 29641/30378/26638 29630/30368/26628 29639/30376/26636</w:t>
        <w:br/>
        <w:t>f 29640/30377/26637 29642/30379/26639 29641/30378/26638</w:t>
        <w:br/>
        <w:t>f 29639/30376/26636 29640/30377/26637 29641/30378/26638</w:t>
        <w:br/>
        <w:t>f 29637/30374/26634 29644/30380/26640 29643/30381/26641</w:t>
        <w:br/>
        <w:t>f 29640/30377/26637 29637/30374/26634 29643/30381/26641</w:t>
        <w:br/>
        <w:t>f 29641/30378/26638 29646/30382/26642 29645/30383/26643</w:t>
        <w:br/>
        <w:t>f 29630/30368/26628 29641/30378/26638 29645/30383/26643</w:t>
        <w:br/>
        <w:t>f 29642/30379/26639 29647/30384/26644 29646/30382/26642</w:t>
        <w:br/>
        <w:t>f 29641/30378/26638 29642/30379/26639 29646/30382/26642</w:t>
        <w:br/>
        <w:t>f 29646/30382/26642 29649/30385/26645 29648/30386/26646</w:t>
        <w:br/>
        <w:t>f 29645/30383/26643 29646/30382/26642 29648/30386/26646</w:t>
        <w:br/>
        <w:t>f 29649/30385/26645 29651/30387/26647 29650/30388/26648</w:t>
        <w:br/>
        <w:t>f 29648/30386/26646 29649/30385/26645 29650/30388/26648</w:t>
        <w:br/>
        <w:t>f 29654/30389/26649 29653/30390/26650 29652/30391/26651</w:t>
        <w:br/>
        <w:t>f 29624/30361/26621 29654/30389/26649 29652/30391/26651</w:t>
        <w:br/>
        <w:t>f 29658/30392/26652 29657/30393/26653 29656/30394/26654</w:t>
        <w:br/>
        <w:t>f 29655/30395/26655 29658/30392/26652 29656/30394/26654</w:t>
        <w:br/>
        <w:t>f 29661/30396/26656 29660/30397/26657 29659/30398/26658</w:t>
        <w:br/>
        <w:t>f 29662/30399/26659 29661/30396/26656 29659/30398/26658</w:t>
        <w:br/>
        <w:t>f 29655/30395/26655 29656/30394/26654 29664/30400/26660</w:t>
        <w:br/>
        <w:t>f 29663/30401/26661 29655/30395/26655 29664/30400/26660</w:t>
        <w:br/>
        <w:t>f 29665/30402/26662 29659/30398/26663 29655/30395/26655</w:t>
        <w:br/>
        <w:t>f 29663/30401/26661 29665/30402/26662 29655/30395/26655</w:t>
        <w:br/>
        <w:t>f 29666/30403/26664 29665/30402/26662 29663/30401/26661</w:t>
        <w:br/>
        <w:t>f 29667/30404/26665 29666/30403/26664 29663/30401/26661</w:t>
        <w:br/>
        <w:t>f 29668/30405/26666 29667/30404/26665 29663/30401/26661</w:t>
        <w:br/>
        <w:t>f 29664/30400/26660 29668/30405/26666 29663/30401/26661</w:t>
        <w:br/>
        <w:t>f 29669/30406/26667 29666/30403/26664 29667/30404/26665</w:t>
        <w:br/>
        <w:t>f 29670/30407/26668 29669/30406/26667 29667/30404/26665</w:t>
        <w:br/>
        <w:t>f 29667/30404/26665 29668/30405/26666 29671/30408/26669</w:t>
        <w:br/>
        <w:t>f 29670/30407/26668 29667/30404/26665 29671/30408/26669</w:t>
        <w:br/>
        <w:t>f 29673/30409/26670 29669/30406/26667 29670/30407/26668</w:t>
        <w:br/>
        <w:t>f 29672/30410/26671 29673/30409/26670 29670/30407/26668</w:t>
        <w:br/>
        <w:t>f 29675/30411/26672 29674/30412/26673 29651/30387/26647</w:t>
        <w:br/>
        <w:t>f 29649/30385/26645 29675/30411/26672 29651/30387/26647</w:t>
        <w:br/>
        <w:t>f 29676/30413/26674 29671/30408/26669 29668/30405/26666</w:t>
        <w:br/>
        <w:t>f 29674/30412/26673 29676/30413/26674 29668/30405/26666</w:t>
        <w:br/>
        <w:t>f 29674/30412/26673 29675/30411/26672 29677/30414/26675</w:t>
        <w:br/>
        <w:t>f 29676/30413/26674 29674/30412/26673 29677/30414/26675</w:t>
        <w:br/>
        <w:t>f 29647/30384/26644 29675/30411/26672 29649/30385/26645</w:t>
        <w:br/>
        <w:t>f 29646/30382/26642 29647/30384/26644 29649/30385/26645</w:t>
        <w:br/>
        <w:t>f 29678/30415/26676 29677/30414/26675 29675/30411/26672</w:t>
        <w:br/>
        <w:t>f 29647/30384/26644 29678/30415/26676 29675/30411/26672</w:t>
        <w:br/>
        <w:t>f 29647/30384/26644 29642/30379/26639 29679/30416/26677</w:t>
        <w:br/>
        <w:t>f 29678/30415/26676 29647/30384/26644 29679/30416/26677</w:t>
        <w:br/>
        <w:t>f 29643/30381/26641 29679/30416/26677 29642/30379/26639</w:t>
        <w:br/>
        <w:t>f 29640/30377/26637 29643/30381/26641 29642/30379/26639</w:t>
        <w:br/>
        <w:t>f 29681/30417/26678 29680/30418/26679 29676/30413/26674</w:t>
        <w:br/>
        <w:t>f 29677/30414/26675 29681/30417/26678 29676/30413/26674</w:t>
        <w:br/>
        <w:t>f 29671/30408/26669 29676/30413/26674 29680/30418/26679</w:t>
        <w:br/>
        <w:t>f 29682/30419/26680 29671/30408/26669 29680/30418/26679</w:t>
        <w:br/>
        <w:t>f 29683/30420/26681 29681/30417/26678 29677/30414/26675</w:t>
        <w:br/>
        <w:t>f 29678/30415/26676 29683/30420/26681 29677/30414/26675</w:t>
        <w:br/>
        <w:t>f 29678/30415/26676 29679/30416/26677 29684/30421/26682</w:t>
        <w:br/>
        <w:t>f 29683/30420/26681 29678/30415/26676 29684/30421/26682</w:t>
        <w:br/>
        <w:t>f 29679/30416/26677 29643/30381/26641 29685/30422/26683</w:t>
        <w:br/>
        <w:t>f 29684/30421/26682 29679/30416/26677 29685/30422/26683</w:t>
        <w:br/>
        <w:t>f 29682/30419/26680 29672/30410/26671 29670/30407/26668</w:t>
        <w:br/>
        <w:t>f 29671/30408/26669 29682/30419/26680 29670/30407/26668</w:t>
        <w:br/>
        <w:t>f 29636/30373/26633 29496/30233/26494 29687/30423/26684</w:t>
        <w:br/>
        <w:t>f 29686/30424/26685 29636/30373/26633 29687/30423/26684</w:t>
        <w:br/>
        <w:t>f 29636/30373/26633 29686/30424/26685 29688/30425/26686</w:t>
        <w:br/>
        <w:t>f 29638/30375/26635 29636/30373/26633 29688/30425/26686</w:t>
        <w:br/>
        <w:t>f 29769/30426/26687 29768/30427/26457 29767/30428/26688</w:t>
        <w:br/>
        <w:t>f 29770/30429/26689 29769/30426/26687 29767/30428/26688</w:t>
        <w:br/>
        <w:t>f 29769/30426/26687 29770/30429/26689 29772/30430/26690</w:t>
        <w:br/>
        <w:t>f 29771/30431/26691 29769/30426/26687 29772/30430/26690</w:t>
        <w:br/>
        <w:t>f 29772/30430/26690 29773/30432/26692 29771/30431/26691</w:t>
        <w:br/>
        <w:t>f 29777/30433/26693 29776/30434/26694 29775/30435/26695</w:t>
        <w:br/>
        <w:t>f 29774/30436/26696 29777/30433/26693 29775/30435/26695</w:t>
        <w:br/>
        <w:t>f 29773/30432/26692 29778/30437/26697 29777/30433/26693</w:t>
        <w:br/>
        <w:t>f 29771/30431/26691 29773/30432/26692 29777/30433/26693</w:t>
        <w:br/>
        <w:t>f 29777/30433/26693 29778/30437/26697 29779/30438/26698</w:t>
        <w:br/>
        <w:t>f 29776/30434/26694 29777/30433/26693 29779/30438/26698</w:t>
        <w:br/>
        <w:t>f 29780/30439/26699 29776/30434/26694 29779/30438/26698</w:t>
        <w:br/>
        <w:t>f 29775/30435/26695 29776/30434/26694 29781/30440/26700</w:t>
        <w:br/>
        <w:t>f 29776/30434/26694 29780/30439/26699 29782/30441/26701</w:t>
        <w:br/>
        <w:t>f 29781/30440/26700 29776/30434/26694 29782/30441/26701</w:t>
        <w:br/>
        <w:t>f 29784/30442/26702 29783/30443/26703 29781/30440/26700</w:t>
        <w:br/>
        <w:t>f 29782/30441/26701 29784/30442/26702 29781/30440/26700</w:t>
        <w:br/>
        <w:t>f 29781/30440/26700 29783/30443/26703 29775/30435/26695</w:t>
        <w:br/>
        <w:t>f 29783/30443/26703 29784/30442/26702 29785/30444/26704</w:t>
        <w:br/>
        <w:t>f 29775/30435/26695 29783/30443/26703 29785/30444/26704</w:t>
        <w:br/>
        <w:t>f 29786/30445/26705 29775/30435/26695 29785/30444/26704</w:t>
        <w:br/>
        <w:t>f 29635/30372/26632 29638/30375/26635 29644/30380/26640</w:t>
        <w:br/>
        <w:t>f 29637/30374/26634 29635/30372/26632 29644/30380/26640</w:t>
        <w:br/>
        <w:t>f 29787/30446/26706 29685/30422/26683 29643/30381/26641</w:t>
        <w:br/>
        <w:t>f 29644/30380/26640 29787/30446/26706 29643/30381/26641</w:t>
        <w:br/>
        <w:t>f 29787/30446/26706 29644/30380/26640 29638/30375/26635</w:t>
        <w:br/>
        <w:t>f 29688/30425/26686 29787/30446/26706 29638/30375/26635</w:t>
        <w:br/>
        <w:t>f 29386/30122/26383 29384/30119/26380 29382/30121/26382</w:t>
        <w:br/>
        <w:t>f 29385/30123/26384 29386/30122/26383 29382/30121/26382</w:t>
        <w:br/>
        <w:t>f 29789/30447/26707 29788/30448/26708 29459/30197/26458</w:t>
        <w:br/>
        <w:t>f 29437/30174/26435 29789/30447/26707 29459/30197/26458</w:t>
        <w:br/>
        <w:t>f 29415/30152/26413 29790/30449/26709 29789/30447/26707</w:t>
        <w:br/>
        <w:t>f 29437/30174/26435 29415/30152/26413 29789/30447/26707</w:t>
        <w:br/>
        <w:t>f 29792/30450/26710 29791/30451/26711 29789/30447/26712</w:t>
        <w:br/>
        <w:t>f 29793/30452/26713 29792/30450/26710 29789/30447/26712</w:t>
        <w:br/>
        <w:t>f 29790/30449/26709 29796/30453/26714 29795/30454/26715</w:t>
        <w:br/>
        <w:t>f 29794/30455/26715 29790/30449/26709 29795/30454/26715</w:t>
        <w:br/>
        <w:t>f 29405/30141/26402 29797/30456/26716 29790/30449/26709</w:t>
        <w:br/>
        <w:t>f 29415/30152/26413 29405/30141/26402 29790/30449/26709</w:t>
        <w:br/>
        <w:t>f 29799/30457/26717 29798/30458/26717 29792/30450/26710</w:t>
        <w:br/>
        <w:t>f 29793/30452/26713 29799/30457/26717 29792/30450/26710</w:t>
        <w:br/>
        <w:t>f 29797/30456/26716 29800/30459/26718 29796/30453/26714</w:t>
        <w:br/>
        <w:t>f 29790/30449/26709 29797/30456/26716 29796/30453/26714</w:t>
        <w:br/>
        <w:t>f 29798/30458/26717 29799/30457/26717 29801/30460/26719</w:t>
        <w:br/>
        <w:t>f 29802/30461/26719 29798/30458/26717 29801/30460/26719</w:t>
        <w:br/>
        <w:t>f 29804/30462/26720 29802/30461/26719 29801/30460/26719</w:t>
        <w:br/>
        <w:t>f 29803/30463/26721 29804/30462/26720 29801/30460/26719</w:t>
        <w:br/>
        <w:t>f 29806/30464/26722 29805/30465/26723 29797/30456/26716</w:t>
        <w:br/>
        <w:t>f 29405/30141/26402 29806/30464/26722 29797/30456/26716</w:t>
        <w:br/>
        <w:t>f 29800/30459/26718 29797/30456/26716 29805/30465/26723</w:t>
        <w:br/>
        <w:t>f 29803/30463/26724 29800/30459/26718 29805/30465/26723</w:t>
        <w:br/>
        <w:t>f 29803/30463/26721 29808/30466/26725 29807/30467/26726</w:t>
        <w:br/>
        <w:t>f 29804/30462/26720 29803/30463/26721 29807/30467/26726</w:t>
        <w:br/>
        <w:t>f 29809/30468/26727 29803/30463/26724 29805/30465/26723</w:t>
        <w:br/>
        <w:t>f 29808/30466/26725 29811/30469/26728 29810/30470/26729</w:t>
        <w:br/>
        <w:t>f 29807/30467/26726 29808/30466/26725 29810/30470/26729</w:t>
        <w:br/>
        <w:t>f 29805/30465/26723 29811/30469/26728 29808/30466/26725</w:t>
        <w:br/>
        <w:t>f 29811/30469/26728 29813/30471/26730 29812/30472/26731</w:t>
        <w:br/>
        <w:t>f 29810/30470/26729 29811/30469/26728 29812/30472/26731</w:t>
        <w:br/>
        <w:t>f 29813/30471/26732 29816/30473/26733 29815/30474/26734</w:t>
        <w:br/>
        <w:t>f 29814/30475/26735 29813/30471/26732 29815/30474/26734</w:t>
        <w:br/>
        <w:t>f 29805/30465/26723 29806/30464/26722 29818/30476/26736</w:t>
        <w:br/>
        <w:t>f 29817/30477/26737 29805/30465/26723 29818/30476/26736</w:t>
        <w:br/>
        <w:t>f 29405/30141/26402 29303/30048/26309 29806/30464/26722</w:t>
        <w:br/>
        <w:t>f 29303/30048/26309 29819/30478/26738 29806/30464/26722</w:t>
        <w:br/>
        <w:t>f 29822/30479/26739 29821/30480/26740 29820/30481/26705</w:t>
        <w:br/>
        <w:t>f 29822/30479/26739 29815/30474/26734 29816/30473/26733</w:t>
        <w:br/>
        <w:t>f 29823/30482/26741 29822/30479/26739 29816/30473/26733</w:t>
        <w:br/>
        <w:t>f 29815/30474/26734 29822/30479/26739 29820/30481/26705</w:t>
        <w:br/>
        <w:t>f 29300/30045/26306 29400/30136/26397 29307/30052/26313</w:t>
        <w:br/>
        <w:t>f 29297/30042/26303 29300/30045/26306 29307/30052/26313</w:t>
        <w:br/>
        <w:t>f 29398/30135/26396 29309/30054/26315 29307/30052/26313</w:t>
        <w:br/>
        <w:t>f 29805/30465/26723 29817/30477/26737 29811/30469/26728</w:t>
        <w:br/>
        <w:t>f 29822/30479/26739 29823/30482/26741 29821/30480/26740</w:t>
        <w:br/>
        <w:t>f 29824/30483/26742 29768/30427/26457 29769/30426/26687</w:t>
        <w:br/>
        <w:t>f 29771/30431/26691 29824/30483/26742 29769/30426/26687</w:t>
        <w:br/>
        <w:t>f 29771/30431/26691 29777/30433/26693 29774/30436/26696</w:t>
        <w:br/>
        <w:t>f 29824/30483/26742 29771/30431/26691 29774/30436/26696</w:t>
        <w:br/>
        <w:t>f 29465/30203/26464 29457/30194/26455 29461/30200/26461</w:t>
        <w:br/>
        <w:t>f 29457/30194/26455 29465/30203/26464 29467/30204/26465</w:t>
        <w:br/>
        <w:t>f 29479/30216/26477 29474/30211/26472 29467/30204/26465</w:t>
        <w:br/>
        <w:t>f 29489/30226/26487 29494/30230/26491 29484/30221/26482</w:t>
        <w:br/>
        <w:t>f 29483/30220/26481 29489/30226/26487 29484/30221/26482</w:t>
        <w:br/>
        <w:t>f 29500/30236/26497 29484/30221/26482 29494/30230/26491</w:t>
        <w:br/>
        <w:t>f 29497/30235/26496 29500/30236/26497 29494/30230/26491</w:t>
        <w:br/>
        <w:t>f 29495/30232/26493 29490/30228/26489 29825/30484/26743</w:t>
        <w:br/>
        <w:t>f 29825/30484/26743 29687/30423/26684 29496/30233/26494</w:t>
        <w:br/>
        <w:t>f 29495/30232/26493 29825/30484/26743 29496/30233/26494</w:t>
        <w:br/>
        <w:t>f 29485/30222/26483 29483/30220/26481 29473/30210/26471</w:t>
        <w:br/>
        <w:t>f 29491/30227/26488 29487/30223/26484 29486/30224/26485</w:t>
        <w:br/>
        <w:t>f 29495/30232/26493 29492/30229/26490 29488/30225/26486</w:t>
        <w:br/>
        <w:t>f 29485/30222/26483 29488/30225/26486 29492/30229/26490</w:t>
        <w:br/>
        <w:t>f 29474/30211/26472 29478/30214/26475 29455/30192/26453</w:t>
        <w:br/>
        <w:t>f 29464/30201/26462 29474/30211/26472 29455/30192/26453</w:t>
        <w:br/>
        <w:t>f 29451/30188/26449 29454/30191/26452 29464/30201/26462</w:t>
        <w:br/>
        <w:t>f 29455/30192/26453 29451/30188/26449 29464/30201/26462</w:t>
        <w:br/>
        <w:t>f 29437/30174/26435 29442/30179/26440 29439/30176/26437</w:t>
        <w:br/>
        <w:t>f 29432/30169/26430 29418/30155/26416 29434/30171/26432</w:t>
        <w:br/>
        <w:t>f 29417/30154/26415 29414/30151/26412 29411/30148/26409</w:t>
        <w:br/>
        <w:t>f 29421/30157/26418 29414/30151/26412 29417/30154/26415</w:t>
        <w:br/>
        <w:t>f 29256/30002/26263 29257/30001/26262 29345/30090/26351</w:t>
        <w:br/>
        <w:t>f 29342/30089/26350 29256/30002/26263 29345/30090/26351</w:t>
        <w:br/>
        <w:t>f 29566/30303/26564 29568/30304/26565 29565/30302/26563</w:t>
        <w:br/>
        <w:t>f 29541/30278/26539 29566/30303/26564 29565/30302/26563</w:t>
        <w:br/>
        <w:t>f 29602/30340/26600 29604/30343/26603 29601/30338/26598</w:t>
        <w:br/>
        <w:t>f 29598/30335/26595 29602/30340/26600 29601/30338/26598</w:t>
        <w:br/>
        <w:t>f 29664/30400/26660 29651/30387/26647 29674/30412/26673</w:t>
        <w:br/>
        <w:t>f 29668/30405/26666 29664/30400/26660 29674/30412/26673</w:t>
        <w:br/>
        <w:t>f 29628/30366/26626 29826/30485/26744 29626/30363/26623</w:t>
        <w:br/>
        <w:t>f 29627/30364/26624 29628/30366/26626 29626/30363/26623</w:t>
        <w:br/>
        <w:t>f 29513/30250/26511 29627/30364/26624 29534/30271/26532</w:t>
        <w:br/>
        <w:t>f 29512/30249/26510 29513/30250/26511 29534/30271/26532</w:t>
        <w:br/>
        <w:t>f 29826/30485/26744 29628/30366/26626 29630/30368/26628</w:t>
        <w:br/>
        <w:t>f 29645/30383/26643 29826/30485/26744 29630/30368/26628</w:t>
        <w:br/>
        <w:t>f 29826/30485/26744 29827/30486/26745 29625/30362/26622</w:t>
        <w:br/>
        <w:t>f 29626/30363/26623 29826/30485/26744 29625/30362/26622</w:t>
        <w:br/>
        <w:t>f 29827/30486/26745 29826/30485/26744 29645/30383/26643</w:t>
        <w:br/>
        <w:t>f 29648/30386/26646 29827/30486/26745 29645/30383/26643</w:t>
        <w:br/>
        <w:t>f 29622/30358/26618 29625/30362/26622 29827/30486/26745</w:t>
        <w:br/>
        <w:t>f 29828/30487/26746 29622/30358/26618 29827/30486/26745</w:t>
        <w:br/>
        <w:t>f 29648/30386/26646 29650/30388/26648 29828/30487/26746</w:t>
        <w:br/>
        <w:t>f 29827/30486/26745 29648/30386/26646 29828/30487/26746</w:t>
        <w:br/>
        <w:t>f 29506/30243/26504 29452/30190/26451 29505/30242/26503</w:t>
        <w:br/>
        <w:t>f 29507/30245/26506 29506/30243/26504 29505/30242/26503</w:t>
        <w:br/>
        <w:t>f 29507/30245/26506 29512/30249/26510 29509/30246/26507</w:t>
        <w:br/>
        <w:t>f 29506/30243/26504 29507/30245/26506 29509/30246/26507</w:t>
        <w:br/>
        <w:t>f 29511/30248/26509 29509/30246/26507 29514/30251/26512</w:t>
        <w:br/>
        <w:t>f 29621/30359/26619 29622/30358/26618 29828/30487/26746</w:t>
        <w:br/>
        <w:t>f 29657/30393/26653 29621/30359/26619 29828/30487/26746</w:t>
        <w:br/>
        <w:t>f 29650/30388/26648 29656/30394/26654 29657/30393/26653</w:t>
        <w:br/>
        <w:t>f 29828/30487/26746 29650/30388/26648 29657/30393/26653</w:t>
        <w:br/>
        <w:t>f 29651/30387/26647 29664/30400/26660 29656/30394/26654</w:t>
        <w:br/>
        <w:t>f 29650/30388/26648 29651/30387/26647 29656/30394/26654</w:t>
        <w:br/>
        <w:t>f 29624/30361/26621 29619/30357/26617 29621/30359/26619</w:t>
        <w:br/>
        <w:t>f 29654/30389/26649 29624/30361/26621 29621/30359/26619</w:t>
        <w:br/>
        <w:t>f 29657/30393/26653 29658/30392/26652 29654/30389/26649</w:t>
        <w:br/>
        <w:t>f 29621/30359/26619 29657/30393/26653 29654/30389/26649</w:t>
        <w:br/>
        <w:t>f 29537/30274/26535 29623/30360/26620 29617/30354/26614</w:t>
        <w:br/>
        <w:t>f 29533/30270/26531 29537/30274/26535 29617/30354/26614</w:t>
        <w:br/>
        <w:t>f 29662/30399/26659 29653/30390/26650 29654/30389/26649</w:t>
        <w:br/>
        <w:t>f 29661/30396/26656 29662/30399/26659 29654/30389/26649</w:t>
        <w:br/>
        <w:t>f 29819/30478/26738 29818/30476/26736 29806/30464/26722</w:t>
        <w:br/>
        <w:t>f 29487/30223/26484 29475/30213/26474 29476/30212/26473</w:t>
        <w:br/>
        <w:t>f 29272/30017/26278 29268/30014/26275 29270/30016/26277</w:t>
        <w:br/>
        <w:t>f 29268/30014/26275 29272/30017/26278 29263/30008/26269</w:t>
        <w:br/>
        <w:t>f 29463/30198/26459 29458/30193/26454 29460/30196/26457</w:t>
        <w:br/>
        <w:t>f 29363/30101/26362 29353/30093/26354 29352/30091/26352</w:t>
        <w:br/>
        <w:t>f 29354/30095/26356 29363/30101/26362 29352/30091/26352</w:t>
        <w:br/>
        <w:t>f 29388/30125/26386 29394/30130/26391 29393/30131/26392</w:t>
        <w:br/>
        <w:t>f 29387/30124/26385 29388/30125/26386 29393/30131/26392</w:t>
        <w:br/>
        <w:t>f 29829/30488/26747 29609/30347/26607 29610/30346/26606</w:t>
        <w:br/>
        <w:t>f 29200/29962/26748 29829/30488/26747 29610/30346/26606</w:t>
        <w:br/>
        <w:t>f 29252/29998/26259 29830/30489/26749 29249/29994/26255</w:t>
        <w:br/>
        <w:t>f 29275/30021/26282 29272/30017/26278 29270/30016/26277</w:t>
        <w:br/>
        <w:t>f 29975/30490/26750 29372/30109/26370 29371/30108/26369</w:t>
        <w:br/>
        <w:t>f 29991/30491/26751 29259/30005/26266 29341/30086/26347</w:t>
        <w:br/>
        <w:t>f 29990/30492/26752 29991/30491/26751 29341/30086/26347</w:t>
        <w:br/>
        <w:t>f 29437/30174/26435 29459/30197/26458 29458/30193/26454</w:t>
        <w:br/>
        <w:t>f 29456/30195/26456 29437/30174/26435 29458/30193/26454</w:t>
        <w:br/>
        <w:t>f 29454/30191/26452 29442/30179/26440 29456/30195/26456</w:t>
        <w:br/>
        <w:t>f 29457/30194/26455 29454/30191/26452 29456/30195/26456</w:t>
        <w:br/>
        <w:t>f 30043/30493/26753 30042/30494/26754 30041/30495/26755</w:t>
        <w:br/>
        <w:t>f 30044/30496/26756 30043/30493/26753 30041/30495/26755</w:t>
        <w:br/>
        <w:t>f 30051/30497/26757 30050/30498/26758 30049/30499/26759</w:t>
        <w:br/>
        <w:t>f 30052/30500/26760 30051/30497/26757 30049/30499/26759</w:t>
        <w:br/>
        <w:t>f 30069/30501/26761 30068/30502/26762 29223/29966/26227</w:t>
        <w:br/>
        <w:t>f 29224/29969/26230 30069/30501/26761 29223/29966/26227</w:t>
        <w:br/>
        <w:t>f 29224/29969/26230 29225/29971/26232 30070/30503/26763</w:t>
        <w:br/>
        <w:t>f 30069/30501/26761 29224/29969/26230 30070/30503/26763</w:t>
        <w:br/>
        <w:t>f 30071/30504/26764 30070/30503/26763 29225/29971/26232</w:t>
        <w:br/>
        <w:t>f 29227/29973/26234 30071/30504/26764 29225/29971/26232</w:t>
        <w:br/>
        <w:t>f 30072/30505/26765 30071/30504/26764 29227/29973/26234</w:t>
        <w:br/>
        <w:t>f 29230/29975/26236 30072/30505/26765 29227/29973/26234</w:t>
        <w:br/>
        <w:t>f 30074/30506/26766 30073/30507/26767 30070/30503/26763</w:t>
        <w:br/>
        <w:t>f 30071/30504/26764 30074/30506/26766 30070/30503/26763</w:t>
        <w:br/>
        <w:t>f 30071/30504/26764 30072/30505/26765 30075/30508/26768</w:t>
        <w:br/>
        <w:t>f 30074/30506/26766 30071/30504/26764 30075/30508/26768</w:t>
        <w:br/>
        <w:t>f 30076/30509/26769 30072/30505/26765 29230/29975/26236</w:t>
        <w:br/>
        <w:t>f 29234/29980/26241 30076/30509/26769 29230/29975/26236</w:t>
        <w:br/>
        <w:t>f 30073/30507/26767 30077/30510/26770 30069/30501/26761</w:t>
        <w:br/>
        <w:t>f 30070/30503/26763 30073/30507/26767 30069/30501/26761</w:t>
        <w:br/>
        <w:t>f 29234/29980/26241 29237/29983/26244 30078/30511/26771</w:t>
        <w:br/>
        <w:t>f 30076/30509/26769 29234/29980/26241 30078/30511/26771</w:t>
        <w:br/>
        <w:t>f 30079/30512/26772 30078/30511/26771 29237/29983/26244</w:t>
        <w:br/>
        <w:t>f 29239/29985/26246 30079/30512/26772 29237/29983/26244</w:t>
        <w:br/>
        <w:t>f 30080/30513/26773 30079/30512/26772 29239/29985/26246</w:t>
        <w:br/>
        <w:t>f 29242/29987/26248 30080/30513/26773 29239/29985/26246</w:t>
        <w:br/>
        <w:t>f 30079/30512/26772 30082/30514/26774 30081/30515/26775</w:t>
        <w:br/>
        <w:t>f 30078/30511/26771 30079/30512/26772 30081/30515/26775</w:t>
        <w:br/>
        <w:t>f 30083/30516/26776 30076/30509/26769 30078/30511/26771</w:t>
        <w:br/>
        <w:t>f 30081/30515/26775 30083/30516/26776 30078/30511/26771</w:t>
        <w:br/>
        <w:t>f 30083/30516/26776 30075/30508/26768 30072/30505/26765</w:t>
        <w:br/>
        <w:t>f 30076/30509/26769 30083/30516/26776 30072/30505/26765</w:t>
        <w:br/>
        <w:t>f 30080/30513/26773 30084/30517/26777 30082/30514/26774</w:t>
        <w:br/>
        <w:t>f 30079/30512/26772 30080/30513/26773 30082/30514/26774</w:t>
        <w:br/>
        <w:t>f 30081/30515/26775 30086/30518/26778 30085/30519/26779</w:t>
        <w:br/>
        <w:t>f 30083/30516/26776 30081/30515/26775 30085/30519/26779</w:t>
        <w:br/>
        <w:t>f 30082/30514/26774 30087/30520/26780 30086/30518/26778</w:t>
        <w:br/>
        <w:t>f 30081/30515/26775 30082/30514/26774 30086/30518/26778</w:t>
        <w:br/>
        <w:t>f 30075/30508/26768 30083/30516/26776 30085/30519/26779</w:t>
        <w:br/>
        <w:t>f 30088/30521/26781 30075/30508/26768 30085/30519/26779</w:t>
        <w:br/>
        <w:t>f 30084/30517/26777 30089/30522/26782 30087/30520/26780</w:t>
        <w:br/>
        <w:t>f 30082/30514/26774 30084/30517/26777 30087/30520/26780</w:t>
        <w:br/>
        <w:t>f 30086/30518/26778 30091/30523/26783 30090/30524/26784</w:t>
        <w:br/>
        <w:t>f 30085/30519/26779 30086/30518/26778 30090/30524/26784</w:t>
        <w:br/>
        <w:t>f 30091/30523/26783 30086/30518/26778 30087/30520/26780</w:t>
        <w:br/>
        <w:t>f 30074/30506/26766 30075/30508/26768 30088/30521/26781</w:t>
        <w:br/>
        <w:t>f 30092/30525/26785 30074/30506/26766 30088/30521/26781</w:t>
        <w:br/>
        <w:t>f 30093/30526/26786 30088/30521/26781 30085/30519/26779</w:t>
        <w:br/>
        <w:t>f 30090/30524/26784 30093/30526/26786 30085/30519/26779</w:t>
        <w:br/>
        <w:t>f 30096/30527/26787 30091/30523/26783 30095/30528/26788</w:t>
        <w:br/>
        <w:t>f 30094/30529/26789 30096/30527/26787 30095/30528/26788</w:t>
        <w:br/>
        <w:t>f 30073/30507/26767 30074/30506/26766 30092/30525/26785</w:t>
        <w:br/>
        <w:t>f 30097/30530/26790 30073/30507/26767 30092/30525/26785</w:t>
        <w:br/>
        <w:t>f 30098/30531/26791 30090/30524/26784 30091/30523/26783</w:t>
        <w:br/>
        <w:t>f 30096/30527/26787 30098/30531/26791 30091/30523/26783</w:t>
        <w:br/>
        <w:t>f 30077/30510/26770 30073/30507/26767 30097/30530/26790</w:t>
        <w:br/>
        <w:t>f 30099/30532/26792 30077/30510/26770 30097/30530/26790</w:t>
        <w:br/>
        <w:t>f 30100/30533/26793 30093/30526/26786 30090/30524/26784</w:t>
        <w:br/>
        <w:t>f 30098/30531/26791 30100/30533/26793 30090/30524/26784</w:t>
        <w:br/>
        <w:t>f 30068/30502/26762 30069/30501/26761 30077/30510/26770</w:t>
        <w:br/>
        <w:t>f 30101/30534/26794 30068/30502/26762 30077/30510/26770</w:t>
        <w:br/>
        <w:t>f 30068/30502/26762 30102/30535/26795 29265/30009/26270</w:t>
        <w:br/>
        <w:t>f 29223/29966/26227 30068/30502/26762 29265/30009/26270</w:t>
        <w:br/>
        <w:t>f 30102/30535/26795 30103/30536/26796 29267/30011/26272</w:t>
        <w:br/>
        <w:t>f 29265/30009/26270 30102/30535/26795 29267/30011/26272</w:t>
        <w:br/>
        <w:t>f 30103/30536/26796 30102/30535/26795 30105/30537/26797</w:t>
        <w:br/>
        <w:t>f 30104/30538/26798 30103/30536/26796 30105/30537/26797</w:t>
        <w:br/>
        <w:t>f 30101/30534/26794 30105/30537/26797 30102/30535/26795</w:t>
        <w:br/>
        <w:t>f 30068/30502/26762 30101/30534/26794 30102/30535/26795</w:t>
        <w:br/>
        <w:t>f 30104/30538/26798 30105/30537/26797 30107/30539/26799</w:t>
        <w:br/>
        <w:t>f 30106/30540/26800 30104/30538/26798 30107/30539/26799</w:t>
        <w:br/>
        <w:t>f 30099/30532/26792 30108/30541/26801 30101/30534/26794</w:t>
        <w:br/>
        <w:t>f 30077/30510/26770 30099/30532/26792 30101/30534/26794</w:t>
        <w:br/>
        <w:t>f 30106/30540/26800 30107/30539/26799 30109/30542/26802</w:t>
        <w:br/>
        <w:t>f 30110/30543/26803 30106/30540/26800 30109/30542/26802</w:t>
        <w:br/>
        <w:t>f 30112/30544/26804 30111/30545/26805 30108/30541/26801</w:t>
        <w:br/>
        <w:t>f 30099/30532/26792 30112/30544/26804 30108/30541/26801</w:t>
        <w:br/>
        <w:t>f 30107/30539/26799 30111/30545/26805 30113/30546/26806</w:t>
        <w:br/>
        <w:t>f 30109/30542/26802 30107/30539/26799 30113/30546/26806</w:t>
        <w:br/>
        <w:t>f 30110/30543/26803 30109/30542/26802 30115/30547/26807</w:t>
        <w:br/>
        <w:t>f 30114/30548/26808 30110/30543/26803 30115/30547/26807</w:t>
        <w:br/>
        <w:t>f 30109/30542/26802 30113/30546/26806 30116/30549/26809</w:t>
        <w:br/>
        <w:t>f 30115/30547/26807 30109/30542/26802 30116/30549/26809</w:t>
        <w:br/>
        <w:t>f 30111/30545/26805 30112/30544/26804 30117/30550/26810</w:t>
        <w:br/>
        <w:t>f 30113/30546/26806 30111/30545/26805 30117/30550/26810</w:t>
        <w:br/>
        <w:t>f 30113/30546/26806 30117/30550/26810 30118/30551/26811</w:t>
        <w:br/>
        <w:t>f 30116/30549/26809 30113/30546/26806 30118/30551/26811</w:t>
        <w:br/>
        <w:t>f 30114/30548/26808 30115/30547/26807 30119/30552/26812</w:t>
        <w:br/>
        <w:t>f 30120/30553/26813 30114/30548/26808 30119/30552/26812</w:t>
        <w:br/>
        <w:t>f 30115/30547/26807 30116/30549/26809 30121/30554/26814</w:t>
        <w:br/>
        <w:t>f 30119/30552/26812 30115/30547/26807 30121/30554/26814</w:t>
        <w:br/>
        <w:t>f 30123/30555/26815 30122/30556/26816 30120/30553/26813</w:t>
        <w:br/>
        <w:t>f 30119/30552/26812 30123/30555/26815 30120/30553/26813</w:t>
        <w:br/>
        <w:t>f 30119/30552/26812 30121/30554/26814 30124/30557/26817</w:t>
        <w:br/>
        <w:t>f 30123/30555/26815 30119/30552/26812 30124/30557/26817</w:t>
        <w:br/>
        <w:t>f 30122/30556/26816 30123/30555/26815 30125/30558/26818</w:t>
        <w:br/>
        <w:t>f 30126/30559/26819 30122/30556/26816 30125/30558/26818</w:t>
        <w:br/>
        <w:t>f 30123/30555/26815 30124/30557/26817 30127/30560/26820</w:t>
        <w:br/>
        <w:t>f 30125/30558/26818 30123/30555/26815 30127/30560/26820</w:t>
        <w:br/>
        <w:t>f 30129/30561/26821 30128/30562/26822 30126/30559/26819</w:t>
        <w:br/>
        <w:t>f 30125/30558/26818 30129/30561/26821 30126/30559/26819</w:t>
        <w:br/>
        <w:t>f 30125/30558/26818 30127/30560/26820 30130/30563/26823</w:t>
        <w:br/>
        <w:t>f 30129/30561/26821 30125/30558/26818 30130/30563/26823</w:t>
        <w:br/>
        <w:t>f 30132/30564/26824 30131/30565/26825 30128/30562/26822</w:t>
        <w:br/>
        <w:t>f 30129/30561/26821 30132/30564/26824 30128/30562/26822</w:t>
        <w:br/>
        <w:t>f 30133/30566/26826 30132/30564/26824 30129/30561/26821</w:t>
        <w:br/>
        <w:t>f 30130/30563/26823 30133/30566/26826 30129/30561/26821</w:t>
        <w:br/>
        <w:t>f 30131/30565/26825 30132/30564/26824 30134/30567/26827</w:t>
        <w:br/>
        <w:t>f 30135/30568/26828 30131/30565/26825 30134/30567/26827</w:t>
        <w:br/>
        <w:t>f 30134/30567/26827 30132/30564/26824 30133/30566/26826</w:t>
        <w:br/>
        <w:t>f 30136/30569/26829 30134/30567/26827 30133/30566/26826</w:t>
        <w:br/>
        <w:t>f 30135/30568/26828 30138/30570/26830 30137/30571/26831</w:t>
        <w:br/>
        <w:t>f 30134/30567/26827 30139/30572/26832 30138/30570/26830</w:t>
        <w:br/>
        <w:t>f 30135/30568/26828 30134/30567/26827 30138/30570/26830</w:t>
        <w:br/>
        <w:t>f 30140/30573/26833 30133/30566/26826 30130/30563/26823</w:t>
        <w:br/>
        <w:t>f 30127/30560/26820 30141/30574/26834 30140/30573/26833</w:t>
        <w:br/>
        <w:t>f 30130/30563/26823 30127/30560/26820 30140/30573/26833</w:t>
        <w:br/>
        <w:t>f 30136/30569/26829 30142/30575/26835 30139/30572/26832</w:t>
        <w:br/>
        <w:t>f 30134/30567/26827 30136/30569/26829 30139/30572/26832</w:t>
        <w:br/>
        <w:t>f 30140/30573/26833 30143/30576/26836 30133/30566/26826</w:t>
        <w:br/>
        <w:t>f 30124/30557/26817 30144/30577/26837 30141/30574/26834</w:t>
        <w:br/>
        <w:t>f 30127/30560/26820 30124/30557/26817 30141/30574/26834</w:t>
        <w:br/>
        <w:t>f 30145/30578/26838 30143/30576/26836 30140/30573/26833</w:t>
        <w:br/>
        <w:t>f 30141/30574/26834 30146/30579/26839 30145/30578/26838</w:t>
        <w:br/>
        <w:t>f 30140/30573/26833 30141/30574/26834 30145/30578/26838</w:t>
        <w:br/>
        <w:t>f 30144/30577/26837 30124/30557/26817 30121/30554/26814</w:t>
        <w:br/>
        <w:t>f 30147/30580/26840 30144/30577/26837 30121/30554/26814</w:t>
        <w:br/>
        <w:t>f 30146/30579/26839 30141/30574/26834 30144/30577/26837</w:t>
        <w:br/>
        <w:t>f 30148/30581/26841 30146/30579/26839 30144/30577/26837</w:t>
        <w:br/>
        <w:t>f 30116/30549/26809 30118/30551/26811 30147/30580/26840</w:t>
        <w:br/>
        <w:t>f 30121/30554/26814 30116/30549/26809 30147/30580/26840</w:t>
        <w:br/>
        <w:t>f 30147/30580/26840 30149/30582/26842 30148/30581/26841</w:t>
        <w:br/>
        <w:t>f 30144/30577/26837 30147/30580/26840 30148/30581/26841</w:t>
        <w:br/>
        <w:t>f 30118/30551/26811 30150/30583/26843 30149/30582/26842</w:t>
        <w:br/>
        <w:t>f 30147/30580/26840 30118/30551/26811 30149/30582/26842</w:t>
        <w:br/>
        <w:t>f 30117/30550/26810 30151/30584/26844 30150/30583/26843</w:t>
        <w:br/>
        <w:t>f 30118/30551/26811 30117/30550/26810 30150/30583/26843</w:t>
        <w:br/>
        <w:t>f 30112/30544/26804 30152/30585/26845 30151/30584/26844</w:t>
        <w:br/>
        <w:t>f 30117/30550/26810 30112/30544/26804 30151/30584/26844</w:t>
        <w:br/>
        <w:t>f 30154/30586/26846 30153/30587/26847 30149/30582/26842</w:t>
        <w:br/>
        <w:t>f 30150/30583/26843 30154/30586/26846 30149/30582/26842</w:t>
        <w:br/>
        <w:t>f 30151/30584/26844 30155/30588/26848 30154/30586/26846</w:t>
        <w:br/>
        <w:t>f 30150/30583/26843 30151/30584/26844 30154/30586/26846</w:t>
        <w:br/>
        <w:t>f 30153/30587/26847 30156/30589/26849 30148/30581/26841</w:t>
        <w:br/>
        <w:t>f 30149/30582/26842 30153/30587/26847 30148/30581/26841</w:t>
        <w:br/>
        <w:t>f 30157/30590/26850 30146/30579/26839 30148/30581/26841</w:t>
        <w:br/>
        <w:t>f 30156/30589/26849 30157/30590/26850 30148/30581/26841</w:t>
        <w:br/>
        <w:t>f 30152/30585/26845 30112/30544/26804 30099/30532/26792</w:t>
        <w:br/>
        <w:t>f 30097/30530/26790 30152/30585/26845 30099/30532/26792</w:t>
        <w:br/>
        <w:t>f 30152/30585/26845 30158/30591/26851 30155/30588/26848</w:t>
        <w:br/>
        <w:t>f 30151/30584/26844 30152/30585/26845 30155/30588/26848</w:t>
        <w:br/>
        <w:t>f 30158/30591/26851 30152/30585/26845 30097/30530/26790</w:t>
        <w:br/>
        <w:t>f 30092/30525/26785 30158/30591/26851 30097/30530/26790</w:t>
        <w:br/>
        <w:t>f 30155/30588/26848 30160/30592/26852 30159/30593/26853</w:t>
        <w:br/>
        <w:t>f 30154/30586/26846 30155/30588/26848 30159/30593/26853</w:t>
        <w:br/>
        <w:t>f 30092/30525/26785 30088/30521/26781 30161/30594/26854</w:t>
        <w:br/>
        <w:t>f 30158/30591/26851 30092/30525/26785 30161/30594/26854</w:t>
        <w:br/>
        <w:t>f 30158/30591/26851 30161/30594/26854 30160/30592/26852</w:t>
        <w:br/>
        <w:t>f 30155/30588/26848 30158/30591/26851 30160/30592/26852</w:t>
        <w:br/>
        <w:t>f 30162/30595/26855 30161/30594/26854 30088/30521/26781</w:t>
        <w:br/>
        <w:t>f 30093/30526/26786 30162/30595/26855 30088/30521/26781</w:t>
        <w:br/>
        <w:t>f 30161/30594/26854 30162/30595/26855 30163/30596/26856</w:t>
        <w:br/>
        <w:t>f 30160/30592/26852 30161/30594/26854 30163/30596/26856</w:t>
        <w:br/>
        <w:t>f 30160/30592/26852 30163/30596/26856 30164/30597/26857</w:t>
        <w:br/>
        <w:t>f 30159/30593/26853 30160/30592/26852 30164/30597/26857</w:t>
        <w:br/>
        <w:t>f 30165/30598/26858 30153/30587/26847 30154/30586/26846</w:t>
        <w:br/>
        <w:t>f 30159/30593/26853 30165/30598/26858 30154/30586/26846</w:t>
        <w:br/>
        <w:t>f 30166/30599/26859 30165/30598/26858 30159/30593/26853</w:t>
        <w:br/>
        <w:t>f 30164/30597/26857 30166/30599/26859 30159/30593/26853</w:t>
        <w:br/>
        <w:t>f 30165/30598/26858 30167/30600/26860 30156/30589/26849</w:t>
        <w:br/>
        <w:t>f 30153/30587/26847 30165/30598/26858 30156/30589/26849</w:t>
        <w:br/>
        <w:t>f 30165/30598/26858 30166/30599/26859 30168/30601/26861</w:t>
        <w:br/>
        <w:t>f 30167/30600/26860 30165/30598/26858 30168/30601/26861</w:t>
        <w:br/>
        <w:t>f 30170/30602/26862 30166/30599/26859 30164/30597/26857</w:t>
        <w:br/>
        <w:t>f 30169/30603/26863 30170/30602/26862 30164/30597/26857</w:t>
        <w:br/>
        <w:t>f 30167/30600/26860 30171/30604/26864 30157/30590/26850</w:t>
        <w:br/>
        <w:t>f 30156/30589/26849 30167/30600/26860 30157/30590/26850</w:t>
        <w:br/>
        <w:t>f 30172/30605/26865 30168/30601/26861 30166/30599/26859</w:t>
        <w:br/>
        <w:t>f 30170/30602/26862 30172/30605/26865 30166/30599/26859</w:t>
        <w:br/>
        <w:t>f 30163/30596/26856 30173/30606/26866 30169/30603/26863</w:t>
        <w:br/>
        <w:t>f 30164/30597/26857 30163/30596/26856 30169/30603/26863</w:t>
        <w:br/>
        <w:t>f 30162/30595/26855 30174/30607/26867 30173/30606/26866</w:t>
        <w:br/>
        <w:t>f 30163/30596/26856 30162/30595/26855 30173/30606/26866</w:t>
        <w:br/>
        <w:t>f 30174/30607/26867 30162/30595/26855 30093/30526/26786</w:t>
        <w:br/>
        <w:t>f 30100/30533/26793 30174/30607/26867 30093/30526/26786</w:t>
        <w:br/>
        <w:t>f 30176/30608/26868 30098/30531/26791 30175/30609/26869</w:t>
        <w:br/>
        <w:t>f 30096/30527/26787 30177/30610/26870 30175/30609/26869</w:t>
        <w:br/>
        <w:t>f 30098/30531/26791 30096/30527/26787 30175/30609/26869</w:t>
        <w:br/>
        <w:t>f 30094/30529/26789 30183/30611/26871 30177/30610/26870</w:t>
        <w:br/>
        <w:t>f 30096/30527/26787 30094/30529/26789 30177/30610/26870</w:t>
        <w:br/>
        <w:t>f 30185/30612/26872 30089/30522/26782 30184/30613/26873</w:t>
        <w:br/>
        <w:t>f 30189/30614/26874 30188/30615/26875 30187/30616/26876</w:t>
        <w:br/>
        <w:t>f 30186/30617/26877 30189/30614/26874 30187/30616/26876</w:t>
        <w:br/>
        <w:t>f 30186/30617/26877 30184/30613/26873 30190/30618/26878</w:t>
        <w:br/>
        <w:t>f 30189/30614/26874 30186/30617/26877 30190/30618/26878</w:t>
        <w:br/>
        <w:t>f 30188/30615/26875 30189/30614/26874 30192/30619/26879</w:t>
        <w:br/>
        <w:t>f 30191/30620/26880 30188/30615/26875 30192/30619/26879</w:t>
        <w:br/>
        <w:t>f 30091/30523/26783 30087/30520/26780 30095/30528/26788</w:t>
        <w:br/>
        <w:t>f 30191/30620/26880 30192/30619/26879 30194/30621/26881</w:t>
        <w:br/>
        <w:t>f 30193/30622/26882 30191/30620/26880 30194/30621/26881</w:t>
        <w:br/>
        <w:t>f 30196/30623/26883 30195/30624/26884 30193/30622/26882</w:t>
        <w:br/>
        <w:t>f 30194/30621/26881 30196/30623/26883 30193/30622/26882</w:t>
        <w:br/>
        <w:t>f 30198/30625/26885 30194/30621/26881 30192/30619/26879</w:t>
        <w:br/>
        <w:t>f 30197/30626/26886 30198/30625/26885 30192/30619/26879</w:t>
        <w:br/>
        <w:t>f 30199/30627/26887 30196/30623/26883 30194/30621/26881</w:t>
        <w:br/>
        <w:t>f 30198/30625/26885 30199/30627/26887 30194/30621/26881</w:t>
        <w:br/>
        <w:t>f 30195/30624/26884 30196/30623/26883 30201/30628/26888</w:t>
        <w:br/>
        <w:t>f 30200/30629/26889 30195/30624/26884 30201/30628/26888</w:t>
        <w:br/>
        <w:t>f 30200/30629/26889 30201/30628/26888 30203/30630/26890</w:t>
        <w:br/>
        <w:t>f 30202/30631/26891 30200/30629/26889 30203/30630/26890</w:t>
        <w:br/>
        <w:t>f 30204/30632/26892 30201/30628/26888 30196/30623/26883</w:t>
        <w:br/>
        <w:t>f 30199/30627/26887 30204/30632/26892 30196/30623/26883</w:t>
        <w:br/>
        <w:t>f 30205/30633/26893 30202/30631/26891 30203/30630/26890</w:t>
        <w:br/>
        <w:t>f 30206/30634/26894 30205/30633/26893 30203/30630/26890</w:t>
        <w:br/>
        <w:t>f 30201/30628/26888 30204/30632/26892 30207/30635/26895</w:t>
        <w:br/>
        <w:t>f 30203/30630/26890 30201/30628/26888 30207/30635/26895</w:t>
        <w:br/>
        <w:t>f 30207/30635/26895 30209/30636/26896 30208/30637/26897</w:t>
        <w:br/>
        <w:t>f 30203/30630/26890 30207/30635/26895 30208/30637/26897</w:t>
        <w:br/>
        <w:t>f 30209/30636/26896 30211/30638/26898 30210/30639/26899</w:t>
        <w:br/>
        <w:t>f 30208/30637/26897 30209/30636/26896 30210/30639/26899</w:t>
        <w:br/>
        <w:t>f 30211/30638/26898 30213/30640/26900 30212/30641/26901</w:t>
        <w:br/>
        <w:t>f 30210/30639/26899 30211/30638/26898 30212/30641/26901</w:t>
        <w:br/>
        <w:t>f 30213/30640/26900 30215/30642/26902 30214/30643/26903</w:t>
        <w:br/>
        <w:t>f 30212/30641/26901 30213/30640/26900 30214/30643/26903</w:t>
        <w:br/>
        <w:t>f 30218/30644/26904 30217/30645/26905 30216/30646/26906</w:t>
        <w:br/>
        <w:t>f 30215/30642/26902 30220/30647/26907 30219/30648/26908</w:t>
        <w:br/>
        <w:t>f 30214/30643/26903 30215/30642/26902 30219/30648/26908</w:t>
        <w:br/>
        <w:t>f 30218/30644/26904 30216/30646/26906 30221/30649/26909</w:t>
        <w:br/>
        <w:t>f 30222/30650/26910 30218/30644/26904 30221/30649/26909</w:t>
        <w:br/>
        <w:t>f 30217/30645/26905 30220/30647/26907 30223/30651/26911</w:t>
        <w:br/>
        <w:t>f 30224/30652/26912 30217/30645/26905 30223/30651/26911</w:t>
        <w:br/>
        <w:t>f 30225/30653/26913 30223/30651/26911 30220/30647/26907</w:t>
        <w:br/>
        <w:t>f 30215/30642/26902 30225/30653/26913 30220/30647/26907</w:t>
        <w:br/>
        <w:t>f 30226/30654/26914 30225/30653/26913 30215/30642/26902</w:t>
        <w:br/>
        <w:t>f 30213/30640/26900 30226/30654/26914 30215/30642/26902</w:t>
        <w:br/>
        <w:t>f 30228/30655/26915 30227/30656/26916 30168/30601/26861</w:t>
        <w:br/>
        <w:t>f 30172/30605/26865 30228/30655/26915 30168/30601/26861</w:t>
        <w:br/>
        <w:t>f 30221/30649/26909 30229/30657/26917 30171/30604/26864</w:t>
        <w:br/>
        <w:t>f 30227/30656/26916 30221/30649/26909 30171/30604/26864</w:t>
        <w:br/>
        <w:t>f 30167/30600/26860 30168/30601/26861 30227/30656/26916</w:t>
        <w:br/>
        <w:t>f 30171/30604/26864 30167/30600/26860 30227/30656/26916</w:t>
        <w:br/>
        <w:t>f 30216/30646/26906 30230/30658/26918 30229/30657/26917</w:t>
        <w:br/>
        <w:t>f 30221/30649/26909 30216/30646/26906 30229/30657/26917</w:t>
        <w:br/>
        <w:t>f 30229/30657/26917 30231/30659/26919 30157/30590/26850</w:t>
        <w:br/>
        <w:t>f 30171/30604/26864 30229/30657/26917 30157/30590/26850</w:t>
        <w:br/>
        <w:t>f 30216/30646/26906 30217/30645/26905 30224/30652/26912</w:t>
        <w:br/>
        <w:t>f 30230/30658/26918 30216/30646/26906 30224/30652/26912</w:t>
        <w:br/>
        <w:t>f 30229/30657/26917 30230/30658/26918 30231/30659/26919</w:t>
        <w:br/>
        <w:t>f 30146/30579/26839 30157/30590/26850 30231/30659/26919</w:t>
        <w:br/>
        <w:t>f 30145/30578/26838 30146/30579/26839 30231/30659/26919</w:t>
        <w:br/>
        <w:t>f 30231/30659/26919 30230/30658/26918 30232/30660/26920</w:t>
        <w:br/>
        <w:t>f 30145/30578/26838 30231/30659/26919 30232/30660/26920</w:t>
        <w:br/>
        <w:t>f 30232/30660/26920 30234/30661/26921 30233/30662/26922</w:t>
        <w:br/>
        <w:t>f 30143/30576/26836 30232/30660/26920 30233/30662/26922</w:t>
        <w:br/>
        <w:t>f 30230/30658/26918 30224/30652/26912 30234/30661/26921</w:t>
        <w:br/>
        <w:t>f 30232/30660/26920 30230/30658/26918 30234/30661/26921</w:t>
        <w:br/>
        <w:t>f 30235/30663/26923 30234/30661/26921 30224/30652/26912</w:t>
        <w:br/>
        <w:t>f 30223/30651/26911 30235/30663/26923 30224/30652/26912</w:t>
        <w:br/>
        <w:t>f 30236/30664/26924 30235/30663/26923 30223/30651/26911</w:t>
        <w:br/>
        <w:t>f 30225/30653/26913 30236/30664/26924 30223/30651/26911</w:t>
        <w:br/>
        <w:t>f 30237/30665/26925 30233/30662/26922 30234/30661/26921</w:t>
        <w:br/>
        <w:t>f 30235/30663/26923 30237/30665/26925 30234/30661/26921</w:t>
        <w:br/>
        <w:t>f 30142/30575/26835 30136/30569/26829 30233/30662/26922</w:t>
        <w:br/>
        <w:t>f 30237/30665/26925 30142/30575/26835 30233/30662/26922</w:t>
        <w:br/>
        <w:t>f 30142/30575/26835 30239/30666/26926 30238/30667/26927</w:t>
        <w:br/>
        <w:t>f 30139/30572/26832 30142/30575/26835 30238/30667/26927</w:t>
        <w:br/>
        <w:t>f 30235/30663/26923 30236/30664/26924 30240/30668/26928</w:t>
        <w:br/>
        <w:t>f 30237/30665/26925 30235/30663/26923 30240/30668/26928</w:t>
        <w:br/>
        <w:t>f 30237/30665/26925 30240/30668/26928 30239/30666/26926</w:t>
        <w:br/>
        <w:t>f 30142/30575/26835 30237/30665/26925 30239/30666/26926</w:t>
        <w:br/>
        <w:t>f 30225/30653/26913 30226/30654/26914 30241/30669/26929</w:t>
        <w:br/>
        <w:t>f 30236/30664/26924 30225/30653/26913 30241/30669/26929</w:t>
        <w:br/>
        <w:t>f 30226/30654/26914 30213/30640/26900 30211/30638/26898</w:t>
        <w:br/>
        <w:t>f 30242/30670/26930 30226/30654/26914 30211/30638/26898</w:t>
        <w:br/>
        <w:t>f 30236/30664/26924 30241/30669/26929 30243/30671/26931</w:t>
        <w:br/>
        <w:t>f 30240/30668/26928 30236/30664/26924 30243/30671/26931</w:t>
        <w:br/>
        <w:t>f 30244/30672/26932 30241/30669/26929 30226/30654/26914</w:t>
        <w:br/>
        <w:t>f 30242/30670/26930 30244/30672/26932 30226/30654/26914</w:t>
        <w:br/>
        <w:t>f 30209/30636/26896 30245/30673/26933 30242/30670/26930</w:t>
        <w:br/>
        <w:t>f 30211/30638/26898 30209/30636/26896 30242/30670/26930</w:t>
        <w:br/>
        <w:t>f 30246/30674/26934 30239/30666/26926 30240/30668/26928</w:t>
        <w:br/>
        <w:t>f 30243/30671/26931 30246/30674/26934 30240/30668/26928</w:t>
        <w:br/>
        <w:t>f 30247/30675/26935 30243/30671/26931 30241/30669/26929</w:t>
        <w:br/>
        <w:t>f 30244/30672/26932 30247/30675/26935 30241/30669/26929</w:t>
        <w:br/>
        <w:t>f 30207/30635/26895 30248/30676/26936 30245/30673/26933</w:t>
        <w:br/>
        <w:t>f 30209/30636/26896 30207/30635/26895 30245/30673/26933</w:t>
        <w:br/>
        <w:t>f 30246/30674/26934 30249/30677/26937 30238/30667/26927</w:t>
        <w:br/>
        <w:t>f 30239/30666/26926 30246/30674/26934 30238/30667/26927</w:t>
        <w:br/>
        <w:t>f 30248/30676/26936 30207/30635/26895 30204/30632/26892</w:t>
        <w:br/>
        <w:t>f 30250/30678/26938 30248/30676/26936 30204/30632/26892</w:t>
        <w:br/>
        <w:t>f 30242/30670/26930 30245/30673/26933 30251/30679/26939</w:t>
        <w:br/>
        <w:t>f 30252/30680/26940 30244/30672/26932 30242/30670/26930</w:t>
        <w:br/>
        <w:t>f 30251/30679/26939 30252/30680/26940 30242/30670/26930</w:t>
        <w:br/>
        <w:t>f 30250/30678/26938 30204/30632/26892 30199/30627/26887</w:t>
        <w:br/>
        <w:t>f 30253/30681/26941 30250/30678/26938 30199/30627/26887</w:t>
        <w:br/>
        <w:t>f 30255/30682/26942 30254/30683/26943 30251/30679/26939</w:t>
        <w:br/>
        <w:t>f 30250/30678/26938 30256/30684/26944 30255/30682/26942</w:t>
        <w:br/>
        <w:t>f 30248/30676/26936 30250/30678/26938 30255/30682/26942</w:t>
        <w:br/>
        <w:t>f 30253/30681/26941 30199/30627/26887 30198/30625/26885</w:t>
        <w:br/>
        <w:t>f 30257/30685/26945 30253/30681/26941 30198/30625/26885</w:t>
        <w:br/>
        <w:t>f 30256/30684/26944 30250/30678/26938 30253/30681/26941</w:t>
        <w:br/>
        <w:t>f 30258/30686/26946 30256/30684/26944 30253/30681/26941</w:t>
        <w:br/>
        <w:t>f 30197/30626/26886 30259/30687/26947 30257/30685/26945</w:t>
        <w:br/>
        <w:t>f 30198/30625/26885 30197/30626/26886 30257/30685/26945</w:t>
        <w:br/>
        <w:t>f 30257/30685/26945 30260/30688/26948 30258/30686/26946</w:t>
        <w:br/>
        <w:t>f 30253/30681/26941 30257/30685/26945 30258/30686/26946</w:t>
        <w:br/>
        <w:t>f 30256/30684/26944 30262/30689/26949 30261/30690/26950</w:t>
        <w:br/>
        <w:t>f 30255/30682/26942 30256/30684/26944 30261/30690/26950</w:t>
        <w:br/>
        <w:t>f 30258/30686/26946 30263/30691/26951 30262/30689/26949</w:t>
        <w:br/>
        <w:t>f 30256/30684/26944 30258/30686/26946 30262/30689/26949</w:t>
        <w:br/>
        <w:t>f 30255/30682/26942 30261/30690/26950 30264/30692/26952</w:t>
        <w:br/>
        <w:t>f 30254/30683/26943 30255/30682/26942 30264/30692/26952</w:t>
        <w:br/>
        <w:t>f 30259/30687/26947 30265/30693/26953 30260/30688/26948</w:t>
        <w:br/>
        <w:t>f 30257/30685/26945 30259/30687/26947 30260/30688/26948</w:t>
        <w:br/>
        <w:t>f 30254/30683/26943 30266/30694/26954 30252/30680/26940</w:t>
        <w:br/>
        <w:t>f 30251/30679/26939 30254/30683/26943 30252/30680/26940</w:t>
        <w:br/>
        <w:t>f 30190/30618/26878 30267/30695/26955 30259/30687/26947</w:t>
        <w:br/>
        <w:t>f 30197/30626/26886 30190/30618/26878 30259/30687/26947</w:t>
        <w:br/>
        <w:t>f 30244/30672/26932 30252/30680/26940 30268/30696/26956</w:t>
        <w:br/>
        <w:t>f 30247/30675/26935 30244/30672/26932 30268/30696/26956</w:t>
        <w:br/>
        <w:t>f 30246/30674/26934 30243/30671/26931 30247/30675/26935</w:t>
        <w:br/>
        <w:t>f 30269/30697/26957 30246/30674/26934 30247/30675/26935</w:t>
        <w:br/>
        <w:t>f 30190/30618/26878 30184/30613/26873 30270/30698/26958</w:t>
        <w:br/>
        <w:t>f 30267/30695/26955 30190/30618/26878 30270/30698/26958</w:t>
        <w:br/>
        <w:t>f 30249/30677/26937 30246/30674/26934 30269/30697/26957</w:t>
        <w:br/>
        <w:t>f 30271/30699/26959 30249/30677/26937 30269/30697/26957</w:t>
        <w:br/>
        <w:t>f 30184/30613/26873 30089/30522/26782 30272/30700/26960</w:t>
        <w:br/>
        <w:t>f 30270/30698/26958 30184/30613/26873 30272/30700/26960</w:t>
        <w:br/>
        <w:t>f 30273/30701/26961 30269/30697/26957 30247/30675/26935</w:t>
        <w:br/>
        <w:t>f 30268/30696/26956 30273/30701/26961 30247/30675/26935</w:t>
        <w:br/>
        <w:t>f 30269/30697/26957 30273/30701/26961 30271/30699/26959</w:t>
        <w:br/>
        <w:t>f 30266/30694/26954 30274/30702/26962 30268/30696/26956</w:t>
        <w:br/>
        <w:t>f 30268/30696/26956 30274/30702/26962 30275/30703/26963</w:t>
        <w:br/>
        <w:t>f 30273/30701/26961 30268/30696/26956 30275/30703/26963</w:t>
        <w:br/>
        <w:t>f 30276/30704/26964 30273/30701/26961 30275/30703/26963</w:t>
        <w:br/>
        <w:t>f 30266/30694/26954 30254/30683/26943 30264/30692/26952</w:t>
        <w:br/>
        <w:t>f 30264/30692/26952 30278/30705/26965 30277/30706/26966</w:t>
        <w:br/>
        <w:t>f 30266/30694/26954 30264/30692/26952 30277/30706/26966</w:t>
        <w:br/>
        <w:t>f 30266/30694/26954 30277/30706/26966 30274/30702/26962</w:t>
        <w:br/>
        <w:t>f 30261/30690/26950 30279/30707/26967 30278/30705/26965</w:t>
        <w:br/>
        <w:t>f 30264/30692/26952 30261/30690/26950 30278/30705/26965</w:t>
        <w:br/>
        <w:t>f 30262/30689/26949 30280/30708/26968 30279/30707/26967</w:t>
        <w:br/>
        <w:t>f 30261/30690/26950 30262/30689/26949 30279/30707/26967</w:t>
        <w:br/>
        <w:t>f 30281/30709/26969 30277/30706/26966 30278/30705/26965</w:t>
        <w:br/>
        <w:t>f 30282/30710/26970 30281/30709/26969 30278/30705/26965</w:t>
        <w:br/>
        <w:t>f 30282/30710/26970 30278/30705/26965 30279/30707/26967</w:t>
        <w:br/>
        <w:t>f 30283/30711/26971 30282/30710/26970 30279/30707/26967</w:t>
        <w:br/>
        <w:t>f 30277/30706/26966 30281/30709/26969 30284/30712/26972</w:t>
        <w:br/>
        <w:t>f 30274/30702/26962 30277/30706/26966 30284/30712/26972</w:t>
        <w:br/>
        <w:t>f 30274/30702/26962 30284/30712/26972 30285/30713/26973</w:t>
        <w:br/>
        <w:t>f 30275/30703/26963 30274/30702/26962 30285/30713/26973</w:t>
        <w:br/>
        <w:t>f 30287/30714/26974 30284/30712/26972 30281/30709/26969</w:t>
        <w:br/>
        <w:t>f 30286/30715/26975 30287/30714/26974 30281/30709/26969</w:t>
        <w:br/>
        <w:t>f 30288/30716/26976 30276/30704/26964 30275/30703/26963</w:t>
        <w:br/>
        <w:t>f 30285/30713/26973 30288/30716/26976 30275/30703/26963</w:t>
        <w:br/>
        <w:t>f 30284/30712/26972 30287/30714/26974 30289/30717/26977</w:t>
        <w:br/>
        <w:t>f 30285/30713/26973 30284/30712/26972 30289/30717/26977</w:t>
        <w:br/>
        <w:t>f 30292/30718/26978 30291/30719/26979 30290/30720/26980</w:t>
        <w:br/>
        <w:t>f 30271/30699/26959 30276/30704/26964 30291/30719/26979</w:t>
        <w:br/>
        <w:t>f 30294/30721/26981 30293/30722/26982 30292/30718/26978</w:t>
        <w:br/>
        <w:t>f 30297/30723/26983 30292/30718/26978 30296/30724/26984</w:t>
        <w:br/>
        <w:t>f 30295/30725/26985 30297/30723/26983 30296/30724/26984</w:t>
        <w:br/>
        <w:t>f 30292/30718/26978 30290/30720/26980 30296/30724/26984</w:t>
        <w:br/>
        <w:t>f 30288/30716/26976 30298/30726/26986 30290/30720/26980</w:t>
        <w:br/>
        <w:t>f 30295/30725/26985 30296/30724/26984 30300/30727/26987</w:t>
        <w:br/>
        <w:t>f 30299/30728/26988 30295/30725/26985 30300/30727/26987</w:t>
        <w:br/>
        <w:t>f 30290/30720/26980 30298/30726/26986 30301/30729/26989</w:t>
        <w:br/>
        <w:t>f 30299/30728/26988 30300/30727/26987 30303/30730/26990</w:t>
        <w:br/>
        <w:t>f 30302/30731/26991 30299/30728/26988 30303/30730/26990</w:t>
        <w:br/>
        <w:t>f 30303/30730/26990 30300/30727/26987 30301/30729/26989</w:t>
        <w:br/>
        <w:t>f 30304/30732/26992 30303/30730/26990 30301/30729/26989</w:t>
        <w:br/>
        <w:t>f 30302/30731/26991 30303/30730/26990 30306/30733/26993</w:t>
        <w:br/>
        <w:t>f 30305/30734/26994 30302/30731/26991 30306/30733/26993</w:t>
        <w:br/>
        <w:t>f 30304/30732/26992 30307/30735/26995 30306/30733/26993</w:t>
        <w:br/>
        <w:t>f 30303/30730/26990 30304/30732/26992 30306/30733/26993</w:t>
        <w:br/>
        <w:t>f 30298/30726/26986 30308/30736/26996 30301/30729/26989</w:t>
        <w:br/>
        <w:t>f 30310/30737/26997 30309/30738/26998 30305/30734/26994</w:t>
        <w:br/>
        <w:t>f 30306/30733/26993 30310/30737/26997 30305/30734/26994</w:t>
        <w:br/>
        <w:t>f 30287/30714/26974 30312/30739/26999 30311/30740/27000</w:t>
        <w:br/>
        <w:t>f 30289/30717/26977 30287/30714/26974 30311/30740/27000</w:t>
        <w:br/>
        <w:t>f 30313/30741/27001 30304/30732/26992 30301/30729/26989</w:t>
        <w:br/>
        <w:t>f 30313/30741/27001 30308/30736/26996 30311/30740/27000</w:t>
        <w:br/>
        <w:t>f 30314/30742/27002 30313/30741/27001 30311/30740/27000</w:t>
        <w:br/>
        <w:t>f 30307/30735/26995 30304/30732/26992 30313/30741/27001</w:t>
        <w:br/>
        <w:t>f 30315/30743/27003 30307/30735/26995 30313/30741/27001</w:t>
        <w:br/>
        <w:t>f 30315/30743/27003 30313/30741/27001 30314/30742/27002</w:t>
        <w:br/>
        <w:t>f 30316/30744/27004 30315/30743/27003 30314/30742/27002</w:t>
        <w:br/>
        <w:t>f 30306/30733/26993 30307/30735/26995 30310/30737/26997</w:t>
        <w:br/>
        <w:t>f 30307/30735/26995 30315/30743/27003 30317/30745/27005</w:t>
        <w:br/>
        <w:t>f 30316/30744/27004 30318/30746/27006 30317/30745/27005</w:t>
        <w:br/>
        <w:t>f 30315/30743/27003 30316/30744/27004 30317/30745/27005</w:t>
        <w:br/>
        <w:t>f 30319/30747/27007 30310/30737/26997 30307/30735/26995</w:t>
        <w:br/>
        <w:t>f 30321/30748/27008 30320/30749/27009 30309/30738/26998</w:t>
        <w:br/>
        <w:t>f 30319/30747/27007 30322/30750/27010 30321/30748/27008</w:t>
        <w:br/>
        <w:t>f 30310/30737/26997 30319/30747/27007 30321/30748/27008</w:t>
        <w:br/>
        <w:t>f 30319/30747/27007 30317/30745/27005 30323/30751/27011</w:t>
        <w:br/>
        <w:t>f 30322/30750/27010 30325/30752/26489 30324/30753/26488</w:t>
        <w:br/>
        <w:t>f 30321/30748/27008 30322/30750/27010 30324/30753/26488</w:t>
        <w:br/>
        <w:t>f 30319/30747/27007 30323/30751/27011 30326/30754/27012</w:t>
        <w:br/>
        <w:t>f 30328/30755/27013 30327/30756/27014 30326/30754/27012</w:t>
        <w:br/>
        <w:t>f 30323/30751/27011 30328/30755/27013 30326/30754/27012</w:t>
        <w:br/>
        <w:t>f 30329/30757/27015 30325/30752/26489 30322/30750/27010</w:t>
        <w:br/>
        <w:t>f 30327/30756/27014 30330/30758/27016 30329/30757/27015</w:t>
        <w:br/>
        <w:t>f 30326/30754/27012 30327/30756/27014 30329/30757/27015</w:t>
        <w:br/>
        <w:t>f 30327/30756/27014 30328/30755/27013 30332/30759/27017</w:t>
        <w:br/>
        <w:t>f 30331/30760/27018 30327/30756/27014 30332/30759/27017</w:t>
        <w:br/>
        <w:t>f 30318/30746/27006 30316/30744/27004 30334/30761/27019</w:t>
        <w:br/>
        <w:t>f 30333/30762/27020 30318/30746/27006 30334/30761/27019</w:t>
        <w:br/>
        <w:t>f 30335/30763/27021 30334/30761/27019 30316/30744/27004</w:t>
        <w:br/>
        <w:t>f 30314/30742/27002 30335/30763/27021 30316/30744/27004</w:t>
        <w:br/>
        <w:t>f 30312/30739/26999 30335/30763/27021 30314/30742/27002</w:t>
        <w:br/>
        <w:t>f 30311/30740/27000 30312/30739/26999 30314/30742/27002</w:t>
        <w:br/>
        <w:t>f 30337/30764/27022 30336/30765/27023 30333/30762/27020</w:t>
        <w:br/>
        <w:t>f 30334/30761/27019 30337/30764/27022 30333/30762/27020</w:t>
        <w:br/>
        <w:t>f 30334/30761/27019 30335/30763/27021 30338/30766/27024</w:t>
        <w:br/>
        <w:t>f 30337/30764/27022 30334/30761/27019 30338/30766/27024</w:t>
        <w:br/>
        <w:t>f 30335/30763/27021 30312/30739/26999 30339/30767/27025</w:t>
        <w:br/>
        <w:t>f 30338/30766/27024 30335/30763/27021 30339/30767/27025</w:t>
        <w:br/>
        <w:t>f 30312/30739/26999 30287/30714/26974 30286/30715/26975</w:t>
        <w:br/>
        <w:t>f 30339/30767/27025 30312/30739/26999 30286/30715/26975</w:t>
        <w:br/>
        <w:t>f 30282/30710/26970 30340/30768/27026 30286/30715/26975</w:t>
        <w:br/>
        <w:t>f 30281/30709/26969 30282/30710/26970 30286/30715/26975</w:t>
        <w:br/>
        <w:t>f 30338/30766/27024 30339/30767/27025 30342/30769/27027</w:t>
        <w:br/>
        <w:t>f 30341/30770/27028 30338/30766/27024 30342/30769/27027</w:t>
        <w:br/>
        <w:t>f 30340/30768/27026 30282/30710/26970 30283/30711/26971</w:t>
        <w:br/>
        <w:t>f 30343/30771/27029 30340/30768/27026 30283/30711/26971</w:t>
        <w:br/>
        <w:t>f 30341/30770/27028 30344/30772/27030 30337/30764/27022</w:t>
        <w:br/>
        <w:t>f 30338/30766/27024 30341/30770/27028 30337/30764/27022</w:t>
        <w:br/>
        <w:t>f 30283/30711/26971 30279/30707/26967 30280/30708/26968</w:t>
        <w:br/>
        <w:t>f 30345/30773/27031 30283/30711/26971 30280/30708/26968</w:t>
        <w:br/>
        <w:t>f 30341/30770/27028 30342/30769/27027 30346/30774/27032</w:t>
        <w:br/>
        <w:t>f 30347/30775/27033 30341/30770/27028 30346/30774/27032</w:t>
        <w:br/>
        <w:t>f 30343/30771/27029 30348/30776/27034 30346/30774/27032</w:t>
        <w:br/>
        <w:t>f 30263/30691/26951 30349/30777/27035 30280/30708/26968</w:t>
        <w:br/>
        <w:t>f 30262/30689/26949 30263/30691/26951 30280/30708/26968</w:t>
        <w:br/>
        <w:t>f 30260/30688/26948 30350/30778/27036 30263/30691/26951</w:t>
        <w:br/>
        <w:t>f 30258/30686/26946 30260/30688/26948 30263/30691/26951</w:t>
        <w:br/>
        <w:t>f 30283/30711/26971 30345/30773/27031 30343/30771/27029</w:t>
        <w:br/>
        <w:t>f 30349/30777/27035 30351/30779/27037 30345/30773/27031</w:t>
        <w:br/>
        <w:t>f 30280/30708/26968 30349/30777/27035 30345/30773/27031</w:t>
        <w:br/>
        <w:t>f 30350/30778/27036 30352/30780/27038 30349/30777/27035</w:t>
        <w:br/>
        <w:t>f 30263/30691/26951 30350/30778/27036 30349/30777/27035</w:t>
        <w:br/>
        <w:t>f 30350/30778/27036 30260/30688/26948 30265/30693/26953</w:t>
        <w:br/>
        <w:t>f 30353/30781/27039 30350/30778/27036 30265/30693/26953</w:t>
        <w:br/>
        <w:t>f 30267/30695/26955 30354/30782/27040 30265/30693/26953</w:t>
        <w:br/>
        <w:t>f 30259/30687/26947 30267/30695/26955 30265/30693/26953</w:t>
        <w:br/>
        <w:t>f 30352/30780/27038 30350/30778/27036 30353/30781/27039</w:t>
        <w:br/>
        <w:t>f 30355/30783/27041 30352/30780/27038 30353/30781/27039</w:t>
        <w:br/>
        <w:t>f 30354/30782/27040 30356/30784/27042 30353/30781/27039</w:t>
        <w:br/>
        <w:t>f 30265/30693/26953 30354/30782/27040 30353/30781/27039</w:t>
        <w:br/>
        <w:t>f 30267/30695/26955 30270/30698/26958 30357/30785/27043</w:t>
        <w:br/>
        <w:t>f 30354/30782/27040 30267/30695/26955 30357/30785/27043</w:t>
        <w:br/>
        <w:t>f 30356/30784/27042 30354/30782/27040 30357/30785/27043</w:t>
        <w:br/>
        <w:t>f 30358/30786/27044 30356/30784/27042 30357/30785/27043</w:t>
        <w:br/>
        <w:t>f 30356/30784/27042 30359/30787/27045 30355/30783/27041</w:t>
        <w:br/>
        <w:t>f 30353/30781/27039 30356/30784/27042 30355/30783/27041</w:t>
        <w:br/>
        <w:t>f 30352/30780/27038 30360/30788/27046 30351/30779/27037</w:t>
        <w:br/>
        <w:t>f 30349/30777/27035 30352/30780/27038 30351/30779/27037</w:t>
        <w:br/>
        <w:t>f 30355/30783/27041 30361/30789/27047 30360/30788/27046</w:t>
        <w:br/>
        <w:t>f 30352/30780/27038 30355/30783/27041 30360/30788/27046</w:t>
        <w:br/>
        <w:t>f 30351/30779/27037 30363/30790/27048 30362/30791/27049</w:t>
        <w:br/>
        <w:t>f 30345/30773/27031 30351/30779/27037 30362/30791/27049</w:t>
        <w:br/>
        <w:t>f 30360/30788/27046 30364/30792/27050 30363/30790/27048</w:t>
        <w:br/>
        <w:t>f 30351/30779/27037 30360/30788/27046 30363/30790/27048</w:t>
        <w:br/>
        <w:t>f 30362/30791/27049 30348/30776/27034 30345/30773/27031</w:t>
        <w:br/>
        <w:t>f 30366/30793/27051 30362/30791/27049 30363/30790/27048</w:t>
        <w:br/>
        <w:t>f 30365/30794/27052 30366/30793/27051 30363/30790/27048</w:t>
        <w:br/>
        <w:t>f 30362/30791/27049 30366/30793/27051 30367/30795/27053</w:t>
        <w:br/>
        <w:t>f 30348/30776/27034 30362/30791/27049 30367/30795/27053</w:t>
        <w:br/>
        <w:t>f 30348/30776/27034 30368/30796/27054 30346/30774/27032</w:t>
        <w:br/>
        <w:t>f 30365/30794/27052 30363/30790/27048 30364/30792/27050</w:t>
        <w:br/>
        <w:t>f 30369/30797/27055 30365/30794/27052 30364/30792/27050</w:t>
        <w:br/>
        <w:t>f 30361/30789/27047 30370/30798/27056 30364/30792/27050</w:t>
        <w:br/>
        <w:t>f 30360/30788/27046 30361/30789/27047 30364/30792/27050</w:t>
        <w:br/>
        <w:t>f 30368/30796/27054 30348/30776/27034 30367/30795/27053</w:t>
        <w:br/>
        <w:t>f 30371/30799/27057 30368/30796/27054 30367/30795/27053</w:t>
        <w:br/>
        <w:t>f 30359/30787/27045 30372/30800/27058 30361/30789/27047</w:t>
        <w:br/>
        <w:t>f 30355/30783/27041 30359/30787/27045 30361/30789/27047</w:t>
        <w:br/>
        <w:t>f 30359/30787/27045 30356/30784/27042 30358/30786/27044</w:t>
        <w:br/>
        <w:t>f 30373/30801/27059 30359/30787/27045 30358/30786/27044</w:t>
        <w:br/>
        <w:t>f 30373/30801/27059 30374/30802/27060 30372/30800/27058</w:t>
        <w:br/>
        <w:t>f 30359/30787/27045 30373/30801/27059 30372/30800/27058</w:t>
        <w:br/>
        <w:t>f 30370/30798/27056 30361/30789/27047 30372/30800/27058</w:t>
        <w:br/>
        <w:t>f 30375/30803/27061 30370/30798/27056 30372/30800/27058</w:t>
        <w:br/>
        <w:t>f 30377/30804/27062 30376/30805/27063 30358/30786/27044</w:t>
        <w:br/>
        <w:t>f 30357/30785/27043 30377/30804/27062 30358/30786/27044</w:t>
        <w:br/>
        <w:t>f 30369/30797/27055 30364/30792/27050 30370/30798/27056</w:t>
        <w:br/>
        <w:t>f 30378/30806/27064 30369/30797/27055 30370/30798/27056</w:t>
        <w:br/>
        <w:t>f 30270/30698/26958 30272/30700/26960 30377/30804/27062</w:t>
        <w:br/>
        <w:t>f 30357/30785/27043 30270/30698/26958 30377/30804/27062</w:t>
        <w:br/>
        <w:t>f 30373/30801/27059 30358/30786/27044 30376/30805/27063</w:t>
        <w:br/>
        <w:t>f 30379/30807/27065 30373/30801/27059 30376/30805/27063</w:t>
        <w:br/>
        <w:t>f 30381/30808/27066 30380/30809/27067 30376/30805/27063</w:t>
        <w:br/>
        <w:t>f 30377/30804/27062 30381/30808/27066 30376/30805/27063</w:t>
        <w:br/>
        <w:t>f 30379/30807/27065 30376/30805/27063 30380/30809/27067</w:t>
        <w:br/>
        <w:t>f 30382/30810/27068 30379/30807/27065 30380/30809/27067</w:t>
        <w:br/>
        <w:t>f 30381/30808/27066 30377/30804/27062 30272/30700/26960</w:t>
        <w:br/>
        <w:t>f 30383/30811/27069 30381/30808/27066 30272/30700/26960</w:t>
        <w:br/>
        <w:t>f 30383/30811/27069 30272/30700/26960 30089/30522/26782</w:t>
        <w:br/>
        <w:t>f 30084/30517/26777 30383/30811/27069 30089/30522/26782</w:t>
        <w:br/>
        <w:t>f 30385/30812/27070 30384/30813/27071 30380/30809/27067</w:t>
        <w:br/>
        <w:t>f 30381/30808/27066 30385/30812/27070 30380/30809/27067</w:t>
        <w:br/>
        <w:t>f 30386/30814/27072 30383/30811/27069 30084/30517/26777</w:t>
        <w:br/>
        <w:t>f 30080/30513/26773 30386/30814/27072 30084/30517/26777</w:t>
        <w:br/>
        <w:t>f 30385/30812/27070 30381/30808/27066 30383/30811/27069</w:t>
        <w:br/>
        <w:t>f 30386/30814/27072 30385/30812/27070 30383/30811/27069</w:t>
        <w:br/>
        <w:t>f 29242/29987/26248 29553/30290/26551 30386/30814/27072</w:t>
        <w:br/>
        <w:t>f 30080/30513/26773 29242/29987/26248 30386/30814/27072</w:t>
        <w:br/>
        <w:t>f 30384/30813/27071 30387/30815/27073 30382/30810/27068</w:t>
        <w:br/>
        <w:t>f 30380/30809/27067 30384/30813/27071 30382/30810/27068</w:t>
        <w:br/>
        <w:t>f 30385/30812/27070 30386/30814/27072 29553/30290/26551</w:t>
        <w:br/>
        <w:t>f 29555/30292/26553 30385/30812/27070 29553/30290/26551</w:t>
        <w:br/>
        <w:t>f 30384/30813/27071 30385/30812/27070 29555/30292/26553</w:t>
        <w:br/>
        <w:t>f 29556/30293/26554 30384/30813/27071 29555/30292/26553</w:t>
        <w:br/>
        <w:t>f 29556/30293/26554 29557/30294/26555 30387/30815/27073</w:t>
        <w:br/>
        <w:t>f 30384/30813/27071 29556/30293/26554 30387/30815/27073</w:t>
        <w:br/>
        <w:t>f 30387/30815/27073 29557/30294/26555 29558/30296/26557</w:t>
        <w:br/>
        <w:t>f 30388/30816/27074 30387/30815/27073 29558/30296/26557</w:t>
        <w:br/>
        <w:t>f 30387/30815/27073 30388/30816/27074 30389/30817/27075</w:t>
        <w:br/>
        <w:t>f 30382/30810/27068 30387/30815/27073 30389/30817/27075</w:t>
        <w:br/>
        <w:t>f 30390/30818/27076 30379/30807/27065 30382/30810/27068</w:t>
        <w:br/>
        <w:t>f 30389/30817/27075 30390/30818/27076 30382/30810/27068</w:t>
        <w:br/>
        <w:t>f 30391/30819/27077 30389/30817/27075 30388/30816/27074</w:t>
        <w:br/>
        <w:t>f 30392/30820/27078 30391/30819/27077 30388/30816/27074</w:t>
        <w:br/>
        <w:t>f 30374/30802/27060 30373/30801/27059 30379/30807/27065</w:t>
        <w:br/>
        <w:t>f 30390/30818/27076 30374/30802/27060 30379/30807/27065</w:t>
        <w:br/>
        <w:t>f 30389/30817/27075 30391/30819/27077 30393/30821/27079</w:t>
        <w:br/>
        <w:t>f 30390/30818/27076 30389/30817/27075 30393/30821/27079</w:t>
        <w:br/>
        <w:t>f 30394/30822/27080 30374/30802/27060 30390/30818/27076</w:t>
        <w:br/>
        <w:t>f 30393/30821/27079 30394/30822/27080 30390/30818/27076</w:t>
        <w:br/>
        <w:t>f 30375/30803/27061 30372/30800/27058 30374/30802/27060</w:t>
        <w:br/>
        <w:t>f 30394/30822/27080 30375/30803/27061 30374/30802/27060</w:t>
        <w:br/>
        <w:t>f 30378/30806/27064 30370/30798/27056 30375/30803/27061</w:t>
        <w:br/>
        <w:t>f 30395/30823/27081 30378/30806/27064 30375/30803/27061</w:t>
        <w:br/>
        <w:t>f 30393/30821/27079 30397/30824/27082 30396/30825/27083</w:t>
        <w:br/>
        <w:t>f 30394/30822/27080 30393/30821/27079 30396/30825/27083</w:t>
        <w:br/>
        <w:t>f 30399/30826/27084 30398/30827/27085 30378/30806/27064</w:t>
        <w:br/>
        <w:t>f 30395/30823/27081 30399/30826/27084 30378/30806/27064</w:t>
        <w:br/>
        <w:t>f 30396/30825/27083 30401/30828/27086 30400/30829/27087</w:t>
        <w:br/>
        <w:t>f 30395/30823/27081 30396/30825/27083 30400/30829/27087</w:t>
        <w:br/>
        <w:t>f 30400/30829/27087 30402/30830/27088 30399/30826/27084</w:t>
        <w:br/>
        <w:t>f 30395/30823/27081 30400/30829/27087 30399/30826/27084</w:t>
        <w:br/>
        <w:t>f 30403/30831/27089 30369/30797/27055 30378/30806/27064</w:t>
        <w:br/>
        <w:t>f 30398/30827/27085 30403/30831/27089 30378/30806/27064</w:t>
        <w:br/>
        <w:t>f 30401/30828/27086 30396/30825/27083 30397/30824/27082</w:t>
        <w:br/>
        <w:t>f 30404/30832/27090 30401/30828/27086 30397/30824/27082</w:t>
        <w:br/>
        <w:t>f 30391/30819/27077 30405/30833/27091 30397/30824/27082</w:t>
        <w:br/>
        <w:t>f 30393/30821/27079 30391/30819/27077 30397/30824/27082</w:t>
        <w:br/>
        <w:t>f 30405/30833/27091 30406/30834/27092 30404/30832/27090</w:t>
        <w:br/>
        <w:t>f 30397/30824/27082 30405/30833/27091 30404/30832/27090</w:t>
        <w:br/>
        <w:t>f 30392/30820/27078 30407/30835/27093 30405/30833/27091</w:t>
        <w:br/>
        <w:t>f 30391/30819/27077 30392/30820/27078 30405/30833/27091</w:t>
        <w:br/>
        <w:t>f 29580/30316/26577 30401/30828/27086 30404/30832/27090</w:t>
        <w:br/>
        <w:t>f 29579/30317/26578 29580/30316/26577 30404/30832/27090</w:t>
        <w:br/>
        <w:t>f 30401/30828/27086 29580/30316/26577 29581/30318/26579</w:t>
        <w:br/>
        <w:t>f 30400/30829/27087 30401/30828/27086 29581/30318/26579</w:t>
        <w:br/>
        <w:t>f 30408/30836/27094 30406/30834/27092 30405/30833/27091</w:t>
        <w:br/>
        <w:t>f 30407/30835/27093 30408/30836/27094 30405/30833/27091</w:t>
        <w:br/>
        <w:t>f 30392/30820/27078 30388/30816/27074 29558/30296/26557</w:t>
        <w:br/>
        <w:t>f 29583/30320/26581 30392/30820/27078 29558/30296/26557</w:t>
        <w:br/>
        <w:t>f 30407/30835/27093 30392/30820/27078 29583/30320/26581</w:t>
        <w:br/>
        <w:t>f 29584/30321/26581 30407/30835/27093 29583/30320/26581</w:t>
        <w:br/>
        <w:t>f 30407/30835/27093 29585/30323/26583 29586/30322/26582</w:t>
        <w:br/>
        <w:t>f 30408/30836/27094 30407/30835/27093 29586/30322/26582</w:t>
        <w:br/>
        <w:t>f 30409/30837/27095 30406/30834/27092 30408/30836/27094</w:t>
        <w:br/>
        <w:t>f 29586/30322/26582 30409/30837/27095 30408/30836/27094</w:t>
        <w:br/>
        <w:t>f 30406/30834/27092 29587/30324/26584 29579/30317/26578</w:t>
        <w:br/>
        <w:t>f 30404/30832/27090 30406/30834/27092 29579/30317/26578</w:t>
        <w:br/>
        <w:t>f 29581/30318/26579 29588/30325/26585 30402/30830/27088</w:t>
        <w:br/>
        <w:t>f 30400/30829/27087 29581/30318/26579 30402/30830/27088</w:t>
        <w:br/>
        <w:t>f 30410/30838/27096 30399/30826/27084 30402/30830/27088</w:t>
        <w:br/>
        <w:t>f 30411/30839/27097 30410/30838/27096 30402/30830/27088</w:t>
        <w:br/>
        <w:t>f 30412/30840/27098 30398/30827/27085 30399/30826/27084</w:t>
        <w:br/>
        <w:t>f 30410/30838/27096 30412/30840/27098 30399/30826/27084</w:t>
        <w:br/>
        <w:t>f 29592/30329/26589 30411/30839/27097 30402/30830/27088</w:t>
        <w:br/>
        <w:t>f 29588/30325/26585 29592/30329/26589 30402/30830/27088</w:t>
        <w:br/>
        <w:t>f 29594/30330/26590 30413/30841/27099 30411/30839/27097</w:t>
        <w:br/>
        <w:t>f 29592/30329/26589 29594/30330/26590 30411/30839/27097</w:t>
        <w:br/>
        <w:t>f 30410/30838/27096 30411/30839/27097 30413/30841/27099</w:t>
        <w:br/>
        <w:t>f 30414/30842/27100 30410/30838/27096 30413/30841/27099</w:t>
        <w:br/>
        <w:t>f 29596/30334/26594 30415/30843/27101 30413/30841/27099</w:t>
        <w:br/>
        <w:t>f 29594/30330/26590 29596/30334/26594 30413/30841/27099</w:t>
        <w:br/>
        <w:t>f 30415/30843/27101 30416/30844/27102 30414/30842/27100</w:t>
        <w:br/>
        <w:t>f 30413/30841/27099 30415/30843/27101 30414/30842/27100</w:t>
        <w:br/>
        <w:t>f 29600/30336/26596 30417/30845/27103 30415/30843/27101</w:t>
        <w:br/>
        <w:t>f 29596/30334/26594 29600/30336/26596 30415/30843/27101</w:t>
        <w:br/>
        <w:t>f 30416/30844/27102 30415/30843/27101 30417/30845/27103</w:t>
        <w:br/>
        <w:t>f 30418/30846/27104 30416/30844/27102 30417/30845/27103</w:t>
        <w:br/>
        <w:t>f 30416/30844/27102 30420/30847/27105 30419/30848/27106</w:t>
        <w:br/>
        <w:t>f 30414/30842/27100 30416/30844/27102 30419/30848/27106</w:t>
        <w:br/>
        <w:t>f 30423/30849/27107 30422/30850/27108 30421/30851/27109</w:t>
        <w:br/>
        <w:t>f 30420/30847/27105 30423/30849/27107 30421/30851/27109</w:t>
        <w:br/>
        <w:t>f 30425/30852/27110 30421/30851/27109 30422/30850/27108</w:t>
        <w:br/>
        <w:t>f 30424/30853/27111 30425/30852/27110 30422/30850/27108</w:t>
        <w:br/>
        <w:t>f 30427/30854/27112 30425/30852/27110 30424/30853/27111</w:t>
        <w:br/>
        <w:t>f 30426/30855/27113 30427/30854/27112 30424/30853/27111</w:t>
        <w:br/>
        <w:t>f 30429/30856/27114 30428/30857/27115 30421/30851/27109</w:t>
        <w:br/>
        <w:t>f 30425/30852/27110 30429/30856/27114 30421/30851/27109</w:t>
        <w:br/>
        <w:t>f 30428/30857/27115 30419/30848/27106 30420/30847/27105</w:t>
        <w:br/>
        <w:t>f 30421/30851/27109 30428/30857/27115 30420/30847/27105</w:t>
        <w:br/>
        <w:t>f 30425/30852/27110 30427/30854/27112 30042/30494/26754</w:t>
        <w:br/>
        <w:t>f 30429/30856/27114 30425/30852/27110 30042/30494/26754</w:t>
        <w:br/>
        <w:t>f 30412/30840/27098 30410/30838/27096 30414/30842/27100</w:t>
        <w:br/>
        <w:t>f 30419/30848/27106 30412/30840/27098 30414/30842/27100</w:t>
        <w:br/>
        <w:t>f 30419/30848/27106 30428/30857/27115 30430/30858/27116</w:t>
        <w:br/>
        <w:t>f 30412/30840/27098 30419/30848/27106 30430/30858/27116</w:t>
        <w:br/>
        <w:t>f 30431/30859/27117 30430/30858/27116 30428/30857/27115</w:t>
        <w:br/>
        <w:t>f 30429/30856/27114 30431/30859/27117 30428/30857/27115</w:t>
        <w:br/>
        <w:t>f 30430/30858/27116 30403/30831/27089 30398/30827/27085</w:t>
        <w:br/>
        <w:t>f 30412/30840/27098 30430/30858/27116 30398/30827/27085</w:t>
        <w:br/>
        <w:t>f 30431/30859/27117 30432/30860/27118 30403/30831/27089</w:t>
        <w:br/>
        <w:t>f 30430/30858/27116 30431/30859/27117 30403/30831/27089</w:t>
        <w:br/>
        <w:t>f 30369/30797/27055 30403/30831/27089 30432/30860/27118</w:t>
        <w:br/>
        <w:t>f 30365/30794/27052 30369/30797/27055 30432/30860/27118</w:t>
        <w:br/>
        <w:t>f 30433/30861/27119 30366/30793/27051 30365/30794/27052</w:t>
        <w:br/>
        <w:t>f 30432/30860/27118 30433/30861/27119 30365/30794/27052</w:t>
        <w:br/>
        <w:t>f 30042/30494/26754 30043/30493/26753 30431/30859/27117</w:t>
        <w:br/>
        <w:t>f 30429/30856/27114 30042/30494/26754 30431/30859/27117</w:t>
        <w:br/>
        <w:t>f 30434/30862/27120 30367/30795/27053 30366/30793/27051</w:t>
        <w:br/>
        <w:t>f 30433/30861/27119 30434/30862/27120 30366/30793/27051</w:t>
        <w:br/>
        <w:t>f 30043/30493/26753 30433/30861/27119 30432/30860/27118</w:t>
        <w:br/>
        <w:t>f 30431/30859/27117 30043/30493/26753 30432/30860/27118</w:t>
        <w:br/>
        <w:t>f 30044/30496/26756 30434/30862/27120 30433/30861/27119</w:t>
        <w:br/>
        <w:t>f 30043/30493/26753 30044/30496/26756 30433/30861/27119</w:t>
        <w:br/>
        <w:t>f 30042/30494/26754 30427/30854/27112 30435/30863/27121</w:t>
        <w:br/>
        <w:t>f 30041/30495/26755 30042/30494/26754 30435/30863/27121</w:t>
        <w:br/>
        <w:t>f 30437/30864/27122 30436/30865/27123 30044/30496/26756</w:t>
        <w:br/>
        <w:t>f 30041/30495/26755 30437/30864/27122 30044/30496/26756</w:t>
        <w:br/>
        <w:t>f 30437/30864/27122 30439/30866/27124 30438/30867/27125</w:t>
        <w:br/>
        <w:t>f 30436/30865/27123 30437/30864/27122 30438/30867/27125</w:t>
        <w:br/>
        <w:t>f 30044/30496/26756 30436/30865/27123 30440/30868/27126</w:t>
        <w:br/>
        <w:t>f 30434/30862/27120 30044/30496/26756 30440/30868/27126</w:t>
        <w:br/>
        <w:t>f 30441/30869/27127 30437/30864/27122 30041/30495/26755</w:t>
        <w:br/>
        <w:t>f 30435/30863/27121 30441/30869/27127 30041/30495/26755</w:t>
        <w:br/>
        <w:t>f 30442/30870/27128 30440/30868/27126 30436/30865/27123</w:t>
        <w:br/>
        <w:t>f 30438/30867/27125 30442/30870/27128 30436/30865/27123</w:t>
        <w:br/>
        <w:t>f 30443/30871/27129 30371/30799/27057 30440/30868/27126</w:t>
        <w:br/>
        <w:t>f 30442/30870/27128 30443/30871/27129 30440/30868/27126</w:t>
        <w:br/>
        <w:t>f 30444/30872/27130 30368/30796/27054 30371/30799/27057</w:t>
        <w:br/>
        <w:t>f 30443/30871/27129 30444/30872/27130 30371/30799/27057</w:t>
        <w:br/>
        <w:t>f 30446/30873/27131 30347/30775/27033 30444/30872/27130</w:t>
        <w:br/>
        <w:t>f 30445/30874/27132 30446/30873/27131 30444/30872/27130</w:t>
        <w:br/>
        <w:t>f 30344/30772/27030 30341/30770/27028 30347/30775/27033</w:t>
        <w:br/>
        <w:t>f 30446/30873/27131 30344/30772/27030 30347/30775/27033</w:t>
        <w:br/>
        <w:t>f 30448/30875/27133 30446/30873/27131 30445/30874/27132</w:t>
        <w:br/>
        <w:t>f 30447/30876/27134 30448/30875/27133 30445/30874/27132</w:t>
        <w:br/>
        <w:t>f 30344/30772/27030 30449/30877/27135 30336/30765/27023</w:t>
        <w:br/>
        <w:t>f 30337/30764/27022 30344/30772/27030 30336/30765/27023</w:t>
        <w:br/>
        <w:t>f 30332/30759/27017 30333/30762/27020 30336/30765/27023</w:t>
        <w:br/>
        <w:t>f 30450/30878/27136 30332/30759/27017 30336/30765/27023</w:t>
        <w:br/>
        <w:t>f 30449/30877/27135 30344/30772/27030 30446/30873/27131</w:t>
        <w:br/>
        <w:t>f 30448/30875/27133 30449/30877/27135 30446/30873/27131</w:t>
        <w:br/>
        <w:t>f 30449/30877/27135 30451/30879/27137 30450/30878/27136</w:t>
        <w:br/>
        <w:t>f 30336/30765/27023 30449/30877/27135 30450/30878/27136</w:t>
        <w:br/>
        <w:t>f 30331/30760/27018 30332/30759/27017 30450/30878/27136</w:t>
        <w:br/>
        <w:t>f 30452/30880/27138 30331/30760/27018 30450/30878/27136</w:t>
        <w:br/>
        <w:t>f 30331/30760/27018 30453/30881/27139 30330/30758/27016</w:t>
        <w:br/>
        <w:t>f 30327/30756/27014 30331/30760/27018 30330/30758/27016</w:t>
        <w:br/>
        <w:t>f 30454/30882/27140 30452/30880/27138 30450/30878/27136</w:t>
        <w:br/>
        <w:t>f 30451/30879/27137 30454/30882/27140 30450/30878/27136</w:t>
        <w:br/>
        <w:t>f 30453/30881/27139 30331/30760/27018 30452/30880/27138</w:t>
        <w:br/>
        <w:t>f 30455/30883/27141 30453/30881/27139 30452/30880/27138</w:t>
        <w:br/>
        <w:t>f 30448/30875/27133 30456/30884/27142 30451/30879/27137</w:t>
        <w:br/>
        <w:t>f 30449/30877/27135 30448/30875/27133 30451/30879/27137</w:t>
        <w:br/>
        <w:t>f 30457/30885/27143 30454/30882/27140 30451/30879/27137</w:t>
        <w:br/>
        <w:t>f 30456/30884/27142 30457/30885/27143 30451/30879/27137</w:t>
        <w:br/>
        <w:t>f 30447/30876/27134 30458/30886/27144 30456/30884/27142</w:t>
        <w:br/>
        <w:t>f 30448/30875/27133 30447/30876/27134 30456/30884/27142</w:t>
        <w:br/>
        <w:t>f 30457/30885/27143 30456/30884/27142 30458/30886/27144</w:t>
        <w:br/>
        <w:t>f 30459/30887/27145 30457/30885/27143 30458/30886/27144</w:t>
        <w:br/>
        <w:t>f 30461/30888/27146 30460/30889/27147 30454/30882/27140</w:t>
        <w:br/>
        <w:t>f 30457/30885/27143 30461/30888/27146 30454/30882/27140</w:t>
        <w:br/>
        <w:t>f 30463/30890/27148 30462/30891/27149 30458/30886/27144</w:t>
        <w:br/>
        <w:t>f 30447/30876/27134 30463/30890/27148 30458/30886/27144</w:t>
        <w:br/>
        <w:t>f 30459/30887/27145 30458/30886/27144 30462/30891/27149</w:t>
        <w:br/>
        <w:t>f 30464/30892/27150 30459/30887/27145 30462/30891/27149</w:t>
        <w:br/>
        <w:t>f 30466/30893/27151 30465/30894/27152 30462/30891/27149</w:t>
        <w:br/>
        <w:t>f 30463/30890/27148 30466/30893/27151 30462/30891/27149</w:t>
        <w:br/>
        <w:t>f 30465/30894/27152 30466/30893/27151 30468/30895/27153</w:t>
        <w:br/>
        <w:t>f 30467/30896/27154 30465/30894/27152 30468/30895/27153</w:t>
        <w:br/>
        <w:t>f 30471/30897/27155 30441/30869/27127 30470/30898/27156</w:t>
        <w:br/>
        <w:t>f 30469/30899/27157 30471/30897/27155 30470/30898/27156</w:t>
        <w:br/>
        <w:t>f 30475/30900/27158 30474/30901/27159 30473/30902/27160</w:t>
        <w:br/>
        <w:t>f 30472/30903/27161 30475/30900/27158 30473/30902/27160</w:t>
        <w:br/>
        <w:t>f 30478/30904/27162 30477/30905/27163 30476/30906/27164</w:t>
        <w:br/>
        <w:t>f 30479/30907/27164 30478/30904/27162 30476/30906/27164</w:t>
        <w:br/>
        <w:t>f 30474/30901/27159 30481/30908/27165 30480/30909/27166</w:t>
        <w:br/>
        <w:t>f 30473/30902/27160 30474/30901/27159 30480/30909/27166</w:t>
        <w:br/>
        <w:t>f 30474/30901/27159 30478/30904/27167 30482/30910/27168</w:t>
        <w:br/>
        <w:t>f 30481/30908/27165 30474/30901/27159 30482/30910/27168</w:t>
        <w:br/>
        <w:t>f 30481/30908/27165 30482/30910/27168 30483/30911/27169</w:t>
        <w:br/>
        <w:t>f 30484/30912/27170 30481/30908/27165 30483/30911/27169</w:t>
        <w:br/>
        <w:t>f 30481/30908/27165 30484/30912/27170 30485/30913/27171</w:t>
        <w:br/>
        <w:t>f 30480/30909/27166 30481/30908/27165 30485/30913/27171</w:t>
        <w:br/>
        <w:t>f 30484/30912/27170 30483/30911/27169 30486/30914/27172</w:t>
        <w:br/>
        <w:t>f 30487/30915/27173 30484/30912/27170 30486/30914/27172</w:t>
        <w:br/>
        <w:t>f 30484/30912/27170 30487/30915/27173 30488/30916/27174</w:t>
        <w:br/>
        <w:t>f 30485/30913/27171 30484/30912/27170 30488/30916/27174</w:t>
        <w:br/>
        <w:t>f 29673/30409/26670 29672/30410/26671 30487/30915/27173</w:t>
        <w:br/>
        <w:t>f 30486/30914/27172 29673/30409/26670 30487/30915/27173</w:t>
        <w:br/>
        <w:t>f 30467/30896/27154 30490/30917/27175 30489/30918/27176</w:t>
        <w:br/>
        <w:t>f 30465/30894/27152 30467/30896/27154 30489/30918/27176</w:t>
        <w:br/>
        <w:t>f 30491/30919/27177 30490/30917/27175 30485/30913/27171</w:t>
        <w:br/>
        <w:t>f 30488/30916/27174 30491/30919/27177 30485/30913/27171</w:t>
        <w:br/>
        <w:t>f 30492/30920/27178 30489/30918/27176 30490/30917/27175</w:t>
        <w:br/>
        <w:t>f 30491/30919/27177 30492/30920/27178 30490/30917/27175</w:t>
        <w:br/>
        <w:t>f 30464/30892/27150 30462/30891/27149 30465/30894/27152</w:t>
        <w:br/>
        <w:t>f 30489/30918/27176 30464/30892/27150 30465/30894/27152</w:t>
        <w:br/>
        <w:t>f 30493/30921/27179 30464/30892/27150 30489/30918/27176</w:t>
        <w:br/>
        <w:t>f 30492/30920/27178 30493/30921/27179 30489/30918/27176</w:t>
        <w:br/>
        <w:t>f 30494/30922/27180 30459/30887/27145 30464/30892/27150</w:t>
        <w:br/>
        <w:t>f 30493/30921/27179 30494/30922/27180 30464/30892/27150</w:t>
        <w:br/>
        <w:t>f 30461/30888/27146 30457/30885/27143 30459/30887/27145</w:t>
        <w:br/>
        <w:t>f 30494/30922/27180 30461/30888/27146 30459/30887/27145</w:t>
        <w:br/>
        <w:t>f 29681/30417/26678 30492/30920/27178 30491/30919/27177</w:t>
        <w:br/>
        <w:t>f 29680/30418/26679 29681/30417/26678 30491/30919/27177</w:t>
        <w:br/>
        <w:t>f 29680/30418/26679 30491/30919/27177 30488/30916/27174</w:t>
        <w:br/>
        <w:t>f 29682/30419/26680 29680/30418/26679 30488/30916/27174</w:t>
        <w:br/>
        <w:t>f 30492/30920/27178 29681/30417/26678 29683/30420/26681</w:t>
        <w:br/>
        <w:t>f 30493/30921/27179 30492/30920/27178 29683/30420/26681</w:t>
        <w:br/>
        <w:t>f 29684/30421/26682 30494/30922/27180 30493/30921/27179</w:t>
        <w:br/>
        <w:t>f 29683/30420/26681 29684/30421/26682 30493/30921/27179</w:t>
        <w:br/>
        <w:t>f 29685/30422/26683 30461/30888/27146 30494/30922/27180</w:t>
        <w:br/>
        <w:t>f 29684/30421/26682 29685/30422/26683 30494/30922/27180</w:t>
        <w:br/>
        <w:t>f 30487/30915/27173 29672/30410/26671 29682/30419/26680</w:t>
        <w:br/>
        <w:t>f 30488/30916/27174 30487/30915/27173 29682/30419/26680</w:t>
        <w:br/>
        <w:t>f 30453/30881/27139 29686/30424/26685 30495/30923/26684</w:t>
        <w:br/>
        <w:t>f 30330/30758/27016 30453/30881/27139 30495/30923/26684</w:t>
        <w:br/>
        <w:t>f 29688/30425/26686 29686/30424/26685 30453/30881/27139</w:t>
        <w:br/>
        <w:t>f 30455/30883/27141 29688/30425/26686 30453/30881/27139</w:t>
        <w:br/>
        <w:t>f 30539/30924/26982 30538/30925/26981 30537/30926/27181</w:t>
        <w:br/>
        <w:t>f 30540/30927/27182 30539/30924/26982 30537/30926/27181</w:t>
        <w:br/>
        <w:t>f 30537/30926/27181 30542/30928/27183 30541/30929/27184</w:t>
        <w:br/>
        <w:t>f 30540/30927/27182 30537/30926/27181 30541/30929/27184</w:t>
        <w:br/>
        <w:t>f 30541/30929/27184 30542/30928/27183 30543/30930/27185</w:t>
        <w:br/>
        <w:t>f 30547/30931/27186 30546/30932/27187 30545/30933/27188</w:t>
        <w:br/>
        <w:t>f 30544/30934/27189 30547/30931/27186 30545/30933/27188</w:t>
        <w:br/>
        <w:t>f 30543/30930/27185 30542/30928/27183 30547/30931/27186</w:t>
        <w:br/>
        <w:t>f 30548/30935/27190 30543/30930/27185 30547/30931/27186</w:t>
        <w:br/>
        <w:t>f 30547/30931/27186 30549/30936/27191 30548/30935/27190</w:t>
        <w:br/>
        <w:t>f 30544/30934/27189 30550/30937/27192 30549/30936/27191</w:t>
        <w:br/>
        <w:t>f 30547/30931/27186 30544/30934/27189 30549/30936/27191</w:t>
        <w:br/>
        <w:t>f 30545/30933/27188 30551/30938/27193 30544/30934/27189</w:t>
        <w:br/>
        <w:t>f 30552/30939/27194 30550/30937/27192 30544/30934/27189</w:t>
        <w:br/>
        <w:t>f 30551/30938/27193 30552/30939/27194 30544/30934/27189</w:t>
        <w:br/>
        <w:t>f 30551/30938/27193 30554/30940/27195 30553/30941/27196</w:t>
        <w:br/>
        <w:t>f 30552/30939/27194 30551/30938/27193 30553/30941/27196</w:t>
        <w:br/>
        <w:t>f 30551/30938/27193 30545/30933/27188 30554/30940/27195</w:t>
        <w:br/>
        <w:t>f 30554/30940/27195 30555/30942/27197 30553/30941/27196</w:t>
        <w:br/>
        <w:t>f 30545/30933/27188 30556/30943/27198 30555/30942/27197</w:t>
        <w:br/>
        <w:t>f 30554/30940/27195 30545/30933/27188 30555/30942/27197</w:t>
        <w:br/>
        <w:t>f 30460/30889/27147 30455/30883/27141 30452/30880/27138</w:t>
        <w:br/>
        <w:t>f 30454/30882/27140 30460/30889/27147 30452/30880/27138</w:t>
        <w:br/>
        <w:t>f 29787/30446/26706 30460/30889/27147 30461/30888/27146</w:t>
        <w:br/>
        <w:t>f 29685/30422/26683 29787/30446/26706 30461/30888/27146</w:t>
        <w:br/>
        <w:t>f 29787/30446/26706 29688/30425/26686 30455/30883/27141</w:t>
        <w:br/>
        <w:t>f 30460/30889/27147 29787/30446/26706 30455/30883/27141</w:t>
        <w:br/>
        <w:t>f 30219/30648/26908 30217/30645/26905 30218/30644/26904</w:t>
        <w:br/>
        <w:t>f 30220/30647/26907 30217/30645/26905 30219/30648/26908</w:t>
        <w:br/>
        <w:t>f 30293/30722/26982 30558/30944/27199 30557/30945/27200</w:t>
        <w:br/>
        <w:t>f 30271/30699/26959 30293/30722/26982 30557/30945/27200</w:t>
        <w:br/>
        <w:t>f 30249/30677/26937 30271/30699/26959 30557/30945/27200</w:t>
        <w:br/>
        <w:t>f 30559/30946/27201 30249/30677/26937 30557/30945/27200</w:t>
        <w:br/>
        <w:t>f 30557/30945/27200 30561/30947/27202 30560/30948/27203</w:t>
        <w:br/>
        <w:t>f 30562/30949/27204 30557/30945/27200 30560/30948/27203</w:t>
        <w:br/>
        <w:t>f 30559/30946/27201 30565/30950/27205 30564/30951/27205</w:t>
        <w:br/>
        <w:t>f 30563/30952/27206 30559/30946/27201 30564/30951/27205</w:t>
        <w:br/>
        <w:t>f 30238/30667/26927 30249/30677/26937 30559/30946/27201</w:t>
        <w:br/>
        <w:t>f 30566/30953/27207 30238/30667/26927 30559/30946/27201</w:t>
        <w:br/>
        <w:t>f 30568/30954/27208 30562/30949/27204 30560/30948/27203</w:t>
        <w:br/>
        <w:t>f 30567/30955/27208 30568/30954/27208 30560/30948/27203</w:t>
        <w:br/>
        <w:t>f 30566/30953/27207 30559/30946/27201 30563/30952/27206</w:t>
        <w:br/>
        <w:t>f 30569/30956/27209 30566/30953/27207 30563/30952/27206</w:t>
        <w:br/>
        <w:t>f 30570/30957/27210 30568/30954/27208 30567/30955/27208</w:t>
        <w:br/>
        <w:t>f 30571/30958/27210 30570/30957/27210 30567/30955/27208</w:t>
        <w:br/>
        <w:t>f 30573/30959/27211 30572/30960/27212 30570/30957/27210</w:t>
        <w:br/>
        <w:t>f 30571/30958/27210 30573/30959/27211 30570/30957/27210</w:t>
        <w:br/>
        <w:t>f 30575/30961/27213 30238/30667/26927 30566/30953/27207</w:t>
        <w:br/>
        <w:t>f 30574/30962/27214 30575/30961/27213 30566/30953/27207</w:t>
        <w:br/>
        <w:t>f 30569/30956/27209 30572/30960/27215 30574/30962/27214</w:t>
        <w:br/>
        <w:t>f 30566/30953/27207 30569/30956/27209 30574/30962/27214</w:t>
        <w:br/>
        <w:t>f 30577/30963/27216 30576/30964/27217 30572/30960/27212</w:t>
        <w:br/>
        <w:t>f 30573/30959/27211 30577/30963/27216 30572/30960/27212</w:t>
        <w:br/>
        <w:t>f 30578/30965/27218 30574/30962/27214 30572/30960/27215</w:t>
        <w:br/>
        <w:t>f 30580/30966/27219 30579/30967/27220 30576/30964/27217</w:t>
        <w:br/>
        <w:t>f 30577/30963/27216 30580/30966/27219 30576/30964/27217</w:t>
        <w:br/>
        <w:t>f 30574/30962/27214 30576/30964/27217 30579/30967/27220</w:t>
        <w:br/>
        <w:t>f 30579/30967/27220 30580/30966/27219 30582/30968/27221</w:t>
        <w:br/>
        <w:t>f 30581/30969/27222 30579/30967/27220 30582/30968/27221</w:t>
        <w:br/>
        <w:t>f 30581/30969/27223 30585/30970/27224 30584/30971/27225</w:t>
        <w:br/>
        <w:t>f 30583/30972/27226 30581/30969/27223 30584/30971/27225</w:t>
        <w:br/>
        <w:t>f 30574/30962/27214 30587/30973/27227 30586/30974/27228</w:t>
        <w:br/>
        <w:t>f 30575/30961/27213 30574/30962/27214 30586/30974/27228</w:t>
        <w:br/>
        <w:t>f 30238/30667/26927 30575/30961/27213 30139/30572/26832</w:t>
        <w:br/>
        <w:t>f 30139/30572/26832 30575/30961/27213 30588/30975/27229</w:t>
        <w:br/>
        <w:t>f 30591/30976/27230 30590/30977/27198 30589/30978/27231</w:t>
        <w:br/>
        <w:t>f 30591/30976/27230 30592/30979/27232 30583/30972/27226</w:t>
        <w:br/>
        <w:t>f 30584/30971/27225 30591/30976/27230 30583/30972/27226</w:t>
        <w:br/>
        <w:t>f 30584/30971/27225 30590/30977/27198 30591/30976/27230</w:t>
        <w:br/>
        <w:t>f 30136/30569/26829 30133/30566/26826 30143/30576/26836</w:t>
        <w:br/>
        <w:t>f 30233/30662/26922 30136/30569/26829 30143/30576/26836</w:t>
        <w:br/>
        <w:t>f 30232/30660/26920 30143/30576/26836 30145/30578/26838</w:t>
        <w:br/>
        <w:t>f 30574/30962/27214 30579/30967/27220 30587/30973/27227</w:t>
        <w:br/>
        <w:t>f 30591/30976/27230 30589/30978/27231 30592/30979/27232</w:t>
        <w:br/>
        <w:t>f 30593/30980/27233 30542/30928/27183 30537/30926/27181</w:t>
        <w:br/>
        <w:t>f 30538/30925/26981 30593/30980/27233 30537/30926/27181</w:t>
        <w:br/>
        <w:t>f 30542/30928/27183 30593/30980/27233 30546/30932/27187</w:t>
        <w:br/>
        <w:t>f 30547/30931/27186 30542/30928/27183 30546/30932/27187</w:t>
        <w:br/>
        <w:t>f 30300/30727/26987 30296/30724/26984 30290/30720/26980</w:t>
        <w:br/>
        <w:t>f 30290/30720/26980 30301/30729/26989 30300/30727/26987</w:t>
        <w:br/>
        <w:t>f 30313/30741/27001 30301/30729/26989 30308/30736/26996</w:t>
        <w:br/>
        <w:t>f 30323/30751/27011 30317/30745/27005 30318/30746/27006</w:t>
        <w:br/>
        <w:t>f 30328/30755/27013 30323/30751/27011 30318/30746/27006</w:t>
        <w:br/>
        <w:t>f 30333/30762/27020 30332/30759/27017 30328/30755/27013</w:t>
        <w:br/>
        <w:t>f 30318/30746/27006 30333/30762/27020 30328/30755/27013</w:t>
        <w:br/>
        <w:t>f 30329/30757/27015 30594/30981/27234 30325/30752/26489</w:t>
        <w:br/>
        <w:t>f 30330/30758/27016 30495/30923/26684 30594/30981/27234</w:t>
        <w:br/>
        <w:t>f 30329/30757/27015 30330/30758/27016 30594/30981/27234</w:t>
        <w:br/>
        <w:t>f 30319/30747/27007 30307/30735/26995 30317/30745/27005</w:t>
        <w:br/>
        <w:t>f 30324/30753/26488 30320/30749/27009 30321/30748/27008</w:t>
        <w:br/>
        <w:t>f 30329/30757/27015 30322/30750/27010 30326/30754/27012</w:t>
        <w:br/>
        <w:t>f 30319/30747/27007 30326/30754/27012 30322/30750/27010</w:t>
        <w:br/>
        <w:t>f 30289/30717/26977 30311/30740/27000 30308/30736/26996</w:t>
        <w:br/>
        <w:t>f 30298/30726/26986 30289/30717/26977 30308/30736/26996</w:t>
        <w:br/>
        <w:t>f 30285/30713/26973 30289/30717/26977 30298/30726/26986</w:t>
        <w:br/>
        <w:t>f 30288/30716/26976 30285/30713/26973 30298/30726/26986</w:t>
        <w:br/>
        <w:t>f 30271/30699/26959 30273/30701/26961 30276/30704/26964</w:t>
        <w:br/>
        <w:t>f 30266/30694/26954 30268/30696/26956 30252/30680/26940</w:t>
        <w:br/>
        <w:t>f 30251/30679/26939 30245/30673/26933 30248/30676/26936</w:t>
        <w:br/>
        <w:t>f 30255/30682/26942 30251/30679/26939 30248/30676/26936</w:t>
        <w:br/>
        <w:t>f 30186/30617/26877 30187/30616/26876 30595/30982/27235</w:t>
        <w:br/>
        <w:t>f 30596/30983/27236 30186/30617/26877 30595/30982/27235</w:t>
        <w:br/>
        <w:t>f 30395/30823/27081 30375/30803/27061 30394/30822/27080</w:t>
        <w:br/>
        <w:t>f 30396/30825/27083 30395/30823/27081 30394/30822/27080</w:t>
        <w:br/>
        <w:t>f 30418/30846/27104 30423/30849/27107 30420/30847/27105</w:t>
        <w:br/>
        <w:t>f 30416/30844/27102 30418/30846/27104 30420/30847/27105</w:t>
        <w:br/>
        <w:t>f 30480/30909/27166 30485/30913/27171 30490/30917/27175</w:t>
        <w:br/>
        <w:t>f 30467/30896/27154 30480/30909/27166 30490/30917/27175</w:t>
        <w:br/>
        <w:t>f 30443/30871/27129 30597/30984/27237 30445/30874/27132</w:t>
        <w:br/>
        <w:t>f 30444/30872/27130 30443/30871/27129 30445/30874/27132</w:t>
        <w:br/>
        <w:t>f 30347/30775/27033 30346/30774/27032 30368/30796/27054</w:t>
        <w:br/>
        <w:t>f 30444/30872/27130 30347/30775/27033 30368/30796/27054</w:t>
        <w:br/>
        <w:t>f 30597/30984/27237 30463/30890/27148 30447/30876/27134</w:t>
        <w:br/>
        <w:t>f 30445/30874/27132 30597/30984/27237 30447/30876/27134</w:t>
        <w:br/>
        <w:t>f 30442/30870/27128 30598/30985/27238 30597/30984/27237</w:t>
        <w:br/>
        <w:t>f 30443/30871/27129 30442/30870/27128 30597/30984/27237</w:t>
        <w:br/>
        <w:t>f 30598/30985/27238 30466/30893/27151 30463/30890/27148</w:t>
        <w:br/>
        <w:t>f 30597/30984/27237 30598/30985/27238 30463/30890/27148</w:t>
        <w:br/>
        <w:t>f 30438/30867/27125 30599/30986/27239 30598/30985/27238</w:t>
        <w:br/>
        <w:t>f 30442/30870/27128 30438/30867/27125 30598/30985/27238</w:t>
        <w:br/>
        <w:t>f 30466/30893/27151 30598/30985/27238 30599/30986/27239</w:t>
        <w:br/>
        <w:t>f 30468/30895/27153 30466/30893/27151 30599/30986/27239</w:t>
        <w:br/>
        <w:t>f 30340/30768/27026 30342/30769/27027 30339/30767/27025</w:t>
        <w:br/>
        <w:t>f 30286/30715/26975 30340/30768/27026 30339/30767/27025</w:t>
        <w:br/>
        <w:t>f 30342/30769/27027 30340/30768/27026 30343/30771/27029</w:t>
        <w:br/>
        <w:t>f 30346/30774/27032 30342/30769/27027 30343/30771/27029</w:t>
        <w:br/>
        <w:t>f 30345/30773/27031 30348/30776/27034 30343/30771/27029</w:t>
        <w:br/>
        <w:t>f 30599/30986/27239 30438/30867/27125 30439/30866/27124</w:t>
        <w:br/>
        <w:t>f 30472/30903/27161 30599/30986/27239 30439/30866/27124</w:t>
        <w:br/>
        <w:t>f 30468/30895/27153 30599/30986/27239 30472/30903/27161</w:t>
        <w:br/>
        <w:t>f 30473/30902/27160 30468/30895/27153 30472/30903/27161</w:t>
        <w:br/>
        <w:t>f 30467/30896/27154 30468/30895/27153 30473/30902/27160</w:t>
        <w:br/>
        <w:t>f 30480/30909/27166 30467/30896/27154 30473/30902/27160</w:t>
        <w:br/>
        <w:t>f 30439/30866/27124 30437/30864/27122 30441/30869/27127</w:t>
        <w:br/>
        <w:t>f 30471/30897/27155 30439/30866/27124 30441/30869/27127</w:t>
        <w:br/>
        <w:t>f 30471/30897/27155 30475/30900/27158 30472/30903/27161</w:t>
        <w:br/>
        <w:t>f 30439/30866/27124 30471/30897/27155 30472/30903/27161</w:t>
        <w:br/>
        <w:t>f 30434/30862/27120 30440/30868/27126 30371/30799/27057</w:t>
        <w:br/>
        <w:t>f 30367/30795/27053 30434/30862/27120 30371/30799/27057</w:t>
        <w:br/>
        <w:t>f 30471/30897/27155 30469/30899/27157 30479/30907/27164</w:t>
        <w:br/>
        <w:t>f 30476/30906/27164 30471/30897/27155 30479/30907/27164</w:t>
        <w:br/>
        <w:t>f 30588/30975/27229 30575/30961/27213 30586/30974/27228</w:t>
        <w:br/>
        <w:t>f 30321/30748/27008 30309/30738/26998 30310/30737/26997</w:t>
        <w:br/>
        <w:t>f 30108/30541/26801 30107/30539/26799 30105/30537/26797</w:t>
        <w:br/>
        <w:t>f 30105/30537/26797 30101/30534/26794 30108/30541/26801</w:t>
        <w:br/>
        <w:t>f 30297/30723/26983 30294/30721/26981 30292/30718/26978</w:t>
        <w:br/>
        <w:t>f 30197/30626/26886 30192/30619/26879 30189/30614/26874</w:t>
        <w:br/>
        <w:t>f 30190/30618/26878 30197/30626/26886 30189/30614/26874</w:t>
        <w:br/>
        <w:t>f 30227/30656/26916 30228/30655/26915 30222/30650/26910</w:t>
        <w:br/>
        <w:t>f 30221/30649/26909 30227/30656/26916 30222/30650/26910</w:t>
        <w:br/>
        <w:t>f 30052/30500/26760 30049/30499/26759 30427/30854/27112</w:t>
        <w:br/>
        <w:t>f 30426/30855/27113 30052/30500/26760 30427/30854/27112</w:t>
        <w:br/>
        <w:t>f 30184/30613/26873 30186/30617/26877 30596/30983/27236</w:t>
        <w:br/>
        <w:t>f 30185/30612/26872 30184/30613/26873 30596/30983/27236</w:t>
        <w:br/>
        <w:t>f 30111/30545/26805 30107/30539/26799 30108/30541/26801</w:t>
        <w:br/>
        <w:t>f 30744/30987/27240 30205/30633/26893 30206/30634/26894</w:t>
        <w:br/>
        <w:t>f 29251/29996/26257 29249/29994/26255 29830/30489/26749</w:t>
        <w:br/>
        <w:t>f 29257/30001/26262 29251/29996/26257 29830/30489/26749</w:t>
        <w:br/>
        <w:t>f 30292/30718/26978 30293/30722/26982 30271/30699/26959</w:t>
        <w:br/>
        <w:t>f 30291/30719/26979 30292/30718/26978 30271/30699/26959</w:t>
        <w:br/>
        <w:t>f 30288/30716/26976 30290/30720/26980 30291/30719/26979</w:t>
        <w:br/>
        <w:t>f 30276/30704/26964 30288/30716/26976 30291/30719/26979</w:t>
        <w:br/>
        <w:t>f 31167/30988/27241 31166/30989/27242 31165/30990/27243</w:t>
        <w:br/>
        <w:t>f 31164/30991/27244 31167/30988/27241 31165/30990/27243</w:t>
        <w:br/>
        <w:t>f 31171/30992/27245 31170/30993/27246 31169/30994/27247</w:t>
        <w:br/>
        <w:t>f 31168/30995/27248 31171/30992/27245 31169/30994/27247</w:t>
        <w:br/>
        <w:t>f 30095/30528/26788 30087/30520/26780 30089/30522/26782</w:t>
        <w:br/>
        <w:t>f 30185/30612/26872 30095/30528/26788 30089/30522/26782</w:t>
        <w:br/>
        <w:t>f 29345/30090/26351 29991/30491/26751 29990/30492/26752</w:t>
        <w:br/>
        <w:t>f 29344/30087/26348 29345/30090/26351 29990/30492/26752</w:t>
        <w:br/>
        <w:t>f 29991/30491/26751 29345/30090/26351 29257/30001/26262</w:t>
        <w:br/>
        <w:t>f 29830/30489/26749 29991/30491/26751 29257/30001/26262</w:t>
        <w:br/>
        <w:t>f 30596/30983/27236 30595/30982/27235 30183/30611/26871</w:t>
        <w:br/>
        <w:t>f 30094/30529/26789 30596/30983/27236 30183/30611/26871</w:t>
        <w:br/>
        <w:t>f 30094/30529/26789 30095/30528/26788 30185/30612/26872</w:t>
        <w:br/>
        <w:t>f 30596/30983/27236 30094/30529/26789 30185/30612/26872</w:t>
        <w:br/>
        <w:t>f 29259/30005/26266 29991/30491/26751 29830/30489/26749</w:t>
        <w:br/>
        <w:t>f 29252/29998/26259 29259/30005/26266 29830/30489/26749</w:t>
        <w:br/>
        <w:t>f 29349/30996/27249 29346/30997/27250 29350/30998/27251</w:t>
        <w:br/>
        <w:t>f 29349/30996/27249 29347/30999/27252 29346/30997/27250</w:t>
        <w:br/>
        <w:t>f 29349/30996/27249 29348/31000/27253 29347/30999/27252</w:t>
        <w:br/>
        <w:t>f 29347/30999/27252 29357/31001/27254 29346/30997/27250</w:t>
        <w:br/>
        <w:t>f 29356/31002/27255 29357/31001/27254 29347/30999/27252</w:t>
        <w:br/>
        <w:t>f 29356/31002/27255 29358/31003/27256 29357/31001/27254</w:t>
        <w:br/>
        <w:t>f 29981/31004/27257 29980/31005/27258 29979/31006/26355</w:t>
        <w:br/>
        <w:t>f 29981/31004/27257 29983/31007/27259 29982/31008/27260</w:t>
        <w:br/>
        <w:t>f 29984/31009/27261 29350/30998/27251 29981/31004/27257</w:t>
        <w:br/>
        <w:t>f 29983/31007/27259 29986/31010/27262 29985/31011/27263</w:t>
        <w:br/>
        <w:t>f 29984/31009/27261 29349/30996/27249 29350/30998/27251</w:t>
        <w:br/>
        <w:t>f 29983/31007/27259 29981/31004/27257 29988/31012/27264</w:t>
        <w:br/>
        <w:t>f 29987/31013/27265 29983/31007/27259 29988/31012/27264</w:t>
        <w:br/>
        <w:t>f 29350/30998/27251 29989/31014/27266 29988/31012/27264</w:t>
        <w:br/>
        <w:t>f 29981/31004/27257 29350/30998/27251 29988/31012/27264</w:t>
        <w:br/>
        <w:t>f 29992/31015/27267 29989/31014/27266 29350/30998/27251</w:t>
        <w:br/>
        <w:t>f 29989/31014/27266 29992/31015/27267 29994/31016/27268</w:t>
        <w:br/>
        <w:t>f 29993/31017/27269 29989/31014/27266 29994/31016/27268</w:t>
        <w:br/>
        <w:t>f 29998/31018/27270 29997/31019/27271 29996/31020/27272</w:t>
        <w:br/>
        <w:t>f 29999/31021/27273 29988/31012/27264 29989/31014/27266</w:t>
        <w:br/>
        <w:t>f 29993/31017/27269 29999/31021/27273 29989/31014/27266</w:t>
        <w:br/>
        <w:t>f 30005/31022/27274 30004/31023/27275 30003/31024/27276</w:t>
        <w:br/>
        <w:t>f 30007/31025/27277 29999/31021/27273 29993/31017/27269</w:t>
        <w:br/>
        <w:t>f 30006/31026/27278 30007/31025/27277 29993/31017/27269</w:t>
        <w:br/>
        <w:t>f 30005/31022/27274 30007/31025/27277 30004/31023/27275</w:t>
        <w:br/>
        <w:t>f 30007/31025/27277 30005/31022/27274 30010/31027/27279</w:t>
        <w:br/>
        <w:t>f 30007/31025/27277 30010/31027/27279 30015/31028/27280</w:t>
        <w:br/>
        <w:t>f 30016/31029/27281 30007/31025/27277 30015/31028/27280</w:t>
        <w:br/>
        <w:t>f 29999/31021/27273 30007/31025/27277 30016/31029/27281</w:t>
        <w:br/>
        <w:t>f 30017/31030/27282 29999/31021/27273 30016/31029/27281</w:t>
        <w:br/>
        <w:t>f 30017/31030/27282 29987/31013/27265 29988/31012/27264</w:t>
        <w:br/>
        <w:t>f 29999/31021/27273 30017/31030/27282 29988/31012/27264</w:t>
        <w:br/>
        <w:t>f 30015/31028/27280 30018/31031/27283 30016/31029/27281</w:t>
        <w:br/>
        <w:t>f 30018/31031/27283 29998/31018/27270 30016/31029/27281</w:t>
        <w:br/>
        <w:t>f 30017/31030/27282 30016/31029/27281 29998/31018/27270</w:t>
        <w:br/>
        <w:t>f 29996/31020/27272 30017/31030/27282 29998/31018/27270</w:t>
        <w:br/>
        <w:t>f 30018/31031/27283 30022/31032/27284 29998/31018/27270</w:t>
        <w:br/>
        <w:t>f 30022/31032/27284 29997/31019/27271 29998/31018/27270</w:t>
        <w:br/>
        <w:t>f 29997/31019/27271 30025/31033/27285 29996/31020/27272</w:t>
        <w:br/>
        <w:t>f 30028/31034/27286 30027/31035/27287 30026/31036/27288</w:t>
        <w:br/>
        <w:t>f 30029/31037/27289 29996/31020/27272 30025/31033/27285</w:t>
        <w:br/>
        <w:t>f 30030/31038/27290 30029/31037/27289 30025/31033/27285</w:t>
        <w:br/>
        <w:t>f 30027/31035/27287 30028/31034/27286 30031/31039/27291</w:t>
        <w:br/>
        <w:t>f 30031/31039/27291 30033/31040/27292 30032/31041/27293</w:t>
        <w:br/>
        <w:t>f 30027/31035/27287 30031/31039/27291 30032/31041/27293</w:t>
        <w:br/>
        <w:t>f 30029/31037/27289 30030/31038/27290 30034/31042/27294</w:t>
        <w:br/>
        <w:t>f 30035/31043/26369 30032/31041/27293 30033/31040/27292</w:t>
        <w:br/>
        <w:t>f 29986/31010/27262 29983/31007/27259 30032/31041/27293</w:t>
        <w:br/>
        <w:t>f 29996/31020/27272 30029/31037/27289 29987/31013/27265</w:t>
        <w:br/>
        <w:t>f 30017/31030/27282 29996/31020/27272 29987/31013/27265</w:t>
        <w:br/>
        <w:t>f 30034/31042/27294 29983/31007/27259 29987/31013/27265</w:t>
        <w:br/>
        <w:t>f 30029/31037/27289 30034/31042/27294 29987/31013/27265</w:t>
        <w:br/>
        <w:t>f 29993/31017/27269 29994/31016/27268 30036/31044/27295</w:t>
        <w:br/>
        <w:t>f 30013/31045/27296 30037/31046/27297 29997/31019/27298</w:t>
        <w:br/>
        <w:t>f 30026/31036/27288 29997/31019/27298 30037/31046/27297</w:t>
        <w:br/>
        <w:t>f 29982/31008/27260 29983/31007/27259 29985/31011/27263</w:t>
        <w:br/>
        <w:t>f 29980/31005/27258 29981/31004/27257 29982/31008/27260</w:t>
        <w:br/>
        <w:t>f 30035/31043/26369 29986/31010/27262 30032/31041/27293</w:t>
        <w:br/>
        <w:t>f 29976/31047/27299 30003/31024/27276 30004/31023/27275</w:t>
        <w:br/>
        <w:t>f 30038/31048/27300 29976/31047/27299 30004/31023/27275</w:t>
        <w:br/>
        <w:t>f 30004/31023/27301 29993/31017/27269 30036/31044/27295</w:t>
        <w:br/>
        <w:t>f 29979/31006/26355 29984/31009/27261 29981/31004/27257</w:t>
        <w:br/>
        <w:t>f 30040/31049/27302 30026/31036/27288 30039/31050/27303</w:t>
        <w:br/>
        <w:t>f 30040/31049/27302 30028/31034/27286 30026/31036/27288</w:t>
        <w:br/>
        <w:t>f 30178/31051/27304 30180/31052/27305 30179/31053/27306</w:t>
        <w:br/>
        <w:t>f 30178/31051/27304 30181/31054/27307 30180/31052/27305</w:t>
        <w:br/>
        <w:t>f 30178/31051/27304 30182/31055/27308 30181/31054/27307</w:t>
        <w:br/>
        <w:t>f 30750/31056/27309 30749/31057/26880 30748/31058/26882</w:t>
        <w:br/>
        <w:t>f 30750/31056/27309 30752/31059/27310 30751/31060/27311</w:t>
        <w:br/>
        <w:t>f 30754/31061/27312 30750/31056/27309 30753/31062/27313</w:t>
        <w:br/>
        <w:t>f 30751/31060/27311 30756/31063/26889 30755/31064/26891</w:t>
        <w:br/>
        <w:t>f 30754/31061/27312 30753/31062/27313 30757/31065/27314</w:t>
        <w:br/>
        <w:t>f 30751/31060/27311 30759/31066/27315 30758/31067/27316</w:t>
        <w:br/>
        <w:t>f 30750/31056/27309 30751/31060/27311 30758/31067/27316</w:t>
        <w:br/>
        <w:t>f 30753/31062/27313 30750/31056/27309 30758/31067/27316</w:t>
        <w:br/>
        <w:t>f 30760/31068/27317 30753/31062/27313 30758/31067/27316</w:t>
        <w:br/>
        <w:t>f 30179/31053/27306 30757/31065/27314 30753/31062/27313</w:t>
        <w:br/>
        <w:t>f 30180/31052/27305 30757/31065/27314 30179/31053/27306</w:t>
        <w:br/>
        <w:t>f 30180/31052/27305 30761/31069/27235 30757/31065/27314</w:t>
        <w:br/>
        <w:t>f 30762/31070/27318 30753/31062/27313 30760/31068/27317</w:t>
        <w:br/>
        <w:t>f 30760/31068/27317 30764/31071/27319 30763/31072/27320</w:t>
        <w:br/>
        <w:t>f 30762/31070/27318 30760/31068/27317 30763/31072/27320</w:t>
        <w:br/>
        <w:t>f 30768/31073/27321 30767/31074/27322 30766/31075/27323</w:t>
        <w:br/>
        <w:t>f 30769/31076/27324 30764/31071/27319 30760/31068/27317</w:t>
        <w:br/>
        <w:t>f 30758/31067/27316 30769/31076/27324 30760/31068/27317</w:t>
        <w:br/>
        <w:t>f 30775/31077/27325 30774/31078/27326 30773/31079/27327</w:t>
        <w:br/>
        <w:t>f 30777/31080/27328 30776/31081/27329 30764/31071/27319</w:t>
        <w:br/>
        <w:t>f 30769/31076/27324 30777/31080/27328 30764/31071/27319</w:t>
        <w:br/>
        <w:t>f 30775/31077/27325 30773/31079/27327 30777/31080/27328</w:t>
        <w:br/>
        <w:t>f 30777/31080/27328 30780/31082/27330 30775/31077/27325</w:t>
        <w:br/>
        <w:t>f 30785/31083/27331 30780/31082/27330 30777/31080/27328</w:t>
        <w:br/>
        <w:t>f 30786/31084/27332 30785/31083/27331 30777/31080/27328</w:t>
        <w:br/>
        <w:t>f 30769/31076/27324 30787/31085/27333 30786/31084/27332</w:t>
        <w:br/>
        <w:t>f 30777/31080/27328 30769/31076/27324 30786/31084/27332</w:t>
        <w:br/>
        <w:t>f 30758/31067/27316 30759/31066/27315 30787/31085/27333</w:t>
        <w:br/>
        <w:t>f 30769/31076/27324 30758/31067/27316 30787/31085/27333</w:t>
        <w:br/>
        <w:t>f 30785/31083/27331 30786/31084/27332 30788/31086/27334</w:t>
        <w:br/>
        <w:t>f 30788/31086/27334 30786/31084/27332 30768/31073/27321</w:t>
        <w:br/>
        <w:t>f 30768/31073/27321 30786/31084/27332 30787/31085/27333</w:t>
        <w:br/>
        <w:t>f 30767/31074/27322 30768/31073/27321 30787/31085/27333</w:t>
        <w:br/>
        <w:t>f 30788/31086/27334 30768/31073/27321 30792/31087/27335</w:t>
        <w:br/>
        <w:t>f 30792/31087/27335 30768/31073/27321 30766/31075/27323</w:t>
        <w:br/>
        <w:t>f 30766/31075/27323 30767/31074/27322 30795/31088/27336</w:t>
        <w:br/>
        <w:t>f 30798/31089/27337 30797/31090/27338 30796/31091/27339</w:t>
        <w:br/>
        <w:t>f 30795/31088/27336 30767/31074/27322 30799/31092/27340</w:t>
        <w:br/>
        <w:t>f 30800/31093/27341 30795/31088/27336 30799/31092/27340</w:t>
        <w:br/>
        <w:t>f 30796/31091/27339 30801/31094/27342 30798/31089/27337</w:t>
        <w:br/>
        <w:t>f 30801/31094/27342 30796/31091/27339 30803/31095/27343</w:t>
        <w:br/>
        <w:t>f 30802/31096/27344 30801/31094/27342 30803/31095/27343</w:t>
        <w:br/>
        <w:t>f 30799/31092/27340 30804/31097/27345 30800/31093/27341</w:t>
        <w:br/>
        <w:t>f 30805/31098/27346 30802/31096/27344 30803/31095/27343</w:t>
        <w:br/>
        <w:t>f 30755/31064/26891 30803/31095/27343 30751/31060/27311</w:t>
        <w:br/>
        <w:t>f 30767/31074/27322 30787/31085/27333 30759/31066/27315</w:t>
        <w:br/>
        <w:t>f 30799/31092/27340 30767/31074/27322 30759/31066/27315</w:t>
        <w:br/>
        <w:t>f 30804/31097/27345 30799/31092/27340 30759/31066/27315</w:t>
        <w:br/>
        <w:t>f 30751/31060/27311 30804/31097/27345 30759/31066/27315</w:t>
        <w:br/>
        <w:t>f 30764/31071/27319 30806/31099/27347 30763/31072/27320</w:t>
        <w:br/>
        <w:t>f 30781/31100/27348 30766/31075/27349 30807/31101/27350</w:t>
        <w:br/>
        <w:t>f 30797/31090/27338 30807/31101/27350 30766/31075/27349</w:t>
        <w:br/>
        <w:t>f 30752/31059/27310 30756/31063/26889 30751/31060/27311</w:t>
        <w:br/>
        <w:t>f 30748/31058/26882 30752/31059/27310 30750/31056/27309</w:t>
        <w:br/>
        <w:t>f 30805/31098/27346 30803/31095/27343 30755/31064/26891</w:t>
        <w:br/>
        <w:t>f 30746/31102/27351 30808/31103/27352 30773/31079/27327</w:t>
        <w:br/>
        <w:t>f 30774/31078/27326 30746/31102/27351 30773/31079/27327</w:t>
        <w:br/>
        <w:t>f 30773/31079/27353 30806/31099/27347 30764/31071/27319</w:t>
        <w:br/>
        <w:t>f 30749/31057/26880 30750/31056/27309 30754/31061/27312</w:t>
        <w:br/>
        <w:t>f 30810/31104/27354 30809/31105/27355 30797/31090/27338</w:t>
        <w:br/>
        <w:t>f 30810/31104/27354 30797/31090/27338 30798/31089/27337</w:t>
        <w:br/>
        <w:t>f 29348/31000/27253 29356/31002/27255 29347/30999/27252</w:t>
        <w:br/>
        <w:t>f 30181/31054/27307 30761/31069/27235 30180/31052/27305</w:t>
        <w:br/>
        <w:t>f 29978/31106/27356 29977/31107/27357 29976/31047/27299</w:t>
        <w:br/>
        <w:t>f 29976/31047/27299 29358/31003/27256 29995/31108/27358</w:t>
        <w:br/>
        <w:t>f 29357/31001/27254 30000/31109/27359 29976/31047/27299</w:t>
        <w:br/>
        <w:t>f 29978/31106/27356 30002/31110/27360 30001/31111/27361</w:t>
        <w:br/>
        <w:t>f 30002/31110/27360 30009/31112/27362 30008/31113/27363</w:t>
        <w:br/>
        <w:t>f 30013/31045/27296 30012/31114/27364 30011/31115/27365</w:t>
        <w:br/>
        <w:t>f 30014/31116/27366 30013/31045/27296 30011/31115/27365</w:t>
        <w:br/>
        <w:t>f 30009/31112/27362 30020/31117/27367 30019/31118/27368</w:t>
        <w:br/>
        <w:t>f 30011/31115/27365 30012/31114/27364 30021/31119/27369</w:t>
        <w:br/>
        <w:t>f 30020/31117/27367 30021/31119/27369 30019/31118/27368</w:t>
        <w:br/>
        <w:t>f 30024/31120/27370 30023/31121/27371 30013/31045/27296</w:t>
        <w:br/>
        <w:t>f 29995/31108/27358 29978/31106/27356 29976/31047/27299</w:t>
        <w:br/>
        <w:t>f 30036/31044/27295 29357/31001/27254 29976/31047/27299</w:t>
        <w:br/>
        <w:t>f 30014/31116/27366 30024/31120/27370 30013/31045/27296</w:t>
        <w:br/>
        <w:t>f 30008/31113/27363 30009/31112/27362 30019/31118/27368</w:t>
        <w:br/>
        <w:t>f 30001/31111/27361 30002/31110/27360 30008/31113/27363</w:t>
        <w:br/>
        <w:t>f 29977/31107/27357 29978/31106/27356 30001/31111/27361</w:t>
        <w:br/>
        <w:t>f 30021/31119/27369 30012/31114/27364 30019/31118/27368</w:t>
        <w:br/>
        <w:t>f 30747/31122/27372 30746/31102/27351 30745/31123/27373</w:t>
        <w:br/>
        <w:t>f 30746/31102/27351 30765/31124/27374 30182/31055/27308</w:t>
        <w:br/>
        <w:t>f 30178/31051/27304 30746/31102/27351 30770/31125/27375</w:t>
        <w:br/>
        <w:t>f 30747/31122/27372 30772/31126/27376 30771/31127/27377</w:t>
        <w:br/>
        <w:t>f 30771/31127/27377 30779/31128/27378 30778/31129/27379</w:t>
        <w:br/>
        <w:t>f 30783/31130/27380 30782/31131/27381 30781/31100/27348</w:t>
        <w:br/>
        <w:t>f 30784/31132/27382 30783/31130/27380 30781/31100/27348</w:t>
        <w:br/>
        <w:t>f 30778/31129/27379 30790/31133/27383 30789/31134/27384</w:t>
        <w:br/>
        <w:t>f 30783/31130/27380 30791/31135/27385 30782/31131/27381</w:t>
        <w:br/>
        <w:t>f 30789/31134/27384 30790/31133/27383 30791/31135/27385</w:t>
        <w:br/>
        <w:t>f 30794/31136/27386 30781/31100/27348 30793/31137/27387</w:t>
        <w:br/>
        <w:t>f 30765/31124/27374 30746/31102/27351 30747/31122/27372</w:t>
        <w:br/>
        <w:t>f 30806/31099/27347 30746/31102/27351 30178/31051/27304</w:t>
        <w:br/>
        <w:t>f 30784/31132/27382 30781/31100/27348 30794/31136/27386</w:t>
        <w:br/>
        <w:t>f 30779/31128/27378 30790/31133/27383 30778/31129/27379</w:t>
        <w:br/>
        <w:t>f 30772/31126/27376 30779/31128/27378 30771/31127/27377</w:t>
        <w:br/>
        <w:t>f 30745/31123/27373 30772/31126/27376 30747/31122/27372</w:t>
        <w:br/>
        <w:t>f 30791/31135/27385 30790/31133/27383 30782/31131/27381</w:t>
        <w:br/>
        <w:t>f 28729/31138/27388 28728/31139/27388 28727/31140/27389</w:t>
        <w:br/>
        <w:t>f 28730/31141/27389 28729/31138/27388 28727/31140/27389</w:t>
        <w:br/>
        <w:t>f 28733/31142/27390 28732/31143/27391 28731/31144/27391</w:t>
        <w:br/>
        <w:t>f 28736/31145/27392 28735/31146/27392 28734/31147/27393</w:t>
        <w:br/>
        <w:t>f 28737/31148/27394 28736/31145/27392 28734/31147/27393</w:t>
        <w:br/>
        <w:t>f 28740/31149/27395 28739/31150/27396 28738/31151/27396</w:t>
        <w:br/>
        <w:t>f 28741/31152/27395 28740/31149/27395 28738/31151/27396</w:t>
        <w:br/>
        <w:t>f 28744/31153/27397 28743/31154/27398 28742/31155/27398</w:t>
        <w:br/>
        <w:t>f 28746/31156/27399 28745/31157/27399 28737/31148/27394</w:t>
        <w:br/>
        <w:t>f 28734/31147/27393 28746/31156/27399 28737/31148/27394</w:t>
        <w:br/>
        <w:t>f 28749/31158/27400 28748/31159/27401 28747/31160/27401</w:t>
        <w:br/>
        <w:t>f 28750/31161/27400 28749/31158/27400 28747/31160/27401</w:t>
        <w:br/>
        <w:t>f 28752/31162/27402 28738/31151/27396 28739/31150/27396</w:t>
        <w:br/>
        <w:t>f 28751/31163/27403 28752/31162/27402 28739/31150/27396</w:t>
        <w:br/>
        <w:t>f 28756/31164/27404 28755/31165/27405 28754/31166/27405</w:t>
        <w:br/>
        <w:t>f 28753/31167/27404 28756/31164/27404 28754/31166/27405</w:t>
        <w:br/>
        <w:t>f 28760/31168/27406 28759/31169/27407 28758/31170/27408</w:t>
        <w:br/>
        <w:t>f 28757/31171/27409 28760/31168/27406 28758/31170/27408</w:t>
        <w:br/>
        <w:t>f 28759/31169/27407 28760/31168/27406 28761/31172/27410</w:t>
        <w:br/>
        <w:t>f 28756/31164/27404 28753/31167/27404 28762/31173/27411</w:t>
        <w:br/>
        <w:t>f 28758/31170/27408 28763/31174/27412 28757/31171/27409</w:t>
        <w:br/>
        <w:t>f 28767/31175/27413 28766/31176/27414 28765/31177/27415</w:t>
        <w:br/>
        <w:t>f 28764/31178/27416 28767/31175/27413 28765/31177/27415</w:t>
        <w:br/>
        <w:t>f 28771/31179/27417 28770/31180/27418 28769/31181/27419</w:t>
        <w:br/>
        <w:t>f 28768/31182/27420 28771/31179/27417 28769/31181/27419</w:t>
        <w:br/>
        <w:t>f 28768/31182/27420 28769/31181/27419 28772/31183/27421</w:t>
        <w:br/>
        <w:t>f 28765/31177/27415 28766/31176/27414 28773/31184/27422</w:t>
        <w:br/>
        <w:t>f 28767/31175/27413 28764/31178/27416 28770/31180/27423</w:t>
        <w:br/>
        <w:t>f 28777/31185/27424 28776/31186/27425 28775/31187/27425</w:t>
        <w:br/>
        <w:t>f 28774/31188/27424 28777/31185/27424 28775/31187/27425</w:t>
        <w:br/>
        <w:t>f 28780/31189/27426 28779/31190/27427 28778/31191/27427</w:t>
        <w:br/>
        <w:t>f 28783/31192/27428 28782/31193/27428 28781/31194/27429</w:t>
        <w:br/>
        <w:t>f 28784/31195/27429 28783/31192/27428 28781/31194/27429</w:t>
        <w:br/>
        <w:t>f 28748/31159/27401 28786/31196/27430 28785/31197/27430</w:t>
        <w:br/>
        <w:t>f 28747/31160/27401 28748/31159/27401 28785/31197/27430</w:t>
        <w:br/>
        <w:t>f 28789/31198/27431 28788/31199/27432 28787/31200/27432</w:t>
        <w:br/>
        <w:t>f 28791/31201/27433 28775/31187/27425 28776/31186/27425</w:t>
        <w:br/>
        <w:t>f 28790/31202/27433 28791/31201/27433 28776/31186/27425</w:t>
        <w:br/>
        <w:t>f 28782/31193/27428 28783/31192/27428 28793/31203/27434</w:t>
        <w:br/>
        <w:t>f 28792/31204/27434 28782/31193/27428 28793/31203/27434</w:t>
        <w:br/>
        <w:t>f 28796/31205/27435 28795/31206/27436 28794/31207/27437</w:t>
        <w:br/>
        <w:t>f 28797/31208/27437 28796/31205/27435 28794/31207/27437</w:t>
        <w:br/>
        <w:t>f 28800/31209/27438 28799/31210/27439 28798/31211/27440</w:t>
        <w:br/>
        <w:t>f 28801/31212/27438 28800/31209/27438 28798/31211/27440</w:t>
        <w:br/>
        <w:t>f 28801/31212/27438 28802/31213/27441 28800/31209/27438</w:t>
        <w:br/>
        <w:t>f 28796/31205/27435 28803/31214/27442 28795/31206/27436</w:t>
        <w:br/>
        <w:t>f 28798/31211/27440 28799/31210/27439 28804/31215/27443</w:t>
        <w:br/>
        <w:t>f 28807/31216/27444 28806/31217/27445 28805/31218/27446</w:t>
        <w:br/>
        <w:t>f 28808/31219/27447 28807/31216/27444 28805/31218/27446</w:t>
        <w:br/>
        <w:t>f 28811/31220/27448 28810/31221/27449 28809/31222/27450</w:t>
        <w:br/>
        <w:t>f 28812/31223/27451 28811/31220/27448 28809/31222/27450</w:t>
        <w:br/>
        <w:t>f 28812/31223/27451 28813/31224/27452 28811/31220/27448</w:t>
        <w:br/>
        <w:t>f 28805/31218/27446 28814/31225/27453 28808/31219/27447</w:t>
        <w:br/>
        <w:t>f 28809/31222/27450 28810/31221/27449 28815/31226/27454</w:t>
        <w:br/>
        <w:t>f 28890/31227/27455 28889/31228/27455 28888/31229/27456</w:t>
        <w:br/>
        <w:t>f 28894/31230/27457 28893/31231/27457 28892/31232/27458</w:t>
        <w:br/>
        <w:t>f 28891/31233/27459 28894/31230/27457 28892/31232/27458</w:t>
        <w:br/>
        <w:t>f 28898/31234/27460 28897/31235/27461 28896/31236/27462</w:t>
        <w:br/>
        <w:t>f 28895/31237/27463 28898/31234/27460 28896/31236/27462</w:t>
        <w:br/>
        <w:t>f 28890/31227/27455 28898/31234/27460 28895/31237/27463</w:t>
        <w:br/>
        <w:t>f 28889/31228/27455 28890/31227/27455 28895/31237/27463</w:t>
        <w:br/>
        <w:t>f 28900/31238/27464 28899/31239/27464 28893/31231/27457</w:t>
        <w:br/>
        <w:t>f 28894/31230/27457 28900/31238/27464 28893/31231/27457</w:t>
        <w:br/>
        <w:t>f 28901/31240/27465 28896/31236/27462 28897/31235/27461</w:t>
        <w:br/>
        <w:t>f 28899/31239/27464 28900/31238/27464 28902/31241/27466</w:t>
        <w:br/>
        <w:t>f 28903/31242/27467 28891/31233/27459 28892/31232/27458</w:t>
        <w:br/>
        <w:t>f 28906/31243/27468 28905/31244/27469 28904/31245/27470</w:t>
        <w:br/>
        <w:t>f 28909/31246/27471 28908/31247/27472 28907/31248/27472</w:t>
        <w:br/>
        <w:t>f 28910/31249/27471 28909/31246/27471 28907/31248/27472</w:t>
        <w:br/>
        <w:t>f 28914/31250/27473 28913/31251/27473 28912/31252/27474</w:t>
        <w:br/>
        <w:t>f 28911/31253/27475 28914/31250/27473 28912/31252/27474</w:t>
        <w:br/>
        <w:t>f 28913/31251/27473 28914/31250/27473 28906/31243/27468</w:t>
        <w:br/>
        <w:t>f 28904/31245/27470 28913/31251/27473 28906/31243/27468</w:t>
        <w:br/>
        <w:t>f 28910/31249/27471 28916/31254/27476 28915/31255/27477</w:t>
        <w:br/>
        <w:t>f 28909/31246/27471 28910/31249/27471 28915/31255/27477</w:t>
        <w:br/>
        <w:t>f 28917/31256/27478 28911/31253/27475 28912/31252/27474</w:t>
        <w:br/>
        <w:t>f 28916/31254/27476 28918/31257/27479 28915/31255/27477</w:t>
        <w:br/>
        <w:t>f 28919/31258/27480 28907/31248/27472 28908/31247/27472</w:t>
        <w:br/>
        <w:t>f 29833/31259/27481 29832/31260/27482 29831/31261/27483</w:t>
        <w:br/>
        <w:t>f 29834/31262/27484 29833/31259/27481 29831/31261/27483</w:t>
        <w:br/>
        <w:t>f 29834/31262/27484 29831/31261/27483 29836/31263/27485</w:t>
        <w:br/>
        <w:t>f 29835/31264/27486 29834/31262/27484 29836/31263/27485</w:t>
        <w:br/>
        <w:t>f 29832/31260/27482 29833/31259/27481 29838/31265/27487</w:t>
        <w:br/>
        <w:t>f 29837/31266/27488 29832/31260/27482 29838/31265/27487</w:t>
        <w:br/>
        <w:t>f 29840/31267/27489 29839/31268/27490 29835/31264/27486</w:t>
        <w:br/>
        <w:t>f 29836/31263/27485 29840/31267/27489 29835/31264/27486</w:t>
        <w:br/>
        <w:t>f 29842/31269/27491 29841/31270/27492 29839/31268/27490</w:t>
        <w:br/>
        <w:t>f 29840/31267/27489 29842/31269/27491 29839/31268/27490</w:t>
        <w:br/>
        <w:t>f 29841/31270/27492 29842/31269/27491 29844/31271/27493</w:t>
        <w:br/>
        <w:t>f 29843/31272/27494 29841/31270/27492 29844/31271/27493</w:t>
        <w:br/>
        <w:t>f 29837/31266/27488 29838/31265/27487 29846/31273/27495</w:t>
        <w:br/>
        <w:t>f 29845/31274/27496 29837/31266/27488 29846/31273/27495</w:t>
        <w:br/>
        <w:t>f 29843/31272/27494 29844/31271/27493 29847/31275/27497</w:t>
        <w:br/>
        <w:t>f 29850/31276/27498 29849/31277/27499 29848/31278/27500</w:t>
        <w:br/>
        <w:t>f 29847/31275/27497 29852/31279/27501 29851/31280/27502</w:t>
        <w:br/>
        <w:t>f 29851/31280/27502 29853/31281/27503 29843/31272/27494</w:t>
        <w:br/>
        <w:t>f 29841/31270/27492 29855/31282/27504 29854/31283/27505</w:t>
        <w:br/>
        <w:t>f 29839/31268/27490 29841/31270/27492 29854/31283/27505</w:t>
        <w:br/>
        <w:t>f 29856/31284/27506 29835/31264/27486 29839/31268/27490</w:t>
        <w:br/>
        <w:t>f 29854/31283/27505 29856/31284/27506 29839/31268/27490</w:t>
        <w:br/>
        <w:t>f 29848/31278/27500 29834/31262/27484 29835/31264/27486</w:t>
        <w:br/>
        <w:t>f 29856/31284/27506 29848/31278/27500 29835/31264/27486</w:t>
        <w:br/>
        <w:t>f 29857/31285/27507 29833/31259/27481 29834/31262/27484</w:t>
        <w:br/>
        <w:t>f 29848/31278/27500 29857/31285/27507 29834/31262/27484</w:t>
        <w:br/>
        <w:t>f 29858/31286/27508 29838/31265/27487 29833/31259/27481</w:t>
        <w:br/>
        <w:t>f 29857/31285/27507 29858/31286/27508 29833/31259/27481</w:t>
        <w:br/>
        <w:t>f 29838/31265/27487 29858/31286/27508 29859/31287/27509</w:t>
        <w:br/>
        <w:t>f 29846/31273/27495 29838/31265/27487 29859/31287/27509</w:t>
        <w:br/>
        <w:t>f 29862/31288/27510 29861/31289/27510 29860/31290/27511</w:t>
        <w:br/>
        <w:t>f 29853/31281/27503 29851/31280/27502 29860/31290/27512</w:t>
        <w:br/>
        <w:t>f 29863/31291/27513 29853/31281/27503 29860/31290/27512</w:t>
        <w:br/>
        <w:t>f 29866/31292/27514 29865/31293/27515 29864/31294/27516</w:t>
        <w:br/>
        <w:t>f 29868/31295/27517 29867/31296/27518 29865/31293/27515</w:t>
        <w:br/>
        <w:t>f 29858/31286/27508 29870/31297/27519 29869/31298/27520</w:t>
        <w:br/>
        <w:t>f 29849/31277/27499 29871/31299/27521 29857/31285/27507</w:t>
        <w:br/>
        <w:t>f 29848/31278/27500 29849/31277/27499 29857/31285/27507</w:t>
        <w:br/>
        <w:t>f 29874/31300/27522 29873/31301/27523 29872/31302/27524</w:t>
        <w:br/>
        <w:t>f 29875/31303/27525 29874/31300/27522 29872/31302/27524</w:t>
        <w:br/>
        <w:t>f 29877/31304/27526 29876/31305/27526 29875/31303/27525</w:t>
        <w:br/>
        <w:t>f 29872/31302/27524 29877/31304/27526 29875/31303/27525</w:t>
        <w:br/>
        <w:t>f 29876/31305/27526 29877/31304/27526 29878/31306/27527</w:t>
        <w:br/>
        <w:t>f 29847/31275/27497 29851/31280/27502 29843/31272/27494</w:t>
        <w:br/>
        <w:t>f 29874/31300/27522 29875/31303/27525 29880/31307/27528</w:t>
        <w:br/>
        <w:t>f 29879/31308/27528 29874/31300/27522 29880/31307/27528</w:t>
        <w:br/>
        <w:t>f 29879/31308/27528 29880/31307/27528 29882/31309/27529</w:t>
        <w:br/>
        <w:t>f 29881/31310/27529 29879/31308/27528 29882/31309/27529</w:t>
        <w:br/>
        <w:t>f 29881/31310/27529 29882/31309/27529 29884/31311/27530</w:t>
        <w:br/>
        <w:t>f 29883/31312/27530 29881/31310/27529 29884/31311/27530</w:t>
        <w:br/>
        <w:t>f 29883/31312/27530 29884/31311/27530 29886/31313/26374</w:t>
        <w:br/>
        <w:t>f 29885/31314/27531 29883/31312/27530 29886/31313/26374</w:t>
        <w:br/>
        <w:t>f 29889/31315/27532 29888/31316/27533 29887/31317/27534</w:t>
        <w:br/>
        <w:t>f 29890/31318/27535 29889/31315/27532 29887/31317/27534</w:t>
        <w:br/>
        <w:t>f 29893/31319/27536 29892/31320/27537 29891/31321/27538</w:t>
        <w:br/>
        <w:t>f 29894/31322/27539 29893/31319/27536 29891/31321/27538</w:t>
        <w:br/>
        <w:t>f 29895/31323/27540 29893/31319/27536 29894/31322/27539</w:t>
        <w:br/>
        <w:t>f 29898/31324/27541 29897/31325/27542 29896/31326/27543</w:t>
        <w:br/>
        <w:t>f 29874/31300/27522 29910/31327/27297 29909/31328/27544</w:t>
        <w:br/>
        <w:t>f 29914/31329/27545 29913/31330/27546 29912/31331/27547</w:t>
        <w:br/>
        <w:t>f 29911/31332/27548 29914/31329/27545 29912/31331/27547</w:t>
        <w:br/>
        <w:t>f 29916/31333/27549 29911/31332/27548 29912/31331/27547</w:t>
        <w:br/>
        <w:t>f 29915/31334/27550 29916/31333/27549 29912/31331/27547</w:t>
        <w:br/>
        <w:t>f 29896/31326/27543 29916/31333/27549 29915/31334/27550</w:t>
        <w:br/>
        <w:t>f 29898/31324/27541 29896/31326/27543 29915/31334/27550</w:t>
        <w:br/>
        <w:t>f 29917/31335/27551 29856/31284/27506 29854/31283/27505</w:t>
        <w:br/>
        <w:t>f 29892/31320/27537 29889/31315/27532 29890/31318/27535</w:t>
        <w:br/>
        <w:t>f 29891/31321/27538 29892/31320/27537 29890/31318/27535</w:t>
        <w:br/>
        <w:t>f 29918/31336/27552 29885/31314/27531 29886/31313/26374</w:t>
        <w:br/>
        <w:t>f 29841/31270/27492 29843/31272/27494 29853/31281/27503</w:t>
        <w:br/>
        <w:t>f 29855/31282/27504 29841/31270/27492 29853/31281/27503</w:t>
        <w:br/>
        <w:t>f 29858/31286/27508 29857/31285/27507 29871/31299/27521</w:t>
        <w:br/>
        <w:t>f 29870/31297/27519 29858/31286/27508 29871/31299/27521</w:t>
        <w:br/>
        <w:t>f 29873/31301/27523 29909/31328/27544 29846/31273/27495</w:t>
        <w:br/>
        <w:t>f 29859/31287/27509 29873/31301/27523 29846/31273/27495</w:t>
        <w:br/>
        <w:t>f 29873/31301/27523 29874/31300/27522 29909/31328/27544</w:t>
        <w:br/>
        <w:t>f 29845/31274/27496 29846/31273/27495 29909/31328/27544</w:t>
        <w:br/>
        <w:t>f 29910/31327/27297 29845/31274/27496 29909/31328/27544</w:t>
        <w:br/>
        <w:t>f 29913/31330/27546 29914/31329/27545 29919/31337/27553</w:t>
        <w:br/>
        <w:t>f 29920/31338/27554 29913/31330/27546 29919/31337/27553</w:t>
        <w:br/>
        <w:t>f 29864/31294/27555 29855/31282/27504 29853/31281/27503</w:t>
        <w:br/>
        <w:t>f 29926/31339/27556 29925/31340/27557 29924/31341/27558</w:t>
        <w:br/>
        <w:t>f 29927/31342/27559 29864/31294/27516 29924/31341/27558</w:t>
        <w:br/>
        <w:t>f 29928/31343/27560 29850/31276/27498 29856/31284/27506</w:t>
        <w:br/>
        <w:t>f 29925/31340/27557 29927/31342/27559 29924/31341/27558</w:t>
        <w:br/>
        <w:t>f 29931/31344/27561 29930/31345/27562 29929/31346/27563</w:t>
        <w:br/>
        <w:t>f 29928/31343/27560 29917/31335/27551 29932/31347/27564</w:t>
        <w:br/>
        <w:t>f 29929/31346/27563 29928/31343/27560 29932/31347/27564</w:t>
        <w:br/>
        <w:t>f 29935/31348/27565 29934/31349/27566 29933/31350/27567</w:t>
        <w:br/>
        <w:t>f 29937/31351/27568 29936/31352/27569 29858/31286/27570</w:t>
        <w:br/>
        <w:t>f 29938/31353/27571 29869/31298/27520 29934/31349/27566</w:t>
        <w:br/>
        <w:t>f 29935/31348/27565 29938/31353/27571 29934/31349/27566</w:t>
        <w:br/>
        <w:t>f 29929/31346/27563 29930/31345/27562 29850/31276/27498</w:t>
        <w:br/>
        <w:t>f 29928/31343/27560 29929/31346/27563 29850/31276/27498</w:t>
        <w:br/>
        <w:t>f 29944/31354/27572 29943/31355/27573 29887/31317/27534</w:t>
        <w:br/>
        <w:t>f 29937/31351/27574 29944/31354/27572 29887/31317/27534</w:t>
        <w:br/>
        <w:t>f 29943/31355/27573 29944/31354/27572 29945/31356/27575</w:t>
        <w:br/>
        <w:t>f 29858/31286/27508 29869/31298/27520 29938/31353/27571</w:t>
        <w:br/>
        <w:t>f 29932/31347/27564 29931/31344/27561 29929/31346/27563</w:t>
        <w:br/>
        <w:t>f 29917/31335/27551 29928/31343/27560 29856/31284/27506</w:t>
        <w:br/>
        <w:t>f 29887/31317/27534 29888/31316/27533 29858/31286/27576</w:t>
        <w:br/>
        <w:t>f 29863/31291/27513 29947/31357/27577 29946/31358/27578</w:t>
        <w:br/>
        <w:t>f 29927/31342/27559 29866/31292/27514 29864/31294/27516</w:t>
        <w:br/>
        <w:t>f 29853/31281/27503 29863/31291/27513 29864/31294/27555</w:t>
        <w:br/>
        <w:t>f 29864/31294/27555 29863/31291/27513 29946/31358/27578</w:t>
        <w:br/>
        <w:t>f 29868/31295/27579 29917/31335/27551 29854/31283/27505</w:t>
        <w:br/>
        <w:t>f 29866/31292/27514 29868/31295/27517 29855/31282/27580</w:t>
        <w:br/>
        <w:t>f 29850/31276/27498 29848/31278/27500 29856/31284/27506</w:t>
        <w:br/>
        <w:t>f 30602/31359/27581 30601/31360/27582 30600/31361/27583</w:t>
        <w:br/>
        <w:t>f 30603/31362/27584 30602/31359/27581 30600/31361/27583</w:t>
        <w:br/>
        <w:t>f 30603/31362/27584 30605/31363/27585 30604/31364/27586</w:t>
        <w:br/>
        <w:t>f 30602/31359/27581 30603/31362/27584 30604/31364/27586</w:t>
        <w:br/>
        <w:t>f 30601/31360/27582 30607/31365/27587 30606/31366/27588</w:t>
        <w:br/>
        <w:t>f 30600/31361/27583 30601/31360/27582 30606/31366/27588</w:t>
        <w:br/>
        <w:t>f 30609/31367/27589 30604/31364/27586 30605/31363/27585</w:t>
        <w:br/>
        <w:t>f 30608/31368/27590 30609/31367/27589 30605/31363/27585</w:t>
        <w:br/>
        <w:t>f 30608/31368/27590 30611/31369/27591 30610/31370/27592</w:t>
        <w:br/>
        <w:t>f 30609/31367/27589 30608/31368/27590 30610/31370/27592</w:t>
        <w:br/>
        <w:t>f 30611/31369/27591 30613/31371/27593 30612/31372/27594</w:t>
        <w:br/>
        <w:t>f 30610/31370/27592 30611/31369/27591 30612/31372/27594</w:t>
        <w:br/>
        <w:t>f 30607/31365/27587 30615/31373/27595 30614/31374/27596</w:t>
        <w:br/>
        <w:t>f 30606/31366/27588 30607/31365/27587 30614/31374/27596</w:t>
        <w:br/>
        <w:t>f 30613/31371/27593 30616/31375/26791 30612/31372/27594</w:t>
        <w:br/>
        <w:t>f 30619/31376/27597 30618/31377/27598 30617/31378/27599</w:t>
        <w:br/>
        <w:t>f 30616/31375/26791 30621/31379/27600 30620/31380/27601</w:t>
        <w:br/>
        <w:t>f 30621/31379/27600 30613/31371/27593 30622/31381/27602</w:t>
        <w:br/>
        <w:t>f 30611/31369/27591 30608/31368/27590 30624/31382/27603</w:t>
        <w:br/>
        <w:t>f 30623/31383/27604 30611/31369/27591 30624/31382/27603</w:t>
        <w:br/>
        <w:t>f 30625/31384/27605 30624/31382/27603 30608/31368/27590</w:t>
        <w:br/>
        <w:t>f 30605/31363/27585 30625/31384/27605 30608/31368/27590</w:t>
        <w:br/>
        <w:t>f 30618/31377/27598 30625/31384/27605 30605/31363/27585</w:t>
        <w:br/>
        <w:t>f 30603/31362/27584 30618/31377/27598 30605/31363/27585</w:t>
        <w:br/>
        <w:t>f 30626/31385/27606 30618/31377/27598 30603/31362/27584</w:t>
        <w:br/>
        <w:t>f 30600/31361/27583 30626/31385/27606 30603/31362/27584</w:t>
        <w:br/>
        <w:t>f 30627/31386/27607 30626/31385/27606 30600/31361/27583</w:t>
        <w:br/>
        <w:t>f 30606/31366/27588 30627/31386/27607 30600/31361/27583</w:t>
        <w:br/>
        <w:t>f 30628/31387/27608 30627/31386/27607 30606/31366/27588</w:t>
        <w:br/>
        <w:t>f 30614/31374/27596 30628/31387/27608 30606/31366/27588</w:t>
        <w:br/>
        <w:t>f 30631/31388/27609 30630/31389/27610 30629/31390/27609</w:t>
        <w:br/>
        <w:t>f 30630/31389/27611 30621/31379/27600 30622/31381/27602</w:t>
        <w:br/>
        <w:t>f 30632/31391/27612 30630/31389/27611 30622/31381/27602</w:t>
        <w:br/>
        <w:t>f 30635/31392/27613 30634/31393/27614 30633/31394/27615</w:t>
        <w:br/>
        <w:t>f 30637/31395/27616 30633/31394/27617 30636/31396/27618</w:t>
        <w:br/>
        <w:t>f 30627/31386/27607 30639/31397/27619 30638/31398/27620</w:t>
        <w:br/>
        <w:t>f 30617/31378/27599 30618/31377/27598 30626/31385/27606</w:t>
        <w:br/>
        <w:t>f 30640/31399/27621 30617/31378/27599 30626/31385/27606</w:t>
        <w:br/>
        <w:t>f 30643/31400/27622 30642/31401/27623 30641/31402/27624</w:t>
        <w:br/>
        <w:t>f 30644/31403/27625 30642/31401/27623 30643/31400/27622</w:t>
        <w:br/>
        <w:t>f 30644/31403/27625 30646/31404/27626 30645/31405/27626</w:t>
        <w:br/>
        <w:t>f 30642/31401/27623 30644/31403/27625 30645/31405/27626</w:t>
        <w:br/>
        <w:t>f 30646/31404/27626 30647/31406/27627 30645/31405/27626</w:t>
        <w:br/>
        <w:t>f 30616/31375/26791 30613/31371/27593 30621/31379/27600</w:t>
        <w:br/>
        <w:t>f 30643/31400/27622 30649/31407/27628 30648/31408/27628</w:t>
        <w:br/>
        <w:t>f 30644/31403/27625 30643/31400/27622 30648/31408/27628</w:t>
        <w:br/>
        <w:t>f 30649/31407/27628 30651/31409/27629 30650/31410/27629</w:t>
        <w:br/>
        <w:t>f 30648/31408/27628 30649/31407/27628 30650/31410/27629</w:t>
        <w:br/>
        <w:t>f 30651/31409/27629 30653/31411/27630 30652/31412/27630</w:t>
        <w:br/>
        <w:t>f 30650/31410/27629 30651/31409/27629 30652/31412/27630</w:t>
        <w:br/>
        <w:t>f 30653/31411/27630 30655/31413/27631 30654/31414/27632</w:t>
        <w:br/>
        <w:t>f 30652/31412/27630 30653/31411/27630 30654/31414/27632</w:t>
        <w:br/>
        <w:t>f 30658/31415/27633 30657/31416/27634 30656/31417/27635</w:t>
        <w:br/>
        <w:t>f 30659/31418/27636 30658/31415/27633 30656/31417/27635</w:t>
        <w:br/>
        <w:t>f 30662/31419/27637 30661/31420/27638 30660/31421/27639</w:t>
        <w:br/>
        <w:t>f 30663/31422/27640 30662/31419/27637 30660/31421/27639</w:t>
        <w:br/>
        <w:t>f 30664/31423/27641 30663/31422/27640 30660/31421/27639</w:t>
        <w:br/>
        <w:t>f 30667/31424/27642 30666/31425/27643 30665/31426/27644</w:t>
        <w:br/>
        <w:t>f 30643/31400/27622 30679/31427/27645 30678/31428/27350</w:t>
        <w:br/>
        <w:t>f 30683/31429/27646 30682/31430/27647 30681/31431/27648</w:t>
        <w:br/>
        <w:t>f 30680/31432/27649 30683/31429/27646 30681/31431/27648</w:t>
        <w:br/>
        <w:t>f 30685/31433/27650 30684/31434/27651 30681/31431/27648</w:t>
        <w:br/>
        <w:t>f 30682/31430/27647 30685/31433/27650 30681/31431/27648</w:t>
        <w:br/>
        <w:t>f 30684/31434/27651 30685/31433/27650 30666/31425/27643</w:t>
        <w:br/>
        <w:t>f 30667/31424/27642 30684/31434/27651 30666/31425/27643</w:t>
        <w:br/>
        <w:t>f 30686/31435/27652 30624/31382/27603 30625/31384/27605</w:t>
        <w:br/>
        <w:t>f 30659/31418/27636 30656/31417/27635 30661/31420/27638</w:t>
        <w:br/>
        <w:t>f 30662/31419/27637 30659/31418/27636 30661/31420/27638</w:t>
        <w:br/>
        <w:t>f 30687/31436/27653 30654/31414/27632 30655/31413/27631</w:t>
        <w:br/>
        <w:t>f 30622/31381/27602 30613/31371/27593 30611/31369/27591</w:t>
        <w:br/>
        <w:t>f 30623/31383/27604 30622/31381/27602 30611/31369/27591</w:t>
        <w:br/>
        <w:t>f 30640/31399/27621 30626/31385/27606 30627/31386/27607</w:t>
        <w:br/>
        <w:t>f 30638/31398/27620 30640/31399/27621 30627/31386/27607</w:t>
        <w:br/>
        <w:t>f 30614/31374/27596 30679/31427/27645 30641/31402/27624</w:t>
        <w:br/>
        <w:t>f 30628/31387/27608 30614/31374/27596 30641/31402/27624</w:t>
        <w:br/>
        <w:t>f 30641/31402/27624 30679/31427/27645 30643/31400/27622</w:t>
        <w:br/>
        <w:t>f 30679/31427/27645 30614/31374/27596 30615/31373/27595</w:t>
        <w:br/>
        <w:t>f 30678/31428/27350 30679/31427/27645 30615/31373/27595</w:t>
        <w:br/>
        <w:t>f 30688/31437/27654 30683/31429/27646 30680/31432/27649</w:t>
        <w:br/>
        <w:t>f 30689/31438/27655 30688/31437/27654 30680/31432/27649</w:t>
        <w:br/>
        <w:t>f 30634/31393/27656 30622/31381/27602 30623/31383/27604</w:t>
        <w:br/>
        <w:t>f 30695/31439/27657 30694/31440/27658 30693/31441/27659</w:t>
        <w:br/>
        <w:t>f 30696/31442/27660 30694/31440/27658 30634/31393/27614</w:t>
        <w:br/>
        <w:t>f 30697/31443/27661 30625/31384/27605 30619/31376/27597</w:t>
        <w:br/>
        <w:t>f 30693/31441/27659 30694/31440/27658 30696/31442/27660</w:t>
        <w:br/>
        <w:t>f 30700/31444/27662 30699/31445/27663 30698/31446/27664</w:t>
        <w:br/>
        <w:t>f 30697/31443/27661 30699/31445/27663 30701/31447/27665</w:t>
        <w:br/>
        <w:t>f 30686/31435/27652 30697/31443/27661 30701/31447/27665</w:t>
        <w:br/>
        <w:t>f 30704/31448/27666 30703/31449/27667 30702/31450/27668</w:t>
        <w:br/>
        <w:t>f 30706/31451/27669 30627/31386/27670 30705/31452/27671</w:t>
        <w:br/>
        <w:t>f 30702/31450/27668 30639/31397/27619 30707/31453/27672</w:t>
        <w:br/>
        <w:t>f 30704/31448/27666 30702/31450/27668 30707/31453/27672</w:t>
        <w:br/>
        <w:t>f 30619/31376/27597 30698/31446/27664 30699/31445/27663</w:t>
        <w:br/>
        <w:t>f 30697/31443/27661 30619/31376/27597 30699/31445/27663</w:t>
        <w:br/>
        <w:t>f 30713/31454/27673 30706/31451/27674 30658/31415/27633</w:t>
        <w:br/>
        <w:t>f 30712/31455/27675 30713/31454/27673 30658/31415/27633</w:t>
        <w:br/>
        <w:t>f 30712/31455/27675 30714/31456/27676 30713/31454/27673</w:t>
        <w:br/>
        <w:t>f 30627/31386/27607 30707/31453/27672 30639/31397/27619</w:t>
        <w:br/>
        <w:t>f 30701/31447/27665 30699/31445/27663 30700/31444/27662</w:t>
        <w:br/>
        <w:t>f 30686/31435/27652 30625/31384/27605 30697/31443/27661</w:t>
        <w:br/>
        <w:t>f 30658/31415/27633 30627/31386/27677 30657/31416/27634</w:t>
        <w:br/>
        <w:t>f 30632/31391/27612 30716/31457/27678 30715/31458/27679</w:t>
        <w:br/>
        <w:t>f 30696/31442/27660 30634/31393/27614 30635/31392/27613</w:t>
        <w:br/>
        <w:t>f 30622/31381/27602 30634/31393/27656 30632/31391/27612</w:t>
        <w:br/>
        <w:t>f 30634/31393/27656 30716/31457/27678 30632/31391/27612</w:t>
        <w:br/>
        <w:t>f 30637/31395/27616 30624/31382/27603 30686/31435/27652</w:t>
        <w:br/>
        <w:t>f 30635/31392/27613 30623/31383/27604 30637/31395/27680</w:t>
        <w:br/>
        <w:t>f 30619/31376/27597 30625/31384/27605 30618/31377/27598</w:t>
        <w:br/>
        <w:t>f 28731/31144/27391 28732/31143/27391 31187/31459/27681</w:t>
        <w:br/>
        <w:t>f 31188/31460/27682 28731/31144/27391 31187/31459/27681</w:t>
        <w:br/>
        <w:t>f 28736/31145/27392 28728/31139/27388 28729/31138/27388</w:t>
        <w:br/>
        <w:t>f 28735/31146/27392 28736/31145/27392 28729/31138/27388</w:t>
        <w:br/>
        <w:t>f 28745/31157/27399 28746/31156/27399 28740/31149/27395</w:t>
        <w:br/>
        <w:t>f 28741/31152/27395 28745/31157/27399 28740/31149/27395</w:t>
        <w:br/>
        <w:t>f 28743/31154/27398 28752/31162/27402 28751/31163/27403</w:t>
        <w:br/>
        <w:t>f 28742/31155/27398 28743/31154/27398 28751/31163/27403</w:t>
        <w:br/>
        <w:t>f 28750/31161/27400 28778/31191/27427 28779/31190/27427</w:t>
        <w:br/>
        <w:t>f 28749/31158/27400 28750/31161/27400 28779/31190/27427</w:t>
        <w:br/>
        <w:t>f 28785/31197/27430 28786/31196/27430 28777/31185/27424</w:t>
        <w:br/>
        <w:t>f 28774/31188/27424 28785/31197/27430 28777/31185/27424</w:t>
        <w:br/>
        <w:t>f 28781/31194/27429 28791/31201/27433 28790/31202/27433</w:t>
        <w:br/>
        <w:t>f 28784/31195/27429 28781/31194/27429 28790/31202/27433</w:t>
        <w:br/>
        <w:t>f 28792/31204/27434 28793/31203/27434 28787/31200/27432</w:t>
        <w:br/>
        <w:t>f 28788/31199/27432 28792/31204/27434 28787/31200/27432</w:t>
        <w:br/>
        <w:t>f 28730/31141/27389 28727/31140/27389 31188/31460/27682</w:t>
        <w:br/>
        <w:t>f 31187/31459/27681 28730/31141/27389 31188/31460/27682</w:t>
        <w:br/>
        <w:t>f 29901/31461/27683 29900/31462/27684 29899/31463/27684</w:t>
        <w:br/>
        <w:t>f 29902/31464/27685 29899/31463/27684 29900/31462/27684</w:t>
        <w:br/>
        <w:t>f 29903/31465/27686 29902/31464/27685 29900/31462/27684</w:t>
        <w:br/>
        <w:t>f 29903/31465/27686 29905/31466/27687 29904/31467/27687</w:t>
        <w:br/>
        <w:t>f 29902/31464/27685 29903/31465/27686 29904/31467/27687</w:t>
        <w:br/>
        <w:t>f 29908/31468/27688 29907/31469/27689 29906/31470/27690</w:t>
        <w:br/>
        <w:t>f 29923/31471/27691 29922/31472/27692 29921/31473/27693</w:t>
        <w:br/>
        <w:t>f 29941/31474/27694 29940/31475/27695 29939/31476/27696</w:t>
        <w:br/>
        <w:t>f 29940/31475/27695 29908/31468/27688 29906/31470/27690</w:t>
        <w:br/>
        <w:t>f 29939/31476/27696 29940/31475/27695 29906/31470/27690</w:t>
        <w:br/>
        <w:t>f 29907/31469/27689 29942/31477/27697 29906/31470/27690</w:t>
        <w:br/>
        <w:t>f 29950/31478/27698 29949/31479/27699 29948/31480/27700</w:t>
        <w:br/>
        <w:t>f 29951/31481/27701 29923/31471/27691 29921/31473/27693</w:t>
        <w:br/>
        <w:t>f 29953/31482/27702 29951/31481/27701 29952/31483/27703</w:t>
        <w:br/>
        <w:t>f 29952/31483/27703 29951/31481/27701 29954/31484/27704</w:t>
        <w:br/>
        <w:t>f 29957/31485/27705 29956/31486/27706 29955/31487/27707</w:t>
        <w:br/>
        <w:t>f 29959/31488/27708 29955/31487/27707 29956/31486/27706</w:t>
        <w:br/>
        <w:t>f 29958/31489/27709 29959/31488/27708 29956/31486/27706</w:t>
        <w:br/>
        <w:t>f 29962/31490/27710 29961/31491/27711 29960/31492/27711</w:t>
        <w:br/>
        <w:t>f 29963/31493/27712 29960/31492/27711 29961/31491/27711</w:t>
        <w:br/>
        <w:t>f 29964/31494/27713 29963/31493/27712 29961/31491/27711</w:t>
        <w:br/>
        <w:t>f 29907/31469/27689 29959/31488/27708 29965/31495/27714</w:t>
        <w:br/>
        <w:t>f 29958/31489/27709 29966/31496/27715 29965/31495/27714</w:t>
        <w:br/>
        <w:t>f 29968/31497/27716 29963/31493/27712 29967/31498/27717</w:t>
        <w:br/>
        <w:t>f 29967/31498/27717 29970/31499/27718 29969/31500/27719</w:t>
        <w:br/>
        <w:t>f 29968/31497/27716 29967/31498/27717 29969/31500/27719</w:t>
        <w:br/>
        <w:t>f 29964/31494/27713 29972/31501/27720 29971/31502/27721</w:t>
        <w:br/>
        <w:t>f 29958/31489/27709 29973/31503/27722 29966/31496/27715</w:t>
        <w:br/>
        <w:t>f 29963/31493/27712 29964/31494/27713 29974/31504/27723</w:t>
        <w:br/>
        <w:t>f 29952/31483/27703 29971/31502/27721 29972/31501/27720</w:t>
        <w:br/>
        <w:t>f 29953/31482/27702 29952/31483/27703 29972/31501/27720</w:t>
        <w:br/>
        <w:t>f 29970/31499/27718 29966/31496/27715 29973/31503/27722</w:t>
        <w:br/>
        <w:t>f 29969/31500/27719 29970/31499/27718 29973/31503/27722</w:t>
        <w:br/>
        <w:t>f 29967/31498/27717 29963/31493/27712 29974/31504/27723</w:t>
        <w:br/>
        <w:t>f 29974/31504/27723 29964/31494/27713 29971/31502/27721</w:t>
        <w:br/>
        <w:t>f 29948/31480/27700 29949/31479/27699 29954/31484/27704</w:t>
        <w:br/>
        <w:t>f 29921/31473/27693 29948/31480/27700 29954/31484/27704</w:t>
        <w:br/>
        <w:t>f 29954/31484/27704 29951/31481/27701 29921/31473/27693</w:t>
        <w:br/>
        <w:t>f 29959/31488/27708 29958/31489/27709 29965/31495/27714</w:t>
        <w:br/>
        <w:t>f 29942/31477/27697 29907/31469/27689 29965/31495/27714</w:t>
        <w:br/>
        <w:t>f 29905/31466/27687 29906/31470/27690 29942/31477/27697</w:t>
        <w:br/>
        <w:t>f 29904/31467/27687 29905/31466/27687 29942/31477/27697</w:t>
        <w:br/>
        <w:t>f 30670/31505/27724 30669/31506/27725 30668/31507/27726</w:t>
        <w:br/>
        <w:t>f 30668/31507/27726 30669/31506/27725 30671/31508/27727</w:t>
        <w:br/>
        <w:t>f 30672/31509/27727 30668/31507/27726 30671/31508/27727</w:t>
        <w:br/>
        <w:t>f 30672/31509/27727 30671/31508/27727 30674/31510/27728</w:t>
        <w:br/>
        <w:t>f 30673/31511/27728 30672/31509/27727 30674/31510/27728</w:t>
        <w:br/>
        <w:t>f 30677/31512/27729 30676/31513/27730 30675/31514/27731</w:t>
        <w:br/>
        <w:t>f 30692/31515/27732 30691/31516/27733 30690/31517/27734</w:t>
        <w:br/>
        <w:t>f 30710/31518/27735 30709/31519/27736 30708/31520/27736</w:t>
        <w:br/>
        <w:t>f 30676/31513/27730 30677/31512/27729 30708/31520/27736</w:t>
        <w:br/>
        <w:t>f 30709/31519/27736 30676/31513/27730 30708/31520/27736</w:t>
        <w:br/>
        <w:t>f 30675/31514/27731 30676/31513/27730 30711/31521/27737</w:t>
        <w:br/>
        <w:t>f 30719/31522/27738 30718/31523/27739 30717/31524/27740</w:t>
        <w:br/>
        <w:t>f 30720/31525/27741 30691/31516/27733 30692/31515/27732</w:t>
        <w:br/>
        <w:t>f 30722/31526/27742 30721/31527/27743 30720/31525/27741</w:t>
        <w:br/>
        <w:t>f 30721/31527/27743 30723/31528/27744 30720/31525/27741</w:t>
        <w:br/>
        <w:t>f 30726/31529/27745 30725/31530/27746 30724/31531/27747</w:t>
        <w:br/>
        <w:t>f 30728/31532/27748 30727/31533/27749 30724/31531/27747</w:t>
        <w:br/>
        <w:t>f 30725/31530/27746 30728/31532/27748 30724/31531/27747</w:t>
        <w:br/>
        <w:t>f 30731/31534/27750 30730/31535/27751 30729/31536/27751</w:t>
        <w:br/>
        <w:t>f 30729/31536/27751 30730/31535/27751 30732/31537/27752</w:t>
        <w:br/>
        <w:t>f 30733/31538/27753 30729/31536/27751 30732/31537/27752</w:t>
        <w:br/>
        <w:t>f 30675/31514/27731 30734/31539/27754 30728/31532/27748</w:t>
        <w:br/>
        <w:t>f 30727/31533/27749 30734/31539/27754 30735/31540/27755</w:t>
        <w:br/>
        <w:t>f 30737/31541/27756 30736/31542/27757 30732/31537/27752</w:t>
        <w:br/>
        <w:t>f 30739/31543/27758 30738/31544/27758 30736/31542/27757</w:t>
        <w:br/>
        <w:t>f 30737/31541/27756 30739/31543/27758 30736/31542/27757</w:t>
        <w:br/>
        <w:t>f 30733/31538/27753 30741/31545/27759 30740/31546/27760</w:t>
        <w:br/>
        <w:t>f 30727/31533/27749 30735/31540/27755 30742/31547/27761</w:t>
        <w:br/>
        <w:t>f 30732/31537/27752 30743/31548/27762 30733/31538/27753</w:t>
        <w:br/>
        <w:t>f 30721/31527/27743 30722/31526/27742 30740/31546/27760</w:t>
        <w:br/>
        <w:t>f 30741/31545/27759 30721/31527/27743 30740/31546/27760</w:t>
        <w:br/>
        <w:t>f 30738/31544/27758 30739/31543/27758 30742/31547/27761</w:t>
        <w:br/>
        <w:t>f 30735/31540/27755 30738/31544/27758 30742/31547/27761</w:t>
        <w:br/>
        <w:t>f 30736/31542/27757 30743/31548/27762 30732/31537/27752</w:t>
        <w:br/>
        <w:t>f 30743/31548/27762 30741/31545/27759 30733/31538/27753</w:t>
        <w:br/>
        <w:t>f 30718/31523/27739 30723/31528/27744 30717/31524/27740</w:t>
        <w:br/>
        <w:t>f 30691/31516/27733 30723/31528/27744 30718/31523/27739</w:t>
        <w:br/>
        <w:t>f 30723/31528/27744 30691/31516/27733 30720/31525/27741</w:t>
        <w:br/>
        <w:t>f 30728/31532/27748 30734/31539/27754 30727/31533/27749</w:t>
        <w:br/>
        <w:t>f 30711/31521/27737 30734/31539/27754 30675/31514/27731</w:t>
        <w:br/>
        <w:t>f 30711/31521/27737 30676/31513/27730 30673/31511/27728</w:t>
        <w:br/>
        <w:t>f 30674/31510/27728 30711/31521/27737 30673/31511/27728</w:t>
        <w:br/>
        <w:t>f 29197/31549/27763 29196/31550/27764 29195/31551/27765</w:t>
        <w:br/>
        <w:t>f 29194/31552/27766 29197/31549/27763 29195/31551/27765</w:t>
        <w:br/>
        <w:t>f 29204/31553/27767 29203/31554/27768 29202/31555/27769</w:t>
        <w:br/>
        <w:t>f 29205/31556/27770 29204/31553/27767 29202/31555/27769</w:t>
        <w:br/>
        <w:t>f 29205/31556/27770 29207/31557/27771 29206/31558/27772</w:t>
        <w:br/>
        <w:t>f 29204/31553/27767 29205/31556/27770 29206/31558/27772</w:t>
        <w:br/>
        <w:t>f 29209/31559/27773 29206/31558/27772 29207/31557/27771</w:t>
        <w:br/>
        <w:t>f 29208/31560/27774 29209/31559/27773 29207/31557/27771</w:t>
        <w:br/>
        <w:t>f 29209/31559/27773 29211/31561/27775 29210/31562/27776</w:t>
        <w:br/>
        <w:t>f 29208/31560/27774 29212/31563/27777 29211/31561/27775</w:t>
        <w:br/>
        <w:t>f 29209/31559/27773 29208/31560/27774 29211/31561/27775</w:t>
        <w:br/>
        <w:t>f 29214/31564/27778 29213/31565/27779 29210/31562/27776</w:t>
        <w:br/>
        <w:t>f 29212/31563/27777 29215/31566/27780 29214/31564/27778</w:t>
        <w:br/>
        <w:t>f 29211/31561/27775 29212/31563/27777 29214/31564/27778</w:t>
        <w:br/>
        <w:t>f 29214/31564/27778 29215/31566/27780 29216/31567/27781</w:t>
        <w:br/>
        <w:t>f 29213/31565/27779 29214/31564/27778 29216/31567/27781</w:t>
        <w:br/>
        <w:t>f 29213/31565/27779 29216/31567/27781 29217/31568/27782</w:t>
        <w:br/>
        <w:t>f 29218/31569/27783 29213/31565/27779 29217/31568/27782</w:t>
        <w:br/>
        <w:t>f 29218/31569/27783 29217/31568/27782 29219/31570/27784</w:t>
        <w:br/>
        <w:t>f 29220/31571/27785 29218/31569/27783 29219/31570/27784</w:t>
        <w:br/>
        <w:t>f 29692/31572/27786 29691/31573/27787 29690/31574/27788</w:t>
        <w:br/>
        <w:t>f 29689/31575/27789 29692/31572/27786 29690/31574/27788</w:t>
        <w:br/>
        <w:t>f 29689/31575/27789 29694/31576/27790 29693/31577/27791</w:t>
        <w:br/>
        <w:t>f 29692/31572/27786 29689/31575/27789 29693/31577/27791</w:t>
        <w:br/>
        <w:t>f 29697/31578/27792 29696/31579/27793 29695/31580/27794</w:t>
        <w:br/>
        <w:t>f 29698/31581/27795 29697/31578/27792 29695/31580/27794</w:t>
        <w:br/>
        <w:t>f 29693/31577/27791 29694/31576/27790 29700/31582/27796</w:t>
        <w:br/>
        <w:t>f 29699/31583/27797 29693/31577/27791 29700/31582/27796</w:t>
        <w:br/>
        <w:t>f 29698/31581/27795 29695/31580/27794 29689/31575/27789</w:t>
        <w:br/>
        <w:t>f 29690/31574/27788 29698/31581/27795 29689/31575/27789</w:t>
        <w:br/>
        <w:t>f 29702/31584/27798 29197/31549/27763 29701/31585/27799</w:t>
        <w:br/>
        <w:t>f 29703/31586/27800 29702/31584/27798 29701/31585/27799</w:t>
        <w:br/>
        <w:t>f 29706/31587/27801 29705/31588/27802 29704/31589/27803</w:t>
        <w:br/>
        <w:t>f 29700/31582/27796 29694/31576/27790 29707/31590/27804</w:t>
        <w:br/>
        <w:t>f 29710/31591/27805 29709/31592/27806 29708/31593/27807</w:t>
        <w:br/>
        <w:t>f 29699/31583/27797 29700/31582/27796 29712/31594/27808</w:t>
        <w:br/>
        <w:t>f 29711/31595/27809 29699/31583/27797 29712/31594/27808</w:t>
        <w:br/>
        <w:t>f 29711/31595/27809 29712/31594/27808 29714/31596/27810</w:t>
        <w:br/>
        <w:t>f 29713/31597/27811 29711/31595/27809 29714/31596/27810</w:t>
        <w:br/>
        <w:t>f 29712/31594/27808 29700/31582/27796 29715/31598/27812</w:t>
        <w:br/>
        <w:t>f 29715/31598/27812 29707/31590/27804 29716/31599/27813</w:t>
        <w:br/>
        <w:t>f 29713/31597/27811 29714/31596/27810 29205/31556/27770</w:t>
        <w:br/>
        <w:t>f 29202/31555/27769 29713/31597/27811 29205/31556/27770</w:t>
        <w:br/>
        <w:t>f 29717/31600/27814 29714/31596/27810 29712/31594/27808</w:t>
        <w:br/>
        <w:t>f 29718/31601/27815 29717/31600/27814 29712/31594/27808</w:t>
        <w:br/>
        <w:t>f 29207/31557/27771 29205/31556/27770 29714/31596/27810</w:t>
        <w:br/>
        <w:t>f 29717/31600/27814 29207/31557/27771 29714/31596/27810</w:t>
        <w:br/>
        <w:t>f 29208/31560/27774 29207/31557/27771 29717/31600/27814</w:t>
        <w:br/>
        <w:t>f 29719/31602/27816 29208/31560/27774 29717/31600/27814</w:t>
        <w:br/>
        <w:t>f 29722/31603/27817 29721/31604/27818 29720/31605/27819</w:t>
        <w:br/>
        <w:t>f 29719/31602/27816 29717/31600/27814 29718/31601/27815</w:t>
        <w:br/>
        <w:t>f 29722/31603/27817 29719/31602/27816 29718/31601/27815</w:t>
        <w:br/>
        <w:t>f 29719/31602/27816 29723/31606/27820 29212/31563/27777</w:t>
        <w:br/>
        <w:t>f 29208/31560/27774 29719/31602/27816 29212/31563/27777</w:t>
        <w:br/>
        <w:t>f 29722/31603/27817 29720/31605/27819 29724/31607/27821</w:t>
        <w:br/>
        <w:t>f 29719/31602/27816 29722/31603/27817 29725/31608/27822</w:t>
        <w:br/>
        <w:t>f 29723/31606/27820 29719/31602/27816 29725/31608/27822</w:t>
        <w:br/>
        <w:t>f 29724/31607/27821 29720/31605/27819 29726/31609/27823</w:t>
        <w:br/>
        <w:t>f 29194/31552/27766 29724/31607/27821 29726/31609/27823</w:t>
        <w:br/>
        <w:t>f 29212/31563/27777 29723/31606/27820 29727/31610/27824</w:t>
        <w:br/>
        <w:t>f 29215/31566/27780 29212/31563/27777 29727/31610/27824</w:t>
        <w:br/>
        <w:t>f 29725/31608/27822 29724/31607/27821 29728/31611/27825</w:t>
        <w:br/>
        <w:t>f 29727/31610/27824 29723/31606/27820 29728/31611/27825</w:t>
        <w:br/>
        <w:t>f 29215/31566/27780 29727/31610/27824 29729/31612/27826</w:t>
        <w:br/>
        <w:t>f 29216/31567/27781 29215/31566/27780 29729/31612/27826</w:t>
        <w:br/>
        <w:t>f 29728/31611/27825 29730/31613/27827 29729/31612/27826</w:t>
        <w:br/>
        <w:t>f 29727/31610/27824 29728/31611/27825 29729/31612/27826</w:t>
        <w:br/>
        <w:t>f 29731/31614/27828 29217/31568/27782 29216/31567/27781</w:t>
        <w:br/>
        <w:t>f 29729/31612/27826 29731/31614/27828 29216/31567/27781</w:t>
        <w:br/>
        <w:t>f 29734/31615/27829 29733/31616/27830 29732/31617/27831</w:t>
        <w:br/>
        <w:t>f 29730/31613/27827 29735/31618/27832 29731/31614/27828</w:t>
        <w:br/>
        <w:t>f 29729/31612/27826 29730/31613/27827 29731/31614/27828</w:t>
        <w:br/>
        <w:t>f 29219/31570/27784 29217/31568/27782 29731/31614/27828</w:t>
        <w:br/>
        <w:t>f 29736/31619/27833 29219/31570/27784 29731/31614/27828</w:t>
        <w:br/>
        <w:t>f 29735/31618/27832 29737/31620/27834 29736/31619/27833</w:t>
        <w:br/>
        <w:t>f 29731/31614/27828 29735/31618/27832 29736/31619/27833</w:t>
        <w:br/>
        <w:t>f 29739/31621/27835 29738/31622/27836 29735/31618/27832</w:t>
        <w:br/>
        <w:t>f 29737/31620/27834 29735/31618/27832 29738/31622/27836</w:t>
        <w:br/>
        <w:t>f 29740/31623/27837 29737/31620/27834 29738/31622/27836</w:t>
        <w:br/>
        <w:t>f 29743/31624/27838 29742/31625/27839 29741/31626/27840</w:t>
        <w:br/>
        <w:t>f 29745/31627/27841 29710/31591/27805 29744/31628/27842</w:t>
        <w:br/>
        <w:t>f 29746/31629/27843 29745/31627/27841 29744/31628/27842</w:t>
        <w:br/>
        <w:t>f 29748/31630/27844 29747/31631/27845 29741/31626/27840</w:t>
        <w:br/>
        <w:t>f 29742/31625/27839 29748/31630/27844 29741/31626/27840</w:t>
        <w:br/>
        <w:t>f 29752/31632/27846 29751/31633/27847 29750/31634/27848</w:t>
        <w:br/>
        <w:t>f 29749/31635/27849 29752/31632/27846 29750/31634/27848</w:t>
        <w:br/>
        <w:t>f 29756/31636/27850 29755/31637/27851 29754/31638/27852</w:t>
        <w:br/>
        <w:t>f 29753/31639/27853 29756/31636/27850 29754/31638/27852</w:t>
        <w:br/>
        <w:t>f 29757/31640/27854 29756/31636/27850 29753/31639/27853</w:t>
        <w:br/>
        <w:t>f 29758/31641/27855 29757/31640/27854 29753/31639/27853</w:t>
        <w:br/>
        <w:t>f 29761/31642/27856 29760/31643/27857 29759/31644/27858</w:t>
        <w:br/>
        <w:t>f 29757/31640/27854 29761/31642/27856 29759/31644/27858</w:t>
        <w:br/>
        <w:t>f 29763/31645/27859 29754/31638/27852 29755/31637/27851</w:t>
        <w:br/>
        <w:t>f 29762/31646/27860 29763/31645/27859 29755/31637/27851</w:t>
        <w:br/>
        <w:t>f 29760/31643/27857 29764/31647/27861 29740/31623/27837</w:t>
        <w:br/>
        <w:t>f 29759/31644/27858 29760/31643/27857 29740/31623/27837</w:t>
        <w:br/>
        <w:t>f 29766/31648/27862 29765/31649/27863 29203/31554/27768</w:t>
        <w:br/>
        <w:t>f 29204/31553/27767 29766/31648/27862 29203/31554/27768</w:t>
        <w:br/>
        <w:t>f 29766/31648/27862 29204/31553/27767 29206/31558/27772</w:t>
        <w:br/>
        <w:t>f 29210/31562/27776 29766/31648/27862 29206/31558/27772</w:t>
        <w:br/>
        <w:t>f 29766/31648/27862 29210/31562/27776 29213/31565/27779</w:t>
        <w:br/>
        <w:t>f 29218/31569/27783 29766/31648/27862 29213/31565/27779</w:t>
        <w:br/>
        <w:t>f 29766/31648/27862 29218/31569/27783 29220/31571/27785</w:t>
        <w:br/>
        <w:t>f 29765/31649/27863 29766/31648/27862 29220/31571/27785</w:t>
        <w:br/>
        <w:t>f 29723/31606/27820 29725/31608/27822 29728/31611/27825</w:t>
        <w:br/>
        <w:t>f 29211/31561/27775 29214/31564/27778 29210/31562/27776</w:t>
        <w:br/>
        <w:t>f 29206/31558/27772 29209/31559/27773 29210/31562/27776</w:t>
        <w:br/>
        <w:t>f 30048/31650/27864 30047/31651/27865 30046/31652/27866</w:t>
        <w:br/>
        <w:t>f 30045/31653/27867 30048/31650/27864 30046/31652/27866</w:t>
        <w:br/>
        <w:t>f 29202/31555/27769 29203/31554/27768 30053/31654/27868</w:t>
        <w:br/>
        <w:t>f 30054/31655/27869 29202/31555/27769 30053/31654/27868</w:t>
        <w:br/>
        <w:t>f 30054/31655/27869 30053/31654/27868 30056/31656/27870</w:t>
        <w:br/>
        <w:t>f 30055/31657/27871 30054/31655/27869 30056/31656/27870</w:t>
        <w:br/>
        <w:t>f 30058/31658/27872 30057/31659/27873 30055/31657/27871</w:t>
        <w:br/>
        <w:t>f 30056/31656/27870 30058/31658/27872 30055/31657/27871</w:t>
        <w:br/>
        <w:t>f 30058/31658/27872 30060/31660/27874 30059/31661/27875</w:t>
        <w:br/>
        <w:t>f 30057/31659/27873 30058/31658/27872 30059/31661/27875</w:t>
        <w:br/>
        <w:t>f 30061/31662/27876 30057/31659/27873 30059/31661/27875</w:t>
        <w:br/>
        <w:t>f 30063/31663/27877 30060/31660/27874 30062/31664/27878</w:t>
        <w:br/>
        <w:t>f 30063/31663/27877 30064/31665/27879 30061/31662/27876</w:t>
        <w:br/>
        <w:t>f 30059/31661/27875 30063/31663/27877 30061/31662/27876</w:t>
        <w:br/>
        <w:t>f 30063/31663/27877 30062/31664/27878 30065/31666/27880</w:t>
        <w:br/>
        <w:t>f 30064/31665/27879 30063/31663/27877 30065/31666/27880</w:t>
        <w:br/>
        <w:t>f 30066/31667/27881 30065/31666/27880 30062/31664/27878</w:t>
        <w:br/>
        <w:t>f 30067/31668/27882 30066/31667/27881 30062/31664/27878</w:t>
        <w:br/>
        <w:t>f 29219/31570/27784 30066/31667/27881 30067/31668/27882</w:t>
        <w:br/>
        <w:t>f 29220/31571/27785 29219/31570/27784 30067/31668/27882</w:t>
        <w:br/>
        <w:t>f 29692/31572/27786 30497/31669/27883 30496/31670/27884</w:t>
        <w:br/>
        <w:t>f 29691/31573/27787 29692/31572/27786 30496/31670/27884</w:t>
        <w:br/>
        <w:t>f 29693/31577/27791 30498/31671/27885 30497/31669/27883</w:t>
        <w:br/>
        <w:t>f 29692/31572/27786 29693/31577/27791 30497/31669/27883</w:t>
        <w:br/>
        <w:t>f 29704/31589/27803 29705/31588/27802 30499/31672/27886</w:t>
        <w:br/>
        <w:t>f 30500/31673/27887 29704/31589/27803 30499/31672/27886</w:t>
        <w:br/>
        <w:t>f 29693/31577/27791 29699/31583/27797 30501/31674/27888</w:t>
        <w:br/>
        <w:t>f 30498/31671/27885 29693/31577/27791 30501/31674/27888</w:t>
        <w:br/>
        <w:t>f 30504/31675/27889 30503/31676/27890 30502/31677/27891</w:t>
        <w:br/>
        <w:t>f 30505/31678/27892 30504/31675/27889 30502/31677/27891</w:t>
        <w:br/>
        <w:t>f 29705/31588/27802 29745/31627/27841 29746/31629/27843</w:t>
        <w:br/>
        <w:t>f 30499/31672/27886 29705/31588/27802 29746/31629/27843</w:t>
        <w:br/>
        <w:t>f 29701/31585/27799 29197/31549/27763 29194/31552/27766</w:t>
        <w:br/>
        <w:t>f 30497/31669/27883 29704/31589/27803 30500/31673/27887</w:t>
        <w:br/>
        <w:t>f 30496/31670/27884 30497/31669/27883 30500/31673/27887</w:t>
        <w:br/>
        <w:t>f 30501/31674/27888 29706/31587/27801 30498/31671/27885</w:t>
        <w:br/>
        <w:t>f 29699/31583/27797 29711/31595/27809 30506/31679/27893</w:t>
        <w:br/>
        <w:t>f 30501/31674/27888 29699/31583/27797 30506/31679/27893</w:t>
        <w:br/>
        <w:t>f 29711/31595/27809 29713/31597/27811 30507/31680/27894</w:t>
        <w:br/>
        <w:t>f 30506/31679/27893 29711/31595/27809 30507/31680/27894</w:t>
        <w:br/>
        <w:t>f 30506/31679/27893 30509/31681/27895 30508/31682/27896</w:t>
        <w:br/>
        <w:t>f 29733/31616/27830 30047/31651/27865 29708/31593/27807</w:t>
        <w:br/>
        <w:t>f 30510/31683/27897 29733/31616/27830 29708/31593/27807</w:t>
        <w:br/>
        <w:t>f 30508/31682/27896 29709/31592/27806 29706/31587/27801</w:t>
        <w:br/>
        <w:t>f 30054/31655/27869 30507/31680/27894 29713/31597/27811</w:t>
        <w:br/>
        <w:t>f 29202/31555/27769 30054/31655/27869 29713/31597/27811</w:t>
        <w:br/>
        <w:t>f 30506/31679/27893 30507/31680/27894 30511/31684/27898</w:t>
        <w:br/>
        <w:t>f 30509/31681/27895 30506/31679/27893 30511/31684/27898</w:t>
        <w:br/>
        <w:t>f 30055/31657/27871 30511/31684/27898 30507/31680/27894</w:t>
        <w:br/>
        <w:t>f 30054/31655/27869 30055/31657/27871 30507/31680/27894</w:t>
        <w:br/>
        <w:t>f 30057/31659/27873 30512/31685/27899 30511/31684/27898</w:t>
        <w:br/>
        <w:t>f 30055/31657/27871 30057/31659/27873 30511/31684/27898</w:t>
        <w:br/>
        <w:t>f 30514/31686/27900 30510/31683/27897 30513/31687/27901</w:t>
        <w:br/>
        <w:t>f 30509/31681/27895 30511/31684/27898 30512/31685/27899</w:t>
        <w:br/>
        <w:t>f 30514/31686/27900 30509/31681/27895 30512/31685/27899</w:t>
        <w:br/>
        <w:t>f 30061/31662/27876 30515/31688/27902 30512/31685/27899</w:t>
        <w:br/>
        <w:t>f 30057/31659/27873 30061/31662/27876 30512/31685/27899</w:t>
        <w:br/>
        <w:t>f 29733/31616/27830 30510/31683/27897 30514/31686/27900</w:t>
        <w:br/>
        <w:t>f 30512/31685/27899 30515/31688/27902 30516/31689/27903</w:t>
        <w:br/>
        <w:t>f 30514/31686/27900 30512/31685/27899 30516/31689/27903</w:t>
        <w:br/>
        <w:t>f 30517/31690/27904 30515/31688/27902 30061/31662/27876</w:t>
        <w:br/>
        <w:t>f 30064/31665/27879 30517/31690/27904 30061/31662/27876</w:t>
        <w:br/>
        <w:t>f 29724/31607/27821 30518/31691/27905 29728/31611/27825</w:t>
        <w:br/>
        <w:t>f 30517/31690/27904 29732/31617/27831 30515/31688/27902</w:t>
        <w:br/>
        <w:t>f 30064/31665/27879 30065/31666/27880 30519/31692/27906</w:t>
        <w:br/>
        <w:t>f 30517/31690/27904 30064/31665/27879 30519/31692/27906</w:t>
        <w:br/>
        <w:t>f 30519/31692/27906 30520/31693/27907 29732/31617/27831</w:t>
        <w:br/>
        <w:t>f 30517/31690/27904 30519/31692/27906 29732/31617/27831</w:t>
        <w:br/>
        <w:t>f 30065/31666/27880 30066/31667/27881 30521/31694/27908</w:t>
        <w:br/>
        <w:t>f 30519/31692/27906 30065/31666/27880 30521/31694/27908</w:t>
        <w:br/>
        <w:t>f 30521/31694/27908 30522/31695/27909 30520/31693/27907</w:t>
        <w:br/>
        <w:t>f 30519/31692/27906 30521/31694/27908 30520/31693/27907</w:t>
        <w:br/>
        <w:t>f 30521/31694/27908 30066/31667/27881 29219/31570/27784</w:t>
        <w:br/>
        <w:t>f 29736/31619/27833 30521/31694/27908 29219/31570/27784</w:t>
        <w:br/>
        <w:t>f 29736/31619/27833 29737/31620/27834 30522/31695/27909</w:t>
        <w:br/>
        <w:t>f 30521/31694/27908 29736/31619/27833 30522/31695/27909</w:t>
        <w:br/>
        <w:t>f 30523/31696/27910 30522/31695/27909 29764/31647/27861</w:t>
        <w:br/>
        <w:t>f 30525/31697/27911 30524/31698/27912 29738/31622/27836</w:t>
        <w:br/>
        <w:t>f 29739/31621/27835 30525/31697/27911 29738/31622/27836</w:t>
        <w:br/>
        <w:t>f 30520/31693/27907 30526/31699/27913 29734/31615/27829</w:t>
        <w:br/>
        <w:t>f 29732/31617/27831 30520/31693/27907 29734/31615/27829</w:t>
        <w:br/>
        <w:t>f 29733/31616/27830 29734/31615/27829 30047/31651/27865</w:t>
        <w:br/>
        <w:t>f 30047/31651/27865 29734/31615/27829 30046/31652/27866</w:t>
        <w:br/>
        <w:t>f 29710/31591/27805 30528/31700/27914 30527/31701/27915</w:t>
        <w:br/>
        <w:t>f 29744/31628/27842 29710/31591/27805 30527/31701/27915</w:t>
        <w:br/>
        <w:t>f 30528/31700/27914 29708/31593/27807 30047/31651/27865</w:t>
        <w:br/>
        <w:t>f 30531/31702/27916 30530/31703/27917 30529/31704/27918</w:t>
        <w:br/>
        <w:t>f 30532/31705/27919 30531/31702/27916 30529/31704/27918</w:t>
        <w:br/>
        <w:t>f 30523/31696/27910 30534/31706/27920 30533/31707/27921</w:t>
        <w:br/>
        <w:t>f 30526/31699/27913 30523/31696/27910 30533/31707/27921</w:t>
        <w:br/>
        <w:t>f 29761/31642/27856 30535/31708/27922 29751/31633/27847</w:t>
        <w:br/>
        <w:t>f 29752/31632/27846 29761/31642/27856 29751/31633/27847</w:t>
        <w:br/>
        <w:t>f 30535/31708/27922 29761/31642/27856 29757/31640/27854</w:t>
        <w:br/>
        <w:t>f 29758/31641/27855 30535/31708/27922 29757/31640/27854</w:t>
        <w:br/>
        <w:t>f 29762/31646/27860 29755/31637/27851 30524/31698/27912</w:t>
        <w:br/>
        <w:t>f 30525/31697/27911 29762/31646/27860 30524/31698/27912</w:t>
        <w:br/>
        <w:t>f 30536/31709/27923 30053/31654/27868 29203/31554/27768</w:t>
        <w:br/>
        <w:t>f 29765/31649/27863 30536/31709/27923 29203/31554/27768</w:t>
        <w:br/>
        <w:t>f 30056/31656/27870 30053/31654/27868 30536/31709/27923</w:t>
        <w:br/>
        <w:t>f 30060/31660/27874 30056/31656/27870 30536/31709/27923</w:t>
        <w:br/>
        <w:t>f 30536/31709/27923 30067/31668/27882 30062/31664/27878</w:t>
        <w:br/>
        <w:t>f 30060/31660/27874 30536/31709/27923 30062/31664/27878</w:t>
        <w:br/>
        <w:t>f 30536/31709/27923 29765/31649/27863 29220/31571/27785</w:t>
        <w:br/>
        <w:t>f 30067/31668/27882 30536/31709/27923 29220/31571/27785</w:t>
        <w:br/>
        <w:t>f 30515/31688/27902 29732/31617/27831 30516/31689/27903</w:t>
        <w:br/>
        <w:t>f 30059/31661/27875 30060/31660/27874 30063/31663/27877</w:t>
        <w:br/>
        <w:t>f 30056/31656/27870 30060/31660/27874 30058/31658/27872</w:t>
        <w:br/>
        <w:t>f 30845/31710/27924 30844/31711/27925 30843/31712/27926</w:t>
        <w:br/>
        <w:t>f 30846/31713/27924 30845/31710/27924 30843/31712/27926</w:t>
        <w:br/>
        <w:t>f 30848/31714/27927 30845/31710/27924 30846/31713/27924</w:t>
        <w:br/>
        <w:t>f 30847/31715/27927 30848/31714/27927 30846/31713/27924</w:t>
        <w:br/>
        <w:t>f 30847/31715/27927 30850/31716/27928 30849/31717/27928</w:t>
        <w:br/>
        <w:t>f 30848/31714/27927 30847/31715/27927 30849/31717/27928</w:t>
        <w:br/>
        <w:t>f 30850/31716/27928 30852/31718/27929 30851/31719/27929</w:t>
        <w:br/>
        <w:t>f 30849/31717/27928 30850/31716/27928 30851/31719/27929</w:t>
        <w:br/>
        <w:t>f 30852/31718/27929 30854/31720/27930 30853/31721/27931</w:t>
        <w:br/>
        <w:t>f 30851/31719/27929 30852/31718/27929 30853/31721/27931</w:t>
        <w:br/>
        <w:t>f 30858/31722/27932 30857/31723/27933 30856/31724/27934</w:t>
        <w:br/>
        <w:t>f 30855/31725/27932 30858/31722/27932 30856/31724/27934</w:t>
        <w:br/>
        <w:t>f 30857/31723/27933 30853/31721/27931 30854/31720/27930</w:t>
        <w:br/>
        <w:t>f 30856/31724/27934 30857/31723/27933 30854/31720/27930</w:t>
        <w:br/>
        <w:t>f 30890/31726/27935 30889/31727/27936 30888/31728/27937</w:t>
        <w:br/>
        <w:t>f 30887/31729/27937 30890/31726/27935 30888/31728/27937</w:t>
        <w:br/>
        <w:t>f 30887/31729/27937 30888/31728/27937 30892/31730/27938</w:t>
        <w:br/>
        <w:t>f 30891/31731/27939 30887/31729/27937 30892/31730/27938</w:t>
        <w:br/>
        <w:t>f 30894/31732/27940 30893/31733/27940 30891/31731/27939</w:t>
        <w:br/>
        <w:t>f 30892/31730/27938 30894/31732/27940 30891/31731/27939</w:t>
        <w:br/>
        <w:t>f 30896/31734/27941 30895/31735/27941 30893/31733/27940</w:t>
        <w:br/>
        <w:t>f 30894/31732/27940 30896/31734/27941 30893/31733/27940</w:t>
        <w:br/>
        <w:t>f 30895/31735/27941 30896/31734/27941 30897/31736/27942</w:t>
        <w:br/>
        <w:t>f 30898/31737/27942 30895/31735/27941 30897/31736/27942</w:t>
        <w:br/>
        <w:t>f 30858/31722/27932 30855/31725/27932 30900/31738/27943</w:t>
        <w:br/>
        <w:t>f 30899/31739/27944 30858/31722/27932 30900/31738/27943</w:t>
        <w:br/>
        <w:t>f 30899/31739/27944 30900/31738/27943 30898/31737/27942</w:t>
        <w:br/>
        <w:t>f 30897/31736/27942 30899/31739/27944 30898/31737/27942</w:t>
        <w:br/>
        <w:t>f 30904/31740/27945 30903/31741/27945 30902/31742/27946</w:t>
        <w:br/>
        <w:t>f 30901/31743/27946 30904/31740/27945 30902/31742/27946</w:t>
        <w:br/>
        <w:t>f 30923/31744/27947 30922/31745/27948 30921/31746/27949</w:t>
        <w:br/>
        <w:t>f 30924/31747/27949 30923/31744/27947 30921/31746/27949</w:t>
        <w:br/>
        <w:t>f 30922/31745/27948 30923/31744/27947 30926/31748/27950</w:t>
        <w:br/>
        <w:t>f 30925/31749/27951 30922/31745/27948 30926/31748/27950</w:t>
        <w:br/>
        <w:t>f 30925/31749/27951 30926/31748/27950 30928/31750/27952</w:t>
        <w:br/>
        <w:t>f 30927/31751/27952 30925/31749/27951 30928/31750/27952</w:t>
        <w:br/>
        <w:t>f 30927/31751/27952 30928/31750/27952 30929/31752/27953</w:t>
        <w:br/>
        <w:t>f 30930/31753/27954 30927/31751/27952 30929/31752/27953</w:t>
        <w:br/>
        <w:t>f 30930/31753/27954 30929/31752/27953 30932/31754/27955</w:t>
        <w:br/>
        <w:t>f 30931/31755/27956 30930/31753/27954 30932/31754/27955</w:t>
        <w:br/>
        <w:t>f 30931/31755/27956 30932/31754/27955 30903/31741/27945</w:t>
        <w:br/>
        <w:t>f 30904/31740/27945 30931/31755/27956 30903/31741/27945</w:t>
        <w:br/>
        <w:t>f 30950/31756/27957 30901/31743/27946 30902/31742/27946</w:t>
        <w:br/>
        <w:t>f 30949/31757/27958 30950/31756/27957 30902/31742/27946</w:t>
        <w:br/>
        <w:t>f 30968/31758/27959 30967/31759/27960 30966/31760/27960</w:t>
        <w:br/>
        <w:t>f 30965/31761/27961 30968/31758/27959 30966/31760/27960</w:t>
        <w:br/>
        <w:t>f 30970/31762/27962 30968/31758/27959 30965/31761/27961</w:t>
        <w:br/>
        <w:t>f 30969/31763/27963 30970/31762/27962 30965/31761/27961</w:t>
        <w:br/>
        <w:t>f 30971/31764/27964 30970/31762/27962 30969/31763/27963</w:t>
        <w:br/>
        <w:t>f 30972/31765/27964 30971/31764/27964 30969/31763/27963</w:t>
        <w:br/>
        <w:t>f 30972/31765/27964 30974/31766/27965 30973/31767/27966</w:t>
        <w:br/>
        <w:t>f 30971/31764/27964 30972/31765/27964 30973/31767/27966</w:t>
        <w:br/>
        <w:t>f 30974/31766/27965 30976/31768/27967 30975/31769/27968</w:t>
        <w:br/>
        <w:t>f 30973/31767/27966 30974/31766/27965 30975/31769/27968</w:t>
        <w:br/>
        <w:t>f 30949/31757/27958 30975/31769/27968 30976/31768/27967</w:t>
        <w:br/>
        <w:t>f 30950/31756/27957 30949/31757/27958 30976/31768/27967</w:t>
        <w:br/>
        <w:t>f 30993/31770/27969 30992/31771/27970 30991/31772/27971</w:t>
        <w:br/>
        <w:t>f 30994/31773/27972 30993/31770/27969 30991/31772/27971</w:t>
        <w:br/>
        <w:t>f 30993/31770/27969 30994/31773/27972 30995/31774/27973</w:t>
        <w:br/>
        <w:t>f 30996/31775/27974 30993/31770/27969 30995/31774/27973</w:t>
        <w:br/>
        <w:t>f 30998/31776/27975 30996/31775/27974 30995/31774/27973</w:t>
        <w:br/>
        <w:t>f 30997/31777/27975 30998/31776/27975 30995/31774/27973</w:t>
        <w:br/>
        <w:t>f 30997/31777/27975 31000/31778/27976 30999/31779/27976</w:t>
        <w:br/>
        <w:t>f 30998/31776/27975 30997/31777/27975 30999/31779/27976</w:t>
        <w:br/>
        <w:t>f 31000/31778/27976 31002/31780/27977 31001/31781/27978</w:t>
        <w:br/>
        <w:t>f 30999/31779/27976 31000/31778/27976 31001/31781/27978</w:t>
        <w:br/>
        <w:t>f 31003/31782/27979 31001/31781/27978 31002/31780/27977</w:t>
        <w:br/>
        <w:t>f 31004/31783/27979 31003/31782/27979 31002/31780/27977</w:t>
        <w:br/>
        <w:t>f 31006/31784/27980 31003/31782/27979 31004/31783/27979</w:t>
        <w:br/>
        <w:t>f 31005/31785/27981 31006/31784/27980 31004/31783/27979</w:t>
        <w:br/>
        <w:t>f 31007/31786/27982 31006/31784/27980 31005/31785/27981</w:t>
        <w:br/>
        <w:t>f 31008/31787/27983 31007/31786/27982 31005/31785/27981</w:t>
        <w:br/>
        <w:t>f 31008/31787/27983 31010/31788/27984 31009/31789/27985</w:t>
        <w:br/>
        <w:t>f 31007/31786/27982 31008/31787/27983 31009/31789/27985</w:t>
        <w:br/>
        <w:t>f 31011/31790/27986 31009/31789/27985 31010/31788/27984</w:t>
        <w:br/>
        <w:t>f 31012/31791/27987 31011/31790/27986 31010/31788/27984</w:t>
        <w:br/>
        <w:t>f 31013/31792/27988 31011/31790/27986 31012/31791/27987</w:t>
        <w:br/>
        <w:t>f 31013/31792/27988 31015/31793/27989 31014/31794/27990</w:t>
        <w:br/>
        <w:t>f 31019/31795/27991 31018/31796/27992 31017/31797/27993</w:t>
        <w:br/>
        <w:t>f 31016/31798/27994 31019/31795/27991 31017/31797/27993</w:t>
        <w:br/>
        <w:t>f 31018/31796/27992 31019/31795/27991 31021/31799/27995</w:t>
        <w:br/>
        <w:t>f 31020/31800/27996 31018/31796/27992 31021/31799/27995</w:t>
        <w:br/>
        <w:t>f 31018/31796/27992 31020/31800/27996 31023/31801/27997</w:t>
        <w:br/>
        <w:t>f 31022/31802/27998 31018/31796/27992 31023/31801/27997</w:t>
        <w:br/>
        <w:t>f 31020/31800/27996 31021/31799/27995 31025/31803/27999</w:t>
        <w:br/>
        <w:t>f 31024/31804/28000 31020/31800/27996 31025/31803/27999</w:t>
        <w:br/>
        <w:t>f 31028/31805/28001 31027/31806/28002 31026/31807/28003</w:t>
        <w:br/>
        <w:t>f 31029/31808/28004 31028/31805/28001 31026/31807/28003</w:t>
        <w:br/>
        <w:t>f 31009/31789/27985 31030/31809/28005 31022/31802/27998</w:t>
        <w:br/>
        <w:t>f 31024/31804/28000 31025/31803/27999 31032/31810/28006</w:t>
        <w:br/>
        <w:t>f 31031/31811/28007 31024/31804/28000 31032/31810/28006</w:t>
        <w:br/>
        <w:t>f 31009/31789/27985 31022/31802/27998 31023/31801/27997</w:t>
        <w:br/>
        <w:t>f 31007/31786/27982 31009/31789/27985 31023/31801/27997</w:t>
        <w:br/>
        <w:t>f 31020/31800/27996 31024/31804/28000 31033/31812/28008</w:t>
        <w:br/>
        <w:t>f 31023/31801/27997 31020/31800/27996 31033/31812/28008</w:t>
        <w:br/>
        <w:t>f 31031/31811/28007 31032/31810/28006 31035/31813/28009</w:t>
        <w:br/>
        <w:t>f 31034/31814/28010 31031/31811/28007 31035/31813/28009</w:t>
        <w:br/>
        <w:t>f 31006/31784/27980 31007/31786/27982 31023/31801/27997</w:t>
        <w:br/>
        <w:t>f 31033/31812/28008 31006/31784/27980 31023/31801/27997</w:t>
        <w:br/>
        <w:t>f 31024/31804/28000 31031/31811/28007 31036/31815/28011</w:t>
        <w:br/>
        <w:t>f 31033/31812/28008 31024/31804/28000 31036/31815/28011</w:t>
        <w:br/>
        <w:t>f 31037/31816/28012 31006/31784/27980 31033/31812/28008</w:t>
        <w:br/>
        <w:t>f 31036/31815/28011 31037/31816/28012 31033/31812/28008</w:t>
        <w:br/>
        <w:t>f 31034/31814/28010 31038/31817/28013 31036/31815/28011</w:t>
        <w:br/>
        <w:t>f 31031/31811/28007 31034/31814/28010 31036/31815/28011</w:t>
        <w:br/>
        <w:t>f 31040/31818/28014 31039/31819/28015 31034/31814/28010</w:t>
        <w:br/>
        <w:t>f 31035/31813/28009 31040/31818/28014 31034/31814/28010</w:t>
        <w:br/>
        <w:t>f 31037/31816/28012 31036/31815/28011 31038/31817/28013</w:t>
        <w:br/>
        <w:t>f 31041/31820/28016 31037/31816/28012 31038/31817/28013</w:t>
        <w:br/>
        <w:t>f 31039/31819/28015 31042/31821/28017 31038/31817/28013</w:t>
        <w:br/>
        <w:t>f 31034/31814/28010 31039/31819/28015 31038/31817/28013</w:t>
        <w:br/>
        <w:t>f 31042/31821/28017 31043/31822/28018 31041/31820/28016</w:t>
        <w:br/>
        <w:t>f 31038/31817/28013 31042/31821/28017 31041/31820/28016</w:t>
        <w:br/>
        <w:t>f 31039/31819/28015 31040/31818/28014 31045/31823/28019</w:t>
        <w:br/>
        <w:t>f 31044/31824/28020 31039/31819/28015 31045/31823/28019</w:t>
        <w:br/>
        <w:t>f 31046/31825/28021 31042/31821/28017 31039/31819/28015</w:t>
        <w:br/>
        <w:t>f 31044/31824/28020 31046/31825/28021 31039/31819/28015</w:t>
        <w:br/>
        <w:t>f 31046/31825/28021 31047/31826/28022 31043/31822/28018</w:t>
        <w:br/>
        <w:t>f 31042/31821/28017 31046/31825/28021 31043/31822/28018</w:t>
        <w:br/>
        <w:t>f 31049/31827/28023 31047/31826/28022 31046/31825/28021</w:t>
        <w:br/>
        <w:t>f 31048/31828/28024 31049/31827/28023 31046/31825/28021</w:t>
        <w:br/>
        <w:t>f 31048/31828/28024 31046/31825/28021 31044/31824/28020</w:t>
        <w:br/>
        <w:t>f 31050/31829/28025 31048/31828/28024 31044/31824/28020</w:t>
        <w:br/>
        <w:t>f 31048/31828/28024 31052/31830/28026 31051/31831/28027</w:t>
        <w:br/>
        <w:t>f 30996/31775/28028 31048/31828/28024 31051/31831/28027</w:t>
        <w:br/>
        <w:t>f 31045/31823/28019 31053/31832/28029 31050/31829/28025</w:t>
        <w:br/>
        <w:t>f 31044/31824/28020 31045/31823/28019 31050/31829/28025</w:t>
        <w:br/>
        <w:t>f 31050/31829/28025 31054/31833/28030 31052/31830/28026</w:t>
        <w:br/>
        <w:t>f 31048/31828/28024 31050/31829/28025 31052/31830/28026</w:t>
        <w:br/>
        <w:t>f 30992/31771/27970 30993/31770/27969 31052/31830/28026</w:t>
        <w:br/>
        <w:t>f 31055/31834/28031 30992/31771/27970 31052/31830/28026</w:t>
        <w:br/>
        <w:t>f 31054/31833/28030 31050/31829/28025 31053/31832/28029</w:t>
        <w:br/>
        <w:t>f 31056/31835/28032 31054/31833/28030 31053/31832/28029</w:t>
        <w:br/>
        <w:t>f 31054/31833/28030 31055/31834/28031 31052/31830/28026</w:t>
        <w:br/>
        <w:t>f 31057/31836/28033 31054/31833/28030 31056/31835/28032</w:t>
        <w:br/>
        <w:t>f 31060/31837/28034 31059/31838/28035 31058/31839/28036</w:t>
        <w:br/>
        <w:t>f 31061/31840/28037 31060/31837/28034 31058/31839/28036</w:t>
        <w:br/>
        <w:t>f 31064/31841/28038 31059/31838/28035 31063/31842/28039</w:t>
        <w:br/>
        <w:t>f 31062/31843/28040 31064/31841/28038 31063/31842/28039</w:t>
        <w:br/>
        <w:t>f 31065/31844/28041 31063/31842/28039 31059/31838/28035</w:t>
        <w:br/>
        <w:t>f 31060/31837/28034 31065/31844/28041 31059/31838/28035</w:t>
        <w:br/>
        <w:t>f 31067/31845/28042 31066/31846/28043 31063/31842/28039</w:t>
        <w:br/>
        <w:t>f 31065/31844/28041 31067/31845/28042 31063/31842/28039</w:t>
        <w:br/>
        <w:t>f 31062/31843/28040 31063/31842/28039 31066/31846/28043</w:t>
        <w:br/>
        <w:t>f 31068/31847/28044 31062/31843/28040 31066/31846/28043</w:t>
        <w:br/>
        <w:t>f 31069/31848/28045 31068/31847/28044 31066/31846/28043</w:t>
        <w:br/>
        <w:t>f 31070/31849/28046 31069/31848/28045 31066/31846/28043</w:t>
        <w:br/>
        <w:t>f 31066/31846/28043 31067/31845/28042 31071/31850/28047</w:t>
        <w:br/>
        <w:t>f 31070/31849/28046 31066/31846/28043 31071/31850/28047</w:t>
        <w:br/>
        <w:t>f 31070/31849/28046 31073/31851/28048 31072/31852/28049</w:t>
        <w:br/>
        <w:t>f 31069/31848/28045 31070/31849/28046 31072/31852/28049</w:t>
        <w:br/>
        <w:t>f 31073/31851/28048 31070/31849/28046 31071/31850/28047</w:t>
        <w:br/>
        <w:t>f 31074/31853/28050 31073/31851/28048 31071/31850/28047</w:t>
        <w:br/>
        <w:t>f 31073/31851/28048 31076/31854/28051 31075/31855/28052</w:t>
        <w:br/>
        <w:t>f 31072/31852/28049 31073/31851/28048 31075/31855/28052</w:t>
        <w:br/>
        <w:t>f 31074/31853/28050 31077/31856/28053 31076/31854/28051</w:t>
        <w:br/>
        <w:t>f 31073/31851/28048 31074/31853/28050 31076/31854/28051</w:t>
        <w:br/>
        <w:t>f 31080/31857/28054 31079/31858/28055 31078/31859/28056</w:t>
        <w:br/>
        <w:t>f 31027/31806/28002 31080/31857/28054 31078/31859/28056</w:t>
        <w:br/>
        <w:t>f 31081/31860/28057 31080/31857/28054 31027/31806/28002</w:t>
        <w:br/>
        <w:t>f 31028/31805/28001 31081/31860/28057 31027/31806/28002</w:t>
        <w:br/>
        <w:t>f 31028/31805/28001 31082/31861/28058 31081/31860/28057</w:t>
        <w:br/>
        <w:t>f 31083/31862/28059 31058/31839/28036 31059/31838/28035</w:t>
        <w:br/>
        <w:t>f 31064/31841/28038 31083/31862/28059 31059/31838/28035</w:t>
        <w:br/>
        <w:t>f 31029/31808/28004 31084/31863/28060 31082/31861/28058</w:t>
        <w:br/>
        <w:t>f 31028/31805/28001 31029/31808/28004 31082/31861/28058</w:t>
        <w:br/>
        <w:t>f 31054/31833/28030 31057/31836/28033 31055/31834/28031</w:t>
        <w:br/>
        <w:t>f 31018/31796/27992 31022/31802/27998 31030/31809/28005</w:t>
        <w:br/>
        <w:t>f 31017/31797/27993 31018/31796/27992 31030/31809/28005</w:t>
        <w:br/>
        <w:t>f 31076/31854/28051 31078/31859/28056 31079/31858/28055</w:t>
        <w:br/>
        <w:t>f 31075/31855/28052 31076/31854/28051 31079/31858/28055</w:t>
        <w:br/>
        <w:t>f 31027/31806/28002 31078/31859/28056 31085/31864/28061</w:t>
        <w:br/>
        <w:t>f 31026/31807/28003 31027/31806/28002 31085/31864/28061</w:t>
        <w:br/>
        <w:t>f 31077/31856/28053 31085/31864/28061 31078/31859/28056</w:t>
        <w:br/>
        <w:t>f 31076/31854/28051 31077/31856/28053 31078/31859/28056</w:t>
        <w:br/>
        <w:t>f 31088/31865/28062 31087/31866/28063 31086/31867/28064</w:t>
        <w:br/>
        <w:t>f 31089/31868/28065 31088/31865/28062 31086/31867/28064</w:t>
        <w:br/>
        <w:t>f 31088/31865/28062 31091/31869/28066 31090/31870/28067</w:t>
        <w:br/>
        <w:t>f 31087/31866/28063 31088/31865/28062 31090/31870/28067</w:t>
        <w:br/>
        <w:t>f 31090/31870/28067 31091/31869/28066 31093/31871/28068</w:t>
        <w:br/>
        <w:t>f 31092/31872/28068 31090/31870/28067 31093/31871/28068</w:t>
        <w:br/>
        <w:t>f 31095/31873/28069 31094/31874/28069 31092/31872/28068</w:t>
        <w:br/>
        <w:t>f 31093/31871/28068 31095/31873/28069 31092/31872/28068</w:t>
        <w:br/>
        <w:t>f 31094/31874/28069 31095/31873/28069 31096/31875/28070</w:t>
        <w:br/>
        <w:t>f 31097/31876/28071 31094/31874/28069 31096/31875/28070</w:t>
        <w:br/>
        <w:t>f 31097/31876/28071 31096/31875/28070 31099/31877/28072</w:t>
        <w:br/>
        <w:t>f 31098/31878/28072 31097/31876/28071 31099/31877/28072</w:t>
        <w:br/>
        <w:t>f 31101/31879/28073 31100/31880/28074 31098/31878/28072</w:t>
        <w:br/>
        <w:t>f 31099/31877/28072 31101/31879/28073 31098/31878/28072</w:t>
        <w:br/>
        <w:t>f 31100/31880/28074 31101/31879/28073 31103/31881/28075</w:t>
        <w:br/>
        <w:t>f 31102/31882/28076 31100/31880/28074 31103/31881/28075</w:t>
        <w:br/>
        <w:t>f 31102/31882/28076 31103/31881/28075 31105/31883/28077</w:t>
        <w:br/>
        <w:t>f 31104/31884/28078 31102/31882/28076 31105/31883/28077</w:t>
        <w:br/>
        <w:t>f 31104/31884/28078 31105/31883/28077 31106/31885/28079</w:t>
        <w:br/>
        <w:t>f 31107/31886/28080 31104/31884/28078 31106/31885/28079</w:t>
        <w:br/>
        <w:t>f 31108/31887/28081 31107/31886/28080 31106/31885/28079</w:t>
        <w:br/>
        <w:t>f 31108/31887/28081 31015/31793/27989 31107/31886/28080</w:t>
        <w:br/>
        <w:t>f 31019/31795/27991 31016/31798/27994 31110/31888/28082</w:t>
        <w:br/>
        <w:t>f 31109/31889/28083 31019/31795/27991 31110/31888/28082</w:t>
        <w:br/>
        <w:t>f 31021/31799/27995 31019/31795/27991 31109/31889/28083</w:t>
        <w:br/>
        <w:t>f 31111/31890/28084 31021/31799/27995 31109/31889/28083</w:t>
        <w:br/>
        <w:t>f 31112/31891/28085 31111/31890/28084 31109/31889/28083</w:t>
        <w:br/>
        <w:t>f 31113/31892/28086 31112/31891/28085 31109/31889/28083</w:t>
        <w:br/>
        <w:t>f 31025/31803/27999 31021/31799/27995 31111/31890/28084</w:t>
        <w:br/>
        <w:t>f 31114/31893/28087 31025/31803/27999 31111/31890/28084</w:t>
        <w:br/>
        <w:t>f 31115/31894/28088 31029/31808/28004 31026/31807/28003</w:t>
        <w:br/>
        <w:t>f 31116/31895/28089 31115/31894/28088 31026/31807/28003</w:t>
        <w:br/>
        <w:t>f 31105/31883/28077 31113/31892/28086 31117/31896/28090</w:t>
        <w:br/>
        <w:t>f 31032/31810/28006 31025/31803/27999 31114/31893/28087</w:t>
        <w:br/>
        <w:t>f 31118/31897/28091 31032/31810/28006 31114/31893/28087</w:t>
        <w:br/>
        <w:t>f 31112/31891/28085 31113/31892/28086 31105/31883/28077</w:t>
        <w:br/>
        <w:t>f 31103/31881/28075 31112/31891/28085 31105/31883/28077</w:t>
        <w:br/>
        <w:t>f 31119/31898/28092 31114/31893/28087 31111/31890/28084</w:t>
        <w:br/>
        <w:t>f 31112/31891/28085 31119/31898/28092 31111/31890/28084</w:t>
        <w:br/>
        <w:t>f 31118/31897/28091 31120/31899/28093 31035/31813/28009</w:t>
        <w:br/>
        <w:t>f 31032/31810/28006 31118/31897/28091 31035/31813/28009</w:t>
        <w:br/>
        <w:t>f 31112/31891/28085 31103/31881/28075 31101/31879/28073</w:t>
        <w:br/>
        <w:t>f 31119/31898/28092 31112/31891/28085 31101/31879/28073</w:t>
        <w:br/>
        <w:t>f 31114/31893/28087 31119/31898/28092 31121/31900/28094</w:t>
        <w:br/>
        <w:t>f 31118/31897/28091 31114/31893/28087 31121/31900/28094</w:t>
        <w:br/>
        <w:t>f 31122/31901/28095 31121/31900/28094 31119/31898/28092</w:t>
        <w:br/>
        <w:t>f 31101/31879/28073 31122/31901/28095 31119/31898/28092</w:t>
        <w:br/>
        <w:t>f 31121/31900/28094 31123/31902/28096 31120/31899/28093</w:t>
        <w:br/>
        <w:t>f 31118/31897/28091 31121/31900/28094 31120/31899/28093</w:t>
        <w:br/>
        <w:t>f 31120/31899/28093 31124/31903/28097 31040/31818/28014</w:t>
        <w:br/>
        <w:t>f 31035/31813/28009 31120/31899/28093 31040/31818/28014</w:t>
        <w:br/>
        <w:t>f 31123/31902/28096 31121/31900/28094 31122/31901/28095</w:t>
        <w:br/>
        <w:t>f 31125/31904/28098 31123/31902/28096 31122/31901/28095</w:t>
        <w:br/>
        <w:t>f 31123/31902/28096 31126/31905/28099 31124/31903/28097</w:t>
        <w:br/>
        <w:t>f 31120/31899/28093 31123/31902/28096 31124/31903/28097</w:t>
        <w:br/>
        <w:t>f 31126/31905/28099 31123/31902/28096 31125/31904/28098</w:t>
        <w:br/>
        <w:t>f 31127/31906/28100 31126/31905/28099 31125/31904/28098</w:t>
        <w:br/>
        <w:t>f 31045/31823/28019 31040/31818/28014 31124/31903/28097</w:t>
        <w:br/>
        <w:t>f 31128/31907/28101 31045/31823/28019 31124/31903/28097</w:t>
        <w:br/>
        <w:t>f 31124/31903/28097 31126/31905/28099 31129/31908/28102</w:t>
        <w:br/>
        <w:t>f 31128/31907/28101 31124/31903/28097 31129/31908/28102</w:t>
        <w:br/>
        <w:t>f 31127/31906/28100 31130/31909/28103 31129/31908/28102</w:t>
        <w:br/>
        <w:t>f 31126/31905/28099 31127/31906/28100 31129/31908/28102</w:t>
        <w:br/>
        <w:t>f 31129/31908/28102 31130/31909/28103 31132/31910/28104</w:t>
        <w:br/>
        <w:t>f 31131/31911/28105 31129/31908/28102 31132/31910/28104</w:t>
        <w:br/>
        <w:t>f 31128/31907/28101 31129/31908/28102 31131/31911/28105</w:t>
        <w:br/>
        <w:t>f 31133/31912/28106 31128/31907/28101 31131/31911/28105</w:t>
        <w:br/>
        <w:t>f 31131/31911/28105 31091/31869/28107 31135/31913/28108</w:t>
        <w:br/>
        <w:t>f 31134/31914/28109 31131/31911/28105 31135/31913/28108</w:t>
        <w:br/>
        <w:t>f 31045/31823/28019 31128/31907/28101 31133/31912/28106</w:t>
        <w:br/>
        <w:t>f 31053/31832/28029 31045/31823/28019 31133/31912/28106</w:t>
        <w:br/>
        <w:t>f 31133/31912/28106 31131/31911/28105 31134/31914/28109</w:t>
        <w:br/>
        <w:t>f 31136/31915/28110 31133/31912/28106 31134/31914/28109</w:t>
        <w:br/>
        <w:t>f 31089/31868/28065 31137/31916/28111 31134/31914/28109</w:t>
        <w:br/>
        <w:t>f 31088/31865/28062 31089/31868/28065 31134/31914/28109</w:t>
        <w:br/>
        <w:t>f 31136/31915/28110 31056/31835/28032 31053/31832/28029</w:t>
        <w:br/>
        <w:t>f 31133/31912/28106 31136/31915/28110 31053/31832/28029</w:t>
        <w:br/>
        <w:t>f 31136/31915/28110 31134/31914/28109 31137/31916/28111</w:t>
        <w:br/>
        <w:t>f 31057/31836/28033 31056/31835/28032 31136/31915/28110</w:t>
        <w:br/>
        <w:t>f 31139/31917/28112 31138/31918/28113 31060/31837/28034</w:t>
        <w:br/>
        <w:t>f 31061/31840/28037 31139/31917/28112 31060/31837/28034</w:t>
        <w:br/>
        <w:t>f 31142/31919/28114 31141/31920/28115 31140/31921/28116</w:t>
        <w:br/>
        <w:t>f 31138/31918/28113 31142/31919/28114 31140/31921/28116</w:t>
        <w:br/>
        <w:t>f 31065/31844/28041 31060/31837/28034 31138/31918/28113</w:t>
        <w:br/>
        <w:t>f 31140/31921/28116 31065/31844/28041 31138/31918/28113</w:t>
        <w:br/>
        <w:t>f 31140/31921/28116 31143/31922/28117 31067/31845/28042</w:t>
        <w:br/>
        <w:t>f 31065/31844/28041 31140/31921/28116 31067/31845/28042</w:t>
        <w:br/>
        <w:t>f 31141/31920/28115 31144/31923/28118 31143/31922/28117</w:t>
        <w:br/>
        <w:t>f 31140/31921/28116 31141/31920/28115 31143/31922/28117</w:t>
        <w:br/>
        <w:t>f 31146/31924/28119 31145/31925/28120 31143/31922/28117</w:t>
        <w:br/>
        <w:t>f 31144/31923/28118 31146/31924/28119 31143/31922/28117</w:t>
        <w:br/>
        <w:t>f 31071/31850/28047 31067/31845/28042 31143/31922/28117</w:t>
        <w:br/>
        <w:t>f 31145/31925/28120 31071/31850/28047 31143/31922/28117</w:t>
        <w:br/>
        <w:t>f 31148/31926/28121 31147/31927/28122 31145/31925/28120</w:t>
        <w:br/>
        <w:t>f 31146/31924/28119 31148/31926/28121 31145/31925/28120</w:t>
        <w:br/>
        <w:t>f 31147/31927/28122 31074/31853/28050 31071/31850/28047</w:t>
        <w:br/>
        <w:t>f 31145/31925/28120 31147/31927/28122 31071/31850/28047</w:t>
        <w:br/>
        <w:t>f 31147/31927/28122 31148/31926/28121 31150/31928/28123</w:t>
        <w:br/>
        <w:t>f 31149/31929/28124 31147/31927/28122 31150/31928/28123</w:t>
        <w:br/>
        <w:t>f 31149/31929/28124 31077/31856/28053 31074/31853/28050</w:t>
        <w:br/>
        <w:t>f 31147/31927/28122 31149/31929/28124 31074/31853/28050</w:t>
        <w:br/>
        <w:t>f 31153/31930/28125 31116/31895/28089 31152/31931/28126</w:t>
        <w:br/>
        <w:t>f 31151/31932/28127 31153/31930/28125 31152/31931/28126</w:t>
        <w:br/>
        <w:t>f 31116/31895/28089 31153/31930/28125 31154/31933/28128</w:t>
        <w:br/>
        <w:t>f 31115/31894/28088 31116/31895/28089 31154/31933/28128</w:t>
        <w:br/>
        <w:t>f 31115/31894/28088 31154/31933/28128 31155/31934/28129</w:t>
        <w:br/>
        <w:t>f 31156/31935/28130 31142/31919/28114 31138/31918/28113</w:t>
        <w:br/>
        <w:t>f 31139/31917/28112 31156/31935/28130 31138/31918/28113</w:t>
        <w:br/>
        <w:t>f 31029/31808/28004 31115/31894/28088 31155/31934/28129</w:t>
        <w:br/>
        <w:t>f 31084/31863/28060 31029/31808/28004 31155/31934/28129</w:t>
        <w:br/>
        <w:t>f 31136/31915/28110 31137/31916/28111 31057/31836/28033</w:t>
        <w:br/>
        <w:t>f 31117/31896/28090 31113/31892/28086 31109/31889/28083</w:t>
        <w:br/>
        <w:t>f 31110/31888/28082 31117/31896/28090 31109/31889/28083</w:t>
        <w:br/>
        <w:t>f 31151/31932/28127 31152/31931/28126 31149/31929/28124</w:t>
        <w:br/>
        <w:t>f 31150/31928/28123 31151/31932/28127 31149/31929/28124</w:t>
        <w:br/>
        <w:t>f 31085/31864/28061 31152/31931/28126 31116/31895/28089</w:t>
        <w:br/>
        <w:t>f 31026/31807/28003 31085/31864/28061 31116/31895/28089</w:t>
        <w:br/>
        <w:t>f 31077/31856/28053 31149/31929/28124 31152/31931/28126</w:t>
        <w:br/>
        <w:t>f 31085/31864/28061 31077/31856/28053 31152/31931/28126</w:t>
        <w:br/>
        <w:t>f 31013/31792/27988 31012/31791/27987 31015/31793/27989</w:t>
        <w:br/>
        <w:t>f 31108/31887/28081 31014/31794/27990 31015/31793/27989</w:t>
        <w:br/>
        <w:t>f 29759/31644/27858 30524/31698/27912 29756/31636/27850</w:t>
        <w:br/>
        <w:t>f 29757/31640/27854 29759/31644/27858 29756/31636/27850</w:t>
        <w:br/>
        <w:t>f 30534/31706/27920 29749/31635/27849 30531/31702/27916</w:t>
        <w:br/>
        <w:t>f 30533/31707/27921 30534/31706/27920 30531/31702/27916</w:t>
        <w:br/>
        <w:t>f 29696/31579/27793 29697/31578/27792 30505/31678/27892</w:t>
        <w:br/>
        <w:t>f 30502/31677/27891 29696/31579/27793 30505/31678/27892</w:t>
        <w:br/>
        <w:t>f 29747/31631/27845 29763/31645/27859 29762/31646/27860</w:t>
        <w:br/>
        <w:t>f 29741/31626/27840 29747/31631/27845 29762/31646/27860</w:t>
        <w:br/>
        <w:t>f 29749/31635/27849 29750/31634/27848 30530/31703/27917</w:t>
        <w:br/>
        <w:t>f 30531/31702/27916 29749/31635/27849 30530/31703/27917</w:t>
        <w:br/>
        <w:t>f 29752/31632/27846 29760/31643/27857 29761/31642/27856</w:t>
        <w:br/>
        <w:t>f 30524/31698/27912 29755/31637/27851 29756/31636/27850</w:t>
        <w:br/>
        <w:t>f 30532/31705/27919 30533/31707/27921 30531/31702/27916</w:t>
        <w:br/>
        <w:t>f 29760/31643/27857 29752/31632/27846 29749/31635/27849</w:t>
        <w:br/>
        <w:t>f 30534/31706/27920 29760/31643/27857 29749/31635/27849</w:t>
        <w:br/>
        <w:t>f 31158/31936/28131 29748/31630/27844 29742/31625/27839</w:t>
        <w:br/>
        <w:t>f 31157/31937/28132 31158/31936/28131 29742/31625/27839</w:t>
        <w:br/>
        <w:t>f 30503/31676/27890 29701/31585/27799 29726/31609/27823</w:t>
        <w:br/>
        <w:t>f 29709/31592/27806 29710/31591/27805 29745/31627/27841</w:t>
        <w:br/>
        <w:t>f 29741/31626/27840 29762/31646/27860 30525/31697/27911</w:t>
        <w:br/>
        <w:t>f 29743/31624/27838 29741/31626/27840 30525/31697/27911</w:t>
        <w:br/>
        <w:t>f 31159/31938/28133 29739/31621/27835 29730/31613/27827</w:t>
        <w:br/>
        <w:t>f 29743/31624/27838 30525/31697/27911 29739/31621/27835</w:t>
        <w:br/>
        <w:t>f 31159/31938/28133 29743/31624/27838 29739/31621/27835</w:t>
        <w:br/>
        <w:t>f 29730/31613/27827 29739/31621/27835 29735/31618/27832</w:t>
        <w:br/>
        <w:t>f 29764/31647/27861 29760/31643/27857 30534/31706/27920</w:t>
        <w:br/>
        <w:t>f 30523/31696/27910 29764/31647/27861 30534/31706/27920</w:t>
        <w:br/>
        <w:t>f 30520/31693/27907 30522/31695/27909 30523/31696/27910</w:t>
        <w:br/>
        <w:t>f 30526/31699/27913 30520/31693/27907 30523/31696/27910</w:t>
        <w:br/>
        <w:t>f 31160/31939/28134 30527/31701/27915 30528/31700/27914</w:t>
        <w:br/>
        <w:t>f 30048/31650/27864 31160/31939/28134 30528/31700/27914</w:t>
        <w:br/>
        <w:t>f 30518/31691/27905 29195/31551/27765 31161/31940/28135</w:t>
        <w:br/>
        <w:t>f 29733/31616/27830 30516/31689/27903 29732/31617/27831</w:t>
        <w:br/>
        <w:t>f 31162/31941/28136 30046/31652/27866 29734/31615/27829</w:t>
        <w:br/>
        <w:t>f 31163/31942/28137 31162/31941/28136 30533/31707/27921</w:t>
        <w:br/>
        <w:t>f 30532/31705/27919 31163/31942/28137 30533/31707/27921</w:t>
        <w:br/>
        <w:t>f 31172/31943/28138 31158/31936/28131 31157/31937/28132</w:t>
        <w:br/>
        <w:t>f 29196/31550/27764 31172/31943/28138 31157/31937/28132</w:t>
        <w:br/>
        <w:t>f 31174/31944/28139 30045/31653/27867 31163/31942/28137</w:t>
        <w:br/>
        <w:t>f 31173/31945/28140 31174/31944/28139 31163/31942/28137</w:t>
        <w:br/>
        <w:t>f 31157/31937/28132 29742/31625/27839 29743/31624/27838</w:t>
        <w:br/>
        <w:t>f 31161/31940/28135 31157/31937/28132 29743/31624/27838</w:t>
        <w:br/>
        <w:t>f 30532/31705/27919 30529/31704/27918 31173/31945/28140</w:t>
        <w:br/>
        <w:t>f 31163/31942/28137 30532/31705/27919 31173/31945/28140</w:t>
        <w:br/>
        <w:t>f 29716/31599/27813 30502/31677/27891 30503/31676/27890</w:t>
        <w:br/>
        <w:t>f 29707/31590/27804 29695/31580/27794 29696/31579/27793</w:t>
        <w:br/>
        <w:t>f 29764/31647/27861 30522/31695/27909 29737/31620/27834</w:t>
        <w:br/>
        <w:t>f 29740/31623/27837 29764/31647/27861 29737/31620/27834</w:t>
        <w:br/>
        <w:t>f 29740/31623/27837 29738/31622/27836 30524/31698/27912</w:t>
        <w:br/>
        <w:t>f 29759/31644/27858 29740/31623/27837 30524/31698/27912</w:t>
        <w:br/>
        <w:t>f 29703/31586/27800 29701/31585/27799 30503/31676/27890</w:t>
        <w:br/>
        <w:t>f 30504/31675/27889 29703/31586/27800 30503/31676/27890</w:t>
        <w:br/>
        <w:t>f 29706/31587/27801 29709/31592/27806 29745/31627/27841</w:t>
        <w:br/>
        <w:t>f 30498/31671/27885 29706/31587/27801 29704/31589/27803</w:t>
        <w:br/>
        <w:t>f 29694/31576/27790 29689/31575/27789 29695/31580/27794</w:t>
        <w:br/>
        <w:t>f 29707/31590/27804 29696/31579/27793 30502/31677/27891</w:t>
        <w:br/>
        <w:t>f 30516/31689/27903 29733/31616/27830 30514/31686/27900</w:t>
        <w:br/>
        <w:t>f 29725/31608/27822 29722/31603/27817 29724/31607/27821</w:t>
        <w:br/>
        <w:t>f 29718/31601/27815 29715/31598/27812 29721/31604/27818</w:t>
        <w:br/>
        <w:t>f 29722/31603/27817 29718/31601/27815 29721/31604/27818</w:t>
        <w:br/>
        <w:t>f 30508/31682/27896 30509/31681/27895 30513/31687/27901</w:t>
        <w:br/>
        <w:t>f 30509/31681/27895 30514/31686/27900 30513/31687/27901</w:t>
        <w:br/>
        <w:t>f 30513/31687/27901 29709/31592/27806 30508/31682/27896</w:t>
        <w:br/>
        <w:t>f 30510/31683/27897 29708/31593/27807 29709/31592/27806</w:t>
        <w:br/>
        <w:t>f 30513/31687/27901 30510/31683/27897 29709/31592/27806</w:t>
        <w:br/>
        <w:t>f 29726/31609/27823 29720/31605/27819 29716/31599/27813</w:t>
        <w:br/>
        <w:t>f 29720/31605/27819 29721/31604/27818 29716/31599/27813</w:t>
        <w:br/>
        <w:t>f 29721/31604/27818 29715/31598/27812 29716/31599/27813</w:t>
        <w:br/>
        <w:t>f 30497/31669/27883 30498/31671/27885 29704/31589/27803</w:t>
        <w:br/>
        <w:t>f 29715/31598/27812 29700/31582/27796 29707/31590/27804</w:t>
        <w:br/>
        <w:t>f 29707/31590/27804 29694/31576/27790 29695/31580/27794</w:t>
        <w:br/>
        <w:t>f 30501/31674/27888 30508/31682/27896 29706/31587/27801</w:t>
        <w:br/>
        <w:t>f 29194/31552/27766 29195/31551/27765 30518/31691/27905</w:t>
        <w:br/>
        <w:t>f 29724/31607/27821 29194/31552/27766 30518/31691/27905</w:t>
        <w:br/>
        <w:t>f 30533/31707/27921 31162/31941/28136 30526/31699/27913</w:t>
        <w:br/>
        <w:t>f 31159/31938/28133 30518/31691/27905 31161/31940/28135</w:t>
        <w:br/>
        <w:t>f 29743/31624/27838 31159/31938/28133 31161/31940/28135</w:t>
        <w:br/>
        <w:t>f 31161/31940/28135 29195/31551/27765 29196/31550/27764</w:t>
        <w:br/>
        <w:t>f 31157/31937/28132 31161/31940/28135 29196/31550/27764</w:t>
        <w:br/>
        <w:t>f 30526/31699/27913 31162/31941/28136 29734/31615/27829</w:t>
        <w:br/>
        <w:t>f 30045/31653/27867 30046/31652/27866 31162/31941/28136</w:t>
        <w:br/>
        <w:t>f 31163/31942/28137 30045/31653/27867 31162/31941/28136</w:t>
        <w:br/>
        <w:t>f 29730/31613/27827 29728/31611/27825 30518/31691/27905</w:t>
        <w:br/>
        <w:t>f 31159/31938/28133 29730/31613/27827 30518/31691/27905</w:t>
        <w:br/>
        <w:t>f 30501/31674/27888 30506/31679/27893 30508/31682/27896</w:t>
        <w:br/>
        <w:t>f 29718/31601/27815 29712/31594/27808 29715/31598/27812</w:t>
        <w:br/>
        <w:t>f 30528/31700/27914 29710/31591/27805 29708/31593/27807</w:t>
        <w:br/>
        <w:t>f 29726/31609/27823 29701/31585/27799 29194/31552/27766</w:t>
        <w:br/>
        <w:t>f 29716/31599/27813 30503/31676/27890 29726/31609/27823</w:t>
        <w:br/>
        <w:t>f 29716/31599/27813 29707/31590/27804 30502/31677/27891</w:t>
        <w:br/>
        <w:t>f 29705/31588/27802 29706/31587/27801 29745/31627/27841</w:t>
        <w:br/>
        <w:t>f 30048/31650/27864 30528/31700/27914 30047/31651/27865</w:t>
        <w:br/>
        <w:t>f 30813/31946/28141 30812/31947/28142 30811/31948/28143</w:t>
        <w:br/>
        <w:t>f 30814/31949/28143 30813/31946/28141 30811/31948/28143</w:t>
        <w:br/>
        <w:t>f 30812/31947/28142 30813/31946/28141 30815/31950/28144</w:t>
        <w:br/>
        <w:t>f 30816/31951/28144 30812/31947/28142 30815/31950/28144</w:t>
        <w:br/>
        <w:t>f 30818/31952/28145 30817/31953/28146 30816/31951/28144</w:t>
        <w:br/>
        <w:t>f 30815/31950/28144 30818/31952/28145 30816/31951/28144</w:t>
        <w:br/>
        <w:t>f 30820/31954/28147 30819/31955/28147 30817/31953/28146</w:t>
        <w:br/>
        <w:t>f 30818/31952/28145 30820/31954/28147 30817/31953/28146</w:t>
        <w:br/>
        <w:t>f 30819/31955/28147 30820/31954/28147 30822/31956/28148</w:t>
        <w:br/>
        <w:t>f 30821/31957/28148 30819/31955/28147 30822/31956/28148</w:t>
        <w:br/>
        <w:t>f 30826/31958/28149 30825/31959/28149 30824/31960/28150</w:t>
        <w:br/>
        <w:t>f 30823/31961/28151 30826/31958/28149 30824/31960/28150</w:t>
        <w:br/>
        <w:t>f 30830/31962/28152 30829/31963/28153 30828/31964/28153</w:t>
        <w:br/>
        <w:t>f 30827/31965/28154 30830/31962/28152 30828/31964/28153</w:t>
        <w:br/>
        <w:t>f 30829/31963/28153 30832/31966/28155 30831/31967/28156</w:t>
        <w:br/>
        <w:t>f 30828/31964/28153 30829/31963/28153 30831/31967/28156</w:t>
        <w:br/>
        <w:t>f 30834/31968/28157 30831/31967/28156 30832/31966/28155</w:t>
        <w:br/>
        <w:t>f 30833/31969/28158 30834/31968/28157 30832/31966/28155</w:t>
        <w:br/>
        <w:t>f 30835/31970/28159 30834/31968/28157 30833/31969/28158</w:t>
        <w:br/>
        <w:t>f 30836/31971/28160 30835/31970/28159 30833/31969/28158</w:t>
        <w:br/>
        <w:t>f 30838/31972/28161 30835/31970/28159 30836/31971/28160</w:t>
        <w:br/>
        <w:t>f 30837/31973/28162 30838/31972/28161 30836/31971/28160</w:t>
        <w:br/>
        <w:t>f 30838/31972/28161 30837/31973/28162 30839/31974/28163</w:t>
        <w:br/>
        <w:t>f 30840/31975/28163 30838/31972/28161 30839/31974/28163</w:t>
        <w:br/>
        <w:t>f 30842/31976/28164 30840/31975/28163 30839/31974/28163</w:t>
        <w:br/>
        <w:t>f 30841/31977/28165 30842/31976/28164 30839/31974/28163</w:t>
        <w:br/>
        <w:t>f 30825/31959/28149 30826/31958/28149 30821/31957/28148</w:t>
        <w:br/>
        <w:t>f 30822/31956/28148 30825/31959/28149 30821/31957/28148</w:t>
        <w:br/>
        <w:t>f 30861/31978/28166 30860/31979/28167 30859/31980/28167</w:t>
        <w:br/>
        <w:t>f 30862/31981/28166 30861/31978/28166 30859/31980/28167</w:t>
        <w:br/>
        <w:t>f 30863/31982/28168 30861/31978/28166 30862/31981/28166</w:t>
        <w:br/>
        <w:t>f 30864/31983/28169 30863/31982/28168 30862/31981/28166</w:t>
        <w:br/>
        <w:t>f 30866/31984/28170 30863/31982/28168 30864/31983/28169</w:t>
        <w:br/>
        <w:t>f 30865/31985/28171 30866/31984/28170 30864/31983/28169</w:t>
        <w:br/>
        <w:t>f 30867/31986/28172 30866/31984/28170 30865/31985/28171</w:t>
        <w:br/>
        <w:t>f 30868/31987/28172 30867/31986/28172 30865/31985/28171</w:t>
        <w:br/>
        <w:t>f 30869/31988/28173 30867/31986/28172 30868/31987/28172</w:t>
        <w:br/>
        <w:t>f 30870/31989/28174 30869/31988/28173 30868/31987/28172</w:t>
        <w:br/>
        <w:t>f 30871/31990/28175 30823/31961/28151 30824/31960/28150</w:t>
        <w:br/>
        <w:t>f 30872/31991/28175 30871/31990/28175 30824/31960/28150</w:t>
        <w:br/>
        <w:t>f 30830/31962/28152 30827/31965/28154 30874/31992/28176</w:t>
        <w:br/>
        <w:t>f 30873/31993/28176 30830/31962/28152 30874/31992/28176</w:t>
        <w:br/>
        <w:t>f 30873/31993/28176 30874/31992/28176 30876/31994/28177</w:t>
        <w:br/>
        <w:t>f 30875/31995/28178 30873/31993/28176 30876/31994/28177</w:t>
        <w:br/>
        <w:t>f 30875/31995/28178 30876/31994/28177 30878/31996/28179</w:t>
        <w:br/>
        <w:t>f 30877/31997/28180 30875/31995/28178 30878/31996/28179</w:t>
        <w:br/>
        <w:t>f 30880/31998/28181 30879/31999/28182 30877/31997/28180</w:t>
        <w:br/>
        <w:t>f 30878/31996/28179 30880/31998/28181 30877/31997/28180</w:t>
        <w:br/>
        <w:t>f 30882/32000/28183 30881/32001/28183 30879/31999/28182</w:t>
        <w:br/>
        <w:t>f 30880/31998/28181 30882/32000/28183 30879/31999/28182</w:t>
        <w:br/>
        <w:t>f 30882/32000/28183 30884/32002/28184 30883/32003/28185</w:t>
        <w:br/>
        <w:t>f 30881/32001/28183 30882/32000/28183 30883/32003/28185</w:t>
        <w:br/>
        <w:t>f 30883/32003/28185 30884/32002/28184 30886/32004/28186</w:t>
        <w:br/>
        <w:t>f 30885/32005/28187 30883/32003/28185 30886/32004/28186</w:t>
        <w:br/>
        <w:t>f 30872/31991/28175 30869/31988/28173 30870/31989/28174</w:t>
        <w:br/>
        <w:t>f 30871/31990/28175 30872/31991/28175 30870/31989/28174</w:t>
        <w:br/>
        <w:t>f 30908/32006/28188 30907/32007/28189 30906/32008/28189</w:t>
        <w:br/>
        <w:t>f 30905/32009/28188 30908/32006/28188 30906/32008/28189</w:t>
        <w:br/>
        <w:t>f 30909/32010/28190 30906/32008/28189 30907/32007/28189</w:t>
        <w:br/>
        <w:t>f 30910/32011/28190 30909/32010/28190 30907/32007/28189</w:t>
        <w:br/>
        <w:t>f 30910/32011/28190 30912/32012/28191 30911/32013/28191</w:t>
        <w:br/>
        <w:t>f 30909/32010/28190 30910/32011/28190 30911/32013/28191</w:t>
        <w:br/>
        <w:t>f 30912/32012/28191 30914/32014/28192 30913/32015/28192</w:t>
        <w:br/>
        <w:t>f 30911/32013/28191 30912/32012/28191 30913/32015/28192</w:t>
        <w:br/>
        <w:t>f 30915/32016/28193 30913/32015/28192 30914/32014/28192</w:t>
        <w:br/>
        <w:t>f 30916/32017/28194 30915/32016/28193 30914/32014/28192</w:t>
        <w:br/>
        <w:t>f 30920/32018/28195 30919/32019/28196 30918/32020/28196</w:t>
        <w:br/>
        <w:t>f 30917/32021/28195 30920/32018/28195 30918/32020/28196</w:t>
        <w:br/>
        <w:t>f 30936/32022/28197 30935/32023/28198 30934/32024/28199</w:t>
        <w:br/>
        <w:t>f 30933/32025/28199 30936/32022/28197 30934/32024/28199</w:t>
        <w:br/>
        <w:t>f 30938/32026/28200 30935/32023/28198 30936/32022/28197</w:t>
        <w:br/>
        <w:t>f 30937/32027/28201 30938/32026/28200 30936/32022/28197</w:t>
        <w:br/>
        <w:t>f 30938/32026/28200 30937/32027/28201 30939/32028/28202</w:t>
        <w:br/>
        <w:t>f 30940/32029/28202 30938/32026/28200 30939/32028/28202</w:t>
        <w:br/>
        <w:t>f 30942/32030/28203 30941/32031/28204 30940/32029/28202</w:t>
        <w:br/>
        <w:t>f 30939/32028/28202 30942/32030/28203 30940/32029/28202</w:t>
        <w:br/>
        <w:t>f 30944/32032/28205 30943/32033/28206 30941/32031/28204</w:t>
        <w:br/>
        <w:t>f 30942/32030/28203 30944/32032/28205 30941/32031/28204</w:t>
        <w:br/>
        <w:t>f 30943/32033/28206 30944/32032/28205 30946/32034/28207</w:t>
        <w:br/>
        <w:t>f 30945/32035/28208 30943/32033/28206 30946/32034/28207</w:t>
        <w:br/>
        <w:t>f 30948/32036/28209 30947/32037/28210 30945/32035/28208</w:t>
        <w:br/>
        <w:t>f 30946/32034/28207 30948/32036/28209 30945/32035/28208</w:t>
        <w:br/>
        <w:t>f 30916/32017/28194 30920/32018/28195 30917/32021/28195</w:t>
        <w:br/>
        <w:t>f 30915/32016/28193 30916/32017/28194 30917/32021/28195</w:t>
        <w:br/>
        <w:t>f 30953/32038/28211 30952/32039/28211 30951/32040/28212</w:t>
        <w:br/>
        <w:t>f 30954/32041/28213 30953/32038/28211 30951/32040/28212</w:t>
        <w:br/>
        <w:t>f 30956/32042/28214 30955/32043/28214 30954/32041/28213</w:t>
        <w:br/>
        <w:t>f 30951/32040/28212 30956/32042/28214 30954/32041/28213</w:t>
        <w:br/>
        <w:t>f 30958/32044/28215 30957/32045/28216 30955/32043/28214</w:t>
        <w:br/>
        <w:t>f 30956/32042/28214 30958/32044/28215 30955/32043/28214</w:t>
        <w:br/>
        <w:t>f 30960/32046/28217 30959/32047/28218 30957/32045/28216</w:t>
        <w:br/>
        <w:t>f 30958/32044/28215 30960/32046/28217 30957/32045/28216</w:t>
        <w:br/>
        <w:t>f 30962/32048/28219 30961/32049/28219 30959/32047/28218</w:t>
        <w:br/>
        <w:t>f 30960/32046/28217 30962/32048/28219 30959/32047/28218</w:t>
        <w:br/>
        <w:t>f 30918/32020/28196 30919/32019/28196 30964/32050/28220</w:t>
        <w:br/>
        <w:t>f 30963/32051/28220 30918/32020/28196 30964/32050/28220</w:t>
        <w:br/>
        <w:t>f 30979/32052/28221 30978/32053/28222 30977/32054/28223</w:t>
        <w:br/>
        <w:t>f 30980/32055/28224 30979/32052/28221 30977/32054/28223</w:t>
        <w:br/>
        <w:t>f 30982/32056/28225 30981/32057/28226 30977/32054/28223</w:t>
        <w:br/>
        <w:t>f 30978/32053/28222 30982/32056/28225 30977/32054/28223</w:t>
        <w:br/>
        <w:t>f 30983/32058/28227 30981/32057/28226 30982/32056/28225</w:t>
        <w:br/>
        <w:t>f 30984/32059/28228 30983/32058/28227 30982/32056/28225</w:t>
        <w:br/>
        <w:t>f 30984/32059/28228 30986/32060/28229 30985/32061/28230</w:t>
        <w:br/>
        <w:t>f 30983/32058/28227 30984/32059/28228 30985/32061/28230</w:t>
        <w:br/>
        <w:t>f 30986/32060/28229 30988/32062/28231 30987/32063/28232</w:t>
        <w:br/>
        <w:t>f 30985/32061/28230 30986/32060/28229 30987/32063/28232</w:t>
        <w:br/>
        <w:t>f 30988/32062/28231 30990/32064/28233 30989/32065/28234</w:t>
        <w:br/>
        <w:t>f 30987/32063/28232 30988/32062/28231 30989/32065/28234</w:t>
        <w:br/>
        <w:t>f 30948/32036/28209 30989/32065/28234 30990/32064/28233</w:t>
        <w:br/>
        <w:t>f 30947/32037/28210 30948/32036/28209 30990/32064/28233</w:t>
        <w:br/>
        <w:t>f 30963/32051/28220 30964/32050/28220 30961/32049/28219</w:t>
        <w:br/>
        <w:t>f 30962/32048/28219 30963/32051/28220 30961/32049/28219</w:t>
        <w:br/>
        <w:t>f 28818/32066/28235 28817/32067/28236 28816/32068/28235</w:t>
        <w:br/>
        <w:t>f 28822/32069/28237 28821/32070/28238 28820/32071/28239</w:t>
        <w:br/>
        <w:t>f 28819/32072/28240 28822/32069/28237 28820/32071/28239</w:t>
        <w:br/>
        <w:t>f 28816/32068/28235 28824/32073/28241 28823/32074/28242</w:t>
        <w:br/>
        <w:t>f 28818/32066/28235 28816/32068/28235 28823/32074/28242</w:t>
        <w:br/>
        <w:t>f 28821/32070/28238 28822/32069/28237 28825/32075/28243</w:t>
        <w:br/>
        <w:t>f 28826/32076/28243 28821/32070/28238 28825/32075/28243</w:t>
        <w:br/>
        <w:t>f 28827/32077/28244 28823/32074/28242 28824/32073/28241</w:t>
        <w:br/>
        <w:t>f 28828/32078/28245 28827/32077/28244 28824/32073/28241</w:t>
        <w:br/>
        <w:t>f 28826/32076/28243 28825/32075/28243 28830/32079/28246</w:t>
        <w:br/>
        <w:t>f 28829/32080/28246 28826/32076/28243 28830/32079/28246</w:t>
        <w:br/>
        <w:t>f 28832/32081/28247 28827/32077/28244 28828/32078/28245</w:t>
        <w:br/>
        <w:t>f 28831/32082/28247 28832/32081/28247 28828/32078/28245</w:t>
        <w:br/>
        <w:t>f 28829/32080/28246 28830/32079/28246 28834/32083/28248</w:t>
        <w:br/>
        <w:t>f 28833/32084/28248 28829/32080/28246 28834/32083/28248</w:t>
        <w:br/>
        <w:t>f 28831/32082/28247 28836/32085/28249 28835/32086/28249</w:t>
        <w:br/>
        <w:t>f 28832/32081/28247 28831/32082/28247 28835/32086/28249</w:t>
        <w:br/>
        <w:t>f 28833/32084/28248 28834/32083/28248 28837/32087/28250</w:t>
        <w:br/>
        <w:t>f 28838/32088/28251 28833/32084/28248 28837/32087/28250</w:t>
        <w:br/>
        <w:t>f 28838/32088/28251 28837/32087/28250 28839/32089/28252</w:t>
        <w:br/>
        <w:t>f 28840/32090/28253 28838/32088/28251 28839/32089/28252</w:t>
        <w:br/>
        <w:t>f 28844/32091/28254 28843/32092/28255 28842/32093/28256</w:t>
        <w:br/>
        <w:t>f 28841/32094/28257 28844/32091/28254 28842/32093/28256</w:t>
        <w:br/>
        <w:t>f 28840/32090/28253 28839/32089/28252 28846/32095/28258</w:t>
        <w:br/>
        <w:t>f 28845/32096/28258 28840/32090/28253 28846/32095/28258</w:t>
        <w:br/>
        <w:t>f 28847/32097/28259 28842/32093/28256 28843/32092/28255</w:t>
        <w:br/>
        <w:t>f 28848/32098/28260 28845/32096/28258 28846/32095/28258</w:t>
        <w:br/>
        <w:t>f 28850/32099/28261 28835/32086/28249 28836/32085/28249</w:t>
        <w:br/>
        <w:t>f 28849/32100/28261 28850/32099/28261 28836/32085/28249</w:t>
        <w:br/>
        <w:t>f 28841/32094/28257 28850/32099/28261 28849/32100/28261</w:t>
        <w:br/>
        <w:t>f 28844/32091/28254 28841/32094/28257 28849/32100/28261</w:t>
        <w:br/>
        <w:t>f 28820/32071/28239 28851/32101/28262 28819/32072/28240</w:t>
        <w:br/>
        <w:t>f 28854/32102/28263 28853/32103/28264 28852/32104/28265</w:t>
        <w:br/>
        <w:t>f 28857/32105/28266 28856/32106/28267 28855/32107/28268</w:t>
        <w:br/>
        <w:t>f 28858/32108/28266 28857/32105/28266 28855/32107/28268</w:t>
        <w:br/>
        <w:t>f 28860/32109/28269 28859/32110/28269 28853/32103/28264</w:t>
        <w:br/>
        <w:t>f 28854/32102/28263 28860/32109/28269 28853/32103/28264</w:t>
        <w:br/>
        <w:t>f 28862/32111/28270 28855/32107/28268 28856/32106/28267</w:t>
        <w:br/>
        <w:t>f 28861/32112/28270 28862/32111/28270 28856/32106/28267</w:t>
        <w:br/>
        <w:t>f 28859/32110/28269 28860/32109/28269 28864/32113/28271</w:t>
        <w:br/>
        <w:t>f 28863/32114/28271 28859/32110/28269 28864/32113/28271</w:t>
        <w:br/>
        <w:t>f 28861/32112/28270 28866/32115/28272 28865/32116/28272</w:t>
        <w:br/>
        <w:t>f 28862/32111/28270 28861/32112/28270 28865/32116/28272</w:t>
        <w:br/>
        <w:t>f 28863/32114/28271 28864/32113/28271 28868/32117/28273</w:t>
        <w:br/>
        <w:t>f 28867/32118/28274 28863/32114/28271 28868/32117/28273</w:t>
        <w:br/>
        <w:t>f 28869/32119/28275 28865/32116/28272 28866/32115/28272</w:t>
        <w:br/>
        <w:t>f 28870/32120/28276 28869/32119/28275 28866/32115/28272</w:t>
        <w:br/>
        <w:t>f 28867/32118/28274 28868/32117/28273 28872/32121/28277</w:t>
        <w:br/>
        <w:t>f 28871/32122/28277 28867/32118/28274 28872/32121/28277</w:t>
        <w:br/>
        <w:t>f 28874/32123/28278 28869/32119/28275 28870/32120/28276</w:t>
        <w:br/>
        <w:t>f 28873/32124/28278 28874/32123/28278 28870/32120/28276</w:t>
        <w:br/>
        <w:t>f 28876/32125/28279 28874/32123/28278 28873/32124/28278</w:t>
        <w:br/>
        <w:t>f 28875/32126/28280 28876/32125/28279 28873/32124/28278</w:t>
        <w:br/>
        <w:t>f 28879/32127/28281 28878/32128/28282 28877/32129/28283</w:t>
        <w:br/>
        <w:t>f 28880/32130/28284 28879/32127/28281 28877/32129/28283</w:t>
        <w:br/>
        <w:t>f 28882/32131/28285 28876/32125/28279 28875/32126/28280</w:t>
        <w:br/>
        <w:t>f 28881/32132/28286 28882/32131/28285 28875/32126/28280</w:t>
        <w:br/>
        <w:t>f 28883/32133/28287 28878/32128/28282 28879/32127/28281</w:t>
        <w:br/>
        <w:t>f 28884/32134/28288 28882/32131/28285 28881/32132/28286</w:t>
        <w:br/>
        <w:t>f 28886/32135/28289 28885/32136/28290 28871/32122/28277</w:t>
        <w:br/>
        <w:t>f 28872/32121/28277 28886/32135/28289 28871/32122/28277</w:t>
        <w:br/>
        <w:t>f 28885/32136/28290 28886/32135/28289 28880/32130/28284</w:t>
        <w:br/>
        <w:t>f 28877/32129/28283 28885/32136/28290 28880/32130/28284</w:t>
        <w:br/>
        <w:t>f 28857/32105/28266 28858/32108/28266 28887/32137/28291</w:t>
        <w:br/>
        <w:t>f 28922/32138/28292 28921/32139/28293 28920/32140/28294</w:t>
        <w:br/>
        <w:t>f 28923/32141/28295 28922/32138/28292 28920/32140/28294</w:t>
        <w:br/>
        <w:t>f 28926/32142/28296 28925/32143/28297 28924/32144/28298</w:t>
        <w:br/>
        <w:t>f 28927/32145/28299 28926/32142/28296 28924/32144/28298</w:t>
        <w:br/>
        <w:t>f 28929/32146/28300 28928/32147/28301 28921/32139/28293</w:t>
        <w:br/>
        <w:t>f 28922/32138/28292 28929/32146/28300 28921/32139/28293</w:t>
        <w:br/>
        <w:t>f 28924/32144/28298 28931/32148/28302 28930/32149/28303</w:t>
        <w:br/>
        <w:t>f 28923/32141/28295 28924/32144/28298 28930/32149/28303</w:t>
        <w:br/>
        <w:t>f 28930/32149/28303 28932/32150/28304 28922/32138/28292</w:t>
        <w:br/>
        <w:t>f 28923/32141/28295 28930/32149/28303 28922/32138/28292</w:t>
        <w:br/>
        <w:t>f 28933/32151/28305 28931/32148/28302 28924/32144/28298</w:t>
        <w:br/>
        <w:t>f 28925/32143/28297 28933/32151/28305 28924/32144/28298</w:t>
        <w:br/>
        <w:t>f 28934/32152/28306 28925/32143/28297 28926/32142/28296</w:t>
        <w:br/>
        <w:t>f 28935/32153/28307 28934/32152/28306 28926/32142/28296</w:t>
        <w:br/>
        <w:t>f 28932/32150/28304 28936/32154/28308 28929/32146/28300</w:t>
        <w:br/>
        <w:t>f 28922/32138/28292 28932/32150/28304 28929/32146/28300</w:t>
        <w:br/>
        <w:t>f 28935/32153/28307 28938/32155/28309 28937/32156/28310</w:t>
        <w:br/>
        <w:t>f 28934/32152/28306 28935/32153/28307 28937/32156/28310</w:t>
        <w:br/>
        <w:t>f 28933/32151/28305 28925/32143/28297 28934/32152/28306</w:t>
        <w:br/>
        <w:t>f 28939/32157/28311 28933/32151/28305 28934/32152/28306</w:t>
        <w:br/>
        <w:t>f 28937/32156/28310 28940/32158/28312 28939/32157/28311</w:t>
        <w:br/>
        <w:t>f 28934/32152/28306 28937/32156/28310 28939/32157/28311</w:t>
        <w:br/>
        <w:t>f 28938/32155/28309 28942/32159/28313 28941/32160/28314</w:t>
        <w:br/>
        <w:t>f 28937/32156/28310 28938/32155/28309 28941/32160/28314</w:t>
        <w:br/>
        <w:t>f 28941/32160/28314 28943/32161/28315 28940/32158/28312</w:t>
        <w:br/>
        <w:t>f 28937/32156/28310 28941/32160/28314 28940/32158/28312</w:t>
        <w:br/>
        <w:t>f 28942/32159/28313 28945/32162/28316 28944/32163/28317</w:t>
        <w:br/>
        <w:t>f 28941/32160/28314 28942/32159/28313 28944/32163/28317</w:t>
        <w:br/>
        <w:t>f 28944/32163/28317 28946/32164/28318 28943/32161/28315</w:t>
        <w:br/>
        <w:t>f 28941/32160/28314 28944/32163/28317 28943/32161/28315</w:t>
        <w:br/>
        <w:t>f 28950/32165/28319 28949/32166/28320 28948/32167/28321</w:t>
        <w:br/>
        <w:t>f 28947/32168/28322 28950/32165/28319 28948/32167/28321</w:t>
        <w:br/>
        <w:t>f 28954/32169/28323 28953/32170/28324 28952/32171/28325</w:t>
        <w:br/>
        <w:t>f 28951/32172/28326 28954/32169/28323 28952/32171/28325</w:t>
        <w:br/>
        <w:t>f 28955/32173/28327 28929/32146/28300 28936/32154/28308</w:t>
        <w:br/>
        <w:t>f 28956/32174/28328 28955/32173/28327 28936/32154/28308</w:t>
        <w:br/>
        <w:t>f 28958/32175/28329 28951/32172/28326 28952/32171/28325</w:t>
        <w:br/>
        <w:t>f 28957/32176/28330 28958/32175/28329 28952/32171/28325</w:t>
        <w:br/>
        <w:t>f 28959/32177/28331 28952/32171/28325 28953/32170/28324</w:t>
        <w:br/>
        <w:t>f 28960/32178/28332 28959/32177/28331 28953/32170/28324</w:t>
        <w:br/>
        <w:t>f 28959/32177/28331 28961/32179/28333 28957/32176/28330</w:t>
        <w:br/>
        <w:t>f 28952/32171/28325 28959/32177/28331 28957/32176/28330</w:t>
        <w:br/>
        <w:t>f 28962/32180/28334 28958/32175/28329 28957/32176/28330</w:t>
        <w:br/>
        <w:t>f 28961/32179/28333 28962/32180/28334 28957/32176/28330</w:t>
        <w:br/>
        <w:t>f 28963/32181/28335 28962/32180/28334 28961/32179/28333</w:t>
        <w:br/>
        <w:t>f 28964/32182/28336 28963/32181/28335 28961/32179/28333</w:t>
        <w:br/>
        <w:t>f 28949/32166/28320 28966/32183/28337 28965/32184/28338</w:t>
        <w:br/>
        <w:t>f 28960/32178/28332 28949/32166/28320 28965/32184/28338</w:t>
        <w:br/>
        <w:t>f 28961/32179/28333 28959/32177/28331 28967/32185/28339</w:t>
        <w:br/>
        <w:t>f 28964/32182/28336 28961/32179/28333 28967/32185/28339</w:t>
        <w:br/>
        <w:t>f 28969/32186/28340 28967/32185/28339 28965/32184/28338</w:t>
        <w:br/>
        <w:t>f 28968/32187/28341 28969/32186/28340 28965/32184/28338</w:t>
        <w:br/>
        <w:t>f 28971/32188/28342 28963/32181/28335 28964/32182/28336</w:t>
        <w:br/>
        <w:t>f 28970/32189/28343 28971/32188/28342 28964/32182/28336</w:t>
        <w:br/>
        <w:t>f 28969/32186/28340 28970/32189/28343 28964/32182/28336</w:t>
        <w:br/>
        <w:t>f 28967/32185/28339 28969/32186/28340 28964/32182/28336</w:t>
        <w:br/>
        <w:t>f 28970/32189/28343 28973/32190/28344 28972/32191/28345</w:t>
        <w:br/>
        <w:t>f 28971/32188/28342 28970/32189/28343 28972/32191/28345</w:t>
        <w:br/>
        <w:t>f 28968/32187/28341 28965/32184/28338 28966/32183/28337</w:t>
        <w:br/>
        <w:t>f 28974/32192/28346 28968/32187/28341 28966/32183/28337</w:t>
        <w:br/>
        <w:t>f 28928/32147/28301 28929/32146/28300 28955/32173/28327</w:t>
        <w:br/>
        <w:t>f 28975/32193/28347 28928/32147/28301 28955/32173/28327</w:t>
        <w:br/>
        <w:t>f 28976/32194/28348 28975/32193/28347 28955/32173/28327</w:t>
        <w:br/>
        <w:t>f 28977/32195/28349 28976/32194/28348 28955/32173/28327</w:t>
        <w:br/>
        <w:t>f 28955/32173/28327 28956/32174/28328 28978/32196/28350</w:t>
        <w:br/>
        <w:t>f 28977/32195/28349 28955/32173/28327 28978/32196/28350</w:t>
        <w:br/>
        <w:t>f 28977/32195/28349 28980/32197/28351 28979/32198/28352</w:t>
        <w:br/>
        <w:t>f 28976/32194/28348 28977/32195/28349 28979/32198/28352</w:t>
        <w:br/>
        <w:t>f 28968/32187/28341 28982/32199/28353 28981/32200/28354</w:t>
        <w:br/>
        <w:t>f 28969/32186/28340 28968/32187/28341 28981/32200/28354</w:t>
        <w:br/>
        <w:t>f 28984/32201/28355 28979/32198/28352 28980/32197/28351</w:t>
        <w:br/>
        <w:t>f 28983/32202/28356 28984/32201/28355 28980/32197/28351</w:t>
        <w:br/>
        <w:t>f 28983/32202/28356 28986/32203/28357 28985/32204/28358</w:t>
        <w:br/>
        <w:t>f 28984/32201/28355 28983/32202/28356 28985/32204/28358</w:t>
        <w:br/>
        <w:t>f 28977/32195/28349 28978/32196/28350 28987/32205/28359</w:t>
        <w:br/>
        <w:t>f 28980/32197/28351 28977/32195/28349 28987/32205/28359</w:t>
        <w:br/>
        <w:t>f 28987/32205/28359 28988/32206/28360 28983/32202/28356</w:t>
        <w:br/>
        <w:t>f 28980/32197/28351 28987/32205/28359 28983/32202/28356</w:t>
        <w:br/>
        <w:t>f 28988/32206/28360 28989/32207/28361 28986/32203/28357</w:t>
        <w:br/>
        <w:t>f 28983/32202/28356 28988/32206/28360 28986/32203/28357</w:t>
        <w:br/>
        <w:t>f 28992/32208/28362 28991/32209/28363 28990/32210/28364</w:t>
        <w:br/>
        <w:t>f 28993/32211/28365 28992/32208/28362 28990/32210/28364</w:t>
        <w:br/>
        <w:t>f 28997/32212/28366 28996/32213/28367 28995/32214/28368</w:t>
        <w:br/>
        <w:t>f 28994/32215/28369 28997/32212/28366 28995/32214/28368</w:t>
        <w:br/>
        <w:t>f 28999/32216/28370 28998/32217/28371 28996/32213/28367</w:t>
        <w:br/>
        <w:t>f 28997/32212/28366 28999/32216/28370 28996/32213/28367</w:t>
        <w:br/>
        <w:t>f 28995/32214/28368 29001/32218/28372 29000/32219/28373</w:t>
        <w:br/>
        <w:t>f 28994/32215/28369 28995/32214/28368 29000/32219/28373</w:t>
        <w:br/>
        <w:t>f 28996/32213/28367 28998/32217/28371 29003/32220/28374</w:t>
        <w:br/>
        <w:t>f 29002/32221/28375 28996/32213/28367 29003/32220/28374</w:t>
        <w:br/>
        <w:t>f 29003/32220/28374 28981/32200/28354 28982/32199/28353</w:t>
        <w:br/>
        <w:t>f 29004/32222/28376 29003/32220/28374 28982/32199/28353</w:t>
        <w:br/>
        <w:t>f 29005/32223/28377 28982/32199/28353 28968/32187/28341</w:t>
        <w:br/>
        <w:t>f 28974/32192/28346 29005/32223/28377 28968/32187/28341</w:t>
        <w:br/>
        <w:t>f 29003/32220/28374 29004/32222/28376 29006/32224/28378</w:t>
        <w:br/>
        <w:t>f 29002/32221/28375 29003/32220/28374 29006/32224/28378</w:t>
        <w:br/>
        <w:t>f 29006/32224/28378 28991/32209/28363 28992/32208/28362</w:t>
        <w:br/>
        <w:t>f 29007/32225/28379 29006/32224/28378 28992/32208/28362</w:t>
        <w:br/>
        <w:t>f 29004/32222/28376 29008/32226/28380 28991/32209/28363</w:t>
        <w:br/>
        <w:t>f 29006/32224/28378 29004/32222/28376 28991/32209/28363</w:t>
        <w:br/>
        <w:t>f 29001/32218/28372 29007/32225/28379 29009/32227/28381</w:t>
        <w:br/>
        <w:t>f 29000/32219/28373 29001/32218/28372 29009/32227/28381</w:t>
        <w:br/>
        <w:t>f 29007/32225/28379 28992/32208/28362 28993/32211/28365</w:t>
        <w:br/>
        <w:t>f 29009/32227/28381 29007/32225/28379 28993/32211/28365</w:t>
        <w:br/>
        <w:t>f 28989/32207/28361 29011/32228/28382 29010/32229/28383</w:t>
        <w:br/>
        <w:t>f 28986/32203/28357 28989/32207/28361 29010/32229/28383</w:t>
        <w:br/>
        <w:t>f 28982/32199/28353 29005/32223/28377 29008/32226/28380</w:t>
        <w:br/>
        <w:t>f 29004/32222/28376 28982/32199/28353 29008/32226/28380</w:t>
        <w:br/>
        <w:t>f 29011/32228/28382 29013/32230/28384 29012/32231/28385</w:t>
        <w:br/>
        <w:t>f 29010/32229/28383 29011/32228/28382 29012/32231/28385</w:t>
        <w:br/>
        <w:t>f 29013/32230/28384 29015/32232/28386 29014/32233/28387</w:t>
        <w:br/>
        <w:t>f 29012/32231/28385 29013/32230/28384 29014/32233/28387</w:t>
        <w:br/>
        <w:t>f 29015/32232/28386 29017/32234/28388 29016/32235/28389</w:t>
        <w:br/>
        <w:t>f 29014/32233/28387 29015/32232/28386 29016/32235/28389</w:t>
        <w:br/>
        <w:t>f 28991/32209/28363 29008/32226/28380 29018/32236/28390</w:t>
        <w:br/>
        <w:t>f 28990/32210/28364 28991/32209/28363 29018/32236/28390</w:t>
        <w:br/>
        <w:t>f 29016/32235/28389 29017/32234/28388 29019/32237/28391</w:t>
        <w:br/>
        <w:t>f 29020/32238/28392 29016/32235/28389 29019/32237/28391</w:t>
        <w:br/>
        <w:t>f 29021/32239/28393 29018/32236/28390 29008/32226/28380</w:t>
        <w:br/>
        <w:t>f 29005/32223/28377 29021/32239/28393 29008/32226/28380</w:t>
        <w:br/>
        <w:t>f 28973/32190/28344 28970/32189/28343 28969/32186/28340</w:t>
        <w:br/>
        <w:t>f 28981/32200/28354 28973/32190/28344 28969/32186/28340</w:t>
        <w:br/>
        <w:t>f 29023/32240/28394 29022/32241/28395 29020/32238/28392</w:t>
        <w:br/>
        <w:t>f 29019/32237/28391 29023/32240/28394 29020/32238/28392</w:t>
        <w:br/>
        <w:t>f 29021/32239/28393 29005/32223/28377 28974/32192/28346</w:t>
        <w:br/>
        <w:t>f 29024/32242/28396 29021/32239/28393 28974/32192/28346</w:t>
        <w:br/>
        <w:t>f 29022/32241/28395 29023/32240/28394 28946/32164/28318</w:t>
        <w:br/>
        <w:t>f 28944/32163/28317 29022/32241/28395 28946/32164/28318</w:t>
        <w:br/>
        <w:t>f 29025/32243/28397 28966/32183/28337 28949/32166/28320</w:t>
        <w:br/>
        <w:t>f 28950/32165/28319 29025/32243/28397 28949/32166/28320</w:t>
        <w:br/>
        <w:t>f 28966/32183/28337 29025/32243/28397 29024/32242/28396</w:t>
        <w:br/>
        <w:t>f 28974/32192/28346 28966/32183/28337 29024/32242/28396</w:t>
        <w:br/>
        <w:t>f 29007/32225/28379 29001/32218/28372 29002/32221/28375</w:t>
        <w:br/>
        <w:t>f 29006/32224/28378 29007/32225/28379 29002/32221/28375</w:t>
        <w:br/>
        <w:t>f 28948/32167/28321 28949/32166/28320 28960/32178/28332</w:t>
        <w:br/>
        <w:t>f 28953/32170/28324 28948/32167/28321 28960/32178/28332</w:t>
        <w:br/>
        <w:t>f 28998/32217/28371 28973/32190/28344 28981/32200/28354</w:t>
        <w:br/>
        <w:t>f 29003/32220/28374 28998/32217/28371 28981/32200/28354</w:t>
        <w:br/>
        <w:t>f 28967/32185/28339 28959/32177/28331 28960/32178/28332</w:t>
        <w:br/>
        <w:t>f 28965/32184/28338 28967/32185/28339 28960/32178/28332</w:t>
        <w:br/>
        <w:t>f 28953/32170/28324 28954/32169/28323 28947/32168/28322</w:t>
        <w:br/>
        <w:t>f 28948/32167/28321 28953/32170/28324 28947/32168/28322</w:t>
        <w:br/>
        <w:t>f 28972/32191/28345 28973/32190/28344 28998/32217/28371</w:t>
        <w:br/>
        <w:t>f 28999/32216/28370 28972/32191/28345 28998/32217/28371</w:t>
        <w:br/>
        <w:t>f 28923/32141/28295 28920/32140/28294 28927/32145/28299</w:t>
        <w:br/>
        <w:t>f 28924/32144/28298 28923/32141/28295 28927/32145/28299</w:t>
        <w:br/>
        <w:t>f 28995/32214/28368 28996/32213/28367 29002/32221/28375</w:t>
        <w:br/>
        <w:t>f 29001/32218/28372 28995/32214/28368 29002/32221/28375</w:t>
        <w:br/>
        <w:t>f 29028/32244/28398 29027/32245/28399 29026/32246/28400</w:t>
        <w:br/>
        <w:t>f 29029/32247/28401 29028/32244/28398 29026/32246/28400</w:t>
        <w:br/>
        <w:t>f 29032/32248/28402 29031/32249/28403 29030/32250/28404</w:t>
        <w:br/>
        <w:t>f 29033/32251/28405 29032/32248/28402 29030/32250/28404</w:t>
        <w:br/>
        <w:t>f 29027/32245/28399 29035/32252/28406 29034/32253/28407</w:t>
        <w:br/>
        <w:t>f 29026/32246/28400 29027/32245/28399 29034/32253/28407</w:t>
        <w:br/>
        <w:t>f 29037/32254/28408 29036/32255/28409 29032/32248/28402</w:t>
        <w:br/>
        <w:t>f 29029/32247/28401 29037/32254/28408 29032/32248/28402</w:t>
        <w:br/>
        <w:t>f 29026/32246/28400 29038/32256/28410 29037/32254/28408</w:t>
        <w:br/>
        <w:t>f 29029/32247/28401 29026/32246/28400 29037/32254/28408</w:t>
        <w:br/>
        <w:t>f 29039/32257/28411 29031/32249/28403 29032/32248/28402</w:t>
        <w:br/>
        <w:t>f 29036/32255/28409 29039/32257/28411 29032/32248/28402</w:t>
        <w:br/>
        <w:t>f 29030/32250/28404 29031/32249/28403 29040/32258/28412</w:t>
        <w:br/>
        <w:t>f 29041/32259/28413 29030/32250/28404 29040/32258/28412</w:t>
        <w:br/>
        <w:t>f 29038/32256/28410 29026/32246/28400 29034/32253/28407</w:t>
        <w:br/>
        <w:t>f 29042/32260/28414 29038/32256/28410 29034/32253/28407</w:t>
        <w:br/>
        <w:t>f 29041/32259/28413 29040/32258/28412 29044/32261/28415</w:t>
        <w:br/>
        <w:t>f 29043/32262/28416 29041/32259/28413 29044/32261/28415</w:t>
        <w:br/>
        <w:t>f 29039/32257/28411 29045/32263/28417 29040/32258/28412</w:t>
        <w:br/>
        <w:t>f 29031/32249/28403 29039/32257/28411 29040/32258/28412</w:t>
        <w:br/>
        <w:t>f 29044/32261/28415 29040/32258/28412 29045/32263/28417</w:t>
        <w:br/>
        <w:t>f 29046/32264/28418 29044/32261/28415 29045/32263/28417</w:t>
        <w:br/>
        <w:t>f 29043/32262/28416 29044/32261/28415 29048/32265/28419</w:t>
        <w:br/>
        <w:t>f 29047/32266/28420 29043/32262/28416 29048/32265/28419</w:t>
        <w:br/>
        <w:t>f 29048/32265/28419 29044/32261/28415 29046/32264/28418</w:t>
        <w:br/>
        <w:t>f 29049/32267/28421 29048/32265/28419 29046/32264/28418</w:t>
        <w:br/>
        <w:t>f 29047/32266/28420 29048/32265/28419 29051/32268/28422</w:t>
        <w:br/>
        <w:t>f 29050/32269/28423 29047/32266/28420 29051/32268/28422</w:t>
        <w:br/>
        <w:t>f 29049/32267/28421 29052/32270/28424 29051/32268/28422</w:t>
        <w:br/>
        <w:t>f 29048/32265/28419 29049/32267/28421 29051/32268/28422</w:t>
        <w:br/>
        <w:t>f 29056/32271/28425 29055/32272/28426 29054/32273/28427</w:t>
        <w:br/>
        <w:t>f 29053/32274/28428 29056/32271/28425 29054/32273/28427</w:t>
        <w:br/>
        <w:t>f 29060/32275/28429 29059/32276/28430 29058/32277/28431</w:t>
        <w:br/>
        <w:t>f 29057/32278/28432 29060/32275/28429 29058/32277/28431</w:t>
        <w:br/>
        <w:t>f 29042/32260/28414 29034/32253/28407 29061/32279/28433</w:t>
        <w:br/>
        <w:t>f 29062/32280/28434 29042/32260/28414 29061/32279/28433</w:t>
        <w:br/>
        <w:t>f 29064/32281/28435 29063/32282/28436 29058/32277/28431</w:t>
        <w:br/>
        <w:t>f 29059/32276/28430 29064/32281/28435 29058/32277/28431</w:t>
        <w:br/>
        <w:t>f 29057/32278/28432 29058/32277/28431 29065/32283/28437</w:t>
        <w:br/>
        <w:t>f 29066/32284/28438 29057/32278/28432 29065/32283/28437</w:t>
        <w:br/>
        <w:t>f 29063/32282/28436 29067/32285/28439 29065/32283/28437</w:t>
        <w:br/>
        <w:t>f 29058/32277/28431 29063/32282/28436 29065/32283/28437</w:t>
        <w:br/>
        <w:t>f 29063/32282/28436 29064/32281/28435 29068/32286/28440</w:t>
        <w:br/>
        <w:t>f 29067/32285/28439 29063/32282/28436 29068/32286/28440</w:t>
        <w:br/>
        <w:t>f 29067/32285/28439 29068/32286/28440 29069/32287/28441</w:t>
        <w:br/>
        <w:t>f 29070/32288/28442 29067/32285/28439 29069/32287/28441</w:t>
        <w:br/>
        <w:t>f 29053/32274/28428 29066/32284/28438 29072/32289/28443</w:t>
        <w:br/>
        <w:t>f 29071/32290/28444 29053/32274/28428 29072/32289/28443</w:t>
        <w:br/>
        <w:t>f 29067/32285/28439 29070/32288/28442 29073/32291/28445</w:t>
        <w:br/>
        <w:t>f 29065/32283/28437 29067/32285/28439 29073/32291/28445</w:t>
        <w:br/>
        <w:t>f 29075/32292/28446 29074/32293/28447 29072/32289/28443</w:t>
        <w:br/>
        <w:t>f 29073/32291/28445 29075/32292/28446 29072/32289/28443</w:t>
        <w:br/>
        <w:t>f 29077/32294/28448 29076/32295/28449 29070/32288/28442</w:t>
        <w:br/>
        <w:t>f 29069/32287/28441 29077/32294/28448 29070/32288/28442</w:t>
        <w:br/>
        <w:t>f 29070/32288/28442 29076/32295/28449 29075/32292/28446</w:t>
        <w:br/>
        <w:t>f 29073/32291/28445 29070/32288/28442 29075/32292/28446</w:t>
        <w:br/>
        <w:t>f 29076/32295/28449 29077/32294/28448 29079/32296/28450</w:t>
        <w:br/>
        <w:t>f 29078/32297/28451 29076/32295/28449 29079/32296/28450</w:t>
        <w:br/>
        <w:t>f 29074/32293/28447 29080/32298/28452 29071/32290/28444</w:t>
        <w:br/>
        <w:t>f 29072/32289/28443 29074/32293/28447 29071/32290/28444</w:t>
        <w:br/>
        <w:t>f 29035/32252/28406 29081/32299/28453 29061/32279/28433</w:t>
        <w:br/>
        <w:t>f 29034/32253/28407 29035/32252/28406 29061/32279/28433</w:t>
        <w:br/>
        <w:t>f 29061/32279/28433 29081/32299/28453 29082/32300/28454</w:t>
        <w:br/>
        <w:t>f 29083/32301/28455 29061/32279/28433 29082/32300/28454</w:t>
        <w:br/>
        <w:t>f 29084/32302/28456 29062/32280/28434 29061/32279/28433</w:t>
        <w:br/>
        <w:t>f 29083/32301/28455 29084/32302/28456 29061/32279/28433</w:t>
        <w:br/>
        <w:t>f 29086/32303/28457 29085/32304/28458 29083/32301/28455</w:t>
        <w:br/>
        <w:t>f 29082/32300/28454 29086/32303/28457 29083/32301/28455</w:t>
        <w:br/>
        <w:t>f 29074/32293/28447 29075/32292/28446 29088/32305/28459</w:t>
        <w:br/>
        <w:t>f 29087/32306/28460 29074/32293/28447 29088/32305/28459</w:t>
        <w:br/>
        <w:t>f 29090/32307/28461 29089/32308/28462 29085/32304/28458</w:t>
        <w:br/>
        <w:t>f 29086/32303/28457 29090/32307/28461 29085/32304/28458</w:t>
        <w:br/>
        <w:t>f 29092/32309/28463 29091/32310/28464 29089/32308/28462</w:t>
        <w:br/>
        <w:t>f 29090/32307/28461 29092/32309/28463 29089/32308/28462</w:t>
        <w:br/>
        <w:t>f 29093/32311/28465 29084/32302/28456 29083/32301/28455</w:t>
        <w:br/>
        <w:t>f 29085/32304/28458 29093/32311/28465 29083/32301/28455</w:t>
        <w:br/>
        <w:t>f 29093/32311/28465 29085/32304/28458 29089/32308/28462</w:t>
        <w:br/>
        <w:t>f 29094/32312/28466 29093/32311/28465 29089/32308/28462</w:t>
        <w:br/>
        <w:t>f 29094/32312/28466 29089/32308/28462 29091/32310/28464</w:t>
        <w:br/>
        <w:t>f 29095/32313/28467 29094/32312/28466 29091/32310/28464</w:t>
        <w:br/>
        <w:t>f 29098/32314/28468 29097/32315/28469 29096/32316/28470</w:t>
        <w:br/>
        <w:t>f 29099/32317/28471 29098/32314/28468 29096/32316/28470</w:t>
        <w:br/>
        <w:t>f 29103/32318/28472 29102/32319/28473 29101/32320/28474</w:t>
        <w:br/>
        <w:t>f 29100/32321/28475 29103/32318/28472 29101/32320/28474</w:t>
        <w:br/>
        <w:t>f 29105/32322/28476 29103/32318/28472 29100/32321/28475</w:t>
        <w:br/>
        <w:t>f 29104/32323/28477 29105/32322/28476 29100/32321/28475</w:t>
        <w:br/>
        <w:t>f 29107/32324/28478 29106/32325/28479 29101/32320/28474</w:t>
        <w:br/>
        <w:t>f 29102/32319/28473 29107/32324/28478 29101/32320/28474</w:t>
        <w:br/>
        <w:t>f 29100/32321/28475 29109/32326/28480 29108/32327/28481</w:t>
        <w:br/>
        <w:t>f 29104/32323/28477 29100/32321/28475 29108/32327/28481</w:t>
        <w:br/>
        <w:t>f 29087/32306/28460 29088/32305/28459 29108/32327/28481</w:t>
        <w:br/>
        <w:t>f 29110/32328/28482 29087/32306/28460 29108/32327/28481</w:t>
        <w:br/>
        <w:t>f 29111/32329/28483 29080/32298/28452 29074/32293/28447</w:t>
        <w:br/>
        <w:t>f 29087/32306/28460 29111/32329/28483 29074/32293/28447</w:t>
        <w:br/>
        <w:t>f 29108/32327/28481 29109/32326/28480 29112/32330/28484</w:t>
        <w:br/>
        <w:t>f 29110/32328/28482 29108/32327/28481 29112/32330/28484</w:t>
        <w:br/>
        <w:t>f 29096/32316/28470 29097/32315/28469 29112/32330/28484</w:t>
        <w:br/>
        <w:t>f 29113/32331/28485 29096/32316/28470 29112/32330/28484</w:t>
        <w:br/>
        <w:t>f 29110/32328/28482 29112/32330/28484 29097/32315/28469</w:t>
        <w:br/>
        <w:t>f 29114/32332/28486 29110/32328/28482 29097/32315/28469</w:t>
        <w:br/>
        <w:t>f 29115/32333/28487 29113/32331/28485 29106/32325/28479</w:t>
        <w:br/>
        <w:t>f 29107/32324/28478 29115/32333/28487 29106/32325/28479</w:t>
        <w:br/>
        <w:t>f 29113/32331/28485 29115/32333/28487 29099/32317/28471</w:t>
        <w:br/>
        <w:t>f 29096/32316/28470 29113/32331/28485 29099/32317/28471</w:t>
        <w:br/>
        <w:t>f 29117/32334/28488 29116/32335/28489 29095/32313/28467</w:t>
        <w:br/>
        <w:t>f 29091/32310/28464 29117/32334/28488 29095/32313/28467</w:t>
        <w:br/>
        <w:t>f 29087/32306/28460 29110/32328/28482 29114/32332/28486</w:t>
        <w:br/>
        <w:t>f 29111/32329/28483 29087/32306/28460 29114/32332/28486</w:t>
        <w:br/>
        <w:t>f 29119/32336/28490 29118/32337/28491 29116/32335/28489</w:t>
        <w:br/>
        <w:t>f 29117/32334/28488 29119/32336/28490 29116/32335/28489</w:t>
        <w:br/>
        <w:t>f 29121/32338/28492 29120/32339/28493 29118/32337/28491</w:t>
        <w:br/>
        <w:t>f 29119/32336/28490 29121/32338/28492 29118/32337/28491</w:t>
        <w:br/>
        <w:t>f 29123/32340/28494 29122/32341/28495 29120/32339/28493</w:t>
        <w:br/>
        <w:t>f 29121/32338/28492 29123/32340/28494 29120/32339/28493</w:t>
        <w:br/>
        <w:t>f 29124/32342/28496 29114/32332/28486 29097/32315/28469</w:t>
        <w:br/>
        <w:t>f 29098/32314/28468 29124/32342/28496 29097/32315/28469</w:t>
        <w:br/>
        <w:t>f 29125/32343/28497 29122/32341/28495 29123/32340/28494</w:t>
        <w:br/>
        <w:t>f 29126/32344/28498 29125/32343/28497 29123/32340/28494</w:t>
        <w:br/>
        <w:t>f 29127/32345/28499 29111/32329/28483 29114/32332/28486</w:t>
        <w:br/>
        <w:t>f 29124/32342/28496 29127/32345/28499 29114/32332/28486</w:t>
        <w:br/>
        <w:t>f 29075/32292/28446 29076/32295/28449 29078/32297/28451</w:t>
        <w:br/>
        <w:t>f 29088/32305/28459 29075/32292/28446 29078/32297/28451</w:t>
        <w:br/>
        <w:t>f 29129/32346/28500 29125/32343/28497 29126/32344/28498</w:t>
        <w:br/>
        <w:t>f 29128/32347/28501 29129/32346/28500 29126/32344/28498</w:t>
        <w:br/>
        <w:t>f 29080/32298/28452 29111/32329/28483 29127/32345/28499</w:t>
        <w:br/>
        <w:t>f 29130/32348/28502 29080/32298/28452 29127/32345/28499</w:t>
        <w:br/>
        <w:t>f 29128/32347/28501 29051/32268/28422 29052/32270/28424</w:t>
        <w:br/>
        <w:t>f 29129/32346/28500 29128/32347/28501 29052/32270/28424</w:t>
        <w:br/>
        <w:t>f 29053/32274/28428 29071/32290/28444 29131/32349/28503</w:t>
        <w:br/>
        <w:t>f 29056/32271/28425 29053/32274/28428 29131/32349/28503</w:t>
        <w:br/>
        <w:t>f 29130/32348/28502 29131/32349/28503 29071/32290/28444</w:t>
        <w:br/>
        <w:t>f 29080/32298/28452 29130/32348/28502 29071/32290/28444</w:t>
        <w:br/>
        <w:t>f 29113/32331/28485 29112/32330/28484 29109/32326/28480</w:t>
        <w:br/>
        <w:t>f 29106/32325/28479 29113/32331/28485 29109/32326/28480</w:t>
        <w:br/>
        <w:t>f 29066/32284/28438 29053/32274/28428 29054/32273/28427</w:t>
        <w:br/>
        <w:t>f 29057/32278/28432 29066/32284/28438 29054/32273/28427</w:t>
        <w:br/>
        <w:t>f 29088/32305/28459 29078/32297/28451 29104/32323/28477</w:t>
        <w:br/>
        <w:t>f 29108/32327/28481 29088/32305/28459 29104/32323/28477</w:t>
        <w:br/>
        <w:t>f 29073/32291/28445 29072/32289/28443 29066/32284/28438</w:t>
        <w:br/>
        <w:t>f 29065/32283/28437 29073/32291/28445 29066/32284/28438</w:t>
        <w:br/>
        <w:t>f 29055/32272/28426 29060/32275/28429 29057/32278/28432</w:t>
        <w:br/>
        <w:t>f 29054/32273/28427 29055/32272/28426 29057/32278/28432</w:t>
        <w:br/>
        <w:t>f 29104/32323/28477 29078/32297/28451 29079/32296/28450</w:t>
        <w:br/>
        <w:t>f 29105/32322/28476 29104/32323/28477 29079/32296/28450</w:t>
        <w:br/>
        <w:t>f 29033/32251/28405 29028/32244/28398 29029/32247/28401</w:t>
        <w:br/>
        <w:t>f 29032/32248/28402 29033/32251/28405 29029/32247/28401</w:t>
        <w:br/>
        <w:t>f 29101/32320/28474 29106/32325/28479 29109/32326/28480</w:t>
        <w:br/>
        <w:t>f 29100/32321/28475 29101/32320/28474 29109/32326/28480</w:t>
        <w:br/>
        <w:t>f 29126/32344/28498 29123/32340/28494 31176/32350/28504</w:t>
        <w:br/>
        <w:t>f 31175/32351/28505 29126/32344/28498 31176/32350/28504</w:t>
        <w:br/>
        <w:t>f 29020/32238/28392 29022/32241/28395 31178/32352/28506</w:t>
        <w:br/>
        <w:t>f 31177/32353/28507 29020/32238/28392 31178/32352/28506</w:t>
        <w:br/>
        <w:t>f 29123/32340/28494 29121/32338/28492 31179/32354/28508</w:t>
        <w:br/>
        <w:t>f 31176/32350/28504 29123/32340/28494 31179/32354/28508</w:t>
        <w:br/>
        <w:t>f 29020/32238/28392 31177/32353/28507 31180/32355/28509</w:t>
        <w:br/>
        <w:t>f 29016/32235/28389 29020/32238/28392 31180/32355/28509</w:t>
        <w:br/>
        <w:t>f 29117/32334/28488 29091/32310/28464 29092/32309/28463</w:t>
        <w:br/>
        <w:t>f 31181/32356/28510 29117/32334/28488 29092/32309/28463</w:t>
        <w:br/>
        <w:t>f 29012/32231/28385 31183/32357/28511 31182/32358/28512</w:t>
        <w:br/>
        <w:t>f 29010/32229/28383 29012/32231/28385 31182/32358/28512</w:t>
        <w:br/>
        <w:t>f 29126/32344/28498 31175/32351/28505 31184/32359/28513</w:t>
        <w:br/>
        <w:t>f 29128/32347/28501 29126/32344/28498 31184/32359/28513</w:t>
        <w:br/>
        <w:t>f 29014/32233/28387 31185/32360/28514 31183/32357/28511</w:t>
        <w:br/>
        <w:t>f 29012/32231/28385 29014/32233/28387 31183/32357/28511</w:t>
        <w:br/>
        <w:t>f 29022/32241/28395 28944/32163/28317 28945/32162/28316</w:t>
        <w:br/>
        <w:t>f 31178/32352/28506 29022/32241/28395 28945/32162/28316</w:t>
        <w:br/>
        <w:t>f 29119/32336/28490 29117/32334/28488 31181/32356/28510</w:t>
        <w:br/>
        <w:t>f 31186/32361/28515 29119/32336/28490 31181/32356/28510</w:t>
        <w:br/>
        <w:t>f 29010/32229/28383 31182/32358/28512 28985/32204/28358</w:t>
        <w:br/>
        <w:t>f 28986/32203/28357 29010/32229/28383 28985/32204/28358</w:t>
        <w:br/>
        <w:t>f 29121/32338/28492 29119/32336/28490 31186/32361/28515</w:t>
        <w:br/>
        <w:t>f 31179/32354/28508 29121/32338/28492 31186/32361/28515</w:t>
        <w:br/>
        <w:t>f 29128/32347/28501 31184/32359/28513 29050/32269/28423</w:t>
        <w:br/>
        <w:t>f 29051/32268/28422 29128/32347/28501 29050/32269/28423</w:t>
        <w:br/>
        <w:t>f 29016/32235/28389 31180/32355/28509 31185/32360/28514</w:t>
        <w:br/>
        <w:t>f 29014/32233/28387 29016/32235/28389 31185/32360/28514</w:t>
        <w:br/>
        <w:t>f 29134/32362/28516 29133/32363/28517 29132/32364/28518</w:t>
        <w:br/>
        <w:t>f 29133/32363/28517 29134/32362/28516 29135/32365/28519</w:t>
        <w:br/>
        <w:t>f 29133/32363/28517 29136/32366/28520 29132/32364/28518</w:t>
        <w:br/>
        <w:t>f 29133/32363/28517 29135/32365/28519 29137/32367/28521</w:t>
        <w:br/>
        <w:t>f 29138/32368/28522 29137/32367/28521 29135/32365/28519</w:t>
        <w:br/>
        <w:t>f 29138/32368/28522 29139/32369/28523 29137/32367/28521</w:t>
        <w:br/>
        <w:t>f 29136/32366/28520 29133/32363/28517 29140/32370/28524</w:t>
        <w:br/>
        <w:t>f 29136/32366/28520 29140/32370/28524 29141/32371/28525</w:t>
        <w:br/>
        <w:t>f 29139/32369/28523 29142/32372/28526 29137/32367/28521</w:t>
        <w:br/>
        <w:t>f 29143/32373/28527 29142/32372/28526 29139/32369/28523</w:t>
        <w:br/>
        <w:t>f 29137/32367/28521 29144/32374/28528 29133/32363/28517</w:t>
        <w:br/>
        <w:t>f 29142/32372/28526 29144/32374/28528 29137/32367/28521</w:t>
        <w:br/>
        <w:t>f 29133/32363/28517 29144/32374/28528 29140/32370/28524</w:t>
        <w:br/>
        <w:t>f 29143/32373/28527 29145/32375/28529 29142/32372/28526</w:t>
        <w:br/>
        <w:t>f 29145/32375/28529 29144/32374/28528 29142/32372/28526</w:t>
        <w:br/>
        <w:t>f 29145/32375/28529 29143/32373/28527 29146/32376/28530</w:t>
        <w:br/>
        <w:t>f 29147/32377/28531 29141/32371/28525 29140/32370/28524</w:t>
        <w:br/>
        <w:t>f 29140/32370/28524 29144/32374/28528 29147/32377/28531</w:t>
        <w:br/>
        <w:t>f 29141/32371/28525 29147/32377/28531 29148/32378/28532</w:t>
        <w:br/>
        <w:t>f 29146/32376/28530 29149/32379/28533 29145/32375/28529</w:t>
        <w:br/>
        <w:t>f 29149/32379/28533 29144/32374/28528 29145/32375/28529</w:t>
        <w:br/>
        <w:t>f 29149/32379/28533 29146/32376/28530 29150/32380/28534</w:t>
        <w:br/>
        <w:t>f 29151/32381/28535 29149/32379/28533 29150/32380/28534</w:t>
        <w:br/>
        <w:t>f 29152/32382/28536 29148/32378/28532 29147/32377/28531</w:t>
        <w:br/>
        <w:t>f 29147/32377/28531 29144/32374/28528 29152/32382/28536</w:t>
        <w:br/>
        <w:t>f 29148/32378/28532 29152/32382/28536 29153/32383/28537</w:t>
        <w:br/>
        <w:t>f 29153/32383/28537 29152/32382/28536 29154/32384/28538</w:t>
        <w:br/>
        <w:t>f 29151/32381/28535 29155/32385/28539 29149/32379/28533</w:t>
        <w:br/>
        <w:t>f 29155/32385/28539 29144/32374/28528 29149/32379/28533</w:t>
        <w:br/>
        <w:t>f 29155/32385/28539 29151/32381/28535 29156/32386/28540</w:t>
        <w:br/>
        <w:t>f 29157/32387/28541 29155/32385/28539 29156/32386/28540</w:t>
        <w:br/>
        <w:t>f 29152/32382/28536 29144/32374/28528 29158/32388/28542</w:t>
        <w:br/>
        <w:t>f 29158/32388/28542 29144/32374/28528 29155/32385/28539</w:t>
        <w:br/>
        <w:t>f 29158/32388/28542 29154/32384/28538 29152/32382/28536</w:t>
        <w:br/>
        <w:t>f 29157/32387/28541 29158/32388/28542 29155/32385/28539</w:t>
        <w:br/>
        <w:t>f 29158/32388/28542 29159/32389/28543 29154/32384/28538</w:t>
        <w:br/>
        <w:t>f 29158/32388/28542 29157/32387/28541 29160/32390/28544</w:t>
        <w:br/>
        <w:t>f 29159/32389/28543 29158/32388/28542 29160/32390/28544</w:t>
        <w:br/>
        <w:t>f 29163/32391/28545 29162/32392/28546 29161/32393/28547</w:t>
        <w:br/>
        <w:t>f 29162/32392/28546 29163/32391/28545 29164/32394/28548</w:t>
        <w:br/>
        <w:t>f 29162/32392/28546 29165/32395/28549 29161/32393/28547</w:t>
        <w:br/>
        <w:t>f 29162/32392/28546 29164/32394/28548 29166/32396/28550</w:t>
        <w:br/>
        <w:t>f 29167/32397/28551 29166/32396/28550 29164/32394/28548</w:t>
        <w:br/>
        <w:t>f 29167/32397/28551 29168/32398/28552 29166/32396/28550</w:t>
        <w:br/>
        <w:t>f 29165/32395/28549 29162/32392/28546 29169/32399/28553</w:t>
        <w:br/>
        <w:t>f 29165/32395/28549 29169/32399/28553 29170/32400/28554</w:t>
        <w:br/>
        <w:t>f 29168/32398/28552 29171/32401/28555 29166/32396/28550</w:t>
        <w:br/>
        <w:t>f 29172/32402/28556 29171/32401/28555 29168/32398/28552</w:t>
        <w:br/>
        <w:t>f 29166/32396/28550 29173/32403/28557 29162/32392/28546</w:t>
        <w:br/>
        <w:t>f 29171/32401/28555 29173/32403/28557 29166/32396/28550</w:t>
        <w:br/>
        <w:t>f 29162/32392/28546 29173/32403/28557 29169/32399/28553</w:t>
        <w:br/>
        <w:t>f 29172/32402/28556 29174/32404/28558 29171/32401/28555</w:t>
        <w:br/>
        <w:t>f 29174/32404/28558 29173/32403/28557 29171/32401/28555</w:t>
        <w:br/>
        <w:t>f 29174/32404/28558 29172/32402/28556 29175/32405/28559</w:t>
        <w:br/>
        <w:t>f 29176/32406/28560 29170/32400/28554 29169/32399/28553</w:t>
        <w:br/>
        <w:t>f 29169/32399/28553 29173/32403/28557 29176/32406/28560</w:t>
        <w:br/>
        <w:t>f 29170/32400/28554 29176/32406/28560 29177/32407/28561</w:t>
        <w:br/>
        <w:t>f 29175/32405/28559 29178/32408/28562 29174/32404/28558</w:t>
        <w:br/>
        <w:t>f 29178/32408/28562 29173/32403/28557 29174/32404/28558</w:t>
        <w:br/>
        <w:t>f 29178/32408/28562 29175/32405/28559 29179/32409/28563</w:t>
        <w:br/>
        <w:t>f 29180/32410/28564 29178/32408/28562 29179/32409/28563</w:t>
        <w:br/>
        <w:t>f 29181/32411/28565 29177/32407/28561 29176/32406/28560</w:t>
        <w:br/>
        <w:t>f 29176/32406/28560 29173/32403/28557 29181/32411/28565</w:t>
        <w:br/>
        <w:t>f 29177/32407/28561 29181/32411/28565 29182/32412/28566</w:t>
        <w:br/>
        <w:t>f 29182/32412/28566 29181/32411/28565 29183/32413/28567</w:t>
        <w:br/>
        <w:t>f 29180/32410/28564 29184/32414/28568 29178/32408/28562</w:t>
        <w:br/>
        <w:t>f 29184/32414/28568 29173/32403/28557 29178/32408/28562</w:t>
        <w:br/>
        <w:t>f 29184/32414/28568 29180/32410/28564 29185/32415/28569</w:t>
        <w:br/>
        <w:t>f 29186/32416/28570 29184/32414/28568 29185/32415/28569</w:t>
        <w:br/>
        <w:t>f 29181/32411/28565 29173/32403/28557 29187/32417/28571</w:t>
        <w:br/>
        <w:t>f 29187/32417/28571 29173/32403/28557 29184/32414/28568</w:t>
        <w:br/>
        <w:t>f 29187/32417/28571 29183/32413/28567 29181/32411/28565</w:t>
        <w:br/>
        <w:t>f 29186/32416/28570 29187/32417/28571 29184/32414/28568</w:t>
        <w:br/>
        <w:t>f 29187/32417/28571 29188/32418/28572 29183/32413/28567</w:t>
        <w:br/>
        <w:t>f 29187/32417/28571 29186/32416/28570 29189/32419/28573</w:t>
        <w:br/>
        <w:t>f 29188/32418/28572 29187/32417/28571 29189/32419/28573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